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495BD" w14:textId="77777777" w:rsidR="001C61CC" w:rsidRDefault="000D727A">
      <w:pPr>
        <w:spacing w:after="80"/>
      </w:pPr>
      <w:r>
        <w:rPr>
          <w:b/>
          <w:sz w:val="28"/>
        </w:rPr>
        <w:t>Supplementary appendix</w:t>
      </w:r>
    </w:p>
    <w:p w14:paraId="7EB1421B" w14:textId="77777777" w:rsidR="001C61CC" w:rsidRDefault="000D727A">
      <w:pPr>
        <w:spacing w:after="80"/>
      </w:pPr>
      <w:r>
        <w:rPr>
          <w:i/>
        </w:rPr>
        <w:t>This appendix forms part of the submission for:</w:t>
      </w:r>
    </w:p>
    <w:p w14:paraId="71420CD4" w14:textId="77777777" w:rsidR="001C61CC" w:rsidRDefault="000D727A">
      <w:pPr>
        <w:spacing w:after="80"/>
      </w:pPr>
      <w:r>
        <w:rPr>
          <w:sz w:val="22"/>
        </w:rPr>
        <w:t>Lifetime pregnancy loss and later-life depressive symptoms among middle-aged and older women in China: a national cross-sectional and prospective study</w:t>
      </w:r>
    </w:p>
    <w:p w14:paraId="0DF30725" w14:textId="77777777" w:rsidR="001C61CC" w:rsidRDefault="000D727A">
      <w:pPr>
        <w:spacing w:after="80"/>
      </w:pPr>
      <w:r>
        <w:rPr>
          <w:b/>
          <w:sz w:val="28"/>
        </w:rPr>
        <w:t>Contents</w:t>
      </w:r>
    </w:p>
    <w:p w14:paraId="3F65E019" w14:textId="77777777" w:rsidR="001C61CC" w:rsidRDefault="000D727A">
      <w:pPr>
        <w:spacing w:after="80"/>
      </w:pPr>
      <w:r>
        <w:t>eMethods</w:t>
      </w:r>
    </w:p>
    <w:p w14:paraId="4252E7C3" w14:textId="77777777" w:rsidR="001C61CC" w:rsidRDefault="000D727A">
      <w:pPr>
        <w:spacing w:after="40"/>
        <w:ind w:left="317" w:hanging="230"/>
      </w:pPr>
      <w:r>
        <w:rPr>
          <w:sz w:val="19"/>
        </w:rPr>
        <w:t>• eMethod 1. Participant enrolment procedures and linkage across CHARLS waves</w:t>
      </w:r>
    </w:p>
    <w:p w14:paraId="01920507" w14:textId="77777777" w:rsidR="001C61CC" w:rsidRDefault="000D727A">
      <w:pPr>
        <w:spacing w:after="40"/>
        <w:ind w:left="317" w:hanging="230"/>
      </w:pPr>
      <w:r>
        <w:rPr>
          <w:sz w:val="19"/>
        </w:rPr>
        <w:t>• eMethod 2. Definition of pregnancy-loss variables</w:t>
      </w:r>
    </w:p>
    <w:p w14:paraId="59D78135" w14:textId="77777777" w:rsidR="001C61CC" w:rsidRDefault="000D727A">
      <w:pPr>
        <w:spacing w:after="40"/>
        <w:ind w:left="317" w:hanging="230"/>
      </w:pPr>
      <w:r>
        <w:rPr>
          <w:sz w:val="19"/>
        </w:rPr>
        <w:t>• eMethod 3. Definition of depressive symptom outcomes</w:t>
      </w:r>
    </w:p>
    <w:p w14:paraId="3B84B9C7" w14:textId="77777777" w:rsidR="001C61CC" w:rsidRDefault="000D727A">
      <w:pPr>
        <w:spacing w:after="40"/>
        <w:ind w:left="317" w:hanging="230"/>
      </w:pPr>
      <w:r>
        <w:rPr>
          <w:sz w:val="19"/>
        </w:rPr>
        <w:t>• eMethod 4. Covariates, missingness, and analytic samples</w:t>
      </w:r>
    </w:p>
    <w:p w14:paraId="6DD7DF55" w14:textId="77777777" w:rsidR="001C61CC" w:rsidRDefault="000D727A">
      <w:pPr>
        <w:spacing w:after="40"/>
        <w:ind w:left="317" w:hanging="230"/>
      </w:pPr>
      <w:r>
        <w:rPr>
          <w:sz w:val="19"/>
        </w:rPr>
        <w:t>• eMethod 5. STROBE statement</w:t>
      </w:r>
    </w:p>
    <w:p w14:paraId="0D9FAA21" w14:textId="77777777" w:rsidR="001C61CC" w:rsidRDefault="000D727A">
      <w:pPr>
        <w:spacing w:after="40"/>
        <w:ind w:left="317" w:hanging="230"/>
      </w:pPr>
      <w:r>
        <w:rPr>
          <w:sz w:val="19"/>
        </w:rPr>
        <w:t>• eMethod 6. Statistical modelling, sensitivity analyses, and supplementary figure construction</w:t>
      </w:r>
    </w:p>
    <w:p w14:paraId="414E7D58" w14:textId="77777777" w:rsidR="001C61CC" w:rsidRDefault="000D727A">
      <w:pPr>
        <w:spacing w:after="80"/>
      </w:pPr>
      <w:r>
        <w:t>Supplementary tables</w:t>
      </w:r>
    </w:p>
    <w:p w14:paraId="7B2B6C23" w14:textId="77777777" w:rsidR="001C61CC" w:rsidRDefault="000D727A">
      <w:pPr>
        <w:spacing w:after="40"/>
        <w:ind w:left="317" w:hanging="230"/>
      </w:pPr>
      <w:r>
        <w:rPr>
          <w:sz w:val="19"/>
        </w:rPr>
        <w:t>• Supplementary Table 1. Baseline characteristics of participants included and excluded from the cross-sectional and prospective analyses</w:t>
      </w:r>
    </w:p>
    <w:p w14:paraId="4BE06C61" w14:textId="77777777" w:rsidR="001C61CC" w:rsidRDefault="000D727A">
      <w:pPr>
        <w:spacing w:after="40"/>
        <w:ind w:left="317" w:hanging="230"/>
      </w:pPr>
      <w:r>
        <w:rPr>
          <w:sz w:val="19"/>
        </w:rPr>
        <w:t>• Supplementary Table 2. Logistic regression of baseline characteristics predicting exclusion or loss to follow-up in the prospective analysis</w:t>
      </w:r>
    </w:p>
    <w:p w14:paraId="7BAAB434" w14:textId="77777777" w:rsidR="001C61CC" w:rsidRDefault="000D727A">
      <w:pPr>
        <w:spacing w:after="40"/>
        <w:ind w:left="317" w:hanging="230"/>
      </w:pPr>
      <w:r>
        <w:rPr>
          <w:sz w:val="19"/>
        </w:rPr>
        <w:t>• Supplementary Table 3. Percentages of missing values in each variable</w:t>
      </w:r>
    </w:p>
    <w:p w14:paraId="5ED02F77" w14:textId="77777777" w:rsidR="001C61CC" w:rsidRDefault="000D727A">
      <w:pPr>
        <w:spacing w:after="40"/>
        <w:ind w:left="317" w:hanging="230"/>
      </w:pPr>
      <w:r>
        <w:rPr>
          <w:sz w:val="19"/>
        </w:rPr>
        <w:t>• Supplementary Table 4. Cross-sectional associations between lifetime pregnancy loss and prevalent depressive symptoms: full model set for the primary exposure</w:t>
      </w:r>
    </w:p>
    <w:p w14:paraId="73B9DCBE" w14:textId="77777777" w:rsidR="001C61CC" w:rsidRDefault="000D727A">
      <w:pPr>
        <w:spacing w:after="40"/>
        <w:ind w:left="317" w:hanging="230"/>
      </w:pPr>
      <w:r>
        <w:rPr>
          <w:sz w:val="19"/>
        </w:rPr>
        <w:t>• Supplementary Table 5. Prospective associations between lifetime pregnancy loss and incident depressive symptoms: full model set for the primary exposure</w:t>
      </w:r>
    </w:p>
    <w:p w14:paraId="3C56502C" w14:textId="77777777" w:rsidR="001C61CC" w:rsidRDefault="000D727A">
      <w:pPr>
        <w:spacing w:after="40"/>
        <w:ind w:left="317" w:hanging="230"/>
      </w:pPr>
      <w:r>
        <w:rPr>
          <w:sz w:val="19"/>
        </w:rPr>
        <w:t>• Supplementary Table 6. Subtype-specific associations of induced abortion, spontaneous abortion, and stillbirth with prevalent depressive symptoms</w:t>
      </w:r>
    </w:p>
    <w:p w14:paraId="564E783B" w14:textId="77777777" w:rsidR="001C61CC" w:rsidRDefault="000D727A">
      <w:pPr>
        <w:spacing w:after="40"/>
        <w:ind w:left="317" w:hanging="230"/>
      </w:pPr>
      <w:r>
        <w:rPr>
          <w:sz w:val="19"/>
        </w:rPr>
        <w:t>• Supplementary Table 7. Subtype-specific associations of induced abortion, spontaneous abortion, and stillbirth with incident depressive symptoms</w:t>
      </w:r>
    </w:p>
    <w:p w14:paraId="1B675DE1" w14:textId="77777777" w:rsidR="001C61CC" w:rsidRDefault="000D727A">
      <w:pPr>
        <w:spacing w:after="40"/>
        <w:ind w:left="317" w:hanging="230"/>
      </w:pPr>
      <w:r>
        <w:rPr>
          <w:sz w:val="19"/>
        </w:rPr>
        <w:t>• Supplementary Table 8. Dose-response associations between pregnancy loss count and prevalent depressive symptoms</w:t>
      </w:r>
    </w:p>
    <w:p w14:paraId="67895089" w14:textId="77777777" w:rsidR="001C61CC" w:rsidRDefault="000D727A">
      <w:pPr>
        <w:spacing w:after="40"/>
        <w:ind w:left="317" w:hanging="230"/>
      </w:pPr>
      <w:r>
        <w:rPr>
          <w:sz w:val="19"/>
        </w:rPr>
        <w:t>• Supplementary Table 9. Dose-response associations between pregnancy loss count and incident depressive symptoms</w:t>
      </w:r>
    </w:p>
    <w:p w14:paraId="19E382C5" w14:textId="77777777" w:rsidR="001C61CC" w:rsidRDefault="000D727A">
      <w:pPr>
        <w:spacing w:after="40"/>
        <w:ind w:left="317" w:hanging="230"/>
      </w:pPr>
      <w:r>
        <w:rPr>
          <w:sz w:val="19"/>
        </w:rPr>
        <w:t>• Supplementary Table 10. Same-sample attenuation analyses for the cross-sectional association between pregnancy loss and depressive symptoms</w:t>
      </w:r>
    </w:p>
    <w:p w14:paraId="481C81BA" w14:textId="77777777" w:rsidR="001C61CC" w:rsidRDefault="000D727A">
      <w:pPr>
        <w:spacing w:after="40"/>
        <w:ind w:left="317" w:hanging="230"/>
      </w:pPr>
      <w:r>
        <w:rPr>
          <w:sz w:val="19"/>
        </w:rPr>
        <w:t>• Supplementary Table 11. Same-sample attenuation analyses for the prospective association between pregnancy loss and incident depressive symptoms</w:t>
      </w:r>
    </w:p>
    <w:p w14:paraId="08A9A553" w14:textId="77777777" w:rsidR="001C61CC" w:rsidRDefault="000D727A">
      <w:pPr>
        <w:spacing w:after="40"/>
        <w:ind w:left="317" w:hanging="230"/>
      </w:pPr>
      <w:r>
        <w:rPr>
          <w:sz w:val="19"/>
        </w:rPr>
        <w:t>• Supplementary Table 12. Cross-sectional subgroup analyses and interaction p values</w:t>
      </w:r>
    </w:p>
    <w:p w14:paraId="6F381214" w14:textId="77777777" w:rsidR="001C61CC" w:rsidRDefault="000D727A">
      <w:pPr>
        <w:spacing w:after="40"/>
        <w:ind w:left="317" w:hanging="230"/>
      </w:pPr>
      <w:r>
        <w:rPr>
          <w:sz w:val="19"/>
        </w:rPr>
        <w:t>• Supplementary Table 13. Prospective subgroup analyses and interaction p values</w:t>
      </w:r>
    </w:p>
    <w:p w14:paraId="551A7A8E" w14:textId="77777777" w:rsidR="001C61CC" w:rsidRDefault="000D727A">
      <w:pPr>
        <w:spacing w:after="40"/>
        <w:ind w:left="317" w:hanging="230"/>
      </w:pPr>
      <w:r>
        <w:rPr>
          <w:sz w:val="19"/>
        </w:rPr>
        <w:t>• Supplementary Table 14. Sensitivity analyses</w:t>
      </w:r>
    </w:p>
    <w:p w14:paraId="73DC8C00" w14:textId="77777777" w:rsidR="001C61CC" w:rsidRDefault="000D727A">
      <w:pPr>
        <w:spacing w:after="40"/>
        <w:ind w:left="317" w:hanging="230"/>
      </w:pPr>
      <w:r>
        <w:rPr>
          <w:sz w:val="19"/>
        </w:rPr>
        <w:t>• Supplementary Table 15. Joint-effects model results and observed prevalence or risk</w:t>
      </w:r>
    </w:p>
    <w:p w14:paraId="6EF3C3D9" w14:textId="77777777" w:rsidR="001C61CC" w:rsidRDefault="000D727A">
      <w:pPr>
        <w:spacing w:after="80"/>
      </w:pPr>
      <w:r>
        <w:t>Supplementary figures</w:t>
      </w:r>
    </w:p>
    <w:p w14:paraId="18AD52BF" w14:textId="77777777" w:rsidR="001C61CC" w:rsidRDefault="000D727A">
      <w:pPr>
        <w:spacing w:after="40"/>
        <w:ind w:left="317" w:hanging="230"/>
      </w:pPr>
      <w:r>
        <w:rPr>
          <w:sz w:val="19"/>
        </w:rPr>
        <w:t>• Supplementary Figure 1. Study flow for the cross-sectional and prospective analyses</w:t>
      </w:r>
    </w:p>
    <w:p w14:paraId="4C4C270D" w14:textId="77777777" w:rsidR="001C61CC" w:rsidRDefault="000D727A">
      <w:pPr>
        <w:spacing w:after="40"/>
        <w:ind w:left="317" w:hanging="230"/>
      </w:pPr>
      <w:r>
        <w:rPr>
          <w:sz w:val="19"/>
        </w:rPr>
        <w:lastRenderedPageBreak/>
        <w:t xml:space="preserve">• </w:t>
      </w:r>
      <w:r>
        <w:rPr>
          <w:sz w:val="19"/>
        </w:rPr>
        <w:t>Supplementary Figure 2. Follow-up structure and cumulative incidence patterns</w:t>
      </w:r>
    </w:p>
    <w:p w14:paraId="20830A5F" w14:textId="77777777" w:rsidR="001C61CC" w:rsidRDefault="000D727A">
      <w:pPr>
        <w:spacing w:after="40"/>
        <w:ind w:left="317" w:hanging="230"/>
      </w:pPr>
      <w:r>
        <w:rPr>
          <w:sz w:val="19"/>
        </w:rPr>
        <w:t>• Supplementary Figure 3. Sequential attenuation after progressive covariate adjustment</w:t>
      </w:r>
    </w:p>
    <w:p w14:paraId="5E31A086" w14:textId="77777777" w:rsidR="001C61CC" w:rsidRDefault="000D727A">
      <w:pPr>
        <w:spacing w:after="40"/>
        <w:ind w:left="317" w:hanging="230"/>
      </w:pPr>
      <w:r>
        <w:rPr>
          <w:sz w:val="19"/>
        </w:rPr>
        <w:t>• Supplementary Figure 4. Secondary exposure and sensitivity analyses</w:t>
      </w:r>
    </w:p>
    <w:p w14:paraId="30E80F7E" w14:textId="77777777" w:rsidR="001C61CC" w:rsidRDefault="000D727A">
      <w:r>
        <w:br w:type="page"/>
      </w:r>
    </w:p>
    <w:p w14:paraId="51A7344E" w14:textId="77777777" w:rsidR="001C61CC" w:rsidRDefault="000D727A">
      <w:pPr>
        <w:spacing w:after="80"/>
      </w:pPr>
      <w:r>
        <w:rPr>
          <w:b/>
          <w:sz w:val="28"/>
        </w:rPr>
        <w:lastRenderedPageBreak/>
        <w:t>eMethods</w:t>
      </w:r>
    </w:p>
    <w:p w14:paraId="168E84E2" w14:textId="77777777" w:rsidR="001C61CC" w:rsidRDefault="000D727A">
      <w:pPr>
        <w:spacing w:after="80"/>
      </w:pPr>
      <w:r>
        <w:rPr>
          <w:b/>
          <w:sz w:val="24"/>
        </w:rPr>
        <w:t>eMethod 1. Participant enrolment procedures and linkage across CHARLS waves</w:t>
      </w:r>
    </w:p>
    <w:p w14:paraId="748C7ED5" w14:textId="77777777" w:rsidR="001C61CC" w:rsidRDefault="000D727A">
      <w:pPr>
        <w:spacing w:after="80"/>
      </w:pPr>
      <w:r>
        <w:t>We used the China Health and Retirement Longitudinal Study (CHARLS), a nationally representative cohort of Chinese adults aged 45 years or older and their spouses. Participant records from the 2014 life history survey were linked to the 2015, 2018, and 2020 waves using the CHARLS identifier.</w:t>
      </w:r>
    </w:p>
    <w:p w14:paraId="4CEA9C14" w14:textId="77777777" w:rsidR="001C61CC" w:rsidRDefault="000D727A">
      <w:pPr>
        <w:spacing w:after="80"/>
      </w:pPr>
      <w:r>
        <w:t>For the cross-sectional analysis, we began with all participants interviewed in 2018 and restricted the sample to women aged 45 years or older. Women were retained if lifetime pregnancy-loss history from the 2014 life history module and CESD-10 data in 2018 were both available. The final 2018 analytic sample included 8,368 women.</w:t>
      </w:r>
    </w:p>
    <w:p w14:paraId="5F7277EA" w14:textId="77777777" w:rsidR="001C61CC" w:rsidRDefault="000D727A">
      <w:pPr>
        <w:spacing w:after="80"/>
      </w:pPr>
      <w:r>
        <w:t>For the prospective analysis, we assembled a female cohort observed across the 2015, 2018, and 2020 waves and linked these records to the 2014 life history module. Women were eligible if baseline age, pregnancy-loss exposure, and baseline depressive symptom status were available. We excluded women with depressive symptoms at baseline in 2015 and those without usable follow-up information for incident outcome definition. The final incident cohort included 4,145 women.</w:t>
      </w:r>
    </w:p>
    <w:p w14:paraId="456F453E" w14:textId="77777777" w:rsidR="001C61CC" w:rsidRDefault="000D727A">
      <w:pPr>
        <w:spacing w:after="80"/>
      </w:pPr>
      <w:r>
        <w:rPr>
          <w:b/>
          <w:sz w:val="24"/>
        </w:rPr>
        <w:t>eMethod 2. Definition of pregnancy-loss variables</w:t>
      </w:r>
    </w:p>
    <w:p w14:paraId="58C03151" w14:textId="77777777" w:rsidR="001C61CC" w:rsidRDefault="000D727A">
      <w:pPr>
        <w:spacing w:after="80"/>
      </w:pPr>
      <w:r>
        <w:t>Lifetime pregnancy loss was derived from the 2014 CHARLS life history survey using retrospectively reported pregnancy outcomes. We counted induced abortion, spontaneous abortion, and stillbirth events recorded in the reproductive history module.</w:t>
      </w:r>
    </w:p>
    <w:p w14:paraId="6030C970" w14:textId="77777777" w:rsidR="001C61CC" w:rsidRDefault="000D727A">
      <w:pPr>
        <w:spacing w:after="80"/>
      </w:pPr>
      <w:r>
        <w:t>The primary exposure was any pregnancy loss, defined as at least one induced abortion, spontaneous abortion, or stillbirth versus none. We also created subtype-specific indicators for induced abortion history, spontaneous abortion history, and stillbirth history.</w:t>
      </w:r>
    </w:p>
    <w:p w14:paraId="4AACC5CC" w14:textId="77777777" w:rsidR="001C61CC" w:rsidRDefault="000D727A">
      <w:pPr>
        <w:spacing w:after="80"/>
      </w:pPr>
      <w:r>
        <w:t>To examine exposure gradients, we summed the number of losses across these event types and grouped women into 0 losses, 1 loss, or 2 or more losses. A capped ordinal count variable was additionally analysed as a linear trend term.</w:t>
      </w:r>
    </w:p>
    <w:p w14:paraId="612D0377" w14:textId="77777777" w:rsidR="001C61CC" w:rsidRDefault="000D727A">
      <w:pPr>
        <w:spacing w:after="80"/>
      </w:pPr>
      <w:r>
        <w:rPr>
          <w:b/>
          <w:sz w:val="24"/>
        </w:rPr>
        <w:t>eMethod 3. Definition of depressive symptom outcomes</w:t>
      </w:r>
    </w:p>
    <w:p w14:paraId="16EADCB3" w14:textId="77777777" w:rsidR="001C61CC" w:rsidRDefault="000D727A">
      <w:pPr>
        <w:spacing w:after="80"/>
      </w:pPr>
      <w:r>
        <w:t>Depressive symptoms were measured with the 10-item Center for Epidemiologic Studies Depression Scale (CESD-10) in CHARLS 2015, 2018, and 2020. Item responses were combined into a total score using standard CHARLS coding procedures.</w:t>
      </w:r>
    </w:p>
    <w:p w14:paraId="4B218B27" w14:textId="77777777" w:rsidR="001C61CC" w:rsidRDefault="000D727A">
      <w:pPr>
        <w:spacing w:after="80"/>
      </w:pPr>
      <w:r>
        <w:t>The primary cross-sectional outcome was depressive symptoms in 2018, defined as CESD-10 score of 10 or greater. The principal sensitivity outcome used a higher threshold of 12 or greater.</w:t>
      </w:r>
    </w:p>
    <w:p w14:paraId="60E445FC" w14:textId="77777777" w:rsidR="001C61CC" w:rsidRDefault="000D727A">
      <w:pPr>
        <w:spacing w:after="80"/>
      </w:pPr>
      <w:r>
        <w:t>For the prospective analysis, baseline depressive symptoms were defined in 2015. Incident depressive symptoms were defined as the first follow-up wave with CESD-10 score of 10 or greater among women free of baseline depressive symptoms. Follow-up time was assigned as 3 years for incident cases first identified in 2018 and 5 years for women remaining event-free until 2020 or first becoming positive in 2020.</w:t>
      </w:r>
    </w:p>
    <w:p w14:paraId="305DC730" w14:textId="77777777" w:rsidR="001C61CC" w:rsidRDefault="000D727A">
      <w:pPr>
        <w:spacing w:after="80"/>
      </w:pPr>
      <w:r>
        <w:rPr>
          <w:b/>
          <w:sz w:val="24"/>
        </w:rPr>
        <w:t>eMethod 4. Covariates, missingness, and analytic samples</w:t>
      </w:r>
    </w:p>
    <w:p w14:paraId="18AF52D5" w14:textId="77777777" w:rsidR="001C61CC" w:rsidRDefault="000D727A">
      <w:pPr>
        <w:spacing w:after="80"/>
      </w:pPr>
      <w:r>
        <w:t xml:space="preserve">Covariates were selected a priori and entered in sequential blocks. Minimally adjusted models included age, residence, and marital or partnered status. Extended models additionally included smoking, alcohol drinking, work status, retirement, pension receipt, and menopausal status where </w:t>
      </w:r>
      <w:r>
        <w:lastRenderedPageBreak/>
        <w:t>available. Fully adjusted models additionally included self-rated health, sleep duration, functional limitation, and physician-diagnosed chronic conditions.</w:t>
      </w:r>
    </w:p>
    <w:p w14:paraId="1909796B" w14:textId="77777777" w:rsidR="001C61CC" w:rsidRDefault="000D727A">
      <w:pPr>
        <w:spacing w:after="80"/>
      </w:pPr>
      <w:r>
        <w:t>Functional limitation variables were represented by activities of daily living (ADL) and instrumental activities of daily living (IADL). Chronic disease indicators included hypertension, dyslipidaemia, diabetes, heart disease, kidney disease, digestive disease, arthritis, asthma, lung disease, and liver disease.</w:t>
      </w:r>
    </w:p>
    <w:p w14:paraId="1B83AEA7" w14:textId="77777777" w:rsidR="001C61CC" w:rsidRDefault="000D727A">
      <w:pPr>
        <w:spacing w:after="80"/>
      </w:pPr>
      <w:r>
        <w:t>Complete-case analysis was used for each model, so analytic n varied as additional covariates were introduced. Variable-level missingness is summarised in Supplementary Table 3, and same-sample attenuation analyses were used to distinguish changes due to covariate expansion from changes due to sample restriction.</w:t>
      </w:r>
    </w:p>
    <w:p w14:paraId="25CFF9A9" w14:textId="77777777" w:rsidR="001C61CC" w:rsidRDefault="000D727A">
      <w:pPr>
        <w:spacing w:after="80"/>
      </w:pPr>
      <w:r>
        <w:rPr>
          <w:b/>
          <w:sz w:val="24"/>
        </w:rPr>
        <w:t>eMethod 5. STROBE statement</w:t>
      </w:r>
    </w:p>
    <w:p w14:paraId="36A99CB1" w14:textId="77777777" w:rsidR="001C61CC" w:rsidRDefault="000D727A">
      <w:pPr>
        <w:spacing w:after="80"/>
      </w:pPr>
      <w:r>
        <w:rPr>
          <w:sz w:val="20"/>
        </w:rPr>
        <w:t>The checklist below maps the major STROBE items for observational studies to the current manuscript draft and supplementary appendix.</w:t>
      </w:r>
    </w:p>
    <w:tbl>
      <w:tblPr>
        <w:tblW w:w="0" w:type="auto"/>
        <w:tblLook w:val="04A0" w:firstRow="1" w:lastRow="0" w:firstColumn="1" w:lastColumn="0" w:noHBand="0" w:noVBand="1"/>
      </w:tblPr>
      <w:tblGrid>
        <w:gridCol w:w="3348"/>
        <w:gridCol w:w="3348"/>
        <w:gridCol w:w="3348"/>
        <w:gridCol w:w="3348"/>
      </w:tblGrid>
      <w:tr w:rsidR="001C61CC" w14:paraId="1EC3DF7A" w14:textId="77777777">
        <w:tc>
          <w:tcPr>
            <w:tcW w:w="3348" w:type="dxa"/>
            <w:tcBorders>
              <w:top w:val="single" w:sz="10" w:space="0" w:color="000000"/>
              <w:left w:val="nil"/>
              <w:bottom w:val="single" w:sz="10" w:space="0" w:color="000000"/>
              <w:right w:val="nil"/>
            </w:tcBorders>
          </w:tcPr>
          <w:p w14:paraId="23ECF30A" w14:textId="77777777" w:rsidR="001C61CC" w:rsidRDefault="000D727A">
            <w:pPr>
              <w:spacing w:after="0" w:line="240" w:lineRule="auto"/>
            </w:pPr>
            <w:r>
              <w:rPr>
                <w:b/>
                <w:sz w:val="15"/>
              </w:rPr>
              <w:t>Section/item</w:t>
            </w:r>
          </w:p>
        </w:tc>
        <w:tc>
          <w:tcPr>
            <w:tcW w:w="3348" w:type="dxa"/>
            <w:tcBorders>
              <w:top w:val="single" w:sz="10" w:space="0" w:color="000000"/>
              <w:left w:val="nil"/>
              <w:bottom w:val="single" w:sz="10" w:space="0" w:color="000000"/>
              <w:right w:val="nil"/>
            </w:tcBorders>
          </w:tcPr>
          <w:p w14:paraId="54349E13" w14:textId="77777777" w:rsidR="001C61CC" w:rsidRDefault="000D727A">
            <w:pPr>
              <w:spacing w:after="0" w:line="240" w:lineRule="auto"/>
              <w:jc w:val="center"/>
            </w:pPr>
            <w:r>
              <w:rPr>
                <w:b/>
                <w:sz w:val="15"/>
              </w:rPr>
              <w:t>No</w:t>
            </w:r>
          </w:p>
        </w:tc>
        <w:tc>
          <w:tcPr>
            <w:tcW w:w="3348" w:type="dxa"/>
            <w:tcBorders>
              <w:top w:val="single" w:sz="10" w:space="0" w:color="000000"/>
              <w:left w:val="nil"/>
              <w:bottom w:val="single" w:sz="10" w:space="0" w:color="000000"/>
              <w:right w:val="nil"/>
            </w:tcBorders>
          </w:tcPr>
          <w:p w14:paraId="01A117C5" w14:textId="77777777" w:rsidR="001C61CC" w:rsidRDefault="000D727A">
            <w:pPr>
              <w:spacing w:after="0" w:line="240" w:lineRule="auto"/>
              <w:jc w:val="center"/>
            </w:pPr>
            <w:r>
              <w:rPr>
                <w:b/>
                <w:sz w:val="15"/>
              </w:rPr>
              <w:t>Recommendation</w:t>
            </w:r>
          </w:p>
        </w:tc>
        <w:tc>
          <w:tcPr>
            <w:tcW w:w="3348" w:type="dxa"/>
            <w:tcBorders>
              <w:top w:val="single" w:sz="10" w:space="0" w:color="000000"/>
              <w:left w:val="nil"/>
              <w:bottom w:val="single" w:sz="10" w:space="0" w:color="000000"/>
              <w:right w:val="nil"/>
            </w:tcBorders>
          </w:tcPr>
          <w:p w14:paraId="1C19A461" w14:textId="77777777" w:rsidR="001C61CC" w:rsidRDefault="000D727A">
            <w:pPr>
              <w:spacing w:after="0" w:line="240" w:lineRule="auto"/>
              <w:jc w:val="center"/>
            </w:pPr>
            <w:r>
              <w:rPr>
                <w:b/>
                <w:sz w:val="15"/>
              </w:rPr>
              <w:t>Where addressed in current draft</w:t>
            </w:r>
          </w:p>
        </w:tc>
      </w:tr>
      <w:tr w:rsidR="001C61CC" w14:paraId="724BFD2F" w14:textId="77777777">
        <w:tc>
          <w:tcPr>
            <w:tcW w:w="3348" w:type="dxa"/>
            <w:tcBorders>
              <w:top w:val="nil"/>
              <w:left w:val="nil"/>
              <w:bottom w:val="nil"/>
              <w:right w:val="nil"/>
            </w:tcBorders>
          </w:tcPr>
          <w:p w14:paraId="5B61202D" w14:textId="77777777" w:rsidR="001C61CC" w:rsidRDefault="000D727A">
            <w:pPr>
              <w:spacing w:after="0" w:line="240" w:lineRule="auto"/>
            </w:pPr>
            <w:r>
              <w:rPr>
                <w:sz w:val="15"/>
              </w:rPr>
              <w:t>Title and abstract</w:t>
            </w:r>
          </w:p>
        </w:tc>
        <w:tc>
          <w:tcPr>
            <w:tcW w:w="3348" w:type="dxa"/>
            <w:tcBorders>
              <w:top w:val="nil"/>
              <w:left w:val="nil"/>
              <w:bottom w:val="nil"/>
              <w:right w:val="nil"/>
            </w:tcBorders>
          </w:tcPr>
          <w:p w14:paraId="381C402B" w14:textId="77777777" w:rsidR="001C61CC" w:rsidRDefault="000D727A">
            <w:pPr>
              <w:spacing w:after="0" w:line="240" w:lineRule="auto"/>
              <w:jc w:val="center"/>
            </w:pPr>
            <w:r>
              <w:rPr>
                <w:sz w:val="15"/>
              </w:rPr>
              <w:t>1</w:t>
            </w:r>
          </w:p>
        </w:tc>
        <w:tc>
          <w:tcPr>
            <w:tcW w:w="3348" w:type="dxa"/>
            <w:tcBorders>
              <w:top w:val="nil"/>
              <w:left w:val="nil"/>
              <w:bottom w:val="nil"/>
              <w:right w:val="nil"/>
            </w:tcBorders>
          </w:tcPr>
          <w:p w14:paraId="2ED67D4D" w14:textId="77777777" w:rsidR="001C61CC" w:rsidRDefault="000D727A">
            <w:pPr>
              <w:spacing w:after="0" w:line="240" w:lineRule="auto"/>
              <w:jc w:val="center"/>
            </w:pPr>
            <w:r>
              <w:rPr>
                <w:sz w:val="15"/>
              </w:rPr>
              <w:t>Identify the design and summarise key findings.</w:t>
            </w:r>
          </w:p>
        </w:tc>
        <w:tc>
          <w:tcPr>
            <w:tcW w:w="3348" w:type="dxa"/>
            <w:tcBorders>
              <w:top w:val="nil"/>
              <w:left w:val="nil"/>
              <w:bottom w:val="nil"/>
              <w:right w:val="nil"/>
            </w:tcBorders>
          </w:tcPr>
          <w:p w14:paraId="7591B7FB" w14:textId="77777777" w:rsidR="001C61CC" w:rsidRDefault="000D727A">
            <w:pPr>
              <w:spacing w:after="0" w:line="240" w:lineRule="auto"/>
              <w:jc w:val="center"/>
            </w:pPr>
            <w:r>
              <w:rPr>
                <w:sz w:val="15"/>
              </w:rPr>
              <w:t>Summary; Title</w:t>
            </w:r>
          </w:p>
        </w:tc>
      </w:tr>
      <w:tr w:rsidR="001C61CC" w14:paraId="204CADD3" w14:textId="77777777">
        <w:tc>
          <w:tcPr>
            <w:tcW w:w="3348" w:type="dxa"/>
            <w:tcBorders>
              <w:top w:val="nil"/>
              <w:left w:val="nil"/>
              <w:bottom w:val="nil"/>
              <w:right w:val="nil"/>
            </w:tcBorders>
          </w:tcPr>
          <w:p w14:paraId="683CEE94" w14:textId="77777777" w:rsidR="001C61CC" w:rsidRDefault="000D727A">
            <w:pPr>
              <w:spacing w:after="0" w:line="240" w:lineRule="auto"/>
            </w:pPr>
            <w:r>
              <w:rPr>
                <w:sz w:val="15"/>
              </w:rPr>
              <w:t>Background and rationale</w:t>
            </w:r>
          </w:p>
        </w:tc>
        <w:tc>
          <w:tcPr>
            <w:tcW w:w="3348" w:type="dxa"/>
            <w:tcBorders>
              <w:top w:val="nil"/>
              <w:left w:val="nil"/>
              <w:bottom w:val="nil"/>
              <w:right w:val="nil"/>
            </w:tcBorders>
          </w:tcPr>
          <w:p w14:paraId="0499A35F" w14:textId="77777777" w:rsidR="001C61CC" w:rsidRDefault="000D727A">
            <w:pPr>
              <w:spacing w:after="0" w:line="240" w:lineRule="auto"/>
              <w:jc w:val="center"/>
            </w:pPr>
            <w:r>
              <w:rPr>
                <w:sz w:val="15"/>
              </w:rPr>
              <w:t>2</w:t>
            </w:r>
          </w:p>
        </w:tc>
        <w:tc>
          <w:tcPr>
            <w:tcW w:w="3348" w:type="dxa"/>
            <w:tcBorders>
              <w:top w:val="nil"/>
              <w:left w:val="nil"/>
              <w:bottom w:val="nil"/>
              <w:right w:val="nil"/>
            </w:tcBorders>
          </w:tcPr>
          <w:p w14:paraId="151D33CE" w14:textId="77777777" w:rsidR="001C61CC" w:rsidRDefault="000D727A">
            <w:pPr>
              <w:spacing w:after="0" w:line="240" w:lineRule="auto"/>
              <w:jc w:val="center"/>
            </w:pPr>
            <w:r>
              <w:rPr>
                <w:sz w:val="15"/>
              </w:rPr>
              <w:t>Explain the scientific background and rationale.</w:t>
            </w:r>
          </w:p>
        </w:tc>
        <w:tc>
          <w:tcPr>
            <w:tcW w:w="3348" w:type="dxa"/>
            <w:tcBorders>
              <w:top w:val="nil"/>
              <w:left w:val="nil"/>
              <w:bottom w:val="nil"/>
              <w:right w:val="nil"/>
            </w:tcBorders>
          </w:tcPr>
          <w:p w14:paraId="1C591378" w14:textId="77777777" w:rsidR="001C61CC" w:rsidRDefault="000D727A">
            <w:pPr>
              <w:spacing w:after="0" w:line="240" w:lineRule="auto"/>
              <w:jc w:val="center"/>
            </w:pPr>
            <w:r>
              <w:rPr>
                <w:sz w:val="15"/>
              </w:rPr>
              <w:t>Introduction paragraphs 1-4</w:t>
            </w:r>
          </w:p>
        </w:tc>
      </w:tr>
      <w:tr w:rsidR="001C61CC" w14:paraId="3B54F503" w14:textId="77777777">
        <w:tc>
          <w:tcPr>
            <w:tcW w:w="3348" w:type="dxa"/>
            <w:tcBorders>
              <w:top w:val="nil"/>
              <w:left w:val="nil"/>
              <w:bottom w:val="nil"/>
              <w:right w:val="nil"/>
            </w:tcBorders>
          </w:tcPr>
          <w:p w14:paraId="38B53937" w14:textId="77777777" w:rsidR="001C61CC" w:rsidRDefault="000D727A">
            <w:pPr>
              <w:spacing w:after="0" w:line="240" w:lineRule="auto"/>
            </w:pPr>
            <w:r>
              <w:rPr>
                <w:sz w:val="15"/>
              </w:rPr>
              <w:t>Objectives</w:t>
            </w:r>
          </w:p>
        </w:tc>
        <w:tc>
          <w:tcPr>
            <w:tcW w:w="3348" w:type="dxa"/>
            <w:tcBorders>
              <w:top w:val="nil"/>
              <w:left w:val="nil"/>
              <w:bottom w:val="nil"/>
              <w:right w:val="nil"/>
            </w:tcBorders>
          </w:tcPr>
          <w:p w14:paraId="1B60CA59" w14:textId="77777777" w:rsidR="001C61CC" w:rsidRDefault="000D727A">
            <w:pPr>
              <w:spacing w:after="0" w:line="240" w:lineRule="auto"/>
              <w:jc w:val="center"/>
            </w:pPr>
            <w:r>
              <w:rPr>
                <w:sz w:val="15"/>
              </w:rPr>
              <w:t>3</w:t>
            </w:r>
          </w:p>
        </w:tc>
        <w:tc>
          <w:tcPr>
            <w:tcW w:w="3348" w:type="dxa"/>
            <w:tcBorders>
              <w:top w:val="nil"/>
              <w:left w:val="nil"/>
              <w:bottom w:val="nil"/>
              <w:right w:val="nil"/>
            </w:tcBorders>
          </w:tcPr>
          <w:p w14:paraId="6B3F8A3A" w14:textId="77777777" w:rsidR="001C61CC" w:rsidRDefault="000D727A">
            <w:pPr>
              <w:spacing w:after="0" w:line="240" w:lineRule="auto"/>
              <w:jc w:val="center"/>
            </w:pPr>
            <w:r>
              <w:rPr>
                <w:sz w:val="15"/>
              </w:rPr>
              <w:t>State prespecified objectives and hypotheses.</w:t>
            </w:r>
          </w:p>
        </w:tc>
        <w:tc>
          <w:tcPr>
            <w:tcW w:w="3348" w:type="dxa"/>
            <w:tcBorders>
              <w:top w:val="nil"/>
              <w:left w:val="nil"/>
              <w:bottom w:val="nil"/>
              <w:right w:val="nil"/>
            </w:tcBorders>
          </w:tcPr>
          <w:p w14:paraId="7FA6C15C" w14:textId="77777777" w:rsidR="001C61CC" w:rsidRDefault="000D727A">
            <w:pPr>
              <w:spacing w:after="0" w:line="240" w:lineRule="auto"/>
              <w:jc w:val="center"/>
            </w:pPr>
            <w:r>
              <w:rPr>
                <w:sz w:val="15"/>
              </w:rPr>
              <w:t>Introduction final paragraph</w:t>
            </w:r>
          </w:p>
        </w:tc>
      </w:tr>
      <w:tr w:rsidR="001C61CC" w14:paraId="5868DC68" w14:textId="77777777">
        <w:tc>
          <w:tcPr>
            <w:tcW w:w="3348" w:type="dxa"/>
            <w:tcBorders>
              <w:top w:val="nil"/>
              <w:left w:val="nil"/>
              <w:bottom w:val="nil"/>
              <w:right w:val="nil"/>
            </w:tcBorders>
          </w:tcPr>
          <w:p w14:paraId="4548410B" w14:textId="77777777" w:rsidR="001C61CC" w:rsidRDefault="000D727A">
            <w:pPr>
              <w:spacing w:after="0" w:line="240" w:lineRule="auto"/>
            </w:pPr>
            <w:r>
              <w:rPr>
                <w:sz w:val="15"/>
              </w:rPr>
              <w:t>Study design</w:t>
            </w:r>
          </w:p>
        </w:tc>
        <w:tc>
          <w:tcPr>
            <w:tcW w:w="3348" w:type="dxa"/>
            <w:tcBorders>
              <w:top w:val="nil"/>
              <w:left w:val="nil"/>
              <w:bottom w:val="nil"/>
              <w:right w:val="nil"/>
            </w:tcBorders>
          </w:tcPr>
          <w:p w14:paraId="7FF40B60" w14:textId="77777777" w:rsidR="001C61CC" w:rsidRDefault="000D727A">
            <w:pPr>
              <w:spacing w:after="0" w:line="240" w:lineRule="auto"/>
              <w:jc w:val="center"/>
            </w:pPr>
            <w:r>
              <w:rPr>
                <w:sz w:val="15"/>
              </w:rPr>
              <w:t>4</w:t>
            </w:r>
          </w:p>
        </w:tc>
        <w:tc>
          <w:tcPr>
            <w:tcW w:w="3348" w:type="dxa"/>
            <w:tcBorders>
              <w:top w:val="nil"/>
              <w:left w:val="nil"/>
              <w:bottom w:val="nil"/>
              <w:right w:val="nil"/>
            </w:tcBorders>
          </w:tcPr>
          <w:p w14:paraId="50654D8C" w14:textId="77777777" w:rsidR="001C61CC" w:rsidRDefault="000D727A">
            <w:pPr>
              <w:spacing w:after="0" w:line="240" w:lineRule="auto"/>
              <w:jc w:val="center"/>
            </w:pPr>
            <w:r>
              <w:rPr>
                <w:sz w:val="15"/>
              </w:rPr>
              <w:t>Present key elements of study design early in the paper.</w:t>
            </w:r>
          </w:p>
        </w:tc>
        <w:tc>
          <w:tcPr>
            <w:tcW w:w="3348" w:type="dxa"/>
            <w:tcBorders>
              <w:top w:val="nil"/>
              <w:left w:val="nil"/>
              <w:bottom w:val="nil"/>
              <w:right w:val="nil"/>
            </w:tcBorders>
          </w:tcPr>
          <w:p w14:paraId="595CCE72" w14:textId="77777777" w:rsidR="001C61CC" w:rsidRDefault="000D727A">
            <w:pPr>
              <w:spacing w:after="0" w:line="240" w:lineRule="auto"/>
              <w:jc w:val="center"/>
            </w:pPr>
            <w:r>
              <w:rPr>
                <w:sz w:val="15"/>
              </w:rPr>
              <w:t>Methods: Study design and data source</w:t>
            </w:r>
          </w:p>
        </w:tc>
      </w:tr>
      <w:tr w:rsidR="001C61CC" w14:paraId="1DD31046" w14:textId="77777777">
        <w:tc>
          <w:tcPr>
            <w:tcW w:w="3348" w:type="dxa"/>
            <w:tcBorders>
              <w:top w:val="nil"/>
              <w:left w:val="nil"/>
              <w:bottom w:val="nil"/>
              <w:right w:val="nil"/>
            </w:tcBorders>
          </w:tcPr>
          <w:p w14:paraId="49DC5853" w14:textId="77777777" w:rsidR="001C61CC" w:rsidRDefault="000D727A">
            <w:pPr>
              <w:spacing w:after="0" w:line="240" w:lineRule="auto"/>
            </w:pPr>
            <w:r>
              <w:rPr>
                <w:sz w:val="15"/>
              </w:rPr>
              <w:t>Setting</w:t>
            </w:r>
          </w:p>
        </w:tc>
        <w:tc>
          <w:tcPr>
            <w:tcW w:w="3348" w:type="dxa"/>
            <w:tcBorders>
              <w:top w:val="nil"/>
              <w:left w:val="nil"/>
              <w:bottom w:val="nil"/>
              <w:right w:val="nil"/>
            </w:tcBorders>
          </w:tcPr>
          <w:p w14:paraId="25353A20" w14:textId="77777777" w:rsidR="001C61CC" w:rsidRDefault="000D727A">
            <w:pPr>
              <w:spacing w:after="0" w:line="240" w:lineRule="auto"/>
              <w:jc w:val="center"/>
            </w:pPr>
            <w:r>
              <w:rPr>
                <w:sz w:val="15"/>
              </w:rPr>
              <w:t>5</w:t>
            </w:r>
          </w:p>
        </w:tc>
        <w:tc>
          <w:tcPr>
            <w:tcW w:w="3348" w:type="dxa"/>
            <w:tcBorders>
              <w:top w:val="nil"/>
              <w:left w:val="nil"/>
              <w:bottom w:val="nil"/>
              <w:right w:val="nil"/>
            </w:tcBorders>
          </w:tcPr>
          <w:p w14:paraId="0603AC87" w14:textId="77777777" w:rsidR="001C61CC" w:rsidRDefault="000D727A">
            <w:pPr>
              <w:spacing w:after="0" w:line="240" w:lineRule="auto"/>
              <w:jc w:val="center"/>
            </w:pPr>
            <w:r>
              <w:rPr>
                <w:sz w:val="15"/>
              </w:rPr>
              <w:t>Describe setting, locations, and relevant dates.</w:t>
            </w:r>
          </w:p>
        </w:tc>
        <w:tc>
          <w:tcPr>
            <w:tcW w:w="3348" w:type="dxa"/>
            <w:tcBorders>
              <w:top w:val="nil"/>
              <w:left w:val="nil"/>
              <w:bottom w:val="nil"/>
              <w:right w:val="nil"/>
            </w:tcBorders>
          </w:tcPr>
          <w:p w14:paraId="55FE74C8" w14:textId="77777777" w:rsidR="001C61CC" w:rsidRDefault="000D727A">
            <w:pPr>
              <w:spacing w:after="0" w:line="240" w:lineRule="auto"/>
              <w:jc w:val="center"/>
            </w:pPr>
            <w:r>
              <w:rPr>
                <w:sz w:val="15"/>
              </w:rPr>
              <w:t>Methods: Study design and data source</w:t>
            </w:r>
          </w:p>
        </w:tc>
      </w:tr>
      <w:tr w:rsidR="001C61CC" w14:paraId="796B5464" w14:textId="77777777">
        <w:tc>
          <w:tcPr>
            <w:tcW w:w="3348" w:type="dxa"/>
            <w:tcBorders>
              <w:top w:val="nil"/>
              <w:left w:val="nil"/>
              <w:bottom w:val="nil"/>
              <w:right w:val="nil"/>
            </w:tcBorders>
          </w:tcPr>
          <w:p w14:paraId="45240B52" w14:textId="77777777" w:rsidR="001C61CC" w:rsidRDefault="000D727A">
            <w:pPr>
              <w:spacing w:after="0" w:line="240" w:lineRule="auto"/>
            </w:pPr>
            <w:r>
              <w:rPr>
                <w:sz w:val="15"/>
              </w:rPr>
              <w:t>Participants</w:t>
            </w:r>
          </w:p>
        </w:tc>
        <w:tc>
          <w:tcPr>
            <w:tcW w:w="3348" w:type="dxa"/>
            <w:tcBorders>
              <w:top w:val="nil"/>
              <w:left w:val="nil"/>
              <w:bottom w:val="nil"/>
              <w:right w:val="nil"/>
            </w:tcBorders>
          </w:tcPr>
          <w:p w14:paraId="12D323FB" w14:textId="77777777" w:rsidR="001C61CC" w:rsidRDefault="000D727A">
            <w:pPr>
              <w:spacing w:after="0" w:line="240" w:lineRule="auto"/>
              <w:jc w:val="center"/>
            </w:pPr>
            <w:r>
              <w:rPr>
                <w:sz w:val="15"/>
              </w:rPr>
              <w:t>6</w:t>
            </w:r>
          </w:p>
        </w:tc>
        <w:tc>
          <w:tcPr>
            <w:tcW w:w="3348" w:type="dxa"/>
            <w:tcBorders>
              <w:top w:val="nil"/>
              <w:left w:val="nil"/>
              <w:bottom w:val="nil"/>
              <w:right w:val="nil"/>
            </w:tcBorders>
          </w:tcPr>
          <w:p w14:paraId="491809D5" w14:textId="77777777" w:rsidR="001C61CC" w:rsidRDefault="000D727A">
            <w:pPr>
              <w:spacing w:after="0" w:line="240" w:lineRule="auto"/>
              <w:jc w:val="center"/>
            </w:pPr>
            <w:r>
              <w:rPr>
                <w:sz w:val="15"/>
              </w:rPr>
              <w:t>Give eligibility criteria and participant selection methods.</w:t>
            </w:r>
          </w:p>
        </w:tc>
        <w:tc>
          <w:tcPr>
            <w:tcW w:w="3348" w:type="dxa"/>
            <w:tcBorders>
              <w:top w:val="nil"/>
              <w:left w:val="nil"/>
              <w:bottom w:val="nil"/>
              <w:right w:val="nil"/>
            </w:tcBorders>
          </w:tcPr>
          <w:p w14:paraId="3A3E0C51" w14:textId="77777777" w:rsidR="001C61CC" w:rsidRDefault="000D727A">
            <w:pPr>
              <w:spacing w:after="0" w:line="240" w:lineRule="auto"/>
              <w:jc w:val="center"/>
            </w:pPr>
            <w:r>
              <w:rPr>
                <w:sz w:val="15"/>
              </w:rPr>
              <w:t>Methods: Study populations; Table 1; Supplementary Figure 1</w:t>
            </w:r>
          </w:p>
        </w:tc>
      </w:tr>
      <w:tr w:rsidR="001C61CC" w14:paraId="2CD8DC51" w14:textId="77777777">
        <w:tc>
          <w:tcPr>
            <w:tcW w:w="3348" w:type="dxa"/>
            <w:tcBorders>
              <w:top w:val="nil"/>
              <w:left w:val="nil"/>
              <w:bottom w:val="nil"/>
              <w:right w:val="nil"/>
            </w:tcBorders>
          </w:tcPr>
          <w:p w14:paraId="25917FC8" w14:textId="77777777" w:rsidR="001C61CC" w:rsidRDefault="000D727A">
            <w:pPr>
              <w:spacing w:after="0" w:line="240" w:lineRule="auto"/>
            </w:pPr>
            <w:r>
              <w:rPr>
                <w:sz w:val="15"/>
              </w:rPr>
              <w:t>Variables</w:t>
            </w:r>
          </w:p>
        </w:tc>
        <w:tc>
          <w:tcPr>
            <w:tcW w:w="3348" w:type="dxa"/>
            <w:tcBorders>
              <w:top w:val="nil"/>
              <w:left w:val="nil"/>
              <w:bottom w:val="nil"/>
              <w:right w:val="nil"/>
            </w:tcBorders>
          </w:tcPr>
          <w:p w14:paraId="59DFF472" w14:textId="77777777" w:rsidR="001C61CC" w:rsidRDefault="000D727A">
            <w:pPr>
              <w:spacing w:after="0" w:line="240" w:lineRule="auto"/>
              <w:jc w:val="center"/>
            </w:pPr>
            <w:r>
              <w:rPr>
                <w:sz w:val="15"/>
              </w:rPr>
              <w:t>7</w:t>
            </w:r>
          </w:p>
        </w:tc>
        <w:tc>
          <w:tcPr>
            <w:tcW w:w="3348" w:type="dxa"/>
            <w:tcBorders>
              <w:top w:val="nil"/>
              <w:left w:val="nil"/>
              <w:bottom w:val="nil"/>
              <w:right w:val="nil"/>
            </w:tcBorders>
          </w:tcPr>
          <w:p w14:paraId="7FB19C9E" w14:textId="77777777" w:rsidR="001C61CC" w:rsidRDefault="000D727A">
            <w:pPr>
              <w:spacing w:after="0" w:line="240" w:lineRule="auto"/>
              <w:jc w:val="center"/>
            </w:pPr>
            <w:r>
              <w:rPr>
                <w:sz w:val="15"/>
              </w:rPr>
              <w:t>Clearly define outcomes, exposures, predictors, and effect modifiers.</w:t>
            </w:r>
          </w:p>
        </w:tc>
        <w:tc>
          <w:tcPr>
            <w:tcW w:w="3348" w:type="dxa"/>
            <w:tcBorders>
              <w:top w:val="nil"/>
              <w:left w:val="nil"/>
              <w:bottom w:val="nil"/>
              <w:right w:val="nil"/>
            </w:tcBorders>
          </w:tcPr>
          <w:p w14:paraId="5BD2461E" w14:textId="77777777" w:rsidR="001C61CC" w:rsidRDefault="000D727A">
            <w:pPr>
              <w:spacing w:after="0" w:line="240" w:lineRule="auto"/>
              <w:jc w:val="center"/>
            </w:pPr>
            <w:r>
              <w:rPr>
                <w:sz w:val="15"/>
              </w:rPr>
              <w:t>Methods: Exposure assessment; Outcome assessment; Covariates</w:t>
            </w:r>
          </w:p>
        </w:tc>
      </w:tr>
      <w:tr w:rsidR="001C61CC" w14:paraId="1880031C" w14:textId="77777777">
        <w:tc>
          <w:tcPr>
            <w:tcW w:w="3348" w:type="dxa"/>
            <w:tcBorders>
              <w:top w:val="nil"/>
              <w:left w:val="nil"/>
              <w:bottom w:val="nil"/>
              <w:right w:val="nil"/>
            </w:tcBorders>
          </w:tcPr>
          <w:p w14:paraId="1688ED17" w14:textId="77777777" w:rsidR="001C61CC" w:rsidRDefault="000D727A">
            <w:pPr>
              <w:spacing w:after="0" w:line="240" w:lineRule="auto"/>
            </w:pPr>
            <w:r>
              <w:rPr>
                <w:sz w:val="15"/>
              </w:rPr>
              <w:t>Data sources and measurement</w:t>
            </w:r>
          </w:p>
        </w:tc>
        <w:tc>
          <w:tcPr>
            <w:tcW w:w="3348" w:type="dxa"/>
            <w:tcBorders>
              <w:top w:val="nil"/>
              <w:left w:val="nil"/>
              <w:bottom w:val="nil"/>
              <w:right w:val="nil"/>
            </w:tcBorders>
          </w:tcPr>
          <w:p w14:paraId="1DFC40C8" w14:textId="77777777" w:rsidR="001C61CC" w:rsidRDefault="000D727A">
            <w:pPr>
              <w:spacing w:after="0" w:line="240" w:lineRule="auto"/>
              <w:jc w:val="center"/>
            </w:pPr>
            <w:r>
              <w:rPr>
                <w:sz w:val="15"/>
              </w:rPr>
              <w:t>8</w:t>
            </w:r>
          </w:p>
        </w:tc>
        <w:tc>
          <w:tcPr>
            <w:tcW w:w="3348" w:type="dxa"/>
            <w:tcBorders>
              <w:top w:val="nil"/>
              <w:left w:val="nil"/>
              <w:bottom w:val="nil"/>
              <w:right w:val="nil"/>
            </w:tcBorders>
          </w:tcPr>
          <w:p w14:paraId="714DFFB0" w14:textId="77777777" w:rsidR="001C61CC" w:rsidRDefault="000D727A">
            <w:pPr>
              <w:spacing w:after="0" w:line="240" w:lineRule="auto"/>
              <w:jc w:val="center"/>
            </w:pPr>
            <w:r>
              <w:rPr>
                <w:sz w:val="15"/>
              </w:rPr>
              <w:t>Give sources of data and details of assessment methods.</w:t>
            </w:r>
          </w:p>
        </w:tc>
        <w:tc>
          <w:tcPr>
            <w:tcW w:w="3348" w:type="dxa"/>
            <w:tcBorders>
              <w:top w:val="nil"/>
              <w:left w:val="nil"/>
              <w:bottom w:val="nil"/>
              <w:right w:val="nil"/>
            </w:tcBorders>
          </w:tcPr>
          <w:p w14:paraId="5856E445" w14:textId="77777777" w:rsidR="001C61CC" w:rsidRDefault="000D727A">
            <w:pPr>
              <w:spacing w:after="0" w:line="240" w:lineRule="auto"/>
              <w:jc w:val="center"/>
            </w:pPr>
            <w:r>
              <w:rPr>
                <w:sz w:val="15"/>
              </w:rPr>
              <w:t>Methods: Exposure assessment; Outcome assessment; Covariates; eMethods 2-4</w:t>
            </w:r>
          </w:p>
        </w:tc>
      </w:tr>
      <w:tr w:rsidR="001C61CC" w14:paraId="0709F247" w14:textId="77777777">
        <w:tc>
          <w:tcPr>
            <w:tcW w:w="3348" w:type="dxa"/>
            <w:tcBorders>
              <w:top w:val="nil"/>
              <w:left w:val="nil"/>
              <w:bottom w:val="nil"/>
              <w:right w:val="nil"/>
            </w:tcBorders>
          </w:tcPr>
          <w:p w14:paraId="02040D10" w14:textId="77777777" w:rsidR="001C61CC" w:rsidRDefault="000D727A">
            <w:pPr>
              <w:spacing w:after="0" w:line="240" w:lineRule="auto"/>
            </w:pPr>
            <w:r>
              <w:rPr>
                <w:sz w:val="15"/>
              </w:rPr>
              <w:t>Bias</w:t>
            </w:r>
          </w:p>
        </w:tc>
        <w:tc>
          <w:tcPr>
            <w:tcW w:w="3348" w:type="dxa"/>
            <w:tcBorders>
              <w:top w:val="nil"/>
              <w:left w:val="nil"/>
              <w:bottom w:val="nil"/>
              <w:right w:val="nil"/>
            </w:tcBorders>
          </w:tcPr>
          <w:p w14:paraId="7075C1A7" w14:textId="77777777" w:rsidR="001C61CC" w:rsidRDefault="000D727A">
            <w:pPr>
              <w:spacing w:after="0" w:line="240" w:lineRule="auto"/>
              <w:jc w:val="center"/>
            </w:pPr>
            <w:r>
              <w:rPr>
                <w:sz w:val="15"/>
              </w:rPr>
              <w:t>9</w:t>
            </w:r>
          </w:p>
        </w:tc>
        <w:tc>
          <w:tcPr>
            <w:tcW w:w="3348" w:type="dxa"/>
            <w:tcBorders>
              <w:top w:val="nil"/>
              <w:left w:val="nil"/>
              <w:bottom w:val="nil"/>
              <w:right w:val="nil"/>
            </w:tcBorders>
          </w:tcPr>
          <w:p w14:paraId="70930F44" w14:textId="77777777" w:rsidR="001C61CC" w:rsidRDefault="000D727A">
            <w:pPr>
              <w:spacing w:after="0" w:line="240" w:lineRule="auto"/>
              <w:jc w:val="center"/>
            </w:pPr>
            <w:r>
              <w:rPr>
                <w:sz w:val="15"/>
              </w:rPr>
              <w:t>Describe efforts to address potential sources of bias.</w:t>
            </w:r>
          </w:p>
        </w:tc>
        <w:tc>
          <w:tcPr>
            <w:tcW w:w="3348" w:type="dxa"/>
            <w:tcBorders>
              <w:top w:val="nil"/>
              <w:left w:val="nil"/>
              <w:bottom w:val="nil"/>
              <w:right w:val="nil"/>
            </w:tcBorders>
          </w:tcPr>
          <w:p w14:paraId="54BD8E53" w14:textId="77777777" w:rsidR="001C61CC" w:rsidRDefault="000D727A">
            <w:pPr>
              <w:spacing w:after="0" w:line="240" w:lineRule="auto"/>
              <w:jc w:val="center"/>
            </w:pPr>
            <w:r>
              <w:rPr>
                <w:sz w:val="15"/>
              </w:rPr>
              <w:t>Methods: Covariates; Statistical analysis; Discussion limitations</w:t>
            </w:r>
          </w:p>
        </w:tc>
      </w:tr>
      <w:tr w:rsidR="001C61CC" w14:paraId="601AA053" w14:textId="77777777">
        <w:tc>
          <w:tcPr>
            <w:tcW w:w="3348" w:type="dxa"/>
            <w:tcBorders>
              <w:top w:val="nil"/>
              <w:left w:val="nil"/>
              <w:bottom w:val="nil"/>
              <w:right w:val="nil"/>
            </w:tcBorders>
          </w:tcPr>
          <w:p w14:paraId="23A04564" w14:textId="77777777" w:rsidR="001C61CC" w:rsidRDefault="000D727A">
            <w:pPr>
              <w:spacing w:after="0" w:line="240" w:lineRule="auto"/>
            </w:pPr>
            <w:r>
              <w:rPr>
                <w:sz w:val="15"/>
              </w:rPr>
              <w:t>Study size</w:t>
            </w:r>
          </w:p>
        </w:tc>
        <w:tc>
          <w:tcPr>
            <w:tcW w:w="3348" w:type="dxa"/>
            <w:tcBorders>
              <w:top w:val="nil"/>
              <w:left w:val="nil"/>
              <w:bottom w:val="nil"/>
              <w:right w:val="nil"/>
            </w:tcBorders>
          </w:tcPr>
          <w:p w14:paraId="5692DEA0" w14:textId="77777777" w:rsidR="001C61CC" w:rsidRDefault="000D727A">
            <w:pPr>
              <w:spacing w:after="0" w:line="240" w:lineRule="auto"/>
              <w:jc w:val="center"/>
            </w:pPr>
            <w:r>
              <w:rPr>
                <w:sz w:val="15"/>
              </w:rPr>
              <w:t>10</w:t>
            </w:r>
          </w:p>
        </w:tc>
        <w:tc>
          <w:tcPr>
            <w:tcW w:w="3348" w:type="dxa"/>
            <w:tcBorders>
              <w:top w:val="nil"/>
              <w:left w:val="nil"/>
              <w:bottom w:val="nil"/>
              <w:right w:val="nil"/>
            </w:tcBorders>
          </w:tcPr>
          <w:p w14:paraId="5B737D09" w14:textId="77777777" w:rsidR="001C61CC" w:rsidRDefault="000D727A">
            <w:pPr>
              <w:spacing w:after="0" w:line="240" w:lineRule="auto"/>
              <w:jc w:val="center"/>
            </w:pPr>
            <w:r>
              <w:rPr>
                <w:sz w:val="15"/>
              </w:rPr>
              <w:t>Explain how study size was arrived at.</w:t>
            </w:r>
          </w:p>
        </w:tc>
        <w:tc>
          <w:tcPr>
            <w:tcW w:w="3348" w:type="dxa"/>
            <w:tcBorders>
              <w:top w:val="nil"/>
              <w:left w:val="nil"/>
              <w:bottom w:val="nil"/>
              <w:right w:val="nil"/>
            </w:tcBorders>
          </w:tcPr>
          <w:p w14:paraId="7890A519" w14:textId="77777777" w:rsidR="001C61CC" w:rsidRDefault="000D727A">
            <w:pPr>
              <w:spacing w:after="0" w:line="240" w:lineRule="auto"/>
              <w:jc w:val="center"/>
            </w:pPr>
            <w:r>
              <w:rPr>
                <w:sz w:val="15"/>
              </w:rPr>
              <w:t>Methods: Study populations; Results participant characteristics</w:t>
            </w:r>
          </w:p>
        </w:tc>
      </w:tr>
      <w:tr w:rsidR="001C61CC" w14:paraId="76DD9C08" w14:textId="77777777">
        <w:tc>
          <w:tcPr>
            <w:tcW w:w="3348" w:type="dxa"/>
            <w:tcBorders>
              <w:top w:val="nil"/>
              <w:left w:val="nil"/>
              <w:bottom w:val="nil"/>
              <w:right w:val="nil"/>
            </w:tcBorders>
          </w:tcPr>
          <w:p w14:paraId="78856DE2" w14:textId="77777777" w:rsidR="001C61CC" w:rsidRDefault="000D727A">
            <w:pPr>
              <w:spacing w:after="0" w:line="240" w:lineRule="auto"/>
            </w:pPr>
            <w:r>
              <w:rPr>
                <w:sz w:val="15"/>
              </w:rPr>
              <w:t>Quantitative variables</w:t>
            </w:r>
          </w:p>
        </w:tc>
        <w:tc>
          <w:tcPr>
            <w:tcW w:w="3348" w:type="dxa"/>
            <w:tcBorders>
              <w:top w:val="nil"/>
              <w:left w:val="nil"/>
              <w:bottom w:val="nil"/>
              <w:right w:val="nil"/>
            </w:tcBorders>
          </w:tcPr>
          <w:p w14:paraId="31D58039" w14:textId="77777777" w:rsidR="001C61CC" w:rsidRDefault="000D727A">
            <w:pPr>
              <w:spacing w:after="0" w:line="240" w:lineRule="auto"/>
              <w:jc w:val="center"/>
            </w:pPr>
            <w:r>
              <w:rPr>
                <w:sz w:val="15"/>
              </w:rPr>
              <w:t>11</w:t>
            </w:r>
          </w:p>
        </w:tc>
        <w:tc>
          <w:tcPr>
            <w:tcW w:w="3348" w:type="dxa"/>
            <w:tcBorders>
              <w:top w:val="nil"/>
              <w:left w:val="nil"/>
              <w:bottom w:val="nil"/>
              <w:right w:val="nil"/>
            </w:tcBorders>
          </w:tcPr>
          <w:p w14:paraId="66A4CDC4" w14:textId="77777777" w:rsidR="001C61CC" w:rsidRDefault="000D727A">
            <w:pPr>
              <w:spacing w:after="0" w:line="240" w:lineRule="auto"/>
              <w:jc w:val="center"/>
            </w:pPr>
            <w:r>
              <w:rPr>
                <w:sz w:val="15"/>
              </w:rPr>
              <w:t>Explain handling of quantitative variables and groupings.</w:t>
            </w:r>
          </w:p>
        </w:tc>
        <w:tc>
          <w:tcPr>
            <w:tcW w:w="3348" w:type="dxa"/>
            <w:tcBorders>
              <w:top w:val="nil"/>
              <w:left w:val="nil"/>
              <w:bottom w:val="nil"/>
              <w:right w:val="nil"/>
            </w:tcBorders>
          </w:tcPr>
          <w:p w14:paraId="5B76C7D8" w14:textId="77777777" w:rsidR="001C61CC" w:rsidRDefault="000D727A">
            <w:pPr>
              <w:spacing w:after="0" w:line="240" w:lineRule="auto"/>
              <w:jc w:val="center"/>
            </w:pPr>
            <w:r>
              <w:rPr>
                <w:sz w:val="15"/>
              </w:rPr>
              <w:t>Methods: Exposure assessment; Statistical analysis; eMethod 2</w:t>
            </w:r>
          </w:p>
        </w:tc>
      </w:tr>
      <w:tr w:rsidR="001C61CC" w14:paraId="3760C845" w14:textId="77777777">
        <w:tc>
          <w:tcPr>
            <w:tcW w:w="3348" w:type="dxa"/>
            <w:tcBorders>
              <w:top w:val="nil"/>
              <w:left w:val="nil"/>
              <w:bottom w:val="nil"/>
              <w:right w:val="nil"/>
            </w:tcBorders>
          </w:tcPr>
          <w:p w14:paraId="2EB7D4B2" w14:textId="77777777" w:rsidR="001C61CC" w:rsidRDefault="000D727A">
            <w:pPr>
              <w:spacing w:after="0" w:line="240" w:lineRule="auto"/>
            </w:pPr>
            <w:r>
              <w:rPr>
                <w:sz w:val="15"/>
              </w:rPr>
              <w:t>Statistical methods</w:t>
            </w:r>
          </w:p>
        </w:tc>
        <w:tc>
          <w:tcPr>
            <w:tcW w:w="3348" w:type="dxa"/>
            <w:tcBorders>
              <w:top w:val="nil"/>
              <w:left w:val="nil"/>
              <w:bottom w:val="nil"/>
              <w:right w:val="nil"/>
            </w:tcBorders>
          </w:tcPr>
          <w:p w14:paraId="5D6778D2" w14:textId="77777777" w:rsidR="001C61CC" w:rsidRDefault="000D727A">
            <w:pPr>
              <w:spacing w:after="0" w:line="240" w:lineRule="auto"/>
              <w:jc w:val="center"/>
            </w:pPr>
            <w:r>
              <w:rPr>
                <w:sz w:val="15"/>
              </w:rPr>
              <w:t>12</w:t>
            </w:r>
          </w:p>
        </w:tc>
        <w:tc>
          <w:tcPr>
            <w:tcW w:w="3348" w:type="dxa"/>
            <w:tcBorders>
              <w:top w:val="nil"/>
              <w:left w:val="nil"/>
              <w:bottom w:val="nil"/>
              <w:right w:val="nil"/>
            </w:tcBorders>
          </w:tcPr>
          <w:p w14:paraId="6592E70E" w14:textId="77777777" w:rsidR="001C61CC" w:rsidRDefault="000D727A">
            <w:pPr>
              <w:spacing w:after="0" w:line="240" w:lineRule="auto"/>
              <w:jc w:val="center"/>
            </w:pPr>
            <w:r>
              <w:rPr>
                <w:sz w:val="15"/>
              </w:rPr>
              <w:t>Describe all statistical methods, missing data handling, subgroup analyses, and sensitivity analyses.</w:t>
            </w:r>
          </w:p>
        </w:tc>
        <w:tc>
          <w:tcPr>
            <w:tcW w:w="3348" w:type="dxa"/>
            <w:tcBorders>
              <w:top w:val="nil"/>
              <w:left w:val="nil"/>
              <w:bottom w:val="nil"/>
              <w:right w:val="nil"/>
            </w:tcBorders>
          </w:tcPr>
          <w:p w14:paraId="4FB6EAF6" w14:textId="77777777" w:rsidR="001C61CC" w:rsidRDefault="000D727A">
            <w:pPr>
              <w:spacing w:after="0" w:line="240" w:lineRule="auto"/>
              <w:jc w:val="center"/>
            </w:pPr>
            <w:r>
              <w:rPr>
                <w:sz w:val="15"/>
              </w:rPr>
              <w:t>Methods: Statistical analysis; eMethod 6</w:t>
            </w:r>
          </w:p>
        </w:tc>
      </w:tr>
      <w:tr w:rsidR="001C61CC" w14:paraId="593ADF44" w14:textId="77777777">
        <w:tc>
          <w:tcPr>
            <w:tcW w:w="3348" w:type="dxa"/>
            <w:tcBorders>
              <w:top w:val="nil"/>
              <w:left w:val="nil"/>
              <w:bottom w:val="nil"/>
              <w:right w:val="nil"/>
            </w:tcBorders>
          </w:tcPr>
          <w:p w14:paraId="16EFBDEF" w14:textId="77777777" w:rsidR="001C61CC" w:rsidRDefault="000D727A">
            <w:pPr>
              <w:spacing w:after="0" w:line="240" w:lineRule="auto"/>
            </w:pPr>
            <w:r>
              <w:rPr>
                <w:sz w:val="15"/>
              </w:rPr>
              <w:t>Participants flow</w:t>
            </w:r>
          </w:p>
        </w:tc>
        <w:tc>
          <w:tcPr>
            <w:tcW w:w="3348" w:type="dxa"/>
            <w:tcBorders>
              <w:top w:val="nil"/>
              <w:left w:val="nil"/>
              <w:bottom w:val="nil"/>
              <w:right w:val="nil"/>
            </w:tcBorders>
          </w:tcPr>
          <w:p w14:paraId="06563C84" w14:textId="77777777" w:rsidR="001C61CC" w:rsidRDefault="000D727A">
            <w:pPr>
              <w:spacing w:after="0" w:line="240" w:lineRule="auto"/>
              <w:jc w:val="center"/>
            </w:pPr>
            <w:r>
              <w:rPr>
                <w:sz w:val="15"/>
              </w:rPr>
              <w:t>13</w:t>
            </w:r>
          </w:p>
        </w:tc>
        <w:tc>
          <w:tcPr>
            <w:tcW w:w="3348" w:type="dxa"/>
            <w:tcBorders>
              <w:top w:val="nil"/>
              <w:left w:val="nil"/>
              <w:bottom w:val="nil"/>
              <w:right w:val="nil"/>
            </w:tcBorders>
          </w:tcPr>
          <w:p w14:paraId="355C3A64" w14:textId="77777777" w:rsidR="001C61CC" w:rsidRDefault="000D727A">
            <w:pPr>
              <w:spacing w:after="0" w:line="240" w:lineRule="auto"/>
              <w:jc w:val="center"/>
            </w:pPr>
            <w:r>
              <w:rPr>
                <w:sz w:val="15"/>
              </w:rPr>
              <w:t>Report numbers of individuals at each stage of study.</w:t>
            </w:r>
          </w:p>
        </w:tc>
        <w:tc>
          <w:tcPr>
            <w:tcW w:w="3348" w:type="dxa"/>
            <w:tcBorders>
              <w:top w:val="nil"/>
              <w:left w:val="nil"/>
              <w:bottom w:val="nil"/>
              <w:right w:val="nil"/>
            </w:tcBorders>
          </w:tcPr>
          <w:p w14:paraId="2E38EF23" w14:textId="77777777" w:rsidR="001C61CC" w:rsidRDefault="000D727A">
            <w:pPr>
              <w:spacing w:after="0" w:line="240" w:lineRule="auto"/>
              <w:jc w:val="center"/>
            </w:pPr>
            <w:r>
              <w:rPr>
                <w:sz w:val="15"/>
              </w:rPr>
              <w:t>Results; Table 1; Supplementary Figure 1</w:t>
            </w:r>
          </w:p>
        </w:tc>
      </w:tr>
      <w:tr w:rsidR="001C61CC" w14:paraId="04E572D0" w14:textId="77777777">
        <w:tc>
          <w:tcPr>
            <w:tcW w:w="3348" w:type="dxa"/>
            <w:tcBorders>
              <w:top w:val="nil"/>
              <w:left w:val="nil"/>
              <w:bottom w:val="nil"/>
              <w:right w:val="nil"/>
            </w:tcBorders>
          </w:tcPr>
          <w:p w14:paraId="42940D78" w14:textId="77777777" w:rsidR="001C61CC" w:rsidRDefault="000D727A">
            <w:pPr>
              <w:spacing w:after="0" w:line="240" w:lineRule="auto"/>
            </w:pPr>
            <w:r>
              <w:rPr>
                <w:sz w:val="15"/>
              </w:rPr>
              <w:t>Descriptive data</w:t>
            </w:r>
          </w:p>
        </w:tc>
        <w:tc>
          <w:tcPr>
            <w:tcW w:w="3348" w:type="dxa"/>
            <w:tcBorders>
              <w:top w:val="nil"/>
              <w:left w:val="nil"/>
              <w:bottom w:val="nil"/>
              <w:right w:val="nil"/>
            </w:tcBorders>
          </w:tcPr>
          <w:p w14:paraId="44D57F4C" w14:textId="77777777" w:rsidR="001C61CC" w:rsidRDefault="000D727A">
            <w:pPr>
              <w:spacing w:after="0" w:line="240" w:lineRule="auto"/>
              <w:jc w:val="center"/>
            </w:pPr>
            <w:r>
              <w:rPr>
                <w:sz w:val="15"/>
              </w:rPr>
              <w:t>14</w:t>
            </w:r>
          </w:p>
        </w:tc>
        <w:tc>
          <w:tcPr>
            <w:tcW w:w="3348" w:type="dxa"/>
            <w:tcBorders>
              <w:top w:val="nil"/>
              <w:left w:val="nil"/>
              <w:bottom w:val="nil"/>
              <w:right w:val="nil"/>
            </w:tcBorders>
          </w:tcPr>
          <w:p w14:paraId="4D81641F" w14:textId="77777777" w:rsidR="001C61CC" w:rsidRDefault="000D727A">
            <w:pPr>
              <w:spacing w:after="0" w:line="240" w:lineRule="auto"/>
              <w:jc w:val="center"/>
            </w:pPr>
            <w:r>
              <w:rPr>
                <w:sz w:val="15"/>
              </w:rPr>
              <w:t>Give characteristics of study participants and information on exposures and confounders.</w:t>
            </w:r>
          </w:p>
        </w:tc>
        <w:tc>
          <w:tcPr>
            <w:tcW w:w="3348" w:type="dxa"/>
            <w:tcBorders>
              <w:top w:val="nil"/>
              <w:left w:val="nil"/>
              <w:bottom w:val="nil"/>
              <w:right w:val="nil"/>
            </w:tcBorders>
          </w:tcPr>
          <w:p w14:paraId="77EAC71C" w14:textId="77777777" w:rsidR="001C61CC" w:rsidRDefault="000D727A">
            <w:pPr>
              <w:spacing w:after="0" w:line="240" w:lineRule="auto"/>
              <w:jc w:val="center"/>
            </w:pPr>
            <w:r>
              <w:rPr>
                <w:sz w:val="15"/>
              </w:rPr>
              <w:t>Results participant characteristics; Table 1; Supplementary Table 1</w:t>
            </w:r>
          </w:p>
        </w:tc>
      </w:tr>
      <w:tr w:rsidR="001C61CC" w14:paraId="0E9F2F98" w14:textId="77777777">
        <w:tc>
          <w:tcPr>
            <w:tcW w:w="3348" w:type="dxa"/>
            <w:tcBorders>
              <w:top w:val="nil"/>
              <w:left w:val="nil"/>
              <w:bottom w:val="nil"/>
              <w:right w:val="nil"/>
            </w:tcBorders>
          </w:tcPr>
          <w:p w14:paraId="71724FEE" w14:textId="77777777" w:rsidR="001C61CC" w:rsidRDefault="000D727A">
            <w:pPr>
              <w:spacing w:after="0" w:line="240" w:lineRule="auto"/>
            </w:pPr>
            <w:r>
              <w:rPr>
                <w:sz w:val="15"/>
              </w:rPr>
              <w:t>Outcome data</w:t>
            </w:r>
          </w:p>
        </w:tc>
        <w:tc>
          <w:tcPr>
            <w:tcW w:w="3348" w:type="dxa"/>
            <w:tcBorders>
              <w:top w:val="nil"/>
              <w:left w:val="nil"/>
              <w:bottom w:val="nil"/>
              <w:right w:val="nil"/>
            </w:tcBorders>
          </w:tcPr>
          <w:p w14:paraId="49714A68" w14:textId="77777777" w:rsidR="001C61CC" w:rsidRDefault="000D727A">
            <w:pPr>
              <w:spacing w:after="0" w:line="240" w:lineRule="auto"/>
              <w:jc w:val="center"/>
            </w:pPr>
            <w:r>
              <w:rPr>
                <w:sz w:val="15"/>
              </w:rPr>
              <w:t>15</w:t>
            </w:r>
          </w:p>
        </w:tc>
        <w:tc>
          <w:tcPr>
            <w:tcW w:w="3348" w:type="dxa"/>
            <w:tcBorders>
              <w:top w:val="nil"/>
              <w:left w:val="nil"/>
              <w:bottom w:val="nil"/>
              <w:right w:val="nil"/>
            </w:tcBorders>
          </w:tcPr>
          <w:p w14:paraId="1A4055D2" w14:textId="77777777" w:rsidR="001C61CC" w:rsidRDefault="000D727A">
            <w:pPr>
              <w:spacing w:after="0" w:line="240" w:lineRule="auto"/>
              <w:jc w:val="center"/>
            </w:pPr>
            <w:r>
              <w:rPr>
                <w:sz w:val="15"/>
              </w:rPr>
              <w:t>Report numbers of outcome events or summary measures.</w:t>
            </w:r>
          </w:p>
        </w:tc>
        <w:tc>
          <w:tcPr>
            <w:tcW w:w="3348" w:type="dxa"/>
            <w:tcBorders>
              <w:top w:val="nil"/>
              <w:left w:val="nil"/>
              <w:bottom w:val="nil"/>
              <w:right w:val="nil"/>
            </w:tcBorders>
          </w:tcPr>
          <w:p w14:paraId="31290B31" w14:textId="77777777" w:rsidR="001C61CC" w:rsidRDefault="000D727A">
            <w:pPr>
              <w:spacing w:after="0" w:line="240" w:lineRule="auto"/>
              <w:jc w:val="center"/>
            </w:pPr>
            <w:r>
              <w:rPr>
                <w:sz w:val="15"/>
              </w:rPr>
              <w:t>Results; Tables 1-2; Figures 1-3; Supplementary Tables 4-15</w:t>
            </w:r>
          </w:p>
        </w:tc>
      </w:tr>
      <w:tr w:rsidR="001C61CC" w14:paraId="0C54C425" w14:textId="77777777">
        <w:tc>
          <w:tcPr>
            <w:tcW w:w="3348" w:type="dxa"/>
            <w:tcBorders>
              <w:top w:val="nil"/>
              <w:left w:val="nil"/>
              <w:bottom w:val="nil"/>
              <w:right w:val="nil"/>
            </w:tcBorders>
          </w:tcPr>
          <w:p w14:paraId="0BF19710" w14:textId="77777777" w:rsidR="001C61CC" w:rsidRDefault="000D727A">
            <w:pPr>
              <w:spacing w:after="0" w:line="240" w:lineRule="auto"/>
            </w:pPr>
            <w:r>
              <w:rPr>
                <w:sz w:val="15"/>
              </w:rPr>
              <w:t>Main results</w:t>
            </w:r>
          </w:p>
        </w:tc>
        <w:tc>
          <w:tcPr>
            <w:tcW w:w="3348" w:type="dxa"/>
            <w:tcBorders>
              <w:top w:val="nil"/>
              <w:left w:val="nil"/>
              <w:bottom w:val="nil"/>
              <w:right w:val="nil"/>
            </w:tcBorders>
          </w:tcPr>
          <w:p w14:paraId="4E3D072B" w14:textId="77777777" w:rsidR="001C61CC" w:rsidRDefault="000D727A">
            <w:pPr>
              <w:spacing w:after="0" w:line="240" w:lineRule="auto"/>
              <w:jc w:val="center"/>
            </w:pPr>
            <w:r>
              <w:rPr>
                <w:sz w:val="15"/>
              </w:rPr>
              <w:t>16</w:t>
            </w:r>
          </w:p>
        </w:tc>
        <w:tc>
          <w:tcPr>
            <w:tcW w:w="3348" w:type="dxa"/>
            <w:tcBorders>
              <w:top w:val="nil"/>
              <w:left w:val="nil"/>
              <w:bottom w:val="nil"/>
              <w:right w:val="nil"/>
            </w:tcBorders>
          </w:tcPr>
          <w:p w14:paraId="1648EBF8" w14:textId="77777777" w:rsidR="001C61CC" w:rsidRDefault="000D727A">
            <w:pPr>
              <w:spacing w:after="0" w:line="240" w:lineRule="auto"/>
              <w:jc w:val="center"/>
            </w:pPr>
            <w:r>
              <w:rPr>
                <w:sz w:val="15"/>
              </w:rPr>
              <w:t>Give unadjusted and adjusted estimates with precision.</w:t>
            </w:r>
          </w:p>
        </w:tc>
        <w:tc>
          <w:tcPr>
            <w:tcW w:w="3348" w:type="dxa"/>
            <w:tcBorders>
              <w:top w:val="nil"/>
              <w:left w:val="nil"/>
              <w:bottom w:val="nil"/>
              <w:right w:val="nil"/>
            </w:tcBorders>
          </w:tcPr>
          <w:p w14:paraId="0691396D" w14:textId="77777777" w:rsidR="001C61CC" w:rsidRDefault="000D727A">
            <w:pPr>
              <w:spacing w:after="0" w:line="240" w:lineRule="auto"/>
              <w:jc w:val="center"/>
            </w:pPr>
            <w:r>
              <w:rPr>
                <w:sz w:val="15"/>
              </w:rPr>
              <w:t>Results; Table 2; Figures 1-3; Supplementary Tables 4-15</w:t>
            </w:r>
          </w:p>
        </w:tc>
      </w:tr>
      <w:tr w:rsidR="001C61CC" w14:paraId="6FAB0C03" w14:textId="77777777">
        <w:tc>
          <w:tcPr>
            <w:tcW w:w="3348" w:type="dxa"/>
            <w:tcBorders>
              <w:top w:val="nil"/>
              <w:left w:val="nil"/>
              <w:bottom w:val="nil"/>
              <w:right w:val="nil"/>
            </w:tcBorders>
          </w:tcPr>
          <w:p w14:paraId="2AF5861A" w14:textId="77777777" w:rsidR="001C61CC" w:rsidRDefault="000D727A">
            <w:pPr>
              <w:spacing w:after="0" w:line="240" w:lineRule="auto"/>
            </w:pPr>
            <w:r>
              <w:rPr>
                <w:sz w:val="15"/>
              </w:rPr>
              <w:t>Other analyses</w:t>
            </w:r>
          </w:p>
        </w:tc>
        <w:tc>
          <w:tcPr>
            <w:tcW w:w="3348" w:type="dxa"/>
            <w:tcBorders>
              <w:top w:val="nil"/>
              <w:left w:val="nil"/>
              <w:bottom w:val="nil"/>
              <w:right w:val="nil"/>
            </w:tcBorders>
          </w:tcPr>
          <w:p w14:paraId="282651F0" w14:textId="77777777" w:rsidR="001C61CC" w:rsidRDefault="000D727A">
            <w:pPr>
              <w:spacing w:after="0" w:line="240" w:lineRule="auto"/>
              <w:jc w:val="center"/>
            </w:pPr>
            <w:r>
              <w:rPr>
                <w:sz w:val="15"/>
              </w:rPr>
              <w:t>17</w:t>
            </w:r>
          </w:p>
        </w:tc>
        <w:tc>
          <w:tcPr>
            <w:tcW w:w="3348" w:type="dxa"/>
            <w:tcBorders>
              <w:top w:val="nil"/>
              <w:left w:val="nil"/>
              <w:bottom w:val="nil"/>
              <w:right w:val="nil"/>
            </w:tcBorders>
          </w:tcPr>
          <w:p w14:paraId="61222A65" w14:textId="77777777" w:rsidR="001C61CC" w:rsidRDefault="000D727A">
            <w:pPr>
              <w:spacing w:after="0" w:line="240" w:lineRule="auto"/>
              <w:jc w:val="center"/>
            </w:pPr>
            <w:r>
              <w:rPr>
                <w:sz w:val="15"/>
              </w:rPr>
              <w:t>Report subgroup analyses, interactions, and sensitivity analyses.</w:t>
            </w:r>
          </w:p>
        </w:tc>
        <w:tc>
          <w:tcPr>
            <w:tcW w:w="3348" w:type="dxa"/>
            <w:tcBorders>
              <w:top w:val="nil"/>
              <w:left w:val="nil"/>
              <w:bottom w:val="nil"/>
              <w:right w:val="nil"/>
            </w:tcBorders>
          </w:tcPr>
          <w:p w14:paraId="76C14618" w14:textId="77777777" w:rsidR="001C61CC" w:rsidRDefault="000D727A">
            <w:pPr>
              <w:spacing w:after="0" w:line="240" w:lineRule="auto"/>
              <w:jc w:val="center"/>
            </w:pPr>
            <w:r>
              <w:rPr>
                <w:sz w:val="15"/>
              </w:rPr>
              <w:t>Results subgroup and robustness analyses; Supplementary Tables 12-15; Supplementary Figures 2-4</w:t>
            </w:r>
          </w:p>
        </w:tc>
      </w:tr>
      <w:tr w:rsidR="001C61CC" w14:paraId="3D459AB3" w14:textId="77777777">
        <w:tc>
          <w:tcPr>
            <w:tcW w:w="3348" w:type="dxa"/>
            <w:tcBorders>
              <w:top w:val="nil"/>
              <w:left w:val="nil"/>
              <w:bottom w:val="nil"/>
              <w:right w:val="nil"/>
            </w:tcBorders>
          </w:tcPr>
          <w:p w14:paraId="0FF8D4B1" w14:textId="77777777" w:rsidR="001C61CC" w:rsidRDefault="000D727A">
            <w:pPr>
              <w:spacing w:after="0" w:line="240" w:lineRule="auto"/>
            </w:pPr>
            <w:r>
              <w:rPr>
                <w:sz w:val="15"/>
              </w:rPr>
              <w:t>Key results</w:t>
            </w:r>
          </w:p>
        </w:tc>
        <w:tc>
          <w:tcPr>
            <w:tcW w:w="3348" w:type="dxa"/>
            <w:tcBorders>
              <w:top w:val="nil"/>
              <w:left w:val="nil"/>
              <w:bottom w:val="nil"/>
              <w:right w:val="nil"/>
            </w:tcBorders>
          </w:tcPr>
          <w:p w14:paraId="580438AE" w14:textId="77777777" w:rsidR="001C61CC" w:rsidRDefault="000D727A">
            <w:pPr>
              <w:spacing w:after="0" w:line="240" w:lineRule="auto"/>
              <w:jc w:val="center"/>
            </w:pPr>
            <w:r>
              <w:rPr>
                <w:sz w:val="15"/>
              </w:rPr>
              <w:t>18</w:t>
            </w:r>
          </w:p>
        </w:tc>
        <w:tc>
          <w:tcPr>
            <w:tcW w:w="3348" w:type="dxa"/>
            <w:tcBorders>
              <w:top w:val="nil"/>
              <w:left w:val="nil"/>
              <w:bottom w:val="nil"/>
              <w:right w:val="nil"/>
            </w:tcBorders>
          </w:tcPr>
          <w:p w14:paraId="34FF55C3" w14:textId="77777777" w:rsidR="001C61CC" w:rsidRDefault="000D727A">
            <w:pPr>
              <w:spacing w:after="0" w:line="240" w:lineRule="auto"/>
              <w:jc w:val="center"/>
            </w:pPr>
            <w:r>
              <w:rPr>
                <w:sz w:val="15"/>
              </w:rPr>
              <w:t>Summarise key results with reference to study objectives.</w:t>
            </w:r>
          </w:p>
        </w:tc>
        <w:tc>
          <w:tcPr>
            <w:tcW w:w="3348" w:type="dxa"/>
            <w:tcBorders>
              <w:top w:val="nil"/>
              <w:left w:val="nil"/>
              <w:bottom w:val="nil"/>
              <w:right w:val="nil"/>
            </w:tcBorders>
          </w:tcPr>
          <w:p w14:paraId="4289D88E" w14:textId="77777777" w:rsidR="001C61CC" w:rsidRDefault="000D727A">
            <w:pPr>
              <w:spacing w:after="0" w:line="240" w:lineRule="auto"/>
              <w:jc w:val="center"/>
            </w:pPr>
            <w:r>
              <w:rPr>
                <w:sz w:val="15"/>
              </w:rPr>
              <w:t>Discussion paragraph 1</w:t>
            </w:r>
          </w:p>
        </w:tc>
      </w:tr>
      <w:tr w:rsidR="001C61CC" w14:paraId="77577C52" w14:textId="77777777">
        <w:tc>
          <w:tcPr>
            <w:tcW w:w="3348" w:type="dxa"/>
            <w:tcBorders>
              <w:top w:val="nil"/>
              <w:left w:val="nil"/>
              <w:bottom w:val="nil"/>
              <w:right w:val="nil"/>
            </w:tcBorders>
          </w:tcPr>
          <w:p w14:paraId="324C9A12" w14:textId="77777777" w:rsidR="001C61CC" w:rsidRDefault="000D727A">
            <w:pPr>
              <w:spacing w:after="0" w:line="240" w:lineRule="auto"/>
            </w:pPr>
            <w:r>
              <w:rPr>
                <w:sz w:val="15"/>
              </w:rPr>
              <w:t>Limitations</w:t>
            </w:r>
          </w:p>
        </w:tc>
        <w:tc>
          <w:tcPr>
            <w:tcW w:w="3348" w:type="dxa"/>
            <w:tcBorders>
              <w:top w:val="nil"/>
              <w:left w:val="nil"/>
              <w:bottom w:val="nil"/>
              <w:right w:val="nil"/>
            </w:tcBorders>
          </w:tcPr>
          <w:p w14:paraId="3FBF8499" w14:textId="77777777" w:rsidR="001C61CC" w:rsidRDefault="000D727A">
            <w:pPr>
              <w:spacing w:after="0" w:line="240" w:lineRule="auto"/>
              <w:jc w:val="center"/>
            </w:pPr>
            <w:r>
              <w:rPr>
                <w:sz w:val="15"/>
              </w:rPr>
              <w:t>19</w:t>
            </w:r>
          </w:p>
        </w:tc>
        <w:tc>
          <w:tcPr>
            <w:tcW w:w="3348" w:type="dxa"/>
            <w:tcBorders>
              <w:top w:val="nil"/>
              <w:left w:val="nil"/>
              <w:bottom w:val="nil"/>
              <w:right w:val="nil"/>
            </w:tcBorders>
          </w:tcPr>
          <w:p w14:paraId="314EB62D" w14:textId="77777777" w:rsidR="001C61CC" w:rsidRDefault="000D727A">
            <w:pPr>
              <w:spacing w:after="0" w:line="240" w:lineRule="auto"/>
              <w:jc w:val="center"/>
            </w:pPr>
            <w:r>
              <w:rPr>
                <w:sz w:val="15"/>
              </w:rPr>
              <w:t xml:space="preserve">Discuss limitations and potential bias or </w:t>
            </w:r>
            <w:r>
              <w:rPr>
                <w:sz w:val="15"/>
              </w:rPr>
              <w:lastRenderedPageBreak/>
              <w:t>imprecision.</w:t>
            </w:r>
          </w:p>
        </w:tc>
        <w:tc>
          <w:tcPr>
            <w:tcW w:w="3348" w:type="dxa"/>
            <w:tcBorders>
              <w:top w:val="nil"/>
              <w:left w:val="nil"/>
              <w:bottom w:val="nil"/>
              <w:right w:val="nil"/>
            </w:tcBorders>
          </w:tcPr>
          <w:p w14:paraId="33AFB8F6" w14:textId="77777777" w:rsidR="001C61CC" w:rsidRDefault="000D727A">
            <w:pPr>
              <w:spacing w:after="0" w:line="240" w:lineRule="auto"/>
              <w:jc w:val="center"/>
            </w:pPr>
            <w:r>
              <w:rPr>
                <w:sz w:val="15"/>
              </w:rPr>
              <w:lastRenderedPageBreak/>
              <w:t>Discussion limitations paragraph</w:t>
            </w:r>
          </w:p>
        </w:tc>
      </w:tr>
      <w:tr w:rsidR="001C61CC" w14:paraId="21D1B9F3" w14:textId="77777777">
        <w:tc>
          <w:tcPr>
            <w:tcW w:w="3348" w:type="dxa"/>
            <w:tcBorders>
              <w:top w:val="nil"/>
              <w:left w:val="nil"/>
              <w:bottom w:val="nil"/>
              <w:right w:val="nil"/>
            </w:tcBorders>
          </w:tcPr>
          <w:p w14:paraId="72495683" w14:textId="77777777" w:rsidR="001C61CC" w:rsidRDefault="000D727A">
            <w:pPr>
              <w:spacing w:after="0" w:line="240" w:lineRule="auto"/>
            </w:pPr>
            <w:r>
              <w:rPr>
                <w:sz w:val="15"/>
              </w:rPr>
              <w:t>Interpretation</w:t>
            </w:r>
          </w:p>
        </w:tc>
        <w:tc>
          <w:tcPr>
            <w:tcW w:w="3348" w:type="dxa"/>
            <w:tcBorders>
              <w:top w:val="nil"/>
              <w:left w:val="nil"/>
              <w:bottom w:val="nil"/>
              <w:right w:val="nil"/>
            </w:tcBorders>
          </w:tcPr>
          <w:p w14:paraId="0288E232" w14:textId="77777777" w:rsidR="001C61CC" w:rsidRDefault="000D727A">
            <w:pPr>
              <w:spacing w:after="0" w:line="240" w:lineRule="auto"/>
              <w:jc w:val="center"/>
            </w:pPr>
            <w:r>
              <w:rPr>
                <w:sz w:val="15"/>
              </w:rPr>
              <w:t>20</w:t>
            </w:r>
          </w:p>
        </w:tc>
        <w:tc>
          <w:tcPr>
            <w:tcW w:w="3348" w:type="dxa"/>
            <w:tcBorders>
              <w:top w:val="nil"/>
              <w:left w:val="nil"/>
              <w:bottom w:val="nil"/>
              <w:right w:val="nil"/>
            </w:tcBorders>
          </w:tcPr>
          <w:p w14:paraId="585A3C5A" w14:textId="77777777" w:rsidR="001C61CC" w:rsidRDefault="000D727A">
            <w:pPr>
              <w:spacing w:after="0" w:line="240" w:lineRule="auto"/>
              <w:jc w:val="center"/>
            </w:pPr>
            <w:r>
              <w:rPr>
                <w:sz w:val="15"/>
              </w:rPr>
              <w:t>Give a cautious interpretation of results.</w:t>
            </w:r>
          </w:p>
        </w:tc>
        <w:tc>
          <w:tcPr>
            <w:tcW w:w="3348" w:type="dxa"/>
            <w:tcBorders>
              <w:top w:val="nil"/>
              <w:left w:val="nil"/>
              <w:bottom w:val="nil"/>
              <w:right w:val="nil"/>
            </w:tcBorders>
          </w:tcPr>
          <w:p w14:paraId="18CA3EA3" w14:textId="77777777" w:rsidR="001C61CC" w:rsidRDefault="000D727A">
            <w:pPr>
              <w:spacing w:after="0" w:line="240" w:lineRule="auto"/>
              <w:jc w:val="center"/>
            </w:pPr>
            <w:r>
              <w:rPr>
                <w:sz w:val="15"/>
              </w:rPr>
              <w:t>Discussion</w:t>
            </w:r>
          </w:p>
        </w:tc>
      </w:tr>
      <w:tr w:rsidR="001C61CC" w14:paraId="0ED46DD4" w14:textId="77777777">
        <w:tc>
          <w:tcPr>
            <w:tcW w:w="3348" w:type="dxa"/>
            <w:tcBorders>
              <w:top w:val="nil"/>
              <w:left w:val="nil"/>
              <w:bottom w:val="nil"/>
              <w:right w:val="nil"/>
            </w:tcBorders>
          </w:tcPr>
          <w:p w14:paraId="05D764BD" w14:textId="77777777" w:rsidR="001C61CC" w:rsidRDefault="000D727A">
            <w:pPr>
              <w:spacing w:after="0" w:line="240" w:lineRule="auto"/>
            </w:pPr>
            <w:r>
              <w:rPr>
                <w:sz w:val="15"/>
              </w:rPr>
              <w:t>Generalisability</w:t>
            </w:r>
          </w:p>
        </w:tc>
        <w:tc>
          <w:tcPr>
            <w:tcW w:w="3348" w:type="dxa"/>
            <w:tcBorders>
              <w:top w:val="nil"/>
              <w:left w:val="nil"/>
              <w:bottom w:val="nil"/>
              <w:right w:val="nil"/>
            </w:tcBorders>
          </w:tcPr>
          <w:p w14:paraId="334068BF" w14:textId="77777777" w:rsidR="001C61CC" w:rsidRDefault="000D727A">
            <w:pPr>
              <w:spacing w:after="0" w:line="240" w:lineRule="auto"/>
              <w:jc w:val="center"/>
            </w:pPr>
            <w:r>
              <w:rPr>
                <w:sz w:val="15"/>
              </w:rPr>
              <w:t>21</w:t>
            </w:r>
          </w:p>
        </w:tc>
        <w:tc>
          <w:tcPr>
            <w:tcW w:w="3348" w:type="dxa"/>
            <w:tcBorders>
              <w:top w:val="nil"/>
              <w:left w:val="nil"/>
              <w:bottom w:val="nil"/>
              <w:right w:val="nil"/>
            </w:tcBorders>
          </w:tcPr>
          <w:p w14:paraId="48FF492B" w14:textId="77777777" w:rsidR="001C61CC" w:rsidRDefault="000D727A">
            <w:pPr>
              <w:spacing w:after="0" w:line="240" w:lineRule="auto"/>
              <w:jc w:val="center"/>
            </w:pPr>
            <w:r>
              <w:rPr>
                <w:sz w:val="15"/>
              </w:rPr>
              <w:t>Discuss external validity of results.</w:t>
            </w:r>
          </w:p>
        </w:tc>
        <w:tc>
          <w:tcPr>
            <w:tcW w:w="3348" w:type="dxa"/>
            <w:tcBorders>
              <w:top w:val="nil"/>
              <w:left w:val="nil"/>
              <w:bottom w:val="nil"/>
              <w:right w:val="nil"/>
            </w:tcBorders>
          </w:tcPr>
          <w:p w14:paraId="04A6D20A" w14:textId="77777777" w:rsidR="001C61CC" w:rsidRDefault="000D727A">
            <w:pPr>
              <w:spacing w:after="0" w:line="240" w:lineRule="auto"/>
              <w:jc w:val="center"/>
            </w:pPr>
            <w:r>
              <w:rPr>
                <w:sz w:val="15"/>
              </w:rPr>
              <w:t>Discussion final limitation statements</w:t>
            </w:r>
          </w:p>
        </w:tc>
      </w:tr>
      <w:tr w:rsidR="001C61CC" w14:paraId="177F0717" w14:textId="77777777">
        <w:tc>
          <w:tcPr>
            <w:tcW w:w="3348" w:type="dxa"/>
            <w:tcBorders>
              <w:top w:val="nil"/>
              <w:left w:val="nil"/>
              <w:bottom w:val="single" w:sz="10" w:space="0" w:color="000000"/>
              <w:right w:val="nil"/>
            </w:tcBorders>
          </w:tcPr>
          <w:p w14:paraId="0686073B" w14:textId="77777777" w:rsidR="001C61CC" w:rsidRDefault="000D727A">
            <w:pPr>
              <w:spacing w:after="0" w:line="240" w:lineRule="auto"/>
            </w:pPr>
            <w:r>
              <w:rPr>
                <w:sz w:val="15"/>
              </w:rPr>
              <w:t>Funding and role of funders</w:t>
            </w:r>
          </w:p>
        </w:tc>
        <w:tc>
          <w:tcPr>
            <w:tcW w:w="3348" w:type="dxa"/>
            <w:tcBorders>
              <w:top w:val="nil"/>
              <w:left w:val="nil"/>
              <w:bottom w:val="single" w:sz="10" w:space="0" w:color="000000"/>
              <w:right w:val="nil"/>
            </w:tcBorders>
          </w:tcPr>
          <w:p w14:paraId="5ED01229" w14:textId="77777777" w:rsidR="001C61CC" w:rsidRDefault="000D727A">
            <w:pPr>
              <w:spacing w:after="0" w:line="240" w:lineRule="auto"/>
              <w:jc w:val="center"/>
            </w:pPr>
            <w:r>
              <w:rPr>
                <w:sz w:val="15"/>
              </w:rPr>
              <w:t>22</w:t>
            </w:r>
          </w:p>
        </w:tc>
        <w:tc>
          <w:tcPr>
            <w:tcW w:w="3348" w:type="dxa"/>
            <w:tcBorders>
              <w:top w:val="nil"/>
              <w:left w:val="nil"/>
              <w:bottom w:val="single" w:sz="10" w:space="0" w:color="000000"/>
              <w:right w:val="nil"/>
            </w:tcBorders>
          </w:tcPr>
          <w:p w14:paraId="6F55A3C8" w14:textId="77777777" w:rsidR="001C61CC" w:rsidRDefault="000D727A">
            <w:pPr>
              <w:spacing w:after="0" w:line="240" w:lineRule="auto"/>
              <w:jc w:val="center"/>
            </w:pPr>
            <w:r>
              <w:rPr>
                <w:sz w:val="15"/>
              </w:rPr>
              <w:t>Give the source of funding and role of funders.</w:t>
            </w:r>
          </w:p>
        </w:tc>
        <w:tc>
          <w:tcPr>
            <w:tcW w:w="3348" w:type="dxa"/>
            <w:tcBorders>
              <w:top w:val="nil"/>
              <w:left w:val="nil"/>
              <w:bottom w:val="single" w:sz="10" w:space="0" w:color="000000"/>
              <w:right w:val="nil"/>
            </w:tcBorders>
          </w:tcPr>
          <w:p w14:paraId="43791748" w14:textId="77777777" w:rsidR="001C61CC" w:rsidRDefault="000D727A">
            <w:pPr>
              <w:spacing w:after="0" w:line="240" w:lineRule="auto"/>
              <w:jc w:val="center"/>
            </w:pPr>
            <w:r>
              <w:rPr>
                <w:sz w:val="15"/>
              </w:rPr>
              <w:t>Summary; Declarations</w:t>
            </w:r>
          </w:p>
        </w:tc>
      </w:tr>
    </w:tbl>
    <w:p w14:paraId="7F3FC056" w14:textId="77777777" w:rsidR="001C61CC" w:rsidRDefault="001C61CC"/>
    <w:p w14:paraId="4BC2B248" w14:textId="77777777" w:rsidR="001C61CC" w:rsidRDefault="000D727A">
      <w:pPr>
        <w:spacing w:after="80"/>
      </w:pPr>
      <w:r>
        <w:rPr>
          <w:b/>
          <w:sz w:val="24"/>
        </w:rPr>
        <w:t>eMethod 6. Statistical modelling, sensitivity analyses, and supplementary figure construction</w:t>
      </w:r>
    </w:p>
    <w:p w14:paraId="073E448F" w14:textId="77777777" w:rsidR="001C61CC" w:rsidRDefault="000D727A">
      <w:pPr>
        <w:spacing w:after="80"/>
      </w:pPr>
      <w:r>
        <w:t>Cross-sectional associations between pregnancy-loss exposures and prevalent depressive symptoms were estimated with logistic regression. Prospective associations with incident depressive symptoms were estimated with Cox proportional hazards regression using time to first event. Unadjusted, minimally adjusted, extended, and fully adjusted models were prespecified for the primary exposure.</w:t>
      </w:r>
    </w:p>
    <w:p w14:paraId="7AD8D19A" w14:textId="77777777" w:rsidR="001C61CC" w:rsidRDefault="000D727A">
      <w:pPr>
        <w:spacing w:after="80"/>
      </w:pPr>
      <w:r>
        <w:t>Additional analyses included subtype-specific models, dose-response models based on lifetime loss count, same-sample attenuation analyses, and exploratory subgroup analyses with multiplicative interaction terms. Sensitivity analyses used the higher CESD-10 threshold, restriction to postmenopausal women in the cross-sectional sample, and restriction to complete 2018 and 2020 follow-up in the prospective sample.</w:t>
      </w:r>
    </w:p>
    <w:p w14:paraId="6AEDEEDD" w14:textId="77777777" w:rsidR="001C61CC" w:rsidRDefault="000D727A">
      <w:pPr>
        <w:spacing w:after="80"/>
      </w:pPr>
      <w:r>
        <w:t>Supplementary Figure 1 shows participant derivation. Supplementary Figure 2 summarises follow-up structure and cumulative incidence patterns. Supplementary Figure 3 visualises sequential attenuation after progressive covariate adjustment. Supplementary Figure 4 summarises subtype-specific and sensitivity analyses in a compact display aligned with the supplementary tables.</w:t>
      </w:r>
    </w:p>
    <w:p w14:paraId="44F1801B" w14:textId="77777777" w:rsidR="001C61CC" w:rsidRDefault="001C61CC">
      <w:pPr>
        <w:sectPr w:rsidR="001C61CC">
          <w:pgSz w:w="15840" w:h="12240"/>
          <w:pgMar w:top="1152" w:right="1224" w:bottom="1152" w:left="1224" w:header="720" w:footer="720" w:gutter="0"/>
          <w:cols w:space="720"/>
          <w:docGrid w:linePitch="360"/>
        </w:sectPr>
      </w:pPr>
    </w:p>
    <w:p w14:paraId="7FCC7454" w14:textId="77777777" w:rsidR="001C61CC" w:rsidRDefault="000D727A">
      <w:pPr>
        <w:spacing w:after="80"/>
      </w:pPr>
      <w:r>
        <w:rPr>
          <w:b/>
          <w:sz w:val="28"/>
        </w:rPr>
        <w:lastRenderedPageBreak/>
        <w:t>Supplementary Tables</w:t>
      </w:r>
    </w:p>
    <w:p w14:paraId="6197C9A0" w14:textId="77777777" w:rsidR="001C61CC" w:rsidRDefault="000D727A">
      <w:pPr>
        <w:spacing w:after="80"/>
      </w:pPr>
      <w:r>
        <w:rPr>
          <w:b/>
          <w:sz w:val="24"/>
        </w:rPr>
        <w:t>Supplementary Table 1. Baseline characteristics of participants included and excluded from the cross-sectional and prospective analyses</w:t>
      </w:r>
    </w:p>
    <w:p w14:paraId="171EFCEF" w14:textId="77777777" w:rsidR="001C61CC" w:rsidRDefault="000D727A">
      <w:pPr>
        <w:spacing w:after="80"/>
      </w:pPr>
      <w:r>
        <w:rPr>
          <w:sz w:val="19"/>
        </w:rPr>
        <w:t>Panel A. 2018 women aged 45 years or older: included (n=8368) vs excluded (n=1883)</w:t>
      </w:r>
    </w:p>
    <w:tbl>
      <w:tblPr>
        <w:tblW w:w="0" w:type="auto"/>
        <w:tblLook w:val="04A0" w:firstRow="1" w:lastRow="0" w:firstColumn="1" w:lastColumn="0" w:noHBand="0" w:noVBand="1"/>
      </w:tblPr>
      <w:tblGrid>
        <w:gridCol w:w="2592"/>
        <w:gridCol w:w="2592"/>
        <w:gridCol w:w="2592"/>
        <w:gridCol w:w="2592"/>
      </w:tblGrid>
      <w:tr w:rsidR="001C61CC" w14:paraId="5ADFA8D6" w14:textId="77777777">
        <w:tc>
          <w:tcPr>
            <w:tcW w:w="2592" w:type="dxa"/>
            <w:tcBorders>
              <w:top w:val="single" w:sz="10" w:space="0" w:color="000000"/>
              <w:left w:val="nil"/>
              <w:bottom w:val="single" w:sz="10" w:space="0" w:color="000000"/>
              <w:right w:val="nil"/>
            </w:tcBorders>
          </w:tcPr>
          <w:p w14:paraId="1ADA0F54" w14:textId="77777777" w:rsidR="001C61CC" w:rsidRDefault="000D727A">
            <w:pPr>
              <w:spacing w:after="0" w:line="240" w:lineRule="auto"/>
            </w:pPr>
            <w:r>
              <w:rPr>
                <w:b/>
                <w:sz w:val="16"/>
              </w:rPr>
              <w:t>Characteristic</w:t>
            </w:r>
          </w:p>
        </w:tc>
        <w:tc>
          <w:tcPr>
            <w:tcW w:w="2592" w:type="dxa"/>
            <w:tcBorders>
              <w:top w:val="single" w:sz="10" w:space="0" w:color="000000"/>
              <w:left w:val="nil"/>
              <w:bottom w:val="single" w:sz="10" w:space="0" w:color="000000"/>
              <w:right w:val="nil"/>
            </w:tcBorders>
          </w:tcPr>
          <w:p w14:paraId="3A8ACD54" w14:textId="77777777" w:rsidR="001C61CC" w:rsidRDefault="000D727A">
            <w:pPr>
              <w:spacing w:after="0" w:line="240" w:lineRule="auto"/>
              <w:jc w:val="center"/>
            </w:pPr>
            <w:r>
              <w:rPr>
                <w:b/>
                <w:sz w:val="16"/>
              </w:rPr>
              <w:t>Included</w:t>
            </w:r>
          </w:p>
        </w:tc>
        <w:tc>
          <w:tcPr>
            <w:tcW w:w="2592" w:type="dxa"/>
            <w:tcBorders>
              <w:top w:val="single" w:sz="10" w:space="0" w:color="000000"/>
              <w:left w:val="nil"/>
              <w:bottom w:val="single" w:sz="10" w:space="0" w:color="000000"/>
              <w:right w:val="nil"/>
            </w:tcBorders>
          </w:tcPr>
          <w:p w14:paraId="79F3D1C0" w14:textId="77777777" w:rsidR="001C61CC" w:rsidRDefault="000D727A">
            <w:pPr>
              <w:spacing w:after="0" w:line="240" w:lineRule="auto"/>
              <w:jc w:val="center"/>
            </w:pPr>
            <w:r>
              <w:rPr>
                <w:b/>
                <w:sz w:val="16"/>
              </w:rPr>
              <w:t>Excluded</w:t>
            </w:r>
          </w:p>
        </w:tc>
        <w:tc>
          <w:tcPr>
            <w:tcW w:w="2592" w:type="dxa"/>
            <w:tcBorders>
              <w:top w:val="single" w:sz="10" w:space="0" w:color="000000"/>
              <w:left w:val="nil"/>
              <w:bottom w:val="single" w:sz="10" w:space="0" w:color="000000"/>
              <w:right w:val="nil"/>
            </w:tcBorders>
          </w:tcPr>
          <w:p w14:paraId="19C2A279" w14:textId="77777777" w:rsidR="001C61CC" w:rsidRDefault="000D727A">
            <w:pPr>
              <w:spacing w:after="0" w:line="240" w:lineRule="auto"/>
              <w:jc w:val="center"/>
            </w:pPr>
            <w:r>
              <w:rPr>
                <w:b/>
                <w:sz w:val="16"/>
              </w:rPr>
              <w:t>P value</w:t>
            </w:r>
          </w:p>
        </w:tc>
      </w:tr>
      <w:tr w:rsidR="001C61CC" w14:paraId="4C91E300" w14:textId="77777777">
        <w:tc>
          <w:tcPr>
            <w:tcW w:w="2592" w:type="dxa"/>
            <w:tcBorders>
              <w:top w:val="nil"/>
              <w:left w:val="nil"/>
              <w:bottom w:val="nil"/>
              <w:right w:val="nil"/>
            </w:tcBorders>
          </w:tcPr>
          <w:p w14:paraId="515D1260" w14:textId="77777777" w:rsidR="001C61CC" w:rsidRDefault="000D727A">
            <w:pPr>
              <w:spacing w:after="0" w:line="240" w:lineRule="auto"/>
            </w:pPr>
            <w:r>
              <w:rPr>
                <w:sz w:val="16"/>
              </w:rPr>
              <w:t>Age, years</w:t>
            </w:r>
          </w:p>
        </w:tc>
        <w:tc>
          <w:tcPr>
            <w:tcW w:w="2592" w:type="dxa"/>
            <w:tcBorders>
              <w:top w:val="nil"/>
              <w:left w:val="nil"/>
              <w:bottom w:val="nil"/>
              <w:right w:val="nil"/>
            </w:tcBorders>
          </w:tcPr>
          <w:p w14:paraId="7A96D7A5" w14:textId="77777777" w:rsidR="001C61CC" w:rsidRDefault="000D727A">
            <w:pPr>
              <w:spacing w:after="0" w:line="240" w:lineRule="auto"/>
              <w:jc w:val="center"/>
            </w:pPr>
            <w:r>
              <w:rPr>
                <w:sz w:val="16"/>
              </w:rPr>
              <w:t>61.40 +/- 9.73</w:t>
            </w:r>
          </w:p>
        </w:tc>
        <w:tc>
          <w:tcPr>
            <w:tcW w:w="2592" w:type="dxa"/>
            <w:tcBorders>
              <w:top w:val="nil"/>
              <w:left w:val="nil"/>
              <w:bottom w:val="nil"/>
              <w:right w:val="nil"/>
            </w:tcBorders>
          </w:tcPr>
          <w:p w14:paraId="07DBCEEE" w14:textId="77777777" w:rsidR="001C61CC" w:rsidRDefault="000D727A">
            <w:pPr>
              <w:spacing w:after="0" w:line="240" w:lineRule="auto"/>
              <w:jc w:val="center"/>
            </w:pPr>
            <w:r>
              <w:rPr>
                <w:sz w:val="16"/>
              </w:rPr>
              <w:t>63.89 +/- 12.51</w:t>
            </w:r>
          </w:p>
        </w:tc>
        <w:tc>
          <w:tcPr>
            <w:tcW w:w="2592" w:type="dxa"/>
            <w:tcBorders>
              <w:top w:val="nil"/>
              <w:left w:val="nil"/>
              <w:bottom w:val="nil"/>
              <w:right w:val="nil"/>
            </w:tcBorders>
          </w:tcPr>
          <w:p w14:paraId="169E28DA" w14:textId="77777777" w:rsidR="001C61CC" w:rsidRDefault="000D727A">
            <w:pPr>
              <w:spacing w:after="0" w:line="240" w:lineRule="auto"/>
              <w:jc w:val="center"/>
            </w:pPr>
            <w:r>
              <w:rPr>
                <w:sz w:val="16"/>
              </w:rPr>
              <w:t>&lt;0.001</w:t>
            </w:r>
          </w:p>
        </w:tc>
      </w:tr>
      <w:tr w:rsidR="001C61CC" w14:paraId="7F2A03D2" w14:textId="77777777">
        <w:tc>
          <w:tcPr>
            <w:tcW w:w="2592" w:type="dxa"/>
            <w:tcBorders>
              <w:top w:val="nil"/>
              <w:left w:val="nil"/>
              <w:bottom w:val="nil"/>
              <w:right w:val="nil"/>
            </w:tcBorders>
          </w:tcPr>
          <w:p w14:paraId="13BE4C7F" w14:textId="77777777" w:rsidR="001C61CC" w:rsidRDefault="000D727A">
            <w:pPr>
              <w:spacing w:after="0" w:line="240" w:lineRule="auto"/>
            </w:pPr>
            <w:r>
              <w:rPr>
                <w:sz w:val="16"/>
              </w:rPr>
              <w:t>Married or partnered, n (%)</w:t>
            </w:r>
          </w:p>
        </w:tc>
        <w:tc>
          <w:tcPr>
            <w:tcW w:w="2592" w:type="dxa"/>
            <w:tcBorders>
              <w:top w:val="nil"/>
              <w:left w:val="nil"/>
              <w:bottom w:val="nil"/>
              <w:right w:val="nil"/>
            </w:tcBorders>
          </w:tcPr>
          <w:p w14:paraId="06896148" w14:textId="77777777" w:rsidR="001C61CC" w:rsidRDefault="000D727A">
            <w:pPr>
              <w:spacing w:after="0" w:line="240" w:lineRule="auto"/>
              <w:jc w:val="center"/>
            </w:pPr>
            <w:r>
              <w:rPr>
                <w:sz w:val="16"/>
              </w:rPr>
              <w:t>6874 (82.1%)</w:t>
            </w:r>
          </w:p>
        </w:tc>
        <w:tc>
          <w:tcPr>
            <w:tcW w:w="2592" w:type="dxa"/>
            <w:tcBorders>
              <w:top w:val="nil"/>
              <w:left w:val="nil"/>
              <w:bottom w:val="nil"/>
              <w:right w:val="nil"/>
            </w:tcBorders>
          </w:tcPr>
          <w:p w14:paraId="5F65C306" w14:textId="77777777" w:rsidR="001C61CC" w:rsidRDefault="000D727A">
            <w:pPr>
              <w:spacing w:after="0" w:line="240" w:lineRule="auto"/>
              <w:jc w:val="center"/>
            </w:pPr>
            <w:r>
              <w:rPr>
                <w:sz w:val="16"/>
              </w:rPr>
              <w:t>1397 (74.2%)</w:t>
            </w:r>
          </w:p>
        </w:tc>
        <w:tc>
          <w:tcPr>
            <w:tcW w:w="2592" w:type="dxa"/>
            <w:tcBorders>
              <w:top w:val="nil"/>
              <w:left w:val="nil"/>
              <w:bottom w:val="nil"/>
              <w:right w:val="nil"/>
            </w:tcBorders>
          </w:tcPr>
          <w:p w14:paraId="5DF79C0A" w14:textId="77777777" w:rsidR="001C61CC" w:rsidRDefault="000D727A">
            <w:pPr>
              <w:spacing w:after="0" w:line="240" w:lineRule="auto"/>
              <w:jc w:val="center"/>
            </w:pPr>
            <w:r>
              <w:rPr>
                <w:sz w:val="16"/>
              </w:rPr>
              <w:t>&lt;0.001</w:t>
            </w:r>
          </w:p>
        </w:tc>
      </w:tr>
      <w:tr w:rsidR="001C61CC" w14:paraId="2BBC2216" w14:textId="77777777">
        <w:tc>
          <w:tcPr>
            <w:tcW w:w="2592" w:type="dxa"/>
            <w:tcBorders>
              <w:top w:val="nil"/>
              <w:left w:val="nil"/>
              <w:bottom w:val="nil"/>
              <w:right w:val="nil"/>
            </w:tcBorders>
          </w:tcPr>
          <w:p w14:paraId="09E1877A" w14:textId="77777777" w:rsidR="001C61CC" w:rsidRDefault="000D727A">
            <w:pPr>
              <w:spacing w:after="0" w:line="240" w:lineRule="auto"/>
            </w:pPr>
            <w:r>
              <w:rPr>
                <w:sz w:val="16"/>
              </w:rPr>
              <w:t>Rural residence, n (%)</w:t>
            </w:r>
          </w:p>
        </w:tc>
        <w:tc>
          <w:tcPr>
            <w:tcW w:w="2592" w:type="dxa"/>
            <w:tcBorders>
              <w:top w:val="nil"/>
              <w:left w:val="nil"/>
              <w:bottom w:val="nil"/>
              <w:right w:val="nil"/>
            </w:tcBorders>
          </w:tcPr>
          <w:p w14:paraId="2C171449" w14:textId="77777777" w:rsidR="001C61CC" w:rsidRDefault="000D727A">
            <w:pPr>
              <w:spacing w:after="0" w:line="240" w:lineRule="auto"/>
              <w:jc w:val="center"/>
            </w:pPr>
            <w:r>
              <w:rPr>
                <w:sz w:val="16"/>
              </w:rPr>
              <w:t>5156 (61.6%)</w:t>
            </w:r>
          </w:p>
        </w:tc>
        <w:tc>
          <w:tcPr>
            <w:tcW w:w="2592" w:type="dxa"/>
            <w:tcBorders>
              <w:top w:val="nil"/>
              <w:left w:val="nil"/>
              <w:bottom w:val="nil"/>
              <w:right w:val="nil"/>
            </w:tcBorders>
          </w:tcPr>
          <w:p w14:paraId="0C71FA82" w14:textId="77777777" w:rsidR="001C61CC" w:rsidRDefault="000D727A">
            <w:pPr>
              <w:spacing w:after="0" w:line="240" w:lineRule="auto"/>
              <w:jc w:val="center"/>
            </w:pPr>
            <w:r>
              <w:rPr>
                <w:sz w:val="16"/>
              </w:rPr>
              <w:t>933 (49.5%)</w:t>
            </w:r>
          </w:p>
        </w:tc>
        <w:tc>
          <w:tcPr>
            <w:tcW w:w="2592" w:type="dxa"/>
            <w:tcBorders>
              <w:top w:val="nil"/>
              <w:left w:val="nil"/>
              <w:bottom w:val="nil"/>
              <w:right w:val="nil"/>
            </w:tcBorders>
          </w:tcPr>
          <w:p w14:paraId="0BA3F35E" w14:textId="77777777" w:rsidR="001C61CC" w:rsidRDefault="000D727A">
            <w:pPr>
              <w:spacing w:after="0" w:line="240" w:lineRule="auto"/>
              <w:jc w:val="center"/>
            </w:pPr>
            <w:r>
              <w:rPr>
                <w:sz w:val="16"/>
              </w:rPr>
              <w:t>&lt;0.001</w:t>
            </w:r>
          </w:p>
        </w:tc>
      </w:tr>
      <w:tr w:rsidR="001C61CC" w14:paraId="250C921D" w14:textId="77777777">
        <w:tc>
          <w:tcPr>
            <w:tcW w:w="2592" w:type="dxa"/>
            <w:tcBorders>
              <w:top w:val="nil"/>
              <w:left w:val="nil"/>
              <w:bottom w:val="nil"/>
              <w:right w:val="nil"/>
            </w:tcBorders>
          </w:tcPr>
          <w:p w14:paraId="6B745DA9" w14:textId="77777777" w:rsidR="001C61CC" w:rsidRDefault="000D727A">
            <w:pPr>
              <w:spacing w:after="0" w:line="240" w:lineRule="auto"/>
            </w:pPr>
            <w:r>
              <w:rPr>
                <w:sz w:val="16"/>
              </w:rPr>
              <w:t>Self-rated health score</w:t>
            </w:r>
          </w:p>
        </w:tc>
        <w:tc>
          <w:tcPr>
            <w:tcW w:w="2592" w:type="dxa"/>
            <w:tcBorders>
              <w:top w:val="nil"/>
              <w:left w:val="nil"/>
              <w:bottom w:val="nil"/>
              <w:right w:val="nil"/>
            </w:tcBorders>
          </w:tcPr>
          <w:p w14:paraId="6A3A1B05" w14:textId="77777777" w:rsidR="001C61CC" w:rsidRDefault="000D727A">
            <w:pPr>
              <w:spacing w:after="0" w:line="240" w:lineRule="auto"/>
              <w:jc w:val="center"/>
            </w:pPr>
            <w:r>
              <w:rPr>
                <w:sz w:val="16"/>
              </w:rPr>
              <w:t>2.97 +/- 1.01</w:t>
            </w:r>
          </w:p>
        </w:tc>
        <w:tc>
          <w:tcPr>
            <w:tcW w:w="2592" w:type="dxa"/>
            <w:tcBorders>
              <w:top w:val="nil"/>
              <w:left w:val="nil"/>
              <w:bottom w:val="nil"/>
              <w:right w:val="nil"/>
            </w:tcBorders>
          </w:tcPr>
          <w:p w14:paraId="522B8E1E" w14:textId="77777777" w:rsidR="001C61CC" w:rsidRDefault="000D727A">
            <w:pPr>
              <w:spacing w:after="0" w:line="240" w:lineRule="auto"/>
              <w:jc w:val="center"/>
            </w:pPr>
            <w:r>
              <w:rPr>
                <w:sz w:val="16"/>
              </w:rPr>
              <w:t>3.01 +/- 1.03</w:t>
            </w:r>
          </w:p>
        </w:tc>
        <w:tc>
          <w:tcPr>
            <w:tcW w:w="2592" w:type="dxa"/>
            <w:tcBorders>
              <w:top w:val="nil"/>
              <w:left w:val="nil"/>
              <w:bottom w:val="nil"/>
              <w:right w:val="nil"/>
            </w:tcBorders>
          </w:tcPr>
          <w:p w14:paraId="6BF8060A" w14:textId="77777777" w:rsidR="001C61CC" w:rsidRDefault="000D727A">
            <w:pPr>
              <w:spacing w:after="0" w:line="240" w:lineRule="auto"/>
              <w:jc w:val="center"/>
            </w:pPr>
            <w:r>
              <w:rPr>
                <w:sz w:val="16"/>
              </w:rPr>
              <w:t>0.209</w:t>
            </w:r>
          </w:p>
        </w:tc>
      </w:tr>
      <w:tr w:rsidR="001C61CC" w14:paraId="5A0A3042" w14:textId="77777777">
        <w:tc>
          <w:tcPr>
            <w:tcW w:w="2592" w:type="dxa"/>
            <w:tcBorders>
              <w:top w:val="nil"/>
              <w:left w:val="nil"/>
              <w:bottom w:val="nil"/>
              <w:right w:val="nil"/>
            </w:tcBorders>
          </w:tcPr>
          <w:p w14:paraId="6E4E2C56" w14:textId="77777777" w:rsidR="001C61CC" w:rsidRDefault="000D727A">
            <w:pPr>
              <w:spacing w:after="0" w:line="240" w:lineRule="auto"/>
            </w:pPr>
            <w:r>
              <w:rPr>
                <w:sz w:val="16"/>
              </w:rPr>
              <w:t>Night sleep duration, h</w:t>
            </w:r>
          </w:p>
        </w:tc>
        <w:tc>
          <w:tcPr>
            <w:tcW w:w="2592" w:type="dxa"/>
            <w:tcBorders>
              <w:top w:val="nil"/>
              <w:left w:val="nil"/>
              <w:bottom w:val="nil"/>
              <w:right w:val="nil"/>
            </w:tcBorders>
          </w:tcPr>
          <w:p w14:paraId="4807DC39" w14:textId="77777777" w:rsidR="001C61CC" w:rsidRDefault="000D727A">
            <w:pPr>
              <w:spacing w:after="0" w:line="240" w:lineRule="auto"/>
              <w:jc w:val="center"/>
            </w:pPr>
            <w:r>
              <w:rPr>
                <w:sz w:val="16"/>
              </w:rPr>
              <w:t>6.00 +/- 2.09</w:t>
            </w:r>
          </w:p>
        </w:tc>
        <w:tc>
          <w:tcPr>
            <w:tcW w:w="2592" w:type="dxa"/>
            <w:tcBorders>
              <w:top w:val="nil"/>
              <w:left w:val="nil"/>
              <w:bottom w:val="nil"/>
              <w:right w:val="nil"/>
            </w:tcBorders>
          </w:tcPr>
          <w:p w14:paraId="70984FA5" w14:textId="77777777" w:rsidR="001C61CC" w:rsidRDefault="000D727A">
            <w:pPr>
              <w:spacing w:after="0" w:line="240" w:lineRule="auto"/>
              <w:jc w:val="center"/>
            </w:pPr>
            <w:r>
              <w:rPr>
                <w:sz w:val="16"/>
              </w:rPr>
              <w:t>6.31 +/- 2.17</w:t>
            </w:r>
          </w:p>
        </w:tc>
        <w:tc>
          <w:tcPr>
            <w:tcW w:w="2592" w:type="dxa"/>
            <w:tcBorders>
              <w:top w:val="nil"/>
              <w:left w:val="nil"/>
              <w:bottom w:val="nil"/>
              <w:right w:val="nil"/>
            </w:tcBorders>
          </w:tcPr>
          <w:p w14:paraId="1E345E16" w14:textId="77777777" w:rsidR="001C61CC" w:rsidRDefault="000D727A">
            <w:pPr>
              <w:spacing w:after="0" w:line="240" w:lineRule="auto"/>
              <w:jc w:val="center"/>
            </w:pPr>
            <w:r>
              <w:rPr>
                <w:sz w:val="16"/>
              </w:rPr>
              <w:t>&lt;0.001</w:t>
            </w:r>
          </w:p>
        </w:tc>
      </w:tr>
      <w:tr w:rsidR="001C61CC" w14:paraId="555A67A0" w14:textId="77777777">
        <w:tc>
          <w:tcPr>
            <w:tcW w:w="2592" w:type="dxa"/>
            <w:tcBorders>
              <w:top w:val="nil"/>
              <w:left w:val="nil"/>
              <w:bottom w:val="nil"/>
              <w:right w:val="nil"/>
            </w:tcBorders>
          </w:tcPr>
          <w:p w14:paraId="53EA2BA4" w14:textId="77777777" w:rsidR="001C61CC" w:rsidRDefault="000D727A">
            <w:pPr>
              <w:spacing w:after="0" w:line="240" w:lineRule="auto"/>
            </w:pPr>
            <w:r>
              <w:rPr>
                <w:sz w:val="16"/>
              </w:rPr>
              <w:t>Ever smoked, n (%)</w:t>
            </w:r>
          </w:p>
        </w:tc>
        <w:tc>
          <w:tcPr>
            <w:tcW w:w="2592" w:type="dxa"/>
            <w:tcBorders>
              <w:top w:val="nil"/>
              <w:left w:val="nil"/>
              <w:bottom w:val="nil"/>
              <w:right w:val="nil"/>
            </w:tcBorders>
          </w:tcPr>
          <w:p w14:paraId="59992059" w14:textId="77777777" w:rsidR="001C61CC" w:rsidRDefault="000D727A">
            <w:pPr>
              <w:spacing w:after="0" w:line="240" w:lineRule="auto"/>
              <w:jc w:val="center"/>
            </w:pPr>
            <w:r>
              <w:rPr>
                <w:sz w:val="16"/>
              </w:rPr>
              <w:t>670 (8.0%)</w:t>
            </w:r>
          </w:p>
        </w:tc>
        <w:tc>
          <w:tcPr>
            <w:tcW w:w="2592" w:type="dxa"/>
            <w:tcBorders>
              <w:top w:val="nil"/>
              <w:left w:val="nil"/>
              <w:bottom w:val="nil"/>
              <w:right w:val="nil"/>
            </w:tcBorders>
          </w:tcPr>
          <w:p w14:paraId="627AD424" w14:textId="77777777" w:rsidR="001C61CC" w:rsidRDefault="000D727A">
            <w:pPr>
              <w:spacing w:after="0" w:line="240" w:lineRule="auto"/>
              <w:jc w:val="center"/>
            </w:pPr>
            <w:r>
              <w:rPr>
                <w:sz w:val="16"/>
              </w:rPr>
              <w:t>134 (7.3%)</w:t>
            </w:r>
          </w:p>
        </w:tc>
        <w:tc>
          <w:tcPr>
            <w:tcW w:w="2592" w:type="dxa"/>
            <w:tcBorders>
              <w:top w:val="nil"/>
              <w:left w:val="nil"/>
              <w:bottom w:val="nil"/>
              <w:right w:val="nil"/>
            </w:tcBorders>
          </w:tcPr>
          <w:p w14:paraId="1D2952CE" w14:textId="77777777" w:rsidR="001C61CC" w:rsidRDefault="000D727A">
            <w:pPr>
              <w:spacing w:after="0" w:line="240" w:lineRule="auto"/>
              <w:jc w:val="center"/>
            </w:pPr>
            <w:r>
              <w:rPr>
                <w:sz w:val="16"/>
              </w:rPr>
              <w:t>0.314</w:t>
            </w:r>
          </w:p>
        </w:tc>
      </w:tr>
      <w:tr w:rsidR="001C61CC" w14:paraId="007FA1F2" w14:textId="77777777">
        <w:tc>
          <w:tcPr>
            <w:tcW w:w="2592" w:type="dxa"/>
            <w:tcBorders>
              <w:top w:val="nil"/>
              <w:left w:val="nil"/>
              <w:bottom w:val="nil"/>
              <w:right w:val="nil"/>
            </w:tcBorders>
          </w:tcPr>
          <w:p w14:paraId="08464736" w14:textId="77777777" w:rsidR="001C61CC" w:rsidRDefault="000D727A">
            <w:pPr>
              <w:spacing w:after="0" w:line="240" w:lineRule="auto"/>
            </w:pPr>
            <w:r>
              <w:rPr>
                <w:sz w:val="16"/>
              </w:rPr>
              <w:t>Current alcohol drinking, n (%)</w:t>
            </w:r>
          </w:p>
        </w:tc>
        <w:tc>
          <w:tcPr>
            <w:tcW w:w="2592" w:type="dxa"/>
            <w:tcBorders>
              <w:top w:val="nil"/>
              <w:left w:val="nil"/>
              <w:bottom w:val="nil"/>
              <w:right w:val="nil"/>
            </w:tcBorders>
          </w:tcPr>
          <w:p w14:paraId="0B268D2E" w14:textId="77777777" w:rsidR="001C61CC" w:rsidRDefault="000D727A">
            <w:pPr>
              <w:spacing w:after="0" w:line="240" w:lineRule="auto"/>
              <w:jc w:val="center"/>
            </w:pPr>
            <w:r>
              <w:rPr>
                <w:sz w:val="16"/>
              </w:rPr>
              <w:t>1181 (14.1%)</w:t>
            </w:r>
          </w:p>
        </w:tc>
        <w:tc>
          <w:tcPr>
            <w:tcW w:w="2592" w:type="dxa"/>
            <w:tcBorders>
              <w:top w:val="nil"/>
              <w:left w:val="nil"/>
              <w:bottom w:val="nil"/>
              <w:right w:val="nil"/>
            </w:tcBorders>
          </w:tcPr>
          <w:p w14:paraId="6102D7C7" w14:textId="77777777" w:rsidR="001C61CC" w:rsidRDefault="000D727A">
            <w:pPr>
              <w:spacing w:after="0" w:line="240" w:lineRule="auto"/>
              <w:jc w:val="center"/>
            </w:pPr>
            <w:r>
              <w:rPr>
                <w:sz w:val="16"/>
              </w:rPr>
              <w:t>240 (13.0%)</w:t>
            </w:r>
          </w:p>
        </w:tc>
        <w:tc>
          <w:tcPr>
            <w:tcW w:w="2592" w:type="dxa"/>
            <w:tcBorders>
              <w:top w:val="nil"/>
              <w:left w:val="nil"/>
              <w:bottom w:val="nil"/>
              <w:right w:val="nil"/>
            </w:tcBorders>
          </w:tcPr>
          <w:p w14:paraId="451CE4BB" w14:textId="77777777" w:rsidR="001C61CC" w:rsidRDefault="000D727A">
            <w:pPr>
              <w:spacing w:after="0" w:line="240" w:lineRule="auto"/>
              <w:jc w:val="center"/>
            </w:pPr>
            <w:r>
              <w:rPr>
                <w:sz w:val="16"/>
              </w:rPr>
              <w:t>0.242</w:t>
            </w:r>
          </w:p>
        </w:tc>
      </w:tr>
      <w:tr w:rsidR="001C61CC" w14:paraId="2B34C0B9" w14:textId="77777777">
        <w:tc>
          <w:tcPr>
            <w:tcW w:w="2592" w:type="dxa"/>
            <w:tcBorders>
              <w:top w:val="nil"/>
              <w:left w:val="nil"/>
              <w:bottom w:val="nil"/>
              <w:right w:val="nil"/>
            </w:tcBorders>
          </w:tcPr>
          <w:p w14:paraId="3B746362" w14:textId="77777777" w:rsidR="001C61CC" w:rsidRDefault="000D727A">
            <w:pPr>
              <w:spacing w:after="0" w:line="240" w:lineRule="auto"/>
            </w:pPr>
            <w:r>
              <w:rPr>
                <w:sz w:val="16"/>
              </w:rPr>
              <w:t>Currently working, n (%)</w:t>
            </w:r>
          </w:p>
        </w:tc>
        <w:tc>
          <w:tcPr>
            <w:tcW w:w="2592" w:type="dxa"/>
            <w:tcBorders>
              <w:top w:val="nil"/>
              <w:left w:val="nil"/>
              <w:bottom w:val="nil"/>
              <w:right w:val="nil"/>
            </w:tcBorders>
          </w:tcPr>
          <w:p w14:paraId="7B156F5B" w14:textId="77777777" w:rsidR="001C61CC" w:rsidRDefault="000D727A">
            <w:pPr>
              <w:spacing w:after="0" w:line="240" w:lineRule="auto"/>
              <w:jc w:val="center"/>
            </w:pPr>
            <w:r>
              <w:rPr>
                <w:sz w:val="16"/>
              </w:rPr>
              <w:t>5031 (60.2%)</w:t>
            </w:r>
          </w:p>
        </w:tc>
        <w:tc>
          <w:tcPr>
            <w:tcW w:w="2592" w:type="dxa"/>
            <w:tcBorders>
              <w:top w:val="nil"/>
              <w:left w:val="nil"/>
              <w:bottom w:val="nil"/>
              <w:right w:val="nil"/>
            </w:tcBorders>
          </w:tcPr>
          <w:p w14:paraId="005DE9AD" w14:textId="77777777" w:rsidR="001C61CC" w:rsidRDefault="000D727A">
            <w:pPr>
              <w:spacing w:after="0" w:line="240" w:lineRule="auto"/>
              <w:jc w:val="center"/>
            </w:pPr>
            <w:r>
              <w:rPr>
                <w:sz w:val="16"/>
              </w:rPr>
              <w:t>772 (42.0%)</w:t>
            </w:r>
          </w:p>
        </w:tc>
        <w:tc>
          <w:tcPr>
            <w:tcW w:w="2592" w:type="dxa"/>
            <w:tcBorders>
              <w:top w:val="nil"/>
              <w:left w:val="nil"/>
              <w:bottom w:val="nil"/>
              <w:right w:val="nil"/>
            </w:tcBorders>
          </w:tcPr>
          <w:p w14:paraId="2DDA4FD1" w14:textId="77777777" w:rsidR="001C61CC" w:rsidRDefault="000D727A">
            <w:pPr>
              <w:spacing w:after="0" w:line="240" w:lineRule="auto"/>
              <w:jc w:val="center"/>
            </w:pPr>
            <w:r>
              <w:rPr>
                <w:sz w:val="16"/>
              </w:rPr>
              <w:t>&lt;0.001</w:t>
            </w:r>
          </w:p>
        </w:tc>
      </w:tr>
      <w:tr w:rsidR="001C61CC" w14:paraId="6E90D9D2" w14:textId="77777777">
        <w:tc>
          <w:tcPr>
            <w:tcW w:w="2592" w:type="dxa"/>
            <w:tcBorders>
              <w:top w:val="nil"/>
              <w:left w:val="nil"/>
              <w:bottom w:val="nil"/>
              <w:right w:val="nil"/>
            </w:tcBorders>
          </w:tcPr>
          <w:p w14:paraId="21D2391F" w14:textId="77777777" w:rsidR="001C61CC" w:rsidRDefault="000D727A">
            <w:pPr>
              <w:spacing w:after="0" w:line="240" w:lineRule="auto"/>
            </w:pPr>
            <w:r>
              <w:rPr>
                <w:sz w:val="16"/>
              </w:rPr>
              <w:t>Retired, n (%)</w:t>
            </w:r>
          </w:p>
        </w:tc>
        <w:tc>
          <w:tcPr>
            <w:tcW w:w="2592" w:type="dxa"/>
            <w:tcBorders>
              <w:top w:val="nil"/>
              <w:left w:val="nil"/>
              <w:bottom w:val="nil"/>
              <w:right w:val="nil"/>
            </w:tcBorders>
          </w:tcPr>
          <w:p w14:paraId="18E631C8" w14:textId="77777777" w:rsidR="001C61CC" w:rsidRDefault="000D727A">
            <w:pPr>
              <w:spacing w:after="0" w:line="240" w:lineRule="auto"/>
              <w:jc w:val="center"/>
            </w:pPr>
            <w:r>
              <w:rPr>
                <w:sz w:val="16"/>
              </w:rPr>
              <w:t>1000 (12.0%)</w:t>
            </w:r>
          </w:p>
        </w:tc>
        <w:tc>
          <w:tcPr>
            <w:tcW w:w="2592" w:type="dxa"/>
            <w:tcBorders>
              <w:top w:val="nil"/>
              <w:left w:val="nil"/>
              <w:bottom w:val="nil"/>
              <w:right w:val="nil"/>
            </w:tcBorders>
          </w:tcPr>
          <w:p w14:paraId="52107F20" w14:textId="77777777" w:rsidR="001C61CC" w:rsidRDefault="000D727A">
            <w:pPr>
              <w:spacing w:after="0" w:line="240" w:lineRule="auto"/>
              <w:jc w:val="center"/>
            </w:pPr>
            <w:r>
              <w:rPr>
                <w:sz w:val="16"/>
              </w:rPr>
              <w:t>303 (16.8%)</w:t>
            </w:r>
          </w:p>
        </w:tc>
        <w:tc>
          <w:tcPr>
            <w:tcW w:w="2592" w:type="dxa"/>
            <w:tcBorders>
              <w:top w:val="nil"/>
              <w:left w:val="nil"/>
              <w:bottom w:val="nil"/>
              <w:right w:val="nil"/>
            </w:tcBorders>
          </w:tcPr>
          <w:p w14:paraId="5DE9D4AD" w14:textId="77777777" w:rsidR="001C61CC" w:rsidRDefault="000D727A">
            <w:pPr>
              <w:spacing w:after="0" w:line="240" w:lineRule="auto"/>
              <w:jc w:val="center"/>
            </w:pPr>
            <w:r>
              <w:rPr>
                <w:sz w:val="16"/>
              </w:rPr>
              <w:t>&lt;0.001</w:t>
            </w:r>
          </w:p>
        </w:tc>
      </w:tr>
      <w:tr w:rsidR="001C61CC" w14:paraId="2291A50C" w14:textId="77777777">
        <w:tc>
          <w:tcPr>
            <w:tcW w:w="2592" w:type="dxa"/>
            <w:tcBorders>
              <w:top w:val="nil"/>
              <w:left w:val="nil"/>
              <w:bottom w:val="nil"/>
              <w:right w:val="nil"/>
            </w:tcBorders>
          </w:tcPr>
          <w:p w14:paraId="4601397C" w14:textId="77777777" w:rsidR="001C61CC" w:rsidRDefault="000D727A">
            <w:pPr>
              <w:spacing w:after="0" w:line="240" w:lineRule="auto"/>
            </w:pPr>
            <w:r>
              <w:rPr>
                <w:sz w:val="16"/>
              </w:rPr>
              <w:t>Receiving pension, n (%)</w:t>
            </w:r>
          </w:p>
        </w:tc>
        <w:tc>
          <w:tcPr>
            <w:tcW w:w="2592" w:type="dxa"/>
            <w:tcBorders>
              <w:top w:val="nil"/>
              <w:left w:val="nil"/>
              <w:bottom w:val="nil"/>
              <w:right w:val="nil"/>
            </w:tcBorders>
          </w:tcPr>
          <w:p w14:paraId="38072EFA" w14:textId="77777777" w:rsidR="001C61CC" w:rsidRDefault="000D727A">
            <w:pPr>
              <w:spacing w:after="0" w:line="240" w:lineRule="auto"/>
              <w:jc w:val="center"/>
            </w:pPr>
            <w:r>
              <w:rPr>
                <w:sz w:val="16"/>
              </w:rPr>
              <w:t>4509 (61.6%)</w:t>
            </w:r>
          </w:p>
        </w:tc>
        <w:tc>
          <w:tcPr>
            <w:tcW w:w="2592" w:type="dxa"/>
            <w:tcBorders>
              <w:top w:val="nil"/>
              <w:left w:val="nil"/>
              <w:bottom w:val="nil"/>
              <w:right w:val="nil"/>
            </w:tcBorders>
          </w:tcPr>
          <w:p w14:paraId="06A1FA00" w14:textId="77777777" w:rsidR="001C61CC" w:rsidRDefault="000D727A">
            <w:pPr>
              <w:spacing w:after="0" w:line="240" w:lineRule="auto"/>
              <w:jc w:val="center"/>
            </w:pPr>
            <w:r>
              <w:rPr>
                <w:sz w:val="16"/>
              </w:rPr>
              <w:t>1091 (72.1%)</w:t>
            </w:r>
          </w:p>
        </w:tc>
        <w:tc>
          <w:tcPr>
            <w:tcW w:w="2592" w:type="dxa"/>
            <w:tcBorders>
              <w:top w:val="nil"/>
              <w:left w:val="nil"/>
              <w:bottom w:val="nil"/>
              <w:right w:val="nil"/>
            </w:tcBorders>
          </w:tcPr>
          <w:p w14:paraId="0F0088ED" w14:textId="77777777" w:rsidR="001C61CC" w:rsidRDefault="000D727A">
            <w:pPr>
              <w:spacing w:after="0" w:line="240" w:lineRule="auto"/>
              <w:jc w:val="center"/>
            </w:pPr>
            <w:r>
              <w:rPr>
                <w:sz w:val="16"/>
              </w:rPr>
              <w:t>&lt;0.001</w:t>
            </w:r>
          </w:p>
        </w:tc>
      </w:tr>
      <w:tr w:rsidR="001C61CC" w14:paraId="3D6FB844" w14:textId="77777777">
        <w:tc>
          <w:tcPr>
            <w:tcW w:w="2592" w:type="dxa"/>
            <w:tcBorders>
              <w:top w:val="nil"/>
              <w:left w:val="nil"/>
              <w:bottom w:val="nil"/>
              <w:right w:val="nil"/>
            </w:tcBorders>
          </w:tcPr>
          <w:p w14:paraId="487572A2" w14:textId="77777777" w:rsidR="001C61CC" w:rsidRDefault="000D727A">
            <w:pPr>
              <w:spacing w:after="0" w:line="240" w:lineRule="auto"/>
            </w:pPr>
            <w:r>
              <w:rPr>
                <w:sz w:val="16"/>
              </w:rPr>
              <w:t>IADL limitation score</w:t>
            </w:r>
          </w:p>
        </w:tc>
        <w:tc>
          <w:tcPr>
            <w:tcW w:w="2592" w:type="dxa"/>
            <w:tcBorders>
              <w:top w:val="nil"/>
              <w:left w:val="nil"/>
              <w:bottom w:val="nil"/>
              <w:right w:val="nil"/>
            </w:tcBorders>
          </w:tcPr>
          <w:p w14:paraId="5CBB904F" w14:textId="77777777" w:rsidR="001C61CC" w:rsidRDefault="000D727A">
            <w:pPr>
              <w:spacing w:after="0" w:line="240" w:lineRule="auto"/>
              <w:jc w:val="center"/>
            </w:pPr>
            <w:r>
              <w:rPr>
                <w:sz w:val="16"/>
              </w:rPr>
              <w:t>0.55 +/- 1.10</w:t>
            </w:r>
          </w:p>
        </w:tc>
        <w:tc>
          <w:tcPr>
            <w:tcW w:w="2592" w:type="dxa"/>
            <w:tcBorders>
              <w:top w:val="nil"/>
              <w:left w:val="nil"/>
              <w:bottom w:val="nil"/>
              <w:right w:val="nil"/>
            </w:tcBorders>
          </w:tcPr>
          <w:p w14:paraId="229C1046" w14:textId="77777777" w:rsidR="001C61CC" w:rsidRDefault="000D727A">
            <w:pPr>
              <w:spacing w:after="0" w:line="240" w:lineRule="auto"/>
              <w:jc w:val="center"/>
            </w:pPr>
            <w:r>
              <w:rPr>
                <w:sz w:val="16"/>
              </w:rPr>
              <w:t>1.04 +/- 1.67</w:t>
            </w:r>
          </w:p>
        </w:tc>
        <w:tc>
          <w:tcPr>
            <w:tcW w:w="2592" w:type="dxa"/>
            <w:tcBorders>
              <w:top w:val="nil"/>
              <w:left w:val="nil"/>
              <w:bottom w:val="nil"/>
              <w:right w:val="nil"/>
            </w:tcBorders>
          </w:tcPr>
          <w:p w14:paraId="582924A5" w14:textId="77777777" w:rsidR="001C61CC" w:rsidRDefault="000D727A">
            <w:pPr>
              <w:spacing w:after="0" w:line="240" w:lineRule="auto"/>
              <w:jc w:val="center"/>
            </w:pPr>
            <w:r>
              <w:rPr>
                <w:sz w:val="16"/>
              </w:rPr>
              <w:t>&lt;0.001</w:t>
            </w:r>
          </w:p>
        </w:tc>
      </w:tr>
      <w:tr w:rsidR="001C61CC" w14:paraId="4A3520E0" w14:textId="77777777">
        <w:tc>
          <w:tcPr>
            <w:tcW w:w="2592" w:type="dxa"/>
            <w:tcBorders>
              <w:top w:val="nil"/>
              <w:left w:val="nil"/>
              <w:bottom w:val="nil"/>
              <w:right w:val="nil"/>
            </w:tcBorders>
          </w:tcPr>
          <w:p w14:paraId="01FCD8E1" w14:textId="77777777" w:rsidR="001C61CC" w:rsidRDefault="000D727A">
            <w:pPr>
              <w:spacing w:after="0" w:line="240" w:lineRule="auto"/>
            </w:pPr>
            <w:r>
              <w:rPr>
                <w:sz w:val="16"/>
              </w:rPr>
              <w:t>ADL limitation score</w:t>
            </w:r>
          </w:p>
        </w:tc>
        <w:tc>
          <w:tcPr>
            <w:tcW w:w="2592" w:type="dxa"/>
            <w:tcBorders>
              <w:top w:val="nil"/>
              <w:left w:val="nil"/>
              <w:bottom w:val="nil"/>
              <w:right w:val="nil"/>
            </w:tcBorders>
          </w:tcPr>
          <w:p w14:paraId="5C18F0D9" w14:textId="77777777" w:rsidR="001C61CC" w:rsidRDefault="000D727A">
            <w:pPr>
              <w:spacing w:after="0" w:line="240" w:lineRule="auto"/>
              <w:jc w:val="center"/>
            </w:pPr>
            <w:r>
              <w:rPr>
                <w:sz w:val="16"/>
              </w:rPr>
              <w:t>0.45 +/- 1.06</w:t>
            </w:r>
          </w:p>
        </w:tc>
        <w:tc>
          <w:tcPr>
            <w:tcW w:w="2592" w:type="dxa"/>
            <w:tcBorders>
              <w:top w:val="nil"/>
              <w:left w:val="nil"/>
              <w:bottom w:val="nil"/>
              <w:right w:val="nil"/>
            </w:tcBorders>
          </w:tcPr>
          <w:p w14:paraId="43DCAF1E" w14:textId="77777777" w:rsidR="001C61CC" w:rsidRDefault="000D727A">
            <w:pPr>
              <w:spacing w:after="0" w:line="240" w:lineRule="auto"/>
              <w:jc w:val="center"/>
            </w:pPr>
            <w:r>
              <w:rPr>
                <w:sz w:val="16"/>
              </w:rPr>
              <w:t>0.68 +/- 1.48</w:t>
            </w:r>
          </w:p>
        </w:tc>
        <w:tc>
          <w:tcPr>
            <w:tcW w:w="2592" w:type="dxa"/>
            <w:tcBorders>
              <w:top w:val="nil"/>
              <w:left w:val="nil"/>
              <w:bottom w:val="nil"/>
              <w:right w:val="nil"/>
            </w:tcBorders>
          </w:tcPr>
          <w:p w14:paraId="0436ED2A" w14:textId="77777777" w:rsidR="001C61CC" w:rsidRDefault="000D727A">
            <w:pPr>
              <w:spacing w:after="0" w:line="240" w:lineRule="auto"/>
              <w:jc w:val="center"/>
            </w:pPr>
            <w:r>
              <w:rPr>
                <w:sz w:val="16"/>
              </w:rPr>
              <w:t>&lt;0.001</w:t>
            </w:r>
          </w:p>
        </w:tc>
      </w:tr>
      <w:tr w:rsidR="001C61CC" w14:paraId="5ABB4A87" w14:textId="77777777">
        <w:tc>
          <w:tcPr>
            <w:tcW w:w="2592" w:type="dxa"/>
            <w:tcBorders>
              <w:top w:val="nil"/>
              <w:left w:val="nil"/>
              <w:bottom w:val="nil"/>
              <w:right w:val="nil"/>
            </w:tcBorders>
          </w:tcPr>
          <w:p w14:paraId="733B0930" w14:textId="77777777" w:rsidR="001C61CC" w:rsidRDefault="000D727A">
            <w:pPr>
              <w:spacing w:after="0" w:line="240" w:lineRule="auto"/>
            </w:pPr>
            <w:r>
              <w:rPr>
                <w:sz w:val="16"/>
              </w:rPr>
              <w:t>Hypertension, n (%)</w:t>
            </w:r>
          </w:p>
        </w:tc>
        <w:tc>
          <w:tcPr>
            <w:tcW w:w="2592" w:type="dxa"/>
            <w:tcBorders>
              <w:top w:val="nil"/>
              <w:left w:val="nil"/>
              <w:bottom w:val="nil"/>
              <w:right w:val="nil"/>
            </w:tcBorders>
          </w:tcPr>
          <w:p w14:paraId="3ADC7225" w14:textId="77777777" w:rsidR="001C61CC" w:rsidRDefault="000D727A">
            <w:pPr>
              <w:spacing w:after="0" w:line="240" w:lineRule="auto"/>
              <w:jc w:val="center"/>
            </w:pPr>
            <w:r>
              <w:rPr>
                <w:sz w:val="16"/>
              </w:rPr>
              <w:t>3210 (38.4%)</w:t>
            </w:r>
          </w:p>
        </w:tc>
        <w:tc>
          <w:tcPr>
            <w:tcW w:w="2592" w:type="dxa"/>
            <w:tcBorders>
              <w:top w:val="nil"/>
              <w:left w:val="nil"/>
              <w:bottom w:val="nil"/>
              <w:right w:val="nil"/>
            </w:tcBorders>
          </w:tcPr>
          <w:p w14:paraId="3613CB16" w14:textId="77777777" w:rsidR="001C61CC" w:rsidRDefault="000D727A">
            <w:pPr>
              <w:spacing w:after="0" w:line="240" w:lineRule="auto"/>
              <w:jc w:val="center"/>
            </w:pPr>
            <w:r>
              <w:rPr>
                <w:sz w:val="16"/>
              </w:rPr>
              <w:t>762 (40.8%)</w:t>
            </w:r>
          </w:p>
        </w:tc>
        <w:tc>
          <w:tcPr>
            <w:tcW w:w="2592" w:type="dxa"/>
            <w:tcBorders>
              <w:top w:val="nil"/>
              <w:left w:val="nil"/>
              <w:bottom w:val="nil"/>
              <w:right w:val="nil"/>
            </w:tcBorders>
          </w:tcPr>
          <w:p w14:paraId="3062D612" w14:textId="77777777" w:rsidR="001C61CC" w:rsidRDefault="000D727A">
            <w:pPr>
              <w:spacing w:after="0" w:line="240" w:lineRule="auto"/>
              <w:jc w:val="center"/>
            </w:pPr>
            <w:r>
              <w:rPr>
                <w:sz w:val="16"/>
              </w:rPr>
              <w:t>0.055</w:t>
            </w:r>
          </w:p>
        </w:tc>
      </w:tr>
      <w:tr w:rsidR="001C61CC" w14:paraId="2719929F" w14:textId="77777777">
        <w:tc>
          <w:tcPr>
            <w:tcW w:w="2592" w:type="dxa"/>
            <w:tcBorders>
              <w:top w:val="nil"/>
              <w:left w:val="nil"/>
              <w:bottom w:val="nil"/>
              <w:right w:val="nil"/>
            </w:tcBorders>
          </w:tcPr>
          <w:p w14:paraId="5E26FCA6" w14:textId="77777777" w:rsidR="001C61CC" w:rsidRDefault="000D727A">
            <w:pPr>
              <w:spacing w:after="0" w:line="240" w:lineRule="auto"/>
            </w:pPr>
            <w:r>
              <w:rPr>
                <w:sz w:val="16"/>
              </w:rPr>
              <w:t>Dyslipidaemia, n (%)</w:t>
            </w:r>
          </w:p>
        </w:tc>
        <w:tc>
          <w:tcPr>
            <w:tcW w:w="2592" w:type="dxa"/>
            <w:tcBorders>
              <w:top w:val="nil"/>
              <w:left w:val="nil"/>
              <w:bottom w:val="nil"/>
              <w:right w:val="nil"/>
            </w:tcBorders>
          </w:tcPr>
          <w:p w14:paraId="18B763D1" w14:textId="77777777" w:rsidR="001C61CC" w:rsidRDefault="000D727A">
            <w:pPr>
              <w:spacing w:after="0" w:line="240" w:lineRule="auto"/>
              <w:jc w:val="center"/>
            </w:pPr>
            <w:r>
              <w:rPr>
                <w:sz w:val="16"/>
              </w:rPr>
              <w:t>1956 (23.4%)</w:t>
            </w:r>
          </w:p>
        </w:tc>
        <w:tc>
          <w:tcPr>
            <w:tcW w:w="2592" w:type="dxa"/>
            <w:tcBorders>
              <w:top w:val="nil"/>
              <w:left w:val="nil"/>
              <w:bottom w:val="nil"/>
              <w:right w:val="nil"/>
            </w:tcBorders>
          </w:tcPr>
          <w:p w14:paraId="4E7D17E6" w14:textId="77777777" w:rsidR="001C61CC" w:rsidRDefault="000D727A">
            <w:pPr>
              <w:spacing w:after="0" w:line="240" w:lineRule="auto"/>
              <w:jc w:val="center"/>
            </w:pPr>
            <w:r>
              <w:rPr>
                <w:sz w:val="16"/>
              </w:rPr>
              <w:t>400 (21.4%)</w:t>
            </w:r>
          </w:p>
        </w:tc>
        <w:tc>
          <w:tcPr>
            <w:tcW w:w="2592" w:type="dxa"/>
            <w:tcBorders>
              <w:top w:val="nil"/>
              <w:left w:val="nil"/>
              <w:bottom w:val="nil"/>
              <w:right w:val="nil"/>
            </w:tcBorders>
          </w:tcPr>
          <w:p w14:paraId="300ABDA1" w14:textId="77777777" w:rsidR="001C61CC" w:rsidRDefault="000D727A">
            <w:pPr>
              <w:spacing w:after="0" w:line="240" w:lineRule="auto"/>
              <w:jc w:val="center"/>
            </w:pPr>
            <w:r>
              <w:rPr>
                <w:sz w:val="16"/>
              </w:rPr>
              <w:t>0.076</w:t>
            </w:r>
          </w:p>
        </w:tc>
      </w:tr>
      <w:tr w:rsidR="001C61CC" w14:paraId="2A0D91A3" w14:textId="77777777">
        <w:tc>
          <w:tcPr>
            <w:tcW w:w="2592" w:type="dxa"/>
            <w:tcBorders>
              <w:top w:val="nil"/>
              <w:left w:val="nil"/>
              <w:bottom w:val="nil"/>
              <w:right w:val="nil"/>
            </w:tcBorders>
          </w:tcPr>
          <w:p w14:paraId="1B1A9C08" w14:textId="77777777" w:rsidR="001C61CC" w:rsidRDefault="000D727A">
            <w:pPr>
              <w:spacing w:after="0" w:line="240" w:lineRule="auto"/>
            </w:pPr>
            <w:r>
              <w:rPr>
                <w:sz w:val="16"/>
              </w:rPr>
              <w:t>Diabetes, n (%)</w:t>
            </w:r>
          </w:p>
        </w:tc>
        <w:tc>
          <w:tcPr>
            <w:tcW w:w="2592" w:type="dxa"/>
            <w:tcBorders>
              <w:top w:val="nil"/>
              <w:left w:val="nil"/>
              <w:bottom w:val="nil"/>
              <w:right w:val="nil"/>
            </w:tcBorders>
          </w:tcPr>
          <w:p w14:paraId="66E09035" w14:textId="77777777" w:rsidR="001C61CC" w:rsidRDefault="000D727A">
            <w:pPr>
              <w:spacing w:after="0" w:line="240" w:lineRule="auto"/>
              <w:jc w:val="center"/>
            </w:pPr>
            <w:r>
              <w:rPr>
                <w:sz w:val="16"/>
              </w:rPr>
              <w:t>1183 (14.1%)</w:t>
            </w:r>
          </w:p>
        </w:tc>
        <w:tc>
          <w:tcPr>
            <w:tcW w:w="2592" w:type="dxa"/>
            <w:tcBorders>
              <w:top w:val="nil"/>
              <w:left w:val="nil"/>
              <w:bottom w:val="nil"/>
              <w:right w:val="nil"/>
            </w:tcBorders>
          </w:tcPr>
          <w:p w14:paraId="50092F06" w14:textId="77777777" w:rsidR="001C61CC" w:rsidRDefault="000D727A">
            <w:pPr>
              <w:spacing w:after="0" w:line="240" w:lineRule="auto"/>
              <w:jc w:val="center"/>
            </w:pPr>
            <w:r>
              <w:rPr>
                <w:sz w:val="16"/>
              </w:rPr>
              <w:t>235 (12.6%)</w:t>
            </w:r>
          </w:p>
        </w:tc>
        <w:tc>
          <w:tcPr>
            <w:tcW w:w="2592" w:type="dxa"/>
            <w:tcBorders>
              <w:top w:val="nil"/>
              <w:left w:val="nil"/>
              <w:bottom w:val="nil"/>
              <w:right w:val="nil"/>
            </w:tcBorders>
          </w:tcPr>
          <w:p w14:paraId="0B5DD6FE" w14:textId="77777777" w:rsidR="001C61CC" w:rsidRDefault="000D727A">
            <w:pPr>
              <w:spacing w:after="0" w:line="240" w:lineRule="auto"/>
              <w:jc w:val="center"/>
            </w:pPr>
            <w:r>
              <w:rPr>
                <w:sz w:val="16"/>
              </w:rPr>
              <w:t>0.079</w:t>
            </w:r>
          </w:p>
        </w:tc>
      </w:tr>
      <w:tr w:rsidR="001C61CC" w14:paraId="1C557BEC" w14:textId="77777777">
        <w:tc>
          <w:tcPr>
            <w:tcW w:w="2592" w:type="dxa"/>
            <w:tcBorders>
              <w:top w:val="nil"/>
              <w:left w:val="nil"/>
              <w:bottom w:val="nil"/>
              <w:right w:val="nil"/>
            </w:tcBorders>
          </w:tcPr>
          <w:p w14:paraId="6598D901" w14:textId="77777777" w:rsidR="001C61CC" w:rsidRDefault="000D727A">
            <w:pPr>
              <w:spacing w:after="0" w:line="240" w:lineRule="auto"/>
            </w:pPr>
            <w:r>
              <w:rPr>
                <w:sz w:val="16"/>
              </w:rPr>
              <w:t>Heart disease, n (%)</w:t>
            </w:r>
          </w:p>
        </w:tc>
        <w:tc>
          <w:tcPr>
            <w:tcW w:w="2592" w:type="dxa"/>
            <w:tcBorders>
              <w:top w:val="nil"/>
              <w:left w:val="nil"/>
              <w:bottom w:val="nil"/>
              <w:right w:val="nil"/>
            </w:tcBorders>
          </w:tcPr>
          <w:p w14:paraId="33C9DD72" w14:textId="77777777" w:rsidR="001C61CC" w:rsidRDefault="000D727A">
            <w:pPr>
              <w:spacing w:after="0" w:line="240" w:lineRule="auto"/>
              <w:jc w:val="center"/>
            </w:pPr>
            <w:r>
              <w:rPr>
                <w:sz w:val="16"/>
              </w:rPr>
              <w:t>1970 (23.5%)</w:t>
            </w:r>
          </w:p>
        </w:tc>
        <w:tc>
          <w:tcPr>
            <w:tcW w:w="2592" w:type="dxa"/>
            <w:tcBorders>
              <w:top w:val="nil"/>
              <w:left w:val="nil"/>
              <w:bottom w:val="nil"/>
              <w:right w:val="nil"/>
            </w:tcBorders>
          </w:tcPr>
          <w:p w14:paraId="62412F56" w14:textId="77777777" w:rsidR="001C61CC" w:rsidRDefault="000D727A">
            <w:pPr>
              <w:spacing w:after="0" w:line="240" w:lineRule="auto"/>
              <w:jc w:val="center"/>
            </w:pPr>
            <w:r>
              <w:rPr>
                <w:sz w:val="16"/>
              </w:rPr>
              <w:t>394 (21.1%)</w:t>
            </w:r>
          </w:p>
        </w:tc>
        <w:tc>
          <w:tcPr>
            <w:tcW w:w="2592" w:type="dxa"/>
            <w:tcBorders>
              <w:top w:val="nil"/>
              <w:left w:val="nil"/>
              <w:bottom w:val="nil"/>
              <w:right w:val="nil"/>
            </w:tcBorders>
          </w:tcPr>
          <w:p w14:paraId="79C1D6AC" w14:textId="77777777" w:rsidR="001C61CC" w:rsidRDefault="000D727A">
            <w:pPr>
              <w:spacing w:after="0" w:line="240" w:lineRule="auto"/>
              <w:jc w:val="center"/>
            </w:pPr>
            <w:r>
              <w:rPr>
                <w:sz w:val="16"/>
              </w:rPr>
              <w:t>0.026</w:t>
            </w:r>
          </w:p>
        </w:tc>
      </w:tr>
      <w:tr w:rsidR="001C61CC" w14:paraId="3C1E26A1" w14:textId="77777777">
        <w:tc>
          <w:tcPr>
            <w:tcW w:w="2592" w:type="dxa"/>
            <w:tcBorders>
              <w:top w:val="nil"/>
              <w:left w:val="nil"/>
              <w:bottom w:val="nil"/>
              <w:right w:val="nil"/>
            </w:tcBorders>
          </w:tcPr>
          <w:p w14:paraId="167FD4E5" w14:textId="77777777" w:rsidR="001C61CC" w:rsidRDefault="000D727A">
            <w:pPr>
              <w:spacing w:after="0" w:line="240" w:lineRule="auto"/>
            </w:pPr>
            <w:r>
              <w:rPr>
                <w:sz w:val="16"/>
              </w:rPr>
              <w:t>Kidney disease, n (%)</w:t>
            </w:r>
          </w:p>
        </w:tc>
        <w:tc>
          <w:tcPr>
            <w:tcW w:w="2592" w:type="dxa"/>
            <w:tcBorders>
              <w:top w:val="nil"/>
              <w:left w:val="nil"/>
              <w:bottom w:val="nil"/>
              <w:right w:val="nil"/>
            </w:tcBorders>
          </w:tcPr>
          <w:p w14:paraId="41170598" w14:textId="77777777" w:rsidR="001C61CC" w:rsidRDefault="000D727A">
            <w:pPr>
              <w:spacing w:after="0" w:line="240" w:lineRule="auto"/>
              <w:jc w:val="center"/>
            </w:pPr>
            <w:r>
              <w:rPr>
                <w:sz w:val="16"/>
              </w:rPr>
              <w:t>761 (9.1%)</w:t>
            </w:r>
          </w:p>
        </w:tc>
        <w:tc>
          <w:tcPr>
            <w:tcW w:w="2592" w:type="dxa"/>
            <w:tcBorders>
              <w:top w:val="nil"/>
              <w:left w:val="nil"/>
              <w:bottom w:val="nil"/>
              <w:right w:val="nil"/>
            </w:tcBorders>
          </w:tcPr>
          <w:p w14:paraId="2B3E7F19" w14:textId="77777777" w:rsidR="001C61CC" w:rsidRDefault="000D727A">
            <w:pPr>
              <w:spacing w:after="0" w:line="240" w:lineRule="auto"/>
              <w:jc w:val="center"/>
            </w:pPr>
            <w:r>
              <w:rPr>
                <w:sz w:val="16"/>
              </w:rPr>
              <w:t>155 (8.3%)</w:t>
            </w:r>
          </w:p>
        </w:tc>
        <w:tc>
          <w:tcPr>
            <w:tcW w:w="2592" w:type="dxa"/>
            <w:tcBorders>
              <w:top w:val="nil"/>
              <w:left w:val="nil"/>
              <w:bottom w:val="nil"/>
              <w:right w:val="nil"/>
            </w:tcBorders>
          </w:tcPr>
          <w:p w14:paraId="179EA49F" w14:textId="77777777" w:rsidR="001C61CC" w:rsidRDefault="000D727A">
            <w:pPr>
              <w:spacing w:after="0" w:line="240" w:lineRule="auto"/>
              <w:jc w:val="center"/>
            </w:pPr>
            <w:r>
              <w:rPr>
                <w:sz w:val="16"/>
              </w:rPr>
              <w:t>0.277</w:t>
            </w:r>
          </w:p>
        </w:tc>
      </w:tr>
      <w:tr w:rsidR="001C61CC" w14:paraId="0CB01C27" w14:textId="77777777">
        <w:tc>
          <w:tcPr>
            <w:tcW w:w="2592" w:type="dxa"/>
            <w:tcBorders>
              <w:top w:val="nil"/>
              <w:left w:val="nil"/>
              <w:bottom w:val="nil"/>
              <w:right w:val="nil"/>
            </w:tcBorders>
          </w:tcPr>
          <w:p w14:paraId="6BBCB12C" w14:textId="77777777" w:rsidR="001C61CC" w:rsidRDefault="000D727A">
            <w:pPr>
              <w:spacing w:after="0" w:line="240" w:lineRule="auto"/>
            </w:pPr>
            <w:r>
              <w:rPr>
                <w:sz w:val="16"/>
              </w:rPr>
              <w:t>Digestive disease, n (%)</w:t>
            </w:r>
          </w:p>
        </w:tc>
        <w:tc>
          <w:tcPr>
            <w:tcW w:w="2592" w:type="dxa"/>
            <w:tcBorders>
              <w:top w:val="nil"/>
              <w:left w:val="nil"/>
              <w:bottom w:val="nil"/>
              <w:right w:val="nil"/>
            </w:tcBorders>
          </w:tcPr>
          <w:p w14:paraId="40E5D826" w14:textId="77777777" w:rsidR="001C61CC" w:rsidRDefault="000D727A">
            <w:pPr>
              <w:spacing w:after="0" w:line="240" w:lineRule="auto"/>
              <w:jc w:val="center"/>
            </w:pPr>
            <w:r>
              <w:rPr>
                <w:sz w:val="16"/>
              </w:rPr>
              <w:t>2832 (33.9%)</w:t>
            </w:r>
          </w:p>
        </w:tc>
        <w:tc>
          <w:tcPr>
            <w:tcW w:w="2592" w:type="dxa"/>
            <w:tcBorders>
              <w:top w:val="nil"/>
              <w:left w:val="nil"/>
              <w:bottom w:val="nil"/>
              <w:right w:val="nil"/>
            </w:tcBorders>
          </w:tcPr>
          <w:p w14:paraId="4CA20AB0" w14:textId="77777777" w:rsidR="001C61CC" w:rsidRDefault="000D727A">
            <w:pPr>
              <w:spacing w:after="0" w:line="240" w:lineRule="auto"/>
              <w:jc w:val="center"/>
            </w:pPr>
            <w:r>
              <w:rPr>
                <w:sz w:val="16"/>
              </w:rPr>
              <w:t>553 (29.6%)</w:t>
            </w:r>
          </w:p>
        </w:tc>
        <w:tc>
          <w:tcPr>
            <w:tcW w:w="2592" w:type="dxa"/>
            <w:tcBorders>
              <w:top w:val="nil"/>
              <w:left w:val="nil"/>
              <w:bottom w:val="nil"/>
              <w:right w:val="nil"/>
            </w:tcBorders>
          </w:tcPr>
          <w:p w14:paraId="7F80D674" w14:textId="77777777" w:rsidR="001C61CC" w:rsidRDefault="000D727A">
            <w:pPr>
              <w:spacing w:after="0" w:line="240" w:lineRule="auto"/>
              <w:jc w:val="center"/>
            </w:pPr>
            <w:r>
              <w:rPr>
                <w:sz w:val="16"/>
              </w:rPr>
              <w:t>&lt;0.001</w:t>
            </w:r>
          </w:p>
        </w:tc>
      </w:tr>
      <w:tr w:rsidR="001C61CC" w14:paraId="783CBB14" w14:textId="77777777">
        <w:tc>
          <w:tcPr>
            <w:tcW w:w="2592" w:type="dxa"/>
            <w:tcBorders>
              <w:top w:val="nil"/>
              <w:left w:val="nil"/>
              <w:bottom w:val="nil"/>
              <w:right w:val="nil"/>
            </w:tcBorders>
          </w:tcPr>
          <w:p w14:paraId="5B34A8F5" w14:textId="77777777" w:rsidR="001C61CC" w:rsidRDefault="000D727A">
            <w:pPr>
              <w:spacing w:after="0" w:line="240" w:lineRule="auto"/>
            </w:pPr>
            <w:r>
              <w:rPr>
                <w:sz w:val="16"/>
              </w:rPr>
              <w:t>Arthritis, n (%)</w:t>
            </w:r>
          </w:p>
        </w:tc>
        <w:tc>
          <w:tcPr>
            <w:tcW w:w="2592" w:type="dxa"/>
            <w:tcBorders>
              <w:top w:val="nil"/>
              <w:left w:val="nil"/>
              <w:bottom w:val="nil"/>
              <w:right w:val="nil"/>
            </w:tcBorders>
          </w:tcPr>
          <w:p w14:paraId="0E429FF7" w14:textId="77777777" w:rsidR="001C61CC" w:rsidRDefault="000D727A">
            <w:pPr>
              <w:spacing w:after="0" w:line="240" w:lineRule="auto"/>
              <w:jc w:val="center"/>
            </w:pPr>
            <w:r>
              <w:rPr>
                <w:sz w:val="16"/>
              </w:rPr>
              <w:t>3811 (45.6%)</w:t>
            </w:r>
          </w:p>
        </w:tc>
        <w:tc>
          <w:tcPr>
            <w:tcW w:w="2592" w:type="dxa"/>
            <w:tcBorders>
              <w:top w:val="nil"/>
              <w:left w:val="nil"/>
              <w:bottom w:val="nil"/>
              <w:right w:val="nil"/>
            </w:tcBorders>
          </w:tcPr>
          <w:p w14:paraId="2CFF7BDB" w14:textId="77777777" w:rsidR="001C61CC" w:rsidRDefault="000D727A">
            <w:pPr>
              <w:spacing w:after="0" w:line="240" w:lineRule="auto"/>
              <w:jc w:val="center"/>
            </w:pPr>
            <w:r>
              <w:rPr>
                <w:sz w:val="16"/>
              </w:rPr>
              <w:t>714 (38.2%)</w:t>
            </w:r>
          </w:p>
        </w:tc>
        <w:tc>
          <w:tcPr>
            <w:tcW w:w="2592" w:type="dxa"/>
            <w:tcBorders>
              <w:top w:val="nil"/>
              <w:left w:val="nil"/>
              <w:bottom w:val="nil"/>
              <w:right w:val="nil"/>
            </w:tcBorders>
          </w:tcPr>
          <w:p w14:paraId="603F5214" w14:textId="77777777" w:rsidR="001C61CC" w:rsidRDefault="000D727A">
            <w:pPr>
              <w:spacing w:after="0" w:line="240" w:lineRule="auto"/>
              <w:jc w:val="center"/>
            </w:pPr>
            <w:r>
              <w:rPr>
                <w:sz w:val="16"/>
              </w:rPr>
              <w:t>&lt;0.001</w:t>
            </w:r>
          </w:p>
        </w:tc>
      </w:tr>
      <w:tr w:rsidR="001C61CC" w14:paraId="730D0B77" w14:textId="77777777">
        <w:tc>
          <w:tcPr>
            <w:tcW w:w="2592" w:type="dxa"/>
            <w:tcBorders>
              <w:top w:val="nil"/>
              <w:left w:val="nil"/>
              <w:bottom w:val="nil"/>
              <w:right w:val="nil"/>
            </w:tcBorders>
          </w:tcPr>
          <w:p w14:paraId="4CE1EB19" w14:textId="77777777" w:rsidR="001C61CC" w:rsidRDefault="000D727A">
            <w:pPr>
              <w:spacing w:after="0" w:line="240" w:lineRule="auto"/>
            </w:pPr>
            <w:r>
              <w:rPr>
                <w:sz w:val="16"/>
              </w:rPr>
              <w:t>Asthma, n (%)</w:t>
            </w:r>
          </w:p>
        </w:tc>
        <w:tc>
          <w:tcPr>
            <w:tcW w:w="2592" w:type="dxa"/>
            <w:tcBorders>
              <w:top w:val="nil"/>
              <w:left w:val="nil"/>
              <w:bottom w:val="nil"/>
              <w:right w:val="nil"/>
            </w:tcBorders>
          </w:tcPr>
          <w:p w14:paraId="1204E93D" w14:textId="77777777" w:rsidR="001C61CC" w:rsidRDefault="000D727A">
            <w:pPr>
              <w:spacing w:after="0" w:line="240" w:lineRule="auto"/>
              <w:jc w:val="center"/>
            </w:pPr>
            <w:r>
              <w:rPr>
                <w:sz w:val="16"/>
              </w:rPr>
              <w:t>446 (5.3%)</w:t>
            </w:r>
          </w:p>
        </w:tc>
        <w:tc>
          <w:tcPr>
            <w:tcW w:w="2592" w:type="dxa"/>
            <w:tcBorders>
              <w:top w:val="nil"/>
              <w:left w:val="nil"/>
              <w:bottom w:val="nil"/>
              <w:right w:val="nil"/>
            </w:tcBorders>
          </w:tcPr>
          <w:p w14:paraId="617483C1" w14:textId="77777777" w:rsidR="001C61CC" w:rsidRDefault="000D727A">
            <w:pPr>
              <w:spacing w:after="0" w:line="240" w:lineRule="auto"/>
              <w:jc w:val="center"/>
            </w:pPr>
            <w:r>
              <w:rPr>
                <w:sz w:val="16"/>
              </w:rPr>
              <w:t>109 (5.8%)</w:t>
            </w:r>
          </w:p>
        </w:tc>
        <w:tc>
          <w:tcPr>
            <w:tcW w:w="2592" w:type="dxa"/>
            <w:tcBorders>
              <w:top w:val="nil"/>
              <w:left w:val="nil"/>
              <w:bottom w:val="nil"/>
              <w:right w:val="nil"/>
            </w:tcBorders>
          </w:tcPr>
          <w:p w14:paraId="4DEF5E9A" w14:textId="77777777" w:rsidR="001C61CC" w:rsidRDefault="000D727A">
            <w:pPr>
              <w:spacing w:after="0" w:line="240" w:lineRule="auto"/>
              <w:jc w:val="center"/>
            </w:pPr>
            <w:r>
              <w:rPr>
                <w:sz w:val="16"/>
              </w:rPr>
              <w:t>0.437</w:t>
            </w:r>
          </w:p>
        </w:tc>
      </w:tr>
      <w:tr w:rsidR="001C61CC" w14:paraId="15922FAD" w14:textId="77777777">
        <w:tc>
          <w:tcPr>
            <w:tcW w:w="2592" w:type="dxa"/>
            <w:tcBorders>
              <w:top w:val="nil"/>
              <w:left w:val="nil"/>
              <w:bottom w:val="nil"/>
              <w:right w:val="nil"/>
            </w:tcBorders>
          </w:tcPr>
          <w:p w14:paraId="567DC60C" w14:textId="77777777" w:rsidR="001C61CC" w:rsidRDefault="000D727A">
            <w:pPr>
              <w:spacing w:after="0" w:line="240" w:lineRule="auto"/>
            </w:pPr>
            <w:r>
              <w:rPr>
                <w:sz w:val="16"/>
              </w:rPr>
              <w:t>Lung disease, n (%)</w:t>
            </w:r>
          </w:p>
        </w:tc>
        <w:tc>
          <w:tcPr>
            <w:tcW w:w="2592" w:type="dxa"/>
            <w:tcBorders>
              <w:top w:val="nil"/>
              <w:left w:val="nil"/>
              <w:bottom w:val="nil"/>
              <w:right w:val="nil"/>
            </w:tcBorders>
          </w:tcPr>
          <w:p w14:paraId="322390E7" w14:textId="77777777" w:rsidR="001C61CC" w:rsidRDefault="000D727A">
            <w:pPr>
              <w:spacing w:after="0" w:line="240" w:lineRule="auto"/>
              <w:jc w:val="center"/>
            </w:pPr>
            <w:r>
              <w:rPr>
                <w:sz w:val="16"/>
              </w:rPr>
              <w:t>1178 (14.1%)</w:t>
            </w:r>
          </w:p>
        </w:tc>
        <w:tc>
          <w:tcPr>
            <w:tcW w:w="2592" w:type="dxa"/>
            <w:tcBorders>
              <w:top w:val="nil"/>
              <w:left w:val="nil"/>
              <w:bottom w:val="nil"/>
              <w:right w:val="nil"/>
            </w:tcBorders>
          </w:tcPr>
          <w:p w14:paraId="197ABFE4" w14:textId="77777777" w:rsidR="001C61CC" w:rsidRDefault="000D727A">
            <w:pPr>
              <w:spacing w:after="0" w:line="240" w:lineRule="auto"/>
              <w:jc w:val="center"/>
            </w:pPr>
            <w:r>
              <w:rPr>
                <w:sz w:val="16"/>
              </w:rPr>
              <w:t>232 (12.4%)</w:t>
            </w:r>
          </w:p>
        </w:tc>
        <w:tc>
          <w:tcPr>
            <w:tcW w:w="2592" w:type="dxa"/>
            <w:tcBorders>
              <w:top w:val="nil"/>
              <w:left w:val="nil"/>
              <w:bottom w:val="nil"/>
              <w:right w:val="nil"/>
            </w:tcBorders>
          </w:tcPr>
          <w:p w14:paraId="15205CBB" w14:textId="77777777" w:rsidR="001C61CC" w:rsidRDefault="000D727A">
            <w:pPr>
              <w:spacing w:after="0" w:line="240" w:lineRule="auto"/>
              <w:jc w:val="center"/>
            </w:pPr>
            <w:r>
              <w:rPr>
                <w:sz w:val="16"/>
              </w:rPr>
              <w:t>0.060</w:t>
            </w:r>
          </w:p>
        </w:tc>
      </w:tr>
      <w:tr w:rsidR="001C61CC" w14:paraId="7E398164" w14:textId="77777777">
        <w:tc>
          <w:tcPr>
            <w:tcW w:w="2592" w:type="dxa"/>
            <w:tcBorders>
              <w:top w:val="nil"/>
              <w:left w:val="nil"/>
              <w:bottom w:val="nil"/>
              <w:right w:val="nil"/>
            </w:tcBorders>
          </w:tcPr>
          <w:p w14:paraId="243BCD1A" w14:textId="77777777" w:rsidR="001C61CC" w:rsidRDefault="000D727A">
            <w:pPr>
              <w:spacing w:after="0" w:line="240" w:lineRule="auto"/>
            </w:pPr>
            <w:r>
              <w:rPr>
                <w:sz w:val="16"/>
              </w:rPr>
              <w:t>Liver disease, n (%)</w:t>
            </w:r>
          </w:p>
        </w:tc>
        <w:tc>
          <w:tcPr>
            <w:tcW w:w="2592" w:type="dxa"/>
            <w:tcBorders>
              <w:top w:val="nil"/>
              <w:left w:val="nil"/>
              <w:bottom w:val="nil"/>
              <w:right w:val="nil"/>
            </w:tcBorders>
          </w:tcPr>
          <w:p w14:paraId="25381C57" w14:textId="77777777" w:rsidR="001C61CC" w:rsidRDefault="000D727A">
            <w:pPr>
              <w:spacing w:after="0" w:line="240" w:lineRule="auto"/>
              <w:jc w:val="center"/>
            </w:pPr>
            <w:r>
              <w:rPr>
                <w:sz w:val="16"/>
              </w:rPr>
              <w:t>535 (6.4%)</w:t>
            </w:r>
          </w:p>
        </w:tc>
        <w:tc>
          <w:tcPr>
            <w:tcW w:w="2592" w:type="dxa"/>
            <w:tcBorders>
              <w:top w:val="nil"/>
              <w:left w:val="nil"/>
              <w:bottom w:val="nil"/>
              <w:right w:val="nil"/>
            </w:tcBorders>
          </w:tcPr>
          <w:p w14:paraId="74A3EA6D" w14:textId="77777777" w:rsidR="001C61CC" w:rsidRDefault="000D727A">
            <w:pPr>
              <w:spacing w:after="0" w:line="240" w:lineRule="auto"/>
              <w:jc w:val="center"/>
            </w:pPr>
            <w:r>
              <w:rPr>
                <w:sz w:val="16"/>
              </w:rPr>
              <w:t>111 (5.9%)</w:t>
            </w:r>
          </w:p>
        </w:tc>
        <w:tc>
          <w:tcPr>
            <w:tcW w:w="2592" w:type="dxa"/>
            <w:tcBorders>
              <w:top w:val="nil"/>
              <w:left w:val="nil"/>
              <w:bottom w:val="nil"/>
              <w:right w:val="nil"/>
            </w:tcBorders>
          </w:tcPr>
          <w:p w14:paraId="4F6559F9" w14:textId="77777777" w:rsidR="001C61CC" w:rsidRDefault="000D727A">
            <w:pPr>
              <w:spacing w:after="0" w:line="240" w:lineRule="auto"/>
              <w:jc w:val="center"/>
            </w:pPr>
            <w:r>
              <w:rPr>
                <w:sz w:val="16"/>
              </w:rPr>
              <w:t>0.479</w:t>
            </w:r>
          </w:p>
        </w:tc>
      </w:tr>
      <w:tr w:rsidR="001C61CC" w14:paraId="23C8FA0B" w14:textId="77777777">
        <w:tc>
          <w:tcPr>
            <w:tcW w:w="2592" w:type="dxa"/>
            <w:tcBorders>
              <w:top w:val="nil"/>
              <w:left w:val="nil"/>
              <w:bottom w:val="single" w:sz="10" w:space="0" w:color="000000"/>
              <w:right w:val="nil"/>
            </w:tcBorders>
          </w:tcPr>
          <w:p w14:paraId="7F25D4A8" w14:textId="77777777" w:rsidR="001C61CC" w:rsidRDefault="000D727A">
            <w:pPr>
              <w:spacing w:after="0" w:line="240" w:lineRule="auto"/>
            </w:pPr>
            <w:r>
              <w:rPr>
                <w:sz w:val="16"/>
              </w:rPr>
              <w:t>Postmenopausal, n (%)</w:t>
            </w:r>
          </w:p>
        </w:tc>
        <w:tc>
          <w:tcPr>
            <w:tcW w:w="2592" w:type="dxa"/>
            <w:tcBorders>
              <w:top w:val="nil"/>
              <w:left w:val="nil"/>
              <w:bottom w:val="single" w:sz="10" w:space="0" w:color="000000"/>
              <w:right w:val="nil"/>
            </w:tcBorders>
          </w:tcPr>
          <w:p w14:paraId="695C30A2" w14:textId="77777777" w:rsidR="001C61CC" w:rsidRDefault="000D727A">
            <w:pPr>
              <w:spacing w:after="0" w:line="240" w:lineRule="auto"/>
              <w:jc w:val="center"/>
            </w:pPr>
            <w:r>
              <w:rPr>
                <w:sz w:val="16"/>
              </w:rPr>
              <w:t>6988 (83.9%)</w:t>
            </w:r>
          </w:p>
        </w:tc>
        <w:tc>
          <w:tcPr>
            <w:tcW w:w="2592" w:type="dxa"/>
            <w:tcBorders>
              <w:top w:val="nil"/>
              <w:left w:val="nil"/>
              <w:bottom w:val="single" w:sz="10" w:space="0" w:color="000000"/>
              <w:right w:val="nil"/>
            </w:tcBorders>
          </w:tcPr>
          <w:p w14:paraId="10C29D95" w14:textId="77777777" w:rsidR="001C61CC" w:rsidRDefault="000D727A">
            <w:pPr>
              <w:spacing w:after="0" w:line="240" w:lineRule="auto"/>
              <w:jc w:val="center"/>
            </w:pPr>
            <w:r>
              <w:rPr>
                <w:sz w:val="16"/>
              </w:rPr>
              <w:t>1451 (80.3%)</w:t>
            </w:r>
          </w:p>
        </w:tc>
        <w:tc>
          <w:tcPr>
            <w:tcW w:w="2592" w:type="dxa"/>
            <w:tcBorders>
              <w:top w:val="nil"/>
              <w:left w:val="nil"/>
              <w:bottom w:val="single" w:sz="10" w:space="0" w:color="000000"/>
              <w:right w:val="nil"/>
            </w:tcBorders>
          </w:tcPr>
          <w:p w14:paraId="152411BB" w14:textId="77777777" w:rsidR="001C61CC" w:rsidRDefault="000D727A">
            <w:pPr>
              <w:spacing w:after="0" w:line="240" w:lineRule="auto"/>
              <w:jc w:val="center"/>
            </w:pPr>
            <w:r>
              <w:rPr>
                <w:sz w:val="16"/>
              </w:rPr>
              <w:t>&lt;0.001</w:t>
            </w:r>
          </w:p>
        </w:tc>
      </w:tr>
    </w:tbl>
    <w:p w14:paraId="702D39EE" w14:textId="77777777" w:rsidR="001C61CC" w:rsidRDefault="001C61CC"/>
    <w:p w14:paraId="121459AC" w14:textId="77777777" w:rsidR="001C61CC" w:rsidRDefault="000D727A">
      <w:pPr>
        <w:spacing w:after="80"/>
      </w:pPr>
      <w:r>
        <w:rPr>
          <w:sz w:val="19"/>
        </w:rPr>
        <w:t>Panel B. Prospective baseline-eligible women: included (n=4145) vs excluded (n=4558)</w:t>
      </w:r>
    </w:p>
    <w:tbl>
      <w:tblPr>
        <w:tblW w:w="0" w:type="auto"/>
        <w:tblLook w:val="04A0" w:firstRow="1" w:lastRow="0" w:firstColumn="1" w:lastColumn="0" w:noHBand="0" w:noVBand="1"/>
      </w:tblPr>
      <w:tblGrid>
        <w:gridCol w:w="2592"/>
        <w:gridCol w:w="2592"/>
        <w:gridCol w:w="2592"/>
        <w:gridCol w:w="2592"/>
      </w:tblGrid>
      <w:tr w:rsidR="001C61CC" w14:paraId="26B14C3E" w14:textId="77777777">
        <w:tc>
          <w:tcPr>
            <w:tcW w:w="2592" w:type="dxa"/>
            <w:tcBorders>
              <w:top w:val="single" w:sz="10" w:space="0" w:color="000000"/>
              <w:left w:val="nil"/>
              <w:bottom w:val="single" w:sz="10" w:space="0" w:color="000000"/>
              <w:right w:val="nil"/>
            </w:tcBorders>
          </w:tcPr>
          <w:p w14:paraId="31C0D8DA" w14:textId="77777777" w:rsidR="001C61CC" w:rsidRDefault="000D727A">
            <w:pPr>
              <w:spacing w:after="0" w:line="240" w:lineRule="auto"/>
            </w:pPr>
            <w:r>
              <w:rPr>
                <w:b/>
                <w:sz w:val="16"/>
              </w:rPr>
              <w:t>Characteristic</w:t>
            </w:r>
          </w:p>
        </w:tc>
        <w:tc>
          <w:tcPr>
            <w:tcW w:w="2592" w:type="dxa"/>
            <w:tcBorders>
              <w:top w:val="single" w:sz="10" w:space="0" w:color="000000"/>
              <w:left w:val="nil"/>
              <w:bottom w:val="single" w:sz="10" w:space="0" w:color="000000"/>
              <w:right w:val="nil"/>
            </w:tcBorders>
          </w:tcPr>
          <w:p w14:paraId="4E4BF3F8" w14:textId="77777777" w:rsidR="001C61CC" w:rsidRDefault="000D727A">
            <w:pPr>
              <w:spacing w:after="0" w:line="240" w:lineRule="auto"/>
              <w:jc w:val="center"/>
            </w:pPr>
            <w:r>
              <w:rPr>
                <w:b/>
                <w:sz w:val="16"/>
              </w:rPr>
              <w:t>Included</w:t>
            </w:r>
          </w:p>
        </w:tc>
        <w:tc>
          <w:tcPr>
            <w:tcW w:w="2592" w:type="dxa"/>
            <w:tcBorders>
              <w:top w:val="single" w:sz="10" w:space="0" w:color="000000"/>
              <w:left w:val="nil"/>
              <w:bottom w:val="single" w:sz="10" w:space="0" w:color="000000"/>
              <w:right w:val="nil"/>
            </w:tcBorders>
          </w:tcPr>
          <w:p w14:paraId="52DB4397" w14:textId="77777777" w:rsidR="001C61CC" w:rsidRDefault="000D727A">
            <w:pPr>
              <w:spacing w:after="0" w:line="240" w:lineRule="auto"/>
              <w:jc w:val="center"/>
            </w:pPr>
            <w:r>
              <w:rPr>
                <w:b/>
                <w:sz w:val="16"/>
              </w:rPr>
              <w:t>Excluded</w:t>
            </w:r>
          </w:p>
        </w:tc>
        <w:tc>
          <w:tcPr>
            <w:tcW w:w="2592" w:type="dxa"/>
            <w:tcBorders>
              <w:top w:val="single" w:sz="10" w:space="0" w:color="000000"/>
              <w:left w:val="nil"/>
              <w:bottom w:val="single" w:sz="10" w:space="0" w:color="000000"/>
              <w:right w:val="nil"/>
            </w:tcBorders>
          </w:tcPr>
          <w:p w14:paraId="40BCD12C" w14:textId="77777777" w:rsidR="001C61CC" w:rsidRDefault="000D727A">
            <w:pPr>
              <w:spacing w:after="0" w:line="240" w:lineRule="auto"/>
              <w:jc w:val="center"/>
            </w:pPr>
            <w:r>
              <w:rPr>
                <w:b/>
                <w:sz w:val="16"/>
              </w:rPr>
              <w:t>P value</w:t>
            </w:r>
          </w:p>
        </w:tc>
      </w:tr>
      <w:tr w:rsidR="001C61CC" w14:paraId="42D34B70" w14:textId="77777777">
        <w:tc>
          <w:tcPr>
            <w:tcW w:w="2592" w:type="dxa"/>
            <w:tcBorders>
              <w:top w:val="nil"/>
              <w:left w:val="nil"/>
              <w:bottom w:val="nil"/>
              <w:right w:val="nil"/>
            </w:tcBorders>
          </w:tcPr>
          <w:p w14:paraId="7AC6B665" w14:textId="77777777" w:rsidR="001C61CC" w:rsidRDefault="000D727A">
            <w:pPr>
              <w:spacing w:after="0" w:line="240" w:lineRule="auto"/>
            </w:pPr>
            <w:r>
              <w:rPr>
                <w:sz w:val="16"/>
              </w:rPr>
              <w:t>Any pregnancy loss, n (%)</w:t>
            </w:r>
          </w:p>
        </w:tc>
        <w:tc>
          <w:tcPr>
            <w:tcW w:w="2592" w:type="dxa"/>
            <w:tcBorders>
              <w:top w:val="nil"/>
              <w:left w:val="nil"/>
              <w:bottom w:val="nil"/>
              <w:right w:val="nil"/>
            </w:tcBorders>
          </w:tcPr>
          <w:p w14:paraId="345032A9" w14:textId="77777777" w:rsidR="001C61CC" w:rsidRDefault="000D727A">
            <w:pPr>
              <w:spacing w:after="0" w:line="240" w:lineRule="auto"/>
              <w:jc w:val="center"/>
            </w:pPr>
            <w:r>
              <w:rPr>
                <w:sz w:val="16"/>
              </w:rPr>
              <w:t>1171 (28.3%)</w:t>
            </w:r>
          </w:p>
        </w:tc>
        <w:tc>
          <w:tcPr>
            <w:tcW w:w="2592" w:type="dxa"/>
            <w:tcBorders>
              <w:top w:val="nil"/>
              <w:left w:val="nil"/>
              <w:bottom w:val="nil"/>
              <w:right w:val="nil"/>
            </w:tcBorders>
          </w:tcPr>
          <w:p w14:paraId="03B43B84" w14:textId="77777777" w:rsidR="001C61CC" w:rsidRDefault="000D727A">
            <w:pPr>
              <w:spacing w:after="0" w:line="240" w:lineRule="auto"/>
              <w:jc w:val="center"/>
            </w:pPr>
            <w:r>
              <w:rPr>
                <w:sz w:val="16"/>
              </w:rPr>
              <w:t>1298 (28.5%)</w:t>
            </w:r>
          </w:p>
        </w:tc>
        <w:tc>
          <w:tcPr>
            <w:tcW w:w="2592" w:type="dxa"/>
            <w:tcBorders>
              <w:top w:val="nil"/>
              <w:left w:val="nil"/>
              <w:bottom w:val="nil"/>
              <w:right w:val="nil"/>
            </w:tcBorders>
          </w:tcPr>
          <w:p w14:paraId="345BDA52" w14:textId="77777777" w:rsidR="001C61CC" w:rsidRDefault="000D727A">
            <w:pPr>
              <w:spacing w:after="0" w:line="240" w:lineRule="auto"/>
              <w:jc w:val="center"/>
            </w:pPr>
            <w:r>
              <w:rPr>
                <w:sz w:val="16"/>
              </w:rPr>
              <w:t>0.833</w:t>
            </w:r>
          </w:p>
        </w:tc>
      </w:tr>
      <w:tr w:rsidR="001C61CC" w14:paraId="0BFEEBC8" w14:textId="77777777">
        <w:tc>
          <w:tcPr>
            <w:tcW w:w="2592" w:type="dxa"/>
            <w:tcBorders>
              <w:top w:val="nil"/>
              <w:left w:val="nil"/>
              <w:bottom w:val="nil"/>
              <w:right w:val="nil"/>
            </w:tcBorders>
          </w:tcPr>
          <w:p w14:paraId="3F01E4C0" w14:textId="77777777" w:rsidR="001C61CC" w:rsidRDefault="000D727A">
            <w:pPr>
              <w:spacing w:after="0" w:line="240" w:lineRule="auto"/>
            </w:pPr>
            <w:r>
              <w:rPr>
                <w:sz w:val="16"/>
              </w:rPr>
              <w:t>Age, years</w:t>
            </w:r>
          </w:p>
        </w:tc>
        <w:tc>
          <w:tcPr>
            <w:tcW w:w="2592" w:type="dxa"/>
            <w:tcBorders>
              <w:top w:val="nil"/>
              <w:left w:val="nil"/>
              <w:bottom w:val="nil"/>
              <w:right w:val="nil"/>
            </w:tcBorders>
          </w:tcPr>
          <w:p w14:paraId="46B16427" w14:textId="77777777" w:rsidR="001C61CC" w:rsidRDefault="000D727A">
            <w:pPr>
              <w:spacing w:after="0" w:line="240" w:lineRule="auto"/>
              <w:jc w:val="center"/>
            </w:pPr>
            <w:r>
              <w:rPr>
                <w:sz w:val="16"/>
              </w:rPr>
              <w:t>58.55 +/- 9.09</w:t>
            </w:r>
          </w:p>
        </w:tc>
        <w:tc>
          <w:tcPr>
            <w:tcW w:w="2592" w:type="dxa"/>
            <w:tcBorders>
              <w:top w:val="nil"/>
              <w:left w:val="nil"/>
              <w:bottom w:val="nil"/>
              <w:right w:val="nil"/>
            </w:tcBorders>
          </w:tcPr>
          <w:p w14:paraId="1E5C142C" w14:textId="77777777" w:rsidR="001C61CC" w:rsidRDefault="000D727A">
            <w:pPr>
              <w:spacing w:after="0" w:line="240" w:lineRule="auto"/>
              <w:jc w:val="center"/>
            </w:pPr>
            <w:r>
              <w:rPr>
                <w:sz w:val="16"/>
              </w:rPr>
              <w:t>61.18 +/- 10.25</w:t>
            </w:r>
          </w:p>
        </w:tc>
        <w:tc>
          <w:tcPr>
            <w:tcW w:w="2592" w:type="dxa"/>
            <w:tcBorders>
              <w:top w:val="nil"/>
              <w:left w:val="nil"/>
              <w:bottom w:val="nil"/>
              <w:right w:val="nil"/>
            </w:tcBorders>
          </w:tcPr>
          <w:p w14:paraId="4D7E93F5" w14:textId="77777777" w:rsidR="001C61CC" w:rsidRDefault="000D727A">
            <w:pPr>
              <w:spacing w:after="0" w:line="240" w:lineRule="auto"/>
              <w:jc w:val="center"/>
            </w:pPr>
            <w:r>
              <w:rPr>
                <w:sz w:val="16"/>
              </w:rPr>
              <w:t>&lt;0.001</w:t>
            </w:r>
          </w:p>
        </w:tc>
      </w:tr>
      <w:tr w:rsidR="001C61CC" w14:paraId="7AE9F408" w14:textId="77777777">
        <w:tc>
          <w:tcPr>
            <w:tcW w:w="2592" w:type="dxa"/>
            <w:tcBorders>
              <w:top w:val="nil"/>
              <w:left w:val="nil"/>
              <w:bottom w:val="nil"/>
              <w:right w:val="nil"/>
            </w:tcBorders>
          </w:tcPr>
          <w:p w14:paraId="4DA81FF6" w14:textId="77777777" w:rsidR="001C61CC" w:rsidRDefault="000D727A">
            <w:pPr>
              <w:spacing w:after="0" w:line="240" w:lineRule="auto"/>
            </w:pPr>
            <w:r>
              <w:rPr>
                <w:sz w:val="16"/>
              </w:rPr>
              <w:t>Married or partnered, n (%)</w:t>
            </w:r>
          </w:p>
        </w:tc>
        <w:tc>
          <w:tcPr>
            <w:tcW w:w="2592" w:type="dxa"/>
            <w:tcBorders>
              <w:top w:val="nil"/>
              <w:left w:val="nil"/>
              <w:bottom w:val="nil"/>
              <w:right w:val="nil"/>
            </w:tcBorders>
          </w:tcPr>
          <w:p w14:paraId="45DF0512" w14:textId="77777777" w:rsidR="001C61CC" w:rsidRDefault="000D727A">
            <w:pPr>
              <w:spacing w:after="0" w:line="240" w:lineRule="auto"/>
              <w:jc w:val="center"/>
            </w:pPr>
            <w:r>
              <w:rPr>
                <w:sz w:val="16"/>
              </w:rPr>
              <w:t>3655 (88.2%)</w:t>
            </w:r>
          </w:p>
        </w:tc>
        <w:tc>
          <w:tcPr>
            <w:tcW w:w="2592" w:type="dxa"/>
            <w:tcBorders>
              <w:top w:val="nil"/>
              <w:left w:val="nil"/>
              <w:bottom w:val="nil"/>
              <w:right w:val="nil"/>
            </w:tcBorders>
          </w:tcPr>
          <w:p w14:paraId="17D2622D" w14:textId="77777777" w:rsidR="001C61CC" w:rsidRDefault="000D727A">
            <w:pPr>
              <w:spacing w:after="0" w:line="240" w:lineRule="auto"/>
              <w:jc w:val="center"/>
            </w:pPr>
            <w:r>
              <w:rPr>
                <w:sz w:val="16"/>
              </w:rPr>
              <w:t>3626 (79.6%)</w:t>
            </w:r>
          </w:p>
        </w:tc>
        <w:tc>
          <w:tcPr>
            <w:tcW w:w="2592" w:type="dxa"/>
            <w:tcBorders>
              <w:top w:val="nil"/>
              <w:left w:val="nil"/>
              <w:bottom w:val="nil"/>
              <w:right w:val="nil"/>
            </w:tcBorders>
          </w:tcPr>
          <w:p w14:paraId="7D0D1BA1" w14:textId="77777777" w:rsidR="001C61CC" w:rsidRDefault="000D727A">
            <w:pPr>
              <w:spacing w:after="0" w:line="240" w:lineRule="auto"/>
              <w:jc w:val="center"/>
            </w:pPr>
            <w:r>
              <w:rPr>
                <w:sz w:val="16"/>
              </w:rPr>
              <w:t>&lt;0.001</w:t>
            </w:r>
          </w:p>
        </w:tc>
      </w:tr>
      <w:tr w:rsidR="001C61CC" w14:paraId="2EA191E8" w14:textId="77777777">
        <w:tc>
          <w:tcPr>
            <w:tcW w:w="2592" w:type="dxa"/>
            <w:tcBorders>
              <w:top w:val="nil"/>
              <w:left w:val="nil"/>
              <w:bottom w:val="nil"/>
              <w:right w:val="nil"/>
            </w:tcBorders>
          </w:tcPr>
          <w:p w14:paraId="7C43E38B" w14:textId="77777777" w:rsidR="001C61CC" w:rsidRDefault="000D727A">
            <w:pPr>
              <w:spacing w:after="0" w:line="240" w:lineRule="auto"/>
            </w:pPr>
            <w:r>
              <w:rPr>
                <w:sz w:val="16"/>
              </w:rPr>
              <w:t>Rural residence, n (%)</w:t>
            </w:r>
          </w:p>
        </w:tc>
        <w:tc>
          <w:tcPr>
            <w:tcW w:w="2592" w:type="dxa"/>
            <w:tcBorders>
              <w:top w:val="nil"/>
              <w:left w:val="nil"/>
              <w:bottom w:val="nil"/>
              <w:right w:val="nil"/>
            </w:tcBorders>
          </w:tcPr>
          <w:p w14:paraId="537D4973" w14:textId="77777777" w:rsidR="001C61CC" w:rsidRDefault="000D727A">
            <w:pPr>
              <w:spacing w:after="0" w:line="240" w:lineRule="auto"/>
              <w:jc w:val="center"/>
            </w:pPr>
            <w:r>
              <w:rPr>
                <w:sz w:val="16"/>
              </w:rPr>
              <w:t>2434 (58.7%)</w:t>
            </w:r>
          </w:p>
        </w:tc>
        <w:tc>
          <w:tcPr>
            <w:tcW w:w="2592" w:type="dxa"/>
            <w:tcBorders>
              <w:top w:val="nil"/>
              <w:left w:val="nil"/>
              <w:bottom w:val="nil"/>
              <w:right w:val="nil"/>
            </w:tcBorders>
          </w:tcPr>
          <w:p w14:paraId="0877A7A8" w14:textId="77777777" w:rsidR="001C61CC" w:rsidRDefault="000D727A">
            <w:pPr>
              <w:spacing w:after="0" w:line="240" w:lineRule="auto"/>
              <w:jc w:val="center"/>
            </w:pPr>
            <w:r>
              <w:rPr>
                <w:sz w:val="16"/>
              </w:rPr>
              <w:t>2919 (64.0%)</w:t>
            </w:r>
          </w:p>
        </w:tc>
        <w:tc>
          <w:tcPr>
            <w:tcW w:w="2592" w:type="dxa"/>
            <w:tcBorders>
              <w:top w:val="nil"/>
              <w:left w:val="nil"/>
              <w:bottom w:val="nil"/>
              <w:right w:val="nil"/>
            </w:tcBorders>
          </w:tcPr>
          <w:p w14:paraId="71679A91" w14:textId="77777777" w:rsidR="001C61CC" w:rsidRDefault="000D727A">
            <w:pPr>
              <w:spacing w:after="0" w:line="240" w:lineRule="auto"/>
              <w:jc w:val="center"/>
            </w:pPr>
            <w:r>
              <w:rPr>
                <w:sz w:val="16"/>
              </w:rPr>
              <w:t>&lt;0.001</w:t>
            </w:r>
          </w:p>
        </w:tc>
      </w:tr>
      <w:tr w:rsidR="001C61CC" w14:paraId="1CBEFE5C" w14:textId="77777777">
        <w:tc>
          <w:tcPr>
            <w:tcW w:w="2592" w:type="dxa"/>
            <w:tcBorders>
              <w:top w:val="nil"/>
              <w:left w:val="nil"/>
              <w:bottom w:val="nil"/>
              <w:right w:val="nil"/>
            </w:tcBorders>
          </w:tcPr>
          <w:p w14:paraId="0767340C" w14:textId="77777777" w:rsidR="001C61CC" w:rsidRDefault="000D727A">
            <w:pPr>
              <w:spacing w:after="0" w:line="240" w:lineRule="auto"/>
            </w:pPr>
            <w:r>
              <w:rPr>
                <w:sz w:val="16"/>
              </w:rPr>
              <w:t>Self-rated health score</w:t>
            </w:r>
          </w:p>
        </w:tc>
        <w:tc>
          <w:tcPr>
            <w:tcW w:w="2592" w:type="dxa"/>
            <w:tcBorders>
              <w:top w:val="nil"/>
              <w:left w:val="nil"/>
              <w:bottom w:val="nil"/>
              <w:right w:val="nil"/>
            </w:tcBorders>
          </w:tcPr>
          <w:p w14:paraId="1D445DC5" w14:textId="77777777" w:rsidR="001C61CC" w:rsidRDefault="000D727A">
            <w:pPr>
              <w:spacing w:after="0" w:line="240" w:lineRule="auto"/>
              <w:jc w:val="center"/>
            </w:pPr>
            <w:r>
              <w:rPr>
                <w:sz w:val="16"/>
              </w:rPr>
              <w:t>3.27 +/- 0.92</w:t>
            </w:r>
          </w:p>
        </w:tc>
        <w:tc>
          <w:tcPr>
            <w:tcW w:w="2592" w:type="dxa"/>
            <w:tcBorders>
              <w:top w:val="nil"/>
              <w:left w:val="nil"/>
              <w:bottom w:val="nil"/>
              <w:right w:val="nil"/>
            </w:tcBorders>
          </w:tcPr>
          <w:p w14:paraId="62CE04E3" w14:textId="77777777" w:rsidR="001C61CC" w:rsidRDefault="000D727A">
            <w:pPr>
              <w:spacing w:after="0" w:line="240" w:lineRule="auto"/>
              <w:jc w:val="center"/>
            </w:pPr>
            <w:r>
              <w:rPr>
                <w:sz w:val="16"/>
              </w:rPr>
              <w:t>2.76 +/- 0.95</w:t>
            </w:r>
          </w:p>
        </w:tc>
        <w:tc>
          <w:tcPr>
            <w:tcW w:w="2592" w:type="dxa"/>
            <w:tcBorders>
              <w:top w:val="nil"/>
              <w:left w:val="nil"/>
              <w:bottom w:val="nil"/>
              <w:right w:val="nil"/>
            </w:tcBorders>
          </w:tcPr>
          <w:p w14:paraId="149E6CC2" w14:textId="77777777" w:rsidR="001C61CC" w:rsidRDefault="000D727A">
            <w:pPr>
              <w:spacing w:after="0" w:line="240" w:lineRule="auto"/>
              <w:jc w:val="center"/>
            </w:pPr>
            <w:r>
              <w:rPr>
                <w:sz w:val="16"/>
              </w:rPr>
              <w:t>&lt;0.001</w:t>
            </w:r>
          </w:p>
        </w:tc>
      </w:tr>
      <w:tr w:rsidR="001C61CC" w14:paraId="744B6862" w14:textId="77777777">
        <w:tc>
          <w:tcPr>
            <w:tcW w:w="2592" w:type="dxa"/>
            <w:tcBorders>
              <w:top w:val="nil"/>
              <w:left w:val="nil"/>
              <w:bottom w:val="nil"/>
              <w:right w:val="nil"/>
            </w:tcBorders>
          </w:tcPr>
          <w:p w14:paraId="6630C585" w14:textId="77777777" w:rsidR="001C61CC" w:rsidRDefault="000D727A">
            <w:pPr>
              <w:spacing w:after="0" w:line="240" w:lineRule="auto"/>
            </w:pPr>
            <w:r>
              <w:rPr>
                <w:sz w:val="16"/>
              </w:rPr>
              <w:t>Night sleep duration, h</w:t>
            </w:r>
          </w:p>
        </w:tc>
        <w:tc>
          <w:tcPr>
            <w:tcW w:w="2592" w:type="dxa"/>
            <w:tcBorders>
              <w:top w:val="nil"/>
              <w:left w:val="nil"/>
              <w:bottom w:val="nil"/>
              <w:right w:val="nil"/>
            </w:tcBorders>
          </w:tcPr>
          <w:p w14:paraId="78165EB2" w14:textId="77777777" w:rsidR="001C61CC" w:rsidRDefault="000D727A">
            <w:pPr>
              <w:spacing w:after="0" w:line="240" w:lineRule="auto"/>
              <w:jc w:val="center"/>
            </w:pPr>
            <w:r>
              <w:rPr>
                <w:sz w:val="16"/>
              </w:rPr>
              <w:t>6.60 +/- 1.89</w:t>
            </w:r>
          </w:p>
        </w:tc>
        <w:tc>
          <w:tcPr>
            <w:tcW w:w="2592" w:type="dxa"/>
            <w:tcBorders>
              <w:top w:val="nil"/>
              <w:left w:val="nil"/>
              <w:bottom w:val="nil"/>
              <w:right w:val="nil"/>
            </w:tcBorders>
          </w:tcPr>
          <w:p w14:paraId="0D3BDBA3" w14:textId="77777777" w:rsidR="001C61CC" w:rsidRDefault="000D727A">
            <w:pPr>
              <w:spacing w:after="0" w:line="240" w:lineRule="auto"/>
              <w:jc w:val="center"/>
            </w:pPr>
            <w:r>
              <w:rPr>
                <w:sz w:val="16"/>
              </w:rPr>
              <w:t>5.85 +/- 2.18</w:t>
            </w:r>
          </w:p>
        </w:tc>
        <w:tc>
          <w:tcPr>
            <w:tcW w:w="2592" w:type="dxa"/>
            <w:tcBorders>
              <w:top w:val="nil"/>
              <w:left w:val="nil"/>
              <w:bottom w:val="nil"/>
              <w:right w:val="nil"/>
            </w:tcBorders>
          </w:tcPr>
          <w:p w14:paraId="4C65B130" w14:textId="77777777" w:rsidR="001C61CC" w:rsidRDefault="000D727A">
            <w:pPr>
              <w:spacing w:after="0" w:line="240" w:lineRule="auto"/>
              <w:jc w:val="center"/>
            </w:pPr>
            <w:r>
              <w:rPr>
                <w:sz w:val="16"/>
              </w:rPr>
              <w:t>&lt;0.001</w:t>
            </w:r>
          </w:p>
        </w:tc>
      </w:tr>
      <w:tr w:rsidR="001C61CC" w14:paraId="346153D3" w14:textId="77777777">
        <w:tc>
          <w:tcPr>
            <w:tcW w:w="2592" w:type="dxa"/>
            <w:tcBorders>
              <w:top w:val="nil"/>
              <w:left w:val="nil"/>
              <w:bottom w:val="nil"/>
              <w:right w:val="nil"/>
            </w:tcBorders>
          </w:tcPr>
          <w:p w14:paraId="0BF071AA" w14:textId="77777777" w:rsidR="001C61CC" w:rsidRDefault="000D727A">
            <w:pPr>
              <w:spacing w:after="0" w:line="240" w:lineRule="auto"/>
            </w:pPr>
            <w:r>
              <w:rPr>
                <w:sz w:val="16"/>
              </w:rPr>
              <w:t>Ever smoked, n (%)</w:t>
            </w:r>
          </w:p>
        </w:tc>
        <w:tc>
          <w:tcPr>
            <w:tcW w:w="2592" w:type="dxa"/>
            <w:tcBorders>
              <w:top w:val="nil"/>
              <w:left w:val="nil"/>
              <w:bottom w:val="nil"/>
              <w:right w:val="nil"/>
            </w:tcBorders>
          </w:tcPr>
          <w:p w14:paraId="22453631" w14:textId="77777777" w:rsidR="001C61CC" w:rsidRDefault="000D727A">
            <w:pPr>
              <w:spacing w:after="0" w:line="240" w:lineRule="auto"/>
              <w:jc w:val="center"/>
            </w:pPr>
            <w:r>
              <w:rPr>
                <w:sz w:val="16"/>
              </w:rPr>
              <w:t>304 (7.3%)</w:t>
            </w:r>
          </w:p>
        </w:tc>
        <w:tc>
          <w:tcPr>
            <w:tcW w:w="2592" w:type="dxa"/>
            <w:tcBorders>
              <w:top w:val="nil"/>
              <w:left w:val="nil"/>
              <w:bottom w:val="nil"/>
              <w:right w:val="nil"/>
            </w:tcBorders>
          </w:tcPr>
          <w:p w14:paraId="543CA874" w14:textId="77777777" w:rsidR="001C61CC" w:rsidRDefault="000D727A">
            <w:pPr>
              <w:spacing w:after="0" w:line="240" w:lineRule="auto"/>
              <w:jc w:val="center"/>
            </w:pPr>
            <w:r>
              <w:rPr>
                <w:sz w:val="16"/>
              </w:rPr>
              <w:t>466 (10.2%)</w:t>
            </w:r>
          </w:p>
        </w:tc>
        <w:tc>
          <w:tcPr>
            <w:tcW w:w="2592" w:type="dxa"/>
            <w:tcBorders>
              <w:top w:val="nil"/>
              <w:left w:val="nil"/>
              <w:bottom w:val="nil"/>
              <w:right w:val="nil"/>
            </w:tcBorders>
          </w:tcPr>
          <w:p w14:paraId="36173BE3" w14:textId="77777777" w:rsidR="001C61CC" w:rsidRDefault="000D727A">
            <w:pPr>
              <w:spacing w:after="0" w:line="240" w:lineRule="auto"/>
              <w:jc w:val="center"/>
            </w:pPr>
            <w:r>
              <w:rPr>
                <w:sz w:val="16"/>
              </w:rPr>
              <w:t>&lt;0.001</w:t>
            </w:r>
          </w:p>
        </w:tc>
      </w:tr>
      <w:tr w:rsidR="001C61CC" w14:paraId="43FD6AF2" w14:textId="77777777">
        <w:tc>
          <w:tcPr>
            <w:tcW w:w="2592" w:type="dxa"/>
            <w:tcBorders>
              <w:top w:val="nil"/>
              <w:left w:val="nil"/>
              <w:bottom w:val="nil"/>
              <w:right w:val="nil"/>
            </w:tcBorders>
          </w:tcPr>
          <w:p w14:paraId="14D98FC2" w14:textId="77777777" w:rsidR="001C61CC" w:rsidRDefault="000D727A">
            <w:pPr>
              <w:spacing w:after="0" w:line="240" w:lineRule="auto"/>
            </w:pPr>
            <w:r>
              <w:rPr>
                <w:sz w:val="16"/>
              </w:rPr>
              <w:t>Current alcohol drinking, n (%)</w:t>
            </w:r>
          </w:p>
        </w:tc>
        <w:tc>
          <w:tcPr>
            <w:tcW w:w="2592" w:type="dxa"/>
            <w:tcBorders>
              <w:top w:val="nil"/>
              <w:left w:val="nil"/>
              <w:bottom w:val="nil"/>
              <w:right w:val="nil"/>
            </w:tcBorders>
          </w:tcPr>
          <w:p w14:paraId="796CD19A" w14:textId="77777777" w:rsidR="001C61CC" w:rsidRDefault="000D727A">
            <w:pPr>
              <w:spacing w:after="0" w:line="240" w:lineRule="auto"/>
              <w:jc w:val="center"/>
            </w:pPr>
            <w:r>
              <w:rPr>
                <w:sz w:val="16"/>
              </w:rPr>
              <w:t>618 (14.9%)</w:t>
            </w:r>
          </w:p>
        </w:tc>
        <w:tc>
          <w:tcPr>
            <w:tcW w:w="2592" w:type="dxa"/>
            <w:tcBorders>
              <w:top w:val="nil"/>
              <w:left w:val="nil"/>
              <w:bottom w:val="nil"/>
              <w:right w:val="nil"/>
            </w:tcBorders>
          </w:tcPr>
          <w:p w14:paraId="5EB1EFC3" w14:textId="77777777" w:rsidR="001C61CC" w:rsidRDefault="000D727A">
            <w:pPr>
              <w:spacing w:after="0" w:line="240" w:lineRule="auto"/>
              <w:jc w:val="center"/>
            </w:pPr>
            <w:r>
              <w:rPr>
                <w:sz w:val="16"/>
              </w:rPr>
              <w:t>631 (13.8%)</w:t>
            </w:r>
          </w:p>
        </w:tc>
        <w:tc>
          <w:tcPr>
            <w:tcW w:w="2592" w:type="dxa"/>
            <w:tcBorders>
              <w:top w:val="nil"/>
              <w:left w:val="nil"/>
              <w:bottom w:val="nil"/>
              <w:right w:val="nil"/>
            </w:tcBorders>
          </w:tcPr>
          <w:p w14:paraId="6B47FE8E" w14:textId="77777777" w:rsidR="001C61CC" w:rsidRDefault="000D727A">
            <w:pPr>
              <w:spacing w:after="0" w:line="240" w:lineRule="auto"/>
              <w:jc w:val="center"/>
            </w:pPr>
            <w:r>
              <w:rPr>
                <w:sz w:val="16"/>
              </w:rPr>
              <w:t>0.167</w:t>
            </w:r>
          </w:p>
        </w:tc>
      </w:tr>
      <w:tr w:rsidR="001C61CC" w14:paraId="14938C31" w14:textId="77777777">
        <w:tc>
          <w:tcPr>
            <w:tcW w:w="2592" w:type="dxa"/>
            <w:tcBorders>
              <w:top w:val="nil"/>
              <w:left w:val="nil"/>
              <w:bottom w:val="nil"/>
              <w:right w:val="nil"/>
            </w:tcBorders>
          </w:tcPr>
          <w:p w14:paraId="6BFCAC57" w14:textId="77777777" w:rsidR="001C61CC" w:rsidRDefault="000D727A">
            <w:pPr>
              <w:spacing w:after="0" w:line="240" w:lineRule="auto"/>
            </w:pPr>
            <w:r>
              <w:rPr>
                <w:sz w:val="16"/>
              </w:rPr>
              <w:t>Currently working, n (%)</w:t>
            </w:r>
          </w:p>
        </w:tc>
        <w:tc>
          <w:tcPr>
            <w:tcW w:w="2592" w:type="dxa"/>
            <w:tcBorders>
              <w:top w:val="nil"/>
              <w:left w:val="nil"/>
              <w:bottom w:val="nil"/>
              <w:right w:val="nil"/>
            </w:tcBorders>
          </w:tcPr>
          <w:p w14:paraId="576C6B0F" w14:textId="77777777" w:rsidR="001C61CC" w:rsidRDefault="000D727A">
            <w:pPr>
              <w:spacing w:after="0" w:line="240" w:lineRule="auto"/>
              <w:jc w:val="center"/>
            </w:pPr>
            <w:r>
              <w:rPr>
                <w:sz w:val="16"/>
              </w:rPr>
              <w:t>2617 (64.2%)</w:t>
            </w:r>
          </w:p>
        </w:tc>
        <w:tc>
          <w:tcPr>
            <w:tcW w:w="2592" w:type="dxa"/>
            <w:tcBorders>
              <w:top w:val="nil"/>
              <w:left w:val="nil"/>
              <w:bottom w:val="nil"/>
              <w:right w:val="nil"/>
            </w:tcBorders>
          </w:tcPr>
          <w:p w14:paraId="7553F630" w14:textId="77777777" w:rsidR="001C61CC" w:rsidRDefault="000D727A">
            <w:pPr>
              <w:spacing w:after="0" w:line="240" w:lineRule="auto"/>
              <w:jc w:val="center"/>
            </w:pPr>
            <w:r>
              <w:rPr>
                <w:sz w:val="16"/>
              </w:rPr>
              <w:t>2584 (57.7%)</w:t>
            </w:r>
          </w:p>
        </w:tc>
        <w:tc>
          <w:tcPr>
            <w:tcW w:w="2592" w:type="dxa"/>
            <w:tcBorders>
              <w:top w:val="nil"/>
              <w:left w:val="nil"/>
              <w:bottom w:val="nil"/>
              <w:right w:val="nil"/>
            </w:tcBorders>
          </w:tcPr>
          <w:p w14:paraId="3118842D" w14:textId="77777777" w:rsidR="001C61CC" w:rsidRDefault="000D727A">
            <w:pPr>
              <w:spacing w:after="0" w:line="240" w:lineRule="auto"/>
              <w:jc w:val="center"/>
            </w:pPr>
            <w:r>
              <w:rPr>
                <w:sz w:val="16"/>
              </w:rPr>
              <w:t>&lt;0.001</w:t>
            </w:r>
          </w:p>
        </w:tc>
      </w:tr>
      <w:tr w:rsidR="001C61CC" w14:paraId="2BD14734" w14:textId="77777777">
        <w:tc>
          <w:tcPr>
            <w:tcW w:w="2592" w:type="dxa"/>
            <w:tcBorders>
              <w:top w:val="nil"/>
              <w:left w:val="nil"/>
              <w:bottom w:val="nil"/>
              <w:right w:val="nil"/>
            </w:tcBorders>
          </w:tcPr>
          <w:p w14:paraId="7B75DF1B" w14:textId="77777777" w:rsidR="001C61CC" w:rsidRDefault="000D727A">
            <w:pPr>
              <w:spacing w:after="0" w:line="240" w:lineRule="auto"/>
            </w:pPr>
            <w:r>
              <w:rPr>
                <w:sz w:val="16"/>
              </w:rPr>
              <w:t>Retired, n (%)</w:t>
            </w:r>
          </w:p>
        </w:tc>
        <w:tc>
          <w:tcPr>
            <w:tcW w:w="2592" w:type="dxa"/>
            <w:tcBorders>
              <w:top w:val="nil"/>
              <w:left w:val="nil"/>
              <w:bottom w:val="nil"/>
              <w:right w:val="nil"/>
            </w:tcBorders>
          </w:tcPr>
          <w:p w14:paraId="73FD0E8F" w14:textId="77777777" w:rsidR="001C61CC" w:rsidRDefault="000D727A">
            <w:pPr>
              <w:spacing w:after="0" w:line="240" w:lineRule="auto"/>
              <w:jc w:val="center"/>
            </w:pPr>
            <w:r>
              <w:rPr>
                <w:sz w:val="16"/>
              </w:rPr>
              <w:t>536 (13.1%)</w:t>
            </w:r>
          </w:p>
        </w:tc>
        <w:tc>
          <w:tcPr>
            <w:tcW w:w="2592" w:type="dxa"/>
            <w:tcBorders>
              <w:top w:val="nil"/>
              <w:left w:val="nil"/>
              <w:bottom w:val="nil"/>
              <w:right w:val="nil"/>
            </w:tcBorders>
          </w:tcPr>
          <w:p w14:paraId="4E24789D" w14:textId="77777777" w:rsidR="001C61CC" w:rsidRDefault="000D727A">
            <w:pPr>
              <w:spacing w:after="0" w:line="240" w:lineRule="auto"/>
              <w:jc w:val="center"/>
            </w:pPr>
            <w:r>
              <w:rPr>
                <w:sz w:val="16"/>
              </w:rPr>
              <w:t>430 (9.6%)</w:t>
            </w:r>
          </w:p>
        </w:tc>
        <w:tc>
          <w:tcPr>
            <w:tcW w:w="2592" w:type="dxa"/>
            <w:tcBorders>
              <w:top w:val="nil"/>
              <w:left w:val="nil"/>
              <w:bottom w:val="nil"/>
              <w:right w:val="nil"/>
            </w:tcBorders>
          </w:tcPr>
          <w:p w14:paraId="6833F1D4" w14:textId="77777777" w:rsidR="001C61CC" w:rsidRDefault="000D727A">
            <w:pPr>
              <w:spacing w:after="0" w:line="240" w:lineRule="auto"/>
              <w:jc w:val="center"/>
            </w:pPr>
            <w:r>
              <w:rPr>
                <w:sz w:val="16"/>
              </w:rPr>
              <w:t>&lt;0.001</w:t>
            </w:r>
          </w:p>
        </w:tc>
      </w:tr>
      <w:tr w:rsidR="001C61CC" w14:paraId="2DDDC79A" w14:textId="77777777">
        <w:tc>
          <w:tcPr>
            <w:tcW w:w="2592" w:type="dxa"/>
            <w:tcBorders>
              <w:top w:val="nil"/>
              <w:left w:val="nil"/>
              <w:bottom w:val="nil"/>
              <w:right w:val="nil"/>
            </w:tcBorders>
          </w:tcPr>
          <w:p w14:paraId="16A57308" w14:textId="77777777" w:rsidR="001C61CC" w:rsidRDefault="000D727A">
            <w:pPr>
              <w:spacing w:after="0" w:line="240" w:lineRule="auto"/>
            </w:pPr>
            <w:r>
              <w:rPr>
                <w:sz w:val="16"/>
              </w:rPr>
              <w:t>Receiving pension, n (%)</w:t>
            </w:r>
          </w:p>
        </w:tc>
        <w:tc>
          <w:tcPr>
            <w:tcW w:w="2592" w:type="dxa"/>
            <w:tcBorders>
              <w:top w:val="nil"/>
              <w:left w:val="nil"/>
              <w:bottom w:val="nil"/>
              <w:right w:val="nil"/>
            </w:tcBorders>
          </w:tcPr>
          <w:p w14:paraId="643AA4EA" w14:textId="77777777" w:rsidR="001C61CC" w:rsidRDefault="000D727A">
            <w:pPr>
              <w:spacing w:after="0" w:line="240" w:lineRule="auto"/>
              <w:jc w:val="center"/>
            </w:pPr>
            <w:r>
              <w:rPr>
                <w:sz w:val="16"/>
              </w:rPr>
              <w:t>1557 (46.0%)</w:t>
            </w:r>
          </w:p>
        </w:tc>
        <w:tc>
          <w:tcPr>
            <w:tcW w:w="2592" w:type="dxa"/>
            <w:tcBorders>
              <w:top w:val="nil"/>
              <w:left w:val="nil"/>
              <w:bottom w:val="nil"/>
              <w:right w:val="nil"/>
            </w:tcBorders>
          </w:tcPr>
          <w:p w14:paraId="38D588E3" w14:textId="77777777" w:rsidR="001C61CC" w:rsidRDefault="000D727A">
            <w:pPr>
              <w:spacing w:after="0" w:line="240" w:lineRule="auto"/>
              <w:jc w:val="center"/>
            </w:pPr>
            <w:r>
              <w:rPr>
                <w:sz w:val="16"/>
              </w:rPr>
              <w:t>1939 (53.4%)</w:t>
            </w:r>
          </w:p>
        </w:tc>
        <w:tc>
          <w:tcPr>
            <w:tcW w:w="2592" w:type="dxa"/>
            <w:tcBorders>
              <w:top w:val="nil"/>
              <w:left w:val="nil"/>
              <w:bottom w:val="nil"/>
              <w:right w:val="nil"/>
            </w:tcBorders>
          </w:tcPr>
          <w:p w14:paraId="72F14B2C" w14:textId="77777777" w:rsidR="001C61CC" w:rsidRDefault="000D727A">
            <w:pPr>
              <w:spacing w:after="0" w:line="240" w:lineRule="auto"/>
              <w:jc w:val="center"/>
            </w:pPr>
            <w:r>
              <w:rPr>
                <w:sz w:val="16"/>
              </w:rPr>
              <w:t>&lt;0.001</w:t>
            </w:r>
          </w:p>
        </w:tc>
      </w:tr>
      <w:tr w:rsidR="001C61CC" w14:paraId="63EDE745" w14:textId="77777777">
        <w:tc>
          <w:tcPr>
            <w:tcW w:w="2592" w:type="dxa"/>
            <w:tcBorders>
              <w:top w:val="nil"/>
              <w:left w:val="nil"/>
              <w:bottom w:val="nil"/>
              <w:right w:val="nil"/>
            </w:tcBorders>
          </w:tcPr>
          <w:p w14:paraId="303F3916" w14:textId="77777777" w:rsidR="001C61CC" w:rsidRDefault="000D727A">
            <w:pPr>
              <w:spacing w:after="0" w:line="240" w:lineRule="auto"/>
            </w:pPr>
            <w:r>
              <w:rPr>
                <w:sz w:val="16"/>
              </w:rPr>
              <w:t>ADL limitation score</w:t>
            </w:r>
          </w:p>
        </w:tc>
        <w:tc>
          <w:tcPr>
            <w:tcW w:w="2592" w:type="dxa"/>
            <w:tcBorders>
              <w:top w:val="nil"/>
              <w:left w:val="nil"/>
              <w:bottom w:val="nil"/>
              <w:right w:val="nil"/>
            </w:tcBorders>
          </w:tcPr>
          <w:p w14:paraId="047DC82E" w14:textId="77777777" w:rsidR="001C61CC" w:rsidRDefault="000D727A">
            <w:pPr>
              <w:spacing w:after="0" w:line="240" w:lineRule="auto"/>
              <w:jc w:val="center"/>
            </w:pPr>
            <w:r>
              <w:rPr>
                <w:sz w:val="16"/>
              </w:rPr>
              <w:t>0.20 +/- 0.64</w:t>
            </w:r>
          </w:p>
        </w:tc>
        <w:tc>
          <w:tcPr>
            <w:tcW w:w="2592" w:type="dxa"/>
            <w:tcBorders>
              <w:top w:val="nil"/>
              <w:left w:val="nil"/>
              <w:bottom w:val="nil"/>
              <w:right w:val="nil"/>
            </w:tcBorders>
          </w:tcPr>
          <w:p w14:paraId="68752F40" w14:textId="77777777" w:rsidR="001C61CC" w:rsidRDefault="000D727A">
            <w:pPr>
              <w:spacing w:after="0" w:line="240" w:lineRule="auto"/>
              <w:jc w:val="center"/>
            </w:pPr>
            <w:r>
              <w:rPr>
                <w:sz w:val="16"/>
              </w:rPr>
              <w:t>0.68 +/- 1.26</w:t>
            </w:r>
          </w:p>
        </w:tc>
        <w:tc>
          <w:tcPr>
            <w:tcW w:w="2592" w:type="dxa"/>
            <w:tcBorders>
              <w:top w:val="nil"/>
              <w:left w:val="nil"/>
              <w:bottom w:val="nil"/>
              <w:right w:val="nil"/>
            </w:tcBorders>
          </w:tcPr>
          <w:p w14:paraId="72A2A056" w14:textId="77777777" w:rsidR="001C61CC" w:rsidRDefault="000D727A">
            <w:pPr>
              <w:spacing w:after="0" w:line="240" w:lineRule="auto"/>
              <w:jc w:val="center"/>
            </w:pPr>
            <w:r>
              <w:rPr>
                <w:sz w:val="16"/>
              </w:rPr>
              <w:t>&lt;0.001</w:t>
            </w:r>
          </w:p>
        </w:tc>
      </w:tr>
      <w:tr w:rsidR="001C61CC" w14:paraId="25277018" w14:textId="77777777">
        <w:tc>
          <w:tcPr>
            <w:tcW w:w="2592" w:type="dxa"/>
            <w:tcBorders>
              <w:top w:val="nil"/>
              <w:left w:val="nil"/>
              <w:bottom w:val="nil"/>
              <w:right w:val="nil"/>
            </w:tcBorders>
          </w:tcPr>
          <w:p w14:paraId="38CE2ECA" w14:textId="77777777" w:rsidR="001C61CC" w:rsidRDefault="000D727A">
            <w:pPr>
              <w:spacing w:after="0" w:line="240" w:lineRule="auto"/>
            </w:pPr>
            <w:r>
              <w:rPr>
                <w:sz w:val="16"/>
              </w:rPr>
              <w:t>IADL limitation score</w:t>
            </w:r>
          </w:p>
        </w:tc>
        <w:tc>
          <w:tcPr>
            <w:tcW w:w="2592" w:type="dxa"/>
            <w:tcBorders>
              <w:top w:val="nil"/>
              <w:left w:val="nil"/>
              <w:bottom w:val="nil"/>
              <w:right w:val="nil"/>
            </w:tcBorders>
          </w:tcPr>
          <w:p w14:paraId="58E5C45D" w14:textId="77777777" w:rsidR="001C61CC" w:rsidRDefault="000D727A">
            <w:pPr>
              <w:spacing w:after="0" w:line="240" w:lineRule="auto"/>
              <w:jc w:val="center"/>
            </w:pPr>
            <w:r>
              <w:rPr>
                <w:sz w:val="16"/>
              </w:rPr>
              <w:t>0.22 +/- 0.63</w:t>
            </w:r>
          </w:p>
        </w:tc>
        <w:tc>
          <w:tcPr>
            <w:tcW w:w="2592" w:type="dxa"/>
            <w:tcBorders>
              <w:top w:val="nil"/>
              <w:left w:val="nil"/>
              <w:bottom w:val="nil"/>
              <w:right w:val="nil"/>
            </w:tcBorders>
          </w:tcPr>
          <w:p w14:paraId="01AAFA7B" w14:textId="77777777" w:rsidR="001C61CC" w:rsidRDefault="000D727A">
            <w:pPr>
              <w:spacing w:after="0" w:line="240" w:lineRule="auto"/>
              <w:jc w:val="center"/>
            </w:pPr>
            <w:r>
              <w:rPr>
                <w:sz w:val="16"/>
              </w:rPr>
              <w:t>0.78 +/- 1.27</w:t>
            </w:r>
          </w:p>
        </w:tc>
        <w:tc>
          <w:tcPr>
            <w:tcW w:w="2592" w:type="dxa"/>
            <w:tcBorders>
              <w:top w:val="nil"/>
              <w:left w:val="nil"/>
              <w:bottom w:val="nil"/>
              <w:right w:val="nil"/>
            </w:tcBorders>
          </w:tcPr>
          <w:p w14:paraId="1757FA3B" w14:textId="77777777" w:rsidR="001C61CC" w:rsidRDefault="000D727A">
            <w:pPr>
              <w:spacing w:after="0" w:line="240" w:lineRule="auto"/>
              <w:jc w:val="center"/>
            </w:pPr>
            <w:r>
              <w:rPr>
                <w:sz w:val="16"/>
              </w:rPr>
              <w:t>&lt;0.001</w:t>
            </w:r>
          </w:p>
        </w:tc>
      </w:tr>
      <w:tr w:rsidR="001C61CC" w14:paraId="538B430B" w14:textId="77777777">
        <w:tc>
          <w:tcPr>
            <w:tcW w:w="2592" w:type="dxa"/>
            <w:tcBorders>
              <w:top w:val="nil"/>
              <w:left w:val="nil"/>
              <w:bottom w:val="nil"/>
              <w:right w:val="nil"/>
            </w:tcBorders>
          </w:tcPr>
          <w:p w14:paraId="75041E36" w14:textId="77777777" w:rsidR="001C61CC" w:rsidRDefault="000D727A">
            <w:pPr>
              <w:spacing w:after="0" w:line="240" w:lineRule="auto"/>
            </w:pPr>
            <w:r>
              <w:rPr>
                <w:sz w:val="16"/>
              </w:rPr>
              <w:t>Hypertension, n (%)</w:t>
            </w:r>
          </w:p>
        </w:tc>
        <w:tc>
          <w:tcPr>
            <w:tcW w:w="2592" w:type="dxa"/>
            <w:tcBorders>
              <w:top w:val="nil"/>
              <w:left w:val="nil"/>
              <w:bottom w:val="nil"/>
              <w:right w:val="nil"/>
            </w:tcBorders>
          </w:tcPr>
          <w:p w14:paraId="3A07E11F" w14:textId="77777777" w:rsidR="001C61CC" w:rsidRDefault="000D727A">
            <w:pPr>
              <w:spacing w:after="0" w:line="240" w:lineRule="auto"/>
              <w:jc w:val="center"/>
            </w:pPr>
            <w:r>
              <w:rPr>
                <w:sz w:val="16"/>
              </w:rPr>
              <w:t>1120 (32.0%)</w:t>
            </w:r>
          </w:p>
        </w:tc>
        <w:tc>
          <w:tcPr>
            <w:tcW w:w="2592" w:type="dxa"/>
            <w:tcBorders>
              <w:top w:val="nil"/>
              <w:left w:val="nil"/>
              <w:bottom w:val="nil"/>
              <w:right w:val="nil"/>
            </w:tcBorders>
          </w:tcPr>
          <w:p w14:paraId="5B54447E" w14:textId="77777777" w:rsidR="001C61CC" w:rsidRDefault="000D727A">
            <w:pPr>
              <w:spacing w:after="0" w:line="240" w:lineRule="auto"/>
              <w:jc w:val="center"/>
            </w:pPr>
            <w:r>
              <w:rPr>
                <w:sz w:val="16"/>
              </w:rPr>
              <w:t>1489 (37.4%)</w:t>
            </w:r>
          </w:p>
        </w:tc>
        <w:tc>
          <w:tcPr>
            <w:tcW w:w="2592" w:type="dxa"/>
            <w:tcBorders>
              <w:top w:val="nil"/>
              <w:left w:val="nil"/>
              <w:bottom w:val="nil"/>
              <w:right w:val="nil"/>
            </w:tcBorders>
          </w:tcPr>
          <w:p w14:paraId="4AD474A2" w14:textId="77777777" w:rsidR="001C61CC" w:rsidRDefault="000D727A">
            <w:pPr>
              <w:spacing w:after="0" w:line="240" w:lineRule="auto"/>
              <w:jc w:val="center"/>
            </w:pPr>
            <w:r>
              <w:rPr>
                <w:sz w:val="16"/>
              </w:rPr>
              <w:t>&lt;0.001</w:t>
            </w:r>
          </w:p>
        </w:tc>
      </w:tr>
      <w:tr w:rsidR="001C61CC" w14:paraId="644688AA" w14:textId="77777777">
        <w:tc>
          <w:tcPr>
            <w:tcW w:w="2592" w:type="dxa"/>
            <w:tcBorders>
              <w:top w:val="nil"/>
              <w:left w:val="nil"/>
              <w:bottom w:val="nil"/>
              <w:right w:val="nil"/>
            </w:tcBorders>
          </w:tcPr>
          <w:p w14:paraId="2097CED2" w14:textId="77777777" w:rsidR="001C61CC" w:rsidRDefault="000D727A">
            <w:pPr>
              <w:spacing w:after="0" w:line="240" w:lineRule="auto"/>
            </w:pPr>
            <w:r>
              <w:rPr>
                <w:sz w:val="16"/>
              </w:rPr>
              <w:t>Dyslipidaemia, n (%)</w:t>
            </w:r>
          </w:p>
        </w:tc>
        <w:tc>
          <w:tcPr>
            <w:tcW w:w="2592" w:type="dxa"/>
            <w:tcBorders>
              <w:top w:val="nil"/>
              <w:left w:val="nil"/>
              <w:bottom w:val="nil"/>
              <w:right w:val="nil"/>
            </w:tcBorders>
          </w:tcPr>
          <w:p w14:paraId="7AE60F40" w14:textId="77777777" w:rsidR="001C61CC" w:rsidRDefault="000D727A">
            <w:pPr>
              <w:spacing w:after="0" w:line="240" w:lineRule="auto"/>
              <w:jc w:val="center"/>
            </w:pPr>
            <w:r>
              <w:rPr>
                <w:sz w:val="16"/>
              </w:rPr>
              <w:t>625 (18.1%)</w:t>
            </w:r>
          </w:p>
        </w:tc>
        <w:tc>
          <w:tcPr>
            <w:tcW w:w="2592" w:type="dxa"/>
            <w:tcBorders>
              <w:top w:val="nil"/>
              <w:left w:val="nil"/>
              <w:bottom w:val="nil"/>
              <w:right w:val="nil"/>
            </w:tcBorders>
          </w:tcPr>
          <w:p w14:paraId="66E3F698" w14:textId="77777777" w:rsidR="001C61CC" w:rsidRDefault="000D727A">
            <w:pPr>
              <w:spacing w:after="0" w:line="240" w:lineRule="auto"/>
              <w:jc w:val="center"/>
            </w:pPr>
            <w:r>
              <w:rPr>
                <w:sz w:val="16"/>
              </w:rPr>
              <w:t>819 (21.3%)</w:t>
            </w:r>
          </w:p>
        </w:tc>
        <w:tc>
          <w:tcPr>
            <w:tcW w:w="2592" w:type="dxa"/>
            <w:tcBorders>
              <w:top w:val="nil"/>
              <w:left w:val="nil"/>
              <w:bottom w:val="nil"/>
              <w:right w:val="nil"/>
            </w:tcBorders>
          </w:tcPr>
          <w:p w14:paraId="5278183C" w14:textId="77777777" w:rsidR="001C61CC" w:rsidRDefault="000D727A">
            <w:pPr>
              <w:spacing w:after="0" w:line="240" w:lineRule="auto"/>
              <w:jc w:val="center"/>
            </w:pPr>
            <w:r>
              <w:rPr>
                <w:sz w:val="16"/>
              </w:rPr>
              <w:t>&lt;0.001</w:t>
            </w:r>
          </w:p>
        </w:tc>
      </w:tr>
      <w:tr w:rsidR="001C61CC" w14:paraId="3C8BE090" w14:textId="77777777">
        <w:tc>
          <w:tcPr>
            <w:tcW w:w="2592" w:type="dxa"/>
            <w:tcBorders>
              <w:top w:val="nil"/>
              <w:left w:val="nil"/>
              <w:bottom w:val="nil"/>
              <w:right w:val="nil"/>
            </w:tcBorders>
          </w:tcPr>
          <w:p w14:paraId="00F5DDEB" w14:textId="77777777" w:rsidR="001C61CC" w:rsidRDefault="000D727A">
            <w:pPr>
              <w:spacing w:after="0" w:line="240" w:lineRule="auto"/>
            </w:pPr>
            <w:r>
              <w:rPr>
                <w:sz w:val="16"/>
              </w:rPr>
              <w:t>Diabetes, n (%)</w:t>
            </w:r>
          </w:p>
        </w:tc>
        <w:tc>
          <w:tcPr>
            <w:tcW w:w="2592" w:type="dxa"/>
            <w:tcBorders>
              <w:top w:val="nil"/>
              <w:left w:val="nil"/>
              <w:bottom w:val="nil"/>
              <w:right w:val="nil"/>
            </w:tcBorders>
          </w:tcPr>
          <w:p w14:paraId="734F3305" w14:textId="77777777" w:rsidR="001C61CC" w:rsidRDefault="000D727A">
            <w:pPr>
              <w:spacing w:after="0" w:line="240" w:lineRule="auto"/>
              <w:jc w:val="center"/>
            </w:pPr>
            <w:r>
              <w:rPr>
                <w:sz w:val="16"/>
              </w:rPr>
              <w:t>345 (9.9%)</w:t>
            </w:r>
          </w:p>
        </w:tc>
        <w:tc>
          <w:tcPr>
            <w:tcW w:w="2592" w:type="dxa"/>
            <w:tcBorders>
              <w:top w:val="nil"/>
              <w:left w:val="nil"/>
              <w:bottom w:val="nil"/>
              <w:right w:val="nil"/>
            </w:tcBorders>
          </w:tcPr>
          <w:p w14:paraId="40653EEE" w14:textId="77777777" w:rsidR="001C61CC" w:rsidRDefault="000D727A">
            <w:pPr>
              <w:spacing w:after="0" w:line="240" w:lineRule="auto"/>
              <w:jc w:val="center"/>
            </w:pPr>
            <w:r>
              <w:rPr>
                <w:sz w:val="16"/>
              </w:rPr>
              <w:t>503 (12.8%)</w:t>
            </w:r>
          </w:p>
        </w:tc>
        <w:tc>
          <w:tcPr>
            <w:tcW w:w="2592" w:type="dxa"/>
            <w:tcBorders>
              <w:top w:val="nil"/>
              <w:left w:val="nil"/>
              <w:bottom w:val="nil"/>
              <w:right w:val="nil"/>
            </w:tcBorders>
          </w:tcPr>
          <w:p w14:paraId="072BF613" w14:textId="77777777" w:rsidR="001C61CC" w:rsidRDefault="000D727A">
            <w:pPr>
              <w:spacing w:after="0" w:line="240" w:lineRule="auto"/>
              <w:jc w:val="center"/>
            </w:pPr>
            <w:r>
              <w:rPr>
                <w:sz w:val="16"/>
              </w:rPr>
              <w:t>&lt;0.001</w:t>
            </w:r>
          </w:p>
        </w:tc>
      </w:tr>
      <w:tr w:rsidR="001C61CC" w14:paraId="0D9CFB87" w14:textId="77777777">
        <w:tc>
          <w:tcPr>
            <w:tcW w:w="2592" w:type="dxa"/>
            <w:tcBorders>
              <w:top w:val="nil"/>
              <w:left w:val="nil"/>
              <w:bottom w:val="nil"/>
              <w:right w:val="nil"/>
            </w:tcBorders>
          </w:tcPr>
          <w:p w14:paraId="5D32CDDA" w14:textId="77777777" w:rsidR="001C61CC" w:rsidRDefault="000D727A">
            <w:pPr>
              <w:spacing w:after="0" w:line="240" w:lineRule="auto"/>
            </w:pPr>
            <w:r>
              <w:rPr>
                <w:sz w:val="16"/>
              </w:rPr>
              <w:t>Heart disease, n (%)</w:t>
            </w:r>
          </w:p>
        </w:tc>
        <w:tc>
          <w:tcPr>
            <w:tcW w:w="2592" w:type="dxa"/>
            <w:tcBorders>
              <w:top w:val="nil"/>
              <w:left w:val="nil"/>
              <w:bottom w:val="nil"/>
              <w:right w:val="nil"/>
            </w:tcBorders>
          </w:tcPr>
          <w:p w14:paraId="0110005C" w14:textId="77777777" w:rsidR="001C61CC" w:rsidRDefault="000D727A">
            <w:pPr>
              <w:spacing w:after="0" w:line="240" w:lineRule="auto"/>
              <w:jc w:val="center"/>
            </w:pPr>
            <w:r>
              <w:rPr>
                <w:sz w:val="16"/>
              </w:rPr>
              <w:t>590 (16.9%)</w:t>
            </w:r>
          </w:p>
        </w:tc>
        <w:tc>
          <w:tcPr>
            <w:tcW w:w="2592" w:type="dxa"/>
            <w:tcBorders>
              <w:top w:val="nil"/>
              <w:left w:val="nil"/>
              <w:bottom w:val="nil"/>
              <w:right w:val="nil"/>
            </w:tcBorders>
          </w:tcPr>
          <w:p w14:paraId="5DEA8CEE" w14:textId="77777777" w:rsidR="001C61CC" w:rsidRDefault="000D727A">
            <w:pPr>
              <w:spacing w:after="0" w:line="240" w:lineRule="auto"/>
              <w:jc w:val="center"/>
            </w:pPr>
            <w:r>
              <w:rPr>
                <w:sz w:val="16"/>
              </w:rPr>
              <w:t>966 (24.4%)</w:t>
            </w:r>
          </w:p>
        </w:tc>
        <w:tc>
          <w:tcPr>
            <w:tcW w:w="2592" w:type="dxa"/>
            <w:tcBorders>
              <w:top w:val="nil"/>
              <w:left w:val="nil"/>
              <w:bottom w:val="nil"/>
              <w:right w:val="nil"/>
            </w:tcBorders>
          </w:tcPr>
          <w:p w14:paraId="0A2D798E" w14:textId="77777777" w:rsidR="001C61CC" w:rsidRDefault="000D727A">
            <w:pPr>
              <w:spacing w:after="0" w:line="240" w:lineRule="auto"/>
              <w:jc w:val="center"/>
            </w:pPr>
            <w:r>
              <w:rPr>
                <w:sz w:val="16"/>
              </w:rPr>
              <w:t>&lt;0.001</w:t>
            </w:r>
          </w:p>
        </w:tc>
      </w:tr>
      <w:tr w:rsidR="001C61CC" w14:paraId="37EFF081" w14:textId="77777777">
        <w:tc>
          <w:tcPr>
            <w:tcW w:w="2592" w:type="dxa"/>
            <w:tcBorders>
              <w:top w:val="nil"/>
              <w:left w:val="nil"/>
              <w:bottom w:val="nil"/>
              <w:right w:val="nil"/>
            </w:tcBorders>
          </w:tcPr>
          <w:p w14:paraId="5A6A33B2" w14:textId="77777777" w:rsidR="001C61CC" w:rsidRDefault="000D727A">
            <w:pPr>
              <w:spacing w:after="0" w:line="240" w:lineRule="auto"/>
            </w:pPr>
            <w:r>
              <w:rPr>
                <w:sz w:val="16"/>
              </w:rPr>
              <w:t>Kidney disease, n (%)</w:t>
            </w:r>
          </w:p>
        </w:tc>
        <w:tc>
          <w:tcPr>
            <w:tcW w:w="2592" w:type="dxa"/>
            <w:tcBorders>
              <w:top w:val="nil"/>
              <w:left w:val="nil"/>
              <w:bottom w:val="nil"/>
              <w:right w:val="nil"/>
            </w:tcBorders>
          </w:tcPr>
          <w:p w14:paraId="374E22B5" w14:textId="77777777" w:rsidR="001C61CC" w:rsidRDefault="000D727A">
            <w:pPr>
              <w:spacing w:after="0" w:line="240" w:lineRule="auto"/>
              <w:jc w:val="center"/>
            </w:pPr>
            <w:r>
              <w:rPr>
                <w:sz w:val="16"/>
              </w:rPr>
              <w:t>228 (6.5%)</w:t>
            </w:r>
          </w:p>
        </w:tc>
        <w:tc>
          <w:tcPr>
            <w:tcW w:w="2592" w:type="dxa"/>
            <w:tcBorders>
              <w:top w:val="nil"/>
              <w:left w:val="nil"/>
              <w:bottom w:val="nil"/>
              <w:right w:val="nil"/>
            </w:tcBorders>
          </w:tcPr>
          <w:p w14:paraId="4B965AEF" w14:textId="77777777" w:rsidR="001C61CC" w:rsidRDefault="000D727A">
            <w:pPr>
              <w:spacing w:after="0" w:line="240" w:lineRule="auto"/>
              <w:jc w:val="center"/>
            </w:pPr>
            <w:r>
              <w:rPr>
                <w:sz w:val="16"/>
              </w:rPr>
              <w:t>443 (11.2%)</w:t>
            </w:r>
          </w:p>
        </w:tc>
        <w:tc>
          <w:tcPr>
            <w:tcW w:w="2592" w:type="dxa"/>
            <w:tcBorders>
              <w:top w:val="nil"/>
              <w:left w:val="nil"/>
              <w:bottom w:val="nil"/>
              <w:right w:val="nil"/>
            </w:tcBorders>
          </w:tcPr>
          <w:p w14:paraId="622B7337" w14:textId="77777777" w:rsidR="001C61CC" w:rsidRDefault="000D727A">
            <w:pPr>
              <w:spacing w:after="0" w:line="240" w:lineRule="auto"/>
              <w:jc w:val="center"/>
            </w:pPr>
            <w:r>
              <w:rPr>
                <w:sz w:val="16"/>
              </w:rPr>
              <w:t>&lt;0.001</w:t>
            </w:r>
          </w:p>
        </w:tc>
      </w:tr>
      <w:tr w:rsidR="001C61CC" w14:paraId="51112357" w14:textId="77777777">
        <w:tc>
          <w:tcPr>
            <w:tcW w:w="2592" w:type="dxa"/>
            <w:tcBorders>
              <w:top w:val="nil"/>
              <w:left w:val="nil"/>
              <w:bottom w:val="nil"/>
              <w:right w:val="nil"/>
            </w:tcBorders>
          </w:tcPr>
          <w:p w14:paraId="0AEA5172" w14:textId="77777777" w:rsidR="001C61CC" w:rsidRDefault="000D727A">
            <w:pPr>
              <w:spacing w:after="0" w:line="240" w:lineRule="auto"/>
            </w:pPr>
            <w:r>
              <w:rPr>
                <w:sz w:val="16"/>
              </w:rPr>
              <w:t>Digestive disease, n (%)</w:t>
            </w:r>
          </w:p>
        </w:tc>
        <w:tc>
          <w:tcPr>
            <w:tcW w:w="2592" w:type="dxa"/>
            <w:tcBorders>
              <w:top w:val="nil"/>
              <w:left w:val="nil"/>
              <w:bottom w:val="nil"/>
              <w:right w:val="nil"/>
            </w:tcBorders>
          </w:tcPr>
          <w:p w14:paraId="5A4327F4" w14:textId="77777777" w:rsidR="001C61CC" w:rsidRDefault="000D727A">
            <w:pPr>
              <w:spacing w:after="0" w:line="240" w:lineRule="auto"/>
              <w:jc w:val="center"/>
            </w:pPr>
            <w:r>
              <w:rPr>
                <w:sz w:val="16"/>
              </w:rPr>
              <w:t>1055 (30.1%)</w:t>
            </w:r>
          </w:p>
        </w:tc>
        <w:tc>
          <w:tcPr>
            <w:tcW w:w="2592" w:type="dxa"/>
            <w:tcBorders>
              <w:top w:val="nil"/>
              <w:left w:val="nil"/>
              <w:bottom w:val="nil"/>
              <w:right w:val="nil"/>
            </w:tcBorders>
          </w:tcPr>
          <w:p w14:paraId="5D60958E" w14:textId="77777777" w:rsidR="001C61CC" w:rsidRDefault="000D727A">
            <w:pPr>
              <w:spacing w:after="0" w:line="240" w:lineRule="auto"/>
              <w:jc w:val="center"/>
            </w:pPr>
            <w:r>
              <w:rPr>
                <w:sz w:val="16"/>
              </w:rPr>
              <w:t>1624 (40.7%)</w:t>
            </w:r>
          </w:p>
        </w:tc>
        <w:tc>
          <w:tcPr>
            <w:tcW w:w="2592" w:type="dxa"/>
            <w:tcBorders>
              <w:top w:val="nil"/>
              <w:left w:val="nil"/>
              <w:bottom w:val="nil"/>
              <w:right w:val="nil"/>
            </w:tcBorders>
          </w:tcPr>
          <w:p w14:paraId="5D56413A" w14:textId="77777777" w:rsidR="001C61CC" w:rsidRDefault="000D727A">
            <w:pPr>
              <w:spacing w:after="0" w:line="240" w:lineRule="auto"/>
              <w:jc w:val="center"/>
            </w:pPr>
            <w:r>
              <w:rPr>
                <w:sz w:val="16"/>
              </w:rPr>
              <w:t>&lt;0.001</w:t>
            </w:r>
          </w:p>
        </w:tc>
      </w:tr>
      <w:tr w:rsidR="001C61CC" w14:paraId="0C8D126C" w14:textId="77777777">
        <w:tc>
          <w:tcPr>
            <w:tcW w:w="2592" w:type="dxa"/>
            <w:tcBorders>
              <w:top w:val="nil"/>
              <w:left w:val="nil"/>
              <w:bottom w:val="nil"/>
              <w:right w:val="nil"/>
            </w:tcBorders>
          </w:tcPr>
          <w:p w14:paraId="19858F35" w14:textId="77777777" w:rsidR="001C61CC" w:rsidRDefault="000D727A">
            <w:pPr>
              <w:spacing w:after="0" w:line="240" w:lineRule="auto"/>
            </w:pPr>
            <w:r>
              <w:rPr>
                <w:sz w:val="16"/>
              </w:rPr>
              <w:t>Arthritis, n (%)</w:t>
            </w:r>
          </w:p>
        </w:tc>
        <w:tc>
          <w:tcPr>
            <w:tcW w:w="2592" w:type="dxa"/>
            <w:tcBorders>
              <w:top w:val="nil"/>
              <w:left w:val="nil"/>
              <w:bottom w:val="nil"/>
              <w:right w:val="nil"/>
            </w:tcBorders>
          </w:tcPr>
          <w:p w14:paraId="33D3AC7C" w14:textId="77777777" w:rsidR="001C61CC" w:rsidRDefault="000D727A">
            <w:pPr>
              <w:spacing w:after="0" w:line="240" w:lineRule="auto"/>
              <w:jc w:val="center"/>
            </w:pPr>
            <w:r>
              <w:rPr>
                <w:sz w:val="16"/>
              </w:rPr>
              <w:t>1457 (41.6%)</w:t>
            </w:r>
          </w:p>
        </w:tc>
        <w:tc>
          <w:tcPr>
            <w:tcW w:w="2592" w:type="dxa"/>
            <w:tcBorders>
              <w:top w:val="nil"/>
              <w:left w:val="nil"/>
              <w:bottom w:val="nil"/>
              <w:right w:val="nil"/>
            </w:tcBorders>
          </w:tcPr>
          <w:p w14:paraId="5A8CEEC8" w14:textId="77777777" w:rsidR="001C61CC" w:rsidRDefault="000D727A">
            <w:pPr>
              <w:spacing w:after="0" w:line="240" w:lineRule="auto"/>
              <w:jc w:val="center"/>
            </w:pPr>
            <w:r>
              <w:rPr>
                <w:sz w:val="16"/>
              </w:rPr>
              <w:t>2237 (56.1%)</w:t>
            </w:r>
          </w:p>
        </w:tc>
        <w:tc>
          <w:tcPr>
            <w:tcW w:w="2592" w:type="dxa"/>
            <w:tcBorders>
              <w:top w:val="nil"/>
              <w:left w:val="nil"/>
              <w:bottom w:val="nil"/>
              <w:right w:val="nil"/>
            </w:tcBorders>
          </w:tcPr>
          <w:p w14:paraId="6BB15169" w14:textId="77777777" w:rsidR="001C61CC" w:rsidRDefault="000D727A">
            <w:pPr>
              <w:spacing w:after="0" w:line="240" w:lineRule="auto"/>
              <w:jc w:val="center"/>
            </w:pPr>
            <w:r>
              <w:rPr>
                <w:sz w:val="16"/>
              </w:rPr>
              <w:t>&lt;0.001</w:t>
            </w:r>
          </w:p>
        </w:tc>
      </w:tr>
      <w:tr w:rsidR="001C61CC" w14:paraId="564B7665" w14:textId="77777777">
        <w:tc>
          <w:tcPr>
            <w:tcW w:w="2592" w:type="dxa"/>
            <w:tcBorders>
              <w:top w:val="nil"/>
              <w:left w:val="nil"/>
              <w:bottom w:val="nil"/>
              <w:right w:val="nil"/>
            </w:tcBorders>
          </w:tcPr>
          <w:p w14:paraId="1B0874A8" w14:textId="77777777" w:rsidR="001C61CC" w:rsidRDefault="000D727A">
            <w:pPr>
              <w:spacing w:after="0" w:line="240" w:lineRule="auto"/>
            </w:pPr>
            <w:r>
              <w:rPr>
                <w:sz w:val="16"/>
              </w:rPr>
              <w:t>Asthma, n (%)</w:t>
            </w:r>
          </w:p>
        </w:tc>
        <w:tc>
          <w:tcPr>
            <w:tcW w:w="2592" w:type="dxa"/>
            <w:tcBorders>
              <w:top w:val="nil"/>
              <w:left w:val="nil"/>
              <w:bottom w:val="nil"/>
              <w:right w:val="nil"/>
            </w:tcBorders>
          </w:tcPr>
          <w:p w14:paraId="2E700615" w14:textId="77777777" w:rsidR="001C61CC" w:rsidRDefault="000D727A">
            <w:pPr>
              <w:spacing w:after="0" w:line="240" w:lineRule="auto"/>
              <w:jc w:val="center"/>
            </w:pPr>
            <w:r>
              <w:rPr>
                <w:sz w:val="16"/>
              </w:rPr>
              <w:t>121 (3.4%)</w:t>
            </w:r>
          </w:p>
        </w:tc>
        <w:tc>
          <w:tcPr>
            <w:tcW w:w="2592" w:type="dxa"/>
            <w:tcBorders>
              <w:top w:val="nil"/>
              <w:left w:val="nil"/>
              <w:bottom w:val="nil"/>
              <w:right w:val="nil"/>
            </w:tcBorders>
          </w:tcPr>
          <w:p w14:paraId="1AA61E2F" w14:textId="77777777" w:rsidR="001C61CC" w:rsidRDefault="000D727A">
            <w:pPr>
              <w:spacing w:after="0" w:line="240" w:lineRule="auto"/>
              <w:jc w:val="center"/>
            </w:pPr>
            <w:r>
              <w:rPr>
                <w:sz w:val="16"/>
              </w:rPr>
              <w:t>261 (6.5%)</w:t>
            </w:r>
          </w:p>
        </w:tc>
        <w:tc>
          <w:tcPr>
            <w:tcW w:w="2592" w:type="dxa"/>
            <w:tcBorders>
              <w:top w:val="nil"/>
              <w:left w:val="nil"/>
              <w:bottom w:val="nil"/>
              <w:right w:val="nil"/>
            </w:tcBorders>
          </w:tcPr>
          <w:p w14:paraId="71E0C0A5" w14:textId="77777777" w:rsidR="001C61CC" w:rsidRDefault="000D727A">
            <w:pPr>
              <w:spacing w:after="0" w:line="240" w:lineRule="auto"/>
              <w:jc w:val="center"/>
            </w:pPr>
            <w:r>
              <w:rPr>
                <w:sz w:val="16"/>
              </w:rPr>
              <w:t>&lt;0.001</w:t>
            </w:r>
          </w:p>
        </w:tc>
      </w:tr>
      <w:tr w:rsidR="001C61CC" w14:paraId="7BBCFB4D" w14:textId="77777777">
        <w:tc>
          <w:tcPr>
            <w:tcW w:w="2592" w:type="dxa"/>
            <w:tcBorders>
              <w:top w:val="nil"/>
              <w:left w:val="nil"/>
              <w:bottom w:val="nil"/>
              <w:right w:val="nil"/>
            </w:tcBorders>
          </w:tcPr>
          <w:p w14:paraId="2809F5A8" w14:textId="77777777" w:rsidR="001C61CC" w:rsidRDefault="000D727A">
            <w:pPr>
              <w:spacing w:after="0" w:line="240" w:lineRule="auto"/>
            </w:pPr>
            <w:r>
              <w:rPr>
                <w:sz w:val="16"/>
              </w:rPr>
              <w:t>Lung disease, n (%)</w:t>
            </w:r>
          </w:p>
        </w:tc>
        <w:tc>
          <w:tcPr>
            <w:tcW w:w="2592" w:type="dxa"/>
            <w:tcBorders>
              <w:top w:val="nil"/>
              <w:left w:val="nil"/>
              <w:bottom w:val="nil"/>
              <w:right w:val="nil"/>
            </w:tcBorders>
          </w:tcPr>
          <w:p w14:paraId="2121F644" w14:textId="77777777" w:rsidR="001C61CC" w:rsidRDefault="000D727A">
            <w:pPr>
              <w:spacing w:after="0" w:line="240" w:lineRule="auto"/>
              <w:jc w:val="center"/>
            </w:pPr>
            <w:r>
              <w:rPr>
                <w:sz w:val="16"/>
              </w:rPr>
              <w:t>316 (9.0%)</w:t>
            </w:r>
          </w:p>
        </w:tc>
        <w:tc>
          <w:tcPr>
            <w:tcW w:w="2592" w:type="dxa"/>
            <w:tcBorders>
              <w:top w:val="nil"/>
              <w:left w:val="nil"/>
              <w:bottom w:val="nil"/>
              <w:right w:val="nil"/>
            </w:tcBorders>
          </w:tcPr>
          <w:p w14:paraId="2EF14614" w14:textId="77777777" w:rsidR="001C61CC" w:rsidRDefault="000D727A">
            <w:pPr>
              <w:spacing w:after="0" w:line="240" w:lineRule="auto"/>
              <w:jc w:val="center"/>
            </w:pPr>
            <w:r>
              <w:rPr>
                <w:sz w:val="16"/>
              </w:rPr>
              <w:t>590 (14.8%)</w:t>
            </w:r>
          </w:p>
        </w:tc>
        <w:tc>
          <w:tcPr>
            <w:tcW w:w="2592" w:type="dxa"/>
            <w:tcBorders>
              <w:top w:val="nil"/>
              <w:left w:val="nil"/>
              <w:bottom w:val="nil"/>
              <w:right w:val="nil"/>
            </w:tcBorders>
          </w:tcPr>
          <w:p w14:paraId="791A29A8" w14:textId="77777777" w:rsidR="001C61CC" w:rsidRDefault="000D727A">
            <w:pPr>
              <w:spacing w:after="0" w:line="240" w:lineRule="auto"/>
              <w:jc w:val="center"/>
            </w:pPr>
            <w:r>
              <w:rPr>
                <w:sz w:val="16"/>
              </w:rPr>
              <w:t>&lt;0.001</w:t>
            </w:r>
          </w:p>
        </w:tc>
      </w:tr>
      <w:tr w:rsidR="001C61CC" w14:paraId="654314C0" w14:textId="77777777">
        <w:tc>
          <w:tcPr>
            <w:tcW w:w="2592" w:type="dxa"/>
            <w:tcBorders>
              <w:top w:val="nil"/>
              <w:left w:val="nil"/>
              <w:bottom w:val="single" w:sz="10" w:space="0" w:color="000000"/>
              <w:right w:val="nil"/>
            </w:tcBorders>
          </w:tcPr>
          <w:p w14:paraId="1C01C11F" w14:textId="77777777" w:rsidR="001C61CC" w:rsidRDefault="000D727A">
            <w:pPr>
              <w:spacing w:after="0" w:line="240" w:lineRule="auto"/>
            </w:pPr>
            <w:r>
              <w:rPr>
                <w:sz w:val="16"/>
              </w:rPr>
              <w:t>Liver disease, n (%)</w:t>
            </w:r>
          </w:p>
        </w:tc>
        <w:tc>
          <w:tcPr>
            <w:tcW w:w="2592" w:type="dxa"/>
            <w:tcBorders>
              <w:top w:val="nil"/>
              <w:left w:val="nil"/>
              <w:bottom w:val="single" w:sz="10" w:space="0" w:color="000000"/>
              <w:right w:val="nil"/>
            </w:tcBorders>
          </w:tcPr>
          <w:p w14:paraId="0A5A7764" w14:textId="77777777" w:rsidR="001C61CC" w:rsidRDefault="000D727A">
            <w:pPr>
              <w:spacing w:after="0" w:line="240" w:lineRule="auto"/>
              <w:jc w:val="center"/>
            </w:pPr>
            <w:r>
              <w:rPr>
                <w:sz w:val="16"/>
              </w:rPr>
              <w:t>162 (4.6%)</w:t>
            </w:r>
          </w:p>
        </w:tc>
        <w:tc>
          <w:tcPr>
            <w:tcW w:w="2592" w:type="dxa"/>
            <w:tcBorders>
              <w:top w:val="nil"/>
              <w:left w:val="nil"/>
              <w:bottom w:val="single" w:sz="10" w:space="0" w:color="000000"/>
              <w:right w:val="nil"/>
            </w:tcBorders>
          </w:tcPr>
          <w:p w14:paraId="4BA2E27D" w14:textId="77777777" w:rsidR="001C61CC" w:rsidRDefault="000D727A">
            <w:pPr>
              <w:spacing w:after="0" w:line="240" w:lineRule="auto"/>
              <w:jc w:val="center"/>
            </w:pPr>
            <w:r>
              <w:rPr>
                <w:sz w:val="16"/>
              </w:rPr>
              <w:t>284 (7.2%)</w:t>
            </w:r>
          </w:p>
        </w:tc>
        <w:tc>
          <w:tcPr>
            <w:tcW w:w="2592" w:type="dxa"/>
            <w:tcBorders>
              <w:top w:val="nil"/>
              <w:left w:val="nil"/>
              <w:bottom w:val="single" w:sz="10" w:space="0" w:color="000000"/>
              <w:right w:val="nil"/>
            </w:tcBorders>
          </w:tcPr>
          <w:p w14:paraId="42D7A0DD" w14:textId="77777777" w:rsidR="001C61CC" w:rsidRDefault="000D727A">
            <w:pPr>
              <w:spacing w:after="0" w:line="240" w:lineRule="auto"/>
              <w:jc w:val="center"/>
            </w:pPr>
            <w:r>
              <w:rPr>
                <w:sz w:val="16"/>
              </w:rPr>
              <w:t>&lt;0.001</w:t>
            </w:r>
          </w:p>
        </w:tc>
      </w:tr>
    </w:tbl>
    <w:p w14:paraId="597FFB1E" w14:textId="77777777" w:rsidR="001C61CC" w:rsidRDefault="001C61CC"/>
    <w:p w14:paraId="1DD180EC" w14:textId="77777777" w:rsidR="001C61CC" w:rsidRDefault="000D727A">
      <w:pPr>
        <w:spacing w:after="80"/>
      </w:pPr>
      <w:r>
        <w:rPr>
          <w:sz w:val="16"/>
        </w:rPr>
        <w:t>Note: Values are presented as n (%), mean (SD), or as otherwise shown. Included and excluded groups are shown separately for the cross-sectional and prospective analyses.</w:t>
      </w:r>
    </w:p>
    <w:p w14:paraId="094B9B1B" w14:textId="77777777" w:rsidR="001C61CC" w:rsidRDefault="000D727A">
      <w:r>
        <w:br w:type="page"/>
      </w:r>
    </w:p>
    <w:p w14:paraId="348A0538" w14:textId="77777777" w:rsidR="001C61CC" w:rsidRDefault="000D727A">
      <w:pPr>
        <w:spacing w:after="80"/>
      </w:pPr>
      <w:r>
        <w:rPr>
          <w:b/>
          <w:sz w:val="24"/>
        </w:rPr>
        <w:lastRenderedPageBreak/>
        <w:t>Supplementary Table 2. Logistic regression of baseline characteristics predicting exclusion or loss to follow-up in the prospective analysis</w:t>
      </w:r>
    </w:p>
    <w:p w14:paraId="2DF707D7" w14:textId="77777777" w:rsidR="001C61CC" w:rsidRDefault="000D727A">
      <w:pPr>
        <w:spacing w:after="80"/>
      </w:pPr>
      <w:r>
        <w:rPr>
          <w:sz w:val="19"/>
        </w:rPr>
        <w:t>Panel A. Predictors of any exclusion from the prospective analysis (n=5285, excluded=2722)</w:t>
      </w:r>
    </w:p>
    <w:tbl>
      <w:tblPr>
        <w:tblW w:w="0" w:type="auto"/>
        <w:tblLook w:val="04A0" w:firstRow="1" w:lastRow="0" w:firstColumn="1" w:lastColumn="0" w:noHBand="0" w:noVBand="1"/>
      </w:tblPr>
      <w:tblGrid>
        <w:gridCol w:w="2073"/>
        <w:gridCol w:w="2073"/>
        <w:gridCol w:w="2074"/>
        <w:gridCol w:w="2074"/>
        <w:gridCol w:w="2074"/>
      </w:tblGrid>
      <w:tr w:rsidR="001C61CC" w14:paraId="220F74E7" w14:textId="77777777">
        <w:tc>
          <w:tcPr>
            <w:tcW w:w="2074" w:type="dxa"/>
            <w:tcBorders>
              <w:top w:val="single" w:sz="10" w:space="0" w:color="000000"/>
              <w:left w:val="nil"/>
              <w:bottom w:val="single" w:sz="10" w:space="0" w:color="000000"/>
              <w:right w:val="nil"/>
            </w:tcBorders>
          </w:tcPr>
          <w:p w14:paraId="78F49C6B" w14:textId="77777777" w:rsidR="001C61CC" w:rsidRDefault="000D727A">
            <w:pPr>
              <w:spacing w:after="0" w:line="240" w:lineRule="auto"/>
            </w:pPr>
            <w:r>
              <w:rPr>
                <w:b/>
                <w:sz w:val="16"/>
              </w:rPr>
              <w:t>Predictor</w:t>
            </w:r>
          </w:p>
        </w:tc>
        <w:tc>
          <w:tcPr>
            <w:tcW w:w="2074" w:type="dxa"/>
            <w:tcBorders>
              <w:top w:val="single" w:sz="10" w:space="0" w:color="000000"/>
              <w:left w:val="nil"/>
              <w:bottom w:val="single" w:sz="10" w:space="0" w:color="000000"/>
              <w:right w:val="nil"/>
            </w:tcBorders>
          </w:tcPr>
          <w:p w14:paraId="5B21A27D" w14:textId="77777777" w:rsidR="001C61CC" w:rsidRDefault="000D727A">
            <w:pPr>
              <w:spacing w:after="0" w:line="240" w:lineRule="auto"/>
              <w:jc w:val="center"/>
            </w:pPr>
            <w:r>
              <w:rPr>
                <w:b/>
                <w:sz w:val="16"/>
              </w:rPr>
              <w:t>Analytic n</w:t>
            </w:r>
          </w:p>
        </w:tc>
        <w:tc>
          <w:tcPr>
            <w:tcW w:w="2074" w:type="dxa"/>
            <w:tcBorders>
              <w:top w:val="single" w:sz="10" w:space="0" w:color="000000"/>
              <w:left w:val="nil"/>
              <w:bottom w:val="single" w:sz="10" w:space="0" w:color="000000"/>
              <w:right w:val="nil"/>
            </w:tcBorders>
          </w:tcPr>
          <w:p w14:paraId="34638BB9" w14:textId="77777777" w:rsidR="001C61CC" w:rsidRDefault="000D727A">
            <w:pPr>
              <w:spacing w:after="0" w:line="240" w:lineRule="auto"/>
              <w:jc w:val="center"/>
            </w:pPr>
            <w:r>
              <w:rPr>
                <w:b/>
                <w:sz w:val="16"/>
              </w:rPr>
              <w:t>Excluded n</w:t>
            </w:r>
          </w:p>
        </w:tc>
        <w:tc>
          <w:tcPr>
            <w:tcW w:w="2074" w:type="dxa"/>
            <w:tcBorders>
              <w:top w:val="single" w:sz="10" w:space="0" w:color="000000"/>
              <w:left w:val="nil"/>
              <w:bottom w:val="single" w:sz="10" w:space="0" w:color="000000"/>
              <w:right w:val="nil"/>
            </w:tcBorders>
          </w:tcPr>
          <w:p w14:paraId="69F40AC7" w14:textId="77777777" w:rsidR="001C61CC" w:rsidRDefault="000D727A">
            <w:pPr>
              <w:spacing w:after="0" w:line="240" w:lineRule="auto"/>
              <w:jc w:val="center"/>
            </w:pPr>
            <w:r>
              <w:rPr>
                <w:b/>
                <w:sz w:val="16"/>
              </w:rPr>
              <w:t>OR (95% CI)</w:t>
            </w:r>
          </w:p>
        </w:tc>
        <w:tc>
          <w:tcPr>
            <w:tcW w:w="2074" w:type="dxa"/>
            <w:tcBorders>
              <w:top w:val="single" w:sz="10" w:space="0" w:color="000000"/>
              <w:left w:val="nil"/>
              <w:bottom w:val="single" w:sz="10" w:space="0" w:color="000000"/>
              <w:right w:val="nil"/>
            </w:tcBorders>
          </w:tcPr>
          <w:p w14:paraId="524E5493" w14:textId="77777777" w:rsidR="001C61CC" w:rsidRDefault="000D727A">
            <w:pPr>
              <w:spacing w:after="0" w:line="240" w:lineRule="auto"/>
              <w:jc w:val="center"/>
            </w:pPr>
            <w:r>
              <w:rPr>
                <w:b/>
                <w:sz w:val="16"/>
              </w:rPr>
              <w:t>P value</w:t>
            </w:r>
          </w:p>
        </w:tc>
      </w:tr>
      <w:tr w:rsidR="001C61CC" w14:paraId="7EBD2B94" w14:textId="77777777">
        <w:tc>
          <w:tcPr>
            <w:tcW w:w="2074" w:type="dxa"/>
            <w:tcBorders>
              <w:top w:val="nil"/>
              <w:left w:val="nil"/>
              <w:bottom w:val="nil"/>
              <w:right w:val="nil"/>
            </w:tcBorders>
          </w:tcPr>
          <w:p w14:paraId="4604922B" w14:textId="77777777" w:rsidR="001C61CC" w:rsidRDefault="000D727A">
            <w:pPr>
              <w:spacing w:after="0" w:line="240" w:lineRule="auto"/>
            </w:pPr>
            <w:r>
              <w:rPr>
                <w:sz w:val="16"/>
              </w:rPr>
              <w:t>Any pregnancy loss, n (%)</w:t>
            </w:r>
          </w:p>
        </w:tc>
        <w:tc>
          <w:tcPr>
            <w:tcW w:w="2074" w:type="dxa"/>
            <w:tcBorders>
              <w:top w:val="nil"/>
              <w:left w:val="nil"/>
              <w:bottom w:val="nil"/>
              <w:right w:val="nil"/>
            </w:tcBorders>
          </w:tcPr>
          <w:p w14:paraId="386843B4"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12FA2031"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20B1BC70" w14:textId="77777777" w:rsidR="001C61CC" w:rsidRDefault="000D727A">
            <w:pPr>
              <w:spacing w:after="0" w:line="240" w:lineRule="auto"/>
              <w:jc w:val="center"/>
            </w:pPr>
            <w:r>
              <w:rPr>
                <w:sz w:val="16"/>
              </w:rPr>
              <w:t>1.12 (0.98, 1.28)</w:t>
            </w:r>
          </w:p>
        </w:tc>
        <w:tc>
          <w:tcPr>
            <w:tcW w:w="2074" w:type="dxa"/>
            <w:tcBorders>
              <w:top w:val="nil"/>
              <w:left w:val="nil"/>
              <w:bottom w:val="nil"/>
              <w:right w:val="nil"/>
            </w:tcBorders>
          </w:tcPr>
          <w:p w14:paraId="5D96D6D9" w14:textId="77777777" w:rsidR="001C61CC" w:rsidRDefault="000D727A">
            <w:pPr>
              <w:spacing w:after="0" w:line="240" w:lineRule="auto"/>
              <w:jc w:val="center"/>
            </w:pPr>
            <w:r>
              <w:rPr>
                <w:sz w:val="16"/>
              </w:rPr>
              <w:t>0.098</w:t>
            </w:r>
          </w:p>
        </w:tc>
      </w:tr>
      <w:tr w:rsidR="001C61CC" w14:paraId="5CB4CB26" w14:textId="77777777">
        <w:tc>
          <w:tcPr>
            <w:tcW w:w="2074" w:type="dxa"/>
            <w:tcBorders>
              <w:top w:val="nil"/>
              <w:left w:val="nil"/>
              <w:bottom w:val="nil"/>
              <w:right w:val="nil"/>
            </w:tcBorders>
          </w:tcPr>
          <w:p w14:paraId="3A3DCA6C" w14:textId="77777777" w:rsidR="001C61CC" w:rsidRDefault="000D727A">
            <w:pPr>
              <w:spacing w:after="0" w:line="240" w:lineRule="auto"/>
            </w:pPr>
            <w:r>
              <w:rPr>
                <w:sz w:val="16"/>
              </w:rPr>
              <w:t>Age, years</w:t>
            </w:r>
          </w:p>
        </w:tc>
        <w:tc>
          <w:tcPr>
            <w:tcW w:w="2074" w:type="dxa"/>
            <w:tcBorders>
              <w:top w:val="nil"/>
              <w:left w:val="nil"/>
              <w:bottom w:val="nil"/>
              <w:right w:val="nil"/>
            </w:tcBorders>
          </w:tcPr>
          <w:p w14:paraId="6F8B5C3C"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505E632E"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500FBF71" w14:textId="77777777" w:rsidR="001C61CC" w:rsidRDefault="000D727A">
            <w:pPr>
              <w:spacing w:after="0" w:line="240" w:lineRule="auto"/>
              <w:jc w:val="center"/>
            </w:pPr>
            <w:r>
              <w:rPr>
                <w:sz w:val="16"/>
              </w:rPr>
              <w:t>1.01 (1.00, 1.02)</w:t>
            </w:r>
          </w:p>
        </w:tc>
        <w:tc>
          <w:tcPr>
            <w:tcW w:w="2074" w:type="dxa"/>
            <w:tcBorders>
              <w:top w:val="nil"/>
              <w:left w:val="nil"/>
              <w:bottom w:val="nil"/>
              <w:right w:val="nil"/>
            </w:tcBorders>
          </w:tcPr>
          <w:p w14:paraId="073022D4" w14:textId="77777777" w:rsidR="001C61CC" w:rsidRDefault="000D727A">
            <w:pPr>
              <w:spacing w:after="0" w:line="240" w:lineRule="auto"/>
              <w:jc w:val="center"/>
            </w:pPr>
            <w:r>
              <w:rPr>
                <w:sz w:val="16"/>
              </w:rPr>
              <w:t>0.033</w:t>
            </w:r>
          </w:p>
        </w:tc>
      </w:tr>
      <w:tr w:rsidR="001C61CC" w14:paraId="4A06676A" w14:textId="77777777">
        <w:tc>
          <w:tcPr>
            <w:tcW w:w="2074" w:type="dxa"/>
            <w:tcBorders>
              <w:top w:val="nil"/>
              <w:left w:val="nil"/>
              <w:bottom w:val="nil"/>
              <w:right w:val="nil"/>
            </w:tcBorders>
          </w:tcPr>
          <w:p w14:paraId="1EE24A1F" w14:textId="77777777" w:rsidR="001C61CC" w:rsidRDefault="000D727A">
            <w:pPr>
              <w:spacing w:after="0" w:line="240" w:lineRule="auto"/>
            </w:pPr>
            <w:r>
              <w:rPr>
                <w:sz w:val="16"/>
              </w:rPr>
              <w:t>Married or partnered, n (%)</w:t>
            </w:r>
          </w:p>
        </w:tc>
        <w:tc>
          <w:tcPr>
            <w:tcW w:w="2074" w:type="dxa"/>
            <w:tcBorders>
              <w:top w:val="nil"/>
              <w:left w:val="nil"/>
              <w:bottom w:val="nil"/>
              <w:right w:val="nil"/>
            </w:tcBorders>
          </w:tcPr>
          <w:p w14:paraId="6A424E84"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0CCB1432"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65D26767" w14:textId="77777777" w:rsidR="001C61CC" w:rsidRDefault="000D727A">
            <w:pPr>
              <w:spacing w:after="0" w:line="240" w:lineRule="auto"/>
              <w:jc w:val="center"/>
            </w:pPr>
            <w:r>
              <w:rPr>
                <w:sz w:val="16"/>
              </w:rPr>
              <w:t>0.65 (0.55, 0.78)</w:t>
            </w:r>
          </w:p>
        </w:tc>
        <w:tc>
          <w:tcPr>
            <w:tcW w:w="2074" w:type="dxa"/>
            <w:tcBorders>
              <w:top w:val="nil"/>
              <w:left w:val="nil"/>
              <w:bottom w:val="nil"/>
              <w:right w:val="nil"/>
            </w:tcBorders>
          </w:tcPr>
          <w:p w14:paraId="53D5BED2" w14:textId="77777777" w:rsidR="001C61CC" w:rsidRDefault="000D727A">
            <w:pPr>
              <w:spacing w:after="0" w:line="240" w:lineRule="auto"/>
              <w:jc w:val="center"/>
            </w:pPr>
            <w:r>
              <w:rPr>
                <w:sz w:val="16"/>
              </w:rPr>
              <w:t>&lt;0.001</w:t>
            </w:r>
          </w:p>
        </w:tc>
      </w:tr>
      <w:tr w:rsidR="001C61CC" w14:paraId="3B06E32E" w14:textId="77777777">
        <w:tc>
          <w:tcPr>
            <w:tcW w:w="2074" w:type="dxa"/>
            <w:tcBorders>
              <w:top w:val="nil"/>
              <w:left w:val="nil"/>
              <w:bottom w:val="nil"/>
              <w:right w:val="nil"/>
            </w:tcBorders>
          </w:tcPr>
          <w:p w14:paraId="72BA2146" w14:textId="77777777" w:rsidR="001C61CC" w:rsidRDefault="000D727A">
            <w:pPr>
              <w:spacing w:after="0" w:line="240" w:lineRule="auto"/>
            </w:pPr>
            <w:r>
              <w:rPr>
                <w:sz w:val="16"/>
              </w:rPr>
              <w:t>Rural residence, n (%)</w:t>
            </w:r>
          </w:p>
        </w:tc>
        <w:tc>
          <w:tcPr>
            <w:tcW w:w="2074" w:type="dxa"/>
            <w:tcBorders>
              <w:top w:val="nil"/>
              <w:left w:val="nil"/>
              <w:bottom w:val="nil"/>
              <w:right w:val="nil"/>
            </w:tcBorders>
          </w:tcPr>
          <w:p w14:paraId="699B7D7A"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0D29A5B0"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11C607CA" w14:textId="77777777" w:rsidR="001C61CC" w:rsidRDefault="000D727A">
            <w:pPr>
              <w:spacing w:after="0" w:line="240" w:lineRule="auto"/>
              <w:jc w:val="center"/>
            </w:pPr>
            <w:r>
              <w:rPr>
                <w:sz w:val="16"/>
              </w:rPr>
              <w:t>1.08 (0.94, 1.23)</w:t>
            </w:r>
          </w:p>
        </w:tc>
        <w:tc>
          <w:tcPr>
            <w:tcW w:w="2074" w:type="dxa"/>
            <w:tcBorders>
              <w:top w:val="nil"/>
              <w:left w:val="nil"/>
              <w:bottom w:val="nil"/>
              <w:right w:val="nil"/>
            </w:tcBorders>
          </w:tcPr>
          <w:p w14:paraId="7525825B" w14:textId="77777777" w:rsidR="001C61CC" w:rsidRDefault="000D727A">
            <w:pPr>
              <w:spacing w:after="0" w:line="240" w:lineRule="auto"/>
              <w:jc w:val="center"/>
            </w:pPr>
            <w:r>
              <w:rPr>
                <w:sz w:val="16"/>
              </w:rPr>
              <w:t>0.296</w:t>
            </w:r>
          </w:p>
        </w:tc>
      </w:tr>
      <w:tr w:rsidR="001C61CC" w14:paraId="6747E5CD" w14:textId="77777777">
        <w:tc>
          <w:tcPr>
            <w:tcW w:w="2074" w:type="dxa"/>
            <w:tcBorders>
              <w:top w:val="nil"/>
              <w:left w:val="nil"/>
              <w:bottom w:val="nil"/>
              <w:right w:val="nil"/>
            </w:tcBorders>
          </w:tcPr>
          <w:p w14:paraId="12463AF3" w14:textId="77777777" w:rsidR="001C61CC" w:rsidRDefault="000D727A">
            <w:pPr>
              <w:spacing w:after="0" w:line="240" w:lineRule="auto"/>
            </w:pPr>
            <w:r>
              <w:rPr>
                <w:sz w:val="16"/>
              </w:rPr>
              <w:t>Self-rated health score</w:t>
            </w:r>
          </w:p>
        </w:tc>
        <w:tc>
          <w:tcPr>
            <w:tcW w:w="2074" w:type="dxa"/>
            <w:tcBorders>
              <w:top w:val="nil"/>
              <w:left w:val="nil"/>
              <w:bottom w:val="nil"/>
              <w:right w:val="nil"/>
            </w:tcBorders>
          </w:tcPr>
          <w:p w14:paraId="2B502A96"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3D7E79B6"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380FFDF4" w14:textId="77777777" w:rsidR="001C61CC" w:rsidRDefault="000D727A">
            <w:pPr>
              <w:spacing w:after="0" w:line="240" w:lineRule="auto"/>
              <w:jc w:val="center"/>
            </w:pPr>
            <w:r>
              <w:rPr>
                <w:sz w:val="16"/>
              </w:rPr>
              <w:t>0.67 (0.62, 0.72)</w:t>
            </w:r>
          </w:p>
        </w:tc>
        <w:tc>
          <w:tcPr>
            <w:tcW w:w="2074" w:type="dxa"/>
            <w:tcBorders>
              <w:top w:val="nil"/>
              <w:left w:val="nil"/>
              <w:bottom w:val="nil"/>
              <w:right w:val="nil"/>
            </w:tcBorders>
          </w:tcPr>
          <w:p w14:paraId="588E5461" w14:textId="77777777" w:rsidR="001C61CC" w:rsidRDefault="000D727A">
            <w:pPr>
              <w:spacing w:after="0" w:line="240" w:lineRule="auto"/>
              <w:jc w:val="center"/>
            </w:pPr>
            <w:r>
              <w:rPr>
                <w:sz w:val="16"/>
              </w:rPr>
              <w:t>&lt;0.001</w:t>
            </w:r>
          </w:p>
        </w:tc>
      </w:tr>
      <w:tr w:rsidR="001C61CC" w14:paraId="6CE28076" w14:textId="77777777">
        <w:tc>
          <w:tcPr>
            <w:tcW w:w="2074" w:type="dxa"/>
            <w:tcBorders>
              <w:top w:val="nil"/>
              <w:left w:val="nil"/>
              <w:bottom w:val="nil"/>
              <w:right w:val="nil"/>
            </w:tcBorders>
          </w:tcPr>
          <w:p w14:paraId="4C47DE23" w14:textId="77777777" w:rsidR="001C61CC" w:rsidRDefault="000D727A">
            <w:pPr>
              <w:spacing w:after="0" w:line="240" w:lineRule="auto"/>
            </w:pPr>
            <w:r>
              <w:rPr>
                <w:sz w:val="16"/>
              </w:rPr>
              <w:t>Night sleep duration, h</w:t>
            </w:r>
          </w:p>
        </w:tc>
        <w:tc>
          <w:tcPr>
            <w:tcW w:w="2074" w:type="dxa"/>
            <w:tcBorders>
              <w:top w:val="nil"/>
              <w:left w:val="nil"/>
              <w:bottom w:val="nil"/>
              <w:right w:val="nil"/>
            </w:tcBorders>
          </w:tcPr>
          <w:p w14:paraId="7C21B76F"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34870B8B"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3BD2B4D4" w14:textId="77777777" w:rsidR="001C61CC" w:rsidRDefault="000D727A">
            <w:pPr>
              <w:spacing w:after="0" w:line="240" w:lineRule="auto"/>
              <w:jc w:val="center"/>
            </w:pPr>
            <w:r>
              <w:rPr>
                <w:sz w:val="16"/>
              </w:rPr>
              <w:t>0.90 (0.87, 0.92)</w:t>
            </w:r>
          </w:p>
        </w:tc>
        <w:tc>
          <w:tcPr>
            <w:tcW w:w="2074" w:type="dxa"/>
            <w:tcBorders>
              <w:top w:val="nil"/>
              <w:left w:val="nil"/>
              <w:bottom w:val="nil"/>
              <w:right w:val="nil"/>
            </w:tcBorders>
          </w:tcPr>
          <w:p w14:paraId="1D7000FC" w14:textId="77777777" w:rsidR="001C61CC" w:rsidRDefault="000D727A">
            <w:pPr>
              <w:spacing w:after="0" w:line="240" w:lineRule="auto"/>
              <w:jc w:val="center"/>
            </w:pPr>
            <w:r>
              <w:rPr>
                <w:sz w:val="16"/>
              </w:rPr>
              <w:t>&lt;0.001</w:t>
            </w:r>
          </w:p>
        </w:tc>
      </w:tr>
      <w:tr w:rsidR="001C61CC" w14:paraId="00FA1B4C" w14:textId="77777777">
        <w:tc>
          <w:tcPr>
            <w:tcW w:w="2074" w:type="dxa"/>
            <w:tcBorders>
              <w:top w:val="nil"/>
              <w:left w:val="nil"/>
              <w:bottom w:val="nil"/>
              <w:right w:val="nil"/>
            </w:tcBorders>
          </w:tcPr>
          <w:p w14:paraId="4867228E" w14:textId="77777777" w:rsidR="001C61CC" w:rsidRDefault="000D727A">
            <w:pPr>
              <w:spacing w:after="0" w:line="240" w:lineRule="auto"/>
            </w:pPr>
            <w:r>
              <w:rPr>
                <w:sz w:val="16"/>
              </w:rPr>
              <w:t>Ever smoked, n (%)</w:t>
            </w:r>
          </w:p>
        </w:tc>
        <w:tc>
          <w:tcPr>
            <w:tcW w:w="2074" w:type="dxa"/>
            <w:tcBorders>
              <w:top w:val="nil"/>
              <w:left w:val="nil"/>
              <w:bottom w:val="nil"/>
              <w:right w:val="nil"/>
            </w:tcBorders>
          </w:tcPr>
          <w:p w14:paraId="37A58CCF"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6517B844"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5A04E517" w14:textId="77777777" w:rsidR="001C61CC" w:rsidRDefault="000D727A">
            <w:pPr>
              <w:spacing w:after="0" w:line="240" w:lineRule="auto"/>
              <w:jc w:val="center"/>
            </w:pPr>
            <w:r>
              <w:rPr>
                <w:sz w:val="16"/>
              </w:rPr>
              <w:t>1.22 (0.98, 1.51)</w:t>
            </w:r>
          </w:p>
        </w:tc>
        <w:tc>
          <w:tcPr>
            <w:tcW w:w="2074" w:type="dxa"/>
            <w:tcBorders>
              <w:top w:val="nil"/>
              <w:left w:val="nil"/>
              <w:bottom w:val="nil"/>
              <w:right w:val="nil"/>
            </w:tcBorders>
          </w:tcPr>
          <w:p w14:paraId="08D57BC6" w14:textId="77777777" w:rsidR="001C61CC" w:rsidRDefault="000D727A">
            <w:pPr>
              <w:spacing w:after="0" w:line="240" w:lineRule="auto"/>
              <w:jc w:val="center"/>
            </w:pPr>
            <w:r>
              <w:rPr>
                <w:sz w:val="16"/>
              </w:rPr>
              <w:t>0.072</w:t>
            </w:r>
          </w:p>
        </w:tc>
      </w:tr>
      <w:tr w:rsidR="001C61CC" w14:paraId="382E220E" w14:textId="77777777">
        <w:tc>
          <w:tcPr>
            <w:tcW w:w="2074" w:type="dxa"/>
            <w:tcBorders>
              <w:top w:val="nil"/>
              <w:left w:val="nil"/>
              <w:bottom w:val="nil"/>
              <w:right w:val="nil"/>
            </w:tcBorders>
          </w:tcPr>
          <w:p w14:paraId="15F5E736" w14:textId="77777777" w:rsidR="001C61CC" w:rsidRDefault="000D727A">
            <w:pPr>
              <w:spacing w:after="0" w:line="240" w:lineRule="auto"/>
            </w:pPr>
            <w:r>
              <w:rPr>
                <w:sz w:val="16"/>
              </w:rPr>
              <w:t>Current alcohol drinking, n (%)</w:t>
            </w:r>
          </w:p>
        </w:tc>
        <w:tc>
          <w:tcPr>
            <w:tcW w:w="2074" w:type="dxa"/>
            <w:tcBorders>
              <w:top w:val="nil"/>
              <w:left w:val="nil"/>
              <w:bottom w:val="nil"/>
              <w:right w:val="nil"/>
            </w:tcBorders>
          </w:tcPr>
          <w:p w14:paraId="15B3C9BA"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2D4EB203"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3F0FD938" w14:textId="77777777" w:rsidR="001C61CC" w:rsidRDefault="000D727A">
            <w:pPr>
              <w:spacing w:after="0" w:line="240" w:lineRule="auto"/>
              <w:jc w:val="center"/>
            </w:pPr>
            <w:r>
              <w:rPr>
                <w:sz w:val="16"/>
              </w:rPr>
              <w:t>0.91 (0.77, 1.07)</w:t>
            </w:r>
          </w:p>
        </w:tc>
        <w:tc>
          <w:tcPr>
            <w:tcW w:w="2074" w:type="dxa"/>
            <w:tcBorders>
              <w:top w:val="nil"/>
              <w:left w:val="nil"/>
              <w:bottom w:val="nil"/>
              <w:right w:val="nil"/>
            </w:tcBorders>
          </w:tcPr>
          <w:p w14:paraId="5E0D1D69" w14:textId="77777777" w:rsidR="001C61CC" w:rsidRDefault="000D727A">
            <w:pPr>
              <w:spacing w:after="0" w:line="240" w:lineRule="auto"/>
              <w:jc w:val="center"/>
            </w:pPr>
            <w:r>
              <w:rPr>
                <w:sz w:val="16"/>
              </w:rPr>
              <w:t>0.258</w:t>
            </w:r>
          </w:p>
        </w:tc>
      </w:tr>
      <w:tr w:rsidR="001C61CC" w14:paraId="40BF9530" w14:textId="77777777">
        <w:tc>
          <w:tcPr>
            <w:tcW w:w="2074" w:type="dxa"/>
            <w:tcBorders>
              <w:top w:val="nil"/>
              <w:left w:val="nil"/>
              <w:bottom w:val="nil"/>
              <w:right w:val="nil"/>
            </w:tcBorders>
          </w:tcPr>
          <w:p w14:paraId="5CDD55EA" w14:textId="77777777" w:rsidR="001C61CC" w:rsidRDefault="000D727A">
            <w:pPr>
              <w:spacing w:after="0" w:line="240" w:lineRule="auto"/>
            </w:pPr>
            <w:r>
              <w:rPr>
                <w:sz w:val="16"/>
              </w:rPr>
              <w:t>Currently working, n (%)</w:t>
            </w:r>
          </w:p>
        </w:tc>
        <w:tc>
          <w:tcPr>
            <w:tcW w:w="2074" w:type="dxa"/>
            <w:tcBorders>
              <w:top w:val="nil"/>
              <w:left w:val="nil"/>
              <w:bottom w:val="nil"/>
              <w:right w:val="nil"/>
            </w:tcBorders>
          </w:tcPr>
          <w:p w14:paraId="3235E240"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58358ED6"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19B57C90" w14:textId="77777777" w:rsidR="001C61CC" w:rsidRDefault="000D727A">
            <w:pPr>
              <w:spacing w:after="0" w:line="240" w:lineRule="auto"/>
              <w:jc w:val="center"/>
            </w:pPr>
            <w:r>
              <w:rPr>
                <w:sz w:val="16"/>
              </w:rPr>
              <w:t>1.09 (0.91, 1.30)</w:t>
            </w:r>
          </w:p>
        </w:tc>
        <w:tc>
          <w:tcPr>
            <w:tcW w:w="2074" w:type="dxa"/>
            <w:tcBorders>
              <w:top w:val="nil"/>
              <w:left w:val="nil"/>
              <w:bottom w:val="nil"/>
              <w:right w:val="nil"/>
            </w:tcBorders>
          </w:tcPr>
          <w:p w14:paraId="62786B77" w14:textId="77777777" w:rsidR="001C61CC" w:rsidRDefault="000D727A">
            <w:pPr>
              <w:spacing w:after="0" w:line="240" w:lineRule="auto"/>
              <w:jc w:val="center"/>
            </w:pPr>
            <w:r>
              <w:rPr>
                <w:sz w:val="16"/>
              </w:rPr>
              <w:t>0.357</w:t>
            </w:r>
          </w:p>
        </w:tc>
      </w:tr>
      <w:tr w:rsidR="001C61CC" w14:paraId="7609967D" w14:textId="77777777">
        <w:tc>
          <w:tcPr>
            <w:tcW w:w="2074" w:type="dxa"/>
            <w:tcBorders>
              <w:top w:val="nil"/>
              <w:left w:val="nil"/>
              <w:bottom w:val="nil"/>
              <w:right w:val="nil"/>
            </w:tcBorders>
          </w:tcPr>
          <w:p w14:paraId="10CB2DEE" w14:textId="77777777" w:rsidR="001C61CC" w:rsidRDefault="000D727A">
            <w:pPr>
              <w:spacing w:after="0" w:line="240" w:lineRule="auto"/>
            </w:pPr>
            <w:r>
              <w:rPr>
                <w:sz w:val="16"/>
              </w:rPr>
              <w:t>Retired, n (%)</w:t>
            </w:r>
          </w:p>
        </w:tc>
        <w:tc>
          <w:tcPr>
            <w:tcW w:w="2074" w:type="dxa"/>
            <w:tcBorders>
              <w:top w:val="nil"/>
              <w:left w:val="nil"/>
              <w:bottom w:val="nil"/>
              <w:right w:val="nil"/>
            </w:tcBorders>
          </w:tcPr>
          <w:p w14:paraId="5DADAE9E"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6B10D536"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7FD07572" w14:textId="77777777" w:rsidR="001C61CC" w:rsidRDefault="000D727A">
            <w:pPr>
              <w:spacing w:after="0" w:line="240" w:lineRule="auto"/>
              <w:jc w:val="center"/>
            </w:pPr>
            <w:r>
              <w:rPr>
                <w:sz w:val="16"/>
              </w:rPr>
              <w:t>0.75 (0.60, 0.94)</w:t>
            </w:r>
          </w:p>
        </w:tc>
        <w:tc>
          <w:tcPr>
            <w:tcW w:w="2074" w:type="dxa"/>
            <w:tcBorders>
              <w:top w:val="nil"/>
              <w:left w:val="nil"/>
              <w:bottom w:val="nil"/>
              <w:right w:val="nil"/>
            </w:tcBorders>
          </w:tcPr>
          <w:p w14:paraId="7B3687ED" w14:textId="77777777" w:rsidR="001C61CC" w:rsidRDefault="000D727A">
            <w:pPr>
              <w:spacing w:after="0" w:line="240" w:lineRule="auto"/>
              <w:jc w:val="center"/>
            </w:pPr>
            <w:r>
              <w:rPr>
                <w:sz w:val="16"/>
              </w:rPr>
              <w:t>0.013</w:t>
            </w:r>
          </w:p>
        </w:tc>
      </w:tr>
      <w:tr w:rsidR="001C61CC" w14:paraId="3D039FBD" w14:textId="77777777">
        <w:tc>
          <w:tcPr>
            <w:tcW w:w="2074" w:type="dxa"/>
            <w:tcBorders>
              <w:top w:val="nil"/>
              <w:left w:val="nil"/>
              <w:bottom w:val="nil"/>
              <w:right w:val="nil"/>
            </w:tcBorders>
          </w:tcPr>
          <w:p w14:paraId="68DF424D" w14:textId="77777777" w:rsidR="001C61CC" w:rsidRDefault="000D727A">
            <w:pPr>
              <w:spacing w:after="0" w:line="240" w:lineRule="auto"/>
            </w:pPr>
            <w:r>
              <w:rPr>
                <w:sz w:val="16"/>
              </w:rPr>
              <w:t>Receiving pension, n (%)</w:t>
            </w:r>
          </w:p>
        </w:tc>
        <w:tc>
          <w:tcPr>
            <w:tcW w:w="2074" w:type="dxa"/>
            <w:tcBorders>
              <w:top w:val="nil"/>
              <w:left w:val="nil"/>
              <w:bottom w:val="nil"/>
              <w:right w:val="nil"/>
            </w:tcBorders>
          </w:tcPr>
          <w:p w14:paraId="57FF7EC7"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7FAF8D54"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0CCDC515" w14:textId="77777777" w:rsidR="001C61CC" w:rsidRDefault="000D727A">
            <w:pPr>
              <w:spacing w:after="0" w:line="240" w:lineRule="auto"/>
              <w:jc w:val="center"/>
            </w:pPr>
            <w:r>
              <w:rPr>
                <w:sz w:val="16"/>
              </w:rPr>
              <w:t>0.85 (0.72, 1.01)</w:t>
            </w:r>
          </w:p>
        </w:tc>
        <w:tc>
          <w:tcPr>
            <w:tcW w:w="2074" w:type="dxa"/>
            <w:tcBorders>
              <w:top w:val="nil"/>
              <w:left w:val="nil"/>
              <w:bottom w:val="nil"/>
              <w:right w:val="nil"/>
            </w:tcBorders>
          </w:tcPr>
          <w:p w14:paraId="4D0E69F4" w14:textId="77777777" w:rsidR="001C61CC" w:rsidRDefault="000D727A">
            <w:pPr>
              <w:spacing w:after="0" w:line="240" w:lineRule="auto"/>
              <w:jc w:val="center"/>
            </w:pPr>
            <w:r>
              <w:rPr>
                <w:sz w:val="16"/>
              </w:rPr>
              <w:t>0.069</w:t>
            </w:r>
          </w:p>
        </w:tc>
      </w:tr>
      <w:tr w:rsidR="001C61CC" w14:paraId="693DDCC6" w14:textId="77777777">
        <w:tc>
          <w:tcPr>
            <w:tcW w:w="2074" w:type="dxa"/>
            <w:tcBorders>
              <w:top w:val="nil"/>
              <w:left w:val="nil"/>
              <w:bottom w:val="nil"/>
              <w:right w:val="nil"/>
            </w:tcBorders>
          </w:tcPr>
          <w:p w14:paraId="4F13F74B" w14:textId="77777777" w:rsidR="001C61CC" w:rsidRDefault="000D727A">
            <w:pPr>
              <w:spacing w:after="0" w:line="240" w:lineRule="auto"/>
            </w:pPr>
            <w:r>
              <w:rPr>
                <w:sz w:val="16"/>
              </w:rPr>
              <w:t>ADL limitation score</w:t>
            </w:r>
          </w:p>
        </w:tc>
        <w:tc>
          <w:tcPr>
            <w:tcW w:w="2074" w:type="dxa"/>
            <w:tcBorders>
              <w:top w:val="nil"/>
              <w:left w:val="nil"/>
              <w:bottom w:val="nil"/>
              <w:right w:val="nil"/>
            </w:tcBorders>
          </w:tcPr>
          <w:p w14:paraId="4C02C5B9"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21681D01"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322D7E30" w14:textId="77777777" w:rsidR="001C61CC" w:rsidRDefault="000D727A">
            <w:pPr>
              <w:spacing w:after="0" w:line="240" w:lineRule="auto"/>
              <w:jc w:val="center"/>
            </w:pPr>
            <w:r>
              <w:rPr>
                <w:sz w:val="16"/>
              </w:rPr>
              <w:t>1.22 (1.11, 1.34)</w:t>
            </w:r>
          </w:p>
        </w:tc>
        <w:tc>
          <w:tcPr>
            <w:tcW w:w="2074" w:type="dxa"/>
            <w:tcBorders>
              <w:top w:val="nil"/>
              <w:left w:val="nil"/>
              <w:bottom w:val="nil"/>
              <w:right w:val="nil"/>
            </w:tcBorders>
          </w:tcPr>
          <w:p w14:paraId="164ED494" w14:textId="77777777" w:rsidR="001C61CC" w:rsidRDefault="000D727A">
            <w:pPr>
              <w:spacing w:after="0" w:line="240" w:lineRule="auto"/>
              <w:jc w:val="center"/>
            </w:pPr>
            <w:r>
              <w:rPr>
                <w:sz w:val="16"/>
              </w:rPr>
              <w:t>&lt;0.001</w:t>
            </w:r>
          </w:p>
        </w:tc>
      </w:tr>
      <w:tr w:rsidR="001C61CC" w14:paraId="6A2DF9D8" w14:textId="77777777">
        <w:tc>
          <w:tcPr>
            <w:tcW w:w="2074" w:type="dxa"/>
            <w:tcBorders>
              <w:top w:val="nil"/>
              <w:left w:val="nil"/>
              <w:bottom w:val="nil"/>
              <w:right w:val="nil"/>
            </w:tcBorders>
          </w:tcPr>
          <w:p w14:paraId="054B7BD0" w14:textId="77777777" w:rsidR="001C61CC" w:rsidRDefault="000D727A">
            <w:pPr>
              <w:spacing w:after="0" w:line="240" w:lineRule="auto"/>
            </w:pPr>
            <w:r>
              <w:rPr>
                <w:sz w:val="16"/>
              </w:rPr>
              <w:t>IADL limitation score</w:t>
            </w:r>
          </w:p>
        </w:tc>
        <w:tc>
          <w:tcPr>
            <w:tcW w:w="2074" w:type="dxa"/>
            <w:tcBorders>
              <w:top w:val="nil"/>
              <w:left w:val="nil"/>
              <w:bottom w:val="nil"/>
              <w:right w:val="nil"/>
            </w:tcBorders>
          </w:tcPr>
          <w:p w14:paraId="3BD992E9"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24E5BEE7"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1CD9579F" w14:textId="77777777" w:rsidR="001C61CC" w:rsidRDefault="000D727A">
            <w:pPr>
              <w:spacing w:after="0" w:line="240" w:lineRule="auto"/>
              <w:jc w:val="center"/>
            </w:pPr>
            <w:r>
              <w:rPr>
                <w:sz w:val="16"/>
              </w:rPr>
              <w:t>1.49 (1.37, 1.63)</w:t>
            </w:r>
          </w:p>
        </w:tc>
        <w:tc>
          <w:tcPr>
            <w:tcW w:w="2074" w:type="dxa"/>
            <w:tcBorders>
              <w:top w:val="nil"/>
              <w:left w:val="nil"/>
              <w:bottom w:val="nil"/>
              <w:right w:val="nil"/>
            </w:tcBorders>
          </w:tcPr>
          <w:p w14:paraId="59032EF9" w14:textId="77777777" w:rsidR="001C61CC" w:rsidRDefault="000D727A">
            <w:pPr>
              <w:spacing w:after="0" w:line="240" w:lineRule="auto"/>
              <w:jc w:val="center"/>
            </w:pPr>
            <w:r>
              <w:rPr>
                <w:sz w:val="16"/>
              </w:rPr>
              <w:t>&lt;0.001</w:t>
            </w:r>
          </w:p>
        </w:tc>
      </w:tr>
      <w:tr w:rsidR="001C61CC" w14:paraId="42C0ED9C" w14:textId="77777777">
        <w:tc>
          <w:tcPr>
            <w:tcW w:w="2074" w:type="dxa"/>
            <w:tcBorders>
              <w:top w:val="nil"/>
              <w:left w:val="nil"/>
              <w:bottom w:val="nil"/>
              <w:right w:val="nil"/>
            </w:tcBorders>
          </w:tcPr>
          <w:p w14:paraId="00D6C92F" w14:textId="77777777" w:rsidR="001C61CC" w:rsidRDefault="000D727A">
            <w:pPr>
              <w:spacing w:after="0" w:line="240" w:lineRule="auto"/>
            </w:pPr>
            <w:r>
              <w:rPr>
                <w:sz w:val="16"/>
              </w:rPr>
              <w:t>Hypertension, n (%)</w:t>
            </w:r>
          </w:p>
        </w:tc>
        <w:tc>
          <w:tcPr>
            <w:tcW w:w="2074" w:type="dxa"/>
            <w:tcBorders>
              <w:top w:val="nil"/>
              <w:left w:val="nil"/>
              <w:bottom w:val="nil"/>
              <w:right w:val="nil"/>
            </w:tcBorders>
          </w:tcPr>
          <w:p w14:paraId="4AF0D143"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1398D23B"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68C5ED09" w14:textId="77777777" w:rsidR="001C61CC" w:rsidRDefault="000D727A">
            <w:pPr>
              <w:spacing w:after="0" w:line="240" w:lineRule="auto"/>
              <w:jc w:val="center"/>
            </w:pPr>
            <w:r>
              <w:rPr>
                <w:sz w:val="16"/>
              </w:rPr>
              <w:t>0.96 (0.84, 1.10)</w:t>
            </w:r>
          </w:p>
        </w:tc>
        <w:tc>
          <w:tcPr>
            <w:tcW w:w="2074" w:type="dxa"/>
            <w:tcBorders>
              <w:top w:val="nil"/>
              <w:left w:val="nil"/>
              <w:bottom w:val="nil"/>
              <w:right w:val="nil"/>
            </w:tcBorders>
          </w:tcPr>
          <w:p w14:paraId="0C2356AD" w14:textId="77777777" w:rsidR="001C61CC" w:rsidRDefault="000D727A">
            <w:pPr>
              <w:spacing w:after="0" w:line="240" w:lineRule="auto"/>
              <w:jc w:val="center"/>
            </w:pPr>
            <w:r>
              <w:rPr>
                <w:sz w:val="16"/>
              </w:rPr>
              <w:t>0.539</w:t>
            </w:r>
          </w:p>
        </w:tc>
      </w:tr>
      <w:tr w:rsidR="001C61CC" w14:paraId="25B3165D" w14:textId="77777777">
        <w:tc>
          <w:tcPr>
            <w:tcW w:w="2074" w:type="dxa"/>
            <w:tcBorders>
              <w:top w:val="nil"/>
              <w:left w:val="nil"/>
              <w:bottom w:val="nil"/>
              <w:right w:val="nil"/>
            </w:tcBorders>
          </w:tcPr>
          <w:p w14:paraId="7E684D70" w14:textId="77777777" w:rsidR="001C61CC" w:rsidRDefault="000D727A">
            <w:pPr>
              <w:spacing w:after="0" w:line="240" w:lineRule="auto"/>
            </w:pPr>
            <w:r>
              <w:rPr>
                <w:sz w:val="16"/>
              </w:rPr>
              <w:t>Dyslipidaemia, n (%)</w:t>
            </w:r>
          </w:p>
        </w:tc>
        <w:tc>
          <w:tcPr>
            <w:tcW w:w="2074" w:type="dxa"/>
            <w:tcBorders>
              <w:top w:val="nil"/>
              <w:left w:val="nil"/>
              <w:bottom w:val="nil"/>
              <w:right w:val="nil"/>
            </w:tcBorders>
          </w:tcPr>
          <w:p w14:paraId="026FC4BE"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14DB54AA"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3D4BB49C" w14:textId="77777777" w:rsidR="001C61CC" w:rsidRDefault="000D727A">
            <w:pPr>
              <w:spacing w:after="0" w:line="240" w:lineRule="auto"/>
              <w:jc w:val="center"/>
            </w:pPr>
            <w:r>
              <w:rPr>
                <w:sz w:val="16"/>
              </w:rPr>
              <w:t>0.98 (0.84, 1.16)</w:t>
            </w:r>
          </w:p>
        </w:tc>
        <w:tc>
          <w:tcPr>
            <w:tcW w:w="2074" w:type="dxa"/>
            <w:tcBorders>
              <w:top w:val="nil"/>
              <w:left w:val="nil"/>
              <w:bottom w:val="nil"/>
              <w:right w:val="nil"/>
            </w:tcBorders>
          </w:tcPr>
          <w:p w14:paraId="1C5C8DA8" w14:textId="77777777" w:rsidR="001C61CC" w:rsidRDefault="000D727A">
            <w:pPr>
              <w:spacing w:after="0" w:line="240" w:lineRule="auto"/>
              <w:jc w:val="center"/>
            </w:pPr>
            <w:r>
              <w:rPr>
                <w:sz w:val="16"/>
              </w:rPr>
              <w:t>0.839</w:t>
            </w:r>
          </w:p>
        </w:tc>
      </w:tr>
      <w:tr w:rsidR="001C61CC" w14:paraId="062C9F76" w14:textId="77777777">
        <w:tc>
          <w:tcPr>
            <w:tcW w:w="2074" w:type="dxa"/>
            <w:tcBorders>
              <w:top w:val="nil"/>
              <w:left w:val="nil"/>
              <w:bottom w:val="nil"/>
              <w:right w:val="nil"/>
            </w:tcBorders>
          </w:tcPr>
          <w:p w14:paraId="626DA754" w14:textId="77777777" w:rsidR="001C61CC" w:rsidRDefault="000D727A">
            <w:pPr>
              <w:spacing w:after="0" w:line="240" w:lineRule="auto"/>
            </w:pPr>
            <w:r>
              <w:rPr>
                <w:sz w:val="16"/>
              </w:rPr>
              <w:t>Diabetes, n (%)</w:t>
            </w:r>
          </w:p>
        </w:tc>
        <w:tc>
          <w:tcPr>
            <w:tcW w:w="2074" w:type="dxa"/>
            <w:tcBorders>
              <w:top w:val="nil"/>
              <w:left w:val="nil"/>
              <w:bottom w:val="nil"/>
              <w:right w:val="nil"/>
            </w:tcBorders>
          </w:tcPr>
          <w:p w14:paraId="23B92E8A"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123B22A0"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01AC1A56" w14:textId="77777777" w:rsidR="001C61CC" w:rsidRDefault="000D727A">
            <w:pPr>
              <w:spacing w:after="0" w:line="240" w:lineRule="auto"/>
              <w:jc w:val="center"/>
            </w:pPr>
            <w:r>
              <w:rPr>
                <w:sz w:val="16"/>
              </w:rPr>
              <w:t>0.94 (0.77, 1.15)</w:t>
            </w:r>
          </w:p>
        </w:tc>
        <w:tc>
          <w:tcPr>
            <w:tcW w:w="2074" w:type="dxa"/>
            <w:tcBorders>
              <w:top w:val="nil"/>
              <w:left w:val="nil"/>
              <w:bottom w:val="nil"/>
              <w:right w:val="nil"/>
            </w:tcBorders>
          </w:tcPr>
          <w:p w14:paraId="427B1049" w14:textId="77777777" w:rsidR="001C61CC" w:rsidRDefault="000D727A">
            <w:pPr>
              <w:spacing w:after="0" w:line="240" w:lineRule="auto"/>
              <w:jc w:val="center"/>
            </w:pPr>
            <w:r>
              <w:rPr>
                <w:sz w:val="16"/>
              </w:rPr>
              <w:t>0.559</w:t>
            </w:r>
          </w:p>
        </w:tc>
      </w:tr>
      <w:tr w:rsidR="001C61CC" w14:paraId="098FE1D5" w14:textId="77777777">
        <w:tc>
          <w:tcPr>
            <w:tcW w:w="2074" w:type="dxa"/>
            <w:tcBorders>
              <w:top w:val="nil"/>
              <w:left w:val="nil"/>
              <w:bottom w:val="nil"/>
              <w:right w:val="nil"/>
            </w:tcBorders>
          </w:tcPr>
          <w:p w14:paraId="78EE1B4D" w14:textId="77777777" w:rsidR="001C61CC" w:rsidRDefault="000D727A">
            <w:pPr>
              <w:spacing w:after="0" w:line="240" w:lineRule="auto"/>
            </w:pPr>
            <w:r>
              <w:rPr>
                <w:sz w:val="16"/>
              </w:rPr>
              <w:t>Heart disease, n (%)</w:t>
            </w:r>
          </w:p>
        </w:tc>
        <w:tc>
          <w:tcPr>
            <w:tcW w:w="2074" w:type="dxa"/>
            <w:tcBorders>
              <w:top w:val="nil"/>
              <w:left w:val="nil"/>
              <w:bottom w:val="nil"/>
              <w:right w:val="nil"/>
            </w:tcBorders>
          </w:tcPr>
          <w:p w14:paraId="619A43F8"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762E699E"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6D96BB25" w14:textId="77777777" w:rsidR="001C61CC" w:rsidRDefault="000D727A">
            <w:pPr>
              <w:spacing w:after="0" w:line="240" w:lineRule="auto"/>
              <w:jc w:val="center"/>
            </w:pPr>
            <w:r>
              <w:rPr>
                <w:sz w:val="16"/>
              </w:rPr>
              <w:t>1.05 (0.89, 1.23)</w:t>
            </w:r>
          </w:p>
        </w:tc>
        <w:tc>
          <w:tcPr>
            <w:tcW w:w="2074" w:type="dxa"/>
            <w:tcBorders>
              <w:top w:val="nil"/>
              <w:left w:val="nil"/>
              <w:bottom w:val="nil"/>
              <w:right w:val="nil"/>
            </w:tcBorders>
          </w:tcPr>
          <w:p w14:paraId="4A96783F" w14:textId="77777777" w:rsidR="001C61CC" w:rsidRDefault="000D727A">
            <w:pPr>
              <w:spacing w:after="0" w:line="240" w:lineRule="auto"/>
              <w:jc w:val="center"/>
            </w:pPr>
            <w:r>
              <w:rPr>
                <w:sz w:val="16"/>
              </w:rPr>
              <w:t>0.584</w:t>
            </w:r>
          </w:p>
        </w:tc>
      </w:tr>
      <w:tr w:rsidR="001C61CC" w14:paraId="440C9AC2" w14:textId="77777777">
        <w:tc>
          <w:tcPr>
            <w:tcW w:w="2074" w:type="dxa"/>
            <w:tcBorders>
              <w:top w:val="nil"/>
              <w:left w:val="nil"/>
              <w:bottom w:val="nil"/>
              <w:right w:val="nil"/>
            </w:tcBorders>
          </w:tcPr>
          <w:p w14:paraId="6FD74CCB" w14:textId="77777777" w:rsidR="001C61CC" w:rsidRDefault="000D727A">
            <w:pPr>
              <w:spacing w:after="0" w:line="240" w:lineRule="auto"/>
            </w:pPr>
            <w:r>
              <w:rPr>
                <w:sz w:val="16"/>
              </w:rPr>
              <w:t>Kidney disease, n (%)</w:t>
            </w:r>
          </w:p>
        </w:tc>
        <w:tc>
          <w:tcPr>
            <w:tcW w:w="2074" w:type="dxa"/>
            <w:tcBorders>
              <w:top w:val="nil"/>
              <w:left w:val="nil"/>
              <w:bottom w:val="nil"/>
              <w:right w:val="nil"/>
            </w:tcBorders>
          </w:tcPr>
          <w:p w14:paraId="31A9EC3A"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5ED836E0"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27BE05FE" w14:textId="77777777" w:rsidR="001C61CC" w:rsidRDefault="000D727A">
            <w:pPr>
              <w:spacing w:after="0" w:line="240" w:lineRule="auto"/>
              <w:jc w:val="center"/>
            </w:pPr>
            <w:r>
              <w:rPr>
                <w:sz w:val="16"/>
              </w:rPr>
              <w:t>1.06 (0.85, 1.33)</w:t>
            </w:r>
          </w:p>
        </w:tc>
        <w:tc>
          <w:tcPr>
            <w:tcW w:w="2074" w:type="dxa"/>
            <w:tcBorders>
              <w:top w:val="nil"/>
              <w:left w:val="nil"/>
              <w:bottom w:val="nil"/>
              <w:right w:val="nil"/>
            </w:tcBorders>
          </w:tcPr>
          <w:p w14:paraId="3FF8BA37" w14:textId="77777777" w:rsidR="001C61CC" w:rsidRDefault="000D727A">
            <w:pPr>
              <w:spacing w:after="0" w:line="240" w:lineRule="auto"/>
              <w:jc w:val="center"/>
            </w:pPr>
            <w:r>
              <w:rPr>
                <w:sz w:val="16"/>
              </w:rPr>
              <w:t>0.596</w:t>
            </w:r>
          </w:p>
        </w:tc>
      </w:tr>
      <w:tr w:rsidR="001C61CC" w14:paraId="09D95EB6" w14:textId="77777777">
        <w:tc>
          <w:tcPr>
            <w:tcW w:w="2074" w:type="dxa"/>
            <w:tcBorders>
              <w:top w:val="nil"/>
              <w:left w:val="nil"/>
              <w:bottom w:val="nil"/>
              <w:right w:val="nil"/>
            </w:tcBorders>
          </w:tcPr>
          <w:p w14:paraId="3299E8F5" w14:textId="77777777" w:rsidR="001C61CC" w:rsidRDefault="000D727A">
            <w:pPr>
              <w:spacing w:after="0" w:line="240" w:lineRule="auto"/>
            </w:pPr>
            <w:r>
              <w:rPr>
                <w:sz w:val="16"/>
              </w:rPr>
              <w:t>Digestive disease, n (%)</w:t>
            </w:r>
          </w:p>
        </w:tc>
        <w:tc>
          <w:tcPr>
            <w:tcW w:w="2074" w:type="dxa"/>
            <w:tcBorders>
              <w:top w:val="nil"/>
              <w:left w:val="nil"/>
              <w:bottom w:val="nil"/>
              <w:right w:val="nil"/>
            </w:tcBorders>
          </w:tcPr>
          <w:p w14:paraId="558AC8BB"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4843A3F2"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65F557F9" w14:textId="77777777" w:rsidR="001C61CC" w:rsidRDefault="000D727A">
            <w:pPr>
              <w:spacing w:after="0" w:line="240" w:lineRule="auto"/>
              <w:jc w:val="center"/>
            </w:pPr>
            <w:r>
              <w:rPr>
                <w:sz w:val="16"/>
              </w:rPr>
              <w:t>1.19 (1.05, 1.35)</w:t>
            </w:r>
          </w:p>
        </w:tc>
        <w:tc>
          <w:tcPr>
            <w:tcW w:w="2074" w:type="dxa"/>
            <w:tcBorders>
              <w:top w:val="nil"/>
              <w:left w:val="nil"/>
              <w:bottom w:val="nil"/>
              <w:right w:val="nil"/>
            </w:tcBorders>
          </w:tcPr>
          <w:p w14:paraId="103CDC3A" w14:textId="77777777" w:rsidR="001C61CC" w:rsidRDefault="000D727A">
            <w:pPr>
              <w:spacing w:after="0" w:line="240" w:lineRule="auto"/>
              <w:jc w:val="center"/>
            </w:pPr>
            <w:r>
              <w:rPr>
                <w:sz w:val="16"/>
              </w:rPr>
              <w:t>0.007</w:t>
            </w:r>
          </w:p>
        </w:tc>
      </w:tr>
      <w:tr w:rsidR="001C61CC" w14:paraId="01242398" w14:textId="77777777">
        <w:tc>
          <w:tcPr>
            <w:tcW w:w="2074" w:type="dxa"/>
            <w:tcBorders>
              <w:top w:val="nil"/>
              <w:left w:val="nil"/>
              <w:bottom w:val="nil"/>
              <w:right w:val="nil"/>
            </w:tcBorders>
          </w:tcPr>
          <w:p w14:paraId="73132416" w14:textId="77777777" w:rsidR="001C61CC" w:rsidRDefault="000D727A">
            <w:pPr>
              <w:spacing w:after="0" w:line="240" w:lineRule="auto"/>
            </w:pPr>
            <w:r>
              <w:rPr>
                <w:sz w:val="16"/>
              </w:rPr>
              <w:t>Arthritis, n (%)</w:t>
            </w:r>
          </w:p>
        </w:tc>
        <w:tc>
          <w:tcPr>
            <w:tcW w:w="2074" w:type="dxa"/>
            <w:tcBorders>
              <w:top w:val="nil"/>
              <w:left w:val="nil"/>
              <w:bottom w:val="nil"/>
              <w:right w:val="nil"/>
            </w:tcBorders>
          </w:tcPr>
          <w:p w14:paraId="405C5422"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311464CF"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766C2579" w14:textId="77777777" w:rsidR="001C61CC" w:rsidRDefault="000D727A">
            <w:pPr>
              <w:spacing w:after="0" w:line="240" w:lineRule="auto"/>
              <w:jc w:val="center"/>
            </w:pPr>
            <w:r>
              <w:rPr>
                <w:sz w:val="16"/>
              </w:rPr>
              <w:t>1.19 (1.06, 1.35)</w:t>
            </w:r>
          </w:p>
        </w:tc>
        <w:tc>
          <w:tcPr>
            <w:tcW w:w="2074" w:type="dxa"/>
            <w:tcBorders>
              <w:top w:val="nil"/>
              <w:left w:val="nil"/>
              <w:bottom w:val="nil"/>
              <w:right w:val="nil"/>
            </w:tcBorders>
          </w:tcPr>
          <w:p w14:paraId="2DE68FB7" w14:textId="77777777" w:rsidR="001C61CC" w:rsidRDefault="000D727A">
            <w:pPr>
              <w:spacing w:after="0" w:line="240" w:lineRule="auto"/>
              <w:jc w:val="center"/>
            </w:pPr>
            <w:r>
              <w:rPr>
                <w:sz w:val="16"/>
              </w:rPr>
              <w:t>0.005</w:t>
            </w:r>
          </w:p>
        </w:tc>
      </w:tr>
      <w:tr w:rsidR="001C61CC" w14:paraId="4FEA0461" w14:textId="77777777">
        <w:tc>
          <w:tcPr>
            <w:tcW w:w="2074" w:type="dxa"/>
            <w:tcBorders>
              <w:top w:val="nil"/>
              <w:left w:val="nil"/>
              <w:bottom w:val="nil"/>
              <w:right w:val="nil"/>
            </w:tcBorders>
          </w:tcPr>
          <w:p w14:paraId="627635F7" w14:textId="77777777" w:rsidR="001C61CC" w:rsidRDefault="000D727A">
            <w:pPr>
              <w:spacing w:after="0" w:line="240" w:lineRule="auto"/>
            </w:pPr>
            <w:r>
              <w:rPr>
                <w:sz w:val="16"/>
              </w:rPr>
              <w:t>Asthma, n (%)</w:t>
            </w:r>
          </w:p>
        </w:tc>
        <w:tc>
          <w:tcPr>
            <w:tcW w:w="2074" w:type="dxa"/>
            <w:tcBorders>
              <w:top w:val="nil"/>
              <w:left w:val="nil"/>
              <w:bottom w:val="nil"/>
              <w:right w:val="nil"/>
            </w:tcBorders>
          </w:tcPr>
          <w:p w14:paraId="6C0123F7"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02CD9ADE"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24BAEBED" w14:textId="77777777" w:rsidR="001C61CC" w:rsidRDefault="000D727A">
            <w:pPr>
              <w:spacing w:after="0" w:line="240" w:lineRule="auto"/>
              <w:jc w:val="center"/>
            </w:pPr>
            <w:r>
              <w:rPr>
                <w:sz w:val="16"/>
              </w:rPr>
              <w:t>1.07 (0.78, 1.47)</w:t>
            </w:r>
          </w:p>
        </w:tc>
        <w:tc>
          <w:tcPr>
            <w:tcW w:w="2074" w:type="dxa"/>
            <w:tcBorders>
              <w:top w:val="nil"/>
              <w:left w:val="nil"/>
              <w:bottom w:val="nil"/>
              <w:right w:val="nil"/>
            </w:tcBorders>
          </w:tcPr>
          <w:p w14:paraId="31F99C32" w14:textId="77777777" w:rsidR="001C61CC" w:rsidRDefault="000D727A">
            <w:pPr>
              <w:spacing w:after="0" w:line="240" w:lineRule="auto"/>
              <w:jc w:val="center"/>
            </w:pPr>
            <w:r>
              <w:rPr>
                <w:sz w:val="16"/>
              </w:rPr>
              <w:t>0.668</w:t>
            </w:r>
          </w:p>
        </w:tc>
      </w:tr>
      <w:tr w:rsidR="001C61CC" w14:paraId="684D7569" w14:textId="77777777">
        <w:tc>
          <w:tcPr>
            <w:tcW w:w="2074" w:type="dxa"/>
            <w:tcBorders>
              <w:top w:val="nil"/>
              <w:left w:val="nil"/>
              <w:bottom w:val="nil"/>
              <w:right w:val="nil"/>
            </w:tcBorders>
          </w:tcPr>
          <w:p w14:paraId="5FB6CB63" w14:textId="77777777" w:rsidR="001C61CC" w:rsidRDefault="000D727A">
            <w:pPr>
              <w:spacing w:after="0" w:line="240" w:lineRule="auto"/>
            </w:pPr>
            <w:r>
              <w:rPr>
                <w:sz w:val="16"/>
              </w:rPr>
              <w:t>Lung disease, n (%)</w:t>
            </w:r>
          </w:p>
        </w:tc>
        <w:tc>
          <w:tcPr>
            <w:tcW w:w="2074" w:type="dxa"/>
            <w:tcBorders>
              <w:top w:val="nil"/>
              <w:left w:val="nil"/>
              <w:bottom w:val="nil"/>
              <w:right w:val="nil"/>
            </w:tcBorders>
          </w:tcPr>
          <w:p w14:paraId="02A5801E" w14:textId="77777777" w:rsidR="001C61CC" w:rsidRDefault="000D727A">
            <w:pPr>
              <w:spacing w:after="0" w:line="240" w:lineRule="auto"/>
              <w:jc w:val="center"/>
            </w:pPr>
            <w:r>
              <w:rPr>
                <w:sz w:val="16"/>
              </w:rPr>
              <w:t>5285</w:t>
            </w:r>
          </w:p>
        </w:tc>
        <w:tc>
          <w:tcPr>
            <w:tcW w:w="2074" w:type="dxa"/>
            <w:tcBorders>
              <w:top w:val="nil"/>
              <w:left w:val="nil"/>
              <w:bottom w:val="nil"/>
              <w:right w:val="nil"/>
            </w:tcBorders>
          </w:tcPr>
          <w:p w14:paraId="2230A8A3" w14:textId="77777777" w:rsidR="001C61CC" w:rsidRDefault="000D727A">
            <w:pPr>
              <w:spacing w:after="0" w:line="240" w:lineRule="auto"/>
              <w:jc w:val="center"/>
            </w:pPr>
            <w:r>
              <w:rPr>
                <w:sz w:val="16"/>
              </w:rPr>
              <w:t>2722</w:t>
            </w:r>
          </w:p>
        </w:tc>
        <w:tc>
          <w:tcPr>
            <w:tcW w:w="2074" w:type="dxa"/>
            <w:tcBorders>
              <w:top w:val="nil"/>
              <w:left w:val="nil"/>
              <w:bottom w:val="nil"/>
              <w:right w:val="nil"/>
            </w:tcBorders>
          </w:tcPr>
          <w:p w14:paraId="3FC22F5D" w14:textId="77777777" w:rsidR="001C61CC" w:rsidRDefault="000D727A">
            <w:pPr>
              <w:spacing w:after="0" w:line="240" w:lineRule="auto"/>
              <w:jc w:val="center"/>
            </w:pPr>
            <w:r>
              <w:rPr>
                <w:sz w:val="16"/>
              </w:rPr>
              <w:t>1.09 (0.88, 1.33)</w:t>
            </w:r>
          </w:p>
        </w:tc>
        <w:tc>
          <w:tcPr>
            <w:tcW w:w="2074" w:type="dxa"/>
            <w:tcBorders>
              <w:top w:val="nil"/>
              <w:left w:val="nil"/>
              <w:bottom w:val="nil"/>
              <w:right w:val="nil"/>
            </w:tcBorders>
          </w:tcPr>
          <w:p w14:paraId="179FCB78" w14:textId="77777777" w:rsidR="001C61CC" w:rsidRDefault="000D727A">
            <w:pPr>
              <w:spacing w:after="0" w:line="240" w:lineRule="auto"/>
              <w:jc w:val="center"/>
            </w:pPr>
            <w:r>
              <w:rPr>
                <w:sz w:val="16"/>
              </w:rPr>
              <w:t>0.435</w:t>
            </w:r>
          </w:p>
        </w:tc>
      </w:tr>
      <w:tr w:rsidR="001C61CC" w14:paraId="6D69476A" w14:textId="77777777">
        <w:tc>
          <w:tcPr>
            <w:tcW w:w="2074" w:type="dxa"/>
            <w:tcBorders>
              <w:top w:val="nil"/>
              <w:left w:val="nil"/>
              <w:bottom w:val="single" w:sz="10" w:space="0" w:color="000000"/>
              <w:right w:val="nil"/>
            </w:tcBorders>
          </w:tcPr>
          <w:p w14:paraId="7E9E2D89" w14:textId="77777777" w:rsidR="001C61CC" w:rsidRDefault="000D727A">
            <w:pPr>
              <w:spacing w:after="0" w:line="240" w:lineRule="auto"/>
            </w:pPr>
            <w:r>
              <w:rPr>
                <w:sz w:val="16"/>
              </w:rPr>
              <w:t>Liver disease, n (%)</w:t>
            </w:r>
          </w:p>
        </w:tc>
        <w:tc>
          <w:tcPr>
            <w:tcW w:w="2074" w:type="dxa"/>
            <w:tcBorders>
              <w:top w:val="nil"/>
              <w:left w:val="nil"/>
              <w:bottom w:val="single" w:sz="10" w:space="0" w:color="000000"/>
              <w:right w:val="nil"/>
            </w:tcBorders>
          </w:tcPr>
          <w:p w14:paraId="1545CC4B" w14:textId="77777777" w:rsidR="001C61CC" w:rsidRDefault="000D727A">
            <w:pPr>
              <w:spacing w:after="0" w:line="240" w:lineRule="auto"/>
              <w:jc w:val="center"/>
            </w:pPr>
            <w:r>
              <w:rPr>
                <w:sz w:val="16"/>
              </w:rPr>
              <w:t>5285</w:t>
            </w:r>
          </w:p>
        </w:tc>
        <w:tc>
          <w:tcPr>
            <w:tcW w:w="2074" w:type="dxa"/>
            <w:tcBorders>
              <w:top w:val="nil"/>
              <w:left w:val="nil"/>
              <w:bottom w:val="single" w:sz="10" w:space="0" w:color="000000"/>
              <w:right w:val="nil"/>
            </w:tcBorders>
          </w:tcPr>
          <w:p w14:paraId="31BB25E6" w14:textId="77777777" w:rsidR="001C61CC" w:rsidRDefault="000D727A">
            <w:pPr>
              <w:spacing w:after="0" w:line="240" w:lineRule="auto"/>
              <w:jc w:val="center"/>
            </w:pPr>
            <w:r>
              <w:rPr>
                <w:sz w:val="16"/>
              </w:rPr>
              <w:t>2722</w:t>
            </w:r>
          </w:p>
        </w:tc>
        <w:tc>
          <w:tcPr>
            <w:tcW w:w="2074" w:type="dxa"/>
            <w:tcBorders>
              <w:top w:val="nil"/>
              <w:left w:val="nil"/>
              <w:bottom w:val="single" w:sz="10" w:space="0" w:color="000000"/>
              <w:right w:val="nil"/>
            </w:tcBorders>
          </w:tcPr>
          <w:p w14:paraId="73A9BB6C" w14:textId="77777777" w:rsidR="001C61CC" w:rsidRDefault="000D727A">
            <w:pPr>
              <w:spacing w:after="0" w:line="240" w:lineRule="auto"/>
              <w:jc w:val="center"/>
            </w:pPr>
            <w:r>
              <w:rPr>
                <w:sz w:val="16"/>
              </w:rPr>
              <w:t>1.13 (0.87, 1.47)</w:t>
            </w:r>
          </w:p>
        </w:tc>
        <w:tc>
          <w:tcPr>
            <w:tcW w:w="2074" w:type="dxa"/>
            <w:tcBorders>
              <w:top w:val="nil"/>
              <w:left w:val="nil"/>
              <w:bottom w:val="single" w:sz="10" w:space="0" w:color="000000"/>
              <w:right w:val="nil"/>
            </w:tcBorders>
          </w:tcPr>
          <w:p w14:paraId="51881A64" w14:textId="77777777" w:rsidR="001C61CC" w:rsidRDefault="000D727A">
            <w:pPr>
              <w:spacing w:after="0" w:line="240" w:lineRule="auto"/>
              <w:jc w:val="center"/>
            </w:pPr>
            <w:r>
              <w:rPr>
                <w:sz w:val="16"/>
              </w:rPr>
              <w:t>0.369</w:t>
            </w:r>
          </w:p>
        </w:tc>
      </w:tr>
    </w:tbl>
    <w:p w14:paraId="7AE5AC95" w14:textId="77777777" w:rsidR="001C61CC" w:rsidRDefault="001C61CC"/>
    <w:p w14:paraId="581AD2BA" w14:textId="77777777" w:rsidR="001C61CC" w:rsidRDefault="000D727A">
      <w:pPr>
        <w:spacing w:after="80"/>
      </w:pPr>
      <w:r>
        <w:rPr>
          <w:sz w:val="19"/>
        </w:rPr>
        <w:t>Panel B. Predictors of loss to follow-up among baseline depression-free women (n=3115, lost=552)</w:t>
      </w:r>
    </w:p>
    <w:tbl>
      <w:tblPr>
        <w:tblW w:w="0" w:type="auto"/>
        <w:tblLook w:val="04A0" w:firstRow="1" w:lastRow="0" w:firstColumn="1" w:lastColumn="0" w:noHBand="0" w:noVBand="1"/>
      </w:tblPr>
      <w:tblGrid>
        <w:gridCol w:w="2073"/>
        <w:gridCol w:w="2073"/>
        <w:gridCol w:w="2074"/>
        <w:gridCol w:w="2074"/>
        <w:gridCol w:w="2074"/>
      </w:tblGrid>
      <w:tr w:rsidR="001C61CC" w14:paraId="32DDB866" w14:textId="77777777">
        <w:tc>
          <w:tcPr>
            <w:tcW w:w="2074" w:type="dxa"/>
            <w:tcBorders>
              <w:top w:val="single" w:sz="10" w:space="0" w:color="000000"/>
              <w:left w:val="nil"/>
              <w:bottom w:val="single" w:sz="10" w:space="0" w:color="000000"/>
              <w:right w:val="nil"/>
            </w:tcBorders>
          </w:tcPr>
          <w:p w14:paraId="18131A7D" w14:textId="77777777" w:rsidR="001C61CC" w:rsidRDefault="000D727A">
            <w:pPr>
              <w:spacing w:after="0" w:line="240" w:lineRule="auto"/>
            </w:pPr>
            <w:r>
              <w:rPr>
                <w:b/>
                <w:sz w:val="16"/>
              </w:rPr>
              <w:t>Predictor</w:t>
            </w:r>
          </w:p>
        </w:tc>
        <w:tc>
          <w:tcPr>
            <w:tcW w:w="2074" w:type="dxa"/>
            <w:tcBorders>
              <w:top w:val="single" w:sz="10" w:space="0" w:color="000000"/>
              <w:left w:val="nil"/>
              <w:bottom w:val="single" w:sz="10" w:space="0" w:color="000000"/>
              <w:right w:val="nil"/>
            </w:tcBorders>
          </w:tcPr>
          <w:p w14:paraId="2FEBFCFC" w14:textId="77777777" w:rsidR="001C61CC" w:rsidRDefault="000D727A">
            <w:pPr>
              <w:spacing w:after="0" w:line="240" w:lineRule="auto"/>
              <w:jc w:val="center"/>
            </w:pPr>
            <w:r>
              <w:rPr>
                <w:b/>
                <w:sz w:val="16"/>
              </w:rPr>
              <w:t>Analytic n</w:t>
            </w:r>
          </w:p>
        </w:tc>
        <w:tc>
          <w:tcPr>
            <w:tcW w:w="2074" w:type="dxa"/>
            <w:tcBorders>
              <w:top w:val="single" w:sz="10" w:space="0" w:color="000000"/>
              <w:left w:val="nil"/>
              <w:bottom w:val="single" w:sz="10" w:space="0" w:color="000000"/>
              <w:right w:val="nil"/>
            </w:tcBorders>
          </w:tcPr>
          <w:p w14:paraId="0B5525A5" w14:textId="77777777" w:rsidR="001C61CC" w:rsidRDefault="000D727A">
            <w:pPr>
              <w:spacing w:after="0" w:line="240" w:lineRule="auto"/>
              <w:jc w:val="center"/>
            </w:pPr>
            <w:r>
              <w:rPr>
                <w:b/>
                <w:sz w:val="16"/>
              </w:rPr>
              <w:t>Excluded n</w:t>
            </w:r>
          </w:p>
        </w:tc>
        <w:tc>
          <w:tcPr>
            <w:tcW w:w="2074" w:type="dxa"/>
            <w:tcBorders>
              <w:top w:val="single" w:sz="10" w:space="0" w:color="000000"/>
              <w:left w:val="nil"/>
              <w:bottom w:val="single" w:sz="10" w:space="0" w:color="000000"/>
              <w:right w:val="nil"/>
            </w:tcBorders>
          </w:tcPr>
          <w:p w14:paraId="5C91D31A" w14:textId="77777777" w:rsidR="001C61CC" w:rsidRDefault="000D727A">
            <w:pPr>
              <w:spacing w:after="0" w:line="240" w:lineRule="auto"/>
              <w:jc w:val="center"/>
            </w:pPr>
            <w:r>
              <w:rPr>
                <w:b/>
                <w:sz w:val="16"/>
              </w:rPr>
              <w:t>OR (95% CI)</w:t>
            </w:r>
          </w:p>
        </w:tc>
        <w:tc>
          <w:tcPr>
            <w:tcW w:w="2074" w:type="dxa"/>
            <w:tcBorders>
              <w:top w:val="single" w:sz="10" w:space="0" w:color="000000"/>
              <w:left w:val="nil"/>
              <w:bottom w:val="single" w:sz="10" w:space="0" w:color="000000"/>
              <w:right w:val="nil"/>
            </w:tcBorders>
          </w:tcPr>
          <w:p w14:paraId="615C7412" w14:textId="77777777" w:rsidR="001C61CC" w:rsidRDefault="000D727A">
            <w:pPr>
              <w:spacing w:after="0" w:line="240" w:lineRule="auto"/>
              <w:jc w:val="center"/>
            </w:pPr>
            <w:r>
              <w:rPr>
                <w:b/>
                <w:sz w:val="16"/>
              </w:rPr>
              <w:t>P value</w:t>
            </w:r>
          </w:p>
        </w:tc>
      </w:tr>
      <w:tr w:rsidR="001C61CC" w14:paraId="22D96252" w14:textId="77777777">
        <w:tc>
          <w:tcPr>
            <w:tcW w:w="2074" w:type="dxa"/>
            <w:tcBorders>
              <w:top w:val="nil"/>
              <w:left w:val="nil"/>
              <w:bottom w:val="nil"/>
              <w:right w:val="nil"/>
            </w:tcBorders>
          </w:tcPr>
          <w:p w14:paraId="7EF7DD12" w14:textId="77777777" w:rsidR="001C61CC" w:rsidRDefault="000D727A">
            <w:pPr>
              <w:spacing w:after="0" w:line="240" w:lineRule="auto"/>
            </w:pPr>
            <w:r>
              <w:rPr>
                <w:sz w:val="16"/>
              </w:rPr>
              <w:t>Any pregnancy loss, n (%)</w:t>
            </w:r>
          </w:p>
        </w:tc>
        <w:tc>
          <w:tcPr>
            <w:tcW w:w="2074" w:type="dxa"/>
            <w:tcBorders>
              <w:top w:val="nil"/>
              <w:left w:val="nil"/>
              <w:bottom w:val="nil"/>
              <w:right w:val="nil"/>
            </w:tcBorders>
          </w:tcPr>
          <w:p w14:paraId="05E8E857"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5325FB31"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7322595E" w14:textId="77777777" w:rsidR="001C61CC" w:rsidRDefault="000D727A">
            <w:pPr>
              <w:spacing w:after="0" w:line="240" w:lineRule="auto"/>
              <w:jc w:val="center"/>
            </w:pPr>
            <w:r>
              <w:rPr>
                <w:sz w:val="16"/>
              </w:rPr>
              <w:t>1.09 (0.87, 1.36)</w:t>
            </w:r>
          </w:p>
        </w:tc>
        <w:tc>
          <w:tcPr>
            <w:tcW w:w="2074" w:type="dxa"/>
            <w:tcBorders>
              <w:top w:val="nil"/>
              <w:left w:val="nil"/>
              <w:bottom w:val="nil"/>
              <w:right w:val="nil"/>
            </w:tcBorders>
          </w:tcPr>
          <w:p w14:paraId="07CB71CC" w14:textId="77777777" w:rsidR="001C61CC" w:rsidRDefault="000D727A">
            <w:pPr>
              <w:spacing w:after="0" w:line="240" w:lineRule="auto"/>
              <w:jc w:val="center"/>
            </w:pPr>
            <w:r>
              <w:rPr>
                <w:sz w:val="16"/>
              </w:rPr>
              <w:t>0.444</w:t>
            </w:r>
          </w:p>
        </w:tc>
      </w:tr>
      <w:tr w:rsidR="001C61CC" w14:paraId="0D199955" w14:textId="77777777">
        <w:tc>
          <w:tcPr>
            <w:tcW w:w="2074" w:type="dxa"/>
            <w:tcBorders>
              <w:top w:val="nil"/>
              <w:left w:val="nil"/>
              <w:bottom w:val="nil"/>
              <w:right w:val="nil"/>
            </w:tcBorders>
          </w:tcPr>
          <w:p w14:paraId="089DBB02" w14:textId="77777777" w:rsidR="001C61CC" w:rsidRDefault="000D727A">
            <w:pPr>
              <w:spacing w:after="0" w:line="240" w:lineRule="auto"/>
            </w:pPr>
            <w:r>
              <w:rPr>
                <w:sz w:val="16"/>
              </w:rPr>
              <w:t>Age, years</w:t>
            </w:r>
          </w:p>
        </w:tc>
        <w:tc>
          <w:tcPr>
            <w:tcW w:w="2074" w:type="dxa"/>
            <w:tcBorders>
              <w:top w:val="nil"/>
              <w:left w:val="nil"/>
              <w:bottom w:val="nil"/>
              <w:right w:val="nil"/>
            </w:tcBorders>
          </w:tcPr>
          <w:p w14:paraId="261BFFB0"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1B2CD31D"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21ABC0A6" w14:textId="77777777" w:rsidR="001C61CC" w:rsidRDefault="000D727A">
            <w:pPr>
              <w:spacing w:after="0" w:line="240" w:lineRule="auto"/>
              <w:jc w:val="center"/>
            </w:pPr>
            <w:r>
              <w:rPr>
                <w:sz w:val="16"/>
              </w:rPr>
              <w:t>1.05 (1.03, 1.06)</w:t>
            </w:r>
          </w:p>
        </w:tc>
        <w:tc>
          <w:tcPr>
            <w:tcW w:w="2074" w:type="dxa"/>
            <w:tcBorders>
              <w:top w:val="nil"/>
              <w:left w:val="nil"/>
              <w:bottom w:val="nil"/>
              <w:right w:val="nil"/>
            </w:tcBorders>
          </w:tcPr>
          <w:p w14:paraId="550A7439" w14:textId="77777777" w:rsidR="001C61CC" w:rsidRDefault="000D727A">
            <w:pPr>
              <w:spacing w:after="0" w:line="240" w:lineRule="auto"/>
              <w:jc w:val="center"/>
            </w:pPr>
            <w:r>
              <w:rPr>
                <w:sz w:val="16"/>
              </w:rPr>
              <w:t>&lt;0.001</w:t>
            </w:r>
          </w:p>
        </w:tc>
      </w:tr>
      <w:tr w:rsidR="001C61CC" w14:paraId="65274084" w14:textId="77777777">
        <w:tc>
          <w:tcPr>
            <w:tcW w:w="2074" w:type="dxa"/>
            <w:tcBorders>
              <w:top w:val="nil"/>
              <w:left w:val="nil"/>
              <w:bottom w:val="nil"/>
              <w:right w:val="nil"/>
            </w:tcBorders>
          </w:tcPr>
          <w:p w14:paraId="2A1C1790" w14:textId="77777777" w:rsidR="001C61CC" w:rsidRDefault="000D727A">
            <w:pPr>
              <w:spacing w:after="0" w:line="240" w:lineRule="auto"/>
            </w:pPr>
            <w:r>
              <w:rPr>
                <w:sz w:val="16"/>
              </w:rPr>
              <w:t>Married or partnered, n (%)</w:t>
            </w:r>
          </w:p>
        </w:tc>
        <w:tc>
          <w:tcPr>
            <w:tcW w:w="2074" w:type="dxa"/>
            <w:tcBorders>
              <w:top w:val="nil"/>
              <w:left w:val="nil"/>
              <w:bottom w:val="nil"/>
              <w:right w:val="nil"/>
            </w:tcBorders>
          </w:tcPr>
          <w:p w14:paraId="12C0C64F"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088473C2"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5C598FA6" w14:textId="77777777" w:rsidR="001C61CC" w:rsidRDefault="000D727A">
            <w:pPr>
              <w:spacing w:after="0" w:line="240" w:lineRule="auto"/>
              <w:jc w:val="center"/>
            </w:pPr>
            <w:r>
              <w:rPr>
                <w:sz w:val="16"/>
              </w:rPr>
              <w:t>0.88 (0.67, 1.14)</w:t>
            </w:r>
          </w:p>
        </w:tc>
        <w:tc>
          <w:tcPr>
            <w:tcW w:w="2074" w:type="dxa"/>
            <w:tcBorders>
              <w:top w:val="nil"/>
              <w:left w:val="nil"/>
              <w:bottom w:val="nil"/>
              <w:right w:val="nil"/>
            </w:tcBorders>
          </w:tcPr>
          <w:p w14:paraId="72E8B9A7" w14:textId="77777777" w:rsidR="001C61CC" w:rsidRDefault="000D727A">
            <w:pPr>
              <w:spacing w:after="0" w:line="240" w:lineRule="auto"/>
              <w:jc w:val="center"/>
            </w:pPr>
            <w:r>
              <w:rPr>
                <w:sz w:val="16"/>
              </w:rPr>
              <w:t>0.329</w:t>
            </w:r>
          </w:p>
        </w:tc>
      </w:tr>
      <w:tr w:rsidR="001C61CC" w14:paraId="41DE2758" w14:textId="77777777">
        <w:tc>
          <w:tcPr>
            <w:tcW w:w="2074" w:type="dxa"/>
            <w:tcBorders>
              <w:top w:val="nil"/>
              <w:left w:val="nil"/>
              <w:bottom w:val="nil"/>
              <w:right w:val="nil"/>
            </w:tcBorders>
          </w:tcPr>
          <w:p w14:paraId="2DE2E3BE" w14:textId="77777777" w:rsidR="001C61CC" w:rsidRDefault="000D727A">
            <w:pPr>
              <w:spacing w:after="0" w:line="240" w:lineRule="auto"/>
            </w:pPr>
            <w:r>
              <w:rPr>
                <w:sz w:val="16"/>
              </w:rPr>
              <w:t>Rural residence, n (%)</w:t>
            </w:r>
          </w:p>
        </w:tc>
        <w:tc>
          <w:tcPr>
            <w:tcW w:w="2074" w:type="dxa"/>
            <w:tcBorders>
              <w:top w:val="nil"/>
              <w:left w:val="nil"/>
              <w:bottom w:val="nil"/>
              <w:right w:val="nil"/>
            </w:tcBorders>
          </w:tcPr>
          <w:p w14:paraId="7447B70D"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7E46756A"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701361E9" w14:textId="77777777" w:rsidR="001C61CC" w:rsidRDefault="000D727A">
            <w:pPr>
              <w:spacing w:after="0" w:line="240" w:lineRule="auto"/>
              <w:jc w:val="center"/>
            </w:pPr>
            <w:r>
              <w:rPr>
                <w:sz w:val="16"/>
              </w:rPr>
              <w:t>0.76 (0.61, 0.95)</w:t>
            </w:r>
          </w:p>
        </w:tc>
        <w:tc>
          <w:tcPr>
            <w:tcW w:w="2074" w:type="dxa"/>
            <w:tcBorders>
              <w:top w:val="nil"/>
              <w:left w:val="nil"/>
              <w:bottom w:val="nil"/>
              <w:right w:val="nil"/>
            </w:tcBorders>
          </w:tcPr>
          <w:p w14:paraId="32A011F8" w14:textId="77777777" w:rsidR="001C61CC" w:rsidRDefault="000D727A">
            <w:pPr>
              <w:spacing w:after="0" w:line="240" w:lineRule="auto"/>
              <w:jc w:val="center"/>
            </w:pPr>
            <w:r>
              <w:rPr>
                <w:sz w:val="16"/>
              </w:rPr>
              <w:t>0.016</w:t>
            </w:r>
          </w:p>
        </w:tc>
      </w:tr>
      <w:tr w:rsidR="001C61CC" w14:paraId="3683E853" w14:textId="77777777">
        <w:tc>
          <w:tcPr>
            <w:tcW w:w="2074" w:type="dxa"/>
            <w:tcBorders>
              <w:top w:val="nil"/>
              <w:left w:val="nil"/>
              <w:bottom w:val="nil"/>
              <w:right w:val="nil"/>
            </w:tcBorders>
          </w:tcPr>
          <w:p w14:paraId="0298230E" w14:textId="77777777" w:rsidR="001C61CC" w:rsidRDefault="000D727A">
            <w:pPr>
              <w:spacing w:after="0" w:line="240" w:lineRule="auto"/>
            </w:pPr>
            <w:r>
              <w:rPr>
                <w:sz w:val="16"/>
              </w:rPr>
              <w:t>Self-rated health score</w:t>
            </w:r>
          </w:p>
        </w:tc>
        <w:tc>
          <w:tcPr>
            <w:tcW w:w="2074" w:type="dxa"/>
            <w:tcBorders>
              <w:top w:val="nil"/>
              <w:left w:val="nil"/>
              <w:bottom w:val="nil"/>
              <w:right w:val="nil"/>
            </w:tcBorders>
          </w:tcPr>
          <w:p w14:paraId="21857986"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1893CE52"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795ED296" w14:textId="77777777" w:rsidR="001C61CC" w:rsidRDefault="000D727A">
            <w:pPr>
              <w:spacing w:after="0" w:line="240" w:lineRule="auto"/>
              <w:jc w:val="center"/>
            </w:pPr>
            <w:r>
              <w:rPr>
                <w:sz w:val="16"/>
              </w:rPr>
              <w:t>1.03 (0.92, 1.15)</w:t>
            </w:r>
          </w:p>
        </w:tc>
        <w:tc>
          <w:tcPr>
            <w:tcW w:w="2074" w:type="dxa"/>
            <w:tcBorders>
              <w:top w:val="nil"/>
              <w:left w:val="nil"/>
              <w:bottom w:val="nil"/>
              <w:right w:val="nil"/>
            </w:tcBorders>
          </w:tcPr>
          <w:p w14:paraId="45C1CA8A" w14:textId="77777777" w:rsidR="001C61CC" w:rsidRDefault="000D727A">
            <w:pPr>
              <w:spacing w:after="0" w:line="240" w:lineRule="auto"/>
              <w:jc w:val="center"/>
            </w:pPr>
            <w:r>
              <w:rPr>
                <w:sz w:val="16"/>
              </w:rPr>
              <w:t>0.657</w:t>
            </w:r>
          </w:p>
        </w:tc>
      </w:tr>
      <w:tr w:rsidR="001C61CC" w14:paraId="04F66843" w14:textId="77777777">
        <w:tc>
          <w:tcPr>
            <w:tcW w:w="2074" w:type="dxa"/>
            <w:tcBorders>
              <w:top w:val="nil"/>
              <w:left w:val="nil"/>
              <w:bottom w:val="nil"/>
              <w:right w:val="nil"/>
            </w:tcBorders>
          </w:tcPr>
          <w:p w14:paraId="7D7489F8" w14:textId="77777777" w:rsidR="001C61CC" w:rsidRDefault="000D727A">
            <w:pPr>
              <w:spacing w:after="0" w:line="240" w:lineRule="auto"/>
            </w:pPr>
            <w:r>
              <w:rPr>
                <w:sz w:val="16"/>
              </w:rPr>
              <w:t>Night sleep duration, h</w:t>
            </w:r>
          </w:p>
        </w:tc>
        <w:tc>
          <w:tcPr>
            <w:tcW w:w="2074" w:type="dxa"/>
            <w:tcBorders>
              <w:top w:val="nil"/>
              <w:left w:val="nil"/>
              <w:bottom w:val="nil"/>
              <w:right w:val="nil"/>
            </w:tcBorders>
          </w:tcPr>
          <w:p w14:paraId="7ADDFCC8"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31377114"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36F9DFD0" w14:textId="77777777" w:rsidR="001C61CC" w:rsidRDefault="000D727A">
            <w:pPr>
              <w:spacing w:after="0" w:line="240" w:lineRule="auto"/>
              <w:jc w:val="center"/>
            </w:pPr>
            <w:r>
              <w:rPr>
                <w:sz w:val="16"/>
              </w:rPr>
              <w:t>1.05 (1.00, 1.10)</w:t>
            </w:r>
          </w:p>
        </w:tc>
        <w:tc>
          <w:tcPr>
            <w:tcW w:w="2074" w:type="dxa"/>
            <w:tcBorders>
              <w:top w:val="nil"/>
              <w:left w:val="nil"/>
              <w:bottom w:val="nil"/>
              <w:right w:val="nil"/>
            </w:tcBorders>
          </w:tcPr>
          <w:p w14:paraId="2B0BF658" w14:textId="77777777" w:rsidR="001C61CC" w:rsidRDefault="000D727A">
            <w:pPr>
              <w:spacing w:after="0" w:line="240" w:lineRule="auto"/>
              <w:jc w:val="center"/>
            </w:pPr>
            <w:r>
              <w:rPr>
                <w:sz w:val="16"/>
              </w:rPr>
              <w:t>0.063</w:t>
            </w:r>
          </w:p>
        </w:tc>
      </w:tr>
      <w:tr w:rsidR="001C61CC" w14:paraId="248F2C98" w14:textId="77777777">
        <w:tc>
          <w:tcPr>
            <w:tcW w:w="2074" w:type="dxa"/>
            <w:tcBorders>
              <w:top w:val="nil"/>
              <w:left w:val="nil"/>
              <w:bottom w:val="nil"/>
              <w:right w:val="nil"/>
            </w:tcBorders>
          </w:tcPr>
          <w:p w14:paraId="7C0A8117" w14:textId="77777777" w:rsidR="001C61CC" w:rsidRDefault="000D727A">
            <w:pPr>
              <w:spacing w:after="0" w:line="240" w:lineRule="auto"/>
            </w:pPr>
            <w:r>
              <w:rPr>
                <w:sz w:val="16"/>
              </w:rPr>
              <w:t>Ever smoked, n (%)</w:t>
            </w:r>
          </w:p>
        </w:tc>
        <w:tc>
          <w:tcPr>
            <w:tcW w:w="2074" w:type="dxa"/>
            <w:tcBorders>
              <w:top w:val="nil"/>
              <w:left w:val="nil"/>
              <w:bottom w:val="nil"/>
              <w:right w:val="nil"/>
            </w:tcBorders>
          </w:tcPr>
          <w:p w14:paraId="3A075CBF"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477DDBEF"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426B43C7" w14:textId="77777777" w:rsidR="001C61CC" w:rsidRDefault="000D727A">
            <w:pPr>
              <w:spacing w:after="0" w:line="240" w:lineRule="auto"/>
              <w:jc w:val="center"/>
            </w:pPr>
            <w:r>
              <w:rPr>
                <w:sz w:val="16"/>
              </w:rPr>
              <w:t>1.10 (0.78, 1.53)</w:t>
            </w:r>
          </w:p>
        </w:tc>
        <w:tc>
          <w:tcPr>
            <w:tcW w:w="2074" w:type="dxa"/>
            <w:tcBorders>
              <w:top w:val="nil"/>
              <w:left w:val="nil"/>
              <w:bottom w:val="nil"/>
              <w:right w:val="nil"/>
            </w:tcBorders>
          </w:tcPr>
          <w:p w14:paraId="28140EF9" w14:textId="77777777" w:rsidR="001C61CC" w:rsidRDefault="000D727A">
            <w:pPr>
              <w:spacing w:after="0" w:line="240" w:lineRule="auto"/>
              <w:jc w:val="center"/>
            </w:pPr>
            <w:r>
              <w:rPr>
                <w:sz w:val="16"/>
              </w:rPr>
              <w:t>0.595</w:t>
            </w:r>
          </w:p>
        </w:tc>
      </w:tr>
      <w:tr w:rsidR="001C61CC" w14:paraId="157F10F0" w14:textId="77777777">
        <w:tc>
          <w:tcPr>
            <w:tcW w:w="2074" w:type="dxa"/>
            <w:tcBorders>
              <w:top w:val="nil"/>
              <w:left w:val="nil"/>
              <w:bottom w:val="nil"/>
              <w:right w:val="nil"/>
            </w:tcBorders>
          </w:tcPr>
          <w:p w14:paraId="23AE774C" w14:textId="77777777" w:rsidR="001C61CC" w:rsidRDefault="000D727A">
            <w:pPr>
              <w:spacing w:after="0" w:line="240" w:lineRule="auto"/>
            </w:pPr>
            <w:r>
              <w:rPr>
                <w:sz w:val="16"/>
              </w:rPr>
              <w:t>Current alcohol drinking, n (%)</w:t>
            </w:r>
          </w:p>
        </w:tc>
        <w:tc>
          <w:tcPr>
            <w:tcW w:w="2074" w:type="dxa"/>
            <w:tcBorders>
              <w:top w:val="nil"/>
              <w:left w:val="nil"/>
              <w:bottom w:val="nil"/>
              <w:right w:val="nil"/>
            </w:tcBorders>
          </w:tcPr>
          <w:p w14:paraId="77235B4C"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227277C2"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1C691EC7" w14:textId="77777777" w:rsidR="001C61CC" w:rsidRDefault="000D727A">
            <w:pPr>
              <w:spacing w:after="0" w:line="240" w:lineRule="auto"/>
              <w:jc w:val="center"/>
            </w:pPr>
            <w:r>
              <w:rPr>
                <w:sz w:val="16"/>
              </w:rPr>
              <w:t>0.74 (0.55, 0.98)</w:t>
            </w:r>
          </w:p>
        </w:tc>
        <w:tc>
          <w:tcPr>
            <w:tcW w:w="2074" w:type="dxa"/>
            <w:tcBorders>
              <w:top w:val="nil"/>
              <w:left w:val="nil"/>
              <w:bottom w:val="nil"/>
              <w:right w:val="nil"/>
            </w:tcBorders>
          </w:tcPr>
          <w:p w14:paraId="07CE6ED8" w14:textId="77777777" w:rsidR="001C61CC" w:rsidRDefault="000D727A">
            <w:pPr>
              <w:spacing w:after="0" w:line="240" w:lineRule="auto"/>
              <w:jc w:val="center"/>
            </w:pPr>
            <w:r>
              <w:rPr>
                <w:sz w:val="16"/>
              </w:rPr>
              <w:t>0.035</w:t>
            </w:r>
          </w:p>
        </w:tc>
      </w:tr>
      <w:tr w:rsidR="001C61CC" w14:paraId="26266149" w14:textId="77777777">
        <w:tc>
          <w:tcPr>
            <w:tcW w:w="2074" w:type="dxa"/>
            <w:tcBorders>
              <w:top w:val="nil"/>
              <w:left w:val="nil"/>
              <w:bottom w:val="nil"/>
              <w:right w:val="nil"/>
            </w:tcBorders>
          </w:tcPr>
          <w:p w14:paraId="46B99111" w14:textId="77777777" w:rsidR="001C61CC" w:rsidRDefault="000D727A">
            <w:pPr>
              <w:spacing w:after="0" w:line="240" w:lineRule="auto"/>
            </w:pPr>
            <w:r>
              <w:rPr>
                <w:sz w:val="16"/>
              </w:rPr>
              <w:t>Currently working, n (%)</w:t>
            </w:r>
          </w:p>
        </w:tc>
        <w:tc>
          <w:tcPr>
            <w:tcW w:w="2074" w:type="dxa"/>
            <w:tcBorders>
              <w:top w:val="nil"/>
              <w:left w:val="nil"/>
              <w:bottom w:val="nil"/>
              <w:right w:val="nil"/>
            </w:tcBorders>
          </w:tcPr>
          <w:p w14:paraId="57FF16C3"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70190BA8"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0BE11D8D" w14:textId="77777777" w:rsidR="001C61CC" w:rsidRDefault="000D727A">
            <w:pPr>
              <w:spacing w:after="0" w:line="240" w:lineRule="auto"/>
              <w:jc w:val="center"/>
            </w:pPr>
            <w:r>
              <w:rPr>
                <w:sz w:val="16"/>
              </w:rPr>
              <w:t>0.73 (0.56, 0.95)</w:t>
            </w:r>
          </w:p>
        </w:tc>
        <w:tc>
          <w:tcPr>
            <w:tcW w:w="2074" w:type="dxa"/>
            <w:tcBorders>
              <w:top w:val="nil"/>
              <w:left w:val="nil"/>
              <w:bottom w:val="nil"/>
              <w:right w:val="nil"/>
            </w:tcBorders>
          </w:tcPr>
          <w:p w14:paraId="563764E4" w14:textId="77777777" w:rsidR="001C61CC" w:rsidRDefault="000D727A">
            <w:pPr>
              <w:spacing w:after="0" w:line="240" w:lineRule="auto"/>
              <w:jc w:val="center"/>
            </w:pPr>
            <w:r>
              <w:rPr>
                <w:sz w:val="16"/>
              </w:rPr>
              <w:t>0.020</w:t>
            </w:r>
          </w:p>
        </w:tc>
      </w:tr>
      <w:tr w:rsidR="001C61CC" w14:paraId="2CC5F2B5" w14:textId="77777777">
        <w:tc>
          <w:tcPr>
            <w:tcW w:w="2074" w:type="dxa"/>
            <w:tcBorders>
              <w:top w:val="nil"/>
              <w:left w:val="nil"/>
              <w:bottom w:val="nil"/>
              <w:right w:val="nil"/>
            </w:tcBorders>
          </w:tcPr>
          <w:p w14:paraId="296EFAEC" w14:textId="77777777" w:rsidR="001C61CC" w:rsidRDefault="000D727A">
            <w:pPr>
              <w:spacing w:after="0" w:line="240" w:lineRule="auto"/>
            </w:pPr>
            <w:r>
              <w:rPr>
                <w:sz w:val="16"/>
              </w:rPr>
              <w:t>Retired, n (%)</w:t>
            </w:r>
          </w:p>
        </w:tc>
        <w:tc>
          <w:tcPr>
            <w:tcW w:w="2074" w:type="dxa"/>
            <w:tcBorders>
              <w:top w:val="nil"/>
              <w:left w:val="nil"/>
              <w:bottom w:val="nil"/>
              <w:right w:val="nil"/>
            </w:tcBorders>
          </w:tcPr>
          <w:p w14:paraId="219CFB90"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1E6B9643"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20703EBD" w14:textId="77777777" w:rsidR="001C61CC" w:rsidRDefault="000D727A">
            <w:pPr>
              <w:spacing w:after="0" w:line="240" w:lineRule="auto"/>
              <w:jc w:val="center"/>
            </w:pPr>
            <w:r>
              <w:rPr>
                <w:sz w:val="16"/>
              </w:rPr>
              <w:t>1.06 (0.78, 1.45)</w:t>
            </w:r>
          </w:p>
        </w:tc>
        <w:tc>
          <w:tcPr>
            <w:tcW w:w="2074" w:type="dxa"/>
            <w:tcBorders>
              <w:top w:val="nil"/>
              <w:left w:val="nil"/>
              <w:bottom w:val="nil"/>
              <w:right w:val="nil"/>
            </w:tcBorders>
          </w:tcPr>
          <w:p w14:paraId="0D23AD8F" w14:textId="77777777" w:rsidR="001C61CC" w:rsidRDefault="000D727A">
            <w:pPr>
              <w:spacing w:after="0" w:line="240" w:lineRule="auto"/>
              <w:jc w:val="center"/>
            </w:pPr>
            <w:r>
              <w:rPr>
                <w:sz w:val="16"/>
              </w:rPr>
              <w:t>0.692</w:t>
            </w:r>
          </w:p>
        </w:tc>
      </w:tr>
      <w:tr w:rsidR="001C61CC" w14:paraId="57E8BCFB" w14:textId="77777777">
        <w:tc>
          <w:tcPr>
            <w:tcW w:w="2074" w:type="dxa"/>
            <w:tcBorders>
              <w:top w:val="nil"/>
              <w:left w:val="nil"/>
              <w:bottom w:val="nil"/>
              <w:right w:val="nil"/>
            </w:tcBorders>
          </w:tcPr>
          <w:p w14:paraId="40FCE697" w14:textId="77777777" w:rsidR="001C61CC" w:rsidRDefault="000D727A">
            <w:pPr>
              <w:spacing w:after="0" w:line="240" w:lineRule="auto"/>
            </w:pPr>
            <w:r>
              <w:rPr>
                <w:sz w:val="16"/>
              </w:rPr>
              <w:t>Receiving pension, n (%)</w:t>
            </w:r>
          </w:p>
        </w:tc>
        <w:tc>
          <w:tcPr>
            <w:tcW w:w="2074" w:type="dxa"/>
            <w:tcBorders>
              <w:top w:val="nil"/>
              <w:left w:val="nil"/>
              <w:bottom w:val="nil"/>
              <w:right w:val="nil"/>
            </w:tcBorders>
          </w:tcPr>
          <w:p w14:paraId="41270AB8"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11D302D9"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6720F5AD" w14:textId="77777777" w:rsidR="001C61CC" w:rsidRDefault="000D727A">
            <w:pPr>
              <w:spacing w:after="0" w:line="240" w:lineRule="auto"/>
              <w:jc w:val="center"/>
            </w:pPr>
            <w:r>
              <w:rPr>
                <w:sz w:val="16"/>
              </w:rPr>
              <w:t>0.76 (0.57, 1.01)</w:t>
            </w:r>
          </w:p>
        </w:tc>
        <w:tc>
          <w:tcPr>
            <w:tcW w:w="2074" w:type="dxa"/>
            <w:tcBorders>
              <w:top w:val="nil"/>
              <w:left w:val="nil"/>
              <w:bottom w:val="nil"/>
              <w:right w:val="nil"/>
            </w:tcBorders>
          </w:tcPr>
          <w:p w14:paraId="767DEC8C" w14:textId="77777777" w:rsidR="001C61CC" w:rsidRDefault="000D727A">
            <w:pPr>
              <w:spacing w:after="0" w:line="240" w:lineRule="auto"/>
              <w:jc w:val="center"/>
            </w:pPr>
            <w:r>
              <w:rPr>
                <w:sz w:val="16"/>
              </w:rPr>
              <w:t>0.055</w:t>
            </w:r>
          </w:p>
        </w:tc>
      </w:tr>
      <w:tr w:rsidR="001C61CC" w14:paraId="3DCDBAD3" w14:textId="77777777">
        <w:tc>
          <w:tcPr>
            <w:tcW w:w="2074" w:type="dxa"/>
            <w:tcBorders>
              <w:top w:val="nil"/>
              <w:left w:val="nil"/>
              <w:bottom w:val="nil"/>
              <w:right w:val="nil"/>
            </w:tcBorders>
          </w:tcPr>
          <w:p w14:paraId="16A6C86C" w14:textId="77777777" w:rsidR="001C61CC" w:rsidRDefault="000D727A">
            <w:pPr>
              <w:spacing w:after="0" w:line="240" w:lineRule="auto"/>
            </w:pPr>
            <w:r>
              <w:rPr>
                <w:sz w:val="16"/>
              </w:rPr>
              <w:t>ADL limitation score</w:t>
            </w:r>
          </w:p>
        </w:tc>
        <w:tc>
          <w:tcPr>
            <w:tcW w:w="2074" w:type="dxa"/>
            <w:tcBorders>
              <w:top w:val="nil"/>
              <w:left w:val="nil"/>
              <w:bottom w:val="nil"/>
              <w:right w:val="nil"/>
            </w:tcBorders>
          </w:tcPr>
          <w:p w14:paraId="1763858B"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6006E2B6"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03344952" w14:textId="77777777" w:rsidR="001C61CC" w:rsidRDefault="000D727A">
            <w:pPr>
              <w:spacing w:after="0" w:line="240" w:lineRule="auto"/>
              <w:jc w:val="center"/>
            </w:pPr>
            <w:r>
              <w:rPr>
                <w:sz w:val="16"/>
              </w:rPr>
              <w:t>0.92 (0.78, 1.09)</w:t>
            </w:r>
          </w:p>
        </w:tc>
        <w:tc>
          <w:tcPr>
            <w:tcW w:w="2074" w:type="dxa"/>
            <w:tcBorders>
              <w:top w:val="nil"/>
              <w:left w:val="nil"/>
              <w:bottom w:val="nil"/>
              <w:right w:val="nil"/>
            </w:tcBorders>
          </w:tcPr>
          <w:p w14:paraId="07ED832B" w14:textId="77777777" w:rsidR="001C61CC" w:rsidRDefault="000D727A">
            <w:pPr>
              <w:spacing w:after="0" w:line="240" w:lineRule="auto"/>
              <w:jc w:val="center"/>
            </w:pPr>
            <w:r>
              <w:rPr>
                <w:sz w:val="16"/>
              </w:rPr>
              <w:t>0.319</w:t>
            </w:r>
          </w:p>
        </w:tc>
      </w:tr>
      <w:tr w:rsidR="001C61CC" w14:paraId="5D76F715" w14:textId="77777777">
        <w:tc>
          <w:tcPr>
            <w:tcW w:w="2074" w:type="dxa"/>
            <w:tcBorders>
              <w:top w:val="nil"/>
              <w:left w:val="nil"/>
              <w:bottom w:val="nil"/>
              <w:right w:val="nil"/>
            </w:tcBorders>
          </w:tcPr>
          <w:p w14:paraId="188515F3" w14:textId="77777777" w:rsidR="001C61CC" w:rsidRDefault="000D727A">
            <w:pPr>
              <w:spacing w:after="0" w:line="240" w:lineRule="auto"/>
            </w:pPr>
            <w:r>
              <w:rPr>
                <w:sz w:val="16"/>
              </w:rPr>
              <w:t>IADL limitation score</w:t>
            </w:r>
          </w:p>
        </w:tc>
        <w:tc>
          <w:tcPr>
            <w:tcW w:w="2074" w:type="dxa"/>
            <w:tcBorders>
              <w:top w:val="nil"/>
              <w:left w:val="nil"/>
              <w:bottom w:val="nil"/>
              <w:right w:val="nil"/>
            </w:tcBorders>
          </w:tcPr>
          <w:p w14:paraId="44A7C5A6"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735637E2"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4DAADD59" w14:textId="77777777" w:rsidR="001C61CC" w:rsidRDefault="000D727A">
            <w:pPr>
              <w:spacing w:after="0" w:line="240" w:lineRule="auto"/>
              <w:jc w:val="center"/>
            </w:pPr>
            <w:r>
              <w:rPr>
                <w:sz w:val="16"/>
              </w:rPr>
              <w:t>1.24 (1.07, 1.43)</w:t>
            </w:r>
          </w:p>
        </w:tc>
        <w:tc>
          <w:tcPr>
            <w:tcW w:w="2074" w:type="dxa"/>
            <w:tcBorders>
              <w:top w:val="nil"/>
              <w:left w:val="nil"/>
              <w:bottom w:val="nil"/>
              <w:right w:val="nil"/>
            </w:tcBorders>
          </w:tcPr>
          <w:p w14:paraId="2EFA901A" w14:textId="77777777" w:rsidR="001C61CC" w:rsidRDefault="000D727A">
            <w:pPr>
              <w:spacing w:after="0" w:line="240" w:lineRule="auto"/>
              <w:jc w:val="center"/>
            </w:pPr>
            <w:r>
              <w:rPr>
                <w:sz w:val="16"/>
              </w:rPr>
              <w:t>0.003</w:t>
            </w:r>
          </w:p>
        </w:tc>
      </w:tr>
      <w:tr w:rsidR="001C61CC" w14:paraId="5A9D647C" w14:textId="77777777">
        <w:tc>
          <w:tcPr>
            <w:tcW w:w="2074" w:type="dxa"/>
            <w:tcBorders>
              <w:top w:val="nil"/>
              <w:left w:val="nil"/>
              <w:bottom w:val="nil"/>
              <w:right w:val="nil"/>
            </w:tcBorders>
          </w:tcPr>
          <w:p w14:paraId="37F1BEF7" w14:textId="77777777" w:rsidR="001C61CC" w:rsidRDefault="000D727A">
            <w:pPr>
              <w:spacing w:after="0" w:line="240" w:lineRule="auto"/>
            </w:pPr>
            <w:r>
              <w:rPr>
                <w:sz w:val="16"/>
              </w:rPr>
              <w:t>Hypertension, n (%)</w:t>
            </w:r>
          </w:p>
        </w:tc>
        <w:tc>
          <w:tcPr>
            <w:tcW w:w="2074" w:type="dxa"/>
            <w:tcBorders>
              <w:top w:val="nil"/>
              <w:left w:val="nil"/>
              <w:bottom w:val="nil"/>
              <w:right w:val="nil"/>
            </w:tcBorders>
          </w:tcPr>
          <w:p w14:paraId="5037D781"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09535E89"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5E5E6C1C" w14:textId="77777777" w:rsidR="001C61CC" w:rsidRDefault="000D727A">
            <w:pPr>
              <w:spacing w:after="0" w:line="240" w:lineRule="auto"/>
              <w:jc w:val="center"/>
            </w:pPr>
            <w:r>
              <w:rPr>
                <w:sz w:val="16"/>
              </w:rPr>
              <w:t>0.97 (0.78, 1.20)</w:t>
            </w:r>
          </w:p>
        </w:tc>
        <w:tc>
          <w:tcPr>
            <w:tcW w:w="2074" w:type="dxa"/>
            <w:tcBorders>
              <w:top w:val="nil"/>
              <w:left w:val="nil"/>
              <w:bottom w:val="nil"/>
              <w:right w:val="nil"/>
            </w:tcBorders>
          </w:tcPr>
          <w:p w14:paraId="67664CCE" w14:textId="77777777" w:rsidR="001C61CC" w:rsidRDefault="000D727A">
            <w:pPr>
              <w:spacing w:after="0" w:line="240" w:lineRule="auto"/>
              <w:jc w:val="center"/>
            </w:pPr>
            <w:r>
              <w:rPr>
                <w:sz w:val="16"/>
              </w:rPr>
              <w:t>0.783</w:t>
            </w:r>
          </w:p>
        </w:tc>
      </w:tr>
      <w:tr w:rsidR="001C61CC" w14:paraId="25F83DBC" w14:textId="77777777">
        <w:tc>
          <w:tcPr>
            <w:tcW w:w="2074" w:type="dxa"/>
            <w:tcBorders>
              <w:top w:val="nil"/>
              <w:left w:val="nil"/>
              <w:bottom w:val="nil"/>
              <w:right w:val="nil"/>
            </w:tcBorders>
          </w:tcPr>
          <w:p w14:paraId="6324C73B" w14:textId="77777777" w:rsidR="001C61CC" w:rsidRDefault="000D727A">
            <w:pPr>
              <w:spacing w:after="0" w:line="240" w:lineRule="auto"/>
            </w:pPr>
            <w:r>
              <w:rPr>
                <w:sz w:val="16"/>
              </w:rPr>
              <w:t>Dyslipidaemia, n (%)</w:t>
            </w:r>
          </w:p>
        </w:tc>
        <w:tc>
          <w:tcPr>
            <w:tcW w:w="2074" w:type="dxa"/>
            <w:tcBorders>
              <w:top w:val="nil"/>
              <w:left w:val="nil"/>
              <w:bottom w:val="nil"/>
              <w:right w:val="nil"/>
            </w:tcBorders>
          </w:tcPr>
          <w:p w14:paraId="14FC08A4"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23E425C4"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02898DCC" w14:textId="77777777" w:rsidR="001C61CC" w:rsidRDefault="000D727A">
            <w:pPr>
              <w:spacing w:after="0" w:line="240" w:lineRule="auto"/>
              <w:jc w:val="center"/>
            </w:pPr>
            <w:r>
              <w:rPr>
                <w:sz w:val="16"/>
              </w:rPr>
              <w:t>1.02 (0.79, 1.33)</w:t>
            </w:r>
          </w:p>
        </w:tc>
        <w:tc>
          <w:tcPr>
            <w:tcW w:w="2074" w:type="dxa"/>
            <w:tcBorders>
              <w:top w:val="nil"/>
              <w:left w:val="nil"/>
              <w:bottom w:val="nil"/>
              <w:right w:val="nil"/>
            </w:tcBorders>
          </w:tcPr>
          <w:p w14:paraId="72118A6C" w14:textId="77777777" w:rsidR="001C61CC" w:rsidRDefault="000D727A">
            <w:pPr>
              <w:spacing w:after="0" w:line="240" w:lineRule="auto"/>
              <w:jc w:val="center"/>
            </w:pPr>
            <w:r>
              <w:rPr>
                <w:sz w:val="16"/>
              </w:rPr>
              <w:t>0.863</w:t>
            </w:r>
          </w:p>
        </w:tc>
      </w:tr>
      <w:tr w:rsidR="001C61CC" w14:paraId="5B2512BE" w14:textId="77777777">
        <w:tc>
          <w:tcPr>
            <w:tcW w:w="2074" w:type="dxa"/>
            <w:tcBorders>
              <w:top w:val="nil"/>
              <w:left w:val="nil"/>
              <w:bottom w:val="nil"/>
              <w:right w:val="nil"/>
            </w:tcBorders>
          </w:tcPr>
          <w:p w14:paraId="3F652073" w14:textId="77777777" w:rsidR="001C61CC" w:rsidRDefault="000D727A">
            <w:pPr>
              <w:spacing w:after="0" w:line="240" w:lineRule="auto"/>
            </w:pPr>
            <w:r>
              <w:rPr>
                <w:sz w:val="16"/>
              </w:rPr>
              <w:t>Diabetes, n (%)</w:t>
            </w:r>
          </w:p>
        </w:tc>
        <w:tc>
          <w:tcPr>
            <w:tcW w:w="2074" w:type="dxa"/>
            <w:tcBorders>
              <w:top w:val="nil"/>
              <w:left w:val="nil"/>
              <w:bottom w:val="nil"/>
              <w:right w:val="nil"/>
            </w:tcBorders>
          </w:tcPr>
          <w:p w14:paraId="259ABCBD"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3C4753C9"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1766178B" w14:textId="77777777" w:rsidR="001C61CC" w:rsidRDefault="000D727A">
            <w:pPr>
              <w:spacing w:after="0" w:line="240" w:lineRule="auto"/>
              <w:jc w:val="center"/>
            </w:pPr>
            <w:r>
              <w:rPr>
                <w:sz w:val="16"/>
              </w:rPr>
              <w:t>1.11 (0.81, 1.51)</w:t>
            </w:r>
          </w:p>
        </w:tc>
        <w:tc>
          <w:tcPr>
            <w:tcW w:w="2074" w:type="dxa"/>
            <w:tcBorders>
              <w:top w:val="nil"/>
              <w:left w:val="nil"/>
              <w:bottom w:val="nil"/>
              <w:right w:val="nil"/>
            </w:tcBorders>
          </w:tcPr>
          <w:p w14:paraId="42A1FAF3" w14:textId="77777777" w:rsidR="001C61CC" w:rsidRDefault="000D727A">
            <w:pPr>
              <w:spacing w:after="0" w:line="240" w:lineRule="auto"/>
              <w:jc w:val="center"/>
            </w:pPr>
            <w:r>
              <w:rPr>
                <w:sz w:val="16"/>
              </w:rPr>
              <w:t>0.524</w:t>
            </w:r>
          </w:p>
        </w:tc>
      </w:tr>
      <w:tr w:rsidR="001C61CC" w14:paraId="65A13443" w14:textId="77777777">
        <w:tc>
          <w:tcPr>
            <w:tcW w:w="2074" w:type="dxa"/>
            <w:tcBorders>
              <w:top w:val="nil"/>
              <w:left w:val="nil"/>
              <w:bottom w:val="nil"/>
              <w:right w:val="nil"/>
            </w:tcBorders>
          </w:tcPr>
          <w:p w14:paraId="384CF464" w14:textId="77777777" w:rsidR="001C61CC" w:rsidRDefault="000D727A">
            <w:pPr>
              <w:spacing w:after="0" w:line="240" w:lineRule="auto"/>
            </w:pPr>
            <w:r>
              <w:rPr>
                <w:sz w:val="16"/>
              </w:rPr>
              <w:t>Heart disease, n (%)</w:t>
            </w:r>
          </w:p>
        </w:tc>
        <w:tc>
          <w:tcPr>
            <w:tcW w:w="2074" w:type="dxa"/>
            <w:tcBorders>
              <w:top w:val="nil"/>
              <w:left w:val="nil"/>
              <w:bottom w:val="nil"/>
              <w:right w:val="nil"/>
            </w:tcBorders>
          </w:tcPr>
          <w:p w14:paraId="7B487358"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257E0110"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6DFB93A8" w14:textId="77777777" w:rsidR="001C61CC" w:rsidRDefault="000D727A">
            <w:pPr>
              <w:spacing w:after="0" w:line="240" w:lineRule="auto"/>
              <w:jc w:val="center"/>
            </w:pPr>
            <w:r>
              <w:rPr>
                <w:sz w:val="16"/>
              </w:rPr>
              <w:t>1.11 (0.86, 1.44)</w:t>
            </w:r>
          </w:p>
        </w:tc>
        <w:tc>
          <w:tcPr>
            <w:tcW w:w="2074" w:type="dxa"/>
            <w:tcBorders>
              <w:top w:val="nil"/>
              <w:left w:val="nil"/>
              <w:bottom w:val="nil"/>
              <w:right w:val="nil"/>
            </w:tcBorders>
          </w:tcPr>
          <w:p w14:paraId="675C93DB" w14:textId="77777777" w:rsidR="001C61CC" w:rsidRDefault="000D727A">
            <w:pPr>
              <w:spacing w:after="0" w:line="240" w:lineRule="auto"/>
              <w:jc w:val="center"/>
            </w:pPr>
            <w:r>
              <w:rPr>
                <w:sz w:val="16"/>
              </w:rPr>
              <w:t>0.412</w:t>
            </w:r>
          </w:p>
        </w:tc>
      </w:tr>
      <w:tr w:rsidR="001C61CC" w14:paraId="10B793FD" w14:textId="77777777">
        <w:tc>
          <w:tcPr>
            <w:tcW w:w="2074" w:type="dxa"/>
            <w:tcBorders>
              <w:top w:val="nil"/>
              <w:left w:val="nil"/>
              <w:bottom w:val="nil"/>
              <w:right w:val="nil"/>
            </w:tcBorders>
          </w:tcPr>
          <w:p w14:paraId="745EEA45" w14:textId="77777777" w:rsidR="001C61CC" w:rsidRDefault="000D727A">
            <w:pPr>
              <w:spacing w:after="0" w:line="240" w:lineRule="auto"/>
            </w:pPr>
            <w:r>
              <w:rPr>
                <w:sz w:val="16"/>
              </w:rPr>
              <w:t>Kidney disease, n (%)</w:t>
            </w:r>
          </w:p>
        </w:tc>
        <w:tc>
          <w:tcPr>
            <w:tcW w:w="2074" w:type="dxa"/>
            <w:tcBorders>
              <w:top w:val="nil"/>
              <w:left w:val="nil"/>
              <w:bottom w:val="nil"/>
              <w:right w:val="nil"/>
            </w:tcBorders>
          </w:tcPr>
          <w:p w14:paraId="784E4389"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6D81E351"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2AFA80B4" w14:textId="77777777" w:rsidR="001C61CC" w:rsidRDefault="000D727A">
            <w:pPr>
              <w:spacing w:after="0" w:line="240" w:lineRule="auto"/>
              <w:jc w:val="center"/>
            </w:pPr>
            <w:r>
              <w:rPr>
                <w:sz w:val="16"/>
              </w:rPr>
              <w:t>1.05 (0.71, 1.55)</w:t>
            </w:r>
          </w:p>
        </w:tc>
        <w:tc>
          <w:tcPr>
            <w:tcW w:w="2074" w:type="dxa"/>
            <w:tcBorders>
              <w:top w:val="nil"/>
              <w:left w:val="nil"/>
              <w:bottom w:val="nil"/>
              <w:right w:val="nil"/>
            </w:tcBorders>
          </w:tcPr>
          <w:p w14:paraId="672850FB" w14:textId="77777777" w:rsidR="001C61CC" w:rsidRDefault="000D727A">
            <w:pPr>
              <w:spacing w:after="0" w:line="240" w:lineRule="auto"/>
              <w:jc w:val="center"/>
            </w:pPr>
            <w:r>
              <w:rPr>
                <w:sz w:val="16"/>
              </w:rPr>
              <w:t>0.809</w:t>
            </w:r>
          </w:p>
        </w:tc>
      </w:tr>
      <w:tr w:rsidR="001C61CC" w14:paraId="0D3092F6" w14:textId="77777777">
        <w:tc>
          <w:tcPr>
            <w:tcW w:w="2074" w:type="dxa"/>
            <w:tcBorders>
              <w:top w:val="nil"/>
              <w:left w:val="nil"/>
              <w:bottom w:val="nil"/>
              <w:right w:val="nil"/>
            </w:tcBorders>
          </w:tcPr>
          <w:p w14:paraId="6DB50C7A" w14:textId="77777777" w:rsidR="001C61CC" w:rsidRDefault="000D727A">
            <w:pPr>
              <w:spacing w:after="0" w:line="240" w:lineRule="auto"/>
            </w:pPr>
            <w:r>
              <w:rPr>
                <w:sz w:val="16"/>
              </w:rPr>
              <w:t>Digestive disease, n (%)</w:t>
            </w:r>
          </w:p>
        </w:tc>
        <w:tc>
          <w:tcPr>
            <w:tcW w:w="2074" w:type="dxa"/>
            <w:tcBorders>
              <w:top w:val="nil"/>
              <w:left w:val="nil"/>
              <w:bottom w:val="nil"/>
              <w:right w:val="nil"/>
            </w:tcBorders>
          </w:tcPr>
          <w:p w14:paraId="55AC8DAB"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57C3C1F2"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0BF43F2D" w14:textId="77777777" w:rsidR="001C61CC" w:rsidRDefault="000D727A">
            <w:pPr>
              <w:spacing w:after="0" w:line="240" w:lineRule="auto"/>
              <w:jc w:val="center"/>
            </w:pPr>
            <w:r>
              <w:rPr>
                <w:sz w:val="16"/>
              </w:rPr>
              <w:t>1.13 (0.91, 1.40)</w:t>
            </w:r>
          </w:p>
        </w:tc>
        <w:tc>
          <w:tcPr>
            <w:tcW w:w="2074" w:type="dxa"/>
            <w:tcBorders>
              <w:top w:val="nil"/>
              <w:left w:val="nil"/>
              <w:bottom w:val="nil"/>
              <w:right w:val="nil"/>
            </w:tcBorders>
          </w:tcPr>
          <w:p w14:paraId="34286828" w14:textId="77777777" w:rsidR="001C61CC" w:rsidRDefault="000D727A">
            <w:pPr>
              <w:spacing w:after="0" w:line="240" w:lineRule="auto"/>
              <w:jc w:val="center"/>
            </w:pPr>
            <w:r>
              <w:rPr>
                <w:sz w:val="16"/>
              </w:rPr>
              <w:t>0.257</w:t>
            </w:r>
          </w:p>
        </w:tc>
      </w:tr>
      <w:tr w:rsidR="001C61CC" w14:paraId="5BFEEFC4" w14:textId="77777777">
        <w:tc>
          <w:tcPr>
            <w:tcW w:w="2074" w:type="dxa"/>
            <w:tcBorders>
              <w:top w:val="nil"/>
              <w:left w:val="nil"/>
              <w:bottom w:val="nil"/>
              <w:right w:val="nil"/>
            </w:tcBorders>
          </w:tcPr>
          <w:p w14:paraId="1B82A556" w14:textId="77777777" w:rsidR="001C61CC" w:rsidRDefault="000D727A">
            <w:pPr>
              <w:spacing w:after="0" w:line="240" w:lineRule="auto"/>
            </w:pPr>
            <w:r>
              <w:rPr>
                <w:sz w:val="16"/>
              </w:rPr>
              <w:t>Arthritis, n (%)</w:t>
            </w:r>
          </w:p>
        </w:tc>
        <w:tc>
          <w:tcPr>
            <w:tcW w:w="2074" w:type="dxa"/>
            <w:tcBorders>
              <w:top w:val="nil"/>
              <w:left w:val="nil"/>
              <w:bottom w:val="nil"/>
              <w:right w:val="nil"/>
            </w:tcBorders>
          </w:tcPr>
          <w:p w14:paraId="7E0D9008"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695B8129"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7676DE47" w14:textId="77777777" w:rsidR="001C61CC" w:rsidRDefault="000D727A">
            <w:pPr>
              <w:spacing w:after="0" w:line="240" w:lineRule="auto"/>
              <w:jc w:val="center"/>
            </w:pPr>
            <w:r>
              <w:rPr>
                <w:sz w:val="16"/>
              </w:rPr>
              <w:t>0.85 (0.69, 1.04)</w:t>
            </w:r>
          </w:p>
        </w:tc>
        <w:tc>
          <w:tcPr>
            <w:tcW w:w="2074" w:type="dxa"/>
            <w:tcBorders>
              <w:top w:val="nil"/>
              <w:left w:val="nil"/>
              <w:bottom w:val="nil"/>
              <w:right w:val="nil"/>
            </w:tcBorders>
          </w:tcPr>
          <w:p w14:paraId="493A4892" w14:textId="77777777" w:rsidR="001C61CC" w:rsidRDefault="000D727A">
            <w:pPr>
              <w:spacing w:after="0" w:line="240" w:lineRule="auto"/>
              <w:jc w:val="center"/>
            </w:pPr>
            <w:r>
              <w:rPr>
                <w:sz w:val="16"/>
              </w:rPr>
              <w:t>0.121</w:t>
            </w:r>
          </w:p>
        </w:tc>
      </w:tr>
      <w:tr w:rsidR="001C61CC" w14:paraId="1E9D28EE" w14:textId="77777777">
        <w:tc>
          <w:tcPr>
            <w:tcW w:w="2074" w:type="dxa"/>
            <w:tcBorders>
              <w:top w:val="nil"/>
              <w:left w:val="nil"/>
              <w:bottom w:val="nil"/>
              <w:right w:val="nil"/>
            </w:tcBorders>
          </w:tcPr>
          <w:p w14:paraId="5E410D2A" w14:textId="77777777" w:rsidR="001C61CC" w:rsidRDefault="000D727A">
            <w:pPr>
              <w:spacing w:after="0" w:line="240" w:lineRule="auto"/>
            </w:pPr>
            <w:r>
              <w:rPr>
                <w:sz w:val="16"/>
              </w:rPr>
              <w:t>Asthma, n (%)</w:t>
            </w:r>
          </w:p>
        </w:tc>
        <w:tc>
          <w:tcPr>
            <w:tcW w:w="2074" w:type="dxa"/>
            <w:tcBorders>
              <w:top w:val="nil"/>
              <w:left w:val="nil"/>
              <w:bottom w:val="nil"/>
              <w:right w:val="nil"/>
            </w:tcBorders>
          </w:tcPr>
          <w:p w14:paraId="00A2F1BB"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062054E0"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2164C2DC" w14:textId="77777777" w:rsidR="001C61CC" w:rsidRDefault="000D727A">
            <w:pPr>
              <w:spacing w:after="0" w:line="240" w:lineRule="auto"/>
              <w:jc w:val="center"/>
            </w:pPr>
            <w:r>
              <w:rPr>
                <w:sz w:val="16"/>
              </w:rPr>
              <w:t>0.78 (0.45, 1.34)</w:t>
            </w:r>
          </w:p>
        </w:tc>
        <w:tc>
          <w:tcPr>
            <w:tcW w:w="2074" w:type="dxa"/>
            <w:tcBorders>
              <w:top w:val="nil"/>
              <w:left w:val="nil"/>
              <w:bottom w:val="nil"/>
              <w:right w:val="nil"/>
            </w:tcBorders>
          </w:tcPr>
          <w:p w14:paraId="31943AB6" w14:textId="77777777" w:rsidR="001C61CC" w:rsidRDefault="000D727A">
            <w:pPr>
              <w:spacing w:after="0" w:line="240" w:lineRule="auto"/>
              <w:jc w:val="center"/>
            </w:pPr>
            <w:r>
              <w:rPr>
                <w:sz w:val="16"/>
              </w:rPr>
              <w:t>0.368</w:t>
            </w:r>
          </w:p>
        </w:tc>
      </w:tr>
      <w:tr w:rsidR="001C61CC" w14:paraId="22C88699" w14:textId="77777777">
        <w:tc>
          <w:tcPr>
            <w:tcW w:w="2074" w:type="dxa"/>
            <w:tcBorders>
              <w:top w:val="nil"/>
              <w:left w:val="nil"/>
              <w:bottom w:val="nil"/>
              <w:right w:val="nil"/>
            </w:tcBorders>
          </w:tcPr>
          <w:p w14:paraId="0E37F543" w14:textId="77777777" w:rsidR="001C61CC" w:rsidRDefault="000D727A">
            <w:pPr>
              <w:spacing w:after="0" w:line="240" w:lineRule="auto"/>
            </w:pPr>
            <w:r>
              <w:rPr>
                <w:sz w:val="16"/>
              </w:rPr>
              <w:t>Lung disease, n (%)</w:t>
            </w:r>
          </w:p>
        </w:tc>
        <w:tc>
          <w:tcPr>
            <w:tcW w:w="2074" w:type="dxa"/>
            <w:tcBorders>
              <w:top w:val="nil"/>
              <w:left w:val="nil"/>
              <w:bottom w:val="nil"/>
              <w:right w:val="nil"/>
            </w:tcBorders>
          </w:tcPr>
          <w:p w14:paraId="13C8CF6A" w14:textId="77777777" w:rsidR="001C61CC" w:rsidRDefault="000D727A">
            <w:pPr>
              <w:spacing w:after="0" w:line="240" w:lineRule="auto"/>
              <w:jc w:val="center"/>
            </w:pPr>
            <w:r>
              <w:rPr>
                <w:sz w:val="16"/>
              </w:rPr>
              <w:t>3115</w:t>
            </w:r>
          </w:p>
        </w:tc>
        <w:tc>
          <w:tcPr>
            <w:tcW w:w="2074" w:type="dxa"/>
            <w:tcBorders>
              <w:top w:val="nil"/>
              <w:left w:val="nil"/>
              <w:bottom w:val="nil"/>
              <w:right w:val="nil"/>
            </w:tcBorders>
          </w:tcPr>
          <w:p w14:paraId="19C9DCF4" w14:textId="77777777" w:rsidR="001C61CC" w:rsidRDefault="000D727A">
            <w:pPr>
              <w:spacing w:after="0" w:line="240" w:lineRule="auto"/>
              <w:jc w:val="center"/>
            </w:pPr>
            <w:r>
              <w:rPr>
                <w:sz w:val="16"/>
              </w:rPr>
              <w:t>552</w:t>
            </w:r>
          </w:p>
        </w:tc>
        <w:tc>
          <w:tcPr>
            <w:tcW w:w="2074" w:type="dxa"/>
            <w:tcBorders>
              <w:top w:val="nil"/>
              <w:left w:val="nil"/>
              <w:bottom w:val="nil"/>
              <w:right w:val="nil"/>
            </w:tcBorders>
          </w:tcPr>
          <w:p w14:paraId="702E4AC0" w14:textId="77777777" w:rsidR="001C61CC" w:rsidRDefault="000D727A">
            <w:pPr>
              <w:spacing w:after="0" w:line="240" w:lineRule="auto"/>
              <w:jc w:val="center"/>
            </w:pPr>
            <w:r>
              <w:rPr>
                <w:sz w:val="16"/>
              </w:rPr>
              <w:t>1.15 (0.82, 1.60)</w:t>
            </w:r>
          </w:p>
        </w:tc>
        <w:tc>
          <w:tcPr>
            <w:tcW w:w="2074" w:type="dxa"/>
            <w:tcBorders>
              <w:top w:val="nil"/>
              <w:left w:val="nil"/>
              <w:bottom w:val="nil"/>
              <w:right w:val="nil"/>
            </w:tcBorders>
          </w:tcPr>
          <w:p w14:paraId="3AF6A298" w14:textId="77777777" w:rsidR="001C61CC" w:rsidRDefault="000D727A">
            <w:pPr>
              <w:spacing w:after="0" w:line="240" w:lineRule="auto"/>
              <w:jc w:val="center"/>
            </w:pPr>
            <w:r>
              <w:rPr>
                <w:sz w:val="16"/>
              </w:rPr>
              <w:t>0.416</w:t>
            </w:r>
          </w:p>
        </w:tc>
      </w:tr>
      <w:tr w:rsidR="001C61CC" w14:paraId="211AD102" w14:textId="77777777">
        <w:tc>
          <w:tcPr>
            <w:tcW w:w="2074" w:type="dxa"/>
            <w:tcBorders>
              <w:top w:val="nil"/>
              <w:left w:val="nil"/>
              <w:bottom w:val="single" w:sz="10" w:space="0" w:color="000000"/>
              <w:right w:val="nil"/>
            </w:tcBorders>
          </w:tcPr>
          <w:p w14:paraId="01E06C36" w14:textId="77777777" w:rsidR="001C61CC" w:rsidRDefault="000D727A">
            <w:pPr>
              <w:spacing w:after="0" w:line="240" w:lineRule="auto"/>
            </w:pPr>
            <w:r>
              <w:rPr>
                <w:sz w:val="16"/>
              </w:rPr>
              <w:t>Liver disease, n (%)</w:t>
            </w:r>
          </w:p>
        </w:tc>
        <w:tc>
          <w:tcPr>
            <w:tcW w:w="2074" w:type="dxa"/>
            <w:tcBorders>
              <w:top w:val="nil"/>
              <w:left w:val="nil"/>
              <w:bottom w:val="single" w:sz="10" w:space="0" w:color="000000"/>
              <w:right w:val="nil"/>
            </w:tcBorders>
          </w:tcPr>
          <w:p w14:paraId="19A3F1D1" w14:textId="77777777" w:rsidR="001C61CC" w:rsidRDefault="000D727A">
            <w:pPr>
              <w:spacing w:after="0" w:line="240" w:lineRule="auto"/>
              <w:jc w:val="center"/>
            </w:pPr>
            <w:r>
              <w:rPr>
                <w:sz w:val="16"/>
              </w:rPr>
              <w:t>3115</w:t>
            </w:r>
          </w:p>
        </w:tc>
        <w:tc>
          <w:tcPr>
            <w:tcW w:w="2074" w:type="dxa"/>
            <w:tcBorders>
              <w:top w:val="nil"/>
              <w:left w:val="nil"/>
              <w:bottom w:val="single" w:sz="10" w:space="0" w:color="000000"/>
              <w:right w:val="nil"/>
            </w:tcBorders>
          </w:tcPr>
          <w:p w14:paraId="41809A1F" w14:textId="77777777" w:rsidR="001C61CC" w:rsidRDefault="000D727A">
            <w:pPr>
              <w:spacing w:after="0" w:line="240" w:lineRule="auto"/>
              <w:jc w:val="center"/>
            </w:pPr>
            <w:r>
              <w:rPr>
                <w:sz w:val="16"/>
              </w:rPr>
              <w:t>552</w:t>
            </w:r>
          </w:p>
        </w:tc>
        <w:tc>
          <w:tcPr>
            <w:tcW w:w="2074" w:type="dxa"/>
            <w:tcBorders>
              <w:top w:val="nil"/>
              <w:left w:val="nil"/>
              <w:bottom w:val="single" w:sz="10" w:space="0" w:color="000000"/>
              <w:right w:val="nil"/>
            </w:tcBorders>
          </w:tcPr>
          <w:p w14:paraId="7DA574C5" w14:textId="77777777" w:rsidR="001C61CC" w:rsidRDefault="000D727A">
            <w:pPr>
              <w:spacing w:after="0" w:line="240" w:lineRule="auto"/>
              <w:jc w:val="center"/>
            </w:pPr>
            <w:r>
              <w:rPr>
                <w:sz w:val="16"/>
              </w:rPr>
              <w:t>1.14 (0.74, 1.77)</w:t>
            </w:r>
          </w:p>
        </w:tc>
        <w:tc>
          <w:tcPr>
            <w:tcW w:w="2074" w:type="dxa"/>
            <w:tcBorders>
              <w:top w:val="nil"/>
              <w:left w:val="nil"/>
              <w:bottom w:val="single" w:sz="10" w:space="0" w:color="000000"/>
              <w:right w:val="nil"/>
            </w:tcBorders>
          </w:tcPr>
          <w:p w14:paraId="4F7D9DC8" w14:textId="77777777" w:rsidR="001C61CC" w:rsidRDefault="000D727A">
            <w:pPr>
              <w:spacing w:after="0" w:line="240" w:lineRule="auto"/>
              <w:jc w:val="center"/>
            </w:pPr>
            <w:r>
              <w:rPr>
                <w:sz w:val="16"/>
              </w:rPr>
              <w:t>0.557</w:t>
            </w:r>
          </w:p>
        </w:tc>
      </w:tr>
    </w:tbl>
    <w:p w14:paraId="1CD0FAEB" w14:textId="77777777" w:rsidR="001C61CC" w:rsidRDefault="001C61CC"/>
    <w:p w14:paraId="1836BDE6" w14:textId="77777777" w:rsidR="001C61CC" w:rsidRDefault="000D727A">
      <w:pPr>
        <w:spacing w:after="80"/>
      </w:pPr>
      <w:r>
        <w:rPr>
          <w:sz w:val="16"/>
        </w:rPr>
        <w:t>Note: Odds ratios estimate the association between baseline characteristics and prospective exclusion or loss to follow-up.</w:t>
      </w:r>
    </w:p>
    <w:p w14:paraId="071FE0B2" w14:textId="77777777" w:rsidR="001C61CC" w:rsidRDefault="000D727A">
      <w:r>
        <w:br w:type="page"/>
      </w:r>
    </w:p>
    <w:p w14:paraId="6CFBD2B8" w14:textId="77777777" w:rsidR="001C61CC" w:rsidRDefault="000D727A">
      <w:pPr>
        <w:spacing w:after="80"/>
      </w:pPr>
      <w:r>
        <w:rPr>
          <w:b/>
          <w:sz w:val="24"/>
        </w:rPr>
        <w:lastRenderedPageBreak/>
        <w:t>Supplementary Table 3. Percentages of missing values in each variable</w:t>
      </w:r>
    </w:p>
    <w:p w14:paraId="13CFD6AE" w14:textId="77777777" w:rsidR="001C61CC" w:rsidRDefault="000D727A">
      <w:pPr>
        <w:spacing w:after="80"/>
      </w:pPr>
      <w:r>
        <w:rPr>
          <w:sz w:val="19"/>
        </w:rPr>
        <w:t>Panel A. Cross-sectional candidate sample (n=10251)</w:t>
      </w:r>
    </w:p>
    <w:tbl>
      <w:tblPr>
        <w:tblW w:w="0" w:type="auto"/>
        <w:tblLook w:val="04A0" w:firstRow="1" w:lastRow="0" w:firstColumn="1" w:lastColumn="0" w:noHBand="0" w:noVBand="1"/>
      </w:tblPr>
      <w:tblGrid>
        <w:gridCol w:w="2592"/>
        <w:gridCol w:w="2592"/>
        <w:gridCol w:w="2592"/>
        <w:gridCol w:w="2592"/>
      </w:tblGrid>
      <w:tr w:rsidR="001C61CC" w14:paraId="2895E0CE" w14:textId="77777777">
        <w:tc>
          <w:tcPr>
            <w:tcW w:w="2592" w:type="dxa"/>
            <w:tcBorders>
              <w:top w:val="single" w:sz="10" w:space="0" w:color="000000"/>
              <w:left w:val="nil"/>
              <w:bottom w:val="single" w:sz="10" w:space="0" w:color="000000"/>
              <w:right w:val="nil"/>
            </w:tcBorders>
          </w:tcPr>
          <w:p w14:paraId="276B922D" w14:textId="77777777" w:rsidR="001C61CC" w:rsidRDefault="000D727A">
            <w:pPr>
              <w:spacing w:after="0" w:line="240" w:lineRule="auto"/>
            </w:pPr>
            <w:r>
              <w:rPr>
                <w:b/>
                <w:sz w:val="16"/>
              </w:rPr>
              <w:t>Variable</w:t>
            </w:r>
          </w:p>
        </w:tc>
        <w:tc>
          <w:tcPr>
            <w:tcW w:w="2592" w:type="dxa"/>
            <w:tcBorders>
              <w:top w:val="single" w:sz="10" w:space="0" w:color="000000"/>
              <w:left w:val="nil"/>
              <w:bottom w:val="single" w:sz="10" w:space="0" w:color="000000"/>
              <w:right w:val="nil"/>
            </w:tcBorders>
          </w:tcPr>
          <w:p w14:paraId="64D38E54" w14:textId="77777777" w:rsidR="001C61CC" w:rsidRDefault="000D727A">
            <w:pPr>
              <w:spacing w:after="0" w:line="240" w:lineRule="auto"/>
              <w:jc w:val="center"/>
            </w:pPr>
            <w:r>
              <w:rPr>
                <w:b/>
                <w:sz w:val="16"/>
              </w:rPr>
              <w:t>Non-missing n</w:t>
            </w:r>
          </w:p>
        </w:tc>
        <w:tc>
          <w:tcPr>
            <w:tcW w:w="2592" w:type="dxa"/>
            <w:tcBorders>
              <w:top w:val="single" w:sz="10" w:space="0" w:color="000000"/>
              <w:left w:val="nil"/>
              <w:bottom w:val="single" w:sz="10" w:space="0" w:color="000000"/>
              <w:right w:val="nil"/>
            </w:tcBorders>
          </w:tcPr>
          <w:p w14:paraId="23081F62" w14:textId="77777777" w:rsidR="001C61CC" w:rsidRDefault="000D727A">
            <w:pPr>
              <w:spacing w:after="0" w:line="240" w:lineRule="auto"/>
              <w:jc w:val="center"/>
            </w:pPr>
            <w:r>
              <w:rPr>
                <w:b/>
                <w:sz w:val="16"/>
              </w:rPr>
              <w:t>Missing n</w:t>
            </w:r>
          </w:p>
        </w:tc>
        <w:tc>
          <w:tcPr>
            <w:tcW w:w="2592" w:type="dxa"/>
            <w:tcBorders>
              <w:top w:val="single" w:sz="10" w:space="0" w:color="000000"/>
              <w:left w:val="nil"/>
              <w:bottom w:val="single" w:sz="10" w:space="0" w:color="000000"/>
              <w:right w:val="nil"/>
            </w:tcBorders>
          </w:tcPr>
          <w:p w14:paraId="09A8B78A" w14:textId="77777777" w:rsidR="001C61CC" w:rsidRDefault="000D727A">
            <w:pPr>
              <w:spacing w:after="0" w:line="240" w:lineRule="auto"/>
              <w:jc w:val="center"/>
            </w:pPr>
            <w:r>
              <w:rPr>
                <w:b/>
                <w:sz w:val="16"/>
              </w:rPr>
              <w:t>Missing %</w:t>
            </w:r>
          </w:p>
        </w:tc>
      </w:tr>
      <w:tr w:rsidR="001C61CC" w14:paraId="6282642F" w14:textId="77777777">
        <w:tc>
          <w:tcPr>
            <w:tcW w:w="2592" w:type="dxa"/>
            <w:tcBorders>
              <w:top w:val="nil"/>
              <w:left w:val="nil"/>
              <w:bottom w:val="nil"/>
              <w:right w:val="nil"/>
            </w:tcBorders>
          </w:tcPr>
          <w:p w14:paraId="18DE171B" w14:textId="77777777" w:rsidR="001C61CC" w:rsidRDefault="000D727A">
            <w:pPr>
              <w:spacing w:after="0" w:line="240" w:lineRule="auto"/>
            </w:pPr>
            <w:r>
              <w:rPr>
                <w:sz w:val="16"/>
              </w:rPr>
              <w:t>Age, years</w:t>
            </w:r>
          </w:p>
        </w:tc>
        <w:tc>
          <w:tcPr>
            <w:tcW w:w="2592" w:type="dxa"/>
            <w:tcBorders>
              <w:top w:val="nil"/>
              <w:left w:val="nil"/>
              <w:bottom w:val="nil"/>
              <w:right w:val="nil"/>
            </w:tcBorders>
          </w:tcPr>
          <w:p w14:paraId="1B29193D" w14:textId="77777777" w:rsidR="001C61CC" w:rsidRDefault="000D727A">
            <w:pPr>
              <w:spacing w:after="0" w:line="240" w:lineRule="auto"/>
              <w:jc w:val="center"/>
            </w:pPr>
            <w:r>
              <w:rPr>
                <w:sz w:val="16"/>
              </w:rPr>
              <w:t>10240</w:t>
            </w:r>
          </w:p>
        </w:tc>
        <w:tc>
          <w:tcPr>
            <w:tcW w:w="2592" w:type="dxa"/>
            <w:tcBorders>
              <w:top w:val="nil"/>
              <w:left w:val="nil"/>
              <w:bottom w:val="nil"/>
              <w:right w:val="nil"/>
            </w:tcBorders>
          </w:tcPr>
          <w:p w14:paraId="12B9F601" w14:textId="77777777" w:rsidR="001C61CC" w:rsidRDefault="000D727A">
            <w:pPr>
              <w:spacing w:after="0" w:line="240" w:lineRule="auto"/>
              <w:jc w:val="center"/>
            </w:pPr>
            <w:r>
              <w:rPr>
                <w:sz w:val="16"/>
              </w:rPr>
              <w:t>11</w:t>
            </w:r>
          </w:p>
        </w:tc>
        <w:tc>
          <w:tcPr>
            <w:tcW w:w="2592" w:type="dxa"/>
            <w:tcBorders>
              <w:top w:val="nil"/>
              <w:left w:val="nil"/>
              <w:bottom w:val="nil"/>
              <w:right w:val="nil"/>
            </w:tcBorders>
          </w:tcPr>
          <w:p w14:paraId="031F4ABA" w14:textId="77777777" w:rsidR="001C61CC" w:rsidRDefault="000D727A">
            <w:pPr>
              <w:spacing w:after="0" w:line="240" w:lineRule="auto"/>
              <w:jc w:val="center"/>
            </w:pPr>
            <w:r>
              <w:rPr>
                <w:sz w:val="16"/>
              </w:rPr>
              <w:t>0.1%</w:t>
            </w:r>
          </w:p>
        </w:tc>
      </w:tr>
      <w:tr w:rsidR="001C61CC" w14:paraId="4AE2816A" w14:textId="77777777">
        <w:tc>
          <w:tcPr>
            <w:tcW w:w="2592" w:type="dxa"/>
            <w:tcBorders>
              <w:top w:val="nil"/>
              <w:left w:val="nil"/>
              <w:bottom w:val="nil"/>
              <w:right w:val="nil"/>
            </w:tcBorders>
          </w:tcPr>
          <w:p w14:paraId="3F4A5C22" w14:textId="77777777" w:rsidR="001C61CC" w:rsidRDefault="000D727A">
            <w:pPr>
              <w:spacing w:after="0" w:line="240" w:lineRule="auto"/>
            </w:pPr>
            <w:r>
              <w:rPr>
                <w:sz w:val="16"/>
              </w:rPr>
              <w:t>Married or partnered, n (%)</w:t>
            </w:r>
          </w:p>
        </w:tc>
        <w:tc>
          <w:tcPr>
            <w:tcW w:w="2592" w:type="dxa"/>
            <w:tcBorders>
              <w:top w:val="nil"/>
              <w:left w:val="nil"/>
              <w:bottom w:val="nil"/>
              <w:right w:val="nil"/>
            </w:tcBorders>
          </w:tcPr>
          <w:p w14:paraId="22BD54E7" w14:textId="77777777" w:rsidR="001C61CC" w:rsidRDefault="000D727A">
            <w:pPr>
              <w:spacing w:after="0" w:line="240" w:lineRule="auto"/>
              <w:jc w:val="center"/>
            </w:pPr>
            <w:r>
              <w:rPr>
                <w:sz w:val="16"/>
              </w:rPr>
              <w:t>10251</w:t>
            </w:r>
          </w:p>
        </w:tc>
        <w:tc>
          <w:tcPr>
            <w:tcW w:w="2592" w:type="dxa"/>
            <w:tcBorders>
              <w:top w:val="nil"/>
              <w:left w:val="nil"/>
              <w:bottom w:val="nil"/>
              <w:right w:val="nil"/>
            </w:tcBorders>
          </w:tcPr>
          <w:p w14:paraId="546EDF82" w14:textId="77777777" w:rsidR="001C61CC" w:rsidRDefault="000D727A">
            <w:pPr>
              <w:spacing w:after="0" w:line="240" w:lineRule="auto"/>
              <w:jc w:val="center"/>
            </w:pPr>
            <w:r>
              <w:rPr>
                <w:sz w:val="16"/>
              </w:rPr>
              <w:t>0</w:t>
            </w:r>
          </w:p>
        </w:tc>
        <w:tc>
          <w:tcPr>
            <w:tcW w:w="2592" w:type="dxa"/>
            <w:tcBorders>
              <w:top w:val="nil"/>
              <w:left w:val="nil"/>
              <w:bottom w:val="nil"/>
              <w:right w:val="nil"/>
            </w:tcBorders>
          </w:tcPr>
          <w:p w14:paraId="3C8163E8" w14:textId="77777777" w:rsidR="001C61CC" w:rsidRDefault="000D727A">
            <w:pPr>
              <w:spacing w:after="0" w:line="240" w:lineRule="auto"/>
              <w:jc w:val="center"/>
            </w:pPr>
            <w:r>
              <w:rPr>
                <w:sz w:val="16"/>
              </w:rPr>
              <w:t>0.0%</w:t>
            </w:r>
          </w:p>
        </w:tc>
      </w:tr>
      <w:tr w:rsidR="001C61CC" w14:paraId="4C35BDF6" w14:textId="77777777">
        <w:tc>
          <w:tcPr>
            <w:tcW w:w="2592" w:type="dxa"/>
            <w:tcBorders>
              <w:top w:val="nil"/>
              <w:left w:val="nil"/>
              <w:bottom w:val="nil"/>
              <w:right w:val="nil"/>
            </w:tcBorders>
          </w:tcPr>
          <w:p w14:paraId="6E8B99F2" w14:textId="77777777" w:rsidR="001C61CC" w:rsidRDefault="000D727A">
            <w:pPr>
              <w:spacing w:after="0" w:line="240" w:lineRule="auto"/>
            </w:pPr>
            <w:r>
              <w:rPr>
                <w:sz w:val="16"/>
              </w:rPr>
              <w:t>Rural residence, n (%)</w:t>
            </w:r>
          </w:p>
        </w:tc>
        <w:tc>
          <w:tcPr>
            <w:tcW w:w="2592" w:type="dxa"/>
            <w:tcBorders>
              <w:top w:val="nil"/>
              <w:left w:val="nil"/>
              <w:bottom w:val="nil"/>
              <w:right w:val="nil"/>
            </w:tcBorders>
          </w:tcPr>
          <w:p w14:paraId="7C9DBBF7" w14:textId="77777777" w:rsidR="001C61CC" w:rsidRDefault="000D727A">
            <w:pPr>
              <w:spacing w:after="0" w:line="240" w:lineRule="auto"/>
              <w:jc w:val="center"/>
            </w:pPr>
            <w:r>
              <w:rPr>
                <w:sz w:val="16"/>
              </w:rPr>
              <w:t>10251</w:t>
            </w:r>
          </w:p>
        </w:tc>
        <w:tc>
          <w:tcPr>
            <w:tcW w:w="2592" w:type="dxa"/>
            <w:tcBorders>
              <w:top w:val="nil"/>
              <w:left w:val="nil"/>
              <w:bottom w:val="nil"/>
              <w:right w:val="nil"/>
            </w:tcBorders>
          </w:tcPr>
          <w:p w14:paraId="4A40F807" w14:textId="77777777" w:rsidR="001C61CC" w:rsidRDefault="000D727A">
            <w:pPr>
              <w:spacing w:after="0" w:line="240" w:lineRule="auto"/>
              <w:jc w:val="center"/>
            </w:pPr>
            <w:r>
              <w:rPr>
                <w:sz w:val="16"/>
              </w:rPr>
              <w:t>0</w:t>
            </w:r>
          </w:p>
        </w:tc>
        <w:tc>
          <w:tcPr>
            <w:tcW w:w="2592" w:type="dxa"/>
            <w:tcBorders>
              <w:top w:val="nil"/>
              <w:left w:val="nil"/>
              <w:bottom w:val="nil"/>
              <w:right w:val="nil"/>
            </w:tcBorders>
          </w:tcPr>
          <w:p w14:paraId="397803C7" w14:textId="77777777" w:rsidR="001C61CC" w:rsidRDefault="000D727A">
            <w:pPr>
              <w:spacing w:after="0" w:line="240" w:lineRule="auto"/>
              <w:jc w:val="center"/>
            </w:pPr>
            <w:r>
              <w:rPr>
                <w:sz w:val="16"/>
              </w:rPr>
              <w:t>0.0%</w:t>
            </w:r>
          </w:p>
        </w:tc>
      </w:tr>
      <w:tr w:rsidR="001C61CC" w14:paraId="25FA8AF0" w14:textId="77777777">
        <w:tc>
          <w:tcPr>
            <w:tcW w:w="2592" w:type="dxa"/>
            <w:tcBorders>
              <w:top w:val="nil"/>
              <w:left w:val="nil"/>
              <w:bottom w:val="nil"/>
              <w:right w:val="nil"/>
            </w:tcBorders>
          </w:tcPr>
          <w:p w14:paraId="44C569F2" w14:textId="77777777" w:rsidR="001C61CC" w:rsidRDefault="000D727A">
            <w:pPr>
              <w:spacing w:after="0" w:line="240" w:lineRule="auto"/>
            </w:pPr>
            <w:r>
              <w:rPr>
                <w:sz w:val="16"/>
              </w:rPr>
              <w:t>Self-rated health score</w:t>
            </w:r>
          </w:p>
        </w:tc>
        <w:tc>
          <w:tcPr>
            <w:tcW w:w="2592" w:type="dxa"/>
            <w:tcBorders>
              <w:top w:val="nil"/>
              <w:left w:val="nil"/>
              <w:bottom w:val="nil"/>
              <w:right w:val="nil"/>
            </w:tcBorders>
          </w:tcPr>
          <w:p w14:paraId="647E521D" w14:textId="77777777" w:rsidR="001C61CC" w:rsidRDefault="000D727A">
            <w:pPr>
              <w:spacing w:after="0" w:line="240" w:lineRule="auto"/>
              <w:jc w:val="center"/>
            </w:pPr>
            <w:r>
              <w:rPr>
                <w:sz w:val="16"/>
              </w:rPr>
              <w:t>9490</w:t>
            </w:r>
          </w:p>
        </w:tc>
        <w:tc>
          <w:tcPr>
            <w:tcW w:w="2592" w:type="dxa"/>
            <w:tcBorders>
              <w:top w:val="nil"/>
              <w:left w:val="nil"/>
              <w:bottom w:val="nil"/>
              <w:right w:val="nil"/>
            </w:tcBorders>
          </w:tcPr>
          <w:p w14:paraId="5D20FD46" w14:textId="77777777" w:rsidR="001C61CC" w:rsidRDefault="000D727A">
            <w:pPr>
              <w:spacing w:after="0" w:line="240" w:lineRule="auto"/>
              <w:jc w:val="center"/>
            </w:pPr>
            <w:r>
              <w:rPr>
                <w:sz w:val="16"/>
              </w:rPr>
              <w:t>761</w:t>
            </w:r>
          </w:p>
        </w:tc>
        <w:tc>
          <w:tcPr>
            <w:tcW w:w="2592" w:type="dxa"/>
            <w:tcBorders>
              <w:top w:val="nil"/>
              <w:left w:val="nil"/>
              <w:bottom w:val="nil"/>
              <w:right w:val="nil"/>
            </w:tcBorders>
          </w:tcPr>
          <w:p w14:paraId="55A13EFE" w14:textId="77777777" w:rsidR="001C61CC" w:rsidRDefault="000D727A">
            <w:pPr>
              <w:spacing w:after="0" w:line="240" w:lineRule="auto"/>
              <w:jc w:val="center"/>
            </w:pPr>
            <w:r>
              <w:rPr>
                <w:sz w:val="16"/>
              </w:rPr>
              <w:t>7.4%</w:t>
            </w:r>
          </w:p>
        </w:tc>
      </w:tr>
      <w:tr w:rsidR="001C61CC" w14:paraId="40485C1A" w14:textId="77777777">
        <w:tc>
          <w:tcPr>
            <w:tcW w:w="2592" w:type="dxa"/>
            <w:tcBorders>
              <w:top w:val="nil"/>
              <w:left w:val="nil"/>
              <w:bottom w:val="nil"/>
              <w:right w:val="nil"/>
            </w:tcBorders>
          </w:tcPr>
          <w:p w14:paraId="17B0EBE9" w14:textId="77777777" w:rsidR="001C61CC" w:rsidRDefault="000D727A">
            <w:pPr>
              <w:spacing w:after="0" w:line="240" w:lineRule="auto"/>
            </w:pPr>
            <w:r>
              <w:rPr>
                <w:sz w:val="16"/>
              </w:rPr>
              <w:t>Night sleep duration, h</w:t>
            </w:r>
          </w:p>
        </w:tc>
        <w:tc>
          <w:tcPr>
            <w:tcW w:w="2592" w:type="dxa"/>
            <w:tcBorders>
              <w:top w:val="nil"/>
              <w:left w:val="nil"/>
              <w:bottom w:val="nil"/>
              <w:right w:val="nil"/>
            </w:tcBorders>
          </w:tcPr>
          <w:p w14:paraId="7957117F" w14:textId="77777777" w:rsidR="001C61CC" w:rsidRDefault="000D727A">
            <w:pPr>
              <w:spacing w:after="0" w:line="240" w:lineRule="auto"/>
              <w:jc w:val="center"/>
            </w:pPr>
            <w:r>
              <w:rPr>
                <w:sz w:val="16"/>
              </w:rPr>
              <w:t>10207</w:t>
            </w:r>
          </w:p>
        </w:tc>
        <w:tc>
          <w:tcPr>
            <w:tcW w:w="2592" w:type="dxa"/>
            <w:tcBorders>
              <w:top w:val="nil"/>
              <w:left w:val="nil"/>
              <w:bottom w:val="nil"/>
              <w:right w:val="nil"/>
            </w:tcBorders>
          </w:tcPr>
          <w:p w14:paraId="1C473CC2" w14:textId="77777777" w:rsidR="001C61CC" w:rsidRDefault="000D727A">
            <w:pPr>
              <w:spacing w:after="0" w:line="240" w:lineRule="auto"/>
              <w:jc w:val="center"/>
            </w:pPr>
            <w:r>
              <w:rPr>
                <w:sz w:val="16"/>
              </w:rPr>
              <w:t>44</w:t>
            </w:r>
          </w:p>
        </w:tc>
        <w:tc>
          <w:tcPr>
            <w:tcW w:w="2592" w:type="dxa"/>
            <w:tcBorders>
              <w:top w:val="nil"/>
              <w:left w:val="nil"/>
              <w:bottom w:val="nil"/>
              <w:right w:val="nil"/>
            </w:tcBorders>
          </w:tcPr>
          <w:p w14:paraId="73F2AF9F" w14:textId="77777777" w:rsidR="001C61CC" w:rsidRDefault="000D727A">
            <w:pPr>
              <w:spacing w:after="0" w:line="240" w:lineRule="auto"/>
              <w:jc w:val="center"/>
            </w:pPr>
            <w:r>
              <w:rPr>
                <w:sz w:val="16"/>
              </w:rPr>
              <w:t>0.4%</w:t>
            </w:r>
          </w:p>
        </w:tc>
      </w:tr>
      <w:tr w:rsidR="001C61CC" w14:paraId="4A3B54D9" w14:textId="77777777">
        <w:tc>
          <w:tcPr>
            <w:tcW w:w="2592" w:type="dxa"/>
            <w:tcBorders>
              <w:top w:val="nil"/>
              <w:left w:val="nil"/>
              <w:bottom w:val="nil"/>
              <w:right w:val="nil"/>
            </w:tcBorders>
          </w:tcPr>
          <w:p w14:paraId="3302164E" w14:textId="77777777" w:rsidR="001C61CC" w:rsidRDefault="000D727A">
            <w:pPr>
              <w:spacing w:after="0" w:line="240" w:lineRule="auto"/>
            </w:pPr>
            <w:r>
              <w:rPr>
                <w:sz w:val="16"/>
              </w:rPr>
              <w:t>IADL limitation score</w:t>
            </w:r>
          </w:p>
        </w:tc>
        <w:tc>
          <w:tcPr>
            <w:tcW w:w="2592" w:type="dxa"/>
            <w:tcBorders>
              <w:top w:val="nil"/>
              <w:left w:val="nil"/>
              <w:bottom w:val="nil"/>
              <w:right w:val="nil"/>
            </w:tcBorders>
          </w:tcPr>
          <w:p w14:paraId="721E8566" w14:textId="77777777" w:rsidR="001C61CC" w:rsidRDefault="000D727A">
            <w:pPr>
              <w:spacing w:after="0" w:line="240" w:lineRule="auto"/>
              <w:jc w:val="center"/>
            </w:pPr>
            <w:r>
              <w:rPr>
                <w:sz w:val="16"/>
              </w:rPr>
              <w:t>10200</w:t>
            </w:r>
          </w:p>
        </w:tc>
        <w:tc>
          <w:tcPr>
            <w:tcW w:w="2592" w:type="dxa"/>
            <w:tcBorders>
              <w:top w:val="nil"/>
              <w:left w:val="nil"/>
              <w:bottom w:val="nil"/>
              <w:right w:val="nil"/>
            </w:tcBorders>
          </w:tcPr>
          <w:p w14:paraId="17F09CCF" w14:textId="77777777" w:rsidR="001C61CC" w:rsidRDefault="000D727A">
            <w:pPr>
              <w:spacing w:after="0" w:line="240" w:lineRule="auto"/>
              <w:jc w:val="center"/>
            </w:pPr>
            <w:r>
              <w:rPr>
                <w:sz w:val="16"/>
              </w:rPr>
              <w:t>51</w:t>
            </w:r>
          </w:p>
        </w:tc>
        <w:tc>
          <w:tcPr>
            <w:tcW w:w="2592" w:type="dxa"/>
            <w:tcBorders>
              <w:top w:val="nil"/>
              <w:left w:val="nil"/>
              <w:bottom w:val="nil"/>
              <w:right w:val="nil"/>
            </w:tcBorders>
          </w:tcPr>
          <w:p w14:paraId="04BC6355" w14:textId="77777777" w:rsidR="001C61CC" w:rsidRDefault="000D727A">
            <w:pPr>
              <w:spacing w:after="0" w:line="240" w:lineRule="auto"/>
              <w:jc w:val="center"/>
            </w:pPr>
            <w:r>
              <w:rPr>
                <w:sz w:val="16"/>
              </w:rPr>
              <w:t>0.5%</w:t>
            </w:r>
          </w:p>
        </w:tc>
      </w:tr>
      <w:tr w:rsidR="001C61CC" w14:paraId="3673CA4E" w14:textId="77777777">
        <w:tc>
          <w:tcPr>
            <w:tcW w:w="2592" w:type="dxa"/>
            <w:tcBorders>
              <w:top w:val="nil"/>
              <w:left w:val="nil"/>
              <w:bottom w:val="nil"/>
              <w:right w:val="nil"/>
            </w:tcBorders>
          </w:tcPr>
          <w:p w14:paraId="6132DFAC" w14:textId="77777777" w:rsidR="001C61CC" w:rsidRDefault="000D727A">
            <w:pPr>
              <w:spacing w:after="0" w:line="240" w:lineRule="auto"/>
            </w:pPr>
            <w:r>
              <w:rPr>
                <w:sz w:val="16"/>
              </w:rPr>
              <w:t>ADL limitation score</w:t>
            </w:r>
          </w:p>
        </w:tc>
        <w:tc>
          <w:tcPr>
            <w:tcW w:w="2592" w:type="dxa"/>
            <w:tcBorders>
              <w:top w:val="nil"/>
              <w:left w:val="nil"/>
              <w:bottom w:val="nil"/>
              <w:right w:val="nil"/>
            </w:tcBorders>
          </w:tcPr>
          <w:p w14:paraId="77BBB754" w14:textId="77777777" w:rsidR="001C61CC" w:rsidRDefault="000D727A">
            <w:pPr>
              <w:spacing w:after="0" w:line="240" w:lineRule="auto"/>
              <w:jc w:val="center"/>
            </w:pPr>
            <w:r>
              <w:rPr>
                <w:sz w:val="16"/>
              </w:rPr>
              <w:t>10066</w:t>
            </w:r>
          </w:p>
        </w:tc>
        <w:tc>
          <w:tcPr>
            <w:tcW w:w="2592" w:type="dxa"/>
            <w:tcBorders>
              <w:top w:val="nil"/>
              <w:left w:val="nil"/>
              <w:bottom w:val="nil"/>
              <w:right w:val="nil"/>
            </w:tcBorders>
          </w:tcPr>
          <w:p w14:paraId="7774F64B" w14:textId="77777777" w:rsidR="001C61CC" w:rsidRDefault="000D727A">
            <w:pPr>
              <w:spacing w:after="0" w:line="240" w:lineRule="auto"/>
              <w:jc w:val="center"/>
            </w:pPr>
            <w:r>
              <w:rPr>
                <w:sz w:val="16"/>
              </w:rPr>
              <w:t>185</w:t>
            </w:r>
          </w:p>
        </w:tc>
        <w:tc>
          <w:tcPr>
            <w:tcW w:w="2592" w:type="dxa"/>
            <w:tcBorders>
              <w:top w:val="nil"/>
              <w:left w:val="nil"/>
              <w:bottom w:val="nil"/>
              <w:right w:val="nil"/>
            </w:tcBorders>
          </w:tcPr>
          <w:p w14:paraId="5D1980EC" w14:textId="77777777" w:rsidR="001C61CC" w:rsidRDefault="000D727A">
            <w:pPr>
              <w:spacing w:after="0" w:line="240" w:lineRule="auto"/>
              <w:jc w:val="center"/>
            </w:pPr>
            <w:r>
              <w:rPr>
                <w:sz w:val="16"/>
              </w:rPr>
              <w:t>1.8%</w:t>
            </w:r>
          </w:p>
        </w:tc>
      </w:tr>
      <w:tr w:rsidR="001C61CC" w14:paraId="0E1432B5" w14:textId="77777777">
        <w:tc>
          <w:tcPr>
            <w:tcW w:w="2592" w:type="dxa"/>
            <w:tcBorders>
              <w:top w:val="nil"/>
              <w:left w:val="nil"/>
              <w:bottom w:val="nil"/>
              <w:right w:val="nil"/>
            </w:tcBorders>
          </w:tcPr>
          <w:p w14:paraId="1324F3BF" w14:textId="77777777" w:rsidR="001C61CC" w:rsidRDefault="000D727A">
            <w:pPr>
              <w:spacing w:after="0" w:line="240" w:lineRule="auto"/>
            </w:pPr>
            <w:r>
              <w:rPr>
                <w:sz w:val="16"/>
              </w:rPr>
              <w:t>CESD-10 score</w:t>
            </w:r>
          </w:p>
        </w:tc>
        <w:tc>
          <w:tcPr>
            <w:tcW w:w="2592" w:type="dxa"/>
            <w:tcBorders>
              <w:top w:val="nil"/>
              <w:left w:val="nil"/>
              <w:bottom w:val="nil"/>
              <w:right w:val="nil"/>
            </w:tcBorders>
          </w:tcPr>
          <w:p w14:paraId="0BA79EF6" w14:textId="77777777" w:rsidR="001C61CC" w:rsidRDefault="000D727A">
            <w:pPr>
              <w:spacing w:after="0" w:line="240" w:lineRule="auto"/>
              <w:jc w:val="center"/>
            </w:pPr>
            <w:r>
              <w:rPr>
                <w:sz w:val="16"/>
              </w:rPr>
              <w:t>9318</w:t>
            </w:r>
          </w:p>
        </w:tc>
        <w:tc>
          <w:tcPr>
            <w:tcW w:w="2592" w:type="dxa"/>
            <w:tcBorders>
              <w:top w:val="nil"/>
              <w:left w:val="nil"/>
              <w:bottom w:val="nil"/>
              <w:right w:val="nil"/>
            </w:tcBorders>
          </w:tcPr>
          <w:p w14:paraId="3889FC2A" w14:textId="77777777" w:rsidR="001C61CC" w:rsidRDefault="000D727A">
            <w:pPr>
              <w:spacing w:after="0" w:line="240" w:lineRule="auto"/>
              <w:jc w:val="center"/>
            </w:pPr>
            <w:r>
              <w:rPr>
                <w:sz w:val="16"/>
              </w:rPr>
              <w:t>933</w:t>
            </w:r>
          </w:p>
        </w:tc>
        <w:tc>
          <w:tcPr>
            <w:tcW w:w="2592" w:type="dxa"/>
            <w:tcBorders>
              <w:top w:val="nil"/>
              <w:left w:val="nil"/>
              <w:bottom w:val="nil"/>
              <w:right w:val="nil"/>
            </w:tcBorders>
          </w:tcPr>
          <w:p w14:paraId="209BA4F6" w14:textId="77777777" w:rsidR="001C61CC" w:rsidRDefault="000D727A">
            <w:pPr>
              <w:spacing w:after="0" w:line="240" w:lineRule="auto"/>
              <w:jc w:val="center"/>
            </w:pPr>
            <w:r>
              <w:rPr>
                <w:sz w:val="16"/>
              </w:rPr>
              <w:t>9.1%</w:t>
            </w:r>
          </w:p>
        </w:tc>
      </w:tr>
      <w:tr w:rsidR="001C61CC" w14:paraId="65C70AAA" w14:textId="77777777">
        <w:tc>
          <w:tcPr>
            <w:tcW w:w="2592" w:type="dxa"/>
            <w:tcBorders>
              <w:top w:val="nil"/>
              <w:left w:val="nil"/>
              <w:bottom w:val="nil"/>
              <w:right w:val="nil"/>
            </w:tcBorders>
          </w:tcPr>
          <w:p w14:paraId="37EA0C37" w14:textId="77777777" w:rsidR="001C61CC" w:rsidRDefault="000D727A">
            <w:pPr>
              <w:spacing w:after="0" w:line="240" w:lineRule="auto"/>
            </w:pPr>
            <w:r>
              <w:rPr>
                <w:sz w:val="16"/>
              </w:rPr>
              <w:t>Any pregnancy loss, n (%)</w:t>
            </w:r>
          </w:p>
        </w:tc>
        <w:tc>
          <w:tcPr>
            <w:tcW w:w="2592" w:type="dxa"/>
            <w:tcBorders>
              <w:top w:val="nil"/>
              <w:left w:val="nil"/>
              <w:bottom w:val="nil"/>
              <w:right w:val="nil"/>
            </w:tcBorders>
          </w:tcPr>
          <w:p w14:paraId="28E3783E" w14:textId="77777777" w:rsidR="001C61CC" w:rsidRDefault="000D727A">
            <w:pPr>
              <w:spacing w:after="0" w:line="240" w:lineRule="auto"/>
              <w:jc w:val="center"/>
            </w:pPr>
            <w:r>
              <w:rPr>
                <w:sz w:val="16"/>
              </w:rPr>
              <w:t>9088</w:t>
            </w:r>
          </w:p>
        </w:tc>
        <w:tc>
          <w:tcPr>
            <w:tcW w:w="2592" w:type="dxa"/>
            <w:tcBorders>
              <w:top w:val="nil"/>
              <w:left w:val="nil"/>
              <w:bottom w:val="nil"/>
              <w:right w:val="nil"/>
            </w:tcBorders>
          </w:tcPr>
          <w:p w14:paraId="3988A955" w14:textId="77777777" w:rsidR="001C61CC" w:rsidRDefault="000D727A">
            <w:pPr>
              <w:spacing w:after="0" w:line="240" w:lineRule="auto"/>
              <w:jc w:val="center"/>
            </w:pPr>
            <w:r>
              <w:rPr>
                <w:sz w:val="16"/>
              </w:rPr>
              <w:t>1163</w:t>
            </w:r>
          </w:p>
        </w:tc>
        <w:tc>
          <w:tcPr>
            <w:tcW w:w="2592" w:type="dxa"/>
            <w:tcBorders>
              <w:top w:val="nil"/>
              <w:left w:val="nil"/>
              <w:bottom w:val="nil"/>
              <w:right w:val="nil"/>
            </w:tcBorders>
          </w:tcPr>
          <w:p w14:paraId="4AD4EE4E" w14:textId="77777777" w:rsidR="001C61CC" w:rsidRDefault="000D727A">
            <w:pPr>
              <w:spacing w:after="0" w:line="240" w:lineRule="auto"/>
              <w:jc w:val="center"/>
            </w:pPr>
            <w:r>
              <w:rPr>
                <w:sz w:val="16"/>
              </w:rPr>
              <w:t>11.3%</w:t>
            </w:r>
          </w:p>
        </w:tc>
      </w:tr>
      <w:tr w:rsidR="001C61CC" w14:paraId="5E3AC191" w14:textId="77777777">
        <w:tc>
          <w:tcPr>
            <w:tcW w:w="2592" w:type="dxa"/>
            <w:tcBorders>
              <w:top w:val="nil"/>
              <w:left w:val="nil"/>
              <w:bottom w:val="nil"/>
              <w:right w:val="nil"/>
            </w:tcBorders>
          </w:tcPr>
          <w:p w14:paraId="1FF0FDEB" w14:textId="77777777" w:rsidR="001C61CC" w:rsidRDefault="000D727A">
            <w:pPr>
              <w:spacing w:after="0" w:line="240" w:lineRule="auto"/>
            </w:pPr>
            <w:r>
              <w:rPr>
                <w:sz w:val="16"/>
              </w:rPr>
              <w:t>Induced abortion history, n (%)</w:t>
            </w:r>
          </w:p>
        </w:tc>
        <w:tc>
          <w:tcPr>
            <w:tcW w:w="2592" w:type="dxa"/>
            <w:tcBorders>
              <w:top w:val="nil"/>
              <w:left w:val="nil"/>
              <w:bottom w:val="nil"/>
              <w:right w:val="nil"/>
            </w:tcBorders>
          </w:tcPr>
          <w:p w14:paraId="7B49D1E5" w14:textId="77777777" w:rsidR="001C61CC" w:rsidRDefault="000D727A">
            <w:pPr>
              <w:spacing w:after="0" w:line="240" w:lineRule="auto"/>
              <w:jc w:val="center"/>
            </w:pPr>
            <w:r>
              <w:rPr>
                <w:sz w:val="16"/>
              </w:rPr>
              <w:t>9088</w:t>
            </w:r>
          </w:p>
        </w:tc>
        <w:tc>
          <w:tcPr>
            <w:tcW w:w="2592" w:type="dxa"/>
            <w:tcBorders>
              <w:top w:val="nil"/>
              <w:left w:val="nil"/>
              <w:bottom w:val="nil"/>
              <w:right w:val="nil"/>
            </w:tcBorders>
          </w:tcPr>
          <w:p w14:paraId="5A0640DD" w14:textId="77777777" w:rsidR="001C61CC" w:rsidRDefault="000D727A">
            <w:pPr>
              <w:spacing w:after="0" w:line="240" w:lineRule="auto"/>
              <w:jc w:val="center"/>
            </w:pPr>
            <w:r>
              <w:rPr>
                <w:sz w:val="16"/>
              </w:rPr>
              <w:t>1163</w:t>
            </w:r>
          </w:p>
        </w:tc>
        <w:tc>
          <w:tcPr>
            <w:tcW w:w="2592" w:type="dxa"/>
            <w:tcBorders>
              <w:top w:val="nil"/>
              <w:left w:val="nil"/>
              <w:bottom w:val="nil"/>
              <w:right w:val="nil"/>
            </w:tcBorders>
          </w:tcPr>
          <w:p w14:paraId="3CF35619" w14:textId="77777777" w:rsidR="001C61CC" w:rsidRDefault="000D727A">
            <w:pPr>
              <w:spacing w:after="0" w:line="240" w:lineRule="auto"/>
              <w:jc w:val="center"/>
            </w:pPr>
            <w:r>
              <w:rPr>
                <w:sz w:val="16"/>
              </w:rPr>
              <w:t>11.3%</w:t>
            </w:r>
          </w:p>
        </w:tc>
      </w:tr>
      <w:tr w:rsidR="001C61CC" w14:paraId="363CA106" w14:textId="77777777">
        <w:tc>
          <w:tcPr>
            <w:tcW w:w="2592" w:type="dxa"/>
            <w:tcBorders>
              <w:top w:val="nil"/>
              <w:left w:val="nil"/>
              <w:bottom w:val="nil"/>
              <w:right w:val="nil"/>
            </w:tcBorders>
          </w:tcPr>
          <w:p w14:paraId="0F20B244" w14:textId="77777777" w:rsidR="001C61CC" w:rsidRDefault="000D727A">
            <w:pPr>
              <w:spacing w:after="0" w:line="240" w:lineRule="auto"/>
            </w:pPr>
            <w:r>
              <w:rPr>
                <w:sz w:val="16"/>
              </w:rPr>
              <w:t>Spontaneous abortion history, n (%)</w:t>
            </w:r>
          </w:p>
        </w:tc>
        <w:tc>
          <w:tcPr>
            <w:tcW w:w="2592" w:type="dxa"/>
            <w:tcBorders>
              <w:top w:val="nil"/>
              <w:left w:val="nil"/>
              <w:bottom w:val="nil"/>
              <w:right w:val="nil"/>
            </w:tcBorders>
          </w:tcPr>
          <w:p w14:paraId="7463A554" w14:textId="77777777" w:rsidR="001C61CC" w:rsidRDefault="000D727A">
            <w:pPr>
              <w:spacing w:after="0" w:line="240" w:lineRule="auto"/>
              <w:jc w:val="center"/>
            </w:pPr>
            <w:r>
              <w:rPr>
                <w:sz w:val="16"/>
              </w:rPr>
              <w:t>9088</w:t>
            </w:r>
          </w:p>
        </w:tc>
        <w:tc>
          <w:tcPr>
            <w:tcW w:w="2592" w:type="dxa"/>
            <w:tcBorders>
              <w:top w:val="nil"/>
              <w:left w:val="nil"/>
              <w:bottom w:val="nil"/>
              <w:right w:val="nil"/>
            </w:tcBorders>
          </w:tcPr>
          <w:p w14:paraId="2DCA846C" w14:textId="77777777" w:rsidR="001C61CC" w:rsidRDefault="000D727A">
            <w:pPr>
              <w:spacing w:after="0" w:line="240" w:lineRule="auto"/>
              <w:jc w:val="center"/>
            </w:pPr>
            <w:r>
              <w:rPr>
                <w:sz w:val="16"/>
              </w:rPr>
              <w:t>1163</w:t>
            </w:r>
          </w:p>
        </w:tc>
        <w:tc>
          <w:tcPr>
            <w:tcW w:w="2592" w:type="dxa"/>
            <w:tcBorders>
              <w:top w:val="nil"/>
              <w:left w:val="nil"/>
              <w:bottom w:val="nil"/>
              <w:right w:val="nil"/>
            </w:tcBorders>
          </w:tcPr>
          <w:p w14:paraId="4D46F548" w14:textId="77777777" w:rsidR="001C61CC" w:rsidRDefault="000D727A">
            <w:pPr>
              <w:spacing w:after="0" w:line="240" w:lineRule="auto"/>
              <w:jc w:val="center"/>
            </w:pPr>
            <w:r>
              <w:rPr>
                <w:sz w:val="16"/>
              </w:rPr>
              <w:t>11.3%</w:t>
            </w:r>
          </w:p>
        </w:tc>
      </w:tr>
      <w:tr w:rsidR="001C61CC" w14:paraId="03D4FEEA" w14:textId="77777777">
        <w:tc>
          <w:tcPr>
            <w:tcW w:w="2592" w:type="dxa"/>
            <w:tcBorders>
              <w:top w:val="nil"/>
              <w:left w:val="nil"/>
              <w:bottom w:val="nil"/>
              <w:right w:val="nil"/>
            </w:tcBorders>
          </w:tcPr>
          <w:p w14:paraId="4EFA432A" w14:textId="77777777" w:rsidR="001C61CC" w:rsidRDefault="000D727A">
            <w:pPr>
              <w:spacing w:after="0" w:line="240" w:lineRule="auto"/>
            </w:pPr>
            <w:r>
              <w:rPr>
                <w:sz w:val="16"/>
              </w:rPr>
              <w:t>Stillbirth history, n (%)</w:t>
            </w:r>
          </w:p>
        </w:tc>
        <w:tc>
          <w:tcPr>
            <w:tcW w:w="2592" w:type="dxa"/>
            <w:tcBorders>
              <w:top w:val="nil"/>
              <w:left w:val="nil"/>
              <w:bottom w:val="nil"/>
              <w:right w:val="nil"/>
            </w:tcBorders>
          </w:tcPr>
          <w:p w14:paraId="71EF6FE1" w14:textId="77777777" w:rsidR="001C61CC" w:rsidRDefault="000D727A">
            <w:pPr>
              <w:spacing w:after="0" w:line="240" w:lineRule="auto"/>
              <w:jc w:val="center"/>
            </w:pPr>
            <w:r>
              <w:rPr>
                <w:sz w:val="16"/>
              </w:rPr>
              <w:t>9088</w:t>
            </w:r>
          </w:p>
        </w:tc>
        <w:tc>
          <w:tcPr>
            <w:tcW w:w="2592" w:type="dxa"/>
            <w:tcBorders>
              <w:top w:val="nil"/>
              <w:left w:val="nil"/>
              <w:bottom w:val="nil"/>
              <w:right w:val="nil"/>
            </w:tcBorders>
          </w:tcPr>
          <w:p w14:paraId="09A411D6" w14:textId="77777777" w:rsidR="001C61CC" w:rsidRDefault="000D727A">
            <w:pPr>
              <w:spacing w:after="0" w:line="240" w:lineRule="auto"/>
              <w:jc w:val="center"/>
            </w:pPr>
            <w:r>
              <w:rPr>
                <w:sz w:val="16"/>
              </w:rPr>
              <w:t>1163</w:t>
            </w:r>
          </w:p>
        </w:tc>
        <w:tc>
          <w:tcPr>
            <w:tcW w:w="2592" w:type="dxa"/>
            <w:tcBorders>
              <w:top w:val="nil"/>
              <w:left w:val="nil"/>
              <w:bottom w:val="nil"/>
              <w:right w:val="nil"/>
            </w:tcBorders>
          </w:tcPr>
          <w:p w14:paraId="764D0566" w14:textId="77777777" w:rsidR="001C61CC" w:rsidRDefault="000D727A">
            <w:pPr>
              <w:spacing w:after="0" w:line="240" w:lineRule="auto"/>
              <w:jc w:val="center"/>
            </w:pPr>
            <w:r>
              <w:rPr>
                <w:sz w:val="16"/>
              </w:rPr>
              <w:t>11.3%</w:t>
            </w:r>
          </w:p>
        </w:tc>
      </w:tr>
      <w:tr w:rsidR="001C61CC" w14:paraId="573E05FE" w14:textId="77777777">
        <w:tc>
          <w:tcPr>
            <w:tcW w:w="2592" w:type="dxa"/>
            <w:tcBorders>
              <w:top w:val="nil"/>
              <w:left w:val="nil"/>
              <w:bottom w:val="nil"/>
              <w:right w:val="nil"/>
            </w:tcBorders>
          </w:tcPr>
          <w:p w14:paraId="1D43F701" w14:textId="77777777" w:rsidR="001C61CC" w:rsidRDefault="000D727A">
            <w:pPr>
              <w:spacing w:after="0" w:line="240" w:lineRule="auto"/>
            </w:pPr>
            <w:r>
              <w:rPr>
                <w:sz w:val="16"/>
              </w:rPr>
              <w:t>Age at menarche, years</w:t>
            </w:r>
          </w:p>
        </w:tc>
        <w:tc>
          <w:tcPr>
            <w:tcW w:w="2592" w:type="dxa"/>
            <w:tcBorders>
              <w:top w:val="nil"/>
              <w:left w:val="nil"/>
              <w:bottom w:val="nil"/>
              <w:right w:val="nil"/>
            </w:tcBorders>
          </w:tcPr>
          <w:p w14:paraId="5367AA58" w14:textId="77777777" w:rsidR="001C61CC" w:rsidRDefault="000D727A">
            <w:pPr>
              <w:spacing w:after="0" w:line="240" w:lineRule="auto"/>
              <w:jc w:val="center"/>
            </w:pPr>
            <w:r>
              <w:rPr>
                <w:sz w:val="16"/>
              </w:rPr>
              <w:t>119</w:t>
            </w:r>
          </w:p>
        </w:tc>
        <w:tc>
          <w:tcPr>
            <w:tcW w:w="2592" w:type="dxa"/>
            <w:tcBorders>
              <w:top w:val="nil"/>
              <w:left w:val="nil"/>
              <w:bottom w:val="nil"/>
              <w:right w:val="nil"/>
            </w:tcBorders>
          </w:tcPr>
          <w:p w14:paraId="4AFEC8A9" w14:textId="77777777" w:rsidR="001C61CC" w:rsidRDefault="000D727A">
            <w:pPr>
              <w:spacing w:after="0" w:line="240" w:lineRule="auto"/>
              <w:jc w:val="center"/>
            </w:pPr>
            <w:r>
              <w:rPr>
                <w:sz w:val="16"/>
              </w:rPr>
              <w:t>10132</w:t>
            </w:r>
          </w:p>
        </w:tc>
        <w:tc>
          <w:tcPr>
            <w:tcW w:w="2592" w:type="dxa"/>
            <w:tcBorders>
              <w:top w:val="nil"/>
              <w:left w:val="nil"/>
              <w:bottom w:val="nil"/>
              <w:right w:val="nil"/>
            </w:tcBorders>
          </w:tcPr>
          <w:p w14:paraId="2B64DB4E" w14:textId="77777777" w:rsidR="001C61CC" w:rsidRDefault="000D727A">
            <w:pPr>
              <w:spacing w:after="0" w:line="240" w:lineRule="auto"/>
              <w:jc w:val="center"/>
            </w:pPr>
            <w:r>
              <w:rPr>
                <w:sz w:val="16"/>
              </w:rPr>
              <w:t>98.8%</w:t>
            </w:r>
          </w:p>
        </w:tc>
      </w:tr>
      <w:tr w:rsidR="001C61CC" w14:paraId="6162A3C3" w14:textId="77777777">
        <w:tc>
          <w:tcPr>
            <w:tcW w:w="2592" w:type="dxa"/>
            <w:tcBorders>
              <w:top w:val="nil"/>
              <w:left w:val="nil"/>
              <w:bottom w:val="nil"/>
              <w:right w:val="nil"/>
            </w:tcBorders>
          </w:tcPr>
          <w:p w14:paraId="0178C622" w14:textId="77777777" w:rsidR="001C61CC" w:rsidRDefault="000D727A">
            <w:pPr>
              <w:spacing w:after="0" w:line="240" w:lineRule="auto"/>
            </w:pPr>
            <w:r>
              <w:rPr>
                <w:sz w:val="16"/>
              </w:rPr>
              <w:t>Postmenopausal, n (%)</w:t>
            </w:r>
          </w:p>
        </w:tc>
        <w:tc>
          <w:tcPr>
            <w:tcW w:w="2592" w:type="dxa"/>
            <w:tcBorders>
              <w:top w:val="nil"/>
              <w:left w:val="nil"/>
              <w:bottom w:val="nil"/>
              <w:right w:val="nil"/>
            </w:tcBorders>
          </w:tcPr>
          <w:p w14:paraId="1155A633" w14:textId="77777777" w:rsidR="001C61CC" w:rsidRDefault="000D727A">
            <w:pPr>
              <w:spacing w:after="0" w:line="240" w:lineRule="auto"/>
              <w:jc w:val="center"/>
            </w:pPr>
            <w:r>
              <w:rPr>
                <w:sz w:val="16"/>
              </w:rPr>
              <w:t>10137</w:t>
            </w:r>
          </w:p>
        </w:tc>
        <w:tc>
          <w:tcPr>
            <w:tcW w:w="2592" w:type="dxa"/>
            <w:tcBorders>
              <w:top w:val="nil"/>
              <w:left w:val="nil"/>
              <w:bottom w:val="nil"/>
              <w:right w:val="nil"/>
            </w:tcBorders>
          </w:tcPr>
          <w:p w14:paraId="1DD5AD93" w14:textId="77777777" w:rsidR="001C61CC" w:rsidRDefault="000D727A">
            <w:pPr>
              <w:spacing w:after="0" w:line="240" w:lineRule="auto"/>
              <w:jc w:val="center"/>
            </w:pPr>
            <w:r>
              <w:rPr>
                <w:sz w:val="16"/>
              </w:rPr>
              <w:t>114</w:t>
            </w:r>
          </w:p>
        </w:tc>
        <w:tc>
          <w:tcPr>
            <w:tcW w:w="2592" w:type="dxa"/>
            <w:tcBorders>
              <w:top w:val="nil"/>
              <w:left w:val="nil"/>
              <w:bottom w:val="nil"/>
              <w:right w:val="nil"/>
            </w:tcBorders>
          </w:tcPr>
          <w:p w14:paraId="2970A47A" w14:textId="77777777" w:rsidR="001C61CC" w:rsidRDefault="000D727A">
            <w:pPr>
              <w:spacing w:after="0" w:line="240" w:lineRule="auto"/>
              <w:jc w:val="center"/>
            </w:pPr>
            <w:r>
              <w:rPr>
                <w:sz w:val="16"/>
              </w:rPr>
              <w:t>1.1%</w:t>
            </w:r>
          </w:p>
        </w:tc>
      </w:tr>
      <w:tr w:rsidR="001C61CC" w14:paraId="0FF7B389" w14:textId="77777777">
        <w:tc>
          <w:tcPr>
            <w:tcW w:w="2592" w:type="dxa"/>
            <w:tcBorders>
              <w:top w:val="nil"/>
              <w:left w:val="nil"/>
              <w:bottom w:val="single" w:sz="10" w:space="0" w:color="000000"/>
              <w:right w:val="nil"/>
            </w:tcBorders>
          </w:tcPr>
          <w:p w14:paraId="20316451" w14:textId="77777777" w:rsidR="001C61CC" w:rsidRDefault="000D727A">
            <w:pPr>
              <w:spacing w:after="0" w:line="240" w:lineRule="auto"/>
            </w:pPr>
            <w:r>
              <w:rPr>
                <w:sz w:val="16"/>
              </w:rPr>
              <w:t>Age at menopause, years</w:t>
            </w:r>
          </w:p>
        </w:tc>
        <w:tc>
          <w:tcPr>
            <w:tcW w:w="2592" w:type="dxa"/>
            <w:tcBorders>
              <w:top w:val="nil"/>
              <w:left w:val="nil"/>
              <w:bottom w:val="single" w:sz="10" w:space="0" w:color="000000"/>
              <w:right w:val="nil"/>
            </w:tcBorders>
          </w:tcPr>
          <w:p w14:paraId="21E24BF2" w14:textId="77777777" w:rsidR="001C61CC" w:rsidRDefault="000D727A">
            <w:pPr>
              <w:spacing w:after="0" w:line="240" w:lineRule="auto"/>
              <w:jc w:val="center"/>
            </w:pPr>
            <w:r>
              <w:rPr>
                <w:sz w:val="16"/>
              </w:rPr>
              <w:t>1020</w:t>
            </w:r>
          </w:p>
        </w:tc>
        <w:tc>
          <w:tcPr>
            <w:tcW w:w="2592" w:type="dxa"/>
            <w:tcBorders>
              <w:top w:val="nil"/>
              <w:left w:val="nil"/>
              <w:bottom w:val="single" w:sz="10" w:space="0" w:color="000000"/>
              <w:right w:val="nil"/>
            </w:tcBorders>
          </w:tcPr>
          <w:p w14:paraId="01885890" w14:textId="77777777" w:rsidR="001C61CC" w:rsidRDefault="000D727A">
            <w:pPr>
              <w:spacing w:after="0" w:line="240" w:lineRule="auto"/>
              <w:jc w:val="center"/>
            </w:pPr>
            <w:r>
              <w:rPr>
                <w:sz w:val="16"/>
              </w:rPr>
              <w:t>9231</w:t>
            </w:r>
          </w:p>
        </w:tc>
        <w:tc>
          <w:tcPr>
            <w:tcW w:w="2592" w:type="dxa"/>
            <w:tcBorders>
              <w:top w:val="nil"/>
              <w:left w:val="nil"/>
              <w:bottom w:val="single" w:sz="10" w:space="0" w:color="000000"/>
              <w:right w:val="nil"/>
            </w:tcBorders>
          </w:tcPr>
          <w:p w14:paraId="66BA3106" w14:textId="77777777" w:rsidR="001C61CC" w:rsidRDefault="000D727A">
            <w:pPr>
              <w:spacing w:after="0" w:line="240" w:lineRule="auto"/>
              <w:jc w:val="center"/>
            </w:pPr>
            <w:r>
              <w:rPr>
                <w:sz w:val="16"/>
              </w:rPr>
              <w:t>90.0%</w:t>
            </w:r>
          </w:p>
        </w:tc>
      </w:tr>
    </w:tbl>
    <w:p w14:paraId="2CAF537B" w14:textId="77777777" w:rsidR="001C61CC" w:rsidRDefault="001C61CC"/>
    <w:p w14:paraId="5D225ED0" w14:textId="77777777" w:rsidR="001C61CC" w:rsidRDefault="000D727A">
      <w:pPr>
        <w:spacing w:after="80"/>
      </w:pPr>
      <w:r>
        <w:rPr>
          <w:sz w:val="19"/>
        </w:rPr>
        <w:t>Panel B. Prospective candidate sample before baseline restrictions (n=12044)</w:t>
      </w:r>
    </w:p>
    <w:tbl>
      <w:tblPr>
        <w:tblW w:w="0" w:type="auto"/>
        <w:tblLook w:val="04A0" w:firstRow="1" w:lastRow="0" w:firstColumn="1" w:lastColumn="0" w:noHBand="0" w:noVBand="1"/>
      </w:tblPr>
      <w:tblGrid>
        <w:gridCol w:w="2592"/>
        <w:gridCol w:w="2592"/>
        <w:gridCol w:w="2592"/>
        <w:gridCol w:w="2592"/>
      </w:tblGrid>
      <w:tr w:rsidR="001C61CC" w14:paraId="222353ED" w14:textId="77777777">
        <w:tc>
          <w:tcPr>
            <w:tcW w:w="2592" w:type="dxa"/>
            <w:tcBorders>
              <w:top w:val="single" w:sz="10" w:space="0" w:color="000000"/>
              <w:left w:val="nil"/>
              <w:bottom w:val="single" w:sz="10" w:space="0" w:color="000000"/>
              <w:right w:val="nil"/>
            </w:tcBorders>
          </w:tcPr>
          <w:p w14:paraId="0A9C3632" w14:textId="77777777" w:rsidR="001C61CC" w:rsidRDefault="000D727A">
            <w:pPr>
              <w:spacing w:after="0" w:line="240" w:lineRule="auto"/>
            </w:pPr>
            <w:r>
              <w:rPr>
                <w:b/>
                <w:sz w:val="16"/>
              </w:rPr>
              <w:t>Variable</w:t>
            </w:r>
          </w:p>
        </w:tc>
        <w:tc>
          <w:tcPr>
            <w:tcW w:w="2592" w:type="dxa"/>
            <w:tcBorders>
              <w:top w:val="single" w:sz="10" w:space="0" w:color="000000"/>
              <w:left w:val="nil"/>
              <w:bottom w:val="single" w:sz="10" w:space="0" w:color="000000"/>
              <w:right w:val="nil"/>
            </w:tcBorders>
          </w:tcPr>
          <w:p w14:paraId="25D7CD78" w14:textId="77777777" w:rsidR="001C61CC" w:rsidRDefault="000D727A">
            <w:pPr>
              <w:spacing w:after="0" w:line="240" w:lineRule="auto"/>
              <w:jc w:val="center"/>
            </w:pPr>
            <w:r>
              <w:rPr>
                <w:b/>
                <w:sz w:val="16"/>
              </w:rPr>
              <w:t>Non-missing n</w:t>
            </w:r>
          </w:p>
        </w:tc>
        <w:tc>
          <w:tcPr>
            <w:tcW w:w="2592" w:type="dxa"/>
            <w:tcBorders>
              <w:top w:val="single" w:sz="10" w:space="0" w:color="000000"/>
              <w:left w:val="nil"/>
              <w:bottom w:val="single" w:sz="10" w:space="0" w:color="000000"/>
              <w:right w:val="nil"/>
            </w:tcBorders>
          </w:tcPr>
          <w:p w14:paraId="62F23C00" w14:textId="77777777" w:rsidR="001C61CC" w:rsidRDefault="000D727A">
            <w:pPr>
              <w:spacing w:after="0" w:line="240" w:lineRule="auto"/>
              <w:jc w:val="center"/>
            </w:pPr>
            <w:r>
              <w:rPr>
                <w:b/>
                <w:sz w:val="16"/>
              </w:rPr>
              <w:t>Missing n</w:t>
            </w:r>
          </w:p>
        </w:tc>
        <w:tc>
          <w:tcPr>
            <w:tcW w:w="2592" w:type="dxa"/>
            <w:tcBorders>
              <w:top w:val="single" w:sz="10" w:space="0" w:color="000000"/>
              <w:left w:val="nil"/>
              <w:bottom w:val="single" w:sz="10" w:space="0" w:color="000000"/>
              <w:right w:val="nil"/>
            </w:tcBorders>
          </w:tcPr>
          <w:p w14:paraId="01F4A9D0" w14:textId="77777777" w:rsidR="001C61CC" w:rsidRDefault="000D727A">
            <w:pPr>
              <w:spacing w:after="0" w:line="240" w:lineRule="auto"/>
              <w:jc w:val="center"/>
            </w:pPr>
            <w:r>
              <w:rPr>
                <w:b/>
                <w:sz w:val="16"/>
              </w:rPr>
              <w:t>Missing %</w:t>
            </w:r>
          </w:p>
        </w:tc>
      </w:tr>
      <w:tr w:rsidR="001C61CC" w14:paraId="0FFBC08D" w14:textId="77777777">
        <w:tc>
          <w:tcPr>
            <w:tcW w:w="2592" w:type="dxa"/>
            <w:tcBorders>
              <w:top w:val="nil"/>
              <w:left w:val="nil"/>
              <w:bottom w:val="nil"/>
              <w:right w:val="nil"/>
            </w:tcBorders>
          </w:tcPr>
          <w:p w14:paraId="405769E4" w14:textId="77777777" w:rsidR="001C61CC" w:rsidRDefault="000D727A">
            <w:pPr>
              <w:spacing w:after="0" w:line="240" w:lineRule="auto"/>
            </w:pPr>
            <w:r>
              <w:rPr>
                <w:sz w:val="16"/>
              </w:rPr>
              <w:t>Age, years</w:t>
            </w:r>
          </w:p>
        </w:tc>
        <w:tc>
          <w:tcPr>
            <w:tcW w:w="2592" w:type="dxa"/>
            <w:tcBorders>
              <w:top w:val="nil"/>
              <w:left w:val="nil"/>
              <w:bottom w:val="nil"/>
              <w:right w:val="nil"/>
            </w:tcBorders>
          </w:tcPr>
          <w:p w14:paraId="7486228C" w14:textId="77777777" w:rsidR="001C61CC" w:rsidRDefault="000D727A">
            <w:pPr>
              <w:spacing w:after="0" w:line="240" w:lineRule="auto"/>
              <w:jc w:val="center"/>
            </w:pPr>
            <w:r>
              <w:rPr>
                <w:sz w:val="16"/>
              </w:rPr>
              <w:t>10273</w:t>
            </w:r>
          </w:p>
        </w:tc>
        <w:tc>
          <w:tcPr>
            <w:tcW w:w="2592" w:type="dxa"/>
            <w:tcBorders>
              <w:top w:val="nil"/>
              <w:left w:val="nil"/>
              <w:bottom w:val="nil"/>
              <w:right w:val="nil"/>
            </w:tcBorders>
          </w:tcPr>
          <w:p w14:paraId="58E84314" w14:textId="77777777" w:rsidR="001C61CC" w:rsidRDefault="000D727A">
            <w:pPr>
              <w:spacing w:after="0" w:line="240" w:lineRule="auto"/>
              <w:jc w:val="center"/>
            </w:pPr>
            <w:r>
              <w:rPr>
                <w:sz w:val="16"/>
              </w:rPr>
              <w:t>1771</w:t>
            </w:r>
          </w:p>
        </w:tc>
        <w:tc>
          <w:tcPr>
            <w:tcW w:w="2592" w:type="dxa"/>
            <w:tcBorders>
              <w:top w:val="nil"/>
              <w:left w:val="nil"/>
              <w:bottom w:val="nil"/>
              <w:right w:val="nil"/>
            </w:tcBorders>
          </w:tcPr>
          <w:p w14:paraId="61623799" w14:textId="77777777" w:rsidR="001C61CC" w:rsidRDefault="000D727A">
            <w:pPr>
              <w:spacing w:after="0" w:line="240" w:lineRule="auto"/>
              <w:jc w:val="center"/>
            </w:pPr>
            <w:r>
              <w:rPr>
                <w:sz w:val="16"/>
              </w:rPr>
              <w:t>14.7%</w:t>
            </w:r>
          </w:p>
        </w:tc>
      </w:tr>
      <w:tr w:rsidR="001C61CC" w14:paraId="0BA1BA55" w14:textId="77777777">
        <w:tc>
          <w:tcPr>
            <w:tcW w:w="2592" w:type="dxa"/>
            <w:tcBorders>
              <w:top w:val="nil"/>
              <w:left w:val="nil"/>
              <w:bottom w:val="nil"/>
              <w:right w:val="nil"/>
            </w:tcBorders>
          </w:tcPr>
          <w:p w14:paraId="48169E24" w14:textId="77777777" w:rsidR="001C61CC" w:rsidRDefault="000D727A">
            <w:pPr>
              <w:spacing w:after="0" w:line="240" w:lineRule="auto"/>
            </w:pPr>
            <w:r>
              <w:rPr>
                <w:sz w:val="16"/>
              </w:rPr>
              <w:t>Married or partnered, n (%)</w:t>
            </w:r>
          </w:p>
        </w:tc>
        <w:tc>
          <w:tcPr>
            <w:tcW w:w="2592" w:type="dxa"/>
            <w:tcBorders>
              <w:top w:val="nil"/>
              <w:left w:val="nil"/>
              <w:bottom w:val="nil"/>
              <w:right w:val="nil"/>
            </w:tcBorders>
          </w:tcPr>
          <w:p w14:paraId="26BD9868" w14:textId="77777777" w:rsidR="001C61CC" w:rsidRDefault="000D727A">
            <w:pPr>
              <w:spacing w:after="0" w:line="240" w:lineRule="auto"/>
              <w:jc w:val="center"/>
            </w:pPr>
            <w:r>
              <w:rPr>
                <w:sz w:val="16"/>
              </w:rPr>
              <w:t>10278</w:t>
            </w:r>
          </w:p>
        </w:tc>
        <w:tc>
          <w:tcPr>
            <w:tcW w:w="2592" w:type="dxa"/>
            <w:tcBorders>
              <w:top w:val="nil"/>
              <w:left w:val="nil"/>
              <w:bottom w:val="nil"/>
              <w:right w:val="nil"/>
            </w:tcBorders>
          </w:tcPr>
          <w:p w14:paraId="528C92A4" w14:textId="77777777" w:rsidR="001C61CC" w:rsidRDefault="000D727A">
            <w:pPr>
              <w:spacing w:after="0" w:line="240" w:lineRule="auto"/>
              <w:jc w:val="center"/>
            </w:pPr>
            <w:r>
              <w:rPr>
                <w:sz w:val="16"/>
              </w:rPr>
              <w:t>1766</w:t>
            </w:r>
          </w:p>
        </w:tc>
        <w:tc>
          <w:tcPr>
            <w:tcW w:w="2592" w:type="dxa"/>
            <w:tcBorders>
              <w:top w:val="nil"/>
              <w:left w:val="nil"/>
              <w:bottom w:val="nil"/>
              <w:right w:val="nil"/>
            </w:tcBorders>
          </w:tcPr>
          <w:p w14:paraId="75E274A4" w14:textId="77777777" w:rsidR="001C61CC" w:rsidRDefault="000D727A">
            <w:pPr>
              <w:spacing w:after="0" w:line="240" w:lineRule="auto"/>
              <w:jc w:val="center"/>
            </w:pPr>
            <w:r>
              <w:rPr>
                <w:sz w:val="16"/>
              </w:rPr>
              <w:t>14.7%</w:t>
            </w:r>
          </w:p>
        </w:tc>
      </w:tr>
      <w:tr w:rsidR="001C61CC" w14:paraId="3B2FB359" w14:textId="77777777">
        <w:tc>
          <w:tcPr>
            <w:tcW w:w="2592" w:type="dxa"/>
            <w:tcBorders>
              <w:top w:val="nil"/>
              <w:left w:val="nil"/>
              <w:bottom w:val="nil"/>
              <w:right w:val="nil"/>
            </w:tcBorders>
          </w:tcPr>
          <w:p w14:paraId="56760101" w14:textId="77777777" w:rsidR="001C61CC" w:rsidRDefault="000D727A">
            <w:pPr>
              <w:spacing w:after="0" w:line="240" w:lineRule="auto"/>
            </w:pPr>
            <w:r>
              <w:rPr>
                <w:sz w:val="16"/>
              </w:rPr>
              <w:t>Rural residence, n (%)</w:t>
            </w:r>
          </w:p>
        </w:tc>
        <w:tc>
          <w:tcPr>
            <w:tcW w:w="2592" w:type="dxa"/>
            <w:tcBorders>
              <w:top w:val="nil"/>
              <w:left w:val="nil"/>
              <w:bottom w:val="nil"/>
              <w:right w:val="nil"/>
            </w:tcBorders>
          </w:tcPr>
          <w:p w14:paraId="08117110" w14:textId="77777777" w:rsidR="001C61CC" w:rsidRDefault="000D727A">
            <w:pPr>
              <w:spacing w:after="0" w:line="240" w:lineRule="auto"/>
              <w:jc w:val="center"/>
            </w:pPr>
            <w:r>
              <w:rPr>
                <w:sz w:val="16"/>
              </w:rPr>
              <w:t>10294</w:t>
            </w:r>
          </w:p>
        </w:tc>
        <w:tc>
          <w:tcPr>
            <w:tcW w:w="2592" w:type="dxa"/>
            <w:tcBorders>
              <w:top w:val="nil"/>
              <w:left w:val="nil"/>
              <w:bottom w:val="nil"/>
              <w:right w:val="nil"/>
            </w:tcBorders>
          </w:tcPr>
          <w:p w14:paraId="202B234B" w14:textId="77777777" w:rsidR="001C61CC" w:rsidRDefault="000D727A">
            <w:pPr>
              <w:spacing w:after="0" w:line="240" w:lineRule="auto"/>
              <w:jc w:val="center"/>
            </w:pPr>
            <w:r>
              <w:rPr>
                <w:sz w:val="16"/>
              </w:rPr>
              <w:t>1750</w:t>
            </w:r>
          </w:p>
        </w:tc>
        <w:tc>
          <w:tcPr>
            <w:tcW w:w="2592" w:type="dxa"/>
            <w:tcBorders>
              <w:top w:val="nil"/>
              <w:left w:val="nil"/>
              <w:bottom w:val="nil"/>
              <w:right w:val="nil"/>
            </w:tcBorders>
          </w:tcPr>
          <w:p w14:paraId="31F5BBBB" w14:textId="77777777" w:rsidR="001C61CC" w:rsidRDefault="000D727A">
            <w:pPr>
              <w:spacing w:after="0" w:line="240" w:lineRule="auto"/>
              <w:jc w:val="center"/>
            </w:pPr>
            <w:r>
              <w:rPr>
                <w:sz w:val="16"/>
              </w:rPr>
              <w:t>14.5%</w:t>
            </w:r>
          </w:p>
        </w:tc>
      </w:tr>
      <w:tr w:rsidR="001C61CC" w14:paraId="12D8228E" w14:textId="77777777">
        <w:tc>
          <w:tcPr>
            <w:tcW w:w="2592" w:type="dxa"/>
            <w:tcBorders>
              <w:top w:val="nil"/>
              <w:left w:val="nil"/>
              <w:bottom w:val="nil"/>
              <w:right w:val="nil"/>
            </w:tcBorders>
          </w:tcPr>
          <w:p w14:paraId="300042F0" w14:textId="77777777" w:rsidR="001C61CC" w:rsidRDefault="000D727A">
            <w:pPr>
              <w:spacing w:after="0" w:line="240" w:lineRule="auto"/>
            </w:pPr>
            <w:r>
              <w:rPr>
                <w:sz w:val="16"/>
              </w:rPr>
              <w:t>Self-rated health score</w:t>
            </w:r>
          </w:p>
        </w:tc>
        <w:tc>
          <w:tcPr>
            <w:tcW w:w="2592" w:type="dxa"/>
            <w:tcBorders>
              <w:top w:val="nil"/>
              <w:left w:val="nil"/>
              <w:bottom w:val="nil"/>
              <w:right w:val="nil"/>
            </w:tcBorders>
          </w:tcPr>
          <w:p w14:paraId="1514B05B" w14:textId="77777777" w:rsidR="001C61CC" w:rsidRDefault="000D727A">
            <w:pPr>
              <w:spacing w:after="0" w:line="240" w:lineRule="auto"/>
              <w:jc w:val="center"/>
            </w:pPr>
            <w:r>
              <w:rPr>
                <w:sz w:val="16"/>
              </w:rPr>
              <w:t>9629</w:t>
            </w:r>
          </w:p>
        </w:tc>
        <w:tc>
          <w:tcPr>
            <w:tcW w:w="2592" w:type="dxa"/>
            <w:tcBorders>
              <w:top w:val="nil"/>
              <w:left w:val="nil"/>
              <w:bottom w:val="nil"/>
              <w:right w:val="nil"/>
            </w:tcBorders>
          </w:tcPr>
          <w:p w14:paraId="55BE4B41" w14:textId="77777777" w:rsidR="001C61CC" w:rsidRDefault="000D727A">
            <w:pPr>
              <w:spacing w:after="0" w:line="240" w:lineRule="auto"/>
              <w:jc w:val="center"/>
            </w:pPr>
            <w:r>
              <w:rPr>
                <w:sz w:val="16"/>
              </w:rPr>
              <w:t>2415</w:t>
            </w:r>
          </w:p>
        </w:tc>
        <w:tc>
          <w:tcPr>
            <w:tcW w:w="2592" w:type="dxa"/>
            <w:tcBorders>
              <w:top w:val="nil"/>
              <w:left w:val="nil"/>
              <w:bottom w:val="nil"/>
              <w:right w:val="nil"/>
            </w:tcBorders>
          </w:tcPr>
          <w:p w14:paraId="0059DF4C" w14:textId="77777777" w:rsidR="001C61CC" w:rsidRDefault="000D727A">
            <w:pPr>
              <w:spacing w:after="0" w:line="240" w:lineRule="auto"/>
              <w:jc w:val="center"/>
            </w:pPr>
            <w:r>
              <w:rPr>
                <w:sz w:val="16"/>
              </w:rPr>
              <w:t>20.1%</w:t>
            </w:r>
          </w:p>
        </w:tc>
      </w:tr>
      <w:tr w:rsidR="001C61CC" w14:paraId="211596A6" w14:textId="77777777">
        <w:tc>
          <w:tcPr>
            <w:tcW w:w="2592" w:type="dxa"/>
            <w:tcBorders>
              <w:top w:val="nil"/>
              <w:left w:val="nil"/>
              <w:bottom w:val="nil"/>
              <w:right w:val="nil"/>
            </w:tcBorders>
          </w:tcPr>
          <w:p w14:paraId="08B2610E" w14:textId="77777777" w:rsidR="001C61CC" w:rsidRDefault="000D727A">
            <w:pPr>
              <w:spacing w:after="0" w:line="240" w:lineRule="auto"/>
            </w:pPr>
            <w:r>
              <w:rPr>
                <w:sz w:val="16"/>
              </w:rPr>
              <w:t>Night sleep duration, h</w:t>
            </w:r>
          </w:p>
        </w:tc>
        <w:tc>
          <w:tcPr>
            <w:tcW w:w="2592" w:type="dxa"/>
            <w:tcBorders>
              <w:top w:val="nil"/>
              <w:left w:val="nil"/>
              <w:bottom w:val="nil"/>
              <w:right w:val="nil"/>
            </w:tcBorders>
          </w:tcPr>
          <w:p w14:paraId="3E421229" w14:textId="77777777" w:rsidR="001C61CC" w:rsidRDefault="000D727A">
            <w:pPr>
              <w:spacing w:after="0" w:line="240" w:lineRule="auto"/>
              <w:jc w:val="center"/>
            </w:pPr>
            <w:r>
              <w:rPr>
                <w:sz w:val="16"/>
              </w:rPr>
              <w:t>9419</w:t>
            </w:r>
          </w:p>
        </w:tc>
        <w:tc>
          <w:tcPr>
            <w:tcW w:w="2592" w:type="dxa"/>
            <w:tcBorders>
              <w:top w:val="nil"/>
              <w:left w:val="nil"/>
              <w:bottom w:val="nil"/>
              <w:right w:val="nil"/>
            </w:tcBorders>
          </w:tcPr>
          <w:p w14:paraId="07BF8426" w14:textId="77777777" w:rsidR="001C61CC" w:rsidRDefault="000D727A">
            <w:pPr>
              <w:spacing w:after="0" w:line="240" w:lineRule="auto"/>
              <w:jc w:val="center"/>
            </w:pPr>
            <w:r>
              <w:rPr>
                <w:sz w:val="16"/>
              </w:rPr>
              <w:t>2625</w:t>
            </w:r>
          </w:p>
        </w:tc>
        <w:tc>
          <w:tcPr>
            <w:tcW w:w="2592" w:type="dxa"/>
            <w:tcBorders>
              <w:top w:val="nil"/>
              <w:left w:val="nil"/>
              <w:bottom w:val="nil"/>
              <w:right w:val="nil"/>
            </w:tcBorders>
          </w:tcPr>
          <w:p w14:paraId="593D55E8" w14:textId="77777777" w:rsidR="001C61CC" w:rsidRDefault="000D727A">
            <w:pPr>
              <w:spacing w:after="0" w:line="240" w:lineRule="auto"/>
              <w:jc w:val="center"/>
            </w:pPr>
            <w:r>
              <w:rPr>
                <w:sz w:val="16"/>
              </w:rPr>
              <w:t>21.8%</w:t>
            </w:r>
          </w:p>
        </w:tc>
      </w:tr>
      <w:tr w:rsidR="001C61CC" w14:paraId="5B1D7953" w14:textId="77777777">
        <w:tc>
          <w:tcPr>
            <w:tcW w:w="2592" w:type="dxa"/>
            <w:tcBorders>
              <w:top w:val="nil"/>
              <w:left w:val="nil"/>
              <w:bottom w:val="nil"/>
              <w:right w:val="nil"/>
            </w:tcBorders>
          </w:tcPr>
          <w:p w14:paraId="54413153" w14:textId="77777777" w:rsidR="001C61CC" w:rsidRDefault="000D727A">
            <w:pPr>
              <w:spacing w:after="0" w:line="240" w:lineRule="auto"/>
            </w:pPr>
            <w:r>
              <w:rPr>
                <w:sz w:val="16"/>
              </w:rPr>
              <w:t>ADL limitation score</w:t>
            </w:r>
          </w:p>
        </w:tc>
        <w:tc>
          <w:tcPr>
            <w:tcW w:w="2592" w:type="dxa"/>
            <w:tcBorders>
              <w:top w:val="nil"/>
              <w:left w:val="nil"/>
              <w:bottom w:val="nil"/>
              <w:right w:val="nil"/>
            </w:tcBorders>
          </w:tcPr>
          <w:p w14:paraId="640E20E1" w14:textId="77777777" w:rsidR="001C61CC" w:rsidRDefault="000D727A">
            <w:pPr>
              <w:spacing w:after="0" w:line="240" w:lineRule="auto"/>
              <w:jc w:val="center"/>
            </w:pPr>
            <w:r>
              <w:rPr>
                <w:sz w:val="16"/>
              </w:rPr>
              <w:t>9968</w:t>
            </w:r>
          </w:p>
        </w:tc>
        <w:tc>
          <w:tcPr>
            <w:tcW w:w="2592" w:type="dxa"/>
            <w:tcBorders>
              <w:top w:val="nil"/>
              <w:left w:val="nil"/>
              <w:bottom w:val="nil"/>
              <w:right w:val="nil"/>
            </w:tcBorders>
          </w:tcPr>
          <w:p w14:paraId="0D104EE1" w14:textId="77777777" w:rsidR="001C61CC" w:rsidRDefault="000D727A">
            <w:pPr>
              <w:spacing w:after="0" w:line="240" w:lineRule="auto"/>
              <w:jc w:val="center"/>
            </w:pPr>
            <w:r>
              <w:rPr>
                <w:sz w:val="16"/>
              </w:rPr>
              <w:t>2076</w:t>
            </w:r>
          </w:p>
        </w:tc>
        <w:tc>
          <w:tcPr>
            <w:tcW w:w="2592" w:type="dxa"/>
            <w:tcBorders>
              <w:top w:val="nil"/>
              <w:left w:val="nil"/>
              <w:bottom w:val="nil"/>
              <w:right w:val="nil"/>
            </w:tcBorders>
          </w:tcPr>
          <w:p w14:paraId="45AEB9DF" w14:textId="77777777" w:rsidR="001C61CC" w:rsidRDefault="000D727A">
            <w:pPr>
              <w:spacing w:after="0" w:line="240" w:lineRule="auto"/>
              <w:jc w:val="center"/>
            </w:pPr>
            <w:r>
              <w:rPr>
                <w:sz w:val="16"/>
              </w:rPr>
              <w:t>17.2%</w:t>
            </w:r>
          </w:p>
        </w:tc>
      </w:tr>
      <w:tr w:rsidR="001C61CC" w14:paraId="0E82077C" w14:textId="77777777">
        <w:tc>
          <w:tcPr>
            <w:tcW w:w="2592" w:type="dxa"/>
            <w:tcBorders>
              <w:top w:val="nil"/>
              <w:left w:val="nil"/>
              <w:bottom w:val="nil"/>
              <w:right w:val="nil"/>
            </w:tcBorders>
          </w:tcPr>
          <w:p w14:paraId="14C452C7" w14:textId="77777777" w:rsidR="001C61CC" w:rsidRDefault="000D727A">
            <w:pPr>
              <w:spacing w:after="0" w:line="240" w:lineRule="auto"/>
            </w:pPr>
            <w:r>
              <w:rPr>
                <w:sz w:val="16"/>
              </w:rPr>
              <w:t>IADL limitation score</w:t>
            </w:r>
          </w:p>
        </w:tc>
        <w:tc>
          <w:tcPr>
            <w:tcW w:w="2592" w:type="dxa"/>
            <w:tcBorders>
              <w:top w:val="nil"/>
              <w:left w:val="nil"/>
              <w:bottom w:val="nil"/>
              <w:right w:val="nil"/>
            </w:tcBorders>
          </w:tcPr>
          <w:p w14:paraId="4AA845CE" w14:textId="77777777" w:rsidR="001C61CC" w:rsidRDefault="000D727A">
            <w:pPr>
              <w:spacing w:after="0" w:line="240" w:lineRule="auto"/>
              <w:jc w:val="center"/>
            </w:pPr>
            <w:r>
              <w:rPr>
                <w:sz w:val="16"/>
              </w:rPr>
              <w:t>10204</w:t>
            </w:r>
          </w:p>
        </w:tc>
        <w:tc>
          <w:tcPr>
            <w:tcW w:w="2592" w:type="dxa"/>
            <w:tcBorders>
              <w:top w:val="nil"/>
              <w:left w:val="nil"/>
              <w:bottom w:val="nil"/>
              <w:right w:val="nil"/>
            </w:tcBorders>
          </w:tcPr>
          <w:p w14:paraId="348ABB71" w14:textId="77777777" w:rsidR="001C61CC" w:rsidRDefault="000D727A">
            <w:pPr>
              <w:spacing w:after="0" w:line="240" w:lineRule="auto"/>
              <w:jc w:val="center"/>
            </w:pPr>
            <w:r>
              <w:rPr>
                <w:sz w:val="16"/>
              </w:rPr>
              <w:t>1840</w:t>
            </w:r>
          </w:p>
        </w:tc>
        <w:tc>
          <w:tcPr>
            <w:tcW w:w="2592" w:type="dxa"/>
            <w:tcBorders>
              <w:top w:val="nil"/>
              <w:left w:val="nil"/>
              <w:bottom w:val="nil"/>
              <w:right w:val="nil"/>
            </w:tcBorders>
          </w:tcPr>
          <w:p w14:paraId="49459C17" w14:textId="77777777" w:rsidR="001C61CC" w:rsidRDefault="000D727A">
            <w:pPr>
              <w:spacing w:after="0" w:line="240" w:lineRule="auto"/>
              <w:jc w:val="center"/>
            </w:pPr>
            <w:r>
              <w:rPr>
                <w:sz w:val="16"/>
              </w:rPr>
              <w:t>15.3%</w:t>
            </w:r>
          </w:p>
        </w:tc>
      </w:tr>
      <w:tr w:rsidR="001C61CC" w14:paraId="536CC435" w14:textId="77777777">
        <w:tc>
          <w:tcPr>
            <w:tcW w:w="2592" w:type="dxa"/>
            <w:tcBorders>
              <w:top w:val="nil"/>
              <w:left w:val="nil"/>
              <w:bottom w:val="nil"/>
              <w:right w:val="nil"/>
            </w:tcBorders>
          </w:tcPr>
          <w:p w14:paraId="2D65CD74" w14:textId="77777777" w:rsidR="001C61CC" w:rsidRDefault="000D727A">
            <w:pPr>
              <w:spacing w:after="0" w:line="240" w:lineRule="auto"/>
            </w:pPr>
            <w:r>
              <w:rPr>
                <w:sz w:val="16"/>
              </w:rPr>
              <w:t>CESD-10 score at baseline</w:t>
            </w:r>
          </w:p>
        </w:tc>
        <w:tc>
          <w:tcPr>
            <w:tcW w:w="2592" w:type="dxa"/>
            <w:tcBorders>
              <w:top w:val="nil"/>
              <w:left w:val="nil"/>
              <w:bottom w:val="nil"/>
              <w:right w:val="nil"/>
            </w:tcBorders>
          </w:tcPr>
          <w:p w14:paraId="3587B7D4" w14:textId="77777777" w:rsidR="001C61CC" w:rsidRDefault="000D727A">
            <w:pPr>
              <w:spacing w:after="0" w:line="240" w:lineRule="auto"/>
              <w:jc w:val="center"/>
            </w:pPr>
            <w:r>
              <w:rPr>
                <w:sz w:val="16"/>
              </w:rPr>
              <w:t>9579</w:t>
            </w:r>
          </w:p>
        </w:tc>
        <w:tc>
          <w:tcPr>
            <w:tcW w:w="2592" w:type="dxa"/>
            <w:tcBorders>
              <w:top w:val="nil"/>
              <w:left w:val="nil"/>
              <w:bottom w:val="nil"/>
              <w:right w:val="nil"/>
            </w:tcBorders>
          </w:tcPr>
          <w:p w14:paraId="32A40DF1" w14:textId="77777777" w:rsidR="001C61CC" w:rsidRDefault="000D727A">
            <w:pPr>
              <w:spacing w:after="0" w:line="240" w:lineRule="auto"/>
              <w:jc w:val="center"/>
            </w:pPr>
            <w:r>
              <w:rPr>
                <w:sz w:val="16"/>
              </w:rPr>
              <w:t>2465</w:t>
            </w:r>
          </w:p>
        </w:tc>
        <w:tc>
          <w:tcPr>
            <w:tcW w:w="2592" w:type="dxa"/>
            <w:tcBorders>
              <w:top w:val="nil"/>
              <w:left w:val="nil"/>
              <w:bottom w:val="nil"/>
              <w:right w:val="nil"/>
            </w:tcBorders>
          </w:tcPr>
          <w:p w14:paraId="5AB7ACCB" w14:textId="77777777" w:rsidR="001C61CC" w:rsidRDefault="000D727A">
            <w:pPr>
              <w:spacing w:after="0" w:line="240" w:lineRule="auto"/>
              <w:jc w:val="center"/>
            </w:pPr>
            <w:r>
              <w:rPr>
                <w:sz w:val="16"/>
              </w:rPr>
              <w:t>20.5%</w:t>
            </w:r>
          </w:p>
        </w:tc>
      </w:tr>
      <w:tr w:rsidR="001C61CC" w14:paraId="07247AC0" w14:textId="77777777">
        <w:tc>
          <w:tcPr>
            <w:tcW w:w="2592" w:type="dxa"/>
            <w:tcBorders>
              <w:top w:val="nil"/>
              <w:left w:val="nil"/>
              <w:bottom w:val="nil"/>
              <w:right w:val="nil"/>
            </w:tcBorders>
          </w:tcPr>
          <w:p w14:paraId="0EB004A4" w14:textId="77777777" w:rsidR="001C61CC" w:rsidRDefault="000D727A">
            <w:pPr>
              <w:spacing w:after="0" w:line="240" w:lineRule="auto"/>
            </w:pPr>
            <w:r>
              <w:rPr>
                <w:sz w:val="16"/>
              </w:rPr>
              <w:t>Baseline depressive symptoms (CESD-10 &gt;=10), n (%)</w:t>
            </w:r>
          </w:p>
        </w:tc>
        <w:tc>
          <w:tcPr>
            <w:tcW w:w="2592" w:type="dxa"/>
            <w:tcBorders>
              <w:top w:val="nil"/>
              <w:left w:val="nil"/>
              <w:bottom w:val="nil"/>
              <w:right w:val="nil"/>
            </w:tcBorders>
          </w:tcPr>
          <w:p w14:paraId="11AEC3D3" w14:textId="77777777" w:rsidR="001C61CC" w:rsidRDefault="000D727A">
            <w:pPr>
              <w:spacing w:after="0" w:line="240" w:lineRule="auto"/>
              <w:jc w:val="center"/>
            </w:pPr>
            <w:r>
              <w:rPr>
                <w:sz w:val="16"/>
              </w:rPr>
              <w:t>9579</w:t>
            </w:r>
          </w:p>
        </w:tc>
        <w:tc>
          <w:tcPr>
            <w:tcW w:w="2592" w:type="dxa"/>
            <w:tcBorders>
              <w:top w:val="nil"/>
              <w:left w:val="nil"/>
              <w:bottom w:val="nil"/>
              <w:right w:val="nil"/>
            </w:tcBorders>
          </w:tcPr>
          <w:p w14:paraId="789B2AA0" w14:textId="77777777" w:rsidR="001C61CC" w:rsidRDefault="000D727A">
            <w:pPr>
              <w:spacing w:after="0" w:line="240" w:lineRule="auto"/>
              <w:jc w:val="center"/>
            </w:pPr>
            <w:r>
              <w:rPr>
                <w:sz w:val="16"/>
              </w:rPr>
              <w:t>2465</w:t>
            </w:r>
          </w:p>
        </w:tc>
        <w:tc>
          <w:tcPr>
            <w:tcW w:w="2592" w:type="dxa"/>
            <w:tcBorders>
              <w:top w:val="nil"/>
              <w:left w:val="nil"/>
              <w:bottom w:val="nil"/>
              <w:right w:val="nil"/>
            </w:tcBorders>
          </w:tcPr>
          <w:p w14:paraId="73BF2612" w14:textId="77777777" w:rsidR="001C61CC" w:rsidRDefault="000D727A">
            <w:pPr>
              <w:spacing w:after="0" w:line="240" w:lineRule="auto"/>
              <w:jc w:val="center"/>
            </w:pPr>
            <w:r>
              <w:rPr>
                <w:sz w:val="16"/>
              </w:rPr>
              <w:t>20.5%</w:t>
            </w:r>
          </w:p>
        </w:tc>
      </w:tr>
      <w:tr w:rsidR="001C61CC" w14:paraId="6E829BC1" w14:textId="77777777">
        <w:tc>
          <w:tcPr>
            <w:tcW w:w="2592" w:type="dxa"/>
            <w:tcBorders>
              <w:top w:val="nil"/>
              <w:left w:val="nil"/>
              <w:bottom w:val="nil"/>
              <w:right w:val="nil"/>
            </w:tcBorders>
          </w:tcPr>
          <w:p w14:paraId="1D85D51E" w14:textId="77777777" w:rsidR="001C61CC" w:rsidRDefault="000D727A">
            <w:pPr>
              <w:spacing w:after="0" w:line="240" w:lineRule="auto"/>
            </w:pPr>
            <w:r>
              <w:rPr>
                <w:sz w:val="16"/>
              </w:rPr>
              <w:t>Any pregnancy loss, n (%)</w:t>
            </w:r>
          </w:p>
        </w:tc>
        <w:tc>
          <w:tcPr>
            <w:tcW w:w="2592" w:type="dxa"/>
            <w:tcBorders>
              <w:top w:val="nil"/>
              <w:left w:val="nil"/>
              <w:bottom w:val="nil"/>
              <w:right w:val="nil"/>
            </w:tcBorders>
          </w:tcPr>
          <w:p w14:paraId="324DB0AC" w14:textId="77777777" w:rsidR="001C61CC" w:rsidRDefault="000D727A">
            <w:pPr>
              <w:spacing w:after="0" w:line="240" w:lineRule="auto"/>
              <w:jc w:val="center"/>
            </w:pPr>
            <w:r>
              <w:rPr>
                <w:sz w:val="16"/>
              </w:rPr>
              <w:t>10288</w:t>
            </w:r>
          </w:p>
        </w:tc>
        <w:tc>
          <w:tcPr>
            <w:tcW w:w="2592" w:type="dxa"/>
            <w:tcBorders>
              <w:top w:val="nil"/>
              <w:left w:val="nil"/>
              <w:bottom w:val="nil"/>
              <w:right w:val="nil"/>
            </w:tcBorders>
          </w:tcPr>
          <w:p w14:paraId="697F88FA" w14:textId="77777777" w:rsidR="001C61CC" w:rsidRDefault="000D727A">
            <w:pPr>
              <w:spacing w:after="0" w:line="240" w:lineRule="auto"/>
              <w:jc w:val="center"/>
            </w:pPr>
            <w:r>
              <w:rPr>
                <w:sz w:val="16"/>
              </w:rPr>
              <w:t>1756</w:t>
            </w:r>
          </w:p>
        </w:tc>
        <w:tc>
          <w:tcPr>
            <w:tcW w:w="2592" w:type="dxa"/>
            <w:tcBorders>
              <w:top w:val="nil"/>
              <w:left w:val="nil"/>
              <w:bottom w:val="nil"/>
              <w:right w:val="nil"/>
            </w:tcBorders>
          </w:tcPr>
          <w:p w14:paraId="5CB6DE7F" w14:textId="77777777" w:rsidR="001C61CC" w:rsidRDefault="000D727A">
            <w:pPr>
              <w:spacing w:after="0" w:line="240" w:lineRule="auto"/>
              <w:jc w:val="center"/>
            </w:pPr>
            <w:r>
              <w:rPr>
                <w:sz w:val="16"/>
              </w:rPr>
              <w:t>14.6%</w:t>
            </w:r>
          </w:p>
        </w:tc>
      </w:tr>
      <w:tr w:rsidR="001C61CC" w14:paraId="1E090F29" w14:textId="77777777">
        <w:tc>
          <w:tcPr>
            <w:tcW w:w="2592" w:type="dxa"/>
            <w:tcBorders>
              <w:top w:val="nil"/>
              <w:left w:val="nil"/>
              <w:bottom w:val="nil"/>
              <w:right w:val="nil"/>
            </w:tcBorders>
          </w:tcPr>
          <w:p w14:paraId="239E315A" w14:textId="77777777" w:rsidR="001C61CC" w:rsidRDefault="000D727A">
            <w:pPr>
              <w:spacing w:after="0" w:line="240" w:lineRule="auto"/>
            </w:pPr>
            <w:r>
              <w:rPr>
                <w:sz w:val="16"/>
              </w:rPr>
              <w:t>induced_abortion_history</w:t>
            </w:r>
          </w:p>
        </w:tc>
        <w:tc>
          <w:tcPr>
            <w:tcW w:w="2592" w:type="dxa"/>
            <w:tcBorders>
              <w:top w:val="nil"/>
              <w:left w:val="nil"/>
              <w:bottom w:val="nil"/>
              <w:right w:val="nil"/>
            </w:tcBorders>
          </w:tcPr>
          <w:p w14:paraId="06D81574" w14:textId="77777777" w:rsidR="001C61CC" w:rsidRDefault="000D727A">
            <w:pPr>
              <w:spacing w:after="0" w:line="240" w:lineRule="auto"/>
              <w:jc w:val="center"/>
            </w:pPr>
            <w:r>
              <w:rPr>
                <w:sz w:val="16"/>
              </w:rPr>
              <w:t>10288</w:t>
            </w:r>
          </w:p>
        </w:tc>
        <w:tc>
          <w:tcPr>
            <w:tcW w:w="2592" w:type="dxa"/>
            <w:tcBorders>
              <w:top w:val="nil"/>
              <w:left w:val="nil"/>
              <w:bottom w:val="nil"/>
              <w:right w:val="nil"/>
            </w:tcBorders>
          </w:tcPr>
          <w:p w14:paraId="2ABBA8C2" w14:textId="77777777" w:rsidR="001C61CC" w:rsidRDefault="000D727A">
            <w:pPr>
              <w:spacing w:after="0" w:line="240" w:lineRule="auto"/>
              <w:jc w:val="center"/>
            </w:pPr>
            <w:r>
              <w:rPr>
                <w:sz w:val="16"/>
              </w:rPr>
              <w:t>1756</w:t>
            </w:r>
          </w:p>
        </w:tc>
        <w:tc>
          <w:tcPr>
            <w:tcW w:w="2592" w:type="dxa"/>
            <w:tcBorders>
              <w:top w:val="nil"/>
              <w:left w:val="nil"/>
              <w:bottom w:val="nil"/>
              <w:right w:val="nil"/>
            </w:tcBorders>
          </w:tcPr>
          <w:p w14:paraId="7C45D4FE" w14:textId="77777777" w:rsidR="001C61CC" w:rsidRDefault="000D727A">
            <w:pPr>
              <w:spacing w:after="0" w:line="240" w:lineRule="auto"/>
              <w:jc w:val="center"/>
            </w:pPr>
            <w:r>
              <w:rPr>
                <w:sz w:val="16"/>
              </w:rPr>
              <w:t>14.6%</w:t>
            </w:r>
          </w:p>
        </w:tc>
      </w:tr>
      <w:tr w:rsidR="001C61CC" w14:paraId="275CF398" w14:textId="77777777">
        <w:tc>
          <w:tcPr>
            <w:tcW w:w="2592" w:type="dxa"/>
            <w:tcBorders>
              <w:top w:val="nil"/>
              <w:left w:val="nil"/>
              <w:bottom w:val="nil"/>
              <w:right w:val="nil"/>
            </w:tcBorders>
          </w:tcPr>
          <w:p w14:paraId="5C97472C" w14:textId="77777777" w:rsidR="001C61CC" w:rsidRDefault="000D727A">
            <w:pPr>
              <w:spacing w:after="0" w:line="240" w:lineRule="auto"/>
            </w:pPr>
            <w:r>
              <w:rPr>
                <w:sz w:val="16"/>
              </w:rPr>
              <w:t>spontaneous_abortion_history</w:t>
            </w:r>
          </w:p>
        </w:tc>
        <w:tc>
          <w:tcPr>
            <w:tcW w:w="2592" w:type="dxa"/>
            <w:tcBorders>
              <w:top w:val="nil"/>
              <w:left w:val="nil"/>
              <w:bottom w:val="nil"/>
              <w:right w:val="nil"/>
            </w:tcBorders>
          </w:tcPr>
          <w:p w14:paraId="3292546D" w14:textId="77777777" w:rsidR="001C61CC" w:rsidRDefault="000D727A">
            <w:pPr>
              <w:spacing w:after="0" w:line="240" w:lineRule="auto"/>
              <w:jc w:val="center"/>
            </w:pPr>
            <w:r>
              <w:rPr>
                <w:sz w:val="16"/>
              </w:rPr>
              <w:t>10288</w:t>
            </w:r>
          </w:p>
        </w:tc>
        <w:tc>
          <w:tcPr>
            <w:tcW w:w="2592" w:type="dxa"/>
            <w:tcBorders>
              <w:top w:val="nil"/>
              <w:left w:val="nil"/>
              <w:bottom w:val="nil"/>
              <w:right w:val="nil"/>
            </w:tcBorders>
          </w:tcPr>
          <w:p w14:paraId="32BDB396" w14:textId="77777777" w:rsidR="001C61CC" w:rsidRDefault="000D727A">
            <w:pPr>
              <w:spacing w:after="0" w:line="240" w:lineRule="auto"/>
              <w:jc w:val="center"/>
            </w:pPr>
            <w:r>
              <w:rPr>
                <w:sz w:val="16"/>
              </w:rPr>
              <w:t>1756</w:t>
            </w:r>
          </w:p>
        </w:tc>
        <w:tc>
          <w:tcPr>
            <w:tcW w:w="2592" w:type="dxa"/>
            <w:tcBorders>
              <w:top w:val="nil"/>
              <w:left w:val="nil"/>
              <w:bottom w:val="nil"/>
              <w:right w:val="nil"/>
            </w:tcBorders>
          </w:tcPr>
          <w:p w14:paraId="329F611A" w14:textId="77777777" w:rsidR="001C61CC" w:rsidRDefault="000D727A">
            <w:pPr>
              <w:spacing w:after="0" w:line="240" w:lineRule="auto"/>
              <w:jc w:val="center"/>
            </w:pPr>
            <w:r>
              <w:rPr>
                <w:sz w:val="16"/>
              </w:rPr>
              <w:t>14.6%</w:t>
            </w:r>
          </w:p>
        </w:tc>
      </w:tr>
      <w:tr w:rsidR="001C61CC" w14:paraId="4BFECF70" w14:textId="77777777">
        <w:tc>
          <w:tcPr>
            <w:tcW w:w="2592" w:type="dxa"/>
            <w:tcBorders>
              <w:top w:val="nil"/>
              <w:left w:val="nil"/>
              <w:bottom w:val="nil"/>
              <w:right w:val="nil"/>
            </w:tcBorders>
          </w:tcPr>
          <w:p w14:paraId="33F9DD32" w14:textId="77777777" w:rsidR="001C61CC" w:rsidRDefault="000D727A">
            <w:pPr>
              <w:spacing w:after="0" w:line="240" w:lineRule="auto"/>
            </w:pPr>
            <w:r>
              <w:rPr>
                <w:sz w:val="16"/>
              </w:rPr>
              <w:t>stillbirth_history</w:t>
            </w:r>
          </w:p>
        </w:tc>
        <w:tc>
          <w:tcPr>
            <w:tcW w:w="2592" w:type="dxa"/>
            <w:tcBorders>
              <w:top w:val="nil"/>
              <w:left w:val="nil"/>
              <w:bottom w:val="nil"/>
              <w:right w:val="nil"/>
            </w:tcBorders>
          </w:tcPr>
          <w:p w14:paraId="13A78BE0" w14:textId="77777777" w:rsidR="001C61CC" w:rsidRDefault="000D727A">
            <w:pPr>
              <w:spacing w:after="0" w:line="240" w:lineRule="auto"/>
              <w:jc w:val="center"/>
            </w:pPr>
            <w:r>
              <w:rPr>
                <w:sz w:val="16"/>
              </w:rPr>
              <w:t>10288</w:t>
            </w:r>
          </w:p>
        </w:tc>
        <w:tc>
          <w:tcPr>
            <w:tcW w:w="2592" w:type="dxa"/>
            <w:tcBorders>
              <w:top w:val="nil"/>
              <w:left w:val="nil"/>
              <w:bottom w:val="nil"/>
              <w:right w:val="nil"/>
            </w:tcBorders>
          </w:tcPr>
          <w:p w14:paraId="1DADD982" w14:textId="77777777" w:rsidR="001C61CC" w:rsidRDefault="000D727A">
            <w:pPr>
              <w:spacing w:after="0" w:line="240" w:lineRule="auto"/>
              <w:jc w:val="center"/>
            </w:pPr>
            <w:r>
              <w:rPr>
                <w:sz w:val="16"/>
              </w:rPr>
              <w:t>1756</w:t>
            </w:r>
          </w:p>
        </w:tc>
        <w:tc>
          <w:tcPr>
            <w:tcW w:w="2592" w:type="dxa"/>
            <w:tcBorders>
              <w:top w:val="nil"/>
              <w:left w:val="nil"/>
              <w:bottom w:val="nil"/>
              <w:right w:val="nil"/>
            </w:tcBorders>
          </w:tcPr>
          <w:p w14:paraId="317E0E7E" w14:textId="77777777" w:rsidR="001C61CC" w:rsidRDefault="000D727A">
            <w:pPr>
              <w:spacing w:after="0" w:line="240" w:lineRule="auto"/>
              <w:jc w:val="center"/>
            </w:pPr>
            <w:r>
              <w:rPr>
                <w:sz w:val="16"/>
              </w:rPr>
              <w:t>14.6%</w:t>
            </w:r>
          </w:p>
        </w:tc>
      </w:tr>
      <w:tr w:rsidR="001C61CC" w14:paraId="7C53BB10" w14:textId="77777777">
        <w:tc>
          <w:tcPr>
            <w:tcW w:w="2592" w:type="dxa"/>
            <w:tcBorders>
              <w:top w:val="nil"/>
              <w:left w:val="nil"/>
              <w:bottom w:val="nil"/>
              <w:right w:val="nil"/>
            </w:tcBorders>
          </w:tcPr>
          <w:p w14:paraId="0968E976" w14:textId="77777777" w:rsidR="001C61CC" w:rsidRDefault="000D727A">
            <w:pPr>
              <w:spacing w:after="0" w:line="240" w:lineRule="auto"/>
            </w:pPr>
            <w:r>
              <w:rPr>
                <w:sz w:val="16"/>
              </w:rPr>
              <w:t>Depressive symptoms at 2018 follow-up, n (%)</w:t>
            </w:r>
          </w:p>
        </w:tc>
        <w:tc>
          <w:tcPr>
            <w:tcW w:w="2592" w:type="dxa"/>
            <w:tcBorders>
              <w:top w:val="nil"/>
              <w:left w:val="nil"/>
              <w:bottom w:val="nil"/>
              <w:right w:val="nil"/>
            </w:tcBorders>
          </w:tcPr>
          <w:p w14:paraId="18D10B51" w14:textId="77777777" w:rsidR="001C61CC" w:rsidRDefault="000D727A">
            <w:pPr>
              <w:spacing w:after="0" w:line="240" w:lineRule="auto"/>
              <w:jc w:val="center"/>
            </w:pPr>
            <w:r>
              <w:rPr>
                <w:sz w:val="16"/>
              </w:rPr>
              <w:t>9318</w:t>
            </w:r>
          </w:p>
        </w:tc>
        <w:tc>
          <w:tcPr>
            <w:tcW w:w="2592" w:type="dxa"/>
            <w:tcBorders>
              <w:top w:val="nil"/>
              <w:left w:val="nil"/>
              <w:bottom w:val="nil"/>
              <w:right w:val="nil"/>
            </w:tcBorders>
          </w:tcPr>
          <w:p w14:paraId="26ABE5CA" w14:textId="77777777" w:rsidR="001C61CC" w:rsidRDefault="000D727A">
            <w:pPr>
              <w:spacing w:after="0" w:line="240" w:lineRule="auto"/>
              <w:jc w:val="center"/>
            </w:pPr>
            <w:r>
              <w:rPr>
                <w:sz w:val="16"/>
              </w:rPr>
              <w:t>2726</w:t>
            </w:r>
          </w:p>
        </w:tc>
        <w:tc>
          <w:tcPr>
            <w:tcW w:w="2592" w:type="dxa"/>
            <w:tcBorders>
              <w:top w:val="nil"/>
              <w:left w:val="nil"/>
              <w:bottom w:val="nil"/>
              <w:right w:val="nil"/>
            </w:tcBorders>
          </w:tcPr>
          <w:p w14:paraId="2B9B352D" w14:textId="77777777" w:rsidR="001C61CC" w:rsidRDefault="000D727A">
            <w:pPr>
              <w:spacing w:after="0" w:line="240" w:lineRule="auto"/>
              <w:jc w:val="center"/>
            </w:pPr>
            <w:r>
              <w:rPr>
                <w:sz w:val="16"/>
              </w:rPr>
              <w:t>22.6%</w:t>
            </w:r>
          </w:p>
        </w:tc>
      </w:tr>
      <w:tr w:rsidR="001C61CC" w14:paraId="2886360E" w14:textId="77777777">
        <w:tc>
          <w:tcPr>
            <w:tcW w:w="2592" w:type="dxa"/>
            <w:tcBorders>
              <w:top w:val="nil"/>
              <w:left w:val="nil"/>
              <w:bottom w:val="nil"/>
              <w:right w:val="nil"/>
            </w:tcBorders>
          </w:tcPr>
          <w:p w14:paraId="333C4C19" w14:textId="77777777" w:rsidR="001C61CC" w:rsidRDefault="000D727A">
            <w:pPr>
              <w:spacing w:after="0" w:line="240" w:lineRule="auto"/>
            </w:pPr>
            <w:r>
              <w:rPr>
                <w:sz w:val="16"/>
              </w:rPr>
              <w:t>Depressive symptoms at 2020 follow-up, n (%)</w:t>
            </w:r>
          </w:p>
        </w:tc>
        <w:tc>
          <w:tcPr>
            <w:tcW w:w="2592" w:type="dxa"/>
            <w:tcBorders>
              <w:top w:val="nil"/>
              <w:left w:val="nil"/>
              <w:bottom w:val="nil"/>
              <w:right w:val="nil"/>
            </w:tcBorders>
          </w:tcPr>
          <w:p w14:paraId="2B403B84" w14:textId="77777777" w:rsidR="001C61CC" w:rsidRDefault="000D727A">
            <w:pPr>
              <w:spacing w:after="0" w:line="240" w:lineRule="auto"/>
              <w:jc w:val="center"/>
            </w:pPr>
            <w:r>
              <w:rPr>
                <w:sz w:val="16"/>
              </w:rPr>
              <w:t>9283</w:t>
            </w:r>
          </w:p>
        </w:tc>
        <w:tc>
          <w:tcPr>
            <w:tcW w:w="2592" w:type="dxa"/>
            <w:tcBorders>
              <w:top w:val="nil"/>
              <w:left w:val="nil"/>
              <w:bottom w:val="nil"/>
              <w:right w:val="nil"/>
            </w:tcBorders>
          </w:tcPr>
          <w:p w14:paraId="5A380806" w14:textId="77777777" w:rsidR="001C61CC" w:rsidRDefault="000D727A">
            <w:pPr>
              <w:spacing w:after="0" w:line="240" w:lineRule="auto"/>
              <w:jc w:val="center"/>
            </w:pPr>
            <w:r>
              <w:rPr>
                <w:sz w:val="16"/>
              </w:rPr>
              <w:t>2761</w:t>
            </w:r>
          </w:p>
        </w:tc>
        <w:tc>
          <w:tcPr>
            <w:tcW w:w="2592" w:type="dxa"/>
            <w:tcBorders>
              <w:top w:val="nil"/>
              <w:left w:val="nil"/>
              <w:bottom w:val="nil"/>
              <w:right w:val="nil"/>
            </w:tcBorders>
          </w:tcPr>
          <w:p w14:paraId="3298BC8D" w14:textId="77777777" w:rsidR="001C61CC" w:rsidRDefault="000D727A">
            <w:pPr>
              <w:spacing w:after="0" w:line="240" w:lineRule="auto"/>
              <w:jc w:val="center"/>
            </w:pPr>
            <w:r>
              <w:rPr>
                <w:sz w:val="16"/>
              </w:rPr>
              <w:t>22.9%</w:t>
            </w:r>
          </w:p>
        </w:tc>
      </w:tr>
      <w:tr w:rsidR="001C61CC" w14:paraId="280E2B0F" w14:textId="77777777">
        <w:tc>
          <w:tcPr>
            <w:tcW w:w="2592" w:type="dxa"/>
            <w:tcBorders>
              <w:top w:val="nil"/>
              <w:left w:val="nil"/>
              <w:bottom w:val="nil"/>
              <w:right w:val="nil"/>
            </w:tcBorders>
          </w:tcPr>
          <w:p w14:paraId="3FD47FD7" w14:textId="77777777" w:rsidR="001C61CC" w:rsidRDefault="000D727A">
            <w:pPr>
              <w:spacing w:after="0" w:line="240" w:lineRule="auto"/>
            </w:pPr>
            <w:r>
              <w:rPr>
                <w:sz w:val="16"/>
              </w:rPr>
              <w:t>Any follow-up record, n (%)</w:t>
            </w:r>
          </w:p>
        </w:tc>
        <w:tc>
          <w:tcPr>
            <w:tcW w:w="2592" w:type="dxa"/>
            <w:tcBorders>
              <w:top w:val="nil"/>
              <w:left w:val="nil"/>
              <w:bottom w:val="nil"/>
              <w:right w:val="nil"/>
            </w:tcBorders>
          </w:tcPr>
          <w:p w14:paraId="56394341" w14:textId="77777777" w:rsidR="001C61CC" w:rsidRDefault="000D727A">
            <w:pPr>
              <w:spacing w:after="0" w:line="240" w:lineRule="auto"/>
              <w:jc w:val="center"/>
            </w:pPr>
            <w:r>
              <w:rPr>
                <w:sz w:val="16"/>
              </w:rPr>
              <w:t>12044</w:t>
            </w:r>
          </w:p>
        </w:tc>
        <w:tc>
          <w:tcPr>
            <w:tcW w:w="2592" w:type="dxa"/>
            <w:tcBorders>
              <w:top w:val="nil"/>
              <w:left w:val="nil"/>
              <w:bottom w:val="nil"/>
              <w:right w:val="nil"/>
            </w:tcBorders>
          </w:tcPr>
          <w:p w14:paraId="6DD600E2" w14:textId="77777777" w:rsidR="001C61CC" w:rsidRDefault="000D727A">
            <w:pPr>
              <w:spacing w:after="0" w:line="240" w:lineRule="auto"/>
              <w:jc w:val="center"/>
            </w:pPr>
            <w:r>
              <w:rPr>
                <w:sz w:val="16"/>
              </w:rPr>
              <w:t>0</w:t>
            </w:r>
          </w:p>
        </w:tc>
        <w:tc>
          <w:tcPr>
            <w:tcW w:w="2592" w:type="dxa"/>
            <w:tcBorders>
              <w:top w:val="nil"/>
              <w:left w:val="nil"/>
              <w:bottom w:val="nil"/>
              <w:right w:val="nil"/>
            </w:tcBorders>
          </w:tcPr>
          <w:p w14:paraId="45ECCA00" w14:textId="77777777" w:rsidR="001C61CC" w:rsidRDefault="000D727A">
            <w:pPr>
              <w:spacing w:after="0" w:line="240" w:lineRule="auto"/>
              <w:jc w:val="center"/>
            </w:pPr>
            <w:r>
              <w:rPr>
                <w:sz w:val="16"/>
              </w:rPr>
              <w:t>0.0%</w:t>
            </w:r>
          </w:p>
        </w:tc>
      </w:tr>
      <w:tr w:rsidR="001C61CC" w14:paraId="5022B401" w14:textId="77777777">
        <w:tc>
          <w:tcPr>
            <w:tcW w:w="2592" w:type="dxa"/>
            <w:tcBorders>
              <w:top w:val="nil"/>
              <w:left w:val="nil"/>
              <w:bottom w:val="nil"/>
              <w:right w:val="nil"/>
            </w:tcBorders>
          </w:tcPr>
          <w:p w14:paraId="429695BF" w14:textId="77777777" w:rsidR="001C61CC" w:rsidRDefault="000D727A">
            <w:pPr>
              <w:spacing w:after="0" w:line="240" w:lineRule="auto"/>
            </w:pPr>
            <w:r>
              <w:rPr>
                <w:sz w:val="16"/>
              </w:rPr>
              <w:t>Incident depressive symptoms, n (%)</w:t>
            </w:r>
          </w:p>
        </w:tc>
        <w:tc>
          <w:tcPr>
            <w:tcW w:w="2592" w:type="dxa"/>
            <w:tcBorders>
              <w:top w:val="nil"/>
              <w:left w:val="nil"/>
              <w:bottom w:val="nil"/>
              <w:right w:val="nil"/>
            </w:tcBorders>
          </w:tcPr>
          <w:p w14:paraId="25FB9C2D" w14:textId="77777777" w:rsidR="001C61CC" w:rsidRDefault="000D727A">
            <w:pPr>
              <w:spacing w:after="0" w:line="240" w:lineRule="auto"/>
              <w:jc w:val="center"/>
            </w:pPr>
            <w:r>
              <w:rPr>
                <w:sz w:val="16"/>
              </w:rPr>
              <w:t>9106</w:t>
            </w:r>
          </w:p>
        </w:tc>
        <w:tc>
          <w:tcPr>
            <w:tcW w:w="2592" w:type="dxa"/>
            <w:tcBorders>
              <w:top w:val="nil"/>
              <w:left w:val="nil"/>
              <w:bottom w:val="nil"/>
              <w:right w:val="nil"/>
            </w:tcBorders>
          </w:tcPr>
          <w:p w14:paraId="40A33161" w14:textId="77777777" w:rsidR="001C61CC" w:rsidRDefault="000D727A">
            <w:pPr>
              <w:spacing w:after="0" w:line="240" w:lineRule="auto"/>
              <w:jc w:val="center"/>
            </w:pPr>
            <w:r>
              <w:rPr>
                <w:sz w:val="16"/>
              </w:rPr>
              <w:t>2938</w:t>
            </w:r>
          </w:p>
        </w:tc>
        <w:tc>
          <w:tcPr>
            <w:tcW w:w="2592" w:type="dxa"/>
            <w:tcBorders>
              <w:top w:val="nil"/>
              <w:left w:val="nil"/>
              <w:bottom w:val="nil"/>
              <w:right w:val="nil"/>
            </w:tcBorders>
          </w:tcPr>
          <w:p w14:paraId="4FAA3792" w14:textId="77777777" w:rsidR="001C61CC" w:rsidRDefault="000D727A">
            <w:pPr>
              <w:spacing w:after="0" w:line="240" w:lineRule="auto"/>
              <w:jc w:val="center"/>
            </w:pPr>
            <w:r>
              <w:rPr>
                <w:sz w:val="16"/>
              </w:rPr>
              <w:t>24.4%</w:t>
            </w:r>
          </w:p>
        </w:tc>
      </w:tr>
      <w:tr w:rsidR="001C61CC" w14:paraId="390109A5" w14:textId="77777777">
        <w:tc>
          <w:tcPr>
            <w:tcW w:w="2592" w:type="dxa"/>
            <w:tcBorders>
              <w:top w:val="nil"/>
              <w:left w:val="nil"/>
              <w:bottom w:val="single" w:sz="10" w:space="0" w:color="000000"/>
              <w:right w:val="nil"/>
            </w:tcBorders>
          </w:tcPr>
          <w:p w14:paraId="5E606DA4" w14:textId="77777777" w:rsidR="001C61CC" w:rsidRDefault="000D727A">
            <w:pPr>
              <w:spacing w:after="0" w:line="240" w:lineRule="auto"/>
            </w:pPr>
            <w:r>
              <w:rPr>
                <w:sz w:val="16"/>
              </w:rPr>
              <w:t>Follow-up years</w:t>
            </w:r>
          </w:p>
        </w:tc>
        <w:tc>
          <w:tcPr>
            <w:tcW w:w="2592" w:type="dxa"/>
            <w:tcBorders>
              <w:top w:val="nil"/>
              <w:left w:val="nil"/>
              <w:bottom w:val="single" w:sz="10" w:space="0" w:color="000000"/>
              <w:right w:val="nil"/>
            </w:tcBorders>
          </w:tcPr>
          <w:p w14:paraId="345B2045" w14:textId="77777777" w:rsidR="001C61CC" w:rsidRDefault="000D727A">
            <w:pPr>
              <w:spacing w:after="0" w:line="240" w:lineRule="auto"/>
              <w:jc w:val="center"/>
            </w:pPr>
            <w:r>
              <w:rPr>
                <w:sz w:val="16"/>
              </w:rPr>
              <w:t>8657</w:t>
            </w:r>
          </w:p>
        </w:tc>
        <w:tc>
          <w:tcPr>
            <w:tcW w:w="2592" w:type="dxa"/>
            <w:tcBorders>
              <w:top w:val="nil"/>
              <w:left w:val="nil"/>
              <w:bottom w:val="single" w:sz="10" w:space="0" w:color="000000"/>
              <w:right w:val="nil"/>
            </w:tcBorders>
          </w:tcPr>
          <w:p w14:paraId="26F1BBED" w14:textId="77777777" w:rsidR="001C61CC" w:rsidRDefault="000D727A">
            <w:pPr>
              <w:spacing w:after="0" w:line="240" w:lineRule="auto"/>
              <w:jc w:val="center"/>
            </w:pPr>
            <w:r>
              <w:rPr>
                <w:sz w:val="16"/>
              </w:rPr>
              <w:t>3387</w:t>
            </w:r>
          </w:p>
        </w:tc>
        <w:tc>
          <w:tcPr>
            <w:tcW w:w="2592" w:type="dxa"/>
            <w:tcBorders>
              <w:top w:val="nil"/>
              <w:left w:val="nil"/>
              <w:bottom w:val="single" w:sz="10" w:space="0" w:color="000000"/>
              <w:right w:val="nil"/>
            </w:tcBorders>
          </w:tcPr>
          <w:p w14:paraId="22C34A2B" w14:textId="77777777" w:rsidR="001C61CC" w:rsidRDefault="000D727A">
            <w:pPr>
              <w:spacing w:after="0" w:line="240" w:lineRule="auto"/>
              <w:jc w:val="center"/>
            </w:pPr>
            <w:r>
              <w:rPr>
                <w:sz w:val="16"/>
              </w:rPr>
              <w:t>28.1%</w:t>
            </w:r>
          </w:p>
        </w:tc>
      </w:tr>
    </w:tbl>
    <w:p w14:paraId="77DBD75B" w14:textId="77777777" w:rsidR="001C61CC" w:rsidRDefault="001C61CC"/>
    <w:p w14:paraId="47E1A4C9" w14:textId="77777777" w:rsidR="001C61CC" w:rsidRDefault="000D727A">
      <w:pPr>
        <w:spacing w:after="80"/>
      </w:pPr>
      <w:r>
        <w:rPr>
          <w:sz w:val="16"/>
        </w:rPr>
        <w:t>Note: Missingness percentages were calculated from the model-ready datasets used for this submission.</w:t>
      </w:r>
    </w:p>
    <w:p w14:paraId="367B8E0F" w14:textId="77777777" w:rsidR="001C61CC" w:rsidRDefault="000D727A">
      <w:r>
        <w:br w:type="page"/>
      </w:r>
    </w:p>
    <w:p w14:paraId="3D05A386" w14:textId="77777777" w:rsidR="001C61CC" w:rsidRDefault="000D727A">
      <w:pPr>
        <w:spacing w:after="80"/>
      </w:pPr>
      <w:r>
        <w:rPr>
          <w:b/>
          <w:sz w:val="24"/>
        </w:rPr>
        <w:lastRenderedPageBreak/>
        <w:t>Supplementary Table 4. Cross-sectional associations between lifetime pregnancy loss and prevalent depressive symptoms: full model set for the primary exposure</w:t>
      </w:r>
    </w:p>
    <w:tbl>
      <w:tblPr>
        <w:tblW w:w="0" w:type="auto"/>
        <w:tblLook w:val="04A0" w:firstRow="1" w:lastRow="0" w:firstColumn="1" w:lastColumn="0" w:noHBand="0" w:noVBand="1"/>
      </w:tblPr>
      <w:tblGrid>
        <w:gridCol w:w="596"/>
        <w:gridCol w:w="676"/>
        <w:gridCol w:w="676"/>
        <w:gridCol w:w="676"/>
        <w:gridCol w:w="676"/>
        <w:gridCol w:w="590"/>
        <w:gridCol w:w="590"/>
        <w:gridCol w:w="590"/>
        <w:gridCol w:w="590"/>
        <w:gridCol w:w="600"/>
        <w:gridCol w:w="600"/>
        <w:gridCol w:w="600"/>
        <w:gridCol w:w="600"/>
        <w:gridCol w:w="577"/>
        <w:gridCol w:w="577"/>
        <w:gridCol w:w="577"/>
        <w:gridCol w:w="577"/>
      </w:tblGrid>
      <w:tr w:rsidR="001C61CC" w14:paraId="1C0098A3" w14:textId="77777777">
        <w:tc>
          <w:tcPr>
            <w:tcW w:w="610" w:type="dxa"/>
            <w:tcBorders>
              <w:top w:val="single" w:sz="10" w:space="0" w:color="000000"/>
              <w:left w:val="nil"/>
              <w:bottom w:val="single" w:sz="10" w:space="0" w:color="000000"/>
              <w:right w:val="nil"/>
            </w:tcBorders>
          </w:tcPr>
          <w:p w14:paraId="1C5F2FDC" w14:textId="77777777" w:rsidR="001C61CC" w:rsidRDefault="000D727A">
            <w:pPr>
              <w:spacing w:after="0" w:line="240" w:lineRule="auto"/>
            </w:pPr>
            <w:r>
              <w:rPr>
                <w:b/>
                <w:sz w:val="13"/>
              </w:rPr>
              <w:t>Exposure</w:t>
            </w:r>
          </w:p>
        </w:tc>
        <w:tc>
          <w:tcPr>
            <w:tcW w:w="610" w:type="dxa"/>
            <w:tcBorders>
              <w:top w:val="single" w:sz="10" w:space="0" w:color="000000"/>
              <w:left w:val="nil"/>
              <w:bottom w:val="single" w:sz="10" w:space="0" w:color="000000"/>
              <w:right w:val="nil"/>
            </w:tcBorders>
          </w:tcPr>
          <w:p w14:paraId="0ABBDF25" w14:textId="77777777" w:rsidR="001C61CC" w:rsidRDefault="000D727A">
            <w:pPr>
              <w:spacing w:after="0" w:line="240" w:lineRule="auto"/>
              <w:jc w:val="center"/>
            </w:pPr>
            <w:r>
              <w:rPr>
                <w:b/>
                <w:sz w:val="13"/>
              </w:rPr>
              <w:t>Model 1: unadjusted: n</w:t>
            </w:r>
          </w:p>
        </w:tc>
        <w:tc>
          <w:tcPr>
            <w:tcW w:w="610" w:type="dxa"/>
            <w:tcBorders>
              <w:top w:val="single" w:sz="10" w:space="0" w:color="000000"/>
              <w:left w:val="nil"/>
              <w:bottom w:val="single" w:sz="10" w:space="0" w:color="000000"/>
              <w:right w:val="nil"/>
            </w:tcBorders>
          </w:tcPr>
          <w:p w14:paraId="646C4836" w14:textId="77777777" w:rsidR="001C61CC" w:rsidRDefault="000D727A">
            <w:pPr>
              <w:spacing w:after="0" w:line="240" w:lineRule="auto"/>
              <w:jc w:val="center"/>
            </w:pPr>
            <w:r>
              <w:rPr>
                <w:b/>
                <w:sz w:val="13"/>
              </w:rPr>
              <w:t>Model 1: unadjusted: cases</w:t>
            </w:r>
          </w:p>
        </w:tc>
        <w:tc>
          <w:tcPr>
            <w:tcW w:w="610" w:type="dxa"/>
            <w:tcBorders>
              <w:top w:val="single" w:sz="10" w:space="0" w:color="000000"/>
              <w:left w:val="nil"/>
              <w:bottom w:val="single" w:sz="10" w:space="0" w:color="000000"/>
              <w:right w:val="nil"/>
            </w:tcBorders>
          </w:tcPr>
          <w:p w14:paraId="291B1B2E" w14:textId="77777777" w:rsidR="001C61CC" w:rsidRDefault="000D727A">
            <w:pPr>
              <w:spacing w:after="0" w:line="240" w:lineRule="auto"/>
              <w:jc w:val="center"/>
            </w:pPr>
            <w:r>
              <w:rPr>
                <w:b/>
                <w:sz w:val="13"/>
              </w:rPr>
              <w:t>Model 1: unadjusted: estimate</w:t>
            </w:r>
          </w:p>
        </w:tc>
        <w:tc>
          <w:tcPr>
            <w:tcW w:w="610" w:type="dxa"/>
            <w:tcBorders>
              <w:top w:val="single" w:sz="10" w:space="0" w:color="000000"/>
              <w:left w:val="nil"/>
              <w:bottom w:val="single" w:sz="10" w:space="0" w:color="000000"/>
              <w:right w:val="nil"/>
            </w:tcBorders>
          </w:tcPr>
          <w:p w14:paraId="0FEE8C34" w14:textId="77777777" w:rsidR="001C61CC" w:rsidRDefault="000D727A">
            <w:pPr>
              <w:spacing w:after="0" w:line="240" w:lineRule="auto"/>
              <w:jc w:val="center"/>
            </w:pPr>
            <w:r>
              <w:rPr>
                <w:b/>
                <w:sz w:val="13"/>
              </w:rPr>
              <w:t>Model 1: unadjusted: p</w:t>
            </w:r>
          </w:p>
        </w:tc>
        <w:tc>
          <w:tcPr>
            <w:tcW w:w="610" w:type="dxa"/>
            <w:tcBorders>
              <w:top w:val="single" w:sz="10" w:space="0" w:color="000000"/>
              <w:left w:val="nil"/>
              <w:bottom w:val="single" w:sz="10" w:space="0" w:color="000000"/>
              <w:right w:val="nil"/>
            </w:tcBorders>
          </w:tcPr>
          <w:p w14:paraId="4D856E39" w14:textId="77777777" w:rsidR="001C61CC" w:rsidRDefault="000D727A">
            <w:pPr>
              <w:spacing w:after="0" w:line="240" w:lineRule="auto"/>
              <w:jc w:val="center"/>
            </w:pPr>
            <w:r>
              <w:rPr>
                <w:b/>
                <w:sz w:val="13"/>
              </w:rPr>
              <w:t>Model 2: minimally adjusted: n</w:t>
            </w:r>
          </w:p>
        </w:tc>
        <w:tc>
          <w:tcPr>
            <w:tcW w:w="610" w:type="dxa"/>
            <w:tcBorders>
              <w:top w:val="single" w:sz="10" w:space="0" w:color="000000"/>
              <w:left w:val="nil"/>
              <w:bottom w:val="single" w:sz="10" w:space="0" w:color="000000"/>
              <w:right w:val="nil"/>
            </w:tcBorders>
          </w:tcPr>
          <w:p w14:paraId="12E2578D" w14:textId="77777777" w:rsidR="001C61CC" w:rsidRDefault="000D727A">
            <w:pPr>
              <w:spacing w:after="0" w:line="240" w:lineRule="auto"/>
              <w:jc w:val="center"/>
            </w:pPr>
            <w:r>
              <w:rPr>
                <w:b/>
                <w:sz w:val="13"/>
              </w:rPr>
              <w:t>Model 2: minimally adjusted: cases</w:t>
            </w:r>
          </w:p>
        </w:tc>
        <w:tc>
          <w:tcPr>
            <w:tcW w:w="610" w:type="dxa"/>
            <w:tcBorders>
              <w:top w:val="single" w:sz="10" w:space="0" w:color="000000"/>
              <w:left w:val="nil"/>
              <w:bottom w:val="single" w:sz="10" w:space="0" w:color="000000"/>
              <w:right w:val="nil"/>
            </w:tcBorders>
          </w:tcPr>
          <w:p w14:paraId="104583B5" w14:textId="77777777" w:rsidR="001C61CC" w:rsidRDefault="000D727A">
            <w:pPr>
              <w:spacing w:after="0" w:line="240" w:lineRule="auto"/>
              <w:jc w:val="center"/>
            </w:pPr>
            <w:r>
              <w:rPr>
                <w:b/>
                <w:sz w:val="13"/>
              </w:rPr>
              <w:t>Model 2: minimally adjusted: estimate</w:t>
            </w:r>
          </w:p>
        </w:tc>
        <w:tc>
          <w:tcPr>
            <w:tcW w:w="610" w:type="dxa"/>
            <w:tcBorders>
              <w:top w:val="single" w:sz="10" w:space="0" w:color="000000"/>
              <w:left w:val="nil"/>
              <w:bottom w:val="single" w:sz="10" w:space="0" w:color="000000"/>
              <w:right w:val="nil"/>
            </w:tcBorders>
          </w:tcPr>
          <w:p w14:paraId="55DA752B" w14:textId="77777777" w:rsidR="001C61CC" w:rsidRDefault="000D727A">
            <w:pPr>
              <w:spacing w:after="0" w:line="240" w:lineRule="auto"/>
              <w:jc w:val="center"/>
            </w:pPr>
            <w:r>
              <w:rPr>
                <w:b/>
                <w:sz w:val="13"/>
              </w:rPr>
              <w:t>Model 2: minimally adjusted: p</w:t>
            </w:r>
          </w:p>
        </w:tc>
        <w:tc>
          <w:tcPr>
            <w:tcW w:w="610" w:type="dxa"/>
            <w:tcBorders>
              <w:top w:val="single" w:sz="10" w:space="0" w:color="000000"/>
              <w:left w:val="nil"/>
              <w:bottom w:val="single" w:sz="10" w:space="0" w:color="000000"/>
              <w:right w:val="nil"/>
            </w:tcBorders>
          </w:tcPr>
          <w:p w14:paraId="38CDD83A" w14:textId="77777777" w:rsidR="001C61CC" w:rsidRDefault="000D727A">
            <w:pPr>
              <w:spacing w:after="0" w:line="240" w:lineRule="auto"/>
              <w:jc w:val="center"/>
            </w:pPr>
            <w:r>
              <w:rPr>
                <w:b/>
                <w:sz w:val="13"/>
              </w:rPr>
              <w:t>Model 3: extended: n</w:t>
            </w:r>
          </w:p>
        </w:tc>
        <w:tc>
          <w:tcPr>
            <w:tcW w:w="610" w:type="dxa"/>
            <w:tcBorders>
              <w:top w:val="single" w:sz="10" w:space="0" w:color="000000"/>
              <w:left w:val="nil"/>
              <w:bottom w:val="single" w:sz="10" w:space="0" w:color="000000"/>
              <w:right w:val="nil"/>
            </w:tcBorders>
          </w:tcPr>
          <w:p w14:paraId="4BECE83C" w14:textId="77777777" w:rsidR="001C61CC" w:rsidRDefault="000D727A">
            <w:pPr>
              <w:spacing w:after="0" w:line="240" w:lineRule="auto"/>
              <w:jc w:val="center"/>
            </w:pPr>
            <w:r>
              <w:rPr>
                <w:b/>
                <w:sz w:val="13"/>
              </w:rPr>
              <w:t>Model 3: extended: cases</w:t>
            </w:r>
          </w:p>
        </w:tc>
        <w:tc>
          <w:tcPr>
            <w:tcW w:w="610" w:type="dxa"/>
            <w:tcBorders>
              <w:top w:val="single" w:sz="10" w:space="0" w:color="000000"/>
              <w:left w:val="nil"/>
              <w:bottom w:val="single" w:sz="10" w:space="0" w:color="000000"/>
              <w:right w:val="nil"/>
            </w:tcBorders>
          </w:tcPr>
          <w:p w14:paraId="5A96245B" w14:textId="77777777" w:rsidR="001C61CC" w:rsidRDefault="000D727A">
            <w:pPr>
              <w:spacing w:after="0" w:line="240" w:lineRule="auto"/>
              <w:jc w:val="center"/>
            </w:pPr>
            <w:r>
              <w:rPr>
                <w:b/>
                <w:sz w:val="13"/>
              </w:rPr>
              <w:t>Model 3: extended: estimate</w:t>
            </w:r>
          </w:p>
        </w:tc>
        <w:tc>
          <w:tcPr>
            <w:tcW w:w="610" w:type="dxa"/>
            <w:tcBorders>
              <w:top w:val="single" w:sz="10" w:space="0" w:color="000000"/>
              <w:left w:val="nil"/>
              <w:bottom w:val="single" w:sz="10" w:space="0" w:color="000000"/>
              <w:right w:val="nil"/>
            </w:tcBorders>
          </w:tcPr>
          <w:p w14:paraId="4CFD99BD" w14:textId="77777777" w:rsidR="001C61CC" w:rsidRDefault="000D727A">
            <w:pPr>
              <w:spacing w:after="0" w:line="240" w:lineRule="auto"/>
              <w:jc w:val="center"/>
            </w:pPr>
            <w:r>
              <w:rPr>
                <w:b/>
                <w:sz w:val="13"/>
              </w:rPr>
              <w:t>Model 3: extended: p</w:t>
            </w:r>
          </w:p>
        </w:tc>
        <w:tc>
          <w:tcPr>
            <w:tcW w:w="610" w:type="dxa"/>
            <w:tcBorders>
              <w:top w:val="single" w:sz="10" w:space="0" w:color="000000"/>
              <w:left w:val="nil"/>
              <w:bottom w:val="single" w:sz="10" w:space="0" w:color="000000"/>
              <w:right w:val="nil"/>
            </w:tcBorders>
          </w:tcPr>
          <w:p w14:paraId="37FFC9F8" w14:textId="77777777" w:rsidR="001C61CC" w:rsidRDefault="000D727A">
            <w:pPr>
              <w:spacing w:after="0" w:line="240" w:lineRule="auto"/>
              <w:jc w:val="center"/>
            </w:pPr>
            <w:r>
              <w:rPr>
                <w:b/>
                <w:sz w:val="13"/>
              </w:rPr>
              <w:t>Model 4: fully adjusted: n</w:t>
            </w:r>
          </w:p>
        </w:tc>
        <w:tc>
          <w:tcPr>
            <w:tcW w:w="610" w:type="dxa"/>
            <w:tcBorders>
              <w:top w:val="single" w:sz="10" w:space="0" w:color="000000"/>
              <w:left w:val="nil"/>
              <w:bottom w:val="single" w:sz="10" w:space="0" w:color="000000"/>
              <w:right w:val="nil"/>
            </w:tcBorders>
          </w:tcPr>
          <w:p w14:paraId="6AF3EE8E" w14:textId="77777777" w:rsidR="001C61CC" w:rsidRDefault="000D727A">
            <w:pPr>
              <w:spacing w:after="0" w:line="240" w:lineRule="auto"/>
              <w:jc w:val="center"/>
            </w:pPr>
            <w:r>
              <w:rPr>
                <w:b/>
                <w:sz w:val="13"/>
              </w:rPr>
              <w:t>Model 4: fully adjusted: cases</w:t>
            </w:r>
          </w:p>
        </w:tc>
        <w:tc>
          <w:tcPr>
            <w:tcW w:w="610" w:type="dxa"/>
            <w:tcBorders>
              <w:top w:val="single" w:sz="10" w:space="0" w:color="000000"/>
              <w:left w:val="nil"/>
              <w:bottom w:val="single" w:sz="10" w:space="0" w:color="000000"/>
              <w:right w:val="nil"/>
            </w:tcBorders>
          </w:tcPr>
          <w:p w14:paraId="2B13B805" w14:textId="77777777" w:rsidR="001C61CC" w:rsidRDefault="000D727A">
            <w:pPr>
              <w:spacing w:after="0" w:line="240" w:lineRule="auto"/>
              <w:jc w:val="center"/>
            </w:pPr>
            <w:r>
              <w:rPr>
                <w:b/>
                <w:sz w:val="13"/>
              </w:rPr>
              <w:t>Model 4: fully adjusted: estimate</w:t>
            </w:r>
          </w:p>
        </w:tc>
        <w:tc>
          <w:tcPr>
            <w:tcW w:w="610" w:type="dxa"/>
            <w:tcBorders>
              <w:top w:val="single" w:sz="10" w:space="0" w:color="000000"/>
              <w:left w:val="nil"/>
              <w:bottom w:val="single" w:sz="10" w:space="0" w:color="000000"/>
              <w:right w:val="nil"/>
            </w:tcBorders>
          </w:tcPr>
          <w:p w14:paraId="2E876A2A" w14:textId="77777777" w:rsidR="001C61CC" w:rsidRDefault="000D727A">
            <w:pPr>
              <w:spacing w:after="0" w:line="240" w:lineRule="auto"/>
              <w:jc w:val="center"/>
            </w:pPr>
            <w:r>
              <w:rPr>
                <w:b/>
                <w:sz w:val="13"/>
              </w:rPr>
              <w:t>Model 4: fully adjusted: p</w:t>
            </w:r>
          </w:p>
        </w:tc>
      </w:tr>
      <w:tr w:rsidR="001C61CC" w14:paraId="47EADB14" w14:textId="77777777">
        <w:tc>
          <w:tcPr>
            <w:tcW w:w="610" w:type="dxa"/>
            <w:tcBorders>
              <w:top w:val="nil"/>
              <w:left w:val="nil"/>
              <w:bottom w:val="single" w:sz="10" w:space="0" w:color="000000"/>
              <w:right w:val="nil"/>
            </w:tcBorders>
          </w:tcPr>
          <w:p w14:paraId="5DEC74B6" w14:textId="77777777" w:rsidR="001C61CC" w:rsidRDefault="000D727A">
            <w:pPr>
              <w:spacing w:after="0" w:line="240" w:lineRule="auto"/>
            </w:pPr>
            <w:r>
              <w:rPr>
                <w:sz w:val="13"/>
              </w:rPr>
              <w:t>Any pregnancy loss</w:t>
            </w:r>
          </w:p>
        </w:tc>
        <w:tc>
          <w:tcPr>
            <w:tcW w:w="610" w:type="dxa"/>
            <w:tcBorders>
              <w:top w:val="nil"/>
              <w:left w:val="nil"/>
              <w:bottom w:val="single" w:sz="10" w:space="0" w:color="000000"/>
              <w:right w:val="nil"/>
            </w:tcBorders>
          </w:tcPr>
          <w:p w14:paraId="53465F9B" w14:textId="77777777" w:rsidR="001C61CC" w:rsidRDefault="000D727A">
            <w:pPr>
              <w:spacing w:after="0" w:line="240" w:lineRule="auto"/>
              <w:jc w:val="center"/>
            </w:pPr>
            <w:r>
              <w:rPr>
                <w:sz w:val="13"/>
              </w:rPr>
              <w:t>8372</w:t>
            </w:r>
          </w:p>
        </w:tc>
        <w:tc>
          <w:tcPr>
            <w:tcW w:w="610" w:type="dxa"/>
            <w:tcBorders>
              <w:top w:val="nil"/>
              <w:left w:val="nil"/>
              <w:bottom w:val="single" w:sz="10" w:space="0" w:color="000000"/>
              <w:right w:val="nil"/>
            </w:tcBorders>
          </w:tcPr>
          <w:p w14:paraId="4DCE8FF4" w14:textId="77777777" w:rsidR="001C61CC" w:rsidRDefault="000D727A">
            <w:pPr>
              <w:spacing w:after="0" w:line="240" w:lineRule="auto"/>
              <w:jc w:val="center"/>
            </w:pPr>
            <w:r>
              <w:rPr>
                <w:sz w:val="13"/>
              </w:rPr>
              <w:t>3689</w:t>
            </w:r>
          </w:p>
        </w:tc>
        <w:tc>
          <w:tcPr>
            <w:tcW w:w="610" w:type="dxa"/>
            <w:tcBorders>
              <w:top w:val="nil"/>
              <w:left w:val="nil"/>
              <w:bottom w:val="single" w:sz="10" w:space="0" w:color="000000"/>
              <w:right w:val="nil"/>
            </w:tcBorders>
          </w:tcPr>
          <w:p w14:paraId="08756AE5" w14:textId="77777777" w:rsidR="001C61CC" w:rsidRDefault="000D727A">
            <w:pPr>
              <w:spacing w:after="0" w:line="240" w:lineRule="auto"/>
              <w:jc w:val="center"/>
            </w:pPr>
            <w:r>
              <w:rPr>
                <w:sz w:val="13"/>
              </w:rPr>
              <w:t>1.02 (0.93, 1.12)</w:t>
            </w:r>
          </w:p>
        </w:tc>
        <w:tc>
          <w:tcPr>
            <w:tcW w:w="610" w:type="dxa"/>
            <w:tcBorders>
              <w:top w:val="nil"/>
              <w:left w:val="nil"/>
              <w:bottom w:val="single" w:sz="10" w:space="0" w:color="000000"/>
              <w:right w:val="nil"/>
            </w:tcBorders>
          </w:tcPr>
          <w:p w14:paraId="1B929235" w14:textId="77777777" w:rsidR="001C61CC" w:rsidRDefault="000D727A">
            <w:pPr>
              <w:spacing w:after="0" w:line="240" w:lineRule="auto"/>
              <w:jc w:val="center"/>
            </w:pPr>
            <w:r>
              <w:rPr>
                <w:sz w:val="13"/>
              </w:rPr>
              <w:t>0.679</w:t>
            </w:r>
          </w:p>
        </w:tc>
        <w:tc>
          <w:tcPr>
            <w:tcW w:w="610" w:type="dxa"/>
            <w:tcBorders>
              <w:top w:val="nil"/>
              <w:left w:val="nil"/>
              <w:bottom w:val="single" w:sz="10" w:space="0" w:color="000000"/>
              <w:right w:val="nil"/>
            </w:tcBorders>
          </w:tcPr>
          <w:p w14:paraId="60FFCBE0" w14:textId="77777777" w:rsidR="001C61CC" w:rsidRDefault="000D727A">
            <w:pPr>
              <w:spacing w:after="0" w:line="240" w:lineRule="auto"/>
              <w:jc w:val="center"/>
            </w:pPr>
            <w:r>
              <w:rPr>
                <w:sz w:val="13"/>
              </w:rPr>
              <w:t>8368</w:t>
            </w:r>
          </w:p>
        </w:tc>
        <w:tc>
          <w:tcPr>
            <w:tcW w:w="610" w:type="dxa"/>
            <w:tcBorders>
              <w:top w:val="nil"/>
              <w:left w:val="nil"/>
              <w:bottom w:val="single" w:sz="10" w:space="0" w:color="000000"/>
              <w:right w:val="nil"/>
            </w:tcBorders>
          </w:tcPr>
          <w:p w14:paraId="503D3B4C" w14:textId="77777777" w:rsidR="001C61CC" w:rsidRDefault="000D727A">
            <w:pPr>
              <w:spacing w:after="0" w:line="240" w:lineRule="auto"/>
              <w:jc w:val="center"/>
            </w:pPr>
            <w:r>
              <w:rPr>
                <w:sz w:val="13"/>
              </w:rPr>
              <w:t>3686</w:t>
            </w:r>
          </w:p>
        </w:tc>
        <w:tc>
          <w:tcPr>
            <w:tcW w:w="610" w:type="dxa"/>
            <w:tcBorders>
              <w:top w:val="nil"/>
              <w:left w:val="nil"/>
              <w:bottom w:val="single" w:sz="10" w:space="0" w:color="000000"/>
              <w:right w:val="nil"/>
            </w:tcBorders>
          </w:tcPr>
          <w:p w14:paraId="5818B42A" w14:textId="77777777" w:rsidR="001C61CC" w:rsidRDefault="000D727A">
            <w:pPr>
              <w:spacing w:after="0" w:line="240" w:lineRule="auto"/>
              <w:jc w:val="center"/>
            </w:pPr>
            <w:r>
              <w:rPr>
                <w:sz w:val="13"/>
              </w:rPr>
              <w:t>1.12 (1.02, 1.24)</w:t>
            </w:r>
          </w:p>
        </w:tc>
        <w:tc>
          <w:tcPr>
            <w:tcW w:w="610" w:type="dxa"/>
            <w:tcBorders>
              <w:top w:val="nil"/>
              <w:left w:val="nil"/>
              <w:bottom w:val="single" w:sz="10" w:space="0" w:color="000000"/>
              <w:right w:val="nil"/>
            </w:tcBorders>
          </w:tcPr>
          <w:p w14:paraId="46C49C21" w14:textId="77777777" w:rsidR="001C61CC" w:rsidRDefault="000D727A">
            <w:pPr>
              <w:spacing w:after="0" w:line="240" w:lineRule="auto"/>
              <w:jc w:val="center"/>
            </w:pPr>
            <w:r>
              <w:rPr>
                <w:sz w:val="13"/>
              </w:rPr>
              <w:t>0.020</w:t>
            </w:r>
          </w:p>
        </w:tc>
        <w:tc>
          <w:tcPr>
            <w:tcW w:w="610" w:type="dxa"/>
            <w:tcBorders>
              <w:top w:val="nil"/>
              <w:left w:val="nil"/>
              <w:bottom w:val="single" w:sz="10" w:space="0" w:color="000000"/>
              <w:right w:val="nil"/>
            </w:tcBorders>
          </w:tcPr>
          <w:p w14:paraId="7FA674E7" w14:textId="77777777" w:rsidR="001C61CC" w:rsidRDefault="000D727A">
            <w:pPr>
              <w:spacing w:after="0" w:line="240" w:lineRule="auto"/>
              <w:jc w:val="center"/>
            </w:pPr>
            <w:r>
              <w:rPr>
                <w:sz w:val="13"/>
              </w:rPr>
              <w:t>7251</w:t>
            </w:r>
          </w:p>
        </w:tc>
        <w:tc>
          <w:tcPr>
            <w:tcW w:w="610" w:type="dxa"/>
            <w:tcBorders>
              <w:top w:val="nil"/>
              <w:left w:val="nil"/>
              <w:bottom w:val="single" w:sz="10" w:space="0" w:color="000000"/>
              <w:right w:val="nil"/>
            </w:tcBorders>
          </w:tcPr>
          <w:p w14:paraId="2FDFB6BC" w14:textId="77777777" w:rsidR="001C61CC" w:rsidRDefault="000D727A">
            <w:pPr>
              <w:spacing w:after="0" w:line="240" w:lineRule="auto"/>
              <w:jc w:val="center"/>
            </w:pPr>
            <w:r>
              <w:rPr>
                <w:sz w:val="13"/>
              </w:rPr>
              <w:t>3167</w:t>
            </w:r>
          </w:p>
        </w:tc>
        <w:tc>
          <w:tcPr>
            <w:tcW w:w="610" w:type="dxa"/>
            <w:tcBorders>
              <w:top w:val="nil"/>
              <w:left w:val="nil"/>
              <w:bottom w:val="single" w:sz="10" w:space="0" w:color="000000"/>
              <w:right w:val="nil"/>
            </w:tcBorders>
          </w:tcPr>
          <w:p w14:paraId="347204AB" w14:textId="77777777" w:rsidR="001C61CC" w:rsidRDefault="000D727A">
            <w:pPr>
              <w:spacing w:after="0" w:line="240" w:lineRule="auto"/>
              <w:jc w:val="center"/>
            </w:pPr>
            <w:r>
              <w:rPr>
                <w:sz w:val="13"/>
              </w:rPr>
              <w:t>1.20 (1.08, 1.34)</w:t>
            </w:r>
          </w:p>
        </w:tc>
        <w:tc>
          <w:tcPr>
            <w:tcW w:w="610" w:type="dxa"/>
            <w:tcBorders>
              <w:top w:val="nil"/>
              <w:left w:val="nil"/>
              <w:bottom w:val="single" w:sz="10" w:space="0" w:color="000000"/>
              <w:right w:val="nil"/>
            </w:tcBorders>
          </w:tcPr>
          <w:p w14:paraId="1529DAB5" w14:textId="77777777" w:rsidR="001C61CC" w:rsidRDefault="000D727A">
            <w:pPr>
              <w:spacing w:after="0" w:line="240" w:lineRule="auto"/>
              <w:jc w:val="center"/>
            </w:pPr>
            <w:r>
              <w:rPr>
                <w:sz w:val="13"/>
              </w:rPr>
              <w:t>&lt;0.001</w:t>
            </w:r>
          </w:p>
        </w:tc>
        <w:tc>
          <w:tcPr>
            <w:tcW w:w="610" w:type="dxa"/>
            <w:tcBorders>
              <w:top w:val="nil"/>
              <w:left w:val="nil"/>
              <w:bottom w:val="single" w:sz="10" w:space="0" w:color="000000"/>
              <w:right w:val="nil"/>
            </w:tcBorders>
          </w:tcPr>
          <w:p w14:paraId="01B80948" w14:textId="77777777" w:rsidR="001C61CC" w:rsidRDefault="000D727A">
            <w:pPr>
              <w:spacing w:after="0" w:line="240" w:lineRule="auto"/>
              <w:jc w:val="center"/>
            </w:pPr>
            <w:r>
              <w:rPr>
                <w:sz w:val="13"/>
              </w:rPr>
              <w:t>7152</w:t>
            </w:r>
          </w:p>
        </w:tc>
        <w:tc>
          <w:tcPr>
            <w:tcW w:w="610" w:type="dxa"/>
            <w:tcBorders>
              <w:top w:val="nil"/>
              <w:left w:val="nil"/>
              <w:bottom w:val="single" w:sz="10" w:space="0" w:color="000000"/>
              <w:right w:val="nil"/>
            </w:tcBorders>
          </w:tcPr>
          <w:p w14:paraId="0C48B320" w14:textId="77777777" w:rsidR="001C61CC" w:rsidRDefault="000D727A">
            <w:pPr>
              <w:spacing w:after="0" w:line="240" w:lineRule="auto"/>
              <w:jc w:val="center"/>
            </w:pPr>
            <w:r>
              <w:rPr>
                <w:sz w:val="13"/>
              </w:rPr>
              <w:t>3157</w:t>
            </w:r>
          </w:p>
        </w:tc>
        <w:tc>
          <w:tcPr>
            <w:tcW w:w="610" w:type="dxa"/>
            <w:tcBorders>
              <w:top w:val="nil"/>
              <w:left w:val="nil"/>
              <w:bottom w:val="single" w:sz="10" w:space="0" w:color="000000"/>
              <w:right w:val="nil"/>
            </w:tcBorders>
          </w:tcPr>
          <w:p w14:paraId="5C0C8D4B" w14:textId="77777777" w:rsidR="001C61CC" w:rsidRDefault="000D727A">
            <w:pPr>
              <w:spacing w:after="0" w:line="240" w:lineRule="auto"/>
              <w:jc w:val="center"/>
            </w:pPr>
            <w:r>
              <w:rPr>
                <w:sz w:val="13"/>
              </w:rPr>
              <w:t>1.11 (0.99, 1.24)</w:t>
            </w:r>
          </w:p>
        </w:tc>
        <w:tc>
          <w:tcPr>
            <w:tcW w:w="610" w:type="dxa"/>
            <w:tcBorders>
              <w:top w:val="nil"/>
              <w:left w:val="nil"/>
              <w:bottom w:val="single" w:sz="10" w:space="0" w:color="000000"/>
              <w:right w:val="nil"/>
            </w:tcBorders>
          </w:tcPr>
          <w:p w14:paraId="68956FB1" w14:textId="77777777" w:rsidR="001C61CC" w:rsidRDefault="000D727A">
            <w:pPr>
              <w:spacing w:after="0" w:line="240" w:lineRule="auto"/>
              <w:jc w:val="center"/>
            </w:pPr>
            <w:r>
              <w:rPr>
                <w:sz w:val="13"/>
              </w:rPr>
              <w:t>0.086</w:t>
            </w:r>
          </w:p>
        </w:tc>
      </w:tr>
    </w:tbl>
    <w:p w14:paraId="17E358D2" w14:textId="77777777" w:rsidR="001C61CC" w:rsidRDefault="001C61CC"/>
    <w:p w14:paraId="07D33FDE" w14:textId="77777777" w:rsidR="001C61CC" w:rsidRDefault="000D727A">
      <w:pPr>
        <w:spacing w:after="80"/>
      </w:pPr>
      <w:r>
        <w:rPr>
          <w:sz w:val="16"/>
        </w:rPr>
        <w:t>Note: Model 1 was unadjusted; model 2 adjusted for age, residence, and marital status; model 3 additionally adjusted for smoking, drinking, work, retirement, pension, and menopausal status; and model 4 additionally adjusted for self-rated health, sleep duration, ADL, IADL, and chronic conditions.</w:t>
      </w:r>
    </w:p>
    <w:p w14:paraId="4E45D761" w14:textId="77777777" w:rsidR="001C61CC" w:rsidRDefault="000D727A">
      <w:r>
        <w:br w:type="page"/>
      </w:r>
    </w:p>
    <w:p w14:paraId="686472C3" w14:textId="77777777" w:rsidR="001C61CC" w:rsidRDefault="000D727A">
      <w:pPr>
        <w:spacing w:after="80"/>
      </w:pPr>
      <w:r>
        <w:rPr>
          <w:b/>
          <w:sz w:val="24"/>
        </w:rPr>
        <w:lastRenderedPageBreak/>
        <w:t>Supplementary Table 5. Prospective associations between lifetime pregnancy loss and incident depressive symptoms: full model set for the primary exposure</w:t>
      </w:r>
    </w:p>
    <w:tbl>
      <w:tblPr>
        <w:tblW w:w="0" w:type="auto"/>
        <w:tblLook w:val="04A0" w:firstRow="1" w:lastRow="0" w:firstColumn="1" w:lastColumn="0" w:noHBand="0" w:noVBand="1"/>
      </w:tblPr>
      <w:tblGrid>
        <w:gridCol w:w="596"/>
        <w:gridCol w:w="676"/>
        <w:gridCol w:w="676"/>
        <w:gridCol w:w="676"/>
        <w:gridCol w:w="676"/>
        <w:gridCol w:w="590"/>
        <w:gridCol w:w="590"/>
        <w:gridCol w:w="590"/>
        <w:gridCol w:w="590"/>
        <w:gridCol w:w="600"/>
        <w:gridCol w:w="600"/>
        <w:gridCol w:w="600"/>
        <w:gridCol w:w="600"/>
        <w:gridCol w:w="577"/>
        <w:gridCol w:w="577"/>
        <w:gridCol w:w="577"/>
        <w:gridCol w:w="577"/>
      </w:tblGrid>
      <w:tr w:rsidR="001C61CC" w14:paraId="3561E39F" w14:textId="77777777">
        <w:tc>
          <w:tcPr>
            <w:tcW w:w="610" w:type="dxa"/>
            <w:tcBorders>
              <w:top w:val="single" w:sz="10" w:space="0" w:color="000000"/>
              <w:left w:val="nil"/>
              <w:bottom w:val="single" w:sz="10" w:space="0" w:color="000000"/>
              <w:right w:val="nil"/>
            </w:tcBorders>
          </w:tcPr>
          <w:p w14:paraId="70938A77" w14:textId="77777777" w:rsidR="001C61CC" w:rsidRDefault="000D727A">
            <w:pPr>
              <w:spacing w:after="0" w:line="240" w:lineRule="auto"/>
            </w:pPr>
            <w:r>
              <w:rPr>
                <w:b/>
                <w:sz w:val="13"/>
              </w:rPr>
              <w:t>Exposure</w:t>
            </w:r>
          </w:p>
        </w:tc>
        <w:tc>
          <w:tcPr>
            <w:tcW w:w="610" w:type="dxa"/>
            <w:tcBorders>
              <w:top w:val="single" w:sz="10" w:space="0" w:color="000000"/>
              <w:left w:val="nil"/>
              <w:bottom w:val="single" w:sz="10" w:space="0" w:color="000000"/>
              <w:right w:val="nil"/>
            </w:tcBorders>
          </w:tcPr>
          <w:p w14:paraId="6733D916" w14:textId="77777777" w:rsidR="001C61CC" w:rsidRDefault="000D727A">
            <w:pPr>
              <w:spacing w:after="0" w:line="240" w:lineRule="auto"/>
              <w:jc w:val="center"/>
            </w:pPr>
            <w:r>
              <w:rPr>
                <w:b/>
                <w:sz w:val="13"/>
              </w:rPr>
              <w:t>Model 1: unadjusted: n</w:t>
            </w:r>
          </w:p>
        </w:tc>
        <w:tc>
          <w:tcPr>
            <w:tcW w:w="610" w:type="dxa"/>
            <w:tcBorders>
              <w:top w:val="single" w:sz="10" w:space="0" w:color="000000"/>
              <w:left w:val="nil"/>
              <w:bottom w:val="single" w:sz="10" w:space="0" w:color="000000"/>
              <w:right w:val="nil"/>
            </w:tcBorders>
          </w:tcPr>
          <w:p w14:paraId="4B1C0386" w14:textId="77777777" w:rsidR="001C61CC" w:rsidRDefault="000D727A">
            <w:pPr>
              <w:spacing w:after="0" w:line="240" w:lineRule="auto"/>
              <w:jc w:val="center"/>
            </w:pPr>
            <w:r>
              <w:rPr>
                <w:b/>
                <w:sz w:val="13"/>
              </w:rPr>
              <w:t>Model 1: unadjusted: events</w:t>
            </w:r>
          </w:p>
        </w:tc>
        <w:tc>
          <w:tcPr>
            <w:tcW w:w="610" w:type="dxa"/>
            <w:tcBorders>
              <w:top w:val="single" w:sz="10" w:space="0" w:color="000000"/>
              <w:left w:val="nil"/>
              <w:bottom w:val="single" w:sz="10" w:space="0" w:color="000000"/>
              <w:right w:val="nil"/>
            </w:tcBorders>
          </w:tcPr>
          <w:p w14:paraId="0CC0000D" w14:textId="77777777" w:rsidR="001C61CC" w:rsidRDefault="000D727A">
            <w:pPr>
              <w:spacing w:after="0" w:line="240" w:lineRule="auto"/>
              <w:jc w:val="center"/>
            </w:pPr>
            <w:r>
              <w:rPr>
                <w:b/>
                <w:sz w:val="13"/>
              </w:rPr>
              <w:t>Model 1: unadjusted: estimate</w:t>
            </w:r>
          </w:p>
        </w:tc>
        <w:tc>
          <w:tcPr>
            <w:tcW w:w="610" w:type="dxa"/>
            <w:tcBorders>
              <w:top w:val="single" w:sz="10" w:space="0" w:color="000000"/>
              <w:left w:val="nil"/>
              <w:bottom w:val="single" w:sz="10" w:space="0" w:color="000000"/>
              <w:right w:val="nil"/>
            </w:tcBorders>
          </w:tcPr>
          <w:p w14:paraId="3CCEBA6E" w14:textId="77777777" w:rsidR="001C61CC" w:rsidRDefault="000D727A">
            <w:pPr>
              <w:spacing w:after="0" w:line="240" w:lineRule="auto"/>
              <w:jc w:val="center"/>
            </w:pPr>
            <w:r>
              <w:rPr>
                <w:b/>
                <w:sz w:val="13"/>
              </w:rPr>
              <w:t>Model 1: unadjusted: p</w:t>
            </w:r>
          </w:p>
        </w:tc>
        <w:tc>
          <w:tcPr>
            <w:tcW w:w="610" w:type="dxa"/>
            <w:tcBorders>
              <w:top w:val="single" w:sz="10" w:space="0" w:color="000000"/>
              <w:left w:val="nil"/>
              <w:bottom w:val="single" w:sz="10" w:space="0" w:color="000000"/>
              <w:right w:val="nil"/>
            </w:tcBorders>
          </w:tcPr>
          <w:p w14:paraId="61D2E148" w14:textId="77777777" w:rsidR="001C61CC" w:rsidRDefault="000D727A">
            <w:pPr>
              <w:spacing w:after="0" w:line="240" w:lineRule="auto"/>
              <w:jc w:val="center"/>
            </w:pPr>
            <w:r>
              <w:rPr>
                <w:b/>
                <w:sz w:val="13"/>
              </w:rPr>
              <w:t>Model 2: minimally adjusted: n</w:t>
            </w:r>
          </w:p>
        </w:tc>
        <w:tc>
          <w:tcPr>
            <w:tcW w:w="610" w:type="dxa"/>
            <w:tcBorders>
              <w:top w:val="single" w:sz="10" w:space="0" w:color="000000"/>
              <w:left w:val="nil"/>
              <w:bottom w:val="single" w:sz="10" w:space="0" w:color="000000"/>
              <w:right w:val="nil"/>
            </w:tcBorders>
          </w:tcPr>
          <w:p w14:paraId="72196065" w14:textId="77777777" w:rsidR="001C61CC" w:rsidRDefault="000D727A">
            <w:pPr>
              <w:spacing w:after="0" w:line="240" w:lineRule="auto"/>
              <w:jc w:val="center"/>
            </w:pPr>
            <w:r>
              <w:rPr>
                <w:b/>
                <w:sz w:val="13"/>
              </w:rPr>
              <w:t>Model 2: minimally adjusted: events</w:t>
            </w:r>
          </w:p>
        </w:tc>
        <w:tc>
          <w:tcPr>
            <w:tcW w:w="610" w:type="dxa"/>
            <w:tcBorders>
              <w:top w:val="single" w:sz="10" w:space="0" w:color="000000"/>
              <w:left w:val="nil"/>
              <w:bottom w:val="single" w:sz="10" w:space="0" w:color="000000"/>
              <w:right w:val="nil"/>
            </w:tcBorders>
          </w:tcPr>
          <w:p w14:paraId="5293E958" w14:textId="77777777" w:rsidR="001C61CC" w:rsidRDefault="000D727A">
            <w:pPr>
              <w:spacing w:after="0" w:line="240" w:lineRule="auto"/>
              <w:jc w:val="center"/>
            </w:pPr>
            <w:r>
              <w:rPr>
                <w:b/>
                <w:sz w:val="13"/>
              </w:rPr>
              <w:t>Model 2: minimally adjusted: estimate</w:t>
            </w:r>
          </w:p>
        </w:tc>
        <w:tc>
          <w:tcPr>
            <w:tcW w:w="610" w:type="dxa"/>
            <w:tcBorders>
              <w:top w:val="single" w:sz="10" w:space="0" w:color="000000"/>
              <w:left w:val="nil"/>
              <w:bottom w:val="single" w:sz="10" w:space="0" w:color="000000"/>
              <w:right w:val="nil"/>
            </w:tcBorders>
          </w:tcPr>
          <w:p w14:paraId="0F6BA91E" w14:textId="77777777" w:rsidR="001C61CC" w:rsidRDefault="000D727A">
            <w:pPr>
              <w:spacing w:after="0" w:line="240" w:lineRule="auto"/>
              <w:jc w:val="center"/>
            </w:pPr>
            <w:r>
              <w:rPr>
                <w:b/>
                <w:sz w:val="13"/>
              </w:rPr>
              <w:t>Model 2: minimally adjusted: p</w:t>
            </w:r>
          </w:p>
        </w:tc>
        <w:tc>
          <w:tcPr>
            <w:tcW w:w="610" w:type="dxa"/>
            <w:tcBorders>
              <w:top w:val="single" w:sz="10" w:space="0" w:color="000000"/>
              <w:left w:val="nil"/>
              <w:bottom w:val="single" w:sz="10" w:space="0" w:color="000000"/>
              <w:right w:val="nil"/>
            </w:tcBorders>
          </w:tcPr>
          <w:p w14:paraId="304396B3" w14:textId="77777777" w:rsidR="001C61CC" w:rsidRDefault="000D727A">
            <w:pPr>
              <w:spacing w:after="0" w:line="240" w:lineRule="auto"/>
              <w:jc w:val="center"/>
            </w:pPr>
            <w:r>
              <w:rPr>
                <w:b/>
                <w:sz w:val="13"/>
              </w:rPr>
              <w:t>Model 3: extended: n</w:t>
            </w:r>
          </w:p>
        </w:tc>
        <w:tc>
          <w:tcPr>
            <w:tcW w:w="610" w:type="dxa"/>
            <w:tcBorders>
              <w:top w:val="single" w:sz="10" w:space="0" w:color="000000"/>
              <w:left w:val="nil"/>
              <w:bottom w:val="single" w:sz="10" w:space="0" w:color="000000"/>
              <w:right w:val="nil"/>
            </w:tcBorders>
          </w:tcPr>
          <w:p w14:paraId="2BF930B6" w14:textId="77777777" w:rsidR="001C61CC" w:rsidRDefault="000D727A">
            <w:pPr>
              <w:spacing w:after="0" w:line="240" w:lineRule="auto"/>
              <w:jc w:val="center"/>
            </w:pPr>
            <w:r>
              <w:rPr>
                <w:b/>
                <w:sz w:val="13"/>
              </w:rPr>
              <w:t>Model 3: extended: events</w:t>
            </w:r>
          </w:p>
        </w:tc>
        <w:tc>
          <w:tcPr>
            <w:tcW w:w="610" w:type="dxa"/>
            <w:tcBorders>
              <w:top w:val="single" w:sz="10" w:space="0" w:color="000000"/>
              <w:left w:val="nil"/>
              <w:bottom w:val="single" w:sz="10" w:space="0" w:color="000000"/>
              <w:right w:val="nil"/>
            </w:tcBorders>
          </w:tcPr>
          <w:p w14:paraId="11CE8E3C" w14:textId="77777777" w:rsidR="001C61CC" w:rsidRDefault="000D727A">
            <w:pPr>
              <w:spacing w:after="0" w:line="240" w:lineRule="auto"/>
              <w:jc w:val="center"/>
            </w:pPr>
            <w:r>
              <w:rPr>
                <w:b/>
                <w:sz w:val="13"/>
              </w:rPr>
              <w:t>Model 3: extended: estimate</w:t>
            </w:r>
          </w:p>
        </w:tc>
        <w:tc>
          <w:tcPr>
            <w:tcW w:w="610" w:type="dxa"/>
            <w:tcBorders>
              <w:top w:val="single" w:sz="10" w:space="0" w:color="000000"/>
              <w:left w:val="nil"/>
              <w:bottom w:val="single" w:sz="10" w:space="0" w:color="000000"/>
              <w:right w:val="nil"/>
            </w:tcBorders>
          </w:tcPr>
          <w:p w14:paraId="3C335EA7" w14:textId="77777777" w:rsidR="001C61CC" w:rsidRDefault="000D727A">
            <w:pPr>
              <w:spacing w:after="0" w:line="240" w:lineRule="auto"/>
              <w:jc w:val="center"/>
            </w:pPr>
            <w:r>
              <w:rPr>
                <w:b/>
                <w:sz w:val="13"/>
              </w:rPr>
              <w:t>Model 3: extended: p</w:t>
            </w:r>
          </w:p>
        </w:tc>
        <w:tc>
          <w:tcPr>
            <w:tcW w:w="610" w:type="dxa"/>
            <w:tcBorders>
              <w:top w:val="single" w:sz="10" w:space="0" w:color="000000"/>
              <w:left w:val="nil"/>
              <w:bottom w:val="single" w:sz="10" w:space="0" w:color="000000"/>
              <w:right w:val="nil"/>
            </w:tcBorders>
          </w:tcPr>
          <w:p w14:paraId="19C2F1C1" w14:textId="77777777" w:rsidR="001C61CC" w:rsidRDefault="000D727A">
            <w:pPr>
              <w:spacing w:after="0" w:line="240" w:lineRule="auto"/>
              <w:jc w:val="center"/>
            </w:pPr>
            <w:r>
              <w:rPr>
                <w:b/>
                <w:sz w:val="13"/>
              </w:rPr>
              <w:t>Model 4: fully adjusted: n</w:t>
            </w:r>
          </w:p>
        </w:tc>
        <w:tc>
          <w:tcPr>
            <w:tcW w:w="610" w:type="dxa"/>
            <w:tcBorders>
              <w:top w:val="single" w:sz="10" w:space="0" w:color="000000"/>
              <w:left w:val="nil"/>
              <w:bottom w:val="single" w:sz="10" w:space="0" w:color="000000"/>
              <w:right w:val="nil"/>
            </w:tcBorders>
          </w:tcPr>
          <w:p w14:paraId="66C13EB8" w14:textId="77777777" w:rsidR="001C61CC" w:rsidRDefault="000D727A">
            <w:pPr>
              <w:spacing w:after="0" w:line="240" w:lineRule="auto"/>
              <w:jc w:val="center"/>
            </w:pPr>
            <w:r>
              <w:rPr>
                <w:b/>
                <w:sz w:val="13"/>
              </w:rPr>
              <w:t>Model 4: fully adjusted: events</w:t>
            </w:r>
          </w:p>
        </w:tc>
        <w:tc>
          <w:tcPr>
            <w:tcW w:w="610" w:type="dxa"/>
            <w:tcBorders>
              <w:top w:val="single" w:sz="10" w:space="0" w:color="000000"/>
              <w:left w:val="nil"/>
              <w:bottom w:val="single" w:sz="10" w:space="0" w:color="000000"/>
              <w:right w:val="nil"/>
            </w:tcBorders>
          </w:tcPr>
          <w:p w14:paraId="1E900F3C" w14:textId="77777777" w:rsidR="001C61CC" w:rsidRDefault="000D727A">
            <w:pPr>
              <w:spacing w:after="0" w:line="240" w:lineRule="auto"/>
              <w:jc w:val="center"/>
            </w:pPr>
            <w:r>
              <w:rPr>
                <w:b/>
                <w:sz w:val="13"/>
              </w:rPr>
              <w:t>Model 4: fully adjusted: estimate</w:t>
            </w:r>
          </w:p>
        </w:tc>
        <w:tc>
          <w:tcPr>
            <w:tcW w:w="610" w:type="dxa"/>
            <w:tcBorders>
              <w:top w:val="single" w:sz="10" w:space="0" w:color="000000"/>
              <w:left w:val="nil"/>
              <w:bottom w:val="single" w:sz="10" w:space="0" w:color="000000"/>
              <w:right w:val="nil"/>
            </w:tcBorders>
          </w:tcPr>
          <w:p w14:paraId="17A523FA" w14:textId="77777777" w:rsidR="001C61CC" w:rsidRDefault="000D727A">
            <w:pPr>
              <w:spacing w:after="0" w:line="240" w:lineRule="auto"/>
              <w:jc w:val="center"/>
            </w:pPr>
            <w:r>
              <w:rPr>
                <w:b/>
                <w:sz w:val="13"/>
              </w:rPr>
              <w:t>Model 4: fully adjusted: p</w:t>
            </w:r>
          </w:p>
        </w:tc>
      </w:tr>
      <w:tr w:rsidR="001C61CC" w14:paraId="4C36BFBC" w14:textId="77777777">
        <w:tc>
          <w:tcPr>
            <w:tcW w:w="610" w:type="dxa"/>
            <w:tcBorders>
              <w:top w:val="nil"/>
              <w:left w:val="nil"/>
              <w:bottom w:val="single" w:sz="10" w:space="0" w:color="000000"/>
              <w:right w:val="nil"/>
            </w:tcBorders>
          </w:tcPr>
          <w:p w14:paraId="07660E47" w14:textId="77777777" w:rsidR="001C61CC" w:rsidRDefault="000D727A">
            <w:pPr>
              <w:spacing w:after="0" w:line="240" w:lineRule="auto"/>
            </w:pPr>
            <w:r>
              <w:rPr>
                <w:sz w:val="13"/>
              </w:rPr>
              <w:t>Any pregnancy loss</w:t>
            </w:r>
          </w:p>
        </w:tc>
        <w:tc>
          <w:tcPr>
            <w:tcW w:w="610" w:type="dxa"/>
            <w:tcBorders>
              <w:top w:val="nil"/>
              <w:left w:val="nil"/>
              <w:bottom w:val="single" w:sz="10" w:space="0" w:color="000000"/>
              <w:right w:val="nil"/>
            </w:tcBorders>
          </w:tcPr>
          <w:p w14:paraId="713E6027" w14:textId="77777777" w:rsidR="001C61CC" w:rsidRDefault="000D727A">
            <w:pPr>
              <w:spacing w:after="0" w:line="240" w:lineRule="auto"/>
              <w:jc w:val="center"/>
            </w:pPr>
            <w:r>
              <w:rPr>
                <w:sz w:val="13"/>
              </w:rPr>
              <w:t>4145</w:t>
            </w:r>
          </w:p>
        </w:tc>
        <w:tc>
          <w:tcPr>
            <w:tcW w:w="610" w:type="dxa"/>
            <w:tcBorders>
              <w:top w:val="nil"/>
              <w:left w:val="nil"/>
              <w:bottom w:val="single" w:sz="10" w:space="0" w:color="000000"/>
              <w:right w:val="nil"/>
            </w:tcBorders>
          </w:tcPr>
          <w:p w14:paraId="00FBB860" w14:textId="77777777" w:rsidR="001C61CC" w:rsidRDefault="000D727A">
            <w:pPr>
              <w:spacing w:after="0" w:line="240" w:lineRule="auto"/>
              <w:jc w:val="center"/>
            </w:pPr>
            <w:r>
              <w:rPr>
                <w:sz w:val="13"/>
              </w:rPr>
              <w:t>2000</w:t>
            </w:r>
          </w:p>
        </w:tc>
        <w:tc>
          <w:tcPr>
            <w:tcW w:w="610" w:type="dxa"/>
            <w:tcBorders>
              <w:top w:val="nil"/>
              <w:left w:val="nil"/>
              <w:bottom w:val="single" w:sz="10" w:space="0" w:color="000000"/>
              <w:right w:val="nil"/>
            </w:tcBorders>
          </w:tcPr>
          <w:p w14:paraId="53DCE642" w14:textId="77777777" w:rsidR="001C61CC" w:rsidRDefault="000D727A">
            <w:pPr>
              <w:spacing w:after="0" w:line="240" w:lineRule="auto"/>
              <w:jc w:val="center"/>
            </w:pPr>
            <w:r>
              <w:rPr>
                <w:sz w:val="13"/>
              </w:rPr>
              <w:t>0.99 (0.89, 1.09)</w:t>
            </w:r>
          </w:p>
        </w:tc>
        <w:tc>
          <w:tcPr>
            <w:tcW w:w="610" w:type="dxa"/>
            <w:tcBorders>
              <w:top w:val="nil"/>
              <w:left w:val="nil"/>
              <w:bottom w:val="single" w:sz="10" w:space="0" w:color="000000"/>
              <w:right w:val="nil"/>
            </w:tcBorders>
          </w:tcPr>
          <w:p w14:paraId="5C7A5256" w14:textId="77777777" w:rsidR="001C61CC" w:rsidRDefault="000D727A">
            <w:pPr>
              <w:spacing w:after="0" w:line="240" w:lineRule="auto"/>
              <w:jc w:val="center"/>
            </w:pPr>
            <w:r>
              <w:rPr>
                <w:sz w:val="13"/>
              </w:rPr>
              <w:t>0.782</w:t>
            </w:r>
          </w:p>
        </w:tc>
        <w:tc>
          <w:tcPr>
            <w:tcW w:w="610" w:type="dxa"/>
            <w:tcBorders>
              <w:top w:val="nil"/>
              <w:left w:val="nil"/>
              <w:bottom w:val="single" w:sz="10" w:space="0" w:color="000000"/>
              <w:right w:val="nil"/>
            </w:tcBorders>
          </w:tcPr>
          <w:p w14:paraId="5BB582CF" w14:textId="77777777" w:rsidR="001C61CC" w:rsidRDefault="000D727A">
            <w:pPr>
              <w:spacing w:after="0" w:line="240" w:lineRule="auto"/>
              <w:jc w:val="center"/>
            </w:pPr>
            <w:r>
              <w:rPr>
                <w:sz w:val="13"/>
              </w:rPr>
              <w:t>4145</w:t>
            </w:r>
          </w:p>
        </w:tc>
        <w:tc>
          <w:tcPr>
            <w:tcW w:w="610" w:type="dxa"/>
            <w:tcBorders>
              <w:top w:val="nil"/>
              <w:left w:val="nil"/>
              <w:bottom w:val="single" w:sz="10" w:space="0" w:color="000000"/>
              <w:right w:val="nil"/>
            </w:tcBorders>
          </w:tcPr>
          <w:p w14:paraId="5D6829AC" w14:textId="77777777" w:rsidR="001C61CC" w:rsidRDefault="000D727A">
            <w:pPr>
              <w:spacing w:after="0" w:line="240" w:lineRule="auto"/>
              <w:jc w:val="center"/>
            </w:pPr>
            <w:r>
              <w:rPr>
                <w:sz w:val="13"/>
              </w:rPr>
              <w:t>2000</w:t>
            </w:r>
          </w:p>
        </w:tc>
        <w:tc>
          <w:tcPr>
            <w:tcW w:w="610" w:type="dxa"/>
            <w:tcBorders>
              <w:top w:val="nil"/>
              <w:left w:val="nil"/>
              <w:bottom w:val="single" w:sz="10" w:space="0" w:color="000000"/>
              <w:right w:val="nil"/>
            </w:tcBorders>
          </w:tcPr>
          <w:p w14:paraId="00138999" w14:textId="77777777" w:rsidR="001C61CC" w:rsidRDefault="000D727A">
            <w:pPr>
              <w:spacing w:after="0" w:line="240" w:lineRule="auto"/>
              <w:jc w:val="center"/>
            </w:pPr>
            <w:r>
              <w:rPr>
                <w:sz w:val="13"/>
              </w:rPr>
              <w:t>1.07 (0.97, 1.18)</w:t>
            </w:r>
          </w:p>
        </w:tc>
        <w:tc>
          <w:tcPr>
            <w:tcW w:w="610" w:type="dxa"/>
            <w:tcBorders>
              <w:top w:val="nil"/>
              <w:left w:val="nil"/>
              <w:bottom w:val="single" w:sz="10" w:space="0" w:color="000000"/>
              <w:right w:val="nil"/>
            </w:tcBorders>
          </w:tcPr>
          <w:p w14:paraId="08926B75" w14:textId="77777777" w:rsidR="001C61CC" w:rsidRDefault="000D727A">
            <w:pPr>
              <w:spacing w:after="0" w:line="240" w:lineRule="auto"/>
              <w:jc w:val="center"/>
            </w:pPr>
            <w:r>
              <w:rPr>
                <w:sz w:val="13"/>
              </w:rPr>
              <w:t>0.180</w:t>
            </w:r>
          </w:p>
        </w:tc>
        <w:tc>
          <w:tcPr>
            <w:tcW w:w="610" w:type="dxa"/>
            <w:tcBorders>
              <w:top w:val="nil"/>
              <w:left w:val="nil"/>
              <w:bottom w:val="single" w:sz="10" w:space="0" w:color="000000"/>
              <w:right w:val="nil"/>
            </w:tcBorders>
          </w:tcPr>
          <w:p w14:paraId="743115CF" w14:textId="77777777" w:rsidR="001C61CC" w:rsidRDefault="000D727A">
            <w:pPr>
              <w:spacing w:after="0" w:line="240" w:lineRule="auto"/>
              <w:jc w:val="center"/>
            </w:pPr>
            <w:r>
              <w:rPr>
                <w:sz w:val="13"/>
              </w:rPr>
              <w:t>3290</w:t>
            </w:r>
          </w:p>
        </w:tc>
        <w:tc>
          <w:tcPr>
            <w:tcW w:w="610" w:type="dxa"/>
            <w:tcBorders>
              <w:top w:val="nil"/>
              <w:left w:val="nil"/>
              <w:bottom w:val="single" w:sz="10" w:space="0" w:color="000000"/>
              <w:right w:val="nil"/>
            </w:tcBorders>
          </w:tcPr>
          <w:p w14:paraId="1A1E9770" w14:textId="77777777" w:rsidR="001C61CC" w:rsidRDefault="000D727A">
            <w:pPr>
              <w:spacing w:after="0" w:line="240" w:lineRule="auto"/>
              <w:jc w:val="center"/>
            </w:pPr>
            <w:r>
              <w:rPr>
                <w:sz w:val="13"/>
              </w:rPr>
              <w:t>1598</w:t>
            </w:r>
          </w:p>
        </w:tc>
        <w:tc>
          <w:tcPr>
            <w:tcW w:w="610" w:type="dxa"/>
            <w:tcBorders>
              <w:top w:val="nil"/>
              <w:left w:val="nil"/>
              <w:bottom w:val="single" w:sz="10" w:space="0" w:color="000000"/>
              <w:right w:val="nil"/>
            </w:tcBorders>
          </w:tcPr>
          <w:p w14:paraId="22A4610E" w14:textId="77777777" w:rsidR="001C61CC" w:rsidRDefault="000D727A">
            <w:pPr>
              <w:spacing w:after="0" w:line="240" w:lineRule="auto"/>
              <w:jc w:val="center"/>
            </w:pPr>
            <w:r>
              <w:rPr>
                <w:sz w:val="13"/>
              </w:rPr>
              <w:t>1.08 (0.97, 1.21)</w:t>
            </w:r>
          </w:p>
        </w:tc>
        <w:tc>
          <w:tcPr>
            <w:tcW w:w="610" w:type="dxa"/>
            <w:tcBorders>
              <w:top w:val="nil"/>
              <w:left w:val="nil"/>
              <w:bottom w:val="single" w:sz="10" w:space="0" w:color="000000"/>
              <w:right w:val="nil"/>
            </w:tcBorders>
          </w:tcPr>
          <w:p w14:paraId="172C26DD" w14:textId="77777777" w:rsidR="001C61CC" w:rsidRDefault="000D727A">
            <w:pPr>
              <w:spacing w:after="0" w:line="240" w:lineRule="auto"/>
              <w:jc w:val="center"/>
            </w:pPr>
            <w:r>
              <w:rPr>
                <w:sz w:val="13"/>
              </w:rPr>
              <w:t>0.177</w:t>
            </w:r>
          </w:p>
        </w:tc>
        <w:tc>
          <w:tcPr>
            <w:tcW w:w="610" w:type="dxa"/>
            <w:tcBorders>
              <w:top w:val="nil"/>
              <w:left w:val="nil"/>
              <w:bottom w:val="single" w:sz="10" w:space="0" w:color="000000"/>
              <w:right w:val="nil"/>
            </w:tcBorders>
          </w:tcPr>
          <w:p w14:paraId="13DB986C" w14:textId="77777777" w:rsidR="001C61CC" w:rsidRDefault="000D727A">
            <w:pPr>
              <w:spacing w:after="0" w:line="240" w:lineRule="auto"/>
              <w:jc w:val="center"/>
            </w:pPr>
            <w:r>
              <w:rPr>
                <w:sz w:val="13"/>
              </w:rPr>
              <w:t>2563</w:t>
            </w:r>
          </w:p>
        </w:tc>
        <w:tc>
          <w:tcPr>
            <w:tcW w:w="610" w:type="dxa"/>
            <w:tcBorders>
              <w:top w:val="nil"/>
              <w:left w:val="nil"/>
              <w:bottom w:val="single" w:sz="10" w:space="0" w:color="000000"/>
              <w:right w:val="nil"/>
            </w:tcBorders>
          </w:tcPr>
          <w:p w14:paraId="6A731A2F" w14:textId="77777777" w:rsidR="001C61CC" w:rsidRDefault="000D727A">
            <w:pPr>
              <w:spacing w:after="0" w:line="240" w:lineRule="auto"/>
              <w:jc w:val="center"/>
            </w:pPr>
            <w:r>
              <w:rPr>
                <w:sz w:val="13"/>
              </w:rPr>
              <w:t>1262</w:t>
            </w:r>
          </w:p>
        </w:tc>
        <w:tc>
          <w:tcPr>
            <w:tcW w:w="610" w:type="dxa"/>
            <w:tcBorders>
              <w:top w:val="nil"/>
              <w:left w:val="nil"/>
              <w:bottom w:val="single" w:sz="10" w:space="0" w:color="000000"/>
              <w:right w:val="nil"/>
            </w:tcBorders>
          </w:tcPr>
          <w:p w14:paraId="5CC06AB1" w14:textId="77777777" w:rsidR="001C61CC" w:rsidRDefault="000D727A">
            <w:pPr>
              <w:spacing w:after="0" w:line="240" w:lineRule="auto"/>
              <w:jc w:val="center"/>
            </w:pPr>
            <w:r>
              <w:rPr>
                <w:sz w:val="13"/>
              </w:rPr>
              <w:t>1.01 (0.89, 1.15)</w:t>
            </w:r>
          </w:p>
        </w:tc>
        <w:tc>
          <w:tcPr>
            <w:tcW w:w="610" w:type="dxa"/>
            <w:tcBorders>
              <w:top w:val="nil"/>
              <w:left w:val="nil"/>
              <w:bottom w:val="single" w:sz="10" w:space="0" w:color="000000"/>
              <w:right w:val="nil"/>
            </w:tcBorders>
          </w:tcPr>
          <w:p w14:paraId="5CC9FE89" w14:textId="77777777" w:rsidR="001C61CC" w:rsidRDefault="000D727A">
            <w:pPr>
              <w:spacing w:after="0" w:line="240" w:lineRule="auto"/>
              <w:jc w:val="center"/>
            </w:pPr>
            <w:r>
              <w:rPr>
                <w:sz w:val="13"/>
              </w:rPr>
              <w:t>0.873</w:t>
            </w:r>
          </w:p>
        </w:tc>
      </w:tr>
    </w:tbl>
    <w:p w14:paraId="6B6673B3" w14:textId="77777777" w:rsidR="001C61CC" w:rsidRDefault="001C61CC"/>
    <w:p w14:paraId="54718327" w14:textId="77777777" w:rsidR="001C61CC" w:rsidRDefault="000D727A">
      <w:pPr>
        <w:spacing w:after="80"/>
      </w:pPr>
      <w:r>
        <w:rPr>
          <w:sz w:val="16"/>
        </w:rPr>
        <w:t>Note: Model 1 was unadjusted; model 2 adjusted for age, residence, and partnered status at baseline; model 3 additionally adjusted for smoking, drinking, work, retirement, pension, self-rated health, and sleep duration at baseline; and model 4 additionally adjusted for ADL, IADL, and chronic conditions at baseline.</w:t>
      </w:r>
    </w:p>
    <w:p w14:paraId="21C14304" w14:textId="77777777" w:rsidR="001C61CC" w:rsidRDefault="000D727A">
      <w:r>
        <w:br w:type="page"/>
      </w:r>
    </w:p>
    <w:p w14:paraId="0E34ADBF" w14:textId="77777777" w:rsidR="001C61CC" w:rsidRDefault="000D727A">
      <w:pPr>
        <w:spacing w:after="80"/>
      </w:pPr>
      <w:r>
        <w:rPr>
          <w:b/>
          <w:sz w:val="24"/>
        </w:rPr>
        <w:lastRenderedPageBreak/>
        <w:t>Supplementary Table 6. Subtype-specific associations of induced abortion, spontaneous abortion, and stillbirth with prevalent depressive symptoms</w:t>
      </w:r>
    </w:p>
    <w:tbl>
      <w:tblPr>
        <w:tblW w:w="0" w:type="auto"/>
        <w:tblLook w:val="04A0" w:firstRow="1" w:lastRow="0" w:firstColumn="1" w:lastColumn="0" w:noHBand="0" w:noVBand="1"/>
      </w:tblPr>
      <w:tblGrid>
        <w:gridCol w:w="689"/>
        <w:gridCol w:w="670"/>
        <w:gridCol w:w="670"/>
        <w:gridCol w:w="670"/>
        <w:gridCol w:w="669"/>
        <w:gridCol w:w="585"/>
        <w:gridCol w:w="585"/>
        <w:gridCol w:w="585"/>
        <w:gridCol w:w="585"/>
        <w:gridCol w:w="594"/>
        <w:gridCol w:w="594"/>
        <w:gridCol w:w="594"/>
        <w:gridCol w:w="594"/>
        <w:gridCol w:w="571"/>
        <w:gridCol w:w="571"/>
        <w:gridCol w:w="571"/>
        <w:gridCol w:w="571"/>
      </w:tblGrid>
      <w:tr w:rsidR="001C61CC" w14:paraId="65BC68D3" w14:textId="77777777">
        <w:tc>
          <w:tcPr>
            <w:tcW w:w="610" w:type="dxa"/>
            <w:tcBorders>
              <w:top w:val="single" w:sz="10" w:space="0" w:color="000000"/>
              <w:left w:val="nil"/>
              <w:bottom w:val="single" w:sz="10" w:space="0" w:color="000000"/>
              <w:right w:val="nil"/>
            </w:tcBorders>
          </w:tcPr>
          <w:p w14:paraId="15FA4232" w14:textId="77777777" w:rsidR="001C61CC" w:rsidRDefault="000D727A">
            <w:pPr>
              <w:spacing w:after="0" w:line="240" w:lineRule="auto"/>
            </w:pPr>
            <w:r>
              <w:rPr>
                <w:b/>
                <w:sz w:val="13"/>
              </w:rPr>
              <w:t>Exposure</w:t>
            </w:r>
          </w:p>
        </w:tc>
        <w:tc>
          <w:tcPr>
            <w:tcW w:w="610" w:type="dxa"/>
            <w:tcBorders>
              <w:top w:val="single" w:sz="10" w:space="0" w:color="000000"/>
              <w:left w:val="nil"/>
              <w:bottom w:val="single" w:sz="10" w:space="0" w:color="000000"/>
              <w:right w:val="nil"/>
            </w:tcBorders>
          </w:tcPr>
          <w:p w14:paraId="3CCA286B" w14:textId="77777777" w:rsidR="001C61CC" w:rsidRDefault="000D727A">
            <w:pPr>
              <w:spacing w:after="0" w:line="240" w:lineRule="auto"/>
              <w:jc w:val="center"/>
            </w:pPr>
            <w:r>
              <w:rPr>
                <w:b/>
                <w:sz w:val="13"/>
              </w:rPr>
              <w:t>Model 1: unadjusted: n</w:t>
            </w:r>
          </w:p>
        </w:tc>
        <w:tc>
          <w:tcPr>
            <w:tcW w:w="610" w:type="dxa"/>
            <w:tcBorders>
              <w:top w:val="single" w:sz="10" w:space="0" w:color="000000"/>
              <w:left w:val="nil"/>
              <w:bottom w:val="single" w:sz="10" w:space="0" w:color="000000"/>
              <w:right w:val="nil"/>
            </w:tcBorders>
          </w:tcPr>
          <w:p w14:paraId="327D69D0" w14:textId="77777777" w:rsidR="001C61CC" w:rsidRDefault="000D727A">
            <w:pPr>
              <w:spacing w:after="0" w:line="240" w:lineRule="auto"/>
              <w:jc w:val="center"/>
            </w:pPr>
            <w:r>
              <w:rPr>
                <w:b/>
                <w:sz w:val="13"/>
              </w:rPr>
              <w:t>Model 1: unadjusted: cases</w:t>
            </w:r>
          </w:p>
        </w:tc>
        <w:tc>
          <w:tcPr>
            <w:tcW w:w="610" w:type="dxa"/>
            <w:tcBorders>
              <w:top w:val="single" w:sz="10" w:space="0" w:color="000000"/>
              <w:left w:val="nil"/>
              <w:bottom w:val="single" w:sz="10" w:space="0" w:color="000000"/>
              <w:right w:val="nil"/>
            </w:tcBorders>
          </w:tcPr>
          <w:p w14:paraId="10511B58" w14:textId="77777777" w:rsidR="001C61CC" w:rsidRDefault="000D727A">
            <w:pPr>
              <w:spacing w:after="0" w:line="240" w:lineRule="auto"/>
              <w:jc w:val="center"/>
            </w:pPr>
            <w:r>
              <w:rPr>
                <w:b/>
                <w:sz w:val="13"/>
              </w:rPr>
              <w:t>Model 1: unadjusted: estimate</w:t>
            </w:r>
          </w:p>
        </w:tc>
        <w:tc>
          <w:tcPr>
            <w:tcW w:w="610" w:type="dxa"/>
            <w:tcBorders>
              <w:top w:val="single" w:sz="10" w:space="0" w:color="000000"/>
              <w:left w:val="nil"/>
              <w:bottom w:val="single" w:sz="10" w:space="0" w:color="000000"/>
              <w:right w:val="nil"/>
            </w:tcBorders>
          </w:tcPr>
          <w:p w14:paraId="1292BD16" w14:textId="77777777" w:rsidR="001C61CC" w:rsidRDefault="000D727A">
            <w:pPr>
              <w:spacing w:after="0" w:line="240" w:lineRule="auto"/>
              <w:jc w:val="center"/>
            </w:pPr>
            <w:r>
              <w:rPr>
                <w:b/>
                <w:sz w:val="13"/>
              </w:rPr>
              <w:t>Model 1: unadjusted: p</w:t>
            </w:r>
          </w:p>
        </w:tc>
        <w:tc>
          <w:tcPr>
            <w:tcW w:w="610" w:type="dxa"/>
            <w:tcBorders>
              <w:top w:val="single" w:sz="10" w:space="0" w:color="000000"/>
              <w:left w:val="nil"/>
              <w:bottom w:val="single" w:sz="10" w:space="0" w:color="000000"/>
              <w:right w:val="nil"/>
            </w:tcBorders>
          </w:tcPr>
          <w:p w14:paraId="226CBEB9" w14:textId="77777777" w:rsidR="001C61CC" w:rsidRDefault="000D727A">
            <w:pPr>
              <w:spacing w:after="0" w:line="240" w:lineRule="auto"/>
              <w:jc w:val="center"/>
            </w:pPr>
            <w:r>
              <w:rPr>
                <w:b/>
                <w:sz w:val="13"/>
              </w:rPr>
              <w:t>Model 2: minimally adjusted: n</w:t>
            </w:r>
          </w:p>
        </w:tc>
        <w:tc>
          <w:tcPr>
            <w:tcW w:w="610" w:type="dxa"/>
            <w:tcBorders>
              <w:top w:val="single" w:sz="10" w:space="0" w:color="000000"/>
              <w:left w:val="nil"/>
              <w:bottom w:val="single" w:sz="10" w:space="0" w:color="000000"/>
              <w:right w:val="nil"/>
            </w:tcBorders>
          </w:tcPr>
          <w:p w14:paraId="40DD8EDB" w14:textId="77777777" w:rsidR="001C61CC" w:rsidRDefault="000D727A">
            <w:pPr>
              <w:spacing w:after="0" w:line="240" w:lineRule="auto"/>
              <w:jc w:val="center"/>
            </w:pPr>
            <w:r>
              <w:rPr>
                <w:b/>
                <w:sz w:val="13"/>
              </w:rPr>
              <w:t>Model 2: minimally adjusted: cases</w:t>
            </w:r>
          </w:p>
        </w:tc>
        <w:tc>
          <w:tcPr>
            <w:tcW w:w="610" w:type="dxa"/>
            <w:tcBorders>
              <w:top w:val="single" w:sz="10" w:space="0" w:color="000000"/>
              <w:left w:val="nil"/>
              <w:bottom w:val="single" w:sz="10" w:space="0" w:color="000000"/>
              <w:right w:val="nil"/>
            </w:tcBorders>
          </w:tcPr>
          <w:p w14:paraId="0EBE449F" w14:textId="77777777" w:rsidR="001C61CC" w:rsidRDefault="000D727A">
            <w:pPr>
              <w:spacing w:after="0" w:line="240" w:lineRule="auto"/>
              <w:jc w:val="center"/>
            </w:pPr>
            <w:r>
              <w:rPr>
                <w:b/>
                <w:sz w:val="13"/>
              </w:rPr>
              <w:t>Model 2: minimally adjusted: estimate</w:t>
            </w:r>
          </w:p>
        </w:tc>
        <w:tc>
          <w:tcPr>
            <w:tcW w:w="610" w:type="dxa"/>
            <w:tcBorders>
              <w:top w:val="single" w:sz="10" w:space="0" w:color="000000"/>
              <w:left w:val="nil"/>
              <w:bottom w:val="single" w:sz="10" w:space="0" w:color="000000"/>
              <w:right w:val="nil"/>
            </w:tcBorders>
          </w:tcPr>
          <w:p w14:paraId="345B522B" w14:textId="77777777" w:rsidR="001C61CC" w:rsidRDefault="000D727A">
            <w:pPr>
              <w:spacing w:after="0" w:line="240" w:lineRule="auto"/>
              <w:jc w:val="center"/>
            </w:pPr>
            <w:r>
              <w:rPr>
                <w:b/>
                <w:sz w:val="13"/>
              </w:rPr>
              <w:t>Model 2: minimally adjusted: p</w:t>
            </w:r>
          </w:p>
        </w:tc>
        <w:tc>
          <w:tcPr>
            <w:tcW w:w="610" w:type="dxa"/>
            <w:tcBorders>
              <w:top w:val="single" w:sz="10" w:space="0" w:color="000000"/>
              <w:left w:val="nil"/>
              <w:bottom w:val="single" w:sz="10" w:space="0" w:color="000000"/>
              <w:right w:val="nil"/>
            </w:tcBorders>
          </w:tcPr>
          <w:p w14:paraId="2E6BFD42" w14:textId="77777777" w:rsidR="001C61CC" w:rsidRDefault="000D727A">
            <w:pPr>
              <w:spacing w:after="0" w:line="240" w:lineRule="auto"/>
              <w:jc w:val="center"/>
            </w:pPr>
            <w:r>
              <w:rPr>
                <w:b/>
                <w:sz w:val="13"/>
              </w:rPr>
              <w:t>Model 3: extended: n</w:t>
            </w:r>
          </w:p>
        </w:tc>
        <w:tc>
          <w:tcPr>
            <w:tcW w:w="610" w:type="dxa"/>
            <w:tcBorders>
              <w:top w:val="single" w:sz="10" w:space="0" w:color="000000"/>
              <w:left w:val="nil"/>
              <w:bottom w:val="single" w:sz="10" w:space="0" w:color="000000"/>
              <w:right w:val="nil"/>
            </w:tcBorders>
          </w:tcPr>
          <w:p w14:paraId="7FDFAB4F" w14:textId="77777777" w:rsidR="001C61CC" w:rsidRDefault="000D727A">
            <w:pPr>
              <w:spacing w:after="0" w:line="240" w:lineRule="auto"/>
              <w:jc w:val="center"/>
            </w:pPr>
            <w:r>
              <w:rPr>
                <w:b/>
                <w:sz w:val="13"/>
              </w:rPr>
              <w:t>Model 3: extended: cases</w:t>
            </w:r>
          </w:p>
        </w:tc>
        <w:tc>
          <w:tcPr>
            <w:tcW w:w="610" w:type="dxa"/>
            <w:tcBorders>
              <w:top w:val="single" w:sz="10" w:space="0" w:color="000000"/>
              <w:left w:val="nil"/>
              <w:bottom w:val="single" w:sz="10" w:space="0" w:color="000000"/>
              <w:right w:val="nil"/>
            </w:tcBorders>
          </w:tcPr>
          <w:p w14:paraId="42BBE9D7" w14:textId="77777777" w:rsidR="001C61CC" w:rsidRDefault="000D727A">
            <w:pPr>
              <w:spacing w:after="0" w:line="240" w:lineRule="auto"/>
              <w:jc w:val="center"/>
            </w:pPr>
            <w:r>
              <w:rPr>
                <w:b/>
                <w:sz w:val="13"/>
              </w:rPr>
              <w:t>Model 3: extended: estimate</w:t>
            </w:r>
          </w:p>
        </w:tc>
        <w:tc>
          <w:tcPr>
            <w:tcW w:w="610" w:type="dxa"/>
            <w:tcBorders>
              <w:top w:val="single" w:sz="10" w:space="0" w:color="000000"/>
              <w:left w:val="nil"/>
              <w:bottom w:val="single" w:sz="10" w:space="0" w:color="000000"/>
              <w:right w:val="nil"/>
            </w:tcBorders>
          </w:tcPr>
          <w:p w14:paraId="3E06A590" w14:textId="77777777" w:rsidR="001C61CC" w:rsidRDefault="000D727A">
            <w:pPr>
              <w:spacing w:after="0" w:line="240" w:lineRule="auto"/>
              <w:jc w:val="center"/>
            </w:pPr>
            <w:r>
              <w:rPr>
                <w:b/>
                <w:sz w:val="13"/>
              </w:rPr>
              <w:t>Model 3: extended: p</w:t>
            </w:r>
          </w:p>
        </w:tc>
        <w:tc>
          <w:tcPr>
            <w:tcW w:w="610" w:type="dxa"/>
            <w:tcBorders>
              <w:top w:val="single" w:sz="10" w:space="0" w:color="000000"/>
              <w:left w:val="nil"/>
              <w:bottom w:val="single" w:sz="10" w:space="0" w:color="000000"/>
              <w:right w:val="nil"/>
            </w:tcBorders>
          </w:tcPr>
          <w:p w14:paraId="200A5197" w14:textId="77777777" w:rsidR="001C61CC" w:rsidRDefault="000D727A">
            <w:pPr>
              <w:spacing w:after="0" w:line="240" w:lineRule="auto"/>
              <w:jc w:val="center"/>
            </w:pPr>
            <w:r>
              <w:rPr>
                <w:b/>
                <w:sz w:val="13"/>
              </w:rPr>
              <w:t>Model 4: fully adjusted: n</w:t>
            </w:r>
          </w:p>
        </w:tc>
        <w:tc>
          <w:tcPr>
            <w:tcW w:w="610" w:type="dxa"/>
            <w:tcBorders>
              <w:top w:val="single" w:sz="10" w:space="0" w:color="000000"/>
              <w:left w:val="nil"/>
              <w:bottom w:val="single" w:sz="10" w:space="0" w:color="000000"/>
              <w:right w:val="nil"/>
            </w:tcBorders>
          </w:tcPr>
          <w:p w14:paraId="46E8E43F" w14:textId="77777777" w:rsidR="001C61CC" w:rsidRDefault="000D727A">
            <w:pPr>
              <w:spacing w:after="0" w:line="240" w:lineRule="auto"/>
              <w:jc w:val="center"/>
            </w:pPr>
            <w:r>
              <w:rPr>
                <w:b/>
                <w:sz w:val="13"/>
              </w:rPr>
              <w:t>Model 4: fully adjusted: cases</w:t>
            </w:r>
          </w:p>
        </w:tc>
        <w:tc>
          <w:tcPr>
            <w:tcW w:w="610" w:type="dxa"/>
            <w:tcBorders>
              <w:top w:val="single" w:sz="10" w:space="0" w:color="000000"/>
              <w:left w:val="nil"/>
              <w:bottom w:val="single" w:sz="10" w:space="0" w:color="000000"/>
              <w:right w:val="nil"/>
            </w:tcBorders>
          </w:tcPr>
          <w:p w14:paraId="6F892F48" w14:textId="77777777" w:rsidR="001C61CC" w:rsidRDefault="000D727A">
            <w:pPr>
              <w:spacing w:after="0" w:line="240" w:lineRule="auto"/>
              <w:jc w:val="center"/>
            </w:pPr>
            <w:r>
              <w:rPr>
                <w:b/>
                <w:sz w:val="13"/>
              </w:rPr>
              <w:t>Model 4: fully adjusted: estimate</w:t>
            </w:r>
          </w:p>
        </w:tc>
        <w:tc>
          <w:tcPr>
            <w:tcW w:w="610" w:type="dxa"/>
            <w:tcBorders>
              <w:top w:val="single" w:sz="10" w:space="0" w:color="000000"/>
              <w:left w:val="nil"/>
              <w:bottom w:val="single" w:sz="10" w:space="0" w:color="000000"/>
              <w:right w:val="nil"/>
            </w:tcBorders>
          </w:tcPr>
          <w:p w14:paraId="7CE7DAA8" w14:textId="77777777" w:rsidR="001C61CC" w:rsidRDefault="000D727A">
            <w:pPr>
              <w:spacing w:after="0" w:line="240" w:lineRule="auto"/>
              <w:jc w:val="center"/>
            </w:pPr>
            <w:r>
              <w:rPr>
                <w:b/>
                <w:sz w:val="13"/>
              </w:rPr>
              <w:t>Model 4: fully adjusted: p</w:t>
            </w:r>
          </w:p>
        </w:tc>
      </w:tr>
      <w:tr w:rsidR="001C61CC" w14:paraId="64B95C9D" w14:textId="77777777">
        <w:tc>
          <w:tcPr>
            <w:tcW w:w="610" w:type="dxa"/>
            <w:tcBorders>
              <w:top w:val="nil"/>
              <w:left w:val="nil"/>
              <w:bottom w:val="nil"/>
              <w:right w:val="nil"/>
            </w:tcBorders>
          </w:tcPr>
          <w:p w14:paraId="080E41FE" w14:textId="77777777" w:rsidR="001C61CC" w:rsidRDefault="000D727A">
            <w:pPr>
              <w:spacing w:after="0" w:line="240" w:lineRule="auto"/>
            </w:pPr>
            <w:r>
              <w:rPr>
                <w:sz w:val="13"/>
              </w:rPr>
              <w:t>Induced abortion history</w:t>
            </w:r>
          </w:p>
        </w:tc>
        <w:tc>
          <w:tcPr>
            <w:tcW w:w="610" w:type="dxa"/>
            <w:tcBorders>
              <w:top w:val="nil"/>
              <w:left w:val="nil"/>
              <w:bottom w:val="nil"/>
              <w:right w:val="nil"/>
            </w:tcBorders>
          </w:tcPr>
          <w:p w14:paraId="260670DC" w14:textId="77777777" w:rsidR="001C61CC" w:rsidRDefault="000D727A">
            <w:pPr>
              <w:spacing w:after="0" w:line="240" w:lineRule="auto"/>
              <w:jc w:val="center"/>
            </w:pPr>
            <w:r>
              <w:rPr>
                <w:sz w:val="13"/>
              </w:rPr>
              <w:t>8372</w:t>
            </w:r>
          </w:p>
        </w:tc>
        <w:tc>
          <w:tcPr>
            <w:tcW w:w="610" w:type="dxa"/>
            <w:tcBorders>
              <w:top w:val="nil"/>
              <w:left w:val="nil"/>
              <w:bottom w:val="nil"/>
              <w:right w:val="nil"/>
            </w:tcBorders>
          </w:tcPr>
          <w:p w14:paraId="60247B9D" w14:textId="77777777" w:rsidR="001C61CC" w:rsidRDefault="000D727A">
            <w:pPr>
              <w:spacing w:after="0" w:line="240" w:lineRule="auto"/>
              <w:jc w:val="center"/>
            </w:pPr>
            <w:r>
              <w:rPr>
                <w:sz w:val="13"/>
              </w:rPr>
              <w:t>3689</w:t>
            </w:r>
          </w:p>
        </w:tc>
        <w:tc>
          <w:tcPr>
            <w:tcW w:w="610" w:type="dxa"/>
            <w:tcBorders>
              <w:top w:val="nil"/>
              <w:left w:val="nil"/>
              <w:bottom w:val="nil"/>
              <w:right w:val="nil"/>
            </w:tcBorders>
          </w:tcPr>
          <w:p w14:paraId="72A7321D" w14:textId="77777777" w:rsidR="001C61CC" w:rsidRDefault="000D727A">
            <w:pPr>
              <w:spacing w:after="0" w:line="240" w:lineRule="auto"/>
              <w:jc w:val="center"/>
            </w:pPr>
            <w:r>
              <w:rPr>
                <w:sz w:val="13"/>
              </w:rPr>
              <w:t>0.92 (0.83, 1.03)</w:t>
            </w:r>
          </w:p>
        </w:tc>
        <w:tc>
          <w:tcPr>
            <w:tcW w:w="610" w:type="dxa"/>
            <w:tcBorders>
              <w:top w:val="nil"/>
              <w:left w:val="nil"/>
              <w:bottom w:val="nil"/>
              <w:right w:val="nil"/>
            </w:tcBorders>
          </w:tcPr>
          <w:p w14:paraId="133A7AF3" w14:textId="77777777" w:rsidR="001C61CC" w:rsidRDefault="000D727A">
            <w:pPr>
              <w:spacing w:after="0" w:line="240" w:lineRule="auto"/>
              <w:jc w:val="center"/>
            </w:pPr>
            <w:r>
              <w:rPr>
                <w:sz w:val="13"/>
              </w:rPr>
              <w:t>0.141</w:t>
            </w:r>
          </w:p>
        </w:tc>
        <w:tc>
          <w:tcPr>
            <w:tcW w:w="610" w:type="dxa"/>
            <w:tcBorders>
              <w:top w:val="nil"/>
              <w:left w:val="nil"/>
              <w:bottom w:val="nil"/>
              <w:right w:val="nil"/>
            </w:tcBorders>
          </w:tcPr>
          <w:p w14:paraId="458B6BDB" w14:textId="77777777" w:rsidR="001C61CC" w:rsidRDefault="000D727A">
            <w:pPr>
              <w:spacing w:after="0" w:line="240" w:lineRule="auto"/>
              <w:jc w:val="center"/>
            </w:pPr>
            <w:r>
              <w:rPr>
                <w:sz w:val="13"/>
              </w:rPr>
              <w:t>8368</w:t>
            </w:r>
          </w:p>
        </w:tc>
        <w:tc>
          <w:tcPr>
            <w:tcW w:w="610" w:type="dxa"/>
            <w:tcBorders>
              <w:top w:val="nil"/>
              <w:left w:val="nil"/>
              <w:bottom w:val="nil"/>
              <w:right w:val="nil"/>
            </w:tcBorders>
          </w:tcPr>
          <w:p w14:paraId="10B59783" w14:textId="77777777" w:rsidR="001C61CC" w:rsidRDefault="000D727A">
            <w:pPr>
              <w:spacing w:after="0" w:line="240" w:lineRule="auto"/>
              <w:jc w:val="center"/>
            </w:pPr>
            <w:r>
              <w:rPr>
                <w:sz w:val="13"/>
              </w:rPr>
              <w:t>3686</w:t>
            </w:r>
          </w:p>
        </w:tc>
        <w:tc>
          <w:tcPr>
            <w:tcW w:w="610" w:type="dxa"/>
            <w:tcBorders>
              <w:top w:val="nil"/>
              <w:left w:val="nil"/>
              <w:bottom w:val="nil"/>
              <w:right w:val="nil"/>
            </w:tcBorders>
          </w:tcPr>
          <w:p w14:paraId="21824619" w14:textId="77777777" w:rsidR="001C61CC" w:rsidRDefault="000D727A">
            <w:pPr>
              <w:spacing w:after="0" w:line="240" w:lineRule="auto"/>
              <w:jc w:val="center"/>
            </w:pPr>
            <w:r>
              <w:rPr>
                <w:sz w:val="13"/>
              </w:rPr>
              <w:t>1.07 (0.95, 1.19)</w:t>
            </w:r>
          </w:p>
        </w:tc>
        <w:tc>
          <w:tcPr>
            <w:tcW w:w="610" w:type="dxa"/>
            <w:tcBorders>
              <w:top w:val="nil"/>
              <w:left w:val="nil"/>
              <w:bottom w:val="nil"/>
              <w:right w:val="nil"/>
            </w:tcBorders>
          </w:tcPr>
          <w:p w14:paraId="1DC7E7D4" w14:textId="77777777" w:rsidR="001C61CC" w:rsidRDefault="000D727A">
            <w:pPr>
              <w:spacing w:after="0" w:line="240" w:lineRule="auto"/>
              <w:jc w:val="center"/>
            </w:pPr>
            <w:r>
              <w:rPr>
                <w:sz w:val="13"/>
              </w:rPr>
              <w:t>0.266</w:t>
            </w:r>
          </w:p>
        </w:tc>
        <w:tc>
          <w:tcPr>
            <w:tcW w:w="610" w:type="dxa"/>
            <w:tcBorders>
              <w:top w:val="nil"/>
              <w:left w:val="nil"/>
              <w:bottom w:val="nil"/>
              <w:right w:val="nil"/>
            </w:tcBorders>
          </w:tcPr>
          <w:p w14:paraId="19157314" w14:textId="77777777" w:rsidR="001C61CC" w:rsidRDefault="000D727A">
            <w:pPr>
              <w:spacing w:after="0" w:line="240" w:lineRule="auto"/>
              <w:jc w:val="center"/>
            </w:pPr>
            <w:r>
              <w:rPr>
                <w:sz w:val="13"/>
              </w:rPr>
              <w:t>7251</w:t>
            </w:r>
          </w:p>
        </w:tc>
        <w:tc>
          <w:tcPr>
            <w:tcW w:w="610" w:type="dxa"/>
            <w:tcBorders>
              <w:top w:val="nil"/>
              <w:left w:val="nil"/>
              <w:bottom w:val="nil"/>
              <w:right w:val="nil"/>
            </w:tcBorders>
          </w:tcPr>
          <w:p w14:paraId="66EC8F8B" w14:textId="77777777" w:rsidR="001C61CC" w:rsidRDefault="000D727A">
            <w:pPr>
              <w:spacing w:after="0" w:line="240" w:lineRule="auto"/>
              <w:jc w:val="center"/>
            </w:pPr>
            <w:r>
              <w:rPr>
                <w:sz w:val="13"/>
              </w:rPr>
              <w:t>3167</w:t>
            </w:r>
          </w:p>
        </w:tc>
        <w:tc>
          <w:tcPr>
            <w:tcW w:w="610" w:type="dxa"/>
            <w:tcBorders>
              <w:top w:val="nil"/>
              <w:left w:val="nil"/>
              <w:bottom w:val="nil"/>
              <w:right w:val="nil"/>
            </w:tcBorders>
          </w:tcPr>
          <w:p w14:paraId="1C4BBA10" w14:textId="77777777" w:rsidR="001C61CC" w:rsidRDefault="000D727A">
            <w:pPr>
              <w:spacing w:after="0" w:line="240" w:lineRule="auto"/>
              <w:jc w:val="center"/>
            </w:pPr>
            <w:r>
              <w:rPr>
                <w:sz w:val="13"/>
              </w:rPr>
              <w:t>1.17 (1.03, 1.32)</w:t>
            </w:r>
          </w:p>
        </w:tc>
        <w:tc>
          <w:tcPr>
            <w:tcW w:w="610" w:type="dxa"/>
            <w:tcBorders>
              <w:top w:val="nil"/>
              <w:left w:val="nil"/>
              <w:bottom w:val="nil"/>
              <w:right w:val="nil"/>
            </w:tcBorders>
          </w:tcPr>
          <w:p w14:paraId="202DC73D" w14:textId="77777777" w:rsidR="001C61CC" w:rsidRDefault="000D727A">
            <w:pPr>
              <w:spacing w:after="0" w:line="240" w:lineRule="auto"/>
              <w:jc w:val="center"/>
            </w:pPr>
            <w:r>
              <w:rPr>
                <w:sz w:val="13"/>
              </w:rPr>
              <w:t>0.015</w:t>
            </w:r>
          </w:p>
        </w:tc>
        <w:tc>
          <w:tcPr>
            <w:tcW w:w="610" w:type="dxa"/>
            <w:tcBorders>
              <w:top w:val="nil"/>
              <w:left w:val="nil"/>
              <w:bottom w:val="nil"/>
              <w:right w:val="nil"/>
            </w:tcBorders>
          </w:tcPr>
          <w:p w14:paraId="17413752" w14:textId="77777777" w:rsidR="001C61CC" w:rsidRDefault="000D727A">
            <w:pPr>
              <w:spacing w:after="0" w:line="240" w:lineRule="auto"/>
              <w:jc w:val="center"/>
            </w:pPr>
            <w:r>
              <w:rPr>
                <w:sz w:val="13"/>
              </w:rPr>
              <w:t>7152</w:t>
            </w:r>
          </w:p>
        </w:tc>
        <w:tc>
          <w:tcPr>
            <w:tcW w:w="610" w:type="dxa"/>
            <w:tcBorders>
              <w:top w:val="nil"/>
              <w:left w:val="nil"/>
              <w:bottom w:val="nil"/>
              <w:right w:val="nil"/>
            </w:tcBorders>
          </w:tcPr>
          <w:p w14:paraId="3BF3F531" w14:textId="77777777" w:rsidR="001C61CC" w:rsidRDefault="000D727A">
            <w:pPr>
              <w:spacing w:after="0" w:line="240" w:lineRule="auto"/>
              <w:jc w:val="center"/>
            </w:pPr>
            <w:r>
              <w:rPr>
                <w:sz w:val="13"/>
              </w:rPr>
              <w:t>3157</w:t>
            </w:r>
          </w:p>
        </w:tc>
        <w:tc>
          <w:tcPr>
            <w:tcW w:w="610" w:type="dxa"/>
            <w:tcBorders>
              <w:top w:val="nil"/>
              <w:left w:val="nil"/>
              <w:bottom w:val="nil"/>
              <w:right w:val="nil"/>
            </w:tcBorders>
          </w:tcPr>
          <w:p w14:paraId="19123FAE" w14:textId="77777777" w:rsidR="001C61CC" w:rsidRDefault="000D727A">
            <w:pPr>
              <w:spacing w:after="0" w:line="240" w:lineRule="auto"/>
              <w:jc w:val="center"/>
            </w:pPr>
            <w:r>
              <w:rPr>
                <w:sz w:val="13"/>
              </w:rPr>
              <w:t>1.08 (0.94, 1.24)</w:t>
            </w:r>
          </w:p>
        </w:tc>
        <w:tc>
          <w:tcPr>
            <w:tcW w:w="610" w:type="dxa"/>
            <w:tcBorders>
              <w:top w:val="nil"/>
              <w:left w:val="nil"/>
              <w:bottom w:val="nil"/>
              <w:right w:val="nil"/>
            </w:tcBorders>
          </w:tcPr>
          <w:p w14:paraId="6C21B8BF" w14:textId="77777777" w:rsidR="001C61CC" w:rsidRDefault="000D727A">
            <w:pPr>
              <w:spacing w:after="0" w:line="240" w:lineRule="auto"/>
              <w:jc w:val="center"/>
            </w:pPr>
            <w:r>
              <w:rPr>
                <w:sz w:val="13"/>
              </w:rPr>
              <w:t>0.267</w:t>
            </w:r>
          </w:p>
        </w:tc>
      </w:tr>
      <w:tr w:rsidR="001C61CC" w14:paraId="79EF2A3B" w14:textId="77777777">
        <w:tc>
          <w:tcPr>
            <w:tcW w:w="610" w:type="dxa"/>
            <w:tcBorders>
              <w:top w:val="nil"/>
              <w:left w:val="nil"/>
              <w:bottom w:val="nil"/>
              <w:right w:val="nil"/>
            </w:tcBorders>
          </w:tcPr>
          <w:p w14:paraId="3622DC29" w14:textId="77777777" w:rsidR="001C61CC" w:rsidRDefault="000D727A">
            <w:pPr>
              <w:spacing w:after="0" w:line="240" w:lineRule="auto"/>
            </w:pPr>
            <w:r>
              <w:rPr>
                <w:sz w:val="13"/>
              </w:rPr>
              <w:t>Spontaneous abortion history</w:t>
            </w:r>
          </w:p>
        </w:tc>
        <w:tc>
          <w:tcPr>
            <w:tcW w:w="610" w:type="dxa"/>
            <w:tcBorders>
              <w:top w:val="nil"/>
              <w:left w:val="nil"/>
              <w:bottom w:val="nil"/>
              <w:right w:val="nil"/>
            </w:tcBorders>
          </w:tcPr>
          <w:p w14:paraId="7264E4A9" w14:textId="77777777" w:rsidR="001C61CC" w:rsidRDefault="000D727A">
            <w:pPr>
              <w:spacing w:after="0" w:line="240" w:lineRule="auto"/>
              <w:jc w:val="center"/>
            </w:pPr>
            <w:r>
              <w:rPr>
                <w:sz w:val="13"/>
              </w:rPr>
              <w:t>8372</w:t>
            </w:r>
          </w:p>
        </w:tc>
        <w:tc>
          <w:tcPr>
            <w:tcW w:w="610" w:type="dxa"/>
            <w:tcBorders>
              <w:top w:val="nil"/>
              <w:left w:val="nil"/>
              <w:bottom w:val="nil"/>
              <w:right w:val="nil"/>
            </w:tcBorders>
          </w:tcPr>
          <w:p w14:paraId="23A52A72" w14:textId="77777777" w:rsidR="001C61CC" w:rsidRDefault="000D727A">
            <w:pPr>
              <w:spacing w:after="0" w:line="240" w:lineRule="auto"/>
              <w:jc w:val="center"/>
            </w:pPr>
            <w:r>
              <w:rPr>
                <w:sz w:val="13"/>
              </w:rPr>
              <w:t>3689</w:t>
            </w:r>
          </w:p>
        </w:tc>
        <w:tc>
          <w:tcPr>
            <w:tcW w:w="610" w:type="dxa"/>
            <w:tcBorders>
              <w:top w:val="nil"/>
              <w:left w:val="nil"/>
              <w:bottom w:val="nil"/>
              <w:right w:val="nil"/>
            </w:tcBorders>
          </w:tcPr>
          <w:p w14:paraId="125A256B" w14:textId="77777777" w:rsidR="001C61CC" w:rsidRDefault="000D727A">
            <w:pPr>
              <w:spacing w:after="0" w:line="240" w:lineRule="auto"/>
              <w:jc w:val="center"/>
            </w:pPr>
            <w:r>
              <w:rPr>
                <w:sz w:val="13"/>
              </w:rPr>
              <w:t>1.13 (0.97, 1.32)</w:t>
            </w:r>
          </w:p>
        </w:tc>
        <w:tc>
          <w:tcPr>
            <w:tcW w:w="610" w:type="dxa"/>
            <w:tcBorders>
              <w:top w:val="nil"/>
              <w:left w:val="nil"/>
              <w:bottom w:val="nil"/>
              <w:right w:val="nil"/>
            </w:tcBorders>
          </w:tcPr>
          <w:p w14:paraId="275A30B8" w14:textId="77777777" w:rsidR="001C61CC" w:rsidRDefault="000D727A">
            <w:pPr>
              <w:spacing w:after="0" w:line="240" w:lineRule="auto"/>
              <w:jc w:val="center"/>
            </w:pPr>
            <w:r>
              <w:rPr>
                <w:sz w:val="13"/>
              </w:rPr>
              <w:t>0.115</w:t>
            </w:r>
          </w:p>
        </w:tc>
        <w:tc>
          <w:tcPr>
            <w:tcW w:w="610" w:type="dxa"/>
            <w:tcBorders>
              <w:top w:val="nil"/>
              <w:left w:val="nil"/>
              <w:bottom w:val="nil"/>
              <w:right w:val="nil"/>
            </w:tcBorders>
          </w:tcPr>
          <w:p w14:paraId="4A0BDB2F" w14:textId="77777777" w:rsidR="001C61CC" w:rsidRDefault="000D727A">
            <w:pPr>
              <w:spacing w:after="0" w:line="240" w:lineRule="auto"/>
              <w:jc w:val="center"/>
            </w:pPr>
            <w:r>
              <w:rPr>
                <w:sz w:val="13"/>
              </w:rPr>
              <w:t>8368</w:t>
            </w:r>
          </w:p>
        </w:tc>
        <w:tc>
          <w:tcPr>
            <w:tcW w:w="610" w:type="dxa"/>
            <w:tcBorders>
              <w:top w:val="nil"/>
              <w:left w:val="nil"/>
              <w:bottom w:val="nil"/>
              <w:right w:val="nil"/>
            </w:tcBorders>
          </w:tcPr>
          <w:p w14:paraId="43E479D5" w14:textId="77777777" w:rsidR="001C61CC" w:rsidRDefault="000D727A">
            <w:pPr>
              <w:spacing w:after="0" w:line="240" w:lineRule="auto"/>
              <w:jc w:val="center"/>
            </w:pPr>
            <w:r>
              <w:rPr>
                <w:sz w:val="13"/>
              </w:rPr>
              <w:t>3686</w:t>
            </w:r>
          </w:p>
        </w:tc>
        <w:tc>
          <w:tcPr>
            <w:tcW w:w="610" w:type="dxa"/>
            <w:tcBorders>
              <w:top w:val="nil"/>
              <w:left w:val="nil"/>
              <w:bottom w:val="nil"/>
              <w:right w:val="nil"/>
            </w:tcBorders>
          </w:tcPr>
          <w:p w14:paraId="2F22BF77" w14:textId="77777777" w:rsidR="001C61CC" w:rsidRDefault="000D727A">
            <w:pPr>
              <w:spacing w:after="0" w:line="240" w:lineRule="auto"/>
              <w:jc w:val="center"/>
            </w:pPr>
            <w:r>
              <w:rPr>
                <w:sz w:val="13"/>
              </w:rPr>
              <w:t>1.13 (0.97, 1.32)</w:t>
            </w:r>
          </w:p>
        </w:tc>
        <w:tc>
          <w:tcPr>
            <w:tcW w:w="610" w:type="dxa"/>
            <w:tcBorders>
              <w:top w:val="nil"/>
              <w:left w:val="nil"/>
              <w:bottom w:val="nil"/>
              <w:right w:val="nil"/>
            </w:tcBorders>
          </w:tcPr>
          <w:p w14:paraId="6317FEF6" w14:textId="77777777" w:rsidR="001C61CC" w:rsidRDefault="000D727A">
            <w:pPr>
              <w:spacing w:after="0" w:line="240" w:lineRule="auto"/>
              <w:jc w:val="center"/>
            </w:pPr>
            <w:r>
              <w:rPr>
                <w:sz w:val="13"/>
              </w:rPr>
              <w:t>0.129</w:t>
            </w:r>
          </w:p>
        </w:tc>
        <w:tc>
          <w:tcPr>
            <w:tcW w:w="610" w:type="dxa"/>
            <w:tcBorders>
              <w:top w:val="nil"/>
              <w:left w:val="nil"/>
              <w:bottom w:val="nil"/>
              <w:right w:val="nil"/>
            </w:tcBorders>
          </w:tcPr>
          <w:p w14:paraId="2A9D0F31" w14:textId="77777777" w:rsidR="001C61CC" w:rsidRDefault="000D727A">
            <w:pPr>
              <w:spacing w:after="0" w:line="240" w:lineRule="auto"/>
              <w:jc w:val="center"/>
            </w:pPr>
            <w:r>
              <w:rPr>
                <w:sz w:val="13"/>
              </w:rPr>
              <w:t>7251</w:t>
            </w:r>
          </w:p>
        </w:tc>
        <w:tc>
          <w:tcPr>
            <w:tcW w:w="610" w:type="dxa"/>
            <w:tcBorders>
              <w:top w:val="nil"/>
              <w:left w:val="nil"/>
              <w:bottom w:val="nil"/>
              <w:right w:val="nil"/>
            </w:tcBorders>
          </w:tcPr>
          <w:p w14:paraId="665C8CE3" w14:textId="77777777" w:rsidR="001C61CC" w:rsidRDefault="000D727A">
            <w:pPr>
              <w:spacing w:after="0" w:line="240" w:lineRule="auto"/>
              <w:jc w:val="center"/>
            </w:pPr>
            <w:r>
              <w:rPr>
                <w:sz w:val="13"/>
              </w:rPr>
              <w:t>3167</w:t>
            </w:r>
          </w:p>
        </w:tc>
        <w:tc>
          <w:tcPr>
            <w:tcW w:w="610" w:type="dxa"/>
            <w:tcBorders>
              <w:top w:val="nil"/>
              <w:left w:val="nil"/>
              <w:bottom w:val="nil"/>
              <w:right w:val="nil"/>
            </w:tcBorders>
          </w:tcPr>
          <w:p w14:paraId="0795C240" w14:textId="77777777" w:rsidR="001C61CC" w:rsidRDefault="000D727A">
            <w:pPr>
              <w:spacing w:after="0" w:line="240" w:lineRule="auto"/>
              <w:jc w:val="center"/>
            </w:pPr>
            <w:r>
              <w:rPr>
                <w:sz w:val="13"/>
              </w:rPr>
              <w:t>1.16 (0.98, 1.37)</w:t>
            </w:r>
          </w:p>
        </w:tc>
        <w:tc>
          <w:tcPr>
            <w:tcW w:w="610" w:type="dxa"/>
            <w:tcBorders>
              <w:top w:val="nil"/>
              <w:left w:val="nil"/>
              <w:bottom w:val="nil"/>
              <w:right w:val="nil"/>
            </w:tcBorders>
          </w:tcPr>
          <w:p w14:paraId="1749C64D" w14:textId="77777777" w:rsidR="001C61CC" w:rsidRDefault="000D727A">
            <w:pPr>
              <w:spacing w:after="0" w:line="240" w:lineRule="auto"/>
              <w:jc w:val="center"/>
            </w:pPr>
            <w:r>
              <w:rPr>
                <w:sz w:val="13"/>
              </w:rPr>
              <w:t>0.088</w:t>
            </w:r>
          </w:p>
        </w:tc>
        <w:tc>
          <w:tcPr>
            <w:tcW w:w="610" w:type="dxa"/>
            <w:tcBorders>
              <w:top w:val="nil"/>
              <w:left w:val="nil"/>
              <w:bottom w:val="nil"/>
              <w:right w:val="nil"/>
            </w:tcBorders>
          </w:tcPr>
          <w:p w14:paraId="04494288" w14:textId="77777777" w:rsidR="001C61CC" w:rsidRDefault="000D727A">
            <w:pPr>
              <w:spacing w:after="0" w:line="240" w:lineRule="auto"/>
              <w:jc w:val="center"/>
            </w:pPr>
            <w:r>
              <w:rPr>
                <w:sz w:val="13"/>
              </w:rPr>
              <w:t>7152</w:t>
            </w:r>
          </w:p>
        </w:tc>
        <w:tc>
          <w:tcPr>
            <w:tcW w:w="610" w:type="dxa"/>
            <w:tcBorders>
              <w:top w:val="nil"/>
              <w:left w:val="nil"/>
              <w:bottom w:val="nil"/>
              <w:right w:val="nil"/>
            </w:tcBorders>
          </w:tcPr>
          <w:p w14:paraId="098A049F" w14:textId="77777777" w:rsidR="001C61CC" w:rsidRDefault="000D727A">
            <w:pPr>
              <w:spacing w:after="0" w:line="240" w:lineRule="auto"/>
              <w:jc w:val="center"/>
            </w:pPr>
            <w:r>
              <w:rPr>
                <w:sz w:val="13"/>
              </w:rPr>
              <w:t>3157</w:t>
            </w:r>
          </w:p>
        </w:tc>
        <w:tc>
          <w:tcPr>
            <w:tcW w:w="610" w:type="dxa"/>
            <w:tcBorders>
              <w:top w:val="nil"/>
              <w:left w:val="nil"/>
              <w:bottom w:val="nil"/>
              <w:right w:val="nil"/>
            </w:tcBorders>
          </w:tcPr>
          <w:p w14:paraId="0EDFF77F" w14:textId="77777777" w:rsidR="001C61CC" w:rsidRDefault="000D727A">
            <w:pPr>
              <w:spacing w:after="0" w:line="240" w:lineRule="auto"/>
              <w:jc w:val="center"/>
            </w:pPr>
            <w:r>
              <w:rPr>
                <w:sz w:val="13"/>
              </w:rPr>
              <w:t>1.08 (0.90, 1.30)</w:t>
            </w:r>
          </w:p>
        </w:tc>
        <w:tc>
          <w:tcPr>
            <w:tcW w:w="610" w:type="dxa"/>
            <w:tcBorders>
              <w:top w:val="nil"/>
              <w:left w:val="nil"/>
              <w:bottom w:val="nil"/>
              <w:right w:val="nil"/>
            </w:tcBorders>
          </w:tcPr>
          <w:p w14:paraId="41266B4C" w14:textId="77777777" w:rsidR="001C61CC" w:rsidRDefault="000D727A">
            <w:pPr>
              <w:spacing w:after="0" w:line="240" w:lineRule="auto"/>
              <w:jc w:val="center"/>
            </w:pPr>
            <w:r>
              <w:rPr>
                <w:sz w:val="13"/>
              </w:rPr>
              <w:t>0.399</w:t>
            </w:r>
          </w:p>
        </w:tc>
      </w:tr>
      <w:tr w:rsidR="001C61CC" w14:paraId="17E7AC81" w14:textId="77777777">
        <w:tc>
          <w:tcPr>
            <w:tcW w:w="610" w:type="dxa"/>
            <w:tcBorders>
              <w:top w:val="nil"/>
              <w:left w:val="nil"/>
              <w:bottom w:val="single" w:sz="10" w:space="0" w:color="000000"/>
              <w:right w:val="nil"/>
            </w:tcBorders>
          </w:tcPr>
          <w:p w14:paraId="673421A7" w14:textId="77777777" w:rsidR="001C61CC" w:rsidRDefault="000D727A">
            <w:pPr>
              <w:spacing w:after="0" w:line="240" w:lineRule="auto"/>
            </w:pPr>
            <w:r>
              <w:rPr>
                <w:sz w:val="13"/>
              </w:rPr>
              <w:t>Stillbirth history</w:t>
            </w:r>
          </w:p>
        </w:tc>
        <w:tc>
          <w:tcPr>
            <w:tcW w:w="610" w:type="dxa"/>
            <w:tcBorders>
              <w:top w:val="nil"/>
              <w:left w:val="nil"/>
              <w:bottom w:val="single" w:sz="10" w:space="0" w:color="000000"/>
              <w:right w:val="nil"/>
            </w:tcBorders>
          </w:tcPr>
          <w:p w14:paraId="55FBE633" w14:textId="77777777" w:rsidR="001C61CC" w:rsidRDefault="000D727A">
            <w:pPr>
              <w:spacing w:after="0" w:line="240" w:lineRule="auto"/>
              <w:jc w:val="center"/>
            </w:pPr>
            <w:r>
              <w:rPr>
                <w:sz w:val="13"/>
              </w:rPr>
              <w:t>8372</w:t>
            </w:r>
          </w:p>
        </w:tc>
        <w:tc>
          <w:tcPr>
            <w:tcW w:w="610" w:type="dxa"/>
            <w:tcBorders>
              <w:top w:val="nil"/>
              <w:left w:val="nil"/>
              <w:bottom w:val="single" w:sz="10" w:space="0" w:color="000000"/>
              <w:right w:val="nil"/>
            </w:tcBorders>
          </w:tcPr>
          <w:p w14:paraId="3BBB06E6" w14:textId="77777777" w:rsidR="001C61CC" w:rsidRDefault="000D727A">
            <w:pPr>
              <w:spacing w:after="0" w:line="240" w:lineRule="auto"/>
              <w:jc w:val="center"/>
            </w:pPr>
            <w:r>
              <w:rPr>
                <w:sz w:val="13"/>
              </w:rPr>
              <w:t>3689</w:t>
            </w:r>
          </w:p>
        </w:tc>
        <w:tc>
          <w:tcPr>
            <w:tcW w:w="610" w:type="dxa"/>
            <w:tcBorders>
              <w:top w:val="nil"/>
              <w:left w:val="nil"/>
              <w:bottom w:val="single" w:sz="10" w:space="0" w:color="000000"/>
              <w:right w:val="nil"/>
            </w:tcBorders>
          </w:tcPr>
          <w:p w14:paraId="11046D44" w14:textId="77777777" w:rsidR="001C61CC" w:rsidRDefault="000D727A">
            <w:pPr>
              <w:spacing w:after="0" w:line="240" w:lineRule="auto"/>
              <w:jc w:val="center"/>
            </w:pPr>
            <w:r>
              <w:rPr>
                <w:sz w:val="13"/>
              </w:rPr>
              <w:t>1.24 (0.95, 1.62)</w:t>
            </w:r>
          </w:p>
        </w:tc>
        <w:tc>
          <w:tcPr>
            <w:tcW w:w="610" w:type="dxa"/>
            <w:tcBorders>
              <w:top w:val="nil"/>
              <w:left w:val="nil"/>
              <w:bottom w:val="single" w:sz="10" w:space="0" w:color="000000"/>
              <w:right w:val="nil"/>
            </w:tcBorders>
          </w:tcPr>
          <w:p w14:paraId="71E076A8" w14:textId="77777777" w:rsidR="001C61CC" w:rsidRDefault="000D727A">
            <w:pPr>
              <w:spacing w:after="0" w:line="240" w:lineRule="auto"/>
              <w:jc w:val="center"/>
            </w:pPr>
            <w:r>
              <w:rPr>
                <w:sz w:val="13"/>
              </w:rPr>
              <w:t>0.113</w:t>
            </w:r>
          </w:p>
        </w:tc>
        <w:tc>
          <w:tcPr>
            <w:tcW w:w="610" w:type="dxa"/>
            <w:tcBorders>
              <w:top w:val="nil"/>
              <w:left w:val="nil"/>
              <w:bottom w:val="single" w:sz="10" w:space="0" w:color="000000"/>
              <w:right w:val="nil"/>
            </w:tcBorders>
          </w:tcPr>
          <w:p w14:paraId="4B350AA2" w14:textId="77777777" w:rsidR="001C61CC" w:rsidRDefault="000D727A">
            <w:pPr>
              <w:spacing w:after="0" w:line="240" w:lineRule="auto"/>
              <w:jc w:val="center"/>
            </w:pPr>
            <w:r>
              <w:rPr>
                <w:sz w:val="13"/>
              </w:rPr>
              <w:t>8368</w:t>
            </w:r>
          </w:p>
        </w:tc>
        <w:tc>
          <w:tcPr>
            <w:tcW w:w="610" w:type="dxa"/>
            <w:tcBorders>
              <w:top w:val="nil"/>
              <w:left w:val="nil"/>
              <w:bottom w:val="single" w:sz="10" w:space="0" w:color="000000"/>
              <w:right w:val="nil"/>
            </w:tcBorders>
          </w:tcPr>
          <w:p w14:paraId="4CE5CF94" w14:textId="77777777" w:rsidR="001C61CC" w:rsidRDefault="000D727A">
            <w:pPr>
              <w:spacing w:after="0" w:line="240" w:lineRule="auto"/>
              <w:jc w:val="center"/>
            </w:pPr>
            <w:r>
              <w:rPr>
                <w:sz w:val="13"/>
              </w:rPr>
              <w:t>3686</w:t>
            </w:r>
          </w:p>
        </w:tc>
        <w:tc>
          <w:tcPr>
            <w:tcW w:w="610" w:type="dxa"/>
            <w:tcBorders>
              <w:top w:val="nil"/>
              <w:left w:val="nil"/>
              <w:bottom w:val="single" w:sz="10" w:space="0" w:color="000000"/>
              <w:right w:val="nil"/>
            </w:tcBorders>
          </w:tcPr>
          <w:p w14:paraId="27593BBB" w14:textId="77777777" w:rsidR="001C61CC" w:rsidRDefault="000D727A">
            <w:pPr>
              <w:spacing w:after="0" w:line="240" w:lineRule="auto"/>
              <w:jc w:val="center"/>
            </w:pPr>
            <w:r>
              <w:rPr>
                <w:sz w:val="13"/>
              </w:rPr>
              <w:t>1.16 (0.88, 1.52)</w:t>
            </w:r>
          </w:p>
        </w:tc>
        <w:tc>
          <w:tcPr>
            <w:tcW w:w="610" w:type="dxa"/>
            <w:tcBorders>
              <w:top w:val="nil"/>
              <w:left w:val="nil"/>
              <w:bottom w:val="single" w:sz="10" w:space="0" w:color="000000"/>
              <w:right w:val="nil"/>
            </w:tcBorders>
          </w:tcPr>
          <w:p w14:paraId="25553C0B" w14:textId="77777777" w:rsidR="001C61CC" w:rsidRDefault="000D727A">
            <w:pPr>
              <w:spacing w:after="0" w:line="240" w:lineRule="auto"/>
              <w:jc w:val="center"/>
            </w:pPr>
            <w:r>
              <w:rPr>
                <w:sz w:val="13"/>
              </w:rPr>
              <w:t>0.284</w:t>
            </w:r>
          </w:p>
        </w:tc>
        <w:tc>
          <w:tcPr>
            <w:tcW w:w="610" w:type="dxa"/>
            <w:tcBorders>
              <w:top w:val="nil"/>
              <w:left w:val="nil"/>
              <w:bottom w:val="single" w:sz="10" w:space="0" w:color="000000"/>
              <w:right w:val="nil"/>
            </w:tcBorders>
          </w:tcPr>
          <w:p w14:paraId="51ED33EF" w14:textId="77777777" w:rsidR="001C61CC" w:rsidRDefault="000D727A">
            <w:pPr>
              <w:spacing w:after="0" w:line="240" w:lineRule="auto"/>
              <w:jc w:val="center"/>
            </w:pPr>
            <w:r>
              <w:rPr>
                <w:sz w:val="13"/>
              </w:rPr>
              <w:t>7251</w:t>
            </w:r>
          </w:p>
        </w:tc>
        <w:tc>
          <w:tcPr>
            <w:tcW w:w="610" w:type="dxa"/>
            <w:tcBorders>
              <w:top w:val="nil"/>
              <w:left w:val="nil"/>
              <w:bottom w:val="single" w:sz="10" w:space="0" w:color="000000"/>
              <w:right w:val="nil"/>
            </w:tcBorders>
          </w:tcPr>
          <w:p w14:paraId="13EE2BAC" w14:textId="77777777" w:rsidR="001C61CC" w:rsidRDefault="000D727A">
            <w:pPr>
              <w:spacing w:after="0" w:line="240" w:lineRule="auto"/>
              <w:jc w:val="center"/>
            </w:pPr>
            <w:r>
              <w:rPr>
                <w:sz w:val="13"/>
              </w:rPr>
              <w:t>3167</w:t>
            </w:r>
          </w:p>
        </w:tc>
        <w:tc>
          <w:tcPr>
            <w:tcW w:w="610" w:type="dxa"/>
            <w:tcBorders>
              <w:top w:val="nil"/>
              <w:left w:val="nil"/>
              <w:bottom w:val="single" w:sz="10" w:space="0" w:color="000000"/>
              <w:right w:val="nil"/>
            </w:tcBorders>
          </w:tcPr>
          <w:p w14:paraId="330E22C7" w14:textId="77777777" w:rsidR="001C61CC" w:rsidRDefault="000D727A">
            <w:pPr>
              <w:spacing w:after="0" w:line="240" w:lineRule="auto"/>
              <w:jc w:val="center"/>
            </w:pPr>
            <w:r>
              <w:rPr>
                <w:sz w:val="13"/>
              </w:rPr>
              <w:t>1.16 (0.86, 1.55)</w:t>
            </w:r>
          </w:p>
        </w:tc>
        <w:tc>
          <w:tcPr>
            <w:tcW w:w="610" w:type="dxa"/>
            <w:tcBorders>
              <w:top w:val="nil"/>
              <w:left w:val="nil"/>
              <w:bottom w:val="single" w:sz="10" w:space="0" w:color="000000"/>
              <w:right w:val="nil"/>
            </w:tcBorders>
          </w:tcPr>
          <w:p w14:paraId="4058F619" w14:textId="77777777" w:rsidR="001C61CC" w:rsidRDefault="000D727A">
            <w:pPr>
              <w:spacing w:after="0" w:line="240" w:lineRule="auto"/>
              <w:jc w:val="center"/>
            </w:pPr>
            <w:r>
              <w:rPr>
                <w:sz w:val="13"/>
              </w:rPr>
              <w:t>0.331</w:t>
            </w:r>
          </w:p>
        </w:tc>
        <w:tc>
          <w:tcPr>
            <w:tcW w:w="610" w:type="dxa"/>
            <w:tcBorders>
              <w:top w:val="nil"/>
              <w:left w:val="nil"/>
              <w:bottom w:val="single" w:sz="10" w:space="0" w:color="000000"/>
              <w:right w:val="nil"/>
            </w:tcBorders>
          </w:tcPr>
          <w:p w14:paraId="2FE5F3B3" w14:textId="77777777" w:rsidR="001C61CC" w:rsidRDefault="000D727A">
            <w:pPr>
              <w:spacing w:after="0" w:line="240" w:lineRule="auto"/>
              <w:jc w:val="center"/>
            </w:pPr>
            <w:r>
              <w:rPr>
                <w:sz w:val="13"/>
              </w:rPr>
              <w:t>7152</w:t>
            </w:r>
          </w:p>
        </w:tc>
        <w:tc>
          <w:tcPr>
            <w:tcW w:w="610" w:type="dxa"/>
            <w:tcBorders>
              <w:top w:val="nil"/>
              <w:left w:val="nil"/>
              <w:bottom w:val="single" w:sz="10" w:space="0" w:color="000000"/>
              <w:right w:val="nil"/>
            </w:tcBorders>
          </w:tcPr>
          <w:p w14:paraId="23C2F2F8" w14:textId="77777777" w:rsidR="001C61CC" w:rsidRDefault="000D727A">
            <w:pPr>
              <w:spacing w:after="0" w:line="240" w:lineRule="auto"/>
              <w:jc w:val="center"/>
            </w:pPr>
            <w:r>
              <w:rPr>
                <w:sz w:val="13"/>
              </w:rPr>
              <w:t>3157</w:t>
            </w:r>
          </w:p>
        </w:tc>
        <w:tc>
          <w:tcPr>
            <w:tcW w:w="610" w:type="dxa"/>
            <w:tcBorders>
              <w:top w:val="nil"/>
              <w:left w:val="nil"/>
              <w:bottom w:val="single" w:sz="10" w:space="0" w:color="000000"/>
              <w:right w:val="nil"/>
            </w:tcBorders>
          </w:tcPr>
          <w:p w14:paraId="08EFDEE0" w14:textId="77777777" w:rsidR="001C61CC" w:rsidRDefault="000D727A">
            <w:pPr>
              <w:spacing w:after="0" w:line="240" w:lineRule="auto"/>
              <w:jc w:val="center"/>
            </w:pPr>
            <w:r>
              <w:rPr>
                <w:sz w:val="13"/>
              </w:rPr>
              <w:t>1.07 (0.78, 1.48)</w:t>
            </w:r>
          </w:p>
        </w:tc>
        <w:tc>
          <w:tcPr>
            <w:tcW w:w="610" w:type="dxa"/>
            <w:tcBorders>
              <w:top w:val="nil"/>
              <w:left w:val="nil"/>
              <w:bottom w:val="single" w:sz="10" w:space="0" w:color="000000"/>
              <w:right w:val="nil"/>
            </w:tcBorders>
          </w:tcPr>
          <w:p w14:paraId="7545F57D" w14:textId="77777777" w:rsidR="001C61CC" w:rsidRDefault="000D727A">
            <w:pPr>
              <w:spacing w:after="0" w:line="240" w:lineRule="auto"/>
              <w:jc w:val="center"/>
            </w:pPr>
            <w:r>
              <w:rPr>
                <w:sz w:val="13"/>
              </w:rPr>
              <w:t>0.675</w:t>
            </w:r>
          </w:p>
        </w:tc>
      </w:tr>
    </w:tbl>
    <w:p w14:paraId="2DD1A083" w14:textId="77777777" w:rsidR="001C61CC" w:rsidRDefault="001C61CC"/>
    <w:p w14:paraId="5E079EA6" w14:textId="77777777" w:rsidR="001C61CC" w:rsidRDefault="000D727A">
      <w:pPr>
        <w:spacing w:after="80"/>
      </w:pPr>
      <w:r>
        <w:rPr>
          <w:sz w:val="16"/>
        </w:rPr>
        <w:t>Note: Subtype-specific cross-sectional models evaluated induced abortion, spontaneous abortion, and stillbirth history separately.</w:t>
      </w:r>
    </w:p>
    <w:p w14:paraId="655E3712" w14:textId="77777777" w:rsidR="001C61CC" w:rsidRDefault="000D727A">
      <w:r>
        <w:br w:type="page"/>
      </w:r>
    </w:p>
    <w:p w14:paraId="6A73958A" w14:textId="77777777" w:rsidR="001C61CC" w:rsidRDefault="000D727A">
      <w:pPr>
        <w:spacing w:after="80"/>
      </w:pPr>
      <w:r>
        <w:rPr>
          <w:b/>
          <w:sz w:val="24"/>
        </w:rPr>
        <w:lastRenderedPageBreak/>
        <w:t>Supplementary Table 7. Subtype-specific associations of induced abortion, spontaneous abortion, and stillbirth with incident depressive symptoms</w:t>
      </w:r>
    </w:p>
    <w:tbl>
      <w:tblPr>
        <w:tblW w:w="0" w:type="auto"/>
        <w:tblLook w:val="04A0" w:firstRow="1" w:lastRow="0" w:firstColumn="1" w:lastColumn="0" w:noHBand="0" w:noVBand="1"/>
      </w:tblPr>
      <w:tblGrid>
        <w:gridCol w:w="689"/>
        <w:gridCol w:w="670"/>
        <w:gridCol w:w="670"/>
        <w:gridCol w:w="670"/>
        <w:gridCol w:w="669"/>
        <w:gridCol w:w="585"/>
        <w:gridCol w:w="585"/>
        <w:gridCol w:w="585"/>
        <w:gridCol w:w="585"/>
        <w:gridCol w:w="594"/>
        <w:gridCol w:w="594"/>
        <w:gridCol w:w="594"/>
        <w:gridCol w:w="594"/>
        <w:gridCol w:w="571"/>
        <w:gridCol w:w="571"/>
        <w:gridCol w:w="571"/>
        <w:gridCol w:w="571"/>
      </w:tblGrid>
      <w:tr w:rsidR="001C61CC" w14:paraId="1DB19E3E" w14:textId="77777777">
        <w:tc>
          <w:tcPr>
            <w:tcW w:w="610" w:type="dxa"/>
            <w:tcBorders>
              <w:top w:val="single" w:sz="10" w:space="0" w:color="000000"/>
              <w:left w:val="nil"/>
              <w:bottom w:val="single" w:sz="10" w:space="0" w:color="000000"/>
              <w:right w:val="nil"/>
            </w:tcBorders>
          </w:tcPr>
          <w:p w14:paraId="6F3CAD77" w14:textId="77777777" w:rsidR="001C61CC" w:rsidRDefault="000D727A">
            <w:pPr>
              <w:spacing w:after="0" w:line="240" w:lineRule="auto"/>
            </w:pPr>
            <w:r>
              <w:rPr>
                <w:b/>
                <w:sz w:val="13"/>
              </w:rPr>
              <w:t>Exposure</w:t>
            </w:r>
          </w:p>
        </w:tc>
        <w:tc>
          <w:tcPr>
            <w:tcW w:w="610" w:type="dxa"/>
            <w:tcBorders>
              <w:top w:val="single" w:sz="10" w:space="0" w:color="000000"/>
              <w:left w:val="nil"/>
              <w:bottom w:val="single" w:sz="10" w:space="0" w:color="000000"/>
              <w:right w:val="nil"/>
            </w:tcBorders>
          </w:tcPr>
          <w:p w14:paraId="05D7A260" w14:textId="77777777" w:rsidR="001C61CC" w:rsidRDefault="000D727A">
            <w:pPr>
              <w:spacing w:after="0" w:line="240" w:lineRule="auto"/>
              <w:jc w:val="center"/>
            </w:pPr>
            <w:r>
              <w:rPr>
                <w:b/>
                <w:sz w:val="13"/>
              </w:rPr>
              <w:t>Model 1: unadjusted: n</w:t>
            </w:r>
          </w:p>
        </w:tc>
        <w:tc>
          <w:tcPr>
            <w:tcW w:w="610" w:type="dxa"/>
            <w:tcBorders>
              <w:top w:val="single" w:sz="10" w:space="0" w:color="000000"/>
              <w:left w:val="nil"/>
              <w:bottom w:val="single" w:sz="10" w:space="0" w:color="000000"/>
              <w:right w:val="nil"/>
            </w:tcBorders>
          </w:tcPr>
          <w:p w14:paraId="3C7CDEF8" w14:textId="77777777" w:rsidR="001C61CC" w:rsidRDefault="000D727A">
            <w:pPr>
              <w:spacing w:after="0" w:line="240" w:lineRule="auto"/>
              <w:jc w:val="center"/>
            </w:pPr>
            <w:r>
              <w:rPr>
                <w:b/>
                <w:sz w:val="13"/>
              </w:rPr>
              <w:t>Model 1: unadjusted: events</w:t>
            </w:r>
          </w:p>
        </w:tc>
        <w:tc>
          <w:tcPr>
            <w:tcW w:w="610" w:type="dxa"/>
            <w:tcBorders>
              <w:top w:val="single" w:sz="10" w:space="0" w:color="000000"/>
              <w:left w:val="nil"/>
              <w:bottom w:val="single" w:sz="10" w:space="0" w:color="000000"/>
              <w:right w:val="nil"/>
            </w:tcBorders>
          </w:tcPr>
          <w:p w14:paraId="1D829C60" w14:textId="77777777" w:rsidR="001C61CC" w:rsidRDefault="000D727A">
            <w:pPr>
              <w:spacing w:after="0" w:line="240" w:lineRule="auto"/>
              <w:jc w:val="center"/>
            </w:pPr>
            <w:r>
              <w:rPr>
                <w:b/>
                <w:sz w:val="13"/>
              </w:rPr>
              <w:t>Model 1: unadjusted: estimate</w:t>
            </w:r>
          </w:p>
        </w:tc>
        <w:tc>
          <w:tcPr>
            <w:tcW w:w="610" w:type="dxa"/>
            <w:tcBorders>
              <w:top w:val="single" w:sz="10" w:space="0" w:color="000000"/>
              <w:left w:val="nil"/>
              <w:bottom w:val="single" w:sz="10" w:space="0" w:color="000000"/>
              <w:right w:val="nil"/>
            </w:tcBorders>
          </w:tcPr>
          <w:p w14:paraId="36B5BEE8" w14:textId="77777777" w:rsidR="001C61CC" w:rsidRDefault="000D727A">
            <w:pPr>
              <w:spacing w:after="0" w:line="240" w:lineRule="auto"/>
              <w:jc w:val="center"/>
            </w:pPr>
            <w:r>
              <w:rPr>
                <w:b/>
                <w:sz w:val="13"/>
              </w:rPr>
              <w:t>Model 1: unadjusted: p</w:t>
            </w:r>
          </w:p>
        </w:tc>
        <w:tc>
          <w:tcPr>
            <w:tcW w:w="610" w:type="dxa"/>
            <w:tcBorders>
              <w:top w:val="single" w:sz="10" w:space="0" w:color="000000"/>
              <w:left w:val="nil"/>
              <w:bottom w:val="single" w:sz="10" w:space="0" w:color="000000"/>
              <w:right w:val="nil"/>
            </w:tcBorders>
          </w:tcPr>
          <w:p w14:paraId="75698E50" w14:textId="77777777" w:rsidR="001C61CC" w:rsidRDefault="000D727A">
            <w:pPr>
              <w:spacing w:after="0" w:line="240" w:lineRule="auto"/>
              <w:jc w:val="center"/>
            </w:pPr>
            <w:r>
              <w:rPr>
                <w:b/>
                <w:sz w:val="13"/>
              </w:rPr>
              <w:t>Model 2: minimally adjusted: n</w:t>
            </w:r>
          </w:p>
        </w:tc>
        <w:tc>
          <w:tcPr>
            <w:tcW w:w="610" w:type="dxa"/>
            <w:tcBorders>
              <w:top w:val="single" w:sz="10" w:space="0" w:color="000000"/>
              <w:left w:val="nil"/>
              <w:bottom w:val="single" w:sz="10" w:space="0" w:color="000000"/>
              <w:right w:val="nil"/>
            </w:tcBorders>
          </w:tcPr>
          <w:p w14:paraId="6D859091" w14:textId="77777777" w:rsidR="001C61CC" w:rsidRDefault="000D727A">
            <w:pPr>
              <w:spacing w:after="0" w:line="240" w:lineRule="auto"/>
              <w:jc w:val="center"/>
            </w:pPr>
            <w:r>
              <w:rPr>
                <w:b/>
                <w:sz w:val="13"/>
              </w:rPr>
              <w:t>Model 2: minimally adjusted: events</w:t>
            </w:r>
          </w:p>
        </w:tc>
        <w:tc>
          <w:tcPr>
            <w:tcW w:w="610" w:type="dxa"/>
            <w:tcBorders>
              <w:top w:val="single" w:sz="10" w:space="0" w:color="000000"/>
              <w:left w:val="nil"/>
              <w:bottom w:val="single" w:sz="10" w:space="0" w:color="000000"/>
              <w:right w:val="nil"/>
            </w:tcBorders>
          </w:tcPr>
          <w:p w14:paraId="3807EE1B" w14:textId="77777777" w:rsidR="001C61CC" w:rsidRDefault="000D727A">
            <w:pPr>
              <w:spacing w:after="0" w:line="240" w:lineRule="auto"/>
              <w:jc w:val="center"/>
            </w:pPr>
            <w:r>
              <w:rPr>
                <w:b/>
                <w:sz w:val="13"/>
              </w:rPr>
              <w:t>Model 2: minimally adjusted: estimate</w:t>
            </w:r>
          </w:p>
        </w:tc>
        <w:tc>
          <w:tcPr>
            <w:tcW w:w="610" w:type="dxa"/>
            <w:tcBorders>
              <w:top w:val="single" w:sz="10" w:space="0" w:color="000000"/>
              <w:left w:val="nil"/>
              <w:bottom w:val="single" w:sz="10" w:space="0" w:color="000000"/>
              <w:right w:val="nil"/>
            </w:tcBorders>
          </w:tcPr>
          <w:p w14:paraId="23465D26" w14:textId="77777777" w:rsidR="001C61CC" w:rsidRDefault="000D727A">
            <w:pPr>
              <w:spacing w:after="0" w:line="240" w:lineRule="auto"/>
              <w:jc w:val="center"/>
            </w:pPr>
            <w:r>
              <w:rPr>
                <w:b/>
                <w:sz w:val="13"/>
              </w:rPr>
              <w:t>Model 2: minimally adjusted: p</w:t>
            </w:r>
          </w:p>
        </w:tc>
        <w:tc>
          <w:tcPr>
            <w:tcW w:w="610" w:type="dxa"/>
            <w:tcBorders>
              <w:top w:val="single" w:sz="10" w:space="0" w:color="000000"/>
              <w:left w:val="nil"/>
              <w:bottom w:val="single" w:sz="10" w:space="0" w:color="000000"/>
              <w:right w:val="nil"/>
            </w:tcBorders>
          </w:tcPr>
          <w:p w14:paraId="5D703E63" w14:textId="77777777" w:rsidR="001C61CC" w:rsidRDefault="000D727A">
            <w:pPr>
              <w:spacing w:after="0" w:line="240" w:lineRule="auto"/>
              <w:jc w:val="center"/>
            </w:pPr>
            <w:r>
              <w:rPr>
                <w:b/>
                <w:sz w:val="13"/>
              </w:rPr>
              <w:t>Model 3: extended: n</w:t>
            </w:r>
          </w:p>
        </w:tc>
        <w:tc>
          <w:tcPr>
            <w:tcW w:w="610" w:type="dxa"/>
            <w:tcBorders>
              <w:top w:val="single" w:sz="10" w:space="0" w:color="000000"/>
              <w:left w:val="nil"/>
              <w:bottom w:val="single" w:sz="10" w:space="0" w:color="000000"/>
              <w:right w:val="nil"/>
            </w:tcBorders>
          </w:tcPr>
          <w:p w14:paraId="36165606" w14:textId="77777777" w:rsidR="001C61CC" w:rsidRDefault="000D727A">
            <w:pPr>
              <w:spacing w:after="0" w:line="240" w:lineRule="auto"/>
              <w:jc w:val="center"/>
            </w:pPr>
            <w:r>
              <w:rPr>
                <w:b/>
                <w:sz w:val="13"/>
              </w:rPr>
              <w:t>Model 3: extended: events</w:t>
            </w:r>
          </w:p>
        </w:tc>
        <w:tc>
          <w:tcPr>
            <w:tcW w:w="610" w:type="dxa"/>
            <w:tcBorders>
              <w:top w:val="single" w:sz="10" w:space="0" w:color="000000"/>
              <w:left w:val="nil"/>
              <w:bottom w:val="single" w:sz="10" w:space="0" w:color="000000"/>
              <w:right w:val="nil"/>
            </w:tcBorders>
          </w:tcPr>
          <w:p w14:paraId="11EEF9E7" w14:textId="77777777" w:rsidR="001C61CC" w:rsidRDefault="000D727A">
            <w:pPr>
              <w:spacing w:after="0" w:line="240" w:lineRule="auto"/>
              <w:jc w:val="center"/>
            </w:pPr>
            <w:r>
              <w:rPr>
                <w:b/>
                <w:sz w:val="13"/>
              </w:rPr>
              <w:t>Model 3: extended: estimate</w:t>
            </w:r>
          </w:p>
        </w:tc>
        <w:tc>
          <w:tcPr>
            <w:tcW w:w="610" w:type="dxa"/>
            <w:tcBorders>
              <w:top w:val="single" w:sz="10" w:space="0" w:color="000000"/>
              <w:left w:val="nil"/>
              <w:bottom w:val="single" w:sz="10" w:space="0" w:color="000000"/>
              <w:right w:val="nil"/>
            </w:tcBorders>
          </w:tcPr>
          <w:p w14:paraId="17F5BE9B" w14:textId="77777777" w:rsidR="001C61CC" w:rsidRDefault="000D727A">
            <w:pPr>
              <w:spacing w:after="0" w:line="240" w:lineRule="auto"/>
              <w:jc w:val="center"/>
            </w:pPr>
            <w:r>
              <w:rPr>
                <w:b/>
                <w:sz w:val="13"/>
              </w:rPr>
              <w:t>Model 3: extended: p</w:t>
            </w:r>
          </w:p>
        </w:tc>
        <w:tc>
          <w:tcPr>
            <w:tcW w:w="610" w:type="dxa"/>
            <w:tcBorders>
              <w:top w:val="single" w:sz="10" w:space="0" w:color="000000"/>
              <w:left w:val="nil"/>
              <w:bottom w:val="single" w:sz="10" w:space="0" w:color="000000"/>
              <w:right w:val="nil"/>
            </w:tcBorders>
          </w:tcPr>
          <w:p w14:paraId="499DEFD0" w14:textId="77777777" w:rsidR="001C61CC" w:rsidRDefault="000D727A">
            <w:pPr>
              <w:spacing w:after="0" w:line="240" w:lineRule="auto"/>
              <w:jc w:val="center"/>
            </w:pPr>
            <w:r>
              <w:rPr>
                <w:b/>
                <w:sz w:val="13"/>
              </w:rPr>
              <w:t>Model 4: fully adjusted: n</w:t>
            </w:r>
          </w:p>
        </w:tc>
        <w:tc>
          <w:tcPr>
            <w:tcW w:w="610" w:type="dxa"/>
            <w:tcBorders>
              <w:top w:val="single" w:sz="10" w:space="0" w:color="000000"/>
              <w:left w:val="nil"/>
              <w:bottom w:val="single" w:sz="10" w:space="0" w:color="000000"/>
              <w:right w:val="nil"/>
            </w:tcBorders>
          </w:tcPr>
          <w:p w14:paraId="4B05DE8C" w14:textId="77777777" w:rsidR="001C61CC" w:rsidRDefault="000D727A">
            <w:pPr>
              <w:spacing w:after="0" w:line="240" w:lineRule="auto"/>
              <w:jc w:val="center"/>
            </w:pPr>
            <w:r>
              <w:rPr>
                <w:b/>
                <w:sz w:val="13"/>
              </w:rPr>
              <w:t>Model 4: fully adjusted: events</w:t>
            </w:r>
          </w:p>
        </w:tc>
        <w:tc>
          <w:tcPr>
            <w:tcW w:w="610" w:type="dxa"/>
            <w:tcBorders>
              <w:top w:val="single" w:sz="10" w:space="0" w:color="000000"/>
              <w:left w:val="nil"/>
              <w:bottom w:val="single" w:sz="10" w:space="0" w:color="000000"/>
              <w:right w:val="nil"/>
            </w:tcBorders>
          </w:tcPr>
          <w:p w14:paraId="3B376E7C" w14:textId="77777777" w:rsidR="001C61CC" w:rsidRDefault="000D727A">
            <w:pPr>
              <w:spacing w:after="0" w:line="240" w:lineRule="auto"/>
              <w:jc w:val="center"/>
            </w:pPr>
            <w:r>
              <w:rPr>
                <w:b/>
                <w:sz w:val="13"/>
              </w:rPr>
              <w:t>Model 4: fully adjusted: estimate</w:t>
            </w:r>
          </w:p>
        </w:tc>
        <w:tc>
          <w:tcPr>
            <w:tcW w:w="610" w:type="dxa"/>
            <w:tcBorders>
              <w:top w:val="single" w:sz="10" w:space="0" w:color="000000"/>
              <w:left w:val="nil"/>
              <w:bottom w:val="single" w:sz="10" w:space="0" w:color="000000"/>
              <w:right w:val="nil"/>
            </w:tcBorders>
          </w:tcPr>
          <w:p w14:paraId="58966BC7" w14:textId="77777777" w:rsidR="001C61CC" w:rsidRDefault="000D727A">
            <w:pPr>
              <w:spacing w:after="0" w:line="240" w:lineRule="auto"/>
              <w:jc w:val="center"/>
            </w:pPr>
            <w:r>
              <w:rPr>
                <w:b/>
                <w:sz w:val="13"/>
              </w:rPr>
              <w:t>Model 4: fully adjusted: p</w:t>
            </w:r>
          </w:p>
        </w:tc>
      </w:tr>
      <w:tr w:rsidR="001C61CC" w14:paraId="0E6143F1" w14:textId="77777777">
        <w:tc>
          <w:tcPr>
            <w:tcW w:w="610" w:type="dxa"/>
            <w:tcBorders>
              <w:top w:val="nil"/>
              <w:left w:val="nil"/>
              <w:bottom w:val="nil"/>
              <w:right w:val="nil"/>
            </w:tcBorders>
          </w:tcPr>
          <w:p w14:paraId="4210680C" w14:textId="77777777" w:rsidR="001C61CC" w:rsidRDefault="000D727A">
            <w:pPr>
              <w:spacing w:after="0" w:line="240" w:lineRule="auto"/>
            </w:pPr>
            <w:r>
              <w:rPr>
                <w:sz w:val="13"/>
              </w:rPr>
              <w:t>Induced abortion history</w:t>
            </w:r>
          </w:p>
        </w:tc>
        <w:tc>
          <w:tcPr>
            <w:tcW w:w="610" w:type="dxa"/>
            <w:tcBorders>
              <w:top w:val="nil"/>
              <w:left w:val="nil"/>
              <w:bottom w:val="nil"/>
              <w:right w:val="nil"/>
            </w:tcBorders>
          </w:tcPr>
          <w:p w14:paraId="0A745EB1" w14:textId="77777777" w:rsidR="001C61CC" w:rsidRDefault="000D727A">
            <w:pPr>
              <w:spacing w:after="0" w:line="240" w:lineRule="auto"/>
              <w:jc w:val="center"/>
            </w:pPr>
            <w:r>
              <w:rPr>
                <w:sz w:val="13"/>
              </w:rPr>
              <w:t>4145</w:t>
            </w:r>
          </w:p>
        </w:tc>
        <w:tc>
          <w:tcPr>
            <w:tcW w:w="610" w:type="dxa"/>
            <w:tcBorders>
              <w:top w:val="nil"/>
              <w:left w:val="nil"/>
              <w:bottom w:val="nil"/>
              <w:right w:val="nil"/>
            </w:tcBorders>
          </w:tcPr>
          <w:p w14:paraId="2D6166F9" w14:textId="77777777" w:rsidR="001C61CC" w:rsidRDefault="000D727A">
            <w:pPr>
              <w:spacing w:after="0" w:line="240" w:lineRule="auto"/>
              <w:jc w:val="center"/>
            </w:pPr>
            <w:r>
              <w:rPr>
                <w:sz w:val="13"/>
              </w:rPr>
              <w:t>2000</w:t>
            </w:r>
          </w:p>
        </w:tc>
        <w:tc>
          <w:tcPr>
            <w:tcW w:w="610" w:type="dxa"/>
            <w:tcBorders>
              <w:top w:val="nil"/>
              <w:left w:val="nil"/>
              <w:bottom w:val="nil"/>
              <w:right w:val="nil"/>
            </w:tcBorders>
          </w:tcPr>
          <w:p w14:paraId="0CB81A8E" w14:textId="77777777" w:rsidR="001C61CC" w:rsidRDefault="000D727A">
            <w:pPr>
              <w:spacing w:after="0" w:line="240" w:lineRule="auto"/>
              <w:jc w:val="center"/>
            </w:pPr>
            <w:r>
              <w:rPr>
                <w:sz w:val="13"/>
              </w:rPr>
              <w:t>0.89 (0.79, 0.99)</w:t>
            </w:r>
          </w:p>
        </w:tc>
        <w:tc>
          <w:tcPr>
            <w:tcW w:w="610" w:type="dxa"/>
            <w:tcBorders>
              <w:top w:val="nil"/>
              <w:left w:val="nil"/>
              <w:bottom w:val="nil"/>
              <w:right w:val="nil"/>
            </w:tcBorders>
          </w:tcPr>
          <w:p w14:paraId="0DDF60A1" w14:textId="77777777" w:rsidR="001C61CC" w:rsidRDefault="000D727A">
            <w:pPr>
              <w:spacing w:after="0" w:line="240" w:lineRule="auto"/>
              <w:jc w:val="center"/>
            </w:pPr>
            <w:r>
              <w:rPr>
                <w:sz w:val="13"/>
              </w:rPr>
              <w:t>0.038</w:t>
            </w:r>
          </w:p>
        </w:tc>
        <w:tc>
          <w:tcPr>
            <w:tcW w:w="610" w:type="dxa"/>
            <w:tcBorders>
              <w:top w:val="nil"/>
              <w:left w:val="nil"/>
              <w:bottom w:val="nil"/>
              <w:right w:val="nil"/>
            </w:tcBorders>
          </w:tcPr>
          <w:p w14:paraId="4D8AA5F4" w14:textId="77777777" w:rsidR="001C61CC" w:rsidRDefault="000D727A">
            <w:pPr>
              <w:spacing w:after="0" w:line="240" w:lineRule="auto"/>
              <w:jc w:val="center"/>
            </w:pPr>
            <w:r>
              <w:rPr>
                <w:sz w:val="13"/>
              </w:rPr>
              <w:t>4145</w:t>
            </w:r>
          </w:p>
        </w:tc>
        <w:tc>
          <w:tcPr>
            <w:tcW w:w="610" w:type="dxa"/>
            <w:tcBorders>
              <w:top w:val="nil"/>
              <w:left w:val="nil"/>
              <w:bottom w:val="nil"/>
              <w:right w:val="nil"/>
            </w:tcBorders>
          </w:tcPr>
          <w:p w14:paraId="5B0D5496" w14:textId="77777777" w:rsidR="001C61CC" w:rsidRDefault="000D727A">
            <w:pPr>
              <w:spacing w:after="0" w:line="240" w:lineRule="auto"/>
              <w:jc w:val="center"/>
            </w:pPr>
            <w:r>
              <w:rPr>
                <w:sz w:val="13"/>
              </w:rPr>
              <w:t>2000</w:t>
            </w:r>
          </w:p>
        </w:tc>
        <w:tc>
          <w:tcPr>
            <w:tcW w:w="610" w:type="dxa"/>
            <w:tcBorders>
              <w:top w:val="nil"/>
              <w:left w:val="nil"/>
              <w:bottom w:val="nil"/>
              <w:right w:val="nil"/>
            </w:tcBorders>
          </w:tcPr>
          <w:p w14:paraId="2972DB41" w14:textId="77777777" w:rsidR="001C61CC" w:rsidRDefault="000D727A">
            <w:pPr>
              <w:spacing w:after="0" w:line="240" w:lineRule="auto"/>
              <w:jc w:val="center"/>
            </w:pPr>
            <w:r>
              <w:rPr>
                <w:sz w:val="13"/>
              </w:rPr>
              <w:t>0.99 (0.88, 1.11)</w:t>
            </w:r>
          </w:p>
        </w:tc>
        <w:tc>
          <w:tcPr>
            <w:tcW w:w="610" w:type="dxa"/>
            <w:tcBorders>
              <w:top w:val="nil"/>
              <w:left w:val="nil"/>
              <w:bottom w:val="nil"/>
              <w:right w:val="nil"/>
            </w:tcBorders>
          </w:tcPr>
          <w:p w14:paraId="36522182" w14:textId="77777777" w:rsidR="001C61CC" w:rsidRDefault="000D727A">
            <w:pPr>
              <w:spacing w:after="0" w:line="240" w:lineRule="auto"/>
              <w:jc w:val="center"/>
            </w:pPr>
            <w:r>
              <w:rPr>
                <w:sz w:val="13"/>
              </w:rPr>
              <w:t>0.828</w:t>
            </w:r>
          </w:p>
        </w:tc>
        <w:tc>
          <w:tcPr>
            <w:tcW w:w="610" w:type="dxa"/>
            <w:tcBorders>
              <w:top w:val="nil"/>
              <w:left w:val="nil"/>
              <w:bottom w:val="nil"/>
              <w:right w:val="nil"/>
            </w:tcBorders>
          </w:tcPr>
          <w:p w14:paraId="07DC4A5A" w14:textId="77777777" w:rsidR="001C61CC" w:rsidRDefault="000D727A">
            <w:pPr>
              <w:spacing w:after="0" w:line="240" w:lineRule="auto"/>
              <w:jc w:val="center"/>
            </w:pPr>
            <w:r>
              <w:rPr>
                <w:sz w:val="13"/>
              </w:rPr>
              <w:t>3290</w:t>
            </w:r>
          </w:p>
        </w:tc>
        <w:tc>
          <w:tcPr>
            <w:tcW w:w="610" w:type="dxa"/>
            <w:tcBorders>
              <w:top w:val="nil"/>
              <w:left w:val="nil"/>
              <w:bottom w:val="nil"/>
              <w:right w:val="nil"/>
            </w:tcBorders>
          </w:tcPr>
          <w:p w14:paraId="291D152B" w14:textId="77777777" w:rsidR="001C61CC" w:rsidRDefault="000D727A">
            <w:pPr>
              <w:spacing w:after="0" w:line="240" w:lineRule="auto"/>
              <w:jc w:val="center"/>
            </w:pPr>
            <w:r>
              <w:rPr>
                <w:sz w:val="13"/>
              </w:rPr>
              <w:t>1598</w:t>
            </w:r>
          </w:p>
        </w:tc>
        <w:tc>
          <w:tcPr>
            <w:tcW w:w="610" w:type="dxa"/>
            <w:tcBorders>
              <w:top w:val="nil"/>
              <w:left w:val="nil"/>
              <w:bottom w:val="nil"/>
              <w:right w:val="nil"/>
            </w:tcBorders>
          </w:tcPr>
          <w:p w14:paraId="5BC1EE7B" w14:textId="77777777" w:rsidR="001C61CC" w:rsidRDefault="000D727A">
            <w:pPr>
              <w:spacing w:after="0" w:line="240" w:lineRule="auto"/>
              <w:jc w:val="center"/>
            </w:pPr>
            <w:r>
              <w:rPr>
                <w:sz w:val="13"/>
              </w:rPr>
              <w:t>1.03 (0.90, 1.17)</w:t>
            </w:r>
          </w:p>
        </w:tc>
        <w:tc>
          <w:tcPr>
            <w:tcW w:w="610" w:type="dxa"/>
            <w:tcBorders>
              <w:top w:val="nil"/>
              <w:left w:val="nil"/>
              <w:bottom w:val="nil"/>
              <w:right w:val="nil"/>
            </w:tcBorders>
          </w:tcPr>
          <w:p w14:paraId="39E6D90C" w14:textId="77777777" w:rsidR="001C61CC" w:rsidRDefault="000D727A">
            <w:pPr>
              <w:spacing w:after="0" w:line="240" w:lineRule="auto"/>
              <w:jc w:val="center"/>
            </w:pPr>
            <w:r>
              <w:rPr>
                <w:sz w:val="13"/>
              </w:rPr>
              <w:t>0.693</w:t>
            </w:r>
          </w:p>
        </w:tc>
        <w:tc>
          <w:tcPr>
            <w:tcW w:w="610" w:type="dxa"/>
            <w:tcBorders>
              <w:top w:val="nil"/>
              <w:left w:val="nil"/>
              <w:bottom w:val="nil"/>
              <w:right w:val="nil"/>
            </w:tcBorders>
          </w:tcPr>
          <w:p w14:paraId="68217E91" w14:textId="77777777" w:rsidR="001C61CC" w:rsidRDefault="000D727A">
            <w:pPr>
              <w:spacing w:after="0" w:line="240" w:lineRule="auto"/>
              <w:jc w:val="center"/>
            </w:pPr>
            <w:r>
              <w:rPr>
                <w:sz w:val="13"/>
              </w:rPr>
              <w:t>2563</w:t>
            </w:r>
          </w:p>
        </w:tc>
        <w:tc>
          <w:tcPr>
            <w:tcW w:w="610" w:type="dxa"/>
            <w:tcBorders>
              <w:top w:val="nil"/>
              <w:left w:val="nil"/>
              <w:bottom w:val="nil"/>
              <w:right w:val="nil"/>
            </w:tcBorders>
          </w:tcPr>
          <w:p w14:paraId="68017F61" w14:textId="77777777" w:rsidR="001C61CC" w:rsidRDefault="000D727A">
            <w:pPr>
              <w:spacing w:after="0" w:line="240" w:lineRule="auto"/>
              <w:jc w:val="center"/>
            </w:pPr>
            <w:r>
              <w:rPr>
                <w:sz w:val="13"/>
              </w:rPr>
              <w:t>1262</w:t>
            </w:r>
          </w:p>
        </w:tc>
        <w:tc>
          <w:tcPr>
            <w:tcW w:w="610" w:type="dxa"/>
            <w:tcBorders>
              <w:top w:val="nil"/>
              <w:left w:val="nil"/>
              <w:bottom w:val="nil"/>
              <w:right w:val="nil"/>
            </w:tcBorders>
          </w:tcPr>
          <w:p w14:paraId="1C808C00" w14:textId="77777777" w:rsidR="001C61CC" w:rsidRDefault="000D727A">
            <w:pPr>
              <w:spacing w:after="0" w:line="240" w:lineRule="auto"/>
              <w:jc w:val="center"/>
            </w:pPr>
            <w:r>
              <w:rPr>
                <w:sz w:val="13"/>
              </w:rPr>
              <w:t>0.99 (0.85, 1.16)</w:t>
            </w:r>
          </w:p>
        </w:tc>
        <w:tc>
          <w:tcPr>
            <w:tcW w:w="610" w:type="dxa"/>
            <w:tcBorders>
              <w:top w:val="nil"/>
              <w:left w:val="nil"/>
              <w:bottom w:val="nil"/>
              <w:right w:val="nil"/>
            </w:tcBorders>
          </w:tcPr>
          <w:p w14:paraId="0A8794B9" w14:textId="77777777" w:rsidR="001C61CC" w:rsidRDefault="000D727A">
            <w:pPr>
              <w:spacing w:after="0" w:line="240" w:lineRule="auto"/>
              <w:jc w:val="center"/>
            </w:pPr>
            <w:r>
              <w:rPr>
                <w:sz w:val="13"/>
              </w:rPr>
              <w:t>0.916</w:t>
            </w:r>
          </w:p>
        </w:tc>
      </w:tr>
      <w:tr w:rsidR="001C61CC" w14:paraId="53743447" w14:textId="77777777">
        <w:tc>
          <w:tcPr>
            <w:tcW w:w="610" w:type="dxa"/>
            <w:tcBorders>
              <w:top w:val="nil"/>
              <w:left w:val="nil"/>
              <w:bottom w:val="nil"/>
              <w:right w:val="nil"/>
            </w:tcBorders>
          </w:tcPr>
          <w:p w14:paraId="44783A02" w14:textId="77777777" w:rsidR="001C61CC" w:rsidRDefault="000D727A">
            <w:pPr>
              <w:spacing w:after="0" w:line="240" w:lineRule="auto"/>
            </w:pPr>
            <w:r>
              <w:rPr>
                <w:sz w:val="13"/>
              </w:rPr>
              <w:t>Spontaneous abortion history</w:t>
            </w:r>
          </w:p>
        </w:tc>
        <w:tc>
          <w:tcPr>
            <w:tcW w:w="610" w:type="dxa"/>
            <w:tcBorders>
              <w:top w:val="nil"/>
              <w:left w:val="nil"/>
              <w:bottom w:val="nil"/>
              <w:right w:val="nil"/>
            </w:tcBorders>
          </w:tcPr>
          <w:p w14:paraId="5356472D" w14:textId="77777777" w:rsidR="001C61CC" w:rsidRDefault="000D727A">
            <w:pPr>
              <w:spacing w:after="0" w:line="240" w:lineRule="auto"/>
              <w:jc w:val="center"/>
            </w:pPr>
            <w:r>
              <w:rPr>
                <w:sz w:val="13"/>
              </w:rPr>
              <w:t>4145</w:t>
            </w:r>
          </w:p>
        </w:tc>
        <w:tc>
          <w:tcPr>
            <w:tcW w:w="610" w:type="dxa"/>
            <w:tcBorders>
              <w:top w:val="nil"/>
              <w:left w:val="nil"/>
              <w:bottom w:val="nil"/>
              <w:right w:val="nil"/>
            </w:tcBorders>
          </w:tcPr>
          <w:p w14:paraId="2FF56B21" w14:textId="77777777" w:rsidR="001C61CC" w:rsidRDefault="000D727A">
            <w:pPr>
              <w:spacing w:after="0" w:line="240" w:lineRule="auto"/>
              <w:jc w:val="center"/>
            </w:pPr>
            <w:r>
              <w:rPr>
                <w:sz w:val="13"/>
              </w:rPr>
              <w:t>2000</w:t>
            </w:r>
          </w:p>
        </w:tc>
        <w:tc>
          <w:tcPr>
            <w:tcW w:w="610" w:type="dxa"/>
            <w:tcBorders>
              <w:top w:val="nil"/>
              <w:left w:val="nil"/>
              <w:bottom w:val="nil"/>
              <w:right w:val="nil"/>
            </w:tcBorders>
          </w:tcPr>
          <w:p w14:paraId="751BAC66" w14:textId="77777777" w:rsidR="001C61CC" w:rsidRDefault="000D727A">
            <w:pPr>
              <w:spacing w:after="0" w:line="240" w:lineRule="auto"/>
              <w:jc w:val="center"/>
            </w:pPr>
            <w:r>
              <w:rPr>
                <w:sz w:val="13"/>
              </w:rPr>
              <w:t>1.07 (0.92, 1.25)</w:t>
            </w:r>
          </w:p>
        </w:tc>
        <w:tc>
          <w:tcPr>
            <w:tcW w:w="610" w:type="dxa"/>
            <w:tcBorders>
              <w:top w:val="nil"/>
              <w:left w:val="nil"/>
              <w:bottom w:val="nil"/>
              <w:right w:val="nil"/>
            </w:tcBorders>
          </w:tcPr>
          <w:p w14:paraId="41B1B5F9" w14:textId="77777777" w:rsidR="001C61CC" w:rsidRDefault="000D727A">
            <w:pPr>
              <w:spacing w:after="0" w:line="240" w:lineRule="auto"/>
              <w:jc w:val="center"/>
            </w:pPr>
            <w:r>
              <w:rPr>
                <w:sz w:val="13"/>
              </w:rPr>
              <w:t>0.388</w:t>
            </w:r>
          </w:p>
        </w:tc>
        <w:tc>
          <w:tcPr>
            <w:tcW w:w="610" w:type="dxa"/>
            <w:tcBorders>
              <w:top w:val="nil"/>
              <w:left w:val="nil"/>
              <w:bottom w:val="nil"/>
              <w:right w:val="nil"/>
            </w:tcBorders>
          </w:tcPr>
          <w:p w14:paraId="599EE11B" w14:textId="77777777" w:rsidR="001C61CC" w:rsidRDefault="000D727A">
            <w:pPr>
              <w:spacing w:after="0" w:line="240" w:lineRule="auto"/>
              <w:jc w:val="center"/>
            </w:pPr>
            <w:r>
              <w:rPr>
                <w:sz w:val="13"/>
              </w:rPr>
              <w:t>4145</w:t>
            </w:r>
          </w:p>
        </w:tc>
        <w:tc>
          <w:tcPr>
            <w:tcW w:w="610" w:type="dxa"/>
            <w:tcBorders>
              <w:top w:val="nil"/>
              <w:left w:val="nil"/>
              <w:bottom w:val="nil"/>
              <w:right w:val="nil"/>
            </w:tcBorders>
          </w:tcPr>
          <w:p w14:paraId="3F2EA5DF" w14:textId="77777777" w:rsidR="001C61CC" w:rsidRDefault="000D727A">
            <w:pPr>
              <w:spacing w:after="0" w:line="240" w:lineRule="auto"/>
              <w:jc w:val="center"/>
            </w:pPr>
            <w:r>
              <w:rPr>
                <w:sz w:val="13"/>
              </w:rPr>
              <w:t>2000</w:t>
            </w:r>
          </w:p>
        </w:tc>
        <w:tc>
          <w:tcPr>
            <w:tcW w:w="610" w:type="dxa"/>
            <w:tcBorders>
              <w:top w:val="nil"/>
              <w:left w:val="nil"/>
              <w:bottom w:val="nil"/>
              <w:right w:val="nil"/>
            </w:tcBorders>
          </w:tcPr>
          <w:p w14:paraId="7B9E266A" w14:textId="77777777" w:rsidR="001C61CC" w:rsidRDefault="000D727A">
            <w:pPr>
              <w:spacing w:after="0" w:line="240" w:lineRule="auto"/>
              <w:jc w:val="center"/>
            </w:pPr>
            <w:r>
              <w:rPr>
                <w:sz w:val="13"/>
              </w:rPr>
              <w:t>1.10 (0.94, 1.29)</w:t>
            </w:r>
          </w:p>
        </w:tc>
        <w:tc>
          <w:tcPr>
            <w:tcW w:w="610" w:type="dxa"/>
            <w:tcBorders>
              <w:top w:val="nil"/>
              <w:left w:val="nil"/>
              <w:bottom w:val="nil"/>
              <w:right w:val="nil"/>
            </w:tcBorders>
          </w:tcPr>
          <w:p w14:paraId="7D349881" w14:textId="77777777" w:rsidR="001C61CC" w:rsidRDefault="000D727A">
            <w:pPr>
              <w:spacing w:after="0" w:line="240" w:lineRule="auto"/>
              <w:jc w:val="center"/>
            </w:pPr>
            <w:r>
              <w:rPr>
                <w:sz w:val="13"/>
              </w:rPr>
              <w:t>0.216</w:t>
            </w:r>
          </w:p>
        </w:tc>
        <w:tc>
          <w:tcPr>
            <w:tcW w:w="610" w:type="dxa"/>
            <w:tcBorders>
              <w:top w:val="nil"/>
              <w:left w:val="nil"/>
              <w:bottom w:val="nil"/>
              <w:right w:val="nil"/>
            </w:tcBorders>
          </w:tcPr>
          <w:p w14:paraId="65CB918F" w14:textId="77777777" w:rsidR="001C61CC" w:rsidRDefault="000D727A">
            <w:pPr>
              <w:spacing w:after="0" w:line="240" w:lineRule="auto"/>
              <w:jc w:val="center"/>
            </w:pPr>
            <w:r>
              <w:rPr>
                <w:sz w:val="13"/>
              </w:rPr>
              <w:t>3290</w:t>
            </w:r>
          </w:p>
        </w:tc>
        <w:tc>
          <w:tcPr>
            <w:tcW w:w="610" w:type="dxa"/>
            <w:tcBorders>
              <w:top w:val="nil"/>
              <w:left w:val="nil"/>
              <w:bottom w:val="nil"/>
              <w:right w:val="nil"/>
            </w:tcBorders>
          </w:tcPr>
          <w:p w14:paraId="4D9C0F2A" w14:textId="77777777" w:rsidR="001C61CC" w:rsidRDefault="000D727A">
            <w:pPr>
              <w:spacing w:after="0" w:line="240" w:lineRule="auto"/>
              <w:jc w:val="center"/>
            </w:pPr>
            <w:r>
              <w:rPr>
                <w:sz w:val="13"/>
              </w:rPr>
              <w:t>1598</w:t>
            </w:r>
          </w:p>
        </w:tc>
        <w:tc>
          <w:tcPr>
            <w:tcW w:w="610" w:type="dxa"/>
            <w:tcBorders>
              <w:top w:val="nil"/>
              <w:left w:val="nil"/>
              <w:bottom w:val="nil"/>
              <w:right w:val="nil"/>
            </w:tcBorders>
          </w:tcPr>
          <w:p w14:paraId="76FE8D87" w14:textId="77777777" w:rsidR="001C61CC" w:rsidRDefault="000D727A">
            <w:pPr>
              <w:spacing w:after="0" w:line="240" w:lineRule="auto"/>
              <w:jc w:val="center"/>
            </w:pPr>
            <w:r>
              <w:rPr>
                <w:sz w:val="13"/>
              </w:rPr>
              <w:t>1.09 (0.91, 1.30)</w:t>
            </w:r>
          </w:p>
        </w:tc>
        <w:tc>
          <w:tcPr>
            <w:tcW w:w="610" w:type="dxa"/>
            <w:tcBorders>
              <w:top w:val="nil"/>
              <w:left w:val="nil"/>
              <w:bottom w:val="nil"/>
              <w:right w:val="nil"/>
            </w:tcBorders>
          </w:tcPr>
          <w:p w14:paraId="1E887AFE" w14:textId="77777777" w:rsidR="001C61CC" w:rsidRDefault="000D727A">
            <w:pPr>
              <w:spacing w:after="0" w:line="240" w:lineRule="auto"/>
              <w:jc w:val="center"/>
            </w:pPr>
            <w:r>
              <w:rPr>
                <w:sz w:val="13"/>
              </w:rPr>
              <w:t>0.338</w:t>
            </w:r>
          </w:p>
        </w:tc>
        <w:tc>
          <w:tcPr>
            <w:tcW w:w="610" w:type="dxa"/>
            <w:tcBorders>
              <w:top w:val="nil"/>
              <w:left w:val="nil"/>
              <w:bottom w:val="nil"/>
              <w:right w:val="nil"/>
            </w:tcBorders>
          </w:tcPr>
          <w:p w14:paraId="74E31AFE" w14:textId="77777777" w:rsidR="001C61CC" w:rsidRDefault="000D727A">
            <w:pPr>
              <w:spacing w:after="0" w:line="240" w:lineRule="auto"/>
              <w:jc w:val="center"/>
            </w:pPr>
            <w:r>
              <w:rPr>
                <w:sz w:val="13"/>
              </w:rPr>
              <w:t>2563</w:t>
            </w:r>
          </w:p>
        </w:tc>
        <w:tc>
          <w:tcPr>
            <w:tcW w:w="610" w:type="dxa"/>
            <w:tcBorders>
              <w:top w:val="nil"/>
              <w:left w:val="nil"/>
              <w:bottom w:val="nil"/>
              <w:right w:val="nil"/>
            </w:tcBorders>
          </w:tcPr>
          <w:p w14:paraId="478F6F5E" w14:textId="77777777" w:rsidR="001C61CC" w:rsidRDefault="000D727A">
            <w:pPr>
              <w:spacing w:after="0" w:line="240" w:lineRule="auto"/>
              <w:jc w:val="center"/>
            </w:pPr>
            <w:r>
              <w:rPr>
                <w:sz w:val="13"/>
              </w:rPr>
              <w:t>1262</w:t>
            </w:r>
          </w:p>
        </w:tc>
        <w:tc>
          <w:tcPr>
            <w:tcW w:w="610" w:type="dxa"/>
            <w:tcBorders>
              <w:top w:val="nil"/>
              <w:left w:val="nil"/>
              <w:bottom w:val="nil"/>
              <w:right w:val="nil"/>
            </w:tcBorders>
          </w:tcPr>
          <w:p w14:paraId="64B054F8" w14:textId="77777777" w:rsidR="001C61CC" w:rsidRDefault="000D727A">
            <w:pPr>
              <w:spacing w:after="0" w:line="240" w:lineRule="auto"/>
              <w:jc w:val="center"/>
            </w:pPr>
            <w:r>
              <w:rPr>
                <w:sz w:val="13"/>
              </w:rPr>
              <w:t>1.06 (0.86, 1.30)</w:t>
            </w:r>
          </w:p>
        </w:tc>
        <w:tc>
          <w:tcPr>
            <w:tcW w:w="610" w:type="dxa"/>
            <w:tcBorders>
              <w:top w:val="nil"/>
              <w:left w:val="nil"/>
              <w:bottom w:val="nil"/>
              <w:right w:val="nil"/>
            </w:tcBorders>
          </w:tcPr>
          <w:p w14:paraId="5BB8968B" w14:textId="77777777" w:rsidR="001C61CC" w:rsidRDefault="000D727A">
            <w:pPr>
              <w:spacing w:after="0" w:line="240" w:lineRule="auto"/>
              <w:jc w:val="center"/>
            </w:pPr>
            <w:r>
              <w:rPr>
                <w:sz w:val="13"/>
              </w:rPr>
              <w:t>0.589</w:t>
            </w:r>
          </w:p>
        </w:tc>
      </w:tr>
      <w:tr w:rsidR="001C61CC" w14:paraId="45B9B26A" w14:textId="77777777">
        <w:tc>
          <w:tcPr>
            <w:tcW w:w="610" w:type="dxa"/>
            <w:tcBorders>
              <w:top w:val="nil"/>
              <w:left w:val="nil"/>
              <w:bottom w:val="single" w:sz="10" w:space="0" w:color="000000"/>
              <w:right w:val="nil"/>
            </w:tcBorders>
          </w:tcPr>
          <w:p w14:paraId="2C066335" w14:textId="77777777" w:rsidR="001C61CC" w:rsidRDefault="000D727A">
            <w:pPr>
              <w:spacing w:after="0" w:line="240" w:lineRule="auto"/>
            </w:pPr>
            <w:r>
              <w:rPr>
                <w:sz w:val="13"/>
              </w:rPr>
              <w:t>Stillbirth history</w:t>
            </w:r>
          </w:p>
        </w:tc>
        <w:tc>
          <w:tcPr>
            <w:tcW w:w="610" w:type="dxa"/>
            <w:tcBorders>
              <w:top w:val="nil"/>
              <w:left w:val="nil"/>
              <w:bottom w:val="single" w:sz="10" w:space="0" w:color="000000"/>
              <w:right w:val="nil"/>
            </w:tcBorders>
          </w:tcPr>
          <w:p w14:paraId="0C18B2D0" w14:textId="77777777" w:rsidR="001C61CC" w:rsidRDefault="000D727A">
            <w:pPr>
              <w:spacing w:after="0" w:line="240" w:lineRule="auto"/>
              <w:jc w:val="center"/>
            </w:pPr>
            <w:r>
              <w:rPr>
                <w:sz w:val="13"/>
              </w:rPr>
              <w:t>4145</w:t>
            </w:r>
          </w:p>
        </w:tc>
        <w:tc>
          <w:tcPr>
            <w:tcW w:w="610" w:type="dxa"/>
            <w:tcBorders>
              <w:top w:val="nil"/>
              <w:left w:val="nil"/>
              <w:bottom w:val="single" w:sz="10" w:space="0" w:color="000000"/>
              <w:right w:val="nil"/>
            </w:tcBorders>
          </w:tcPr>
          <w:p w14:paraId="2A907EC6" w14:textId="77777777" w:rsidR="001C61CC" w:rsidRDefault="000D727A">
            <w:pPr>
              <w:spacing w:after="0" w:line="240" w:lineRule="auto"/>
              <w:jc w:val="center"/>
            </w:pPr>
            <w:r>
              <w:rPr>
                <w:sz w:val="13"/>
              </w:rPr>
              <w:t>2000</w:t>
            </w:r>
          </w:p>
        </w:tc>
        <w:tc>
          <w:tcPr>
            <w:tcW w:w="610" w:type="dxa"/>
            <w:tcBorders>
              <w:top w:val="nil"/>
              <w:left w:val="nil"/>
              <w:bottom w:val="single" w:sz="10" w:space="0" w:color="000000"/>
              <w:right w:val="nil"/>
            </w:tcBorders>
          </w:tcPr>
          <w:p w14:paraId="045C4807" w14:textId="77777777" w:rsidR="001C61CC" w:rsidRDefault="000D727A">
            <w:pPr>
              <w:spacing w:after="0" w:line="240" w:lineRule="auto"/>
              <w:jc w:val="center"/>
            </w:pPr>
            <w:r>
              <w:rPr>
                <w:sz w:val="13"/>
              </w:rPr>
              <w:t>1.10 (0.83, 1.46)</w:t>
            </w:r>
          </w:p>
        </w:tc>
        <w:tc>
          <w:tcPr>
            <w:tcW w:w="610" w:type="dxa"/>
            <w:tcBorders>
              <w:top w:val="nil"/>
              <w:left w:val="nil"/>
              <w:bottom w:val="single" w:sz="10" w:space="0" w:color="000000"/>
              <w:right w:val="nil"/>
            </w:tcBorders>
          </w:tcPr>
          <w:p w14:paraId="6343DCB4" w14:textId="77777777" w:rsidR="001C61CC" w:rsidRDefault="000D727A">
            <w:pPr>
              <w:spacing w:after="0" w:line="240" w:lineRule="auto"/>
              <w:jc w:val="center"/>
            </w:pPr>
            <w:r>
              <w:rPr>
                <w:sz w:val="13"/>
              </w:rPr>
              <w:t>0.506</w:t>
            </w:r>
          </w:p>
        </w:tc>
        <w:tc>
          <w:tcPr>
            <w:tcW w:w="610" w:type="dxa"/>
            <w:tcBorders>
              <w:top w:val="nil"/>
              <w:left w:val="nil"/>
              <w:bottom w:val="single" w:sz="10" w:space="0" w:color="000000"/>
              <w:right w:val="nil"/>
            </w:tcBorders>
          </w:tcPr>
          <w:p w14:paraId="3D76CD04" w14:textId="77777777" w:rsidR="001C61CC" w:rsidRDefault="000D727A">
            <w:pPr>
              <w:spacing w:after="0" w:line="240" w:lineRule="auto"/>
              <w:jc w:val="center"/>
            </w:pPr>
            <w:r>
              <w:rPr>
                <w:sz w:val="13"/>
              </w:rPr>
              <w:t>4145</w:t>
            </w:r>
          </w:p>
        </w:tc>
        <w:tc>
          <w:tcPr>
            <w:tcW w:w="610" w:type="dxa"/>
            <w:tcBorders>
              <w:top w:val="nil"/>
              <w:left w:val="nil"/>
              <w:bottom w:val="single" w:sz="10" w:space="0" w:color="000000"/>
              <w:right w:val="nil"/>
            </w:tcBorders>
          </w:tcPr>
          <w:p w14:paraId="11A3F450" w14:textId="77777777" w:rsidR="001C61CC" w:rsidRDefault="000D727A">
            <w:pPr>
              <w:spacing w:after="0" w:line="240" w:lineRule="auto"/>
              <w:jc w:val="center"/>
            </w:pPr>
            <w:r>
              <w:rPr>
                <w:sz w:val="13"/>
              </w:rPr>
              <w:t>2000</w:t>
            </w:r>
          </w:p>
        </w:tc>
        <w:tc>
          <w:tcPr>
            <w:tcW w:w="610" w:type="dxa"/>
            <w:tcBorders>
              <w:top w:val="nil"/>
              <w:left w:val="nil"/>
              <w:bottom w:val="single" w:sz="10" w:space="0" w:color="000000"/>
              <w:right w:val="nil"/>
            </w:tcBorders>
          </w:tcPr>
          <w:p w14:paraId="59E05D14" w14:textId="77777777" w:rsidR="001C61CC" w:rsidRDefault="000D727A">
            <w:pPr>
              <w:spacing w:after="0" w:line="240" w:lineRule="auto"/>
              <w:jc w:val="center"/>
            </w:pPr>
            <w:r>
              <w:rPr>
                <w:sz w:val="13"/>
              </w:rPr>
              <w:t>1.03 (0.77, 1.37)</w:t>
            </w:r>
          </w:p>
        </w:tc>
        <w:tc>
          <w:tcPr>
            <w:tcW w:w="610" w:type="dxa"/>
            <w:tcBorders>
              <w:top w:val="nil"/>
              <w:left w:val="nil"/>
              <w:bottom w:val="single" w:sz="10" w:space="0" w:color="000000"/>
              <w:right w:val="nil"/>
            </w:tcBorders>
          </w:tcPr>
          <w:p w14:paraId="0F5FB511" w14:textId="77777777" w:rsidR="001C61CC" w:rsidRDefault="000D727A">
            <w:pPr>
              <w:spacing w:after="0" w:line="240" w:lineRule="auto"/>
              <w:jc w:val="center"/>
            </w:pPr>
            <w:r>
              <w:rPr>
                <w:sz w:val="13"/>
              </w:rPr>
              <w:t>0.848</w:t>
            </w:r>
          </w:p>
        </w:tc>
        <w:tc>
          <w:tcPr>
            <w:tcW w:w="610" w:type="dxa"/>
            <w:tcBorders>
              <w:top w:val="nil"/>
              <w:left w:val="nil"/>
              <w:bottom w:val="single" w:sz="10" w:space="0" w:color="000000"/>
              <w:right w:val="nil"/>
            </w:tcBorders>
          </w:tcPr>
          <w:p w14:paraId="65B1F6C2" w14:textId="77777777" w:rsidR="001C61CC" w:rsidRDefault="000D727A">
            <w:pPr>
              <w:spacing w:after="0" w:line="240" w:lineRule="auto"/>
              <w:jc w:val="center"/>
            </w:pPr>
            <w:r>
              <w:rPr>
                <w:sz w:val="13"/>
              </w:rPr>
              <w:t>3290</w:t>
            </w:r>
          </w:p>
        </w:tc>
        <w:tc>
          <w:tcPr>
            <w:tcW w:w="610" w:type="dxa"/>
            <w:tcBorders>
              <w:top w:val="nil"/>
              <w:left w:val="nil"/>
              <w:bottom w:val="single" w:sz="10" w:space="0" w:color="000000"/>
              <w:right w:val="nil"/>
            </w:tcBorders>
          </w:tcPr>
          <w:p w14:paraId="77546968" w14:textId="77777777" w:rsidR="001C61CC" w:rsidRDefault="000D727A">
            <w:pPr>
              <w:spacing w:after="0" w:line="240" w:lineRule="auto"/>
              <w:jc w:val="center"/>
            </w:pPr>
            <w:r>
              <w:rPr>
                <w:sz w:val="13"/>
              </w:rPr>
              <w:t>1598</w:t>
            </w:r>
          </w:p>
        </w:tc>
        <w:tc>
          <w:tcPr>
            <w:tcW w:w="610" w:type="dxa"/>
            <w:tcBorders>
              <w:top w:val="nil"/>
              <w:left w:val="nil"/>
              <w:bottom w:val="single" w:sz="10" w:space="0" w:color="000000"/>
              <w:right w:val="nil"/>
            </w:tcBorders>
          </w:tcPr>
          <w:p w14:paraId="7C5CC16D" w14:textId="77777777" w:rsidR="001C61CC" w:rsidRDefault="000D727A">
            <w:pPr>
              <w:spacing w:after="0" w:line="240" w:lineRule="auto"/>
              <w:jc w:val="center"/>
            </w:pPr>
            <w:r>
              <w:rPr>
                <w:sz w:val="13"/>
              </w:rPr>
              <w:t>1.00 (0.73, 1.37)</w:t>
            </w:r>
          </w:p>
        </w:tc>
        <w:tc>
          <w:tcPr>
            <w:tcW w:w="610" w:type="dxa"/>
            <w:tcBorders>
              <w:top w:val="nil"/>
              <w:left w:val="nil"/>
              <w:bottom w:val="single" w:sz="10" w:space="0" w:color="000000"/>
              <w:right w:val="nil"/>
            </w:tcBorders>
          </w:tcPr>
          <w:p w14:paraId="0D755C2D" w14:textId="77777777" w:rsidR="001C61CC" w:rsidRDefault="000D727A">
            <w:pPr>
              <w:spacing w:after="0" w:line="240" w:lineRule="auto"/>
              <w:jc w:val="center"/>
            </w:pPr>
            <w:r>
              <w:rPr>
                <w:sz w:val="13"/>
              </w:rPr>
              <w:t>1.000</w:t>
            </w:r>
          </w:p>
        </w:tc>
        <w:tc>
          <w:tcPr>
            <w:tcW w:w="610" w:type="dxa"/>
            <w:tcBorders>
              <w:top w:val="nil"/>
              <w:left w:val="nil"/>
              <w:bottom w:val="single" w:sz="10" w:space="0" w:color="000000"/>
              <w:right w:val="nil"/>
            </w:tcBorders>
          </w:tcPr>
          <w:p w14:paraId="6A5DDB46" w14:textId="77777777" w:rsidR="001C61CC" w:rsidRDefault="000D727A">
            <w:pPr>
              <w:spacing w:after="0" w:line="240" w:lineRule="auto"/>
              <w:jc w:val="center"/>
            </w:pPr>
            <w:r>
              <w:rPr>
                <w:sz w:val="13"/>
              </w:rPr>
              <w:t>2563</w:t>
            </w:r>
          </w:p>
        </w:tc>
        <w:tc>
          <w:tcPr>
            <w:tcW w:w="610" w:type="dxa"/>
            <w:tcBorders>
              <w:top w:val="nil"/>
              <w:left w:val="nil"/>
              <w:bottom w:val="single" w:sz="10" w:space="0" w:color="000000"/>
              <w:right w:val="nil"/>
            </w:tcBorders>
          </w:tcPr>
          <w:p w14:paraId="2DB1FDB9" w14:textId="77777777" w:rsidR="001C61CC" w:rsidRDefault="000D727A">
            <w:pPr>
              <w:spacing w:after="0" w:line="240" w:lineRule="auto"/>
              <w:jc w:val="center"/>
            </w:pPr>
            <w:r>
              <w:rPr>
                <w:sz w:val="13"/>
              </w:rPr>
              <w:t>1262</w:t>
            </w:r>
          </w:p>
        </w:tc>
        <w:tc>
          <w:tcPr>
            <w:tcW w:w="610" w:type="dxa"/>
            <w:tcBorders>
              <w:top w:val="nil"/>
              <w:left w:val="nil"/>
              <w:bottom w:val="single" w:sz="10" w:space="0" w:color="000000"/>
              <w:right w:val="nil"/>
            </w:tcBorders>
          </w:tcPr>
          <w:p w14:paraId="205F6E43" w14:textId="77777777" w:rsidR="001C61CC" w:rsidRDefault="000D727A">
            <w:pPr>
              <w:spacing w:after="0" w:line="240" w:lineRule="auto"/>
              <w:jc w:val="center"/>
            </w:pPr>
            <w:r>
              <w:rPr>
                <w:sz w:val="13"/>
              </w:rPr>
              <w:t>0.80 (0.55, 1.18)</w:t>
            </w:r>
          </w:p>
        </w:tc>
        <w:tc>
          <w:tcPr>
            <w:tcW w:w="610" w:type="dxa"/>
            <w:tcBorders>
              <w:top w:val="nil"/>
              <w:left w:val="nil"/>
              <w:bottom w:val="single" w:sz="10" w:space="0" w:color="000000"/>
              <w:right w:val="nil"/>
            </w:tcBorders>
          </w:tcPr>
          <w:p w14:paraId="0815C1D5" w14:textId="77777777" w:rsidR="001C61CC" w:rsidRDefault="000D727A">
            <w:pPr>
              <w:spacing w:after="0" w:line="240" w:lineRule="auto"/>
              <w:jc w:val="center"/>
            </w:pPr>
            <w:r>
              <w:rPr>
                <w:sz w:val="13"/>
              </w:rPr>
              <w:t>0.259</w:t>
            </w:r>
          </w:p>
        </w:tc>
      </w:tr>
    </w:tbl>
    <w:p w14:paraId="7FFE6286" w14:textId="77777777" w:rsidR="001C61CC" w:rsidRDefault="001C61CC"/>
    <w:p w14:paraId="5D169C99" w14:textId="77777777" w:rsidR="001C61CC" w:rsidRDefault="000D727A">
      <w:pPr>
        <w:spacing w:after="80"/>
      </w:pPr>
      <w:r>
        <w:rPr>
          <w:sz w:val="16"/>
        </w:rPr>
        <w:t>Note: Subtype-specific prospective models evaluated induced abortion, spontaneous abortion, and stillbirth history separately.</w:t>
      </w:r>
    </w:p>
    <w:p w14:paraId="47828567" w14:textId="77777777" w:rsidR="001C61CC" w:rsidRDefault="000D727A">
      <w:r>
        <w:br w:type="page"/>
      </w:r>
    </w:p>
    <w:p w14:paraId="7544A8DD" w14:textId="77777777" w:rsidR="001C61CC" w:rsidRDefault="000D727A">
      <w:pPr>
        <w:spacing w:after="80"/>
      </w:pPr>
      <w:r>
        <w:rPr>
          <w:b/>
          <w:sz w:val="24"/>
        </w:rPr>
        <w:lastRenderedPageBreak/>
        <w:t>Supplementary Table 8. Dose-response associations between pregnancy loss count and prevalent depressive symptoms</w:t>
      </w:r>
    </w:p>
    <w:tbl>
      <w:tblPr>
        <w:tblW w:w="0" w:type="auto"/>
        <w:tblLook w:val="04A0" w:firstRow="1" w:lastRow="0" w:firstColumn="1" w:lastColumn="0" w:noHBand="0" w:noVBand="1"/>
      </w:tblPr>
      <w:tblGrid>
        <w:gridCol w:w="467"/>
        <w:gridCol w:w="414"/>
        <w:gridCol w:w="414"/>
        <w:gridCol w:w="414"/>
        <w:gridCol w:w="414"/>
        <w:gridCol w:w="419"/>
        <w:gridCol w:w="418"/>
        <w:gridCol w:w="418"/>
        <w:gridCol w:w="418"/>
        <w:gridCol w:w="406"/>
        <w:gridCol w:w="406"/>
        <w:gridCol w:w="406"/>
        <w:gridCol w:w="406"/>
        <w:gridCol w:w="413"/>
        <w:gridCol w:w="413"/>
        <w:gridCol w:w="413"/>
        <w:gridCol w:w="413"/>
        <w:gridCol w:w="418"/>
        <w:gridCol w:w="418"/>
        <w:gridCol w:w="418"/>
        <w:gridCol w:w="418"/>
        <w:gridCol w:w="406"/>
        <w:gridCol w:w="406"/>
        <w:gridCol w:w="406"/>
        <w:gridCol w:w="406"/>
      </w:tblGrid>
      <w:tr w:rsidR="001C61CC" w14:paraId="15FE8B94" w14:textId="77777777">
        <w:tc>
          <w:tcPr>
            <w:tcW w:w="415" w:type="dxa"/>
            <w:tcBorders>
              <w:top w:val="single" w:sz="10" w:space="0" w:color="000000"/>
              <w:left w:val="nil"/>
              <w:bottom w:val="single" w:sz="10" w:space="0" w:color="000000"/>
              <w:right w:val="nil"/>
            </w:tcBorders>
          </w:tcPr>
          <w:p w14:paraId="660F2E6E" w14:textId="77777777" w:rsidR="001C61CC" w:rsidRDefault="000D727A">
            <w:pPr>
              <w:spacing w:after="0" w:line="240" w:lineRule="auto"/>
            </w:pPr>
            <w:r>
              <w:rPr>
                <w:b/>
                <w:sz w:val="13"/>
              </w:rPr>
              <w:t>Comparison</w:t>
            </w:r>
          </w:p>
        </w:tc>
        <w:tc>
          <w:tcPr>
            <w:tcW w:w="415" w:type="dxa"/>
            <w:tcBorders>
              <w:top w:val="single" w:sz="10" w:space="0" w:color="000000"/>
              <w:left w:val="nil"/>
              <w:bottom w:val="single" w:sz="10" w:space="0" w:color="000000"/>
              <w:right w:val="nil"/>
            </w:tcBorders>
          </w:tcPr>
          <w:p w14:paraId="6F750D72" w14:textId="77777777" w:rsidR="001C61CC" w:rsidRDefault="000D727A">
            <w:pPr>
              <w:spacing w:after="0" w:line="240" w:lineRule="auto"/>
              <w:jc w:val="center"/>
            </w:pPr>
            <w:r>
              <w:rPr>
                <w:b/>
                <w:sz w:val="13"/>
              </w:rPr>
              <w:t>Model 2: minimally adjusted: n</w:t>
            </w:r>
          </w:p>
        </w:tc>
        <w:tc>
          <w:tcPr>
            <w:tcW w:w="415" w:type="dxa"/>
            <w:tcBorders>
              <w:top w:val="single" w:sz="10" w:space="0" w:color="000000"/>
              <w:left w:val="nil"/>
              <w:bottom w:val="single" w:sz="10" w:space="0" w:color="000000"/>
              <w:right w:val="nil"/>
            </w:tcBorders>
          </w:tcPr>
          <w:p w14:paraId="7891C64C" w14:textId="77777777" w:rsidR="001C61CC" w:rsidRDefault="000D727A">
            <w:pPr>
              <w:spacing w:after="0" w:line="240" w:lineRule="auto"/>
              <w:jc w:val="center"/>
            </w:pPr>
            <w:r>
              <w:rPr>
                <w:b/>
                <w:sz w:val="13"/>
              </w:rPr>
              <w:t>Model 2: minimally adjusted: cases</w:t>
            </w:r>
          </w:p>
        </w:tc>
        <w:tc>
          <w:tcPr>
            <w:tcW w:w="415" w:type="dxa"/>
            <w:tcBorders>
              <w:top w:val="single" w:sz="10" w:space="0" w:color="000000"/>
              <w:left w:val="nil"/>
              <w:bottom w:val="single" w:sz="10" w:space="0" w:color="000000"/>
              <w:right w:val="nil"/>
            </w:tcBorders>
          </w:tcPr>
          <w:p w14:paraId="0B71436E" w14:textId="77777777" w:rsidR="001C61CC" w:rsidRDefault="000D727A">
            <w:pPr>
              <w:spacing w:after="0" w:line="240" w:lineRule="auto"/>
              <w:jc w:val="center"/>
            </w:pPr>
            <w:r>
              <w:rPr>
                <w:b/>
                <w:sz w:val="13"/>
              </w:rPr>
              <w:t>Model 2: minimally adjusted: estimate</w:t>
            </w:r>
          </w:p>
        </w:tc>
        <w:tc>
          <w:tcPr>
            <w:tcW w:w="415" w:type="dxa"/>
            <w:tcBorders>
              <w:top w:val="single" w:sz="10" w:space="0" w:color="000000"/>
              <w:left w:val="nil"/>
              <w:bottom w:val="single" w:sz="10" w:space="0" w:color="000000"/>
              <w:right w:val="nil"/>
            </w:tcBorders>
          </w:tcPr>
          <w:p w14:paraId="13348325" w14:textId="77777777" w:rsidR="001C61CC" w:rsidRDefault="000D727A">
            <w:pPr>
              <w:spacing w:after="0" w:line="240" w:lineRule="auto"/>
              <w:jc w:val="center"/>
            </w:pPr>
            <w:r>
              <w:rPr>
                <w:b/>
                <w:sz w:val="13"/>
              </w:rPr>
              <w:t>Model 2: minimally adjusted: p</w:t>
            </w:r>
          </w:p>
        </w:tc>
        <w:tc>
          <w:tcPr>
            <w:tcW w:w="415" w:type="dxa"/>
            <w:tcBorders>
              <w:top w:val="single" w:sz="10" w:space="0" w:color="000000"/>
              <w:left w:val="nil"/>
              <w:bottom w:val="single" w:sz="10" w:space="0" w:color="000000"/>
              <w:right w:val="nil"/>
            </w:tcBorders>
          </w:tcPr>
          <w:p w14:paraId="6097CE0C" w14:textId="77777777" w:rsidR="001C61CC" w:rsidRDefault="000D727A">
            <w:pPr>
              <w:spacing w:after="0" w:line="240" w:lineRule="auto"/>
              <w:jc w:val="center"/>
            </w:pPr>
            <w:r>
              <w:rPr>
                <w:b/>
                <w:sz w:val="13"/>
              </w:rPr>
              <w:t>Model 3: extended: n</w:t>
            </w:r>
          </w:p>
        </w:tc>
        <w:tc>
          <w:tcPr>
            <w:tcW w:w="415" w:type="dxa"/>
            <w:tcBorders>
              <w:top w:val="single" w:sz="10" w:space="0" w:color="000000"/>
              <w:left w:val="nil"/>
              <w:bottom w:val="single" w:sz="10" w:space="0" w:color="000000"/>
              <w:right w:val="nil"/>
            </w:tcBorders>
          </w:tcPr>
          <w:p w14:paraId="3AC8979F" w14:textId="77777777" w:rsidR="001C61CC" w:rsidRDefault="000D727A">
            <w:pPr>
              <w:spacing w:after="0" w:line="240" w:lineRule="auto"/>
              <w:jc w:val="center"/>
            </w:pPr>
            <w:r>
              <w:rPr>
                <w:b/>
                <w:sz w:val="13"/>
              </w:rPr>
              <w:t>Model 3: extended: cases</w:t>
            </w:r>
          </w:p>
        </w:tc>
        <w:tc>
          <w:tcPr>
            <w:tcW w:w="415" w:type="dxa"/>
            <w:tcBorders>
              <w:top w:val="single" w:sz="10" w:space="0" w:color="000000"/>
              <w:left w:val="nil"/>
              <w:bottom w:val="single" w:sz="10" w:space="0" w:color="000000"/>
              <w:right w:val="nil"/>
            </w:tcBorders>
          </w:tcPr>
          <w:p w14:paraId="3C6D92DE" w14:textId="77777777" w:rsidR="001C61CC" w:rsidRDefault="000D727A">
            <w:pPr>
              <w:spacing w:after="0" w:line="240" w:lineRule="auto"/>
              <w:jc w:val="center"/>
            </w:pPr>
            <w:r>
              <w:rPr>
                <w:b/>
                <w:sz w:val="13"/>
              </w:rPr>
              <w:t>Model 3: extended: estimate</w:t>
            </w:r>
          </w:p>
        </w:tc>
        <w:tc>
          <w:tcPr>
            <w:tcW w:w="415" w:type="dxa"/>
            <w:tcBorders>
              <w:top w:val="single" w:sz="10" w:space="0" w:color="000000"/>
              <w:left w:val="nil"/>
              <w:bottom w:val="single" w:sz="10" w:space="0" w:color="000000"/>
              <w:right w:val="nil"/>
            </w:tcBorders>
          </w:tcPr>
          <w:p w14:paraId="52A81BE6" w14:textId="77777777" w:rsidR="001C61CC" w:rsidRDefault="000D727A">
            <w:pPr>
              <w:spacing w:after="0" w:line="240" w:lineRule="auto"/>
              <w:jc w:val="center"/>
            </w:pPr>
            <w:r>
              <w:rPr>
                <w:b/>
                <w:sz w:val="13"/>
              </w:rPr>
              <w:t>Model 3: extended: p</w:t>
            </w:r>
          </w:p>
        </w:tc>
        <w:tc>
          <w:tcPr>
            <w:tcW w:w="415" w:type="dxa"/>
            <w:tcBorders>
              <w:top w:val="single" w:sz="10" w:space="0" w:color="000000"/>
              <w:left w:val="nil"/>
              <w:bottom w:val="single" w:sz="10" w:space="0" w:color="000000"/>
              <w:right w:val="nil"/>
            </w:tcBorders>
          </w:tcPr>
          <w:p w14:paraId="16432AD0" w14:textId="77777777" w:rsidR="001C61CC" w:rsidRDefault="000D727A">
            <w:pPr>
              <w:spacing w:after="0" w:line="240" w:lineRule="auto"/>
              <w:jc w:val="center"/>
            </w:pPr>
            <w:r>
              <w:rPr>
                <w:b/>
                <w:sz w:val="13"/>
              </w:rPr>
              <w:t>Model 4: fully adjusted: n</w:t>
            </w:r>
          </w:p>
        </w:tc>
        <w:tc>
          <w:tcPr>
            <w:tcW w:w="415" w:type="dxa"/>
            <w:tcBorders>
              <w:top w:val="single" w:sz="10" w:space="0" w:color="000000"/>
              <w:left w:val="nil"/>
              <w:bottom w:val="single" w:sz="10" w:space="0" w:color="000000"/>
              <w:right w:val="nil"/>
            </w:tcBorders>
          </w:tcPr>
          <w:p w14:paraId="29CE2263" w14:textId="77777777" w:rsidR="001C61CC" w:rsidRDefault="000D727A">
            <w:pPr>
              <w:spacing w:after="0" w:line="240" w:lineRule="auto"/>
              <w:jc w:val="center"/>
            </w:pPr>
            <w:r>
              <w:rPr>
                <w:b/>
                <w:sz w:val="13"/>
              </w:rPr>
              <w:t>Model 4: fully adjusted: cases</w:t>
            </w:r>
          </w:p>
        </w:tc>
        <w:tc>
          <w:tcPr>
            <w:tcW w:w="415" w:type="dxa"/>
            <w:tcBorders>
              <w:top w:val="single" w:sz="10" w:space="0" w:color="000000"/>
              <w:left w:val="nil"/>
              <w:bottom w:val="single" w:sz="10" w:space="0" w:color="000000"/>
              <w:right w:val="nil"/>
            </w:tcBorders>
          </w:tcPr>
          <w:p w14:paraId="640A0BFA" w14:textId="77777777" w:rsidR="001C61CC" w:rsidRDefault="000D727A">
            <w:pPr>
              <w:spacing w:after="0" w:line="240" w:lineRule="auto"/>
              <w:jc w:val="center"/>
            </w:pPr>
            <w:r>
              <w:rPr>
                <w:b/>
                <w:sz w:val="13"/>
              </w:rPr>
              <w:t>Model 4: fully adjusted: estimate</w:t>
            </w:r>
          </w:p>
        </w:tc>
        <w:tc>
          <w:tcPr>
            <w:tcW w:w="415" w:type="dxa"/>
            <w:tcBorders>
              <w:top w:val="single" w:sz="10" w:space="0" w:color="000000"/>
              <w:left w:val="nil"/>
              <w:bottom w:val="single" w:sz="10" w:space="0" w:color="000000"/>
              <w:right w:val="nil"/>
            </w:tcBorders>
          </w:tcPr>
          <w:p w14:paraId="707A51C1" w14:textId="77777777" w:rsidR="001C61CC" w:rsidRDefault="000D727A">
            <w:pPr>
              <w:spacing w:after="0" w:line="240" w:lineRule="auto"/>
              <w:jc w:val="center"/>
            </w:pPr>
            <w:r>
              <w:rPr>
                <w:b/>
                <w:sz w:val="13"/>
              </w:rPr>
              <w:t>Model 4: fully adjusted: p</w:t>
            </w:r>
          </w:p>
        </w:tc>
        <w:tc>
          <w:tcPr>
            <w:tcW w:w="415" w:type="dxa"/>
            <w:tcBorders>
              <w:top w:val="single" w:sz="10" w:space="0" w:color="000000"/>
              <w:left w:val="nil"/>
              <w:bottom w:val="single" w:sz="10" w:space="0" w:color="000000"/>
              <w:right w:val="nil"/>
            </w:tcBorders>
          </w:tcPr>
          <w:p w14:paraId="1F9F5473" w14:textId="77777777" w:rsidR="001C61CC" w:rsidRDefault="000D727A">
            <w:pPr>
              <w:spacing w:after="0" w:line="240" w:lineRule="auto"/>
              <w:jc w:val="center"/>
            </w:pPr>
            <w:r>
              <w:rPr>
                <w:b/>
                <w:sz w:val="13"/>
              </w:rPr>
              <w:t>Trend, minimally adjusted: n</w:t>
            </w:r>
          </w:p>
        </w:tc>
        <w:tc>
          <w:tcPr>
            <w:tcW w:w="415" w:type="dxa"/>
            <w:tcBorders>
              <w:top w:val="single" w:sz="10" w:space="0" w:color="000000"/>
              <w:left w:val="nil"/>
              <w:bottom w:val="single" w:sz="10" w:space="0" w:color="000000"/>
              <w:right w:val="nil"/>
            </w:tcBorders>
          </w:tcPr>
          <w:p w14:paraId="3E7772A7" w14:textId="77777777" w:rsidR="001C61CC" w:rsidRDefault="000D727A">
            <w:pPr>
              <w:spacing w:after="0" w:line="240" w:lineRule="auto"/>
              <w:jc w:val="center"/>
            </w:pPr>
            <w:r>
              <w:rPr>
                <w:b/>
                <w:sz w:val="13"/>
              </w:rPr>
              <w:t>Trend, minimally adjusted: cases</w:t>
            </w:r>
          </w:p>
        </w:tc>
        <w:tc>
          <w:tcPr>
            <w:tcW w:w="415" w:type="dxa"/>
            <w:tcBorders>
              <w:top w:val="single" w:sz="10" w:space="0" w:color="000000"/>
              <w:left w:val="nil"/>
              <w:bottom w:val="single" w:sz="10" w:space="0" w:color="000000"/>
              <w:right w:val="nil"/>
            </w:tcBorders>
          </w:tcPr>
          <w:p w14:paraId="07765753" w14:textId="77777777" w:rsidR="001C61CC" w:rsidRDefault="000D727A">
            <w:pPr>
              <w:spacing w:after="0" w:line="240" w:lineRule="auto"/>
              <w:jc w:val="center"/>
            </w:pPr>
            <w:r>
              <w:rPr>
                <w:b/>
                <w:sz w:val="13"/>
              </w:rPr>
              <w:t>Trend, minimally adjusted: estimate</w:t>
            </w:r>
          </w:p>
        </w:tc>
        <w:tc>
          <w:tcPr>
            <w:tcW w:w="415" w:type="dxa"/>
            <w:tcBorders>
              <w:top w:val="single" w:sz="10" w:space="0" w:color="000000"/>
              <w:left w:val="nil"/>
              <w:bottom w:val="single" w:sz="10" w:space="0" w:color="000000"/>
              <w:right w:val="nil"/>
            </w:tcBorders>
          </w:tcPr>
          <w:p w14:paraId="6200B8C8" w14:textId="77777777" w:rsidR="001C61CC" w:rsidRDefault="000D727A">
            <w:pPr>
              <w:spacing w:after="0" w:line="240" w:lineRule="auto"/>
              <w:jc w:val="center"/>
            </w:pPr>
            <w:r>
              <w:rPr>
                <w:b/>
                <w:sz w:val="13"/>
              </w:rPr>
              <w:t>Trend, minimally adjusted: p</w:t>
            </w:r>
          </w:p>
        </w:tc>
        <w:tc>
          <w:tcPr>
            <w:tcW w:w="415" w:type="dxa"/>
            <w:tcBorders>
              <w:top w:val="single" w:sz="10" w:space="0" w:color="000000"/>
              <w:left w:val="nil"/>
              <w:bottom w:val="single" w:sz="10" w:space="0" w:color="000000"/>
              <w:right w:val="nil"/>
            </w:tcBorders>
          </w:tcPr>
          <w:p w14:paraId="50BDC23F" w14:textId="77777777" w:rsidR="001C61CC" w:rsidRDefault="000D727A">
            <w:pPr>
              <w:spacing w:after="0" w:line="240" w:lineRule="auto"/>
              <w:jc w:val="center"/>
            </w:pPr>
            <w:r>
              <w:rPr>
                <w:b/>
                <w:sz w:val="13"/>
              </w:rPr>
              <w:t>Trend, extended: n</w:t>
            </w:r>
          </w:p>
        </w:tc>
        <w:tc>
          <w:tcPr>
            <w:tcW w:w="415" w:type="dxa"/>
            <w:tcBorders>
              <w:top w:val="single" w:sz="10" w:space="0" w:color="000000"/>
              <w:left w:val="nil"/>
              <w:bottom w:val="single" w:sz="10" w:space="0" w:color="000000"/>
              <w:right w:val="nil"/>
            </w:tcBorders>
          </w:tcPr>
          <w:p w14:paraId="1AD1D2D1" w14:textId="77777777" w:rsidR="001C61CC" w:rsidRDefault="000D727A">
            <w:pPr>
              <w:spacing w:after="0" w:line="240" w:lineRule="auto"/>
              <w:jc w:val="center"/>
            </w:pPr>
            <w:r>
              <w:rPr>
                <w:b/>
                <w:sz w:val="13"/>
              </w:rPr>
              <w:t>Trend, extended: cases</w:t>
            </w:r>
          </w:p>
        </w:tc>
        <w:tc>
          <w:tcPr>
            <w:tcW w:w="415" w:type="dxa"/>
            <w:tcBorders>
              <w:top w:val="single" w:sz="10" w:space="0" w:color="000000"/>
              <w:left w:val="nil"/>
              <w:bottom w:val="single" w:sz="10" w:space="0" w:color="000000"/>
              <w:right w:val="nil"/>
            </w:tcBorders>
          </w:tcPr>
          <w:p w14:paraId="7E914CED" w14:textId="77777777" w:rsidR="001C61CC" w:rsidRDefault="000D727A">
            <w:pPr>
              <w:spacing w:after="0" w:line="240" w:lineRule="auto"/>
              <w:jc w:val="center"/>
            </w:pPr>
            <w:r>
              <w:rPr>
                <w:b/>
                <w:sz w:val="13"/>
              </w:rPr>
              <w:t>Trend, extended: estimate</w:t>
            </w:r>
          </w:p>
        </w:tc>
        <w:tc>
          <w:tcPr>
            <w:tcW w:w="415" w:type="dxa"/>
            <w:tcBorders>
              <w:top w:val="single" w:sz="10" w:space="0" w:color="000000"/>
              <w:left w:val="nil"/>
              <w:bottom w:val="single" w:sz="10" w:space="0" w:color="000000"/>
              <w:right w:val="nil"/>
            </w:tcBorders>
          </w:tcPr>
          <w:p w14:paraId="2741185C" w14:textId="77777777" w:rsidR="001C61CC" w:rsidRDefault="000D727A">
            <w:pPr>
              <w:spacing w:after="0" w:line="240" w:lineRule="auto"/>
              <w:jc w:val="center"/>
            </w:pPr>
            <w:r>
              <w:rPr>
                <w:b/>
                <w:sz w:val="13"/>
              </w:rPr>
              <w:t>Trend, extended: p</w:t>
            </w:r>
          </w:p>
        </w:tc>
        <w:tc>
          <w:tcPr>
            <w:tcW w:w="415" w:type="dxa"/>
            <w:tcBorders>
              <w:top w:val="single" w:sz="10" w:space="0" w:color="000000"/>
              <w:left w:val="nil"/>
              <w:bottom w:val="single" w:sz="10" w:space="0" w:color="000000"/>
              <w:right w:val="nil"/>
            </w:tcBorders>
          </w:tcPr>
          <w:p w14:paraId="0750496F" w14:textId="77777777" w:rsidR="001C61CC" w:rsidRDefault="000D727A">
            <w:pPr>
              <w:spacing w:after="0" w:line="240" w:lineRule="auto"/>
              <w:jc w:val="center"/>
            </w:pPr>
            <w:r>
              <w:rPr>
                <w:b/>
                <w:sz w:val="13"/>
              </w:rPr>
              <w:t>Trend, fully adjusted: n</w:t>
            </w:r>
          </w:p>
        </w:tc>
        <w:tc>
          <w:tcPr>
            <w:tcW w:w="415" w:type="dxa"/>
            <w:tcBorders>
              <w:top w:val="single" w:sz="10" w:space="0" w:color="000000"/>
              <w:left w:val="nil"/>
              <w:bottom w:val="single" w:sz="10" w:space="0" w:color="000000"/>
              <w:right w:val="nil"/>
            </w:tcBorders>
          </w:tcPr>
          <w:p w14:paraId="2E1DC9CB" w14:textId="77777777" w:rsidR="001C61CC" w:rsidRDefault="000D727A">
            <w:pPr>
              <w:spacing w:after="0" w:line="240" w:lineRule="auto"/>
              <w:jc w:val="center"/>
            </w:pPr>
            <w:r>
              <w:rPr>
                <w:b/>
                <w:sz w:val="13"/>
              </w:rPr>
              <w:t>Trend, fully adjusted: cases</w:t>
            </w:r>
          </w:p>
        </w:tc>
        <w:tc>
          <w:tcPr>
            <w:tcW w:w="415" w:type="dxa"/>
            <w:tcBorders>
              <w:top w:val="single" w:sz="10" w:space="0" w:color="000000"/>
              <w:left w:val="nil"/>
              <w:bottom w:val="single" w:sz="10" w:space="0" w:color="000000"/>
              <w:right w:val="nil"/>
            </w:tcBorders>
          </w:tcPr>
          <w:p w14:paraId="47D33980" w14:textId="77777777" w:rsidR="001C61CC" w:rsidRDefault="000D727A">
            <w:pPr>
              <w:spacing w:after="0" w:line="240" w:lineRule="auto"/>
              <w:jc w:val="center"/>
            </w:pPr>
            <w:r>
              <w:rPr>
                <w:b/>
                <w:sz w:val="13"/>
              </w:rPr>
              <w:t>Trend, fully adjusted: estimate</w:t>
            </w:r>
          </w:p>
        </w:tc>
        <w:tc>
          <w:tcPr>
            <w:tcW w:w="415" w:type="dxa"/>
            <w:tcBorders>
              <w:top w:val="single" w:sz="10" w:space="0" w:color="000000"/>
              <w:left w:val="nil"/>
              <w:bottom w:val="single" w:sz="10" w:space="0" w:color="000000"/>
              <w:right w:val="nil"/>
            </w:tcBorders>
          </w:tcPr>
          <w:p w14:paraId="0D51CBA7" w14:textId="77777777" w:rsidR="001C61CC" w:rsidRDefault="000D727A">
            <w:pPr>
              <w:spacing w:after="0" w:line="240" w:lineRule="auto"/>
              <w:jc w:val="center"/>
            </w:pPr>
            <w:r>
              <w:rPr>
                <w:b/>
                <w:sz w:val="13"/>
              </w:rPr>
              <w:t>Trend, fully adjusted: p</w:t>
            </w:r>
          </w:p>
        </w:tc>
      </w:tr>
      <w:tr w:rsidR="001C61CC" w14:paraId="7FA664D6" w14:textId="77777777">
        <w:tc>
          <w:tcPr>
            <w:tcW w:w="415" w:type="dxa"/>
            <w:tcBorders>
              <w:top w:val="nil"/>
              <w:left w:val="nil"/>
              <w:bottom w:val="nil"/>
              <w:right w:val="nil"/>
            </w:tcBorders>
          </w:tcPr>
          <w:p w14:paraId="613D724C" w14:textId="77777777" w:rsidR="001C61CC" w:rsidRDefault="000D727A">
            <w:pPr>
              <w:spacing w:after="0" w:line="240" w:lineRule="auto"/>
            </w:pPr>
            <w:r>
              <w:rPr>
                <w:sz w:val="13"/>
              </w:rPr>
              <w:t>1 pregnancy loss vs 0</w:t>
            </w:r>
          </w:p>
        </w:tc>
        <w:tc>
          <w:tcPr>
            <w:tcW w:w="415" w:type="dxa"/>
            <w:tcBorders>
              <w:top w:val="nil"/>
              <w:left w:val="nil"/>
              <w:bottom w:val="nil"/>
              <w:right w:val="nil"/>
            </w:tcBorders>
          </w:tcPr>
          <w:p w14:paraId="0D56BD08" w14:textId="77777777" w:rsidR="001C61CC" w:rsidRDefault="000D727A">
            <w:pPr>
              <w:spacing w:after="0" w:line="240" w:lineRule="auto"/>
              <w:jc w:val="center"/>
            </w:pPr>
            <w:r>
              <w:rPr>
                <w:sz w:val="13"/>
              </w:rPr>
              <w:t>8368</w:t>
            </w:r>
          </w:p>
        </w:tc>
        <w:tc>
          <w:tcPr>
            <w:tcW w:w="415" w:type="dxa"/>
            <w:tcBorders>
              <w:top w:val="nil"/>
              <w:left w:val="nil"/>
              <w:bottom w:val="nil"/>
              <w:right w:val="nil"/>
            </w:tcBorders>
          </w:tcPr>
          <w:p w14:paraId="539E9334" w14:textId="77777777" w:rsidR="001C61CC" w:rsidRDefault="000D727A">
            <w:pPr>
              <w:spacing w:after="0" w:line="240" w:lineRule="auto"/>
              <w:jc w:val="center"/>
            </w:pPr>
            <w:r>
              <w:rPr>
                <w:sz w:val="13"/>
              </w:rPr>
              <w:t>3686</w:t>
            </w:r>
          </w:p>
        </w:tc>
        <w:tc>
          <w:tcPr>
            <w:tcW w:w="415" w:type="dxa"/>
            <w:tcBorders>
              <w:top w:val="nil"/>
              <w:left w:val="nil"/>
              <w:bottom w:val="nil"/>
              <w:right w:val="nil"/>
            </w:tcBorders>
          </w:tcPr>
          <w:p w14:paraId="05820DAF" w14:textId="77777777" w:rsidR="001C61CC" w:rsidRDefault="000D727A">
            <w:pPr>
              <w:spacing w:after="0" w:line="240" w:lineRule="auto"/>
              <w:jc w:val="center"/>
            </w:pPr>
            <w:r>
              <w:rPr>
                <w:sz w:val="13"/>
              </w:rPr>
              <w:t>1.12 (1.00, 1.25)</w:t>
            </w:r>
          </w:p>
        </w:tc>
        <w:tc>
          <w:tcPr>
            <w:tcW w:w="415" w:type="dxa"/>
            <w:tcBorders>
              <w:top w:val="nil"/>
              <w:left w:val="nil"/>
              <w:bottom w:val="nil"/>
              <w:right w:val="nil"/>
            </w:tcBorders>
          </w:tcPr>
          <w:p w14:paraId="6953933E" w14:textId="77777777" w:rsidR="001C61CC" w:rsidRDefault="000D727A">
            <w:pPr>
              <w:spacing w:after="0" w:line="240" w:lineRule="auto"/>
              <w:jc w:val="center"/>
            </w:pPr>
            <w:r>
              <w:rPr>
                <w:sz w:val="13"/>
              </w:rPr>
              <w:t>0.043</w:t>
            </w:r>
          </w:p>
        </w:tc>
        <w:tc>
          <w:tcPr>
            <w:tcW w:w="415" w:type="dxa"/>
            <w:tcBorders>
              <w:top w:val="nil"/>
              <w:left w:val="nil"/>
              <w:bottom w:val="nil"/>
              <w:right w:val="nil"/>
            </w:tcBorders>
          </w:tcPr>
          <w:p w14:paraId="464492DB" w14:textId="77777777" w:rsidR="001C61CC" w:rsidRDefault="000D727A">
            <w:pPr>
              <w:spacing w:after="0" w:line="240" w:lineRule="auto"/>
              <w:jc w:val="center"/>
            </w:pPr>
            <w:r>
              <w:rPr>
                <w:sz w:val="13"/>
              </w:rPr>
              <w:t>7251</w:t>
            </w:r>
          </w:p>
        </w:tc>
        <w:tc>
          <w:tcPr>
            <w:tcW w:w="415" w:type="dxa"/>
            <w:tcBorders>
              <w:top w:val="nil"/>
              <w:left w:val="nil"/>
              <w:bottom w:val="nil"/>
              <w:right w:val="nil"/>
            </w:tcBorders>
          </w:tcPr>
          <w:p w14:paraId="4FC2B386" w14:textId="77777777" w:rsidR="001C61CC" w:rsidRDefault="000D727A">
            <w:pPr>
              <w:spacing w:after="0" w:line="240" w:lineRule="auto"/>
              <w:jc w:val="center"/>
            </w:pPr>
            <w:r>
              <w:rPr>
                <w:sz w:val="13"/>
              </w:rPr>
              <w:t>3167</w:t>
            </w:r>
          </w:p>
        </w:tc>
        <w:tc>
          <w:tcPr>
            <w:tcW w:w="415" w:type="dxa"/>
            <w:tcBorders>
              <w:top w:val="nil"/>
              <w:left w:val="nil"/>
              <w:bottom w:val="nil"/>
              <w:right w:val="nil"/>
            </w:tcBorders>
          </w:tcPr>
          <w:p w14:paraId="7B6DFEF5" w14:textId="77777777" w:rsidR="001C61CC" w:rsidRDefault="000D727A">
            <w:pPr>
              <w:spacing w:after="0" w:line="240" w:lineRule="auto"/>
              <w:jc w:val="center"/>
            </w:pPr>
            <w:r>
              <w:rPr>
                <w:sz w:val="13"/>
              </w:rPr>
              <w:t>1.17 (1.04, 1.32)</w:t>
            </w:r>
          </w:p>
        </w:tc>
        <w:tc>
          <w:tcPr>
            <w:tcW w:w="415" w:type="dxa"/>
            <w:tcBorders>
              <w:top w:val="nil"/>
              <w:left w:val="nil"/>
              <w:bottom w:val="nil"/>
              <w:right w:val="nil"/>
            </w:tcBorders>
          </w:tcPr>
          <w:p w14:paraId="45DAF0B1" w14:textId="77777777" w:rsidR="001C61CC" w:rsidRDefault="000D727A">
            <w:pPr>
              <w:spacing w:after="0" w:line="240" w:lineRule="auto"/>
              <w:jc w:val="center"/>
            </w:pPr>
            <w:r>
              <w:rPr>
                <w:sz w:val="13"/>
              </w:rPr>
              <w:t>0.008</w:t>
            </w:r>
          </w:p>
        </w:tc>
        <w:tc>
          <w:tcPr>
            <w:tcW w:w="415" w:type="dxa"/>
            <w:tcBorders>
              <w:top w:val="nil"/>
              <w:left w:val="nil"/>
              <w:bottom w:val="nil"/>
              <w:right w:val="nil"/>
            </w:tcBorders>
          </w:tcPr>
          <w:p w14:paraId="7B50A185" w14:textId="77777777" w:rsidR="001C61CC" w:rsidRDefault="000D727A">
            <w:pPr>
              <w:spacing w:after="0" w:line="240" w:lineRule="auto"/>
              <w:jc w:val="center"/>
            </w:pPr>
            <w:r>
              <w:rPr>
                <w:sz w:val="13"/>
              </w:rPr>
              <w:t>7152</w:t>
            </w:r>
          </w:p>
        </w:tc>
        <w:tc>
          <w:tcPr>
            <w:tcW w:w="415" w:type="dxa"/>
            <w:tcBorders>
              <w:top w:val="nil"/>
              <w:left w:val="nil"/>
              <w:bottom w:val="nil"/>
              <w:right w:val="nil"/>
            </w:tcBorders>
          </w:tcPr>
          <w:p w14:paraId="5F5168BF" w14:textId="77777777" w:rsidR="001C61CC" w:rsidRDefault="000D727A">
            <w:pPr>
              <w:spacing w:after="0" w:line="240" w:lineRule="auto"/>
              <w:jc w:val="center"/>
            </w:pPr>
            <w:r>
              <w:rPr>
                <w:sz w:val="13"/>
              </w:rPr>
              <w:t>3157</w:t>
            </w:r>
          </w:p>
        </w:tc>
        <w:tc>
          <w:tcPr>
            <w:tcW w:w="415" w:type="dxa"/>
            <w:tcBorders>
              <w:top w:val="nil"/>
              <w:left w:val="nil"/>
              <w:bottom w:val="nil"/>
              <w:right w:val="nil"/>
            </w:tcBorders>
          </w:tcPr>
          <w:p w14:paraId="512C43EC" w14:textId="77777777" w:rsidR="001C61CC" w:rsidRDefault="000D727A">
            <w:pPr>
              <w:spacing w:after="0" w:line="240" w:lineRule="auto"/>
              <w:jc w:val="center"/>
            </w:pPr>
            <w:r>
              <w:rPr>
                <w:sz w:val="13"/>
              </w:rPr>
              <w:t>1.10 (0.97, 1.25)</w:t>
            </w:r>
          </w:p>
        </w:tc>
        <w:tc>
          <w:tcPr>
            <w:tcW w:w="415" w:type="dxa"/>
            <w:tcBorders>
              <w:top w:val="nil"/>
              <w:left w:val="nil"/>
              <w:bottom w:val="nil"/>
              <w:right w:val="nil"/>
            </w:tcBorders>
          </w:tcPr>
          <w:p w14:paraId="2A369B17" w14:textId="77777777" w:rsidR="001C61CC" w:rsidRDefault="000D727A">
            <w:pPr>
              <w:spacing w:after="0" w:line="240" w:lineRule="auto"/>
              <w:jc w:val="center"/>
            </w:pPr>
            <w:r>
              <w:rPr>
                <w:sz w:val="13"/>
              </w:rPr>
              <w:t>0.149</w:t>
            </w:r>
          </w:p>
        </w:tc>
        <w:tc>
          <w:tcPr>
            <w:tcW w:w="415" w:type="dxa"/>
            <w:tcBorders>
              <w:top w:val="nil"/>
              <w:left w:val="nil"/>
              <w:bottom w:val="nil"/>
              <w:right w:val="nil"/>
            </w:tcBorders>
          </w:tcPr>
          <w:p w14:paraId="0BE8797B" w14:textId="77777777" w:rsidR="001C61CC" w:rsidRDefault="000D727A">
            <w:pPr>
              <w:spacing w:after="0" w:line="240" w:lineRule="auto"/>
              <w:jc w:val="center"/>
            </w:pPr>
            <w:r>
              <w:rPr>
                <w:sz w:val="13"/>
              </w:rPr>
              <w:t>8368</w:t>
            </w:r>
          </w:p>
        </w:tc>
        <w:tc>
          <w:tcPr>
            <w:tcW w:w="415" w:type="dxa"/>
            <w:tcBorders>
              <w:top w:val="nil"/>
              <w:left w:val="nil"/>
              <w:bottom w:val="nil"/>
              <w:right w:val="nil"/>
            </w:tcBorders>
          </w:tcPr>
          <w:p w14:paraId="70891908" w14:textId="77777777" w:rsidR="001C61CC" w:rsidRDefault="000D727A">
            <w:pPr>
              <w:spacing w:after="0" w:line="240" w:lineRule="auto"/>
              <w:jc w:val="center"/>
            </w:pPr>
            <w:r>
              <w:rPr>
                <w:sz w:val="13"/>
              </w:rPr>
              <w:t>3686</w:t>
            </w:r>
          </w:p>
        </w:tc>
        <w:tc>
          <w:tcPr>
            <w:tcW w:w="415" w:type="dxa"/>
            <w:tcBorders>
              <w:top w:val="nil"/>
              <w:left w:val="nil"/>
              <w:bottom w:val="nil"/>
              <w:right w:val="nil"/>
            </w:tcBorders>
          </w:tcPr>
          <w:p w14:paraId="56922E55" w14:textId="77777777" w:rsidR="001C61CC" w:rsidRDefault="000D727A">
            <w:pPr>
              <w:spacing w:after="0" w:line="240" w:lineRule="auto"/>
              <w:jc w:val="center"/>
            </w:pPr>
            <w:r>
              <w:rPr>
                <w:sz w:val="13"/>
              </w:rPr>
              <w:t>1.08 (1.01, 1.16)</w:t>
            </w:r>
          </w:p>
        </w:tc>
        <w:tc>
          <w:tcPr>
            <w:tcW w:w="415" w:type="dxa"/>
            <w:tcBorders>
              <w:top w:val="nil"/>
              <w:left w:val="nil"/>
              <w:bottom w:val="nil"/>
              <w:right w:val="nil"/>
            </w:tcBorders>
          </w:tcPr>
          <w:p w14:paraId="41085868" w14:textId="77777777" w:rsidR="001C61CC" w:rsidRDefault="000D727A">
            <w:pPr>
              <w:spacing w:after="0" w:line="240" w:lineRule="auto"/>
              <w:jc w:val="center"/>
            </w:pPr>
            <w:r>
              <w:rPr>
                <w:sz w:val="13"/>
              </w:rPr>
              <w:t>0.028</w:t>
            </w:r>
          </w:p>
        </w:tc>
        <w:tc>
          <w:tcPr>
            <w:tcW w:w="415" w:type="dxa"/>
            <w:tcBorders>
              <w:top w:val="nil"/>
              <w:left w:val="nil"/>
              <w:bottom w:val="nil"/>
              <w:right w:val="nil"/>
            </w:tcBorders>
          </w:tcPr>
          <w:p w14:paraId="78346C56" w14:textId="77777777" w:rsidR="001C61CC" w:rsidRDefault="000D727A">
            <w:pPr>
              <w:spacing w:after="0" w:line="240" w:lineRule="auto"/>
              <w:jc w:val="center"/>
            </w:pPr>
            <w:r>
              <w:rPr>
                <w:sz w:val="13"/>
              </w:rPr>
              <w:t>7251</w:t>
            </w:r>
          </w:p>
        </w:tc>
        <w:tc>
          <w:tcPr>
            <w:tcW w:w="415" w:type="dxa"/>
            <w:tcBorders>
              <w:top w:val="nil"/>
              <w:left w:val="nil"/>
              <w:bottom w:val="nil"/>
              <w:right w:val="nil"/>
            </w:tcBorders>
          </w:tcPr>
          <w:p w14:paraId="0E2D284A" w14:textId="77777777" w:rsidR="001C61CC" w:rsidRDefault="000D727A">
            <w:pPr>
              <w:spacing w:after="0" w:line="240" w:lineRule="auto"/>
              <w:jc w:val="center"/>
            </w:pPr>
            <w:r>
              <w:rPr>
                <w:sz w:val="13"/>
              </w:rPr>
              <w:t>3167</w:t>
            </w:r>
          </w:p>
        </w:tc>
        <w:tc>
          <w:tcPr>
            <w:tcW w:w="415" w:type="dxa"/>
            <w:tcBorders>
              <w:top w:val="nil"/>
              <w:left w:val="nil"/>
              <w:bottom w:val="nil"/>
              <w:right w:val="nil"/>
            </w:tcBorders>
          </w:tcPr>
          <w:p w14:paraId="756F5AE6" w14:textId="77777777" w:rsidR="001C61CC" w:rsidRDefault="000D727A">
            <w:pPr>
              <w:spacing w:after="0" w:line="240" w:lineRule="auto"/>
              <w:jc w:val="center"/>
            </w:pPr>
            <w:r>
              <w:rPr>
                <w:sz w:val="13"/>
              </w:rPr>
              <w:t>1.15 (1.06, 1.24)</w:t>
            </w:r>
          </w:p>
        </w:tc>
        <w:tc>
          <w:tcPr>
            <w:tcW w:w="415" w:type="dxa"/>
            <w:tcBorders>
              <w:top w:val="nil"/>
              <w:left w:val="nil"/>
              <w:bottom w:val="nil"/>
              <w:right w:val="nil"/>
            </w:tcBorders>
          </w:tcPr>
          <w:p w14:paraId="4BFF165A" w14:textId="77777777" w:rsidR="001C61CC" w:rsidRDefault="000D727A">
            <w:pPr>
              <w:spacing w:after="0" w:line="240" w:lineRule="auto"/>
              <w:jc w:val="center"/>
            </w:pPr>
            <w:r>
              <w:rPr>
                <w:sz w:val="13"/>
              </w:rPr>
              <w:t>&lt;0.001</w:t>
            </w:r>
          </w:p>
        </w:tc>
        <w:tc>
          <w:tcPr>
            <w:tcW w:w="415" w:type="dxa"/>
            <w:tcBorders>
              <w:top w:val="nil"/>
              <w:left w:val="nil"/>
              <w:bottom w:val="nil"/>
              <w:right w:val="nil"/>
            </w:tcBorders>
          </w:tcPr>
          <w:p w14:paraId="14094AA6" w14:textId="77777777" w:rsidR="001C61CC" w:rsidRDefault="000D727A">
            <w:pPr>
              <w:spacing w:after="0" w:line="240" w:lineRule="auto"/>
              <w:jc w:val="center"/>
            </w:pPr>
            <w:r>
              <w:rPr>
                <w:sz w:val="13"/>
              </w:rPr>
              <w:t>7152</w:t>
            </w:r>
          </w:p>
        </w:tc>
        <w:tc>
          <w:tcPr>
            <w:tcW w:w="415" w:type="dxa"/>
            <w:tcBorders>
              <w:top w:val="nil"/>
              <w:left w:val="nil"/>
              <w:bottom w:val="nil"/>
              <w:right w:val="nil"/>
            </w:tcBorders>
          </w:tcPr>
          <w:p w14:paraId="43816E83" w14:textId="77777777" w:rsidR="001C61CC" w:rsidRDefault="000D727A">
            <w:pPr>
              <w:spacing w:after="0" w:line="240" w:lineRule="auto"/>
              <w:jc w:val="center"/>
            </w:pPr>
            <w:r>
              <w:rPr>
                <w:sz w:val="13"/>
              </w:rPr>
              <w:t>3157</w:t>
            </w:r>
          </w:p>
        </w:tc>
        <w:tc>
          <w:tcPr>
            <w:tcW w:w="415" w:type="dxa"/>
            <w:tcBorders>
              <w:top w:val="nil"/>
              <w:left w:val="nil"/>
              <w:bottom w:val="nil"/>
              <w:right w:val="nil"/>
            </w:tcBorders>
          </w:tcPr>
          <w:p w14:paraId="577977DF" w14:textId="77777777" w:rsidR="001C61CC" w:rsidRDefault="000D727A">
            <w:pPr>
              <w:spacing w:after="0" w:line="240" w:lineRule="auto"/>
              <w:jc w:val="center"/>
            </w:pPr>
            <w:r>
              <w:rPr>
                <w:sz w:val="13"/>
              </w:rPr>
              <w:t>1.07 (0.99, 1.17)</w:t>
            </w:r>
          </w:p>
        </w:tc>
        <w:tc>
          <w:tcPr>
            <w:tcW w:w="415" w:type="dxa"/>
            <w:tcBorders>
              <w:top w:val="nil"/>
              <w:left w:val="nil"/>
              <w:bottom w:val="nil"/>
              <w:right w:val="nil"/>
            </w:tcBorders>
          </w:tcPr>
          <w:p w14:paraId="69F88F82" w14:textId="77777777" w:rsidR="001C61CC" w:rsidRDefault="000D727A">
            <w:pPr>
              <w:spacing w:after="0" w:line="240" w:lineRule="auto"/>
              <w:jc w:val="center"/>
            </w:pPr>
            <w:r>
              <w:rPr>
                <w:sz w:val="13"/>
              </w:rPr>
              <w:t>0.096</w:t>
            </w:r>
          </w:p>
        </w:tc>
      </w:tr>
      <w:tr w:rsidR="001C61CC" w14:paraId="775C5D6F" w14:textId="77777777">
        <w:tc>
          <w:tcPr>
            <w:tcW w:w="415" w:type="dxa"/>
            <w:tcBorders>
              <w:top w:val="nil"/>
              <w:left w:val="nil"/>
              <w:bottom w:val="nil"/>
              <w:right w:val="nil"/>
            </w:tcBorders>
          </w:tcPr>
          <w:p w14:paraId="2D775430" w14:textId="77777777" w:rsidR="001C61CC" w:rsidRDefault="000D727A">
            <w:pPr>
              <w:spacing w:after="0" w:line="240" w:lineRule="auto"/>
            </w:pPr>
            <w:r>
              <w:rPr>
                <w:sz w:val="13"/>
              </w:rPr>
              <w:t>2 or more pregnancy losses vs 0</w:t>
            </w:r>
          </w:p>
        </w:tc>
        <w:tc>
          <w:tcPr>
            <w:tcW w:w="415" w:type="dxa"/>
            <w:tcBorders>
              <w:top w:val="nil"/>
              <w:left w:val="nil"/>
              <w:bottom w:val="nil"/>
              <w:right w:val="nil"/>
            </w:tcBorders>
          </w:tcPr>
          <w:p w14:paraId="55E58563" w14:textId="77777777" w:rsidR="001C61CC" w:rsidRDefault="000D727A">
            <w:pPr>
              <w:spacing w:after="0" w:line="240" w:lineRule="auto"/>
              <w:jc w:val="center"/>
            </w:pPr>
            <w:r>
              <w:rPr>
                <w:sz w:val="13"/>
              </w:rPr>
              <w:t>8368</w:t>
            </w:r>
          </w:p>
        </w:tc>
        <w:tc>
          <w:tcPr>
            <w:tcW w:w="415" w:type="dxa"/>
            <w:tcBorders>
              <w:top w:val="nil"/>
              <w:left w:val="nil"/>
              <w:bottom w:val="nil"/>
              <w:right w:val="nil"/>
            </w:tcBorders>
          </w:tcPr>
          <w:p w14:paraId="613AF989" w14:textId="77777777" w:rsidR="001C61CC" w:rsidRDefault="000D727A">
            <w:pPr>
              <w:spacing w:after="0" w:line="240" w:lineRule="auto"/>
              <w:jc w:val="center"/>
            </w:pPr>
            <w:r>
              <w:rPr>
                <w:sz w:val="13"/>
              </w:rPr>
              <w:t>3686</w:t>
            </w:r>
          </w:p>
        </w:tc>
        <w:tc>
          <w:tcPr>
            <w:tcW w:w="415" w:type="dxa"/>
            <w:tcBorders>
              <w:top w:val="nil"/>
              <w:left w:val="nil"/>
              <w:bottom w:val="nil"/>
              <w:right w:val="nil"/>
            </w:tcBorders>
          </w:tcPr>
          <w:p w14:paraId="2E83DD0E" w14:textId="77777777" w:rsidR="001C61CC" w:rsidRDefault="000D727A">
            <w:pPr>
              <w:spacing w:after="0" w:line="240" w:lineRule="auto"/>
              <w:jc w:val="center"/>
            </w:pPr>
            <w:r>
              <w:rPr>
                <w:sz w:val="13"/>
              </w:rPr>
              <w:t>1.13 (0.96, 1.34)</w:t>
            </w:r>
          </w:p>
        </w:tc>
        <w:tc>
          <w:tcPr>
            <w:tcW w:w="415" w:type="dxa"/>
            <w:tcBorders>
              <w:top w:val="nil"/>
              <w:left w:val="nil"/>
              <w:bottom w:val="nil"/>
              <w:right w:val="nil"/>
            </w:tcBorders>
          </w:tcPr>
          <w:p w14:paraId="13C4253A" w14:textId="77777777" w:rsidR="001C61CC" w:rsidRDefault="000D727A">
            <w:pPr>
              <w:spacing w:after="0" w:line="240" w:lineRule="auto"/>
              <w:jc w:val="center"/>
            </w:pPr>
            <w:r>
              <w:rPr>
                <w:sz w:val="13"/>
              </w:rPr>
              <w:t>0.141</w:t>
            </w:r>
          </w:p>
        </w:tc>
        <w:tc>
          <w:tcPr>
            <w:tcW w:w="415" w:type="dxa"/>
            <w:tcBorders>
              <w:top w:val="nil"/>
              <w:left w:val="nil"/>
              <w:bottom w:val="nil"/>
              <w:right w:val="nil"/>
            </w:tcBorders>
          </w:tcPr>
          <w:p w14:paraId="66D4CBF4" w14:textId="77777777" w:rsidR="001C61CC" w:rsidRDefault="000D727A">
            <w:pPr>
              <w:spacing w:after="0" w:line="240" w:lineRule="auto"/>
              <w:jc w:val="center"/>
            </w:pPr>
            <w:r>
              <w:rPr>
                <w:sz w:val="13"/>
              </w:rPr>
              <w:t>7251</w:t>
            </w:r>
          </w:p>
        </w:tc>
        <w:tc>
          <w:tcPr>
            <w:tcW w:w="415" w:type="dxa"/>
            <w:tcBorders>
              <w:top w:val="nil"/>
              <w:left w:val="nil"/>
              <w:bottom w:val="nil"/>
              <w:right w:val="nil"/>
            </w:tcBorders>
          </w:tcPr>
          <w:p w14:paraId="0CA13E17" w14:textId="77777777" w:rsidR="001C61CC" w:rsidRDefault="000D727A">
            <w:pPr>
              <w:spacing w:after="0" w:line="240" w:lineRule="auto"/>
              <w:jc w:val="center"/>
            </w:pPr>
            <w:r>
              <w:rPr>
                <w:sz w:val="13"/>
              </w:rPr>
              <w:t>3167</w:t>
            </w:r>
          </w:p>
        </w:tc>
        <w:tc>
          <w:tcPr>
            <w:tcW w:w="415" w:type="dxa"/>
            <w:tcBorders>
              <w:top w:val="nil"/>
              <w:left w:val="nil"/>
              <w:bottom w:val="nil"/>
              <w:right w:val="nil"/>
            </w:tcBorders>
          </w:tcPr>
          <w:p w14:paraId="20D7A1CB" w14:textId="77777777" w:rsidR="001C61CC" w:rsidRDefault="000D727A">
            <w:pPr>
              <w:spacing w:after="0" w:line="240" w:lineRule="auto"/>
              <w:jc w:val="center"/>
            </w:pPr>
            <w:r>
              <w:rPr>
                <w:sz w:val="13"/>
              </w:rPr>
              <w:t>1.28 (1.07, 1.54)</w:t>
            </w:r>
          </w:p>
        </w:tc>
        <w:tc>
          <w:tcPr>
            <w:tcW w:w="415" w:type="dxa"/>
            <w:tcBorders>
              <w:top w:val="nil"/>
              <w:left w:val="nil"/>
              <w:bottom w:val="nil"/>
              <w:right w:val="nil"/>
            </w:tcBorders>
          </w:tcPr>
          <w:p w14:paraId="0B66AD62" w14:textId="77777777" w:rsidR="001C61CC" w:rsidRDefault="000D727A">
            <w:pPr>
              <w:spacing w:after="0" w:line="240" w:lineRule="auto"/>
              <w:jc w:val="center"/>
            </w:pPr>
            <w:r>
              <w:rPr>
                <w:sz w:val="13"/>
              </w:rPr>
              <w:t>0.007</w:t>
            </w:r>
          </w:p>
        </w:tc>
        <w:tc>
          <w:tcPr>
            <w:tcW w:w="415" w:type="dxa"/>
            <w:tcBorders>
              <w:top w:val="nil"/>
              <w:left w:val="nil"/>
              <w:bottom w:val="nil"/>
              <w:right w:val="nil"/>
            </w:tcBorders>
          </w:tcPr>
          <w:p w14:paraId="7D164AC3" w14:textId="77777777" w:rsidR="001C61CC" w:rsidRDefault="000D727A">
            <w:pPr>
              <w:spacing w:after="0" w:line="240" w:lineRule="auto"/>
              <w:jc w:val="center"/>
            </w:pPr>
            <w:r>
              <w:rPr>
                <w:sz w:val="13"/>
              </w:rPr>
              <w:t>7152</w:t>
            </w:r>
          </w:p>
        </w:tc>
        <w:tc>
          <w:tcPr>
            <w:tcW w:w="415" w:type="dxa"/>
            <w:tcBorders>
              <w:top w:val="nil"/>
              <w:left w:val="nil"/>
              <w:bottom w:val="nil"/>
              <w:right w:val="nil"/>
            </w:tcBorders>
          </w:tcPr>
          <w:p w14:paraId="5B3F0397" w14:textId="77777777" w:rsidR="001C61CC" w:rsidRDefault="000D727A">
            <w:pPr>
              <w:spacing w:after="0" w:line="240" w:lineRule="auto"/>
              <w:jc w:val="center"/>
            </w:pPr>
            <w:r>
              <w:rPr>
                <w:sz w:val="13"/>
              </w:rPr>
              <w:t>3157</w:t>
            </w:r>
          </w:p>
        </w:tc>
        <w:tc>
          <w:tcPr>
            <w:tcW w:w="415" w:type="dxa"/>
            <w:tcBorders>
              <w:top w:val="nil"/>
              <w:left w:val="nil"/>
              <w:bottom w:val="nil"/>
              <w:right w:val="nil"/>
            </w:tcBorders>
          </w:tcPr>
          <w:p w14:paraId="1B798F4D" w14:textId="77777777" w:rsidR="001C61CC" w:rsidRDefault="000D727A">
            <w:pPr>
              <w:spacing w:after="0" w:line="240" w:lineRule="auto"/>
              <w:jc w:val="center"/>
            </w:pPr>
            <w:r>
              <w:rPr>
                <w:sz w:val="13"/>
              </w:rPr>
              <w:t>1.13 (0.93, 1.37)</w:t>
            </w:r>
          </w:p>
        </w:tc>
        <w:tc>
          <w:tcPr>
            <w:tcW w:w="415" w:type="dxa"/>
            <w:tcBorders>
              <w:top w:val="nil"/>
              <w:left w:val="nil"/>
              <w:bottom w:val="nil"/>
              <w:right w:val="nil"/>
            </w:tcBorders>
          </w:tcPr>
          <w:p w14:paraId="217B2F7A" w14:textId="77777777" w:rsidR="001C61CC" w:rsidRDefault="000D727A">
            <w:pPr>
              <w:spacing w:after="0" w:line="240" w:lineRule="auto"/>
              <w:jc w:val="center"/>
            </w:pPr>
            <w:r>
              <w:rPr>
                <w:sz w:val="13"/>
              </w:rPr>
              <w:t>0.233</w:t>
            </w:r>
          </w:p>
        </w:tc>
        <w:tc>
          <w:tcPr>
            <w:tcW w:w="415" w:type="dxa"/>
            <w:tcBorders>
              <w:top w:val="nil"/>
              <w:left w:val="nil"/>
              <w:bottom w:val="nil"/>
              <w:right w:val="nil"/>
            </w:tcBorders>
          </w:tcPr>
          <w:p w14:paraId="0DD91F22" w14:textId="77777777" w:rsidR="001C61CC" w:rsidRDefault="000D727A">
            <w:pPr>
              <w:spacing w:after="0" w:line="240" w:lineRule="auto"/>
              <w:jc w:val="center"/>
            </w:pPr>
            <w:r>
              <w:rPr>
                <w:sz w:val="13"/>
              </w:rPr>
              <w:t>8368</w:t>
            </w:r>
          </w:p>
        </w:tc>
        <w:tc>
          <w:tcPr>
            <w:tcW w:w="415" w:type="dxa"/>
            <w:tcBorders>
              <w:top w:val="nil"/>
              <w:left w:val="nil"/>
              <w:bottom w:val="nil"/>
              <w:right w:val="nil"/>
            </w:tcBorders>
          </w:tcPr>
          <w:p w14:paraId="5D8C1D96" w14:textId="77777777" w:rsidR="001C61CC" w:rsidRDefault="000D727A">
            <w:pPr>
              <w:spacing w:after="0" w:line="240" w:lineRule="auto"/>
              <w:jc w:val="center"/>
            </w:pPr>
            <w:r>
              <w:rPr>
                <w:sz w:val="13"/>
              </w:rPr>
              <w:t>3686</w:t>
            </w:r>
          </w:p>
        </w:tc>
        <w:tc>
          <w:tcPr>
            <w:tcW w:w="415" w:type="dxa"/>
            <w:tcBorders>
              <w:top w:val="nil"/>
              <w:left w:val="nil"/>
              <w:bottom w:val="nil"/>
              <w:right w:val="nil"/>
            </w:tcBorders>
          </w:tcPr>
          <w:p w14:paraId="6357F335" w14:textId="77777777" w:rsidR="001C61CC" w:rsidRDefault="000D727A">
            <w:pPr>
              <w:spacing w:after="0" w:line="240" w:lineRule="auto"/>
              <w:jc w:val="center"/>
            </w:pPr>
            <w:r>
              <w:rPr>
                <w:sz w:val="13"/>
              </w:rPr>
              <w:t>1.08 (1.01, 1.16)</w:t>
            </w:r>
          </w:p>
        </w:tc>
        <w:tc>
          <w:tcPr>
            <w:tcW w:w="415" w:type="dxa"/>
            <w:tcBorders>
              <w:top w:val="nil"/>
              <w:left w:val="nil"/>
              <w:bottom w:val="nil"/>
              <w:right w:val="nil"/>
            </w:tcBorders>
          </w:tcPr>
          <w:p w14:paraId="401A31CA" w14:textId="77777777" w:rsidR="001C61CC" w:rsidRDefault="000D727A">
            <w:pPr>
              <w:spacing w:after="0" w:line="240" w:lineRule="auto"/>
              <w:jc w:val="center"/>
            </w:pPr>
            <w:r>
              <w:rPr>
                <w:sz w:val="13"/>
              </w:rPr>
              <w:t>0.028</w:t>
            </w:r>
          </w:p>
        </w:tc>
        <w:tc>
          <w:tcPr>
            <w:tcW w:w="415" w:type="dxa"/>
            <w:tcBorders>
              <w:top w:val="nil"/>
              <w:left w:val="nil"/>
              <w:bottom w:val="nil"/>
              <w:right w:val="nil"/>
            </w:tcBorders>
          </w:tcPr>
          <w:p w14:paraId="47F4DDB0" w14:textId="77777777" w:rsidR="001C61CC" w:rsidRDefault="000D727A">
            <w:pPr>
              <w:spacing w:after="0" w:line="240" w:lineRule="auto"/>
              <w:jc w:val="center"/>
            </w:pPr>
            <w:r>
              <w:rPr>
                <w:sz w:val="13"/>
              </w:rPr>
              <w:t>7251</w:t>
            </w:r>
          </w:p>
        </w:tc>
        <w:tc>
          <w:tcPr>
            <w:tcW w:w="415" w:type="dxa"/>
            <w:tcBorders>
              <w:top w:val="nil"/>
              <w:left w:val="nil"/>
              <w:bottom w:val="nil"/>
              <w:right w:val="nil"/>
            </w:tcBorders>
          </w:tcPr>
          <w:p w14:paraId="17E97179" w14:textId="77777777" w:rsidR="001C61CC" w:rsidRDefault="000D727A">
            <w:pPr>
              <w:spacing w:after="0" w:line="240" w:lineRule="auto"/>
              <w:jc w:val="center"/>
            </w:pPr>
            <w:r>
              <w:rPr>
                <w:sz w:val="13"/>
              </w:rPr>
              <w:t>3167</w:t>
            </w:r>
          </w:p>
        </w:tc>
        <w:tc>
          <w:tcPr>
            <w:tcW w:w="415" w:type="dxa"/>
            <w:tcBorders>
              <w:top w:val="nil"/>
              <w:left w:val="nil"/>
              <w:bottom w:val="nil"/>
              <w:right w:val="nil"/>
            </w:tcBorders>
          </w:tcPr>
          <w:p w14:paraId="71B2DBD6" w14:textId="77777777" w:rsidR="001C61CC" w:rsidRDefault="000D727A">
            <w:pPr>
              <w:spacing w:after="0" w:line="240" w:lineRule="auto"/>
              <w:jc w:val="center"/>
            </w:pPr>
            <w:r>
              <w:rPr>
                <w:sz w:val="13"/>
              </w:rPr>
              <w:t>1.15 (1.06, 1.24)</w:t>
            </w:r>
          </w:p>
        </w:tc>
        <w:tc>
          <w:tcPr>
            <w:tcW w:w="415" w:type="dxa"/>
            <w:tcBorders>
              <w:top w:val="nil"/>
              <w:left w:val="nil"/>
              <w:bottom w:val="nil"/>
              <w:right w:val="nil"/>
            </w:tcBorders>
          </w:tcPr>
          <w:p w14:paraId="75A89960" w14:textId="77777777" w:rsidR="001C61CC" w:rsidRDefault="000D727A">
            <w:pPr>
              <w:spacing w:after="0" w:line="240" w:lineRule="auto"/>
              <w:jc w:val="center"/>
            </w:pPr>
            <w:r>
              <w:rPr>
                <w:sz w:val="13"/>
              </w:rPr>
              <w:t>&lt;0.001</w:t>
            </w:r>
          </w:p>
        </w:tc>
        <w:tc>
          <w:tcPr>
            <w:tcW w:w="415" w:type="dxa"/>
            <w:tcBorders>
              <w:top w:val="nil"/>
              <w:left w:val="nil"/>
              <w:bottom w:val="nil"/>
              <w:right w:val="nil"/>
            </w:tcBorders>
          </w:tcPr>
          <w:p w14:paraId="6010E2CC" w14:textId="77777777" w:rsidR="001C61CC" w:rsidRDefault="000D727A">
            <w:pPr>
              <w:spacing w:after="0" w:line="240" w:lineRule="auto"/>
              <w:jc w:val="center"/>
            </w:pPr>
            <w:r>
              <w:rPr>
                <w:sz w:val="13"/>
              </w:rPr>
              <w:t>7152</w:t>
            </w:r>
          </w:p>
        </w:tc>
        <w:tc>
          <w:tcPr>
            <w:tcW w:w="415" w:type="dxa"/>
            <w:tcBorders>
              <w:top w:val="nil"/>
              <w:left w:val="nil"/>
              <w:bottom w:val="nil"/>
              <w:right w:val="nil"/>
            </w:tcBorders>
          </w:tcPr>
          <w:p w14:paraId="02D98DBF" w14:textId="77777777" w:rsidR="001C61CC" w:rsidRDefault="000D727A">
            <w:pPr>
              <w:spacing w:after="0" w:line="240" w:lineRule="auto"/>
              <w:jc w:val="center"/>
            </w:pPr>
            <w:r>
              <w:rPr>
                <w:sz w:val="13"/>
              </w:rPr>
              <w:t>3157</w:t>
            </w:r>
          </w:p>
        </w:tc>
        <w:tc>
          <w:tcPr>
            <w:tcW w:w="415" w:type="dxa"/>
            <w:tcBorders>
              <w:top w:val="nil"/>
              <w:left w:val="nil"/>
              <w:bottom w:val="nil"/>
              <w:right w:val="nil"/>
            </w:tcBorders>
          </w:tcPr>
          <w:p w14:paraId="6F1F7F7F" w14:textId="77777777" w:rsidR="001C61CC" w:rsidRDefault="000D727A">
            <w:pPr>
              <w:spacing w:after="0" w:line="240" w:lineRule="auto"/>
              <w:jc w:val="center"/>
            </w:pPr>
            <w:r>
              <w:rPr>
                <w:sz w:val="13"/>
              </w:rPr>
              <w:t>1.07 (0.99, 1.17)</w:t>
            </w:r>
          </w:p>
        </w:tc>
        <w:tc>
          <w:tcPr>
            <w:tcW w:w="415" w:type="dxa"/>
            <w:tcBorders>
              <w:top w:val="nil"/>
              <w:left w:val="nil"/>
              <w:bottom w:val="nil"/>
              <w:right w:val="nil"/>
            </w:tcBorders>
          </w:tcPr>
          <w:p w14:paraId="266B244D" w14:textId="77777777" w:rsidR="001C61CC" w:rsidRDefault="000D727A">
            <w:pPr>
              <w:spacing w:after="0" w:line="240" w:lineRule="auto"/>
              <w:jc w:val="center"/>
            </w:pPr>
            <w:r>
              <w:rPr>
                <w:sz w:val="13"/>
              </w:rPr>
              <w:t>0.096</w:t>
            </w:r>
          </w:p>
        </w:tc>
      </w:tr>
      <w:tr w:rsidR="001C61CC" w14:paraId="277240C9" w14:textId="77777777">
        <w:tc>
          <w:tcPr>
            <w:tcW w:w="415" w:type="dxa"/>
            <w:tcBorders>
              <w:top w:val="nil"/>
              <w:left w:val="nil"/>
              <w:bottom w:val="single" w:sz="10" w:space="0" w:color="000000"/>
              <w:right w:val="nil"/>
            </w:tcBorders>
          </w:tcPr>
          <w:p w14:paraId="2D7965C2" w14:textId="77777777" w:rsidR="001C61CC" w:rsidRDefault="000D727A">
            <w:pPr>
              <w:spacing w:after="0" w:line="240" w:lineRule="auto"/>
            </w:pPr>
            <w:r>
              <w:rPr>
                <w:sz w:val="13"/>
              </w:rPr>
              <w:t>Trend per higher category</w:t>
            </w:r>
          </w:p>
        </w:tc>
        <w:tc>
          <w:tcPr>
            <w:tcW w:w="415" w:type="dxa"/>
            <w:tcBorders>
              <w:top w:val="nil"/>
              <w:left w:val="nil"/>
              <w:bottom w:val="single" w:sz="10" w:space="0" w:color="000000"/>
              <w:right w:val="nil"/>
            </w:tcBorders>
          </w:tcPr>
          <w:p w14:paraId="254195D3"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601D8B07"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686B8167"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7F5041E7"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44FD33ED"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40BDF26D"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520A0594"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6584F1A1"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383698C9"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2190350F"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3450325A"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03A87F7D"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722F9B40" w14:textId="77777777" w:rsidR="001C61CC" w:rsidRDefault="000D727A">
            <w:pPr>
              <w:spacing w:after="0" w:line="240" w:lineRule="auto"/>
              <w:jc w:val="center"/>
            </w:pPr>
            <w:r>
              <w:rPr>
                <w:sz w:val="13"/>
              </w:rPr>
              <w:t>8368</w:t>
            </w:r>
          </w:p>
        </w:tc>
        <w:tc>
          <w:tcPr>
            <w:tcW w:w="415" w:type="dxa"/>
            <w:tcBorders>
              <w:top w:val="nil"/>
              <w:left w:val="nil"/>
              <w:bottom w:val="single" w:sz="10" w:space="0" w:color="000000"/>
              <w:right w:val="nil"/>
            </w:tcBorders>
          </w:tcPr>
          <w:p w14:paraId="2763D2F9" w14:textId="77777777" w:rsidR="001C61CC" w:rsidRDefault="000D727A">
            <w:pPr>
              <w:spacing w:after="0" w:line="240" w:lineRule="auto"/>
              <w:jc w:val="center"/>
            </w:pPr>
            <w:r>
              <w:rPr>
                <w:sz w:val="13"/>
              </w:rPr>
              <w:t>3686</w:t>
            </w:r>
          </w:p>
        </w:tc>
        <w:tc>
          <w:tcPr>
            <w:tcW w:w="415" w:type="dxa"/>
            <w:tcBorders>
              <w:top w:val="nil"/>
              <w:left w:val="nil"/>
              <w:bottom w:val="single" w:sz="10" w:space="0" w:color="000000"/>
              <w:right w:val="nil"/>
            </w:tcBorders>
          </w:tcPr>
          <w:p w14:paraId="3BA16383" w14:textId="77777777" w:rsidR="001C61CC" w:rsidRDefault="000D727A">
            <w:pPr>
              <w:spacing w:after="0" w:line="240" w:lineRule="auto"/>
              <w:jc w:val="center"/>
            </w:pPr>
            <w:r>
              <w:rPr>
                <w:sz w:val="13"/>
              </w:rPr>
              <w:t>1.08 (1.01, 1.16)</w:t>
            </w:r>
          </w:p>
        </w:tc>
        <w:tc>
          <w:tcPr>
            <w:tcW w:w="415" w:type="dxa"/>
            <w:tcBorders>
              <w:top w:val="nil"/>
              <w:left w:val="nil"/>
              <w:bottom w:val="single" w:sz="10" w:space="0" w:color="000000"/>
              <w:right w:val="nil"/>
            </w:tcBorders>
          </w:tcPr>
          <w:p w14:paraId="39737640" w14:textId="77777777" w:rsidR="001C61CC" w:rsidRDefault="000D727A">
            <w:pPr>
              <w:spacing w:after="0" w:line="240" w:lineRule="auto"/>
              <w:jc w:val="center"/>
            </w:pPr>
            <w:r>
              <w:rPr>
                <w:sz w:val="13"/>
              </w:rPr>
              <w:t>0.028</w:t>
            </w:r>
          </w:p>
        </w:tc>
        <w:tc>
          <w:tcPr>
            <w:tcW w:w="415" w:type="dxa"/>
            <w:tcBorders>
              <w:top w:val="nil"/>
              <w:left w:val="nil"/>
              <w:bottom w:val="single" w:sz="10" w:space="0" w:color="000000"/>
              <w:right w:val="nil"/>
            </w:tcBorders>
          </w:tcPr>
          <w:p w14:paraId="1D8C510A" w14:textId="77777777" w:rsidR="001C61CC" w:rsidRDefault="000D727A">
            <w:pPr>
              <w:spacing w:after="0" w:line="240" w:lineRule="auto"/>
              <w:jc w:val="center"/>
            </w:pPr>
            <w:r>
              <w:rPr>
                <w:sz w:val="13"/>
              </w:rPr>
              <w:t>7251</w:t>
            </w:r>
          </w:p>
        </w:tc>
        <w:tc>
          <w:tcPr>
            <w:tcW w:w="415" w:type="dxa"/>
            <w:tcBorders>
              <w:top w:val="nil"/>
              <w:left w:val="nil"/>
              <w:bottom w:val="single" w:sz="10" w:space="0" w:color="000000"/>
              <w:right w:val="nil"/>
            </w:tcBorders>
          </w:tcPr>
          <w:p w14:paraId="2B0DB3AB" w14:textId="77777777" w:rsidR="001C61CC" w:rsidRDefault="000D727A">
            <w:pPr>
              <w:spacing w:after="0" w:line="240" w:lineRule="auto"/>
              <w:jc w:val="center"/>
            </w:pPr>
            <w:r>
              <w:rPr>
                <w:sz w:val="13"/>
              </w:rPr>
              <w:t>3167</w:t>
            </w:r>
          </w:p>
        </w:tc>
        <w:tc>
          <w:tcPr>
            <w:tcW w:w="415" w:type="dxa"/>
            <w:tcBorders>
              <w:top w:val="nil"/>
              <w:left w:val="nil"/>
              <w:bottom w:val="single" w:sz="10" w:space="0" w:color="000000"/>
              <w:right w:val="nil"/>
            </w:tcBorders>
          </w:tcPr>
          <w:p w14:paraId="47B26217" w14:textId="77777777" w:rsidR="001C61CC" w:rsidRDefault="000D727A">
            <w:pPr>
              <w:spacing w:after="0" w:line="240" w:lineRule="auto"/>
              <w:jc w:val="center"/>
            </w:pPr>
            <w:r>
              <w:rPr>
                <w:sz w:val="13"/>
              </w:rPr>
              <w:t>1.15 (1.06, 1.24)</w:t>
            </w:r>
          </w:p>
        </w:tc>
        <w:tc>
          <w:tcPr>
            <w:tcW w:w="415" w:type="dxa"/>
            <w:tcBorders>
              <w:top w:val="nil"/>
              <w:left w:val="nil"/>
              <w:bottom w:val="single" w:sz="10" w:space="0" w:color="000000"/>
              <w:right w:val="nil"/>
            </w:tcBorders>
          </w:tcPr>
          <w:p w14:paraId="2169E453" w14:textId="77777777" w:rsidR="001C61CC" w:rsidRDefault="000D727A">
            <w:pPr>
              <w:spacing w:after="0" w:line="240" w:lineRule="auto"/>
              <w:jc w:val="center"/>
            </w:pPr>
            <w:r>
              <w:rPr>
                <w:sz w:val="13"/>
              </w:rPr>
              <w:t>&lt;0.001</w:t>
            </w:r>
          </w:p>
        </w:tc>
        <w:tc>
          <w:tcPr>
            <w:tcW w:w="415" w:type="dxa"/>
            <w:tcBorders>
              <w:top w:val="nil"/>
              <w:left w:val="nil"/>
              <w:bottom w:val="single" w:sz="10" w:space="0" w:color="000000"/>
              <w:right w:val="nil"/>
            </w:tcBorders>
          </w:tcPr>
          <w:p w14:paraId="76690111" w14:textId="77777777" w:rsidR="001C61CC" w:rsidRDefault="000D727A">
            <w:pPr>
              <w:spacing w:after="0" w:line="240" w:lineRule="auto"/>
              <w:jc w:val="center"/>
            </w:pPr>
            <w:r>
              <w:rPr>
                <w:sz w:val="13"/>
              </w:rPr>
              <w:t>7152</w:t>
            </w:r>
          </w:p>
        </w:tc>
        <w:tc>
          <w:tcPr>
            <w:tcW w:w="415" w:type="dxa"/>
            <w:tcBorders>
              <w:top w:val="nil"/>
              <w:left w:val="nil"/>
              <w:bottom w:val="single" w:sz="10" w:space="0" w:color="000000"/>
              <w:right w:val="nil"/>
            </w:tcBorders>
          </w:tcPr>
          <w:p w14:paraId="355ADCDE" w14:textId="77777777" w:rsidR="001C61CC" w:rsidRDefault="000D727A">
            <w:pPr>
              <w:spacing w:after="0" w:line="240" w:lineRule="auto"/>
              <w:jc w:val="center"/>
            </w:pPr>
            <w:r>
              <w:rPr>
                <w:sz w:val="13"/>
              </w:rPr>
              <w:t>3157</w:t>
            </w:r>
          </w:p>
        </w:tc>
        <w:tc>
          <w:tcPr>
            <w:tcW w:w="415" w:type="dxa"/>
            <w:tcBorders>
              <w:top w:val="nil"/>
              <w:left w:val="nil"/>
              <w:bottom w:val="single" w:sz="10" w:space="0" w:color="000000"/>
              <w:right w:val="nil"/>
            </w:tcBorders>
          </w:tcPr>
          <w:p w14:paraId="79D7F581" w14:textId="77777777" w:rsidR="001C61CC" w:rsidRDefault="000D727A">
            <w:pPr>
              <w:spacing w:after="0" w:line="240" w:lineRule="auto"/>
              <w:jc w:val="center"/>
            </w:pPr>
            <w:r>
              <w:rPr>
                <w:sz w:val="13"/>
              </w:rPr>
              <w:t>1.07 (0.99, 1.17)</w:t>
            </w:r>
          </w:p>
        </w:tc>
        <w:tc>
          <w:tcPr>
            <w:tcW w:w="415" w:type="dxa"/>
            <w:tcBorders>
              <w:top w:val="nil"/>
              <w:left w:val="nil"/>
              <w:bottom w:val="single" w:sz="10" w:space="0" w:color="000000"/>
              <w:right w:val="nil"/>
            </w:tcBorders>
          </w:tcPr>
          <w:p w14:paraId="6CF2534A" w14:textId="77777777" w:rsidR="001C61CC" w:rsidRDefault="000D727A">
            <w:pPr>
              <w:spacing w:after="0" w:line="240" w:lineRule="auto"/>
              <w:jc w:val="center"/>
            </w:pPr>
            <w:r>
              <w:rPr>
                <w:sz w:val="13"/>
              </w:rPr>
              <w:t>0.096</w:t>
            </w:r>
          </w:p>
        </w:tc>
      </w:tr>
    </w:tbl>
    <w:p w14:paraId="652C1F15" w14:textId="77777777" w:rsidR="001C61CC" w:rsidRDefault="001C61CC"/>
    <w:p w14:paraId="68B14E14" w14:textId="77777777" w:rsidR="001C61CC" w:rsidRDefault="000D727A">
      <w:pPr>
        <w:spacing w:after="80"/>
      </w:pPr>
      <w:r>
        <w:rPr>
          <w:sz w:val="16"/>
        </w:rPr>
        <w:t>Note: Dose-response models compared one loss and two or more losses with no loss and additionally estimated a linear trend across capped loss-count categories.</w:t>
      </w:r>
    </w:p>
    <w:p w14:paraId="750D5338" w14:textId="77777777" w:rsidR="001C61CC" w:rsidRDefault="000D727A">
      <w:r>
        <w:br w:type="page"/>
      </w:r>
    </w:p>
    <w:p w14:paraId="1B3E7226" w14:textId="77777777" w:rsidR="001C61CC" w:rsidRDefault="000D727A">
      <w:pPr>
        <w:spacing w:after="80"/>
      </w:pPr>
      <w:r>
        <w:rPr>
          <w:b/>
          <w:sz w:val="24"/>
        </w:rPr>
        <w:lastRenderedPageBreak/>
        <w:t>Supplementary Table 9. Dose-response associations between pregnancy loss count and incident depressive symptoms</w:t>
      </w:r>
    </w:p>
    <w:tbl>
      <w:tblPr>
        <w:tblW w:w="0" w:type="auto"/>
        <w:tblLook w:val="04A0" w:firstRow="1" w:lastRow="0" w:firstColumn="1" w:lastColumn="0" w:noHBand="0" w:noVBand="1"/>
      </w:tblPr>
      <w:tblGrid>
        <w:gridCol w:w="467"/>
        <w:gridCol w:w="414"/>
        <w:gridCol w:w="414"/>
        <w:gridCol w:w="414"/>
        <w:gridCol w:w="414"/>
        <w:gridCol w:w="419"/>
        <w:gridCol w:w="418"/>
        <w:gridCol w:w="418"/>
        <w:gridCol w:w="418"/>
        <w:gridCol w:w="406"/>
        <w:gridCol w:w="406"/>
        <w:gridCol w:w="406"/>
        <w:gridCol w:w="406"/>
        <w:gridCol w:w="413"/>
        <w:gridCol w:w="413"/>
        <w:gridCol w:w="413"/>
        <w:gridCol w:w="413"/>
        <w:gridCol w:w="418"/>
        <w:gridCol w:w="418"/>
        <w:gridCol w:w="418"/>
        <w:gridCol w:w="418"/>
        <w:gridCol w:w="406"/>
        <w:gridCol w:w="406"/>
        <w:gridCol w:w="406"/>
        <w:gridCol w:w="406"/>
      </w:tblGrid>
      <w:tr w:rsidR="001C61CC" w14:paraId="27EB8086" w14:textId="77777777">
        <w:tc>
          <w:tcPr>
            <w:tcW w:w="415" w:type="dxa"/>
            <w:tcBorders>
              <w:top w:val="single" w:sz="10" w:space="0" w:color="000000"/>
              <w:left w:val="nil"/>
              <w:bottom w:val="single" w:sz="10" w:space="0" w:color="000000"/>
              <w:right w:val="nil"/>
            </w:tcBorders>
          </w:tcPr>
          <w:p w14:paraId="45ADD75F" w14:textId="77777777" w:rsidR="001C61CC" w:rsidRDefault="000D727A">
            <w:pPr>
              <w:spacing w:after="0" w:line="240" w:lineRule="auto"/>
            </w:pPr>
            <w:r>
              <w:rPr>
                <w:b/>
                <w:sz w:val="13"/>
              </w:rPr>
              <w:t>Comparison</w:t>
            </w:r>
          </w:p>
        </w:tc>
        <w:tc>
          <w:tcPr>
            <w:tcW w:w="415" w:type="dxa"/>
            <w:tcBorders>
              <w:top w:val="single" w:sz="10" w:space="0" w:color="000000"/>
              <w:left w:val="nil"/>
              <w:bottom w:val="single" w:sz="10" w:space="0" w:color="000000"/>
              <w:right w:val="nil"/>
            </w:tcBorders>
          </w:tcPr>
          <w:p w14:paraId="392C40DD" w14:textId="77777777" w:rsidR="001C61CC" w:rsidRDefault="000D727A">
            <w:pPr>
              <w:spacing w:after="0" w:line="240" w:lineRule="auto"/>
              <w:jc w:val="center"/>
            </w:pPr>
            <w:r>
              <w:rPr>
                <w:b/>
                <w:sz w:val="13"/>
              </w:rPr>
              <w:t>Model 2: minimally adjusted: n</w:t>
            </w:r>
          </w:p>
        </w:tc>
        <w:tc>
          <w:tcPr>
            <w:tcW w:w="415" w:type="dxa"/>
            <w:tcBorders>
              <w:top w:val="single" w:sz="10" w:space="0" w:color="000000"/>
              <w:left w:val="nil"/>
              <w:bottom w:val="single" w:sz="10" w:space="0" w:color="000000"/>
              <w:right w:val="nil"/>
            </w:tcBorders>
          </w:tcPr>
          <w:p w14:paraId="71C12098" w14:textId="77777777" w:rsidR="001C61CC" w:rsidRDefault="000D727A">
            <w:pPr>
              <w:spacing w:after="0" w:line="240" w:lineRule="auto"/>
              <w:jc w:val="center"/>
            </w:pPr>
            <w:r>
              <w:rPr>
                <w:b/>
                <w:sz w:val="13"/>
              </w:rPr>
              <w:t>Model 2: minimally adjusted: events</w:t>
            </w:r>
          </w:p>
        </w:tc>
        <w:tc>
          <w:tcPr>
            <w:tcW w:w="415" w:type="dxa"/>
            <w:tcBorders>
              <w:top w:val="single" w:sz="10" w:space="0" w:color="000000"/>
              <w:left w:val="nil"/>
              <w:bottom w:val="single" w:sz="10" w:space="0" w:color="000000"/>
              <w:right w:val="nil"/>
            </w:tcBorders>
          </w:tcPr>
          <w:p w14:paraId="190C5DE8" w14:textId="77777777" w:rsidR="001C61CC" w:rsidRDefault="000D727A">
            <w:pPr>
              <w:spacing w:after="0" w:line="240" w:lineRule="auto"/>
              <w:jc w:val="center"/>
            </w:pPr>
            <w:r>
              <w:rPr>
                <w:b/>
                <w:sz w:val="13"/>
              </w:rPr>
              <w:t>Model 2: minimally adjusted: estimate</w:t>
            </w:r>
          </w:p>
        </w:tc>
        <w:tc>
          <w:tcPr>
            <w:tcW w:w="415" w:type="dxa"/>
            <w:tcBorders>
              <w:top w:val="single" w:sz="10" w:space="0" w:color="000000"/>
              <w:left w:val="nil"/>
              <w:bottom w:val="single" w:sz="10" w:space="0" w:color="000000"/>
              <w:right w:val="nil"/>
            </w:tcBorders>
          </w:tcPr>
          <w:p w14:paraId="0A7B5C56" w14:textId="77777777" w:rsidR="001C61CC" w:rsidRDefault="000D727A">
            <w:pPr>
              <w:spacing w:after="0" w:line="240" w:lineRule="auto"/>
              <w:jc w:val="center"/>
            </w:pPr>
            <w:r>
              <w:rPr>
                <w:b/>
                <w:sz w:val="13"/>
              </w:rPr>
              <w:t>Model 2: minimally adjusted: p</w:t>
            </w:r>
          </w:p>
        </w:tc>
        <w:tc>
          <w:tcPr>
            <w:tcW w:w="415" w:type="dxa"/>
            <w:tcBorders>
              <w:top w:val="single" w:sz="10" w:space="0" w:color="000000"/>
              <w:left w:val="nil"/>
              <w:bottom w:val="single" w:sz="10" w:space="0" w:color="000000"/>
              <w:right w:val="nil"/>
            </w:tcBorders>
          </w:tcPr>
          <w:p w14:paraId="3991F48F" w14:textId="77777777" w:rsidR="001C61CC" w:rsidRDefault="000D727A">
            <w:pPr>
              <w:spacing w:after="0" w:line="240" w:lineRule="auto"/>
              <w:jc w:val="center"/>
            </w:pPr>
            <w:r>
              <w:rPr>
                <w:b/>
                <w:sz w:val="13"/>
              </w:rPr>
              <w:t>Model 3: extended: n</w:t>
            </w:r>
          </w:p>
        </w:tc>
        <w:tc>
          <w:tcPr>
            <w:tcW w:w="415" w:type="dxa"/>
            <w:tcBorders>
              <w:top w:val="single" w:sz="10" w:space="0" w:color="000000"/>
              <w:left w:val="nil"/>
              <w:bottom w:val="single" w:sz="10" w:space="0" w:color="000000"/>
              <w:right w:val="nil"/>
            </w:tcBorders>
          </w:tcPr>
          <w:p w14:paraId="2F5FD6F6" w14:textId="77777777" w:rsidR="001C61CC" w:rsidRDefault="000D727A">
            <w:pPr>
              <w:spacing w:after="0" w:line="240" w:lineRule="auto"/>
              <w:jc w:val="center"/>
            </w:pPr>
            <w:r>
              <w:rPr>
                <w:b/>
                <w:sz w:val="13"/>
              </w:rPr>
              <w:t>Model 3: extended: events</w:t>
            </w:r>
          </w:p>
        </w:tc>
        <w:tc>
          <w:tcPr>
            <w:tcW w:w="415" w:type="dxa"/>
            <w:tcBorders>
              <w:top w:val="single" w:sz="10" w:space="0" w:color="000000"/>
              <w:left w:val="nil"/>
              <w:bottom w:val="single" w:sz="10" w:space="0" w:color="000000"/>
              <w:right w:val="nil"/>
            </w:tcBorders>
          </w:tcPr>
          <w:p w14:paraId="0AC65A03" w14:textId="77777777" w:rsidR="001C61CC" w:rsidRDefault="000D727A">
            <w:pPr>
              <w:spacing w:after="0" w:line="240" w:lineRule="auto"/>
              <w:jc w:val="center"/>
            </w:pPr>
            <w:r>
              <w:rPr>
                <w:b/>
                <w:sz w:val="13"/>
              </w:rPr>
              <w:t>Model 3: extended: estimate</w:t>
            </w:r>
          </w:p>
        </w:tc>
        <w:tc>
          <w:tcPr>
            <w:tcW w:w="415" w:type="dxa"/>
            <w:tcBorders>
              <w:top w:val="single" w:sz="10" w:space="0" w:color="000000"/>
              <w:left w:val="nil"/>
              <w:bottom w:val="single" w:sz="10" w:space="0" w:color="000000"/>
              <w:right w:val="nil"/>
            </w:tcBorders>
          </w:tcPr>
          <w:p w14:paraId="7677D2DE" w14:textId="77777777" w:rsidR="001C61CC" w:rsidRDefault="000D727A">
            <w:pPr>
              <w:spacing w:after="0" w:line="240" w:lineRule="auto"/>
              <w:jc w:val="center"/>
            </w:pPr>
            <w:r>
              <w:rPr>
                <w:b/>
                <w:sz w:val="13"/>
              </w:rPr>
              <w:t>Model 3: extended: p</w:t>
            </w:r>
          </w:p>
        </w:tc>
        <w:tc>
          <w:tcPr>
            <w:tcW w:w="415" w:type="dxa"/>
            <w:tcBorders>
              <w:top w:val="single" w:sz="10" w:space="0" w:color="000000"/>
              <w:left w:val="nil"/>
              <w:bottom w:val="single" w:sz="10" w:space="0" w:color="000000"/>
              <w:right w:val="nil"/>
            </w:tcBorders>
          </w:tcPr>
          <w:p w14:paraId="6DE18E2D" w14:textId="77777777" w:rsidR="001C61CC" w:rsidRDefault="000D727A">
            <w:pPr>
              <w:spacing w:after="0" w:line="240" w:lineRule="auto"/>
              <w:jc w:val="center"/>
            </w:pPr>
            <w:r>
              <w:rPr>
                <w:b/>
                <w:sz w:val="13"/>
              </w:rPr>
              <w:t>Model 4: fully adjusted: n</w:t>
            </w:r>
          </w:p>
        </w:tc>
        <w:tc>
          <w:tcPr>
            <w:tcW w:w="415" w:type="dxa"/>
            <w:tcBorders>
              <w:top w:val="single" w:sz="10" w:space="0" w:color="000000"/>
              <w:left w:val="nil"/>
              <w:bottom w:val="single" w:sz="10" w:space="0" w:color="000000"/>
              <w:right w:val="nil"/>
            </w:tcBorders>
          </w:tcPr>
          <w:p w14:paraId="0118342F" w14:textId="77777777" w:rsidR="001C61CC" w:rsidRDefault="000D727A">
            <w:pPr>
              <w:spacing w:after="0" w:line="240" w:lineRule="auto"/>
              <w:jc w:val="center"/>
            </w:pPr>
            <w:r>
              <w:rPr>
                <w:b/>
                <w:sz w:val="13"/>
              </w:rPr>
              <w:t>Model 4: fully adjusted: events</w:t>
            </w:r>
          </w:p>
        </w:tc>
        <w:tc>
          <w:tcPr>
            <w:tcW w:w="415" w:type="dxa"/>
            <w:tcBorders>
              <w:top w:val="single" w:sz="10" w:space="0" w:color="000000"/>
              <w:left w:val="nil"/>
              <w:bottom w:val="single" w:sz="10" w:space="0" w:color="000000"/>
              <w:right w:val="nil"/>
            </w:tcBorders>
          </w:tcPr>
          <w:p w14:paraId="1896AED7" w14:textId="77777777" w:rsidR="001C61CC" w:rsidRDefault="000D727A">
            <w:pPr>
              <w:spacing w:after="0" w:line="240" w:lineRule="auto"/>
              <w:jc w:val="center"/>
            </w:pPr>
            <w:r>
              <w:rPr>
                <w:b/>
                <w:sz w:val="13"/>
              </w:rPr>
              <w:t>Model 4: fully adjusted: estimate</w:t>
            </w:r>
          </w:p>
        </w:tc>
        <w:tc>
          <w:tcPr>
            <w:tcW w:w="415" w:type="dxa"/>
            <w:tcBorders>
              <w:top w:val="single" w:sz="10" w:space="0" w:color="000000"/>
              <w:left w:val="nil"/>
              <w:bottom w:val="single" w:sz="10" w:space="0" w:color="000000"/>
              <w:right w:val="nil"/>
            </w:tcBorders>
          </w:tcPr>
          <w:p w14:paraId="67BE37AF" w14:textId="77777777" w:rsidR="001C61CC" w:rsidRDefault="000D727A">
            <w:pPr>
              <w:spacing w:after="0" w:line="240" w:lineRule="auto"/>
              <w:jc w:val="center"/>
            </w:pPr>
            <w:r>
              <w:rPr>
                <w:b/>
                <w:sz w:val="13"/>
              </w:rPr>
              <w:t>Model 4: fully adjusted: p</w:t>
            </w:r>
          </w:p>
        </w:tc>
        <w:tc>
          <w:tcPr>
            <w:tcW w:w="415" w:type="dxa"/>
            <w:tcBorders>
              <w:top w:val="single" w:sz="10" w:space="0" w:color="000000"/>
              <w:left w:val="nil"/>
              <w:bottom w:val="single" w:sz="10" w:space="0" w:color="000000"/>
              <w:right w:val="nil"/>
            </w:tcBorders>
          </w:tcPr>
          <w:p w14:paraId="076B2828" w14:textId="77777777" w:rsidR="001C61CC" w:rsidRDefault="000D727A">
            <w:pPr>
              <w:spacing w:after="0" w:line="240" w:lineRule="auto"/>
              <w:jc w:val="center"/>
            </w:pPr>
            <w:r>
              <w:rPr>
                <w:b/>
                <w:sz w:val="13"/>
              </w:rPr>
              <w:t>Trend, minimally adjusted: n</w:t>
            </w:r>
          </w:p>
        </w:tc>
        <w:tc>
          <w:tcPr>
            <w:tcW w:w="415" w:type="dxa"/>
            <w:tcBorders>
              <w:top w:val="single" w:sz="10" w:space="0" w:color="000000"/>
              <w:left w:val="nil"/>
              <w:bottom w:val="single" w:sz="10" w:space="0" w:color="000000"/>
              <w:right w:val="nil"/>
            </w:tcBorders>
          </w:tcPr>
          <w:p w14:paraId="34F02DCB" w14:textId="77777777" w:rsidR="001C61CC" w:rsidRDefault="000D727A">
            <w:pPr>
              <w:spacing w:after="0" w:line="240" w:lineRule="auto"/>
              <w:jc w:val="center"/>
            </w:pPr>
            <w:r>
              <w:rPr>
                <w:b/>
                <w:sz w:val="13"/>
              </w:rPr>
              <w:t>Trend, minimally adjusted: events</w:t>
            </w:r>
          </w:p>
        </w:tc>
        <w:tc>
          <w:tcPr>
            <w:tcW w:w="415" w:type="dxa"/>
            <w:tcBorders>
              <w:top w:val="single" w:sz="10" w:space="0" w:color="000000"/>
              <w:left w:val="nil"/>
              <w:bottom w:val="single" w:sz="10" w:space="0" w:color="000000"/>
              <w:right w:val="nil"/>
            </w:tcBorders>
          </w:tcPr>
          <w:p w14:paraId="7D19A57A" w14:textId="77777777" w:rsidR="001C61CC" w:rsidRDefault="000D727A">
            <w:pPr>
              <w:spacing w:after="0" w:line="240" w:lineRule="auto"/>
              <w:jc w:val="center"/>
            </w:pPr>
            <w:r>
              <w:rPr>
                <w:b/>
                <w:sz w:val="13"/>
              </w:rPr>
              <w:t>Trend, minimally adjusted: estimate</w:t>
            </w:r>
          </w:p>
        </w:tc>
        <w:tc>
          <w:tcPr>
            <w:tcW w:w="415" w:type="dxa"/>
            <w:tcBorders>
              <w:top w:val="single" w:sz="10" w:space="0" w:color="000000"/>
              <w:left w:val="nil"/>
              <w:bottom w:val="single" w:sz="10" w:space="0" w:color="000000"/>
              <w:right w:val="nil"/>
            </w:tcBorders>
          </w:tcPr>
          <w:p w14:paraId="5BEE2644" w14:textId="77777777" w:rsidR="001C61CC" w:rsidRDefault="000D727A">
            <w:pPr>
              <w:spacing w:after="0" w:line="240" w:lineRule="auto"/>
              <w:jc w:val="center"/>
            </w:pPr>
            <w:r>
              <w:rPr>
                <w:b/>
                <w:sz w:val="13"/>
              </w:rPr>
              <w:t>Trend, minimally adjusted: p</w:t>
            </w:r>
          </w:p>
        </w:tc>
        <w:tc>
          <w:tcPr>
            <w:tcW w:w="415" w:type="dxa"/>
            <w:tcBorders>
              <w:top w:val="single" w:sz="10" w:space="0" w:color="000000"/>
              <w:left w:val="nil"/>
              <w:bottom w:val="single" w:sz="10" w:space="0" w:color="000000"/>
              <w:right w:val="nil"/>
            </w:tcBorders>
          </w:tcPr>
          <w:p w14:paraId="5A3EDCBD" w14:textId="77777777" w:rsidR="001C61CC" w:rsidRDefault="000D727A">
            <w:pPr>
              <w:spacing w:after="0" w:line="240" w:lineRule="auto"/>
              <w:jc w:val="center"/>
            </w:pPr>
            <w:r>
              <w:rPr>
                <w:b/>
                <w:sz w:val="13"/>
              </w:rPr>
              <w:t>Trend, extended: n</w:t>
            </w:r>
          </w:p>
        </w:tc>
        <w:tc>
          <w:tcPr>
            <w:tcW w:w="415" w:type="dxa"/>
            <w:tcBorders>
              <w:top w:val="single" w:sz="10" w:space="0" w:color="000000"/>
              <w:left w:val="nil"/>
              <w:bottom w:val="single" w:sz="10" w:space="0" w:color="000000"/>
              <w:right w:val="nil"/>
            </w:tcBorders>
          </w:tcPr>
          <w:p w14:paraId="38A716ED" w14:textId="77777777" w:rsidR="001C61CC" w:rsidRDefault="000D727A">
            <w:pPr>
              <w:spacing w:after="0" w:line="240" w:lineRule="auto"/>
              <w:jc w:val="center"/>
            </w:pPr>
            <w:r>
              <w:rPr>
                <w:b/>
                <w:sz w:val="13"/>
              </w:rPr>
              <w:t>Trend, extended: events</w:t>
            </w:r>
          </w:p>
        </w:tc>
        <w:tc>
          <w:tcPr>
            <w:tcW w:w="415" w:type="dxa"/>
            <w:tcBorders>
              <w:top w:val="single" w:sz="10" w:space="0" w:color="000000"/>
              <w:left w:val="nil"/>
              <w:bottom w:val="single" w:sz="10" w:space="0" w:color="000000"/>
              <w:right w:val="nil"/>
            </w:tcBorders>
          </w:tcPr>
          <w:p w14:paraId="7D275AE2" w14:textId="77777777" w:rsidR="001C61CC" w:rsidRDefault="000D727A">
            <w:pPr>
              <w:spacing w:after="0" w:line="240" w:lineRule="auto"/>
              <w:jc w:val="center"/>
            </w:pPr>
            <w:r>
              <w:rPr>
                <w:b/>
                <w:sz w:val="13"/>
              </w:rPr>
              <w:t>Trend, extended: estimate</w:t>
            </w:r>
          </w:p>
        </w:tc>
        <w:tc>
          <w:tcPr>
            <w:tcW w:w="415" w:type="dxa"/>
            <w:tcBorders>
              <w:top w:val="single" w:sz="10" w:space="0" w:color="000000"/>
              <w:left w:val="nil"/>
              <w:bottom w:val="single" w:sz="10" w:space="0" w:color="000000"/>
              <w:right w:val="nil"/>
            </w:tcBorders>
          </w:tcPr>
          <w:p w14:paraId="69D699AB" w14:textId="77777777" w:rsidR="001C61CC" w:rsidRDefault="000D727A">
            <w:pPr>
              <w:spacing w:after="0" w:line="240" w:lineRule="auto"/>
              <w:jc w:val="center"/>
            </w:pPr>
            <w:r>
              <w:rPr>
                <w:b/>
                <w:sz w:val="13"/>
              </w:rPr>
              <w:t>Trend, extended: p</w:t>
            </w:r>
          </w:p>
        </w:tc>
        <w:tc>
          <w:tcPr>
            <w:tcW w:w="415" w:type="dxa"/>
            <w:tcBorders>
              <w:top w:val="single" w:sz="10" w:space="0" w:color="000000"/>
              <w:left w:val="nil"/>
              <w:bottom w:val="single" w:sz="10" w:space="0" w:color="000000"/>
              <w:right w:val="nil"/>
            </w:tcBorders>
          </w:tcPr>
          <w:p w14:paraId="68D221D7" w14:textId="77777777" w:rsidR="001C61CC" w:rsidRDefault="000D727A">
            <w:pPr>
              <w:spacing w:after="0" w:line="240" w:lineRule="auto"/>
              <w:jc w:val="center"/>
            </w:pPr>
            <w:r>
              <w:rPr>
                <w:b/>
                <w:sz w:val="13"/>
              </w:rPr>
              <w:t>Trend, fully adjusted: n</w:t>
            </w:r>
          </w:p>
        </w:tc>
        <w:tc>
          <w:tcPr>
            <w:tcW w:w="415" w:type="dxa"/>
            <w:tcBorders>
              <w:top w:val="single" w:sz="10" w:space="0" w:color="000000"/>
              <w:left w:val="nil"/>
              <w:bottom w:val="single" w:sz="10" w:space="0" w:color="000000"/>
              <w:right w:val="nil"/>
            </w:tcBorders>
          </w:tcPr>
          <w:p w14:paraId="60692472" w14:textId="77777777" w:rsidR="001C61CC" w:rsidRDefault="000D727A">
            <w:pPr>
              <w:spacing w:after="0" w:line="240" w:lineRule="auto"/>
              <w:jc w:val="center"/>
            </w:pPr>
            <w:r>
              <w:rPr>
                <w:b/>
                <w:sz w:val="13"/>
              </w:rPr>
              <w:t>Trend, fully adjusted: events</w:t>
            </w:r>
          </w:p>
        </w:tc>
        <w:tc>
          <w:tcPr>
            <w:tcW w:w="415" w:type="dxa"/>
            <w:tcBorders>
              <w:top w:val="single" w:sz="10" w:space="0" w:color="000000"/>
              <w:left w:val="nil"/>
              <w:bottom w:val="single" w:sz="10" w:space="0" w:color="000000"/>
              <w:right w:val="nil"/>
            </w:tcBorders>
          </w:tcPr>
          <w:p w14:paraId="3CA82678" w14:textId="77777777" w:rsidR="001C61CC" w:rsidRDefault="000D727A">
            <w:pPr>
              <w:spacing w:after="0" w:line="240" w:lineRule="auto"/>
              <w:jc w:val="center"/>
            </w:pPr>
            <w:r>
              <w:rPr>
                <w:b/>
                <w:sz w:val="13"/>
              </w:rPr>
              <w:t>Trend, fully adjusted: estimate</w:t>
            </w:r>
          </w:p>
        </w:tc>
        <w:tc>
          <w:tcPr>
            <w:tcW w:w="415" w:type="dxa"/>
            <w:tcBorders>
              <w:top w:val="single" w:sz="10" w:space="0" w:color="000000"/>
              <w:left w:val="nil"/>
              <w:bottom w:val="single" w:sz="10" w:space="0" w:color="000000"/>
              <w:right w:val="nil"/>
            </w:tcBorders>
          </w:tcPr>
          <w:p w14:paraId="19D8A981" w14:textId="77777777" w:rsidR="001C61CC" w:rsidRDefault="000D727A">
            <w:pPr>
              <w:spacing w:after="0" w:line="240" w:lineRule="auto"/>
              <w:jc w:val="center"/>
            </w:pPr>
            <w:r>
              <w:rPr>
                <w:b/>
                <w:sz w:val="13"/>
              </w:rPr>
              <w:t>Trend, fully adjusted: p</w:t>
            </w:r>
          </w:p>
        </w:tc>
      </w:tr>
      <w:tr w:rsidR="001C61CC" w14:paraId="43E432FD" w14:textId="77777777">
        <w:tc>
          <w:tcPr>
            <w:tcW w:w="415" w:type="dxa"/>
            <w:tcBorders>
              <w:top w:val="nil"/>
              <w:left w:val="nil"/>
              <w:bottom w:val="nil"/>
              <w:right w:val="nil"/>
            </w:tcBorders>
          </w:tcPr>
          <w:p w14:paraId="10AE532C" w14:textId="77777777" w:rsidR="001C61CC" w:rsidRDefault="000D727A">
            <w:pPr>
              <w:spacing w:after="0" w:line="240" w:lineRule="auto"/>
            </w:pPr>
            <w:r>
              <w:rPr>
                <w:sz w:val="13"/>
              </w:rPr>
              <w:t>1 pregnancy loss vs 0</w:t>
            </w:r>
          </w:p>
        </w:tc>
        <w:tc>
          <w:tcPr>
            <w:tcW w:w="415" w:type="dxa"/>
            <w:tcBorders>
              <w:top w:val="nil"/>
              <w:left w:val="nil"/>
              <w:bottom w:val="nil"/>
              <w:right w:val="nil"/>
            </w:tcBorders>
          </w:tcPr>
          <w:p w14:paraId="0AB98532" w14:textId="77777777" w:rsidR="001C61CC" w:rsidRDefault="000D727A">
            <w:pPr>
              <w:spacing w:after="0" w:line="240" w:lineRule="auto"/>
              <w:jc w:val="center"/>
            </w:pPr>
            <w:r>
              <w:rPr>
                <w:sz w:val="13"/>
              </w:rPr>
              <w:t>4145</w:t>
            </w:r>
          </w:p>
        </w:tc>
        <w:tc>
          <w:tcPr>
            <w:tcW w:w="415" w:type="dxa"/>
            <w:tcBorders>
              <w:top w:val="nil"/>
              <w:left w:val="nil"/>
              <w:bottom w:val="nil"/>
              <w:right w:val="nil"/>
            </w:tcBorders>
          </w:tcPr>
          <w:p w14:paraId="0A378A36" w14:textId="77777777" w:rsidR="001C61CC" w:rsidRDefault="000D727A">
            <w:pPr>
              <w:spacing w:after="0" w:line="240" w:lineRule="auto"/>
              <w:jc w:val="center"/>
            </w:pPr>
            <w:r>
              <w:rPr>
                <w:sz w:val="13"/>
              </w:rPr>
              <w:t>2000</w:t>
            </w:r>
          </w:p>
        </w:tc>
        <w:tc>
          <w:tcPr>
            <w:tcW w:w="415" w:type="dxa"/>
            <w:tcBorders>
              <w:top w:val="nil"/>
              <w:left w:val="nil"/>
              <w:bottom w:val="nil"/>
              <w:right w:val="nil"/>
            </w:tcBorders>
          </w:tcPr>
          <w:p w14:paraId="0FBDF231" w14:textId="77777777" w:rsidR="001C61CC" w:rsidRDefault="000D727A">
            <w:pPr>
              <w:spacing w:after="0" w:line="240" w:lineRule="auto"/>
              <w:jc w:val="center"/>
            </w:pPr>
            <w:r>
              <w:rPr>
                <w:sz w:val="13"/>
              </w:rPr>
              <w:t>1.11 (0.99, 1.23)</w:t>
            </w:r>
          </w:p>
        </w:tc>
        <w:tc>
          <w:tcPr>
            <w:tcW w:w="415" w:type="dxa"/>
            <w:tcBorders>
              <w:top w:val="nil"/>
              <w:left w:val="nil"/>
              <w:bottom w:val="nil"/>
              <w:right w:val="nil"/>
            </w:tcBorders>
          </w:tcPr>
          <w:p w14:paraId="0500FA9A" w14:textId="77777777" w:rsidR="001C61CC" w:rsidRDefault="000D727A">
            <w:pPr>
              <w:spacing w:after="0" w:line="240" w:lineRule="auto"/>
              <w:jc w:val="center"/>
            </w:pPr>
            <w:r>
              <w:rPr>
                <w:sz w:val="13"/>
              </w:rPr>
              <w:t>0.071</w:t>
            </w:r>
          </w:p>
        </w:tc>
        <w:tc>
          <w:tcPr>
            <w:tcW w:w="415" w:type="dxa"/>
            <w:tcBorders>
              <w:top w:val="nil"/>
              <w:left w:val="nil"/>
              <w:bottom w:val="nil"/>
              <w:right w:val="nil"/>
            </w:tcBorders>
          </w:tcPr>
          <w:p w14:paraId="119A8D49" w14:textId="77777777" w:rsidR="001C61CC" w:rsidRDefault="000D727A">
            <w:pPr>
              <w:spacing w:after="0" w:line="240" w:lineRule="auto"/>
              <w:jc w:val="center"/>
            </w:pPr>
            <w:r>
              <w:rPr>
                <w:sz w:val="13"/>
              </w:rPr>
              <w:t>3290</w:t>
            </w:r>
          </w:p>
        </w:tc>
        <w:tc>
          <w:tcPr>
            <w:tcW w:w="415" w:type="dxa"/>
            <w:tcBorders>
              <w:top w:val="nil"/>
              <w:left w:val="nil"/>
              <w:bottom w:val="nil"/>
              <w:right w:val="nil"/>
            </w:tcBorders>
          </w:tcPr>
          <w:p w14:paraId="712AEADB" w14:textId="77777777" w:rsidR="001C61CC" w:rsidRDefault="000D727A">
            <w:pPr>
              <w:spacing w:after="0" w:line="240" w:lineRule="auto"/>
              <w:jc w:val="center"/>
            </w:pPr>
            <w:r>
              <w:rPr>
                <w:sz w:val="13"/>
              </w:rPr>
              <w:t>1598</w:t>
            </w:r>
          </w:p>
        </w:tc>
        <w:tc>
          <w:tcPr>
            <w:tcW w:w="415" w:type="dxa"/>
            <w:tcBorders>
              <w:top w:val="nil"/>
              <w:left w:val="nil"/>
              <w:bottom w:val="nil"/>
              <w:right w:val="nil"/>
            </w:tcBorders>
          </w:tcPr>
          <w:p w14:paraId="1680BC63" w14:textId="77777777" w:rsidR="001C61CC" w:rsidRDefault="000D727A">
            <w:pPr>
              <w:spacing w:after="0" w:line="240" w:lineRule="auto"/>
              <w:jc w:val="center"/>
            </w:pPr>
            <w:r>
              <w:rPr>
                <w:sz w:val="13"/>
              </w:rPr>
              <w:t>1.10 (0.97, 1.24)</w:t>
            </w:r>
          </w:p>
        </w:tc>
        <w:tc>
          <w:tcPr>
            <w:tcW w:w="415" w:type="dxa"/>
            <w:tcBorders>
              <w:top w:val="nil"/>
              <w:left w:val="nil"/>
              <w:bottom w:val="nil"/>
              <w:right w:val="nil"/>
            </w:tcBorders>
          </w:tcPr>
          <w:p w14:paraId="63C7D9EF" w14:textId="77777777" w:rsidR="001C61CC" w:rsidRDefault="000D727A">
            <w:pPr>
              <w:spacing w:after="0" w:line="240" w:lineRule="auto"/>
              <w:jc w:val="center"/>
            </w:pPr>
            <w:r>
              <w:rPr>
                <w:sz w:val="13"/>
              </w:rPr>
              <w:t>0.133</w:t>
            </w:r>
          </w:p>
        </w:tc>
        <w:tc>
          <w:tcPr>
            <w:tcW w:w="415" w:type="dxa"/>
            <w:tcBorders>
              <w:top w:val="nil"/>
              <w:left w:val="nil"/>
              <w:bottom w:val="nil"/>
              <w:right w:val="nil"/>
            </w:tcBorders>
          </w:tcPr>
          <w:p w14:paraId="050099F8" w14:textId="77777777" w:rsidR="001C61CC" w:rsidRDefault="000D727A">
            <w:pPr>
              <w:spacing w:after="0" w:line="240" w:lineRule="auto"/>
              <w:jc w:val="center"/>
            </w:pPr>
            <w:r>
              <w:rPr>
                <w:sz w:val="13"/>
              </w:rPr>
              <w:t>2563</w:t>
            </w:r>
          </w:p>
        </w:tc>
        <w:tc>
          <w:tcPr>
            <w:tcW w:w="415" w:type="dxa"/>
            <w:tcBorders>
              <w:top w:val="nil"/>
              <w:left w:val="nil"/>
              <w:bottom w:val="nil"/>
              <w:right w:val="nil"/>
            </w:tcBorders>
          </w:tcPr>
          <w:p w14:paraId="031F610A" w14:textId="77777777" w:rsidR="001C61CC" w:rsidRDefault="000D727A">
            <w:pPr>
              <w:spacing w:after="0" w:line="240" w:lineRule="auto"/>
              <w:jc w:val="center"/>
            </w:pPr>
            <w:r>
              <w:rPr>
                <w:sz w:val="13"/>
              </w:rPr>
              <w:t>1262</w:t>
            </w:r>
          </w:p>
        </w:tc>
        <w:tc>
          <w:tcPr>
            <w:tcW w:w="415" w:type="dxa"/>
            <w:tcBorders>
              <w:top w:val="nil"/>
              <w:left w:val="nil"/>
              <w:bottom w:val="nil"/>
              <w:right w:val="nil"/>
            </w:tcBorders>
          </w:tcPr>
          <w:p w14:paraId="65DA7AF9" w14:textId="77777777" w:rsidR="001C61CC" w:rsidRDefault="000D727A">
            <w:pPr>
              <w:spacing w:after="0" w:line="240" w:lineRule="auto"/>
              <w:jc w:val="center"/>
            </w:pPr>
            <w:r>
              <w:rPr>
                <w:sz w:val="13"/>
              </w:rPr>
              <w:t>1.03 (0.89, 1.19)</w:t>
            </w:r>
          </w:p>
        </w:tc>
        <w:tc>
          <w:tcPr>
            <w:tcW w:w="415" w:type="dxa"/>
            <w:tcBorders>
              <w:top w:val="nil"/>
              <w:left w:val="nil"/>
              <w:bottom w:val="nil"/>
              <w:right w:val="nil"/>
            </w:tcBorders>
          </w:tcPr>
          <w:p w14:paraId="09AC8119" w14:textId="77777777" w:rsidR="001C61CC" w:rsidRDefault="000D727A">
            <w:pPr>
              <w:spacing w:after="0" w:line="240" w:lineRule="auto"/>
              <w:jc w:val="center"/>
            </w:pPr>
            <w:r>
              <w:rPr>
                <w:sz w:val="13"/>
              </w:rPr>
              <w:t>0.661</w:t>
            </w:r>
          </w:p>
        </w:tc>
        <w:tc>
          <w:tcPr>
            <w:tcW w:w="415" w:type="dxa"/>
            <w:tcBorders>
              <w:top w:val="nil"/>
              <w:left w:val="nil"/>
              <w:bottom w:val="nil"/>
              <w:right w:val="nil"/>
            </w:tcBorders>
          </w:tcPr>
          <w:p w14:paraId="39E15002" w14:textId="77777777" w:rsidR="001C61CC" w:rsidRDefault="000D727A">
            <w:pPr>
              <w:spacing w:after="0" w:line="240" w:lineRule="auto"/>
              <w:jc w:val="center"/>
            </w:pPr>
            <w:r>
              <w:rPr>
                <w:sz w:val="13"/>
              </w:rPr>
              <w:t>4145</w:t>
            </w:r>
          </w:p>
        </w:tc>
        <w:tc>
          <w:tcPr>
            <w:tcW w:w="415" w:type="dxa"/>
            <w:tcBorders>
              <w:top w:val="nil"/>
              <w:left w:val="nil"/>
              <w:bottom w:val="nil"/>
              <w:right w:val="nil"/>
            </w:tcBorders>
          </w:tcPr>
          <w:p w14:paraId="13C731D9" w14:textId="77777777" w:rsidR="001C61CC" w:rsidRDefault="000D727A">
            <w:pPr>
              <w:spacing w:after="0" w:line="240" w:lineRule="auto"/>
              <w:jc w:val="center"/>
            </w:pPr>
            <w:r>
              <w:rPr>
                <w:sz w:val="13"/>
              </w:rPr>
              <w:t>2000</w:t>
            </w:r>
          </w:p>
        </w:tc>
        <w:tc>
          <w:tcPr>
            <w:tcW w:w="415" w:type="dxa"/>
            <w:tcBorders>
              <w:top w:val="nil"/>
              <w:left w:val="nil"/>
              <w:bottom w:val="nil"/>
              <w:right w:val="nil"/>
            </w:tcBorders>
          </w:tcPr>
          <w:p w14:paraId="5BD0127E" w14:textId="77777777" w:rsidR="001C61CC" w:rsidRDefault="000D727A">
            <w:pPr>
              <w:spacing w:after="0" w:line="240" w:lineRule="auto"/>
              <w:jc w:val="center"/>
            </w:pPr>
            <w:r>
              <w:rPr>
                <w:sz w:val="13"/>
              </w:rPr>
              <w:t>1.03 (0.95, 1.10)</w:t>
            </w:r>
          </w:p>
        </w:tc>
        <w:tc>
          <w:tcPr>
            <w:tcW w:w="415" w:type="dxa"/>
            <w:tcBorders>
              <w:top w:val="nil"/>
              <w:left w:val="nil"/>
              <w:bottom w:val="nil"/>
              <w:right w:val="nil"/>
            </w:tcBorders>
          </w:tcPr>
          <w:p w14:paraId="5862629C" w14:textId="77777777" w:rsidR="001C61CC" w:rsidRDefault="000D727A">
            <w:pPr>
              <w:spacing w:after="0" w:line="240" w:lineRule="auto"/>
              <w:jc w:val="center"/>
            </w:pPr>
            <w:r>
              <w:rPr>
                <w:sz w:val="13"/>
              </w:rPr>
              <w:t>0.473</w:t>
            </w:r>
          </w:p>
        </w:tc>
        <w:tc>
          <w:tcPr>
            <w:tcW w:w="415" w:type="dxa"/>
            <w:tcBorders>
              <w:top w:val="nil"/>
              <w:left w:val="nil"/>
              <w:bottom w:val="nil"/>
              <w:right w:val="nil"/>
            </w:tcBorders>
          </w:tcPr>
          <w:p w14:paraId="516DD7A8" w14:textId="77777777" w:rsidR="001C61CC" w:rsidRDefault="000D727A">
            <w:pPr>
              <w:spacing w:after="0" w:line="240" w:lineRule="auto"/>
              <w:jc w:val="center"/>
            </w:pPr>
            <w:r>
              <w:rPr>
                <w:sz w:val="13"/>
              </w:rPr>
              <w:t>3290</w:t>
            </w:r>
          </w:p>
        </w:tc>
        <w:tc>
          <w:tcPr>
            <w:tcW w:w="415" w:type="dxa"/>
            <w:tcBorders>
              <w:top w:val="nil"/>
              <w:left w:val="nil"/>
              <w:bottom w:val="nil"/>
              <w:right w:val="nil"/>
            </w:tcBorders>
          </w:tcPr>
          <w:p w14:paraId="7DF731D4" w14:textId="77777777" w:rsidR="001C61CC" w:rsidRDefault="000D727A">
            <w:pPr>
              <w:spacing w:after="0" w:line="240" w:lineRule="auto"/>
              <w:jc w:val="center"/>
            </w:pPr>
            <w:r>
              <w:rPr>
                <w:sz w:val="13"/>
              </w:rPr>
              <w:t>1598</w:t>
            </w:r>
          </w:p>
        </w:tc>
        <w:tc>
          <w:tcPr>
            <w:tcW w:w="415" w:type="dxa"/>
            <w:tcBorders>
              <w:top w:val="nil"/>
              <w:left w:val="nil"/>
              <w:bottom w:val="nil"/>
              <w:right w:val="nil"/>
            </w:tcBorders>
          </w:tcPr>
          <w:p w14:paraId="0F3F7E24" w14:textId="77777777" w:rsidR="001C61CC" w:rsidRDefault="000D727A">
            <w:pPr>
              <w:spacing w:after="0" w:line="240" w:lineRule="auto"/>
              <w:jc w:val="center"/>
            </w:pPr>
            <w:r>
              <w:rPr>
                <w:sz w:val="13"/>
              </w:rPr>
              <w:t>1.04 (0.96, 1.13)</w:t>
            </w:r>
          </w:p>
        </w:tc>
        <w:tc>
          <w:tcPr>
            <w:tcW w:w="415" w:type="dxa"/>
            <w:tcBorders>
              <w:top w:val="nil"/>
              <w:left w:val="nil"/>
              <w:bottom w:val="nil"/>
              <w:right w:val="nil"/>
            </w:tcBorders>
          </w:tcPr>
          <w:p w14:paraId="11D6E2C1" w14:textId="77777777" w:rsidR="001C61CC" w:rsidRDefault="000D727A">
            <w:pPr>
              <w:spacing w:after="0" w:line="240" w:lineRule="auto"/>
              <w:jc w:val="center"/>
            </w:pPr>
            <w:r>
              <w:rPr>
                <w:sz w:val="13"/>
              </w:rPr>
              <w:t>0.319</w:t>
            </w:r>
          </w:p>
        </w:tc>
        <w:tc>
          <w:tcPr>
            <w:tcW w:w="415" w:type="dxa"/>
            <w:tcBorders>
              <w:top w:val="nil"/>
              <w:left w:val="nil"/>
              <w:bottom w:val="nil"/>
              <w:right w:val="nil"/>
            </w:tcBorders>
          </w:tcPr>
          <w:p w14:paraId="7BC5B803" w14:textId="77777777" w:rsidR="001C61CC" w:rsidRDefault="000D727A">
            <w:pPr>
              <w:spacing w:after="0" w:line="240" w:lineRule="auto"/>
              <w:jc w:val="center"/>
            </w:pPr>
            <w:r>
              <w:rPr>
                <w:sz w:val="13"/>
              </w:rPr>
              <w:t>2563</w:t>
            </w:r>
          </w:p>
        </w:tc>
        <w:tc>
          <w:tcPr>
            <w:tcW w:w="415" w:type="dxa"/>
            <w:tcBorders>
              <w:top w:val="nil"/>
              <w:left w:val="nil"/>
              <w:bottom w:val="nil"/>
              <w:right w:val="nil"/>
            </w:tcBorders>
          </w:tcPr>
          <w:p w14:paraId="6B314A3E" w14:textId="77777777" w:rsidR="001C61CC" w:rsidRDefault="000D727A">
            <w:pPr>
              <w:spacing w:after="0" w:line="240" w:lineRule="auto"/>
              <w:jc w:val="center"/>
            </w:pPr>
            <w:r>
              <w:rPr>
                <w:sz w:val="13"/>
              </w:rPr>
              <w:t>1262</w:t>
            </w:r>
          </w:p>
        </w:tc>
        <w:tc>
          <w:tcPr>
            <w:tcW w:w="415" w:type="dxa"/>
            <w:tcBorders>
              <w:top w:val="nil"/>
              <w:left w:val="nil"/>
              <w:bottom w:val="nil"/>
              <w:right w:val="nil"/>
            </w:tcBorders>
          </w:tcPr>
          <w:p w14:paraId="5CFA0FCD" w14:textId="77777777" w:rsidR="001C61CC" w:rsidRDefault="000D727A">
            <w:pPr>
              <w:spacing w:after="0" w:line="240" w:lineRule="auto"/>
              <w:jc w:val="center"/>
            </w:pPr>
            <w:r>
              <w:rPr>
                <w:sz w:val="13"/>
              </w:rPr>
              <w:t>0.99 (0.90, 1.10)</w:t>
            </w:r>
          </w:p>
        </w:tc>
        <w:tc>
          <w:tcPr>
            <w:tcW w:w="415" w:type="dxa"/>
            <w:tcBorders>
              <w:top w:val="nil"/>
              <w:left w:val="nil"/>
              <w:bottom w:val="nil"/>
              <w:right w:val="nil"/>
            </w:tcBorders>
          </w:tcPr>
          <w:p w14:paraId="003D1F3E" w14:textId="77777777" w:rsidR="001C61CC" w:rsidRDefault="000D727A">
            <w:pPr>
              <w:spacing w:after="0" w:line="240" w:lineRule="auto"/>
              <w:jc w:val="center"/>
            </w:pPr>
            <w:r>
              <w:rPr>
                <w:sz w:val="13"/>
              </w:rPr>
              <w:t>0.914</w:t>
            </w:r>
          </w:p>
        </w:tc>
      </w:tr>
      <w:tr w:rsidR="001C61CC" w14:paraId="6A323BA8" w14:textId="77777777">
        <w:tc>
          <w:tcPr>
            <w:tcW w:w="415" w:type="dxa"/>
            <w:tcBorders>
              <w:top w:val="nil"/>
              <w:left w:val="nil"/>
              <w:bottom w:val="nil"/>
              <w:right w:val="nil"/>
            </w:tcBorders>
          </w:tcPr>
          <w:p w14:paraId="2484E6DC" w14:textId="77777777" w:rsidR="001C61CC" w:rsidRDefault="000D727A">
            <w:pPr>
              <w:spacing w:after="0" w:line="240" w:lineRule="auto"/>
            </w:pPr>
            <w:r>
              <w:rPr>
                <w:sz w:val="13"/>
              </w:rPr>
              <w:t>2 or more pregnancy losses vs 0</w:t>
            </w:r>
          </w:p>
        </w:tc>
        <w:tc>
          <w:tcPr>
            <w:tcW w:w="415" w:type="dxa"/>
            <w:tcBorders>
              <w:top w:val="nil"/>
              <w:left w:val="nil"/>
              <w:bottom w:val="nil"/>
              <w:right w:val="nil"/>
            </w:tcBorders>
          </w:tcPr>
          <w:p w14:paraId="19994AB5" w14:textId="77777777" w:rsidR="001C61CC" w:rsidRDefault="000D727A">
            <w:pPr>
              <w:spacing w:after="0" w:line="240" w:lineRule="auto"/>
              <w:jc w:val="center"/>
            </w:pPr>
            <w:r>
              <w:rPr>
                <w:sz w:val="13"/>
              </w:rPr>
              <w:t>4145</w:t>
            </w:r>
          </w:p>
        </w:tc>
        <w:tc>
          <w:tcPr>
            <w:tcW w:w="415" w:type="dxa"/>
            <w:tcBorders>
              <w:top w:val="nil"/>
              <w:left w:val="nil"/>
              <w:bottom w:val="nil"/>
              <w:right w:val="nil"/>
            </w:tcBorders>
          </w:tcPr>
          <w:p w14:paraId="28D3D1DB" w14:textId="77777777" w:rsidR="001C61CC" w:rsidRDefault="000D727A">
            <w:pPr>
              <w:spacing w:after="0" w:line="240" w:lineRule="auto"/>
              <w:jc w:val="center"/>
            </w:pPr>
            <w:r>
              <w:rPr>
                <w:sz w:val="13"/>
              </w:rPr>
              <w:t>2000</w:t>
            </w:r>
          </w:p>
        </w:tc>
        <w:tc>
          <w:tcPr>
            <w:tcW w:w="415" w:type="dxa"/>
            <w:tcBorders>
              <w:top w:val="nil"/>
              <w:left w:val="nil"/>
              <w:bottom w:val="nil"/>
              <w:right w:val="nil"/>
            </w:tcBorders>
          </w:tcPr>
          <w:p w14:paraId="612678B4" w14:textId="77777777" w:rsidR="001C61CC" w:rsidRDefault="000D727A">
            <w:pPr>
              <w:spacing w:after="0" w:line="240" w:lineRule="auto"/>
              <w:jc w:val="center"/>
            </w:pPr>
            <w:r>
              <w:rPr>
                <w:sz w:val="13"/>
              </w:rPr>
              <w:t>0.97 (0.81, 1.16)</w:t>
            </w:r>
          </w:p>
        </w:tc>
        <w:tc>
          <w:tcPr>
            <w:tcW w:w="415" w:type="dxa"/>
            <w:tcBorders>
              <w:top w:val="nil"/>
              <w:left w:val="nil"/>
              <w:bottom w:val="nil"/>
              <w:right w:val="nil"/>
            </w:tcBorders>
          </w:tcPr>
          <w:p w14:paraId="1BF1696F" w14:textId="77777777" w:rsidR="001C61CC" w:rsidRDefault="000D727A">
            <w:pPr>
              <w:spacing w:after="0" w:line="240" w:lineRule="auto"/>
              <w:jc w:val="center"/>
            </w:pPr>
            <w:r>
              <w:rPr>
                <w:sz w:val="13"/>
              </w:rPr>
              <w:t>0.735</w:t>
            </w:r>
          </w:p>
        </w:tc>
        <w:tc>
          <w:tcPr>
            <w:tcW w:w="415" w:type="dxa"/>
            <w:tcBorders>
              <w:top w:val="nil"/>
              <w:left w:val="nil"/>
              <w:bottom w:val="nil"/>
              <w:right w:val="nil"/>
            </w:tcBorders>
          </w:tcPr>
          <w:p w14:paraId="17668B36" w14:textId="77777777" w:rsidR="001C61CC" w:rsidRDefault="000D727A">
            <w:pPr>
              <w:spacing w:after="0" w:line="240" w:lineRule="auto"/>
              <w:jc w:val="center"/>
            </w:pPr>
            <w:r>
              <w:rPr>
                <w:sz w:val="13"/>
              </w:rPr>
              <w:t>3290</w:t>
            </w:r>
          </w:p>
        </w:tc>
        <w:tc>
          <w:tcPr>
            <w:tcW w:w="415" w:type="dxa"/>
            <w:tcBorders>
              <w:top w:val="nil"/>
              <w:left w:val="nil"/>
              <w:bottom w:val="nil"/>
              <w:right w:val="nil"/>
            </w:tcBorders>
          </w:tcPr>
          <w:p w14:paraId="53F75FD2" w14:textId="77777777" w:rsidR="001C61CC" w:rsidRDefault="000D727A">
            <w:pPr>
              <w:spacing w:after="0" w:line="240" w:lineRule="auto"/>
              <w:jc w:val="center"/>
            </w:pPr>
            <w:r>
              <w:rPr>
                <w:sz w:val="13"/>
              </w:rPr>
              <w:t>1598</w:t>
            </w:r>
          </w:p>
        </w:tc>
        <w:tc>
          <w:tcPr>
            <w:tcW w:w="415" w:type="dxa"/>
            <w:tcBorders>
              <w:top w:val="nil"/>
              <w:left w:val="nil"/>
              <w:bottom w:val="nil"/>
              <w:right w:val="nil"/>
            </w:tcBorders>
          </w:tcPr>
          <w:p w14:paraId="5423E6E3" w14:textId="77777777" w:rsidR="001C61CC" w:rsidRDefault="000D727A">
            <w:pPr>
              <w:spacing w:after="0" w:line="240" w:lineRule="auto"/>
              <w:jc w:val="center"/>
            </w:pPr>
            <w:r>
              <w:rPr>
                <w:sz w:val="13"/>
              </w:rPr>
              <w:t>1.02 (0.84, 1.25)</w:t>
            </w:r>
          </w:p>
        </w:tc>
        <w:tc>
          <w:tcPr>
            <w:tcW w:w="415" w:type="dxa"/>
            <w:tcBorders>
              <w:top w:val="nil"/>
              <w:left w:val="nil"/>
              <w:bottom w:val="nil"/>
              <w:right w:val="nil"/>
            </w:tcBorders>
          </w:tcPr>
          <w:p w14:paraId="005D6604" w14:textId="77777777" w:rsidR="001C61CC" w:rsidRDefault="000D727A">
            <w:pPr>
              <w:spacing w:after="0" w:line="240" w:lineRule="auto"/>
              <w:jc w:val="center"/>
            </w:pPr>
            <w:r>
              <w:rPr>
                <w:sz w:val="13"/>
              </w:rPr>
              <w:t>0.808</w:t>
            </w:r>
          </w:p>
        </w:tc>
        <w:tc>
          <w:tcPr>
            <w:tcW w:w="415" w:type="dxa"/>
            <w:tcBorders>
              <w:top w:val="nil"/>
              <w:left w:val="nil"/>
              <w:bottom w:val="nil"/>
              <w:right w:val="nil"/>
            </w:tcBorders>
          </w:tcPr>
          <w:p w14:paraId="1A1F48E0" w14:textId="77777777" w:rsidR="001C61CC" w:rsidRDefault="000D727A">
            <w:pPr>
              <w:spacing w:after="0" w:line="240" w:lineRule="auto"/>
              <w:jc w:val="center"/>
            </w:pPr>
            <w:r>
              <w:rPr>
                <w:sz w:val="13"/>
              </w:rPr>
              <w:t>2563</w:t>
            </w:r>
          </w:p>
        </w:tc>
        <w:tc>
          <w:tcPr>
            <w:tcW w:w="415" w:type="dxa"/>
            <w:tcBorders>
              <w:top w:val="nil"/>
              <w:left w:val="nil"/>
              <w:bottom w:val="nil"/>
              <w:right w:val="nil"/>
            </w:tcBorders>
          </w:tcPr>
          <w:p w14:paraId="3D3B6D4D" w14:textId="77777777" w:rsidR="001C61CC" w:rsidRDefault="000D727A">
            <w:pPr>
              <w:spacing w:after="0" w:line="240" w:lineRule="auto"/>
              <w:jc w:val="center"/>
            </w:pPr>
            <w:r>
              <w:rPr>
                <w:sz w:val="13"/>
              </w:rPr>
              <w:t>1262</w:t>
            </w:r>
          </w:p>
        </w:tc>
        <w:tc>
          <w:tcPr>
            <w:tcW w:w="415" w:type="dxa"/>
            <w:tcBorders>
              <w:top w:val="nil"/>
              <w:left w:val="nil"/>
              <w:bottom w:val="nil"/>
              <w:right w:val="nil"/>
            </w:tcBorders>
          </w:tcPr>
          <w:p w14:paraId="2BDD0676" w14:textId="77777777" w:rsidR="001C61CC" w:rsidRDefault="000D727A">
            <w:pPr>
              <w:spacing w:after="0" w:line="240" w:lineRule="auto"/>
              <w:jc w:val="center"/>
            </w:pPr>
            <w:r>
              <w:rPr>
                <w:sz w:val="13"/>
              </w:rPr>
              <w:t>0.95 (0.75, 1.20)</w:t>
            </w:r>
          </w:p>
        </w:tc>
        <w:tc>
          <w:tcPr>
            <w:tcW w:w="415" w:type="dxa"/>
            <w:tcBorders>
              <w:top w:val="nil"/>
              <w:left w:val="nil"/>
              <w:bottom w:val="nil"/>
              <w:right w:val="nil"/>
            </w:tcBorders>
          </w:tcPr>
          <w:p w14:paraId="594DA09A" w14:textId="77777777" w:rsidR="001C61CC" w:rsidRDefault="000D727A">
            <w:pPr>
              <w:spacing w:after="0" w:line="240" w:lineRule="auto"/>
              <w:jc w:val="center"/>
            </w:pPr>
            <w:r>
              <w:rPr>
                <w:sz w:val="13"/>
              </w:rPr>
              <w:t>0.644</w:t>
            </w:r>
          </w:p>
        </w:tc>
        <w:tc>
          <w:tcPr>
            <w:tcW w:w="415" w:type="dxa"/>
            <w:tcBorders>
              <w:top w:val="nil"/>
              <w:left w:val="nil"/>
              <w:bottom w:val="nil"/>
              <w:right w:val="nil"/>
            </w:tcBorders>
          </w:tcPr>
          <w:p w14:paraId="12171594" w14:textId="77777777" w:rsidR="001C61CC" w:rsidRDefault="000D727A">
            <w:pPr>
              <w:spacing w:after="0" w:line="240" w:lineRule="auto"/>
              <w:jc w:val="center"/>
            </w:pPr>
            <w:r>
              <w:rPr>
                <w:sz w:val="13"/>
              </w:rPr>
              <w:t>4145</w:t>
            </w:r>
          </w:p>
        </w:tc>
        <w:tc>
          <w:tcPr>
            <w:tcW w:w="415" w:type="dxa"/>
            <w:tcBorders>
              <w:top w:val="nil"/>
              <w:left w:val="nil"/>
              <w:bottom w:val="nil"/>
              <w:right w:val="nil"/>
            </w:tcBorders>
          </w:tcPr>
          <w:p w14:paraId="1AA39C3E" w14:textId="77777777" w:rsidR="001C61CC" w:rsidRDefault="000D727A">
            <w:pPr>
              <w:spacing w:after="0" w:line="240" w:lineRule="auto"/>
              <w:jc w:val="center"/>
            </w:pPr>
            <w:r>
              <w:rPr>
                <w:sz w:val="13"/>
              </w:rPr>
              <w:t>2000</w:t>
            </w:r>
          </w:p>
        </w:tc>
        <w:tc>
          <w:tcPr>
            <w:tcW w:w="415" w:type="dxa"/>
            <w:tcBorders>
              <w:top w:val="nil"/>
              <w:left w:val="nil"/>
              <w:bottom w:val="nil"/>
              <w:right w:val="nil"/>
            </w:tcBorders>
          </w:tcPr>
          <w:p w14:paraId="11ADC953" w14:textId="77777777" w:rsidR="001C61CC" w:rsidRDefault="000D727A">
            <w:pPr>
              <w:spacing w:after="0" w:line="240" w:lineRule="auto"/>
              <w:jc w:val="center"/>
            </w:pPr>
            <w:r>
              <w:rPr>
                <w:sz w:val="13"/>
              </w:rPr>
              <w:t>1.03 (0.95, 1.10)</w:t>
            </w:r>
          </w:p>
        </w:tc>
        <w:tc>
          <w:tcPr>
            <w:tcW w:w="415" w:type="dxa"/>
            <w:tcBorders>
              <w:top w:val="nil"/>
              <w:left w:val="nil"/>
              <w:bottom w:val="nil"/>
              <w:right w:val="nil"/>
            </w:tcBorders>
          </w:tcPr>
          <w:p w14:paraId="53111D9D" w14:textId="77777777" w:rsidR="001C61CC" w:rsidRDefault="000D727A">
            <w:pPr>
              <w:spacing w:after="0" w:line="240" w:lineRule="auto"/>
              <w:jc w:val="center"/>
            </w:pPr>
            <w:r>
              <w:rPr>
                <w:sz w:val="13"/>
              </w:rPr>
              <w:t>0.473</w:t>
            </w:r>
          </w:p>
        </w:tc>
        <w:tc>
          <w:tcPr>
            <w:tcW w:w="415" w:type="dxa"/>
            <w:tcBorders>
              <w:top w:val="nil"/>
              <w:left w:val="nil"/>
              <w:bottom w:val="nil"/>
              <w:right w:val="nil"/>
            </w:tcBorders>
          </w:tcPr>
          <w:p w14:paraId="52A9ED2C" w14:textId="77777777" w:rsidR="001C61CC" w:rsidRDefault="000D727A">
            <w:pPr>
              <w:spacing w:after="0" w:line="240" w:lineRule="auto"/>
              <w:jc w:val="center"/>
            </w:pPr>
            <w:r>
              <w:rPr>
                <w:sz w:val="13"/>
              </w:rPr>
              <w:t>3290</w:t>
            </w:r>
          </w:p>
        </w:tc>
        <w:tc>
          <w:tcPr>
            <w:tcW w:w="415" w:type="dxa"/>
            <w:tcBorders>
              <w:top w:val="nil"/>
              <w:left w:val="nil"/>
              <w:bottom w:val="nil"/>
              <w:right w:val="nil"/>
            </w:tcBorders>
          </w:tcPr>
          <w:p w14:paraId="5BFC825B" w14:textId="77777777" w:rsidR="001C61CC" w:rsidRDefault="000D727A">
            <w:pPr>
              <w:spacing w:after="0" w:line="240" w:lineRule="auto"/>
              <w:jc w:val="center"/>
            </w:pPr>
            <w:r>
              <w:rPr>
                <w:sz w:val="13"/>
              </w:rPr>
              <w:t>1598</w:t>
            </w:r>
          </w:p>
        </w:tc>
        <w:tc>
          <w:tcPr>
            <w:tcW w:w="415" w:type="dxa"/>
            <w:tcBorders>
              <w:top w:val="nil"/>
              <w:left w:val="nil"/>
              <w:bottom w:val="nil"/>
              <w:right w:val="nil"/>
            </w:tcBorders>
          </w:tcPr>
          <w:p w14:paraId="0121C0F1" w14:textId="77777777" w:rsidR="001C61CC" w:rsidRDefault="000D727A">
            <w:pPr>
              <w:spacing w:after="0" w:line="240" w:lineRule="auto"/>
              <w:jc w:val="center"/>
            </w:pPr>
            <w:r>
              <w:rPr>
                <w:sz w:val="13"/>
              </w:rPr>
              <w:t>1.04 (0.96, 1.13)</w:t>
            </w:r>
          </w:p>
        </w:tc>
        <w:tc>
          <w:tcPr>
            <w:tcW w:w="415" w:type="dxa"/>
            <w:tcBorders>
              <w:top w:val="nil"/>
              <w:left w:val="nil"/>
              <w:bottom w:val="nil"/>
              <w:right w:val="nil"/>
            </w:tcBorders>
          </w:tcPr>
          <w:p w14:paraId="06F395E7" w14:textId="77777777" w:rsidR="001C61CC" w:rsidRDefault="000D727A">
            <w:pPr>
              <w:spacing w:after="0" w:line="240" w:lineRule="auto"/>
              <w:jc w:val="center"/>
            </w:pPr>
            <w:r>
              <w:rPr>
                <w:sz w:val="13"/>
              </w:rPr>
              <w:t>0.319</w:t>
            </w:r>
          </w:p>
        </w:tc>
        <w:tc>
          <w:tcPr>
            <w:tcW w:w="415" w:type="dxa"/>
            <w:tcBorders>
              <w:top w:val="nil"/>
              <w:left w:val="nil"/>
              <w:bottom w:val="nil"/>
              <w:right w:val="nil"/>
            </w:tcBorders>
          </w:tcPr>
          <w:p w14:paraId="49CA62CF" w14:textId="77777777" w:rsidR="001C61CC" w:rsidRDefault="000D727A">
            <w:pPr>
              <w:spacing w:after="0" w:line="240" w:lineRule="auto"/>
              <w:jc w:val="center"/>
            </w:pPr>
            <w:r>
              <w:rPr>
                <w:sz w:val="13"/>
              </w:rPr>
              <w:t>2563</w:t>
            </w:r>
          </w:p>
        </w:tc>
        <w:tc>
          <w:tcPr>
            <w:tcW w:w="415" w:type="dxa"/>
            <w:tcBorders>
              <w:top w:val="nil"/>
              <w:left w:val="nil"/>
              <w:bottom w:val="nil"/>
              <w:right w:val="nil"/>
            </w:tcBorders>
          </w:tcPr>
          <w:p w14:paraId="743D84C3" w14:textId="77777777" w:rsidR="001C61CC" w:rsidRDefault="000D727A">
            <w:pPr>
              <w:spacing w:after="0" w:line="240" w:lineRule="auto"/>
              <w:jc w:val="center"/>
            </w:pPr>
            <w:r>
              <w:rPr>
                <w:sz w:val="13"/>
              </w:rPr>
              <w:t>1262</w:t>
            </w:r>
          </w:p>
        </w:tc>
        <w:tc>
          <w:tcPr>
            <w:tcW w:w="415" w:type="dxa"/>
            <w:tcBorders>
              <w:top w:val="nil"/>
              <w:left w:val="nil"/>
              <w:bottom w:val="nil"/>
              <w:right w:val="nil"/>
            </w:tcBorders>
          </w:tcPr>
          <w:p w14:paraId="771B2206" w14:textId="77777777" w:rsidR="001C61CC" w:rsidRDefault="000D727A">
            <w:pPr>
              <w:spacing w:after="0" w:line="240" w:lineRule="auto"/>
              <w:jc w:val="center"/>
            </w:pPr>
            <w:r>
              <w:rPr>
                <w:sz w:val="13"/>
              </w:rPr>
              <w:t>0.99 (0.90, 1.10)</w:t>
            </w:r>
          </w:p>
        </w:tc>
        <w:tc>
          <w:tcPr>
            <w:tcW w:w="415" w:type="dxa"/>
            <w:tcBorders>
              <w:top w:val="nil"/>
              <w:left w:val="nil"/>
              <w:bottom w:val="nil"/>
              <w:right w:val="nil"/>
            </w:tcBorders>
          </w:tcPr>
          <w:p w14:paraId="66F543AD" w14:textId="77777777" w:rsidR="001C61CC" w:rsidRDefault="000D727A">
            <w:pPr>
              <w:spacing w:after="0" w:line="240" w:lineRule="auto"/>
              <w:jc w:val="center"/>
            </w:pPr>
            <w:r>
              <w:rPr>
                <w:sz w:val="13"/>
              </w:rPr>
              <w:t>0.914</w:t>
            </w:r>
          </w:p>
        </w:tc>
      </w:tr>
      <w:tr w:rsidR="001C61CC" w14:paraId="68726E0E" w14:textId="77777777">
        <w:tc>
          <w:tcPr>
            <w:tcW w:w="415" w:type="dxa"/>
            <w:tcBorders>
              <w:top w:val="nil"/>
              <w:left w:val="nil"/>
              <w:bottom w:val="single" w:sz="10" w:space="0" w:color="000000"/>
              <w:right w:val="nil"/>
            </w:tcBorders>
          </w:tcPr>
          <w:p w14:paraId="242786E2" w14:textId="77777777" w:rsidR="001C61CC" w:rsidRDefault="000D727A">
            <w:pPr>
              <w:spacing w:after="0" w:line="240" w:lineRule="auto"/>
            </w:pPr>
            <w:r>
              <w:rPr>
                <w:sz w:val="13"/>
              </w:rPr>
              <w:t>Trend per higher category</w:t>
            </w:r>
          </w:p>
        </w:tc>
        <w:tc>
          <w:tcPr>
            <w:tcW w:w="415" w:type="dxa"/>
            <w:tcBorders>
              <w:top w:val="nil"/>
              <w:left w:val="nil"/>
              <w:bottom w:val="single" w:sz="10" w:space="0" w:color="000000"/>
              <w:right w:val="nil"/>
            </w:tcBorders>
          </w:tcPr>
          <w:p w14:paraId="1B6E4054"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6FA6A124"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6680DEFB"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78F73B97"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3FB60C16"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45FA8820"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37450F30"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6F647CED"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7D197DCA"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55FBAB96"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32F2876A"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1D41B2E5" w14:textId="77777777" w:rsidR="001C61CC" w:rsidRDefault="001C61CC">
            <w:pPr>
              <w:spacing w:after="0" w:line="240" w:lineRule="auto"/>
              <w:jc w:val="center"/>
            </w:pPr>
          </w:p>
        </w:tc>
        <w:tc>
          <w:tcPr>
            <w:tcW w:w="415" w:type="dxa"/>
            <w:tcBorders>
              <w:top w:val="nil"/>
              <w:left w:val="nil"/>
              <w:bottom w:val="single" w:sz="10" w:space="0" w:color="000000"/>
              <w:right w:val="nil"/>
            </w:tcBorders>
          </w:tcPr>
          <w:p w14:paraId="7C78B64E" w14:textId="77777777" w:rsidR="001C61CC" w:rsidRDefault="000D727A">
            <w:pPr>
              <w:spacing w:after="0" w:line="240" w:lineRule="auto"/>
              <w:jc w:val="center"/>
            </w:pPr>
            <w:r>
              <w:rPr>
                <w:sz w:val="13"/>
              </w:rPr>
              <w:t>4145</w:t>
            </w:r>
          </w:p>
        </w:tc>
        <w:tc>
          <w:tcPr>
            <w:tcW w:w="415" w:type="dxa"/>
            <w:tcBorders>
              <w:top w:val="nil"/>
              <w:left w:val="nil"/>
              <w:bottom w:val="single" w:sz="10" w:space="0" w:color="000000"/>
              <w:right w:val="nil"/>
            </w:tcBorders>
          </w:tcPr>
          <w:p w14:paraId="3DF6DA9A" w14:textId="77777777" w:rsidR="001C61CC" w:rsidRDefault="000D727A">
            <w:pPr>
              <w:spacing w:after="0" w:line="240" w:lineRule="auto"/>
              <w:jc w:val="center"/>
            </w:pPr>
            <w:r>
              <w:rPr>
                <w:sz w:val="13"/>
              </w:rPr>
              <w:t>2000</w:t>
            </w:r>
          </w:p>
        </w:tc>
        <w:tc>
          <w:tcPr>
            <w:tcW w:w="415" w:type="dxa"/>
            <w:tcBorders>
              <w:top w:val="nil"/>
              <w:left w:val="nil"/>
              <w:bottom w:val="single" w:sz="10" w:space="0" w:color="000000"/>
              <w:right w:val="nil"/>
            </w:tcBorders>
          </w:tcPr>
          <w:p w14:paraId="422D20FC" w14:textId="77777777" w:rsidR="001C61CC" w:rsidRDefault="000D727A">
            <w:pPr>
              <w:spacing w:after="0" w:line="240" w:lineRule="auto"/>
              <w:jc w:val="center"/>
            </w:pPr>
            <w:r>
              <w:rPr>
                <w:sz w:val="13"/>
              </w:rPr>
              <w:t>1.03 (0.95, 1.10)</w:t>
            </w:r>
          </w:p>
        </w:tc>
        <w:tc>
          <w:tcPr>
            <w:tcW w:w="415" w:type="dxa"/>
            <w:tcBorders>
              <w:top w:val="nil"/>
              <w:left w:val="nil"/>
              <w:bottom w:val="single" w:sz="10" w:space="0" w:color="000000"/>
              <w:right w:val="nil"/>
            </w:tcBorders>
          </w:tcPr>
          <w:p w14:paraId="5857319F" w14:textId="77777777" w:rsidR="001C61CC" w:rsidRDefault="000D727A">
            <w:pPr>
              <w:spacing w:after="0" w:line="240" w:lineRule="auto"/>
              <w:jc w:val="center"/>
            </w:pPr>
            <w:r>
              <w:rPr>
                <w:sz w:val="13"/>
              </w:rPr>
              <w:t>0.473</w:t>
            </w:r>
          </w:p>
        </w:tc>
        <w:tc>
          <w:tcPr>
            <w:tcW w:w="415" w:type="dxa"/>
            <w:tcBorders>
              <w:top w:val="nil"/>
              <w:left w:val="nil"/>
              <w:bottom w:val="single" w:sz="10" w:space="0" w:color="000000"/>
              <w:right w:val="nil"/>
            </w:tcBorders>
          </w:tcPr>
          <w:p w14:paraId="241784F1" w14:textId="77777777" w:rsidR="001C61CC" w:rsidRDefault="000D727A">
            <w:pPr>
              <w:spacing w:after="0" w:line="240" w:lineRule="auto"/>
              <w:jc w:val="center"/>
            </w:pPr>
            <w:r>
              <w:rPr>
                <w:sz w:val="13"/>
              </w:rPr>
              <w:t>3290</w:t>
            </w:r>
          </w:p>
        </w:tc>
        <w:tc>
          <w:tcPr>
            <w:tcW w:w="415" w:type="dxa"/>
            <w:tcBorders>
              <w:top w:val="nil"/>
              <w:left w:val="nil"/>
              <w:bottom w:val="single" w:sz="10" w:space="0" w:color="000000"/>
              <w:right w:val="nil"/>
            </w:tcBorders>
          </w:tcPr>
          <w:p w14:paraId="3553E5C5" w14:textId="77777777" w:rsidR="001C61CC" w:rsidRDefault="000D727A">
            <w:pPr>
              <w:spacing w:after="0" w:line="240" w:lineRule="auto"/>
              <w:jc w:val="center"/>
            </w:pPr>
            <w:r>
              <w:rPr>
                <w:sz w:val="13"/>
              </w:rPr>
              <w:t>1598</w:t>
            </w:r>
          </w:p>
        </w:tc>
        <w:tc>
          <w:tcPr>
            <w:tcW w:w="415" w:type="dxa"/>
            <w:tcBorders>
              <w:top w:val="nil"/>
              <w:left w:val="nil"/>
              <w:bottom w:val="single" w:sz="10" w:space="0" w:color="000000"/>
              <w:right w:val="nil"/>
            </w:tcBorders>
          </w:tcPr>
          <w:p w14:paraId="6EA296B2" w14:textId="77777777" w:rsidR="001C61CC" w:rsidRDefault="000D727A">
            <w:pPr>
              <w:spacing w:after="0" w:line="240" w:lineRule="auto"/>
              <w:jc w:val="center"/>
            </w:pPr>
            <w:r>
              <w:rPr>
                <w:sz w:val="13"/>
              </w:rPr>
              <w:t>1.04 (0.96, 1.13)</w:t>
            </w:r>
          </w:p>
        </w:tc>
        <w:tc>
          <w:tcPr>
            <w:tcW w:w="415" w:type="dxa"/>
            <w:tcBorders>
              <w:top w:val="nil"/>
              <w:left w:val="nil"/>
              <w:bottom w:val="single" w:sz="10" w:space="0" w:color="000000"/>
              <w:right w:val="nil"/>
            </w:tcBorders>
          </w:tcPr>
          <w:p w14:paraId="6E7C2C96" w14:textId="77777777" w:rsidR="001C61CC" w:rsidRDefault="000D727A">
            <w:pPr>
              <w:spacing w:after="0" w:line="240" w:lineRule="auto"/>
              <w:jc w:val="center"/>
            </w:pPr>
            <w:r>
              <w:rPr>
                <w:sz w:val="13"/>
              </w:rPr>
              <w:t>0.319</w:t>
            </w:r>
          </w:p>
        </w:tc>
        <w:tc>
          <w:tcPr>
            <w:tcW w:w="415" w:type="dxa"/>
            <w:tcBorders>
              <w:top w:val="nil"/>
              <w:left w:val="nil"/>
              <w:bottom w:val="single" w:sz="10" w:space="0" w:color="000000"/>
              <w:right w:val="nil"/>
            </w:tcBorders>
          </w:tcPr>
          <w:p w14:paraId="2CC7757F" w14:textId="77777777" w:rsidR="001C61CC" w:rsidRDefault="000D727A">
            <w:pPr>
              <w:spacing w:after="0" w:line="240" w:lineRule="auto"/>
              <w:jc w:val="center"/>
            </w:pPr>
            <w:r>
              <w:rPr>
                <w:sz w:val="13"/>
              </w:rPr>
              <w:t>2563</w:t>
            </w:r>
          </w:p>
        </w:tc>
        <w:tc>
          <w:tcPr>
            <w:tcW w:w="415" w:type="dxa"/>
            <w:tcBorders>
              <w:top w:val="nil"/>
              <w:left w:val="nil"/>
              <w:bottom w:val="single" w:sz="10" w:space="0" w:color="000000"/>
              <w:right w:val="nil"/>
            </w:tcBorders>
          </w:tcPr>
          <w:p w14:paraId="7AF35E7A" w14:textId="77777777" w:rsidR="001C61CC" w:rsidRDefault="000D727A">
            <w:pPr>
              <w:spacing w:after="0" w:line="240" w:lineRule="auto"/>
              <w:jc w:val="center"/>
            </w:pPr>
            <w:r>
              <w:rPr>
                <w:sz w:val="13"/>
              </w:rPr>
              <w:t>1262</w:t>
            </w:r>
          </w:p>
        </w:tc>
        <w:tc>
          <w:tcPr>
            <w:tcW w:w="415" w:type="dxa"/>
            <w:tcBorders>
              <w:top w:val="nil"/>
              <w:left w:val="nil"/>
              <w:bottom w:val="single" w:sz="10" w:space="0" w:color="000000"/>
              <w:right w:val="nil"/>
            </w:tcBorders>
          </w:tcPr>
          <w:p w14:paraId="657C6A40" w14:textId="77777777" w:rsidR="001C61CC" w:rsidRDefault="000D727A">
            <w:pPr>
              <w:spacing w:after="0" w:line="240" w:lineRule="auto"/>
              <w:jc w:val="center"/>
            </w:pPr>
            <w:r>
              <w:rPr>
                <w:sz w:val="13"/>
              </w:rPr>
              <w:t>0.99 (0.90, 1.10)</w:t>
            </w:r>
          </w:p>
        </w:tc>
        <w:tc>
          <w:tcPr>
            <w:tcW w:w="415" w:type="dxa"/>
            <w:tcBorders>
              <w:top w:val="nil"/>
              <w:left w:val="nil"/>
              <w:bottom w:val="single" w:sz="10" w:space="0" w:color="000000"/>
              <w:right w:val="nil"/>
            </w:tcBorders>
          </w:tcPr>
          <w:p w14:paraId="710503DF" w14:textId="77777777" w:rsidR="001C61CC" w:rsidRDefault="000D727A">
            <w:pPr>
              <w:spacing w:after="0" w:line="240" w:lineRule="auto"/>
              <w:jc w:val="center"/>
            </w:pPr>
            <w:r>
              <w:rPr>
                <w:sz w:val="13"/>
              </w:rPr>
              <w:t>0.914</w:t>
            </w:r>
          </w:p>
        </w:tc>
      </w:tr>
    </w:tbl>
    <w:p w14:paraId="08F50C98" w14:textId="77777777" w:rsidR="001C61CC" w:rsidRDefault="001C61CC"/>
    <w:p w14:paraId="3BF0E036" w14:textId="77777777" w:rsidR="001C61CC" w:rsidRDefault="000D727A">
      <w:pPr>
        <w:spacing w:after="80"/>
      </w:pPr>
      <w:r>
        <w:rPr>
          <w:sz w:val="16"/>
        </w:rPr>
        <w:t>Note: Dose-response models compared one loss and two or more losses with no loss and additionally estimated a linear trend across capped loss-count categories.</w:t>
      </w:r>
    </w:p>
    <w:p w14:paraId="22D64BEA" w14:textId="77777777" w:rsidR="001C61CC" w:rsidRDefault="000D727A">
      <w:r>
        <w:br w:type="page"/>
      </w:r>
    </w:p>
    <w:p w14:paraId="122B10C0" w14:textId="77777777" w:rsidR="001C61CC" w:rsidRDefault="000D727A">
      <w:pPr>
        <w:spacing w:after="80"/>
      </w:pPr>
      <w:r>
        <w:rPr>
          <w:b/>
          <w:sz w:val="24"/>
        </w:rPr>
        <w:lastRenderedPageBreak/>
        <w:t>Supplementary Table 10. Same-sample attenuation analyses for the cross-sectional association between pregnancy loss and depressive symptoms</w:t>
      </w:r>
    </w:p>
    <w:tbl>
      <w:tblPr>
        <w:tblW w:w="0" w:type="auto"/>
        <w:tblLook w:val="04A0" w:firstRow="1" w:lastRow="0" w:firstColumn="1" w:lastColumn="0" w:noHBand="0" w:noVBand="1"/>
      </w:tblPr>
      <w:tblGrid>
        <w:gridCol w:w="2073"/>
        <w:gridCol w:w="2073"/>
        <w:gridCol w:w="2074"/>
        <w:gridCol w:w="2074"/>
        <w:gridCol w:w="2074"/>
      </w:tblGrid>
      <w:tr w:rsidR="001C61CC" w14:paraId="1D9FFAB2" w14:textId="77777777">
        <w:tc>
          <w:tcPr>
            <w:tcW w:w="2074" w:type="dxa"/>
            <w:tcBorders>
              <w:top w:val="single" w:sz="10" w:space="0" w:color="000000"/>
              <w:left w:val="nil"/>
              <w:bottom w:val="single" w:sz="10" w:space="0" w:color="000000"/>
              <w:right w:val="nil"/>
            </w:tcBorders>
          </w:tcPr>
          <w:p w14:paraId="192E46D5" w14:textId="77777777" w:rsidR="001C61CC" w:rsidRDefault="000D727A">
            <w:pPr>
              <w:spacing w:after="0" w:line="240" w:lineRule="auto"/>
            </w:pPr>
            <w:r>
              <w:rPr>
                <w:b/>
                <w:sz w:val="16"/>
              </w:rPr>
              <w:t>Model</w:t>
            </w:r>
          </w:p>
        </w:tc>
        <w:tc>
          <w:tcPr>
            <w:tcW w:w="2074" w:type="dxa"/>
            <w:tcBorders>
              <w:top w:val="single" w:sz="10" w:space="0" w:color="000000"/>
              <w:left w:val="nil"/>
              <w:bottom w:val="single" w:sz="10" w:space="0" w:color="000000"/>
              <w:right w:val="nil"/>
            </w:tcBorders>
          </w:tcPr>
          <w:p w14:paraId="1F600BE2" w14:textId="77777777" w:rsidR="001C61CC" w:rsidRDefault="000D727A">
            <w:pPr>
              <w:spacing w:after="0" w:line="240" w:lineRule="auto"/>
              <w:jc w:val="center"/>
            </w:pPr>
            <w:r>
              <w:rPr>
                <w:b/>
                <w:sz w:val="16"/>
              </w:rPr>
              <w:t>Analytic n</w:t>
            </w:r>
          </w:p>
        </w:tc>
        <w:tc>
          <w:tcPr>
            <w:tcW w:w="2074" w:type="dxa"/>
            <w:tcBorders>
              <w:top w:val="single" w:sz="10" w:space="0" w:color="000000"/>
              <w:left w:val="nil"/>
              <w:bottom w:val="single" w:sz="10" w:space="0" w:color="000000"/>
              <w:right w:val="nil"/>
            </w:tcBorders>
          </w:tcPr>
          <w:p w14:paraId="42B4A0E9" w14:textId="77777777" w:rsidR="001C61CC" w:rsidRDefault="000D727A">
            <w:pPr>
              <w:spacing w:after="0" w:line="240" w:lineRule="auto"/>
              <w:jc w:val="center"/>
            </w:pPr>
            <w:r>
              <w:rPr>
                <w:b/>
                <w:sz w:val="16"/>
              </w:rPr>
              <w:t>Cases or events</w:t>
            </w:r>
          </w:p>
        </w:tc>
        <w:tc>
          <w:tcPr>
            <w:tcW w:w="2074" w:type="dxa"/>
            <w:tcBorders>
              <w:top w:val="single" w:sz="10" w:space="0" w:color="000000"/>
              <w:left w:val="nil"/>
              <w:bottom w:val="single" w:sz="10" w:space="0" w:color="000000"/>
              <w:right w:val="nil"/>
            </w:tcBorders>
          </w:tcPr>
          <w:p w14:paraId="268DF33F" w14:textId="77777777" w:rsidR="001C61CC" w:rsidRDefault="000D727A">
            <w:pPr>
              <w:spacing w:after="0" w:line="240" w:lineRule="auto"/>
              <w:jc w:val="center"/>
            </w:pPr>
            <w:r>
              <w:rPr>
                <w:b/>
                <w:sz w:val="16"/>
              </w:rPr>
              <w:t>Estimate</w:t>
            </w:r>
          </w:p>
        </w:tc>
        <w:tc>
          <w:tcPr>
            <w:tcW w:w="2074" w:type="dxa"/>
            <w:tcBorders>
              <w:top w:val="single" w:sz="10" w:space="0" w:color="000000"/>
              <w:left w:val="nil"/>
              <w:bottom w:val="single" w:sz="10" w:space="0" w:color="000000"/>
              <w:right w:val="nil"/>
            </w:tcBorders>
          </w:tcPr>
          <w:p w14:paraId="2EB9813E" w14:textId="77777777" w:rsidR="001C61CC" w:rsidRDefault="000D727A">
            <w:pPr>
              <w:spacing w:after="0" w:line="240" w:lineRule="auto"/>
              <w:jc w:val="center"/>
            </w:pPr>
            <w:r>
              <w:rPr>
                <w:b/>
                <w:sz w:val="16"/>
              </w:rPr>
              <w:t>P value</w:t>
            </w:r>
          </w:p>
        </w:tc>
      </w:tr>
      <w:tr w:rsidR="001C61CC" w14:paraId="18A8ECA9" w14:textId="77777777">
        <w:tc>
          <w:tcPr>
            <w:tcW w:w="2074" w:type="dxa"/>
            <w:tcBorders>
              <w:top w:val="nil"/>
              <w:left w:val="nil"/>
              <w:bottom w:val="nil"/>
              <w:right w:val="nil"/>
            </w:tcBorders>
          </w:tcPr>
          <w:p w14:paraId="1D6149F8" w14:textId="77777777" w:rsidR="001C61CC" w:rsidRDefault="000D727A">
            <w:pPr>
              <w:spacing w:after="0" w:line="240" w:lineRule="auto"/>
            </w:pPr>
            <w:r>
              <w:rPr>
                <w:sz w:val="16"/>
              </w:rPr>
              <w:t>Base covariates only</w:t>
            </w:r>
          </w:p>
        </w:tc>
        <w:tc>
          <w:tcPr>
            <w:tcW w:w="2074" w:type="dxa"/>
            <w:tcBorders>
              <w:top w:val="nil"/>
              <w:left w:val="nil"/>
              <w:bottom w:val="nil"/>
              <w:right w:val="nil"/>
            </w:tcBorders>
          </w:tcPr>
          <w:p w14:paraId="385F77A0" w14:textId="77777777" w:rsidR="001C61CC" w:rsidRDefault="000D727A">
            <w:pPr>
              <w:spacing w:after="0" w:line="240" w:lineRule="auto"/>
              <w:jc w:val="center"/>
            </w:pPr>
            <w:r>
              <w:rPr>
                <w:sz w:val="16"/>
              </w:rPr>
              <w:t>7152</w:t>
            </w:r>
          </w:p>
        </w:tc>
        <w:tc>
          <w:tcPr>
            <w:tcW w:w="2074" w:type="dxa"/>
            <w:tcBorders>
              <w:top w:val="nil"/>
              <w:left w:val="nil"/>
              <w:bottom w:val="nil"/>
              <w:right w:val="nil"/>
            </w:tcBorders>
          </w:tcPr>
          <w:p w14:paraId="417D085F" w14:textId="77777777" w:rsidR="001C61CC" w:rsidRDefault="000D727A">
            <w:pPr>
              <w:spacing w:after="0" w:line="240" w:lineRule="auto"/>
              <w:jc w:val="center"/>
            </w:pPr>
            <w:r>
              <w:rPr>
                <w:sz w:val="16"/>
              </w:rPr>
              <w:t>3157</w:t>
            </w:r>
          </w:p>
        </w:tc>
        <w:tc>
          <w:tcPr>
            <w:tcW w:w="2074" w:type="dxa"/>
            <w:tcBorders>
              <w:top w:val="nil"/>
              <w:left w:val="nil"/>
              <w:bottom w:val="nil"/>
              <w:right w:val="nil"/>
            </w:tcBorders>
          </w:tcPr>
          <w:p w14:paraId="74B6F6C8" w14:textId="77777777" w:rsidR="001C61CC" w:rsidRDefault="000D727A">
            <w:pPr>
              <w:spacing w:after="0" w:line="240" w:lineRule="auto"/>
              <w:jc w:val="center"/>
            </w:pPr>
            <w:r>
              <w:rPr>
                <w:sz w:val="16"/>
              </w:rPr>
              <w:t>1.15 (1.04, 1.28)</w:t>
            </w:r>
          </w:p>
        </w:tc>
        <w:tc>
          <w:tcPr>
            <w:tcW w:w="2074" w:type="dxa"/>
            <w:tcBorders>
              <w:top w:val="nil"/>
              <w:left w:val="nil"/>
              <w:bottom w:val="nil"/>
              <w:right w:val="nil"/>
            </w:tcBorders>
          </w:tcPr>
          <w:p w14:paraId="2A26416E" w14:textId="77777777" w:rsidR="001C61CC" w:rsidRDefault="000D727A">
            <w:pPr>
              <w:spacing w:after="0" w:line="240" w:lineRule="auto"/>
              <w:jc w:val="center"/>
            </w:pPr>
            <w:r>
              <w:rPr>
                <w:sz w:val="16"/>
              </w:rPr>
              <w:t>0.009</w:t>
            </w:r>
          </w:p>
        </w:tc>
      </w:tr>
      <w:tr w:rsidR="001C61CC" w14:paraId="6D77A178" w14:textId="77777777">
        <w:tc>
          <w:tcPr>
            <w:tcW w:w="2074" w:type="dxa"/>
            <w:tcBorders>
              <w:top w:val="nil"/>
              <w:left w:val="nil"/>
              <w:bottom w:val="nil"/>
              <w:right w:val="nil"/>
            </w:tcBorders>
          </w:tcPr>
          <w:p w14:paraId="238BBEC0" w14:textId="77777777" w:rsidR="001C61CC" w:rsidRDefault="000D727A">
            <w:pPr>
              <w:spacing w:after="0" w:line="240" w:lineRule="auto"/>
            </w:pPr>
            <w:r>
              <w:rPr>
                <w:sz w:val="16"/>
              </w:rPr>
              <w:t>Plus sociodemographic and lifestyle covariates</w:t>
            </w:r>
          </w:p>
        </w:tc>
        <w:tc>
          <w:tcPr>
            <w:tcW w:w="2074" w:type="dxa"/>
            <w:tcBorders>
              <w:top w:val="nil"/>
              <w:left w:val="nil"/>
              <w:bottom w:val="nil"/>
              <w:right w:val="nil"/>
            </w:tcBorders>
          </w:tcPr>
          <w:p w14:paraId="43219DCC" w14:textId="77777777" w:rsidR="001C61CC" w:rsidRDefault="000D727A">
            <w:pPr>
              <w:spacing w:after="0" w:line="240" w:lineRule="auto"/>
              <w:jc w:val="center"/>
            </w:pPr>
            <w:r>
              <w:rPr>
                <w:sz w:val="16"/>
              </w:rPr>
              <w:t>7152</w:t>
            </w:r>
          </w:p>
        </w:tc>
        <w:tc>
          <w:tcPr>
            <w:tcW w:w="2074" w:type="dxa"/>
            <w:tcBorders>
              <w:top w:val="nil"/>
              <w:left w:val="nil"/>
              <w:bottom w:val="nil"/>
              <w:right w:val="nil"/>
            </w:tcBorders>
          </w:tcPr>
          <w:p w14:paraId="7BAF70F9" w14:textId="77777777" w:rsidR="001C61CC" w:rsidRDefault="000D727A">
            <w:pPr>
              <w:spacing w:after="0" w:line="240" w:lineRule="auto"/>
              <w:jc w:val="center"/>
            </w:pPr>
            <w:r>
              <w:rPr>
                <w:sz w:val="16"/>
              </w:rPr>
              <w:t>3157</w:t>
            </w:r>
          </w:p>
        </w:tc>
        <w:tc>
          <w:tcPr>
            <w:tcW w:w="2074" w:type="dxa"/>
            <w:tcBorders>
              <w:top w:val="nil"/>
              <w:left w:val="nil"/>
              <w:bottom w:val="nil"/>
              <w:right w:val="nil"/>
            </w:tcBorders>
          </w:tcPr>
          <w:p w14:paraId="148E06CE" w14:textId="77777777" w:rsidR="001C61CC" w:rsidRDefault="000D727A">
            <w:pPr>
              <w:spacing w:after="0" w:line="240" w:lineRule="auto"/>
              <w:jc w:val="center"/>
            </w:pPr>
            <w:r>
              <w:rPr>
                <w:sz w:val="16"/>
              </w:rPr>
              <w:t>1.20 (1.08, 1.34)</w:t>
            </w:r>
          </w:p>
        </w:tc>
        <w:tc>
          <w:tcPr>
            <w:tcW w:w="2074" w:type="dxa"/>
            <w:tcBorders>
              <w:top w:val="nil"/>
              <w:left w:val="nil"/>
              <w:bottom w:val="nil"/>
              <w:right w:val="nil"/>
            </w:tcBorders>
          </w:tcPr>
          <w:p w14:paraId="27A7DA8A" w14:textId="77777777" w:rsidR="001C61CC" w:rsidRDefault="000D727A">
            <w:pPr>
              <w:spacing w:after="0" w:line="240" w:lineRule="auto"/>
              <w:jc w:val="center"/>
            </w:pPr>
            <w:r>
              <w:rPr>
                <w:sz w:val="16"/>
              </w:rPr>
              <w:t>&lt;0.001</w:t>
            </w:r>
          </w:p>
        </w:tc>
      </w:tr>
      <w:tr w:rsidR="001C61CC" w14:paraId="59A7BA34" w14:textId="77777777">
        <w:tc>
          <w:tcPr>
            <w:tcW w:w="2074" w:type="dxa"/>
            <w:tcBorders>
              <w:top w:val="nil"/>
              <w:left w:val="nil"/>
              <w:bottom w:val="nil"/>
              <w:right w:val="nil"/>
            </w:tcBorders>
          </w:tcPr>
          <w:p w14:paraId="217A616C" w14:textId="77777777" w:rsidR="001C61CC" w:rsidRDefault="000D727A">
            <w:pPr>
              <w:spacing w:after="0" w:line="240" w:lineRule="auto"/>
            </w:pPr>
            <w:r>
              <w:rPr>
                <w:sz w:val="16"/>
              </w:rPr>
              <w:t>Plus self-rated health and sleep</w:t>
            </w:r>
          </w:p>
        </w:tc>
        <w:tc>
          <w:tcPr>
            <w:tcW w:w="2074" w:type="dxa"/>
            <w:tcBorders>
              <w:top w:val="nil"/>
              <w:left w:val="nil"/>
              <w:bottom w:val="nil"/>
              <w:right w:val="nil"/>
            </w:tcBorders>
          </w:tcPr>
          <w:p w14:paraId="6EF82434" w14:textId="77777777" w:rsidR="001C61CC" w:rsidRDefault="000D727A">
            <w:pPr>
              <w:spacing w:after="0" w:line="240" w:lineRule="auto"/>
              <w:jc w:val="center"/>
            </w:pPr>
            <w:r>
              <w:rPr>
                <w:sz w:val="16"/>
              </w:rPr>
              <w:t>7152</w:t>
            </w:r>
          </w:p>
        </w:tc>
        <w:tc>
          <w:tcPr>
            <w:tcW w:w="2074" w:type="dxa"/>
            <w:tcBorders>
              <w:top w:val="nil"/>
              <w:left w:val="nil"/>
              <w:bottom w:val="nil"/>
              <w:right w:val="nil"/>
            </w:tcBorders>
          </w:tcPr>
          <w:p w14:paraId="4091D308" w14:textId="77777777" w:rsidR="001C61CC" w:rsidRDefault="000D727A">
            <w:pPr>
              <w:spacing w:after="0" w:line="240" w:lineRule="auto"/>
              <w:jc w:val="center"/>
            </w:pPr>
            <w:r>
              <w:rPr>
                <w:sz w:val="16"/>
              </w:rPr>
              <w:t>3157</w:t>
            </w:r>
          </w:p>
        </w:tc>
        <w:tc>
          <w:tcPr>
            <w:tcW w:w="2074" w:type="dxa"/>
            <w:tcBorders>
              <w:top w:val="nil"/>
              <w:left w:val="nil"/>
              <w:bottom w:val="nil"/>
              <w:right w:val="nil"/>
            </w:tcBorders>
          </w:tcPr>
          <w:p w14:paraId="3559A25D" w14:textId="77777777" w:rsidR="001C61CC" w:rsidRDefault="000D727A">
            <w:pPr>
              <w:spacing w:after="0" w:line="240" w:lineRule="auto"/>
              <w:jc w:val="center"/>
            </w:pPr>
            <w:r>
              <w:rPr>
                <w:sz w:val="16"/>
              </w:rPr>
              <w:t>1.13 (1.01, 1.26)</w:t>
            </w:r>
          </w:p>
        </w:tc>
        <w:tc>
          <w:tcPr>
            <w:tcW w:w="2074" w:type="dxa"/>
            <w:tcBorders>
              <w:top w:val="nil"/>
              <w:left w:val="nil"/>
              <w:bottom w:val="nil"/>
              <w:right w:val="nil"/>
            </w:tcBorders>
          </w:tcPr>
          <w:p w14:paraId="4AB69610" w14:textId="77777777" w:rsidR="001C61CC" w:rsidRDefault="000D727A">
            <w:pPr>
              <w:spacing w:after="0" w:line="240" w:lineRule="auto"/>
              <w:jc w:val="center"/>
            </w:pPr>
            <w:r>
              <w:rPr>
                <w:sz w:val="16"/>
              </w:rPr>
              <w:t>0.037</w:t>
            </w:r>
          </w:p>
        </w:tc>
      </w:tr>
      <w:tr w:rsidR="001C61CC" w14:paraId="3554B673" w14:textId="77777777">
        <w:tc>
          <w:tcPr>
            <w:tcW w:w="2074" w:type="dxa"/>
            <w:tcBorders>
              <w:top w:val="nil"/>
              <w:left w:val="nil"/>
              <w:bottom w:val="nil"/>
              <w:right w:val="nil"/>
            </w:tcBorders>
          </w:tcPr>
          <w:p w14:paraId="129F474B" w14:textId="77777777" w:rsidR="001C61CC" w:rsidRDefault="000D727A">
            <w:pPr>
              <w:spacing w:after="0" w:line="240" w:lineRule="auto"/>
            </w:pPr>
            <w:r>
              <w:rPr>
                <w:sz w:val="16"/>
              </w:rPr>
              <w:t>Plus functional limitation</w:t>
            </w:r>
          </w:p>
        </w:tc>
        <w:tc>
          <w:tcPr>
            <w:tcW w:w="2074" w:type="dxa"/>
            <w:tcBorders>
              <w:top w:val="nil"/>
              <w:left w:val="nil"/>
              <w:bottom w:val="nil"/>
              <w:right w:val="nil"/>
            </w:tcBorders>
          </w:tcPr>
          <w:p w14:paraId="037EB907" w14:textId="77777777" w:rsidR="001C61CC" w:rsidRDefault="000D727A">
            <w:pPr>
              <w:spacing w:after="0" w:line="240" w:lineRule="auto"/>
              <w:jc w:val="center"/>
            </w:pPr>
            <w:r>
              <w:rPr>
                <w:sz w:val="16"/>
              </w:rPr>
              <w:t>7152</w:t>
            </w:r>
          </w:p>
        </w:tc>
        <w:tc>
          <w:tcPr>
            <w:tcW w:w="2074" w:type="dxa"/>
            <w:tcBorders>
              <w:top w:val="nil"/>
              <w:left w:val="nil"/>
              <w:bottom w:val="nil"/>
              <w:right w:val="nil"/>
            </w:tcBorders>
          </w:tcPr>
          <w:p w14:paraId="2F8CFE89" w14:textId="77777777" w:rsidR="001C61CC" w:rsidRDefault="000D727A">
            <w:pPr>
              <w:spacing w:after="0" w:line="240" w:lineRule="auto"/>
              <w:jc w:val="center"/>
            </w:pPr>
            <w:r>
              <w:rPr>
                <w:sz w:val="16"/>
              </w:rPr>
              <w:t>3157</w:t>
            </w:r>
          </w:p>
        </w:tc>
        <w:tc>
          <w:tcPr>
            <w:tcW w:w="2074" w:type="dxa"/>
            <w:tcBorders>
              <w:top w:val="nil"/>
              <w:left w:val="nil"/>
              <w:bottom w:val="nil"/>
              <w:right w:val="nil"/>
            </w:tcBorders>
          </w:tcPr>
          <w:p w14:paraId="4F0DA210" w14:textId="77777777" w:rsidR="001C61CC" w:rsidRDefault="000D727A">
            <w:pPr>
              <w:spacing w:after="0" w:line="240" w:lineRule="auto"/>
              <w:jc w:val="center"/>
            </w:pPr>
            <w:r>
              <w:rPr>
                <w:sz w:val="16"/>
              </w:rPr>
              <w:t>1.13 (1.01, 1.27)</w:t>
            </w:r>
          </w:p>
        </w:tc>
        <w:tc>
          <w:tcPr>
            <w:tcW w:w="2074" w:type="dxa"/>
            <w:tcBorders>
              <w:top w:val="nil"/>
              <w:left w:val="nil"/>
              <w:bottom w:val="nil"/>
              <w:right w:val="nil"/>
            </w:tcBorders>
          </w:tcPr>
          <w:p w14:paraId="590F26EA" w14:textId="77777777" w:rsidR="001C61CC" w:rsidRDefault="000D727A">
            <w:pPr>
              <w:spacing w:after="0" w:line="240" w:lineRule="auto"/>
              <w:jc w:val="center"/>
            </w:pPr>
            <w:r>
              <w:rPr>
                <w:sz w:val="16"/>
              </w:rPr>
              <w:t>0.037</w:t>
            </w:r>
          </w:p>
        </w:tc>
      </w:tr>
      <w:tr w:rsidR="001C61CC" w14:paraId="496E607E" w14:textId="77777777">
        <w:tc>
          <w:tcPr>
            <w:tcW w:w="2074" w:type="dxa"/>
            <w:tcBorders>
              <w:top w:val="nil"/>
              <w:left w:val="nil"/>
              <w:bottom w:val="single" w:sz="10" w:space="0" w:color="000000"/>
              <w:right w:val="nil"/>
            </w:tcBorders>
          </w:tcPr>
          <w:p w14:paraId="0DE832A5" w14:textId="77777777" w:rsidR="001C61CC" w:rsidRDefault="000D727A">
            <w:pPr>
              <w:spacing w:after="0" w:line="240" w:lineRule="auto"/>
            </w:pPr>
            <w:r>
              <w:rPr>
                <w:sz w:val="16"/>
              </w:rPr>
              <w:t>Plus multimorbidity</w:t>
            </w:r>
          </w:p>
        </w:tc>
        <w:tc>
          <w:tcPr>
            <w:tcW w:w="2074" w:type="dxa"/>
            <w:tcBorders>
              <w:top w:val="nil"/>
              <w:left w:val="nil"/>
              <w:bottom w:val="single" w:sz="10" w:space="0" w:color="000000"/>
              <w:right w:val="nil"/>
            </w:tcBorders>
          </w:tcPr>
          <w:p w14:paraId="1FEBA7C1" w14:textId="77777777" w:rsidR="001C61CC" w:rsidRDefault="000D727A">
            <w:pPr>
              <w:spacing w:after="0" w:line="240" w:lineRule="auto"/>
              <w:jc w:val="center"/>
            </w:pPr>
            <w:r>
              <w:rPr>
                <w:sz w:val="16"/>
              </w:rPr>
              <w:t>7152</w:t>
            </w:r>
          </w:p>
        </w:tc>
        <w:tc>
          <w:tcPr>
            <w:tcW w:w="2074" w:type="dxa"/>
            <w:tcBorders>
              <w:top w:val="nil"/>
              <w:left w:val="nil"/>
              <w:bottom w:val="single" w:sz="10" w:space="0" w:color="000000"/>
              <w:right w:val="nil"/>
            </w:tcBorders>
          </w:tcPr>
          <w:p w14:paraId="2E8F595A" w14:textId="77777777" w:rsidR="001C61CC" w:rsidRDefault="000D727A">
            <w:pPr>
              <w:spacing w:after="0" w:line="240" w:lineRule="auto"/>
              <w:jc w:val="center"/>
            </w:pPr>
            <w:r>
              <w:rPr>
                <w:sz w:val="16"/>
              </w:rPr>
              <w:t>3157</w:t>
            </w:r>
          </w:p>
        </w:tc>
        <w:tc>
          <w:tcPr>
            <w:tcW w:w="2074" w:type="dxa"/>
            <w:tcBorders>
              <w:top w:val="nil"/>
              <w:left w:val="nil"/>
              <w:bottom w:val="single" w:sz="10" w:space="0" w:color="000000"/>
              <w:right w:val="nil"/>
            </w:tcBorders>
          </w:tcPr>
          <w:p w14:paraId="4C639B0D" w14:textId="77777777" w:rsidR="001C61CC" w:rsidRDefault="000D727A">
            <w:pPr>
              <w:spacing w:after="0" w:line="240" w:lineRule="auto"/>
              <w:jc w:val="center"/>
            </w:pPr>
            <w:r>
              <w:rPr>
                <w:sz w:val="16"/>
              </w:rPr>
              <w:t>1.11 (0.99, 1.24)</w:t>
            </w:r>
          </w:p>
        </w:tc>
        <w:tc>
          <w:tcPr>
            <w:tcW w:w="2074" w:type="dxa"/>
            <w:tcBorders>
              <w:top w:val="nil"/>
              <w:left w:val="nil"/>
              <w:bottom w:val="single" w:sz="10" w:space="0" w:color="000000"/>
              <w:right w:val="nil"/>
            </w:tcBorders>
          </w:tcPr>
          <w:p w14:paraId="244014E5" w14:textId="77777777" w:rsidR="001C61CC" w:rsidRDefault="000D727A">
            <w:pPr>
              <w:spacing w:after="0" w:line="240" w:lineRule="auto"/>
              <w:jc w:val="center"/>
            </w:pPr>
            <w:r>
              <w:rPr>
                <w:sz w:val="16"/>
              </w:rPr>
              <w:t>0.086</w:t>
            </w:r>
          </w:p>
        </w:tc>
      </w:tr>
    </w:tbl>
    <w:p w14:paraId="2A78B0AB" w14:textId="77777777" w:rsidR="001C61CC" w:rsidRDefault="001C61CC"/>
    <w:p w14:paraId="731E635D" w14:textId="77777777" w:rsidR="001C61CC" w:rsidRDefault="000D727A">
      <w:pPr>
        <w:spacing w:after="80"/>
      </w:pPr>
      <w:r>
        <w:rPr>
          <w:sz w:val="16"/>
        </w:rPr>
        <w:t>Note: Attenuation analyses were run on the same complete-case sample for all sequential models, so changes in estimates reflect covariate expansion rather than changes in analytic n.</w:t>
      </w:r>
    </w:p>
    <w:p w14:paraId="6FD6DF6B" w14:textId="77777777" w:rsidR="001C61CC" w:rsidRDefault="000D727A">
      <w:r>
        <w:br w:type="page"/>
      </w:r>
    </w:p>
    <w:p w14:paraId="2145F6CC" w14:textId="77777777" w:rsidR="001C61CC" w:rsidRDefault="000D727A">
      <w:pPr>
        <w:spacing w:after="80"/>
      </w:pPr>
      <w:r>
        <w:rPr>
          <w:b/>
          <w:sz w:val="24"/>
        </w:rPr>
        <w:lastRenderedPageBreak/>
        <w:t>Supplementary Table 11. Same-sample attenuation analyses for the prospective association between pregnancy loss and incident depressive symptoms</w:t>
      </w:r>
    </w:p>
    <w:tbl>
      <w:tblPr>
        <w:tblW w:w="0" w:type="auto"/>
        <w:tblLook w:val="04A0" w:firstRow="1" w:lastRow="0" w:firstColumn="1" w:lastColumn="0" w:noHBand="0" w:noVBand="1"/>
      </w:tblPr>
      <w:tblGrid>
        <w:gridCol w:w="2073"/>
        <w:gridCol w:w="2074"/>
        <w:gridCol w:w="2074"/>
        <w:gridCol w:w="2074"/>
        <w:gridCol w:w="2073"/>
      </w:tblGrid>
      <w:tr w:rsidR="001C61CC" w14:paraId="7CB9BD37" w14:textId="77777777">
        <w:tc>
          <w:tcPr>
            <w:tcW w:w="2074" w:type="dxa"/>
            <w:tcBorders>
              <w:top w:val="single" w:sz="10" w:space="0" w:color="000000"/>
              <w:left w:val="nil"/>
              <w:bottom w:val="single" w:sz="10" w:space="0" w:color="000000"/>
              <w:right w:val="nil"/>
            </w:tcBorders>
          </w:tcPr>
          <w:p w14:paraId="1419AB61" w14:textId="77777777" w:rsidR="001C61CC" w:rsidRDefault="000D727A">
            <w:pPr>
              <w:spacing w:after="0" w:line="240" w:lineRule="auto"/>
            </w:pPr>
            <w:r>
              <w:rPr>
                <w:b/>
                <w:sz w:val="16"/>
              </w:rPr>
              <w:t>Model</w:t>
            </w:r>
          </w:p>
        </w:tc>
        <w:tc>
          <w:tcPr>
            <w:tcW w:w="2074" w:type="dxa"/>
            <w:tcBorders>
              <w:top w:val="single" w:sz="10" w:space="0" w:color="000000"/>
              <w:left w:val="nil"/>
              <w:bottom w:val="single" w:sz="10" w:space="0" w:color="000000"/>
              <w:right w:val="nil"/>
            </w:tcBorders>
          </w:tcPr>
          <w:p w14:paraId="37D075B7" w14:textId="77777777" w:rsidR="001C61CC" w:rsidRDefault="000D727A">
            <w:pPr>
              <w:spacing w:after="0" w:line="240" w:lineRule="auto"/>
              <w:jc w:val="center"/>
            </w:pPr>
            <w:r>
              <w:rPr>
                <w:b/>
                <w:sz w:val="16"/>
              </w:rPr>
              <w:t>Analytic n</w:t>
            </w:r>
          </w:p>
        </w:tc>
        <w:tc>
          <w:tcPr>
            <w:tcW w:w="2074" w:type="dxa"/>
            <w:tcBorders>
              <w:top w:val="single" w:sz="10" w:space="0" w:color="000000"/>
              <w:left w:val="nil"/>
              <w:bottom w:val="single" w:sz="10" w:space="0" w:color="000000"/>
              <w:right w:val="nil"/>
            </w:tcBorders>
          </w:tcPr>
          <w:p w14:paraId="5340C046" w14:textId="77777777" w:rsidR="001C61CC" w:rsidRDefault="000D727A">
            <w:pPr>
              <w:spacing w:after="0" w:line="240" w:lineRule="auto"/>
              <w:jc w:val="center"/>
            </w:pPr>
            <w:r>
              <w:rPr>
                <w:b/>
                <w:sz w:val="16"/>
              </w:rPr>
              <w:t>Cases or events</w:t>
            </w:r>
          </w:p>
        </w:tc>
        <w:tc>
          <w:tcPr>
            <w:tcW w:w="2074" w:type="dxa"/>
            <w:tcBorders>
              <w:top w:val="single" w:sz="10" w:space="0" w:color="000000"/>
              <w:left w:val="nil"/>
              <w:bottom w:val="single" w:sz="10" w:space="0" w:color="000000"/>
              <w:right w:val="nil"/>
            </w:tcBorders>
          </w:tcPr>
          <w:p w14:paraId="761D329D" w14:textId="77777777" w:rsidR="001C61CC" w:rsidRDefault="000D727A">
            <w:pPr>
              <w:spacing w:after="0" w:line="240" w:lineRule="auto"/>
              <w:jc w:val="center"/>
            </w:pPr>
            <w:r>
              <w:rPr>
                <w:b/>
                <w:sz w:val="16"/>
              </w:rPr>
              <w:t>Estimate</w:t>
            </w:r>
          </w:p>
        </w:tc>
        <w:tc>
          <w:tcPr>
            <w:tcW w:w="2074" w:type="dxa"/>
            <w:tcBorders>
              <w:top w:val="single" w:sz="10" w:space="0" w:color="000000"/>
              <w:left w:val="nil"/>
              <w:bottom w:val="single" w:sz="10" w:space="0" w:color="000000"/>
              <w:right w:val="nil"/>
            </w:tcBorders>
          </w:tcPr>
          <w:p w14:paraId="592BB488" w14:textId="77777777" w:rsidR="001C61CC" w:rsidRDefault="000D727A">
            <w:pPr>
              <w:spacing w:after="0" w:line="240" w:lineRule="auto"/>
              <w:jc w:val="center"/>
            </w:pPr>
            <w:r>
              <w:rPr>
                <w:b/>
                <w:sz w:val="16"/>
              </w:rPr>
              <w:t>P value</w:t>
            </w:r>
          </w:p>
        </w:tc>
      </w:tr>
      <w:tr w:rsidR="001C61CC" w14:paraId="7C0C021E" w14:textId="77777777">
        <w:tc>
          <w:tcPr>
            <w:tcW w:w="2074" w:type="dxa"/>
            <w:tcBorders>
              <w:top w:val="nil"/>
              <w:left w:val="nil"/>
              <w:bottom w:val="nil"/>
              <w:right w:val="nil"/>
            </w:tcBorders>
          </w:tcPr>
          <w:p w14:paraId="7C9CD1D3" w14:textId="77777777" w:rsidR="001C61CC" w:rsidRDefault="000D727A">
            <w:pPr>
              <w:spacing w:after="0" w:line="240" w:lineRule="auto"/>
            </w:pPr>
            <w:r>
              <w:rPr>
                <w:sz w:val="16"/>
              </w:rPr>
              <w:t>Base covariates only</w:t>
            </w:r>
          </w:p>
        </w:tc>
        <w:tc>
          <w:tcPr>
            <w:tcW w:w="2074" w:type="dxa"/>
            <w:tcBorders>
              <w:top w:val="nil"/>
              <w:left w:val="nil"/>
              <w:bottom w:val="nil"/>
              <w:right w:val="nil"/>
            </w:tcBorders>
          </w:tcPr>
          <w:p w14:paraId="272A8CC1" w14:textId="77777777" w:rsidR="001C61CC" w:rsidRDefault="000D727A">
            <w:pPr>
              <w:spacing w:after="0" w:line="240" w:lineRule="auto"/>
              <w:jc w:val="center"/>
            </w:pPr>
            <w:r>
              <w:rPr>
                <w:sz w:val="16"/>
              </w:rPr>
              <w:t>2563</w:t>
            </w:r>
          </w:p>
        </w:tc>
        <w:tc>
          <w:tcPr>
            <w:tcW w:w="2074" w:type="dxa"/>
            <w:tcBorders>
              <w:top w:val="nil"/>
              <w:left w:val="nil"/>
              <w:bottom w:val="nil"/>
              <w:right w:val="nil"/>
            </w:tcBorders>
          </w:tcPr>
          <w:p w14:paraId="2666A0C1" w14:textId="77777777" w:rsidR="001C61CC" w:rsidRDefault="000D727A">
            <w:pPr>
              <w:spacing w:after="0" w:line="240" w:lineRule="auto"/>
              <w:jc w:val="center"/>
            </w:pPr>
            <w:r>
              <w:rPr>
                <w:sz w:val="16"/>
              </w:rPr>
              <w:t>1262</w:t>
            </w:r>
          </w:p>
        </w:tc>
        <w:tc>
          <w:tcPr>
            <w:tcW w:w="2074" w:type="dxa"/>
            <w:tcBorders>
              <w:top w:val="nil"/>
              <w:left w:val="nil"/>
              <w:bottom w:val="nil"/>
              <w:right w:val="nil"/>
            </w:tcBorders>
          </w:tcPr>
          <w:p w14:paraId="4A31E162" w14:textId="77777777" w:rsidR="001C61CC" w:rsidRDefault="000D727A">
            <w:pPr>
              <w:spacing w:after="0" w:line="240" w:lineRule="auto"/>
              <w:jc w:val="center"/>
            </w:pPr>
            <w:r>
              <w:rPr>
                <w:sz w:val="16"/>
              </w:rPr>
              <w:t>1.05 (0.92, 1.19)</w:t>
            </w:r>
          </w:p>
        </w:tc>
        <w:tc>
          <w:tcPr>
            <w:tcW w:w="2074" w:type="dxa"/>
            <w:tcBorders>
              <w:top w:val="nil"/>
              <w:left w:val="nil"/>
              <w:bottom w:val="nil"/>
              <w:right w:val="nil"/>
            </w:tcBorders>
          </w:tcPr>
          <w:p w14:paraId="76A03B33" w14:textId="77777777" w:rsidR="001C61CC" w:rsidRDefault="000D727A">
            <w:pPr>
              <w:spacing w:after="0" w:line="240" w:lineRule="auto"/>
              <w:jc w:val="center"/>
            </w:pPr>
            <w:r>
              <w:rPr>
                <w:sz w:val="16"/>
              </w:rPr>
              <w:t>0.493</w:t>
            </w:r>
          </w:p>
        </w:tc>
      </w:tr>
      <w:tr w:rsidR="001C61CC" w14:paraId="6B10A8DB" w14:textId="77777777">
        <w:tc>
          <w:tcPr>
            <w:tcW w:w="2074" w:type="dxa"/>
            <w:tcBorders>
              <w:top w:val="nil"/>
              <w:left w:val="nil"/>
              <w:bottom w:val="nil"/>
              <w:right w:val="nil"/>
            </w:tcBorders>
          </w:tcPr>
          <w:p w14:paraId="73BA3CFF" w14:textId="77777777" w:rsidR="001C61CC" w:rsidRDefault="000D727A">
            <w:pPr>
              <w:spacing w:after="0" w:line="240" w:lineRule="auto"/>
            </w:pPr>
            <w:r>
              <w:rPr>
                <w:sz w:val="16"/>
              </w:rPr>
              <w:t>Plus sociodemographic and lifestyle covariates</w:t>
            </w:r>
          </w:p>
        </w:tc>
        <w:tc>
          <w:tcPr>
            <w:tcW w:w="2074" w:type="dxa"/>
            <w:tcBorders>
              <w:top w:val="nil"/>
              <w:left w:val="nil"/>
              <w:bottom w:val="nil"/>
              <w:right w:val="nil"/>
            </w:tcBorders>
          </w:tcPr>
          <w:p w14:paraId="4AC2E578" w14:textId="77777777" w:rsidR="001C61CC" w:rsidRDefault="000D727A">
            <w:pPr>
              <w:spacing w:after="0" w:line="240" w:lineRule="auto"/>
              <w:jc w:val="center"/>
            </w:pPr>
            <w:r>
              <w:rPr>
                <w:sz w:val="16"/>
              </w:rPr>
              <w:t>2563</w:t>
            </w:r>
          </w:p>
        </w:tc>
        <w:tc>
          <w:tcPr>
            <w:tcW w:w="2074" w:type="dxa"/>
            <w:tcBorders>
              <w:top w:val="nil"/>
              <w:left w:val="nil"/>
              <w:bottom w:val="nil"/>
              <w:right w:val="nil"/>
            </w:tcBorders>
          </w:tcPr>
          <w:p w14:paraId="31E9F68D" w14:textId="77777777" w:rsidR="001C61CC" w:rsidRDefault="000D727A">
            <w:pPr>
              <w:spacing w:after="0" w:line="240" w:lineRule="auto"/>
              <w:jc w:val="center"/>
            </w:pPr>
            <w:r>
              <w:rPr>
                <w:sz w:val="16"/>
              </w:rPr>
              <w:t>1262</w:t>
            </w:r>
          </w:p>
        </w:tc>
        <w:tc>
          <w:tcPr>
            <w:tcW w:w="2074" w:type="dxa"/>
            <w:tcBorders>
              <w:top w:val="nil"/>
              <w:left w:val="nil"/>
              <w:bottom w:val="nil"/>
              <w:right w:val="nil"/>
            </w:tcBorders>
          </w:tcPr>
          <w:p w14:paraId="77A43D69" w14:textId="77777777" w:rsidR="001C61CC" w:rsidRDefault="000D727A">
            <w:pPr>
              <w:spacing w:after="0" w:line="240" w:lineRule="auto"/>
              <w:jc w:val="center"/>
            </w:pPr>
            <w:r>
              <w:rPr>
                <w:sz w:val="16"/>
              </w:rPr>
              <w:t>1.04 (0.91, 1.18)</w:t>
            </w:r>
          </w:p>
        </w:tc>
        <w:tc>
          <w:tcPr>
            <w:tcW w:w="2074" w:type="dxa"/>
            <w:tcBorders>
              <w:top w:val="nil"/>
              <w:left w:val="nil"/>
              <w:bottom w:val="nil"/>
              <w:right w:val="nil"/>
            </w:tcBorders>
          </w:tcPr>
          <w:p w14:paraId="72D4DC34" w14:textId="77777777" w:rsidR="001C61CC" w:rsidRDefault="000D727A">
            <w:pPr>
              <w:spacing w:after="0" w:line="240" w:lineRule="auto"/>
              <w:jc w:val="center"/>
            </w:pPr>
            <w:r>
              <w:rPr>
                <w:sz w:val="16"/>
              </w:rPr>
              <w:t>0.593</w:t>
            </w:r>
          </w:p>
        </w:tc>
      </w:tr>
      <w:tr w:rsidR="001C61CC" w14:paraId="5BE3AC26" w14:textId="77777777">
        <w:tc>
          <w:tcPr>
            <w:tcW w:w="2074" w:type="dxa"/>
            <w:tcBorders>
              <w:top w:val="nil"/>
              <w:left w:val="nil"/>
              <w:bottom w:val="nil"/>
              <w:right w:val="nil"/>
            </w:tcBorders>
          </w:tcPr>
          <w:p w14:paraId="792ABE09" w14:textId="77777777" w:rsidR="001C61CC" w:rsidRDefault="000D727A">
            <w:pPr>
              <w:spacing w:after="0" w:line="240" w:lineRule="auto"/>
            </w:pPr>
            <w:r>
              <w:rPr>
                <w:sz w:val="16"/>
              </w:rPr>
              <w:t>Plus functional limitation</w:t>
            </w:r>
          </w:p>
        </w:tc>
        <w:tc>
          <w:tcPr>
            <w:tcW w:w="2074" w:type="dxa"/>
            <w:tcBorders>
              <w:top w:val="nil"/>
              <w:left w:val="nil"/>
              <w:bottom w:val="nil"/>
              <w:right w:val="nil"/>
            </w:tcBorders>
          </w:tcPr>
          <w:p w14:paraId="77C94F6F" w14:textId="77777777" w:rsidR="001C61CC" w:rsidRDefault="000D727A">
            <w:pPr>
              <w:spacing w:after="0" w:line="240" w:lineRule="auto"/>
              <w:jc w:val="center"/>
            </w:pPr>
            <w:r>
              <w:rPr>
                <w:sz w:val="16"/>
              </w:rPr>
              <w:t>2563</w:t>
            </w:r>
          </w:p>
        </w:tc>
        <w:tc>
          <w:tcPr>
            <w:tcW w:w="2074" w:type="dxa"/>
            <w:tcBorders>
              <w:top w:val="nil"/>
              <w:left w:val="nil"/>
              <w:bottom w:val="nil"/>
              <w:right w:val="nil"/>
            </w:tcBorders>
          </w:tcPr>
          <w:p w14:paraId="00F95262" w14:textId="77777777" w:rsidR="001C61CC" w:rsidRDefault="000D727A">
            <w:pPr>
              <w:spacing w:after="0" w:line="240" w:lineRule="auto"/>
              <w:jc w:val="center"/>
            </w:pPr>
            <w:r>
              <w:rPr>
                <w:sz w:val="16"/>
              </w:rPr>
              <w:t>1262</w:t>
            </w:r>
          </w:p>
        </w:tc>
        <w:tc>
          <w:tcPr>
            <w:tcW w:w="2074" w:type="dxa"/>
            <w:tcBorders>
              <w:top w:val="nil"/>
              <w:left w:val="nil"/>
              <w:bottom w:val="nil"/>
              <w:right w:val="nil"/>
            </w:tcBorders>
          </w:tcPr>
          <w:p w14:paraId="77DA3338" w14:textId="77777777" w:rsidR="001C61CC" w:rsidRDefault="000D727A">
            <w:pPr>
              <w:spacing w:after="0" w:line="240" w:lineRule="auto"/>
              <w:jc w:val="center"/>
            </w:pPr>
            <w:r>
              <w:rPr>
                <w:sz w:val="16"/>
              </w:rPr>
              <w:t>1.03 (0.91, 1.18)</w:t>
            </w:r>
          </w:p>
        </w:tc>
        <w:tc>
          <w:tcPr>
            <w:tcW w:w="2074" w:type="dxa"/>
            <w:tcBorders>
              <w:top w:val="nil"/>
              <w:left w:val="nil"/>
              <w:bottom w:val="nil"/>
              <w:right w:val="nil"/>
            </w:tcBorders>
          </w:tcPr>
          <w:p w14:paraId="08EBDF56" w14:textId="77777777" w:rsidR="001C61CC" w:rsidRDefault="000D727A">
            <w:pPr>
              <w:spacing w:after="0" w:line="240" w:lineRule="auto"/>
              <w:jc w:val="center"/>
            </w:pPr>
            <w:r>
              <w:rPr>
                <w:sz w:val="16"/>
              </w:rPr>
              <w:t>0.619</w:t>
            </w:r>
          </w:p>
        </w:tc>
      </w:tr>
      <w:tr w:rsidR="001C61CC" w14:paraId="547E1115" w14:textId="77777777">
        <w:tc>
          <w:tcPr>
            <w:tcW w:w="2074" w:type="dxa"/>
            <w:tcBorders>
              <w:top w:val="nil"/>
              <w:left w:val="nil"/>
              <w:bottom w:val="single" w:sz="10" w:space="0" w:color="000000"/>
              <w:right w:val="nil"/>
            </w:tcBorders>
          </w:tcPr>
          <w:p w14:paraId="485019B4" w14:textId="77777777" w:rsidR="001C61CC" w:rsidRDefault="000D727A">
            <w:pPr>
              <w:spacing w:after="0" w:line="240" w:lineRule="auto"/>
            </w:pPr>
            <w:r>
              <w:rPr>
                <w:sz w:val="16"/>
              </w:rPr>
              <w:t>Plus multimorbidity</w:t>
            </w:r>
          </w:p>
        </w:tc>
        <w:tc>
          <w:tcPr>
            <w:tcW w:w="2074" w:type="dxa"/>
            <w:tcBorders>
              <w:top w:val="nil"/>
              <w:left w:val="nil"/>
              <w:bottom w:val="single" w:sz="10" w:space="0" w:color="000000"/>
              <w:right w:val="nil"/>
            </w:tcBorders>
          </w:tcPr>
          <w:p w14:paraId="43F6D772" w14:textId="77777777" w:rsidR="001C61CC" w:rsidRDefault="000D727A">
            <w:pPr>
              <w:spacing w:after="0" w:line="240" w:lineRule="auto"/>
              <w:jc w:val="center"/>
            </w:pPr>
            <w:r>
              <w:rPr>
                <w:sz w:val="16"/>
              </w:rPr>
              <w:t>2563</w:t>
            </w:r>
          </w:p>
        </w:tc>
        <w:tc>
          <w:tcPr>
            <w:tcW w:w="2074" w:type="dxa"/>
            <w:tcBorders>
              <w:top w:val="nil"/>
              <w:left w:val="nil"/>
              <w:bottom w:val="single" w:sz="10" w:space="0" w:color="000000"/>
              <w:right w:val="nil"/>
            </w:tcBorders>
          </w:tcPr>
          <w:p w14:paraId="6FB40E12" w14:textId="77777777" w:rsidR="001C61CC" w:rsidRDefault="000D727A">
            <w:pPr>
              <w:spacing w:after="0" w:line="240" w:lineRule="auto"/>
              <w:jc w:val="center"/>
            </w:pPr>
            <w:r>
              <w:rPr>
                <w:sz w:val="16"/>
              </w:rPr>
              <w:t>1262</w:t>
            </w:r>
          </w:p>
        </w:tc>
        <w:tc>
          <w:tcPr>
            <w:tcW w:w="2074" w:type="dxa"/>
            <w:tcBorders>
              <w:top w:val="nil"/>
              <w:left w:val="nil"/>
              <w:bottom w:val="single" w:sz="10" w:space="0" w:color="000000"/>
              <w:right w:val="nil"/>
            </w:tcBorders>
          </w:tcPr>
          <w:p w14:paraId="698CCAB0" w14:textId="77777777" w:rsidR="001C61CC" w:rsidRDefault="000D727A">
            <w:pPr>
              <w:spacing w:after="0" w:line="240" w:lineRule="auto"/>
              <w:jc w:val="center"/>
            </w:pPr>
            <w:r>
              <w:rPr>
                <w:sz w:val="16"/>
              </w:rPr>
              <w:t>1.01 (0.89, 1.15)</w:t>
            </w:r>
          </w:p>
        </w:tc>
        <w:tc>
          <w:tcPr>
            <w:tcW w:w="2074" w:type="dxa"/>
            <w:tcBorders>
              <w:top w:val="nil"/>
              <w:left w:val="nil"/>
              <w:bottom w:val="single" w:sz="10" w:space="0" w:color="000000"/>
              <w:right w:val="nil"/>
            </w:tcBorders>
          </w:tcPr>
          <w:p w14:paraId="5948AF68" w14:textId="77777777" w:rsidR="001C61CC" w:rsidRDefault="000D727A">
            <w:pPr>
              <w:spacing w:after="0" w:line="240" w:lineRule="auto"/>
              <w:jc w:val="center"/>
            </w:pPr>
            <w:r>
              <w:rPr>
                <w:sz w:val="16"/>
              </w:rPr>
              <w:t>0.873</w:t>
            </w:r>
          </w:p>
        </w:tc>
      </w:tr>
    </w:tbl>
    <w:p w14:paraId="0362267A" w14:textId="77777777" w:rsidR="001C61CC" w:rsidRDefault="001C61CC"/>
    <w:p w14:paraId="676AD39C" w14:textId="77777777" w:rsidR="001C61CC" w:rsidRDefault="000D727A">
      <w:pPr>
        <w:spacing w:after="80"/>
      </w:pPr>
      <w:r>
        <w:rPr>
          <w:sz w:val="16"/>
        </w:rPr>
        <w:t>Note: Attenuation analyses were run on the same complete-case sample for all sequential models, so changes in estimates reflect covariate expansion rather than changes in analytic n.</w:t>
      </w:r>
    </w:p>
    <w:p w14:paraId="0844F7D8" w14:textId="77777777" w:rsidR="001C61CC" w:rsidRDefault="000D727A">
      <w:r>
        <w:br w:type="page"/>
      </w:r>
    </w:p>
    <w:p w14:paraId="58E4C9B9" w14:textId="77777777" w:rsidR="001C61CC" w:rsidRDefault="000D727A">
      <w:pPr>
        <w:spacing w:after="80"/>
      </w:pPr>
      <w:r>
        <w:rPr>
          <w:b/>
          <w:sz w:val="24"/>
        </w:rPr>
        <w:lastRenderedPageBreak/>
        <w:t>Supplementary Table 12. Cross-sectional subgroup analyses and interaction p values</w:t>
      </w:r>
    </w:p>
    <w:tbl>
      <w:tblPr>
        <w:tblW w:w="0" w:type="auto"/>
        <w:tblLook w:val="04A0" w:firstRow="1" w:lastRow="0" w:firstColumn="1" w:lastColumn="0" w:noHBand="0" w:noVBand="1"/>
      </w:tblPr>
      <w:tblGrid>
        <w:gridCol w:w="1728"/>
        <w:gridCol w:w="1728"/>
        <w:gridCol w:w="1728"/>
        <w:gridCol w:w="1728"/>
        <w:gridCol w:w="1728"/>
        <w:gridCol w:w="1728"/>
      </w:tblGrid>
      <w:tr w:rsidR="001C61CC" w14:paraId="5F547F6F" w14:textId="77777777">
        <w:tc>
          <w:tcPr>
            <w:tcW w:w="1728" w:type="dxa"/>
            <w:tcBorders>
              <w:top w:val="single" w:sz="10" w:space="0" w:color="000000"/>
              <w:left w:val="nil"/>
              <w:bottom w:val="single" w:sz="10" w:space="0" w:color="000000"/>
              <w:right w:val="nil"/>
            </w:tcBorders>
          </w:tcPr>
          <w:p w14:paraId="5C1B9725" w14:textId="77777777" w:rsidR="001C61CC" w:rsidRDefault="000D727A">
            <w:pPr>
              <w:spacing w:after="0" w:line="240" w:lineRule="auto"/>
            </w:pPr>
            <w:r>
              <w:rPr>
                <w:b/>
                <w:sz w:val="16"/>
              </w:rPr>
              <w:t>Subgroup</w:t>
            </w:r>
          </w:p>
        </w:tc>
        <w:tc>
          <w:tcPr>
            <w:tcW w:w="1728" w:type="dxa"/>
            <w:tcBorders>
              <w:top w:val="single" w:sz="10" w:space="0" w:color="000000"/>
              <w:left w:val="nil"/>
              <w:bottom w:val="single" w:sz="10" w:space="0" w:color="000000"/>
              <w:right w:val="nil"/>
            </w:tcBorders>
          </w:tcPr>
          <w:p w14:paraId="29825796" w14:textId="77777777" w:rsidR="001C61CC" w:rsidRDefault="000D727A">
            <w:pPr>
              <w:spacing w:after="0" w:line="240" w:lineRule="auto"/>
              <w:jc w:val="center"/>
            </w:pPr>
            <w:r>
              <w:rPr>
                <w:b/>
                <w:sz w:val="16"/>
              </w:rPr>
              <w:t>Analytic n</w:t>
            </w:r>
          </w:p>
        </w:tc>
        <w:tc>
          <w:tcPr>
            <w:tcW w:w="1728" w:type="dxa"/>
            <w:tcBorders>
              <w:top w:val="single" w:sz="10" w:space="0" w:color="000000"/>
              <w:left w:val="nil"/>
              <w:bottom w:val="single" w:sz="10" w:space="0" w:color="000000"/>
              <w:right w:val="nil"/>
            </w:tcBorders>
          </w:tcPr>
          <w:p w14:paraId="0866D39D" w14:textId="77777777" w:rsidR="001C61CC" w:rsidRDefault="000D727A">
            <w:pPr>
              <w:spacing w:after="0" w:line="240" w:lineRule="auto"/>
              <w:jc w:val="center"/>
            </w:pPr>
            <w:r>
              <w:rPr>
                <w:b/>
                <w:sz w:val="16"/>
              </w:rPr>
              <w:t>Cases or events</w:t>
            </w:r>
          </w:p>
        </w:tc>
        <w:tc>
          <w:tcPr>
            <w:tcW w:w="1728" w:type="dxa"/>
            <w:tcBorders>
              <w:top w:val="single" w:sz="10" w:space="0" w:color="000000"/>
              <w:left w:val="nil"/>
              <w:bottom w:val="single" w:sz="10" w:space="0" w:color="000000"/>
              <w:right w:val="nil"/>
            </w:tcBorders>
          </w:tcPr>
          <w:p w14:paraId="6BD0D166" w14:textId="77777777" w:rsidR="001C61CC" w:rsidRDefault="000D727A">
            <w:pPr>
              <w:spacing w:after="0" w:line="240" w:lineRule="auto"/>
              <w:jc w:val="center"/>
            </w:pPr>
            <w:r>
              <w:rPr>
                <w:b/>
                <w:sz w:val="16"/>
              </w:rPr>
              <w:t>Estimate</w:t>
            </w:r>
          </w:p>
        </w:tc>
        <w:tc>
          <w:tcPr>
            <w:tcW w:w="1728" w:type="dxa"/>
            <w:tcBorders>
              <w:top w:val="single" w:sz="10" w:space="0" w:color="000000"/>
              <w:left w:val="nil"/>
              <w:bottom w:val="single" w:sz="10" w:space="0" w:color="000000"/>
              <w:right w:val="nil"/>
            </w:tcBorders>
          </w:tcPr>
          <w:p w14:paraId="44FE2C11" w14:textId="77777777" w:rsidR="001C61CC" w:rsidRDefault="000D727A">
            <w:pPr>
              <w:spacing w:after="0" w:line="240" w:lineRule="auto"/>
              <w:jc w:val="center"/>
            </w:pPr>
            <w:r>
              <w:rPr>
                <w:b/>
                <w:sz w:val="16"/>
              </w:rPr>
              <w:t>P value</w:t>
            </w:r>
          </w:p>
        </w:tc>
        <w:tc>
          <w:tcPr>
            <w:tcW w:w="1728" w:type="dxa"/>
            <w:tcBorders>
              <w:top w:val="single" w:sz="10" w:space="0" w:color="000000"/>
              <w:left w:val="nil"/>
              <w:bottom w:val="single" w:sz="10" w:space="0" w:color="000000"/>
              <w:right w:val="nil"/>
            </w:tcBorders>
          </w:tcPr>
          <w:p w14:paraId="65ED654F" w14:textId="77777777" w:rsidR="001C61CC" w:rsidRDefault="000D727A">
            <w:pPr>
              <w:spacing w:after="0" w:line="240" w:lineRule="auto"/>
              <w:jc w:val="center"/>
            </w:pPr>
            <w:r>
              <w:rPr>
                <w:b/>
                <w:sz w:val="16"/>
              </w:rPr>
              <w:t>P for interaction</w:t>
            </w:r>
          </w:p>
        </w:tc>
      </w:tr>
      <w:tr w:rsidR="001C61CC" w14:paraId="1264480C" w14:textId="77777777">
        <w:tc>
          <w:tcPr>
            <w:tcW w:w="1728" w:type="dxa"/>
            <w:tcBorders>
              <w:top w:val="nil"/>
              <w:left w:val="nil"/>
              <w:bottom w:val="nil"/>
              <w:right w:val="nil"/>
            </w:tcBorders>
          </w:tcPr>
          <w:p w14:paraId="47A9A934" w14:textId="77777777" w:rsidR="001C61CC" w:rsidRDefault="000D727A">
            <w:pPr>
              <w:spacing w:after="0" w:line="240" w:lineRule="auto"/>
            </w:pPr>
            <w:r>
              <w:rPr>
                <w:sz w:val="16"/>
              </w:rPr>
              <w:t>Overall</w:t>
            </w:r>
          </w:p>
        </w:tc>
        <w:tc>
          <w:tcPr>
            <w:tcW w:w="1728" w:type="dxa"/>
            <w:tcBorders>
              <w:top w:val="nil"/>
              <w:left w:val="nil"/>
              <w:bottom w:val="nil"/>
              <w:right w:val="nil"/>
            </w:tcBorders>
          </w:tcPr>
          <w:p w14:paraId="52CD0E99" w14:textId="77777777" w:rsidR="001C61CC" w:rsidRDefault="000D727A">
            <w:pPr>
              <w:spacing w:after="0" w:line="240" w:lineRule="auto"/>
              <w:jc w:val="center"/>
            </w:pPr>
            <w:r>
              <w:rPr>
                <w:sz w:val="16"/>
              </w:rPr>
              <w:t>7152</w:t>
            </w:r>
          </w:p>
        </w:tc>
        <w:tc>
          <w:tcPr>
            <w:tcW w:w="1728" w:type="dxa"/>
            <w:tcBorders>
              <w:top w:val="nil"/>
              <w:left w:val="nil"/>
              <w:bottom w:val="nil"/>
              <w:right w:val="nil"/>
            </w:tcBorders>
          </w:tcPr>
          <w:p w14:paraId="1FB5F434" w14:textId="77777777" w:rsidR="001C61CC" w:rsidRDefault="000D727A">
            <w:pPr>
              <w:spacing w:after="0" w:line="240" w:lineRule="auto"/>
              <w:jc w:val="center"/>
            </w:pPr>
            <w:r>
              <w:rPr>
                <w:sz w:val="16"/>
              </w:rPr>
              <w:t>3157</w:t>
            </w:r>
          </w:p>
        </w:tc>
        <w:tc>
          <w:tcPr>
            <w:tcW w:w="1728" w:type="dxa"/>
            <w:tcBorders>
              <w:top w:val="nil"/>
              <w:left w:val="nil"/>
              <w:bottom w:val="nil"/>
              <w:right w:val="nil"/>
            </w:tcBorders>
          </w:tcPr>
          <w:p w14:paraId="22662298" w14:textId="77777777" w:rsidR="001C61CC" w:rsidRDefault="000D727A">
            <w:pPr>
              <w:spacing w:after="0" w:line="240" w:lineRule="auto"/>
              <w:jc w:val="center"/>
            </w:pPr>
            <w:r>
              <w:rPr>
                <w:sz w:val="16"/>
              </w:rPr>
              <w:t>1.11 (0.99, 1.24)</w:t>
            </w:r>
          </w:p>
        </w:tc>
        <w:tc>
          <w:tcPr>
            <w:tcW w:w="1728" w:type="dxa"/>
            <w:tcBorders>
              <w:top w:val="nil"/>
              <w:left w:val="nil"/>
              <w:bottom w:val="nil"/>
              <w:right w:val="nil"/>
            </w:tcBorders>
          </w:tcPr>
          <w:p w14:paraId="4349E16F" w14:textId="77777777" w:rsidR="001C61CC" w:rsidRDefault="000D727A">
            <w:pPr>
              <w:spacing w:after="0" w:line="240" w:lineRule="auto"/>
              <w:jc w:val="center"/>
            </w:pPr>
            <w:r>
              <w:rPr>
                <w:sz w:val="16"/>
              </w:rPr>
              <w:t>0.086</w:t>
            </w:r>
          </w:p>
        </w:tc>
        <w:tc>
          <w:tcPr>
            <w:tcW w:w="1728" w:type="dxa"/>
            <w:tcBorders>
              <w:top w:val="nil"/>
              <w:left w:val="nil"/>
              <w:bottom w:val="nil"/>
              <w:right w:val="nil"/>
            </w:tcBorders>
          </w:tcPr>
          <w:p w14:paraId="045A2C5B" w14:textId="77777777" w:rsidR="001C61CC" w:rsidRDefault="001C61CC">
            <w:pPr>
              <w:spacing w:after="0" w:line="240" w:lineRule="auto"/>
              <w:jc w:val="center"/>
            </w:pPr>
          </w:p>
        </w:tc>
      </w:tr>
      <w:tr w:rsidR="001C61CC" w14:paraId="7A90A868" w14:textId="77777777">
        <w:tc>
          <w:tcPr>
            <w:tcW w:w="1728" w:type="dxa"/>
            <w:tcBorders>
              <w:top w:val="nil"/>
              <w:left w:val="nil"/>
              <w:bottom w:val="nil"/>
              <w:right w:val="nil"/>
            </w:tcBorders>
          </w:tcPr>
          <w:p w14:paraId="2C2CB58C" w14:textId="77777777" w:rsidR="001C61CC" w:rsidRDefault="000D727A">
            <w:pPr>
              <w:spacing w:after="0" w:line="240" w:lineRule="auto"/>
            </w:pPr>
            <w:r>
              <w:rPr>
                <w:sz w:val="16"/>
              </w:rPr>
              <w:t>Age group</w:t>
            </w:r>
          </w:p>
        </w:tc>
        <w:tc>
          <w:tcPr>
            <w:tcW w:w="1728" w:type="dxa"/>
            <w:tcBorders>
              <w:top w:val="nil"/>
              <w:left w:val="nil"/>
              <w:bottom w:val="nil"/>
              <w:right w:val="nil"/>
            </w:tcBorders>
          </w:tcPr>
          <w:p w14:paraId="4A3D96BF" w14:textId="77777777" w:rsidR="001C61CC" w:rsidRDefault="001C61CC">
            <w:pPr>
              <w:spacing w:after="0" w:line="240" w:lineRule="auto"/>
              <w:jc w:val="center"/>
            </w:pPr>
          </w:p>
        </w:tc>
        <w:tc>
          <w:tcPr>
            <w:tcW w:w="1728" w:type="dxa"/>
            <w:tcBorders>
              <w:top w:val="nil"/>
              <w:left w:val="nil"/>
              <w:bottom w:val="nil"/>
              <w:right w:val="nil"/>
            </w:tcBorders>
          </w:tcPr>
          <w:p w14:paraId="37CD03E4" w14:textId="77777777" w:rsidR="001C61CC" w:rsidRDefault="001C61CC">
            <w:pPr>
              <w:spacing w:after="0" w:line="240" w:lineRule="auto"/>
              <w:jc w:val="center"/>
            </w:pPr>
          </w:p>
        </w:tc>
        <w:tc>
          <w:tcPr>
            <w:tcW w:w="1728" w:type="dxa"/>
            <w:tcBorders>
              <w:top w:val="nil"/>
              <w:left w:val="nil"/>
              <w:bottom w:val="nil"/>
              <w:right w:val="nil"/>
            </w:tcBorders>
          </w:tcPr>
          <w:p w14:paraId="4F1B07E3" w14:textId="77777777" w:rsidR="001C61CC" w:rsidRDefault="001C61CC">
            <w:pPr>
              <w:spacing w:after="0" w:line="240" w:lineRule="auto"/>
              <w:jc w:val="center"/>
            </w:pPr>
          </w:p>
        </w:tc>
        <w:tc>
          <w:tcPr>
            <w:tcW w:w="1728" w:type="dxa"/>
            <w:tcBorders>
              <w:top w:val="nil"/>
              <w:left w:val="nil"/>
              <w:bottom w:val="nil"/>
              <w:right w:val="nil"/>
            </w:tcBorders>
          </w:tcPr>
          <w:p w14:paraId="5B0A62EF" w14:textId="77777777" w:rsidR="001C61CC" w:rsidRDefault="001C61CC">
            <w:pPr>
              <w:spacing w:after="0" w:line="240" w:lineRule="auto"/>
              <w:jc w:val="center"/>
            </w:pPr>
          </w:p>
        </w:tc>
        <w:tc>
          <w:tcPr>
            <w:tcW w:w="1728" w:type="dxa"/>
            <w:tcBorders>
              <w:top w:val="nil"/>
              <w:left w:val="nil"/>
              <w:bottom w:val="nil"/>
              <w:right w:val="nil"/>
            </w:tcBorders>
          </w:tcPr>
          <w:p w14:paraId="38825200" w14:textId="77777777" w:rsidR="001C61CC" w:rsidRDefault="000D727A">
            <w:pPr>
              <w:spacing w:after="0" w:line="240" w:lineRule="auto"/>
              <w:jc w:val="center"/>
            </w:pPr>
            <w:r>
              <w:rPr>
                <w:sz w:val="16"/>
              </w:rPr>
              <w:t>0.988</w:t>
            </w:r>
          </w:p>
        </w:tc>
      </w:tr>
      <w:tr w:rsidR="001C61CC" w14:paraId="0FFF6E43" w14:textId="77777777">
        <w:tc>
          <w:tcPr>
            <w:tcW w:w="1728" w:type="dxa"/>
            <w:tcBorders>
              <w:top w:val="nil"/>
              <w:left w:val="nil"/>
              <w:bottom w:val="nil"/>
              <w:right w:val="nil"/>
            </w:tcBorders>
          </w:tcPr>
          <w:p w14:paraId="1A9998E4" w14:textId="77777777" w:rsidR="001C61CC" w:rsidRDefault="000D727A">
            <w:pPr>
              <w:spacing w:after="0" w:line="240" w:lineRule="auto"/>
            </w:pPr>
            <w:r>
              <w:rPr>
                <w:sz w:val="16"/>
              </w:rPr>
              <w:t xml:space="preserve">  45-59</w:t>
            </w:r>
          </w:p>
        </w:tc>
        <w:tc>
          <w:tcPr>
            <w:tcW w:w="1728" w:type="dxa"/>
            <w:tcBorders>
              <w:top w:val="nil"/>
              <w:left w:val="nil"/>
              <w:bottom w:val="nil"/>
              <w:right w:val="nil"/>
            </w:tcBorders>
          </w:tcPr>
          <w:p w14:paraId="118B2717" w14:textId="77777777" w:rsidR="001C61CC" w:rsidRDefault="000D727A">
            <w:pPr>
              <w:spacing w:after="0" w:line="240" w:lineRule="auto"/>
              <w:jc w:val="center"/>
            </w:pPr>
            <w:r>
              <w:rPr>
                <w:sz w:val="16"/>
              </w:rPr>
              <w:t>2963</w:t>
            </w:r>
          </w:p>
        </w:tc>
        <w:tc>
          <w:tcPr>
            <w:tcW w:w="1728" w:type="dxa"/>
            <w:tcBorders>
              <w:top w:val="nil"/>
              <w:left w:val="nil"/>
              <w:bottom w:val="nil"/>
              <w:right w:val="nil"/>
            </w:tcBorders>
          </w:tcPr>
          <w:p w14:paraId="2267630A" w14:textId="77777777" w:rsidR="001C61CC" w:rsidRDefault="000D727A">
            <w:pPr>
              <w:spacing w:after="0" w:line="240" w:lineRule="auto"/>
              <w:jc w:val="center"/>
            </w:pPr>
            <w:r>
              <w:rPr>
                <w:sz w:val="16"/>
              </w:rPr>
              <w:t>1257</w:t>
            </w:r>
          </w:p>
        </w:tc>
        <w:tc>
          <w:tcPr>
            <w:tcW w:w="1728" w:type="dxa"/>
            <w:tcBorders>
              <w:top w:val="nil"/>
              <w:left w:val="nil"/>
              <w:bottom w:val="nil"/>
              <w:right w:val="nil"/>
            </w:tcBorders>
          </w:tcPr>
          <w:p w14:paraId="734F4D9F" w14:textId="77777777" w:rsidR="001C61CC" w:rsidRDefault="000D727A">
            <w:pPr>
              <w:spacing w:after="0" w:line="240" w:lineRule="auto"/>
              <w:jc w:val="center"/>
            </w:pPr>
            <w:r>
              <w:rPr>
                <w:sz w:val="16"/>
              </w:rPr>
              <w:t>1.13 (0.95, 1.34)</w:t>
            </w:r>
          </w:p>
        </w:tc>
        <w:tc>
          <w:tcPr>
            <w:tcW w:w="1728" w:type="dxa"/>
            <w:tcBorders>
              <w:top w:val="nil"/>
              <w:left w:val="nil"/>
              <w:bottom w:val="nil"/>
              <w:right w:val="nil"/>
            </w:tcBorders>
          </w:tcPr>
          <w:p w14:paraId="4461C88B" w14:textId="77777777" w:rsidR="001C61CC" w:rsidRDefault="000D727A">
            <w:pPr>
              <w:spacing w:after="0" w:line="240" w:lineRule="auto"/>
              <w:jc w:val="center"/>
            </w:pPr>
            <w:r>
              <w:rPr>
                <w:sz w:val="16"/>
              </w:rPr>
              <w:t>0.181</w:t>
            </w:r>
          </w:p>
        </w:tc>
        <w:tc>
          <w:tcPr>
            <w:tcW w:w="1728" w:type="dxa"/>
            <w:tcBorders>
              <w:top w:val="nil"/>
              <w:left w:val="nil"/>
              <w:bottom w:val="nil"/>
              <w:right w:val="nil"/>
            </w:tcBorders>
          </w:tcPr>
          <w:p w14:paraId="76575908" w14:textId="77777777" w:rsidR="001C61CC" w:rsidRDefault="001C61CC">
            <w:pPr>
              <w:spacing w:after="0" w:line="240" w:lineRule="auto"/>
              <w:jc w:val="center"/>
            </w:pPr>
          </w:p>
        </w:tc>
      </w:tr>
      <w:tr w:rsidR="001C61CC" w14:paraId="5CF071B0" w14:textId="77777777">
        <w:tc>
          <w:tcPr>
            <w:tcW w:w="1728" w:type="dxa"/>
            <w:tcBorders>
              <w:top w:val="nil"/>
              <w:left w:val="nil"/>
              <w:bottom w:val="nil"/>
              <w:right w:val="nil"/>
            </w:tcBorders>
          </w:tcPr>
          <w:p w14:paraId="5535B89C" w14:textId="77777777" w:rsidR="001C61CC" w:rsidRDefault="000D727A">
            <w:pPr>
              <w:spacing w:after="0" w:line="240" w:lineRule="auto"/>
            </w:pPr>
            <w:r>
              <w:rPr>
                <w:sz w:val="16"/>
              </w:rPr>
              <w:t xml:space="preserve">  60-69</w:t>
            </w:r>
          </w:p>
        </w:tc>
        <w:tc>
          <w:tcPr>
            <w:tcW w:w="1728" w:type="dxa"/>
            <w:tcBorders>
              <w:top w:val="nil"/>
              <w:left w:val="nil"/>
              <w:bottom w:val="nil"/>
              <w:right w:val="nil"/>
            </w:tcBorders>
          </w:tcPr>
          <w:p w14:paraId="08F82253" w14:textId="77777777" w:rsidR="001C61CC" w:rsidRDefault="000D727A">
            <w:pPr>
              <w:spacing w:after="0" w:line="240" w:lineRule="auto"/>
              <w:jc w:val="center"/>
            </w:pPr>
            <w:r>
              <w:rPr>
                <w:sz w:val="16"/>
              </w:rPr>
              <w:t>2656</w:t>
            </w:r>
          </w:p>
        </w:tc>
        <w:tc>
          <w:tcPr>
            <w:tcW w:w="1728" w:type="dxa"/>
            <w:tcBorders>
              <w:top w:val="nil"/>
              <w:left w:val="nil"/>
              <w:bottom w:val="nil"/>
              <w:right w:val="nil"/>
            </w:tcBorders>
          </w:tcPr>
          <w:p w14:paraId="324981FA" w14:textId="77777777" w:rsidR="001C61CC" w:rsidRDefault="000D727A">
            <w:pPr>
              <w:spacing w:after="0" w:line="240" w:lineRule="auto"/>
              <w:jc w:val="center"/>
            </w:pPr>
            <w:r>
              <w:rPr>
                <w:sz w:val="16"/>
              </w:rPr>
              <w:t>1187</w:t>
            </w:r>
          </w:p>
        </w:tc>
        <w:tc>
          <w:tcPr>
            <w:tcW w:w="1728" w:type="dxa"/>
            <w:tcBorders>
              <w:top w:val="nil"/>
              <w:left w:val="nil"/>
              <w:bottom w:val="nil"/>
              <w:right w:val="nil"/>
            </w:tcBorders>
          </w:tcPr>
          <w:p w14:paraId="490C13A9" w14:textId="77777777" w:rsidR="001C61CC" w:rsidRDefault="000D727A">
            <w:pPr>
              <w:spacing w:after="0" w:line="240" w:lineRule="auto"/>
              <w:jc w:val="center"/>
            </w:pPr>
            <w:r>
              <w:rPr>
                <w:sz w:val="16"/>
              </w:rPr>
              <w:t>1.16 (0.95, 1.41)</w:t>
            </w:r>
          </w:p>
        </w:tc>
        <w:tc>
          <w:tcPr>
            <w:tcW w:w="1728" w:type="dxa"/>
            <w:tcBorders>
              <w:top w:val="nil"/>
              <w:left w:val="nil"/>
              <w:bottom w:val="nil"/>
              <w:right w:val="nil"/>
            </w:tcBorders>
          </w:tcPr>
          <w:p w14:paraId="6F5B0AF1" w14:textId="77777777" w:rsidR="001C61CC" w:rsidRDefault="000D727A">
            <w:pPr>
              <w:spacing w:after="0" w:line="240" w:lineRule="auto"/>
              <w:jc w:val="center"/>
            </w:pPr>
            <w:r>
              <w:rPr>
                <w:sz w:val="16"/>
              </w:rPr>
              <w:t>0.144</w:t>
            </w:r>
          </w:p>
        </w:tc>
        <w:tc>
          <w:tcPr>
            <w:tcW w:w="1728" w:type="dxa"/>
            <w:tcBorders>
              <w:top w:val="nil"/>
              <w:left w:val="nil"/>
              <w:bottom w:val="nil"/>
              <w:right w:val="nil"/>
            </w:tcBorders>
          </w:tcPr>
          <w:p w14:paraId="12BFA382" w14:textId="77777777" w:rsidR="001C61CC" w:rsidRDefault="001C61CC">
            <w:pPr>
              <w:spacing w:after="0" w:line="240" w:lineRule="auto"/>
              <w:jc w:val="center"/>
            </w:pPr>
          </w:p>
        </w:tc>
      </w:tr>
      <w:tr w:rsidR="001C61CC" w14:paraId="40D724DE" w14:textId="77777777">
        <w:tc>
          <w:tcPr>
            <w:tcW w:w="1728" w:type="dxa"/>
            <w:tcBorders>
              <w:top w:val="nil"/>
              <w:left w:val="nil"/>
              <w:bottom w:val="nil"/>
              <w:right w:val="nil"/>
            </w:tcBorders>
          </w:tcPr>
          <w:p w14:paraId="0F466760" w14:textId="77777777" w:rsidR="001C61CC" w:rsidRDefault="000D727A">
            <w:pPr>
              <w:spacing w:after="0" w:line="240" w:lineRule="auto"/>
            </w:pPr>
            <w:r>
              <w:rPr>
                <w:sz w:val="16"/>
              </w:rPr>
              <w:t xml:space="preserve">  &gt;=70</w:t>
            </w:r>
          </w:p>
        </w:tc>
        <w:tc>
          <w:tcPr>
            <w:tcW w:w="1728" w:type="dxa"/>
            <w:tcBorders>
              <w:top w:val="nil"/>
              <w:left w:val="nil"/>
              <w:bottom w:val="nil"/>
              <w:right w:val="nil"/>
            </w:tcBorders>
          </w:tcPr>
          <w:p w14:paraId="1AF879B6" w14:textId="77777777" w:rsidR="001C61CC" w:rsidRDefault="000D727A">
            <w:pPr>
              <w:spacing w:after="0" w:line="240" w:lineRule="auto"/>
              <w:jc w:val="center"/>
            </w:pPr>
            <w:r>
              <w:rPr>
                <w:sz w:val="16"/>
              </w:rPr>
              <w:t>1533</w:t>
            </w:r>
          </w:p>
        </w:tc>
        <w:tc>
          <w:tcPr>
            <w:tcW w:w="1728" w:type="dxa"/>
            <w:tcBorders>
              <w:top w:val="nil"/>
              <w:left w:val="nil"/>
              <w:bottom w:val="nil"/>
              <w:right w:val="nil"/>
            </w:tcBorders>
          </w:tcPr>
          <w:p w14:paraId="4961F88F" w14:textId="77777777" w:rsidR="001C61CC" w:rsidRDefault="000D727A">
            <w:pPr>
              <w:spacing w:after="0" w:line="240" w:lineRule="auto"/>
              <w:jc w:val="center"/>
            </w:pPr>
            <w:r>
              <w:rPr>
                <w:sz w:val="16"/>
              </w:rPr>
              <w:t>713</w:t>
            </w:r>
          </w:p>
        </w:tc>
        <w:tc>
          <w:tcPr>
            <w:tcW w:w="1728" w:type="dxa"/>
            <w:tcBorders>
              <w:top w:val="nil"/>
              <w:left w:val="nil"/>
              <w:bottom w:val="nil"/>
              <w:right w:val="nil"/>
            </w:tcBorders>
          </w:tcPr>
          <w:p w14:paraId="4E895DB1" w14:textId="77777777" w:rsidR="001C61CC" w:rsidRDefault="000D727A">
            <w:pPr>
              <w:spacing w:after="0" w:line="240" w:lineRule="auto"/>
              <w:jc w:val="center"/>
            </w:pPr>
            <w:r>
              <w:rPr>
                <w:sz w:val="16"/>
              </w:rPr>
              <w:t>1.06 (0.82, 1.38)</w:t>
            </w:r>
          </w:p>
        </w:tc>
        <w:tc>
          <w:tcPr>
            <w:tcW w:w="1728" w:type="dxa"/>
            <w:tcBorders>
              <w:top w:val="nil"/>
              <w:left w:val="nil"/>
              <w:bottom w:val="nil"/>
              <w:right w:val="nil"/>
            </w:tcBorders>
          </w:tcPr>
          <w:p w14:paraId="06DC1DAE" w14:textId="77777777" w:rsidR="001C61CC" w:rsidRDefault="000D727A">
            <w:pPr>
              <w:spacing w:after="0" w:line="240" w:lineRule="auto"/>
              <w:jc w:val="center"/>
            </w:pPr>
            <w:r>
              <w:rPr>
                <w:sz w:val="16"/>
              </w:rPr>
              <w:t>0.650</w:t>
            </w:r>
          </w:p>
        </w:tc>
        <w:tc>
          <w:tcPr>
            <w:tcW w:w="1728" w:type="dxa"/>
            <w:tcBorders>
              <w:top w:val="nil"/>
              <w:left w:val="nil"/>
              <w:bottom w:val="nil"/>
              <w:right w:val="nil"/>
            </w:tcBorders>
          </w:tcPr>
          <w:p w14:paraId="456B4F89" w14:textId="77777777" w:rsidR="001C61CC" w:rsidRDefault="001C61CC">
            <w:pPr>
              <w:spacing w:after="0" w:line="240" w:lineRule="auto"/>
              <w:jc w:val="center"/>
            </w:pPr>
          </w:p>
        </w:tc>
      </w:tr>
      <w:tr w:rsidR="001C61CC" w14:paraId="7886E6B7" w14:textId="77777777">
        <w:tc>
          <w:tcPr>
            <w:tcW w:w="1728" w:type="dxa"/>
            <w:tcBorders>
              <w:top w:val="nil"/>
              <w:left w:val="nil"/>
              <w:bottom w:val="nil"/>
              <w:right w:val="nil"/>
            </w:tcBorders>
          </w:tcPr>
          <w:p w14:paraId="18AE3A48" w14:textId="77777777" w:rsidR="001C61CC" w:rsidRDefault="000D727A">
            <w:pPr>
              <w:spacing w:after="0" w:line="240" w:lineRule="auto"/>
            </w:pPr>
            <w:r>
              <w:rPr>
                <w:sz w:val="16"/>
              </w:rPr>
              <w:t>Residence</w:t>
            </w:r>
          </w:p>
        </w:tc>
        <w:tc>
          <w:tcPr>
            <w:tcW w:w="1728" w:type="dxa"/>
            <w:tcBorders>
              <w:top w:val="nil"/>
              <w:left w:val="nil"/>
              <w:bottom w:val="nil"/>
              <w:right w:val="nil"/>
            </w:tcBorders>
          </w:tcPr>
          <w:p w14:paraId="6EFEA9A1" w14:textId="77777777" w:rsidR="001C61CC" w:rsidRDefault="001C61CC">
            <w:pPr>
              <w:spacing w:after="0" w:line="240" w:lineRule="auto"/>
              <w:jc w:val="center"/>
            </w:pPr>
          </w:p>
        </w:tc>
        <w:tc>
          <w:tcPr>
            <w:tcW w:w="1728" w:type="dxa"/>
            <w:tcBorders>
              <w:top w:val="nil"/>
              <w:left w:val="nil"/>
              <w:bottom w:val="nil"/>
              <w:right w:val="nil"/>
            </w:tcBorders>
          </w:tcPr>
          <w:p w14:paraId="3ABE7EA6" w14:textId="77777777" w:rsidR="001C61CC" w:rsidRDefault="001C61CC">
            <w:pPr>
              <w:spacing w:after="0" w:line="240" w:lineRule="auto"/>
              <w:jc w:val="center"/>
            </w:pPr>
          </w:p>
        </w:tc>
        <w:tc>
          <w:tcPr>
            <w:tcW w:w="1728" w:type="dxa"/>
            <w:tcBorders>
              <w:top w:val="nil"/>
              <w:left w:val="nil"/>
              <w:bottom w:val="nil"/>
              <w:right w:val="nil"/>
            </w:tcBorders>
          </w:tcPr>
          <w:p w14:paraId="390D7534" w14:textId="77777777" w:rsidR="001C61CC" w:rsidRDefault="001C61CC">
            <w:pPr>
              <w:spacing w:after="0" w:line="240" w:lineRule="auto"/>
              <w:jc w:val="center"/>
            </w:pPr>
          </w:p>
        </w:tc>
        <w:tc>
          <w:tcPr>
            <w:tcW w:w="1728" w:type="dxa"/>
            <w:tcBorders>
              <w:top w:val="nil"/>
              <w:left w:val="nil"/>
              <w:bottom w:val="nil"/>
              <w:right w:val="nil"/>
            </w:tcBorders>
          </w:tcPr>
          <w:p w14:paraId="54562FFE" w14:textId="77777777" w:rsidR="001C61CC" w:rsidRDefault="001C61CC">
            <w:pPr>
              <w:spacing w:after="0" w:line="240" w:lineRule="auto"/>
              <w:jc w:val="center"/>
            </w:pPr>
          </w:p>
        </w:tc>
        <w:tc>
          <w:tcPr>
            <w:tcW w:w="1728" w:type="dxa"/>
            <w:tcBorders>
              <w:top w:val="nil"/>
              <w:left w:val="nil"/>
              <w:bottom w:val="nil"/>
              <w:right w:val="nil"/>
            </w:tcBorders>
          </w:tcPr>
          <w:p w14:paraId="097C16E4" w14:textId="77777777" w:rsidR="001C61CC" w:rsidRDefault="000D727A">
            <w:pPr>
              <w:spacing w:after="0" w:line="240" w:lineRule="auto"/>
              <w:jc w:val="center"/>
            </w:pPr>
            <w:r>
              <w:rPr>
                <w:sz w:val="16"/>
              </w:rPr>
              <w:t>0.666</w:t>
            </w:r>
          </w:p>
        </w:tc>
      </w:tr>
      <w:tr w:rsidR="001C61CC" w14:paraId="09E57907" w14:textId="77777777">
        <w:tc>
          <w:tcPr>
            <w:tcW w:w="1728" w:type="dxa"/>
            <w:tcBorders>
              <w:top w:val="nil"/>
              <w:left w:val="nil"/>
              <w:bottom w:val="nil"/>
              <w:right w:val="nil"/>
            </w:tcBorders>
          </w:tcPr>
          <w:p w14:paraId="6A4DFC07" w14:textId="77777777" w:rsidR="001C61CC" w:rsidRDefault="000D727A">
            <w:pPr>
              <w:spacing w:after="0" w:line="240" w:lineRule="auto"/>
            </w:pPr>
            <w:r>
              <w:rPr>
                <w:sz w:val="16"/>
              </w:rPr>
              <w:t xml:space="preserve">  Urban</w:t>
            </w:r>
          </w:p>
        </w:tc>
        <w:tc>
          <w:tcPr>
            <w:tcW w:w="1728" w:type="dxa"/>
            <w:tcBorders>
              <w:top w:val="nil"/>
              <w:left w:val="nil"/>
              <w:bottom w:val="nil"/>
              <w:right w:val="nil"/>
            </w:tcBorders>
          </w:tcPr>
          <w:p w14:paraId="4CCA9AFE" w14:textId="77777777" w:rsidR="001C61CC" w:rsidRDefault="000D727A">
            <w:pPr>
              <w:spacing w:after="0" w:line="240" w:lineRule="auto"/>
              <w:jc w:val="center"/>
            </w:pPr>
            <w:r>
              <w:rPr>
                <w:sz w:val="16"/>
              </w:rPr>
              <w:t>2675</w:t>
            </w:r>
          </w:p>
        </w:tc>
        <w:tc>
          <w:tcPr>
            <w:tcW w:w="1728" w:type="dxa"/>
            <w:tcBorders>
              <w:top w:val="nil"/>
              <w:left w:val="nil"/>
              <w:bottom w:val="nil"/>
              <w:right w:val="nil"/>
            </w:tcBorders>
          </w:tcPr>
          <w:p w14:paraId="13A8E52F" w14:textId="77777777" w:rsidR="001C61CC" w:rsidRDefault="000D727A">
            <w:pPr>
              <w:spacing w:after="0" w:line="240" w:lineRule="auto"/>
              <w:jc w:val="center"/>
            </w:pPr>
            <w:r>
              <w:rPr>
                <w:sz w:val="16"/>
              </w:rPr>
              <w:t>953</w:t>
            </w:r>
          </w:p>
        </w:tc>
        <w:tc>
          <w:tcPr>
            <w:tcW w:w="1728" w:type="dxa"/>
            <w:tcBorders>
              <w:top w:val="nil"/>
              <w:left w:val="nil"/>
              <w:bottom w:val="nil"/>
              <w:right w:val="nil"/>
            </w:tcBorders>
          </w:tcPr>
          <w:p w14:paraId="516CE68F" w14:textId="77777777" w:rsidR="001C61CC" w:rsidRDefault="000D727A">
            <w:pPr>
              <w:spacing w:after="0" w:line="240" w:lineRule="auto"/>
              <w:jc w:val="center"/>
            </w:pPr>
            <w:r>
              <w:rPr>
                <w:sz w:val="16"/>
              </w:rPr>
              <w:t>1.05 (0.87, 1.27)</w:t>
            </w:r>
          </w:p>
        </w:tc>
        <w:tc>
          <w:tcPr>
            <w:tcW w:w="1728" w:type="dxa"/>
            <w:tcBorders>
              <w:top w:val="nil"/>
              <w:left w:val="nil"/>
              <w:bottom w:val="nil"/>
              <w:right w:val="nil"/>
            </w:tcBorders>
          </w:tcPr>
          <w:p w14:paraId="59D5D56A" w14:textId="77777777" w:rsidR="001C61CC" w:rsidRDefault="000D727A">
            <w:pPr>
              <w:spacing w:after="0" w:line="240" w:lineRule="auto"/>
              <w:jc w:val="center"/>
            </w:pPr>
            <w:r>
              <w:rPr>
                <w:sz w:val="16"/>
              </w:rPr>
              <w:t>0.589</w:t>
            </w:r>
          </w:p>
        </w:tc>
        <w:tc>
          <w:tcPr>
            <w:tcW w:w="1728" w:type="dxa"/>
            <w:tcBorders>
              <w:top w:val="nil"/>
              <w:left w:val="nil"/>
              <w:bottom w:val="nil"/>
              <w:right w:val="nil"/>
            </w:tcBorders>
          </w:tcPr>
          <w:p w14:paraId="7B6918B3" w14:textId="77777777" w:rsidR="001C61CC" w:rsidRDefault="001C61CC">
            <w:pPr>
              <w:spacing w:after="0" w:line="240" w:lineRule="auto"/>
              <w:jc w:val="center"/>
            </w:pPr>
          </w:p>
        </w:tc>
      </w:tr>
      <w:tr w:rsidR="001C61CC" w14:paraId="53A6FA35" w14:textId="77777777">
        <w:tc>
          <w:tcPr>
            <w:tcW w:w="1728" w:type="dxa"/>
            <w:tcBorders>
              <w:top w:val="nil"/>
              <w:left w:val="nil"/>
              <w:bottom w:val="nil"/>
              <w:right w:val="nil"/>
            </w:tcBorders>
          </w:tcPr>
          <w:p w14:paraId="4360A788" w14:textId="77777777" w:rsidR="001C61CC" w:rsidRDefault="000D727A">
            <w:pPr>
              <w:spacing w:after="0" w:line="240" w:lineRule="auto"/>
            </w:pPr>
            <w:r>
              <w:rPr>
                <w:sz w:val="16"/>
              </w:rPr>
              <w:t xml:space="preserve">  Rural</w:t>
            </w:r>
          </w:p>
        </w:tc>
        <w:tc>
          <w:tcPr>
            <w:tcW w:w="1728" w:type="dxa"/>
            <w:tcBorders>
              <w:top w:val="nil"/>
              <w:left w:val="nil"/>
              <w:bottom w:val="nil"/>
              <w:right w:val="nil"/>
            </w:tcBorders>
          </w:tcPr>
          <w:p w14:paraId="6E07E9C4" w14:textId="77777777" w:rsidR="001C61CC" w:rsidRDefault="000D727A">
            <w:pPr>
              <w:spacing w:after="0" w:line="240" w:lineRule="auto"/>
              <w:jc w:val="center"/>
            </w:pPr>
            <w:r>
              <w:rPr>
                <w:sz w:val="16"/>
              </w:rPr>
              <w:t>4477</w:t>
            </w:r>
          </w:p>
        </w:tc>
        <w:tc>
          <w:tcPr>
            <w:tcW w:w="1728" w:type="dxa"/>
            <w:tcBorders>
              <w:top w:val="nil"/>
              <w:left w:val="nil"/>
              <w:bottom w:val="nil"/>
              <w:right w:val="nil"/>
            </w:tcBorders>
          </w:tcPr>
          <w:p w14:paraId="409FEA7B" w14:textId="77777777" w:rsidR="001C61CC" w:rsidRDefault="000D727A">
            <w:pPr>
              <w:spacing w:after="0" w:line="240" w:lineRule="auto"/>
              <w:jc w:val="center"/>
            </w:pPr>
            <w:r>
              <w:rPr>
                <w:sz w:val="16"/>
              </w:rPr>
              <w:t>2204</w:t>
            </w:r>
          </w:p>
        </w:tc>
        <w:tc>
          <w:tcPr>
            <w:tcW w:w="1728" w:type="dxa"/>
            <w:tcBorders>
              <w:top w:val="nil"/>
              <w:left w:val="nil"/>
              <w:bottom w:val="nil"/>
              <w:right w:val="nil"/>
            </w:tcBorders>
          </w:tcPr>
          <w:p w14:paraId="51F34846" w14:textId="77777777" w:rsidR="001C61CC" w:rsidRDefault="000D727A">
            <w:pPr>
              <w:spacing w:after="0" w:line="240" w:lineRule="auto"/>
              <w:jc w:val="center"/>
            </w:pPr>
            <w:r>
              <w:rPr>
                <w:sz w:val="16"/>
              </w:rPr>
              <w:t>1.13 (0.97, 1.31)</w:t>
            </w:r>
          </w:p>
        </w:tc>
        <w:tc>
          <w:tcPr>
            <w:tcW w:w="1728" w:type="dxa"/>
            <w:tcBorders>
              <w:top w:val="nil"/>
              <w:left w:val="nil"/>
              <w:bottom w:val="nil"/>
              <w:right w:val="nil"/>
            </w:tcBorders>
          </w:tcPr>
          <w:p w14:paraId="7D288C3A" w14:textId="77777777" w:rsidR="001C61CC" w:rsidRDefault="000D727A">
            <w:pPr>
              <w:spacing w:after="0" w:line="240" w:lineRule="auto"/>
              <w:jc w:val="center"/>
            </w:pPr>
            <w:r>
              <w:rPr>
                <w:sz w:val="16"/>
              </w:rPr>
              <w:t>0.108</w:t>
            </w:r>
          </w:p>
        </w:tc>
        <w:tc>
          <w:tcPr>
            <w:tcW w:w="1728" w:type="dxa"/>
            <w:tcBorders>
              <w:top w:val="nil"/>
              <w:left w:val="nil"/>
              <w:bottom w:val="nil"/>
              <w:right w:val="nil"/>
            </w:tcBorders>
          </w:tcPr>
          <w:p w14:paraId="1798955E" w14:textId="77777777" w:rsidR="001C61CC" w:rsidRDefault="001C61CC">
            <w:pPr>
              <w:spacing w:after="0" w:line="240" w:lineRule="auto"/>
              <w:jc w:val="center"/>
            </w:pPr>
          </w:p>
        </w:tc>
      </w:tr>
      <w:tr w:rsidR="001C61CC" w14:paraId="140BB66E" w14:textId="77777777">
        <w:tc>
          <w:tcPr>
            <w:tcW w:w="1728" w:type="dxa"/>
            <w:tcBorders>
              <w:top w:val="nil"/>
              <w:left w:val="nil"/>
              <w:bottom w:val="nil"/>
              <w:right w:val="nil"/>
            </w:tcBorders>
          </w:tcPr>
          <w:p w14:paraId="47D9B2E6" w14:textId="77777777" w:rsidR="001C61CC" w:rsidRDefault="000D727A">
            <w:pPr>
              <w:spacing w:after="0" w:line="240" w:lineRule="auto"/>
            </w:pPr>
            <w:r>
              <w:rPr>
                <w:sz w:val="16"/>
              </w:rPr>
              <w:t>Marital status</w:t>
            </w:r>
          </w:p>
        </w:tc>
        <w:tc>
          <w:tcPr>
            <w:tcW w:w="1728" w:type="dxa"/>
            <w:tcBorders>
              <w:top w:val="nil"/>
              <w:left w:val="nil"/>
              <w:bottom w:val="nil"/>
              <w:right w:val="nil"/>
            </w:tcBorders>
          </w:tcPr>
          <w:p w14:paraId="05B0EDC3" w14:textId="77777777" w:rsidR="001C61CC" w:rsidRDefault="001C61CC">
            <w:pPr>
              <w:spacing w:after="0" w:line="240" w:lineRule="auto"/>
              <w:jc w:val="center"/>
            </w:pPr>
          </w:p>
        </w:tc>
        <w:tc>
          <w:tcPr>
            <w:tcW w:w="1728" w:type="dxa"/>
            <w:tcBorders>
              <w:top w:val="nil"/>
              <w:left w:val="nil"/>
              <w:bottom w:val="nil"/>
              <w:right w:val="nil"/>
            </w:tcBorders>
          </w:tcPr>
          <w:p w14:paraId="6F9DFAE6" w14:textId="77777777" w:rsidR="001C61CC" w:rsidRDefault="001C61CC">
            <w:pPr>
              <w:spacing w:after="0" w:line="240" w:lineRule="auto"/>
              <w:jc w:val="center"/>
            </w:pPr>
          </w:p>
        </w:tc>
        <w:tc>
          <w:tcPr>
            <w:tcW w:w="1728" w:type="dxa"/>
            <w:tcBorders>
              <w:top w:val="nil"/>
              <w:left w:val="nil"/>
              <w:bottom w:val="nil"/>
              <w:right w:val="nil"/>
            </w:tcBorders>
          </w:tcPr>
          <w:p w14:paraId="1AAF3814" w14:textId="77777777" w:rsidR="001C61CC" w:rsidRDefault="001C61CC">
            <w:pPr>
              <w:spacing w:after="0" w:line="240" w:lineRule="auto"/>
              <w:jc w:val="center"/>
            </w:pPr>
          </w:p>
        </w:tc>
        <w:tc>
          <w:tcPr>
            <w:tcW w:w="1728" w:type="dxa"/>
            <w:tcBorders>
              <w:top w:val="nil"/>
              <w:left w:val="nil"/>
              <w:bottom w:val="nil"/>
              <w:right w:val="nil"/>
            </w:tcBorders>
          </w:tcPr>
          <w:p w14:paraId="4F0707BE" w14:textId="77777777" w:rsidR="001C61CC" w:rsidRDefault="001C61CC">
            <w:pPr>
              <w:spacing w:after="0" w:line="240" w:lineRule="auto"/>
              <w:jc w:val="center"/>
            </w:pPr>
          </w:p>
        </w:tc>
        <w:tc>
          <w:tcPr>
            <w:tcW w:w="1728" w:type="dxa"/>
            <w:tcBorders>
              <w:top w:val="nil"/>
              <w:left w:val="nil"/>
              <w:bottom w:val="nil"/>
              <w:right w:val="nil"/>
            </w:tcBorders>
          </w:tcPr>
          <w:p w14:paraId="5BC0F1DE" w14:textId="77777777" w:rsidR="001C61CC" w:rsidRDefault="000D727A">
            <w:pPr>
              <w:spacing w:after="0" w:line="240" w:lineRule="auto"/>
              <w:jc w:val="center"/>
            </w:pPr>
            <w:r>
              <w:rPr>
                <w:sz w:val="16"/>
              </w:rPr>
              <w:t>0.470</w:t>
            </w:r>
          </w:p>
        </w:tc>
      </w:tr>
      <w:tr w:rsidR="001C61CC" w14:paraId="20207ABB" w14:textId="77777777">
        <w:tc>
          <w:tcPr>
            <w:tcW w:w="1728" w:type="dxa"/>
            <w:tcBorders>
              <w:top w:val="nil"/>
              <w:left w:val="nil"/>
              <w:bottom w:val="nil"/>
              <w:right w:val="nil"/>
            </w:tcBorders>
          </w:tcPr>
          <w:p w14:paraId="20625934" w14:textId="77777777" w:rsidR="001C61CC" w:rsidRDefault="000D727A">
            <w:pPr>
              <w:spacing w:after="0" w:line="240" w:lineRule="auto"/>
            </w:pPr>
            <w:r>
              <w:rPr>
                <w:sz w:val="16"/>
              </w:rPr>
              <w:t xml:space="preserve">  Married/partnered</w:t>
            </w:r>
          </w:p>
        </w:tc>
        <w:tc>
          <w:tcPr>
            <w:tcW w:w="1728" w:type="dxa"/>
            <w:tcBorders>
              <w:top w:val="nil"/>
              <w:left w:val="nil"/>
              <w:bottom w:val="nil"/>
              <w:right w:val="nil"/>
            </w:tcBorders>
          </w:tcPr>
          <w:p w14:paraId="7804DF0D" w14:textId="77777777" w:rsidR="001C61CC" w:rsidRDefault="000D727A">
            <w:pPr>
              <w:spacing w:after="0" w:line="240" w:lineRule="auto"/>
              <w:jc w:val="center"/>
            </w:pPr>
            <w:r>
              <w:rPr>
                <w:sz w:val="16"/>
              </w:rPr>
              <w:t>5855</w:t>
            </w:r>
          </w:p>
        </w:tc>
        <w:tc>
          <w:tcPr>
            <w:tcW w:w="1728" w:type="dxa"/>
            <w:tcBorders>
              <w:top w:val="nil"/>
              <w:left w:val="nil"/>
              <w:bottom w:val="nil"/>
              <w:right w:val="nil"/>
            </w:tcBorders>
          </w:tcPr>
          <w:p w14:paraId="6DEDFAA5" w14:textId="77777777" w:rsidR="001C61CC" w:rsidRDefault="000D727A">
            <w:pPr>
              <w:spacing w:after="0" w:line="240" w:lineRule="auto"/>
              <w:jc w:val="center"/>
            </w:pPr>
            <w:r>
              <w:rPr>
                <w:sz w:val="16"/>
              </w:rPr>
              <w:t>2502</w:t>
            </w:r>
          </w:p>
        </w:tc>
        <w:tc>
          <w:tcPr>
            <w:tcW w:w="1728" w:type="dxa"/>
            <w:tcBorders>
              <w:top w:val="nil"/>
              <w:left w:val="nil"/>
              <w:bottom w:val="nil"/>
              <w:right w:val="nil"/>
            </w:tcBorders>
          </w:tcPr>
          <w:p w14:paraId="5DB56EC5" w14:textId="77777777" w:rsidR="001C61CC" w:rsidRDefault="000D727A">
            <w:pPr>
              <w:spacing w:after="0" w:line="240" w:lineRule="auto"/>
              <w:jc w:val="center"/>
            </w:pPr>
            <w:r>
              <w:rPr>
                <w:sz w:val="16"/>
              </w:rPr>
              <w:t>1.13 (1.00, 1.29)</w:t>
            </w:r>
          </w:p>
        </w:tc>
        <w:tc>
          <w:tcPr>
            <w:tcW w:w="1728" w:type="dxa"/>
            <w:tcBorders>
              <w:top w:val="nil"/>
              <w:left w:val="nil"/>
              <w:bottom w:val="nil"/>
              <w:right w:val="nil"/>
            </w:tcBorders>
          </w:tcPr>
          <w:p w14:paraId="14676BE3" w14:textId="77777777" w:rsidR="001C61CC" w:rsidRDefault="000D727A">
            <w:pPr>
              <w:spacing w:after="0" w:line="240" w:lineRule="auto"/>
              <w:jc w:val="center"/>
            </w:pPr>
            <w:r>
              <w:rPr>
                <w:sz w:val="16"/>
              </w:rPr>
              <w:t>0.054</w:t>
            </w:r>
          </w:p>
        </w:tc>
        <w:tc>
          <w:tcPr>
            <w:tcW w:w="1728" w:type="dxa"/>
            <w:tcBorders>
              <w:top w:val="nil"/>
              <w:left w:val="nil"/>
              <w:bottom w:val="nil"/>
              <w:right w:val="nil"/>
            </w:tcBorders>
          </w:tcPr>
          <w:p w14:paraId="5EA2A1A7" w14:textId="77777777" w:rsidR="001C61CC" w:rsidRDefault="001C61CC">
            <w:pPr>
              <w:spacing w:after="0" w:line="240" w:lineRule="auto"/>
              <w:jc w:val="center"/>
            </w:pPr>
          </w:p>
        </w:tc>
      </w:tr>
      <w:tr w:rsidR="001C61CC" w14:paraId="549AD0F8" w14:textId="77777777">
        <w:tc>
          <w:tcPr>
            <w:tcW w:w="1728" w:type="dxa"/>
            <w:tcBorders>
              <w:top w:val="nil"/>
              <w:left w:val="nil"/>
              <w:bottom w:val="nil"/>
              <w:right w:val="nil"/>
            </w:tcBorders>
          </w:tcPr>
          <w:p w14:paraId="19112377" w14:textId="77777777" w:rsidR="001C61CC" w:rsidRDefault="000D727A">
            <w:pPr>
              <w:spacing w:after="0" w:line="240" w:lineRule="auto"/>
            </w:pPr>
            <w:r>
              <w:rPr>
                <w:sz w:val="16"/>
              </w:rPr>
              <w:t xml:space="preserve">  Other</w:t>
            </w:r>
          </w:p>
        </w:tc>
        <w:tc>
          <w:tcPr>
            <w:tcW w:w="1728" w:type="dxa"/>
            <w:tcBorders>
              <w:top w:val="nil"/>
              <w:left w:val="nil"/>
              <w:bottom w:val="nil"/>
              <w:right w:val="nil"/>
            </w:tcBorders>
          </w:tcPr>
          <w:p w14:paraId="418A434E" w14:textId="77777777" w:rsidR="001C61CC" w:rsidRDefault="000D727A">
            <w:pPr>
              <w:spacing w:after="0" w:line="240" w:lineRule="auto"/>
              <w:jc w:val="center"/>
            </w:pPr>
            <w:r>
              <w:rPr>
                <w:sz w:val="16"/>
              </w:rPr>
              <w:t>1297</w:t>
            </w:r>
          </w:p>
        </w:tc>
        <w:tc>
          <w:tcPr>
            <w:tcW w:w="1728" w:type="dxa"/>
            <w:tcBorders>
              <w:top w:val="nil"/>
              <w:left w:val="nil"/>
              <w:bottom w:val="nil"/>
              <w:right w:val="nil"/>
            </w:tcBorders>
          </w:tcPr>
          <w:p w14:paraId="7044CE37" w14:textId="77777777" w:rsidR="001C61CC" w:rsidRDefault="000D727A">
            <w:pPr>
              <w:spacing w:after="0" w:line="240" w:lineRule="auto"/>
              <w:jc w:val="center"/>
            </w:pPr>
            <w:r>
              <w:rPr>
                <w:sz w:val="16"/>
              </w:rPr>
              <w:t>655</w:t>
            </w:r>
          </w:p>
        </w:tc>
        <w:tc>
          <w:tcPr>
            <w:tcW w:w="1728" w:type="dxa"/>
            <w:tcBorders>
              <w:top w:val="nil"/>
              <w:left w:val="nil"/>
              <w:bottom w:val="nil"/>
              <w:right w:val="nil"/>
            </w:tcBorders>
          </w:tcPr>
          <w:p w14:paraId="1AA80DBE" w14:textId="77777777" w:rsidR="001C61CC" w:rsidRDefault="000D727A">
            <w:pPr>
              <w:spacing w:after="0" w:line="240" w:lineRule="auto"/>
              <w:jc w:val="center"/>
            </w:pPr>
            <w:r>
              <w:rPr>
                <w:sz w:val="16"/>
              </w:rPr>
              <w:t>1.02 (0.77, 1.35)</w:t>
            </w:r>
          </w:p>
        </w:tc>
        <w:tc>
          <w:tcPr>
            <w:tcW w:w="1728" w:type="dxa"/>
            <w:tcBorders>
              <w:top w:val="nil"/>
              <w:left w:val="nil"/>
              <w:bottom w:val="nil"/>
              <w:right w:val="nil"/>
            </w:tcBorders>
          </w:tcPr>
          <w:p w14:paraId="3C23EBF2" w14:textId="77777777" w:rsidR="001C61CC" w:rsidRDefault="000D727A">
            <w:pPr>
              <w:spacing w:after="0" w:line="240" w:lineRule="auto"/>
              <w:jc w:val="center"/>
            </w:pPr>
            <w:r>
              <w:rPr>
                <w:sz w:val="16"/>
              </w:rPr>
              <w:t>0.890</w:t>
            </w:r>
          </w:p>
        </w:tc>
        <w:tc>
          <w:tcPr>
            <w:tcW w:w="1728" w:type="dxa"/>
            <w:tcBorders>
              <w:top w:val="nil"/>
              <w:left w:val="nil"/>
              <w:bottom w:val="nil"/>
              <w:right w:val="nil"/>
            </w:tcBorders>
          </w:tcPr>
          <w:p w14:paraId="491F660D" w14:textId="77777777" w:rsidR="001C61CC" w:rsidRDefault="001C61CC">
            <w:pPr>
              <w:spacing w:after="0" w:line="240" w:lineRule="auto"/>
              <w:jc w:val="center"/>
            </w:pPr>
          </w:p>
        </w:tc>
      </w:tr>
      <w:tr w:rsidR="001C61CC" w14:paraId="6440150F" w14:textId="77777777">
        <w:tc>
          <w:tcPr>
            <w:tcW w:w="1728" w:type="dxa"/>
            <w:tcBorders>
              <w:top w:val="nil"/>
              <w:left w:val="nil"/>
              <w:bottom w:val="nil"/>
              <w:right w:val="nil"/>
            </w:tcBorders>
          </w:tcPr>
          <w:p w14:paraId="524FA88A" w14:textId="77777777" w:rsidR="001C61CC" w:rsidRDefault="000D727A">
            <w:pPr>
              <w:spacing w:after="0" w:line="240" w:lineRule="auto"/>
            </w:pPr>
            <w:r>
              <w:rPr>
                <w:sz w:val="16"/>
              </w:rPr>
              <w:t>Smoking status</w:t>
            </w:r>
          </w:p>
        </w:tc>
        <w:tc>
          <w:tcPr>
            <w:tcW w:w="1728" w:type="dxa"/>
            <w:tcBorders>
              <w:top w:val="nil"/>
              <w:left w:val="nil"/>
              <w:bottom w:val="nil"/>
              <w:right w:val="nil"/>
            </w:tcBorders>
          </w:tcPr>
          <w:p w14:paraId="550185EE" w14:textId="77777777" w:rsidR="001C61CC" w:rsidRDefault="001C61CC">
            <w:pPr>
              <w:spacing w:after="0" w:line="240" w:lineRule="auto"/>
              <w:jc w:val="center"/>
            </w:pPr>
          </w:p>
        </w:tc>
        <w:tc>
          <w:tcPr>
            <w:tcW w:w="1728" w:type="dxa"/>
            <w:tcBorders>
              <w:top w:val="nil"/>
              <w:left w:val="nil"/>
              <w:bottom w:val="nil"/>
              <w:right w:val="nil"/>
            </w:tcBorders>
          </w:tcPr>
          <w:p w14:paraId="367BE676" w14:textId="77777777" w:rsidR="001C61CC" w:rsidRDefault="001C61CC">
            <w:pPr>
              <w:spacing w:after="0" w:line="240" w:lineRule="auto"/>
              <w:jc w:val="center"/>
            </w:pPr>
          </w:p>
        </w:tc>
        <w:tc>
          <w:tcPr>
            <w:tcW w:w="1728" w:type="dxa"/>
            <w:tcBorders>
              <w:top w:val="nil"/>
              <w:left w:val="nil"/>
              <w:bottom w:val="nil"/>
              <w:right w:val="nil"/>
            </w:tcBorders>
          </w:tcPr>
          <w:p w14:paraId="4A44FF07" w14:textId="77777777" w:rsidR="001C61CC" w:rsidRDefault="001C61CC">
            <w:pPr>
              <w:spacing w:after="0" w:line="240" w:lineRule="auto"/>
              <w:jc w:val="center"/>
            </w:pPr>
          </w:p>
        </w:tc>
        <w:tc>
          <w:tcPr>
            <w:tcW w:w="1728" w:type="dxa"/>
            <w:tcBorders>
              <w:top w:val="nil"/>
              <w:left w:val="nil"/>
              <w:bottom w:val="nil"/>
              <w:right w:val="nil"/>
            </w:tcBorders>
          </w:tcPr>
          <w:p w14:paraId="53F8984B" w14:textId="77777777" w:rsidR="001C61CC" w:rsidRDefault="001C61CC">
            <w:pPr>
              <w:spacing w:after="0" w:line="240" w:lineRule="auto"/>
              <w:jc w:val="center"/>
            </w:pPr>
          </w:p>
        </w:tc>
        <w:tc>
          <w:tcPr>
            <w:tcW w:w="1728" w:type="dxa"/>
            <w:tcBorders>
              <w:top w:val="nil"/>
              <w:left w:val="nil"/>
              <w:bottom w:val="nil"/>
              <w:right w:val="nil"/>
            </w:tcBorders>
          </w:tcPr>
          <w:p w14:paraId="02F74C8B" w14:textId="77777777" w:rsidR="001C61CC" w:rsidRDefault="000D727A">
            <w:pPr>
              <w:spacing w:after="0" w:line="240" w:lineRule="auto"/>
              <w:jc w:val="center"/>
            </w:pPr>
            <w:r>
              <w:rPr>
                <w:sz w:val="16"/>
              </w:rPr>
              <w:t>0.041</w:t>
            </w:r>
          </w:p>
        </w:tc>
      </w:tr>
      <w:tr w:rsidR="001C61CC" w14:paraId="353FC86A" w14:textId="77777777">
        <w:tc>
          <w:tcPr>
            <w:tcW w:w="1728" w:type="dxa"/>
            <w:tcBorders>
              <w:top w:val="nil"/>
              <w:left w:val="nil"/>
              <w:bottom w:val="nil"/>
              <w:right w:val="nil"/>
            </w:tcBorders>
          </w:tcPr>
          <w:p w14:paraId="0974D2DF"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61CA6723" w14:textId="77777777" w:rsidR="001C61CC" w:rsidRDefault="000D727A">
            <w:pPr>
              <w:spacing w:after="0" w:line="240" w:lineRule="auto"/>
              <w:jc w:val="center"/>
            </w:pPr>
            <w:r>
              <w:rPr>
                <w:sz w:val="16"/>
              </w:rPr>
              <w:t>6586</w:t>
            </w:r>
          </w:p>
        </w:tc>
        <w:tc>
          <w:tcPr>
            <w:tcW w:w="1728" w:type="dxa"/>
            <w:tcBorders>
              <w:top w:val="nil"/>
              <w:left w:val="nil"/>
              <w:bottom w:val="nil"/>
              <w:right w:val="nil"/>
            </w:tcBorders>
          </w:tcPr>
          <w:p w14:paraId="2CE39769" w14:textId="77777777" w:rsidR="001C61CC" w:rsidRDefault="000D727A">
            <w:pPr>
              <w:spacing w:after="0" w:line="240" w:lineRule="auto"/>
              <w:jc w:val="center"/>
            </w:pPr>
            <w:r>
              <w:rPr>
                <w:sz w:val="16"/>
              </w:rPr>
              <w:t>2877</w:t>
            </w:r>
          </w:p>
        </w:tc>
        <w:tc>
          <w:tcPr>
            <w:tcW w:w="1728" w:type="dxa"/>
            <w:tcBorders>
              <w:top w:val="nil"/>
              <w:left w:val="nil"/>
              <w:bottom w:val="nil"/>
              <w:right w:val="nil"/>
            </w:tcBorders>
          </w:tcPr>
          <w:p w14:paraId="32346DFD" w14:textId="77777777" w:rsidR="001C61CC" w:rsidRDefault="000D727A">
            <w:pPr>
              <w:spacing w:after="0" w:line="240" w:lineRule="auto"/>
              <w:jc w:val="center"/>
            </w:pPr>
            <w:r>
              <w:rPr>
                <w:sz w:val="16"/>
              </w:rPr>
              <w:t>1.07 (0.95, 1.21)</w:t>
            </w:r>
          </w:p>
        </w:tc>
        <w:tc>
          <w:tcPr>
            <w:tcW w:w="1728" w:type="dxa"/>
            <w:tcBorders>
              <w:top w:val="nil"/>
              <w:left w:val="nil"/>
              <w:bottom w:val="nil"/>
              <w:right w:val="nil"/>
            </w:tcBorders>
          </w:tcPr>
          <w:p w14:paraId="206C4A65" w14:textId="77777777" w:rsidR="001C61CC" w:rsidRDefault="000D727A">
            <w:pPr>
              <w:spacing w:after="0" w:line="240" w:lineRule="auto"/>
              <w:jc w:val="center"/>
            </w:pPr>
            <w:r>
              <w:rPr>
                <w:sz w:val="16"/>
              </w:rPr>
              <w:t>0.279</w:t>
            </w:r>
          </w:p>
        </w:tc>
        <w:tc>
          <w:tcPr>
            <w:tcW w:w="1728" w:type="dxa"/>
            <w:tcBorders>
              <w:top w:val="nil"/>
              <w:left w:val="nil"/>
              <w:bottom w:val="nil"/>
              <w:right w:val="nil"/>
            </w:tcBorders>
          </w:tcPr>
          <w:p w14:paraId="756EC31B" w14:textId="77777777" w:rsidR="001C61CC" w:rsidRDefault="001C61CC">
            <w:pPr>
              <w:spacing w:after="0" w:line="240" w:lineRule="auto"/>
              <w:jc w:val="center"/>
            </w:pPr>
          </w:p>
        </w:tc>
      </w:tr>
      <w:tr w:rsidR="001C61CC" w14:paraId="3ECD7078" w14:textId="77777777">
        <w:tc>
          <w:tcPr>
            <w:tcW w:w="1728" w:type="dxa"/>
            <w:tcBorders>
              <w:top w:val="nil"/>
              <w:left w:val="nil"/>
              <w:bottom w:val="nil"/>
              <w:right w:val="nil"/>
            </w:tcBorders>
          </w:tcPr>
          <w:p w14:paraId="6AF849AC"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522F2A0B" w14:textId="77777777" w:rsidR="001C61CC" w:rsidRDefault="000D727A">
            <w:pPr>
              <w:spacing w:after="0" w:line="240" w:lineRule="auto"/>
              <w:jc w:val="center"/>
            </w:pPr>
            <w:r>
              <w:rPr>
                <w:sz w:val="16"/>
              </w:rPr>
              <w:t>566</w:t>
            </w:r>
          </w:p>
        </w:tc>
        <w:tc>
          <w:tcPr>
            <w:tcW w:w="1728" w:type="dxa"/>
            <w:tcBorders>
              <w:top w:val="nil"/>
              <w:left w:val="nil"/>
              <w:bottom w:val="nil"/>
              <w:right w:val="nil"/>
            </w:tcBorders>
          </w:tcPr>
          <w:p w14:paraId="766CCAD3" w14:textId="77777777" w:rsidR="001C61CC" w:rsidRDefault="000D727A">
            <w:pPr>
              <w:spacing w:after="0" w:line="240" w:lineRule="auto"/>
              <w:jc w:val="center"/>
            </w:pPr>
            <w:r>
              <w:rPr>
                <w:sz w:val="16"/>
              </w:rPr>
              <w:t>280</w:t>
            </w:r>
          </w:p>
        </w:tc>
        <w:tc>
          <w:tcPr>
            <w:tcW w:w="1728" w:type="dxa"/>
            <w:tcBorders>
              <w:top w:val="nil"/>
              <w:left w:val="nil"/>
              <w:bottom w:val="nil"/>
              <w:right w:val="nil"/>
            </w:tcBorders>
          </w:tcPr>
          <w:p w14:paraId="46ADF0E5" w14:textId="77777777" w:rsidR="001C61CC" w:rsidRDefault="000D727A">
            <w:pPr>
              <w:spacing w:after="0" w:line="240" w:lineRule="auto"/>
              <w:jc w:val="center"/>
            </w:pPr>
            <w:r>
              <w:rPr>
                <w:sz w:val="16"/>
              </w:rPr>
              <w:t>1.75 (1.16, 2.65)</w:t>
            </w:r>
          </w:p>
        </w:tc>
        <w:tc>
          <w:tcPr>
            <w:tcW w:w="1728" w:type="dxa"/>
            <w:tcBorders>
              <w:top w:val="nil"/>
              <w:left w:val="nil"/>
              <w:bottom w:val="nil"/>
              <w:right w:val="nil"/>
            </w:tcBorders>
          </w:tcPr>
          <w:p w14:paraId="19FF5EEE" w14:textId="77777777" w:rsidR="001C61CC" w:rsidRDefault="000D727A">
            <w:pPr>
              <w:spacing w:after="0" w:line="240" w:lineRule="auto"/>
              <w:jc w:val="center"/>
            </w:pPr>
            <w:r>
              <w:rPr>
                <w:sz w:val="16"/>
              </w:rPr>
              <w:t>0.008</w:t>
            </w:r>
          </w:p>
        </w:tc>
        <w:tc>
          <w:tcPr>
            <w:tcW w:w="1728" w:type="dxa"/>
            <w:tcBorders>
              <w:top w:val="nil"/>
              <w:left w:val="nil"/>
              <w:bottom w:val="nil"/>
              <w:right w:val="nil"/>
            </w:tcBorders>
          </w:tcPr>
          <w:p w14:paraId="74E98CDA" w14:textId="77777777" w:rsidR="001C61CC" w:rsidRDefault="001C61CC">
            <w:pPr>
              <w:spacing w:after="0" w:line="240" w:lineRule="auto"/>
              <w:jc w:val="center"/>
            </w:pPr>
          </w:p>
        </w:tc>
      </w:tr>
      <w:tr w:rsidR="001C61CC" w14:paraId="3AF7F8EC" w14:textId="77777777">
        <w:tc>
          <w:tcPr>
            <w:tcW w:w="1728" w:type="dxa"/>
            <w:tcBorders>
              <w:top w:val="nil"/>
              <w:left w:val="nil"/>
              <w:bottom w:val="nil"/>
              <w:right w:val="nil"/>
            </w:tcBorders>
          </w:tcPr>
          <w:p w14:paraId="6A608D5F" w14:textId="77777777" w:rsidR="001C61CC" w:rsidRDefault="000D727A">
            <w:pPr>
              <w:spacing w:after="0" w:line="240" w:lineRule="auto"/>
            </w:pPr>
            <w:r>
              <w:rPr>
                <w:sz w:val="16"/>
              </w:rPr>
              <w:t>Drinking status</w:t>
            </w:r>
          </w:p>
        </w:tc>
        <w:tc>
          <w:tcPr>
            <w:tcW w:w="1728" w:type="dxa"/>
            <w:tcBorders>
              <w:top w:val="nil"/>
              <w:left w:val="nil"/>
              <w:bottom w:val="nil"/>
              <w:right w:val="nil"/>
            </w:tcBorders>
          </w:tcPr>
          <w:p w14:paraId="151C774A" w14:textId="77777777" w:rsidR="001C61CC" w:rsidRDefault="001C61CC">
            <w:pPr>
              <w:spacing w:after="0" w:line="240" w:lineRule="auto"/>
              <w:jc w:val="center"/>
            </w:pPr>
          </w:p>
        </w:tc>
        <w:tc>
          <w:tcPr>
            <w:tcW w:w="1728" w:type="dxa"/>
            <w:tcBorders>
              <w:top w:val="nil"/>
              <w:left w:val="nil"/>
              <w:bottom w:val="nil"/>
              <w:right w:val="nil"/>
            </w:tcBorders>
          </w:tcPr>
          <w:p w14:paraId="00191C71" w14:textId="77777777" w:rsidR="001C61CC" w:rsidRDefault="001C61CC">
            <w:pPr>
              <w:spacing w:after="0" w:line="240" w:lineRule="auto"/>
              <w:jc w:val="center"/>
            </w:pPr>
          </w:p>
        </w:tc>
        <w:tc>
          <w:tcPr>
            <w:tcW w:w="1728" w:type="dxa"/>
            <w:tcBorders>
              <w:top w:val="nil"/>
              <w:left w:val="nil"/>
              <w:bottom w:val="nil"/>
              <w:right w:val="nil"/>
            </w:tcBorders>
          </w:tcPr>
          <w:p w14:paraId="5E64C443" w14:textId="77777777" w:rsidR="001C61CC" w:rsidRDefault="001C61CC">
            <w:pPr>
              <w:spacing w:after="0" w:line="240" w:lineRule="auto"/>
              <w:jc w:val="center"/>
            </w:pPr>
          </w:p>
        </w:tc>
        <w:tc>
          <w:tcPr>
            <w:tcW w:w="1728" w:type="dxa"/>
            <w:tcBorders>
              <w:top w:val="nil"/>
              <w:left w:val="nil"/>
              <w:bottom w:val="nil"/>
              <w:right w:val="nil"/>
            </w:tcBorders>
          </w:tcPr>
          <w:p w14:paraId="5ACA146F" w14:textId="77777777" w:rsidR="001C61CC" w:rsidRDefault="001C61CC">
            <w:pPr>
              <w:spacing w:after="0" w:line="240" w:lineRule="auto"/>
              <w:jc w:val="center"/>
            </w:pPr>
          </w:p>
        </w:tc>
        <w:tc>
          <w:tcPr>
            <w:tcW w:w="1728" w:type="dxa"/>
            <w:tcBorders>
              <w:top w:val="nil"/>
              <w:left w:val="nil"/>
              <w:bottom w:val="nil"/>
              <w:right w:val="nil"/>
            </w:tcBorders>
          </w:tcPr>
          <w:p w14:paraId="157EC27D" w14:textId="77777777" w:rsidR="001C61CC" w:rsidRDefault="000D727A">
            <w:pPr>
              <w:spacing w:after="0" w:line="240" w:lineRule="auto"/>
              <w:jc w:val="center"/>
            </w:pPr>
            <w:r>
              <w:rPr>
                <w:sz w:val="16"/>
              </w:rPr>
              <w:t>0.804</w:t>
            </w:r>
          </w:p>
        </w:tc>
      </w:tr>
      <w:tr w:rsidR="001C61CC" w14:paraId="3CBEE2A6" w14:textId="77777777">
        <w:tc>
          <w:tcPr>
            <w:tcW w:w="1728" w:type="dxa"/>
            <w:tcBorders>
              <w:top w:val="nil"/>
              <w:left w:val="nil"/>
              <w:bottom w:val="nil"/>
              <w:right w:val="nil"/>
            </w:tcBorders>
          </w:tcPr>
          <w:p w14:paraId="56154276"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08A382B6" w14:textId="77777777" w:rsidR="001C61CC" w:rsidRDefault="000D727A">
            <w:pPr>
              <w:spacing w:after="0" w:line="240" w:lineRule="auto"/>
              <w:jc w:val="center"/>
            </w:pPr>
            <w:r>
              <w:rPr>
                <w:sz w:val="16"/>
              </w:rPr>
              <w:t>6101</w:t>
            </w:r>
          </w:p>
        </w:tc>
        <w:tc>
          <w:tcPr>
            <w:tcW w:w="1728" w:type="dxa"/>
            <w:tcBorders>
              <w:top w:val="nil"/>
              <w:left w:val="nil"/>
              <w:bottom w:val="nil"/>
              <w:right w:val="nil"/>
            </w:tcBorders>
          </w:tcPr>
          <w:p w14:paraId="03DA2B6E" w14:textId="77777777" w:rsidR="001C61CC" w:rsidRDefault="000D727A">
            <w:pPr>
              <w:spacing w:after="0" w:line="240" w:lineRule="auto"/>
              <w:jc w:val="center"/>
            </w:pPr>
            <w:r>
              <w:rPr>
                <w:sz w:val="16"/>
              </w:rPr>
              <w:t>2722</w:t>
            </w:r>
          </w:p>
        </w:tc>
        <w:tc>
          <w:tcPr>
            <w:tcW w:w="1728" w:type="dxa"/>
            <w:tcBorders>
              <w:top w:val="nil"/>
              <w:left w:val="nil"/>
              <w:bottom w:val="nil"/>
              <w:right w:val="nil"/>
            </w:tcBorders>
          </w:tcPr>
          <w:p w14:paraId="63C0CDFC" w14:textId="77777777" w:rsidR="001C61CC" w:rsidRDefault="000D727A">
            <w:pPr>
              <w:spacing w:after="0" w:line="240" w:lineRule="auto"/>
              <w:jc w:val="center"/>
            </w:pPr>
            <w:r>
              <w:rPr>
                <w:sz w:val="16"/>
              </w:rPr>
              <w:t>1.11 (0.98, 1.26)</w:t>
            </w:r>
          </w:p>
        </w:tc>
        <w:tc>
          <w:tcPr>
            <w:tcW w:w="1728" w:type="dxa"/>
            <w:tcBorders>
              <w:top w:val="nil"/>
              <w:left w:val="nil"/>
              <w:bottom w:val="nil"/>
              <w:right w:val="nil"/>
            </w:tcBorders>
          </w:tcPr>
          <w:p w14:paraId="76AB3122" w14:textId="77777777" w:rsidR="001C61CC" w:rsidRDefault="000D727A">
            <w:pPr>
              <w:spacing w:after="0" w:line="240" w:lineRule="auto"/>
              <w:jc w:val="center"/>
            </w:pPr>
            <w:r>
              <w:rPr>
                <w:sz w:val="16"/>
              </w:rPr>
              <w:t>0.111</w:t>
            </w:r>
          </w:p>
        </w:tc>
        <w:tc>
          <w:tcPr>
            <w:tcW w:w="1728" w:type="dxa"/>
            <w:tcBorders>
              <w:top w:val="nil"/>
              <w:left w:val="nil"/>
              <w:bottom w:val="nil"/>
              <w:right w:val="nil"/>
            </w:tcBorders>
          </w:tcPr>
          <w:p w14:paraId="2088D778" w14:textId="77777777" w:rsidR="001C61CC" w:rsidRDefault="001C61CC">
            <w:pPr>
              <w:spacing w:after="0" w:line="240" w:lineRule="auto"/>
              <w:jc w:val="center"/>
            </w:pPr>
          </w:p>
        </w:tc>
      </w:tr>
      <w:tr w:rsidR="001C61CC" w14:paraId="418EEBC8" w14:textId="77777777">
        <w:tc>
          <w:tcPr>
            <w:tcW w:w="1728" w:type="dxa"/>
            <w:tcBorders>
              <w:top w:val="nil"/>
              <w:left w:val="nil"/>
              <w:bottom w:val="nil"/>
              <w:right w:val="nil"/>
            </w:tcBorders>
          </w:tcPr>
          <w:p w14:paraId="0209BBCC"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4A762B25" w14:textId="77777777" w:rsidR="001C61CC" w:rsidRDefault="000D727A">
            <w:pPr>
              <w:spacing w:after="0" w:line="240" w:lineRule="auto"/>
              <w:jc w:val="center"/>
            </w:pPr>
            <w:r>
              <w:rPr>
                <w:sz w:val="16"/>
              </w:rPr>
              <w:t>1051</w:t>
            </w:r>
          </w:p>
        </w:tc>
        <w:tc>
          <w:tcPr>
            <w:tcW w:w="1728" w:type="dxa"/>
            <w:tcBorders>
              <w:top w:val="nil"/>
              <w:left w:val="nil"/>
              <w:bottom w:val="nil"/>
              <w:right w:val="nil"/>
            </w:tcBorders>
          </w:tcPr>
          <w:p w14:paraId="32620076" w14:textId="77777777" w:rsidR="001C61CC" w:rsidRDefault="000D727A">
            <w:pPr>
              <w:spacing w:after="0" w:line="240" w:lineRule="auto"/>
              <w:jc w:val="center"/>
            </w:pPr>
            <w:r>
              <w:rPr>
                <w:sz w:val="16"/>
              </w:rPr>
              <w:t>435</w:t>
            </w:r>
          </w:p>
        </w:tc>
        <w:tc>
          <w:tcPr>
            <w:tcW w:w="1728" w:type="dxa"/>
            <w:tcBorders>
              <w:top w:val="nil"/>
              <w:left w:val="nil"/>
              <w:bottom w:val="nil"/>
              <w:right w:val="nil"/>
            </w:tcBorders>
          </w:tcPr>
          <w:p w14:paraId="74B88D6C" w14:textId="77777777" w:rsidR="001C61CC" w:rsidRDefault="000D727A">
            <w:pPr>
              <w:spacing w:after="0" w:line="240" w:lineRule="auto"/>
              <w:jc w:val="center"/>
            </w:pPr>
            <w:r>
              <w:rPr>
                <w:sz w:val="16"/>
              </w:rPr>
              <w:t>1.10 (0.83, 1.48)</w:t>
            </w:r>
          </w:p>
        </w:tc>
        <w:tc>
          <w:tcPr>
            <w:tcW w:w="1728" w:type="dxa"/>
            <w:tcBorders>
              <w:top w:val="nil"/>
              <w:left w:val="nil"/>
              <w:bottom w:val="nil"/>
              <w:right w:val="nil"/>
            </w:tcBorders>
          </w:tcPr>
          <w:p w14:paraId="67167147" w14:textId="77777777" w:rsidR="001C61CC" w:rsidRDefault="000D727A">
            <w:pPr>
              <w:spacing w:after="0" w:line="240" w:lineRule="auto"/>
              <w:jc w:val="center"/>
            </w:pPr>
            <w:r>
              <w:rPr>
                <w:sz w:val="16"/>
              </w:rPr>
              <w:t>0.507</w:t>
            </w:r>
          </w:p>
        </w:tc>
        <w:tc>
          <w:tcPr>
            <w:tcW w:w="1728" w:type="dxa"/>
            <w:tcBorders>
              <w:top w:val="nil"/>
              <w:left w:val="nil"/>
              <w:bottom w:val="nil"/>
              <w:right w:val="nil"/>
            </w:tcBorders>
          </w:tcPr>
          <w:p w14:paraId="6304932C" w14:textId="77777777" w:rsidR="001C61CC" w:rsidRDefault="001C61CC">
            <w:pPr>
              <w:spacing w:after="0" w:line="240" w:lineRule="auto"/>
              <w:jc w:val="center"/>
            </w:pPr>
          </w:p>
        </w:tc>
      </w:tr>
      <w:tr w:rsidR="001C61CC" w14:paraId="3291D935" w14:textId="77777777">
        <w:tc>
          <w:tcPr>
            <w:tcW w:w="1728" w:type="dxa"/>
            <w:tcBorders>
              <w:top w:val="nil"/>
              <w:left w:val="nil"/>
              <w:bottom w:val="nil"/>
              <w:right w:val="nil"/>
            </w:tcBorders>
          </w:tcPr>
          <w:p w14:paraId="22F8279B" w14:textId="77777777" w:rsidR="001C61CC" w:rsidRDefault="000D727A">
            <w:pPr>
              <w:spacing w:after="0" w:line="240" w:lineRule="auto"/>
            </w:pPr>
            <w:r>
              <w:rPr>
                <w:sz w:val="16"/>
              </w:rPr>
              <w:t>Working status</w:t>
            </w:r>
          </w:p>
        </w:tc>
        <w:tc>
          <w:tcPr>
            <w:tcW w:w="1728" w:type="dxa"/>
            <w:tcBorders>
              <w:top w:val="nil"/>
              <w:left w:val="nil"/>
              <w:bottom w:val="nil"/>
              <w:right w:val="nil"/>
            </w:tcBorders>
          </w:tcPr>
          <w:p w14:paraId="251437E2" w14:textId="77777777" w:rsidR="001C61CC" w:rsidRDefault="001C61CC">
            <w:pPr>
              <w:spacing w:after="0" w:line="240" w:lineRule="auto"/>
              <w:jc w:val="center"/>
            </w:pPr>
          </w:p>
        </w:tc>
        <w:tc>
          <w:tcPr>
            <w:tcW w:w="1728" w:type="dxa"/>
            <w:tcBorders>
              <w:top w:val="nil"/>
              <w:left w:val="nil"/>
              <w:bottom w:val="nil"/>
              <w:right w:val="nil"/>
            </w:tcBorders>
          </w:tcPr>
          <w:p w14:paraId="13B09306" w14:textId="77777777" w:rsidR="001C61CC" w:rsidRDefault="001C61CC">
            <w:pPr>
              <w:spacing w:after="0" w:line="240" w:lineRule="auto"/>
              <w:jc w:val="center"/>
            </w:pPr>
          </w:p>
        </w:tc>
        <w:tc>
          <w:tcPr>
            <w:tcW w:w="1728" w:type="dxa"/>
            <w:tcBorders>
              <w:top w:val="nil"/>
              <w:left w:val="nil"/>
              <w:bottom w:val="nil"/>
              <w:right w:val="nil"/>
            </w:tcBorders>
          </w:tcPr>
          <w:p w14:paraId="78051050" w14:textId="77777777" w:rsidR="001C61CC" w:rsidRDefault="001C61CC">
            <w:pPr>
              <w:spacing w:after="0" w:line="240" w:lineRule="auto"/>
              <w:jc w:val="center"/>
            </w:pPr>
          </w:p>
        </w:tc>
        <w:tc>
          <w:tcPr>
            <w:tcW w:w="1728" w:type="dxa"/>
            <w:tcBorders>
              <w:top w:val="nil"/>
              <w:left w:val="nil"/>
              <w:bottom w:val="nil"/>
              <w:right w:val="nil"/>
            </w:tcBorders>
          </w:tcPr>
          <w:p w14:paraId="754FC3AC" w14:textId="77777777" w:rsidR="001C61CC" w:rsidRDefault="001C61CC">
            <w:pPr>
              <w:spacing w:after="0" w:line="240" w:lineRule="auto"/>
              <w:jc w:val="center"/>
            </w:pPr>
          </w:p>
        </w:tc>
        <w:tc>
          <w:tcPr>
            <w:tcW w:w="1728" w:type="dxa"/>
            <w:tcBorders>
              <w:top w:val="nil"/>
              <w:left w:val="nil"/>
              <w:bottom w:val="nil"/>
              <w:right w:val="nil"/>
            </w:tcBorders>
          </w:tcPr>
          <w:p w14:paraId="10128C02" w14:textId="77777777" w:rsidR="001C61CC" w:rsidRDefault="000D727A">
            <w:pPr>
              <w:spacing w:after="0" w:line="240" w:lineRule="auto"/>
              <w:jc w:val="center"/>
            </w:pPr>
            <w:r>
              <w:rPr>
                <w:sz w:val="16"/>
              </w:rPr>
              <w:t>0.205</w:t>
            </w:r>
          </w:p>
        </w:tc>
      </w:tr>
      <w:tr w:rsidR="001C61CC" w14:paraId="366844C0" w14:textId="77777777">
        <w:tc>
          <w:tcPr>
            <w:tcW w:w="1728" w:type="dxa"/>
            <w:tcBorders>
              <w:top w:val="nil"/>
              <w:left w:val="nil"/>
              <w:bottom w:val="nil"/>
              <w:right w:val="nil"/>
            </w:tcBorders>
          </w:tcPr>
          <w:p w14:paraId="20468DBD"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4DB84A13" w14:textId="77777777" w:rsidR="001C61CC" w:rsidRDefault="000D727A">
            <w:pPr>
              <w:spacing w:after="0" w:line="240" w:lineRule="auto"/>
              <w:jc w:val="center"/>
            </w:pPr>
            <w:r>
              <w:rPr>
                <w:sz w:val="16"/>
              </w:rPr>
              <w:t>3246</w:t>
            </w:r>
          </w:p>
        </w:tc>
        <w:tc>
          <w:tcPr>
            <w:tcW w:w="1728" w:type="dxa"/>
            <w:tcBorders>
              <w:top w:val="nil"/>
              <w:left w:val="nil"/>
              <w:bottom w:val="nil"/>
              <w:right w:val="nil"/>
            </w:tcBorders>
          </w:tcPr>
          <w:p w14:paraId="31FEA082" w14:textId="77777777" w:rsidR="001C61CC" w:rsidRDefault="000D727A">
            <w:pPr>
              <w:spacing w:after="0" w:line="240" w:lineRule="auto"/>
              <w:jc w:val="center"/>
            </w:pPr>
            <w:r>
              <w:rPr>
                <w:sz w:val="16"/>
              </w:rPr>
              <w:t>1412</w:t>
            </w:r>
          </w:p>
        </w:tc>
        <w:tc>
          <w:tcPr>
            <w:tcW w:w="1728" w:type="dxa"/>
            <w:tcBorders>
              <w:top w:val="nil"/>
              <w:left w:val="nil"/>
              <w:bottom w:val="nil"/>
              <w:right w:val="nil"/>
            </w:tcBorders>
          </w:tcPr>
          <w:p w14:paraId="10605A65" w14:textId="77777777" w:rsidR="001C61CC" w:rsidRDefault="000D727A">
            <w:pPr>
              <w:spacing w:after="0" w:line="240" w:lineRule="auto"/>
              <w:jc w:val="center"/>
            </w:pPr>
            <w:r>
              <w:rPr>
                <w:sz w:val="16"/>
              </w:rPr>
              <w:t>0.96 (0.80, 1.14)</w:t>
            </w:r>
          </w:p>
        </w:tc>
        <w:tc>
          <w:tcPr>
            <w:tcW w:w="1728" w:type="dxa"/>
            <w:tcBorders>
              <w:top w:val="nil"/>
              <w:left w:val="nil"/>
              <w:bottom w:val="nil"/>
              <w:right w:val="nil"/>
            </w:tcBorders>
          </w:tcPr>
          <w:p w14:paraId="5B788CE3" w14:textId="77777777" w:rsidR="001C61CC" w:rsidRDefault="000D727A">
            <w:pPr>
              <w:spacing w:after="0" w:line="240" w:lineRule="auto"/>
              <w:jc w:val="center"/>
            </w:pPr>
            <w:r>
              <w:rPr>
                <w:sz w:val="16"/>
              </w:rPr>
              <w:t>0.624</w:t>
            </w:r>
          </w:p>
        </w:tc>
        <w:tc>
          <w:tcPr>
            <w:tcW w:w="1728" w:type="dxa"/>
            <w:tcBorders>
              <w:top w:val="nil"/>
              <w:left w:val="nil"/>
              <w:bottom w:val="nil"/>
              <w:right w:val="nil"/>
            </w:tcBorders>
          </w:tcPr>
          <w:p w14:paraId="3AC1C325" w14:textId="77777777" w:rsidR="001C61CC" w:rsidRDefault="001C61CC">
            <w:pPr>
              <w:spacing w:after="0" w:line="240" w:lineRule="auto"/>
              <w:jc w:val="center"/>
            </w:pPr>
          </w:p>
        </w:tc>
      </w:tr>
      <w:tr w:rsidR="001C61CC" w14:paraId="4902ABC6" w14:textId="77777777">
        <w:tc>
          <w:tcPr>
            <w:tcW w:w="1728" w:type="dxa"/>
            <w:tcBorders>
              <w:top w:val="nil"/>
              <w:left w:val="nil"/>
              <w:bottom w:val="nil"/>
              <w:right w:val="nil"/>
            </w:tcBorders>
          </w:tcPr>
          <w:p w14:paraId="59223937"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10F9C70E" w14:textId="77777777" w:rsidR="001C61CC" w:rsidRDefault="000D727A">
            <w:pPr>
              <w:spacing w:after="0" w:line="240" w:lineRule="auto"/>
              <w:jc w:val="center"/>
            </w:pPr>
            <w:r>
              <w:rPr>
                <w:sz w:val="16"/>
              </w:rPr>
              <w:t>4906</w:t>
            </w:r>
          </w:p>
        </w:tc>
        <w:tc>
          <w:tcPr>
            <w:tcW w:w="1728" w:type="dxa"/>
            <w:tcBorders>
              <w:top w:val="nil"/>
              <w:left w:val="nil"/>
              <w:bottom w:val="nil"/>
              <w:right w:val="nil"/>
            </w:tcBorders>
          </w:tcPr>
          <w:p w14:paraId="59560FEB" w14:textId="77777777" w:rsidR="001C61CC" w:rsidRDefault="000D727A">
            <w:pPr>
              <w:spacing w:after="0" w:line="240" w:lineRule="auto"/>
              <w:jc w:val="center"/>
            </w:pPr>
            <w:r>
              <w:rPr>
                <w:sz w:val="16"/>
              </w:rPr>
              <w:t>2224</w:t>
            </w:r>
          </w:p>
        </w:tc>
        <w:tc>
          <w:tcPr>
            <w:tcW w:w="1728" w:type="dxa"/>
            <w:tcBorders>
              <w:top w:val="nil"/>
              <w:left w:val="nil"/>
              <w:bottom w:val="nil"/>
              <w:right w:val="nil"/>
            </w:tcBorders>
          </w:tcPr>
          <w:p w14:paraId="55AD8E2D" w14:textId="77777777" w:rsidR="001C61CC" w:rsidRDefault="000D727A">
            <w:pPr>
              <w:spacing w:after="0" w:line="240" w:lineRule="auto"/>
              <w:jc w:val="center"/>
            </w:pPr>
            <w:r>
              <w:rPr>
                <w:sz w:val="16"/>
              </w:rPr>
              <w:t>1.18 (1.02, 1.35)</w:t>
            </w:r>
          </w:p>
        </w:tc>
        <w:tc>
          <w:tcPr>
            <w:tcW w:w="1728" w:type="dxa"/>
            <w:tcBorders>
              <w:top w:val="nil"/>
              <w:left w:val="nil"/>
              <w:bottom w:val="nil"/>
              <w:right w:val="nil"/>
            </w:tcBorders>
          </w:tcPr>
          <w:p w14:paraId="7E342C16" w14:textId="77777777" w:rsidR="001C61CC" w:rsidRDefault="000D727A">
            <w:pPr>
              <w:spacing w:after="0" w:line="240" w:lineRule="auto"/>
              <w:jc w:val="center"/>
            </w:pPr>
            <w:r>
              <w:rPr>
                <w:sz w:val="16"/>
              </w:rPr>
              <w:t>0.022</w:t>
            </w:r>
          </w:p>
        </w:tc>
        <w:tc>
          <w:tcPr>
            <w:tcW w:w="1728" w:type="dxa"/>
            <w:tcBorders>
              <w:top w:val="nil"/>
              <w:left w:val="nil"/>
              <w:bottom w:val="nil"/>
              <w:right w:val="nil"/>
            </w:tcBorders>
          </w:tcPr>
          <w:p w14:paraId="328C3CBB" w14:textId="77777777" w:rsidR="001C61CC" w:rsidRDefault="001C61CC">
            <w:pPr>
              <w:spacing w:after="0" w:line="240" w:lineRule="auto"/>
              <w:jc w:val="center"/>
            </w:pPr>
          </w:p>
        </w:tc>
      </w:tr>
      <w:tr w:rsidR="001C61CC" w14:paraId="432A5EB9" w14:textId="77777777">
        <w:tc>
          <w:tcPr>
            <w:tcW w:w="1728" w:type="dxa"/>
            <w:tcBorders>
              <w:top w:val="nil"/>
              <w:left w:val="nil"/>
              <w:bottom w:val="nil"/>
              <w:right w:val="nil"/>
            </w:tcBorders>
          </w:tcPr>
          <w:p w14:paraId="06849C9B" w14:textId="77777777" w:rsidR="001C61CC" w:rsidRDefault="000D727A">
            <w:pPr>
              <w:spacing w:after="0" w:line="240" w:lineRule="auto"/>
            </w:pPr>
            <w:r>
              <w:rPr>
                <w:sz w:val="16"/>
              </w:rPr>
              <w:t>Self-rated health</w:t>
            </w:r>
          </w:p>
        </w:tc>
        <w:tc>
          <w:tcPr>
            <w:tcW w:w="1728" w:type="dxa"/>
            <w:tcBorders>
              <w:top w:val="nil"/>
              <w:left w:val="nil"/>
              <w:bottom w:val="nil"/>
              <w:right w:val="nil"/>
            </w:tcBorders>
          </w:tcPr>
          <w:p w14:paraId="28789956" w14:textId="77777777" w:rsidR="001C61CC" w:rsidRDefault="001C61CC">
            <w:pPr>
              <w:spacing w:after="0" w:line="240" w:lineRule="auto"/>
              <w:jc w:val="center"/>
            </w:pPr>
          </w:p>
        </w:tc>
        <w:tc>
          <w:tcPr>
            <w:tcW w:w="1728" w:type="dxa"/>
            <w:tcBorders>
              <w:top w:val="nil"/>
              <w:left w:val="nil"/>
              <w:bottom w:val="nil"/>
              <w:right w:val="nil"/>
            </w:tcBorders>
          </w:tcPr>
          <w:p w14:paraId="359F4678" w14:textId="77777777" w:rsidR="001C61CC" w:rsidRDefault="001C61CC">
            <w:pPr>
              <w:spacing w:after="0" w:line="240" w:lineRule="auto"/>
              <w:jc w:val="center"/>
            </w:pPr>
          </w:p>
        </w:tc>
        <w:tc>
          <w:tcPr>
            <w:tcW w:w="1728" w:type="dxa"/>
            <w:tcBorders>
              <w:top w:val="nil"/>
              <w:left w:val="nil"/>
              <w:bottom w:val="nil"/>
              <w:right w:val="nil"/>
            </w:tcBorders>
          </w:tcPr>
          <w:p w14:paraId="3A5F3559" w14:textId="77777777" w:rsidR="001C61CC" w:rsidRDefault="001C61CC">
            <w:pPr>
              <w:spacing w:after="0" w:line="240" w:lineRule="auto"/>
              <w:jc w:val="center"/>
            </w:pPr>
          </w:p>
        </w:tc>
        <w:tc>
          <w:tcPr>
            <w:tcW w:w="1728" w:type="dxa"/>
            <w:tcBorders>
              <w:top w:val="nil"/>
              <w:left w:val="nil"/>
              <w:bottom w:val="nil"/>
              <w:right w:val="nil"/>
            </w:tcBorders>
          </w:tcPr>
          <w:p w14:paraId="718E634E" w14:textId="77777777" w:rsidR="001C61CC" w:rsidRDefault="001C61CC">
            <w:pPr>
              <w:spacing w:after="0" w:line="240" w:lineRule="auto"/>
              <w:jc w:val="center"/>
            </w:pPr>
          </w:p>
        </w:tc>
        <w:tc>
          <w:tcPr>
            <w:tcW w:w="1728" w:type="dxa"/>
            <w:tcBorders>
              <w:top w:val="nil"/>
              <w:left w:val="nil"/>
              <w:bottom w:val="nil"/>
              <w:right w:val="nil"/>
            </w:tcBorders>
          </w:tcPr>
          <w:p w14:paraId="7E84AE94" w14:textId="77777777" w:rsidR="001C61CC" w:rsidRDefault="000D727A">
            <w:pPr>
              <w:spacing w:after="0" w:line="240" w:lineRule="auto"/>
              <w:jc w:val="center"/>
            </w:pPr>
            <w:r>
              <w:rPr>
                <w:sz w:val="16"/>
              </w:rPr>
              <w:t>0.318</w:t>
            </w:r>
          </w:p>
        </w:tc>
      </w:tr>
      <w:tr w:rsidR="001C61CC" w14:paraId="1A124029" w14:textId="77777777">
        <w:tc>
          <w:tcPr>
            <w:tcW w:w="1728" w:type="dxa"/>
            <w:tcBorders>
              <w:top w:val="nil"/>
              <w:left w:val="nil"/>
              <w:bottom w:val="nil"/>
              <w:right w:val="nil"/>
            </w:tcBorders>
          </w:tcPr>
          <w:p w14:paraId="4B80BBE5" w14:textId="77777777" w:rsidR="001C61CC" w:rsidRDefault="000D727A">
            <w:pPr>
              <w:spacing w:after="0" w:line="240" w:lineRule="auto"/>
            </w:pPr>
            <w:r>
              <w:rPr>
                <w:sz w:val="16"/>
              </w:rPr>
              <w:t xml:space="preserve">  Good</w:t>
            </w:r>
          </w:p>
        </w:tc>
        <w:tc>
          <w:tcPr>
            <w:tcW w:w="1728" w:type="dxa"/>
            <w:tcBorders>
              <w:top w:val="nil"/>
              <w:left w:val="nil"/>
              <w:bottom w:val="nil"/>
              <w:right w:val="nil"/>
            </w:tcBorders>
          </w:tcPr>
          <w:p w14:paraId="24B50E1E" w14:textId="77777777" w:rsidR="001C61CC" w:rsidRDefault="000D727A">
            <w:pPr>
              <w:spacing w:after="0" w:line="240" w:lineRule="auto"/>
              <w:jc w:val="center"/>
            </w:pPr>
            <w:r>
              <w:rPr>
                <w:sz w:val="16"/>
              </w:rPr>
              <w:t>2037</w:t>
            </w:r>
          </w:p>
        </w:tc>
        <w:tc>
          <w:tcPr>
            <w:tcW w:w="1728" w:type="dxa"/>
            <w:tcBorders>
              <w:top w:val="nil"/>
              <w:left w:val="nil"/>
              <w:bottom w:val="nil"/>
              <w:right w:val="nil"/>
            </w:tcBorders>
          </w:tcPr>
          <w:p w14:paraId="50EB6B24" w14:textId="77777777" w:rsidR="001C61CC" w:rsidRDefault="000D727A">
            <w:pPr>
              <w:spacing w:after="0" w:line="240" w:lineRule="auto"/>
              <w:jc w:val="center"/>
            </w:pPr>
            <w:r>
              <w:rPr>
                <w:sz w:val="16"/>
              </w:rPr>
              <w:t>1337</w:t>
            </w:r>
          </w:p>
        </w:tc>
        <w:tc>
          <w:tcPr>
            <w:tcW w:w="1728" w:type="dxa"/>
            <w:tcBorders>
              <w:top w:val="nil"/>
              <w:left w:val="nil"/>
              <w:bottom w:val="nil"/>
              <w:right w:val="nil"/>
            </w:tcBorders>
          </w:tcPr>
          <w:p w14:paraId="727A2089" w14:textId="77777777" w:rsidR="001C61CC" w:rsidRDefault="000D727A">
            <w:pPr>
              <w:spacing w:after="0" w:line="240" w:lineRule="auto"/>
              <w:jc w:val="center"/>
            </w:pPr>
            <w:r>
              <w:rPr>
                <w:sz w:val="16"/>
              </w:rPr>
              <w:t>0.97 (0.78, 1.20)</w:t>
            </w:r>
          </w:p>
        </w:tc>
        <w:tc>
          <w:tcPr>
            <w:tcW w:w="1728" w:type="dxa"/>
            <w:tcBorders>
              <w:top w:val="nil"/>
              <w:left w:val="nil"/>
              <w:bottom w:val="nil"/>
              <w:right w:val="nil"/>
            </w:tcBorders>
          </w:tcPr>
          <w:p w14:paraId="523F2D84" w14:textId="77777777" w:rsidR="001C61CC" w:rsidRDefault="000D727A">
            <w:pPr>
              <w:spacing w:after="0" w:line="240" w:lineRule="auto"/>
              <w:jc w:val="center"/>
            </w:pPr>
            <w:r>
              <w:rPr>
                <w:sz w:val="16"/>
              </w:rPr>
              <w:t>0.750</w:t>
            </w:r>
          </w:p>
        </w:tc>
        <w:tc>
          <w:tcPr>
            <w:tcW w:w="1728" w:type="dxa"/>
            <w:tcBorders>
              <w:top w:val="nil"/>
              <w:left w:val="nil"/>
              <w:bottom w:val="nil"/>
              <w:right w:val="nil"/>
            </w:tcBorders>
          </w:tcPr>
          <w:p w14:paraId="5CC203A2" w14:textId="77777777" w:rsidR="001C61CC" w:rsidRDefault="001C61CC">
            <w:pPr>
              <w:spacing w:after="0" w:line="240" w:lineRule="auto"/>
              <w:jc w:val="center"/>
            </w:pPr>
          </w:p>
        </w:tc>
      </w:tr>
      <w:tr w:rsidR="001C61CC" w14:paraId="73560270" w14:textId="77777777">
        <w:tc>
          <w:tcPr>
            <w:tcW w:w="1728" w:type="dxa"/>
            <w:tcBorders>
              <w:top w:val="nil"/>
              <w:left w:val="nil"/>
              <w:bottom w:val="nil"/>
              <w:right w:val="nil"/>
            </w:tcBorders>
          </w:tcPr>
          <w:p w14:paraId="4934245C" w14:textId="77777777" w:rsidR="001C61CC" w:rsidRDefault="000D727A">
            <w:pPr>
              <w:spacing w:after="0" w:line="240" w:lineRule="auto"/>
            </w:pPr>
            <w:r>
              <w:rPr>
                <w:sz w:val="16"/>
              </w:rPr>
              <w:t xml:space="preserve">  Fair</w:t>
            </w:r>
          </w:p>
        </w:tc>
        <w:tc>
          <w:tcPr>
            <w:tcW w:w="1728" w:type="dxa"/>
            <w:tcBorders>
              <w:top w:val="nil"/>
              <w:left w:val="nil"/>
              <w:bottom w:val="nil"/>
              <w:right w:val="nil"/>
            </w:tcBorders>
          </w:tcPr>
          <w:p w14:paraId="7063B17D" w14:textId="77777777" w:rsidR="001C61CC" w:rsidRDefault="000D727A">
            <w:pPr>
              <w:spacing w:after="0" w:line="240" w:lineRule="auto"/>
              <w:jc w:val="center"/>
            </w:pPr>
            <w:r>
              <w:rPr>
                <w:sz w:val="16"/>
              </w:rPr>
              <w:t>3586</w:t>
            </w:r>
          </w:p>
        </w:tc>
        <w:tc>
          <w:tcPr>
            <w:tcW w:w="1728" w:type="dxa"/>
            <w:tcBorders>
              <w:top w:val="nil"/>
              <w:left w:val="nil"/>
              <w:bottom w:val="nil"/>
              <w:right w:val="nil"/>
            </w:tcBorders>
          </w:tcPr>
          <w:p w14:paraId="3B9D00F8" w14:textId="77777777" w:rsidR="001C61CC" w:rsidRDefault="000D727A">
            <w:pPr>
              <w:spacing w:after="0" w:line="240" w:lineRule="auto"/>
              <w:jc w:val="center"/>
            </w:pPr>
            <w:r>
              <w:rPr>
                <w:sz w:val="16"/>
              </w:rPr>
              <w:t>1440</w:t>
            </w:r>
          </w:p>
        </w:tc>
        <w:tc>
          <w:tcPr>
            <w:tcW w:w="1728" w:type="dxa"/>
            <w:tcBorders>
              <w:top w:val="nil"/>
              <w:left w:val="nil"/>
              <w:bottom w:val="nil"/>
              <w:right w:val="nil"/>
            </w:tcBorders>
          </w:tcPr>
          <w:p w14:paraId="113B0DFA" w14:textId="77777777" w:rsidR="001C61CC" w:rsidRDefault="000D727A">
            <w:pPr>
              <w:spacing w:after="0" w:line="240" w:lineRule="auto"/>
              <w:jc w:val="center"/>
            </w:pPr>
            <w:r>
              <w:rPr>
                <w:sz w:val="16"/>
              </w:rPr>
              <w:t>1.19 (1.01, 1.39)</w:t>
            </w:r>
          </w:p>
        </w:tc>
        <w:tc>
          <w:tcPr>
            <w:tcW w:w="1728" w:type="dxa"/>
            <w:tcBorders>
              <w:top w:val="nil"/>
              <w:left w:val="nil"/>
              <w:bottom w:val="nil"/>
              <w:right w:val="nil"/>
            </w:tcBorders>
          </w:tcPr>
          <w:p w14:paraId="2193E82B" w14:textId="77777777" w:rsidR="001C61CC" w:rsidRDefault="000D727A">
            <w:pPr>
              <w:spacing w:after="0" w:line="240" w:lineRule="auto"/>
              <w:jc w:val="center"/>
            </w:pPr>
            <w:r>
              <w:rPr>
                <w:sz w:val="16"/>
              </w:rPr>
              <w:t>0.032</w:t>
            </w:r>
          </w:p>
        </w:tc>
        <w:tc>
          <w:tcPr>
            <w:tcW w:w="1728" w:type="dxa"/>
            <w:tcBorders>
              <w:top w:val="nil"/>
              <w:left w:val="nil"/>
              <w:bottom w:val="nil"/>
              <w:right w:val="nil"/>
            </w:tcBorders>
          </w:tcPr>
          <w:p w14:paraId="423E83E0" w14:textId="77777777" w:rsidR="001C61CC" w:rsidRDefault="001C61CC">
            <w:pPr>
              <w:spacing w:after="0" w:line="240" w:lineRule="auto"/>
              <w:jc w:val="center"/>
            </w:pPr>
          </w:p>
        </w:tc>
      </w:tr>
      <w:tr w:rsidR="001C61CC" w14:paraId="6EC85E55" w14:textId="77777777">
        <w:tc>
          <w:tcPr>
            <w:tcW w:w="1728" w:type="dxa"/>
            <w:tcBorders>
              <w:top w:val="nil"/>
              <w:left w:val="nil"/>
              <w:bottom w:val="nil"/>
              <w:right w:val="nil"/>
            </w:tcBorders>
          </w:tcPr>
          <w:p w14:paraId="45A86944" w14:textId="77777777" w:rsidR="001C61CC" w:rsidRDefault="000D727A">
            <w:pPr>
              <w:spacing w:after="0" w:line="240" w:lineRule="auto"/>
            </w:pPr>
            <w:r>
              <w:rPr>
                <w:sz w:val="16"/>
              </w:rPr>
              <w:t xml:space="preserve">  Poor</w:t>
            </w:r>
          </w:p>
        </w:tc>
        <w:tc>
          <w:tcPr>
            <w:tcW w:w="1728" w:type="dxa"/>
            <w:tcBorders>
              <w:top w:val="nil"/>
              <w:left w:val="nil"/>
              <w:bottom w:val="nil"/>
              <w:right w:val="nil"/>
            </w:tcBorders>
          </w:tcPr>
          <w:p w14:paraId="68DB22CD" w14:textId="77777777" w:rsidR="001C61CC" w:rsidRDefault="000D727A">
            <w:pPr>
              <w:spacing w:after="0" w:line="240" w:lineRule="auto"/>
              <w:jc w:val="center"/>
            </w:pPr>
            <w:r>
              <w:rPr>
                <w:sz w:val="16"/>
              </w:rPr>
              <w:t>1529</w:t>
            </w:r>
          </w:p>
        </w:tc>
        <w:tc>
          <w:tcPr>
            <w:tcW w:w="1728" w:type="dxa"/>
            <w:tcBorders>
              <w:top w:val="nil"/>
              <w:left w:val="nil"/>
              <w:bottom w:val="nil"/>
              <w:right w:val="nil"/>
            </w:tcBorders>
          </w:tcPr>
          <w:p w14:paraId="39D30F27" w14:textId="77777777" w:rsidR="001C61CC" w:rsidRDefault="000D727A">
            <w:pPr>
              <w:spacing w:after="0" w:line="240" w:lineRule="auto"/>
              <w:jc w:val="center"/>
            </w:pPr>
            <w:r>
              <w:rPr>
                <w:sz w:val="16"/>
              </w:rPr>
              <w:t>380</w:t>
            </w:r>
          </w:p>
        </w:tc>
        <w:tc>
          <w:tcPr>
            <w:tcW w:w="1728" w:type="dxa"/>
            <w:tcBorders>
              <w:top w:val="nil"/>
              <w:left w:val="nil"/>
              <w:bottom w:val="nil"/>
              <w:right w:val="nil"/>
            </w:tcBorders>
          </w:tcPr>
          <w:p w14:paraId="70F92E98" w14:textId="77777777" w:rsidR="001C61CC" w:rsidRDefault="000D727A">
            <w:pPr>
              <w:spacing w:after="0" w:line="240" w:lineRule="auto"/>
              <w:jc w:val="center"/>
            </w:pPr>
            <w:r>
              <w:rPr>
                <w:sz w:val="16"/>
              </w:rPr>
              <w:t>1.14 (0.86, 1.51)</w:t>
            </w:r>
          </w:p>
        </w:tc>
        <w:tc>
          <w:tcPr>
            <w:tcW w:w="1728" w:type="dxa"/>
            <w:tcBorders>
              <w:top w:val="nil"/>
              <w:left w:val="nil"/>
              <w:bottom w:val="nil"/>
              <w:right w:val="nil"/>
            </w:tcBorders>
          </w:tcPr>
          <w:p w14:paraId="227D7ED9" w14:textId="77777777" w:rsidR="001C61CC" w:rsidRDefault="000D727A">
            <w:pPr>
              <w:spacing w:after="0" w:line="240" w:lineRule="auto"/>
              <w:jc w:val="center"/>
            </w:pPr>
            <w:r>
              <w:rPr>
                <w:sz w:val="16"/>
              </w:rPr>
              <w:t>0.369</w:t>
            </w:r>
          </w:p>
        </w:tc>
        <w:tc>
          <w:tcPr>
            <w:tcW w:w="1728" w:type="dxa"/>
            <w:tcBorders>
              <w:top w:val="nil"/>
              <w:left w:val="nil"/>
              <w:bottom w:val="nil"/>
              <w:right w:val="nil"/>
            </w:tcBorders>
          </w:tcPr>
          <w:p w14:paraId="43780799" w14:textId="77777777" w:rsidR="001C61CC" w:rsidRDefault="001C61CC">
            <w:pPr>
              <w:spacing w:after="0" w:line="240" w:lineRule="auto"/>
              <w:jc w:val="center"/>
            </w:pPr>
          </w:p>
        </w:tc>
      </w:tr>
      <w:tr w:rsidR="001C61CC" w14:paraId="2AF0EE06" w14:textId="77777777">
        <w:tc>
          <w:tcPr>
            <w:tcW w:w="1728" w:type="dxa"/>
            <w:tcBorders>
              <w:top w:val="nil"/>
              <w:left w:val="nil"/>
              <w:bottom w:val="nil"/>
              <w:right w:val="nil"/>
            </w:tcBorders>
          </w:tcPr>
          <w:p w14:paraId="17D7D659" w14:textId="77777777" w:rsidR="001C61CC" w:rsidRDefault="000D727A">
            <w:pPr>
              <w:spacing w:after="0" w:line="240" w:lineRule="auto"/>
            </w:pPr>
            <w:r>
              <w:rPr>
                <w:sz w:val="16"/>
              </w:rPr>
              <w:t>Night sleep duration</w:t>
            </w:r>
          </w:p>
        </w:tc>
        <w:tc>
          <w:tcPr>
            <w:tcW w:w="1728" w:type="dxa"/>
            <w:tcBorders>
              <w:top w:val="nil"/>
              <w:left w:val="nil"/>
              <w:bottom w:val="nil"/>
              <w:right w:val="nil"/>
            </w:tcBorders>
          </w:tcPr>
          <w:p w14:paraId="4E46C45C" w14:textId="77777777" w:rsidR="001C61CC" w:rsidRDefault="001C61CC">
            <w:pPr>
              <w:spacing w:after="0" w:line="240" w:lineRule="auto"/>
              <w:jc w:val="center"/>
            </w:pPr>
          </w:p>
        </w:tc>
        <w:tc>
          <w:tcPr>
            <w:tcW w:w="1728" w:type="dxa"/>
            <w:tcBorders>
              <w:top w:val="nil"/>
              <w:left w:val="nil"/>
              <w:bottom w:val="nil"/>
              <w:right w:val="nil"/>
            </w:tcBorders>
          </w:tcPr>
          <w:p w14:paraId="0BE7E7D3" w14:textId="77777777" w:rsidR="001C61CC" w:rsidRDefault="001C61CC">
            <w:pPr>
              <w:spacing w:after="0" w:line="240" w:lineRule="auto"/>
              <w:jc w:val="center"/>
            </w:pPr>
          </w:p>
        </w:tc>
        <w:tc>
          <w:tcPr>
            <w:tcW w:w="1728" w:type="dxa"/>
            <w:tcBorders>
              <w:top w:val="nil"/>
              <w:left w:val="nil"/>
              <w:bottom w:val="nil"/>
              <w:right w:val="nil"/>
            </w:tcBorders>
          </w:tcPr>
          <w:p w14:paraId="5AB53A6E" w14:textId="77777777" w:rsidR="001C61CC" w:rsidRDefault="001C61CC">
            <w:pPr>
              <w:spacing w:after="0" w:line="240" w:lineRule="auto"/>
              <w:jc w:val="center"/>
            </w:pPr>
          </w:p>
        </w:tc>
        <w:tc>
          <w:tcPr>
            <w:tcW w:w="1728" w:type="dxa"/>
            <w:tcBorders>
              <w:top w:val="nil"/>
              <w:left w:val="nil"/>
              <w:bottom w:val="nil"/>
              <w:right w:val="nil"/>
            </w:tcBorders>
          </w:tcPr>
          <w:p w14:paraId="758F7150" w14:textId="77777777" w:rsidR="001C61CC" w:rsidRDefault="001C61CC">
            <w:pPr>
              <w:spacing w:after="0" w:line="240" w:lineRule="auto"/>
              <w:jc w:val="center"/>
            </w:pPr>
          </w:p>
        </w:tc>
        <w:tc>
          <w:tcPr>
            <w:tcW w:w="1728" w:type="dxa"/>
            <w:tcBorders>
              <w:top w:val="nil"/>
              <w:left w:val="nil"/>
              <w:bottom w:val="nil"/>
              <w:right w:val="nil"/>
            </w:tcBorders>
          </w:tcPr>
          <w:p w14:paraId="1AFB04B9" w14:textId="77777777" w:rsidR="001C61CC" w:rsidRDefault="000D727A">
            <w:pPr>
              <w:spacing w:after="0" w:line="240" w:lineRule="auto"/>
              <w:jc w:val="center"/>
            </w:pPr>
            <w:r>
              <w:rPr>
                <w:sz w:val="16"/>
              </w:rPr>
              <w:t>0.262</w:t>
            </w:r>
          </w:p>
        </w:tc>
      </w:tr>
      <w:tr w:rsidR="001C61CC" w14:paraId="4B0FB071" w14:textId="77777777">
        <w:tc>
          <w:tcPr>
            <w:tcW w:w="1728" w:type="dxa"/>
            <w:tcBorders>
              <w:top w:val="nil"/>
              <w:left w:val="nil"/>
              <w:bottom w:val="nil"/>
              <w:right w:val="nil"/>
            </w:tcBorders>
          </w:tcPr>
          <w:p w14:paraId="77E81439" w14:textId="77777777" w:rsidR="001C61CC" w:rsidRDefault="000D727A">
            <w:pPr>
              <w:spacing w:after="0" w:line="240" w:lineRule="auto"/>
            </w:pPr>
            <w:r>
              <w:rPr>
                <w:sz w:val="16"/>
              </w:rPr>
              <w:t xml:space="preserve">  &lt;6 h</w:t>
            </w:r>
          </w:p>
        </w:tc>
        <w:tc>
          <w:tcPr>
            <w:tcW w:w="1728" w:type="dxa"/>
            <w:tcBorders>
              <w:top w:val="nil"/>
              <w:left w:val="nil"/>
              <w:bottom w:val="nil"/>
              <w:right w:val="nil"/>
            </w:tcBorders>
          </w:tcPr>
          <w:p w14:paraId="1D5CC9D1" w14:textId="77777777" w:rsidR="001C61CC" w:rsidRDefault="000D727A">
            <w:pPr>
              <w:spacing w:after="0" w:line="240" w:lineRule="auto"/>
              <w:jc w:val="center"/>
            </w:pPr>
            <w:r>
              <w:rPr>
                <w:sz w:val="16"/>
              </w:rPr>
              <w:t>2889</w:t>
            </w:r>
          </w:p>
        </w:tc>
        <w:tc>
          <w:tcPr>
            <w:tcW w:w="1728" w:type="dxa"/>
            <w:tcBorders>
              <w:top w:val="nil"/>
              <w:left w:val="nil"/>
              <w:bottom w:val="nil"/>
              <w:right w:val="nil"/>
            </w:tcBorders>
          </w:tcPr>
          <w:p w14:paraId="0BB71B30" w14:textId="77777777" w:rsidR="001C61CC" w:rsidRDefault="000D727A">
            <w:pPr>
              <w:spacing w:after="0" w:line="240" w:lineRule="auto"/>
              <w:jc w:val="center"/>
            </w:pPr>
            <w:r>
              <w:rPr>
                <w:sz w:val="16"/>
              </w:rPr>
              <w:t>1675</w:t>
            </w:r>
          </w:p>
        </w:tc>
        <w:tc>
          <w:tcPr>
            <w:tcW w:w="1728" w:type="dxa"/>
            <w:tcBorders>
              <w:top w:val="nil"/>
              <w:left w:val="nil"/>
              <w:bottom w:val="nil"/>
              <w:right w:val="nil"/>
            </w:tcBorders>
          </w:tcPr>
          <w:p w14:paraId="0A9AC620" w14:textId="77777777" w:rsidR="001C61CC" w:rsidRDefault="000D727A">
            <w:pPr>
              <w:spacing w:after="0" w:line="240" w:lineRule="auto"/>
              <w:jc w:val="center"/>
            </w:pPr>
            <w:r>
              <w:rPr>
                <w:sz w:val="16"/>
              </w:rPr>
              <w:t>1.03 (0.86, 1.23)</w:t>
            </w:r>
          </w:p>
        </w:tc>
        <w:tc>
          <w:tcPr>
            <w:tcW w:w="1728" w:type="dxa"/>
            <w:tcBorders>
              <w:top w:val="nil"/>
              <w:left w:val="nil"/>
              <w:bottom w:val="nil"/>
              <w:right w:val="nil"/>
            </w:tcBorders>
          </w:tcPr>
          <w:p w14:paraId="6EAF6A40" w14:textId="77777777" w:rsidR="001C61CC" w:rsidRDefault="000D727A">
            <w:pPr>
              <w:spacing w:after="0" w:line="240" w:lineRule="auto"/>
              <w:jc w:val="center"/>
            </w:pPr>
            <w:r>
              <w:rPr>
                <w:sz w:val="16"/>
              </w:rPr>
              <w:t>0.751</w:t>
            </w:r>
          </w:p>
        </w:tc>
        <w:tc>
          <w:tcPr>
            <w:tcW w:w="1728" w:type="dxa"/>
            <w:tcBorders>
              <w:top w:val="nil"/>
              <w:left w:val="nil"/>
              <w:bottom w:val="nil"/>
              <w:right w:val="nil"/>
            </w:tcBorders>
          </w:tcPr>
          <w:p w14:paraId="5A8C1508" w14:textId="77777777" w:rsidR="001C61CC" w:rsidRDefault="001C61CC">
            <w:pPr>
              <w:spacing w:after="0" w:line="240" w:lineRule="auto"/>
              <w:jc w:val="center"/>
            </w:pPr>
          </w:p>
        </w:tc>
      </w:tr>
      <w:tr w:rsidR="001C61CC" w14:paraId="5D8BB04E" w14:textId="77777777">
        <w:tc>
          <w:tcPr>
            <w:tcW w:w="1728" w:type="dxa"/>
            <w:tcBorders>
              <w:top w:val="nil"/>
              <w:left w:val="nil"/>
              <w:bottom w:val="nil"/>
              <w:right w:val="nil"/>
            </w:tcBorders>
          </w:tcPr>
          <w:p w14:paraId="33F0C567" w14:textId="77777777" w:rsidR="001C61CC" w:rsidRDefault="000D727A">
            <w:pPr>
              <w:spacing w:after="0" w:line="240" w:lineRule="auto"/>
            </w:pPr>
            <w:r>
              <w:rPr>
                <w:sz w:val="16"/>
              </w:rPr>
              <w:t xml:space="preserve">  6-8 h</w:t>
            </w:r>
          </w:p>
        </w:tc>
        <w:tc>
          <w:tcPr>
            <w:tcW w:w="1728" w:type="dxa"/>
            <w:tcBorders>
              <w:top w:val="nil"/>
              <w:left w:val="nil"/>
              <w:bottom w:val="nil"/>
              <w:right w:val="nil"/>
            </w:tcBorders>
          </w:tcPr>
          <w:p w14:paraId="36D1DEE7" w14:textId="77777777" w:rsidR="001C61CC" w:rsidRDefault="000D727A">
            <w:pPr>
              <w:spacing w:after="0" w:line="240" w:lineRule="auto"/>
              <w:jc w:val="center"/>
            </w:pPr>
            <w:r>
              <w:rPr>
                <w:sz w:val="16"/>
              </w:rPr>
              <w:t>3607</w:t>
            </w:r>
          </w:p>
        </w:tc>
        <w:tc>
          <w:tcPr>
            <w:tcW w:w="1728" w:type="dxa"/>
            <w:tcBorders>
              <w:top w:val="nil"/>
              <w:left w:val="nil"/>
              <w:bottom w:val="nil"/>
              <w:right w:val="nil"/>
            </w:tcBorders>
          </w:tcPr>
          <w:p w14:paraId="2C611FA2" w14:textId="77777777" w:rsidR="001C61CC" w:rsidRDefault="000D727A">
            <w:pPr>
              <w:spacing w:after="0" w:line="240" w:lineRule="auto"/>
              <w:jc w:val="center"/>
            </w:pPr>
            <w:r>
              <w:rPr>
                <w:sz w:val="16"/>
              </w:rPr>
              <w:t>1251</w:t>
            </w:r>
          </w:p>
        </w:tc>
        <w:tc>
          <w:tcPr>
            <w:tcW w:w="1728" w:type="dxa"/>
            <w:tcBorders>
              <w:top w:val="nil"/>
              <w:left w:val="nil"/>
              <w:bottom w:val="nil"/>
              <w:right w:val="nil"/>
            </w:tcBorders>
          </w:tcPr>
          <w:p w14:paraId="250749EB" w14:textId="77777777" w:rsidR="001C61CC" w:rsidRDefault="000D727A">
            <w:pPr>
              <w:spacing w:after="0" w:line="240" w:lineRule="auto"/>
              <w:jc w:val="center"/>
            </w:pPr>
            <w:r>
              <w:rPr>
                <w:sz w:val="16"/>
              </w:rPr>
              <w:t>1.23 (1.04, 1.45)</w:t>
            </w:r>
          </w:p>
        </w:tc>
        <w:tc>
          <w:tcPr>
            <w:tcW w:w="1728" w:type="dxa"/>
            <w:tcBorders>
              <w:top w:val="nil"/>
              <w:left w:val="nil"/>
              <w:bottom w:val="nil"/>
              <w:right w:val="nil"/>
            </w:tcBorders>
          </w:tcPr>
          <w:p w14:paraId="23AB7B76" w14:textId="77777777" w:rsidR="001C61CC" w:rsidRDefault="000D727A">
            <w:pPr>
              <w:spacing w:after="0" w:line="240" w:lineRule="auto"/>
              <w:jc w:val="center"/>
            </w:pPr>
            <w:r>
              <w:rPr>
                <w:sz w:val="16"/>
              </w:rPr>
              <w:t>0.015</w:t>
            </w:r>
          </w:p>
        </w:tc>
        <w:tc>
          <w:tcPr>
            <w:tcW w:w="1728" w:type="dxa"/>
            <w:tcBorders>
              <w:top w:val="nil"/>
              <w:left w:val="nil"/>
              <w:bottom w:val="nil"/>
              <w:right w:val="nil"/>
            </w:tcBorders>
          </w:tcPr>
          <w:p w14:paraId="04AC3576" w14:textId="77777777" w:rsidR="001C61CC" w:rsidRDefault="001C61CC">
            <w:pPr>
              <w:spacing w:after="0" w:line="240" w:lineRule="auto"/>
              <w:jc w:val="center"/>
            </w:pPr>
          </w:p>
        </w:tc>
      </w:tr>
      <w:tr w:rsidR="001C61CC" w14:paraId="1EB0E787" w14:textId="77777777">
        <w:tc>
          <w:tcPr>
            <w:tcW w:w="1728" w:type="dxa"/>
            <w:tcBorders>
              <w:top w:val="nil"/>
              <w:left w:val="nil"/>
              <w:bottom w:val="nil"/>
              <w:right w:val="nil"/>
            </w:tcBorders>
          </w:tcPr>
          <w:p w14:paraId="52F78244" w14:textId="77777777" w:rsidR="001C61CC" w:rsidRDefault="000D727A">
            <w:pPr>
              <w:spacing w:after="0" w:line="240" w:lineRule="auto"/>
            </w:pPr>
            <w:r>
              <w:rPr>
                <w:sz w:val="16"/>
              </w:rPr>
              <w:t xml:space="preserve">  &gt;8 h</w:t>
            </w:r>
          </w:p>
        </w:tc>
        <w:tc>
          <w:tcPr>
            <w:tcW w:w="1728" w:type="dxa"/>
            <w:tcBorders>
              <w:top w:val="nil"/>
              <w:left w:val="nil"/>
              <w:bottom w:val="nil"/>
              <w:right w:val="nil"/>
            </w:tcBorders>
          </w:tcPr>
          <w:p w14:paraId="7C4D540D" w14:textId="77777777" w:rsidR="001C61CC" w:rsidRDefault="000D727A">
            <w:pPr>
              <w:spacing w:after="0" w:line="240" w:lineRule="auto"/>
              <w:jc w:val="center"/>
            </w:pPr>
            <w:r>
              <w:rPr>
                <w:sz w:val="16"/>
              </w:rPr>
              <w:t>656</w:t>
            </w:r>
          </w:p>
        </w:tc>
        <w:tc>
          <w:tcPr>
            <w:tcW w:w="1728" w:type="dxa"/>
            <w:tcBorders>
              <w:top w:val="nil"/>
              <w:left w:val="nil"/>
              <w:bottom w:val="nil"/>
              <w:right w:val="nil"/>
            </w:tcBorders>
          </w:tcPr>
          <w:p w14:paraId="3D9E5F66" w14:textId="77777777" w:rsidR="001C61CC" w:rsidRDefault="000D727A">
            <w:pPr>
              <w:spacing w:after="0" w:line="240" w:lineRule="auto"/>
              <w:jc w:val="center"/>
            </w:pPr>
            <w:r>
              <w:rPr>
                <w:sz w:val="16"/>
              </w:rPr>
              <w:t>231</w:t>
            </w:r>
          </w:p>
        </w:tc>
        <w:tc>
          <w:tcPr>
            <w:tcW w:w="1728" w:type="dxa"/>
            <w:tcBorders>
              <w:top w:val="nil"/>
              <w:left w:val="nil"/>
              <w:bottom w:val="nil"/>
              <w:right w:val="nil"/>
            </w:tcBorders>
          </w:tcPr>
          <w:p w14:paraId="7FBE9C73" w14:textId="77777777" w:rsidR="001C61CC" w:rsidRDefault="000D727A">
            <w:pPr>
              <w:spacing w:after="0" w:line="240" w:lineRule="auto"/>
              <w:jc w:val="center"/>
            </w:pPr>
            <w:r>
              <w:rPr>
                <w:sz w:val="16"/>
              </w:rPr>
              <w:t>1.04 (0.67, 1.62)</w:t>
            </w:r>
          </w:p>
        </w:tc>
        <w:tc>
          <w:tcPr>
            <w:tcW w:w="1728" w:type="dxa"/>
            <w:tcBorders>
              <w:top w:val="nil"/>
              <w:left w:val="nil"/>
              <w:bottom w:val="nil"/>
              <w:right w:val="nil"/>
            </w:tcBorders>
          </w:tcPr>
          <w:p w14:paraId="4E84E428" w14:textId="77777777" w:rsidR="001C61CC" w:rsidRDefault="000D727A">
            <w:pPr>
              <w:spacing w:after="0" w:line="240" w:lineRule="auto"/>
              <w:jc w:val="center"/>
            </w:pPr>
            <w:r>
              <w:rPr>
                <w:sz w:val="16"/>
              </w:rPr>
              <w:t>0.854</w:t>
            </w:r>
          </w:p>
        </w:tc>
        <w:tc>
          <w:tcPr>
            <w:tcW w:w="1728" w:type="dxa"/>
            <w:tcBorders>
              <w:top w:val="nil"/>
              <w:left w:val="nil"/>
              <w:bottom w:val="nil"/>
              <w:right w:val="nil"/>
            </w:tcBorders>
          </w:tcPr>
          <w:p w14:paraId="5B31C073" w14:textId="77777777" w:rsidR="001C61CC" w:rsidRDefault="001C61CC">
            <w:pPr>
              <w:spacing w:after="0" w:line="240" w:lineRule="auto"/>
              <w:jc w:val="center"/>
            </w:pPr>
          </w:p>
        </w:tc>
      </w:tr>
      <w:tr w:rsidR="001C61CC" w14:paraId="20FFE5FE" w14:textId="77777777">
        <w:tc>
          <w:tcPr>
            <w:tcW w:w="1728" w:type="dxa"/>
            <w:tcBorders>
              <w:top w:val="nil"/>
              <w:left w:val="nil"/>
              <w:bottom w:val="nil"/>
              <w:right w:val="nil"/>
            </w:tcBorders>
          </w:tcPr>
          <w:p w14:paraId="03AEE12A" w14:textId="77777777" w:rsidR="001C61CC" w:rsidRDefault="000D727A">
            <w:pPr>
              <w:spacing w:after="0" w:line="240" w:lineRule="auto"/>
            </w:pPr>
            <w:r>
              <w:rPr>
                <w:sz w:val="16"/>
              </w:rPr>
              <w:t>ADL limitation</w:t>
            </w:r>
          </w:p>
        </w:tc>
        <w:tc>
          <w:tcPr>
            <w:tcW w:w="1728" w:type="dxa"/>
            <w:tcBorders>
              <w:top w:val="nil"/>
              <w:left w:val="nil"/>
              <w:bottom w:val="nil"/>
              <w:right w:val="nil"/>
            </w:tcBorders>
          </w:tcPr>
          <w:p w14:paraId="6700C7CC" w14:textId="77777777" w:rsidR="001C61CC" w:rsidRDefault="001C61CC">
            <w:pPr>
              <w:spacing w:after="0" w:line="240" w:lineRule="auto"/>
              <w:jc w:val="center"/>
            </w:pPr>
          </w:p>
        </w:tc>
        <w:tc>
          <w:tcPr>
            <w:tcW w:w="1728" w:type="dxa"/>
            <w:tcBorders>
              <w:top w:val="nil"/>
              <w:left w:val="nil"/>
              <w:bottom w:val="nil"/>
              <w:right w:val="nil"/>
            </w:tcBorders>
          </w:tcPr>
          <w:p w14:paraId="23FDB826" w14:textId="77777777" w:rsidR="001C61CC" w:rsidRDefault="001C61CC">
            <w:pPr>
              <w:spacing w:after="0" w:line="240" w:lineRule="auto"/>
              <w:jc w:val="center"/>
            </w:pPr>
          </w:p>
        </w:tc>
        <w:tc>
          <w:tcPr>
            <w:tcW w:w="1728" w:type="dxa"/>
            <w:tcBorders>
              <w:top w:val="nil"/>
              <w:left w:val="nil"/>
              <w:bottom w:val="nil"/>
              <w:right w:val="nil"/>
            </w:tcBorders>
          </w:tcPr>
          <w:p w14:paraId="578E57E1" w14:textId="77777777" w:rsidR="001C61CC" w:rsidRDefault="001C61CC">
            <w:pPr>
              <w:spacing w:after="0" w:line="240" w:lineRule="auto"/>
              <w:jc w:val="center"/>
            </w:pPr>
          </w:p>
        </w:tc>
        <w:tc>
          <w:tcPr>
            <w:tcW w:w="1728" w:type="dxa"/>
            <w:tcBorders>
              <w:top w:val="nil"/>
              <w:left w:val="nil"/>
              <w:bottom w:val="nil"/>
              <w:right w:val="nil"/>
            </w:tcBorders>
          </w:tcPr>
          <w:p w14:paraId="0ACE36EC" w14:textId="77777777" w:rsidR="001C61CC" w:rsidRDefault="001C61CC">
            <w:pPr>
              <w:spacing w:after="0" w:line="240" w:lineRule="auto"/>
              <w:jc w:val="center"/>
            </w:pPr>
          </w:p>
        </w:tc>
        <w:tc>
          <w:tcPr>
            <w:tcW w:w="1728" w:type="dxa"/>
            <w:tcBorders>
              <w:top w:val="nil"/>
              <w:left w:val="nil"/>
              <w:bottom w:val="nil"/>
              <w:right w:val="nil"/>
            </w:tcBorders>
          </w:tcPr>
          <w:p w14:paraId="241DA998" w14:textId="77777777" w:rsidR="001C61CC" w:rsidRDefault="000D727A">
            <w:pPr>
              <w:spacing w:after="0" w:line="240" w:lineRule="auto"/>
              <w:jc w:val="center"/>
            </w:pPr>
            <w:r>
              <w:rPr>
                <w:sz w:val="16"/>
              </w:rPr>
              <w:t>0.761</w:t>
            </w:r>
          </w:p>
        </w:tc>
      </w:tr>
      <w:tr w:rsidR="001C61CC" w14:paraId="011A328D" w14:textId="77777777">
        <w:tc>
          <w:tcPr>
            <w:tcW w:w="1728" w:type="dxa"/>
            <w:tcBorders>
              <w:top w:val="nil"/>
              <w:left w:val="nil"/>
              <w:bottom w:val="nil"/>
              <w:right w:val="nil"/>
            </w:tcBorders>
          </w:tcPr>
          <w:p w14:paraId="1426F67A" w14:textId="77777777" w:rsidR="001C61CC" w:rsidRDefault="000D727A">
            <w:pPr>
              <w:spacing w:after="0" w:line="240" w:lineRule="auto"/>
            </w:pPr>
            <w:r>
              <w:rPr>
                <w:sz w:val="16"/>
              </w:rPr>
              <w:t xml:space="preserve">  None</w:t>
            </w:r>
          </w:p>
        </w:tc>
        <w:tc>
          <w:tcPr>
            <w:tcW w:w="1728" w:type="dxa"/>
            <w:tcBorders>
              <w:top w:val="nil"/>
              <w:left w:val="nil"/>
              <w:bottom w:val="nil"/>
              <w:right w:val="nil"/>
            </w:tcBorders>
          </w:tcPr>
          <w:p w14:paraId="35CA5873" w14:textId="77777777" w:rsidR="001C61CC" w:rsidRDefault="000D727A">
            <w:pPr>
              <w:spacing w:after="0" w:line="240" w:lineRule="auto"/>
              <w:jc w:val="center"/>
            </w:pPr>
            <w:r>
              <w:rPr>
                <w:sz w:val="16"/>
              </w:rPr>
              <w:t>5666</w:t>
            </w:r>
          </w:p>
        </w:tc>
        <w:tc>
          <w:tcPr>
            <w:tcW w:w="1728" w:type="dxa"/>
            <w:tcBorders>
              <w:top w:val="nil"/>
              <w:left w:val="nil"/>
              <w:bottom w:val="nil"/>
              <w:right w:val="nil"/>
            </w:tcBorders>
          </w:tcPr>
          <w:p w14:paraId="2EAFFB1C" w14:textId="77777777" w:rsidR="001C61CC" w:rsidRDefault="000D727A">
            <w:pPr>
              <w:spacing w:after="0" w:line="240" w:lineRule="auto"/>
              <w:jc w:val="center"/>
            </w:pPr>
            <w:r>
              <w:rPr>
                <w:sz w:val="16"/>
              </w:rPr>
              <w:t>2161</w:t>
            </w:r>
          </w:p>
        </w:tc>
        <w:tc>
          <w:tcPr>
            <w:tcW w:w="1728" w:type="dxa"/>
            <w:tcBorders>
              <w:top w:val="nil"/>
              <w:left w:val="nil"/>
              <w:bottom w:val="nil"/>
              <w:right w:val="nil"/>
            </w:tcBorders>
          </w:tcPr>
          <w:p w14:paraId="30413804" w14:textId="77777777" w:rsidR="001C61CC" w:rsidRDefault="000D727A">
            <w:pPr>
              <w:spacing w:after="0" w:line="240" w:lineRule="auto"/>
              <w:jc w:val="center"/>
            </w:pPr>
            <w:r>
              <w:rPr>
                <w:sz w:val="16"/>
              </w:rPr>
              <w:t>1.14 (1.00, 1.29)</w:t>
            </w:r>
          </w:p>
        </w:tc>
        <w:tc>
          <w:tcPr>
            <w:tcW w:w="1728" w:type="dxa"/>
            <w:tcBorders>
              <w:top w:val="nil"/>
              <w:left w:val="nil"/>
              <w:bottom w:val="nil"/>
              <w:right w:val="nil"/>
            </w:tcBorders>
          </w:tcPr>
          <w:p w14:paraId="510EB8EF" w14:textId="77777777" w:rsidR="001C61CC" w:rsidRDefault="000D727A">
            <w:pPr>
              <w:spacing w:after="0" w:line="240" w:lineRule="auto"/>
              <w:jc w:val="center"/>
            </w:pPr>
            <w:r>
              <w:rPr>
                <w:sz w:val="16"/>
              </w:rPr>
              <w:t>0.053</w:t>
            </w:r>
          </w:p>
        </w:tc>
        <w:tc>
          <w:tcPr>
            <w:tcW w:w="1728" w:type="dxa"/>
            <w:tcBorders>
              <w:top w:val="nil"/>
              <w:left w:val="nil"/>
              <w:bottom w:val="nil"/>
              <w:right w:val="nil"/>
            </w:tcBorders>
          </w:tcPr>
          <w:p w14:paraId="3CD98D9A" w14:textId="77777777" w:rsidR="001C61CC" w:rsidRDefault="001C61CC">
            <w:pPr>
              <w:spacing w:after="0" w:line="240" w:lineRule="auto"/>
              <w:jc w:val="center"/>
            </w:pPr>
          </w:p>
        </w:tc>
      </w:tr>
      <w:tr w:rsidR="001C61CC" w14:paraId="4C1A9249" w14:textId="77777777">
        <w:tc>
          <w:tcPr>
            <w:tcW w:w="1728" w:type="dxa"/>
            <w:tcBorders>
              <w:top w:val="nil"/>
              <w:left w:val="nil"/>
              <w:bottom w:val="nil"/>
              <w:right w:val="nil"/>
            </w:tcBorders>
          </w:tcPr>
          <w:p w14:paraId="65120A63" w14:textId="77777777" w:rsidR="001C61CC" w:rsidRDefault="000D727A">
            <w:pPr>
              <w:spacing w:after="0" w:line="240" w:lineRule="auto"/>
            </w:pPr>
            <w:r>
              <w:rPr>
                <w:sz w:val="16"/>
              </w:rPr>
              <w:t xml:space="preserve">  Any limitation</w:t>
            </w:r>
          </w:p>
        </w:tc>
        <w:tc>
          <w:tcPr>
            <w:tcW w:w="1728" w:type="dxa"/>
            <w:tcBorders>
              <w:top w:val="nil"/>
              <w:left w:val="nil"/>
              <w:bottom w:val="nil"/>
              <w:right w:val="nil"/>
            </w:tcBorders>
          </w:tcPr>
          <w:p w14:paraId="00255688" w14:textId="77777777" w:rsidR="001C61CC" w:rsidRDefault="000D727A">
            <w:pPr>
              <w:spacing w:after="0" w:line="240" w:lineRule="auto"/>
              <w:jc w:val="center"/>
            </w:pPr>
            <w:r>
              <w:rPr>
                <w:sz w:val="16"/>
              </w:rPr>
              <w:t>1486</w:t>
            </w:r>
          </w:p>
        </w:tc>
        <w:tc>
          <w:tcPr>
            <w:tcW w:w="1728" w:type="dxa"/>
            <w:tcBorders>
              <w:top w:val="nil"/>
              <w:left w:val="nil"/>
              <w:bottom w:val="nil"/>
              <w:right w:val="nil"/>
            </w:tcBorders>
          </w:tcPr>
          <w:p w14:paraId="337540D3" w14:textId="77777777" w:rsidR="001C61CC" w:rsidRDefault="000D727A">
            <w:pPr>
              <w:spacing w:after="0" w:line="240" w:lineRule="auto"/>
              <w:jc w:val="center"/>
            </w:pPr>
            <w:r>
              <w:rPr>
                <w:sz w:val="16"/>
              </w:rPr>
              <w:t>996</w:t>
            </w:r>
          </w:p>
        </w:tc>
        <w:tc>
          <w:tcPr>
            <w:tcW w:w="1728" w:type="dxa"/>
            <w:tcBorders>
              <w:top w:val="nil"/>
              <w:left w:val="nil"/>
              <w:bottom w:val="nil"/>
              <w:right w:val="nil"/>
            </w:tcBorders>
          </w:tcPr>
          <w:p w14:paraId="3444B8F2" w14:textId="77777777" w:rsidR="001C61CC" w:rsidRDefault="000D727A">
            <w:pPr>
              <w:spacing w:after="0" w:line="240" w:lineRule="auto"/>
              <w:jc w:val="center"/>
            </w:pPr>
            <w:r>
              <w:rPr>
                <w:sz w:val="16"/>
              </w:rPr>
              <w:t>1.06 (0.82, 1.38)</w:t>
            </w:r>
          </w:p>
        </w:tc>
        <w:tc>
          <w:tcPr>
            <w:tcW w:w="1728" w:type="dxa"/>
            <w:tcBorders>
              <w:top w:val="nil"/>
              <w:left w:val="nil"/>
              <w:bottom w:val="nil"/>
              <w:right w:val="nil"/>
            </w:tcBorders>
          </w:tcPr>
          <w:p w14:paraId="4B77D90E" w14:textId="77777777" w:rsidR="001C61CC" w:rsidRDefault="000D727A">
            <w:pPr>
              <w:spacing w:after="0" w:line="240" w:lineRule="auto"/>
              <w:jc w:val="center"/>
            </w:pPr>
            <w:r>
              <w:rPr>
                <w:sz w:val="16"/>
              </w:rPr>
              <w:t>0.651</w:t>
            </w:r>
          </w:p>
        </w:tc>
        <w:tc>
          <w:tcPr>
            <w:tcW w:w="1728" w:type="dxa"/>
            <w:tcBorders>
              <w:top w:val="nil"/>
              <w:left w:val="nil"/>
              <w:bottom w:val="nil"/>
              <w:right w:val="nil"/>
            </w:tcBorders>
          </w:tcPr>
          <w:p w14:paraId="4FCED051" w14:textId="77777777" w:rsidR="001C61CC" w:rsidRDefault="001C61CC">
            <w:pPr>
              <w:spacing w:after="0" w:line="240" w:lineRule="auto"/>
              <w:jc w:val="center"/>
            </w:pPr>
          </w:p>
        </w:tc>
      </w:tr>
      <w:tr w:rsidR="001C61CC" w14:paraId="74D001D4" w14:textId="77777777">
        <w:tc>
          <w:tcPr>
            <w:tcW w:w="1728" w:type="dxa"/>
            <w:tcBorders>
              <w:top w:val="nil"/>
              <w:left w:val="nil"/>
              <w:bottom w:val="nil"/>
              <w:right w:val="nil"/>
            </w:tcBorders>
          </w:tcPr>
          <w:p w14:paraId="326AD2B6" w14:textId="77777777" w:rsidR="001C61CC" w:rsidRDefault="000D727A">
            <w:pPr>
              <w:spacing w:after="0" w:line="240" w:lineRule="auto"/>
            </w:pPr>
            <w:r>
              <w:rPr>
                <w:sz w:val="16"/>
              </w:rPr>
              <w:t>Hypertension</w:t>
            </w:r>
          </w:p>
        </w:tc>
        <w:tc>
          <w:tcPr>
            <w:tcW w:w="1728" w:type="dxa"/>
            <w:tcBorders>
              <w:top w:val="nil"/>
              <w:left w:val="nil"/>
              <w:bottom w:val="nil"/>
              <w:right w:val="nil"/>
            </w:tcBorders>
          </w:tcPr>
          <w:p w14:paraId="472261F0" w14:textId="77777777" w:rsidR="001C61CC" w:rsidRDefault="001C61CC">
            <w:pPr>
              <w:spacing w:after="0" w:line="240" w:lineRule="auto"/>
              <w:jc w:val="center"/>
            </w:pPr>
          </w:p>
        </w:tc>
        <w:tc>
          <w:tcPr>
            <w:tcW w:w="1728" w:type="dxa"/>
            <w:tcBorders>
              <w:top w:val="nil"/>
              <w:left w:val="nil"/>
              <w:bottom w:val="nil"/>
              <w:right w:val="nil"/>
            </w:tcBorders>
          </w:tcPr>
          <w:p w14:paraId="0D141B84" w14:textId="77777777" w:rsidR="001C61CC" w:rsidRDefault="001C61CC">
            <w:pPr>
              <w:spacing w:after="0" w:line="240" w:lineRule="auto"/>
              <w:jc w:val="center"/>
            </w:pPr>
          </w:p>
        </w:tc>
        <w:tc>
          <w:tcPr>
            <w:tcW w:w="1728" w:type="dxa"/>
            <w:tcBorders>
              <w:top w:val="nil"/>
              <w:left w:val="nil"/>
              <w:bottom w:val="nil"/>
              <w:right w:val="nil"/>
            </w:tcBorders>
          </w:tcPr>
          <w:p w14:paraId="57705CEF" w14:textId="77777777" w:rsidR="001C61CC" w:rsidRDefault="001C61CC">
            <w:pPr>
              <w:spacing w:after="0" w:line="240" w:lineRule="auto"/>
              <w:jc w:val="center"/>
            </w:pPr>
          </w:p>
        </w:tc>
        <w:tc>
          <w:tcPr>
            <w:tcW w:w="1728" w:type="dxa"/>
            <w:tcBorders>
              <w:top w:val="nil"/>
              <w:left w:val="nil"/>
              <w:bottom w:val="nil"/>
              <w:right w:val="nil"/>
            </w:tcBorders>
          </w:tcPr>
          <w:p w14:paraId="0CAA2FB1" w14:textId="77777777" w:rsidR="001C61CC" w:rsidRDefault="001C61CC">
            <w:pPr>
              <w:spacing w:after="0" w:line="240" w:lineRule="auto"/>
              <w:jc w:val="center"/>
            </w:pPr>
          </w:p>
        </w:tc>
        <w:tc>
          <w:tcPr>
            <w:tcW w:w="1728" w:type="dxa"/>
            <w:tcBorders>
              <w:top w:val="nil"/>
              <w:left w:val="nil"/>
              <w:bottom w:val="nil"/>
              <w:right w:val="nil"/>
            </w:tcBorders>
          </w:tcPr>
          <w:p w14:paraId="77F45E3B" w14:textId="77777777" w:rsidR="001C61CC" w:rsidRDefault="000D727A">
            <w:pPr>
              <w:spacing w:after="0" w:line="240" w:lineRule="auto"/>
              <w:jc w:val="center"/>
            </w:pPr>
            <w:r>
              <w:rPr>
                <w:sz w:val="16"/>
              </w:rPr>
              <w:t>0.489</w:t>
            </w:r>
          </w:p>
        </w:tc>
      </w:tr>
      <w:tr w:rsidR="001C61CC" w14:paraId="1CDBCAAF" w14:textId="77777777">
        <w:tc>
          <w:tcPr>
            <w:tcW w:w="1728" w:type="dxa"/>
            <w:tcBorders>
              <w:top w:val="nil"/>
              <w:left w:val="nil"/>
              <w:bottom w:val="nil"/>
              <w:right w:val="nil"/>
            </w:tcBorders>
          </w:tcPr>
          <w:p w14:paraId="6AE320B8"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266B12AE" w14:textId="77777777" w:rsidR="001C61CC" w:rsidRDefault="000D727A">
            <w:pPr>
              <w:spacing w:after="0" w:line="240" w:lineRule="auto"/>
              <w:jc w:val="center"/>
            </w:pPr>
            <w:r>
              <w:rPr>
                <w:sz w:val="16"/>
              </w:rPr>
              <w:t>4407</w:t>
            </w:r>
          </w:p>
        </w:tc>
        <w:tc>
          <w:tcPr>
            <w:tcW w:w="1728" w:type="dxa"/>
            <w:tcBorders>
              <w:top w:val="nil"/>
              <w:left w:val="nil"/>
              <w:bottom w:val="nil"/>
              <w:right w:val="nil"/>
            </w:tcBorders>
          </w:tcPr>
          <w:p w14:paraId="74B85CF9" w14:textId="77777777" w:rsidR="001C61CC" w:rsidRDefault="000D727A">
            <w:pPr>
              <w:spacing w:after="0" w:line="240" w:lineRule="auto"/>
              <w:jc w:val="center"/>
            </w:pPr>
            <w:r>
              <w:rPr>
                <w:sz w:val="16"/>
              </w:rPr>
              <w:t>1849</w:t>
            </w:r>
          </w:p>
        </w:tc>
        <w:tc>
          <w:tcPr>
            <w:tcW w:w="1728" w:type="dxa"/>
            <w:tcBorders>
              <w:top w:val="nil"/>
              <w:left w:val="nil"/>
              <w:bottom w:val="nil"/>
              <w:right w:val="nil"/>
            </w:tcBorders>
          </w:tcPr>
          <w:p w14:paraId="5FD3AC66" w14:textId="77777777" w:rsidR="001C61CC" w:rsidRDefault="000D727A">
            <w:pPr>
              <w:spacing w:after="0" w:line="240" w:lineRule="auto"/>
              <w:jc w:val="center"/>
            </w:pPr>
            <w:r>
              <w:rPr>
                <w:sz w:val="16"/>
              </w:rPr>
              <w:t>1.09 (0.94, 1.26)</w:t>
            </w:r>
          </w:p>
        </w:tc>
        <w:tc>
          <w:tcPr>
            <w:tcW w:w="1728" w:type="dxa"/>
            <w:tcBorders>
              <w:top w:val="nil"/>
              <w:left w:val="nil"/>
              <w:bottom w:val="nil"/>
              <w:right w:val="nil"/>
            </w:tcBorders>
          </w:tcPr>
          <w:p w14:paraId="5689AD47" w14:textId="77777777" w:rsidR="001C61CC" w:rsidRDefault="000D727A">
            <w:pPr>
              <w:spacing w:after="0" w:line="240" w:lineRule="auto"/>
              <w:jc w:val="center"/>
            </w:pPr>
            <w:r>
              <w:rPr>
                <w:sz w:val="16"/>
              </w:rPr>
              <w:t>0.259</w:t>
            </w:r>
          </w:p>
        </w:tc>
        <w:tc>
          <w:tcPr>
            <w:tcW w:w="1728" w:type="dxa"/>
            <w:tcBorders>
              <w:top w:val="nil"/>
              <w:left w:val="nil"/>
              <w:bottom w:val="nil"/>
              <w:right w:val="nil"/>
            </w:tcBorders>
          </w:tcPr>
          <w:p w14:paraId="7AC97008" w14:textId="77777777" w:rsidR="001C61CC" w:rsidRDefault="001C61CC">
            <w:pPr>
              <w:spacing w:after="0" w:line="240" w:lineRule="auto"/>
              <w:jc w:val="center"/>
            </w:pPr>
          </w:p>
        </w:tc>
      </w:tr>
      <w:tr w:rsidR="001C61CC" w14:paraId="5EBAD1B5" w14:textId="77777777">
        <w:tc>
          <w:tcPr>
            <w:tcW w:w="1728" w:type="dxa"/>
            <w:tcBorders>
              <w:top w:val="nil"/>
              <w:left w:val="nil"/>
              <w:bottom w:val="nil"/>
              <w:right w:val="nil"/>
            </w:tcBorders>
          </w:tcPr>
          <w:p w14:paraId="36FB6514"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6561915F" w14:textId="77777777" w:rsidR="001C61CC" w:rsidRDefault="000D727A">
            <w:pPr>
              <w:spacing w:after="0" w:line="240" w:lineRule="auto"/>
              <w:jc w:val="center"/>
            </w:pPr>
            <w:r>
              <w:rPr>
                <w:sz w:val="16"/>
              </w:rPr>
              <w:t>2745</w:t>
            </w:r>
          </w:p>
        </w:tc>
        <w:tc>
          <w:tcPr>
            <w:tcW w:w="1728" w:type="dxa"/>
            <w:tcBorders>
              <w:top w:val="nil"/>
              <w:left w:val="nil"/>
              <w:bottom w:val="nil"/>
              <w:right w:val="nil"/>
            </w:tcBorders>
          </w:tcPr>
          <w:p w14:paraId="6B12D2EF" w14:textId="77777777" w:rsidR="001C61CC" w:rsidRDefault="000D727A">
            <w:pPr>
              <w:spacing w:after="0" w:line="240" w:lineRule="auto"/>
              <w:jc w:val="center"/>
            </w:pPr>
            <w:r>
              <w:rPr>
                <w:sz w:val="16"/>
              </w:rPr>
              <w:t>1308</w:t>
            </w:r>
          </w:p>
        </w:tc>
        <w:tc>
          <w:tcPr>
            <w:tcW w:w="1728" w:type="dxa"/>
            <w:tcBorders>
              <w:top w:val="nil"/>
              <w:left w:val="nil"/>
              <w:bottom w:val="nil"/>
              <w:right w:val="nil"/>
            </w:tcBorders>
          </w:tcPr>
          <w:p w14:paraId="4C330A78" w14:textId="77777777" w:rsidR="001C61CC" w:rsidRDefault="000D727A">
            <w:pPr>
              <w:spacing w:after="0" w:line="240" w:lineRule="auto"/>
              <w:jc w:val="center"/>
            </w:pPr>
            <w:r>
              <w:rPr>
                <w:sz w:val="16"/>
              </w:rPr>
              <w:t>1.14 (0.94, 1.37)</w:t>
            </w:r>
          </w:p>
        </w:tc>
        <w:tc>
          <w:tcPr>
            <w:tcW w:w="1728" w:type="dxa"/>
            <w:tcBorders>
              <w:top w:val="nil"/>
              <w:left w:val="nil"/>
              <w:bottom w:val="nil"/>
              <w:right w:val="nil"/>
            </w:tcBorders>
          </w:tcPr>
          <w:p w14:paraId="5D2569F2" w14:textId="77777777" w:rsidR="001C61CC" w:rsidRDefault="000D727A">
            <w:pPr>
              <w:spacing w:after="0" w:line="240" w:lineRule="auto"/>
              <w:jc w:val="center"/>
            </w:pPr>
            <w:r>
              <w:rPr>
                <w:sz w:val="16"/>
              </w:rPr>
              <w:t>0.177</w:t>
            </w:r>
          </w:p>
        </w:tc>
        <w:tc>
          <w:tcPr>
            <w:tcW w:w="1728" w:type="dxa"/>
            <w:tcBorders>
              <w:top w:val="nil"/>
              <w:left w:val="nil"/>
              <w:bottom w:val="nil"/>
              <w:right w:val="nil"/>
            </w:tcBorders>
          </w:tcPr>
          <w:p w14:paraId="7F5E4645" w14:textId="77777777" w:rsidR="001C61CC" w:rsidRDefault="001C61CC">
            <w:pPr>
              <w:spacing w:after="0" w:line="240" w:lineRule="auto"/>
              <w:jc w:val="center"/>
            </w:pPr>
          </w:p>
        </w:tc>
      </w:tr>
      <w:tr w:rsidR="001C61CC" w14:paraId="756E5C3C" w14:textId="77777777">
        <w:tc>
          <w:tcPr>
            <w:tcW w:w="1728" w:type="dxa"/>
            <w:tcBorders>
              <w:top w:val="nil"/>
              <w:left w:val="nil"/>
              <w:bottom w:val="nil"/>
              <w:right w:val="nil"/>
            </w:tcBorders>
          </w:tcPr>
          <w:p w14:paraId="400BE458" w14:textId="77777777" w:rsidR="001C61CC" w:rsidRDefault="000D727A">
            <w:pPr>
              <w:spacing w:after="0" w:line="240" w:lineRule="auto"/>
            </w:pPr>
            <w:r>
              <w:rPr>
                <w:sz w:val="16"/>
              </w:rPr>
              <w:t>Dyslipidaemia</w:t>
            </w:r>
          </w:p>
        </w:tc>
        <w:tc>
          <w:tcPr>
            <w:tcW w:w="1728" w:type="dxa"/>
            <w:tcBorders>
              <w:top w:val="nil"/>
              <w:left w:val="nil"/>
              <w:bottom w:val="nil"/>
              <w:right w:val="nil"/>
            </w:tcBorders>
          </w:tcPr>
          <w:p w14:paraId="2343EAC6" w14:textId="77777777" w:rsidR="001C61CC" w:rsidRDefault="001C61CC">
            <w:pPr>
              <w:spacing w:after="0" w:line="240" w:lineRule="auto"/>
              <w:jc w:val="center"/>
            </w:pPr>
          </w:p>
        </w:tc>
        <w:tc>
          <w:tcPr>
            <w:tcW w:w="1728" w:type="dxa"/>
            <w:tcBorders>
              <w:top w:val="nil"/>
              <w:left w:val="nil"/>
              <w:bottom w:val="nil"/>
              <w:right w:val="nil"/>
            </w:tcBorders>
          </w:tcPr>
          <w:p w14:paraId="7F92697E" w14:textId="77777777" w:rsidR="001C61CC" w:rsidRDefault="001C61CC">
            <w:pPr>
              <w:spacing w:after="0" w:line="240" w:lineRule="auto"/>
              <w:jc w:val="center"/>
            </w:pPr>
          </w:p>
        </w:tc>
        <w:tc>
          <w:tcPr>
            <w:tcW w:w="1728" w:type="dxa"/>
            <w:tcBorders>
              <w:top w:val="nil"/>
              <w:left w:val="nil"/>
              <w:bottom w:val="nil"/>
              <w:right w:val="nil"/>
            </w:tcBorders>
          </w:tcPr>
          <w:p w14:paraId="2EE6167D" w14:textId="77777777" w:rsidR="001C61CC" w:rsidRDefault="001C61CC">
            <w:pPr>
              <w:spacing w:after="0" w:line="240" w:lineRule="auto"/>
              <w:jc w:val="center"/>
            </w:pPr>
          </w:p>
        </w:tc>
        <w:tc>
          <w:tcPr>
            <w:tcW w:w="1728" w:type="dxa"/>
            <w:tcBorders>
              <w:top w:val="nil"/>
              <w:left w:val="nil"/>
              <w:bottom w:val="nil"/>
              <w:right w:val="nil"/>
            </w:tcBorders>
          </w:tcPr>
          <w:p w14:paraId="4BF97BDF" w14:textId="77777777" w:rsidR="001C61CC" w:rsidRDefault="001C61CC">
            <w:pPr>
              <w:spacing w:after="0" w:line="240" w:lineRule="auto"/>
              <w:jc w:val="center"/>
            </w:pPr>
          </w:p>
        </w:tc>
        <w:tc>
          <w:tcPr>
            <w:tcW w:w="1728" w:type="dxa"/>
            <w:tcBorders>
              <w:top w:val="nil"/>
              <w:left w:val="nil"/>
              <w:bottom w:val="nil"/>
              <w:right w:val="nil"/>
            </w:tcBorders>
          </w:tcPr>
          <w:p w14:paraId="3D11F846" w14:textId="77777777" w:rsidR="001C61CC" w:rsidRDefault="000D727A">
            <w:pPr>
              <w:spacing w:after="0" w:line="240" w:lineRule="auto"/>
              <w:jc w:val="center"/>
            </w:pPr>
            <w:r>
              <w:rPr>
                <w:sz w:val="16"/>
              </w:rPr>
              <w:t>0.567</w:t>
            </w:r>
          </w:p>
        </w:tc>
      </w:tr>
      <w:tr w:rsidR="001C61CC" w14:paraId="464806AC" w14:textId="77777777">
        <w:tc>
          <w:tcPr>
            <w:tcW w:w="1728" w:type="dxa"/>
            <w:tcBorders>
              <w:top w:val="nil"/>
              <w:left w:val="nil"/>
              <w:bottom w:val="nil"/>
              <w:right w:val="nil"/>
            </w:tcBorders>
          </w:tcPr>
          <w:p w14:paraId="25D55C97"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054DCAD3" w14:textId="77777777" w:rsidR="001C61CC" w:rsidRDefault="000D727A">
            <w:pPr>
              <w:spacing w:after="0" w:line="240" w:lineRule="auto"/>
              <w:jc w:val="center"/>
            </w:pPr>
            <w:r>
              <w:rPr>
                <w:sz w:val="16"/>
              </w:rPr>
              <w:t>5471</w:t>
            </w:r>
          </w:p>
        </w:tc>
        <w:tc>
          <w:tcPr>
            <w:tcW w:w="1728" w:type="dxa"/>
            <w:tcBorders>
              <w:top w:val="nil"/>
              <w:left w:val="nil"/>
              <w:bottom w:val="nil"/>
              <w:right w:val="nil"/>
            </w:tcBorders>
          </w:tcPr>
          <w:p w14:paraId="146ABC73" w14:textId="77777777" w:rsidR="001C61CC" w:rsidRDefault="000D727A">
            <w:pPr>
              <w:spacing w:after="0" w:line="240" w:lineRule="auto"/>
              <w:jc w:val="center"/>
            </w:pPr>
            <w:r>
              <w:rPr>
                <w:sz w:val="16"/>
              </w:rPr>
              <w:t>2341</w:t>
            </w:r>
          </w:p>
        </w:tc>
        <w:tc>
          <w:tcPr>
            <w:tcW w:w="1728" w:type="dxa"/>
            <w:tcBorders>
              <w:top w:val="nil"/>
              <w:left w:val="nil"/>
              <w:bottom w:val="nil"/>
              <w:right w:val="nil"/>
            </w:tcBorders>
          </w:tcPr>
          <w:p w14:paraId="5DCC394E" w14:textId="77777777" w:rsidR="001C61CC" w:rsidRDefault="000D727A">
            <w:pPr>
              <w:spacing w:after="0" w:line="240" w:lineRule="auto"/>
              <w:jc w:val="center"/>
            </w:pPr>
            <w:r>
              <w:rPr>
                <w:sz w:val="16"/>
              </w:rPr>
              <w:t>1.14 (1.00, 1.30)</w:t>
            </w:r>
          </w:p>
        </w:tc>
        <w:tc>
          <w:tcPr>
            <w:tcW w:w="1728" w:type="dxa"/>
            <w:tcBorders>
              <w:top w:val="nil"/>
              <w:left w:val="nil"/>
              <w:bottom w:val="nil"/>
              <w:right w:val="nil"/>
            </w:tcBorders>
          </w:tcPr>
          <w:p w14:paraId="7EBF41A5" w14:textId="77777777" w:rsidR="001C61CC" w:rsidRDefault="000D727A">
            <w:pPr>
              <w:spacing w:after="0" w:line="240" w:lineRule="auto"/>
              <w:jc w:val="center"/>
            </w:pPr>
            <w:r>
              <w:rPr>
                <w:sz w:val="16"/>
              </w:rPr>
              <w:t>0.059</w:t>
            </w:r>
          </w:p>
        </w:tc>
        <w:tc>
          <w:tcPr>
            <w:tcW w:w="1728" w:type="dxa"/>
            <w:tcBorders>
              <w:top w:val="nil"/>
              <w:left w:val="nil"/>
              <w:bottom w:val="nil"/>
              <w:right w:val="nil"/>
            </w:tcBorders>
          </w:tcPr>
          <w:p w14:paraId="0A464EC1" w14:textId="77777777" w:rsidR="001C61CC" w:rsidRDefault="001C61CC">
            <w:pPr>
              <w:spacing w:after="0" w:line="240" w:lineRule="auto"/>
              <w:jc w:val="center"/>
            </w:pPr>
          </w:p>
        </w:tc>
      </w:tr>
      <w:tr w:rsidR="001C61CC" w14:paraId="27170541" w14:textId="77777777">
        <w:tc>
          <w:tcPr>
            <w:tcW w:w="1728" w:type="dxa"/>
            <w:tcBorders>
              <w:top w:val="nil"/>
              <w:left w:val="nil"/>
              <w:bottom w:val="nil"/>
              <w:right w:val="nil"/>
            </w:tcBorders>
          </w:tcPr>
          <w:p w14:paraId="5434D60A"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0A042A82" w14:textId="77777777" w:rsidR="001C61CC" w:rsidRDefault="000D727A">
            <w:pPr>
              <w:spacing w:after="0" w:line="240" w:lineRule="auto"/>
              <w:jc w:val="center"/>
            </w:pPr>
            <w:r>
              <w:rPr>
                <w:sz w:val="16"/>
              </w:rPr>
              <w:t>1681</w:t>
            </w:r>
          </w:p>
        </w:tc>
        <w:tc>
          <w:tcPr>
            <w:tcW w:w="1728" w:type="dxa"/>
            <w:tcBorders>
              <w:top w:val="nil"/>
              <w:left w:val="nil"/>
              <w:bottom w:val="nil"/>
              <w:right w:val="nil"/>
            </w:tcBorders>
          </w:tcPr>
          <w:p w14:paraId="5CDF6DC7" w14:textId="77777777" w:rsidR="001C61CC" w:rsidRDefault="000D727A">
            <w:pPr>
              <w:spacing w:after="0" w:line="240" w:lineRule="auto"/>
              <w:jc w:val="center"/>
            </w:pPr>
            <w:r>
              <w:rPr>
                <w:sz w:val="16"/>
              </w:rPr>
              <w:t>816</w:t>
            </w:r>
          </w:p>
        </w:tc>
        <w:tc>
          <w:tcPr>
            <w:tcW w:w="1728" w:type="dxa"/>
            <w:tcBorders>
              <w:top w:val="nil"/>
              <w:left w:val="nil"/>
              <w:bottom w:val="nil"/>
              <w:right w:val="nil"/>
            </w:tcBorders>
          </w:tcPr>
          <w:p w14:paraId="0283601C" w14:textId="77777777" w:rsidR="001C61CC" w:rsidRDefault="000D727A">
            <w:pPr>
              <w:spacing w:after="0" w:line="240" w:lineRule="auto"/>
              <w:jc w:val="center"/>
            </w:pPr>
            <w:r>
              <w:rPr>
                <w:sz w:val="16"/>
              </w:rPr>
              <w:t>1.00 (0.79, 1.26)</w:t>
            </w:r>
          </w:p>
        </w:tc>
        <w:tc>
          <w:tcPr>
            <w:tcW w:w="1728" w:type="dxa"/>
            <w:tcBorders>
              <w:top w:val="nil"/>
              <w:left w:val="nil"/>
              <w:bottom w:val="nil"/>
              <w:right w:val="nil"/>
            </w:tcBorders>
          </w:tcPr>
          <w:p w14:paraId="050ACC78" w14:textId="77777777" w:rsidR="001C61CC" w:rsidRDefault="000D727A">
            <w:pPr>
              <w:spacing w:after="0" w:line="240" w:lineRule="auto"/>
              <w:jc w:val="center"/>
            </w:pPr>
            <w:r>
              <w:rPr>
                <w:sz w:val="16"/>
              </w:rPr>
              <w:t>0.996</w:t>
            </w:r>
          </w:p>
        </w:tc>
        <w:tc>
          <w:tcPr>
            <w:tcW w:w="1728" w:type="dxa"/>
            <w:tcBorders>
              <w:top w:val="nil"/>
              <w:left w:val="nil"/>
              <w:bottom w:val="nil"/>
              <w:right w:val="nil"/>
            </w:tcBorders>
          </w:tcPr>
          <w:p w14:paraId="0A52D737" w14:textId="77777777" w:rsidR="001C61CC" w:rsidRDefault="001C61CC">
            <w:pPr>
              <w:spacing w:after="0" w:line="240" w:lineRule="auto"/>
              <w:jc w:val="center"/>
            </w:pPr>
          </w:p>
        </w:tc>
      </w:tr>
      <w:tr w:rsidR="001C61CC" w14:paraId="2CF64823" w14:textId="77777777">
        <w:tc>
          <w:tcPr>
            <w:tcW w:w="1728" w:type="dxa"/>
            <w:tcBorders>
              <w:top w:val="nil"/>
              <w:left w:val="nil"/>
              <w:bottom w:val="nil"/>
              <w:right w:val="nil"/>
            </w:tcBorders>
          </w:tcPr>
          <w:p w14:paraId="3931669C" w14:textId="77777777" w:rsidR="001C61CC" w:rsidRDefault="000D727A">
            <w:pPr>
              <w:spacing w:after="0" w:line="240" w:lineRule="auto"/>
            </w:pPr>
            <w:r>
              <w:rPr>
                <w:sz w:val="16"/>
              </w:rPr>
              <w:t>Diabetes</w:t>
            </w:r>
          </w:p>
        </w:tc>
        <w:tc>
          <w:tcPr>
            <w:tcW w:w="1728" w:type="dxa"/>
            <w:tcBorders>
              <w:top w:val="nil"/>
              <w:left w:val="nil"/>
              <w:bottom w:val="nil"/>
              <w:right w:val="nil"/>
            </w:tcBorders>
          </w:tcPr>
          <w:p w14:paraId="373A3302" w14:textId="77777777" w:rsidR="001C61CC" w:rsidRDefault="001C61CC">
            <w:pPr>
              <w:spacing w:after="0" w:line="240" w:lineRule="auto"/>
              <w:jc w:val="center"/>
            </w:pPr>
          </w:p>
        </w:tc>
        <w:tc>
          <w:tcPr>
            <w:tcW w:w="1728" w:type="dxa"/>
            <w:tcBorders>
              <w:top w:val="nil"/>
              <w:left w:val="nil"/>
              <w:bottom w:val="nil"/>
              <w:right w:val="nil"/>
            </w:tcBorders>
          </w:tcPr>
          <w:p w14:paraId="4EC3A061" w14:textId="77777777" w:rsidR="001C61CC" w:rsidRDefault="001C61CC">
            <w:pPr>
              <w:spacing w:after="0" w:line="240" w:lineRule="auto"/>
              <w:jc w:val="center"/>
            </w:pPr>
          </w:p>
        </w:tc>
        <w:tc>
          <w:tcPr>
            <w:tcW w:w="1728" w:type="dxa"/>
            <w:tcBorders>
              <w:top w:val="nil"/>
              <w:left w:val="nil"/>
              <w:bottom w:val="nil"/>
              <w:right w:val="nil"/>
            </w:tcBorders>
          </w:tcPr>
          <w:p w14:paraId="41EC7C1C" w14:textId="77777777" w:rsidR="001C61CC" w:rsidRDefault="001C61CC">
            <w:pPr>
              <w:spacing w:after="0" w:line="240" w:lineRule="auto"/>
              <w:jc w:val="center"/>
            </w:pPr>
          </w:p>
        </w:tc>
        <w:tc>
          <w:tcPr>
            <w:tcW w:w="1728" w:type="dxa"/>
            <w:tcBorders>
              <w:top w:val="nil"/>
              <w:left w:val="nil"/>
              <w:bottom w:val="nil"/>
              <w:right w:val="nil"/>
            </w:tcBorders>
          </w:tcPr>
          <w:p w14:paraId="286213F7" w14:textId="77777777" w:rsidR="001C61CC" w:rsidRDefault="001C61CC">
            <w:pPr>
              <w:spacing w:after="0" w:line="240" w:lineRule="auto"/>
              <w:jc w:val="center"/>
            </w:pPr>
          </w:p>
        </w:tc>
        <w:tc>
          <w:tcPr>
            <w:tcW w:w="1728" w:type="dxa"/>
            <w:tcBorders>
              <w:top w:val="nil"/>
              <w:left w:val="nil"/>
              <w:bottom w:val="nil"/>
              <w:right w:val="nil"/>
            </w:tcBorders>
          </w:tcPr>
          <w:p w14:paraId="55A4C3BF" w14:textId="77777777" w:rsidR="001C61CC" w:rsidRDefault="000D727A">
            <w:pPr>
              <w:spacing w:after="0" w:line="240" w:lineRule="auto"/>
              <w:jc w:val="center"/>
            </w:pPr>
            <w:r>
              <w:rPr>
                <w:sz w:val="16"/>
              </w:rPr>
              <w:t>0.281</w:t>
            </w:r>
          </w:p>
        </w:tc>
      </w:tr>
      <w:tr w:rsidR="001C61CC" w14:paraId="5336DC0A" w14:textId="77777777">
        <w:tc>
          <w:tcPr>
            <w:tcW w:w="1728" w:type="dxa"/>
            <w:tcBorders>
              <w:top w:val="nil"/>
              <w:left w:val="nil"/>
              <w:bottom w:val="nil"/>
              <w:right w:val="nil"/>
            </w:tcBorders>
          </w:tcPr>
          <w:p w14:paraId="7F3A20B5"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7405B038" w14:textId="77777777" w:rsidR="001C61CC" w:rsidRDefault="000D727A">
            <w:pPr>
              <w:spacing w:after="0" w:line="240" w:lineRule="auto"/>
              <w:jc w:val="center"/>
            </w:pPr>
            <w:r>
              <w:rPr>
                <w:sz w:val="16"/>
              </w:rPr>
              <w:t>6132</w:t>
            </w:r>
          </w:p>
        </w:tc>
        <w:tc>
          <w:tcPr>
            <w:tcW w:w="1728" w:type="dxa"/>
            <w:tcBorders>
              <w:top w:val="nil"/>
              <w:left w:val="nil"/>
              <w:bottom w:val="nil"/>
              <w:right w:val="nil"/>
            </w:tcBorders>
          </w:tcPr>
          <w:p w14:paraId="194646E9" w14:textId="77777777" w:rsidR="001C61CC" w:rsidRDefault="000D727A">
            <w:pPr>
              <w:spacing w:after="0" w:line="240" w:lineRule="auto"/>
              <w:jc w:val="center"/>
            </w:pPr>
            <w:r>
              <w:rPr>
                <w:sz w:val="16"/>
              </w:rPr>
              <w:t>2631</w:t>
            </w:r>
          </w:p>
        </w:tc>
        <w:tc>
          <w:tcPr>
            <w:tcW w:w="1728" w:type="dxa"/>
            <w:tcBorders>
              <w:top w:val="nil"/>
              <w:left w:val="nil"/>
              <w:bottom w:val="nil"/>
              <w:right w:val="nil"/>
            </w:tcBorders>
          </w:tcPr>
          <w:p w14:paraId="381B2825" w14:textId="77777777" w:rsidR="001C61CC" w:rsidRDefault="000D727A">
            <w:pPr>
              <w:spacing w:after="0" w:line="240" w:lineRule="auto"/>
              <w:jc w:val="center"/>
            </w:pPr>
            <w:r>
              <w:rPr>
                <w:sz w:val="16"/>
              </w:rPr>
              <w:t>1.08 (0.95, 1.23)</w:t>
            </w:r>
          </w:p>
        </w:tc>
        <w:tc>
          <w:tcPr>
            <w:tcW w:w="1728" w:type="dxa"/>
            <w:tcBorders>
              <w:top w:val="nil"/>
              <w:left w:val="nil"/>
              <w:bottom w:val="nil"/>
              <w:right w:val="nil"/>
            </w:tcBorders>
          </w:tcPr>
          <w:p w14:paraId="04DFE292" w14:textId="77777777" w:rsidR="001C61CC" w:rsidRDefault="000D727A">
            <w:pPr>
              <w:spacing w:after="0" w:line="240" w:lineRule="auto"/>
              <w:jc w:val="center"/>
            </w:pPr>
            <w:r>
              <w:rPr>
                <w:sz w:val="16"/>
              </w:rPr>
              <w:t>0.225</w:t>
            </w:r>
          </w:p>
        </w:tc>
        <w:tc>
          <w:tcPr>
            <w:tcW w:w="1728" w:type="dxa"/>
            <w:tcBorders>
              <w:top w:val="nil"/>
              <w:left w:val="nil"/>
              <w:bottom w:val="nil"/>
              <w:right w:val="nil"/>
            </w:tcBorders>
          </w:tcPr>
          <w:p w14:paraId="1C03A753" w14:textId="77777777" w:rsidR="001C61CC" w:rsidRDefault="001C61CC">
            <w:pPr>
              <w:spacing w:after="0" w:line="240" w:lineRule="auto"/>
              <w:jc w:val="center"/>
            </w:pPr>
          </w:p>
        </w:tc>
      </w:tr>
      <w:tr w:rsidR="001C61CC" w14:paraId="09386C81" w14:textId="77777777">
        <w:tc>
          <w:tcPr>
            <w:tcW w:w="1728" w:type="dxa"/>
            <w:tcBorders>
              <w:top w:val="nil"/>
              <w:left w:val="nil"/>
              <w:bottom w:val="nil"/>
              <w:right w:val="nil"/>
            </w:tcBorders>
          </w:tcPr>
          <w:p w14:paraId="7AA45102"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0CC4B0B7" w14:textId="77777777" w:rsidR="001C61CC" w:rsidRDefault="000D727A">
            <w:pPr>
              <w:spacing w:after="0" w:line="240" w:lineRule="auto"/>
              <w:jc w:val="center"/>
            </w:pPr>
            <w:r>
              <w:rPr>
                <w:sz w:val="16"/>
              </w:rPr>
              <w:t>1020</w:t>
            </w:r>
          </w:p>
        </w:tc>
        <w:tc>
          <w:tcPr>
            <w:tcW w:w="1728" w:type="dxa"/>
            <w:tcBorders>
              <w:top w:val="nil"/>
              <w:left w:val="nil"/>
              <w:bottom w:val="nil"/>
              <w:right w:val="nil"/>
            </w:tcBorders>
          </w:tcPr>
          <w:p w14:paraId="70BC210A" w14:textId="77777777" w:rsidR="001C61CC" w:rsidRDefault="000D727A">
            <w:pPr>
              <w:spacing w:after="0" w:line="240" w:lineRule="auto"/>
              <w:jc w:val="center"/>
            </w:pPr>
            <w:r>
              <w:rPr>
                <w:sz w:val="16"/>
              </w:rPr>
              <w:t>526</w:t>
            </w:r>
          </w:p>
        </w:tc>
        <w:tc>
          <w:tcPr>
            <w:tcW w:w="1728" w:type="dxa"/>
            <w:tcBorders>
              <w:top w:val="nil"/>
              <w:left w:val="nil"/>
              <w:bottom w:val="nil"/>
              <w:right w:val="nil"/>
            </w:tcBorders>
          </w:tcPr>
          <w:p w14:paraId="7C4C5E30" w14:textId="77777777" w:rsidR="001C61CC" w:rsidRDefault="000D727A">
            <w:pPr>
              <w:spacing w:after="0" w:line="240" w:lineRule="auto"/>
              <w:jc w:val="center"/>
            </w:pPr>
            <w:r>
              <w:rPr>
                <w:sz w:val="16"/>
              </w:rPr>
              <w:t>1.26 (0.93, 1.72)</w:t>
            </w:r>
          </w:p>
        </w:tc>
        <w:tc>
          <w:tcPr>
            <w:tcW w:w="1728" w:type="dxa"/>
            <w:tcBorders>
              <w:top w:val="nil"/>
              <w:left w:val="nil"/>
              <w:bottom w:val="nil"/>
              <w:right w:val="nil"/>
            </w:tcBorders>
          </w:tcPr>
          <w:p w14:paraId="18C64476" w14:textId="77777777" w:rsidR="001C61CC" w:rsidRDefault="000D727A">
            <w:pPr>
              <w:spacing w:after="0" w:line="240" w:lineRule="auto"/>
              <w:jc w:val="center"/>
            </w:pPr>
            <w:r>
              <w:rPr>
                <w:sz w:val="16"/>
              </w:rPr>
              <w:t>0.139</w:t>
            </w:r>
          </w:p>
        </w:tc>
        <w:tc>
          <w:tcPr>
            <w:tcW w:w="1728" w:type="dxa"/>
            <w:tcBorders>
              <w:top w:val="nil"/>
              <w:left w:val="nil"/>
              <w:bottom w:val="nil"/>
              <w:right w:val="nil"/>
            </w:tcBorders>
          </w:tcPr>
          <w:p w14:paraId="093D2170" w14:textId="77777777" w:rsidR="001C61CC" w:rsidRDefault="001C61CC">
            <w:pPr>
              <w:spacing w:after="0" w:line="240" w:lineRule="auto"/>
              <w:jc w:val="center"/>
            </w:pPr>
          </w:p>
        </w:tc>
      </w:tr>
      <w:tr w:rsidR="001C61CC" w14:paraId="4A9CEBD9" w14:textId="77777777">
        <w:tc>
          <w:tcPr>
            <w:tcW w:w="1728" w:type="dxa"/>
            <w:tcBorders>
              <w:top w:val="nil"/>
              <w:left w:val="nil"/>
              <w:bottom w:val="nil"/>
              <w:right w:val="nil"/>
            </w:tcBorders>
          </w:tcPr>
          <w:p w14:paraId="54A747C9" w14:textId="77777777" w:rsidR="001C61CC" w:rsidRDefault="000D727A">
            <w:pPr>
              <w:spacing w:after="0" w:line="240" w:lineRule="auto"/>
            </w:pPr>
            <w:r>
              <w:rPr>
                <w:sz w:val="16"/>
              </w:rPr>
              <w:t>Menopause status</w:t>
            </w:r>
          </w:p>
        </w:tc>
        <w:tc>
          <w:tcPr>
            <w:tcW w:w="1728" w:type="dxa"/>
            <w:tcBorders>
              <w:top w:val="nil"/>
              <w:left w:val="nil"/>
              <w:bottom w:val="nil"/>
              <w:right w:val="nil"/>
            </w:tcBorders>
          </w:tcPr>
          <w:p w14:paraId="3079C954" w14:textId="77777777" w:rsidR="001C61CC" w:rsidRDefault="001C61CC">
            <w:pPr>
              <w:spacing w:after="0" w:line="240" w:lineRule="auto"/>
              <w:jc w:val="center"/>
            </w:pPr>
          </w:p>
        </w:tc>
        <w:tc>
          <w:tcPr>
            <w:tcW w:w="1728" w:type="dxa"/>
            <w:tcBorders>
              <w:top w:val="nil"/>
              <w:left w:val="nil"/>
              <w:bottom w:val="nil"/>
              <w:right w:val="nil"/>
            </w:tcBorders>
          </w:tcPr>
          <w:p w14:paraId="4B2D7727" w14:textId="77777777" w:rsidR="001C61CC" w:rsidRDefault="001C61CC">
            <w:pPr>
              <w:spacing w:after="0" w:line="240" w:lineRule="auto"/>
              <w:jc w:val="center"/>
            </w:pPr>
          </w:p>
        </w:tc>
        <w:tc>
          <w:tcPr>
            <w:tcW w:w="1728" w:type="dxa"/>
            <w:tcBorders>
              <w:top w:val="nil"/>
              <w:left w:val="nil"/>
              <w:bottom w:val="nil"/>
              <w:right w:val="nil"/>
            </w:tcBorders>
          </w:tcPr>
          <w:p w14:paraId="2A40F2A1" w14:textId="77777777" w:rsidR="001C61CC" w:rsidRDefault="001C61CC">
            <w:pPr>
              <w:spacing w:after="0" w:line="240" w:lineRule="auto"/>
              <w:jc w:val="center"/>
            </w:pPr>
          </w:p>
        </w:tc>
        <w:tc>
          <w:tcPr>
            <w:tcW w:w="1728" w:type="dxa"/>
            <w:tcBorders>
              <w:top w:val="nil"/>
              <w:left w:val="nil"/>
              <w:bottom w:val="nil"/>
              <w:right w:val="nil"/>
            </w:tcBorders>
          </w:tcPr>
          <w:p w14:paraId="18A8CDB4" w14:textId="77777777" w:rsidR="001C61CC" w:rsidRDefault="001C61CC">
            <w:pPr>
              <w:spacing w:after="0" w:line="240" w:lineRule="auto"/>
              <w:jc w:val="center"/>
            </w:pPr>
          </w:p>
        </w:tc>
        <w:tc>
          <w:tcPr>
            <w:tcW w:w="1728" w:type="dxa"/>
            <w:tcBorders>
              <w:top w:val="nil"/>
              <w:left w:val="nil"/>
              <w:bottom w:val="nil"/>
              <w:right w:val="nil"/>
            </w:tcBorders>
          </w:tcPr>
          <w:p w14:paraId="1EE8233F" w14:textId="77777777" w:rsidR="001C61CC" w:rsidRDefault="000D727A">
            <w:pPr>
              <w:spacing w:after="0" w:line="240" w:lineRule="auto"/>
              <w:jc w:val="center"/>
            </w:pPr>
            <w:r>
              <w:rPr>
                <w:sz w:val="16"/>
              </w:rPr>
              <w:t>0.352</w:t>
            </w:r>
          </w:p>
        </w:tc>
      </w:tr>
      <w:tr w:rsidR="001C61CC" w14:paraId="7160B957" w14:textId="77777777">
        <w:tc>
          <w:tcPr>
            <w:tcW w:w="1728" w:type="dxa"/>
            <w:tcBorders>
              <w:top w:val="nil"/>
              <w:left w:val="nil"/>
              <w:bottom w:val="nil"/>
              <w:right w:val="nil"/>
            </w:tcBorders>
          </w:tcPr>
          <w:p w14:paraId="0110B402" w14:textId="77777777" w:rsidR="001C61CC" w:rsidRDefault="000D727A">
            <w:pPr>
              <w:spacing w:after="0" w:line="240" w:lineRule="auto"/>
            </w:pPr>
            <w:r>
              <w:rPr>
                <w:sz w:val="16"/>
              </w:rPr>
              <w:t xml:space="preserve">  Premenopause</w:t>
            </w:r>
          </w:p>
        </w:tc>
        <w:tc>
          <w:tcPr>
            <w:tcW w:w="1728" w:type="dxa"/>
            <w:tcBorders>
              <w:top w:val="nil"/>
              <w:left w:val="nil"/>
              <w:bottom w:val="nil"/>
              <w:right w:val="nil"/>
            </w:tcBorders>
          </w:tcPr>
          <w:p w14:paraId="78D671D6" w14:textId="77777777" w:rsidR="001C61CC" w:rsidRDefault="000D727A">
            <w:pPr>
              <w:spacing w:after="0" w:line="240" w:lineRule="auto"/>
              <w:jc w:val="center"/>
            </w:pPr>
            <w:r>
              <w:rPr>
                <w:sz w:val="16"/>
              </w:rPr>
              <w:t>1071</w:t>
            </w:r>
          </w:p>
        </w:tc>
        <w:tc>
          <w:tcPr>
            <w:tcW w:w="1728" w:type="dxa"/>
            <w:tcBorders>
              <w:top w:val="nil"/>
              <w:left w:val="nil"/>
              <w:bottom w:val="nil"/>
              <w:right w:val="nil"/>
            </w:tcBorders>
          </w:tcPr>
          <w:p w14:paraId="55DA1906" w14:textId="77777777" w:rsidR="001C61CC" w:rsidRDefault="000D727A">
            <w:pPr>
              <w:spacing w:after="0" w:line="240" w:lineRule="auto"/>
              <w:jc w:val="center"/>
            </w:pPr>
            <w:r>
              <w:rPr>
                <w:sz w:val="16"/>
              </w:rPr>
              <w:t>429</w:t>
            </w:r>
          </w:p>
        </w:tc>
        <w:tc>
          <w:tcPr>
            <w:tcW w:w="1728" w:type="dxa"/>
            <w:tcBorders>
              <w:top w:val="nil"/>
              <w:left w:val="nil"/>
              <w:bottom w:val="nil"/>
              <w:right w:val="nil"/>
            </w:tcBorders>
          </w:tcPr>
          <w:p w14:paraId="2AFEF158" w14:textId="77777777" w:rsidR="001C61CC" w:rsidRDefault="000D727A">
            <w:pPr>
              <w:spacing w:after="0" w:line="240" w:lineRule="auto"/>
              <w:jc w:val="center"/>
            </w:pPr>
            <w:r>
              <w:rPr>
                <w:sz w:val="16"/>
              </w:rPr>
              <w:t>1.00 (0.75, 1.34)</w:t>
            </w:r>
          </w:p>
        </w:tc>
        <w:tc>
          <w:tcPr>
            <w:tcW w:w="1728" w:type="dxa"/>
            <w:tcBorders>
              <w:top w:val="nil"/>
              <w:left w:val="nil"/>
              <w:bottom w:val="nil"/>
              <w:right w:val="nil"/>
            </w:tcBorders>
          </w:tcPr>
          <w:p w14:paraId="117D819B" w14:textId="77777777" w:rsidR="001C61CC" w:rsidRDefault="000D727A">
            <w:pPr>
              <w:spacing w:after="0" w:line="240" w:lineRule="auto"/>
              <w:jc w:val="center"/>
            </w:pPr>
            <w:r>
              <w:rPr>
                <w:sz w:val="16"/>
              </w:rPr>
              <w:t>0.979</w:t>
            </w:r>
          </w:p>
        </w:tc>
        <w:tc>
          <w:tcPr>
            <w:tcW w:w="1728" w:type="dxa"/>
            <w:tcBorders>
              <w:top w:val="nil"/>
              <w:left w:val="nil"/>
              <w:bottom w:val="nil"/>
              <w:right w:val="nil"/>
            </w:tcBorders>
          </w:tcPr>
          <w:p w14:paraId="16E1D979" w14:textId="77777777" w:rsidR="001C61CC" w:rsidRDefault="001C61CC">
            <w:pPr>
              <w:spacing w:after="0" w:line="240" w:lineRule="auto"/>
              <w:jc w:val="center"/>
            </w:pPr>
          </w:p>
        </w:tc>
      </w:tr>
      <w:tr w:rsidR="001C61CC" w14:paraId="1B8C181E" w14:textId="77777777">
        <w:tc>
          <w:tcPr>
            <w:tcW w:w="1728" w:type="dxa"/>
            <w:tcBorders>
              <w:top w:val="nil"/>
              <w:left w:val="nil"/>
              <w:bottom w:val="single" w:sz="10" w:space="0" w:color="000000"/>
              <w:right w:val="nil"/>
            </w:tcBorders>
          </w:tcPr>
          <w:p w14:paraId="26B33C43" w14:textId="77777777" w:rsidR="001C61CC" w:rsidRDefault="000D727A">
            <w:pPr>
              <w:spacing w:after="0" w:line="240" w:lineRule="auto"/>
            </w:pPr>
            <w:r>
              <w:rPr>
                <w:sz w:val="16"/>
              </w:rPr>
              <w:t xml:space="preserve">  Postmenopause</w:t>
            </w:r>
          </w:p>
        </w:tc>
        <w:tc>
          <w:tcPr>
            <w:tcW w:w="1728" w:type="dxa"/>
            <w:tcBorders>
              <w:top w:val="nil"/>
              <w:left w:val="nil"/>
              <w:bottom w:val="single" w:sz="10" w:space="0" w:color="000000"/>
              <w:right w:val="nil"/>
            </w:tcBorders>
          </w:tcPr>
          <w:p w14:paraId="451BA158" w14:textId="77777777" w:rsidR="001C61CC" w:rsidRDefault="000D727A">
            <w:pPr>
              <w:spacing w:after="0" w:line="240" w:lineRule="auto"/>
              <w:jc w:val="center"/>
            </w:pPr>
            <w:r>
              <w:rPr>
                <w:sz w:val="16"/>
              </w:rPr>
              <w:t>6081</w:t>
            </w:r>
          </w:p>
        </w:tc>
        <w:tc>
          <w:tcPr>
            <w:tcW w:w="1728" w:type="dxa"/>
            <w:tcBorders>
              <w:top w:val="nil"/>
              <w:left w:val="nil"/>
              <w:bottom w:val="single" w:sz="10" w:space="0" w:color="000000"/>
              <w:right w:val="nil"/>
            </w:tcBorders>
          </w:tcPr>
          <w:p w14:paraId="50097FFD" w14:textId="77777777" w:rsidR="001C61CC" w:rsidRDefault="000D727A">
            <w:pPr>
              <w:spacing w:after="0" w:line="240" w:lineRule="auto"/>
              <w:jc w:val="center"/>
            </w:pPr>
            <w:r>
              <w:rPr>
                <w:sz w:val="16"/>
              </w:rPr>
              <w:t>2728</w:t>
            </w:r>
          </w:p>
        </w:tc>
        <w:tc>
          <w:tcPr>
            <w:tcW w:w="1728" w:type="dxa"/>
            <w:tcBorders>
              <w:top w:val="nil"/>
              <w:left w:val="nil"/>
              <w:bottom w:val="single" w:sz="10" w:space="0" w:color="000000"/>
              <w:right w:val="nil"/>
            </w:tcBorders>
          </w:tcPr>
          <w:p w14:paraId="177FF0A4" w14:textId="77777777" w:rsidR="001C61CC" w:rsidRDefault="000D727A">
            <w:pPr>
              <w:spacing w:after="0" w:line="240" w:lineRule="auto"/>
              <w:jc w:val="center"/>
            </w:pPr>
            <w:r>
              <w:rPr>
                <w:sz w:val="16"/>
              </w:rPr>
              <w:t>1.13 (0.99, 1.28)</w:t>
            </w:r>
          </w:p>
        </w:tc>
        <w:tc>
          <w:tcPr>
            <w:tcW w:w="1728" w:type="dxa"/>
            <w:tcBorders>
              <w:top w:val="nil"/>
              <w:left w:val="nil"/>
              <w:bottom w:val="single" w:sz="10" w:space="0" w:color="000000"/>
              <w:right w:val="nil"/>
            </w:tcBorders>
          </w:tcPr>
          <w:p w14:paraId="223F945A" w14:textId="77777777" w:rsidR="001C61CC" w:rsidRDefault="000D727A">
            <w:pPr>
              <w:spacing w:after="0" w:line="240" w:lineRule="auto"/>
              <w:jc w:val="center"/>
            </w:pPr>
            <w:r>
              <w:rPr>
                <w:sz w:val="16"/>
              </w:rPr>
              <w:t>0.064</w:t>
            </w:r>
          </w:p>
        </w:tc>
        <w:tc>
          <w:tcPr>
            <w:tcW w:w="1728" w:type="dxa"/>
            <w:tcBorders>
              <w:top w:val="nil"/>
              <w:left w:val="nil"/>
              <w:bottom w:val="single" w:sz="10" w:space="0" w:color="000000"/>
              <w:right w:val="nil"/>
            </w:tcBorders>
          </w:tcPr>
          <w:p w14:paraId="7C2B1330" w14:textId="77777777" w:rsidR="001C61CC" w:rsidRDefault="001C61CC">
            <w:pPr>
              <w:spacing w:after="0" w:line="240" w:lineRule="auto"/>
              <w:jc w:val="center"/>
            </w:pPr>
          </w:p>
        </w:tc>
      </w:tr>
    </w:tbl>
    <w:p w14:paraId="6885FE27" w14:textId="77777777" w:rsidR="001C61CC" w:rsidRDefault="001C61CC"/>
    <w:p w14:paraId="77741467" w14:textId="77777777" w:rsidR="001C61CC" w:rsidRDefault="000D727A">
      <w:pPr>
        <w:spacing w:after="80"/>
      </w:pPr>
      <w:r>
        <w:rPr>
          <w:sz w:val="16"/>
        </w:rPr>
        <w:t>Note: Interaction p values are exploratory and were derived from multiplicative interaction terms in cross-sectional logistic models.</w:t>
      </w:r>
    </w:p>
    <w:p w14:paraId="3B3FA562" w14:textId="77777777" w:rsidR="001C61CC" w:rsidRDefault="000D727A">
      <w:r>
        <w:br w:type="page"/>
      </w:r>
    </w:p>
    <w:p w14:paraId="13B88515" w14:textId="77777777" w:rsidR="001C61CC" w:rsidRDefault="000D727A">
      <w:pPr>
        <w:spacing w:after="80"/>
      </w:pPr>
      <w:r>
        <w:rPr>
          <w:b/>
          <w:sz w:val="24"/>
        </w:rPr>
        <w:lastRenderedPageBreak/>
        <w:t>Supplementary Table 13. Prospective subgroup analyses and interaction p values</w:t>
      </w:r>
    </w:p>
    <w:tbl>
      <w:tblPr>
        <w:tblW w:w="0" w:type="auto"/>
        <w:tblLook w:val="04A0" w:firstRow="1" w:lastRow="0" w:firstColumn="1" w:lastColumn="0" w:noHBand="0" w:noVBand="1"/>
      </w:tblPr>
      <w:tblGrid>
        <w:gridCol w:w="1728"/>
        <w:gridCol w:w="1728"/>
        <w:gridCol w:w="1728"/>
        <w:gridCol w:w="1728"/>
        <w:gridCol w:w="1728"/>
        <w:gridCol w:w="1728"/>
      </w:tblGrid>
      <w:tr w:rsidR="001C61CC" w14:paraId="5A0D02C1" w14:textId="77777777">
        <w:tc>
          <w:tcPr>
            <w:tcW w:w="1728" w:type="dxa"/>
            <w:tcBorders>
              <w:top w:val="single" w:sz="10" w:space="0" w:color="000000"/>
              <w:left w:val="nil"/>
              <w:bottom w:val="single" w:sz="10" w:space="0" w:color="000000"/>
              <w:right w:val="nil"/>
            </w:tcBorders>
          </w:tcPr>
          <w:p w14:paraId="28D6405C" w14:textId="77777777" w:rsidR="001C61CC" w:rsidRDefault="000D727A">
            <w:pPr>
              <w:spacing w:after="0" w:line="240" w:lineRule="auto"/>
            </w:pPr>
            <w:r>
              <w:rPr>
                <w:b/>
                <w:sz w:val="16"/>
              </w:rPr>
              <w:t>Subgroup</w:t>
            </w:r>
          </w:p>
        </w:tc>
        <w:tc>
          <w:tcPr>
            <w:tcW w:w="1728" w:type="dxa"/>
            <w:tcBorders>
              <w:top w:val="single" w:sz="10" w:space="0" w:color="000000"/>
              <w:left w:val="nil"/>
              <w:bottom w:val="single" w:sz="10" w:space="0" w:color="000000"/>
              <w:right w:val="nil"/>
            </w:tcBorders>
          </w:tcPr>
          <w:p w14:paraId="3E6FD912" w14:textId="77777777" w:rsidR="001C61CC" w:rsidRDefault="000D727A">
            <w:pPr>
              <w:spacing w:after="0" w:line="240" w:lineRule="auto"/>
              <w:jc w:val="center"/>
            </w:pPr>
            <w:r>
              <w:rPr>
                <w:b/>
                <w:sz w:val="16"/>
              </w:rPr>
              <w:t>Analytic n</w:t>
            </w:r>
          </w:p>
        </w:tc>
        <w:tc>
          <w:tcPr>
            <w:tcW w:w="1728" w:type="dxa"/>
            <w:tcBorders>
              <w:top w:val="single" w:sz="10" w:space="0" w:color="000000"/>
              <w:left w:val="nil"/>
              <w:bottom w:val="single" w:sz="10" w:space="0" w:color="000000"/>
              <w:right w:val="nil"/>
            </w:tcBorders>
          </w:tcPr>
          <w:p w14:paraId="63E76499" w14:textId="77777777" w:rsidR="001C61CC" w:rsidRDefault="000D727A">
            <w:pPr>
              <w:spacing w:after="0" w:line="240" w:lineRule="auto"/>
              <w:jc w:val="center"/>
            </w:pPr>
            <w:r>
              <w:rPr>
                <w:b/>
                <w:sz w:val="16"/>
              </w:rPr>
              <w:t>Cases or events</w:t>
            </w:r>
          </w:p>
        </w:tc>
        <w:tc>
          <w:tcPr>
            <w:tcW w:w="1728" w:type="dxa"/>
            <w:tcBorders>
              <w:top w:val="single" w:sz="10" w:space="0" w:color="000000"/>
              <w:left w:val="nil"/>
              <w:bottom w:val="single" w:sz="10" w:space="0" w:color="000000"/>
              <w:right w:val="nil"/>
            </w:tcBorders>
          </w:tcPr>
          <w:p w14:paraId="3F0B3259" w14:textId="77777777" w:rsidR="001C61CC" w:rsidRDefault="000D727A">
            <w:pPr>
              <w:spacing w:after="0" w:line="240" w:lineRule="auto"/>
              <w:jc w:val="center"/>
            </w:pPr>
            <w:r>
              <w:rPr>
                <w:b/>
                <w:sz w:val="16"/>
              </w:rPr>
              <w:t>Estimate</w:t>
            </w:r>
          </w:p>
        </w:tc>
        <w:tc>
          <w:tcPr>
            <w:tcW w:w="1728" w:type="dxa"/>
            <w:tcBorders>
              <w:top w:val="single" w:sz="10" w:space="0" w:color="000000"/>
              <w:left w:val="nil"/>
              <w:bottom w:val="single" w:sz="10" w:space="0" w:color="000000"/>
              <w:right w:val="nil"/>
            </w:tcBorders>
          </w:tcPr>
          <w:p w14:paraId="2B976856" w14:textId="77777777" w:rsidR="001C61CC" w:rsidRDefault="000D727A">
            <w:pPr>
              <w:spacing w:after="0" w:line="240" w:lineRule="auto"/>
              <w:jc w:val="center"/>
            </w:pPr>
            <w:r>
              <w:rPr>
                <w:b/>
                <w:sz w:val="16"/>
              </w:rPr>
              <w:t>P value</w:t>
            </w:r>
          </w:p>
        </w:tc>
        <w:tc>
          <w:tcPr>
            <w:tcW w:w="1728" w:type="dxa"/>
            <w:tcBorders>
              <w:top w:val="single" w:sz="10" w:space="0" w:color="000000"/>
              <w:left w:val="nil"/>
              <w:bottom w:val="single" w:sz="10" w:space="0" w:color="000000"/>
              <w:right w:val="nil"/>
            </w:tcBorders>
          </w:tcPr>
          <w:p w14:paraId="6A8A6336" w14:textId="77777777" w:rsidR="001C61CC" w:rsidRDefault="000D727A">
            <w:pPr>
              <w:spacing w:after="0" w:line="240" w:lineRule="auto"/>
              <w:jc w:val="center"/>
            </w:pPr>
            <w:r>
              <w:rPr>
                <w:b/>
                <w:sz w:val="16"/>
              </w:rPr>
              <w:t>P for interaction</w:t>
            </w:r>
          </w:p>
        </w:tc>
      </w:tr>
      <w:tr w:rsidR="001C61CC" w14:paraId="1E05C238" w14:textId="77777777">
        <w:tc>
          <w:tcPr>
            <w:tcW w:w="1728" w:type="dxa"/>
            <w:tcBorders>
              <w:top w:val="nil"/>
              <w:left w:val="nil"/>
              <w:bottom w:val="nil"/>
              <w:right w:val="nil"/>
            </w:tcBorders>
          </w:tcPr>
          <w:p w14:paraId="402F94C8" w14:textId="77777777" w:rsidR="001C61CC" w:rsidRDefault="000D727A">
            <w:pPr>
              <w:spacing w:after="0" w:line="240" w:lineRule="auto"/>
            </w:pPr>
            <w:r>
              <w:rPr>
                <w:sz w:val="16"/>
              </w:rPr>
              <w:t>Overall</w:t>
            </w:r>
          </w:p>
        </w:tc>
        <w:tc>
          <w:tcPr>
            <w:tcW w:w="1728" w:type="dxa"/>
            <w:tcBorders>
              <w:top w:val="nil"/>
              <w:left w:val="nil"/>
              <w:bottom w:val="nil"/>
              <w:right w:val="nil"/>
            </w:tcBorders>
          </w:tcPr>
          <w:p w14:paraId="7C6BA15B" w14:textId="77777777" w:rsidR="001C61CC" w:rsidRDefault="000D727A">
            <w:pPr>
              <w:spacing w:after="0" w:line="240" w:lineRule="auto"/>
              <w:jc w:val="center"/>
            </w:pPr>
            <w:r>
              <w:rPr>
                <w:sz w:val="16"/>
              </w:rPr>
              <w:t>2563</w:t>
            </w:r>
          </w:p>
        </w:tc>
        <w:tc>
          <w:tcPr>
            <w:tcW w:w="1728" w:type="dxa"/>
            <w:tcBorders>
              <w:top w:val="nil"/>
              <w:left w:val="nil"/>
              <w:bottom w:val="nil"/>
              <w:right w:val="nil"/>
            </w:tcBorders>
          </w:tcPr>
          <w:p w14:paraId="481A250E" w14:textId="77777777" w:rsidR="001C61CC" w:rsidRDefault="000D727A">
            <w:pPr>
              <w:spacing w:after="0" w:line="240" w:lineRule="auto"/>
              <w:jc w:val="center"/>
            </w:pPr>
            <w:r>
              <w:rPr>
                <w:sz w:val="16"/>
              </w:rPr>
              <w:t>1262</w:t>
            </w:r>
          </w:p>
        </w:tc>
        <w:tc>
          <w:tcPr>
            <w:tcW w:w="1728" w:type="dxa"/>
            <w:tcBorders>
              <w:top w:val="nil"/>
              <w:left w:val="nil"/>
              <w:bottom w:val="nil"/>
              <w:right w:val="nil"/>
            </w:tcBorders>
          </w:tcPr>
          <w:p w14:paraId="2E0C73D0" w14:textId="77777777" w:rsidR="001C61CC" w:rsidRDefault="000D727A">
            <w:pPr>
              <w:spacing w:after="0" w:line="240" w:lineRule="auto"/>
              <w:jc w:val="center"/>
            </w:pPr>
            <w:r>
              <w:rPr>
                <w:sz w:val="16"/>
              </w:rPr>
              <w:t>1.01 (0.89, 1.15)</w:t>
            </w:r>
          </w:p>
        </w:tc>
        <w:tc>
          <w:tcPr>
            <w:tcW w:w="1728" w:type="dxa"/>
            <w:tcBorders>
              <w:top w:val="nil"/>
              <w:left w:val="nil"/>
              <w:bottom w:val="nil"/>
              <w:right w:val="nil"/>
            </w:tcBorders>
          </w:tcPr>
          <w:p w14:paraId="2EC3B15B" w14:textId="77777777" w:rsidR="001C61CC" w:rsidRDefault="000D727A">
            <w:pPr>
              <w:spacing w:after="0" w:line="240" w:lineRule="auto"/>
              <w:jc w:val="center"/>
            </w:pPr>
            <w:r>
              <w:rPr>
                <w:sz w:val="16"/>
              </w:rPr>
              <w:t>0.873</w:t>
            </w:r>
          </w:p>
        </w:tc>
        <w:tc>
          <w:tcPr>
            <w:tcW w:w="1728" w:type="dxa"/>
            <w:tcBorders>
              <w:top w:val="nil"/>
              <w:left w:val="nil"/>
              <w:bottom w:val="nil"/>
              <w:right w:val="nil"/>
            </w:tcBorders>
          </w:tcPr>
          <w:p w14:paraId="2477ABC7" w14:textId="77777777" w:rsidR="001C61CC" w:rsidRDefault="001C61CC">
            <w:pPr>
              <w:spacing w:after="0" w:line="240" w:lineRule="auto"/>
              <w:jc w:val="center"/>
            </w:pPr>
          </w:p>
        </w:tc>
      </w:tr>
      <w:tr w:rsidR="001C61CC" w14:paraId="38CFF37F" w14:textId="77777777">
        <w:tc>
          <w:tcPr>
            <w:tcW w:w="1728" w:type="dxa"/>
            <w:tcBorders>
              <w:top w:val="nil"/>
              <w:left w:val="nil"/>
              <w:bottom w:val="nil"/>
              <w:right w:val="nil"/>
            </w:tcBorders>
          </w:tcPr>
          <w:p w14:paraId="5DF89869" w14:textId="77777777" w:rsidR="001C61CC" w:rsidRDefault="000D727A">
            <w:pPr>
              <w:spacing w:after="0" w:line="240" w:lineRule="auto"/>
            </w:pPr>
            <w:r>
              <w:rPr>
                <w:sz w:val="16"/>
              </w:rPr>
              <w:t>Age group</w:t>
            </w:r>
          </w:p>
        </w:tc>
        <w:tc>
          <w:tcPr>
            <w:tcW w:w="1728" w:type="dxa"/>
            <w:tcBorders>
              <w:top w:val="nil"/>
              <w:left w:val="nil"/>
              <w:bottom w:val="nil"/>
              <w:right w:val="nil"/>
            </w:tcBorders>
          </w:tcPr>
          <w:p w14:paraId="24FBEB95" w14:textId="77777777" w:rsidR="001C61CC" w:rsidRDefault="001C61CC">
            <w:pPr>
              <w:spacing w:after="0" w:line="240" w:lineRule="auto"/>
              <w:jc w:val="center"/>
            </w:pPr>
          </w:p>
        </w:tc>
        <w:tc>
          <w:tcPr>
            <w:tcW w:w="1728" w:type="dxa"/>
            <w:tcBorders>
              <w:top w:val="nil"/>
              <w:left w:val="nil"/>
              <w:bottom w:val="nil"/>
              <w:right w:val="nil"/>
            </w:tcBorders>
          </w:tcPr>
          <w:p w14:paraId="6F897B22" w14:textId="77777777" w:rsidR="001C61CC" w:rsidRDefault="001C61CC">
            <w:pPr>
              <w:spacing w:after="0" w:line="240" w:lineRule="auto"/>
              <w:jc w:val="center"/>
            </w:pPr>
          </w:p>
        </w:tc>
        <w:tc>
          <w:tcPr>
            <w:tcW w:w="1728" w:type="dxa"/>
            <w:tcBorders>
              <w:top w:val="nil"/>
              <w:left w:val="nil"/>
              <w:bottom w:val="nil"/>
              <w:right w:val="nil"/>
            </w:tcBorders>
          </w:tcPr>
          <w:p w14:paraId="0845B68D" w14:textId="77777777" w:rsidR="001C61CC" w:rsidRDefault="001C61CC">
            <w:pPr>
              <w:spacing w:after="0" w:line="240" w:lineRule="auto"/>
              <w:jc w:val="center"/>
            </w:pPr>
          </w:p>
        </w:tc>
        <w:tc>
          <w:tcPr>
            <w:tcW w:w="1728" w:type="dxa"/>
            <w:tcBorders>
              <w:top w:val="nil"/>
              <w:left w:val="nil"/>
              <w:bottom w:val="nil"/>
              <w:right w:val="nil"/>
            </w:tcBorders>
          </w:tcPr>
          <w:p w14:paraId="7578E19D" w14:textId="77777777" w:rsidR="001C61CC" w:rsidRDefault="001C61CC">
            <w:pPr>
              <w:spacing w:after="0" w:line="240" w:lineRule="auto"/>
              <w:jc w:val="center"/>
            </w:pPr>
          </w:p>
        </w:tc>
        <w:tc>
          <w:tcPr>
            <w:tcW w:w="1728" w:type="dxa"/>
            <w:tcBorders>
              <w:top w:val="nil"/>
              <w:left w:val="nil"/>
              <w:bottom w:val="nil"/>
              <w:right w:val="nil"/>
            </w:tcBorders>
          </w:tcPr>
          <w:p w14:paraId="39742C30" w14:textId="77777777" w:rsidR="001C61CC" w:rsidRDefault="000D727A">
            <w:pPr>
              <w:spacing w:after="0" w:line="240" w:lineRule="auto"/>
              <w:jc w:val="center"/>
            </w:pPr>
            <w:r>
              <w:rPr>
                <w:sz w:val="16"/>
              </w:rPr>
              <w:t>0.571</w:t>
            </w:r>
          </w:p>
        </w:tc>
      </w:tr>
      <w:tr w:rsidR="001C61CC" w14:paraId="4F955B88" w14:textId="77777777">
        <w:tc>
          <w:tcPr>
            <w:tcW w:w="1728" w:type="dxa"/>
            <w:tcBorders>
              <w:top w:val="nil"/>
              <w:left w:val="nil"/>
              <w:bottom w:val="nil"/>
              <w:right w:val="nil"/>
            </w:tcBorders>
          </w:tcPr>
          <w:p w14:paraId="1CBD229C" w14:textId="77777777" w:rsidR="001C61CC" w:rsidRDefault="000D727A">
            <w:pPr>
              <w:spacing w:after="0" w:line="240" w:lineRule="auto"/>
            </w:pPr>
            <w:r>
              <w:rPr>
                <w:sz w:val="16"/>
              </w:rPr>
              <w:t xml:space="preserve">  45-59</w:t>
            </w:r>
          </w:p>
        </w:tc>
        <w:tc>
          <w:tcPr>
            <w:tcW w:w="1728" w:type="dxa"/>
            <w:tcBorders>
              <w:top w:val="nil"/>
              <w:left w:val="nil"/>
              <w:bottom w:val="nil"/>
              <w:right w:val="nil"/>
            </w:tcBorders>
          </w:tcPr>
          <w:p w14:paraId="1EE57B7D" w14:textId="77777777" w:rsidR="001C61CC" w:rsidRDefault="000D727A">
            <w:pPr>
              <w:spacing w:after="0" w:line="240" w:lineRule="auto"/>
              <w:jc w:val="center"/>
            </w:pPr>
            <w:r>
              <w:rPr>
                <w:sz w:val="16"/>
              </w:rPr>
              <w:t>1240</w:t>
            </w:r>
          </w:p>
        </w:tc>
        <w:tc>
          <w:tcPr>
            <w:tcW w:w="1728" w:type="dxa"/>
            <w:tcBorders>
              <w:top w:val="nil"/>
              <w:left w:val="nil"/>
              <w:bottom w:val="nil"/>
              <w:right w:val="nil"/>
            </w:tcBorders>
          </w:tcPr>
          <w:p w14:paraId="64BF2274" w14:textId="77777777" w:rsidR="001C61CC" w:rsidRDefault="000D727A">
            <w:pPr>
              <w:spacing w:after="0" w:line="240" w:lineRule="auto"/>
              <w:jc w:val="center"/>
            </w:pPr>
            <w:r>
              <w:rPr>
                <w:sz w:val="16"/>
              </w:rPr>
              <w:t>583</w:t>
            </w:r>
          </w:p>
        </w:tc>
        <w:tc>
          <w:tcPr>
            <w:tcW w:w="1728" w:type="dxa"/>
            <w:tcBorders>
              <w:top w:val="nil"/>
              <w:left w:val="nil"/>
              <w:bottom w:val="nil"/>
              <w:right w:val="nil"/>
            </w:tcBorders>
          </w:tcPr>
          <w:p w14:paraId="1399B740" w14:textId="77777777" w:rsidR="001C61CC" w:rsidRDefault="000D727A">
            <w:pPr>
              <w:spacing w:after="0" w:line="240" w:lineRule="auto"/>
              <w:jc w:val="center"/>
            </w:pPr>
            <w:r>
              <w:rPr>
                <w:sz w:val="16"/>
              </w:rPr>
              <w:t>0.97 (0.80, 1.17)</w:t>
            </w:r>
          </w:p>
        </w:tc>
        <w:tc>
          <w:tcPr>
            <w:tcW w:w="1728" w:type="dxa"/>
            <w:tcBorders>
              <w:top w:val="nil"/>
              <w:left w:val="nil"/>
              <w:bottom w:val="nil"/>
              <w:right w:val="nil"/>
            </w:tcBorders>
          </w:tcPr>
          <w:p w14:paraId="0B17D670" w14:textId="77777777" w:rsidR="001C61CC" w:rsidRDefault="000D727A">
            <w:pPr>
              <w:spacing w:after="0" w:line="240" w:lineRule="auto"/>
              <w:jc w:val="center"/>
            </w:pPr>
            <w:r>
              <w:rPr>
                <w:sz w:val="16"/>
              </w:rPr>
              <w:t>0.748</w:t>
            </w:r>
          </w:p>
        </w:tc>
        <w:tc>
          <w:tcPr>
            <w:tcW w:w="1728" w:type="dxa"/>
            <w:tcBorders>
              <w:top w:val="nil"/>
              <w:left w:val="nil"/>
              <w:bottom w:val="nil"/>
              <w:right w:val="nil"/>
            </w:tcBorders>
          </w:tcPr>
          <w:p w14:paraId="2C8A4567" w14:textId="77777777" w:rsidR="001C61CC" w:rsidRDefault="001C61CC">
            <w:pPr>
              <w:spacing w:after="0" w:line="240" w:lineRule="auto"/>
              <w:jc w:val="center"/>
            </w:pPr>
          </w:p>
        </w:tc>
      </w:tr>
      <w:tr w:rsidR="001C61CC" w14:paraId="27156E84" w14:textId="77777777">
        <w:tc>
          <w:tcPr>
            <w:tcW w:w="1728" w:type="dxa"/>
            <w:tcBorders>
              <w:top w:val="nil"/>
              <w:left w:val="nil"/>
              <w:bottom w:val="nil"/>
              <w:right w:val="nil"/>
            </w:tcBorders>
          </w:tcPr>
          <w:p w14:paraId="2FE54573" w14:textId="77777777" w:rsidR="001C61CC" w:rsidRDefault="000D727A">
            <w:pPr>
              <w:spacing w:after="0" w:line="240" w:lineRule="auto"/>
            </w:pPr>
            <w:r>
              <w:rPr>
                <w:sz w:val="16"/>
              </w:rPr>
              <w:t xml:space="preserve">  60-69</w:t>
            </w:r>
          </w:p>
        </w:tc>
        <w:tc>
          <w:tcPr>
            <w:tcW w:w="1728" w:type="dxa"/>
            <w:tcBorders>
              <w:top w:val="nil"/>
              <w:left w:val="nil"/>
              <w:bottom w:val="nil"/>
              <w:right w:val="nil"/>
            </w:tcBorders>
          </w:tcPr>
          <w:p w14:paraId="09A62CD7" w14:textId="77777777" w:rsidR="001C61CC" w:rsidRDefault="000D727A">
            <w:pPr>
              <w:spacing w:after="0" w:line="240" w:lineRule="auto"/>
              <w:jc w:val="center"/>
            </w:pPr>
            <w:r>
              <w:rPr>
                <w:sz w:val="16"/>
              </w:rPr>
              <w:t>960</w:t>
            </w:r>
          </w:p>
        </w:tc>
        <w:tc>
          <w:tcPr>
            <w:tcW w:w="1728" w:type="dxa"/>
            <w:tcBorders>
              <w:top w:val="nil"/>
              <w:left w:val="nil"/>
              <w:bottom w:val="nil"/>
              <w:right w:val="nil"/>
            </w:tcBorders>
          </w:tcPr>
          <w:p w14:paraId="4712E256" w14:textId="77777777" w:rsidR="001C61CC" w:rsidRDefault="000D727A">
            <w:pPr>
              <w:spacing w:after="0" w:line="240" w:lineRule="auto"/>
              <w:jc w:val="center"/>
            </w:pPr>
            <w:r>
              <w:rPr>
                <w:sz w:val="16"/>
              </w:rPr>
              <w:t>489</w:t>
            </w:r>
          </w:p>
        </w:tc>
        <w:tc>
          <w:tcPr>
            <w:tcW w:w="1728" w:type="dxa"/>
            <w:tcBorders>
              <w:top w:val="nil"/>
              <w:left w:val="nil"/>
              <w:bottom w:val="nil"/>
              <w:right w:val="nil"/>
            </w:tcBorders>
          </w:tcPr>
          <w:p w14:paraId="3A81D9DB" w14:textId="77777777" w:rsidR="001C61CC" w:rsidRDefault="000D727A">
            <w:pPr>
              <w:spacing w:after="0" w:line="240" w:lineRule="auto"/>
              <w:jc w:val="center"/>
            </w:pPr>
            <w:r>
              <w:rPr>
                <w:sz w:val="16"/>
              </w:rPr>
              <w:t>1.15 (0.93, 1.43)</w:t>
            </w:r>
          </w:p>
        </w:tc>
        <w:tc>
          <w:tcPr>
            <w:tcW w:w="1728" w:type="dxa"/>
            <w:tcBorders>
              <w:top w:val="nil"/>
              <w:left w:val="nil"/>
              <w:bottom w:val="nil"/>
              <w:right w:val="nil"/>
            </w:tcBorders>
          </w:tcPr>
          <w:p w14:paraId="228F6D85" w14:textId="77777777" w:rsidR="001C61CC" w:rsidRDefault="000D727A">
            <w:pPr>
              <w:spacing w:after="0" w:line="240" w:lineRule="auto"/>
              <w:jc w:val="center"/>
            </w:pPr>
            <w:r>
              <w:rPr>
                <w:sz w:val="16"/>
              </w:rPr>
              <w:t>0.196</w:t>
            </w:r>
          </w:p>
        </w:tc>
        <w:tc>
          <w:tcPr>
            <w:tcW w:w="1728" w:type="dxa"/>
            <w:tcBorders>
              <w:top w:val="nil"/>
              <w:left w:val="nil"/>
              <w:bottom w:val="nil"/>
              <w:right w:val="nil"/>
            </w:tcBorders>
          </w:tcPr>
          <w:p w14:paraId="73693B50" w14:textId="77777777" w:rsidR="001C61CC" w:rsidRDefault="001C61CC">
            <w:pPr>
              <w:spacing w:after="0" w:line="240" w:lineRule="auto"/>
              <w:jc w:val="center"/>
            </w:pPr>
          </w:p>
        </w:tc>
      </w:tr>
      <w:tr w:rsidR="001C61CC" w14:paraId="7808EEB3" w14:textId="77777777">
        <w:tc>
          <w:tcPr>
            <w:tcW w:w="1728" w:type="dxa"/>
            <w:tcBorders>
              <w:top w:val="nil"/>
              <w:left w:val="nil"/>
              <w:bottom w:val="nil"/>
              <w:right w:val="nil"/>
            </w:tcBorders>
          </w:tcPr>
          <w:p w14:paraId="7C3D7A91" w14:textId="77777777" w:rsidR="001C61CC" w:rsidRDefault="000D727A">
            <w:pPr>
              <w:spacing w:after="0" w:line="240" w:lineRule="auto"/>
            </w:pPr>
            <w:r>
              <w:rPr>
                <w:sz w:val="16"/>
              </w:rPr>
              <w:t xml:space="preserve">  &gt;=70</w:t>
            </w:r>
          </w:p>
        </w:tc>
        <w:tc>
          <w:tcPr>
            <w:tcW w:w="1728" w:type="dxa"/>
            <w:tcBorders>
              <w:top w:val="nil"/>
              <w:left w:val="nil"/>
              <w:bottom w:val="nil"/>
              <w:right w:val="nil"/>
            </w:tcBorders>
          </w:tcPr>
          <w:p w14:paraId="5D940ADB" w14:textId="77777777" w:rsidR="001C61CC" w:rsidRDefault="000D727A">
            <w:pPr>
              <w:spacing w:after="0" w:line="240" w:lineRule="auto"/>
              <w:jc w:val="center"/>
            </w:pPr>
            <w:r>
              <w:rPr>
                <w:sz w:val="16"/>
              </w:rPr>
              <w:t>363</w:t>
            </w:r>
          </w:p>
        </w:tc>
        <w:tc>
          <w:tcPr>
            <w:tcW w:w="1728" w:type="dxa"/>
            <w:tcBorders>
              <w:top w:val="nil"/>
              <w:left w:val="nil"/>
              <w:bottom w:val="nil"/>
              <w:right w:val="nil"/>
            </w:tcBorders>
          </w:tcPr>
          <w:p w14:paraId="137148E8" w14:textId="77777777" w:rsidR="001C61CC" w:rsidRDefault="000D727A">
            <w:pPr>
              <w:spacing w:after="0" w:line="240" w:lineRule="auto"/>
              <w:jc w:val="center"/>
            </w:pPr>
            <w:r>
              <w:rPr>
                <w:sz w:val="16"/>
              </w:rPr>
              <w:t>190</w:t>
            </w:r>
          </w:p>
        </w:tc>
        <w:tc>
          <w:tcPr>
            <w:tcW w:w="1728" w:type="dxa"/>
            <w:tcBorders>
              <w:top w:val="nil"/>
              <w:left w:val="nil"/>
              <w:bottom w:val="nil"/>
              <w:right w:val="nil"/>
            </w:tcBorders>
          </w:tcPr>
          <w:p w14:paraId="7C069B7C" w14:textId="77777777" w:rsidR="001C61CC" w:rsidRDefault="000D727A">
            <w:pPr>
              <w:spacing w:after="0" w:line="240" w:lineRule="auto"/>
              <w:jc w:val="center"/>
            </w:pPr>
            <w:r>
              <w:rPr>
                <w:sz w:val="16"/>
              </w:rPr>
              <w:t>0.87 (0.61, 1.26)</w:t>
            </w:r>
          </w:p>
        </w:tc>
        <w:tc>
          <w:tcPr>
            <w:tcW w:w="1728" w:type="dxa"/>
            <w:tcBorders>
              <w:top w:val="nil"/>
              <w:left w:val="nil"/>
              <w:bottom w:val="nil"/>
              <w:right w:val="nil"/>
            </w:tcBorders>
          </w:tcPr>
          <w:p w14:paraId="2487CE86" w14:textId="77777777" w:rsidR="001C61CC" w:rsidRDefault="000D727A">
            <w:pPr>
              <w:spacing w:after="0" w:line="240" w:lineRule="auto"/>
              <w:jc w:val="center"/>
            </w:pPr>
            <w:r>
              <w:rPr>
                <w:sz w:val="16"/>
              </w:rPr>
              <w:t>0.468</w:t>
            </w:r>
          </w:p>
        </w:tc>
        <w:tc>
          <w:tcPr>
            <w:tcW w:w="1728" w:type="dxa"/>
            <w:tcBorders>
              <w:top w:val="nil"/>
              <w:left w:val="nil"/>
              <w:bottom w:val="nil"/>
              <w:right w:val="nil"/>
            </w:tcBorders>
          </w:tcPr>
          <w:p w14:paraId="090AA281" w14:textId="77777777" w:rsidR="001C61CC" w:rsidRDefault="001C61CC">
            <w:pPr>
              <w:spacing w:after="0" w:line="240" w:lineRule="auto"/>
              <w:jc w:val="center"/>
            </w:pPr>
          </w:p>
        </w:tc>
      </w:tr>
      <w:tr w:rsidR="001C61CC" w14:paraId="34844EC3" w14:textId="77777777">
        <w:tc>
          <w:tcPr>
            <w:tcW w:w="1728" w:type="dxa"/>
            <w:tcBorders>
              <w:top w:val="nil"/>
              <w:left w:val="nil"/>
              <w:bottom w:val="nil"/>
              <w:right w:val="nil"/>
            </w:tcBorders>
          </w:tcPr>
          <w:p w14:paraId="09BA3FF1" w14:textId="77777777" w:rsidR="001C61CC" w:rsidRDefault="000D727A">
            <w:pPr>
              <w:spacing w:after="0" w:line="240" w:lineRule="auto"/>
            </w:pPr>
            <w:r>
              <w:rPr>
                <w:sz w:val="16"/>
              </w:rPr>
              <w:t>Residence</w:t>
            </w:r>
          </w:p>
        </w:tc>
        <w:tc>
          <w:tcPr>
            <w:tcW w:w="1728" w:type="dxa"/>
            <w:tcBorders>
              <w:top w:val="nil"/>
              <w:left w:val="nil"/>
              <w:bottom w:val="nil"/>
              <w:right w:val="nil"/>
            </w:tcBorders>
          </w:tcPr>
          <w:p w14:paraId="4933BE37" w14:textId="77777777" w:rsidR="001C61CC" w:rsidRDefault="001C61CC">
            <w:pPr>
              <w:spacing w:after="0" w:line="240" w:lineRule="auto"/>
              <w:jc w:val="center"/>
            </w:pPr>
          </w:p>
        </w:tc>
        <w:tc>
          <w:tcPr>
            <w:tcW w:w="1728" w:type="dxa"/>
            <w:tcBorders>
              <w:top w:val="nil"/>
              <w:left w:val="nil"/>
              <w:bottom w:val="nil"/>
              <w:right w:val="nil"/>
            </w:tcBorders>
          </w:tcPr>
          <w:p w14:paraId="611530A0" w14:textId="77777777" w:rsidR="001C61CC" w:rsidRDefault="001C61CC">
            <w:pPr>
              <w:spacing w:after="0" w:line="240" w:lineRule="auto"/>
              <w:jc w:val="center"/>
            </w:pPr>
          </w:p>
        </w:tc>
        <w:tc>
          <w:tcPr>
            <w:tcW w:w="1728" w:type="dxa"/>
            <w:tcBorders>
              <w:top w:val="nil"/>
              <w:left w:val="nil"/>
              <w:bottom w:val="nil"/>
              <w:right w:val="nil"/>
            </w:tcBorders>
          </w:tcPr>
          <w:p w14:paraId="04F75281" w14:textId="77777777" w:rsidR="001C61CC" w:rsidRDefault="001C61CC">
            <w:pPr>
              <w:spacing w:after="0" w:line="240" w:lineRule="auto"/>
              <w:jc w:val="center"/>
            </w:pPr>
          </w:p>
        </w:tc>
        <w:tc>
          <w:tcPr>
            <w:tcW w:w="1728" w:type="dxa"/>
            <w:tcBorders>
              <w:top w:val="nil"/>
              <w:left w:val="nil"/>
              <w:bottom w:val="nil"/>
              <w:right w:val="nil"/>
            </w:tcBorders>
          </w:tcPr>
          <w:p w14:paraId="1F24D351" w14:textId="77777777" w:rsidR="001C61CC" w:rsidRDefault="001C61CC">
            <w:pPr>
              <w:spacing w:after="0" w:line="240" w:lineRule="auto"/>
              <w:jc w:val="center"/>
            </w:pPr>
          </w:p>
        </w:tc>
        <w:tc>
          <w:tcPr>
            <w:tcW w:w="1728" w:type="dxa"/>
            <w:tcBorders>
              <w:top w:val="nil"/>
              <w:left w:val="nil"/>
              <w:bottom w:val="nil"/>
              <w:right w:val="nil"/>
            </w:tcBorders>
          </w:tcPr>
          <w:p w14:paraId="62CB8398" w14:textId="77777777" w:rsidR="001C61CC" w:rsidRDefault="000D727A">
            <w:pPr>
              <w:spacing w:after="0" w:line="240" w:lineRule="auto"/>
              <w:jc w:val="center"/>
            </w:pPr>
            <w:r>
              <w:rPr>
                <w:sz w:val="16"/>
              </w:rPr>
              <w:t>0.513</w:t>
            </w:r>
          </w:p>
        </w:tc>
      </w:tr>
      <w:tr w:rsidR="001C61CC" w14:paraId="18B2C6FE" w14:textId="77777777">
        <w:tc>
          <w:tcPr>
            <w:tcW w:w="1728" w:type="dxa"/>
            <w:tcBorders>
              <w:top w:val="nil"/>
              <w:left w:val="nil"/>
              <w:bottom w:val="nil"/>
              <w:right w:val="nil"/>
            </w:tcBorders>
          </w:tcPr>
          <w:p w14:paraId="52CE61EF" w14:textId="77777777" w:rsidR="001C61CC" w:rsidRDefault="000D727A">
            <w:pPr>
              <w:spacing w:after="0" w:line="240" w:lineRule="auto"/>
            </w:pPr>
            <w:r>
              <w:rPr>
                <w:sz w:val="16"/>
              </w:rPr>
              <w:t xml:space="preserve">  Urban</w:t>
            </w:r>
          </w:p>
        </w:tc>
        <w:tc>
          <w:tcPr>
            <w:tcW w:w="1728" w:type="dxa"/>
            <w:tcBorders>
              <w:top w:val="nil"/>
              <w:left w:val="nil"/>
              <w:bottom w:val="nil"/>
              <w:right w:val="nil"/>
            </w:tcBorders>
          </w:tcPr>
          <w:p w14:paraId="528FF885" w14:textId="77777777" w:rsidR="001C61CC" w:rsidRDefault="000D727A">
            <w:pPr>
              <w:spacing w:after="0" w:line="240" w:lineRule="auto"/>
              <w:jc w:val="center"/>
            </w:pPr>
            <w:r>
              <w:rPr>
                <w:sz w:val="16"/>
              </w:rPr>
              <w:t>971</w:t>
            </w:r>
          </w:p>
        </w:tc>
        <w:tc>
          <w:tcPr>
            <w:tcW w:w="1728" w:type="dxa"/>
            <w:tcBorders>
              <w:top w:val="nil"/>
              <w:left w:val="nil"/>
              <w:bottom w:val="nil"/>
              <w:right w:val="nil"/>
            </w:tcBorders>
          </w:tcPr>
          <w:p w14:paraId="783DF954" w14:textId="77777777" w:rsidR="001C61CC" w:rsidRDefault="000D727A">
            <w:pPr>
              <w:spacing w:after="0" w:line="240" w:lineRule="auto"/>
              <w:jc w:val="center"/>
            </w:pPr>
            <w:r>
              <w:rPr>
                <w:sz w:val="16"/>
              </w:rPr>
              <w:t>396</w:t>
            </w:r>
          </w:p>
        </w:tc>
        <w:tc>
          <w:tcPr>
            <w:tcW w:w="1728" w:type="dxa"/>
            <w:tcBorders>
              <w:top w:val="nil"/>
              <w:left w:val="nil"/>
              <w:bottom w:val="nil"/>
              <w:right w:val="nil"/>
            </w:tcBorders>
          </w:tcPr>
          <w:p w14:paraId="7C9304BF" w14:textId="77777777" w:rsidR="001C61CC" w:rsidRDefault="000D727A">
            <w:pPr>
              <w:spacing w:after="0" w:line="240" w:lineRule="auto"/>
              <w:jc w:val="center"/>
            </w:pPr>
            <w:r>
              <w:rPr>
                <w:sz w:val="16"/>
              </w:rPr>
              <w:t>0.95 (0.77, 1.18)</w:t>
            </w:r>
          </w:p>
        </w:tc>
        <w:tc>
          <w:tcPr>
            <w:tcW w:w="1728" w:type="dxa"/>
            <w:tcBorders>
              <w:top w:val="nil"/>
              <w:left w:val="nil"/>
              <w:bottom w:val="nil"/>
              <w:right w:val="nil"/>
            </w:tcBorders>
          </w:tcPr>
          <w:p w14:paraId="2F2A0FB2" w14:textId="77777777" w:rsidR="001C61CC" w:rsidRDefault="000D727A">
            <w:pPr>
              <w:spacing w:after="0" w:line="240" w:lineRule="auto"/>
              <w:jc w:val="center"/>
            </w:pPr>
            <w:r>
              <w:rPr>
                <w:sz w:val="16"/>
              </w:rPr>
              <w:t>0.651</w:t>
            </w:r>
          </w:p>
        </w:tc>
        <w:tc>
          <w:tcPr>
            <w:tcW w:w="1728" w:type="dxa"/>
            <w:tcBorders>
              <w:top w:val="nil"/>
              <w:left w:val="nil"/>
              <w:bottom w:val="nil"/>
              <w:right w:val="nil"/>
            </w:tcBorders>
          </w:tcPr>
          <w:p w14:paraId="7BA8E053" w14:textId="77777777" w:rsidR="001C61CC" w:rsidRDefault="001C61CC">
            <w:pPr>
              <w:spacing w:after="0" w:line="240" w:lineRule="auto"/>
              <w:jc w:val="center"/>
            </w:pPr>
          </w:p>
        </w:tc>
      </w:tr>
      <w:tr w:rsidR="001C61CC" w14:paraId="1EE96AF2" w14:textId="77777777">
        <w:tc>
          <w:tcPr>
            <w:tcW w:w="1728" w:type="dxa"/>
            <w:tcBorders>
              <w:top w:val="nil"/>
              <w:left w:val="nil"/>
              <w:bottom w:val="nil"/>
              <w:right w:val="nil"/>
            </w:tcBorders>
          </w:tcPr>
          <w:p w14:paraId="1D88B50C" w14:textId="77777777" w:rsidR="001C61CC" w:rsidRDefault="000D727A">
            <w:pPr>
              <w:spacing w:after="0" w:line="240" w:lineRule="auto"/>
            </w:pPr>
            <w:r>
              <w:rPr>
                <w:sz w:val="16"/>
              </w:rPr>
              <w:t xml:space="preserve">  Rural</w:t>
            </w:r>
          </w:p>
        </w:tc>
        <w:tc>
          <w:tcPr>
            <w:tcW w:w="1728" w:type="dxa"/>
            <w:tcBorders>
              <w:top w:val="nil"/>
              <w:left w:val="nil"/>
              <w:bottom w:val="nil"/>
              <w:right w:val="nil"/>
            </w:tcBorders>
          </w:tcPr>
          <w:p w14:paraId="20965EBC" w14:textId="77777777" w:rsidR="001C61CC" w:rsidRDefault="000D727A">
            <w:pPr>
              <w:spacing w:after="0" w:line="240" w:lineRule="auto"/>
              <w:jc w:val="center"/>
            </w:pPr>
            <w:r>
              <w:rPr>
                <w:sz w:val="16"/>
              </w:rPr>
              <w:t>1592</w:t>
            </w:r>
          </w:p>
        </w:tc>
        <w:tc>
          <w:tcPr>
            <w:tcW w:w="1728" w:type="dxa"/>
            <w:tcBorders>
              <w:top w:val="nil"/>
              <w:left w:val="nil"/>
              <w:bottom w:val="nil"/>
              <w:right w:val="nil"/>
            </w:tcBorders>
          </w:tcPr>
          <w:p w14:paraId="43BD0FD0" w14:textId="77777777" w:rsidR="001C61CC" w:rsidRDefault="000D727A">
            <w:pPr>
              <w:spacing w:after="0" w:line="240" w:lineRule="auto"/>
              <w:jc w:val="center"/>
            </w:pPr>
            <w:r>
              <w:rPr>
                <w:sz w:val="16"/>
              </w:rPr>
              <w:t>866</w:t>
            </w:r>
          </w:p>
        </w:tc>
        <w:tc>
          <w:tcPr>
            <w:tcW w:w="1728" w:type="dxa"/>
            <w:tcBorders>
              <w:top w:val="nil"/>
              <w:left w:val="nil"/>
              <w:bottom w:val="nil"/>
              <w:right w:val="nil"/>
            </w:tcBorders>
          </w:tcPr>
          <w:p w14:paraId="47147D46" w14:textId="77777777" w:rsidR="001C61CC" w:rsidRDefault="000D727A">
            <w:pPr>
              <w:spacing w:after="0" w:line="240" w:lineRule="auto"/>
              <w:jc w:val="center"/>
            </w:pPr>
            <w:r>
              <w:rPr>
                <w:sz w:val="16"/>
              </w:rPr>
              <w:t>1.06 (0.90, 1.25)</w:t>
            </w:r>
          </w:p>
        </w:tc>
        <w:tc>
          <w:tcPr>
            <w:tcW w:w="1728" w:type="dxa"/>
            <w:tcBorders>
              <w:top w:val="nil"/>
              <w:left w:val="nil"/>
              <w:bottom w:val="nil"/>
              <w:right w:val="nil"/>
            </w:tcBorders>
          </w:tcPr>
          <w:p w14:paraId="7816B0AE" w14:textId="77777777" w:rsidR="001C61CC" w:rsidRDefault="000D727A">
            <w:pPr>
              <w:spacing w:after="0" w:line="240" w:lineRule="auto"/>
              <w:jc w:val="center"/>
            </w:pPr>
            <w:r>
              <w:rPr>
                <w:sz w:val="16"/>
              </w:rPr>
              <w:t>0.478</w:t>
            </w:r>
          </w:p>
        </w:tc>
        <w:tc>
          <w:tcPr>
            <w:tcW w:w="1728" w:type="dxa"/>
            <w:tcBorders>
              <w:top w:val="nil"/>
              <w:left w:val="nil"/>
              <w:bottom w:val="nil"/>
              <w:right w:val="nil"/>
            </w:tcBorders>
          </w:tcPr>
          <w:p w14:paraId="198503A4" w14:textId="77777777" w:rsidR="001C61CC" w:rsidRDefault="001C61CC">
            <w:pPr>
              <w:spacing w:after="0" w:line="240" w:lineRule="auto"/>
              <w:jc w:val="center"/>
            </w:pPr>
          </w:p>
        </w:tc>
      </w:tr>
      <w:tr w:rsidR="001C61CC" w14:paraId="24908CFA" w14:textId="77777777">
        <w:tc>
          <w:tcPr>
            <w:tcW w:w="1728" w:type="dxa"/>
            <w:tcBorders>
              <w:top w:val="nil"/>
              <w:left w:val="nil"/>
              <w:bottom w:val="nil"/>
              <w:right w:val="nil"/>
            </w:tcBorders>
          </w:tcPr>
          <w:p w14:paraId="7BB87A83" w14:textId="77777777" w:rsidR="001C61CC" w:rsidRDefault="000D727A">
            <w:pPr>
              <w:spacing w:after="0" w:line="240" w:lineRule="auto"/>
            </w:pPr>
            <w:r>
              <w:rPr>
                <w:sz w:val="16"/>
              </w:rPr>
              <w:t>Marital status</w:t>
            </w:r>
          </w:p>
        </w:tc>
        <w:tc>
          <w:tcPr>
            <w:tcW w:w="1728" w:type="dxa"/>
            <w:tcBorders>
              <w:top w:val="nil"/>
              <w:left w:val="nil"/>
              <w:bottom w:val="nil"/>
              <w:right w:val="nil"/>
            </w:tcBorders>
          </w:tcPr>
          <w:p w14:paraId="6F40E10F" w14:textId="77777777" w:rsidR="001C61CC" w:rsidRDefault="001C61CC">
            <w:pPr>
              <w:spacing w:after="0" w:line="240" w:lineRule="auto"/>
              <w:jc w:val="center"/>
            </w:pPr>
          </w:p>
        </w:tc>
        <w:tc>
          <w:tcPr>
            <w:tcW w:w="1728" w:type="dxa"/>
            <w:tcBorders>
              <w:top w:val="nil"/>
              <w:left w:val="nil"/>
              <w:bottom w:val="nil"/>
              <w:right w:val="nil"/>
            </w:tcBorders>
          </w:tcPr>
          <w:p w14:paraId="2706E4D4" w14:textId="77777777" w:rsidR="001C61CC" w:rsidRDefault="001C61CC">
            <w:pPr>
              <w:spacing w:after="0" w:line="240" w:lineRule="auto"/>
              <w:jc w:val="center"/>
            </w:pPr>
          </w:p>
        </w:tc>
        <w:tc>
          <w:tcPr>
            <w:tcW w:w="1728" w:type="dxa"/>
            <w:tcBorders>
              <w:top w:val="nil"/>
              <w:left w:val="nil"/>
              <w:bottom w:val="nil"/>
              <w:right w:val="nil"/>
            </w:tcBorders>
          </w:tcPr>
          <w:p w14:paraId="4E854D8A" w14:textId="77777777" w:rsidR="001C61CC" w:rsidRDefault="001C61CC">
            <w:pPr>
              <w:spacing w:after="0" w:line="240" w:lineRule="auto"/>
              <w:jc w:val="center"/>
            </w:pPr>
          </w:p>
        </w:tc>
        <w:tc>
          <w:tcPr>
            <w:tcW w:w="1728" w:type="dxa"/>
            <w:tcBorders>
              <w:top w:val="nil"/>
              <w:left w:val="nil"/>
              <w:bottom w:val="nil"/>
              <w:right w:val="nil"/>
            </w:tcBorders>
          </w:tcPr>
          <w:p w14:paraId="6AFC8DA2" w14:textId="77777777" w:rsidR="001C61CC" w:rsidRDefault="001C61CC">
            <w:pPr>
              <w:spacing w:after="0" w:line="240" w:lineRule="auto"/>
              <w:jc w:val="center"/>
            </w:pPr>
          </w:p>
        </w:tc>
        <w:tc>
          <w:tcPr>
            <w:tcW w:w="1728" w:type="dxa"/>
            <w:tcBorders>
              <w:top w:val="nil"/>
              <w:left w:val="nil"/>
              <w:bottom w:val="nil"/>
              <w:right w:val="nil"/>
            </w:tcBorders>
          </w:tcPr>
          <w:p w14:paraId="75D26C45" w14:textId="77777777" w:rsidR="001C61CC" w:rsidRDefault="000D727A">
            <w:pPr>
              <w:spacing w:after="0" w:line="240" w:lineRule="auto"/>
              <w:jc w:val="center"/>
            </w:pPr>
            <w:r>
              <w:rPr>
                <w:sz w:val="16"/>
              </w:rPr>
              <w:t>0.534</w:t>
            </w:r>
          </w:p>
        </w:tc>
      </w:tr>
      <w:tr w:rsidR="001C61CC" w14:paraId="00B16F8E" w14:textId="77777777">
        <w:tc>
          <w:tcPr>
            <w:tcW w:w="1728" w:type="dxa"/>
            <w:tcBorders>
              <w:top w:val="nil"/>
              <w:left w:val="nil"/>
              <w:bottom w:val="nil"/>
              <w:right w:val="nil"/>
            </w:tcBorders>
          </w:tcPr>
          <w:p w14:paraId="587D1AAD" w14:textId="77777777" w:rsidR="001C61CC" w:rsidRDefault="000D727A">
            <w:pPr>
              <w:spacing w:after="0" w:line="240" w:lineRule="auto"/>
            </w:pPr>
            <w:r>
              <w:rPr>
                <w:sz w:val="16"/>
              </w:rPr>
              <w:t xml:space="preserve">  Married/partnered</w:t>
            </w:r>
          </w:p>
        </w:tc>
        <w:tc>
          <w:tcPr>
            <w:tcW w:w="1728" w:type="dxa"/>
            <w:tcBorders>
              <w:top w:val="nil"/>
              <w:left w:val="nil"/>
              <w:bottom w:val="nil"/>
              <w:right w:val="nil"/>
            </w:tcBorders>
          </w:tcPr>
          <w:p w14:paraId="5275401B" w14:textId="77777777" w:rsidR="001C61CC" w:rsidRDefault="000D727A">
            <w:pPr>
              <w:spacing w:after="0" w:line="240" w:lineRule="auto"/>
              <w:jc w:val="center"/>
            </w:pPr>
            <w:r>
              <w:rPr>
                <w:sz w:val="16"/>
              </w:rPr>
              <w:t>2243</w:t>
            </w:r>
          </w:p>
        </w:tc>
        <w:tc>
          <w:tcPr>
            <w:tcW w:w="1728" w:type="dxa"/>
            <w:tcBorders>
              <w:top w:val="nil"/>
              <w:left w:val="nil"/>
              <w:bottom w:val="nil"/>
              <w:right w:val="nil"/>
            </w:tcBorders>
          </w:tcPr>
          <w:p w14:paraId="77291CCE" w14:textId="77777777" w:rsidR="001C61CC" w:rsidRDefault="000D727A">
            <w:pPr>
              <w:spacing w:after="0" w:line="240" w:lineRule="auto"/>
              <w:jc w:val="center"/>
            </w:pPr>
            <w:r>
              <w:rPr>
                <w:sz w:val="16"/>
              </w:rPr>
              <w:t>1103</w:t>
            </w:r>
          </w:p>
        </w:tc>
        <w:tc>
          <w:tcPr>
            <w:tcW w:w="1728" w:type="dxa"/>
            <w:tcBorders>
              <w:top w:val="nil"/>
              <w:left w:val="nil"/>
              <w:bottom w:val="nil"/>
              <w:right w:val="nil"/>
            </w:tcBorders>
          </w:tcPr>
          <w:p w14:paraId="7F42F23C" w14:textId="77777777" w:rsidR="001C61CC" w:rsidRDefault="000D727A">
            <w:pPr>
              <w:spacing w:after="0" w:line="240" w:lineRule="auto"/>
              <w:jc w:val="center"/>
            </w:pPr>
            <w:r>
              <w:rPr>
                <w:sz w:val="16"/>
              </w:rPr>
              <w:t>1.00 (0.87, 1.15)</w:t>
            </w:r>
          </w:p>
        </w:tc>
        <w:tc>
          <w:tcPr>
            <w:tcW w:w="1728" w:type="dxa"/>
            <w:tcBorders>
              <w:top w:val="nil"/>
              <w:left w:val="nil"/>
              <w:bottom w:val="nil"/>
              <w:right w:val="nil"/>
            </w:tcBorders>
          </w:tcPr>
          <w:p w14:paraId="4653DB1D" w14:textId="77777777" w:rsidR="001C61CC" w:rsidRDefault="000D727A">
            <w:pPr>
              <w:spacing w:after="0" w:line="240" w:lineRule="auto"/>
              <w:jc w:val="center"/>
            </w:pPr>
            <w:r>
              <w:rPr>
                <w:sz w:val="16"/>
              </w:rPr>
              <w:t>0.989</w:t>
            </w:r>
          </w:p>
        </w:tc>
        <w:tc>
          <w:tcPr>
            <w:tcW w:w="1728" w:type="dxa"/>
            <w:tcBorders>
              <w:top w:val="nil"/>
              <w:left w:val="nil"/>
              <w:bottom w:val="nil"/>
              <w:right w:val="nil"/>
            </w:tcBorders>
          </w:tcPr>
          <w:p w14:paraId="1A09AFFE" w14:textId="77777777" w:rsidR="001C61CC" w:rsidRDefault="001C61CC">
            <w:pPr>
              <w:spacing w:after="0" w:line="240" w:lineRule="auto"/>
              <w:jc w:val="center"/>
            </w:pPr>
          </w:p>
        </w:tc>
      </w:tr>
      <w:tr w:rsidR="001C61CC" w14:paraId="0A9D6BF3" w14:textId="77777777">
        <w:tc>
          <w:tcPr>
            <w:tcW w:w="1728" w:type="dxa"/>
            <w:tcBorders>
              <w:top w:val="nil"/>
              <w:left w:val="nil"/>
              <w:bottom w:val="nil"/>
              <w:right w:val="nil"/>
            </w:tcBorders>
          </w:tcPr>
          <w:p w14:paraId="32114A9E" w14:textId="77777777" w:rsidR="001C61CC" w:rsidRDefault="000D727A">
            <w:pPr>
              <w:spacing w:after="0" w:line="240" w:lineRule="auto"/>
            </w:pPr>
            <w:r>
              <w:rPr>
                <w:sz w:val="16"/>
              </w:rPr>
              <w:t xml:space="preserve">  Other</w:t>
            </w:r>
          </w:p>
        </w:tc>
        <w:tc>
          <w:tcPr>
            <w:tcW w:w="1728" w:type="dxa"/>
            <w:tcBorders>
              <w:top w:val="nil"/>
              <w:left w:val="nil"/>
              <w:bottom w:val="nil"/>
              <w:right w:val="nil"/>
            </w:tcBorders>
          </w:tcPr>
          <w:p w14:paraId="5C68536F" w14:textId="77777777" w:rsidR="001C61CC" w:rsidRDefault="000D727A">
            <w:pPr>
              <w:spacing w:after="0" w:line="240" w:lineRule="auto"/>
              <w:jc w:val="center"/>
            </w:pPr>
            <w:r>
              <w:rPr>
                <w:sz w:val="16"/>
              </w:rPr>
              <w:t>320</w:t>
            </w:r>
          </w:p>
        </w:tc>
        <w:tc>
          <w:tcPr>
            <w:tcW w:w="1728" w:type="dxa"/>
            <w:tcBorders>
              <w:top w:val="nil"/>
              <w:left w:val="nil"/>
              <w:bottom w:val="nil"/>
              <w:right w:val="nil"/>
            </w:tcBorders>
          </w:tcPr>
          <w:p w14:paraId="2955ABF8" w14:textId="77777777" w:rsidR="001C61CC" w:rsidRDefault="000D727A">
            <w:pPr>
              <w:spacing w:after="0" w:line="240" w:lineRule="auto"/>
              <w:jc w:val="center"/>
            </w:pPr>
            <w:r>
              <w:rPr>
                <w:sz w:val="16"/>
              </w:rPr>
              <w:t>159</w:t>
            </w:r>
          </w:p>
        </w:tc>
        <w:tc>
          <w:tcPr>
            <w:tcW w:w="1728" w:type="dxa"/>
            <w:tcBorders>
              <w:top w:val="nil"/>
              <w:left w:val="nil"/>
              <w:bottom w:val="nil"/>
              <w:right w:val="nil"/>
            </w:tcBorders>
          </w:tcPr>
          <w:p w14:paraId="56B314C5" w14:textId="77777777" w:rsidR="001C61CC" w:rsidRDefault="000D727A">
            <w:pPr>
              <w:spacing w:after="0" w:line="240" w:lineRule="auto"/>
              <w:jc w:val="center"/>
            </w:pPr>
            <w:r>
              <w:rPr>
                <w:sz w:val="16"/>
              </w:rPr>
              <w:t>0.97 (0.66, 1.43)</w:t>
            </w:r>
          </w:p>
        </w:tc>
        <w:tc>
          <w:tcPr>
            <w:tcW w:w="1728" w:type="dxa"/>
            <w:tcBorders>
              <w:top w:val="nil"/>
              <w:left w:val="nil"/>
              <w:bottom w:val="nil"/>
              <w:right w:val="nil"/>
            </w:tcBorders>
          </w:tcPr>
          <w:p w14:paraId="2F30B4F1" w14:textId="77777777" w:rsidR="001C61CC" w:rsidRDefault="000D727A">
            <w:pPr>
              <w:spacing w:after="0" w:line="240" w:lineRule="auto"/>
              <w:jc w:val="center"/>
            </w:pPr>
            <w:r>
              <w:rPr>
                <w:sz w:val="16"/>
              </w:rPr>
              <w:t>0.884</w:t>
            </w:r>
          </w:p>
        </w:tc>
        <w:tc>
          <w:tcPr>
            <w:tcW w:w="1728" w:type="dxa"/>
            <w:tcBorders>
              <w:top w:val="nil"/>
              <w:left w:val="nil"/>
              <w:bottom w:val="nil"/>
              <w:right w:val="nil"/>
            </w:tcBorders>
          </w:tcPr>
          <w:p w14:paraId="7A9A4030" w14:textId="77777777" w:rsidR="001C61CC" w:rsidRDefault="001C61CC">
            <w:pPr>
              <w:spacing w:after="0" w:line="240" w:lineRule="auto"/>
              <w:jc w:val="center"/>
            </w:pPr>
          </w:p>
        </w:tc>
      </w:tr>
      <w:tr w:rsidR="001C61CC" w14:paraId="175985DC" w14:textId="77777777">
        <w:tc>
          <w:tcPr>
            <w:tcW w:w="1728" w:type="dxa"/>
            <w:tcBorders>
              <w:top w:val="nil"/>
              <w:left w:val="nil"/>
              <w:bottom w:val="nil"/>
              <w:right w:val="nil"/>
            </w:tcBorders>
          </w:tcPr>
          <w:p w14:paraId="5442FC27" w14:textId="77777777" w:rsidR="001C61CC" w:rsidRDefault="000D727A">
            <w:pPr>
              <w:spacing w:after="0" w:line="240" w:lineRule="auto"/>
            </w:pPr>
            <w:r>
              <w:rPr>
                <w:sz w:val="16"/>
              </w:rPr>
              <w:t>Smoking status</w:t>
            </w:r>
          </w:p>
        </w:tc>
        <w:tc>
          <w:tcPr>
            <w:tcW w:w="1728" w:type="dxa"/>
            <w:tcBorders>
              <w:top w:val="nil"/>
              <w:left w:val="nil"/>
              <w:bottom w:val="nil"/>
              <w:right w:val="nil"/>
            </w:tcBorders>
          </w:tcPr>
          <w:p w14:paraId="28D04AD2" w14:textId="77777777" w:rsidR="001C61CC" w:rsidRDefault="001C61CC">
            <w:pPr>
              <w:spacing w:after="0" w:line="240" w:lineRule="auto"/>
              <w:jc w:val="center"/>
            </w:pPr>
          </w:p>
        </w:tc>
        <w:tc>
          <w:tcPr>
            <w:tcW w:w="1728" w:type="dxa"/>
            <w:tcBorders>
              <w:top w:val="nil"/>
              <w:left w:val="nil"/>
              <w:bottom w:val="nil"/>
              <w:right w:val="nil"/>
            </w:tcBorders>
          </w:tcPr>
          <w:p w14:paraId="59D32E48" w14:textId="77777777" w:rsidR="001C61CC" w:rsidRDefault="001C61CC">
            <w:pPr>
              <w:spacing w:after="0" w:line="240" w:lineRule="auto"/>
              <w:jc w:val="center"/>
            </w:pPr>
          </w:p>
        </w:tc>
        <w:tc>
          <w:tcPr>
            <w:tcW w:w="1728" w:type="dxa"/>
            <w:tcBorders>
              <w:top w:val="nil"/>
              <w:left w:val="nil"/>
              <w:bottom w:val="nil"/>
              <w:right w:val="nil"/>
            </w:tcBorders>
          </w:tcPr>
          <w:p w14:paraId="15A371C0" w14:textId="77777777" w:rsidR="001C61CC" w:rsidRDefault="001C61CC">
            <w:pPr>
              <w:spacing w:after="0" w:line="240" w:lineRule="auto"/>
              <w:jc w:val="center"/>
            </w:pPr>
          </w:p>
        </w:tc>
        <w:tc>
          <w:tcPr>
            <w:tcW w:w="1728" w:type="dxa"/>
            <w:tcBorders>
              <w:top w:val="nil"/>
              <w:left w:val="nil"/>
              <w:bottom w:val="nil"/>
              <w:right w:val="nil"/>
            </w:tcBorders>
          </w:tcPr>
          <w:p w14:paraId="3A4F9450" w14:textId="77777777" w:rsidR="001C61CC" w:rsidRDefault="001C61CC">
            <w:pPr>
              <w:spacing w:after="0" w:line="240" w:lineRule="auto"/>
              <w:jc w:val="center"/>
            </w:pPr>
          </w:p>
        </w:tc>
        <w:tc>
          <w:tcPr>
            <w:tcW w:w="1728" w:type="dxa"/>
            <w:tcBorders>
              <w:top w:val="nil"/>
              <w:left w:val="nil"/>
              <w:bottom w:val="nil"/>
              <w:right w:val="nil"/>
            </w:tcBorders>
          </w:tcPr>
          <w:p w14:paraId="19F9986E" w14:textId="77777777" w:rsidR="001C61CC" w:rsidRDefault="000D727A">
            <w:pPr>
              <w:spacing w:after="0" w:line="240" w:lineRule="auto"/>
              <w:jc w:val="center"/>
            </w:pPr>
            <w:r>
              <w:rPr>
                <w:sz w:val="16"/>
              </w:rPr>
              <w:t>0.518</w:t>
            </w:r>
          </w:p>
        </w:tc>
      </w:tr>
      <w:tr w:rsidR="001C61CC" w14:paraId="14A618C8" w14:textId="77777777">
        <w:tc>
          <w:tcPr>
            <w:tcW w:w="1728" w:type="dxa"/>
            <w:tcBorders>
              <w:top w:val="nil"/>
              <w:left w:val="nil"/>
              <w:bottom w:val="nil"/>
              <w:right w:val="nil"/>
            </w:tcBorders>
          </w:tcPr>
          <w:p w14:paraId="607110DA"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6CA0636B" w14:textId="77777777" w:rsidR="001C61CC" w:rsidRDefault="000D727A">
            <w:pPr>
              <w:spacing w:after="0" w:line="240" w:lineRule="auto"/>
              <w:jc w:val="center"/>
            </w:pPr>
            <w:r>
              <w:rPr>
                <w:sz w:val="16"/>
              </w:rPr>
              <w:t>2376</w:t>
            </w:r>
          </w:p>
        </w:tc>
        <w:tc>
          <w:tcPr>
            <w:tcW w:w="1728" w:type="dxa"/>
            <w:tcBorders>
              <w:top w:val="nil"/>
              <w:left w:val="nil"/>
              <w:bottom w:val="nil"/>
              <w:right w:val="nil"/>
            </w:tcBorders>
          </w:tcPr>
          <w:p w14:paraId="6012F31C" w14:textId="77777777" w:rsidR="001C61CC" w:rsidRDefault="000D727A">
            <w:pPr>
              <w:spacing w:after="0" w:line="240" w:lineRule="auto"/>
              <w:jc w:val="center"/>
            </w:pPr>
            <w:r>
              <w:rPr>
                <w:sz w:val="16"/>
              </w:rPr>
              <w:t>1162</w:t>
            </w:r>
          </w:p>
        </w:tc>
        <w:tc>
          <w:tcPr>
            <w:tcW w:w="1728" w:type="dxa"/>
            <w:tcBorders>
              <w:top w:val="nil"/>
              <w:left w:val="nil"/>
              <w:bottom w:val="nil"/>
              <w:right w:val="nil"/>
            </w:tcBorders>
          </w:tcPr>
          <w:p w14:paraId="52056119" w14:textId="77777777" w:rsidR="001C61CC" w:rsidRDefault="000D727A">
            <w:pPr>
              <w:spacing w:after="0" w:line="240" w:lineRule="auto"/>
              <w:jc w:val="center"/>
            </w:pPr>
            <w:r>
              <w:rPr>
                <w:sz w:val="16"/>
              </w:rPr>
              <w:t>0.99 (0.87, 1.14)</w:t>
            </w:r>
          </w:p>
        </w:tc>
        <w:tc>
          <w:tcPr>
            <w:tcW w:w="1728" w:type="dxa"/>
            <w:tcBorders>
              <w:top w:val="nil"/>
              <w:left w:val="nil"/>
              <w:bottom w:val="nil"/>
              <w:right w:val="nil"/>
            </w:tcBorders>
          </w:tcPr>
          <w:p w14:paraId="336AD373" w14:textId="77777777" w:rsidR="001C61CC" w:rsidRDefault="000D727A">
            <w:pPr>
              <w:spacing w:after="0" w:line="240" w:lineRule="auto"/>
              <w:jc w:val="center"/>
            </w:pPr>
            <w:r>
              <w:rPr>
                <w:sz w:val="16"/>
              </w:rPr>
              <w:t>0.934</w:t>
            </w:r>
          </w:p>
        </w:tc>
        <w:tc>
          <w:tcPr>
            <w:tcW w:w="1728" w:type="dxa"/>
            <w:tcBorders>
              <w:top w:val="nil"/>
              <w:left w:val="nil"/>
              <w:bottom w:val="nil"/>
              <w:right w:val="nil"/>
            </w:tcBorders>
          </w:tcPr>
          <w:p w14:paraId="243EB4AD" w14:textId="77777777" w:rsidR="001C61CC" w:rsidRDefault="001C61CC">
            <w:pPr>
              <w:spacing w:after="0" w:line="240" w:lineRule="auto"/>
              <w:jc w:val="center"/>
            </w:pPr>
          </w:p>
        </w:tc>
      </w:tr>
      <w:tr w:rsidR="001C61CC" w14:paraId="471B8D39" w14:textId="77777777">
        <w:tc>
          <w:tcPr>
            <w:tcW w:w="1728" w:type="dxa"/>
            <w:tcBorders>
              <w:top w:val="nil"/>
              <w:left w:val="nil"/>
              <w:bottom w:val="nil"/>
              <w:right w:val="nil"/>
            </w:tcBorders>
          </w:tcPr>
          <w:p w14:paraId="43117285"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0F632532" w14:textId="77777777" w:rsidR="001C61CC" w:rsidRDefault="000D727A">
            <w:pPr>
              <w:spacing w:after="0" w:line="240" w:lineRule="auto"/>
              <w:jc w:val="center"/>
            </w:pPr>
            <w:r>
              <w:rPr>
                <w:sz w:val="16"/>
              </w:rPr>
              <w:t>187</w:t>
            </w:r>
          </w:p>
        </w:tc>
        <w:tc>
          <w:tcPr>
            <w:tcW w:w="1728" w:type="dxa"/>
            <w:tcBorders>
              <w:top w:val="nil"/>
              <w:left w:val="nil"/>
              <w:bottom w:val="nil"/>
              <w:right w:val="nil"/>
            </w:tcBorders>
          </w:tcPr>
          <w:p w14:paraId="6996B093" w14:textId="77777777" w:rsidR="001C61CC" w:rsidRDefault="000D727A">
            <w:pPr>
              <w:spacing w:after="0" w:line="240" w:lineRule="auto"/>
              <w:jc w:val="center"/>
            </w:pPr>
            <w:r>
              <w:rPr>
                <w:sz w:val="16"/>
              </w:rPr>
              <w:t>100</w:t>
            </w:r>
          </w:p>
        </w:tc>
        <w:tc>
          <w:tcPr>
            <w:tcW w:w="1728" w:type="dxa"/>
            <w:tcBorders>
              <w:top w:val="nil"/>
              <w:left w:val="nil"/>
              <w:bottom w:val="nil"/>
              <w:right w:val="nil"/>
            </w:tcBorders>
          </w:tcPr>
          <w:p w14:paraId="5500E732" w14:textId="77777777" w:rsidR="001C61CC" w:rsidRDefault="000D727A">
            <w:pPr>
              <w:spacing w:after="0" w:line="240" w:lineRule="auto"/>
              <w:jc w:val="center"/>
            </w:pPr>
            <w:r>
              <w:rPr>
                <w:sz w:val="16"/>
              </w:rPr>
              <w:t>1.48 (0.89, 2.43)</w:t>
            </w:r>
          </w:p>
        </w:tc>
        <w:tc>
          <w:tcPr>
            <w:tcW w:w="1728" w:type="dxa"/>
            <w:tcBorders>
              <w:top w:val="nil"/>
              <w:left w:val="nil"/>
              <w:bottom w:val="nil"/>
              <w:right w:val="nil"/>
            </w:tcBorders>
          </w:tcPr>
          <w:p w14:paraId="1EB2434E" w14:textId="77777777" w:rsidR="001C61CC" w:rsidRDefault="000D727A">
            <w:pPr>
              <w:spacing w:after="0" w:line="240" w:lineRule="auto"/>
              <w:jc w:val="center"/>
            </w:pPr>
            <w:r>
              <w:rPr>
                <w:sz w:val="16"/>
              </w:rPr>
              <w:t>0.128</w:t>
            </w:r>
          </w:p>
        </w:tc>
        <w:tc>
          <w:tcPr>
            <w:tcW w:w="1728" w:type="dxa"/>
            <w:tcBorders>
              <w:top w:val="nil"/>
              <w:left w:val="nil"/>
              <w:bottom w:val="nil"/>
              <w:right w:val="nil"/>
            </w:tcBorders>
          </w:tcPr>
          <w:p w14:paraId="37CCCE85" w14:textId="77777777" w:rsidR="001C61CC" w:rsidRDefault="001C61CC">
            <w:pPr>
              <w:spacing w:after="0" w:line="240" w:lineRule="auto"/>
              <w:jc w:val="center"/>
            </w:pPr>
          </w:p>
        </w:tc>
      </w:tr>
      <w:tr w:rsidR="001C61CC" w14:paraId="73C47678" w14:textId="77777777">
        <w:tc>
          <w:tcPr>
            <w:tcW w:w="1728" w:type="dxa"/>
            <w:tcBorders>
              <w:top w:val="nil"/>
              <w:left w:val="nil"/>
              <w:bottom w:val="nil"/>
              <w:right w:val="nil"/>
            </w:tcBorders>
          </w:tcPr>
          <w:p w14:paraId="0705936F" w14:textId="77777777" w:rsidR="001C61CC" w:rsidRDefault="000D727A">
            <w:pPr>
              <w:spacing w:after="0" w:line="240" w:lineRule="auto"/>
            </w:pPr>
            <w:r>
              <w:rPr>
                <w:sz w:val="16"/>
              </w:rPr>
              <w:t>Drinking status</w:t>
            </w:r>
          </w:p>
        </w:tc>
        <w:tc>
          <w:tcPr>
            <w:tcW w:w="1728" w:type="dxa"/>
            <w:tcBorders>
              <w:top w:val="nil"/>
              <w:left w:val="nil"/>
              <w:bottom w:val="nil"/>
              <w:right w:val="nil"/>
            </w:tcBorders>
          </w:tcPr>
          <w:p w14:paraId="7BF5C6FD" w14:textId="77777777" w:rsidR="001C61CC" w:rsidRDefault="001C61CC">
            <w:pPr>
              <w:spacing w:after="0" w:line="240" w:lineRule="auto"/>
              <w:jc w:val="center"/>
            </w:pPr>
          </w:p>
        </w:tc>
        <w:tc>
          <w:tcPr>
            <w:tcW w:w="1728" w:type="dxa"/>
            <w:tcBorders>
              <w:top w:val="nil"/>
              <w:left w:val="nil"/>
              <w:bottom w:val="nil"/>
              <w:right w:val="nil"/>
            </w:tcBorders>
          </w:tcPr>
          <w:p w14:paraId="1EDFC48F" w14:textId="77777777" w:rsidR="001C61CC" w:rsidRDefault="001C61CC">
            <w:pPr>
              <w:spacing w:after="0" w:line="240" w:lineRule="auto"/>
              <w:jc w:val="center"/>
            </w:pPr>
          </w:p>
        </w:tc>
        <w:tc>
          <w:tcPr>
            <w:tcW w:w="1728" w:type="dxa"/>
            <w:tcBorders>
              <w:top w:val="nil"/>
              <w:left w:val="nil"/>
              <w:bottom w:val="nil"/>
              <w:right w:val="nil"/>
            </w:tcBorders>
          </w:tcPr>
          <w:p w14:paraId="0984641D" w14:textId="77777777" w:rsidR="001C61CC" w:rsidRDefault="001C61CC">
            <w:pPr>
              <w:spacing w:after="0" w:line="240" w:lineRule="auto"/>
              <w:jc w:val="center"/>
            </w:pPr>
          </w:p>
        </w:tc>
        <w:tc>
          <w:tcPr>
            <w:tcW w:w="1728" w:type="dxa"/>
            <w:tcBorders>
              <w:top w:val="nil"/>
              <w:left w:val="nil"/>
              <w:bottom w:val="nil"/>
              <w:right w:val="nil"/>
            </w:tcBorders>
          </w:tcPr>
          <w:p w14:paraId="37016EEC" w14:textId="77777777" w:rsidR="001C61CC" w:rsidRDefault="001C61CC">
            <w:pPr>
              <w:spacing w:after="0" w:line="240" w:lineRule="auto"/>
              <w:jc w:val="center"/>
            </w:pPr>
          </w:p>
        </w:tc>
        <w:tc>
          <w:tcPr>
            <w:tcW w:w="1728" w:type="dxa"/>
            <w:tcBorders>
              <w:top w:val="nil"/>
              <w:left w:val="nil"/>
              <w:bottom w:val="nil"/>
              <w:right w:val="nil"/>
            </w:tcBorders>
          </w:tcPr>
          <w:p w14:paraId="4D092B06" w14:textId="77777777" w:rsidR="001C61CC" w:rsidRDefault="000D727A">
            <w:pPr>
              <w:spacing w:after="0" w:line="240" w:lineRule="auto"/>
              <w:jc w:val="center"/>
            </w:pPr>
            <w:r>
              <w:rPr>
                <w:sz w:val="16"/>
              </w:rPr>
              <w:t>0.850</w:t>
            </w:r>
          </w:p>
        </w:tc>
      </w:tr>
      <w:tr w:rsidR="001C61CC" w14:paraId="506F33A7" w14:textId="77777777">
        <w:tc>
          <w:tcPr>
            <w:tcW w:w="1728" w:type="dxa"/>
            <w:tcBorders>
              <w:top w:val="nil"/>
              <w:left w:val="nil"/>
              <w:bottom w:val="nil"/>
              <w:right w:val="nil"/>
            </w:tcBorders>
          </w:tcPr>
          <w:p w14:paraId="5301CC02"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06FC50A8" w14:textId="77777777" w:rsidR="001C61CC" w:rsidRDefault="000D727A">
            <w:pPr>
              <w:spacing w:after="0" w:line="240" w:lineRule="auto"/>
              <w:jc w:val="center"/>
            </w:pPr>
            <w:r>
              <w:rPr>
                <w:sz w:val="16"/>
              </w:rPr>
              <w:t>2145</w:t>
            </w:r>
          </w:p>
        </w:tc>
        <w:tc>
          <w:tcPr>
            <w:tcW w:w="1728" w:type="dxa"/>
            <w:tcBorders>
              <w:top w:val="nil"/>
              <w:left w:val="nil"/>
              <w:bottom w:val="nil"/>
              <w:right w:val="nil"/>
            </w:tcBorders>
          </w:tcPr>
          <w:p w14:paraId="18AEEE09" w14:textId="77777777" w:rsidR="001C61CC" w:rsidRDefault="000D727A">
            <w:pPr>
              <w:spacing w:after="0" w:line="240" w:lineRule="auto"/>
              <w:jc w:val="center"/>
            </w:pPr>
            <w:r>
              <w:rPr>
                <w:sz w:val="16"/>
              </w:rPr>
              <w:t>1056</w:t>
            </w:r>
          </w:p>
        </w:tc>
        <w:tc>
          <w:tcPr>
            <w:tcW w:w="1728" w:type="dxa"/>
            <w:tcBorders>
              <w:top w:val="nil"/>
              <w:left w:val="nil"/>
              <w:bottom w:val="nil"/>
              <w:right w:val="nil"/>
            </w:tcBorders>
          </w:tcPr>
          <w:p w14:paraId="09EEA12B" w14:textId="77777777" w:rsidR="001C61CC" w:rsidRDefault="000D727A">
            <w:pPr>
              <w:spacing w:after="0" w:line="240" w:lineRule="auto"/>
              <w:jc w:val="center"/>
            </w:pPr>
            <w:r>
              <w:rPr>
                <w:sz w:val="16"/>
              </w:rPr>
              <w:t>1.00 (0.87, 1.16)</w:t>
            </w:r>
          </w:p>
        </w:tc>
        <w:tc>
          <w:tcPr>
            <w:tcW w:w="1728" w:type="dxa"/>
            <w:tcBorders>
              <w:top w:val="nil"/>
              <w:left w:val="nil"/>
              <w:bottom w:val="nil"/>
              <w:right w:val="nil"/>
            </w:tcBorders>
          </w:tcPr>
          <w:p w14:paraId="22A9B68E" w14:textId="77777777" w:rsidR="001C61CC" w:rsidRDefault="000D727A">
            <w:pPr>
              <w:spacing w:after="0" w:line="240" w:lineRule="auto"/>
              <w:jc w:val="center"/>
            </w:pPr>
            <w:r>
              <w:rPr>
                <w:sz w:val="16"/>
              </w:rPr>
              <w:t>0.948</w:t>
            </w:r>
          </w:p>
        </w:tc>
        <w:tc>
          <w:tcPr>
            <w:tcW w:w="1728" w:type="dxa"/>
            <w:tcBorders>
              <w:top w:val="nil"/>
              <w:left w:val="nil"/>
              <w:bottom w:val="nil"/>
              <w:right w:val="nil"/>
            </w:tcBorders>
          </w:tcPr>
          <w:p w14:paraId="63CD2772" w14:textId="77777777" w:rsidR="001C61CC" w:rsidRDefault="001C61CC">
            <w:pPr>
              <w:spacing w:after="0" w:line="240" w:lineRule="auto"/>
              <w:jc w:val="center"/>
            </w:pPr>
          </w:p>
        </w:tc>
      </w:tr>
      <w:tr w:rsidR="001C61CC" w14:paraId="2B6960AC" w14:textId="77777777">
        <w:tc>
          <w:tcPr>
            <w:tcW w:w="1728" w:type="dxa"/>
            <w:tcBorders>
              <w:top w:val="nil"/>
              <w:left w:val="nil"/>
              <w:bottom w:val="nil"/>
              <w:right w:val="nil"/>
            </w:tcBorders>
          </w:tcPr>
          <w:p w14:paraId="551D7571"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662F5FD7" w14:textId="77777777" w:rsidR="001C61CC" w:rsidRDefault="000D727A">
            <w:pPr>
              <w:spacing w:after="0" w:line="240" w:lineRule="auto"/>
              <w:jc w:val="center"/>
            </w:pPr>
            <w:r>
              <w:rPr>
                <w:sz w:val="16"/>
              </w:rPr>
              <w:t>418</w:t>
            </w:r>
          </w:p>
        </w:tc>
        <w:tc>
          <w:tcPr>
            <w:tcW w:w="1728" w:type="dxa"/>
            <w:tcBorders>
              <w:top w:val="nil"/>
              <w:left w:val="nil"/>
              <w:bottom w:val="nil"/>
              <w:right w:val="nil"/>
            </w:tcBorders>
          </w:tcPr>
          <w:p w14:paraId="427CBB9C" w14:textId="77777777" w:rsidR="001C61CC" w:rsidRDefault="000D727A">
            <w:pPr>
              <w:spacing w:after="0" w:line="240" w:lineRule="auto"/>
              <w:jc w:val="center"/>
            </w:pPr>
            <w:r>
              <w:rPr>
                <w:sz w:val="16"/>
              </w:rPr>
              <w:t>206</w:t>
            </w:r>
          </w:p>
        </w:tc>
        <w:tc>
          <w:tcPr>
            <w:tcW w:w="1728" w:type="dxa"/>
            <w:tcBorders>
              <w:top w:val="nil"/>
              <w:left w:val="nil"/>
              <w:bottom w:val="nil"/>
              <w:right w:val="nil"/>
            </w:tcBorders>
          </w:tcPr>
          <w:p w14:paraId="463616DB" w14:textId="77777777" w:rsidR="001C61CC" w:rsidRDefault="000D727A">
            <w:pPr>
              <w:spacing w:after="0" w:line="240" w:lineRule="auto"/>
              <w:jc w:val="center"/>
            </w:pPr>
            <w:r>
              <w:rPr>
                <w:sz w:val="16"/>
              </w:rPr>
              <w:t>1.17 (0.85, 1.61)</w:t>
            </w:r>
          </w:p>
        </w:tc>
        <w:tc>
          <w:tcPr>
            <w:tcW w:w="1728" w:type="dxa"/>
            <w:tcBorders>
              <w:top w:val="nil"/>
              <w:left w:val="nil"/>
              <w:bottom w:val="nil"/>
              <w:right w:val="nil"/>
            </w:tcBorders>
          </w:tcPr>
          <w:p w14:paraId="24179877" w14:textId="77777777" w:rsidR="001C61CC" w:rsidRDefault="000D727A">
            <w:pPr>
              <w:spacing w:after="0" w:line="240" w:lineRule="auto"/>
              <w:jc w:val="center"/>
            </w:pPr>
            <w:r>
              <w:rPr>
                <w:sz w:val="16"/>
              </w:rPr>
              <w:t>0.344</w:t>
            </w:r>
          </w:p>
        </w:tc>
        <w:tc>
          <w:tcPr>
            <w:tcW w:w="1728" w:type="dxa"/>
            <w:tcBorders>
              <w:top w:val="nil"/>
              <w:left w:val="nil"/>
              <w:bottom w:val="nil"/>
              <w:right w:val="nil"/>
            </w:tcBorders>
          </w:tcPr>
          <w:p w14:paraId="3840DCF4" w14:textId="77777777" w:rsidR="001C61CC" w:rsidRDefault="001C61CC">
            <w:pPr>
              <w:spacing w:after="0" w:line="240" w:lineRule="auto"/>
              <w:jc w:val="center"/>
            </w:pPr>
          </w:p>
        </w:tc>
      </w:tr>
      <w:tr w:rsidR="001C61CC" w14:paraId="3C18180A" w14:textId="77777777">
        <w:tc>
          <w:tcPr>
            <w:tcW w:w="1728" w:type="dxa"/>
            <w:tcBorders>
              <w:top w:val="nil"/>
              <w:left w:val="nil"/>
              <w:bottom w:val="nil"/>
              <w:right w:val="nil"/>
            </w:tcBorders>
          </w:tcPr>
          <w:p w14:paraId="04AE6CC5" w14:textId="77777777" w:rsidR="001C61CC" w:rsidRDefault="000D727A">
            <w:pPr>
              <w:spacing w:after="0" w:line="240" w:lineRule="auto"/>
            </w:pPr>
            <w:r>
              <w:rPr>
                <w:sz w:val="16"/>
              </w:rPr>
              <w:t>Working status</w:t>
            </w:r>
          </w:p>
        </w:tc>
        <w:tc>
          <w:tcPr>
            <w:tcW w:w="1728" w:type="dxa"/>
            <w:tcBorders>
              <w:top w:val="nil"/>
              <w:left w:val="nil"/>
              <w:bottom w:val="nil"/>
              <w:right w:val="nil"/>
            </w:tcBorders>
          </w:tcPr>
          <w:p w14:paraId="328F8394" w14:textId="77777777" w:rsidR="001C61CC" w:rsidRDefault="001C61CC">
            <w:pPr>
              <w:spacing w:after="0" w:line="240" w:lineRule="auto"/>
              <w:jc w:val="center"/>
            </w:pPr>
          </w:p>
        </w:tc>
        <w:tc>
          <w:tcPr>
            <w:tcW w:w="1728" w:type="dxa"/>
            <w:tcBorders>
              <w:top w:val="nil"/>
              <w:left w:val="nil"/>
              <w:bottom w:val="nil"/>
              <w:right w:val="nil"/>
            </w:tcBorders>
          </w:tcPr>
          <w:p w14:paraId="46B79F94" w14:textId="77777777" w:rsidR="001C61CC" w:rsidRDefault="001C61CC">
            <w:pPr>
              <w:spacing w:after="0" w:line="240" w:lineRule="auto"/>
              <w:jc w:val="center"/>
            </w:pPr>
          </w:p>
        </w:tc>
        <w:tc>
          <w:tcPr>
            <w:tcW w:w="1728" w:type="dxa"/>
            <w:tcBorders>
              <w:top w:val="nil"/>
              <w:left w:val="nil"/>
              <w:bottom w:val="nil"/>
              <w:right w:val="nil"/>
            </w:tcBorders>
          </w:tcPr>
          <w:p w14:paraId="0D71D04D" w14:textId="77777777" w:rsidR="001C61CC" w:rsidRDefault="001C61CC">
            <w:pPr>
              <w:spacing w:after="0" w:line="240" w:lineRule="auto"/>
              <w:jc w:val="center"/>
            </w:pPr>
          </w:p>
        </w:tc>
        <w:tc>
          <w:tcPr>
            <w:tcW w:w="1728" w:type="dxa"/>
            <w:tcBorders>
              <w:top w:val="nil"/>
              <w:left w:val="nil"/>
              <w:bottom w:val="nil"/>
              <w:right w:val="nil"/>
            </w:tcBorders>
          </w:tcPr>
          <w:p w14:paraId="6250E426" w14:textId="77777777" w:rsidR="001C61CC" w:rsidRDefault="001C61CC">
            <w:pPr>
              <w:spacing w:after="0" w:line="240" w:lineRule="auto"/>
              <w:jc w:val="center"/>
            </w:pPr>
          </w:p>
        </w:tc>
        <w:tc>
          <w:tcPr>
            <w:tcW w:w="1728" w:type="dxa"/>
            <w:tcBorders>
              <w:top w:val="nil"/>
              <w:left w:val="nil"/>
              <w:bottom w:val="nil"/>
              <w:right w:val="nil"/>
            </w:tcBorders>
          </w:tcPr>
          <w:p w14:paraId="544D7F43" w14:textId="77777777" w:rsidR="001C61CC" w:rsidRDefault="000D727A">
            <w:pPr>
              <w:spacing w:after="0" w:line="240" w:lineRule="auto"/>
              <w:jc w:val="center"/>
            </w:pPr>
            <w:r>
              <w:rPr>
                <w:sz w:val="16"/>
              </w:rPr>
              <w:t>0.454</w:t>
            </w:r>
          </w:p>
        </w:tc>
      </w:tr>
      <w:tr w:rsidR="001C61CC" w14:paraId="23334215" w14:textId="77777777">
        <w:tc>
          <w:tcPr>
            <w:tcW w:w="1728" w:type="dxa"/>
            <w:tcBorders>
              <w:top w:val="nil"/>
              <w:left w:val="nil"/>
              <w:bottom w:val="nil"/>
              <w:right w:val="nil"/>
            </w:tcBorders>
          </w:tcPr>
          <w:p w14:paraId="035F044A"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6F343763" w14:textId="77777777" w:rsidR="001C61CC" w:rsidRDefault="000D727A">
            <w:pPr>
              <w:spacing w:after="0" w:line="240" w:lineRule="auto"/>
              <w:jc w:val="center"/>
            </w:pPr>
            <w:r>
              <w:rPr>
                <w:sz w:val="16"/>
              </w:rPr>
              <w:t>1171</w:t>
            </w:r>
          </w:p>
        </w:tc>
        <w:tc>
          <w:tcPr>
            <w:tcW w:w="1728" w:type="dxa"/>
            <w:tcBorders>
              <w:top w:val="nil"/>
              <w:left w:val="nil"/>
              <w:bottom w:val="nil"/>
              <w:right w:val="nil"/>
            </w:tcBorders>
          </w:tcPr>
          <w:p w14:paraId="413DCD1F" w14:textId="77777777" w:rsidR="001C61CC" w:rsidRDefault="000D727A">
            <w:pPr>
              <w:spacing w:after="0" w:line="240" w:lineRule="auto"/>
              <w:jc w:val="center"/>
            </w:pPr>
            <w:r>
              <w:rPr>
                <w:sz w:val="16"/>
              </w:rPr>
              <w:t>547</w:t>
            </w:r>
          </w:p>
        </w:tc>
        <w:tc>
          <w:tcPr>
            <w:tcW w:w="1728" w:type="dxa"/>
            <w:tcBorders>
              <w:top w:val="nil"/>
              <w:left w:val="nil"/>
              <w:bottom w:val="nil"/>
              <w:right w:val="nil"/>
            </w:tcBorders>
          </w:tcPr>
          <w:p w14:paraId="7AF2F759" w14:textId="77777777" w:rsidR="001C61CC" w:rsidRDefault="000D727A">
            <w:pPr>
              <w:spacing w:after="0" w:line="240" w:lineRule="auto"/>
              <w:jc w:val="center"/>
            </w:pPr>
            <w:r>
              <w:rPr>
                <w:sz w:val="16"/>
              </w:rPr>
              <w:t>0.96 (0.79, 1.17)</w:t>
            </w:r>
          </w:p>
        </w:tc>
        <w:tc>
          <w:tcPr>
            <w:tcW w:w="1728" w:type="dxa"/>
            <w:tcBorders>
              <w:top w:val="nil"/>
              <w:left w:val="nil"/>
              <w:bottom w:val="nil"/>
              <w:right w:val="nil"/>
            </w:tcBorders>
          </w:tcPr>
          <w:p w14:paraId="56081069" w14:textId="77777777" w:rsidR="001C61CC" w:rsidRDefault="000D727A">
            <w:pPr>
              <w:spacing w:after="0" w:line="240" w:lineRule="auto"/>
              <w:jc w:val="center"/>
            </w:pPr>
            <w:r>
              <w:rPr>
                <w:sz w:val="16"/>
              </w:rPr>
              <w:t>0.715</w:t>
            </w:r>
          </w:p>
        </w:tc>
        <w:tc>
          <w:tcPr>
            <w:tcW w:w="1728" w:type="dxa"/>
            <w:tcBorders>
              <w:top w:val="nil"/>
              <w:left w:val="nil"/>
              <w:bottom w:val="nil"/>
              <w:right w:val="nil"/>
            </w:tcBorders>
          </w:tcPr>
          <w:p w14:paraId="0E6A6862" w14:textId="77777777" w:rsidR="001C61CC" w:rsidRDefault="001C61CC">
            <w:pPr>
              <w:spacing w:after="0" w:line="240" w:lineRule="auto"/>
              <w:jc w:val="center"/>
            </w:pPr>
          </w:p>
        </w:tc>
      </w:tr>
      <w:tr w:rsidR="001C61CC" w14:paraId="3DBD94A4" w14:textId="77777777">
        <w:tc>
          <w:tcPr>
            <w:tcW w:w="1728" w:type="dxa"/>
            <w:tcBorders>
              <w:top w:val="nil"/>
              <w:left w:val="nil"/>
              <w:bottom w:val="nil"/>
              <w:right w:val="nil"/>
            </w:tcBorders>
          </w:tcPr>
          <w:p w14:paraId="007AE83D"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062C2004" w14:textId="77777777" w:rsidR="001C61CC" w:rsidRDefault="000D727A">
            <w:pPr>
              <w:spacing w:after="0" w:line="240" w:lineRule="auto"/>
              <w:jc w:val="center"/>
            </w:pPr>
            <w:r>
              <w:rPr>
                <w:sz w:val="16"/>
              </w:rPr>
              <w:t>1926</w:t>
            </w:r>
          </w:p>
        </w:tc>
        <w:tc>
          <w:tcPr>
            <w:tcW w:w="1728" w:type="dxa"/>
            <w:tcBorders>
              <w:top w:val="nil"/>
              <w:left w:val="nil"/>
              <w:bottom w:val="nil"/>
              <w:right w:val="nil"/>
            </w:tcBorders>
          </w:tcPr>
          <w:p w14:paraId="65D4E13D" w14:textId="77777777" w:rsidR="001C61CC" w:rsidRDefault="000D727A">
            <w:pPr>
              <w:spacing w:after="0" w:line="240" w:lineRule="auto"/>
              <w:jc w:val="center"/>
            </w:pPr>
            <w:r>
              <w:rPr>
                <w:sz w:val="16"/>
              </w:rPr>
              <w:t>980</w:t>
            </w:r>
          </w:p>
        </w:tc>
        <w:tc>
          <w:tcPr>
            <w:tcW w:w="1728" w:type="dxa"/>
            <w:tcBorders>
              <w:top w:val="nil"/>
              <w:left w:val="nil"/>
              <w:bottom w:val="nil"/>
              <w:right w:val="nil"/>
            </w:tcBorders>
          </w:tcPr>
          <w:p w14:paraId="32D1D7CE" w14:textId="77777777" w:rsidR="001C61CC" w:rsidRDefault="000D727A">
            <w:pPr>
              <w:spacing w:after="0" w:line="240" w:lineRule="auto"/>
              <w:jc w:val="center"/>
            </w:pPr>
            <w:r>
              <w:rPr>
                <w:sz w:val="16"/>
              </w:rPr>
              <w:t>0.99 (0.85, 1.14)</w:t>
            </w:r>
          </w:p>
        </w:tc>
        <w:tc>
          <w:tcPr>
            <w:tcW w:w="1728" w:type="dxa"/>
            <w:tcBorders>
              <w:top w:val="nil"/>
              <w:left w:val="nil"/>
              <w:bottom w:val="nil"/>
              <w:right w:val="nil"/>
            </w:tcBorders>
          </w:tcPr>
          <w:p w14:paraId="3750D0FA" w14:textId="77777777" w:rsidR="001C61CC" w:rsidRDefault="000D727A">
            <w:pPr>
              <w:spacing w:after="0" w:line="240" w:lineRule="auto"/>
              <w:jc w:val="center"/>
            </w:pPr>
            <w:r>
              <w:rPr>
                <w:sz w:val="16"/>
              </w:rPr>
              <w:t>0.844</w:t>
            </w:r>
          </w:p>
        </w:tc>
        <w:tc>
          <w:tcPr>
            <w:tcW w:w="1728" w:type="dxa"/>
            <w:tcBorders>
              <w:top w:val="nil"/>
              <w:left w:val="nil"/>
              <w:bottom w:val="nil"/>
              <w:right w:val="nil"/>
            </w:tcBorders>
          </w:tcPr>
          <w:p w14:paraId="326DEA2D" w14:textId="77777777" w:rsidR="001C61CC" w:rsidRDefault="001C61CC">
            <w:pPr>
              <w:spacing w:after="0" w:line="240" w:lineRule="auto"/>
              <w:jc w:val="center"/>
            </w:pPr>
          </w:p>
        </w:tc>
      </w:tr>
      <w:tr w:rsidR="001C61CC" w14:paraId="028AA70A" w14:textId="77777777">
        <w:tc>
          <w:tcPr>
            <w:tcW w:w="1728" w:type="dxa"/>
            <w:tcBorders>
              <w:top w:val="nil"/>
              <w:left w:val="nil"/>
              <w:bottom w:val="nil"/>
              <w:right w:val="nil"/>
            </w:tcBorders>
          </w:tcPr>
          <w:p w14:paraId="2CFC3EAE" w14:textId="77777777" w:rsidR="001C61CC" w:rsidRDefault="000D727A">
            <w:pPr>
              <w:spacing w:after="0" w:line="240" w:lineRule="auto"/>
            </w:pPr>
            <w:r>
              <w:rPr>
                <w:sz w:val="16"/>
              </w:rPr>
              <w:t>Self-rated health</w:t>
            </w:r>
          </w:p>
        </w:tc>
        <w:tc>
          <w:tcPr>
            <w:tcW w:w="1728" w:type="dxa"/>
            <w:tcBorders>
              <w:top w:val="nil"/>
              <w:left w:val="nil"/>
              <w:bottom w:val="nil"/>
              <w:right w:val="nil"/>
            </w:tcBorders>
          </w:tcPr>
          <w:p w14:paraId="63FD70A6" w14:textId="77777777" w:rsidR="001C61CC" w:rsidRDefault="001C61CC">
            <w:pPr>
              <w:spacing w:after="0" w:line="240" w:lineRule="auto"/>
              <w:jc w:val="center"/>
            </w:pPr>
          </w:p>
        </w:tc>
        <w:tc>
          <w:tcPr>
            <w:tcW w:w="1728" w:type="dxa"/>
            <w:tcBorders>
              <w:top w:val="nil"/>
              <w:left w:val="nil"/>
              <w:bottom w:val="nil"/>
              <w:right w:val="nil"/>
            </w:tcBorders>
          </w:tcPr>
          <w:p w14:paraId="0CD78F89" w14:textId="77777777" w:rsidR="001C61CC" w:rsidRDefault="001C61CC">
            <w:pPr>
              <w:spacing w:after="0" w:line="240" w:lineRule="auto"/>
              <w:jc w:val="center"/>
            </w:pPr>
          </w:p>
        </w:tc>
        <w:tc>
          <w:tcPr>
            <w:tcW w:w="1728" w:type="dxa"/>
            <w:tcBorders>
              <w:top w:val="nil"/>
              <w:left w:val="nil"/>
              <w:bottom w:val="nil"/>
              <w:right w:val="nil"/>
            </w:tcBorders>
          </w:tcPr>
          <w:p w14:paraId="44AA3E94" w14:textId="77777777" w:rsidR="001C61CC" w:rsidRDefault="001C61CC">
            <w:pPr>
              <w:spacing w:after="0" w:line="240" w:lineRule="auto"/>
              <w:jc w:val="center"/>
            </w:pPr>
          </w:p>
        </w:tc>
        <w:tc>
          <w:tcPr>
            <w:tcW w:w="1728" w:type="dxa"/>
            <w:tcBorders>
              <w:top w:val="nil"/>
              <w:left w:val="nil"/>
              <w:bottom w:val="nil"/>
              <w:right w:val="nil"/>
            </w:tcBorders>
          </w:tcPr>
          <w:p w14:paraId="522F9C5D" w14:textId="77777777" w:rsidR="001C61CC" w:rsidRDefault="001C61CC">
            <w:pPr>
              <w:spacing w:after="0" w:line="240" w:lineRule="auto"/>
              <w:jc w:val="center"/>
            </w:pPr>
          </w:p>
        </w:tc>
        <w:tc>
          <w:tcPr>
            <w:tcW w:w="1728" w:type="dxa"/>
            <w:tcBorders>
              <w:top w:val="nil"/>
              <w:left w:val="nil"/>
              <w:bottom w:val="nil"/>
              <w:right w:val="nil"/>
            </w:tcBorders>
          </w:tcPr>
          <w:p w14:paraId="078E8B82" w14:textId="77777777" w:rsidR="001C61CC" w:rsidRDefault="000D727A">
            <w:pPr>
              <w:spacing w:after="0" w:line="240" w:lineRule="auto"/>
              <w:jc w:val="center"/>
            </w:pPr>
            <w:r>
              <w:rPr>
                <w:sz w:val="16"/>
              </w:rPr>
              <w:t>0.444</w:t>
            </w:r>
          </w:p>
        </w:tc>
      </w:tr>
      <w:tr w:rsidR="001C61CC" w14:paraId="69F2C1B3" w14:textId="77777777">
        <w:tc>
          <w:tcPr>
            <w:tcW w:w="1728" w:type="dxa"/>
            <w:tcBorders>
              <w:top w:val="nil"/>
              <w:left w:val="nil"/>
              <w:bottom w:val="nil"/>
              <w:right w:val="nil"/>
            </w:tcBorders>
          </w:tcPr>
          <w:p w14:paraId="1C36CF93" w14:textId="77777777" w:rsidR="001C61CC" w:rsidRDefault="000D727A">
            <w:pPr>
              <w:spacing w:after="0" w:line="240" w:lineRule="auto"/>
            </w:pPr>
            <w:r>
              <w:rPr>
                <w:sz w:val="16"/>
              </w:rPr>
              <w:t xml:space="preserve">  Good</w:t>
            </w:r>
          </w:p>
        </w:tc>
        <w:tc>
          <w:tcPr>
            <w:tcW w:w="1728" w:type="dxa"/>
            <w:tcBorders>
              <w:top w:val="nil"/>
              <w:left w:val="nil"/>
              <w:bottom w:val="nil"/>
              <w:right w:val="nil"/>
            </w:tcBorders>
          </w:tcPr>
          <w:p w14:paraId="7DC602EF" w14:textId="77777777" w:rsidR="001C61CC" w:rsidRDefault="000D727A">
            <w:pPr>
              <w:spacing w:after="0" w:line="240" w:lineRule="auto"/>
              <w:jc w:val="center"/>
            </w:pPr>
            <w:r>
              <w:rPr>
                <w:sz w:val="16"/>
              </w:rPr>
              <w:t>330</w:t>
            </w:r>
          </w:p>
        </w:tc>
        <w:tc>
          <w:tcPr>
            <w:tcW w:w="1728" w:type="dxa"/>
            <w:tcBorders>
              <w:top w:val="nil"/>
              <w:left w:val="nil"/>
              <w:bottom w:val="nil"/>
              <w:right w:val="nil"/>
            </w:tcBorders>
          </w:tcPr>
          <w:p w14:paraId="306B7513" w14:textId="77777777" w:rsidR="001C61CC" w:rsidRDefault="000D727A">
            <w:pPr>
              <w:spacing w:after="0" w:line="240" w:lineRule="auto"/>
              <w:jc w:val="center"/>
            </w:pPr>
            <w:r>
              <w:rPr>
                <w:sz w:val="16"/>
              </w:rPr>
              <w:t>218</w:t>
            </w:r>
          </w:p>
        </w:tc>
        <w:tc>
          <w:tcPr>
            <w:tcW w:w="1728" w:type="dxa"/>
            <w:tcBorders>
              <w:top w:val="nil"/>
              <w:left w:val="nil"/>
              <w:bottom w:val="nil"/>
              <w:right w:val="nil"/>
            </w:tcBorders>
          </w:tcPr>
          <w:p w14:paraId="25772342" w14:textId="77777777" w:rsidR="001C61CC" w:rsidRDefault="000D727A">
            <w:pPr>
              <w:spacing w:after="0" w:line="240" w:lineRule="auto"/>
              <w:jc w:val="center"/>
            </w:pPr>
            <w:r>
              <w:rPr>
                <w:sz w:val="16"/>
              </w:rPr>
              <w:t>1.19 (0.86, 1.63)</w:t>
            </w:r>
          </w:p>
        </w:tc>
        <w:tc>
          <w:tcPr>
            <w:tcW w:w="1728" w:type="dxa"/>
            <w:tcBorders>
              <w:top w:val="nil"/>
              <w:left w:val="nil"/>
              <w:bottom w:val="nil"/>
              <w:right w:val="nil"/>
            </w:tcBorders>
          </w:tcPr>
          <w:p w14:paraId="66906E25" w14:textId="77777777" w:rsidR="001C61CC" w:rsidRDefault="000D727A">
            <w:pPr>
              <w:spacing w:after="0" w:line="240" w:lineRule="auto"/>
              <w:jc w:val="center"/>
            </w:pPr>
            <w:r>
              <w:rPr>
                <w:sz w:val="16"/>
              </w:rPr>
              <w:t>0.288</w:t>
            </w:r>
          </w:p>
        </w:tc>
        <w:tc>
          <w:tcPr>
            <w:tcW w:w="1728" w:type="dxa"/>
            <w:tcBorders>
              <w:top w:val="nil"/>
              <w:left w:val="nil"/>
              <w:bottom w:val="nil"/>
              <w:right w:val="nil"/>
            </w:tcBorders>
          </w:tcPr>
          <w:p w14:paraId="4DDE731B" w14:textId="77777777" w:rsidR="001C61CC" w:rsidRDefault="001C61CC">
            <w:pPr>
              <w:spacing w:after="0" w:line="240" w:lineRule="auto"/>
              <w:jc w:val="center"/>
            </w:pPr>
          </w:p>
        </w:tc>
      </w:tr>
      <w:tr w:rsidR="001C61CC" w14:paraId="3B546BEB" w14:textId="77777777">
        <w:tc>
          <w:tcPr>
            <w:tcW w:w="1728" w:type="dxa"/>
            <w:tcBorders>
              <w:top w:val="nil"/>
              <w:left w:val="nil"/>
              <w:bottom w:val="nil"/>
              <w:right w:val="nil"/>
            </w:tcBorders>
          </w:tcPr>
          <w:p w14:paraId="20FDE9A3" w14:textId="77777777" w:rsidR="001C61CC" w:rsidRDefault="000D727A">
            <w:pPr>
              <w:spacing w:after="0" w:line="240" w:lineRule="auto"/>
            </w:pPr>
            <w:r>
              <w:rPr>
                <w:sz w:val="16"/>
              </w:rPr>
              <w:t xml:space="preserve">  Fair</w:t>
            </w:r>
          </w:p>
        </w:tc>
        <w:tc>
          <w:tcPr>
            <w:tcW w:w="1728" w:type="dxa"/>
            <w:tcBorders>
              <w:top w:val="nil"/>
              <w:left w:val="nil"/>
              <w:bottom w:val="nil"/>
              <w:right w:val="nil"/>
            </w:tcBorders>
          </w:tcPr>
          <w:p w14:paraId="47F8E47C" w14:textId="77777777" w:rsidR="001C61CC" w:rsidRDefault="000D727A">
            <w:pPr>
              <w:spacing w:after="0" w:line="240" w:lineRule="auto"/>
              <w:jc w:val="center"/>
            </w:pPr>
            <w:r>
              <w:rPr>
                <w:sz w:val="16"/>
              </w:rPr>
              <w:t>1527</w:t>
            </w:r>
          </w:p>
        </w:tc>
        <w:tc>
          <w:tcPr>
            <w:tcW w:w="1728" w:type="dxa"/>
            <w:tcBorders>
              <w:top w:val="nil"/>
              <w:left w:val="nil"/>
              <w:bottom w:val="nil"/>
              <w:right w:val="nil"/>
            </w:tcBorders>
          </w:tcPr>
          <w:p w14:paraId="326253D2" w14:textId="77777777" w:rsidR="001C61CC" w:rsidRDefault="000D727A">
            <w:pPr>
              <w:spacing w:after="0" w:line="240" w:lineRule="auto"/>
              <w:jc w:val="center"/>
            </w:pPr>
            <w:r>
              <w:rPr>
                <w:sz w:val="16"/>
              </w:rPr>
              <w:t>762</w:t>
            </w:r>
          </w:p>
        </w:tc>
        <w:tc>
          <w:tcPr>
            <w:tcW w:w="1728" w:type="dxa"/>
            <w:tcBorders>
              <w:top w:val="nil"/>
              <w:left w:val="nil"/>
              <w:bottom w:val="nil"/>
              <w:right w:val="nil"/>
            </w:tcBorders>
          </w:tcPr>
          <w:p w14:paraId="013672EA" w14:textId="77777777" w:rsidR="001C61CC" w:rsidRDefault="000D727A">
            <w:pPr>
              <w:spacing w:after="0" w:line="240" w:lineRule="auto"/>
              <w:jc w:val="center"/>
            </w:pPr>
            <w:r>
              <w:rPr>
                <w:sz w:val="16"/>
              </w:rPr>
              <w:t>1.02 (0.86, 1.20)</w:t>
            </w:r>
          </w:p>
        </w:tc>
        <w:tc>
          <w:tcPr>
            <w:tcW w:w="1728" w:type="dxa"/>
            <w:tcBorders>
              <w:top w:val="nil"/>
              <w:left w:val="nil"/>
              <w:bottom w:val="nil"/>
              <w:right w:val="nil"/>
            </w:tcBorders>
          </w:tcPr>
          <w:p w14:paraId="20E32365" w14:textId="77777777" w:rsidR="001C61CC" w:rsidRDefault="000D727A">
            <w:pPr>
              <w:spacing w:after="0" w:line="240" w:lineRule="auto"/>
              <w:jc w:val="center"/>
            </w:pPr>
            <w:r>
              <w:rPr>
                <w:sz w:val="16"/>
              </w:rPr>
              <w:t>0.852</w:t>
            </w:r>
          </w:p>
        </w:tc>
        <w:tc>
          <w:tcPr>
            <w:tcW w:w="1728" w:type="dxa"/>
            <w:tcBorders>
              <w:top w:val="nil"/>
              <w:left w:val="nil"/>
              <w:bottom w:val="nil"/>
              <w:right w:val="nil"/>
            </w:tcBorders>
          </w:tcPr>
          <w:p w14:paraId="44D1AFDC" w14:textId="77777777" w:rsidR="001C61CC" w:rsidRDefault="001C61CC">
            <w:pPr>
              <w:spacing w:after="0" w:line="240" w:lineRule="auto"/>
              <w:jc w:val="center"/>
            </w:pPr>
          </w:p>
        </w:tc>
      </w:tr>
      <w:tr w:rsidR="001C61CC" w14:paraId="5D580C19" w14:textId="77777777">
        <w:tc>
          <w:tcPr>
            <w:tcW w:w="1728" w:type="dxa"/>
            <w:tcBorders>
              <w:top w:val="nil"/>
              <w:left w:val="nil"/>
              <w:bottom w:val="nil"/>
              <w:right w:val="nil"/>
            </w:tcBorders>
          </w:tcPr>
          <w:p w14:paraId="30BCE233" w14:textId="77777777" w:rsidR="001C61CC" w:rsidRDefault="000D727A">
            <w:pPr>
              <w:spacing w:after="0" w:line="240" w:lineRule="auto"/>
            </w:pPr>
            <w:r>
              <w:rPr>
                <w:sz w:val="16"/>
              </w:rPr>
              <w:t xml:space="preserve">  Poor</w:t>
            </w:r>
          </w:p>
        </w:tc>
        <w:tc>
          <w:tcPr>
            <w:tcW w:w="1728" w:type="dxa"/>
            <w:tcBorders>
              <w:top w:val="nil"/>
              <w:left w:val="nil"/>
              <w:bottom w:val="nil"/>
              <w:right w:val="nil"/>
            </w:tcBorders>
          </w:tcPr>
          <w:p w14:paraId="593E9179" w14:textId="77777777" w:rsidR="001C61CC" w:rsidRDefault="000D727A">
            <w:pPr>
              <w:spacing w:after="0" w:line="240" w:lineRule="auto"/>
              <w:jc w:val="center"/>
            </w:pPr>
            <w:r>
              <w:rPr>
                <w:sz w:val="16"/>
              </w:rPr>
              <w:t>706</w:t>
            </w:r>
          </w:p>
        </w:tc>
        <w:tc>
          <w:tcPr>
            <w:tcW w:w="1728" w:type="dxa"/>
            <w:tcBorders>
              <w:top w:val="nil"/>
              <w:left w:val="nil"/>
              <w:bottom w:val="nil"/>
              <w:right w:val="nil"/>
            </w:tcBorders>
          </w:tcPr>
          <w:p w14:paraId="505FABB8" w14:textId="77777777" w:rsidR="001C61CC" w:rsidRDefault="000D727A">
            <w:pPr>
              <w:spacing w:after="0" w:line="240" w:lineRule="auto"/>
              <w:jc w:val="center"/>
            </w:pPr>
            <w:r>
              <w:rPr>
                <w:sz w:val="16"/>
              </w:rPr>
              <w:t>282</w:t>
            </w:r>
          </w:p>
        </w:tc>
        <w:tc>
          <w:tcPr>
            <w:tcW w:w="1728" w:type="dxa"/>
            <w:tcBorders>
              <w:top w:val="nil"/>
              <w:left w:val="nil"/>
              <w:bottom w:val="nil"/>
              <w:right w:val="nil"/>
            </w:tcBorders>
          </w:tcPr>
          <w:p w14:paraId="014B86BE" w14:textId="77777777" w:rsidR="001C61CC" w:rsidRDefault="000D727A">
            <w:pPr>
              <w:spacing w:after="0" w:line="240" w:lineRule="auto"/>
              <w:jc w:val="center"/>
            </w:pPr>
            <w:r>
              <w:rPr>
                <w:sz w:val="16"/>
              </w:rPr>
              <w:t>0.87 (0.65, 1.17)</w:t>
            </w:r>
          </w:p>
        </w:tc>
        <w:tc>
          <w:tcPr>
            <w:tcW w:w="1728" w:type="dxa"/>
            <w:tcBorders>
              <w:top w:val="nil"/>
              <w:left w:val="nil"/>
              <w:bottom w:val="nil"/>
              <w:right w:val="nil"/>
            </w:tcBorders>
          </w:tcPr>
          <w:p w14:paraId="497CD2C8" w14:textId="77777777" w:rsidR="001C61CC" w:rsidRDefault="000D727A">
            <w:pPr>
              <w:spacing w:after="0" w:line="240" w:lineRule="auto"/>
              <w:jc w:val="center"/>
            </w:pPr>
            <w:r>
              <w:rPr>
                <w:sz w:val="16"/>
              </w:rPr>
              <w:t>0.350</w:t>
            </w:r>
          </w:p>
        </w:tc>
        <w:tc>
          <w:tcPr>
            <w:tcW w:w="1728" w:type="dxa"/>
            <w:tcBorders>
              <w:top w:val="nil"/>
              <w:left w:val="nil"/>
              <w:bottom w:val="nil"/>
              <w:right w:val="nil"/>
            </w:tcBorders>
          </w:tcPr>
          <w:p w14:paraId="54AF1F7E" w14:textId="77777777" w:rsidR="001C61CC" w:rsidRDefault="001C61CC">
            <w:pPr>
              <w:spacing w:after="0" w:line="240" w:lineRule="auto"/>
              <w:jc w:val="center"/>
            </w:pPr>
          </w:p>
        </w:tc>
      </w:tr>
      <w:tr w:rsidR="001C61CC" w14:paraId="52868355" w14:textId="77777777">
        <w:tc>
          <w:tcPr>
            <w:tcW w:w="1728" w:type="dxa"/>
            <w:tcBorders>
              <w:top w:val="nil"/>
              <w:left w:val="nil"/>
              <w:bottom w:val="nil"/>
              <w:right w:val="nil"/>
            </w:tcBorders>
          </w:tcPr>
          <w:p w14:paraId="15D5076E" w14:textId="77777777" w:rsidR="001C61CC" w:rsidRDefault="000D727A">
            <w:pPr>
              <w:spacing w:after="0" w:line="240" w:lineRule="auto"/>
            </w:pPr>
            <w:r>
              <w:rPr>
                <w:sz w:val="16"/>
              </w:rPr>
              <w:t>Night sleep duration</w:t>
            </w:r>
          </w:p>
        </w:tc>
        <w:tc>
          <w:tcPr>
            <w:tcW w:w="1728" w:type="dxa"/>
            <w:tcBorders>
              <w:top w:val="nil"/>
              <w:left w:val="nil"/>
              <w:bottom w:val="nil"/>
              <w:right w:val="nil"/>
            </w:tcBorders>
          </w:tcPr>
          <w:p w14:paraId="288AD377" w14:textId="77777777" w:rsidR="001C61CC" w:rsidRDefault="001C61CC">
            <w:pPr>
              <w:spacing w:after="0" w:line="240" w:lineRule="auto"/>
              <w:jc w:val="center"/>
            </w:pPr>
          </w:p>
        </w:tc>
        <w:tc>
          <w:tcPr>
            <w:tcW w:w="1728" w:type="dxa"/>
            <w:tcBorders>
              <w:top w:val="nil"/>
              <w:left w:val="nil"/>
              <w:bottom w:val="nil"/>
              <w:right w:val="nil"/>
            </w:tcBorders>
          </w:tcPr>
          <w:p w14:paraId="70DF4129" w14:textId="77777777" w:rsidR="001C61CC" w:rsidRDefault="001C61CC">
            <w:pPr>
              <w:spacing w:after="0" w:line="240" w:lineRule="auto"/>
              <w:jc w:val="center"/>
            </w:pPr>
          </w:p>
        </w:tc>
        <w:tc>
          <w:tcPr>
            <w:tcW w:w="1728" w:type="dxa"/>
            <w:tcBorders>
              <w:top w:val="nil"/>
              <w:left w:val="nil"/>
              <w:bottom w:val="nil"/>
              <w:right w:val="nil"/>
            </w:tcBorders>
          </w:tcPr>
          <w:p w14:paraId="3FD3C64B" w14:textId="77777777" w:rsidR="001C61CC" w:rsidRDefault="001C61CC">
            <w:pPr>
              <w:spacing w:after="0" w:line="240" w:lineRule="auto"/>
              <w:jc w:val="center"/>
            </w:pPr>
          </w:p>
        </w:tc>
        <w:tc>
          <w:tcPr>
            <w:tcW w:w="1728" w:type="dxa"/>
            <w:tcBorders>
              <w:top w:val="nil"/>
              <w:left w:val="nil"/>
              <w:bottom w:val="nil"/>
              <w:right w:val="nil"/>
            </w:tcBorders>
          </w:tcPr>
          <w:p w14:paraId="3A6B0396" w14:textId="77777777" w:rsidR="001C61CC" w:rsidRDefault="001C61CC">
            <w:pPr>
              <w:spacing w:after="0" w:line="240" w:lineRule="auto"/>
              <w:jc w:val="center"/>
            </w:pPr>
          </w:p>
        </w:tc>
        <w:tc>
          <w:tcPr>
            <w:tcW w:w="1728" w:type="dxa"/>
            <w:tcBorders>
              <w:top w:val="nil"/>
              <w:left w:val="nil"/>
              <w:bottom w:val="nil"/>
              <w:right w:val="nil"/>
            </w:tcBorders>
          </w:tcPr>
          <w:p w14:paraId="36757140" w14:textId="77777777" w:rsidR="001C61CC" w:rsidRDefault="000D727A">
            <w:pPr>
              <w:spacing w:after="0" w:line="240" w:lineRule="auto"/>
              <w:jc w:val="center"/>
            </w:pPr>
            <w:r>
              <w:rPr>
                <w:sz w:val="16"/>
              </w:rPr>
              <w:t>0.559</w:t>
            </w:r>
          </w:p>
        </w:tc>
      </w:tr>
      <w:tr w:rsidR="001C61CC" w14:paraId="4EF150CD" w14:textId="77777777">
        <w:tc>
          <w:tcPr>
            <w:tcW w:w="1728" w:type="dxa"/>
            <w:tcBorders>
              <w:top w:val="nil"/>
              <w:left w:val="nil"/>
              <w:bottom w:val="nil"/>
              <w:right w:val="nil"/>
            </w:tcBorders>
          </w:tcPr>
          <w:p w14:paraId="0D6940FA" w14:textId="77777777" w:rsidR="001C61CC" w:rsidRDefault="000D727A">
            <w:pPr>
              <w:spacing w:after="0" w:line="240" w:lineRule="auto"/>
            </w:pPr>
            <w:r>
              <w:rPr>
                <w:sz w:val="16"/>
              </w:rPr>
              <w:t xml:space="preserve">  &lt;6 h</w:t>
            </w:r>
          </w:p>
        </w:tc>
        <w:tc>
          <w:tcPr>
            <w:tcW w:w="1728" w:type="dxa"/>
            <w:tcBorders>
              <w:top w:val="nil"/>
              <w:left w:val="nil"/>
              <w:bottom w:val="nil"/>
              <w:right w:val="nil"/>
            </w:tcBorders>
          </w:tcPr>
          <w:p w14:paraId="19EE7C48" w14:textId="77777777" w:rsidR="001C61CC" w:rsidRDefault="000D727A">
            <w:pPr>
              <w:spacing w:after="0" w:line="240" w:lineRule="auto"/>
              <w:jc w:val="center"/>
            </w:pPr>
            <w:r>
              <w:rPr>
                <w:sz w:val="16"/>
              </w:rPr>
              <w:t>718</w:t>
            </w:r>
          </w:p>
        </w:tc>
        <w:tc>
          <w:tcPr>
            <w:tcW w:w="1728" w:type="dxa"/>
            <w:tcBorders>
              <w:top w:val="nil"/>
              <w:left w:val="nil"/>
              <w:bottom w:val="nil"/>
              <w:right w:val="nil"/>
            </w:tcBorders>
          </w:tcPr>
          <w:p w14:paraId="6D22983E" w14:textId="77777777" w:rsidR="001C61CC" w:rsidRDefault="000D727A">
            <w:pPr>
              <w:spacing w:after="0" w:line="240" w:lineRule="auto"/>
              <w:jc w:val="center"/>
            </w:pPr>
            <w:r>
              <w:rPr>
                <w:sz w:val="16"/>
              </w:rPr>
              <w:t>404</w:t>
            </w:r>
          </w:p>
        </w:tc>
        <w:tc>
          <w:tcPr>
            <w:tcW w:w="1728" w:type="dxa"/>
            <w:tcBorders>
              <w:top w:val="nil"/>
              <w:left w:val="nil"/>
              <w:bottom w:val="nil"/>
              <w:right w:val="nil"/>
            </w:tcBorders>
          </w:tcPr>
          <w:p w14:paraId="6337644E" w14:textId="77777777" w:rsidR="001C61CC" w:rsidRDefault="000D727A">
            <w:pPr>
              <w:spacing w:after="0" w:line="240" w:lineRule="auto"/>
              <w:jc w:val="center"/>
            </w:pPr>
            <w:r>
              <w:rPr>
                <w:sz w:val="16"/>
              </w:rPr>
              <w:t>1.08 (0.86, 1.36)</w:t>
            </w:r>
          </w:p>
        </w:tc>
        <w:tc>
          <w:tcPr>
            <w:tcW w:w="1728" w:type="dxa"/>
            <w:tcBorders>
              <w:top w:val="nil"/>
              <w:left w:val="nil"/>
              <w:bottom w:val="nil"/>
              <w:right w:val="nil"/>
            </w:tcBorders>
          </w:tcPr>
          <w:p w14:paraId="5F0FDFD2" w14:textId="77777777" w:rsidR="001C61CC" w:rsidRDefault="000D727A">
            <w:pPr>
              <w:spacing w:after="0" w:line="240" w:lineRule="auto"/>
              <w:jc w:val="center"/>
            </w:pPr>
            <w:r>
              <w:rPr>
                <w:sz w:val="16"/>
              </w:rPr>
              <w:t>0.498</w:t>
            </w:r>
          </w:p>
        </w:tc>
        <w:tc>
          <w:tcPr>
            <w:tcW w:w="1728" w:type="dxa"/>
            <w:tcBorders>
              <w:top w:val="nil"/>
              <w:left w:val="nil"/>
              <w:bottom w:val="nil"/>
              <w:right w:val="nil"/>
            </w:tcBorders>
          </w:tcPr>
          <w:p w14:paraId="7F0A732C" w14:textId="77777777" w:rsidR="001C61CC" w:rsidRDefault="001C61CC">
            <w:pPr>
              <w:spacing w:after="0" w:line="240" w:lineRule="auto"/>
              <w:jc w:val="center"/>
            </w:pPr>
          </w:p>
        </w:tc>
      </w:tr>
      <w:tr w:rsidR="001C61CC" w14:paraId="476FDB43" w14:textId="77777777">
        <w:tc>
          <w:tcPr>
            <w:tcW w:w="1728" w:type="dxa"/>
            <w:tcBorders>
              <w:top w:val="nil"/>
              <w:left w:val="nil"/>
              <w:bottom w:val="nil"/>
              <w:right w:val="nil"/>
            </w:tcBorders>
          </w:tcPr>
          <w:p w14:paraId="1AB59F04" w14:textId="77777777" w:rsidR="001C61CC" w:rsidRDefault="000D727A">
            <w:pPr>
              <w:spacing w:after="0" w:line="240" w:lineRule="auto"/>
            </w:pPr>
            <w:r>
              <w:rPr>
                <w:sz w:val="16"/>
              </w:rPr>
              <w:t xml:space="preserve">  6-8 h</w:t>
            </w:r>
          </w:p>
        </w:tc>
        <w:tc>
          <w:tcPr>
            <w:tcW w:w="1728" w:type="dxa"/>
            <w:tcBorders>
              <w:top w:val="nil"/>
              <w:left w:val="nil"/>
              <w:bottom w:val="nil"/>
              <w:right w:val="nil"/>
            </w:tcBorders>
          </w:tcPr>
          <w:p w14:paraId="44A22E6D" w14:textId="77777777" w:rsidR="001C61CC" w:rsidRDefault="000D727A">
            <w:pPr>
              <w:spacing w:after="0" w:line="240" w:lineRule="auto"/>
              <w:jc w:val="center"/>
            </w:pPr>
            <w:r>
              <w:rPr>
                <w:sz w:val="16"/>
              </w:rPr>
              <w:t>1543</w:t>
            </w:r>
          </w:p>
        </w:tc>
        <w:tc>
          <w:tcPr>
            <w:tcW w:w="1728" w:type="dxa"/>
            <w:tcBorders>
              <w:top w:val="nil"/>
              <w:left w:val="nil"/>
              <w:bottom w:val="nil"/>
              <w:right w:val="nil"/>
            </w:tcBorders>
          </w:tcPr>
          <w:p w14:paraId="1CDBDA80" w14:textId="77777777" w:rsidR="001C61CC" w:rsidRDefault="000D727A">
            <w:pPr>
              <w:spacing w:after="0" w:line="240" w:lineRule="auto"/>
              <w:jc w:val="center"/>
            </w:pPr>
            <w:r>
              <w:rPr>
                <w:sz w:val="16"/>
              </w:rPr>
              <w:t>703</w:t>
            </w:r>
          </w:p>
        </w:tc>
        <w:tc>
          <w:tcPr>
            <w:tcW w:w="1728" w:type="dxa"/>
            <w:tcBorders>
              <w:top w:val="nil"/>
              <w:left w:val="nil"/>
              <w:bottom w:val="nil"/>
              <w:right w:val="nil"/>
            </w:tcBorders>
          </w:tcPr>
          <w:p w14:paraId="395A1E3E" w14:textId="77777777" w:rsidR="001C61CC" w:rsidRDefault="000D727A">
            <w:pPr>
              <w:spacing w:after="0" w:line="240" w:lineRule="auto"/>
              <w:jc w:val="center"/>
            </w:pPr>
            <w:r>
              <w:rPr>
                <w:sz w:val="16"/>
              </w:rPr>
              <w:t>0.94 (0.78, 1.12)</w:t>
            </w:r>
          </w:p>
        </w:tc>
        <w:tc>
          <w:tcPr>
            <w:tcW w:w="1728" w:type="dxa"/>
            <w:tcBorders>
              <w:top w:val="nil"/>
              <w:left w:val="nil"/>
              <w:bottom w:val="nil"/>
              <w:right w:val="nil"/>
            </w:tcBorders>
          </w:tcPr>
          <w:p w14:paraId="5146FDC6" w14:textId="77777777" w:rsidR="001C61CC" w:rsidRDefault="000D727A">
            <w:pPr>
              <w:spacing w:after="0" w:line="240" w:lineRule="auto"/>
              <w:jc w:val="center"/>
            </w:pPr>
            <w:r>
              <w:rPr>
                <w:sz w:val="16"/>
              </w:rPr>
              <w:t>0.467</w:t>
            </w:r>
          </w:p>
        </w:tc>
        <w:tc>
          <w:tcPr>
            <w:tcW w:w="1728" w:type="dxa"/>
            <w:tcBorders>
              <w:top w:val="nil"/>
              <w:left w:val="nil"/>
              <w:bottom w:val="nil"/>
              <w:right w:val="nil"/>
            </w:tcBorders>
          </w:tcPr>
          <w:p w14:paraId="2B82792F" w14:textId="77777777" w:rsidR="001C61CC" w:rsidRDefault="001C61CC">
            <w:pPr>
              <w:spacing w:after="0" w:line="240" w:lineRule="auto"/>
              <w:jc w:val="center"/>
            </w:pPr>
          </w:p>
        </w:tc>
      </w:tr>
      <w:tr w:rsidR="001C61CC" w14:paraId="5EBCD61B" w14:textId="77777777">
        <w:tc>
          <w:tcPr>
            <w:tcW w:w="1728" w:type="dxa"/>
            <w:tcBorders>
              <w:top w:val="nil"/>
              <w:left w:val="nil"/>
              <w:bottom w:val="nil"/>
              <w:right w:val="nil"/>
            </w:tcBorders>
          </w:tcPr>
          <w:p w14:paraId="293B755A" w14:textId="77777777" w:rsidR="001C61CC" w:rsidRDefault="000D727A">
            <w:pPr>
              <w:spacing w:after="0" w:line="240" w:lineRule="auto"/>
            </w:pPr>
            <w:r>
              <w:rPr>
                <w:sz w:val="16"/>
              </w:rPr>
              <w:t xml:space="preserve">  &gt;8 h</w:t>
            </w:r>
          </w:p>
        </w:tc>
        <w:tc>
          <w:tcPr>
            <w:tcW w:w="1728" w:type="dxa"/>
            <w:tcBorders>
              <w:top w:val="nil"/>
              <w:left w:val="nil"/>
              <w:bottom w:val="nil"/>
              <w:right w:val="nil"/>
            </w:tcBorders>
          </w:tcPr>
          <w:p w14:paraId="6911D9A1" w14:textId="77777777" w:rsidR="001C61CC" w:rsidRDefault="000D727A">
            <w:pPr>
              <w:spacing w:after="0" w:line="240" w:lineRule="auto"/>
              <w:jc w:val="center"/>
            </w:pPr>
            <w:r>
              <w:rPr>
                <w:sz w:val="16"/>
              </w:rPr>
              <w:t>302</w:t>
            </w:r>
          </w:p>
        </w:tc>
        <w:tc>
          <w:tcPr>
            <w:tcW w:w="1728" w:type="dxa"/>
            <w:tcBorders>
              <w:top w:val="nil"/>
              <w:left w:val="nil"/>
              <w:bottom w:val="nil"/>
              <w:right w:val="nil"/>
            </w:tcBorders>
          </w:tcPr>
          <w:p w14:paraId="6CD6F0D1" w14:textId="77777777" w:rsidR="001C61CC" w:rsidRDefault="000D727A">
            <w:pPr>
              <w:spacing w:after="0" w:line="240" w:lineRule="auto"/>
              <w:jc w:val="center"/>
            </w:pPr>
            <w:r>
              <w:rPr>
                <w:sz w:val="16"/>
              </w:rPr>
              <w:t>155</w:t>
            </w:r>
          </w:p>
        </w:tc>
        <w:tc>
          <w:tcPr>
            <w:tcW w:w="1728" w:type="dxa"/>
            <w:tcBorders>
              <w:top w:val="nil"/>
              <w:left w:val="nil"/>
              <w:bottom w:val="nil"/>
              <w:right w:val="nil"/>
            </w:tcBorders>
          </w:tcPr>
          <w:p w14:paraId="0CE18162" w14:textId="77777777" w:rsidR="001C61CC" w:rsidRDefault="000D727A">
            <w:pPr>
              <w:spacing w:after="0" w:line="240" w:lineRule="auto"/>
              <w:jc w:val="center"/>
            </w:pPr>
            <w:r>
              <w:rPr>
                <w:sz w:val="16"/>
              </w:rPr>
              <w:t>0.93 (0.61, 1.43)</w:t>
            </w:r>
          </w:p>
        </w:tc>
        <w:tc>
          <w:tcPr>
            <w:tcW w:w="1728" w:type="dxa"/>
            <w:tcBorders>
              <w:top w:val="nil"/>
              <w:left w:val="nil"/>
              <w:bottom w:val="nil"/>
              <w:right w:val="nil"/>
            </w:tcBorders>
          </w:tcPr>
          <w:p w14:paraId="422D3F07" w14:textId="77777777" w:rsidR="001C61CC" w:rsidRDefault="000D727A">
            <w:pPr>
              <w:spacing w:after="0" w:line="240" w:lineRule="auto"/>
              <w:jc w:val="center"/>
            </w:pPr>
            <w:r>
              <w:rPr>
                <w:sz w:val="16"/>
              </w:rPr>
              <w:t>0.749</w:t>
            </w:r>
          </w:p>
        </w:tc>
        <w:tc>
          <w:tcPr>
            <w:tcW w:w="1728" w:type="dxa"/>
            <w:tcBorders>
              <w:top w:val="nil"/>
              <w:left w:val="nil"/>
              <w:bottom w:val="nil"/>
              <w:right w:val="nil"/>
            </w:tcBorders>
          </w:tcPr>
          <w:p w14:paraId="5CD7D2BF" w14:textId="77777777" w:rsidR="001C61CC" w:rsidRDefault="001C61CC">
            <w:pPr>
              <w:spacing w:after="0" w:line="240" w:lineRule="auto"/>
              <w:jc w:val="center"/>
            </w:pPr>
          </w:p>
        </w:tc>
      </w:tr>
      <w:tr w:rsidR="001C61CC" w14:paraId="2A194FCA" w14:textId="77777777">
        <w:tc>
          <w:tcPr>
            <w:tcW w:w="1728" w:type="dxa"/>
            <w:tcBorders>
              <w:top w:val="nil"/>
              <w:left w:val="nil"/>
              <w:bottom w:val="nil"/>
              <w:right w:val="nil"/>
            </w:tcBorders>
          </w:tcPr>
          <w:p w14:paraId="0D6EB928" w14:textId="77777777" w:rsidR="001C61CC" w:rsidRDefault="000D727A">
            <w:pPr>
              <w:spacing w:after="0" w:line="240" w:lineRule="auto"/>
            </w:pPr>
            <w:r>
              <w:rPr>
                <w:sz w:val="16"/>
              </w:rPr>
              <w:t>ADL limitation</w:t>
            </w:r>
          </w:p>
        </w:tc>
        <w:tc>
          <w:tcPr>
            <w:tcW w:w="1728" w:type="dxa"/>
            <w:tcBorders>
              <w:top w:val="nil"/>
              <w:left w:val="nil"/>
              <w:bottom w:val="nil"/>
              <w:right w:val="nil"/>
            </w:tcBorders>
          </w:tcPr>
          <w:p w14:paraId="6BC1E3DC" w14:textId="77777777" w:rsidR="001C61CC" w:rsidRDefault="001C61CC">
            <w:pPr>
              <w:spacing w:after="0" w:line="240" w:lineRule="auto"/>
              <w:jc w:val="center"/>
            </w:pPr>
          </w:p>
        </w:tc>
        <w:tc>
          <w:tcPr>
            <w:tcW w:w="1728" w:type="dxa"/>
            <w:tcBorders>
              <w:top w:val="nil"/>
              <w:left w:val="nil"/>
              <w:bottom w:val="nil"/>
              <w:right w:val="nil"/>
            </w:tcBorders>
          </w:tcPr>
          <w:p w14:paraId="084F4ED5" w14:textId="77777777" w:rsidR="001C61CC" w:rsidRDefault="001C61CC">
            <w:pPr>
              <w:spacing w:after="0" w:line="240" w:lineRule="auto"/>
              <w:jc w:val="center"/>
            </w:pPr>
          </w:p>
        </w:tc>
        <w:tc>
          <w:tcPr>
            <w:tcW w:w="1728" w:type="dxa"/>
            <w:tcBorders>
              <w:top w:val="nil"/>
              <w:left w:val="nil"/>
              <w:bottom w:val="nil"/>
              <w:right w:val="nil"/>
            </w:tcBorders>
          </w:tcPr>
          <w:p w14:paraId="65900809" w14:textId="77777777" w:rsidR="001C61CC" w:rsidRDefault="001C61CC">
            <w:pPr>
              <w:spacing w:after="0" w:line="240" w:lineRule="auto"/>
              <w:jc w:val="center"/>
            </w:pPr>
          </w:p>
        </w:tc>
        <w:tc>
          <w:tcPr>
            <w:tcW w:w="1728" w:type="dxa"/>
            <w:tcBorders>
              <w:top w:val="nil"/>
              <w:left w:val="nil"/>
              <w:bottom w:val="nil"/>
              <w:right w:val="nil"/>
            </w:tcBorders>
          </w:tcPr>
          <w:p w14:paraId="6191261F" w14:textId="77777777" w:rsidR="001C61CC" w:rsidRDefault="001C61CC">
            <w:pPr>
              <w:spacing w:after="0" w:line="240" w:lineRule="auto"/>
              <w:jc w:val="center"/>
            </w:pPr>
          </w:p>
        </w:tc>
        <w:tc>
          <w:tcPr>
            <w:tcW w:w="1728" w:type="dxa"/>
            <w:tcBorders>
              <w:top w:val="nil"/>
              <w:left w:val="nil"/>
              <w:bottom w:val="nil"/>
              <w:right w:val="nil"/>
            </w:tcBorders>
          </w:tcPr>
          <w:p w14:paraId="18705FD6" w14:textId="77777777" w:rsidR="001C61CC" w:rsidRDefault="000D727A">
            <w:pPr>
              <w:spacing w:after="0" w:line="240" w:lineRule="auto"/>
              <w:jc w:val="center"/>
            </w:pPr>
            <w:r>
              <w:rPr>
                <w:sz w:val="16"/>
              </w:rPr>
              <w:t>0.715</w:t>
            </w:r>
          </w:p>
        </w:tc>
      </w:tr>
      <w:tr w:rsidR="001C61CC" w14:paraId="4C7B9B3C" w14:textId="77777777">
        <w:tc>
          <w:tcPr>
            <w:tcW w:w="1728" w:type="dxa"/>
            <w:tcBorders>
              <w:top w:val="nil"/>
              <w:left w:val="nil"/>
              <w:bottom w:val="nil"/>
              <w:right w:val="nil"/>
            </w:tcBorders>
          </w:tcPr>
          <w:p w14:paraId="2816B0F5" w14:textId="77777777" w:rsidR="001C61CC" w:rsidRDefault="000D727A">
            <w:pPr>
              <w:spacing w:after="0" w:line="240" w:lineRule="auto"/>
            </w:pPr>
            <w:r>
              <w:rPr>
                <w:sz w:val="16"/>
              </w:rPr>
              <w:t xml:space="preserve">  None</w:t>
            </w:r>
          </w:p>
        </w:tc>
        <w:tc>
          <w:tcPr>
            <w:tcW w:w="1728" w:type="dxa"/>
            <w:tcBorders>
              <w:top w:val="nil"/>
              <w:left w:val="nil"/>
              <w:bottom w:val="nil"/>
              <w:right w:val="nil"/>
            </w:tcBorders>
          </w:tcPr>
          <w:p w14:paraId="098F5FCE" w14:textId="77777777" w:rsidR="001C61CC" w:rsidRDefault="000D727A">
            <w:pPr>
              <w:spacing w:after="0" w:line="240" w:lineRule="auto"/>
              <w:jc w:val="center"/>
            </w:pPr>
            <w:r>
              <w:rPr>
                <w:sz w:val="16"/>
              </w:rPr>
              <w:t>2246</w:t>
            </w:r>
          </w:p>
        </w:tc>
        <w:tc>
          <w:tcPr>
            <w:tcW w:w="1728" w:type="dxa"/>
            <w:tcBorders>
              <w:top w:val="nil"/>
              <w:left w:val="nil"/>
              <w:bottom w:val="nil"/>
              <w:right w:val="nil"/>
            </w:tcBorders>
          </w:tcPr>
          <w:p w14:paraId="5C5B092C" w14:textId="77777777" w:rsidR="001C61CC" w:rsidRDefault="000D727A">
            <w:pPr>
              <w:spacing w:after="0" w:line="240" w:lineRule="auto"/>
              <w:jc w:val="center"/>
            </w:pPr>
            <w:r>
              <w:rPr>
                <w:sz w:val="16"/>
              </w:rPr>
              <w:t>1077</w:t>
            </w:r>
          </w:p>
        </w:tc>
        <w:tc>
          <w:tcPr>
            <w:tcW w:w="1728" w:type="dxa"/>
            <w:tcBorders>
              <w:top w:val="nil"/>
              <w:left w:val="nil"/>
              <w:bottom w:val="nil"/>
              <w:right w:val="nil"/>
            </w:tcBorders>
          </w:tcPr>
          <w:p w14:paraId="2B7BC4B0" w14:textId="77777777" w:rsidR="001C61CC" w:rsidRDefault="000D727A">
            <w:pPr>
              <w:spacing w:after="0" w:line="240" w:lineRule="auto"/>
              <w:jc w:val="center"/>
            </w:pPr>
            <w:r>
              <w:rPr>
                <w:sz w:val="16"/>
              </w:rPr>
              <w:t>1.03 (0.90, 1.19)</w:t>
            </w:r>
          </w:p>
        </w:tc>
        <w:tc>
          <w:tcPr>
            <w:tcW w:w="1728" w:type="dxa"/>
            <w:tcBorders>
              <w:top w:val="nil"/>
              <w:left w:val="nil"/>
              <w:bottom w:val="nil"/>
              <w:right w:val="nil"/>
            </w:tcBorders>
          </w:tcPr>
          <w:p w14:paraId="46355666" w14:textId="77777777" w:rsidR="001C61CC" w:rsidRDefault="000D727A">
            <w:pPr>
              <w:spacing w:after="0" w:line="240" w:lineRule="auto"/>
              <w:jc w:val="center"/>
            </w:pPr>
            <w:r>
              <w:rPr>
                <w:sz w:val="16"/>
              </w:rPr>
              <w:t>0.665</w:t>
            </w:r>
          </w:p>
        </w:tc>
        <w:tc>
          <w:tcPr>
            <w:tcW w:w="1728" w:type="dxa"/>
            <w:tcBorders>
              <w:top w:val="nil"/>
              <w:left w:val="nil"/>
              <w:bottom w:val="nil"/>
              <w:right w:val="nil"/>
            </w:tcBorders>
          </w:tcPr>
          <w:p w14:paraId="07406551" w14:textId="77777777" w:rsidR="001C61CC" w:rsidRDefault="001C61CC">
            <w:pPr>
              <w:spacing w:after="0" w:line="240" w:lineRule="auto"/>
              <w:jc w:val="center"/>
            </w:pPr>
          </w:p>
        </w:tc>
      </w:tr>
      <w:tr w:rsidR="001C61CC" w14:paraId="59081EB3" w14:textId="77777777">
        <w:tc>
          <w:tcPr>
            <w:tcW w:w="1728" w:type="dxa"/>
            <w:tcBorders>
              <w:top w:val="nil"/>
              <w:left w:val="nil"/>
              <w:bottom w:val="nil"/>
              <w:right w:val="nil"/>
            </w:tcBorders>
          </w:tcPr>
          <w:p w14:paraId="3CFF1939" w14:textId="77777777" w:rsidR="001C61CC" w:rsidRDefault="000D727A">
            <w:pPr>
              <w:spacing w:after="0" w:line="240" w:lineRule="auto"/>
            </w:pPr>
            <w:r>
              <w:rPr>
                <w:sz w:val="16"/>
              </w:rPr>
              <w:t xml:space="preserve">  Any limitation</w:t>
            </w:r>
          </w:p>
        </w:tc>
        <w:tc>
          <w:tcPr>
            <w:tcW w:w="1728" w:type="dxa"/>
            <w:tcBorders>
              <w:top w:val="nil"/>
              <w:left w:val="nil"/>
              <w:bottom w:val="nil"/>
              <w:right w:val="nil"/>
            </w:tcBorders>
          </w:tcPr>
          <w:p w14:paraId="2177840A" w14:textId="77777777" w:rsidR="001C61CC" w:rsidRDefault="000D727A">
            <w:pPr>
              <w:spacing w:after="0" w:line="240" w:lineRule="auto"/>
              <w:jc w:val="center"/>
            </w:pPr>
            <w:r>
              <w:rPr>
                <w:sz w:val="16"/>
              </w:rPr>
              <w:t>317</w:t>
            </w:r>
          </w:p>
        </w:tc>
        <w:tc>
          <w:tcPr>
            <w:tcW w:w="1728" w:type="dxa"/>
            <w:tcBorders>
              <w:top w:val="nil"/>
              <w:left w:val="nil"/>
              <w:bottom w:val="nil"/>
              <w:right w:val="nil"/>
            </w:tcBorders>
          </w:tcPr>
          <w:p w14:paraId="01112F6E" w14:textId="77777777" w:rsidR="001C61CC" w:rsidRDefault="000D727A">
            <w:pPr>
              <w:spacing w:after="0" w:line="240" w:lineRule="auto"/>
              <w:jc w:val="center"/>
            </w:pPr>
            <w:r>
              <w:rPr>
                <w:sz w:val="16"/>
              </w:rPr>
              <w:t>185</w:t>
            </w:r>
          </w:p>
        </w:tc>
        <w:tc>
          <w:tcPr>
            <w:tcW w:w="1728" w:type="dxa"/>
            <w:tcBorders>
              <w:top w:val="nil"/>
              <w:left w:val="nil"/>
              <w:bottom w:val="nil"/>
              <w:right w:val="nil"/>
            </w:tcBorders>
          </w:tcPr>
          <w:p w14:paraId="0B55407E" w14:textId="77777777" w:rsidR="001C61CC" w:rsidRDefault="000D727A">
            <w:pPr>
              <w:spacing w:after="0" w:line="240" w:lineRule="auto"/>
              <w:jc w:val="center"/>
            </w:pPr>
            <w:r>
              <w:rPr>
                <w:sz w:val="16"/>
              </w:rPr>
              <w:t>0.88 (0.60, 1.27)</w:t>
            </w:r>
          </w:p>
        </w:tc>
        <w:tc>
          <w:tcPr>
            <w:tcW w:w="1728" w:type="dxa"/>
            <w:tcBorders>
              <w:top w:val="nil"/>
              <w:left w:val="nil"/>
              <w:bottom w:val="nil"/>
              <w:right w:val="nil"/>
            </w:tcBorders>
          </w:tcPr>
          <w:p w14:paraId="6097D7B9" w14:textId="77777777" w:rsidR="001C61CC" w:rsidRDefault="000D727A">
            <w:pPr>
              <w:spacing w:after="0" w:line="240" w:lineRule="auto"/>
              <w:jc w:val="center"/>
            </w:pPr>
            <w:r>
              <w:rPr>
                <w:sz w:val="16"/>
              </w:rPr>
              <w:t>0.482</w:t>
            </w:r>
          </w:p>
        </w:tc>
        <w:tc>
          <w:tcPr>
            <w:tcW w:w="1728" w:type="dxa"/>
            <w:tcBorders>
              <w:top w:val="nil"/>
              <w:left w:val="nil"/>
              <w:bottom w:val="nil"/>
              <w:right w:val="nil"/>
            </w:tcBorders>
          </w:tcPr>
          <w:p w14:paraId="3C3BB128" w14:textId="77777777" w:rsidR="001C61CC" w:rsidRDefault="001C61CC">
            <w:pPr>
              <w:spacing w:after="0" w:line="240" w:lineRule="auto"/>
              <w:jc w:val="center"/>
            </w:pPr>
          </w:p>
        </w:tc>
      </w:tr>
      <w:tr w:rsidR="001C61CC" w14:paraId="7930710A" w14:textId="77777777">
        <w:tc>
          <w:tcPr>
            <w:tcW w:w="1728" w:type="dxa"/>
            <w:tcBorders>
              <w:top w:val="nil"/>
              <w:left w:val="nil"/>
              <w:bottom w:val="nil"/>
              <w:right w:val="nil"/>
            </w:tcBorders>
          </w:tcPr>
          <w:p w14:paraId="278EAAB2" w14:textId="77777777" w:rsidR="001C61CC" w:rsidRDefault="000D727A">
            <w:pPr>
              <w:spacing w:after="0" w:line="240" w:lineRule="auto"/>
            </w:pPr>
            <w:r>
              <w:rPr>
                <w:sz w:val="16"/>
              </w:rPr>
              <w:t>Hypertension</w:t>
            </w:r>
          </w:p>
        </w:tc>
        <w:tc>
          <w:tcPr>
            <w:tcW w:w="1728" w:type="dxa"/>
            <w:tcBorders>
              <w:top w:val="nil"/>
              <w:left w:val="nil"/>
              <w:bottom w:val="nil"/>
              <w:right w:val="nil"/>
            </w:tcBorders>
          </w:tcPr>
          <w:p w14:paraId="27373732" w14:textId="77777777" w:rsidR="001C61CC" w:rsidRDefault="001C61CC">
            <w:pPr>
              <w:spacing w:after="0" w:line="240" w:lineRule="auto"/>
              <w:jc w:val="center"/>
            </w:pPr>
          </w:p>
        </w:tc>
        <w:tc>
          <w:tcPr>
            <w:tcW w:w="1728" w:type="dxa"/>
            <w:tcBorders>
              <w:top w:val="nil"/>
              <w:left w:val="nil"/>
              <w:bottom w:val="nil"/>
              <w:right w:val="nil"/>
            </w:tcBorders>
          </w:tcPr>
          <w:p w14:paraId="0C4D4C6A" w14:textId="77777777" w:rsidR="001C61CC" w:rsidRDefault="001C61CC">
            <w:pPr>
              <w:spacing w:after="0" w:line="240" w:lineRule="auto"/>
              <w:jc w:val="center"/>
            </w:pPr>
          </w:p>
        </w:tc>
        <w:tc>
          <w:tcPr>
            <w:tcW w:w="1728" w:type="dxa"/>
            <w:tcBorders>
              <w:top w:val="nil"/>
              <w:left w:val="nil"/>
              <w:bottom w:val="nil"/>
              <w:right w:val="nil"/>
            </w:tcBorders>
          </w:tcPr>
          <w:p w14:paraId="0C792A6B" w14:textId="77777777" w:rsidR="001C61CC" w:rsidRDefault="001C61CC">
            <w:pPr>
              <w:spacing w:after="0" w:line="240" w:lineRule="auto"/>
              <w:jc w:val="center"/>
            </w:pPr>
          </w:p>
        </w:tc>
        <w:tc>
          <w:tcPr>
            <w:tcW w:w="1728" w:type="dxa"/>
            <w:tcBorders>
              <w:top w:val="nil"/>
              <w:left w:val="nil"/>
              <w:bottom w:val="nil"/>
              <w:right w:val="nil"/>
            </w:tcBorders>
          </w:tcPr>
          <w:p w14:paraId="1F5D0F48" w14:textId="77777777" w:rsidR="001C61CC" w:rsidRDefault="001C61CC">
            <w:pPr>
              <w:spacing w:after="0" w:line="240" w:lineRule="auto"/>
              <w:jc w:val="center"/>
            </w:pPr>
          </w:p>
        </w:tc>
        <w:tc>
          <w:tcPr>
            <w:tcW w:w="1728" w:type="dxa"/>
            <w:tcBorders>
              <w:top w:val="nil"/>
              <w:left w:val="nil"/>
              <w:bottom w:val="nil"/>
              <w:right w:val="nil"/>
            </w:tcBorders>
          </w:tcPr>
          <w:p w14:paraId="502010C7" w14:textId="77777777" w:rsidR="001C61CC" w:rsidRDefault="000D727A">
            <w:pPr>
              <w:spacing w:after="0" w:line="240" w:lineRule="auto"/>
              <w:jc w:val="center"/>
            </w:pPr>
            <w:r>
              <w:rPr>
                <w:sz w:val="16"/>
              </w:rPr>
              <w:t>0.997</w:t>
            </w:r>
          </w:p>
        </w:tc>
      </w:tr>
      <w:tr w:rsidR="001C61CC" w14:paraId="6FF56763" w14:textId="77777777">
        <w:tc>
          <w:tcPr>
            <w:tcW w:w="1728" w:type="dxa"/>
            <w:tcBorders>
              <w:top w:val="nil"/>
              <w:left w:val="nil"/>
              <w:bottom w:val="nil"/>
              <w:right w:val="nil"/>
            </w:tcBorders>
          </w:tcPr>
          <w:p w14:paraId="526D892A"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4F33E5E6" w14:textId="77777777" w:rsidR="001C61CC" w:rsidRDefault="000D727A">
            <w:pPr>
              <w:spacing w:after="0" w:line="240" w:lineRule="auto"/>
              <w:jc w:val="center"/>
            </w:pPr>
            <w:r>
              <w:rPr>
                <w:sz w:val="16"/>
              </w:rPr>
              <w:t>1770</w:t>
            </w:r>
          </w:p>
        </w:tc>
        <w:tc>
          <w:tcPr>
            <w:tcW w:w="1728" w:type="dxa"/>
            <w:tcBorders>
              <w:top w:val="nil"/>
              <w:left w:val="nil"/>
              <w:bottom w:val="nil"/>
              <w:right w:val="nil"/>
            </w:tcBorders>
          </w:tcPr>
          <w:p w14:paraId="15079A00" w14:textId="77777777" w:rsidR="001C61CC" w:rsidRDefault="000D727A">
            <w:pPr>
              <w:spacing w:after="0" w:line="240" w:lineRule="auto"/>
              <w:jc w:val="center"/>
            </w:pPr>
            <w:r>
              <w:rPr>
                <w:sz w:val="16"/>
              </w:rPr>
              <w:t>833</w:t>
            </w:r>
          </w:p>
        </w:tc>
        <w:tc>
          <w:tcPr>
            <w:tcW w:w="1728" w:type="dxa"/>
            <w:tcBorders>
              <w:top w:val="nil"/>
              <w:left w:val="nil"/>
              <w:bottom w:val="nil"/>
              <w:right w:val="nil"/>
            </w:tcBorders>
          </w:tcPr>
          <w:p w14:paraId="5FABA5A0" w14:textId="77777777" w:rsidR="001C61CC" w:rsidRDefault="000D727A">
            <w:pPr>
              <w:spacing w:after="0" w:line="240" w:lineRule="auto"/>
              <w:jc w:val="center"/>
            </w:pPr>
            <w:r>
              <w:rPr>
                <w:sz w:val="16"/>
              </w:rPr>
              <w:t>1.02 (0.87, 1.20)</w:t>
            </w:r>
          </w:p>
        </w:tc>
        <w:tc>
          <w:tcPr>
            <w:tcW w:w="1728" w:type="dxa"/>
            <w:tcBorders>
              <w:top w:val="nil"/>
              <w:left w:val="nil"/>
              <w:bottom w:val="nil"/>
              <w:right w:val="nil"/>
            </w:tcBorders>
          </w:tcPr>
          <w:p w14:paraId="56FDCABC" w14:textId="77777777" w:rsidR="001C61CC" w:rsidRDefault="000D727A">
            <w:pPr>
              <w:spacing w:after="0" w:line="240" w:lineRule="auto"/>
              <w:jc w:val="center"/>
            </w:pPr>
            <w:r>
              <w:rPr>
                <w:sz w:val="16"/>
              </w:rPr>
              <w:t>0.805</w:t>
            </w:r>
          </w:p>
        </w:tc>
        <w:tc>
          <w:tcPr>
            <w:tcW w:w="1728" w:type="dxa"/>
            <w:tcBorders>
              <w:top w:val="nil"/>
              <w:left w:val="nil"/>
              <w:bottom w:val="nil"/>
              <w:right w:val="nil"/>
            </w:tcBorders>
          </w:tcPr>
          <w:p w14:paraId="61575F71" w14:textId="77777777" w:rsidR="001C61CC" w:rsidRDefault="001C61CC">
            <w:pPr>
              <w:spacing w:after="0" w:line="240" w:lineRule="auto"/>
              <w:jc w:val="center"/>
            </w:pPr>
          </w:p>
        </w:tc>
      </w:tr>
      <w:tr w:rsidR="001C61CC" w14:paraId="3493DB06" w14:textId="77777777">
        <w:tc>
          <w:tcPr>
            <w:tcW w:w="1728" w:type="dxa"/>
            <w:tcBorders>
              <w:top w:val="nil"/>
              <w:left w:val="nil"/>
              <w:bottom w:val="nil"/>
              <w:right w:val="nil"/>
            </w:tcBorders>
          </w:tcPr>
          <w:p w14:paraId="348C2C0A"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008244D8" w14:textId="77777777" w:rsidR="001C61CC" w:rsidRDefault="000D727A">
            <w:pPr>
              <w:spacing w:after="0" w:line="240" w:lineRule="auto"/>
              <w:jc w:val="center"/>
            </w:pPr>
            <w:r>
              <w:rPr>
                <w:sz w:val="16"/>
              </w:rPr>
              <w:t>793</w:t>
            </w:r>
          </w:p>
        </w:tc>
        <w:tc>
          <w:tcPr>
            <w:tcW w:w="1728" w:type="dxa"/>
            <w:tcBorders>
              <w:top w:val="nil"/>
              <w:left w:val="nil"/>
              <w:bottom w:val="nil"/>
              <w:right w:val="nil"/>
            </w:tcBorders>
          </w:tcPr>
          <w:p w14:paraId="2097B157" w14:textId="77777777" w:rsidR="001C61CC" w:rsidRDefault="000D727A">
            <w:pPr>
              <w:spacing w:after="0" w:line="240" w:lineRule="auto"/>
              <w:jc w:val="center"/>
            </w:pPr>
            <w:r>
              <w:rPr>
                <w:sz w:val="16"/>
              </w:rPr>
              <w:t>429</w:t>
            </w:r>
          </w:p>
        </w:tc>
        <w:tc>
          <w:tcPr>
            <w:tcW w:w="1728" w:type="dxa"/>
            <w:tcBorders>
              <w:top w:val="nil"/>
              <w:left w:val="nil"/>
              <w:bottom w:val="nil"/>
              <w:right w:val="nil"/>
            </w:tcBorders>
          </w:tcPr>
          <w:p w14:paraId="767B2A26" w14:textId="77777777" w:rsidR="001C61CC" w:rsidRDefault="000D727A">
            <w:pPr>
              <w:spacing w:after="0" w:line="240" w:lineRule="auto"/>
              <w:jc w:val="center"/>
            </w:pPr>
            <w:r>
              <w:rPr>
                <w:sz w:val="16"/>
              </w:rPr>
              <w:t>1.03 (0.82, 1.30)</w:t>
            </w:r>
          </w:p>
        </w:tc>
        <w:tc>
          <w:tcPr>
            <w:tcW w:w="1728" w:type="dxa"/>
            <w:tcBorders>
              <w:top w:val="nil"/>
              <w:left w:val="nil"/>
              <w:bottom w:val="nil"/>
              <w:right w:val="nil"/>
            </w:tcBorders>
          </w:tcPr>
          <w:p w14:paraId="6E0CED73" w14:textId="77777777" w:rsidR="001C61CC" w:rsidRDefault="000D727A">
            <w:pPr>
              <w:spacing w:after="0" w:line="240" w:lineRule="auto"/>
              <w:jc w:val="center"/>
            </w:pPr>
            <w:r>
              <w:rPr>
                <w:sz w:val="16"/>
              </w:rPr>
              <w:t>0.774</w:t>
            </w:r>
          </w:p>
        </w:tc>
        <w:tc>
          <w:tcPr>
            <w:tcW w:w="1728" w:type="dxa"/>
            <w:tcBorders>
              <w:top w:val="nil"/>
              <w:left w:val="nil"/>
              <w:bottom w:val="nil"/>
              <w:right w:val="nil"/>
            </w:tcBorders>
          </w:tcPr>
          <w:p w14:paraId="00FE3DC2" w14:textId="77777777" w:rsidR="001C61CC" w:rsidRDefault="001C61CC">
            <w:pPr>
              <w:spacing w:after="0" w:line="240" w:lineRule="auto"/>
              <w:jc w:val="center"/>
            </w:pPr>
          </w:p>
        </w:tc>
      </w:tr>
      <w:tr w:rsidR="001C61CC" w14:paraId="08315BEB" w14:textId="77777777">
        <w:tc>
          <w:tcPr>
            <w:tcW w:w="1728" w:type="dxa"/>
            <w:tcBorders>
              <w:top w:val="nil"/>
              <w:left w:val="nil"/>
              <w:bottom w:val="nil"/>
              <w:right w:val="nil"/>
            </w:tcBorders>
          </w:tcPr>
          <w:p w14:paraId="27463AB7" w14:textId="77777777" w:rsidR="001C61CC" w:rsidRDefault="000D727A">
            <w:pPr>
              <w:spacing w:after="0" w:line="240" w:lineRule="auto"/>
            </w:pPr>
            <w:r>
              <w:rPr>
                <w:sz w:val="16"/>
              </w:rPr>
              <w:t>Dyslipidaemia</w:t>
            </w:r>
          </w:p>
        </w:tc>
        <w:tc>
          <w:tcPr>
            <w:tcW w:w="1728" w:type="dxa"/>
            <w:tcBorders>
              <w:top w:val="nil"/>
              <w:left w:val="nil"/>
              <w:bottom w:val="nil"/>
              <w:right w:val="nil"/>
            </w:tcBorders>
          </w:tcPr>
          <w:p w14:paraId="4C475309" w14:textId="77777777" w:rsidR="001C61CC" w:rsidRDefault="001C61CC">
            <w:pPr>
              <w:spacing w:after="0" w:line="240" w:lineRule="auto"/>
              <w:jc w:val="center"/>
            </w:pPr>
          </w:p>
        </w:tc>
        <w:tc>
          <w:tcPr>
            <w:tcW w:w="1728" w:type="dxa"/>
            <w:tcBorders>
              <w:top w:val="nil"/>
              <w:left w:val="nil"/>
              <w:bottom w:val="nil"/>
              <w:right w:val="nil"/>
            </w:tcBorders>
          </w:tcPr>
          <w:p w14:paraId="67496C94" w14:textId="77777777" w:rsidR="001C61CC" w:rsidRDefault="001C61CC">
            <w:pPr>
              <w:spacing w:after="0" w:line="240" w:lineRule="auto"/>
              <w:jc w:val="center"/>
            </w:pPr>
          </w:p>
        </w:tc>
        <w:tc>
          <w:tcPr>
            <w:tcW w:w="1728" w:type="dxa"/>
            <w:tcBorders>
              <w:top w:val="nil"/>
              <w:left w:val="nil"/>
              <w:bottom w:val="nil"/>
              <w:right w:val="nil"/>
            </w:tcBorders>
          </w:tcPr>
          <w:p w14:paraId="06D745EE" w14:textId="77777777" w:rsidR="001C61CC" w:rsidRDefault="001C61CC">
            <w:pPr>
              <w:spacing w:after="0" w:line="240" w:lineRule="auto"/>
              <w:jc w:val="center"/>
            </w:pPr>
          </w:p>
        </w:tc>
        <w:tc>
          <w:tcPr>
            <w:tcW w:w="1728" w:type="dxa"/>
            <w:tcBorders>
              <w:top w:val="nil"/>
              <w:left w:val="nil"/>
              <w:bottom w:val="nil"/>
              <w:right w:val="nil"/>
            </w:tcBorders>
          </w:tcPr>
          <w:p w14:paraId="0BA27EFA" w14:textId="77777777" w:rsidR="001C61CC" w:rsidRDefault="001C61CC">
            <w:pPr>
              <w:spacing w:after="0" w:line="240" w:lineRule="auto"/>
              <w:jc w:val="center"/>
            </w:pPr>
          </w:p>
        </w:tc>
        <w:tc>
          <w:tcPr>
            <w:tcW w:w="1728" w:type="dxa"/>
            <w:tcBorders>
              <w:top w:val="nil"/>
              <w:left w:val="nil"/>
              <w:bottom w:val="nil"/>
              <w:right w:val="nil"/>
            </w:tcBorders>
          </w:tcPr>
          <w:p w14:paraId="73EDE32E" w14:textId="77777777" w:rsidR="001C61CC" w:rsidRDefault="000D727A">
            <w:pPr>
              <w:spacing w:after="0" w:line="240" w:lineRule="auto"/>
              <w:jc w:val="center"/>
            </w:pPr>
            <w:r>
              <w:rPr>
                <w:sz w:val="16"/>
              </w:rPr>
              <w:t>0.158</w:t>
            </w:r>
          </w:p>
        </w:tc>
      </w:tr>
      <w:tr w:rsidR="001C61CC" w14:paraId="2B6EADC2" w14:textId="77777777">
        <w:tc>
          <w:tcPr>
            <w:tcW w:w="1728" w:type="dxa"/>
            <w:tcBorders>
              <w:top w:val="nil"/>
              <w:left w:val="nil"/>
              <w:bottom w:val="nil"/>
              <w:right w:val="nil"/>
            </w:tcBorders>
          </w:tcPr>
          <w:p w14:paraId="689FF1C1"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5B0A5978" w14:textId="77777777" w:rsidR="001C61CC" w:rsidRDefault="000D727A">
            <w:pPr>
              <w:spacing w:after="0" w:line="240" w:lineRule="auto"/>
              <w:jc w:val="center"/>
            </w:pPr>
            <w:r>
              <w:rPr>
                <w:sz w:val="16"/>
              </w:rPr>
              <w:t>2117</w:t>
            </w:r>
          </w:p>
        </w:tc>
        <w:tc>
          <w:tcPr>
            <w:tcW w:w="1728" w:type="dxa"/>
            <w:tcBorders>
              <w:top w:val="nil"/>
              <w:left w:val="nil"/>
              <w:bottom w:val="nil"/>
              <w:right w:val="nil"/>
            </w:tcBorders>
          </w:tcPr>
          <w:p w14:paraId="37174110" w14:textId="77777777" w:rsidR="001C61CC" w:rsidRDefault="000D727A">
            <w:pPr>
              <w:spacing w:after="0" w:line="240" w:lineRule="auto"/>
              <w:jc w:val="center"/>
            </w:pPr>
            <w:r>
              <w:rPr>
                <w:sz w:val="16"/>
              </w:rPr>
              <w:t>1043</w:t>
            </w:r>
          </w:p>
        </w:tc>
        <w:tc>
          <w:tcPr>
            <w:tcW w:w="1728" w:type="dxa"/>
            <w:tcBorders>
              <w:top w:val="nil"/>
              <w:left w:val="nil"/>
              <w:bottom w:val="nil"/>
              <w:right w:val="nil"/>
            </w:tcBorders>
          </w:tcPr>
          <w:p w14:paraId="1227CEF1" w14:textId="77777777" w:rsidR="001C61CC" w:rsidRDefault="000D727A">
            <w:pPr>
              <w:spacing w:after="0" w:line="240" w:lineRule="auto"/>
              <w:jc w:val="center"/>
            </w:pPr>
            <w:r>
              <w:rPr>
                <w:sz w:val="16"/>
              </w:rPr>
              <w:t>0.97 (0.84, 1.12)</w:t>
            </w:r>
          </w:p>
        </w:tc>
        <w:tc>
          <w:tcPr>
            <w:tcW w:w="1728" w:type="dxa"/>
            <w:tcBorders>
              <w:top w:val="nil"/>
              <w:left w:val="nil"/>
              <w:bottom w:val="nil"/>
              <w:right w:val="nil"/>
            </w:tcBorders>
          </w:tcPr>
          <w:p w14:paraId="1C3ABC02" w14:textId="77777777" w:rsidR="001C61CC" w:rsidRDefault="000D727A">
            <w:pPr>
              <w:spacing w:after="0" w:line="240" w:lineRule="auto"/>
              <w:jc w:val="center"/>
            </w:pPr>
            <w:r>
              <w:rPr>
                <w:sz w:val="16"/>
              </w:rPr>
              <w:t>0.697</w:t>
            </w:r>
          </w:p>
        </w:tc>
        <w:tc>
          <w:tcPr>
            <w:tcW w:w="1728" w:type="dxa"/>
            <w:tcBorders>
              <w:top w:val="nil"/>
              <w:left w:val="nil"/>
              <w:bottom w:val="nil"/>
              <w:right w:val="nil"/>
            </w:tcBorders>
          </w:tcPr>
          <w:p w14:paraId="144B6502" w14:textId="77777777" w:rsidR="001C61CC" w:rsidRDefault="001C61CC">
            <w:pPr>
              <w:spacing w:after="0" w:line="240" w:lineRule="auto"/>
              <w:jc w:val="center"/>
            </w:pPr>
          </w:p>
        </w:tc>
      </w:tr>
      <w:tr w:rsidR="001C61CC" w14:paraId="03E2B04A" w14:textId="77777777">
        <w:tc>
          <w:tcPr>
            <w:tcW w:w="1728" w:type="dxa"/>
            <w:tcBorders>
              <w:top w:val="nil"/>
              <w:left w:val="nil"/>
              <w:bottom w:val="nil"/>
              <w:right w:val="nil"/>
            </w:tcBorders>
          </w:tcPr>
          <w:p w14:paraId="500CAF83"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11B60BBC" w14:textId="77777777" w:rsidR="001C61CC" w:rsidRDefault="000D727A">
            <w:pPr>
              <w:spacing w:after="0" w:line="240" w:lineRule="auto"/>
              <w:jc w:val="center"/>
            </w:pPr>
            <w:r>
              <w:rPr>
                <w:sz w:val="16"/>
              </w:rPr>
              <w:t>446</w:t>
            </w:r>
          </w:p>
        </w:tc>
        <w:tc>
          <w:tcPr>
            <w:tcW w:w="1728" w:type="dxa"/>
            <w:tcBorders>
              <w:top w:val="nil"/>
              <w:left w:val="nil"/>
              <w:bottom w:val="nil"/>
              <w:right w:val="nil"/>
            </w:tcBorders>
          </w:tcPr>
          <w:p w14:paraId="0FECE84B" w14:textId="77777777" w:rsidR="001C61CC" w:rsidRDefault="000D727A">
            <w:pPr>
              <w:spacing w:after="0" w:line="240" w:lineRule="auto"/>
              <w:jc w:val="center"/>
            </w:pPr>
            <w:r>
              <w:rPr>
                <w:sz w:val="16"/>
              </w:rPr>
              <w:t>219</w:t>
            </w:r>
          </w:p>
        </w:tc>
        <w:tc>
          <w:tcPr>
            <w:tcW w:w="1728" w:type="dxa"/>
            <w:tcBorders>
              <w:top w:val="nil"/>
              <w:left w:val="nil"/>
              <w:bottom w:val="nil"/>
              <w:right w:val="nil"/>
            </w:tcBorders>
          </w:tcPr>
          <w:p w14:paraId="0E98332E" w14:textId="77777777" w:rsidR="001C61CC" w:rsidRDefault="000D727A">
            <w:pPr>
              <w:spacing w:after="0" w:line="240" w:lineRule="auto"/>
              <w:jc w:val="center"/>
            </w:pPr>
            <w:r>
              <w:rPr>
                <w:sz w:val="16"/>
              </w:rPr>
              <w:t>1.22 (0.90, 1.64)</w:t>
            </w:r>
          </w:p>
        </w:tc>
        <w:tc>
          <w:tcPr>
            <w:tcW w:w="1728" w:type="dxa"/>
            <w:tcBorders>
              <w:top w:val="nil"/>
              <w:left w:val="nil"/>
              <w:bottom w:val="nil"/>
              <w:right w:val="nil"/>
            </w:tcBorders>
          </w:tcPr>
          <w:p w14:paraId="7FF02C72" w14:textId="77777777" w:rsidR="001C61CC" w:rsidRDefault="000D727A">
            <w:pPr>
              <w:spacing w:after="0" w:line="240" w:lineRule="auto"/>
              <w:jc w:val="center"/>
            </w:pPr>
            <w:r>
              <w:rPr>
                <w:sz w:val="16"/>
              </w:rPr>
              <w:t>0.201</w:t>
            </w:r>
          </w:p>
        </w:tc>
        <w:tc>
          <w:tcPr>
            <w:tcW w:w="1728" w:type="dxa"/>
            <w:tcBorders>
              <w:top w:val="nil"/>
              <w:left w:val="nil"/>
              <w:bottom w:val="nil"/>
              <w:right w:val="nil"/>
            </w:tcBorders>
          </w:tcPr>
          <w:p w14:paraId="3BE60F38" w14:textId="77777777" w:rsidR="001C61CC" w:rsidRDefault="001C61CC">
            <w:pPr>
              <w:spacing w:after="0" w:line="240" w:lineRule="auto"/>
              <w:jc w:val="center"/>
            </w:pPr>
          </w:p>
        </w:tc>
      </w:tr>
      <w:tr w:rsidR="001C61CC" w14:paraId="39FA1C2F" w14:textId="77777777">
        <w:tc>
          <w:tcPr>
            <w:tcW w:w="1728" w:type="dxa"/>
            <w:tcBorders>
              <w:top w:val="nil"/>
              <w:left w:val="nil"/>
              <w:bottom w:val="nil"/>
              <w:right w:val="nil"/>
            </w:tcBorders>
          </w:tcPr>
          <w:p w14:paraId="2A91AB4D" w14:textId="77777777" w:rsidR="001C61CC" w:rsidRDefault="000D727A">
            <w:pPr>
              <w:spacing w:after="0" w:line="240" w:lineRule="auto"/>
            </w:pPr>
            <w:r>
              <w:rPr>
                <w:sz w:val="16"/>
              </w:rPr>
              <w:t>Diabetes</w:t>
            </w:r>
          </w:p>
        </w:tc>
        <w:tc>
          <w:tcPr>
            <w:tcW w:w="1728" w:type="dxa"/>
            <w:tcBorders>
              <w:top w:val="nil"/>
              <w:left w:val="nil"/>
              <w:bottom w:val="nil"/>
              <w:right w:val="nil"/>
            </w:tcBorders>
          </w:tcPr>
          <w:p w14:paraId="31656717" w14:textId="77777777" w:rsidR="001C61CC" w:rsidRDefault="001C61CC">
            <w:pPr>
              <w:spacing w:after="0" w:line="240" w:lineRule="auto"/>
              <w:jc w:val="center"/>
            </w:pPr>
          </w:p>
        </w:tc>
        <w:tc>
          <w:tcPr>
            <w:tcW w:w="1728" w:type="dxa"/>
            <w:tcBorders>
              <w:top w:val="nil"/>
              <w:left w:val="nil"/>
              <w:bottom w:val="nil"/>
              <w:right w:val="nil"/>
            </w:tcBorders>
          </w:tcPr>
          <w:p w14:paraId="1A30A716" w14:textId="77777777" w:rsidR="001C61CC" w:rsidRDefault="001C61CC">
            <w:pPr>
              <w:spacing w:after="0" w:line="240" w:lineRule="auto"/>
              <w:jc w:val="center"/>
            </w:pPr>
          </w:p>
        </w:tc>
        <w:tc>
          <w:tcPr>
            <w:tcW w:w="1728" w:type="dxa"/>
            <w:tcBorders>
              <w:top w:val="nil"/>
              <w:left w:val="nil"/>
              <w:bottom w:val="nil"/>
              <w:right w:val="nil"/>
            </w:tcBorders>
          </w:tcPr>
          <w:p w14:paraId="5786C6A4" w14:textId="77777777" w:rsidR="001C61CC" w:rsidRDefault="001C61CC">
            <w:pPr>
              <w:spacing w:after="0" w:line="240" w:lineRule="auto"/>
              <w:jc w:val="center"/>
            </w:pPr>
          </w:p>
        </w:tc>
        <w:tc>
          <w:tcPr>
            <w:tcW w:w="1728" w:type="dxa"/>
            <w:tcBorders>
              <w:top w:val="nil"/>
              <w:left w:val="nil"/>
              <w:bottom w:val="nil"/>
              <w:right w:val="nil"/>
            </w:tcBorders>
          </w:tcPr>
          <w:p w14:paraId="687F5EA3" w14:textId="77777777" w:rsidR="001C61CC" w:rsidRDefault="001C61CC">
            <w:pPr>
              <w:spacing w:after="0" w:line="240" w:lineRule="auto"/>
              <w:jc w:val="center"/>
            </w:pPr>
          </w:p>
        </w:tc>
        <w:tc>
          <w:tcPr>
            <w:tcW w:w="1728" w:type="dxa"/>
            <w:tcBorders>
              <w:top w:val="nil"/>
              <w:left w:val="nil"/>
              <w:bottom w:val="nil"/>
              <w:right w:val="nil"/>
            </w:tcBorders>
          </w:tcPr>
          <w:p w14:paraId="795E83FB" w14:textId="77777777" w:rsidR="001C61CC" w:rsidRDefault="000D727A">
            <w:pPr>
              <w:spacing w:after="0" w:line="240" w:lineRule="auto"/>
              <w:jc w:val="center"/>
            </w:pPr>
            <w:r>
              <w:rPr>
                <w:sz w:val="16"/>
              </w:rPr>
              <w:t>0.424</w:t>
            </w:r>
          </w:p>
        </w:tc>
      </w:tr>
      <w:tr w:rsidR="001C61CC" w14:paraId="2CA62892" w14:textId="77777777">
        <w:tc>
          <w:tcPr>
            <w:tcW w:w="1728" w:type="dxa"/>
            <w:tcBorders>
              <w:top w:val="nil"/>
              <w:left w:val="nil"/>
              <w:bottom w:val="nil"/>
              <w:right w:val="nil"/>
            </w:tcBorders>
          </w:tcPr>
          <w:p w14:paraId="4B181569"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75FA2AEB" w14:textId="77777777" w:rsidR="001C61CC" w:rsidRDefault="000D727A">
            <w:pPr>
              <w:spacing w:after="0" w:line="240" w:lineRule="auto"/>
              <w:jc w:val="center"/>
            </w:pPr>
            <w:r>
              <w:rPr>
                <w:sz w:val="16"/>
              </w:rPr>
              <w:t>2315</w:t>
            </w:r>
          </w:p>
        </w:tc>
        <w:tc>
          <w:tcPr>
            <w:tcW w:w="1728" w:type="dxa"/>
            <w:tcBorders>
              <w:top w:val="nil"/>
              <w:left w:val="nil"/>
              <w:bottom w:val="nil"/>
              <w:right w:val="nil"/>
            </w:tcBorders>
          </w:tcPr>
          <w:p w14:paraId="194D680B" w14:textId="77777777" w:rsidR="001C61CC" w:rsidRDefault="000D727A">
            <w:pPr>
              <w:spacing w:after="0" w:line="240" w:lineRule="auto"/>
              <w:jc w:val="center"/>
            </w:pPr>
            <w:r>
              <w:rPr>
                <w:sz w:val="16"/>
              </w:rPr>
              <w:t>1136</w:t>
            </w:r>
          </w:p>
        </w:tc>
        <w:tc>
          <w:tcPr>
            <w:tcW w:w="1728" w:type="dxa"/>
            <w:tcBorders>
              <w:top w:val="nil"/>
              <w:left w:val="nil"/>
              <w:bottom w:val="nil"/>
              <w:right w:val="nil"/>
            </w:tcBorders>
          </w:tcPr>
          <w:p w14:paraId="499D2C69" w14:textId="77777777" w:rsidR="001C61CC" w:rsidRDefault="000D727A">
            <w:pPr>
              <w:spacing w:after="0" w:line="240" w:lineRule="auto"/>
              <w:jc w:val="center"/>
            </w:pPr>
            <w:r>
              <w:rPr>
                <w:sz w:val="16"/>
              </w:rPr>
              <w:t>1.00 (0.87, 1.14)</w:t>
            </w:r>
          </w:p>
        </w:tc>
        <w:tc>
          <w:tcPr>
            <w:tcW w:w="1728" w:type="dxa"/>
            <w:tcBorders>
              <w:top w:val="nil"/>
              <w:left w:val="nil"/>
              <w:bottom w:val="nil"/>
              <w:right w:val="nil"/>
            </w:tcBorders>
          </w:tcPr>
          <w:p w14:paraId="2DBD9DC0" w14:textId="77777777" w:rsidR="001C61CC" w:rsidRDefault="000D727A">
            <w:pPr>
              <w:spacing w:after="0" w:line="240" w:lineRule="auto"/>
              <w:jc w:val="center"/>
            </w:pPr>
            <w:r>
              <w:rPr>
                <w:sz w:val="16"/>
              </w:rPr>
              <w:t>0.947</w:t>
            </w:r>
          </w:p>
        </w:tc>
        <w:tc>
          <w:tcPr>
            <w:tcW w:w="1728" w:type="dxa"/>
            <w:tcBorders>
              <w:top w:val="nil"/>
              <w:left w:val="nil"/>
              <w:bottom w:val="nil"/>
              <w:right w:val="nil"/>
            </w:tcBorders>
          </w:tcPr>
          <w:p w14:paraId="5E598DEA" w14:textId="77777777" w:rsidR="001C61CC" w:rsidRDefault="001C61CC">
            <w:pPr>
              <w:spacing w:after="0" w:line="240" w:lineRule="auto"/>
              <w:jc w:val="center"/>
            </w:pPr>
          </w:p>
        </w:tc>
      </w:tr>
      <w:tr w:rsidR="001C61CC" w14:paraId="6EFCA35C" w14:textId="77777777">
        <w:tc>
          <w:tcPr>
            <w:tcW w:w="1728" w:type="dxa"/>
            <w:tcBorders>
              <w:top w:val="nil"/>
              <w:left w:val="nil"/>
              <w:bottom w:val="nil"/>
              <w:right w:val="nil"/>
            </w:tcBorders>
          </w:tcPr>
          <w:p w14:paraId="7D6F255A" w14:textId="77777777" w:rsidR="001C61CC" w:rsidRDefault="000D727A">
            <w:pPr>
              <w:spacing w:after="0" w:line="240" w:lineRule="auto"/>
            </w:pPr>
            <w:r>
              <w:rPr>
                <w:sz w:val="16"/>
              </w:rPr>
              <w:t xml:space="preserve">  Yes</w:t>
            </w:r>
          </w:p>
        </w:tc>
        <w:tc>
          <w:tcPr>
            <w:tcW w:w="1728" w:type="dxa"/>
            <w:tcBorders>
              <w:top w:val="nil"/>
              <w:left w:val="nil"/>
              <w:bottom w:val="nil"/>
              <w:right w:val="nil"/>
            </w:tcBorders>
          </w:tcPr>
          <w:p w14:paraId="2BF8F65E" w14:textId="77777777" w:rsidR="001C61CC" w:rsidRDefault="000D727A">
            <w:pPr>
              <w:spacing w:after="0" w:line="240" w:lineRule="auto"/>
              <w:jc w:val="center"/>
            </w:pPr>
            <w:r>
              <w:rPr>
                <w:sz w:val="16"/>
              </w:rPr>
              <w:t>248</w:t>
            </w:r>
          </w:p>
        </w:tc>
        <w:tc>
          <w:tcPr>
            <w:tcW w:w="1728" w:type="dxa"/>
            <w:tcBorders>
              <w:top w:val="nil"/>
              <w:left w:val="nil"/>
              <w:bottom w:val="nil"/>
              <w:right w:val="nil"/>
            </w:tcBorders>
          </w:tcPr>
          <w:p w14:paraId="0910339E" w14:textId="77777777" w:rsidR="001C61CC" w:rsidRDefault="000D727A">
            <w:pPr>
              <w:spacing w:after="0" w:line="240" w:lineRule="auto"/>
              <w:jc w:val="center"/>
            </w:pPr>
            <w:r>
              <w:rPr>
                <w:sz w:val="16"/>
              </w:rPr>
              <w:t>126</w:t>
            </w:r>
          </w:p>
        </w:tc>
        <w:tc>
          <w:tcPr>
            <w:tcW w:w="1728" w:type="dxa"/>
            <w:tcBorders>
              <w:top w:val="nil"/>
              <w:left w:val="nil"/>
              <w:bottom w:val="nil"/>
              <w:right w:val="nil"/>
            </w:tcBorders>
          </w:tcPr>
          <w:p w14:paraId="4D98E21B" w14:textId="77777777" w:rsidR="001C61CC" w:rsidRDefault="000D727A">
            <w:pPr>
              <w:spacing w:after="0" w:line="240" w:lineRule="auto"/>
              <w:jc w:val="center"/>
            </w:pPr>
            <w:r>
              <w:rPr>
                <w:sz w:val="16"/>
              </w:rPr>
              <w:t>1.02 (0.66, 1.59)</w:t>
            </w:r>
          </w:p>
        </w:tc>
        <w:tc>
          <w:tcPr>
            <w:tcW w:w="1728" w:type="dxa"/>
            <w:tcBorders>
              <w:top w:val="nil"/>
              <w:left w:val="nil"/>
              <w:bottom w:val="nil"/>
              <w:right w:val="nil"/>
            </w:tcBorders>
          </w:tcPr>
          <w:p w14:paraId="7D26F800" w14:textId="77777777" w:rsidR="001C61CC" w:rsidRDefault="000D727A">
            <w:pPr>
              <w:spacing w:after="0" w:line="240" w:lineRule="auto"/>
              <w:jc w:val="center"/>
            </w:pPr>
            <w:r>
              <w:rPr>
                <w:sz w:val="16"/>
              </w:rPr>
              <w:t>0.914</w:t>
            </w:r>
          </w:p>
        </w:tc>
        <w:tc>
          <w:tcPr>
            <w:tcW w:w="1728" w:type="dxa"/>
            <w:tcBorders>
              <w:top w:val="nil"/>
              <w:left w:val="nil"/>
              <w:bottom w:val="nil"/>
              <w:right w:val="nil"/>
            </w:tcBorders>
          </w:tcPr>
          <w:p w14:paraId="5B05222B" w14:textId="77777777" w:rsidR="001C61CC" w:rsidRDefault="001C61CC">
            <w:pPr>
              <w:spacing w:after="0" w:line="240" w:lineRule="auto"/>
              <w:jc w:val="center"/>
            </w:pPr>
          </w:p>
        </w:tc>
      </w:tr>
      <w:tr w:rsidR="001C61CC" w14:paraId="4AFF5112" w14:textId="77777777">
        <w:tc>
          <w:tcPr>
            <w:tcW w:w="1728" w:type="dxa"/>
            <w:tcBorders>
              <w:top w:val="nil"/>
              <w:left w:val="nil"/>
              <w:bottom w:val="nil"/>
              <w:right w:val="nil"/>
            </w:tcBorders>
          </w:tcPr>
          <w:p w14:paraId="6D13F528" w14:textId="77777777" w:rsidR="001C61CC" w:rsidRDefault="000D727A">
            <w:pPr>
              <w:spacing w:after="0" w:line="240" w:lineRule="auto"/>
            </w:pPr>
            <w:r>
              <w:rPr>
                <w:sz w:val="16"/>
              </w:rPr>
              <w:t>Heart disease</w:t>
            </w:r>
          </w:p>
        </w:tc>
        <w:tc>
          <w:tcPr>
            <w:tcW w:w="1728" w:type="dxa"/>
            <w:tcBorders>
              <w:top w:val="nil"/>
              <w:left w:val="nil"/>
              <w:bottom w:val="nil"/>
              <w:right w:val="nil"/>
            </w:tcBorders>
          </w:tcPr>
          <w:p w14:paraId="31B0FFBC" w14:textId="77777777" w:rsidR="001C61CC" w:rsidRDefault="001C61CC">
            <w:pPr>
              <w:spacing w:after="0" w:line="240" w:lineRule="auto"/>
              <w:jc w:val="center"/>
            </w:pPr>
          </w:p>
        </w:tc>
        <w:tc>
          <w:tcPr>
            <w:tcW w:w="1728" w:type="dxa"/>
            <w:tcBorders>
              <w:top w:val="nil"/>
              <w:left w:val="nil"/>
              <w:bottom w:val="nil"/>
              <w:right w:val="nil"/>
            </w:tcBorders>
          </w:tcPr>
          <w:p w14:paraId="6E4FA10B" w14:textId="77777777" w:rsidR="001C61CC" w:rsidRDefault="001C61CC">
            <w:pPr>
              <w:spacing w:after="0" w:line="240" w:lineRule="auto"/>
              <w:jc w:val="center"/>
            </w:pPr>
          </w:p>
        </w:tc>
        <w:tc>
          <w:tcPr>
            <w:tcW w:w="1728" w:type="dxa"/>
            <w:tcBorders>
              <w:top w:val="nil"/>
              <w:left w:val="nil"/>
              <w:bottom w:val="nil"/>
              <w:right w:val="nil"/>
            </w:tcBorders>
          </w:tcPr>
          <w:p w14:paraId="7FE2035A" w14:textId="77777777" w:rsidR="001C61CC" w:rsidRDefault="001C61CC">
            <w:pPr>
              <w:spacing w:after="0" w:line="240" w:lineRule="auto"/>
              <w:jc w:val="center"/>
            </w:pPr>
          </w:p>
        </w:tc>
        <w:tc>
          <w:tcPr>
            <w:tcW w:w="1728" w:type="dxa"/>
            <w:tcBorders>
              <w:top w:val="nil"/>
              <w:left w:val="nil"/>
              <w:bottom w:val="nil"/>
              <w:right w:val="nil"/>
            </w:tcBorders>
          </w:tcPr>
          <w:p w14:paraId="1CA78451" w14:textId="77777777" w:rsidR="001C61CC" w:rsidRDefault="001C61CC">
            <w:pPr>
              <w:spacing w:after="0" w:line="240" w:lineRule="auto"/>
              <w:jc w:val="center"/>
            </w:pPr>
          </w:p>
        </w:tc>
        <w:tc>
          <w:tcPr>
            <w:tcW w:w="1728" w:type="dxa"/>
            <w:tcBorders>
              <w:top w:val="nil"/>
              <w:left w:val="nil"/>
              <w:bottom w:val="nil"/>
              <w:right w:val="nil"/>
            </w:tcBorders>
          </w:tcPr>
          <w:p w14:paraId="618BCB33" w14:textId="77777777" w:rsidR="001C61CC" w:rsidRDefault="000D727A">
            <w:pPr>
              <w:spacing w:after="0" w:line="240" w:lineRule="auto"/>
              <w:jc w:val="center"/>
            </w:pPr>
            <w:r>
              <w:rPr>
                <w:sz w:val="16"/>
              </w:rPr>
              <w:t>0.226</w:t>
            </w:r>
          </w:p>
        </w:tc>
      </w:tr>
      <w:tr w:rsidR="001C61CC" w14:paraId="1EEADEE5" w14:textId="77777777">
        <w:tc>
          <w:tcPr>
            <w:tcW w:w="1728" w:type="dxa"/>
            <w:tcBorders>
              <w:top w:val="nil"/>
              <w:left w:val="nil"/>
              <w:bottom w:val="nil"/>
              <w:right w:val="nil"/>
            </w:tcBorders>
          </w:tcPr>
          <w:p w14:paraId="3FD60ECF" w14:textId="77777777" w:rsidR="001C61CC" w:rsidRDefault="000D727A">
            <w:pPr>
              <w:spacing w:after="0" w:line="240" w:lineRule="auto"/>
            </w:pPr>
            <w:r>
              <w:rPr>
                <w:sz w:val="16"/>
              </w:rPr>
              <w:t xml:space="preserve">  No</w:t>
            </w:r>
          </w:p>
        </w:tc>
        <w:tc>
          <w:tcPr>
            <w:tcW w:w="1728" w:type="dxa"/>
            <w:tcBorders>
              <w:top w:val="nil"/>
              <w:left w:val="nil"/>
              <w:bottom w:val="nil"/>
              <w:right w:val="nil"/>
            </w:tcBorders>
          </w:tcPr>
          <w:p w14:paraId="1202EAED" w14:textId="77777777" w:rsidR="001C61CC" w:rsidRDefault="000D727A">
            <w:pPr>
              <w:spacing w:after="0" w:line="240" w:lineRule="auto"/>
              <w:jc w:val="center"/>
            </w:pPr>
            <w:r>
              <w:rPr>
                <w:sz w:val="16"/>
              </w:rPr>
              <w:t>2155</w:t>
            </w:r>
          </w:p>
        </w:tc>
        <w:tc>
          <w:tcPr>
            <w:tcW w:w="1728" w:type="dxa"/>
            <w:tcBorders>
              <w:top w:val="nil"/>
              <w:left w:val="nil"/>
              <w:bottom w:val="nil"/>
              <w:right w:val="nil"/>
            </w:tcBorders>
          </w:tcPr>
          <w:p w14:paraId="14FB43C4" w14:textId="77777777" w:rsidR="001C61CC" w:rsidRDefault="000D727A">
            <w:pPr>
              <w:spacing w:after="0" w:line="240" w:lineRule="auto"/>
              <w:jc w:val="center"/>
            </w:pPr>
            <w:r>
              <w:rPr>
                <w:sz w:val="16"/>
              </w:rPr>
              <w:t>1037</w:t>
            </w:r>
          </w:p>
        </w:tc>
        <w:tc>
          <w:tcPr>
            <w:tcW w:w="1728" w:type="dxa"/>
            <w:tcBorders>
              <w:top w:val="nil"/>
              <w:left w:val="nil"/>
              <w:bottom w:val="nil"/>
              <w:right w:val="nil"/>
            </w:tcBorders>
          </w:tcPr>
          <w:p w14:paraId="06637C7D" w14:textId="77777777" w:rsidR="001C61CC" w:rsidRDefault="000D727A">
            <w:pPr>
              <w:spacing w:after="0" w:line="240" w:lineRule="auto"/>
              <w:jc w:val="center"/>
            </w:pPr>
            <w:r>
              <w:rPr>
                <w:sz w:val="16"/>
              </w:rPr>
              <w:t>1.04 (0.90, 1.20)</w:t>
            </w:r>
          </w:p>
        </w:tc>
        <w:tc>
          <w:tcPr>
            <w:tcW w:w="1728" w:type="dxa"/>
            <w:tcBorders>
              <w:top w:val="nil"/>
              <w:left w:val="nil"/>
              <w:bottom w:val="nil"/>
              <w:right w:val="nil"/>
            </w:tcBorders>
          </w:tcPr>
          <w:p w14:paraId="31AB896C" w14:textId="77777777" w:rsidR="001C61CC" w:rsidRDefault="000D727A">
            <w:pPr>
              <w:spacing w:after="0" w:line="240" w:lineRule="auto"/>
              <w:jc w:val="center"/>
            </w:pPr>
            <w:r>
              <w:rPr>
                <w:sz w:val="16"/>
              </w:rPr>
              <w:t>0.573</w:t>
            </w:r>
          </w:p>
        </w:tc>
        <w:tc>
          <w:tcPr>
            <w:tcW w:w="1728" w:type="dxa"/>
            <w:tcBorders>
              <w:top w:val="nil"/>
              <w:left w:val="nil"/>
              <w:bottom w:val="nil"/>
              <w:right w:val="nil"/>
            </w:tcBorders>
          </w:tcPr>
          <w:p w14:paraId="1CC3CF0D" w14:textId="77777777" w:rsidR="001C61CC" w:rsidRDefault="001C61CC">
            <w:pPr>
              <w:spacing w:after="0" w:line="240" w:lineRule="auto"/>
              <w:jc w:val="center"/>
            </w:pPr>
          </w:p>
        </w:tc>
      </w:tr>
      <w:tr w:rsidR="001C61CC" w14:paraId="696211BE" w14:textId="77777777">
        <w:tc>
          <w:tcPr>
            <w:tcW w:w="1728" w:type="dxa"/>
            <w:tcBorders>
              <w:top w:val="nil"/>
              <w:left w:val="nil"/>
              <w:bottom w:val="single" w:sz="10" w:space="0" w:color="000000"/>
              <w:right w:val="nil"/>
            </w:tcBorders>
          </w:tcPr>
          <w:p w14:paraId="3375C15F" w14:textId="77777777" w:rsidR="001C61CC" w:rsidRDefault="000D727A">
            <w:pPr>
              <w:spacing w:after="0" w:line="240" w:lineRule="auto"/>
            </w:pPr>
            <w:r>
              <w:rPr>
                <w:sz w:val="16"/>
              </w:rPr>
              <w:t xml:space="preserve">  Yes</w:t>
            </w:r>
          </w:p>
        </w:tc>
        <w:tc>
          <w:tcPr>
            <w:tcW w:w="1728" w:type="dxa"/>
            <w:tcBorders>
              <w:top w:val="nil"/>
              <w:left w:val="nil"/>
              <w:bottom w:val="single" w:sz="10" w:space="0" w:color="000000"/>
              <w:right w:val="nil"/>
            </w:tcBorders>
          </w:tcPr>
          <w:p w14:paraId="47882C9B" w14:textId="77777777" w:rsidR="001C61CC" w:rsidRDefault="000D727A">
            <w:pPr>
              <w:spacing w:after="0" w:line="240" w:lineRule="auto"/>
              <w:jc w:val="center"/>
            </w:pPr>
            <w:r>
              <w:rPr>
                <w:sz w:val="16"/>
              </w:rPr>
              <w:t>408</w:t>
            </w:r>
          </w:p>
        </w:tc>
        <w:tc>
          <w:tcPr>
            <w:tcW w:w="1728" w:type="dxa"/>
            <w:tcBorders>
              <w:top w:val="nil"/>
              <w:left w:val="nil"/>
              <w:bottom w:val="single" w:sz="10" w:space="0" w:color="000000"/>
              <w:right w:val="nil"/>
            </w:tcBorders>
          </w:tcPr>
          <w:p w14:paraId="4E242102" w14:textId="77777777" w:rsidR="001C61CC" w:rsidRDefault="000D727A">
            <w:pPr>
              <w:spacing w:after="0" w:line="240" w:lineRule="auto"/>
              <w:jc w:val="center"/>
            </w:pPr>
            <w:r>
              <w:rPr>
                <w:sz w:val="16"/>
              </w:rPr>
              <w:t>225</w:t>
            </w:r>
          </w:p>
        </w:tc>
        <w:tc>
          <w:tcPr>
            <w:tcW w:w="1728" w:type="dxa"/>
            <w:tcBorders>
              <w:top w:val="nil"/>
              <w:left w:val="nil"/>
              <w:bottom w:val="single" w:sz="10" w:space="0" w:color="000000"/>
              <w:right w:val="nil"/>
            </w:tcBorders>
          </w:tcPr>
          <w:p w14:paraId="5B131660" w14:textId="77777777" w:rsidR="001C61CC" w:rsidRDefault="000D727A">
            <w:pPr>
              <w:spacing w:after="0" w:line="240" w:lineRule="auto"/>
              <w:jc w:val="center"/>
            </w:pPr>
            <w:r>
              <w:rPr>
                <w:sz w:val="16"/>
              </w:rPr>
              <w:t>0.93 (0.68, 1.28)</w:t>
            </w:r>
          </w:p>
        </w:tc>
        <w:tc>
          <w:tcPr>
            <w:tcW w:w="1728" w:type="dxa"/>
            <w:tcBorders>
              <w:top w:val="nil"/>
              <w:left w:val="nil"/>
              <w:bottom w:val="single" w:sz="10" w:space="0" w:color="000000"/>
              <w:right w:val="nil"/>
            </w:tcBorders>
          </w:tcPr>
          <w:p w14:paraId="064E5A1D" w14:textId="77777777" w:rsidR="001C61CC" w:rsidRDefault="000D727A">
            <w:pPr>
              <w:spacing w:after="0" w:line="240" w:lineRule="auto"/>
              <w:jc w:val="center"/>
            </w:pPr>
            <w:r>
              <w:rPr>
                <w:sz w:val="16"/>
              </w:rPr>
              <w:t>0.678</w:t>
            </w:r>
          </w:p>
        </w:tc>
        <w:tc>
          <w:tcPr>
            <w:tcW w:w="1728" w:type="dxa"/>
            <w:tcBorders>
              <w:top w:val="nil"/>
              <w:left w:val="nil"/>
              <w:bottom w:val="single" w:sz="10" w:space="0" w:color="000000"/>
              <w:right w:val="nil"/>
            </w:tcBorders>
          </w:tcPr>
          <w:p w14:paraId="06E3B9F8" w14:textId="77777777" w:rsidR="001C61CC" w:rsidRDefault="001C61CC">
            <w:pPr>
              <w:spacing w:after="0" w:line="240" w:lineRule="auto"/>
              <w:jc w:val="center"/>
            </w:pPr>
          </w:p>
        </w:tc>
      </w:tr>
    </w:tbl>
    <w:p w14:paraId="724F9E21" w14:textId="77777777" w:rsidR="001C61CC" w:rsidRDefault="001C61CC"/>
    <w:p w14:paraId="73725EB5" w14:textId="77777777" w:rsidR="001C61CC" w:rsidRDefault="000D727A">
      <w:pPr>
        <w:spacing w:after="80"/>
      </w:pPr>
      <w:r>
        <w:rPr>
          <w:sz w:val="16"/>
        </w:rPr>
        <w:t>Note: Interaction p values are exploratory and were derived from multiplicative interaction terms in prospective Cox models.</w:t>
      </w:r>
    </w:p>
    <w:p w14:paraId="05A83660" w14:textId="77777777" w:rsidR="001C61CC" w:rsidRDefault="000D727A">
      <w:r>
        <w:br w:type="page"/>
      </w:r>
    </w:p>
    <w:p w14:paraId="213AB4A7" w14:textId="77777777" w:rsidR="001C61CC" w:rsidRDefault="000D727A">
      <w:pPr>
        <w:spacing w:after="80"/>
      </w:pPr>
      <w:r>
        <w:rPr>
          <w:b/>
          <w:sz w:val="24"/>
        </w:rPr>
        <w:lastRenderedPageBreak/>
        <w:t>Supplementary Table 14. Sensitivity analyses</w:t>
      </w:r>
    </w:p>
    <w:p w14:paraId="643131D9" w14:textId="77777777" w:rsidR="001C61CC" w:rsidRDefault="000D727A">
      <w:pPr>
        <w:spacing w:after="80"/>
      </w:pPr>
      <w:r>
        <w:rPr>
          <w:sz w:val="19"/>
        </w:rPr>
        <w:t>Panel A. Cross-sectional sensitivity analyses</w:t>
      </w:r>
    </w:p>
    <w:tbl>
      <w:tblPr>
        <w:tblW w:w="0" w:type="auto"/>
        <w:tblLook w:val="04A0" w:firstRow="1" w:lastRow="0" w:firstColumn="1" w:lastColumn="0" w:noHBand="0" w:noVBand="1"/>
      </w:tblPr>
      <w:tblGrid>
        <w:gridCol w:w="1728"/>
        <w:gridCol w:w="1728"/>
        <w:gridCol w:w="1728"/>
        <w:gridCol w:w="1728"/>
        <w:gridCol w:w="1728"/>
        <w:gridCol w:w="1728"/>
      </w:tblGrid>
      <w:tr w:rsidR="001C61CC" w14:paraId="56DFB837" w14:textId="77777777">
        <w:tc>
          <w:tcPr>
            <w:tcW w:w="1728" w:type="dxa"/>
            <w:tcBorders>
              <w:top w:val="single" w:sz="10" w:space="0" w:color="000000"/>
              <w:left w:val="nil"/>
              <w:bottom w:val="single" w:sz="10" w:space="0" w:color="000000"/>
              <w:right w:val="nil"/>
            </w:tcBorders>
          </w:tcPr>
          <w:p w14:paraId="4E52411A" w14:textId="77777777" w:rsidR="001C61CC" w:rsidRDefault="000D727A">
            <w:pPr>
              <w:spacing w:after="0" w:line="240" w:lineRule="auto"/>
            </w:pPr>
            <w:r>
              <w:rPr>
                <w:b/>
                <w:sz w:val="16"/>
              </w:rPr>
              <w:t>Analysis</w:t>
            </w:r>
          </w:p>
        </w:tc>
        <w:tc>
          <w:tcPr>
            <w:tcW w:w="1728" w:type="dxa"/>
            <w:tcBorders>
              <w:top w:val="single" w:sz="10" w:space="0" w:color="000000"/>
              <w:left w:val="nil"/>
              <w:bottom w:val="single" w:sz="10" w:space="0" w:color="000000"/>
              <w:right w:val="nil"/>
            </w:tcBorders>
          </w:tcPr>
          <w:p w14:paraId="4498522B" w14:textId="77777777" w:rsidR="001C61CC" w:rsidRDefault="000D727A">
            <w:pPr>
              <w:spacing w:after="0" w:line="240" w:lineRule="auto"/>
              <w:jc w:val="center"/>
            </w:pPr>
            <w:r>
              <w:rPr>
                <w:b/>
                <w:sz w:val="16"/>
              </w:rPr>
              <w:t>Exposure</w:t>
            </w:r>
          </w:p>
        </w:tc>
        <w:tc>
          <w:tcPr>
            <w:tcW w:w="1728" w:type="dxa"/>
            <w:tcBorders>
              <w:top w:val="single" w:sz="10" w:space="0" w:color="000000"/>
              <w:left w:val="nil"/>
              <w:bottom w:val="single" w:sz="10" w:space="0" w:color="000000"/>
              <w:right w:val="nil"/>
            </w:tcBorders>
          </w:tcPr>
          <w:p w14:paraId="22951FA7" w14:textId="77777777" w:rsidR="001C61CC" w:rsidRDefault="000D727A">
            <w:pPr>
              <w:spacing w:after="0" w:line="240" w:lineRule="auto"/>
              <w:jc w:val="center"/>
            </w:pPr>
            <w:r>
              <w:rPr>
                <w:b/>
                <w:sz w:val="16"/>
              </w:rPr>
              <w:t>Analytic n</w:t>
            </w:r>
          </w:p>
        </w:tc>
        <w:tc>
          <w:tcPr>
            <w:tcW w:w="1728" w:type="dxa"/>
            <w:tcBorders>
              <w:top w:val="single" w:sz="10" w:space="0" w:color="000000"/>
              <w:left w:val="nil"/>
              <w:bottom w:val="single" w:sz="10" w:space="0" w:color="000000"/>
              <w:right w:val="nil"/>
            </w:tcBorders>
          </w:tcPr>
          <w:p w14:paraId="4DEC0FF3" w14:textId="77777777" w:rsidR="001C61CC" w:rsidRDefault="000D727A">
            <w:pPr>
              <w:spacing w:after="0" w:line="240" w:lineRule="auto"/>
              <w:jc w:val="center"/>
            </w:pPr>
            <w:r>
              <w:rPr>
                <w:b/>
                <w:sz w:val="16"/>
              </w:rPr>
              <w:t>Cases or events</w:t>
            </w:r>
          </w:p>
        </w:tc>
        <w:tc>
          <w:tcPr>
            <w:tcW w:w="1728" w:type="dxa"/>
            <w:tcBorders>
              <w:top w:val="single" w:sz="10" w:space="0" w:color="000000"/>
              <w:left w:val="nil"/>
              <w:bottom w:val="single" w:sz="10" w:space="0" w:color="000000"/>
              <w:right w:val="nil"/>
            </w:tcBorders>
          </w:tcPr>
          <w:p w14:paraId="742CC5A6" w14:textId="77777777" w:rsidR="001C61CC" w:rsidRDefault="000D727A">
            <w:pPr>
              <w:spacing w:after="0" w:line="240" w:lineRule="auto"/>
              <w:jc w:val="center"/>
            </w:pPr>
            <w:r>
              <w:rPr>
                <w:b/>
                <w:sz w:val="16"/>
              </w:rPr>
              <w:t>Estimate</w:t>
            </w:r>
          </w:p>
        </w:tc>
        <w:tc>
          <w:tcPr>
            <w:tcW w:w="1728" w:type="dxa"/>
            <w:tcBorders>
              <w:top w:val="single" w:sz="10" w:space="0" w:color="000000"/>
              <w:left w:val="nil"/>
              <w:bottom w:val="single" w:sz="10" w:space="0" w:color="000000"/>
              <w:right w:val="nil"/>
            </w:tcBorders>
          </w:tcPr>
          <w:p w14:paraId="74A7727A" w14:textId="77777777" w:rsidR="001C61CC" w:rsidRDefault="000D727A">
            <w:pPr>
              <w:spacing w:after="0" w:line="240" w:lineRule="auto"/>
              <w:jc w:val="center"/>
            </w:pPr>
            <w:r>
              <w:rPr>
                <w:b/>
                <w:sz w:val="16"/>
              </w:rPr>
              <w:t>P value</w:t>
            </w:r>
          </w:p>
        </w:tc>
      </w:tr>
      <w:tr w:rsidR="001C61CC" w14:paraId="7F1D42DB" w14:textId="77777777">
        <w:tc>
          <w:tcPr>
            <w:tcW w:w="1728" w:type="dxa"/>
            <w:tcBorders>
              <w:top w:val="nil"/>
              <w:left w:val="nil"/>
              <w:bottom w:val="nil"/>
              <w:right w:val="nil"/>
            </w:tcBorders>
          </w:tcPr>
          <w:p w14:paraId="5FAB0699" w14:textId="77777777" w:rsidR="001C61CC" w:rsidRDefault="000D727A">
            <w:pPr>
              <w:spacing w:after="0" w:line="240" w:lineRule="auto"/>
            </w:pPr>
            <w:r>
              <w:rPr>
                <w:sz w:val="16"/>
              </w:rPr>
              <w:t>Cross-sectional: CESD-10 &gt;=12</w:t>
            </w:r>
          </w:p>
        </w:tc>
        <w:tc>
          <w:tcPr>
            <w:tcW w:w="1728" w:type="dxa"/>
            <w:tcBorders>
              <w:top w:val="nil"/>
              <w:left w:val="nil"/>
              <w:bottom w:val="nil"/>
              <w:right w:val="nil"/>
            </w:tcBorders>
          </w:tcPr>
          <w:p w14:paraId="3F28F5A5" w14:textId="77777777" w:rsidR="001C61CC" w:rsidRDefault="000D727A">
            <w:pPr>
              <w:spacing w:after="0" w:line="240" w:lineRule="auto"/>
              <w:jc w:val="center"/>
            </w:pPr>
            <w:r>
              <w:rPr>
                <w:sz w:val="16"/>
              </w:rPr>
              <w:t>Any pregnancy loss</w:t>
            </w:r>
          </w:p>
        </w:tc>
        <w:tc>
          <w:tcPr>
            <w:tcW w:w="1728" w:type="dxa"/>
            <w:tcBorders>
              <w:top w:val="nil"/>
              <w:left w:val="nil"/>
              <w:bottom w:val="nil"/>
              <w:right w:val="nil"/>
            </w:tcBorders>
          </w:tcPr>
          <w:p w14:paraId="2164A185" w14:textId="77777777" w:rsidR="001C61CC" w:rsidRDefault="000D727A">
            <w:pPr>
              <w:spacing w:after="0" w:line="240" w:lineRule="auto"/>
              <w:jc w:val="center"/>
            </w:pPr>
            <w:r>
              <w:rPr>
                <w:sz w:val="16"/>
              </w:rPr>
              <w:t>7152</w:t>
            </w:r>
          </w:p>
        </w:tc>
        <w:tc>
          <w:tcPr>
            <w:tcW w:w="1728" w:type="dxa"/>
            <w:tcBorders>
              <w:top w:val="nil"/>
              <w:left w:val="nil"/>
              <w:bottom w:val="nil"/>
              <w:right w:val="nil"/>
            </w:tcBorders>
          </w:tcPr>
          <w:p w14:paraId="2C953858" w14:textId="77777777" w:rsidR="001C61CC" w:rsidRDefault="000D727A">
            <w:pPr>
              <w:spacing w:after="0" w:line="240" w:lineRule="auto"/>
              <w:jc w:val="center"/>
            </w:pPr>
            <w:r>
              <w:rPr>
                <w:sz w:val="16"/>
              </w:rPr>
              <w:t>2502</w:t>
            </w:r>
          </w:p>
        </w:tc>
        <w:tc>
          <w:tcPr>
            <w:tcW w:w="1728" w:type="dxa"/>
            <w:tcBorders>
              <w:top w:val="nil"/>
              <w:left w:val="nil"/>
              <w:bottom w:val="nil"/>
              <w:right w:val="nil"/>
            </w:tcBorders>
          </w:tcPr>
          <w:p w14:paraId="739F5751" w14:textId="77777777" w:rsidR="001C61CC" w:rsidRDefault="000D727A">
            <w:pPr>
              <w:spacing w:after="0" w:line="240" w:lineRule="auto"/>
              <w:jc w:val="center"/>
            </w:pPr>
            <w:r>
              <w:rPr>
                <w:sz w:val="16"/>
              </w:rPr>
              <w:t>1.11 (0.98, 1.25)</w:t>
            </w:r>
          </w:p>
        </w:tc>
        <w:tc>
          <w:tcPr>
            <w:tcW w:w="1728" w:type="dxa"/>
            <w:tcBorders>
              <w:top w:val="nil"/>
              <w:left w:val="nil"/>
              <w:bottom w:val="nil"/>
              <w:right w:val="nil"/>
            </w:tcBorders>
          </w:tcPr>
          <w:p w14:paraId="42E5A5FA" w14:textId="77777777" w:rsidR="001C61CC" w:rsidRDefault="000D727A">
            <w:pPr>
              <w:spacing w:after="0" w:line="240" w:lineRule="auto"/>
              <w:jc w:val="center"/>
            </w:pPr>
            <w:r>
              <w:rPr>
                <w:sz w:val="16"/>
              </w:rPr>
              <w:t>0.105</w:t>
            </w:r>
          </w:p>
        </w:tc>
      </w:tr>
      <w:tr w:rsidR="001C61CC" w14:paraId="6AC01625" w14:textId="77777777">
        <w:tc>
          <w:tcPr>
            <w:tcW w:w="1728" w:type="dxa"/>
            <w:tcBorders>
              <w:top w:val="nil"/>
              <w:left w:val="nil"/>
              <w:bottom w:val="nil"/>
              <w:right w:val="nil"/>
            </w:tcBorders>
          </w:tcPr>
          <w:p w14:paraId="209AC000" w14:textId="77777777" w:rsidR="001C61CC" w:rsidRDefault="000D727A">
            <w:pPr>
              <w:spacing w:after="0" w:line="240" w:lineRule="auto"/>
            </w:pPr>
            <w:r>
              <w:rPr>
                <w:sz w:val="16"/>
              </w:rPr>
              <w:t>Cross-sectional: CESD-10 &gt;=12</w:t>
            </w:r>
          </w:p>
        </w:tc>
        <w:tc>
          <w:tcPr>
            <w:tcW w:w="1728" w:type="dxa"/>
            <w:tcBorders>
              <w:top w:val="nil"/>
              <w:left w:val="nil"/>
              <w:bottom w:val="nil"/>
              <w:right w:val="nil"/>
            </w:tcBorders>
          </w:tcPr>
          <w:p w14:paraId="6BC47DF7" w14:textId="77777777" w:rsidR="001C61CC" w:rsidRDefault="000D727A">
            <w:pPr>
              <w:spacing w:after="0" w:line="240" w:lineRule="auto"/>
              <w:jc w:val="center"/>
            </w:pPr>
            <w:r>
              <w:rPr>
                <w:sz w:val="16"/>
              </w:rPr>
              <w:t>Induced abortion history</w:t>
            </w:r>
          </w:p>
        </w:tc>
        <w:tc>
          <w:tcPr>
            <w:tcW w:w="1728" w:type="dxa"/>
            <w:tcBorders>
              <w:top w:val="nil"/>
              <w:left w:val="nil"/>
              <w:bottom w:val="nil"/>
              <w:right w:val="nil"/>
            </w:tcBorders>
          </w:tcPr>
          <w:p w14:paraId="6C214EE2" w14:textId="77777777" w:rsidR="001C61CC" w:rsidRDefault="000D727A">
            <w:pPr>
              <w:spacing w:after="0" w:line="240" w:lineRule="auto"/>
              <w:jc w:val="center"/>
            </w:pPr>
            <w:r>
              <w:rPr>
                <w:sz w:val="16"/>
              </w:rPr>
              <w:t>7152</w:t>
            </w:r>
          </w:p>
        </w:tc>
        <w:tc>
          <w:tcPr>
            <w:tcW w:w="1728" w:type="dxa"/>
            <w:tcBorders>
              <w:top w:val="nil"/>
              <w:left w:val="nil"/>
              <w:bottom w:val="nil"/>
              <w:right w:val="nil"/>
            </w:tcBorders>
          </w:tcPr>
          <w:p w14:paraId="54DC3281" w14:textId="77777777" w:rsidR="001C61CC" w:rsidRDefault="000D727A">
            <w:pPr>
              <w:spacing w:after="0" w:line="240" w:lineRule="auto"/>
              <w:jc w:val="center"/>
            </w:pPr>
            <w:r>
              <w:rPr>
                <w:sz w:val="16"/>
              </w:rPr>
              <w:t>2502</w:t>
            </w:r>
          </w:p>
        </w:tc>
        <w:tc>
          <w:tcPr>
            <w:tcW w:w="1728" w:type="dxa"/>
            <w:tcBorders>
              <w:top w:val="nil"/>
              <w:left w:val="nil"/>
              <w:bottom w:val="nil"/>
              <w:right w:val="nil"/>
            </w:tcBorders>
          </w:tcPr>
          <w:p w14:paraId="1E8A6930" w14:textId="77777777" w:rsidR="001C61CC" w:rsidRDefault="000D727A">
            <w:pPr>
              <w:spacing w:after="0" w:line="240" w:lineRule="auto"/>
              <w:jc w:val="center"/>
            </w:pPr>
            <w:r>
              <w:rPr>
                <w:sz w:val="16"/>
              </w:rPr>
              <w:t>1.06 (0.92, 1.22)</w:t>
            </w:r>
          </w:p>
        </w:tc>
        <w:tc>
          <w:tcPr>
            <w:tcW w:w="1728" w:type="dxa"/>
            <w:tcBorders>
              <w:top w:val="nil"/>
              <w:left w:val="nil"/>
              <w:bottom w:val="nil"/>
              <w:right w:val="nil"/>
            </w:tcBorders>
          </w:tcPr>
          <w:p w14:paraId="3EF2269C" w14:textId="77777777" w:rsidR="001C61CC" w:rsidRDefault="000D727A">
            <w:pPr>
              <w:spacing w:after="0" w:line="240" w:lineRule="auto"/>
              <w:jc w:val="center"/>
            </w:pPr>
            <w:r>
              <w:rPr>
                <w:sz w:val="16"/>
              </w:rPr>
              <w:t>0.444</w:t>
            </w:r>
          </w:p>
        </w:tc>
      </w:tr>
      <w:tr w:rsidR="001C61CC" w14:paraId="663CA70C" w14:textId="77777777">
        <w:tc>
          <w:tcPr>
            <w:tcW w:w="1728" w:type="dxa"/>
            <w:tcBorders>
              <w:top w:val="nil"/>
              <w:left w:val="nil"/>
              <w:bottom w:val="nil"/>
              <w:right w:val="nil"/>
            </w:tcBorders>
          </w:tcPr>
          <w:p w14:paraId="661E83B9" w14:textId="77777777" w:rsidR="001C61CC" w:rsidRDefault="000D727A">
            <w:pPr>
              <w:spacing w:after="0" w:line="240" w:lineRule="auto"/>
            </w:pPr>
            <w:r>
              <w:rPr>
                <w:sz w:val="16"/>
              </w:rPr>
              <w:t>Cross-sectional: CESD-10 &gt;=12</w:t>
            </w:r>
          </w:p>
        </w:tc>
        <w:tc>
          <w:tcPr>
            <w:tcW w:w="1728" w:type="dxa"/>
            <w:tcBorders>
              <w:top w:val="nil"/>
              <w:left w:val="nil"/>
              <w:bottom w:val="nil"/>
              <w:right w:val="nil"/>
            </w:tcBorders>
          </w:tcPr>
          <w:p w14:paraId="3BB03AD5" w14:textId="77777777" w:rsidR="001C61CC" w:rsidRDefault="000D727A">
            <w:pPr>
              <w:spacing w:after="0" w:line="240" w:lineRule="auto"/>
              <w:jc w:val="center"/>
            </w:pPr>
            <w:r>
              <w:rPr>
                <w:sz w:val="16"/>
              </w:rPr>
              <w:t>Spontaneous abortion history</w:t>
            </w:r>
          </w:p>
        </w:tc>
        <w:tc>
          <w:tcPr>
            <w:tcW w:w="1728" w:type="dxa"/>
            <w:tcBorders>
              <w:top w:val="nil"/>
              <w:left w:val="nil"/>
              <w:bottom w:val="nil"/>
              <w:right w:val="nil"/>
            </w:tcBorders>
          </w:tcPr>
          <w:p w14:paraId="72CDC30F" w14:textId="77777777" w:rsidR="001C61CC" w:rsidRDefault="000D727A">
            <w:pPr>
              <w:spacing w:after="0" w:line="240" w:lineRule="auto"/>
              <w:jc w:val="center"/>
            </w:pPr>
            <w:r>
              <w:rPr>
                <w:sz w:val="16"/>
              </w:rPr>
              <w:t>7152</w:t>
            </w:r>
          </w:p>
        </w:tc>
        <w:tc>
          <w:tcPr>
            <w:tcW w:w="1728" w:type="dxa"/>
            <w:tcBorders>
              <w:top w:val="nil"/>
              <w:left w:val="nil"/>
              <w:bottom w:val="nil"/>
              <w:right w:val="nil"/>
            </w:tcBorders>
          </w:tcPr>
          <w:p w14:paraId="5AC113CE" w14:textId="77777777" w:rsidR="001C61CC" w:rsidRDefault="000D727A">
            <w:pPr>
              <w:spacing w:after="0" w:line="240" w:lineRule="auto"/>
              <w:jc w:val="center"/>
            </w:pPr>
            <w:r>
              <w:rPr>
                <w:sz w:val="16"/>
              </w:rPr>
              <w:t>2502</w:t>
            </w:r>
          </w:p>
        </w:tc>
        <w:tc>
          <w:tcPr>
            <w:tcW w:w="1728" w:type="dxa"/>
            <w:tcBorders>
              <w:top w:val="nil"/>
              <w:left w:val="nil"/>
              <w:bottom w:val="nil"/>
              <w:right w:val="nil"/>
            </w:tcBorders>
          </w:tcPr>
          <w:p w14:paraId="3C219B54" w14:textId="77777777" w:rsidR="001C61CC" w:rsidRDefault="000D727A">
            <w:pPr>
              <w:spacing w:after="0" w:line="240" w:lineRule="auto"/>
              <w:jc w:val="center"/>
            </w:pPr>
            <w:r>
              <w:rPr>
                <w:sz w:val="16"/>
              </w:rPr>
              <w:t>1.14 (0.94, 1.38)</w:t>
            </w:r>
          </w:p>
        </w:tc>
        <w:tc>
          <w:tcPr>
            <w:tcW w:w="1728" w:type="dxa"/>
            <w:tcBorders>
              <w:top w:val="nil"/>
              <w:left w:val="nil"/>
              <w:bottom w:val="nil"/>
              <w:right w:val="nil"/>
            </w:tcBorders>
          </w:tcPr>
          <w:p w14:paraId="7050C905" w14:textId="77777777" w:rsidR="001C61CC" w:rsidRDefault="000D727A">
            <w:pPr>
              <w:spacing w:after="0" w:line="240" w:lineRule="auto"/>
              <w:jc w:val="center"/>
            </w:pPr>
            <w:r>
              <w:rPr>
                <w:sz w:val="16"/>
              </w:rPr>
              <w:t>0.181</w:t>
            </w:r>
          </w:p>
        </w:tc>
      </w:tr>
      <w:tr w:rsidR="001C61CC" w14:paraId="7FCF70BA" w14:textId="77777777">
        <w:tc>
          <w:tcPr>
            <w:tcW w:w="1728" w:type="dxa"/>
            <w:tcBorders>
              <w:top w:val="nil"/>
              <w:left w:val="nil"/>
              <w:bottom w:val="nil"/>
              <w:right w:val="nil"/>
            </w:tcBorders>
          </w:tcPr>
          <w:p w14:paraId="3FE1564B" w14:textId="77777777" w:rsidR="001C61CC" w:rsidRDefault="000D727A">
            <w:pPr>
              <w:spacing w:after="0" w:line="240" w:lineRule="auto"/>
            </w:pPr>
            <w:r>
              <w:rPr>
                <w:sz w:val="16"/>
              </w:rPr>
              <w:t>Cross-sectional: CESD-10 &gt;=12</w:t>
            </w:r>
          </w:p>
        </w:tc>
        <w:tc>
          <w:tcPr>
            <w:tcW w:w="1728" w:type="dxa"/>
            <w:tcBorders>
              <w:top w:val="nil"/>
              <w:left w:val="nil"/>
              <w:bottom w:val="nil"/>
              <w:right w:val="nil"/>
            </w:tcBorders>
          </w:tcPr>
          <w:p w14:paraId="42B85A68" w14:textId="77777777" w:rsidR="001C61CC" w:rsidRDefault="000D727A">
            <w:pPr>
              <w:spacing w:after="0" w:line="240" w:lineRule="auto"/>
              <w:jc w:val="center"/>
            </w:pPr>
            <w:r>
              <w:rPr>
                <w:sz w:val="16"/>
              </w:rPr>
              <w:t>Stillbirth history</w:t>
            </w:r>
          </w:p>
        </w:tc>
        <w:tc>
          <w:tcPr>
            <w:tcW w:w="1728" w:type="dxa"/>
            <w:tcBorders>
              <w:top w:val="nil"/>
              <w:left w:val="nil"/>
              <w:bottom w:val="nil"/>
              <w:right w:val="nil"/>
            </w:tcBorders>
          </w:tcPr>
          <w:p w14:paraId="3571157C" w14:textId="77777777" w:rsidR="001C61CC" w:rsidRDefault="000D727A">
            <w:pPr>
              <w:spacing w:after="0" w:line="240" w:lineRule="auto"/>
              <w:jc w:val="center"/>
            </w:pPr>
            <w:r>
              <w:rPr>
                <w:sz w:val="16"/>
              </w:rPr>
              <w:t>7152</w:t>
            </w:r>
          </w:p>
        </w:tc>
        <w:tc>
          <w:tcPr>
            <w:tcW w:w="1728" w:type="dxa"/>
            <w:tcBorders>
              <w:top w:val="nil"/>
              <w:left w:val="nil"/>
              <w:bottom w:val="nil"/>
              <w:right w:val="nil"/>
            </w:tcBorders>
          </w:tcPr>
          <w:p w14:paraId="4E51F762" w14:textId="77777777" w:rsidR="001C61CC" w:rsidRDefault="000D727A">
            <w:pPr>
              <w:spacing w:after="0" w:line="240" w:lineRule="auto"/>
              <w:jc w:val="center"/>
            </w:pPr>
            <w:r>
              <w:rPr>
                <w:sz w:val="16"/>
              </w:rPr>
              <w:t>2502</w:t>
            </w:r>
          </w:p>
        </w:tc>
        <w:tc>
          <w:tcPr>
            <w:tcW w:w="1728" w:type="dxa"/>
            <w:tcBorders>
              <w:top w:val="nil"/>
              <w:left w:val="nil"/>
              <w:bottom w:val="nil"/>
              <w:right w:val="nil"/>
            </w:tcBorders>
          </w:tcPr>
          <w:p w14:paraId="398C536D" w14:textId="77777777" w:rsidR="001C61CC" w:rsidRDefault="000D727A">
            <w:pPr>
              <w:spacing w:after="0" w:line="240" w:lineRule="auto"/>
              <w:jc w:val="center"/>
            </w:pPr>
            <w:r>
              <w:rPr>
                <w:sz w:val="16"/>
              </w:rPr>
              <w:t>1.21 (0.87, 1.67)</w:t>
            </w:r>
          </w:p>
        </w:tc>
        <w:tc>
          <w:tcPr>
            <w:tcW w:w="1728" w:type="dxa"/>
            <w:tcBorders>
              <w:top w:val="nil"/>
              <w:left w:val="nil"/>
              <w:bottom w:val="nil"/>
              <w:right w:val="nil"/>
            </w:tcBorders>
          </w:tcPr>
          <w:p w14:paraId="57695ADB" w14:textId="77777777" w:rsidR="001C61CC" w:rsidRDefault="000D727A">
            <w:pPr>
              <w:spacing w:after="0" w:line="240" w:lineRule="auto"/>
              <w:jc w:val="center"/>
            </w:pPr>
            <w:r>
              <w:rPr>
                <w:sz w:val="16"/>
              </w:rPr>
              <w:t>0.260</w:t>
            </w:r>
          </w:p>
        </w:tc>
      </w:tr>
      <w:tr w:rsidR="001C61CC" w14:paraId="70D800D2" w14:textId="77777777">
        <w:tc>
          <w:tcPr>
            <w:tcW w:w="1728" w:type="dxa"/>
            <w:tcBorders>
              <w:top w:val="nil"/>
              <w:left w:val="nil"/>
              <w:bottom w:val="nil"/>
              <w:right w:val="nil"/>
            </w:tcBorders>
          </w:tcPr>
          <w:p w14:paraId="5424825C" w14:textId="77777777" w:rsidR="001C61CC" w:rsidRDefault="000D727A">
            <w:pPr>
              <w:spacing w:after="0" w:line="240" w:lineRule="auto"/>
            </w:pPr>
            <w:r>
              <w:rPr>
                <w:sz w:val="16"/>
              </w:rPr>
              <w:t>Cross-sectional: postmenopausal only</w:t>
            </w:r>
          </w:p>
        </w:tc>
        <w:tc>
          <w:tcPr>
            <w:tcW w:w="1728" w:type="dxa"/>
            <w:tcBorders>
              <w:top w:val="nil"/>
              <w:left w:val="nil"/>
              <w:bottom w:val="nil"/>
              <w:right w:val="nil"/>
            </w:tcBorders>
          </w:tcPr>
          <w:p w14:paraId="17A9E7C1" w14:textId="77777777" w:rsidR="001C61CC" w:rsidRDefault="000D727A">
            <w:pPr>
              <w:spacing w:after="0" w:line="240" w:lineRule="auto"/>
              <w:jc w:val="center"/>
            </w:pPr>
            <w:r>
              <w:rPr>
                <w:sz w:val="16"/>
              </w:rPr>
              <w:t>Any pregnancy loss</w:t>
            </w:r>
          </w:p>
        </w:tc>
        <w:tc>
          <w:tcPr>
            <w:tcW w:w="1728" w:type="dxa"/>
            <w:tcBorders>
              <w:top w:val="nil"/>
              <w:left w:val="nil"/>
              <w:bottom w:val="nil"/>
              <w:right w:val="nil"/>
            </w:tcBorders>
          </w:tcPr>
          <w:p w14:paraId="6C2C92E7" w14:textId="77777777" w:rsidR="001C61CC" w:rsidRDefault="000D727A">
            <w:pPr>
              <w:spacing w:after="0" w:line="240" w:lineRule="auto"/>
              <w:jc w:val="center"/>
            </w:pPr>
            <w:r>
              <w:rPr>
                <w:sz w:val="16"/>
              </w:rPr>
              <w:t>6081</w:t>
            </w:r>
          </w:p>
        </w:tc>
        <w:tc>
          <w:tcPr>
            <w:tcW w:w="1728" w:type="dxa"/>
            <w:tcBorders>
              <w:top w:val="nil"/>
              <w:left w:val="nil"/>
              <w:bottom w:val="nil"/>
              <w:right w:val="nil"/>
            </w:tcBorders>
          </w:tcPr>
          <w:p w14:paraId="050CA62D" w14:textId="77777777" w:rsidR="001C61CC" w:rsidRDefault="000D727A">
            <w:pPr>
              <w:spacing w:after="0" w:line="240" w:lineRule="auto"/>
              <w:jc w:val="center"/>
            </w:pPr>
            <w:r>
              <w:rPr>
                <w:sz w:val="16"/>
              </w:rPr>
              <w:t>2728</w:t>
            </w:r>
          </w:p>
        </w:tc>
        <w:tc>
          <w:tcPr>
            <w:tcW w:w="1728" w:type="dxa"/>
            <w:tcBorders>
              <w:top w:val="nil"/>
              <w:left w:val="nil"/>
              <w:bottom w:val="nil"/>
              <w:right w:val="nil"/>
            </w:tcBorders>
          </w:tcPr>
          <w:p w14:paraId="514FC25F" w14:textId="77777777" w:rsidR="001C61CC" w:rsidRDefault="000D727A">
            <w:pPr>
              <w:spacing w:after="0" w:line="240" w:lineRule="auto"/>
              <w:jc w:val="center"/>
            </w:pPr>
            <w:r>
              <w:rPr>
                <w:sz w:val="16"/>
              </w:rPr>
              <w:t>1.13 (0.99, 1.28)</w:t>
            </w:r>
          </w:p>
        </w:tc>
        <w:tc>
          <w:tcPr>
            <w:tcW w:w="1728" w:type="dxa"/>
            <w:tcBorders>
              <w:top w:val="nil"/>
              <w:left w:val="nil"/>
              <w:bottom w:val="nil"/>
              <w:right w:val="nil"/>
            </w:tcBorders>
          </w:tcPr>
          <w:p w14:paraId="7BE08EEC" w14:textId="77777777" w:rsidR="001C61CC" w:rsidRDefault="000D727A">
            <w:pPr>
              <w:spacing w:after="0" w:line="240" w:lineRule="auto"/>
              <w:jc w:val="center"/>
            </w:pPr>
            <w:r>
              <w:rPr>
                <w:sz w:val="16"/>
              </w:rPr>
              <w:t>0.064</w:t>
            </w:r>
          </w:p>
        </w:tc>
      </w:tr>
      <w:tr w:rsidR="001C61CC" w14:paraId="59F171ED" w14:textId="77777777">
        <w:tc>
          <w:tcPr>
            <w:tcW w:w="1728" w:type="dxa"/>
            <w:tcBorders>
              <w:top w:val="nil"/>
              <w:left w:val="nil"/>
              <w:bottom w:val="nil"/>
              <w:right w:val="nil"/>
            </w:tcBorders>
          </w:tcPr>
          <w:p w14:paraId="29A479B1" w14:textId="77777777" w:rsidR="001C61CC" w:rsidRDefault="000D727A">
            <w:pPr>
              <w:spacing w:after="0" w:line="240" w:lineRule="auto"/>
            </w:pPr>
            <w:r>
              <w:rPr>
                <w:sz w:val="16"/>
              </w:rPr>
              <w:t>Cross-sectional: postmenopausal only</w:t>
            </w:r>
          </w:p>
        </w:tc>
        <w:tc>
          <w:tcPr>
            <w:tcW w:w="1728" w:type="dxa"/>
            <w:tcBorders>
              <w:top w:val="nil"/>
              <w:left w:val="nil"/>
              <w:bottom w:val="nil"/>
              <w:right w:val="nil"/>
            </w:tcBorders>
          </w:tcPr>
          <w:p w14:paraId="25DD4974" w14:textId="77777777" w:rsidR="001C61CC" w:rsidRDefault="000D727A">
            <w:pPr>
              <w:spacing w:after="0" w:line="240" w:lineRule="auto"/>
              <w:jc w:val="center"/>
            </w:pPr>
            <w:r>
              <w:rPr>
                <w:sz w:val="16"/>
              </w:rPr>
              <w:t>Induced abortion history</w:t>
            </w:r>
          </w:p>
        </w:tc>
        <w:tc>
          <w:tcPr>
            <w:tcW w:w="1728" w:type="dxa"/>
            <w:tcBorders>
              <w:top w:val="nil"/>
              <w:left w:val="nil"/>
              <w:bottom w:val="nil"/>
              <w:right w:val="nil"/>
            </w:tcBorders>
          </w:tcPr>
          <w:p w14:paraId="3557ABED" w14:textId="77777777" w:rsidR="001C61CC" w:rsidRDefault="000D727A">
            <w:pPr>
              <w:spacing w:after="0" w:line="240" w:lineRule="auto"/>
              <w:jc w:val="center"/>
            </w:pPr>
            <w:r>
              <w:rPr>
                <w:sz w:val="16"/>
              </w:rPr>
              <w:t>6081</w:t>
            </w:r>
          </w:p>
        </w:tc>
        <w:tc>
          <w:tcPr>
            <w:tcW w:w="1728" w:type="dxa"/>
            <w:tcBorders>
              <w:top w:val="nil"/>
              <w:left w:val="nil"/>
              <w:bottom w:val="nil"/>
              <w:right w:val="nil"/>
            </w:tcBorders>
          </w:tcPr>
          <w:p w14:paraId="7F6B7331" w14:textId="77777777" w:rsidR="001C61CC" w:rsidRDefault="000D727A">
            <w:pPr>
              <w:spacing w:after="0" w:line="240" w:lineRule="auto"/>
              <w:jc w:val="center"/>
            </w:pPr>
            <w:r>
              <w:rPr>
                <w:sz w:val="16"/>
              </w:rPr>
              <w:t>2728</w:t>
            </w:r>
          </w:p>
        </w:tc>
        <w:tc>
          <w:tcPr>
            <w:tcW w:w="1728" w:type="dxa"/>
            <w:tcBorders>
              <w:top w:val="nil"/>
              <w:left w:val="nil"/>
              <w:bottom w:val="nil"/>
              <w:right w:val="nil"/>
            </w:tcBorders>
          </w:tcPr>
          <w:p w14:paraId="582F25AC" w14:textId="77777777" w:rsidR="001C61CC" w:rsidRDefault="000D727A">
            <w:pPr>
              <w:spacing w:after="0" w:line="240" w:lineRule="auto"/>
              <w:jc w:val="center"/>
            </w:pPr>
            <w:r>
              <w:rPr>
                <w:sz w:val="16"/>
              </w:rPr>
              <w:t>1.11 (0.96, 1.29)</w:t>
            </w:r>
          </w:p>
        </w:tc>
        <w:tc>
          <w:tcPr>
            <w:tcW w:w="1728" w:type="dxa"/>
            <w:tcBorders>
              <w:top w:val="nil"/>
              <w:left w:val="nil"/>
              <w:bottom w:val="nil"/>
              <w:right w:val="nil"/>
            </w:tcBorders>
          </w:tcPr>
          <w:p w14:paraId="23C50F87" w14:textId="77777777" w:rsidR="001C61CC" w:rsidRDefault="000D727A">
            <w:pPr>
              <w:spacing w:after="0" w:line="240" w:lineRule="auto"/>
              <w:jc w:val="center"/>
            </w:pPr>
            <w:r>
              <w:rPr>
                <w:sz w:val="16"/>
              </w:rPr>
              <w:t>0.158</w:t>
            </w:r>
          </w:p>
        </w:tc>
      </w:tr>
      <w:tr w:rsidR="001C61CC" w14:paraId="7DBE2679" w14:textId="77777777">
        <w:tc>
          <w:tcPr>
            <w:tcW w:w="1728" w:type="dxa"/>
            <w:tcBorders>
              <w:top w:val="nil"/>
              <w:left w:val="nil"/>
              <w:bottom w:val="nil"/>
              <w:right w:val="nil"/>
            </w:tcBorders>
          </w:tcPr>
          <w:p w14:paraId="1EAC80AB" w14:textId="77777777" w:rsidR="001C61CC" w:rsidRDefault="000D727A">
            <w:pPr>
              <w:spacing w:after="0" w:line="240" w:lineRule="auto"/>
            </w:pPr>
            <w:r>
              <w:rPr>
                <w:sz w:val="16"/>
              </w:rPr>
              <w:t>Cross-sectional: postmenopausal only</w:t>
            </w:r>
          </w:p>
        </w:tc>
        <w:tc>
          <w:tcPr>
            <w:tcW w:w="1728" w:type="dxa"/>
            <w:tcBorders>
              <w:top w:val="nil"/>
              <w:left w:val="nil"/>
              <w:bottom w:val="nil"/>
              <w:right w:val="nil"/>
            </w:tcBorders>
          </w:tcPr>
          <w:p w14:paraId="5AD0E55B" w14:textId="77777777" w:rsidR="001C61CC" w:rsidRDefault="000D727A">
            <w:pPr>
              <w:spacing w:after="0" w:line="240" w:lineRule="auto"/>
              <w:jc w:val="center"/>
            </w:pPr>
            <w:r>
              <w:rPr>
                <w:sz w:val="16"/>
              </w:rPr>
              <w:t>Spontaneous abortion history</w:t>
            </w:r>
          </w:p>
        </w:tc>
        <w:tc>
          <w:tcPr>
            <w:tcW w:w="1728" w:type="dxa"/>
            <w:tcBorders>
              <w:top w:val="nil"/>
              <w:left w:val="nil"/>
              <w:bottom w:val="nil"/>
              <w:right w:val="nil"/>
            </w:tcBorders>
          </w:tcPr>
          <w:p w14:paraId="1AFBA79B" w14:textId="77777777" w:rsidR="001C61CC" w:rsidRDefault="000D727A">
            <w:pPr>
              <w:spacing w:after="0" w:line="240" w:lineRule="auto"/>
              <w:jc w:val="center"/>
            </w:pPr>
            <w:r>
              <w:rPr>
                <w:sz w:val="16"/>
              </w:rPr>
              <w:t>6081</w:t>
            </w:r>
          </w:p>
        </w:tc>
        <w:tc>
          <w:tcPr>
            <w:tcW w:w="1728" w:type="dxa"/>
            <w:tcBorders>
              <w:top w:val="nil"/>
              <w:left w:val="nil"/>
              <w:bottom w:val="nil"/>
              <w:right w:val="nil"/>
            </w:tcBorders>
          </w:tcPr>
          <w:p w14:paraId="4359AD17" w14:textId="77777777" w:rsidR="001C61CC" w:rsidRDefault="000D727A">
            <w:pPr>
              <w:spacing w:after="0" w:line="240" w:lineRule="auto"/>
              <w:jc w:val="center"/>
            </w:pPr>
            <w:r>
              <w:rPr>
                <w:sz w:val="16"/>
              </w:rPr>
              <w:t>2728</w:t>
            </w:r>
          </w:p>
        </w:tc>
        <w:tc>
          <w:tcPr>
            <w:tcW w:w="1728" w:type="dxa"/>
            <w:tcBorders>
              <w:top w:val="nil"/>
              <w:left w:val="nil"/>
              <w:bottom w:val="nil"/>
              <w:right w:val="nil"/>
            </w:tcBorders>
          </w:tcPr>
          <w:p w14:paraId="625225A4" w14:textId="77777777" w:rsidR="001C61CC" w:rsidRDefault="000D727A">
            <w:pPr>
              <w:spacing w:after="0" w:line="240" w:lineRule="auto"/>
              <w:jc w:val="center"/>
            </w:pPr>
            <w:r>
              <w:rPr>
                <w:sz w:val="16"/>
              </w:rPr>
              <w:t>1.09 (0.89, 1.34)</w:t>
            </w:r>
          </w:p>
        </w:tc>
        <w:tc>
          <w:tcPr>
            <w:tcW w:w="1728" w:type="dxa"/>
            <w:tcBorders>
              <w:top w:val="nil"/>
              <w:left w:val="nil"/>
              <w:bottom w:val="nil"/>
              <w:right w:val="nil"/>
            </w:tcBorders>
          </w:tcPr>
          <w:p w14:paraId="047B0010" w14:textId="77777777" w:rsidR="001C61CC" w:rsidRDefault="000D727A">
            <w:pPr>
              <w:spacing w:after="0" w:line="240" w:lineRule="auto"/>
              <w:jc w:val="center"/>
            </w:pPr>
            <w:r>
              <w:rPr>
                <w:sz w:val="16"/>
              </w:rPr>
              <w:t>0.383</w:t>
            </w:r>
          </w:p>
        </w:tc>
      </w:tr>
      <w:tr w:rsidR="001C61CC" w14:paraId="79AC9B23" w14:textId="77777777">
        <w:tc>
          <w:tcPr>
            <w:tcW w:w="1728" w:type="dxa"/>
            <w:tcBorders>
              <w:top w:val="nil"/>
              <w:left w:val="nil"/>
              <w:bottom w:val="nil"/>
              <w:right w:val="nil"/>
            </w:tcBorders>
          </w:tcPr>
          <w:p w14:paraId="02D6E6CC" w14:textId="77777777" w:rsidR="001C61CC" w:rsidRDefault="000D727A">
            <w:pPr>
              <w:spacing w:after="0" w:line="240" w:lineRule="auto"/>
            </w:pPr>
            <w:r>
              <w:rPr>
                <w:sz w:val="16"/>
              </w:rPr>
              <w:t>Cross-sectional: postmenopausal only</w:t>
            </w:r>
          </w:p>
        </w:tc>
        <w:tc>
          <w:tcPr>
            <w:tcW w:w="1728" w:type="dxa"/>
            <w:tcBorders>
              <w:top w:val="nil"/>
              <w:left w:val="nil"/>
              <w:bottom w:val="nil"/>
              <w:right w:val="nil"/>
            </w:tcBorders>
          </w:tcPr>
          <w:p w14:paraId="0960D6E3" w14:textId="77777777" w:rsidR="001C61CC" w:rsidRDefault="000D727A">
            <w:pPr>
              <w:spacing w:after="0" w:line="240" w:lineRule="auto"/>
              <w:jc w:val="center"/>
            </w:pPr>
            <w:r>
              <w:rPr>
                <w:sz w:val="16"/>
              </w:rPr>
              <w:t>Stillbirth history</w:t>
            </w:r>
          </w:p>
        </w:tc>
        <w:tc>
          <w:tcPr>
            <w:tcW w:w="1728" w:type="dxa"/>
            <w:tcBorders>
              <w:top w:val="nil"/>
              <w:left w:val="nil"/>
              <w:bottom w:val="nil"/>
              <w:right w:val="nil"/>
            </w:tcBorders>
          </w:tcPr>
          <w:p w14:paraId="63206D79" w14:textId="77777777" w:rsidR="001C61CC" w:rsidRDefault="000D727A">
            <w:pPr>
              <w:spacing w:after="0" w:line="240" w:lineRule="auto"/>
              <w:jc w:val="center"/>
            </w:pPr>
            <w:r>
              <w:rPr>
                <w:sz w:val="16"/>
              </w:rPr>
              <w:t>6081</w:t>
            </w:r>
          </w:p>
        </w:tc>
        <w:tc>
          <w:tcPr>
            <w:tcW w:w="1728" w:type="dxa"/>
            <w:tcBorders>
              <w:top w:val="nil"/>
              <w:left w:val="nil"/>
              <w:bottom w:val="nil"/>
              <w:right w:val="nil"/>
            </w:tcBorders>
          </w:tcPr>
          <w:p w14:paraId="6E14B5D4" w14:textId="77777777" w:rsidR="001C61CC" w:rsidRDefault="000D727A">
            <w:pPr>
              <w:spacing w:after="0" w:line="240" w:lineRule="auto"/>
              <w:jc w:val="center"/>
            </w:pPr>
            <w:r>
              <w:rPr>
                <w:sz w:val="16"/>
              </w:rPr>
              <w:t>2728</w:t>
            </w:r>
          </w:p>
        </w:tc>
        <w:tc>
          <w:tcPr>
            <w:tcW w:w="1728" w:type="dxa"/>
            <w:tcBorders>
              <w:top w:val="nil"/>
              <w:left w:val="nil"/>
              <w:bottom w:val="nil"/>
              <w:right w:val="nil"/>
            </w:tcBorders>
          </w:tcPr>
          <w:p w14:paraId="2B9072BD" w14:textId="77777777" w:rsidR="001C61CC" w:rsidRDefault="000D727A">
            <w:pPr>
              <w:spacing w:after="0" w:line="240" w:lineRule="auto"/>
              <w:jc w:val="center"/>
            </w:pPr>
            <w:r>
              <w:rPr>
                <w:sz w:val="16"/>
              </w:rPr>
              <w:t>1.10 (0.79, 1.55)</w:t>
            </w:r>
          </w:p>
        </w:tc>
        <w:tc>
          <w:tcPr>
            <w:tcW w:w="1728" w:type="dxa"/>
            <w:tcBorders>
              <w:top w:val="nil"/>
              <w:left w:val="nil"/>
              <w:bottom w:val="nil"/>
              <w:right w:val="nil"/>
            </w:tcBorders>
          </w:tcPr>
          <w:p w14:paraId="5F8E85B7" w14:textId="77777777" w:rsidR="001C61CC" w:rsidRDefault="000D727A">
            <w:pPr>
              <w:spacing w:after="0" w:line="240" w:lineRule="auto"/>
              <w:jc w:val="center"/>
            </w:pPr>
            <w:r>
              <w:rPr>
                <w:sz w:val="16"/>
              </w:rPr>
              <w:t>0.570</w:t>
            </w:r>
          </w:p>
        </w:tc>
      </w:tr>
      <w:tr w:rsidR="001C61CC" w14:paraId="25F1727D" w14:textId="77777777">
        <w:tc>
          <w:tcPr>
            <w:tcW w:w="1728" w:type="dxa"/>
            <w:tcBorders>
              <w:top w:val="nil"/>
              <w:left w:val="nil"/>
              <w:bottom w:val="nil"/>
              <w:right w:val="nil"/>
            </w:tcBorders>
          </w:tcPr>
          <w:p w14:paraId="6DC88FDD" w14:textId="77777777" w:rsidR="001C61CC" w:rsidRDefault="000D727A">
            <w:pPr>
              <w:spacing w:after="0" w:line="240" w:lineRule="auto"/>
            </w:pPr>
            <w:r>
              <w:rPr>
                <w:sz w:val="16"/>
              </w:rPr>
              <w:t>Cross-sectional: full model without menopause adjustment</w:t>
            </w:r>
          </w:p>
        </w:tc>
        <w:tc>
          <w:tcPr>
            <w:tcW w:w="1728" w:type="dxa"/>
            <w:tcBorders>
              <w:top w:val="nil"/>
              <w:left w:val="nil"/>
              <w:bottom w:val="nil"/>
              <w:right w:val="nil"/>
            </w:tcBorders>
          </w:tcPr>
          <w:p w14:paraId="4243FEC1" w14:textId="77777777" w:rsidR="001C61CC" w:rsidRDefault="000D727A">
            <w:pPr>
              <w:spacing w:after="0" w:line="240" w:lineRule="auto"/>
              <w:jc w:val="center"/>
            </w:pPr>
            <w:r>
              <w:rPr>
                <w:sz w:val="16"/>
              </w:rPr>
              <w:t>Any pregnancy loss</w:t>
            </w:r>
          </w:p>
        </w:tc>
        <w:tc>
          <w:tcPr>
            <w:tcW w:w="1728" w:type="dxa"/>
            <w:tcBorders>
              <w:top w:val="nil"/>
              <w:left w:val="nil"/>
              <w:bottom w:val="nil"/>
              <w:right w:val="nil"/>
            </w:tcBorders>
          </w:tcPr>
          <w:p w14:paraId="45911A7D" w14:textId="77777777" w:rsidR="001C61CC" w:rsidRDefault="000D727A">
            <w:pPr>
              <w:spacing w:after="0" w:line="240" w:lineRule="auto"/>
              <w:jc w:val="center"/>
            </w:pPr>
            <w:r>
              <w:rPr>
                <w:sz w:val="16"/>
              </w:rPr>
              <w:t>7178</w:t>
            </w:r>
          </w:p>
        </w:tc>
        <w:tc>
          <w:tcPr>
            <w:tcW w:w="1728" w:type="dxa"/>
            <w:tcBorders>
              <w:top w:val="nil"/>
              <w:left w:val="nil"/>
              <w:bottom w:val="nil"/>
              <w:right w:val="nil"/>
            </w:tcBorders>
          </w:tcPr>
          <w:p w14:paraId="6AB20839" w14:textId="77777777" w:rsidR="001C61CC" w:rsidRDefault="000D727A">
            <w:pPr>
              <w:spacing w:after="0" w:line="240" w:lineRule="auto"/>
              <w:jc w:val="center"/>
            </w:pPr>
            <w:r>
              <w:rPr>
                <w:sz w:val="16"/>
              </w:rPr>
              <w:t>3163</w:t>
            </w:r>
          </w:p>
        </w:tc>
        <w:tc>
          <w:tcPr>
            <w:tcW w:w="1728" w:type="dxa"/>
            <w:tcBorders>
              <w:top w:val="nil"/>
              <w:left w:val="nil"/>
              <w:bottom w:val="nil"/>
              <w:right w:val="nil"/>
            </w:tcBorders>
          </w:tcPr>
          <w:p w14:paraId="4AF2523E" w14:textId="77777777" w:rsidR="001C61CC" w:rsidRDefault="000D727A">
            <w:pPr>
              <w:spacing w:after="0" w:line="240" w:lineRule="auto"/>
              <w:jc w:val="center"/>
            </w:pPr>
            <w:r>
              <w:rPr>
                <w:sz w:val="16"/>
              </w:rPr>
              <w:t>1.10 (0.98, 1.24)</w:t>
            </w:r>
          </w:p>
        </w:tc>
        <w:tc>
          <w:tcPr>
            <w:tcW w:w="1728" w:type="dxa"/>
            <w:tcBorders>
              <w:top w:val="nil"/>
              <w:left w:val="nil"/>
              <w:bottom w:val="nil"/>
              <w:right w:val="nil"/>
            </w:tcBorders>
          </w:tcPr>
          <w:p w14:paraId="4D49DEB4" w14:textId="77777777" w:rsidR="001C61CC" w:rsidRDefault="000D727A">
            <w:pPr>
              <w:spacing w:after="0" w:line="240" w:lineRule="auto"/>
              <w:jc w:val="center"/>
            </w:pPr>
            <w:r>
              <w:rPr>
                <w:sz w:val="16"/>
              </w:rPr>
              <w:t>0.093</w:t>
            </w:r>
          </w:p>
        </w:tc>
      </w:tr>
      <w:tr w:rsidR="001C61CC" w14:paraId="2825892B" w14:textId="77777777">
        <w:tc>
          <w:tcPr>
            <w:tcW w:w="1728" w:type="dxa"/>
            <w:tcBorders>
              <w:top w:val="nil"/>
              <w:left w:val="nil"/>
              <w:bottom w:val="nil"/>
              <w:right w:val="nil"/>
            </w:tcBorders>
          </w:tcPr>
          <w:p w14:paraId="3AC1E9BF" w14:textId="77777777" w:rsidR="001C61CC" w:rsidRDefault="000D727A">
            <w:pPr>
              <w:spacing w:after="0" w:line="240" w:lineRule="auto"/>
            </w:pPr>
            <w:r>
              <w:rPr>
                <w:sz w:val="16"/>
              </w:rPr>
              <w:t>Cross-sectional: full model without menopause adjustment</w:t>
            </w:r>
          </w:p>
        </w:tc>
        <w:tc>
          <w:tcPr>
            <w:tcW w:w="1728" w:type="dxa"/>
            <w:tcBorders>
              <w:top w:val="nil"/>
              <w:left w:val="nil"/>
              <w:bottom w:val="nil"/>
              <w:right w:val="nil"/>
            </w:tcBorders>
          </w:tcPr>
          <w:p w14:paraId="3C31110A" w14:textId="77777777" w:rsidR="001C61CC" w:rsidRDefault="000D727A">
            <w:pPr>
              <w:spacing w:after="0" w:line="240" w:lineRule="auto"/>
              <w:jc w:val="center"/>
            </w:pPr>
            <w:r>
              <w:rPr>
                <w:sz w:val="16"/>
              </w:rPr>
              <w:t>Induced abortion history</w:t>
            </w:r>
          </w:p>
        </w:tc>
        <w:tc>
          <w:tcPr>
            <w:tcW w:w="1728" w:type="dxa"/>
            <w:tcBorders>
              <w:top w:val="nil"/>
              <w:left w:val="nil"/>
              <w:bottom w:val="nil"/>
              <w:right w:val="nil"/>
            </w:tcBorders>
          </w:tcPr>
          <w:p w14:paraId="41677F81" w14:textId="77777777" w:rsidR="001C61CC" w:rsidRDefault="000D727A">
            <w:pPr>
              <w:spacing w:after="0" w:line="240" w:lineRule="auto"/>
              <w:jc w:val="center"/>
            </w:pPr>
            <w:r>
              <w:rPr>
                <w:sz w:val="16"/>
              </w:rPr>
              <w:t>7178</w:t>
            </w:r>
          </w:p>
        </w:tc>
        <w:tc>
          <w:tcPr>
            <w:tcW w:w="1728" w:type="dxa"/>
            <w:tcBorders>
              <w:top w:val="nil"/>
              <w:left w:val="nil"/>
              <w:bottom w:val="nil"/>
              <w:right w:val="nil"/>
            </w:tcBorders>
          </w:tcPr>
          <w:p w14:paraId="3A934DA8" w14:textId="77777777" w:rsidR="001C61CC" w:rsidRDefault="000D727A">
            <w:pPr>
              <w:spacing w:after="0" w:line="240" w:lineRule="auto"/>
              <w:jc w:val="center"/>
            </w:pPr>
            <w:r>
              <w:rPr>
                <w:sz w:val="16"/>
              </w:rPr>
              <w:t>3163</w:t>
            </w:r>
          </w:p>
        </w:tc>
        <w:tc>
          <w:tcPr>
            <w:tcW w:w="1728" w:type="dxa"/>
            <w:tcBorders>
              <w:top w:val="nil"/>
              <w:left w:val="nil"/>
              <w:bottom w:val="nil"/>
              <w:right w:val="nil"/>
            </w:tcBorders>
          </w:tcPr>
          <w:p w14:paraId="4016FF0C" w14:textId="77777777" w:rsidR="001C61CC" w:rsidRDefault="000D727A">
            <w:pPr>
              <w:spacing w:after="0" w:line="240" w:lineRule="auto"/>
              <w:jc w:val="center"/>
            </w:pPr>
            <w:r>
              <w:rPr>
                <w:sz w:val="16"/>
              </w:rPr>
              <w:t>1.08 (0.94, 1.24)</w:t>
            </w:r>
          </w:p>
        </w:tc>
        <w:tc>
          <w:tcPr>
            <w:tcW w:w="1728" w:type="dxa"/>
            <w:tcBorders>
              <w:top w:val="nil"/>
              <w:left w:val="nil"/>
              <w:bottom w:val="nil"/>
              <w:right w:val="nil"/>
            </w:tcBorders>
          </w:tcPr>
          <w:p w14:paraId="4D43411B" w14:textId="77777777" w:rsidR="001C61CC" w:rsidRDefault="000D727A">
            <w:pPr>
              <w:spacing w:after="0" w:line="240" w:lineRule="auto"/>
              <w:jc w:val="center"/>
            </w:pPr>
            <w:r>
              <w:rPr>
                <w:sz w:val="16"/>
              </w:rPr>
              <w:t>0.263</w:t>
            </w:r>
          </w:p>
        </w:tc>
      </w:tr>
      <w:tr w:rsidR="001C61CC" w14:paraId="271B5BA2" w14:textId="77777777">
        <w:tc>
          <w:tcPr>
            <w:tcW w:w="1728" w:type="dxa"/>
            <w:tcBorders>
              <w:top w:val="nil"/>
              <w:left w:val="nil"/>
              <w:bottom w:val="nil"/>
              <w:right w:val="nil"/>
            </w:tcBorders>
          </w:tcPr>
          <w:p w14:paraId="430C00BA" w14:textId="77777777" w:rsidR="001C61CC" w:rsidRDefault="000D727A">
            <w:pPr>
              <w:spacing w:after="0" w:line="240" w:lineRule="auto"/>
            </w:pPr>
            <w:r>
              <w:rPr>
                <w:sz w:val="16"/>
              </w:rPr>
              <w:t>Cross-sectional: full model without menopause adjustment</w:t>
            </w:r>
          </w:p>
        </w:tc>
        <w:tc>
          <w:tcPr>
            <w:tcW w:w="1728" w:type="dxa"/>
            <w:tcBorders>
              <w:top w:val="nil"/>
              <w:left w:val="nil"/>
              <w:bottom w:val="nil"/>
              <w:right w:val="nil"/>
            </w:tcBorders>
          </w:tcPr>
          <w:p w14:paraId="3E84ABB3" w14:textId="77777777" w:rsidR="001C61CC" w:rsidRDefault="000D727A">
            <w:pPr>
              <w:spacing w:after="0" w:line="240" w:lineRule="auto"/>
              <w:jc w:val="center"/>
            </w:pPr>
            <w:r>
              <w:rPr>
                <w:sz w:val="16"/>
              </w:rPr>
              <w:t>Spontaneous abortion history</w:t>
            </w:r>
          </w:p>
        </w:tc>
        <w:tc>
          <w:tcPr>
            <w:tcW w:w="1728" w:type="dxa"/>
            <w:tcBorders>
              <w:top w:val="nil"/>
              <w:left w:val="nil"/>
              <w:bottom w:val="nil"/>
              <w:right w:val="nil"/>
            </w:tcBorders>
          </w:tcPr>
          <w:p w14:paraId="02BBBA7D" w14:textId="77777777" w:rsidR="001C61CC" w:rsidRDefault="000D727A">
            <w:pPr>
              <w:spacing w:after="0" w:line="240" w:lineRule="auto"/>
              <w:jc w:val="center"/>
            </w:pPr>
            <w:r>
              <w:rPr>
                <w:sz w:val="16"/>
              </w:rPr>
              <w:t>7178</w:t>
            </w:r>
          </w:p>
        </w:tc>
        <w:tc>
          <w:tcPr>
            <w:tcW w:w="1728" w:type="dxa"/>
            <w:tcBorders>
              <w:top w:val="nil"/>
              <w:left w:val="nil"/>
              <w:bottom w:val="nil"/>
              <w:right w:val="nil"/>
            </w:tcBorders>
          </w:tcPr>
          <w:p w14:paraId="76EDF352" w14:textId="77777777" w:rsidR="001C61CC" w:rsidRDefault="000D727A">
            <w:pPr>
              <w:spacing w:after="0" w:line="240" w:lineRule="auto"/>
              <w:jc w:val="center"/>
            </w:pPr>
            <w:r>
              <w:rPr>
                <w:sz w:val="16"/>
              </w:rPr>
              <w:t>3163</w:t>
            </w:r>
          </w:p>
        </w:tc>
        <w:tc>
          <w:tcPr>
            <w:tcW w:w="1728" w:type="dxa"/>
            <w:tcBorders>
              <w:top w:val="nil"/>
              <w:left w:val="nil"/>
              <w:bottom w:val="nil"/>
              <w:right w:val="nil"/>
            </w:tcBorders>
          </w:tcPr>
          <w:p w14:paraId="219C8D8D" w14:textId="77777777" w:rsidR="001C61CC" w:rsidRDefault="000D727A">
            <w:pPr>
              <w:spacing w:after="0" w:line="240" w:lineRule="auto"/>
              <w:jc w:val="center"/>
            </w:pPr>
            <w:r>
              <w:rPr>
                <w:sz w:val="16"/>
              </w:rPr>
              <w:t>1.08 (0.89, 1.29)</w:t>
            </w:r>
          </w:p>
        </w:tc>
        <w:tc>
          <w:tcPr>
            <w:tcW w:w="1728" w:type="dxa"/>
            <w:tcBorders>
              <w:top w:val="nil"/>
              <w:left w:val="nil"/>
              <w:bottom w:val="nil"/>
              <w:right w:val="nil"/>
            </w:tcBorders>
          </w:tcPr>
          <w:p w14:paraId="0DEF0EE7" w14:textId="77777777" w:rsidR="001C61CC" w:rsidRDefault="000D727A">
            <w:pPr>
              <w:spacing w:after="0" w:line="240" w:lineRule="auto"/>
              <w:jc w:val="center"/>
            </w:pPr>
            <w:r>
              <w:rPr>
                <w:sz w:val="16"/>
              </w:rPr>
              <w:t>0.435</w:t>
            </w:r>
          </w:p>
        </w:tc>
      </w:tr>
      <w:tr w:rsidR="001C61CC" w14:paraId="37879A8C" w14:textId="77777777">
        <w:tc>
          <w:tcPr>
            <w:tcW w:w="1728" w:type="dxa"/>
            <w:tcBorders>
              <w:top w:val="nil"/>
              <w:left w:val="nil"/>
              <w:bottom w:val="single" w:sz="10" w:space="0" w:color="000000"/>
              <w:right w:val="nil"/>
            </w:tcBorders>
          </w:tcPr>
          <w:p w14:paraId="5F9713AA" w14:textId="77777777" w:rsidR="001C61CC" w:rsidRDefault="000D727A">
            <w:pPr>
              <w:spacing w:after="0" w:line="240" w:lineRule="auto"/>
            </w:pPr>
            <w:r>
              <w:rPr>
                <w:sz w:val="16"/>
              </w:rPr>
              <w:t>Cross-sectional: full model without menopause adjustment</w:t>
            </w:r>
          </w:p>
        </w:tc>
        <w:tc>
          <w:tcPr>
            <w:tcW w:w="1728" w:type="dxa"/>
            <w:tcBorders>
              <w:top w:val="nil"/>
              <w:left w:val="nil"/>
              <w:bottom w:val="single" w:sz="10" w:space="0" w:color="000000"/>
              <w:right w:val="nil"/>
            </w:tcBorders>
          </w:tcPr>
          <w:p w14:paraId="41DA5B57" w14:textId="77777777" w:rsidR="001C61CC" w:rsidRDefault="000D727A">
            <w:pPr>
              <w:spacing w:after="0" w:line="240" w:lineRule="auto"/>
              <w:jc w:val="center"/>
            </w:pPr>
            <w:r>
              <w:rPr>
                <w:sz w:val="16"/>
              </w:rPr>
              <w:t>Stillbirth history</w:t>
            </w:r>
          </w:p>
        </w:tc>
        <w:tc>
          <w:tcPr>
            <w:tcW w:w="1728" w:type="dxa"/>
            <w:tcBorders>
              <w:top w:val="nil"/>
              <w:left w:val="nil"/>
              <w:bottom w:val="single" w:sz="10" w:space="0" w:color="000000"/>
              <w:right w:val="nil"/>
            </w:tcBorders>
          </w:tcPr>
          <w:p w14:paraId="70EEF8BC" w14:textId="77777777" w:rsidR="001C61CC" w:rsidRDefault="000D727A">
            <w:pPr>
              <w:spacing w:after="0" w:line="240" w:lineRule="auto"/>
              <w:jc w:val="center"/>
            </w:pPr>
            <w:r>
              <w:rPr>
                <w:sz w:val="16"/>
              </w:rPr>
              <w:t>7178</w:t>
            </w:r>
          </w:p>
        </w:tc>
        <w:tc>
          <w:tcPr>
            <w:tcW w:w="1728" w:type="dxa"/>
            <w:tcBorders>
              <w:top w:val="nil"/>
              <w:left w:val="nil"/>
              <w:bottom w:val="single" w:sz="10" w:space="0" w:color="000000"/>
              <w:right w:val="nil"/>
            </w:tcBorders>
          </w:tcPr>
          <w:p w14:paraId="1AC9463A" w14:textId="77777777" w:rsidR="001C61CC" w:rsidRDefault="000D727A">
            <w:pPr>
              <w:spacing w:after="0" w:line="240" w:lineRule="auto"/>
              <w:jc w:val="center"/>
            </w:pPr>
            <w:r>
              <w:rPr>
                <w:sz w:val="16"/>
              </w:rPr>
              <w:t>3163</w:t>
            </w:r>
          </w:p>
        </w:tc>
        <w:tc>
          <w:tcPr>
            <w:tcW w:w="1728" w:type="dxa"/>
            <w:tcBorders>
              <w:top w:val="nil"/>
              <w:left w:val="nil"/>
              <w:bottom w:val="single" w:sz="10" w:space="0" w:color="000000"/>
              <w:right w:val="nil"/>
            </w:tcBorders>
          </w:tcPr>
          <w:p w14:paraId="3697D159" w14:textId="77777777" w:rsidR="001C61CC" w:rsidRDefault="000D727A">
            <w:pPr>
              <w:spacing w:after="0" w:line="240" w:lineRule="auto"/>
              <w:jc w:val="center"/>
            </w:pPr>
            <w:r>
              <w:rPr>
                <w:sz w:val="16"/>
              </w:rPr>
              <w:t>1.06 (0.77, 1.46)</w:t>
            </w:r>
          </w:p>
        </w:tc>
        <w:tc>
          <w:tcPr>
            <w:tcW w:w="1728" w:type="dxa"/>
            <w:tcBorders>
              <w:top w:val="nil"/>
              <w:left w:val="nil"/>
              <w:bottom w:val="single" w:sz="10" w:space="0" w:color="000000"/>
              <w:right w:val="nil"/>
            </w:tcBorders>
          </w:tcPr>
          <w:p w14:paraId="79471899" w14:textId="77777777" w:rsidR="001C61CC" w:rsidRDefault="000D727A">
            <w:pPr>
              <w:spacing w:after="0" w:line="240" w:lineRule="auto"/>
              <w:jc w:val="center"/>
            </w:pPr>
            <w:r>
              <w:rPr>
                <w:sz w:val="16"/>
              </w:rPr>
              <w:t>0.711</w:t>
            </w:r>
          </w:p>
        </w:tc>
      </w:tr>
    </w:tbl>
    <w:p w14:paraId="6840B52A" w14:textId="77777777" w:rsidR="001C61CC" w:rsidRDefault="001C61CC"/>
    <w:p w14:paraId="1572F0F7" w14:textId="77777777" w:rsidR="001C61CC" w:rsidRDefault="000D727A">
      <w:pPr>
        <w:spacing w:after="80"/>
      </w:pPr>
      <w:r>
        <w:rPr>
          <w:sz w:val="19"/>
        </w:rPr>
        <w:t>Panel B. Prospective sensitivity analyses</w:t>
      </w:r>
    </w:p>
    <w:tbl>
      <w:tblPr>
        <w:tblW w:w="0" w:type="auto"/>
        <w:tblLook w:val="04A0" w:firstRow="1" w:lastRow="0" w:firstColumn="1" w:lastColumn="0" w:noHBand="0" w:noVBand="1"/>
      </w:tblPr>
      <w:tblGrid>
        <w:gridCol w:w="1728"/>
        <w:gridCol w:w="1728"/>
        <w:gridCol w:w="1728"/>
        <w:gridCol w:w="1728"/>
        <w:gridCol w:w="1728"/>
        <w:gridCol w:w="1728"/>
      </w:tblGrid>
      <w:tr w:rsidR="001C61CC" w14:paraId="3001650C" w14:textId="77777777">
        <w:tc>
          <w:tcPr>
            <w:tcW w:w="1728" w:type="dxa"/>
            <w:tcBorders>
              <w:top w:val="single" w:sz="10" w:space="0" w:color="000000"/>
              <w:left w:val="nil"/>
              <w:bottom w:val="single" w:sz="10" w:space="0" w:color="000000"/>
              <w:right w:val="nil"/>
            </w:tcBorders>
          </w:tcPr>
          <w:p w14:paraId="7592EC00" w14:textId="77777777" w:rsidR="001C61CC" w:rsidRDefault="000D727A">
            <w:pPr>
              <w:spacing w:after="0" w:line="240" w:lineRule="auto"/>
            </w:pPr>
            <w:r>
              <w:rPr>
                <w:b/>
                <w:sz w:val="16"/>
              </w:rPr>
              <w:t>Analysis</w:t>
            </w:r>
          </w:p>
        </w:tc>
        <w:tc>
          <w:tcPr>
            <w:tcW w:w="1728" w:type="dxa"/>
            <w:tcBorders>
              <w:top w:val="single" w:sz="10" w:space="0" w:color="000000"/>
              <w:left w:val="nil"/>
              <w:bottom w:val="single" w:sz="10" w:space="0" w:color="000000"/>
              <w:right w:val="nil"/>
            </w:tcBorders>
          </w:tcPr>
          <w:p w14:paraId="2074A5A7" w14:textId="77777777" w:rsidR="001C61CC" w:rsidRDefault="000D727A">
            <w:pPr>
              <w:spacing w:after="0" w:line="240" w:lineRule="auto"/>
              <w:jc w:val="center"/>
            </w:pPr>
            <w:r>
              <w:rPr>
                <w:b/>
                <w:sz w:val="16"/>
              </w:rPr>
              <w:t>Exposure</w:t>
            </w:r>
          </w:p>
        </w:tc>
        <w:tc>
          <w:tcPr>
            <w:tcW w:w="1728" w:type="dxa"/>
            <w:tcBorders>
              <w:top w:val="single" w:sz="10" w:space="0" w:color="000000"/>
              <w:left w:val="nil"/>
              <w:bottom w:val="single" w:sz="10" w:space="0" w:color="000000"/>
              <w:right w:val="nil"/>
            </w:tcBorders>
          </w:tcPr>
          <w:p w14:paraId="3603AFA4" w14:textId="77777777" w:rsidR="001C61CC" w:rsidRDefault="000D727A">
            <w:pPr>
              <w:spacing w:after="0" w:line="240" w:lineRule="auto"/>
              <w:jc w:val="center"/>
            </w:pPr>
            <w:r>
              <w:rPr>
                <w:b/>
                <w:sz w:val="16"/>
              </w:rPr>
              <w:t>Analytic n</w:t>
            </w:r>
          </w:p>
        </w:tc>
        <w:tc>
          <w:tcPr>
            <w:tcW w:w="1728" w:type="dxa"/>
            <w:tcBorders>
              <w:top w:val="single" w:sz="10" w:space="0" w:color="000000"/>
              <w:left w:val="nil"/>
              <w:bottom w:val="single" w:sz="10" w:space="0" w:color="000000"/>
              <w:right w:val="nil"/>
            </w:tcBorders>
          </w:tcPr>
          <w:p w14:paraId="4675F45B" w14:textId="77777777" w:rsidR="001C61CC" w:rsidRDefault="000D727A">
            <w:pPr>
              <w:spacing w:after="0" w:line="240" w:lineRule="auto"/>
              <w:jc w:val="center"/>
            </w:pPr>
            <w:r>
              <w:rPr>
                <w:b/>
                <w:sz w:val="16"/>
              </w:rPr>
              <w:t>Cases or events</w:t>
            </w:r>
          </w:p>
        </w:tc>
        <w:tc>
          <w:tcPr>
            <w:tcW w:w="1728" w:type="dxa"/>
            <w:tcBorders>
              <w:top w:val="single" w:sz="10" w:space="0" w:color="000000"/>
              <w:left w:val="nil"/>
              <w:bottom w:val="single" w:sz="10" w:space="0" w:color="000000"/>
              <w:right w:val="nil"/>
            </w:tcBorders>
          </w:tcPr>
          <w:p w14:paraId="362C0F5E" w14:textId="77777777" w:rsidR="001C61CC" w:rsidRDefault="000D727A">
            <w:pPr>
              <w:spacing w:after="0" w:line="240" w:lineRule="auto"/>
              <w:jc w:val="center"/>
            </w:pPr>
            <w:r>
              <w:rPr>
                <w:b/>
                <w:sz w:val="16"/>
              </w:rPr>
              <w:t>Estimate</w:t>
            </w:r>
          </w:p>
        </w:tc>
        <w:tc>
          <w:tcPr>
            <w:tcW w:w="1728" w:type="dxa"/>
            <w:tcBorders>
              <w:top w:val="single" w:sz="10" w:space="0" w:color="000000"/>
              <w:left w:val="nil"/>
              <w:bottom w:val="single" w:sz="10" w:space="0" w:color="000000"/>
              <w:right w:val="nil"/>
            </w:tcBorders>
          </w:tcPr>
          <w:p w14:paraId="5356477D" w14:textId="77777777" w:rsidR="001C61CC" w:rsidRDefault="000D727A">
            <w:pPr>
              <w:spacing w:after="0" w:line="240" w:lineRule="auto"/>
              <w:jc w:val="center"/>
            </w:pPr>
            <w:r>
              <w:rPr>
                <w:b/>
                <w:sz w:val="16"/>
              </w:rPr>
              <w:t>P value</w:t>
            </w:r>
          </w:p>
        </w:tc>
      </w:tr>
      <w:tr w:rsidR="001C61CC" w14:paraId="5C6549E2" w14:textId="77777777">
        <w:tc>
          <w:tcPr>
            <w:tcW w:w="1728" w:type="dxa"/>
            <w:tcBorders>
              <w:top w:val="nil"/>
              <w:left w:val="nil"/>
              <w:bottom w:val="nil"/>
              <w:right w:val="nil"/>
            </w:tcBorders>
          </w:tcPr>
          <w:p w14:paraId="408E40A5" w14:textId="77777777" w:rsidR="001C61CC" w:rsidRDefault="000D727A">
            <w:pPr>
              <w:spacing w:after="0" w:line="240" w:lineRule="auto"/>
            </w:pPr>
            <w:r>
              <w:rPr>
                <w:sz w:val="16"/>
              </w:rPr>
              <w:t>Prospective: incident CESD-10 &gt;=12</w:t>
            </w:r>
          </w:p>
        </w:tc>
        <w:tc>
          <w:tcPr>
            <w:tcW w:w="1728" w:type="dxa"/>
            <w:tcBorders>
              <w:top w:val="nil"/>
              <w:left w:val="nil"/>
              <w:bottom w:val="nil"/>
              <w:right w:val="nil"/>
            </w:tcBorders>
          </w:tcPr>
          <w:p w14:paraId="2C52D821" w14:textId="77777777" w:rsidR="001C61CC" w:rsidRDefault="000D727A">
            <w:pPr>
              <w:spacing w:after="0" w:line="240" w:lineRule="auto"/>
              <w:jc w:val="center"/>
            </w:pPr>
            <w:r>
              <w:rPr>
                <w:sz w:val="16"/>
              </w:rPr>
              <w:t>Any pregnancy loss</w:t>
            </w:r>
          </w:p>
        </w:tc>
        <w:tc>
          <w:tcPr>
            <w:tcW w:w="1728" w:type="dxa"/>
            <w:tcBorders>
              <w:top w:val="nil"/>
              <w:left w:val="nil"/>
              <w:bottom w:val="nil"/>
              <w:right w:val="nil"/>
            </w:tcBorders>
          </w:tcPr>
          <w:p w14:paraId="013A29D5" w14:textId="77777777" w:rsidR="001C61CC" w:rsidRDefault="000D727A">
            <w:pPr>
              <w:spacing w:after="0" w:line="240" w:lineRule="auto"/>
              <w:jc w:val="center"/>
            </w:pPr>
            <w:r>
              <w:rPr>
                <w:sz w:val="16"/>
              </w:rPr>
              <w:t>2539</w:t>
            </w:r>
          </w:p>
        </w:tc>
        <w:tc>
          <w:tcPr>
            <w:tcW w:w="1728" w:type="dxa"/>
            <w:tcBorders>
              <w:top w:val="nil"/>
              <w:left w:val="nil"/>
              <w:bottom w:val="nil"/>
              <w:right w:val="nil"/>
            </w:tcBorders>
          </w:tcPr>
          <w:p w14:paraId="2F637A91" w14:textId="77777777" w:rsidR="001C61CC" w:rsidRDefault="000D727A">
            <w:pPr>
              <w:spacing w:after="0" w:line="240" w:lineRule="auto"/>
              <w:jc w:val="center"/>
            </w:pPr>
            <w:r>
              <w:rPr>
                <w:sz w:val="16"/>
              </w:rPr>
              <w:t>949</w:t>
            </w:r>
          </w:p>
        </w:tc>
        <w:tc>
          <w:tcPr>
            <w:tcW w:w="1728" w:type="dxa"/>
            <w:tcBorders>
              <w:top w:val="nil"/>
              <w:left w:val="nil"/>
              <w:bottom w:val="nil"/>
              <w:right w:val="nil"/>
            </w:tcBorders>
          </w:tcPr>
          <w:p w14:paraId="1661CA45" w14:textId="77777777" w:rsidR="001C61CC" w:rsidRDefault="000D727A">
            <w:pPr>
              <w:spacing w:after="0" w:line="240" w:lineRule="auto"/>
              <w:jc w:val="center"/>
            </w:pPr>
            <w:r>
              <w:rPr>
                <w:sz w:val="16"/>
              </w:rPr>
              <w:t>1.04 (0.89, 1.20)</w:t>
            </w:r>
          </w:p>
        </w:tc>
        <w:tc>
          <w:tcPr>
            <w:tcW w:w="1728" w:type="dxa"/>
            <w:tcBorders>
              <w:top w:val="nil"/>
              <w:left w:val="nil"/>
              <w:bottom w:val="nil"/>
              <w:right w:val="nil"/>
            </w:tcBorders>
          </w:tcPr>
          <w:p w14:paraId="409983E2" w14:textId="77777777" w:rsidR="001C61CC" w:rsidRDefault="000D727A">
            <w:pPr>
              <w:spacing w:after="0" w:line="240" w:lineRule="auto"/>
              <w:jc w:val="center"/>
            </w:pPr>
            <w:r>
              <w:rPr>
                <w:sz w:val="16"/>
              </w:rPr>
              <w:t>0.646</w:t>
            </w:r>
          </w:p>
        </w:tc>
      </w:tr>
      <w:tr w:rsidR="001C61CC" w14:paraId="7AEF8DC9" w14:textId="77777777">
        <w:tc>
          <w:tcPr>
            <w:tcW w:w="1728" w:type="dxa"/>
            <w:tcBorders>
              <w:top w:val="nil"/>
              <w:left w:val="nil"/>
              <w:bottom w:val="nil"/>
              <w:right w:val="nil"/>
            </w:tcBorders>
          </w:tcPr>
          <w:p w14:paraId="34D03DEA" w14:textId="77777777" w:rsidR="001C61CC" w:rsidRDefault="000D727A">
            <w:pPr>
              <w:spacing w:after="0" w:line="240" w:lineRule="auto"/>
            </w:pPr>
            <w:r>
              <w:rPr>
                <w:sz w:val="16"/>
              </w:rPr>
              <w:t>Prospective: incident CESD-10 &gt;=12</w:t>
            </w:r>
          </w:p>
        </w:tc>
        <w:tc>
          <w:tcPr>
            <w:tcW w:w="1728" w:type="dxa"/>
            <w:tcBorders>
              <w:top w:val="nil"/>
              <w:left w:val="nil"/>
              <w:bottom w:val="nil"/>
              <w:right w:val="nil"/>
            </w:tcBorders>
          </w:tcPr>
          <w:p w14:paraId="33E4198B" w14:textId="77777777" w:rsidR="001C61CC" w:rsidRDefault="000D727A">
            <w:pPr>
              <w:spacing w:after="0" w:line="240" w:lineRule="auto"/>
              <w:jc w:val="center"/>
            </w:pPr>
            <w:r>
              <w:rPr>
                <w:sz w:val="16"/>
              </w:rPr>
              <w:t>Induced abortion history</w:t>
            </w:r>
          </w:p>
        </w:tc>
        <w:tc>
          <w:tcPr>
            <w:tcW w:w="1728" w:type="dxa"/>
            <w:tcBorders>
              <w:top w:val="nil"/>
              <w:left w:val="nil"/>
              <w:bottom w:val="nil"/>
              <w:right w:val="nil"/>
            </w:tcBorders>
          </w:tcPr>
          <w:p w14:paraId="50B4B3AD" w14:textId="77777777" w:rsidR="001C61CC" w:rsidRDefault="000D727A">
            <w:pPr>
              <w:spacing w:after="0" w:line="240" w:lineRule="auto"/>
              <w:jc w:val="center"/>
            </w:pPr>
            <w:r>
              <w:rPr>
                <w:sz w:val="16"/>
              </w:rPr>
              <w:t>2539</w:t>
            </w:r>
          </w:p>
        </w:tc>
        <w:tc>
          <w:tcPr>
            <w:tcW w:w="1728" w:type="dxa"/>
            <w:tcBorders>
              <w:top w:val="nil"/>
              <w:left w:val="nil"/>
              <w:bottom w:val="nil"/>
              <w:right w:val="nil"/>
            </w:tcBorders>
          </w:tcPr>
          <w:p w14:paraId="3F5DC6F2" w14:textId="77777777" w:rsidR="001C61CC" w:rsidRDefault="000D727A">
            <w:pPr>
              <w:spacing w:after="0" w:line="240" w:lineRule="auto"/>
              <w:jc w:val="center"/>
            </w:pPr>
            <w:r>
              <w:rPr>
                <w:sz w:val="16"/>
              </w:rPr>
              <w:t>949</w:t>
            </w:r>
          </w:p>
        </w:tc>
        <w:tc>
          <w:tcPr>
            <w:tcW w:w="1728" w:type="dxa"/>
            <w:tcBorders>
              <w:top w:val="nil"/>
              <w:left w:val="nil"/>
              <w:bottom w:val="nil"/>
              <w:right w:val="nil"/>
            </w:tcBorders>
          </w:tcPr>
          <w:p w14:paraId="0BA5F641" w14:textId="77777777" w:rsidR="001C61CC" w:rsidRDefault="000D727A">
            <w:pPr>
              <w:spacing w:after="0" w:line="240" w:lineRule="auto"/>
              <w:jc w:val="center"/>
            </w:pPr>
            <w:r>
              <w:rPr>
                <w:sz w:val="16"/>
              </w:rPr>
              <w:t>0.99 (0.82, 1.18)</w:t>
            </w:r>
          </w:p>
        </w:tc>
        <w:tc>
          <w:tcPr>
            <w:tcW w:w="1728" w:type="dxa"/>
            <w:tcBorders>
              <w:top w:val="nil"/>
              <w:left w:val="nil"/>
              <w:bottom w:val="nil"/>
              <w:right w:val="nil"/>
            </w:tcBorders>
          </w:tcPr>
          <w:p w14:paraId="78E4C1E6" w14:textId="77777777" w:rsidR="001C61CC" w:rsidRDefault="000D727A">
            <w:pPr>
              <w:spacing w:after="0" w:line="240" w:lineRule="auto"/>
              <w:jc w:val="center"/>
            </w:pPr>
            <w:r>
              <w:rPr>
                <w:sz w:val="16"/>
              </w:rPr>
              <w:t>0.875</w:t>
            </w:r>
          </w:p>
        </w:tc>
      </w:tr>
      <w:tr w:rsidR="001C61CC" w14:paraId="51F5D117" w14:textId="77777777">
        <w:tc>
          <w:tcPr>
            <w:tcW w:w="1728" w:type="dxa"/>
            <w:tcBorders>
              <w:top w:val="nil"/>
              <w:left w:val="nil"/>
              <w:bottom w:val="nil"/>
              <w:right w:val="nil"/>
            </w:tcBorders>
          </w:tcPr>
          <w:p w14:paraId="531F5453" w14:textId="77777777" w:rsidR="001C61CC" w:rsidRDefault="000D727A">
            <w:pPr>
              <w:spacing w:after="0" w:line="240" w:lineRule="auto"/>
            </w:pPr>
            <w:r>
              <w:rPr>
                <w:sz w:val="16"/>
              </w:rPr>
              <w:t>Prospective: incident CESD-10 &gt;=12</w:t>
            </w:r>
          </w:p>
        </w:tc>
        <w:tc>
          <w:tcPr>
            <w:tcW w:w="1728" w:type="dxa"/>
            <w:tcBorders>
              <w:top w:val="nil"/>
              <w:left w:val="nil"/>
              <w:bottom w:val="nil"/>
              <w:right w:val="nil"/>
            </w:tcBorders>
          </w:tcPr>
          <w:p w14:paraId="73F2DB2D" w14:textId="77777777" w:rsidR="001C61CC" w:rsidRDefault="000D727A">
            <w:pPr>
              <w:spacing w:after="0" w:line="240" w:lineRule="auto"/>
              <w:jc w:val="center"/>
            </w:pPr>
            <w:r>
              <w:rPr>
                <w:sz w:val="16"/>
              </w:rPr>
              <w:t>Spontaneous abortion history</w:t>
            </w:r>
          </w:p>
        </w:tc>
        <w:tc>
          <w:tcPr>
            <w:tcW w:w="1728" w:type="dxa"/>
            <w:tcBorders>
              <w:top w:val="nil"/>
              <w:left w:val="nil"/>
              <w:bottom w:val="nil"/>
              <w:right w:val="nil"/>
            </w:tcBorders>
          </w:tcPr>
          <w:p w14:paraId="46CF442F" w14:textId="77777777" w:rsidR="001C61CC" w:rsidRDefault="000D727A">
            <w:pPr>
              <w:spacing w:after="0" w:line="240" w:lineRule="auto"/>
              <w:jc w:val="center"/>
            </w:pPr>
            <w:r>
              <w:rPr>
                <w:sz w:val="16"/>
              </w:rPr>
              <w:t>2539</w:t>
            </w:r>
          </w:p>
        </w:tc>
        <w:tc>
          <w:tcPr>
            <w:tcW w:w="1728" w:type="dxa"/>
            <w:tcBorders>
              <w:top w:val="nil"/>
              <w:left w:val="nil"/>
              <w:bottom w:val="nil"/>
              <w:right w:val="nil"/>
            </w:tcBorders>
          </w:tcPr>
          <w:p w14:paraId="18779C36" w14:textId="77777777" w:rsidR="001C61CC" w:rsidRDefault="000D727A">
            <w:pPr>
              <w:spacing w:after="0" w:line="240" w:lineRule="auto"/>
              <w:jc w:val="center"/>
            </w:pPr>
            <w:r>
              <w:rPr>
                <w:sz w:val="16"/>
              </w:rPr>
              <w:t>949</w:t>
            </w:r>
          </w:p>
        </w:tc>
        <w:tc>
          <w:tcPr>
            <w:tcW w:w="1728" w:type="dxa"/>
            <w:tcBorders>
              <w:top w:val="nil"/>
              <w:left w:val="nil"/>
              <w:bottom w:val="nil"/>
              <w:right w:val="nil"/>
            </w:tcBorders>
          </w:tcPr>
          <w:p w14:paraId="3FB094FD" w14:textId="77777777" w:rsidR="001C61CC" w:rsidRDefault="000D727A">
            <w:pPr>
              <w:spacing w:after="0" w:line="240" w:lineRule="auto"/>
              <w:jc w:val="center"/>
            </w:pPr>
            <w:r>
              <w:rPr>
                <w:sz w:val="16"/>
              </w:rPr>
              <w:t>1.12 (0.89, 1.41)</w:t>
            </w:r>
          </w:p>
        </w:tc>
        <w:tc>
          <w:tcPr>
            <w:tcW w:w="1728" w:type="dxa"/>
            <w:tcBorders>
              <w:top w:val="nil"/>
              <w:left w:val="nil"/>
              <w:bottom w:val="nil"/>
              <w:right w:val="nil"/>
            </w:tcBorders>
          </w:tcPr>
          <w:p w14:paraId="745091C9" w14:textId="77777777" w:rsidR="001C61CC" w:rsidRDefault="000D727A">
            <w:pPr>
              <w:spacing w:after="0" w:line="240" w:lineRule="auto"/>
              <w:jc w:val="center"/>
            </w:pPr>
            <w:r>
              <w:rPr>
                <w:sz w:val="16"/>
              </w:rPr>
              <w:t>0.318</w:t>
            </w:r>
          </w:p>
        </w:tc>
      </w:tr>
      <w:tr w:rsidR="001C61CC" w14:paraId="399A6D16" w14:textId="77777777">
        <w:tc>
          <w:tcPr>
            <w:tcW w:w="1728" w:type="dxa"/>
            <w:tcBorders>
              <w:top w:val="nil"/>
              <w:left w:val="nil"/>
              <w:bottom w:val="nil"/>
              <w:right w:val="nil"/>
            </w:tcBorders>
          </w:tcPr>
          <w:p w14:paraId="5E634FF9" w14:textId="77777777" w:rsidR="001C61CC" w:rsidRDefault="000D727A">
            <w:pPr>
              <w:spacing w:after="0" w:line="240" w:lineRule="auto"/>
            </w:pPr>
            <w:r>
              <w:rPr>
                <w:sz w:val="16"/>
              </w:rPr>
              <w:t>Prospective: incident CESD-10 &gt;=12</w:t>
            </w:r>
          </w:p>
        </w:tc>
        <w:tc>
          <w:tcPr>
            <w:tcW w:w="1728" w:type="dxa"/>
            <w:tcBorders>
              <w:top w:val="nil"/>
              <w:left w:val="nil"/>
              <w:bottom w:val="nil"/>
              <w:right w:val="nil"/>
            </w:tcBorders>
          </w:tcPr>
          <w:p w14:paraId="22FFDD86" w14:textId="77777777" w:rsidR="001C61CC" w:rsidRDefault="000D727A">
            <w:pPr>
              <w:spacing w:after="0" w:line="240" w:lineRule="auto"/>
              <w:jc w:val="center"/>
            </w:pPr>
            <w:r>
              <w:rPr>
                <w:sz w:val="16"/>
              </w:rPr>
              <w:t>Stillbirth history</w:t>
            </w:r>
          </w:p>
        </w:tc>
        <w:tc>
          <w:tcPr>
            <w:tcW w:w="1728" w:type="dxa"/>
            <w:tcBorders>
              <w:top w:val="nil"/>
              <w:left w:val="nil"/>
              <w:bottom w:val="nil"/>
              <w:right w:val="nil"/>
            </w:tcBorders>
          </w:tcPr>
          <w:p w14:paraId="4CE21DE5" w14:textId="77777777" w:rsidR="001C61CC" w:rsidRDefault="000D727A">
            <w:pPr>
              <w:spacing w:after="0" w:line="240" w:lineRule="auto"/>
              <w:jc w:val="center"/>
            </w:pPr>
            <w:r>
              <w:rPr>
                <w:sz w:val="16"/>
              </w:rPr>
              <w:t>2539</w:t>
            </w:r>
          </w:p>
        </w:tc>
        <w:tc>
          <w:tcPr>
            <w:tcW w:w="1728" w:type="dxa"/>
            <w:tcBorders>
              <w:top w:val="nil"/>
              <w:left w:val="nil"/>
              <w:bottom w:val="nil"/>
              <w:right w:val="nil"/>
            </w:tcBorders>
          </w:tcPr>
          <w:p w14:paraId="19A1A738" w14:textId="77777777" w:rsidR="001C61CC" w:rsidRDefault="000D727A">
            <w:pPr>
              <w:spacing w:after="0" w:line="240" w:lineRule="auto"/>
              <w:jc w:val="center"/>
            </w:pPr>
            <w:r>
              <w:rPr>
                <w:sz w:val="16"/>
              </w:rPr>
              <w:t>949</w:t>
            </w:r>
          </w:p>
        </w:tc>
        <w:tc>
          <w:tcPr>
            <w:tcW w:w="1728" w:type="dxa"/>
            <w:tcBorders>
              <w:top w:val="nil"/>
              <w:left w:val="nil"/>
              <w:bottom w:val="nil"/>
              <w:right w:val="nil"/>
            </w:tcBorders>
          </w:tcPr>
          <w:p w14:paraId="6998DEB1" w14:textId="77777777" w:rsidR="001C61CC" w:rsidRDefault="000D727A">
            <w:pPr>
              <w:spacing w:after="0" w:line="240" w:lineRule="auto"/>
              <w:jc w:val="center"/>
            </w:pPr>
            <w:r>
              <w:rPr>
                <w:sz w:val="16"/>
              </w:rPr>
              <w:t>0.79 (0.51, 1.23)</w:t>
            </w:r>
          </w:p>
        </w:tc>
        <w:tc>
          <w:tcPr>
            <w:tcW w:w="1728" w:type="dxa"/>
            <w:tcBorders>
              <w:top w:val="nil"/>
              <w:left w:val="nil"/>
              <w:bottom w:val="nil"/>
              <w:right w:val="nil"/>
            </w:tcBorders>
          </w:tcPr>
          <w:p w14:paraId="28A413DA" w14:textId="77777777" w:rsidR="001C61CC" w:rsidRDefault="000D727A">
            <w:pPr>
              <w:spacing w:after="0" w:line="240" w:lineRule="auto"/>
              <w:jc w:val="center"/>
            </w:pPr>
            <w:r>
              <w:rPr>
                <w:sz w:val="16"/>
              </w:rPr>
              <w:t>0.289</w:t>
            </w:r>
          </w:p>
        </w:tc>
      </w:tr>
      <w:tr w:rsidR="001C61CC" w14:paraId="51EE3470" w14:textId="77777777">
        <w:tc>
          <w:tcPr>
            <w:tcW w:w="1728" w:type="dxa"/>
            <w:tcBorders>
              <w:top w:val="nil"/>
              <w:left w:val="nil"/>
              <w:bottom w:val="nil"/>
              <w:right w:val="nil"/>
            </w:tcBorders>
          </w:tcPr>
          <w:p w14:paraId="7457A521" w14:textId="77777777" w:rsidR="001C61CC" w:rsidRDefault="000D727A">
            <w:pPr>
              <w:spacing w:after="0" w:line="240" w:lineRule="auto"/>
            </w:pPr>
            <w:r>
              <w:rPr>
                <w:sz w:val="16"/>
              </w:rPr>
              <w:t>Prospective: complete follow-up only</w:t>
            </w:r>
          </w:p>
        </w:tc>
        <w:tc>
          <w:tcPr>
            <w:tcW w:w="1728" w:type="dxa"/>
            <w:tcBorders>
              <w:top w:val="nil"/>
              <w:left w:val="nil"/>
              <w:bottom w:val="nil"/>
              <w:right w:val="nil"/>
            </w:tcBorders>
          </w:tcPr>
          <w:p w14:paraId="6166CF68" w14:textId="77777777" w:rsidR="001C61CC" w:rsidRDefault="000D727A">
            <w:pPr>
              <w:spacing w:after="0" w:line="240" w:lineRule="auto"/>
              <w:jc w:val="center"/>
            </w:pPr>
            <w:r>
              <w:rPr>
                <w:sz w:val="16"/>
              </w:rPr>
              <w:t>Any pregnancy loss</w:t>
            </w:r>
          </w:p>
        </w:tc>
        <w:tc>
          <w:tcPr>
            <w:tcW w:w="1728" w:type="dxa"/>
            <w:tcBorders>
              <w:top w:val="nil"/>
              <w:left w:val="nil"/>
              <w:bottom w:val="nil"/>
              <w:right w:val="nil"/>
            </w:tcBorders>
          </w:tcPr>
          <w:p w14:paraId="402FC2B1" w14:textId="77777777" w:rsidR="001C61CC" w:rsidRDefault="000D727A">
            <w:pPr>
              <w:spacing w:after="0" w:line="240" w:lineRule="auto"/>
              <w:jc w:val="center"/>
            </w:pPr>
            <w:r>
              <w:rPr>
                <w:sz w:val="16"/>
              </w:rPr>
              <w:t>2486</w:t>
            </w:r>
          </w:p>
        </w:tc>
        <w:tc>
          <w:tcPr>
            <w:tcW w:w="1728" w:type="dxa"/>
            <w:tcBorders>
              <w:top w:val="nil"/>
              <w:left w:val="nil"/>
              <w:bottom w:val="nil"/>
              <w:right w:val="nil"/>
            </w:tcBorders>
          </w:tcPr>
          <w:p w14:paraId="034CC816" w14:textId="77777777" w:rsidR="001C61CC" w:rsidRDefault="000D727A">
            <w:pPr>
              <w:spacing w:after="0" w:line="240" w:lineRule="auto"/>
              <w:jc w:val="center"/>
            </w:pPr>
            <w:r>
              <w:rPr>
                <w:sz w:val="16"/>
              </w:rPr>
              <w:t>1185</w:t>
            </w:r>
          </w:p>
        </w:tc>
        <w:tc>
          <w:tcPr>
            <w:tcW w:w="1728" w:type="dxa"/>
            <w:tcBorders>
              <w:top w:val="nil"/>
              <w:left w:val="nil"/>
              <w:bottom w:val="nil"/>
              <w:right w:val="nil"/>
            </w:tcBorders>
          </w:tcPr>
          <w:p w14:paraId="33A4A7EB" w14:textId="77777777" w:rsidR="001C61CC" w:rsidRDefault="000D727A">
            <w:pPr>
              <w:spacing w:after="0" w:line="240" w:lineRule="auto"/>
              <w:jc w:val="center"/>
            </w:pPr>
            <w:r>
              <w:rPr>
                <w:sz w:val="16"/>
              </w:rPr>
              <w:t>1.02 (0.90, 1.17)</w:t>
            </w:r>
          </w:p>
        </w:tc>
        <w:tc>
          <w:tcPr>
            <w:tcW w:w="1728" w:type="dxa"/>
            <w:tcBorders>
              <w:top w:val="nil"/>
              <w:left w:val="nil"/>
              <w:bottom w:val="nil"/>
              <w:right w:val="nil"/>
            </w:tcBorders>
          </w:tcPr>
          <w:p w14:paraId="4ECAB77E" w14:textId="77777777" w:rsidR="001C61CC" w:rsidRDefault="000D727A">
            <w:pPr>
              <w:spacing w:after="0" w:line="240" w:lineRule="auto"/>
              <w:jc w:val="center"/>
            </w:pPr>
            <w:r>
              <w:rPr>
                <w:sz w:val="16"/>
              </w:rPr>
              <w:t>0.730</w:t>
            </w:r>
          </w:p>
        </w:tc>
      </w:tr>
      <w:tr w:rsidR="001C61CC" w14:paraId="08116477" w14:textId="77777777">
        <w:tc>
          <w:tcPr>
            <w:tcW w:w="1728" w:type="dxa"/>
            <w:tcBorders>
              <w:top w:val="nil"/>
              <w:left w:val="nil"/>
              <w:bottom w:val="nil"/>
              <w:right w:val="nil"/>
            </w:tcBorders>
          </w:tcPr>
          <w:p w14:paraId="3A5E9A75" w14:textId="77777777" w:rsidR="001C61CC" w:rsidRDefault="000D727A">
            <w:pPr>
              <w:spacing w:after="0" w:line="240" w:lineRule="auto"/>
            </w:pPr>
            <w:r>
              <w:rPr>
                <w:sz w:val="16"/>
              </w:rPr>
              <w:t>Prospective: complete follow-up only</w:t>
            </w:r>
          </w:p>
        </w:tc>
        <w:tc>
          <w:tcPr>
            <w:tcW w:w="1728" w:type="dxa"/>
            <w:tcBorders>
              <w:top w:val="nil"/>
              <w:left w:val="nil"/>
              <w:bottom w:val="nil"/>
              <w:right w:val="nil"/>
            </w:tcBorders>
          </w:tcPr>
          <w:p w14:paraId="5A585850" w14:textId="77777777" w:rsidR="001C61CC" w:rsidRDefault="000D727A">
            <w:pPr>
              <w:spacing w:after="0" w:line="240" w:lineRule="auto"/>
              <w:jc w:val="center"/>
            </w:pPr>
            <w:r>
              <w:rPr>
                <w:sz w:val="16"/>
              </w:rPr>
              <w:t>Induced abortion history</w:t>
            </w:r>
          </w:p>
        </w:tc>
        <w:tc>
          <w:tcPr>
            <w:tcW w:w="1728" w:type="dxa"/>
            <w:tcBorders>
              <w:top w:val="nil"/>
              <w:left w:val="nil"/>
              <w:bottom w:val="nil"/>
              <w:right w:val="nil"/>
            </w:tcBorders>
          </w:tcPr>
          <w:p w14:paraId="0A40DECA" w14:textId="77777777" w:rsidR="001C61CC" w:rsidRDefault="000D727A">
            <w:pPr>
              <w:spacing w:after="0" w:line="240" w:lineRule="auto"/>
              <w:jc w:val="center"/>
            </w:pPr>
            <w:r>
              <w:rPr>
                <w:sz w:val="16"/>
              </w:rPr>
              <w:t>2486</w:t>
            </w:r>
          </w:p>
        </w:tc>
        <w:tc>
          <w:tcPr>
            <w:tcW w:w="1728" w:type="dxa"/>
            <w:tcBorders>
              <w:top w:val="nil"/>
              <w:left w:val="nil"/>
              <w:bottom w:val="nil"/>
              <w:right w:val="nil"/>
            </w:tcBorders>
          </w:tcPr>
          <w:p w14:paraId="75AFAA2B" w14:textId="77777777" w:rsidR="001C61CC" w:rsidRDefault="000D727A">
            <w:pPr>
              <w:spacing w:after="0" w:line="240" w:lineRule="auto"/>
              <w:jc w:val="center"/>
            </w:pPr>
            <w:r>
              <w:rPr>
                <w:sz w:val="16"/>
              </w:rPr>
              <w:t>1185</w:t>
            </w:r>
          </w:p>
        </w:tc>
        <w:tc>
          <w:tcPr>
            <w:tcW w:w="1728" w:type="dxa"/>
            <w:tcBorders>
              <w:top w:val="nil"/>
              <w:left w:val="nil"/>
              <w:bottom w:val="nil"/>
              <w:right w:val="nil"/>
            </w:tcBorders>
          </w:tcPr>
          <w:p w14:paraId="6F203C10" w14:textId="77777777" w:rsidR="001C61CC" w:rsidRDefault="000D727A">
            <w:pPr>
              <w:spacing w:after="0" w:line="240" w:lineRule="auto"/>
              <w:jc w:val="center"/>
            </w:pPr>
            <w:r>
              <w:rPr>
                <w:sz w:val="16"/>
              </w:rPr>
              <w:t>0.98 (0.84, 1.16)</w:t>
            </w:r>
          </w:p>
        </w:tc>
        <w:tc>
          <w:tcPr>
            <w:tcW w:w="1728" w:type="dxa"/>
            <w:tcBorders>
              <w:top w:val="nil"/>
              <w:left w:val="nil"/>
              <w:bottom w:val="nil"/>
              <w:right w:val="nil"/>
            </w:tcBorders>
          </w:tcPr>
          <w:p w14:paraId="42AD292C" w14:textId="77777777" w:rsidR="001C61CC" w:rsidRDefault="000D727A">
            <w:pPr>
              <w:spacing w:after="0" w:line="240" w:lineRule="auto"/>
              <w:jc w:val="center"/>
            </w:pPr>
            <w:r>
              <w:rPr>
                <w:sz w:val="16"/>
              </w:rPr>
              <w:t>0.853</w:t>
            </w:r>
          </w:p>
        </w:tc>
      </w:tr>
      <w:tr w:rsidR="001C61CC" w14:paraId="6ECC59B7" w14:textId="77777777">
        <w:tc>
          <w:tcPr>
            <w:tcW w:w="1728" w:type="dxa"/>
            <w:tcBorders>
              <w:top w:val="nil"/>
              <w:left w:val="nil"/>
              <w:bottom w:val="nil"/>
              <w:right w:val="nil"/>
            </w:tcBorders>
          </w:tcPr>
          <w:p w14:paraId="1E47D6CA" w14:textId="77777777" w:rsidR="001C61CC" w:rsidRDefault="000D727A">
            <w:pPr>
              <w:spacing w:after="0" w:line="240" w:lineRule="auto"/>
            </w:pPr>
            <w:r>
              <w:rPr>
                <w:sz w:val="16"/>
              </w:rPr>
              <w:t>Prospective: complete follow-up only</w:t>
            </w:r>
          </w:p>
        </w:tc>
        <w:tc>
          <w:tcPr>
            <w:tcW w:w="1728" w:type="dxa"/>
            <w:tcBorders>
              <w:top w:val="nil"/>
              <w:left w:val="nil"/>
              <w:bottom w:val="nil"/>
              <w:right w:val="nil"/>
            </w:tcBorders>
          </w:tcPr>
          <w:p w14:paraId="4507C7A4" w14:textId="77777777" w:rsidR="001C61CC" w:rsidRDefault="000D727A">
            <w:pPr>
              <w:spacing w:after="0" w:line="240" w:lineRule="auto"/>
              <w:jc w:val="center"/>
            </w:pPr>
            <w:r>
              <w:rPr>
                <w:sz w:val="16"/>
              </w:rPr>
              <w:t>Spontaneous abortion history</w:t>
            </w:r>
          </w:p>
        </w:tc>
        <w:tc>
          <w:tcPr>
            <w:tcW w:w="1728" w:type="dxa"/>
            <w:tcBorders>
              <w:top w:val="nil"/>
              <w:left w:val="nil"/>
              <w:bottom w:val="nil"/>
              <w:right w:val="nil"/>
            </w:tcBorders>
          </w:tcPr>
          <w:p w14:paraId="5682CAA0" w14:textId="77777777" w:rsidR="001C61CC" w:rsidRDefault="000D727A">
            <w:pPr>
              <w:spacing w:after="0" w:line="240" w:lineRule="auto"/>
              <w:jc w:val="center"/>
            </w:pPr>
            <w:r>
              <w:rPr>
                <w:sz w:val="16"/>
              </w:rPr>
              <w:t>2486</w:t>
            </w:r>
          </w:p>
        </w:tc>
        <w:tc>
          <w:tcPr>
            <w:tcW w:w="1728" w:type="dxa"/>
            <w:tcBorders>
              <w:top w:val="nil"/>
              <w:left w:val="nil"/>
              <w:bottom w:val="nil"/>
              <w:right w:val="nil"/>
            </w:tcBorders>
          </w:tcPr>
          <w:p w14:paraId="72A4331D" w14:textId="77777777" w:rsidR="001C61CC" w:rsidRDefault="000D727A">
            <w:pPr>
              <w:spacing w:after="0" w:line="240" w:lineRule="auto"/>
              <w:jc w:val="center"/>
            </w:pPr>
            <w:r>
              <w:rPr>
                <w:sz w:val="16"/>
              </w:rPr>
              <w:t>1185</w:t>
            </w:r>
          </w:p>
        </w:tc>
        <w:tc>
          <w:tcPr>
            <w:tcW w:w="1728" w:type="dxa"/>
            <w:tcBorders>
              <w:top w:val="nil"/>
              <w:left w:val="nil"/>
              <w:bottom w:val="nil"/>
              <w:right w:val="nil"/>
            </w:tcBorders>
          </w:tcPr>
          <w:p w14:paraId="2049DB52" w14:textId="77777777" w:rsidR="001C61CC" w:rsidRDefault="000D727A">
            <w:pPr>
              <w:spacing w:after="0" w:line="240" w:lineRule="auto"/>
              <w:jc w:val="center"/>
            </w:pPr>
            <w:r>
              <w:rPr>
                <w:sz w:val="16"/>
              </w:rPr>
              <w:t>1.10 (0.90, 1.36)</w:t>
            </w:r>
          </w:p>
        </w:tc>
        <w:tc>
          <w:tcPr>
            <w:tcW w:w="1728" w:type="dxa"/>
            <w:tcBorders>
              <w:top w:val="nil"/>
              <w:left w:val="nil"/>
              <w:bottom w:val="nil"/>
              <w:right w:val="nil"/>
            </w:tcBorders>
          </w:tcPr>
          <w:p w14:paraId="4C6F8EF6" w14:textId="77777777" w:rsidR="001C61CC" w:rsidRDefault="000D727A">
            <w:pPr>
              <w:spacing w:after="0" w:line="240" w:lineRule="auto"/>
              <w:jc w:val="center"/>
            </w:pPr>
            <w:r>
              <w:rPr>
                <w:sz w:val="16"/>
              </w:rPr>
              <w:t>0.356</w:t>
            </w:r>
          </w:p>
        </w:tc>
      </w:tr>
      <w:tr w:rsidR="001C61CC" w14:paraId="53A5EED1" w14:textId="77777777">
        <w:tc>
          <w:tcPr>
            <w:tcW w:w="1728" w:type="dxa"/>
            <w:tcBorders>
              <w:top w:val="nil"/>
              <w:left w:val="nil"/>
              <w:bottom w:val="single" w:sz="10" w:space="0" w:color="000000"/>
              <w:right w:val="nil"/>
            </w:tcBorders>
          </w:tcPr>
          <w:p w14:paraId="309AC654" w14:textId="77777777" w:rsidR="001C61CC" w:rsidRDefault="000D727A">
            <w:pPr>
              <w:spacing w:after="0" w:line="240" w:lineRule="auto"/>
            </w:pPr>
            <w:r>
              <w:rPr>
                <w:sz w:val="16"/>
              </w:rPr>
              <w:t>Prospective: complete follow-up only</w:t>
            </w:r>
          </w:p>
        </w:tc>
        <w:tc>
          <w:tcPr>
            <w:tcW w:w="1728" w:type="dxa"/>
            <w:tcBorders>
              <w:top w:val="nil"/>
              <w:left w:val="nil"/>
              <w:bottom w:val="single" w:sz="10" w:space="0" w:color="000000"/>
              <w:right w:val="nil"/>
            </w:tcBorders>
          </w:tcPr>
          <w:p w14:paraId="3CB7604E" w14:textId="77777777" w:rsidR="001C61CC" w:rsidRDefault="000D727A">
            <w:pPr>
              <w:spacing w:after="0" w:line="240" w:lineRule="auto"/>
              <w:jc w:val="center"/>
            </w:pPr>
            <w:r>
              <w:rPr>
                <w:sz w:val="16"/>
              </w:rPr>
              <w:t>Stillbirth history</w:t>
            </w:r>
          </w:p>
        </w:tc>
        <w:tc>
          <w:tcPr>
            <w:tcW w:w="1728" w:type="dxa"/>
            <w:tcBorders>
              <w:top w:val="nil"/>
              <w:left w:val="nil"/>
              <w:bottom w:val="single" w:sz="10" w:space="0" w:color="000000"/>
              <w:right w:val="nil"/>
            </w:tcBorders>
          </w:tcPr>
          <w:p w14:paraId="61F6575E" w14:textId="77777777" w:rsidR="001C61CC" w:rsidRDefault="000D727A">
            <w:pPr>
              <w:spacing w:after="0" w:line="240" w:lineRule="auto"/>
              <w:jc w:val="center"/>
            </w:pPr>
            <w:r>
              <w:rPr>
                <w:sz w:val="16"/>
              </w:rPr>
              <w:t>2486</w:t>
            </w:r>
          </w:p>
        </w:tc>
        <w:tc>
          <w:tcPr>
            <w:tcW w:w="1728" w:type="dxa"/>
            <w:tcBorders>
              <w:top w:val="nil"/>
              <w:left w:val="nil"/>
              <w:bottom w:val="single" w:sz="10" w:space="0" w:color="000000"/>
              <w:right w:val="nil"/>
            </w:tcBorders>
          </w:tcPr>
          <w:p w14:paraId="4282927B" w14:textId="77777777" w:rsidR="001C61CC" w:rsidRDefault="000D727A">
            <w:pPr>
              <w:spacing w:after="0" w:line="240" w:lineRule="auto"/>
              <w:jc w:val="center"/>
            </w:pPr>
            <w:r>
              <w:rPr>
                <w:sz w:val="16"/>
              </w:rPr>
              <w:t>1185</w:t>
            </w:r>
          </w:p>
        </w:tc>
        <w:tc>
          <w:tcPr>
            <w:tcW w:w="1728" w:type="dxa"/>
            <w:tcBorders>
              <w:top w:val="nil"/>
              <w:left w:val="nil"/>
              <w:bottom w:val="single" w:sz="10" w:space="0" w:color="000000"/>
              <w:right w:val="nil"/>
            </w:tcBorders>
          </w:tcPr>
          <w:p w14:paraId="263A50A7" w14:textId="77777777" w:rsidR="001C61CC" w:rsidRDefault="000D727A">
            <w:pPr>
              <w:spacing w:after="0" w:line="240" w:lineRule="auto"/>
              <w:jc w:val="center"/>
            </w:pPr>
            <w:r>
              <w:rPr>
                <w:sz w:val="16"/>
              </w:rPr>
              <w:t>0.83 (0.56, 1.23)</w:t>
            </w:r>
          </w:p>
        </w:tc>
        <w:tc>
          <w:tcPr>
            <w:tcW w:w="1728" w:type="dxa"/>
            <w:tcBorders>
              <w:top w:val="nil"/>
              <w:left w:val="nil"/>
              <w:bottom w:val="single" w:sz="10" w:space="0" w:color="000000"/>
              <w:right w:val="nil"/>
            </w:tcBorders>
          </w:tcPr>
          <w:p w14:paraId="2634D396" w14:textId="77777777" w:rsidR="001C61CC" w:rsidRDefault="000D727A">
            <w:pPr>
              <w:spacing w:after="0" w:line="240" w:lineRule="auto"/>
              <w:jc w:val="center"/>
            </w:pPr>
            <w:r>
              <w:rPr>
                <w:sz w:val="16"/>
              </w:rPr>
              <w:t>0.349</w:t>
            </w:r>
          </w:p>
        </w:tc>
      </w:tr>
    </w:tbl>
    <w:p w14:paraId="1FC7B327" w14:textId="77777777" w:rsidR="001C61CC" w:rsidRDefault="001C61CC"/>
    <w:p w14:paraId="4B308FDF" w14:textId="77777777" w:rsidR="001C61CC" w:rsidRDefault="000D727A">
      <w:pPr>
        <w:spacing w:after="80"/>
      </w:pPr>
      <w:r>
        <w:rPr>
          <w:sz w:val="16"/>
        </w:rPr>
        <w:t>Note: Sensitivity analyses include the higher CESD-10 threshold, restriction to postmenopausal women, restriction to complete follow-up, and alternative model specifications.</w:t>
      </w:r>
    </w:p>
    <w:p w14:paraId="210C3A67" w14:textId="77777777" w:rsidR="001C61CC" w:rsidRDefault="000D727A">
      <w:r>
        <w:br w:type="page"/>
      </w:r>
    </w:p>
    <w:p w14:paraId="6D293378" w14:textId="77777777" w:rsidR="001C61CC" w:rsidRDefault="000D727A">
      <w:pPr>
        <w:spacing w:after="80"/>
      </w:pPr>
      <w:r>
        <w:rPr>
          <w:b/>
          <w:sz w:val="24"/>
        </w:rPr>
        <w:lastRenderedPageBreak/>
        <w:t>Supplementary Table 15. Joint-effects model results and observed prevalence or risk</w:t>
      </w:r>
    </w:p>
    <w:p w14:paraId="60A86952" w14:textId="77777777" w:rsidR="001C61CC" w:rsidRDefault="000D727A">
      <w:pPr>
        <w:spacing w:after="80"/>
      </w:pPr>
      <w:r>
        <w:rPr>
          <w:sz w:val="19"/>
        </w:rPr>
        <w:t>Panel A. Cross-sectional joint effects of pregnancy loss history and multimorbidity</w:t>
      </w:r>
    </w:p>
    <w:tbl>
      <w:tblPr>
        <w:tblW w:w="0" w:type="auto"/>
        <w:tblLook w:val="04A0" w:firstRow="1" w:lastRow="0" w:firstColumn="1" w:lastColumn="0" w:noHBand="0" w:noVBand="1"/>
      </w:tblPr>
      <w:tblGrid>
        <w:gridCol w:w="1728"/>
        <w:gridCol w:w="1728"/>
        <w:gridCol w:w="1728"/>
        <w:gridCol w:w="1728"/>
        <w:gridCol w:w="1728"/>
        <w:gridCol w:w="1728"/>
      </w:tblGrid>
      <w:tr w:rsidR="001C61CC" w14:paraId="2465D250" w14:textId="77777777">
        <w:tc>
          <w:tcPr>
            <w:tcW w:w="1728" w:type="dxa"/>
            <w:tcBorders>
              <w:top w:val="single" w:sz="10" w:space="0" w:color="000000"/>
              <w:left w:val="nil"/>
              <w:bottom w:val="single" w:sz="10" w:space="0" w:color="000000"/>
              <w:right w:val="nil"/>
            </w:tcBorders>
          </w:tcPr>
          <w:p w14:paraId="37DD49D4" w14:textId="77777777" w:rsidR="001C61CC" w:rsidRDefault="000D727A">
            <w:pPr>
              <w:spacing w:after="0" w:line="240" w:lineRule="auto"/>
            </w:pPr>
            <w:r>
              <w:rPr>
                <w:b/>
                <w:sz w:val="16"/>
              </w:rPr>
              <w:t>Group</w:t>
            </w:r>
          </w:p>
        </w:tc>
        <w:tc>
          <w:tcPr>
            <w:tcW w:w="1728" w:type="dxa"/>
            <w:tcBorders>
              <w:top w:val="single" w:sz="10" w:space="0" w:color="000000"/>
              <w:left w:val="nil"/>
              <w:bottom w:val="single" w:sz="10" w:space="0" w:color="000000"/>
              <w:right w:val="nil"/>
            </w:tcBorders>
          </w:tcPr>
          <w:p w14:paraId="3F661817" w14:textId="77777777" w:rsidR="001C61CC" w:rsidRDefault="000D727A">
            <w:pPr>
              <w:spacing w:after="0" w:line="240" w:lineRule="auto"/>
              <w:jc w:val="center"/>
            </w:pPr>
            <w:r>
              <w:rPr>
                <w:b/>
                <w:sz w:val="16"/>
              </w:rPr>
              <w:t>Analytic n</w:t>
            </w:r>
          </w:p>
        </w:tc>
        <w:tc>
          <w:tcPr>
            <w:tcW w:w="1728" w:type="dxa"/>
            <w:tcBorders>
              <w:top w:val="single" w:sz="10" w:space="0" w:color="000000"/>
              <w:left w:val="nil"/>
              <w:bottom w:val="single" w:sz="10" w:space="0" w:color="000000"/>
              <w:right w:val="nil"/>
            </w:tcBorders>
          </w:tcPr>
          <w:p w14:paraId="4AB70E89" w14:textId="77777777" w:rsidR="001C61CC" w:rsidRDefault="000D727A">
            <w:pPr>
              <w:spacing w:after="0" w:line="240" w:lineRule="auto"/>
              <w:jc w:val="center"/>
            </w:pPr>
            <w:r>
              <w:rPr>
                <w:b/>
                <w:sz w:val="16"/>
              </w:rPr>
              <w:t>Cases or events</w:t>
            </w:r>
          </w:p>
        </w:tc>
        <w:tc>
          <w:tcPr>
            <w:tcW w:w="1728" w:type="dxa"/>
            <w:tcBorders>
              <w:top w:val="single" w:sz="10" w:space="0" w:color="000000"/>
              <w:left w:val="nil"/>
              <w:bottom w:val="single" w:sz="10" w:space="0" w:color="000000"/>
              <w:right w:val="nil"/>
            </w:tcBorders>
          </w:tcPr>
          <w:p w14:paraId="6BB571FD" w14:textId="77777777" w:rsidR="001C61CC" w:rsidRDefault="000D727A">
            <w:pPr>
              <w:spacing w:after="0" w:line="240" w:lineRule="auto"/>
              <w:jc w:val="center"/>
            </w:pPr>
            <w:r>
              <w:rPr>
                <w:b/>
                <w:sz w:val="16"/>
              </w:rPr>
              <w:t>Observed prevalence or risk</w:t>
            </w:r>
          </w:p>
        </w:tc>
        <w:tc>
          <w:tcPr>
            <w:tcW w:w="1728" w:type="dxa"/>
            <w:tcBorders>
              <w:top w:val="single" w:sz="10" w:space="0" w:color="000000"/>
              <w:left w:val="nil"/>
              <w:bottom w:val="single" w:sz="10" w:space="0" w:color="000000"/>
              <w:right w:val="nil"/>
            </w:tcBorders>
          </w:tcPr>
          <w:p w14:paraId="2AE2D70B" w14:textId="77777777" w:rsidR="001C61CC" w:rsidRDefault="000D727A">
            <w:pPr>
              <w:spacing w:after="0" w:line="240" w:lineRule="auto"/>
              <w:jc w:val="center"/>
            </w:pPr>
            <w:r>
              <w:rPr>
                <w:b/>
                <w:sz w:val="16"/>
              </w:rPr>
              <w:t>Adjusted estimate</w:t>
            </w:r>
          </w:p>
        </w:tc>
        <w:tc>
          <w:tcPr>
            <w:tcW w:w="1728" w:type="dxa"/>
            <w:tcBorders>
              <w:top w:val="single" w:sz="10" w:space="0" w:color="000000"/>
              <w:left w:val="nil"/>
              <w:bottom w:val="single" w:sz="10" w:space="0" w:color="000000"/>
              <w:right w:val="nil"/>
            </w:tcBorders>
          </w:tcPr>
          <w:p w14:paraId="5B609CA2" w14:textId="77777777" w:rsidR="001C61CC" w:rsidRDefault="000D727A">
            <w:pPr>
              <w:spacing w:after="0" w:line="240" w:lineRule="auto"/>
              <w:jc w:val="center"/>
            </w:pPr>
            <w:r>
              <w:rPr>
                <w:b/>
                <w:sz w:val="16"/>
              </w:rPr>
              <w:t>P value</w:t>
            </w:r>
          </w:p>
        </w:tc>
      </w:tr>
      <w:tr w:rsidR="001C61CC" w14:paraId="6F8C4028" w14:textId="77777777">
        <w:tc>
          <w:tcPr>
            <w:tcW w:w="1728" w:type="dxa"/>
            <w:tcBorders>
              <w:top w:val="nil"/>
              <w:left w:val="nil"/>
              <w:bottom w:val="nil"/>
              <w:right w:val="nil"/>
            </w:tcBorders>
          </w:tcPr>
          <w:p w14:paraId="71420A45" w14:textId="77777777" w:rsidR="001C61CC" w:rsidRDefault="000D727A">
            <w:pPr>
              <w:spacing w:after="0" w:line="240" w:lineRule="auto"/>
            </w:pPr>
            <w:r>
              <w:rPr>
                <w:sz w:val="16"/>
              </w:rPr>
              <w:t>No loss + &lt;2 chronic conditions</w:t>
            </w:r>
          </w:p>
        </w:tc>
        <w:tc>
          <w:tcPr>
            <w:tcW w:w="1728" w:type="dxa"/>
            <w:tcBorders>
              <w:top w:val="nil"/>
              <w:left w:val="nil"/>
              <w:bottom w:val="nil"/>
              <w:right w:val="nil"/>
            </w:tcBorders>
          </w:tcPr>
          <w:p w14:paraId="0D90F6A6" w14:textId="77777777" w:rsidR="001C61CC" w:rsidRDefault="000D727A">
            <w:pPr>
              <w:spacing w:after="0" w:line="240" w:lineRule="auto"/>
              <w:jc w:val="center"/>
            </w:pPr>
            <w:r>
              <w:rPr>
                <w:sz w:val="16"/>
              </w:rPr>
              <w:t>2289</w:t>
            </w:r>
          </w:p>
        </w:tc>
        <w:tc>
          <w:tcPr>
            <w:tcW w:w="1728" w:type="dxa"/>
            <w:tcBorders>
              <w:top w:val="nil"/>
              <w:left w:val="nil"/>
              <w:bottom w:val="nil"/>
              <w:right w:val="nil"/>
            </w:tcBorders>
          </w:tcPr>
          <w:p w14:paraId="0D530245" w14:textId="77777777" w:rsidR="001C61CC" w:rsidRDefault="000D727A">
            <w:pPr>
              <w:spacing w:after="0" w:line="240" w:lineRule="auto"/>
              <w:jc w:val="center"/>
            </w:pPr>
            <w:r>
              <w:rPr>
                <w:sz w:val="16"/>
              </w:rPr>
              <w:t>767</w:t>
            </w:r>
          </w:p>
        </w:tc>
        <w:tc>
          <w:tcPr>
            <w:tcW w:w="1728" w:type="dxa"/>
            <w:tcBorders>
              <w:top w:val="nil"/>
              <w:left w:val="nil"/>
              <w:bottom w:val="nil"/>
              <w:right w:val="nil"/>
            </w:tcBorders>
          </w:tcPr>
          <w:p w14:paraId="448ABAE0" w14:textId="77777777" w:rsidR="001C61CC" w:rsidRDefault="000D727A">
            <w:pPr>
              <w:spacing w:after="0" w:line="240" w:lineRule="auto"/>
              <w:jc w:val="center"/>
            </w:pPr>
            <w:r>
              <w:rPr>
                <w:sz w:val="16"/>
              </w:rPr>
              <w:t>33.5%</w:t>
            </w:r>
          </w:p>
        </w:tc>
        <w:tc>
          <w:tcPr>
            <w:tcW w:w="1728" w:type="dxa"/>
            <w:tcBorders>
              <w:top w:val="nil"/>
              <w:left w:val="nil"/>
              <w:bottom w:val="nil"/>
              <w:right w:val="nil"/>
            </w:tcBorders>
          </w:tcPr>
          <w:p w14:paraId="19300ADB" w14:textId="77777777" w:rsidR="001C61CC" w:rsidRDefault="000D727A">
            <w:pPr>
              <w:spacing w:after="0" w:line="240" w:lineRule="auto"/>
              <w:jc w:val="center"/>
            </w:pPr>
            <w:r>
              <w:rPr>
                <w:sz w:val="16"/>
              </w:rPr>
              <w:t>1.00 (ref)</w:t>
            </w:r>
          </w:p>
        </w:tc>
        <w:tc>
          <w:tcPr>
            <w:tcW w:w="1728" w:type="dxa"/>
            <w:tcBorders>
              <w:top w:val="nil"/>
              <w:left w:val="nil"/>
              <w:bottom w:val="nil"/>
              <w:right w:val="nil"/>
            </w:tcBorders>
          </w:tcPr>
          <w:p w14:paraId="631D211D" w14:textId="77777777" w:rsidR="001C61CC" w:rsidRDefault="001C61CC">
            <w:pPr>
              <w:spacing w:after="0" w:line="240" w:lineRule="auto"/>
              <w:jc w:val="center"/>
            </w:pPr>
          </w:p>
        </w:tc>
      </w:tr>
      <w:tr w:rsidR="001C61CC" w14:paraId="74C0302B" w14:textId="77777777">
        <w:tc>
          <w:tcPr>
            <w:tcW w:w="1728" w:type="dxa"/>
            <w:tcBorders>
              <w:top w:val="nil"/>
              <w:left w:val="nil"/>
              <w:bottom w:val="nil"/>
              <w:right w:val="nil"/>
            </w:tcBorders>
          </w:tcPr>
          <w:p w14:paraId="72862A93" w14:textId="77777777" w:rsidR="001C61CC" w:rsidRDefault="000D727A">
            <w:pPr>
              <w:spacing w:after="0" w:line="240" w:lineRule="auto"/>
            </w:pPr>
            <w:r>
              <w:rPr>
                <w:sz w:val="16"/>
              </w:rPr>
              <w:t>Pregnancy loss + &lt;2 chronic conditions</w:t>
            </w:r>
          </w:p>
        </w:tc>
        <w:tc>
          <w:tcPr>
            <w:tcW w:w="1728" w:type="dxa"/>
            <w:tcBorders>
              <w:top w:val="nil"/>
              <w:left w:val="nil"/>
              <w:bottom w:val="nil"/>
              <w:right w:val="nil"/>
            </w:tcBorders>
          </w:tcPr>
          <w:p w14:paraId="201C46E9" w14:textId="77777777" w:rsidR="001C61CC" w:rsidRDefault="000D727A">
            <w:pPr>
              <w:spacing w:after="0" w:line="240" w:lineRule="auto"/>
              <w:jc w:val="center"/>
            </w:pPr>
            <w:r>
              <w:rPr>
                <w:sz w:val="16"/>
              </w:rPr>
              <w:t>834</w:t>
            </w:r>
          </w:p>
        </w:tc>
        <w:tc>
          <w:tcPr>
            <w:tcW w:w="1728" w:type="dxa"/>
            <w:tcBorders>
              <w:top w:val="nil"/>
              <w:left w:val="nil"/>
              <w:bottom w:val="nil"/>
              <w:right w:val="nil"/>
            </w:tcBorders>
          </w:tcPr>
          <w:p w14:paraId="77D915B5" w14:textId="77777777" w:rsidR="001C61CC" w:rsidRDefault="000D727A">
            <w:pPr>
              <w:spacing w:after="0" w:line="240" w:lineRule="auto"/>
              <w:jc w:val="center"/>
            </w:pPr>
            <w:r>
              <w:rPr>
                <w:sz w:val="16"/>
              </w:rPr>
              <w:t>291</w:t>
            </w:r>
          </w:p>
        </w:tc>
        <w:tc>
          <w:tcPr>
            <w:tcW w:w="1728" w:type="dxa"/>
            <w:tcBorders>
              <w:top w:val="nil"/>
              <w:left w:val="nil"/>
              <w:bottom w:val="nil"/>
              <w:right w:val="nil"/>
            </w:tcBorders>
          </w:tcPr>
          <w:p w14:paraId="5E22C261" w14:textId="77777777" w:rsidR="001C61CC" w:rsidRDefault="000D727A">
            <w:pPr>
              <w:spacing w:after="0" w:line="240" w:lineRule="auto"/>
              <w:jc w:val="center"/>
            </w:pPr>
            <w:r>
              <w:rPr>
                <w:sz w:val="16"/>
              </w:rPr>
              <w:t>34.9%</w:t>
            </w:r>
          </w:p>
        </w:tc>
        <w:tc>
          <w:tcPr>
            <w:tcW w:w="1728" w:type="dxa"/>
            <w:tcBorders>
              <w:top w:val="nil"/>
              <w:left w:val="nil"/>
              <w:bottom w:val="nil"/>
              <w:right w:val="nil"/>
            </w:tcBorders>
          </w:tcPr>
          <w:p w14:paraId="7687E65E" w14:textId="77777777" w:rsidR="001C61CC" w:rsidRDefault="000D727A">
            <w:pPr>
              <w:spacing w:after="0" w:line="240" w:lineRule="auto"/>
              <w:jc w:val="center"/>
            </w:pPr>
            <w:r>
              <w:rPr>
                <w:sz w:val="16"/>
              </w:rPr>
              <w:t>1.21 (1.02, 1.43)</w:t>
            </w:r>
          </w:p>
        </w:tc>
        <w:tc>
          <w:tcPr>
            <w:tcW w:w="1728" w:type="dxa"/>
            <w:tcBorders>
              <w:top w:val="nil"/>
              <w:left w:val="nil"/>
              <w:bottom w:val="nil"/>
              <w:right w:val="nil"/>
            </w:tcBorders>
          </w:tcPr>
          <w:p w14:paraId="569D89E6" w14:textId="77777777" w:rsidR="001C61CC" w:rsidRDefault="000D727A">
            <w:pPr>
              <w:spacing w:after="0" w:line="240" w:lineRule="auto"/>
              <w:jc w:val="center"/>
            </w:pPr>
            <w:r>
              <w:rPr>
                <w:sz w:val="16"/>
              </w:rPr>
              <w:t>0.030</w:t>
            </w:r>
          </w:p>
        </w:tc>
      </w:tr>
      <w:tr w:rsidR="001C61CC" w14:paraId="01F8120E" w14:textId="77777777">
        <w:tc>
          <w:tcPr>
            <w:tcW w:w="1728" w:type="dxa"/>
            <w:tcBorders>
              <w:top w:val="nil"/>
              <w:left w:val="nil"/>
              <w:bottom w:val="nil"/>
              <w:right w:val="nil"/>
            </w:tcBorders>
          </w:tcPr>
          <w:p w14:paraId="0C04C5E1" w14:textId="77777777" w:rsidR="001C61CC" w:rsidRDefault="000D727A">
            <w:pPr>
              <w:spacing w:after="0" w:line="240" w:lineRule="auto"/>
            </w:pPr>
            <w:r>
              <w:rPr>
                <w:sz w:val="16"/>
              </w:rPr>
              <w:t>No loss + &gt;=2 chronic conditions</w:t>
            </w:r>
          </w:p>
        </w:tc>
        <w:tc>
          <w:tcPr>
            <w:tcW w:w="1728" w:type="dxa"/>
            <w:tcBorders>
              <w:top w:val="nil"/>
              <w:left w:val="nil"/>
              <w:bottom w:val="nil"/>
              <w:right w:val="nil"/>
            </w:tcBorders>
          </w:tcPr>
          <w:p w14:paraId="2E27FDB7" w14:textId="77777777" w:rsidR="001C61CC" w:rsidRDefault="000D727A">
            <w:pPr>
              <w:spacing w:after="0" w:line="240" w:lineRule="auto"/>
              <w:jc w:val="center"/>
            </w:pPr>
            <w:r>
              <w:rPr>
                <w:sz w:val="16"/>
              </w:rPr>
              <w:t>2850</w:t>
            </w:r>
          </w:p>
        </w:tc>
        <w:tc>
          <w:tcPr>
            <w:tcW w:w="1728" w:type="dxa"/>
            <w:tcBorders>
              <w:top w:val="nil"/>
              <w:left w:val="nil"/>
              <w:bottom w:val="nil"/>
              <w:right w:val="nil"/>
            </w:tcBorders>
          </w:tcPr>
          <w:p w14:paraId="4F3D1911" w14:textId="77777777" w:rsidR="001C61CC" w:rsidRDefault="000D727A">
            <w:pPr>
              <w:spacing w:after="0" w:line="240" w:lineRule="auto"/>
              <w:jc w:val="center"/>
            </w:pPr>
            <w:r>
              <w:rPr>
                <w:sz w:val="16"/>
              </w:rPr>
              <w:t>1465</w:t>
            </w:r>
          </w:p>
        </w:tc>
        <w:tc>
          <w:tcPr>
            <w:tcW w:w="1728" w:type="dxa"/>
            <w:tcBorders>
              <w:top w:val="nil"/>
              <w:left w:val="nil"/>
              <w:bottom w:val="nil"/>
              <w:right w:val="nil"/>
            </w:tcBorders>
          </w:tcPr>
          <w:p w14:paraId="75F774DE" w14:textId="77777777" w:rsidR="001C61CC" w:rsidRDefault="000D727A">
            <w:pPr>
              <w:spacing w:after="0" w:line="240" w:lineRule="auto"/>
              <w:jc w:val="center"/>
            </w:pPr>
            <w:r>
              <w:rPr>
                <w:sz w:val="16"/>
              </w:rPr>
              <w:t>51.4%</w:t>
            </w:r>
          </w:p>
        </w:tc>
        <w:tc>
          <w:tcPr>
            <w:tcW w:w="1728" w:type="dxa"/>
            <w:tcBorders>
              <w:top w:val="nil"/>
              <w:left w:val="nil"/>
              <w:bottom w:val="nil"/>
              <w:right w:val="nil"/>
            </w:tcBorders>
          </w:tcPr>
          <w:p w14:paraId="314B64BB" w14:textId="77777777" w:rsidR="001C61CC" w:rsidRDefault="000D727A">
            <w:pPr>
              <w:spacing w:after="0" w:line="240" w:lineRule="auto"/>
              <w:jc w:val="center"/>
            </w:pPr>
            <w:r>
              <w:rPr>
                <w:sz w:val="16"/>
              </w:rPr>
              <w:t>2.13 (1.90, 2.40)</w:t>
            </w:r>
          </w:p>
        </w:tc>
        <w:tc>
          <w:tcPr>
            <w:tcW w:w="1728" w:type="dxa"/>
            <w:tcBorders>
              <w:top w:val="nil"/>
              <w:left w:val="nil"/>
              <w:bottom w:val="nil"/>
              <w:right w:val="nil"/>
            </w:tcBorders>
          </w:tcPr>
          <w:p w14:paraId="34642BFB" w14:textId="77777777" w:rsidR="001C61CC" w:rsidRDefault="000D727A">
            <w:pPr>
              <w:spacing w:after="0" w:line="240" w:lineRule="auto"/>
              <w:jc w:val="center"/>
            </w:pPr>
            <w:r>
              <w:rPr>
                <w:sz w:val="16"/>
              </w:rPr>
              <w:t>&lt;0.001</w:t>
            </w:r>
          </w:p>
        </w:tc>
      </w:tr>
      <w:tr w:rsidR="001C61CC" w14:paraId="61FFB925" w14:textId="77777777">
        <w:tc>
          <w:tcPr>
            <w:tcW w:w="1728" w:type="dxa"/>
            <w:tcBorders>
              <w:top w:val="nil"/>
              <w:left w:val="nil"/>
              <w:bottom w:val="single" w:sz="10" w:space="0" w:color="000000"/>
              <w:right w:val="nil"/>
            </w:tcBorders>
          </w:tcPr>
          <w:p w14:paraId="24D95CB5" w14:textId="77777777" w:rsidR="001C61CC" w:rsidRDefault="000D727A">
            <w:pPr>
              <w:spacing w:after="0" w:line="240" w:lineRule="auto"/>
            </w:pPr>
            <w:r>
              <w:rPr>
                <w:sz w:val="16"/>
              </w:rPr>
              <w:t>Pregnancy loss + &gt;=2 chronic conditions</w:t>
            </w:r>
          </w:p>
        </w:tc>
        <w:tc>
          <w:tcPr>
            <w:tcW w:w="1728" w:type="dxa"/>
            <w:tcBorders>
              <w:top w:val="nil"/>
              <w:left w:val="nil"/>
              <w:bottom w:val="single" w:sz="10" w:space="0" w:color="000000"/>
              <w:right w:val="nil"/>
            </w:tcBorders>
          </w:tcPr>
          <w:p w14:paraId="41C65962" w14:textId="77777777" w:rsidR="001C61CC" w:rsidRDefault="000D727A">
            <w:pPr>
              <w:spacing w:after="0" w:line="240" w:lineRule="auto"/>
              <w:jc w:val="center"/>
            </w:pPr>
            <w:r>
              <w:rPr>
                <w:sz w:val="16"/>
              </w:rPr>
              <w:t>1278</w:t>
            </w:r>
          </w:p>
        </w:tc>
        <w:tc>
          <w:tcPr>
            <w:tcW w:w="1728" w:type="dxa"/>
            <w:tcBorders>
              <w:top w:val="nil"/>
              <w:left w:val="nil"/>
              <w:bottom w:val="single" w:sz="10" w:space="0" w:color="000000"/>
              <w:right w:val="nil"/>
            </w:tcBorders>
          </w:tcPr>
          <w:p w14:paraId="715FD5F9" w14:textId="77777777" w:rsidR="001C61CC" w:rsidRDefault="000D727A">
            <w:pPr>
              <w:spacing w:after="0" w:line="240" w:lineRule="auto"/>
              <w:jc w:val="center"/>
            </w:pPr>
            <w:r>
              <w:rPr>
                <w:sz w:val="16"/>
              </w:rPr>
              <w:t>644</w:t>
            </w:r>
          </w:p>
        </w:tc>
        <w:tc>
          <w:tcPr>
            <w:tcW w:w="1728" w:type="dxa"/>
            <w:tcBorders>
              <w:top w:val="nil"/>
              <w:left w:val="nil"/>
              <w:bottom w:val="single" w:sz="10" w:space="0" w:color="000000"/>
              <w:right w:val="nil"/>
            </w:tcBorders>
          </w:tcPr>
          <w:p w14:paraId="04A09557" w14:textId="77777777" w:rsidR="001C61CC" w:rsidRDefault="000D727A">
            <w:pPr>
              <w:spacing w:after="0" w:line="240" w:lineRule="auto"/>
              <w:jc w:val="center"/>
            </w:pPr>
            <w:r>
              <w:rPr>
                <w:sz w:val="16"/>
              </w:rPr>
              <w:t>50.4%</w:t>
            </w:r>
          </w:p>
        </w:tc>
        <w:tc>
          <w:tcPr>
            <w:tcW w:w="1728" w:type="dxa"/>
            <w:tcBorders>
              <w:top w:val="nil"/>
              <w:left w:val="nil"/>
              <w:bottom w:val="single" w:sz="10" w:space="0" w:color="000000"/>
              <w:right w:val="nil"/>
            </w:tcBorders>
          </w:tcPr>
          <w:p w14:paraId="1F8DE307" w14:textId="77777777" w:rsidR="001C61CC" w:rsidRDefault="000D727A">
            <w:pPr>
              <w:spacing w:after="0" w:line="240" w:lineRule="auto"/>
              <w:jc w:val="center"/>
            </w:pPr>
            <w:r>
              <w:rPr>
                <w:sz w:val="16"/>
              </w:rPr>
              <w:t>2.40 (2.07, 2.78)</w:t>
            </w:r>
          </w:p>
        </w:tc>
        <w:tc>
          <w:tcPr>
            <w:tcW w:w="1728" w:type="dxa"/>
            <w:tcBorders>
              <w:top w:val="nil"/>
              <w:left w:val="nil"/>
              <w:bottom w:val="single" w:sz="10" w:space="0" w:color="000000"/>
              <w:right w:val="nil"/>
            </w:tcBorders>
          </w:tcPr>
          <w:p w14:paraId="214B54C4" w14:textId="77777777" w:rsidR="001C61CC" w:rsidRDefault="000D727A">
            <w:pPr>
              <w:spacing w:after="0" w:line="240" w:lineRule="auto"/>
              <w:jc w:val="center"/>
            </w:pPr>
            <w:r>
              <w:rPr>
                <w:sz w:val="16"/>
              </w:rPr>
              <w:t>&lt;0.001</w:t>
            </w:r>
          </w:p>
        </w:tc>
      </w:tr>
    </w:tbl>
    <w:p w14:paraId="2A6EA765" w14:textId="77777777" w:rsidR="001C61CC" w:rsidRDefault="001C61CC"/>
    <w:p w14:paraId="72189731" w14:textId="77777777" w:rsidR="001C61CC" w:rsidRDefault="000D727A">
      <w:pPr>
        <w:spacing w:after="80"/>
      </w:pPr>
      <w:r>
        <w:rPr>
          <w:sz w:val="19"/>
        </w:rPr>
        <w:t>Panel B. Prospective joint effects of pregnancy loss history and multimorbidity</w:t>
      </w:r>
    </w:p>
    <w:tbl>
      <w:tblPr>
        <w:tblW w:w="0" w:type="auto"/>
        <w:tblLook w:val="04A0" w:firstRow="1" w:lastRow="0" w:firstColumn="1" w:lastColumn="0" w:noHBand="0" w:noVBand="1"/>
      </w:tblPr>
      <w:tblGrid>
        <w:gridCol w:w="1728"/>
        <w:gridCol w:w="1728"/>
        <w:gridCol w:w="1728"/>
        <w:gridCol w:w="1728"/>
        <w:gridCol w:w="1728"/>
        <w:gridCol w:w="1728"/>
      </w:tblGrid>
      <w:tr w:rsidR="001C61CC" w14:paraId="60962338" w14:textId="77777777">
        <w:tc>
          <w:tcPr>
            <w:tcW w:w="1728" w:type="dxa"/>
            <w:tcBorders>
              <w:top w:val="single" w:sz="10" w:space="0" w:color="000000"/>
              <w:left w:val="nil"/>
              <w:bottom w:val="single" w:sz="10" w:space="0" w:color="000000"/>
              <w:right w:val="nil"/>
            </w:tcBorders>
          </w:tcPr>
          <w:p w14:paraId="346D3A46" w14:textId="77777777" w:rsidR="001C61CC" w:rsidRDefault="000D727A">
            <w:pPr>
              <w:spacing w:after="0" w:line="240" w:lineRule="auto"/>
            </w:pPr>
            <w:r>
              <w:rPr>
                <w:b/>
                <w:sz w:val="16"/>
              </w:rPr>
              <w:t>Group</w:t>
            </w:r>
          </w:p>
        </w:tc>
        <w:tc>
          <w:tcPr>
            <w:tcW w:w="1728" w:type="dxa"/>
            <w:tcBorders>
              <w:top w:val="single" w:sz="10" w:space="0" w:color="000000"/>
              <w:left w:val="nil"/>
              <w:bottom w:val="single" w:sz="10" w:space="0" w:color="000000"/>
              <w:right w:val="nil"/>
            </w:tcBorders>
          </w:tcPr>
          <w:p w14:paraId="5D61527D" w14:textId="77777777" w:rsidR="001C61CC" w:rsidRDefault="000D727A">
            <w:pPr>
              <w:spacing w:after="0" w:line="240" w:lineRule="auto"/>
              <w:jc w:val="center"/>
            </w:pPr>
            <w:r>
              <w:rPr>
                <w:b/>
                <w:sz w:val="16"/>
              </w:rPr>
              <w:t>Analytic n</w:t>
            </w:r>
          </w:p>
        </w:tc>
        <w:tc>
          <w:tcPr>
            <w:tcW w:w="1728" w:type="dxa"/>
            <w:tcBorders>
              <w:top w:val="single" w:sz="10" w:space="0" w:color="000000"/>
              <w:left w:val="nil"/>
              <w:bottom w:val="single" w:sz="10" w:space="0" w:color="000000"/>
              <w:right w:val="nil"/>
            </w:tcBorders>
          </w:tcPr>
          <w:p w14:paraId="79A6750D" w14:textId="77777777" w:rsidR="001C61CC" w:rsidRDefault="000D727A">
            <w:pPr>
              <w:spacing w:after="0" w:line="240" w:lineRule="auto"/>
              <w:jc w:val="center"/>
            </w:pPr>
            <w:r>
              <w:rPr>
                <w:b/>
                <w:sz w:val="16"/>
              </w:rPr>
              <w:t>Cases or events</w:t>
            </w:r>
          </w:p>
        </w:tc>
        <w:tc>
          <w:tcPr>
            <w:tcW w:w="1728" w:type="dxa"/>
            <w:tcBorders>
              <w:top w:val="single" w:sz="10" w:space="0" w:color="000000"/>
              <w:left w:val="nil"/>
              <w:bottom w:val="single" w:sz="10" w:space="0" w:color="000000"/>
              <w:right w:val="nil"/>
            </w:tcBorders>
          </w:tcPr>
          <w:p w14:paraId="01E5664B" w14:textId="77777777" w:rsidR="001C61CC" w:rsidRDefault="000D727A">
            <w:pPr>
              <w:spacing w:after="0" w:line="240" w:lineRule="auto"/>
              <w:jc w:val="center"/>
            </w:pPr>
            <w:r>
              <w:rPr>
                <w:b/>
                <w:sz w:val="16"/>
              </w:rPr>
              <w:t>Observed prevalence or risk</w:t>
            </w:r>
          </w:p>
        </w:tc>
        <w:tc>
          <w:tcPr>
            <w:tcW w:w="1728" w:type="dxa"/>
            <w:tcBorders>
              <w:top w:val="single" w:sz="10" w:space="0" w:color="000000"/>
              <w:left w:val="nil"/>
              <w:bottom w:val="single" w:sz="10" w:space="0" w:color="000000"/>
              <w:right w:val="nil"/>
            </w:tcBorders>
          </w:tcPr>
          <w:p w14:paraId="5891F461" w14:textId="77777777" w:rsidR="001C61CC" w:rsidRDefault="000D727A">
            <w:pPr>
              <w:spacing w:after="0" w:line="240" w:lineRule="auto"/>
              <w:jc w:val="center"/>
            </w:pPr>
            <w:r>
              <w:rPr>
                <w:b/>
                <w:sz w:val="16"/>
              </w:rPr>
              <w:t>Adjusted estimate</w:t>
            </w:r>
          </w:p>
        </w:tc>
        <w:tc>
          <w:tcPr>
            <w:tcW w:w="1728" w:type="dxa"/>
            <w:tcBorders>
              <w:top w:val="single" w:sz="10" w:space="0" w:color="000000"/>
              <w:left w:val="nil"/>
              <w:bottom w:val="single" w:sz="10" w:space="0" w:color="000000"/>
              <w:right w:val="nil"/>
            </w:tcBorders>
          </w:tcPr>
          <w:p w14:paraId="725922BA" w14:textId="77777777" w:rsidR="001C61CC" w:rsidRDefault="000D727A">
            <w:pPr>
              <w:spacing w:after="0" w:line="240" w:lineRule="auto"/>
              <w:jc w:val="center"/>
            </w:pPr>
            <w:r>
              <w:rPr>
                <w:b/>
                <w:sz w:val="16"/>
              </w:rPr>
              <w:t>P value</w:t>
            </w:r>
          </w:p>
        </w:tc>
      </w:tr>
      <w:tr w:rsidR="001C61CC" w14:paraId="59A0B5C5" w14:textId="77777777">
        <w:tc>
          <w:tcPr>
            <w:tcW w:w="1728" w:type="dxa"/>
            <w:tcBorders>
              <w:top w:val="nil"/>
              <w:left w:val="nil"/>
              <w:bottom w:val="nil"/>
              <w:right w:val="nil"/>
            </w:tcBorders>
          </w:tcPr>
          <w:p w14:paraId="7AD1F9AD" w14:textId="77777777" w:rsidR="001C61CC" w:rsidRDefault="000D727A">
            <w:pPr>
              <w:spacing w:after="0" w:line="240" w:lineRule="auto"/>
            </w:pPr>
            <w:r>
              <w:rPr>
                <w:sz w:val="16"/>
              </w:rPr>
              <w:t>No loss + &lt;2 chronic conditions</w:t>
            </w:r>
          </w:p>
        </w:tc>
        <w:tc>
          <w:tcPr>
            <w:tcW w:w="1728" w:type="dxa"/>
            <w:tcBorders>
              <w:top w:val="nil"/>
              <w:left w:val="nil"/>
              <w:bottom w:val="nil"/>
              <w:right w:val="nil"/>
            </w:tcBorders>
          </w:tcPr>
          <w:p w14:paraId="646455FC" w14:textId="77777777" w:rsidR="001C61CC" w:rsidRDefault="000D727A">
            <w:pPr>
              <w:spacing w:after="0" w:line="240" w:lineRule="auto"/>
              <w:jc w:val="center"/>
            </w:pPr>
            <w:r>
              <w:rPr>
                <w:sz w:val="16"/>
              </w:rPr>
              <w:t>1171</w:t>
            </w:r>
          </w:p>
        </w:tc>
        <w:tc>
          <w:tcPr>
            <w:tcW w:w="1728" w:type="dxa"/>
            <w:tcBorders>
              <w:top w:val="nil"/>
              <w:left w:val="nil"/>
              <w:bottom w:val="nil"/>
              <w:right w:val="nil"/>
            </w:tcBorders>
          </w:tcPr>
          <w:p w14:paraId="7843935D" w14:textId="77777777" w:rsidR="001C61CC" w:rsidRDefault="000D727A">
            <w:pPr>
              <w:spacing w:after="0" w:line="240" w:lineRule="auto"/>
              <w:jc w:val="center"/>
            </w:pPr>
            <w:r>
              <w:rPr>
                <w:sz w:val="16"/>
              </w:rPr>
              <w:t>513</w:t>
            </w:r>
          </w:p>
        </w:tc>
        <w:tc>
          <w:tcPr>
            <w:tcW w:w="1728" w:type="dxa"/>
            <w:tcBorders>
              <w:top w:val="nil"/>
              <w:left w:val="nil"/>
              <w:bottom w:val="nil"/>
              <w:right w:val="nil"/>
            </w:tcBorders>
          </w:tcPr>
          <w:p w14:paraId="5379496D" w14:textId="77777777" w:rsidR="001C61CC" w:rsidRDefault="000D727A">
            <w:pPr>
              <w:spacing w:after="0" w:line="240" w:lineRule="auto"/>
              <w:jc w:val="center"/>
            </w:pPr>
            <w:r>
              <w:rPr>
                <w:sz w:val="16"/>
              </w:rPr>
              <w:t>43.8%</w:t>
            </w:r>
          </w:p>
        </w:tc>
        <w:tc>
          <w:tcPr>
            <w:tcW w:w="1728" w:type="dxa"/>
            <w:tcBorders>
              <w:top w:val="nil"/>
              <w:left w:val="nil"/>
              <w:bottom w:val="nil"/>
              <w:right w:val="nil"/>
            </w:tcBorders>
          </w:tcPr>
          <w:p w14:paraId="6F02B123" w14:textId="77777777" w:rsidR="001C61CC" w:rsidRDefault="000D727A">
            <w:pPr>
              <w:spacing w:after="0" w:line="240" w:lineRule="auto"/>
              <w:jc w:val="center"/>
            </w:pPr>
            <w:r>
              <w:rPr>
                <w:sz w:val="16"/>
              </w:rPr>
              <w:t>1.00 (ref)</w:t>
            </w:r>
          </w:p>
        </w:tc>
        <w:tc>
          <w:tcPr>
            <w:tcW w:w="1728" w:type="dxa"/>
            <w:tcBorders>
              <w:top w:val="nil"/>
              <w:left w:val="nil"/>
              <w:bottom w:val="nil"/>
              <w:right w:val="nil"/>
            </w:tcBorders>
          </w:tcPr>
          <w:p w14:paraId="5552840C" w14:textId="77777777" w:rsidR="001C61CC" w:rsidRDefault="001C61CC">
            <w:pPr>
              <w:spacing w:after="0" w:line="240" w:lineRule="auto"/>
              <w:jc w:val="center"/>
            </w:pPr>
          </w:p>
        </w:tc>
      </w:tr>
      <w:tr w:rsidR="001C61CC" w14:paraId="6EBB244A" w14:textId="77777777">
        <w:tc>
          <w:tcPr>
            <w:tcW w:w="1728" w:type="dxa"/>
            <w:tcBorders>
              <w:top w:val="nil"/>
              <w:left w:val="nil"/>
              <w:bottom w:val="nil"/>
              <w:right w:val="nil"/>
            </w:tcBorders>
          </w:tcPr>
          <w:p w14:paraId="056A389C" w14:textId="77777777" w:rsidR="001C61CC" w:rsidRDefault="000D727A">
            <w:pPr>
              <w:spacing w:after="0" w:line="240" w:lineRule="auto"/>
            </w:pPr>
            <w:r>
              <w:rPr>
                <w:sz w:val="16"/>
              </w:rPr>
              <w:t>Pregnancy loss + &lt;2 chronic conditions</w:t>
            </w:r>
          </w:p>
        </w:tc>
        <w:tc>
          <w:tcPr>
            <w:tcW w:w="1728" w:type="dxa"/>
            <w:tcBorders>
              <w:top w:val="nil"/>
              <w:left w:val="nil"/>
              <w:bottom w:val="nil"/>
              <w:right w:val="nil"/>
            </w:tcBorders>
          </w:tcPr>
          <w:p w14:paraId="570A7DAE" w14:textId="77777777" w:rsidR="001C61CC" w:rsidRDefault="000D727A">
            <w:pPr>
              <w:spacing w:after="0" w:line="240" w:lineRule="auto"/>
              <w:jc w:val="center"/>
            </w:pPr>
            <w:r>
              <w:rPr>
                <w:sz w:val="16"/>
              </w:rPr>
              <w:t>359</w:t>
            </w:r>
          </w:p>
        </w:tc>
        <w:tc>
          <w:tcPr>
            <w:tcW w:w="1728" w:type="dxa"/>
            <w:tcBorders>
              <w:top w:val="nil"/>
              <w:left w:val="nil"/>
              <w:bottom w:val="nil"/>
              <w:right w:val="nil"/>
            </w:tcBorders>
          </w:tcPr>
          <w:p w14:paraId="48846137" w14:textId="77777777" w:rsidR="001C61CC" w:rsidRDefault="000D727A">
            <w:pPr>
              <w:spacing w:after="0" w:line="240" w:lineRule="auto"/>
              <w:jc w:val="center"/>
            </w:pPr>
            <w:r>
              <w:rPr>
                <w:sz w:val="16"/>
              </w:rPr>
              <w:t>161</w:t>
            </w:r>
          </w:p>
        </w:tc>
        <w:tc>
          <w:tcPr>
            <w:tcW w:w="1728" w:type="dxa"/>
            <w:tcBorders>
              <w:top w:val="nil"/>
              <w:left w:val="nil"/>
              <w:bottom w:val="nil"/>
              <w:right w:val="nil"/>
            </w:tcBorders>
          </w:tcPr>
          <w:p w14:paraId="19924F21" w14:textId="77777777" w:rsidR="001C61CC" w:rsidRDefault="000D727A">
            <w:pPr>
              <w:spacing w:after="0" w:line="240" w:lineRule="auto"/>
              <w:jc w:val="center"/>
            </w:pPr>
            <w:r>
              <w:rPr>
                <w:sz w:val="16"/>
              </w:rPr>
              <w:t>44.8%</w:t>
            </w:r>
          </w:p>
        </w:tc>
        <w:tc>
          <w:tcPr>
            <w:tcW w:w="1728" w:type="dxa"/>
            <w:tcBorders>
              <w:top w:val="nil"/>
              <w:left w:val="nil"/>
              <w:bottom w:val="nil"/>
              <w:right w:val="nil"/>
            </w:tcBorders>
          </w:tcPr>
          <w:p w14:paraId="1CF257CB" w14:textId="77777777" w:rsidR="001C61CC" w:rsidRDefault="000D727A">
            <w:pPr>
              <w:spacing w:after="0" w:line="240" w:lineRule="auto"/>
              <w:jc w:val="center"/>
            </w:pPr>
            <w:r>
              <w:rPr>
                <w:sz w:val="16"/>
              </w:rPr>
              <w:t>1.14 (0.96, 1.37)</w:t>
            </w:r>
          </w:p>
        </w:tc>
        <w:tc>
          <w:tcPr>
            <w:tcW w:w="1728" w:type="dxa"/>
            <w:tcBorders>
              <w:top w:val="nil"/>
              <w:left w:val="nil"/>
              <w:bottom w:val="nil"/>
              <w:right w:val="nil"/>
            </w:tcBorders>
          </w:tcPr>
          <w:p w14:paraId="181EC012" w14:textId="77777777" w:rsidR="001C61CC" w:rsidRDefault="000D727A">
            <w:pPr>
              <w:spacing w:after="0" w:line="240" w:lineRule="auto"/>
              <w:jc w:val="center"/>
            </w:pPr>
            <w:r>
              <w:rPr>
                <w:sz w:val="16"/>
              </w:rPr>
              <w:t>0.143</w:t>
            </w:r>
          </w:p>
        </w:tc>
      </w:tr>
      <w:tr w:rsidR="001C61CC" w14:paraId="54E24BB4" w14:textId="77777777">
        <w:tc>
          <w:tcPr>
            <w:tcW w:w="1728" w:type="dxa"/>
            <w:tcBorders>
              <w:top w:val="nil"/>
              <w:left w:val="nil"/>
              <w:bottom w:val="nil"/>
              <w:right w:val="nil"/>
            </w:tcBorders>
          </w:tcPr>
          <w:p w14:paraId="1C6C1C1A" w14:textId="77777777" w:rsidR="001C61CC" w:rsidRDefault="000D727A">
            <w:pPr>
              <w:spacing w:after="0" w:line="240" w:lineRule="auto"/>
            </w:pPr>
            <w:r>
              <w:rPr>
                <w:sz w:val="16"/>
              </w:rPr>
              <w:t>No loss + &gt;=2 chronic conditions</w:t>
            </w:r>
          </w:p>
        </w:tc>
        <w:tc>
          <w:tcPr>
            <w:tcW w:w="1728" w:type="dxa"/>
            <w:tcBorders>
              <w:top w:val="nil"/>
              <w:left w:val="nil"/>
              <w:bottom w:val="nil"/>
              <w:right w:val="nil"/>
            </w:tcBorders>
          </w:tcPr>
          <w:p w14:paraId="7A7ED69A" w14:textId="77777777" w:rsidR="001C61CC" w:rsidRDefault="000D727A">
            <w:pPr>
              <w:spacing w:after="0" w:line="240" w:lineRule="auto"/>
              <w:jc w:val="center"/>
            </w:pPr>
            <w:r>
              <w:rPr>
                <w:sz w:val="16"/>
              </w:rPr>
              <w:t>963</w:t>
            </w:r>
          </w:p>
        </w:tc>
        <w:tc>
          <w:tcPr>
            <w:tcW w:w="1728" w:type="dxa"/>
            <w:tcBorders>
              <w:top w:val="nil"/>
              <w:left w:val="nil"/>
              <w:bottom w:val="nil"/>
              <w:right w:val="nil"/>
            </w:tcBorders>
          </w:tcPr>
          <w:p w14:paraId="6EFBC4E2" w14:textId="77777777" w:rsidR="001C61CC" w:rsidRDefault="000D727A">
            <w:pPr>
              <w:spacing w:after="0" w:line="240" w:lineRule="auto"/>
              <w:jc w:val="center"/>
            </w:pPr>
            <w:r>
              <w:rPr>
                <w:sz w:val="16"/>
              </w:rPr>
              <w:t>545</w:t>
            </w:r>
          </w:p>
        </w:tc>
        <w:tc>
          <w:tcPr>
            <w:tcW w:w="1728" w:type="dxa"/>
            <w:tcBorders>
              <w:top w:val="nil"/>
              <w:left w:val="nil"/>
              <w:bottom w:val="nil"/>
              <w:right w:val="nil"/>
            </w:tcBorders>
          </w:tcPr>
          <w:p w14:paraId="4BBD0484" w14:textId="77777777" w:rsidR="001C61CC" w:rsidRDefault="000D727A">
            <w:pPr>
              <w:spacing w:after="0" w:line="240" w:lineRule="auto"/>
              <w:jc w:val="center"/>
            </w:pPr>
            <w:r>
              <w:rPr>
                <w:sz w:val="16"/>
              </w:rPr>
              <w:t>56.6%</w:t>
            </w:r>
          </w:p>
        </w:tc>
        <w:tc>
          <w:tcPr>
            <w:tcW w:w="1728" w:type="dxa"/>
            <w:tcBorders>
              <w:top w:val="nil"/>
              <w:left w:val="nil"/>
              <w:bottom w:val="nil"/>
              <w:right w:val="nil"/>
            </w:tcBorders>
          </w:tcPr>
          <w:p w14:paraId="2D6323E1" w14:textId="77777777" w:rsidR="001C61CC" w:rsidRDefault="000D727A">
            <w:pPr>
              <w:spacing w:after="0" w:line="240" w:lineRule="auto"/>
              <w:jc w:val="center"/>
            </w:pPr>
            <w:r>
              <w:rPr>
                <w:sz w:val="16"/>
              </w:rPr>
              <w:t>1.47 (1.30, 1.67)</w:t>
            </w:r>
          </w:p>
        </w:tc>
        <w:tc>
          <w:tcPr>
            <w:tcW w:w="1728" w:type="dxa"/>
            <w:tcBorders>
              <w:top w:val="nil"/>
              <w:left w:val="nil"/>
              <w:bottom w:val="nil"/>
              <w:right w:val="nil"/>
            </w:tcBorders>
          </w:tcPr>
          <w:p w14:paraId="4F64461B" w14:textId="77777777" w:rsidR="001C61CC" w:rsidRDefault="000D727A">
            <w:pPr>
              <w:spacing w:after="0" w:line="240" w:lineRule="auto"/>
              <w:jc w:val="center"/>
            </w:pPr>
            <w:r>
              <w:rPr>
                <w:sz w:val="16"/>
              </w:rPr>
              <w:t>&lt;0.001</w:t>
            </w:r>
          </w:p>
        </w:tc>
      </w:tr>
      <w:tr w:rsidR="001C61CC" w14:paraId="7CD3AA2C" w14:textId="77777777">
        <w:tc>
          <w:tcPr>
            <w:tcW w:w="1728" w:type="dxa"/>
            <w:tcBorders>
              <w:top w:val="nil"/>
              <w:left w:val="nil"/>
              <w:bottom w:val="single" w:sz="10" w:space="0" w:color="000000"/>
              <w:right w:val="nil"/>
            </w:tcBorders>
          </w:tcPr>
          <w:p w14:paraId="087F26B0" w14:textId="77777777" w:rsidR="001C61CC" w:rsidRDefault="000D727A">
            <w:pPr>
              <w:spacing w:after="0" w:line="240" w:lineRule="auto"/>
            </w:pPr>
            <w:r>
              <w:rPr>
                <w:sz w:val="16"/>
              </w:rPr>
              <w:t>Pregnancy loss + &gt;=2 chronic conditions</w:t>
            </w:r>
          </w:p>
        </w:tc>
        <w:tc>
          <w:tcPr>
            <w:tcW w:w="1728" w:type="dxa"/>
            <w:tcBorders>
              <w:top w:val="nil"/>
              <w:left w:val="nil"/>
              <w:bottom w:val="single" w:sz="10" w:space="0" w:color="000000"/>
              <w:right w:val="nil"/>
            </w:tcBorders>
          </w:tcPr>
          <w:p w14:paraId="10FBEFCD" w14:textId="77777777" w:rsidR="001C61CC" w:rsidRDefault="000D727A">
            <w:pPr>
              <w:spacing w:after="0" w:line="240" w:lineRule="auto"/>
              <w:jc w:val="center"/>
            </w:pPr>
            <w:r>
              <w:rPr>
                <w:sz w:val="16"/>
              </w:rPr>
              <w:t>401</w:t>
            </w:r>
          </w:p>
        </w:tc>
        <w:tc>
          <w:tcPr>
            <w:tcW w:w="1728" w:type="dxa"/>
            <w:tcBorders>
              <w:top w:val="nil"/>
              <w:left w:val="nil"/>
              <w:bottom w:val="single" w:sz="10" w:space="0" w:color="000000"/>
              <w:right w:val="nil"/>
            </w:tcBorders>
          </w:tcPr>
          <w:p w14:paraId="2C2B585A" w14:textId="77777777" w:rsidR="001C61CC" w:rsidRDefault="000D727A">
            <w:pPr>
              <w:spacing w:after="0" w:line="240" w:lineRule="auto"/>
              <w:jc w:val="center"/>
            </w:pPr>
            <w:r>
              <w:rPr>
                <w:sz w:val="16"/>
              </w:rPr>
              <w:t>210</w:t>
            </w:r>
          </w:p>
        </w:tc>
        <w:tc>
          <w:tcPr>
            <w:tcW w:w="1728" w:type="dxa"/>
            <w:tcBorders>
              <w:top w:val="nil"/>
              <w:left w:val="nil"/>
              <w:bottom w:val="single" w:sz="10" w:space="0" w:color="000000"/>
              <w:right w:val="nil"/>
            </w:tcBorders>
          </w:tcPr>
          <w:p w14:paraId="15E9361C" w14:textId="77777777" w:rsidR="001C61CC" w:rsidRDefault="000D727A">
            <w:pPr>
              <w:spacing w:after="0" w:line="240" w:lineRule="auto"/>
              <w:jc w:val="center"/>
            </w:pPr>
            <w:r>
              <w:rPr>
                <w:sz w:val="16"/>
              </w:rPr>
              <w:t>52.4%</w:t>
            </w:r>
          </w:p>
        </w:tc>
        <w:tc>
          <w:tcPr>
            <w:tcW w:w="1728" w:type="dxa"/>
            <w:tcBorders>
              <w:top w:val="nil"/>
              <w:left w:val="nil"/>
              <w:bottom w:val="single" w:sz="10" w:space="0" w:color="000000"/>
              <w:right w:val="nil"/>
            </w:tcBorders>
          </w:tcPr>
          <w:p w14:paraId="2ECD999A" w14:textId="77777777" w:rsidR="001C61CC" w:rsidRDefault="000D727A">
            <w:pPr>
              <w:spacing w:after="0" w:line="240" w:lineRule="auto"/>
              <w:jc w:val="center"/>
            </w:pPr>
            <w:r>
              <w:rPr>
                <w:sz w:val="16"/>
              </w:rPr>
              <w:t>1.46 (1.24, 1.72)</w:t>
            </w:r>
          </w:p>
        </w:tc>
        <w:tc>
          <w:tcPr>
            <w:tcW w:w="1728" w:type="dxa"/>
            <w:tcBorders>
              <w:top w:val="nil"/>
              <w:left w:val="nil"/>
              <w:bottom w:val="single" w:sz="10" w:space="0" w:color="000000"/>
              <w:right w:val="nil"/>
            </w:tcBorders>
          </w:tcPr>
          <w:p w14:paraId="208A8316" w14:textId="77777777" w:rsidR="001C61CC" w:rsidRDefault="000D727A">
            <w:pPr>
              <w:spacing w:after="0" w:line="240" w:lineRule="auto"/>
              <w:jc w:val="center"/>
            </w:pPr>
            <w:r>
              <w:rPr>
                <w:sz w:val="16"/>
              </w:rPr>
              <w:t>&lt;0.001</w:t>
            </w:r>
          </w:p>
        </w:tc>
      </w:tr>
    </w:tbl>
    <w:p w14:paraId="5F344940" w14:textId="77777777" w:rsidR="001C61CC" w:rsidRDefault="001C61CC"/>
    <w:p w14:paraId="73EB1269" w14:textId="77777777" w:rsidR="001C61CC" w:rsidRDefault="000D727A">
      <w:pPr>
        <w:spacing w:after="80"/>
      </w:pPr>
      <w:r>
        <w:rPr>
          <w:sz w:val="16"/>
        </w:rPr>
        <w:t>Note: Observed prevalence or risk values are descriptive. Adjusted estimates derive from joint-effects models combining pregnancy-loss history with multimorbidity burden.</w:t>
      </w:r>
    </w:p>
    <w:p w14:paraId="1C2E3125" w14:textId="77777777" w:rsidR="001C61CC" w:rsidRDefault="001C61CC">
      <w:pPr>
        <w:sectPr w:rsidR="001C61CC">
          <w:pgSz w:w="12240" w:h="15840" w:orient="landscape"/>
          <w:pgMar w:top="936" w:right="936" w:bottom="936" w:left="936" w:header="720" w:footer="720" w:gutter="0"/>
          <w:cols w:space="720"/>
          <w:docGrid w:linePitch="360"/>
        </w:sectPr>
      </w:pPr>
    </w:p>
    <w:p w14:paraId="33201A9B" w14:textId="77777777" w:rsidR="001C61CC" w:rsidRDefault="000D727A">
      <w:pPr>
        <w:spacing w:after="80"/>
      </w:pPr>
      <w:r>
        <w:rPr>
          <w:b/>
          <w:sz w:val="28"/>
        </w:rPr>
        <w:lastRenderedPageBreak/>
        <w:t>Supplementary Figures</w:t>
      </w:r>
    </w:p>
    <w:p w14:paraId="71A96EB1" w14:textId="77777777" w:rsidR="001C61CC" w:rsidRDefault="000D727A">
      <w:pPr>
        <w:spacing w:after="80"/>
      </w:pPr>
      <w:r>
        <w:rPr>
          <w:b/>
          <w:sz w:val="24"/>
        </w:rPr>
        <w:t>Supplementary Figure 1. Study flow for the cross-sectional and prospective analyses</w:t>
      </w:r>
    </w:p>
    <w:p w14:paraId="0C0879F6" w14:textId="77777777" w:rsidR="001C61CC" w:rsidRDefault="000D727A">
      <w:pPr>
        <w:jc w:val="center"/>
      </w:pPr>
      <w:r>
        <w:rPr>
          <w:noProof/>
        </w:rPr>
        <w:drawing>
          <wp:inline distT="0" distB="0" distL="0" distR="0" wp14:anchorId="029B1882" wp14:editId="1307E37C">
            <wp:extent cx="8229600" cy="5326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1_lancet.png"/>
                    <pic:cNvPicPr/>
                  </pic:nvPicPr>
                  <pic:blipFill>
                    <a:blip r:embed="rId8"/>
                    <a:stretch>
                      <a:fillRect/>
                    </a:stretch>
                  </pic:blipFill>
                  <pic:spPr>
                    <a:xfrm>
                      <a:off x="0" y="0"/>
                      <a:ext cx="8229600" cy="5326341"/>
                    </a:xfrm>
                    <a:prstGeom prst="rect">
                      <a:avLst/>
                    </a:prstGeom>
                  </pic:spPr>
                </pic:pic>
              </a:graphicData>
            </a:graphic>
          </wp:inline>
        </w:drawing>
      </w:r>
    </w:p>
    <w:p w14:paraId="3C3B7702" w14:textId="77777777" w:rsidR="001C61CC" w:rsidRDefault="000D727A">
      <w:pPr>
        <w:spacing w:after="80"/>
      </w:pPr>
      <w:r>
        <w:rPr>
          <w:sz w:val="17"/>
        </w:rPr>
        <w:t>Note: The flowchart shows derivation of the 2018 cross-sectional sample and the 2015-2020 incident cohort after application of exposure, outcome, and follow-up requirements.</w:t>
      </w:r>
    </w:p>
    <w:p w14:paraId="50515ABF" w14:textId="77777777" w:rsidR="001C61CC" w:rsidRDefault="000D727A">
      <w:r>
        <w:br w:type="page"/>
      </w:r>
    </w:p>
    <w:p w14:paraId="5C13351D" w14:textId="77777777" w:rsidR="001C61CC" w:rsidRDefault="000D727A">
      <w:pPr>
        <w:spacing w:after="80"/>
      </w:pPr>
      <w:r>
        <w:rPr>
          <w:b/>
          <w:sz w:val="24"/>
        </w:rPr>
        <w:lastRenderedPageBreak/>
        <w:t>Supplementary Figure 2. Follow-up structure and cumulative incidence patterns</w:t>
      </w:r>
    </w:p>
    <w:p w14:paraId="67E990AB" w14:textId="77777777" w:rsidR="001C61CC" w:rsidRDefault="000D727A">
      <w:pPr>
        <w:jc w:val="center"/>
      </w:pPr>
      <w:r>
        <w:rPr>
          <w:noProof/>
        </w:rPr>
        <w:drawing>
          <wp:inline distT="0" distB="0" distL="0" distR="0" wp14:anchorId="30AEBEA1" wp14:editId="3AD3E1E8">
            <wp:extent cx="8595360" cy="4297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2_lancet.png"/>
                    <pic:cNvPicPr/>
                  </pic:nvPicPr>
                  <pic:blipFill>
                    <a:blip r:embed="rId9"/>
                    <a:stretch>
                      <a:fillRect/>
                    </a:stretch>
                  </pic:blipFill>
                  <pic:spPr>
                    <a:xfrm>
                      <a:off x="0" y="0"/>
                      <a:ext cx="8595360" cy="4297680"/>
                    </a:xfrm>
                    <a:prstGeom prst="rect">
                      <a:avLst/>
                    </a:prstGeom>
                  </pic:spPr>
                </pic:pic>
              </a:graphicData>
            </a:graphic>
          </wp:inline>
        </w:drawing>
      </w:r>
    </w:p>
    <w:p w14:paraId="065FE8FC" w14:textId="77777777" w:rsidR="001C61CC" w:rsidRDefault="000D727A">
      <w:pPr>
        <w:spacing w:after="80"/>
      </w:pPr>
      <w:r>
        <w:rPr>
          <w:sz w:val="17"/>
        </w:rPr>
        <w:t>Note: Panel A summarises follow-up availability across waves 4 and 5. Panel B shows depression-free survival by lifetime pregnancy-loss count.</w:t>
      </w:r>
    </w:p>
    <w:p w14:paraId="2879BE80" w14:textId="77777777" w:rsidR="001C61CC" w:rsidRDefault="000D727A">
      <w:r>
        <w:br w:type="page"/>
      </w:r>
    </w:p>
    <w:p w14:paraId="618DFBC1" w14:textId="77777777" w:rsidR="001C61CC" w:rsidRDefault="000D727A">
      <w:pPr>
        <w:spacing w:after="80"/>
      </w:pPr>
      <w:r>
        <w:rPr>
          <w:b/>
          <w:sz w:val="24"/>
        </w:rPr>
        <w:lastRenderedPageBreak/>
        <w:t>Supplementary Figure 3. Sequential attenuation after progressive covariate adjustment</w:t>
      </w:r>
    </w:p>
    <w:p w14:paraId="1F00115A" w14:textId="77777777" w:rsidR="001C61CC" w:rsidRDefault="000D727A">
      <w:pPr>
        <w:jc w:val="center"/>
      </w:pPr>
      <w:r>
        <w:rPr>
          <w:noProof/>
        </w:rPr>
        <w:drawing>
          <wp:inline distT="0" distB="0" distL="0" distR="0" wp14:anchorId="6D8E5CB1" wp14:editId="0986E339">
            <wp:extent cx="822960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3_lancet.png"/>
                    <pic:cNvPicPr/>
                  </pic:nvPicPr>
                  <pic:blipFill>
                    <a:blip r:embed="rId10"/>
                    <a:stretch>
                      <a:fillRect/>
                    </a:stretch>
                  </pic:blipFill>
                  <pic:spPr>
                    <a:xfrm>
                      <a:off x="0" y="0"/>
                      <a:ext cx="8229600" cy="4267200"/>
                    </a:xfrm>
                    <a:prstGeom prst="rect">
                      <a:avLst/>
                    </a:prstGeom>
                  </pic:spPr>
                </pic:pic>
              </a:graphicData>
            </a:graphic>
          </wp:inline>
        </w:drawing>
      </w:r>
    </w:p>
    <w:p w14:paraId="60A6754C" w14:textId="77777777" w:rsidR="001C61CC" w:rsidRDefault="000D727A">
      <w:pPr>
        <w:spacing w:after="80"/>
      </w:pPr>
      <w:r>
        <w:rPr>
          <w:sz w:val="17"/>
        </w:rPr>
        <w:t>Note: Sequential attenuation plots show how the association between pregnancy loss and depressive symptoms changed after progressive adjustment for later-life health burden.</w:t>
      </w:r>
    </w:p>
    <w:p w14:paraId="6CEEC903" w14:textId="77777777" w:rsidR="001C61CC" w:rsidRDefault="000D727A">
      <w:r>
        <w:br w:type="page"/>
      </w:r>
    </w:p>
    <w:p w14:paraId="1FA26137" w14:textId="77777777" w:rsidR="001C61CC" w:rsidRDefault="000D727A">
      <w:pPr>
        <w:spacing w:after="80"/>
      </w:pPr>
      <w:r>
        <w:rPr>
          <w:b/>
          <w:sz w:val="24"/>
        </w:rPr>
        <w:lastRenderedPageBreak/>
        <w:t>Supplementary Figure 4. Secondary exposure and sensitivity analyses</w:t>
      </w:r>
    </w:p>
    <w:p w14:paraId="33784ED4" w14:textId="77777777" w:rsidR="001C61CC" w:rsidRDefault="000D727A">
      <w:pPr>
        <w:jc w:val="center"/>
      </w:pPr>
      <w:r>
        <w:rPr>
          <w:noProof/>
        </w:rPr>
        <w:drawing>
          <wp:inline distT="0" distB="0" distL="0" distR="0" wp14:anchorId="16C7AAFF" wp14:editId="04F7AF57">
            <wp:extent cx="8686800" cy="5704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4_lancet.png"/>
                    <pic:cNvPicPr/>
                  </pic:nvPicPr>
                  <pic:blipFill>
                    <a:blip r:embed="rId11"/>
                    <a:stretch>
                      <a:fillRect/>
                    </a:stretch>
                  </pic:blipFill>
                  <pic:spPr>
                    <a:xfrm>
                      <a:off x="0" y="0"/>
                      <a:ext cx="8686800" cy="5704764"/>
                    </a:xfrm>
                    <a:prstGeom prst="rect">
                      <a:avLst/>
                    </a:prstGeom>
                  </pic:spPr>
                </pic:pic>
              </a:graphicData>
            </a:graphic>
          </wp:inline>
        </w:drawing>
      </w:r>
    </w:p>
    <w:p w14:paraId="2974D84F" w14:textId="77777777" w:rsidR="001C61CC" w:rsidRDefault="000D727A">
      <w:pPr>
        <w:spacing w:after="80"/>
      </w:pPr>
      <w:r>
        <w:rPr>
          <w:sz w:val="17"/>
        </w:rPr>
        <w:t>Note: Secondary exposure and sensitivity panels summarise subtype-specific associations and robustness analyses for both study designs.</w:t>
      </w:r>
    </w:p>
    <w:sectPr w:rsidR="001C61CC" w:rsidSect="00034616">
      <w:pgSz w:w="15840" w:h="12240" w:orient="landscape"/>
      <w:pgMar w:top="936" w:right="936" w:bottom="936"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8A5D7" w14:textId="77777777" w:rsidR="000D727A" w:rsidRDefault="000D727A" w:rsidP="00E32F32">
      <w:pPr>
        <w:spacing w:after="0" w:line="240" w:lineRule="auto"/>
      </w:pPr>
      <w:r>
        <w:separator/>
      </w:r>
    </w:p>
  </w:endnote>
  <w:endnote w:type="continuationSeparator" w:id="0">
    <w:p w14:paraId="335663D1" w14:textId="77777777" w:rsidR="000D727A" w:rsidRDefault="000D727A" w:rsidP="00E3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8A8F4" w14:textId="77777777" w:rsidR="000D727A" w:rsidRDefault="000D727A" w:rsidP="00E32F32">
      <w:pPr>
        <w:spacing w:after="0" w:line="240" w:lineRule="auto"/>
      </w:pPr>
      <w:r>
        <w:separator/>
      </w:r>
    </w:p>
  </w:footnote>
  <w:footnote w:type="continuationSeparator" w:id="0">
    <w:p w14:paraId="7EAF8E7E" w14:textId="77777777" w:rsidR="000D727A" w:rsidRDefault="000D727A" w:rsidP="00E3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92812156">
    <w:abstractNumId w:val="8"/>
  </w:num>
  <w:num w:numId="2" w16cid:durableId="2125803916">
    <w:abstractNumId w:val="6"/>
  </w:num>
  <w:num w:numId="3" w16cid:durableId="968820549">
    <w:abstractNumId w:val="5"/>
  </w:num>
  <w:num w:numId="4" w16cid:durableId="570189444">
    <w:abstractNumId w:val="4"/>
  </w:num>
  <w:num w:numId="5" w16cid:durableId="857306165">
    <w:abstractNumId w:val="7"/>
  </w:num>
  <w:num w:numId="6" w16cid:durableId="568544327">
    <w:abstractNumId w:val="3"/>
  </w:num>
  <w:num w:numId="7" w16cid:durableId="1414203495">
    <w:abstractNumId w:val="2"/>
  </w:num>
  <w:num w:numId="8" w16cid:durableId="946889557">
    <w:abstractNumId w:val="1"/>
  </w:num>
  <w:num w:numId="9" w16cid:durableId="1774981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727A"/>
    <w:rsid w:val="0015074B"/>
    <w:rsid w:val="001C61CC"/>
    <w:rsid w:val="0029639D"/>
    <w:rsid w:val="00326F90"/>
    <w:rsid w:val="006F1C52"/>
    <w:rsid w:val="009D3948"/>
    <w:rsid w:val="00AA1D8D"/>
    <w:rsid w:val="00B47730"/>
    <w:rsid w:val="00CB0664"/>
    <w:rsid w:val="00E32F3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AAC053"/>
  <w14:defaultImageDpi w14:val="300"/>
  <w15:docId w15:val="{E6B0B1BB-0139-4263-809B-5DE8F4C5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5435</Words>
  <Characters>30984</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Aziz ur Rehman Aziz</cp:lastModifiedBy>
  <cp:revision>2</cp:revision>
  <dcterms:created xsi:type="dcterms:W3CDTF">2026-04-23T07:23:00Z</dcterms:created>
  <dcterms:modified xsi:type="dcterms:W3CDTF">2026-04-23T07:23:00Z</dcterms:modified>
  <cp:category/>
</cp:coreProperties>
</file>