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FAE6E" w14:textId="77777777" w:rsidR="00BC43C6" w:rsidRPr="00DC7A3A" w:rsidRDefault="00000000">
      <w:pPr>
        <w:pStyle w:val="Title"/>
        <w:jc w:val="center"/>
        <w:rPr>
          <w:color w:val="auto"/>
        </w:rPr>
      </w:pPr>
      <w:r w:rsidRPr="00DC7A3A">
        <w:rPr>
          <w:color w:val="auto"/>
        </w:rPr>
        <w:t>Appendices for the Study</w:t>
      </w:r>
    </w:p>
    <w:p w14:paraId="52738E7F" w14:textId="77777777" w:rsidR="00BC43C6" w:rsidRPr="00DC7A3A" w:rsidRDefault="00000000">
      <w:pPr>
        <w:jc w:val="center"/>
      </w:pPr>
      <w:r w:rsidRPr="00DC7A3A">
        <w:rPr>
          <w:b/>
          <w:i/>
          <w:sz w:val="24"/>
        </w:rPr>
        <w:t>Cognitive Avoidance and Intrusive Memories in Individuals Exposed to Violent Events</w:t>
      </w:r>
    </w:p>
    <w:p w14:paraId="362E847D" w14:textId="2C507558" w:rsidR="00BC43C6" w:rsidRPr="00DC7A3A" w:rsidRDefault="00BC43C6">
      <w:pPr>
        <w:jc w:val="center"/>
      </w:pPr>
    </w:p>
    <w:tbl>
      <w:tblPr>
        <w:tblW w:w="0" w:type="auto"/>
        <w:jc w:val="center"/>
        <w:tblLayout w:type="fixed"/>
        <w:tblLook w:val="04A0" w:firstRow="1" w:lastRow="0" w:firstColumn="1" w:lastColumn="0" w:noHBand="0" w:noVBand="1"/>
      </w:tblPr>
      <w:tblGrid>
        <w:gridCol w:w="9792"/>
      </w:tblGrid>
      <w:tr w:rsidR="00DC7A3A" w:rsidRPr="00DC7A3A" w14:paraId="045965E8" w14:textId="77777777">
        <w:trPr>
          <w:jc w:val="center"/>
        </w:trPr>
        <w:tc>
          <w:tcPr>
            <w:tcW w:w="9792" w:type="dxa"/>
            <w:shd w:val="clear" w:color="auto" w:fill="EAF2F8"/>
            <w:tcMar>
              <w:top w:w="120" w:type="dxa"/>
              <w:left w:w="140" w:type="dxa"/>
              <w:bottom w:w="120" w:type="dxa"/>
              <w:right w:w="140" w:type="dxa"/>
            </w:tcMar>
            <w:vAlign w:val="center"/>
          </w:tcPr>
          <w:p w14:paraId="319D8DE5" w14:textId="1B6EE176" w:rsidR="00BC43C6" w:rsidRPr="00DC7A3A" w:rsidRDefault="00000000">
            <w:pPr>
              <w:spacing w:after="0"/>
            </w:pPr>
            <w:r w:rsidRPr="00DC7A3A">
              <w:rPr>
                <w:b/>
              </w:rPr>
              <w:t>Important note</w:t>
            </w:r>
            <w:r w:rsidR="00CC7298" w:rsidRPr="00DC7A3A">
              <w:rPr>
                <w:b/>
              </w:rPr>
              <w:t xml:space="preserve"> </w:t>
            </w:r>
            <w:r w:rsidRPr="00DC7A3A">
              <w:t xml:space="preserve">This revised version </w:t>
            </w:r>
            <w:r w:rsidR="00CC7298" w:rsidRPr="00DC7A3A">
              <w:t>describes</w:t>
            </w:r>
            <w:r w:rsidRPr="00DC7A3A">
              <w:t xml:space="preserve"> the researcher-developed appendices (demographic form and violent event exposure form). For standardized copyrighted instruments (CAQ and the IES-R intrusion subscale), this version provides administration-ready response sheets, scoring instructions, and source notes without reproducing protected item text. PHQ-9 and GAD-7 are included here as administration-ready appendices with response anchors and item prompts reformatted for neat manuscript presentation.</w:t>
            </w:r>
          </w:p>
        </w:tc>
      </w:tr>
    </w:tbl>
    <w:p w14:paraId="4DB6566C" w14:textId="77777777" w:rsidR="00BC43C6" w:rsidRPr="00DC7A3A" w:rsidRDefault="00000000" w:rsidP="00CC7298">
      <w:pPr>
        <w:pStyle w:val="Heading1"/>
        <w:jc w:val="center"/>
        <w:rPr>
          <w:color w:val="auto"/>
        </w:rPr>
      </w:pPr>
      <w:r w:rsidRPr="00DC7A3A">
        <w:rPr>
          <w:color w:val="auto"/>
        </w:rPr>
        <w:t>Appendix A. Instrument Package Overview</w:t>
      </w:r>
    </w:p>
    <w:tbl>
      <w:tblPr>
        <w:tblStyle w:val="TableGrid"/>
        <w:tblW w:w="0" w:type="auto"/>
        <w:jc w:val="center"/>
        <w:tblLook w:val="04A0" w:firstRow="1" w:lastRow="0" w:firstColumn="1" w:lastColumn="0" w:noHBand="0" w:noVBand="1"/>
      </w:tblPr>
      <w:tblGrid>
        <w:gridCol w:w="809"/>
        <w:gridCol w:w="4081"/>
        <w:gridCol w:w="2446"/>
        <w:gridCol w:w="2446"/>
      </w:tblGrid>
      <w:tr w:rsidR="00DC7A3A" w:rsidRPr="00DC7A3A" w14:paraId="78ED6BE0" w14:textId="77777777" w:rsidTr="00DC7A3A">
        <w:trPr>
          <w:tblHeader/>
          <w:jc w:val="center"/>
        </w:trPr>
        <w:tc>
          <w:tcPr>
            <w:tcW w:w="810" w:type="dxa"/>
            <w:shd w:val="clear" w:color="auto" w:fill="D9EAF7"/>
            <w:tcMar>
              <w:top w:w="90" w:type="dxa"/>
              <w:left w:w="120" w:type="dxa"/>
              <w:bottom w:w="90" w:type="dxa"/>
              <w:right w:w="120" w:type="dxa"/>
            </w:tcMar>
            <w:vAlign w:val="center"/>
          </w:tcPr>
          <w:p w14:paraId="671E44F9" w14:textId="77777777" w:rsidR="00BC43C6" w:rsidRPr="00DC7A3A" w:rsidRDefault="00000000">
            <w:r w:rsidRPr="00DC7A3A">
              <w:rPr>
                <w:b/>
              </w:rPr>
              <w:t>No.</w:t>
            </w:r>
          </w:p>
        </w:tc>
        <w:tc>
          <w:tcPr>
            <w:tcW w:w="4086" w:type="dxa"/>
            <w:shd w:val="clear" w:color="auto" w:fill="D9EAF7"/>
            <w:tcMar>
              <w:top w:w="90" w:type="dxa"/>
              <w:left w:w="120" w:type="dxa"/>
              <w:bottom w:w="90" w:type="dxa"/>
              <w:right w:w="120" w:type="dxa"/>
            </w:tcMar>
            <w:vAlign w:val="center"/>
          </w:tcPr>
          <w:p w14:paraId="0F48F933" w14:textId="77777777" w:rsidR="00BC43C6" w:rsidRPr="00DC7A3A" w:rsidRDefault="00000000">
            <w:r w:rsidRPr="00DC7A3A">
              <w:rPr>
                <w:b/>
              </w:rPr>
              <w:t>Instrument</w:t>
            </w:r>
          </w:p>
        </w:tc>
        <w:tc>
          <w:tcPr>
            <w:tcW w:w="2448" w:type="dxa"/>
            <w:shd w:val="clear" w:color="auto" w:fill="D9EAF7"/>
            <w:tcMar>
              <w:top w:w="90" w:type="dxa"/>
              <w:left w:w="120" w:type="dxa"/>
              <w:bottom w:w="90" w:type="dxa"/>
              <w:right w:w="120" w:type="dxa"/>
            </w:tcMar>
            <w:vAlign w:val="center"/>
          </w:tcPr>
          <w:p w14:paraId="7D8CCCDA" w14:textId="77777777" w:rsidR="00BC43C6" w:rsidRPr="00DC7A3A" w:rsidRDefault="00000000">
            <w:r w:rsidRPr="00DC7A3A">
              <w:rPr>
                <w:b/>
              </w:rPr>
              <w:t>Primary Purpose</w:t>
            </w:r>
          </w:p>
        </w:tc>
        <w:tc>
          <w:tcPr>
            <w:tcW w:w="2448" w:type="dxa"/>
            <w:shd w:val="clear" w:color="auto" w:fill="D9EAF7"/>
            <w:tcMar>
              <w:top w:w="90" w:type="dxa"/>
              <w:left w:w="120" w:type="dxa"/>
              <w:bottom w:w="90" w:type="dxa"/>
              <w:right w:w="120" w:type="dxa"/>
            </w:tcMar>
            <w:vAlign w:val="center"/>
          </w:tcPr>
          <w:p w14:paraId="1D9BB14C" w14:textId="77777777" w:rsidR="00BC43C6" w:rsidRPr="00DC7A3A" w:rsidRDefault="00000000">
            <w:r w:rsidRPr="00DC7A3A">
              <w:rPr>
                <w:b/>
              </w:rPr>
              <w:t>Appendix Status</w:t>
            </w:r>
          </w:p>
        </w:tc>
      </w:tr>
      <w:tr w:rsidR="00DC7A3A" w:rsidRPr="00DC7A3A" w14:paraId="33BF53CA" w14:textId="77777777" w:rsidTr="00DC7A3A">
        <w:trPr>
          <w:jc w:val="center"/>
        </w:trPr>
        <w:tc>
          <w:tcPr>
            <w:tcW w:w="810" w:type="dxa"/>
            <w:tcMar>
              <w:top w:w="90" w:type="dxa"/>
              <w:left w:w="120" w:type="dxa"/>
              <w:bottom w:w="90" w:type="dxa"/>
              <w:right w:w="120" w:type="dxa"/>
            </w:tcMar>
            <w:vAlign w:val="center"/>
          </w:tcPr>
          <w:p w14:paraId="47506437" w14:textId="77777777" w:rsidR="00BC43C6" w:rsidRPr="00DC7A3A" w:rsidRDefault="00000000">
            <w:r w:rsidRPr="00DC7A3A">
              <w:t>1</w:t>
            </w:r>
          </w:p>
        </w:tc>
        <w:tc>
          <w:tcPr>
            <w:tcW w:w="4086" w:type="dxa"/>
            <w:tcMar>
              <w:top w:w="90" w:type="dxa"/>
              <w:left w:w="120" w:type="dxa"/>
              <w:bottom w:w="90" w:type="dxa"/>
              <w:right w:w="120" w:type="dxa"/>
            </w:tcMar>
            <w:vAlign w:val="center"/>
          </w:tcPr>
          <w:p w14:paraId="722164EC" w14:textId="77777777" w:rsidR="00BC43C6" w:rsidRPr="00DC7A3A" w:rsidRDefault="00000000">
            <w:r w:rsidRPr="00DC7A3A">
              <w:t>Demographic and Academic Information Form</w:t>
            </w:r>
          </w:p>
        </w:tc>
        <w:tc>
          <w:tcPr>
            <w:tcW w:w="2448" w:type="dxa"/>
            <w:tcMar>
              <w:top w:w="90" w:type="dxa"/>
              <w:left w:w="120" w:type="dxa"/>
              <w:bottom w:w="90" w:type="dxa"/>
              <w:right w:w="120" w:type="dxa"/>
            </w:tcMar>
            <w:vAlign w:val="center"/>
          </w:tcPr>
          <w:p w14:paraId="0629B4DD" w14:textId="77777777" w:rsidR="00BC43C6" w:rsidRPr="00DC7A3A" w:rsidRDefault="00000000">
            <w:r w:rsidRPr="00DC7A3A">
              <w:t>Describes participant background and academic profile</w:t>
            </w:r>
          </w:p>
        </w:tc>
        <w:tc>
          <w:tcPr>
            <w:tcW w:w="2448" w:type="dxa"/>
            <w:tcMar>
              <w:top w:w="90" w:type="dxa"/>
              <w:left w:w="120" w:type="dxa"/>
              <w:bottom w:w="90" w:type="dxa"/>
              <w:right w:w="120" w:type="dxa"/>
            </w:tcMar>
            <w:vAlign w:val="center"/>
          </w:tcPr>
          <w:p w14:paraId="090C30F8" w14:textId="77777777" w:rsidR="00BC43C6" w:rsidRPr="00DC7A3A" w:rsidRDefault="00000000">
            <w:r w:rsidRPr="00DC7A3A">
              <w:t>Completed in full</w:t>
            </w:r>
          </w:p>
        </w:tc>
      </w:tr>
      <w:tr w:rsidR="00DC7A3A" w:rsidRPr="00DC7A3A" w14:paraId="06D1AE68" w14:textId="77777777" w:rsidTr="00DC7A3A">
        <w:trPr>
          <w:jc w:val="center"/>
        </w:trPr>
        <w:tc>
          <w:tcPr>
            <w:tcW w:w="810" w:type="dxa"/>
            <w:tcMar>
              <w:top w:w="90" w:type="dxa"/>
              <w:left w:w="120" w:type="dxa"/>
              <w:bottom w:w="90" w:type="dxa"/>
              <w:right w:w="120" w:type="dxa"/>
            </w:tcMar>
            <w:vAlign w:val="center"/>
          </w:tcPr>
          <w:p w14:paraId="4DFE40FA" w14:textId="77777777" w:rsidR="00BC43C6" w:rsidRPr="00DC7A3A" w:rsidRDefault="00000000">
            <w:r w:rsidRPr="00DC7A3A">
              <w:t>2</w:t>
            </w:r>
          </w:p>
        </w:tc>
        <w:tc>
          <w:tcPr>
            <w:tcW w:w="4086" w:type="dxa"/>
            <w:tcMar>
              <w:top w:w="90" w:type="dxa"/>
              <w:left w:w="120" w:type="dxa"/>
              <w:bottom w:w="90" w:type="dxa"/>
              <w:right w:w="120" w:type="dxa"/>
            </w:tcMar>
            <w:vAlign w:val="center"/>
          </w:tcPr>
          <w:p w14:paraId="2E0F936F" w14:textId="77777777" w:rsidR="00BC43C6" w:rsidRPr="00DC7A3A" w:rsidRDefault="00000000">
            <w:r w:rsidRPr="00DC7A3A">
              <w:t>Violent Event Exposure Screening Form</w:t>
            </w:r>
          </w:p>
        </w:tc>
        <w:tc>
          <w:tcPr>
            <w:tcW w:w="2448" w:type="dxa"/>
            <w:tcMar>
              <w:top w:w="90" w:type="dxa"/>
              <w:left w:w="120" w:type="dxa"/>
              <w:bottom w:w="90" w:type="dxa"/>
              <w:right w:w="120" w:type="dxa"/>
            </w:tcMar>
            <w:vAlign w:val="center"/>
          </w:tcPr>
          <w:p w14:paraId="2697D048" w14:textId="77777777" w:rsidR="00BC43C6" w:rsidRPr="00DC7A3A" w:rsidRDefault="00000000">
            <w:r w:rsidRPr="00DC7A3A">
              <w:t>Determines eligibility and classifies violence exposure</w:t>
            </w:r>
          </w:p>
        </w:tc>
        <w:tc>
          <w:tcPr>
            <w:tcW w:w="2448" w:type="dxa"/>
            <w:tcMar>
              <w:top w:w="90" w:type="dxa"/>
              <w:left w:w="120" w:type="dxa"/>
              <w:bottom w:w="90" w:type="dxa"/>
              <w:right w:w="120" w:type="dxa"/>
            </w:tcMar>
            <w:vAlign w:val="center"/>
          </w:tcPr>
          <w:p w14:paraId="291E3486" w14:textId="77777777" w:rsidR="00BC43C6" w:rsidRPr="00DC7A3A" w:rsidRDefault="00000000">
            <w:r w:rsidRPr="00DC7A3A">
              <w:t>Completed in full</w:t>
            </w:r>
          </w:p>
        </w:tc>
      </w:tr>
      <w:tr w:rsidR="00DC7A3A" w:rsidRPr="00DC7A3A" w14:paraId="4F118D4E" w14:textId="77777777" w:rsidTr="00DC7A3A">
        <w:trPr>
          <w:jc w:val="center"/>
        </w:trPr>
        <w:tc>
          <w:tcPr>
            <w:tcW w:w="810" w:type="dxa"/>
            <w:tcMar>
              <w:top w:w="90" w:type="dxa"/>
              <w:left w:w="120" w:type="dxa"/>
              <w:bottom w:w="90" w:type="dxa"/>
              <w:right w:w="120" w:type="dxa"/>
            </w:tcMar>
            <w:vAlign w:val="center"/>
          </w:tcPr>
          <w:p w14:paraId="351C8853" w14:textId="77777777" w:rsidR="00BC43C6" w:rsidRPr="00DC7A3A" w:rsidRDefault="00000000">
            <w:r w:rsidRPr="00DC7A3A">
              <w:t>3</w:t>
            </w:r>
          </w:p>
        </w:tc>
        <w:tc>
          <w:tcPr>
            <w:tcW w:w="4086" w:type="dxa"/>
            <w:tcMar>
              <w:top w:w="90" w:type="dxa"/>
              <w:left w:w="120" w:type="dxa"/>
              <w:bottom w:w="90" w:type="dxa"/>
              <w:right w:w="120" w:type="dxa"/>
            </w:tcMar>
            <w:vAlign w:val="center"/>
          </w:tcPr>
          <w:p w14:paraId="22A6A901" w14:textId="77777777" w:rsidR="00BC43C6" w:rsidRPr="00DC7A3A" w:rsidRDefault="00000000">
            <w:r w:rsidRPr="00DC7A3A">
              <w:t>Cognitive Avoidance Questionnaire (CAQ)</w:t>
            </w:r>
          </w:p>
        </w:tc>
        <w:tc>
          <w:tcPr>
            <w:tcW w:w="2448" w:type="dxa"/>
            <w:tcMar>
              <w:top w:w="90" w:type="dxa"/>
              <w:left w:w="120" w:type="dxa"/>
              <w:bottom w:w="90" w:type="dxa"/>
              <w:right w:w="120" w:type="dxa"/>
            </w:tcMar>
            <w:vAlign w:val="center"/>
          </w:tcPr>
          <w:p w14:paraId="6EAE3E76" w14:textId="77777777" w:rsidR="00BC43C6" w:rsidRPr="00DC7A3A" w:rsidRDefault="00000000">
            <w:r w:rsidRPr="00DC7A3A">
              <w:t>Measures five forms of cognitive avoidance</w:t>
            </w:r>
          </w:p>
        </w:tc>
        <w:tc>
          <w:tcPr>
            <w:tcW w:w="2448" w:type="dxa"/>
            <w:tcMar>
              <w:top w:w="90" w:type="dxa"/>
              <w:left w:w="120" w:type="dxa"/>
              <w:bottom w:w="90" w:type="dxa"/>
              <w:right w:w="120" w:type="dxa"/>
            </w:tcMar>
            <w:vAlign w:val="center"/>
          </w:tcPr>
          <w:p w14:paraId="2D9F306D" w14:textId="77777777" w:rsidR="00BC43C6" w:rsidRPr="00DC7A3A" w:rsidRDefault="00000000">
            <w:r w:rsidRPr="00DC7A3A">
              <w:t>Administration sheet + scoring summary; authorized item text to be inserted from licensed/source copy</w:t>
            </w:r>
          </w:p>
        </w:tc>
      </w:tr>
      <w:tr w:rsidR="00DC7A3A" w:rsidRPr="00DC7A3A" w14:paraId="4D7DFA39" w14:textId="77777777" w:rsidTr="00DC7A3A">
        <w:trPr>
          <w:jc w:val="center"/>
        </w:trPr>
        <w:tc>
          <w:tcPr>
            <w:tcW w:w="810" w:type="dxa"/>
            <w:tcMar>
              <w:top w:w="90" w:type="dxa"/>
              <w:left w:w="120" w:type="dxa"/>
              <w:bottom w:w="90" w:type="dxa"/>
              <w:right w:w="120" w:type="dxa"/>
            </w:tcMar>
            <w:vAlign w:val="center"/>
          </w:tcPr>
          <w:p w14:paraId="6F66BCA7" w14:textId="77777777" w:rsidR="00BC43C6" w:rsidRPr="00DC7A3A" w:rsidRDefault="00000000">
            <w:r w:rsidRPr="00DC7A3A">
              <w:t>4</w:t>
            </w:r>
          </w:p>
        </w:tc>
        <w:tc>
          <w:tcPr>
            <w:tcW w:w="4086" w:type="dxa"/>
            <w:tcMar>
              <w:top w:w="90" w:type="dxa"/>
              <w:left w:w="120" w:type="dxa"/>
              <w:bottom w:w="90" w:type="dxa"/>
              <w:right w:w="120" w:type="dxa"/>
            </w:tcMar>
            <w:vAlign w:val="center"/>
          </w:tcPr>
          <w:p w14:paraId="53605245" w14:textId="77777777" w:rsidR="00BC43C6" w:rsidRPr="00DC7A3A" w:rsidRDefault="00000000">
            <w:r w:rsidRPr="00DC7A3A">
              <w:t>IES-R Intrusion Subscale</w:t>
            </w:r>
          </w:p>
        </w:tc>
        <w:tc>
          <w:tcPr>
            <w:tcW w:w="2448" w:type="dxa"/>
            <w:tcMar>
              <w:top w:w="90" w:type="dxa"/>
              <w:left w:w="120" w:type="dxa"/>
              <w:bottom w:w="90" w:type="dxa"/>
              <w:right w:w="120" w:type="dxa"/>
            </w:tcMar>
            <w:vAlign w:val="center"/>
          </w:tcPr>
          <w:p w14:paraId="314107CB" w14:textId="77777777" w:rsidR="00BC43C6" w:rsidRPr="00DC7A3A" w:rsidRDefault="00000000">
            <w:r w:rsidRPr="00DC7A3A">
              <w:t>Measures intrusive trauma-related memories</w:t>
            </w:r>
          </w:p>
        </w:tc>
        <w:tc>
          <w:tcPr>
            <w:tcW w:w="2448" w:type="dxa"/>
            <w:tcMar>
              <w:top w:w="90" w:type="dxa"/>
              <w:left w:w="120" w:type="dxa"/>
              <w:bottom w:w="90" w:type="dxa"/>
              <w:right w:w="120" w:type="dxa"/>
            </w:tcMar>
            <w:vAlign w:val="center"/>
          </w:tcPr>
          <w:p w14:paraId="26D4D1B6" w14:textId="77777777" w:rsidR="00BC43C6" w:rsidRPr="00DC7A3A" w:rsidRDefault="00000000">
            <w:r w:rsidRPr="00DC7A3A">
              <w:t>Administration sheet + scoring summary; authorized item text to be inserted from licensed/source copy</w:t>
            </w:r>
          </w:p>
        </w:tc>
      </w:tr>
      <w:tr w:rsidR="00DC7A3A" w:rsidRPr="00DC7A3A" w14:paraId="6A81017C" w14:textId="77777777" w:rsidTr="00DC7A3A">
        <w:trPr>
          <w:jc w:val="center"/>
        </w:trPr>
        <w:tc>
          <w:tcPr>
            <w:tcW w:w="810" w:type="dxa"/>
            <w:tcMar>
              <w:top w:w="90" w:type="dxa"/>
              <w:left w:w="120" w:type="dxa"/>
              <w:bottom w:w="90" w:type="dxa"/>
              <w:right w:w="120" w:type="dxa"/>
            </w:tcMar>
            <w:vAlign w:val="center"/>
          </w:tcPr>
          <w:p w14:paraId="74F54501" w14:textId="77777777" w:rsidR="00BC43C6" w:rsidRPr="00DC7A3A" w:rsidRDefault="00000000">
            <w:r w:rsidRPr="00DC7A3A">
              <w:t>5</w:t>
            </w:r>
          </w:p>
        </w:tc>
        <w:tc>
          <w:tcPr>
            <w:tcW w:w="4086" w:type="dxa"/>
            <w:tcMar>
              <w:top w:w="90" w:type="dxa"/>
              <w:left w:w="120" w:type="dxa"/>
              <w:bottom w:w="90" w:type="dxa"/>
              <w:right w:w="120" w:type="dxa"/>
            </w:tcMar>
            <w:vAlign w:val="center"/>
          </w:tcPr>
          <w:p w14:paraId="00653193" w14:textId="77777777" w:rsidR="00BC43C6" w:rsidRPr="00DC7A3A" w:rsidRDefault="00000000">
            <w:r w:rsidRPr="00DC7A3A">
              <w:t>PHQ-9</w:t>
            </w:r>
          </w:p>
        </w:tc>
        <w:tc>
          <w:tcPr>
            <w:tcW w:w="2448" w:type="dxa"/>
            <w:tcMar>
              <w:top w:w="90" w:type="dxa"/>
              <w:left w:w="120" w:type="dxa"/>
              <w:bottom w:w="90" w:type="dxa"/>
              <w:right w:w="120" w:type="dxa"/>
            </w:tcMar>
            <w:vAlign w:val="center"/>
          </w:tcPr>
          <w:p w14:paraId="452B91C5" w14:textId="77777777" w:rsidR="00BC43C6" w:rsidRPr="00DC7A3A" w:rsidRDefault="00000000">
            <w:r w:rsidRPr="00DC7A3A">
              <w:t>Assesses depressive symptoms over the last two weeks</w:t>
            </w:r>
          </w:p>
        </w:tc>
        <w:tc>
          <w:tcPr>
            <w:tcW w:w="2448" w:type="dxa"/>
            <w:tcMar>
              <w:top w:w="90" w:type="dxa"/>
              <w:left w:w="120" w:type="dxa"/>
              <w:bottom w:w="90" w:type="dxa"/>
              <w:right w:w="120" w:type="dxa"/>
            </w:tcMar>
            <w:vAlign w:val="center"/>
          </w:tcPr>
          <w:p w14:paraId="33840357" w14:textId="77777777" w:rsidR="00BC43C6" w:rsidRPr="00DC7A3A" w:rsidRDefault="00000000">
            <w:r w:rsidRPr="00DC7A3A">
              <w:t>Completed respondent-ready appendix</w:t>
            </w:r>
          </w:p>
        </w:tc>
      </w:tr>
      <w:tr w:rsidR="00DC7A3A" w:rsidRPr="00DC7A3A" w14:paraId="5DFE83A3" w14:textId="77777777" w:rsidTr="00DC7A3A">
        <w:trPr>
          <w:jc w:val="center"/>
        </w:trPr>
        <w:tc>
          <w:tcPr>
            <w:tcW w:w="810" w:type="dxa"/>
            <w:tcMar>
              <w:top w:w="90" w:type="dxa"/>
              <w:left w:w="120" w:type="dxa"/>
              <w:bottom w:w="90" w:type="dxa"/>
              <w:right w:w="120" w:type="dxa"/>
            </w:tcMar>
            <w:vAlign w:val="center"/>
          </w:tcPr>
          <w:p w14:paraId="7222ECED" w14:textId="77777777" w:rsidR="00BC43C6" w:rsidRPr="00DC7A3A" w:rsidRDefault="00000000">
            <w:r w:rsidRPr="00DC7A3A">
              <w:t>6</w:t>
            </w:r>
          </w:p>
        </w:tc>
        <w:tc>
          <w:tcPr>
            <w:tcW w:w="4086" w:type="dxa"/>
            <w:tcMar>
              <w:top w:w="90" w:type="dxa"/>
              <w:left w:w="120" w:type="dxa"/>
              <w:bottom w:w="90" w:type="dxa"/>
              <w:right w:w="120" w:type="dxa"/>
            </w:tcMar>
            <w:vAlign w:val="center"/>
          </w:tcPr>
          <w:p w14:paraId="40E83C1B" w14:textId="77777777" w:rsidR="00BC43C6" w:rsidRPr="00DC7A3A" w:rsidRDefault="00000000">
            <w:r w:rsidRPr="00DC7A3A">
              <w:t>GAD-7</w:t>
            </w:r>
          </w:p>
        </w:tc>
        <w:tc>
          <w:tcPr>
            <w:tcW w:w="2448" w:type="dxa"/>
            <w:tcMar>
              <w:top w:w="90" w:type="dxa"/>
              <w:left w:w="120" w:type="dxa"/>
              <w:bottom w:w="90" w:type="dxa"/>
              <w:right w:w="120" w:type="dxa"/>
            </w:tcMar>
            <w:vAlign w:val="center"/>
          </w:tcPr>
          <w:p w14:paraId="2856A2F7" w14:textId="77777777" w:rsidR="00BC43C6" w:rsidRPr="00DC7A3A" w:rsidRDefault="00000000">
            <w:r w:rsidRPr="00DC7A3A">
              <w:t>Assesses anxiety symptoms over the last two weeks</w:t>
            </w:r>
          </w:p>
        </w:tc>
        <w:tc>
          <w:tcPr>
            <w:tcW w:w="2448" w:type="dxa"/>
            <w:tcMar>
              <w:top w:w="90" w:type="dxa"/>
              <w:left w:w="120" w:type="dxa"/>
              <w:bottom w:w="90" w:type="dxa"/>
              <w:right w:w="120" w:type="dxa"/>
            </w:tcMar>
            <w:vAlign w:val="center"/>
          </w:tcPr>
          <w:p w14:paraId="1EB69854" w14:textId="77777777" w:rsidR="00BC43C6" w:rsidRPr="00DC7A3A" w:rsidRDefault="00000000">
            <w:r w:rsidRPr="00DC7A3A">
              <w:t>Completed respondent-ready appendix</w:t>
            </w:r>
          </w:p>
        </w:tc>
      </w:tr>
    </w:tbl>
    <w:p w14:paraId="080CFC1B" w14:textId="77777777" w:rsidR="00BC43C6" w:rsidRPr="00DC7A3A" w:rsidRDefault="00BC43C6"/>
    <w:p w14:paraId="766FF8DC" w14:textId="77777777" w:rsidR="00CC7298" w:rsidRPr="00DC7A3A" w:rsidRDefault="00CC7298">
      <w:pPr>
        <w:rPr>
          <w:rFonts w:asciiTheme="majorHAnsi" w:eastAsiaTheme="majorEastAsia" w:hAnsiTheme="majorHAnsi" w:cstheme="majorBidi"/>
          <w:b/>
          <w:bCs/>
          <w:sz w:val="28"/>
          <w:szCs w:val="28"/>
        </w:rPr>
      </w:pPr>
      <w:r w:rsidRPr="00DC7A3A">
        <w:br w:type="page"/>
      </w:r>
    </w:p>
    <w:p w14:paraId="75303CE5" w14:textId="70B8A3C7" w:rsidR="00BC43C6" w:rsidRPr="00DC7A3A" w:rsidRDefault="00000000" w:rsidP="00CC7298">
      <w:pPr>
        <w:pStyle w:val="Heading1"/>
        <w:jc w:val="center"/>
        <w:rPr>
          <w:color w:val="auto"/>
        </w:rPr>
      </w:pPr>
      <w:r w:rsidRPr="00DC7A3A">
        <w:rPr>
          <w:color w:val="auto"/>
        </w:rPr>
        <w:lastRenderedPageBreak/>
        <w:t>Appendix B. Demographic and Academic Information Form</w:t>
      </w:r>
    </w:p>
    <w:p w14:paraId="569D1A05" w14:textId="77777777" w:rsidR="00BC43C6" w:rsidRPr="00DC7A3A" w:rsidRDefault="00000000">
      <w:r w:rsidRPr="00DC7A3A">
        <w:rPr>
          <w:b/>
        </w:rPr>
        <w:t xml:space="preserve">Instructions to participants. </w:t>
      </w:r>
      <w:r w:rsidRPr="00DC7A3A">
        <w:t>Please answer the following questions by selecting the response that best describes you. All responses are confidential and will be used for research purposes only.</w:t>
      </w:r>
    </w:p>
    <w:p w14:paraId="63FC2355" w14:textId="77777777" w:rsidR="00BC43C6" w:rsidRPr="00DC7A3A" w:rsidRDefault="00000000">
      <w:pPr>
        <w:pStyle w:val="ListNumber"/>
        <w:spacing w:after="40"/>
      </w:pPr>
      <w:r w:rsidRPr="00DC7A3A">
        <w:rPr>
          <w:b/>
        </w:rPr>
        <w:t xml:space="preserve">1. Age </w:t>
      </w:r>
      <w:r w:rsidRPr="00DC7A3A">
        <w:t>_____ years</w:t>
      </w:r>
    </w:p>
    <w:p w14:paraId="5AE454D6" w14:textId="77777777" w:rsidR="00BC43C6" w:rsidRPr="00DC7A3A" w:rsidRDefault="00000000">
      <w:pPr>
        <w:pStyle w:val="ListNumber"/>
        <w:spacing w:after="40"/>
      </w:pPr>
      <w:r w:rsidRPr="00DC7A3A">
        <w:rPr>
          <w:b/>
        </w:rPr>
        <w:t xml:space="preserve">2. Gender </w:t>
      </w:r>
      <w:r w:rsidRPr="00DC7A3A">
        <w:t>□ Male    □ Female    □ Prefer not to say</w:t>
      </w:r>
    </w:p>
    <w:p w14:paraId="0497713C" w14:textId="77777777" w:rsidR="00BC43C6" w:rsidRPr="00DC7A3A" w:rsidRDefault="00000000">
      <w:pPr>
        <w:pStyle w:val="ListNumber"/>
        <w:spacing w:after="40"/>
      </w:pPr>
      <w:r w:rsidRPr="00DC7A3A">
        <w:rPr>
          <w:b/>
        </w:rPr>
        <w:t xml:space="preserve">3. University </w:t>
      </w:r>
      <w:r w:rsidRPr="00DC7A3A">
        <w:t>____________________________________________</w:t>
      </w:r>
    </w:p>
    <w:p w14:paraId="40DFB5F5" w14:textId="77777777" w:rsidR="00BC43C6" w:rsidRPr="00DC7A3A" w:rsidRDefault="00000000">
      <w:pPr>
        <w:pStyle w:val="ListNumber"/>
        <w:spacing w:after="40"/>
      </w:pPr>
      <w:r w:rsidRPr="00DC7A3A">
        <w:rPr>
          <w:b/>
        </w:rPr>
        <w:t xml:space="preserve">4. College / Major </w:t>
      </w:r>
      <w:r w:rsidRPr="00DC7A3A">
        <w:t>____________________________________________</w:t>
      </w:r>
    </w:p>
    <w:p w14:paraId="61544374" w14:textId="77777777" w:rsidR="00BC43C6" w:rsidRPr="00DC7A3A" w:rsidRDefault="00000000">
      <w:pPr>
        <w:pStyle w:val="ListNumber"/>
        <w:spacing w:after="40"/>
      </w:pPr>
      <w:r w:rsidRPr="00DC7A3A">
        <w:rPr>
          <w:b/>
        </w:rPr>
        <w:t xml:space="preserve">5. Academic year </w:t>
      </w:r>
      <w:r w:rsidRPr="00DC7A3A">
        <w:t>□ First year    □ Second year    □ Third year    □ Fourth year    □ Fifth year or above</w:t>
      </w:r>
    </w:p>
    <w:p w14:paraId="78ACB5F8" w14:textId="77777777" w:rsidR="00BC43C6" w:rsidRPr="00DC7A3A" w:rsidRDefault="00000000">
      <w:pPr>
        <w:pStyle w:val="ListNumber"/>
        <w:spacing w:after="40"/>
      </w:pPr>
      <w:r w:rsidRPr="00DC7A3A">
        <w:rPr>
          <w:b/>
        </w:rPr>
        <w:t xml:space="preserve">6. Marital status </w:t>
      </w:r>
      <w:r w:rsidRPr="00DC7A3A">
        <w:t>□ Single    □ Married    □ Divorced    □ Widowed    □ Prefer not to say</w:t>
      </w:r>
    </w:p>
    <w:p w14:paraId="14CDDC77" w14:textId="77777777" w:rsidR="00BC43C6" w:rsidRPr="00DC7A3A" w:rsidRDefault="00000000">
      <w:pPr>
        <w:pStyle w:val="ListNumber"/>
        <w:spacing w:after="40"/>
      </w:pPr>
      <w:r w:rsidRPr="00DC7A3A">
        <w:rPr>
          <w:b/>
        </w:rPr>
        <w:t xml:space="preserve">7. Region of residence </w:t>
      </w:r>
      <w:r w:rsidRPr="00DC7A3A">
        <w:t>□ Central    □ Eastern    □ Western    □ Northern    □ Southern    □ Other: ___________</w:t>
      </w:r>
    </w:p>
    <w:p w14:paraId="388F6DF7" w14:textId="77777777" w:rsidR="00BC43C6" w:rsidRPr="00DC7A3A" w:rsidRDefault="00000000">
      <w:pPr>
        <w:pStyle w:val="ListNumber"/>
        <w:spacing w:after="40"/>
      </w:pPr>
      <w:r w:rsidRPr="00DC7A3A">
        <w:rPr>
          <w:b/>
        </w:rPr>
        <w:t xml:space="preserve">8. Have you previously received psychological counseling? </w:t>
      </w:r>
      <w:r w:rsidRPr="00DC7A3A">
        <w:t>□ Yes    □ No</w:t>
      </w:r>
    </w:p>
    <w:p w14:paraId="717A6110" w14:textId="77777777" w:rsidR="00BC43C6" w:rsidRPr="00DC7A3A" w:rsidRDefault="00000000">
      <w:pPr>
        <w:pStyle w:val="ListNumber"/>
        <w:spacing w:after="40"/>
      </w:pPr>
      <w:r w:rsidRPr="00DC7A3A">
        <w:rPr>
          <w:b/>
        </w:rPr>
        <w:t xml:space="preserve">9. Have you ever been diagnosed with a psychological disorder by a health professional? </w:t>
      </w:r>
      <w:r w:rsidRPr="00DC7A3A">
        <w:t>□ Yes    □ No    □ Prefer not to answer</w:t>
      </w:r>
    </w:p>
    <w:p w14:paraId="7EEA95D3" w14:textId="77777777" w:rsidR="00BC43C6" w:rsidRPr="00DC7A3A" w:rsidRDefault="00000000">
      <w:pPr>
        <w:pStyle w:val="ListNumber"/>
        <w:spacing w:after="40"/>
      </w:pPr>
      <w:r w:rsidRPr="00DC7A3A">
        <w:rPr>
          <w:b/>
        </w:rPr>
        <w:t xml:space="preserve">10. Are you currently taking psychotropic medication? </w:t>
      </w:r>
      <w:r w:rsidRPr="00DC7A3A">
        <w:t>□ Yes    □ No    □ Prefer not to answer</w:t>
      </w:r>
    </w:p>
    <w:p w14:paraId="0882B8F7" w14:textId="77777777" w:rsidR="00BC43C6" w:rsidRPr="00DC7A3A" w:rsidRDefault="00000000">
      <w:pPr>
        <w:pStyle w:val="ListNumber"/>
        <w:spacing w:after="40"/>
      </w:pPr>
      <w:r w:rsidRPr="00DC7A3A">
        <w:rPr>
          <w:b/>
        </w:rPr>
        <w:t xml:space="preserve">11. If yes, and you wish to specify, please name the medication or treatment type. </w:t>
      </w:r>
      <w:r w:rsidRPr="00DC7A3A">
        <w:t>____________________________________________</w:t>
      </w:r>
    </w:p>
    <w:p w14:paraId="19FE9235" w14:textId="77777777" w:rsidR="00BC43C6" w:rsidRPr="00DC7A3A" w:rsidRDefault="00BC43C6"/>
    <w:p w14:paraId="650AF728" w14:textId="77777777" w:rsidR="00CC7298" w:rsidRPr="00DC7A3A" w:rsidRDefault="00CC7298">
      <w:pPr>
        <w:rPr>
          <w:rFonts w:asciiTheme="majorHAnsi" w:eastAsiaTheme="majorEastAsia" w:hAnsiTheme="majorHAnsi" w:cstheme="majorBidi"/>
          <w:b/>
          <w:bCs/>
          <w:sz w:val="28"/>
          <w:szCs w:val="28"/>
        </w:rPr>
      </w:pPr>
      <w:r w:rsidRPr="00DC7A3A">
        <w:br w:type="page"/>
      </w:r>
    </w:p>
    <w:p w14:paraId="563BB0C0" w14:textId="446EADB6" w:rsidR="00BC43C6" w:rsidRPr="00DC7A3A" w:rsidRDefault="00000000" w:rsidP="00CC7298">
      <w:pPr>
        <w:pStyle w:val="Heading1"/>
        <w:jc w:val="center"/>
        <w:rPr>
          <w:color w:val="auto"/>
        </w:rPr>
      </w:pPr>
      <w:r w:rsidRPr="00DC7A3A">
        <w:rPr>
          <w:color w:val="auto"/>
        </w:rPr>
        <w:lastRenderedPageBreak/>
        <w:t>Appendix C. Violent Event Exposure Screening Form</w:t>
      </w:r>
    </w:p>
    <w:p w14:paraId="4AF8AA1D" w14:textId="77777777" w:rsidR="00BC43C6" w:rsidRPr="00DC7A3A" w:rsidRDefault="00000000">
      <w:r w:rsidRPr="00DC7A3A">
        <w:rPr>
          <w:b/>
        </w:rPr>
        <w:t xml:space="preserve">Instructions to participants. </w:t>
      </w:r>
      <w:r w:rsidRPr="00DC7A3A">
        <w:t>Below is a list of violent or threatening events. For each event, indicate whether it has never happened to you, whether you witnessed it happen to someone else, or whether it happened to you directly.</w:t>
      </w:r>
    </w:p>
    <w:tbl>
      <w:tblPr>
        <w:tblStyle w:val="TableGrid"/>
        <w:tblW w:w="0" w:type="auto"/>
        <w:jc w:val="center"/>
        <w:tblLook w:val="04A0" w:firstRow="1" w:lastRow="0" w:firstColumn="1" w:lastColumn="0" w:noHBand="0" w:noVBand="1"/>
      </w:tblPr>
      <w:tblGrid>
        <w:gridCol w:w="900"/>
        <w:gridCol w:w="3991"/>
        <w:gridCol w:w="2445"/>
        <w:gridCol w:w="2446"/>
      </w:tblGrid>
      <w:tr w:rsidR="00DC7A3A" w:rsidRPr="00DC7A3A" w14:paraId="5BF64CC0" w14:textId="77777777" w:rsidTr="00DC7A3A">
        <w:trPr>
          <w:tblHeader/>
          <w:jc w:val="center"/>
        </w:trPr>
        <w:tc>
          <w:tcPr>
            <w:tcW w:w="900" w:type="dxa"/>
            <w:shd w:val="clear" w:color="auto" w:fill="D9EAF7"/>
            <w:tcMar>
              <w:top w:w="90" w:type="dxa"/>
              <w:left w:w="120" w:type="dxa"/>
              <w:bottom w:w="90" w:type="dxa"/>
              <w:right w:w="120" w:type="dxa"/>
            </w:tcMar>
          </w:tcPr>
          <w:p w14:paraId="40A2F7BF" w14:textId="77777777" w:rsidR="00BC43C6" w:rsidRPr="00DC7A3A" w:rsidRDefault="00000000">
            <w:r w:rsidRPr="00DC7A3A">
              <w:rPr>
                <w:b/>
              </w:rPr>
              <w:t>No.</w:t>
            </w:r>
          </w:p>
        </w:tc>
        <w:tc>
          <w:tcPr>
            <w:tcW w:w="3996" w:type="dxa"/>
            <w:shd w:val="clear" w:color="auto" w:fill="D9EAF7"/>
            <w:tcMar>
              <w:top w:w="90" w:type="dxa"/>
              <w:left w:w="120" w:type="dxa"/>
              <w:bottom w:w="90" w:type="dxa"/>
              <w:right w:w="120" w:type="dxa"/>
            </w:tcMar>
          </w:tcPr>
          <w:p w14:paraId="470732BA" w14:textId="77777777" w:rsidR="00BC43C6" w:rsidRPr="00DC7A3A" w:rsidRDefault="00000000">
            <w:r w:rsidRPr="00DC7A3A">
              <w:rPr>
                <w:b/>
              </w:rPr>
              <w:t>Event</w:t>
            </w:r>
          </w:p>
        </w:tc>
        <w:tc>
          <w:tcPr>
            <w:tcW w:w="2448" w:type="dxa"/>
            <w:shd w:val="clear" w:color="auto" w:fill="D9EAF7"/>
            <w:tcMar>
              <w:top w:w="90" w:type="dxa"/>
              <w:left w:w="120" w:type="dxa"/>
              <w:bottom w:w="90" w:type="dxa"/>
              <w:right w:w="120" w:type="dxa"/>
            </w:tcMar>
          </w:tcPr>
          <w:p w14:paraId="7A31E953" w14:textId="77777777" w:rsidR="00BC43C6" w:rsidRPr="00DC7A3A" w:rsidRDefault="00000000">
            <w:r w:rsidRPr="00DC7A3A">
              <w:rPr>
                <w:b/>
              </w:rPr>
              <w:t>0 = No, never</w:t>
            </w:r>
          </w:p>
        </w:tc>
        <w:tc>
          <w:tcPr>
            <w:tcW w:w="2448" w:type="dxa"/>
            <w:shd w:val="clear" w:color="auto" w:fill="D9EAF7"/>
            <w:tcMar>
              <w:top w:w="90" w:type="dxa"/>
              <w:left w:w="120" w:type="dxa"/>
              <w:bottom w:w="90" w:type="dxa"/>
              <w:right w:w="120" w:type="dxa"/>
            </w:tcMar>
          </w:tcPr>
          <w:p w14:paraId="67D11A99" w14:textId="77777777" w:rsidR="00BC43C6" w:rsidRPr="00DC7A3A" w:rsidRDefault="00000000">
            <w:r w:rsidRPr="00DC7A3A">
              <w:rPr>
                <w:b/>
              </w:rPr>
              <w:t>1 = Witnessed / 2 = Happened to me directly</w:t>
            </w:r>
          </w:p>
        </w:tc>
      </w:tr>
      <w:tr w:rsidR="00DC7A3A" w:rsidRPr="00DC7A3A" w14:paraId="3CF1DBDA" w14:textId="77777777" w:rsidTr="00DC7A3A">
        <w:trPr>
          <w:jc w:val="center"/>
        </w:trPr>
        <w:tc>
          <w:tcPr>
            <w:tcW w:w="900" w:type="dxa"/>
            <w:tcMar>
              <w:top w:w="90" w:type="dxa"/>
              <w:left w:w="120" w:type="dxa"/>
              <w:bottom w:w="90" w:type="dxa"/>
              <w:right w:w="120" w:type="dxa"/>
            </w:tcMar>
            <w:vAlign w:val="center"/>
          </w:tcPr>
          <w:p w14:paraId="12EB548B" w14:textId="77777777" w:rsidR="00BC43C6" w:rsidRPr="00DC7A3A" w:rsidRDefault="00000000">
            <w:r w:rsidRPr="00DC7A3A">
              <w:t>1</w:t>
            </w:r>
          </w:p>
        </w:tc>
        <w:tc>
          <w:tcPr>
            <w:tcW w:w="3996" w:type="dxa"/>
            <w:tcMar>
              <w:top w:w="90" w:type="dxa"/>
              <w:left w:w="120" w:type="dxa"/>
              <w:bottom w:w="90" w:type="dxa"/>
              <w:right w:w="120" w:type="dxa"/>
            </w:tcMar>
            <w:vAlign w:val="center"/>
          </w:tcPr>
          <w:p w14:paraId="69171676" w14:textId="77777777" w:rsidR="00BC43C6" w:rsidRPr="00DC7A3A" w:rsidRDefault="00000000">
            <w:r w:rsidRPr="00DC7A3A">
              <w:t>Physical assault or beating</w:t>
            </w:r>
          </w:p>
        </w:tc>
        <w:tc>
          <w:tcPr>
            <w:tcW w:w="2448" w:type="dxa"/>
            <w:tcMar>
              <w:top w:w="90" w:type="dxa"/>
              <w:left w:w="120" w:type="dxa"/>
              <w:bottom w:w="90" w:type="dxa"/>
              <w:right w:w="120" w:type="dxa"/>
            </w:tcMar>
            <w:vAlign w:val="center"/>
          </w:tcPr>
          <w:p w14:paraId="35C58F06" w14:textId="77777777" w:rsidR="00BC43C6" w:rsidRPr="00DC7A3A" w:rsidRDefault="00000000">
            <w:r w:rsidRPr="00DC7A3A">
              <w:t>□ 0</w:t>
            </w:r>
          </w:p>
        </w:tc>
        <w:tc>
          <w:tcPr>
            <w:tcW w:w="2448" w:type="dxa"/>
            <w:tcMar>
              <w:top w:w="90" w:type="dxa"/>
              <w:left w:w="120" w:type="dxa"/>
              <w:bottom w:w="90" w:type="dxa"/>
              <w:right w:w="120" w:type="dxa"/>
            </w:tcMar>
            <w:vAlign w:val="center"/>
          </w:tcPr>
          <w:p w14:paraId="770CB111" w14:textId="77777777" w:rsidR="00BC43C6" w:rsidRPr="00DC7A3A" w:rsidRDefault="00000000">
            <w:r w:rsidRPr="00DC7A3A">
              <w:t>□ 1    □ 2</w:t>
            </w:r>
          </w:p>
        </w:tc>
      </w:tr>
      <w:tr w:rsidR="00DC7A3A" w:rsidRPr="00DC7A3A" w14:paraId="1B020FB8" w14:textId="77777777" w:rsidTr="00DC7A3A">
        <w:trPr>
          <w:jc w:val="center"/>
        </w:trPr>
        <w:tc>
          <w:tcPr>
            <w:tcW w:w="900" w:type="dxa"/>
            <w:tcMar>
              <w:top w:w="90" w:type="dxa"/>
              <w:left w:w="120" w:type="dxa"/>
              <w:bottom w:w="90" w:type="dxa"/>
              <w:right w:w="120" w:type="dxa"/>
            </w:tcMar>
            <w:vAlign w:val="center"/>
          </w:tcPr>
          <w:p w14:paraId="258C0BA5" w14:textId="77777777" w:rsidR="00BC43C6" w:rsidRPr="00DC7A3A" w:rsidRDefault="00000000">
            <w:r w:rsidRPr="00DC7A3A">
              <w:t>2</w:t>
            </w:r>
          </w:p>
        </w:tc>
        <w:tc>
          <w:tcPr>
            <w:tcW w:w="3996" w:type="dxa"/>
            <w:tcMar>
              <w:top w:w="90" w:type="dxa"/>
              <w:left w:w="120" w:type="dxa"/>
              <w:bottom w:w="90" w:type="dxa"/>
              <w:right w:w="120" w:type="dxa"/>
            </w:tcMar>
            <w:vAlign w:val="center"/>
          </w:tcPr>
          <w:p w14:paraId="08A77D6E" w14:textId="77777777" w:rsidR="00BC43C6" w:rsidRPr="00DC7A3A" w:rsidRDefault="00000000">
            <w:r w:rsidRPr="00DC7A3A">
              <w:t>Sexual assault or unwanted sexual violence</w:t>
            </w:r>
          </w:p>
        </w:tc>
        <w:tc>
          <w:tcPr>
            <w:tcW w:w="2448" w:type="dxa"/>
            <w:tcMar>
              <w:top w:w="90" w:type="dxa"/>
              <w:left w:w="120" w:type="dxa"/>
              <w:bottom w:w="90" w:type="dxa"/>
              <w:right w:w="120" w:type="dxa"/>
            </w:tcMar>
            <w:vAlign w:val="center"/>
          </w:tcPr>
          <w:p w14:paraId="1C839930" w14:textId="77777777" w:rsidR="00BC43C6" w:rsidRPr="00DC7A3A" w:rsidRDefault="00000000">
            <w:r w:rsidRPr="00DC7A3A">
              <w:t>□ 0</w:t>
            </w:r>
          </w:p>
        </w:tc>
        <w:tc>
          <w:tcPr>
            <w:tcW w:w="2448" w:type="dxa"/>
            <w:tcMar>
              <w:top w:w="90" w:type="dxa"/>
              <w:left w:w="120" w:type="dxa"/>
              <w:bottom w:w="90" w:type="dxa"/>
              <w:right w:w="120" w:type="dxa"/>
            </w:tcMar>
            <w:vAlign w:val="center"/>
          </w:tcPr>
          <w:p w14:paraId="7F989110" w14:textId="77777777" w:rsidR="00BC43C6" w:rsidRPr="00DC7A3A" w:rsidRDefault="00000000">
            <w:r w:rsidRPr="00DC7A3A">
              <w:t>□ 1    □ 2</w:t>
            </w:r>
          </w:p>
        </w:tc>
      </w:tr>
      <w:tr w:rsidR="00DC7A3A" w:rsidRPr="00DC7A3A" w14:paraId="6A03D731" w14:textId="77777777" w:rsidTr="00DC7A3A">
        <w:trPr>
          <w:jc w:val="center"/>
        </w:trPr>
        <w:tc>
          <w:tcPr>
            <w:tcW w:w="900" w:type="dxa"/>
            <w:tcMar>
              <w:top w:w="90" w:type="dxa"/>
              <w:left w:w="120" w:type="dxa"/>
              <w:bottom w:w="90" w:type="dxa"/>
              <w:right w:w="120" w:type="dxa"/>
            </w:tcMar>
            <w:vAlign w:val="center"/>
          </w:tcPr>
          <w:p w14:paraId="3921D7E4" w14:textId="77777777" w:rsidR="00BC43C6" w:rsidRPr="00DC7A3A" w:rsidRDefault="00000000">
            <w:r w:rsidRPr="00DC7A3A">
              <w:t>3</w:t>
            </w:r>
          </w:p>
        </w:tc>
        <w:tc>
          <w:tcPr>
            <w:tcW w:w="3996" w:type="dxa"/>
            <w:tcMar>
              <w:top w:w="90" w:type="dxa"/>
              <w:left w:w="120" w:type="dxa"/>
              <w:bottom w:w="90" w:type="dxa"/>
              <w:right w:w="120" w:type="dxa"/>
            </w:tcMar>
            <w:vAlign w:val="center"/>
          </w:tcPr>
          <w:p w14:paraId="62641BB2" w14:textId="77777777" w:rsidR="00BC43C6" w:rsidRPr="00DC7A3A" w:rsidRDefault="00000000">
            <w:r w:rsidRPr="00DC7A3A">
              <w:t>Domestic violence in the family</w:t>
            </w:r>
          </w:p>
        </w:tc>
        <w:tc>
          <w:tcPr>
            <w:tcW w:w="2448" w:type="dxa"/>
            <w:tcMar>
              <w:top w:w="90" w:type="dxa"/>
              <w:left w:w="120" w:type="dxa"/>
              <w:bottom w:w="90" w:type="dxa"/>
              <w:right w:w="120" w:type="dxa"/>
            </w:tcMar>
            <w:vAlign w:val="center"/>
          </w:tcPr>
          <w:p w14:paraId="35875BA6" w14:textId="77777777" w:rsidR="00BC43C6" w:rsidRPr="00DC7A3A" w:rsidRDefault="00000000">
            <w:r w:rsidRPr="00DC7A3A">
              <w:t>□ 0</w:t>
            </w:r>
          </w:p>
        </w:tc>
        <w:tc>
          <w:tcPr>
            <w:tcW w:w="2448" w:type="dxa"/>
            <w:tcMar>
              <w:top w:w="90" w:type="dxa"/>
              <w:left w:w="120" w:type="dxa"/>
              <w:bottom w:w="90" w:type="dxa"/>
              <w:right w:w="120" w:type="dxa"/>
            </w:tcMar>
            <w:vAlign w:val="center"/>
          </w:tcPr>
          <w:p w14:paraId="24D3BCEF" w14:textId="77777777" w:rsidR="00BC43C6" w:rsidRPr="00DC7A3A" w:rsidRDefault="00000000">
            <w:r w:rsidRPr="00DC7A3A">
              <w:t>□ 1    □ 2</w:t>
            </w:r>
          </w:p>
        </w:tc>
      </w:tr>
      <w:tr w:rsidR="00DC7A3A" w:rsidRPr="00DC7A3A" w14:paraId="75F263AE" w14:textId="77777777" w:rsidTr="00DC7A3A">
        <w:trPr>
          <w:jc w:val="center"/>
        </w:trPr>
        <w:tc>
          <w:tcPr>
            <w:tcW w:w="900" w:type="dxa"/>
            <w:tcMar>
              <w:top w:w="90" w:type="dxa"/>
              <w:left w:w="120" w:type="dxa"/>
              <w:bottom w:w="90" w:type="dxa"/>
              <w:right w:w="120" w:type="dxa"/>
            </w:tcMar>
            <w:vAlign w:val="center"/>
          </w:tcPr>
          <w:p w14:paraId="30635FBF" w14:textId="77777777" w:rsidR="00BC43C6" w:rsidRPr="00DC7A3A" w:rsidRDefault="00000000">
            <w:r w:rsidRPr="00DC7A3A">
              <w:t>4</w:t>
            </w:r>
          </w:p>
        </w:tc>
        <w:tc>
          <w:tcPr>
            <w:tcW w:w="3996" w:type="dxa"/>
            <w:tcMar>
              <w:top w:w="90" w:type="dxa"/>
              <w:left w:w="120" w:type="dxa"/>
              <w:bottom w:w="90" w:type="dxa"/>
              <w:right w:w="120" w:type="dxa"/>
            </w:tcMar>
            <w:vAlign w:val="center"/>
          </w:tcPr>
          <w:p w14:paraId="6F5D0045" w14:textId="77777777" w:rsidR="00BC43C6" w:rsidRPr="00DC7A3A" w:rsidRDefault="00000000">
            <w:r w:rsidRPr="00DC7A3A">
              <w:t>Severe bullying involving threat of physical harm</w:t>
            </w:r>
          </w:p>
        </w:tc>
        <w:tc>
          <w:tcPr>
            <w:tcW w:w="2448" w:type="dxa"/>
            <w:tcMar>
              <w:top w:w="90" w:type="dxa"/>
              <w:left w:w="120" w:type="dxa"/>
              <w:bottom w:w="90" w:type="dxa"/>
              <w:right w:w="120" w:type="dxa"/>
            </w:tcMar>
            <w:vAlign w:val="center"/>
          </w:tcPr>
          <w:p w14:paraId="5DE047C2" w14:textId="77777777" w:rsidR="00BC43C6" w:rsidRPr="00DC7A3A" w:rsidRDefault="00000000">
            <w:r w:rsidRPr="00DC7A3A">
              <w:t>□ 0</w:t>
            </w:r>
          </w:p>
        </w:tc>
        <w:tc>
          <w:tcPr>
            <w:tcW w:w="2448" w:type="dxa"/>
            <w:tcMar>
              <w:top w:w="90" w:type="dxa"/>
              <w:left w:w="120" w:type="dxa"/>
              <w:bottom w:w="90" w:type="dxa"/>
              <w:right w:w="120" w:type="dxa"/>
            </w:tcMar>
            <w:vAlign w:val="center"/>
          </w:tcPr>
          <w:p w14:paraId="002DBE83" w14:textId="77777777" w:rsidR="00BC43C6" w:rsidRPr="00DC7A3A" w:rsidRDefault="00000000">
            <w:r w:rsidRPr="00DC7A3A">
              <w:t>□ 1    □ 2</w:t>
            </w:r>
          </w:p>
        </w:tc>
      </w:tr>
      <w:tr w:rsidR="00DC7A3A" w:rsidRPr="00DC7A3A" w14:paraId="30E7AF02" w14:textId="77777777" w:rsidTr="00DC7A3A">
        <w:trPr>
          <w:jc w:val="center"/>
        </w:trPr>
        <w:tc>
          <w:tcPr>
            <w:tcW w:w="900" w:type="dxa"/>
            <w:tcMar>
              <w:top w:w="90" w:type="dxa"/>
              <w:left w:w="120" w:type="dxa"/>
              <w:bottom w:w="90" w:type="dxa"/>
              <w:right w:w="120" w:type="dxa"/>
            </w:tcMar>
            <w:vAlign w:val="center"/>
          </w:tcPr>
          <w:p w14:paraId="6EE6FDF9" w14:textId="77777777" w:rsidR="00BC43C6" w:rsidRPr="00DC7A3A" w:rsidRDefault="00000000">
            <w:r w:rsidRPr="00DC7A3A">
              <w:t>5</w:t>
            </w:r>
          </w:p>
        </w:tc>
        <w:tc>
          <w:tcPr>
            <w:tcW w:w="3996" w:type="dxa"/>
            <w:tcMar>
              <w:top w:w="90" w:type="dxa"/>
              <w:left w:w="120" w:type="dxa"/>
              <w:bottom w:w="90" w:type="dxa"/>
              <w:right w:w="120" w:type="dxa"/>
            </w:tcMar>
            <w:vAlign w:val="center"/>
          </w:tcPr>
          <w:p w14:paraId="2EAA3A1C" w14:textId="77777777" w:rsidR="00BC43C6" w:rsidRPr="00DC7A3A" w:rsidRDefault="00000000">
            <w:r w:rsidRPr="00DC7A3A">
              <w:t>Armed violence or exposure to weapons</w:t>
            </w:r>
          </w:p>
        </w:tc>
        <w:tc>
          <w:tcPr>
            <w:tcW w:w="2448" w:type="dxa"/>
            <w:tcMar>
              <w:top w:w="90" w:type="dxa"/>
              <w:left w:w="120" w:type="dxa"/>
              <w:bottom w:w="90" w:type="dxa"/>
              <w:right w:w="120" w:type="dxa"/>
            </w:tcMar>
            <w:vAlign w:val="center"/>
          </w:tcPr>
          <w:p w14:paraId="5384195D" w14:textId="77777777" w:rsidR="00BC43C6" w:rsidRPr="00DC7A3A" w:rsidRDefault="00000000">
            <w:r w:rsidRPr="00DC7A3A">
              <w:t>□ 0</w:t>
            </w:r>
          </w:p>
        </w:tc>
        <w:tc>
          <w:tcPr>
            <w:tcW w:w="2448" w:type="dxa"/>
            <w:tcMar>
              <w:top w:w="90" w:type="dxa"/>
              <w:left w:w="120" w:type="dxa"/>
              <w:bottom w:w="90" w:type="dxa"/>
              <w:right w:w="120" w:type="dxa"/>
            </w:tcMar>
            <w:vAlign w:val="center"/>
          </w:tcPr>
          <w:p w14:paraId="0DCDF2C9" w14:textId="77777777" w:rsidR="00BC43C6" w:rsidRPr="00DC7A3A" w:rsidRDefault="00000000">
            <w:r w:rsidRPr="00DC7A3A">
              <w:t>□ 1    □ 2</w:t>
            </w:r>
          </w:p>
        </w:tc>
      </w:tr>
      <w:tr w:rsidR="00DC7A3A" w:rsidRPr="00DC7A3A" w14:paraId="47BDAF6B" w14:textId="77777777" w:rsidTr="00DC7A3A">
        <w:trPr>
          <w:jc w:val="center"/>
        </w:trPr>
        <w:tc>
          <w:tcPr>
            <w:tcW w:w="900" w:type="dxa"/>
            <w:tcMar>
              <w:top w:w="90" w:type="dxa"/>
              <w:left w:w="120" w:type="dxa"/>
              <w:bottom w:w="90" w:type="dxa"/>
              <w:right w:w="120" w:type="dxa"/>
            </w:tcMar>
            <w:vAlign w:val="center"/>
          </w:tcPr>
          <w:p w14:paraId="4331BD16" w14:textId="77777777" w:rsidR="00BC43C6" w:rsidRPr="00DC7A3A" w:rsidRDefault="00000000">
            <w:r w:rsidRPr="00DC7A3A">
              <w:t>6</w:t>
            </w:r>
          </w:p>
        </w:tc>
        <w:tc>
          <w:tcPr>
            <w:tcW w:w="3996" w:type="dxa"/>
            <w:tcMar>
              <w:top w:w="90" w:type="dxa"/>
              <w:left w:w="120" w:type="dxa"/>
              <w:bottom w:w="90" w:type="dxa"/>
              <w:right w:w="120" w:type="dxa"/>
            </w:tcMar>
            <w:vAlign w:val="center"/>
          </w:tcPr>
          <w:p w14:paraId="662FDB44" w14:textId="77777777" w:rsidR="00BC43C6" w:rsidRPr="00DC7A3A" w:rsidRDefault="00000000">
            <w:r w:rsidRPr="00DC7A3A">
              <w:t>Witnessing serious injury or killing</w:t>
            </w:r>
          </w:p>
        </w:tc>
        <w:tc>
          <w:tcPr>
            <w:tcW w:w="2448" w:type="dxa"/>
            <w:tcMar>
              <w:top w:w="90" w:type="dxa"/>
              <w:left w:w="120" w:type="dxa"/>
              <w:bottom w:w="90" w:type="dxa"/>
              <w:right w:w="120" w:type="dxa"/>
            </w:tcMar>
            <w:vAlign w:val="center"/>
          </w:tcPr>
          <w:p w14:paraId="54FBBD95" w14:textId="77777777" w:rsidR="00BC43C6" w:rsidRPr="00DC7A3A" w:rsidRDefault="00000000">
            <w:r w:rsidRPr="00DC7A3A">
              <w:t>□ 0</w:t>
            </w:r>
          </w:p>
        </w:tc>
        <w:tc>
          <w:tcPr>
            <w:tcW w:w="2448" w:type="dxa"/>
            <w:tcMar>
              <w:top w:w="90" w:type="dxa"/>
              <w:left w:w="120" w:type="dxa"/>
              <w:bottom w:w="90" w:type="dxa"/>
              <w:right w:w="120" w:type="dxa"/>
            </w:tcMar>
            <w:vAlign w:val="center"/>
          </w:tcPr>
          <w:p w14:paraId="58A4DCF6" w14:textId="77777777" w:rsidR="00BC43C6" w:rsidRPr="00DC7A3A" w:rsidRDefault="00000000">
            <w:r w:rsidRPr="00DC7A3A">
              <w:t>□ 1    □ 2</w:t>
            </w:r>
          </w:p>
        </w:tc>
      </w:tr>
      <w:tr w:rsidR="00DC7A3A" w:rsidRPr="00DC7A3A" w14:paraId="07E992F9" w14:textId="77777777" w:rsidTr="00DC7A3A">
        <w:trPr>
          <w:jc w:val="center"/>
        </w:trPr>
        <w:tc>
          <w:tcPr>
            <w:tcW w:w="900" w:type="dxa"/>
            <w:tcMar>
              <w:top w:w="90" w:type="dxa"/>
              <w:left w:w="120" w:type="dxa"/>
              <w:bottom w:w="90" w:type="dxa"/>
              <w:right w:w="120" w:type="dxa"/>
            </w:tcMar>
            <w:vAlign w:val="center"/>
          </w:tcPr>
          <w:p w14:paraId="52FF84D8" w14:textId="77777777" w:rsidR="00BC43C6" w:rsidRPr="00DC7A3A" w:rsidRDefault="00000000">
            <w:r w:rsidRPr="00DC7A3A">
              <w:t>7</w:t>
            </w:r>
          </w:p>
        </w:tc>
        <w:tc>
          <w:tcPr>
            <w:tcW w:w="3996" w:type="dxa"/>
            <w:tcMar>
              <w:top w:w="90" w:type="dxa"/>
              <w:left w:w="120" w:type="dxa"/>
              <w:bottom w:w="90" w:type="dxa"/>
              <w:right w:w="120" w:type="dxa"/>
            </w:tcMar>
            <w:vAlign w:val="center"/>
          </w:tcPr>
          <w:p w14:paraId="2F983EAB" w14:textId="77777777" w:rsidR="00BC43C6" w:rsidRPr="00DC7A3A" w:rsidRDefault="00000000">
            <w:r w:rsidRPr="00DC7A3A">
              <w:t>Threats of serious harm from another person</w:t>
            </w:r>
          </w:p>
        </w:tc>
        <w:tc>
          <w:tcPr>
            <w:tcW w:w="2448" w:type="dxa"/>
            <w:tcMar>
              <w:top w:w="90" w:type="dxa"/>
              <w:left w:w="120" w:type="dxa"/>
              <w:bottom w:w="90" w:type="dxa"/>
              <w:right w:w="120" w:type="dxa"/>
            </w:tcMar>
            <w:vAlign w:val="center"/>
          </w:tcPr>
          <w:p w14:paraId="7EA8E4AF" w14:textId="77777777" w:rsidR="00BC43C6" w:rsidRPr="00DC7A3A" w:rsidRDefault="00000000">
            <w:r w:rsidRPr="00DC7A3A">
              <w:t>□ 0</w:t>
            </w:r>
          </w:p>
        </w:tc>
        <w:tc>
          <w:tcPr>
            <w:tcW w:w="2448" w:type="dxa"/>
            <w:tcMar>
              <w:top w:w="90" w:type="dxa"/>
              <w:left w:w="120" w:type="dxa"/>
              <w:bottom w:w="90" w:type="dxa"/>
              <w:right w:w="120" w:type="dxa"/>
            </w:tcMar>
            <w:vAlign w:val="center"/>
          </w:tcPr>
          <w:p w14:paraId="305A011D" w14:textId="77777777" w:rsidR="00BC43C6" w:rsidRPr="00DC7A3A" w:rsidRDefault="00000000">
            <w:r w:rsidRPr="00DC7A3A">
              <w:t>□ 1    □ 2</w:t>
            </w:r>
          </w:p>
        </w:tc>
      </w:tr>
      <w:tr w:rsidR="00DC7A3A" w:rsidRPr="00DC7A3A" w14:paraId="1C4CC7DB" w14:textId="77777777" w:rsidTr="00DC7A3A">
        <w:trPr>
          <w:jc w:val="center"/>
        </w:trPr>
        <w:tc>
          <w:tcPr>
            <w:tcW w:w="900" w:type="dxa"/>
            <w:tcMar>
              <w:top w:w="90" w:type="dxa"/>
              <w:left w:w="120" w:type="dxa"/>
              <w:bottom w:w="90" w:type="dxa"/>
              <w:right w:w="120" w:type="dxa"/>
            </w:tcMar>
            <w:vAlign w:val="center"/>
          </w:tcPr>
          <w:p w14:paraId="26B82157" w14:textId="77777777" w:rsidR="00BC43C6" w:rsidRPr="00DC7A3A" w:rsidRDefault="00000000">
            <w:r w:rsidRPr="00DC7A3A">
              <w:t>8</w:t>
            </w:r>
          </w:p>
        </w:tc>
        <w:tc>
          <w:tcPr>
            <w:tcW w:w="3996" w:type="dxa"/>
            <w:tcMar>
              <w:top w:w="90" w:type="dxa"/>
              <w:left w:w="120" w:type="dxa"/>
              <w:bottom w:w="90" w:type="dxa"/>
              <w:right w:w="120" w:type="dxa"/>
            </w:tcMar>
            <w:vAlign w:val="center"/>
          </w:tcPr>
          <w:p w14:paraId="00E3DA01" w14:textId="77777777" w:rsidR="00BC43C6" w:rsidRPr="00DC7A3A" w:rsidRDefault="00000000">
            <w:r w:rsidRPr="00DC7A3A">
              <w:t>Violent robbery or kidnapping attempt</w:t>
            </w:r>
          </w:p>
        </w:tc>
        <w:tc>
          <w:tcPr>
            <w:tcW w:w="2448" w:type="dxa"/>
            <w:tcMar>
              <w:top w:w="90" w:type="dxa"/>
              <w:left w:w="120" w:type="dxa"/>
              <w:bottom w:w="90" w:type="dxa"/>
              <w:right w:w="120" w:type="dxa"/>
            </w:tcMar>
            <w:vAlign w:val="center"/>
          </w:tcPr>
          <w:p w14:paraId="402F1235" w14:textId="77777777" w:rsidR="00BC43C6" w:rsidRPr="00DC7A3A" w:rsidRDefault="00000000">
            <w:r w:rsidRPr="00DC7A3A">
              <w:t>□ 0</w:t>
            </w:r>
          </w:p>
        </w:tc>
        <w:tc>
          <w:tcPr>
            <w:tcW w:w="2448" w:type="dxa"/>
            <w:tcMar>
              <w:top w:w="90" w:type="dxa"/>
              <w:left w:w="120" w:type="dxa"/>
              <w:bottom w:w="90" w:type="dxa"/>
              <w:right w:w="120" w:type="dxa"/>
            </w:tcMar>
            <w:vAlign w:val="center"/>
          </w:tcPr>
          <w:p w14:paraId="68DA5DC9" w14:textId="77777777" w:rsidR="00BC43C6" w:rsidRPr="00DC7A3A" w:rsidRDefault="00000000">
            <w:r w:rsidRPr="00DC7A3A">
              <w:t>□ 1    □ 2</w:t>
            </w:r>
          </w:p>
        </w:tc>
      </w:tr>
      <w:tr w:rsidR="00DC7A3A" w:rsidRPr="00DC7A3A" w14:paraId="2E45E645" w14:textId="77777777" w:rsidTr="00DC7A3A">
        <w:trPr>
          <w:jc w:val="center"/>
        </w:trPr>
        <w:tc>
          <w:tcPr>
            <w:tcW w:w="900" w:type="dxa"/>
            <w:tcMar>
              <w:top w:w="90" w:type="dxa"/>
              <w:left w:w="120" w:type="dxa"/>
              <w:bottom w:w="90" w:type="dxa"/>
              <w:right w:w="120" w:type="dxa"/>
            </w:tcMar>
            <w:vAlign w:val="center"/>
          </w:tcPr>
          <w:p w14:paraId="489BDC3F" w14:textId="77777777" w:rsidR="00BC43C6" w:rsidRPr="00DC7A3A" w:rsidRDefault="00000000">
            <w:r w:rsidRPr="00DC7A3A">
              <w:t>9</w:t>
            </w:r>
          </w:p>
        </w:tc>
        <w:tc>
          <w:tcPr>
            <w:tcW w:w="3996" w:type="dxa"/>
            <w:tcMar>
              <w:top w:w="90" w:type="dxa"/>
              <w:left w:w="120" w:type="dxa"/>
              <w:bottom w:w="90" w:type="dxa"/>
              <w:right w:w="120" w:type="dxa"/>
            </w:tcMar>
            <w:vAlign w:val="center"/>
          </w:tcPr>
          <w:p w14:paraId="1E5D45DD" w14:textId="77777777" w:rsidR="00BC43C6" w:rsidRPr="00DC7A3A" w:rsidRDefault="00000000">
            <w:r w:rsidRPr="00DC7A3A">
              <w:t>Repeated intimidation by a person known to you</w:t>
            </w:r>
          </w:p>
        </w:tc>
        <w:tc>
          <w:tcPr>
            <w:tcW w:w="2448" w:type="dxa"/>
            <w:tcMar>
              <w:top w:w="90" w:type="dxa"/>
              <w:left w:w="120" w:type="dxa"/>
              <w:bottom w:w="90" w:type="dxa"/>
              <w:right w:w="120" w:type="dxa"/>
            </w:tcMar>
            <w:vAlign w:val="center"/>
          </w:tcPr>
          <w:p w14:paraId="7B4DF51D" w14:textId="77777777" w:rsidR="00BC43C6" w:rsidRPr="00DC7A3A" w:rsidRDefault="00000000">
            <w:r w:rsidRPr="00DC7A3A">
              <w:t>□ 0</w:t>
            </w:r>
          </w:p>
        </w:tc>
        <w:tc>
          <w:tcPr>
            <w:tcW w:w="2448" w:type="dxa"/>
            <w:tcMar>
              <w:top w:w="90" w:type="dxa"/>
              <w:left w:w="120" w:type="dxa"/>
              <w:bottom w:w="90" w:type="dxa"/>
              <w:right w:w="120" w:type="dxa"/>
            </w:tcMar>
            <w:vAlign w:val="center"/>
          </w:tcPr>
          <w:p w14:paraId="78C164D3" w14:textId="77777777" w:rsidR="00BC43C6" w:rsidRPr="00DC7A3A" w:rsidRDefault="00000000">
            <w:r w:rsidRPr="00DC7A3A">
              <w:t>□ 1    □ 2</w:t>
            </w:r>
          </w:p>
        </w:tc>
      </w:tr>
      <w:tr w:rsidR="00DC7A3A" w:rsidRPr="00DC7A3A" w14:paraId="41D58CD7" w14:textId="77777777" w:rsidTr="00DC7A3A">
        <w:trPr>
          <w:jc w:val="center"/>
        </w:trPr>
        <w:tc>
          <w:tcPr>
            <w:tcW w:w="900" w:type="dxa"/>
            <w:tcMar>
              <w:top w:w="90" w:type="dxa"/>
              <w:left w:w="120" w:type="dxa"/>
              <w:bottom w:w="90" w:type="dxa"/>
              <w:right w:w="120" w:type="dxa"/>
            </w:tcMar>
            <w:vAlign w:val="center"/>
          </w:tcPr>
          <w:p w14:paraId="4A9FA308" w14:textId="77777777" w:rsidR="00BC43C6" w:rsidRPr="00DC7A3A" w:rsidRDefault="00000000">
            <w:r w:rsidRPr="00DC7A3A">
              <w:t>10</w:t>
            </w:r>
          </w:p>
        </w:tc>
        <w:tc>
          <w:tcPr>
            <w:tcW w:w="3996" w:type="dxa"/>
            <w:tcMar>
              <w:top w:w="90" w:type="dxa"/>
              <w:left w:w="120" w:type="dxa"/>
              <w:bottom w:w="90" w:type="dxa"/>
              <w:right w:w="120" w:type="dxa"/>
            </w:tcMar>
            <w:vAlign w:val="center"/>
          </w:tcPr>
          <w:p w14:paraId="693E4C0F" w14:textId="77777777" w:rsidR="00BC43C6" w:rsidRPr="00DC7A3A" w:rsidRDefault="00000000">
            <w:r w:rsidRPr="00DC7A3A">
              <w:t>Another violent event not listed above (please specify below)</w:t>
            </w:r>
          </w:p>
        </w:tc>
        <w:tc>
          <w:tcPr>
            <w:tcW w:w="2448" w:type="dxa"/>
            <w:tcMar>
              <w:top w:w="90" w:type="dxa"/>
              <w:left w:w="120" w:type="dxa"/>
              <w:bottom w:w="90" w:type="dxa"/>
              <w:right w:w="120" w:type="dxa"/>
            </w:tcMar>
            <w:vAlign w:val="center"/>
          </w:tcPr>
          <w:p w14:paraId="15F8D9B5" w14:textId="77777777" w:rsidR="00BC43C6" w:rsidRPr="00DC7A3A" w:rsidRDefault="00000000">
            <w:r w:rsidRPr="00DC7A3A">
              <w:t>□ 0</w:t>
            </w:r>
          </w:p>
        </w:tc>
        <w:tc>
          <w:tcPr>
            <w:tcW w:w="2448" w:type="dxa"/>
            <w:tcMar>
              <w:top w:w="90" w:type="dxa"/>
              <w:left w:w="120" w:type="dxa"/>
              <w:bottom w:w="90" w:type="dxa"/>
              <w:right w:w="120" w:type="dxa"/>
            </w:tcMar>
            <w:vAlign w:val="center"/>
          </w:tcPr>
          <w:p w14:paraId="06C4AAB5" w14:textId="77777777" w:rsidR="00BC43C6" w:rsidRPr="00DC7A3A" w:rsidRDefault="00000000">
            <w:r w:rsidRPr="00DC7A3A">
              <w:t>□ 1    □ 2</w:t>
            </w:r>
          </w:p>
        </w:tc>
      </w:tr>
    </w:tbl>
    <w:p w14:paraId="3888D897" w14:textId="77777777" w:rsidR="00BC43C6" w:rsidRPr="00DC7A3A" w:rsidRDefault="00000000">
      <w:proofErr w:type="gramStart"/>
      <w:r w:rsidRPr="00DC7A3A">
        <w:t>Other</w:t>
      </w:r>
      <w:proofErr w:type="gramEnd"/>
      <w:r w:rsidRPr="00DC7A3A">
        <w:t xml:space="preserve"> violent event, if applicable: _________________________________________________</w:t>
      </w:r>
    </w:p>
    <w:p w14:paraId="74E9F371" w14:textId="77777777" w:rsidR="00BC43C6" w:rsidRPr="00DC7A3A" w:rsidRDefault="00000000">
      <w:pPr>
        <w:pStyle w:val="Heading2"/>
        <w:rPr>
          <w:color w:val="auto"/>
        </w:rPr>
      </w:pPr>
      <w:r w:rsidRPr="00DC7A3A">
        <w:rPr>
          <w:color w:val="auto"/>
        </w:rPr>
        <w:t>Follow-up questions for the most distressing event</w:t>
      </w:r>
    </w:p>
    <w:p w14:paraId="4E2D270B" w14:textId="77777777" w:rsidR="00BC43C6" w:rsidRPr="00DC7A3A" w:rsidRDefault="00000000">
      <w:pPr>
        <w:pStyle w:val="ListNumber"/>
      </w:pPr>
      <w:r w:rsidRPr="00DC7A3A">
        <w:t>1. Which event currently disturbs you the most? ____________________________________________</w:t>
      </w:r>
    </w:p>
    <w:p w14:paraId="353FA78A" w14:textId="77777777" w:rsidR="00BC43C6" w:rsidRPr="00DC7A3A" w:rsidRDefault="00000000">
      <w:pPr>
        <w:pStyle w:val="ListNumber"/>
      </w:pPr>
      <w:r w:rsidRPr="00DC7A3A">
        <w:t>2. Did this event happen once or more than once?  □ Once    □ More than once</w:t>
      </w:r>
    </w:p>
    <w:p w14:paraId="660B2B1A" w14:textId="77777777" w:rsidR="00BC43C6" w:rsidRPr="00DC7A3A" w:rsidRDefault="00000000">
      <w:pPr>
        <w:pStyle w:val="ListNumber"/>
      </w:pPr>
      <w:r w:rsidRPr="00DC7A3A">
        <w:t>3. How long ago did the event occur?  □ Within the last month    □ 1–6 months ago    □ 6–12 months ago    □ More than one year ago</w:t>
      </w:r>
    </w:p>
    <w:p w14:paraId="558179B5" w14:textId="77777777" w:rsidR="00BC43C6" w:rsidRPr="00DC7A3A" w:rsidRDefault="00000000">
      <w:pPr>
        <w:pStyle w:val="ListNumber"/>
      </w:pPr>
      <w:r w:rsidRPr="00DC7A3A">
        <w:t>4. Was the event committed by:  □ Stranger    □ Acquaintance    □ Family member    □ Other: ___________</w:t>
      </w:r>
    </w:p>
    <w:p w14:paraId="6326F8DB" w14:textId="77777777" w:rsidR="00BC43C6" w:rsidRPr="00DC7A3A" w:rsidRDefault="00000000">
      <w:pPr>
        <w:pStyle w:val="ListNumber"/>
      </w:pPr>
      <w:r w:rsidRPr="00DC7A3A">
        <w:t>5. Did you receive medical, legal, or psychological support after the event?  □ Yes    □ No</w:t>
      </w:r>
    </w:p>
    <w:p w14:paraId="0D8EFE39" w14:textId="77777777" w:rsidR="00DC7A3A" w:rsidRDefault="00DC7A3A">
      <w:pPr>
        <w:rPr>
          <w:rFonts w:asciiTheme="majorHAnsi" w:eastAsiaTheme="majorEastAsia" w:hAnsiTheme="majorHAnsi" w:cstheme="majorBidi"/>
          <w:b/>
          <w:bCs/>
          <w:sz w:val="28"/>
          <w:szCs w:val="28"/>
        </w:rPr>
      </w:pPr>
      <w:r>
        <w:br w:type="page"/>
      </w:r>
    </w:p>
    <w:p w14:paraId="6CA2C53C" w14:textId="69F24005" w:rsidR="00BC43C6" w:rsidRPr="00DC7A3A" w:rsidRDefault="00000000" w:rsidP="00CC7298">
      <w:pPr>
        <w:pStyle w:val="Heading1"/>
        <w:jc w:val="center"/>
        <w:rPr>
          <w:color w:val="auto"/>
        </w:rPr>
      </w:pPr>
      <w:r w:rsidRPr="00DC7A3A">
        <w:rPr>
          <w:color w:val="auto"/>
        </w:rPr>
        <w:lastRenderedPageBreak/>
        <w:t>Appendix D. Cognitive Avoidance Questionnaire (CAQ): Administration Sheet</w:t>
      </w:r>
    </w:p>
    <w:p w14:paraId="3B759059" w14:textId="77777777" w:rsidR="00BC43C6" w:rsidRPr="00DC7A3A" w:rsidRDefault="00000000">
      <w:r w:rsidRPr="00DC7A3A">
        <w:rPr>
          <w:b/>
        </w:rPr>
        <w:t xml:space="preserve">Copyright and source note. </w:t>
      </w:r>
      <w:r w:rsidRPr="00DC7A3A">
        <w:t>The CAQ is a standardized published instrument. This appendix provides a respondent-ready response sheet and scoring framework. Insert the authorized English or Arabic item wording from the official source or licensed translation before field use.</w:t>
      </w:r>
    </w:p>
    <w:p w14:paraId="282F826C" w14:textId="77777777" w:rsidR="00BC43C6" w:rsidRPr="00DC7A3A" w:rsidRDefault="00000000">
      <w:r w:rsidRPr="00DC7A3A">
        <w:rPr>
          <w:b/>
        </w:rPr>
        <w:t xml:space="preserve">Response options. </w:t>
      </w:r>
      <w:r w:rsidRPr="00DC7A3A">
        <w:t>1 = Not at all like me; 2 = Slightly like me; 3 = Moderately like me; 4 = Very much like me; 5 = Always like me.</w:t>
      </w:r>
    </w:p>
    <w:tbl>
      <w:tblPr>
        <w:tblStyle w:val="TableGrid"/>
        <w:tblW w:w="0" w:type="auto"/>
        <w:jc w:val="center"/>
        <w:tblLook w:val="04A0" w:firstRow="1" w:lastRow="0" w:firstColumn="1" w:lastColumn="0" w:noHBand="0" w:noVBand="1"/>
      </w:tblPr>
      <w:tblGrid>
        <w:gridCol w:w="1079"/>
        <w:gridCol w:w="5484"/>
        <w:gridCol w:w="3219"/>
      </w:tblGrid>
      <w:tr w:rsidR="00DC7A3A" w:rsidRPr="00DC7A3A" w14:paraId="0E06E3B1" w14:textId="77777777" w:rsidTr="004744A8">
        <w:trPr>
          <w:tblHeader/>
          <w:jc w:val="center"/>
        </w:trPr>
        <w:tc>
          <w:tcPr>
            <w:tcW w:w="1080" w:type="dxa"/>
            <w:shd w:val="clear" w:color="auto" w:fill="D9EAF7"/>
            <w:tcMar>
              <w:top w:w="90" w:type="dxa"/>
              <w:left w:w="120" w:type="dxa"/>
              <w:bottom w:w="90" w:type="dxa"/>
              <w:right w:w="120" w:type="dxa"/>
            </w:tcMar>
          </w:tcPr>
          <w:p w14:paraId="41AB25C7" w14:textId="77777777" w:rsidR="00BC43C6" w:rsidRPr="00DC7A3A" w:rsidRDefault="00000000">
            <w:r w:rsidRPr="00DC7A3A">
              <w:rPr>
                <w:b/>
              </w:rPr>
              <w:t>Item No.</w:t>
            </w:r>
          </w:p>
        </w:tc>
        <w:tc>
          <w:tcPr>
            <w:tcW w:w="5490" w:type="dxa"/>
            <w:shd w:val="clear" w:color="auto" w:fill="D9EAF7"/>
            <w:tcMar>
              <w:top w:w="90" w:type="dxa"/>
              <w:left w:w="120" w:type="dxa"/>
              <w:bottom w:w="90" w:type="dxa"/>
              <w:right w:w="120" w:type="dxa"/>
            </w:tcMar>
          </w:tcPr>
          <w:p w14:paraId="5DD51424" w14:textId="77777777" w:rsidR="00BC43C6" w:rsidRPr="00DC7A3A" w:rsidRDefault="00000000">
            <w:r w:rsidRPr="00DC7A3A">
              <w:rPr>
                <w:b/>
              </w:rPr>
              <w:t>Authorized item text to be inserted</w:t>
            </w:r>
          </w:p>
        </w:tc>
        <w:tc>
          <w:tcPr>
            <w:tcW w:w="3222" w:type="dxa"/>
            <w:shd w:val="clear" w:color="auto" w:fill="D9EAF7"/>
            <w:tcMar>
              <w:top w:w="90" w:type="dxa"/>
              <w:left w:w="120" w:type="dxa"/>
              <w:bottom w:w="90" w:type="dxa"/>
              <w:right w:w="120" w:type="dxa"/>
            </w:tcMar>
          </w:tcPr>
          <w:p w14:paraId="5272828B" w14:textId="77777777" w:rsidR="00BC43C6" w:rsidRPr="00DC7A3A" w:rsidRDefault="00000000" w:rsidP="00DC7A3A">
            <w:pPr>
              <w:jc w:val="center"/>
            </w:pPr>
            <w:r w:rsidRPr="00DC7A3A">
              <w:rPr>
                <w:b/>
              </w:rPr>
              <w:t>Response (1–5)</w:t>
            </w:r>
          </w:p>
        </w:tc>
      </w:tr>
      <w:tr w:rsidR="004744A8" w:rsidRPr="00DC7A3A" w14:paraId="063E6E09" w14:textId="77777777" w:rsidTr="004744A8">
        <w:trPr>
          <w:jc w:val="center"/>
        </w:trPr>
        <w:tc>
          <w:tcPr>
            <w:tcW w:w="1080" w:type="dxa"/>
            <w:tcMar>
              <w:top w:w="90" w:type="dxa"/>
              <w:left w:w="120" w:type="dxa"/>
              <w:bottom w:w="90" w:type="dxa"/>
              <w:right w:w="120" w:type="dxa"/>
            </w:tcMar>
            <w:vAlign w:val="center"/>
          </w:tcPr>
          <w:p w14:paraId="3959C4EF" w14:textId="77777777" w:rsidR="004744A8" w:rsidRPr="00DC7A3A" w:rsidRDefault="004744A8" w:rsidP="004744A8">
            <w:r w:rsidRPr="00DC7A3A">
              <w:t>1</w:t>
            </w:r>
          </w:p>
        </w:tc>
        <w:tc>
          <w:tcPr>
            <w:tcW w:w="5490" w:type="dxa"/>
            <w:tcMar>
              <w:top w:w="90" w:type="dxa"/>
              <w:left w:w="120" w:type="dxa"/>
              <w:bottom w:w="90" w:type="dxa"/>
              <w:right w:w="120" w:type="dxa"/>
            </w:tcMar>
            <w:vAlign w:val="center"/>
          </w:tcPr>
          <w:p w14:paraId="43E4D12D" w14:textId="3A4BE1E3" w:rsidR="004744A8" w:rsidRPr="00DC7A3A" w:rsidRDefault="004744A8" w:rsidP="004744A8">
            <w:r>
              <w:t>There are things that I would rather not think about.</w:t>
            </w:r>
          </w:p>
        </w:tc>
        <w:tc>
          <w:tcPr>
            <w:tcW w:w="3222" w:type="dxa"/>
            <w:tcMar>
              <w:top w:w="90" w:type="dxa"/>
              <w:left w:w="120" w:type="dxa"/>
              <w:bottom w:w="90" w:type="dxa"/>
              <w:right w:w="120" w:type="dxa"/>
            </w:tcMar>
            <w:vAlign w:val="center"/>
          </w:tcPr>
          <w:p w14:paraId="3C3988B5" w14:textId="77777777" w:rsidR="004744A8" w:rsidRPr="00DC7A3A" w:rsidRDefault="004744A8" w:rsidP="004744A8">
            <w:pPr>
              <w:jc w:val="center"/>
            </w:pPr>
            <w:r w:rsidRPr="00DC7A3A">
              <w:t>□1  □2  □3  □4  □5</w:t>
            </w:r>
          </w:p>
        </w:tc>
      </w:tr>
      <w:tr w:rsidR="004744A8" w:rsidRPr="00DC7A3A" w14:paraId="5DD1CB0B" w14:textId="77777777" w:rsidTr="004744A8">
        <w:trPr>
          <w:jc w:val="center"/>
        </w:trPr>
        <w:tc>
          <w:tcPr>
            <w:tcW w:w="1080" w:type="dxa"/>
            <w:tcMar>
              <w:top w:w="90" w:type="dxa"/>
              <w:left w:w="120" w:type="dxa"/>
              <w:bottom w:w="90" w:type="dxa"/>
              <w:right w:w="120" w:type="dxa"/>
            </w:tcMar>
            <w:vAlign w:val="center"/>
          </w:tcPr>
          <w:p w14:paraId="2410006D" w14:textId="77777777" w:rsidR="004744A8" w:rsidRPr="00DC7A3A" w:rsidRDefault="004744A8" w:rsidP="004744A8">
            <w:r w:rsidRPr="00DC7A3A">
              <w:t>2</w:t>
            </w:r>
          </w:p>
        </w:tc>
        <w:tc>
          <w:tcPr>
            <w:tcW w:w="5490" w:type="dxa"/>
            <w:tcMar>
              <w:top w:w="90" w:type="dxa"/>
              <w:left w:w="120" w:type="dxa"/>
              <w:bottom w:w="90" w:type="dxa"/>
              <w:right w:w="120" w:type="dxa"/>
            </w:tcMar>
            <w:vAlign w:val="center"/>
          </w:tcPr>
          <w:p w14:paraId="14ED0F12" w14:textId="17EC6638" w:rsidR="004744A8" w:rsidRPr="00DC7A3A" w:rsidRDefault="004744A8" w:rsidP="004744A8">
            <w:r>
              <w:t>I avoid certain situations that lead me to pay attention to things I do not want to think about.</w:t>
            </w:r>
          </w:p>
        </w:tc>
        <w:tc>
          <w:tcPr>
            <w:tcW w:w="3222" w:type="dxa"/>
            <w:tcMar>
              <w:top w:w="90" w:type="dxa"/>
              <w:left w:w="120" w:type="dxa"/>
              <w:bottom w:w="90" w:type="dxa"/>
              <w:right w:w="120" w:type="dxa"/>
            </w:tcMar>
            <w:vAlign w:val="center"/>
          </w:tcPr>
          <w:p w14:paraId="6567E53A" w14:textId="77777777" w:rsidR="004744A8" w:rsidRPr="00DC7A3A" w:rsidRDefault="004744A8" w:rsidP="004744A8">
            <w:pPr>
              <w:jc w:val="center"/>
            </w:pPr>
            <w:r w:rsidRPr="00DC7A3A">
              <w:t>□1  □2  □3  □4  □5</w:t>
            </w:r>
          </w:p>
        </w:tc>
      </w:tr>
      <w:tr w:rsidR="004744A8" w:rsidRPr="00DC7A3A" w14:paraId="1FB36776" w14:textId="77777777" w:rsidTr="004744A8">
        <w:trPr>
          <w:jc w:val="center"/>
        </w:trPr>
        <w:tc>
          <w:tcPr>
            <w:tcW w:w="1080" w:type="dxa"/>
            <w:tcMar>
              <w:top w:w="90" w:type="dxa"/>
              <w:left w:w="120" w:type="dxa"/>
              <w:bottom w:w="90" w:type="dxa"/>
              <w:right w:w="120" w:type="dxa"/>
            </w:tcMar>
            <w:vAlign w:val="center"/>
          </w:tcPr>
          <w:p w14:paraId="54675131" w14:textId="77777777" w:rsidR="004744A8" w:rsidRPr="00DC7A3A" w:rsidRDefault="004744A8" w:rsidP="004744A8">
            <w:r w:rsidRPr="00DC7A3A">
              <w:t>3</w:t>
            </w:r>
          </w:p>
        </w:tc>
        <w:tc>
          <w:tcPr>
            <w:tcW w:w="5490" w:type="dxa"/>
            <w:tcMar>
              <w:top w:w="90" w:type="dxa"/>
              <w:left w:w="120" w:type="dxa"/>
              <w:bottom w:w="90" w:type="dxa"/>
              <w:right w:w="120" w:type="dxa"/>
            </w:tcMar>
            <w:vAlign w:val="center"/>
          </w:tcPr>
          <w:p w14:paraId="1AA2A9BB" w14:textId="00A4D2E0" w:rsidR="004744A8" w:rsidRPr="00DC7A3A" w:rsidRDefault="004744A8" w:rsidP="004744A8">
            <w:r>
              <w:t>I replace threatening mental images with things I say to myself in my mind.</w:t>
            </w:r>
          </w:p>
        </w:tc>
        <w:tc>
          <w:tcPr>
            <w:tcW w:w="3222" w:type="dxa"/>
            <w:tcMar>
              <w:top w:w="90" w:type="dxa"/>
              <w:left w:w="120" w:type="dxa"/>
              <w:bottom w:w="90" w:type="dxa"/>
              <w:right w:w="120" w:type="dxa"/>
            </w:tcMar>
            <w:vAlign w:val="center"/>
          </w:tcPr>
          <w:p w14:paraId="6D56381B" w14:textId="77777777" w:rsidR="004744A8" w:rsidRPr="00DC7A3A" w:rsidRDefault="004744A8" w:rsidP="004744A8">
            <w:pPr>
              <w:jc w:val="center"/>
            </w:pPr>
            <w:r w:rsidRPr="00DC7A3A">
              <w:t>□1  □2  □3  □4  □5</w:t>
            </w:r>
          </w:p>
        </w:tc>
      </w:tr>
      <w:tr w:rsidR="004744A8" w:rsidRPr="00DC7A3A" w14:paraId="2D192D53" w14:textId="77777777" w:rsidTr="004744A8">
        <w:trPr>
          <w:jc w:val="center"/>
        </w:trPr>
        <w:tc>
          <w:tcPr>
            <w:tcW w:w="1080" w:type="dxa"/>
            <w:tcMar>
              <w:top w:w="90" w:type="dxa"/>
              <w:left w:w="120" w:type="dxa"/>
              <w:bottom w:w="90" w:type="dxa"/>
              <w:right w:w="120" w:type="dxa"/>
            </w:tcMar>
            <w:vAlign w:val="center"/>
          </w:tcPr>
          <w:p w14:paraId="4094D2E3" w14:textId="77777777" w:rsidR="004744A8" w:rsidRPr="00DC7A3A" w:rsidRDefault="004744A8" w:rsidP="004744A8">
            <w:r w:rsidRPr="00DC7A3A">
              <w:t>4</w:t>
            </w:r>
          </w:p>
        </w:tc>
        <w:tc>
          <w:tcPr>
            <w:tcW w:w="5490" w:type="dxa"/>
            <w:tcMar>
              <w:top w:w="90" w:type="dxa"/>
              <w:left w:w="120" w:type="dxa"/>
              <w:bottom w:w="90" w:type="dxa"/>
              <w:right w:w="120" w:type="dxa"/>
            </w:tcMar>
            <w:vAlign w:val="center"/>
          </w:tcPr>
          <w:p w14:paraId="286B3112" w14:textId="35BB2790" w:rsidR="004744A8" w:rsidRPr="00DC7A3A" w:rsidRDefault="004744A8" w:rsidP="004744A8">
            <w:r>
              <w:t>I think about things that concern me as if they were occurring to someone else.</w:t>
            </w:r>
          </w:p>
        </w:tc>
        <w:tc>
          <w:tcPr>
            <w:tcW w:w="3222" w:type="dxa"/>
            <w:tcMar>
              <w:top w:w="90" w:type="dxa"/>
              <w:left w:w="120" w:type="dxa"/>
              <w:bottom w:w="90" w:type="dxa"/>
              <w:right w:w="120" w:type="dxa"/>
            </w:tcMar>
            <w:vAlign w:val="center"/>
          </w:tcPr>
          <w:p w14:paraId="33465AE1" w14:textId="77777777" w:rsidR="004744A8" w:rsidRPr="00DC7A3A" w:rsidRDefault="004744A8" w:rsidP="004744A8">
            <w:pPr>
              <w:jc w:val="center"/>
            </w:pPr>
            <w:r w:rsidRPr="00DC7A3A">
              <w:t>□1  □2  □3  □4  □5</w:t>
            </w:r>
          </w:p>
        </w:tc>
      </w:tr>
      <w:tr w:rsidR="004744A8" w:rsidRPr="00DC7A3A" w14:paraId="080B29F0" w14:textId="77777777" w:rsidTr="004744A8">
        <w:trPr>
          <w:jc w:val="center"/>
        </w:trPr>
        <w:tc>
          <w:tcPr>
            <w:tcW w:w="1080" w:type="dxa"/>
            <w:tcMar>
              <w:top w:w="90" w:type="dxa"/>
              <w:left w:w="120" w:type="dxa"/>
              <w:bottom w:w="90" w:type="dxa"/>
              <w:right w:w="120" w:type="dxa"/>
            </w:tcMar>
            <w:vAlign w:val="center"/>
          </w:tcPr>
          <w:p w14:paraId="39EC9CD9" w14:textId="77777777" w:rsidR="004744A8" w:rsidRPr="00DC7A3A" w:rsidRDefault="004744A8" w:rsidP="004744A8">
            <w:r w:rsidRPr="00DC7A3A">
              <w:t>5</w:t>
            </w:r>
          </w:p>
        </w:tc>
        <w:tc>
          <w:tcPr>
            <w:tcW w:w="5490" w:type="dxa"/>
            <w:tcMar>
              <w:top w:w="90" w:type="dxa"/>
              <w:left w:w="120" w:type="dxa"/>
              <w:bottom w:w="90" w:type="dxa"/>
              <w:right w:w="120" w:type="dxa"/>
            </w:tcMar>
            <w:vAlign w:val="center"/>
          </w:tcPr>
          <w:p w14:paraId="454A068D" w14:textId="04A001A2" w:rsidR="004744A8" w:rsidRPr="00DC7A3A" w:rsidRDefault="004744A8" w:rsidP="004744A8">
            <w:r>
              <w:t>I have thoughts that I try to avoid.</w:t>
            </w:r>
          </w:p>
        </w:tc>
        <w:tc>
          <w:tcPr>
            <w:tcW w:w="3222" w:type="dxa"/>
            <w:tcMar>
              <w:top w:w="90" w:type="dxa"/>
              <w:left w:w="120" w:type="dxa"/>
              <w:bottom w:w="90" w:type="dxa"/>
              <w:right w:w="120" w:type="dxa"/>
            </w:tcMar>
            <w:vAlign w:val="center"/>
          </w:tcPr>
          <w:p w14:paraId="43EA2145" w14:textId="77777777" w:rsidR="004744A8" w:rsidRPr="00DC7A3A" w:rsidRDefault="004744A8" w:rsidP="004744A8">
            <w:pPr>
              <w:jc w:val="center"/>
            </w:pPr>
            <w:r w:rsidRPr="00DC7A3A">
              <w:t>□1  □2  □3  □4  □5</w:t>
            </w:r>
          </w:p>
        </w:tc>
      </w:tr>
      <w:tr w:rsidR="004744A8" w:rsidRPr="00DC7A3A" w14:paraId="42A08A8C" w14:textId="77777777" w:rsidTr="004744A8">
        <w:trPr>
          <w:jc w:val="center"/>
        </w:trPr>
        <w:tc>
          <w:tcPr>
            <w:tcW w:w="1080" w:type="dxa"/>
            <w:tcMar>
              <w:top w:w="90" w:type="dxa"/>
              <w:left w:w="120" w:type="dxa"/>
              <w:bottom w:w="90" w:type="dxa"/>
              <w:right w:w="120" w:type="dxa"/>
            </w:tcMar>
            <w:vAlign w:val="center"/>
          </w:tcPr>
          <w:p w14:paraId="2F5495CF" w14:textId="77777777" w:rsidR="004744A8" w:rsidRPr="00DC7A3A" w:rsidRDefault="004744A8" w:rsidP="004744A8">
            <w:r w:rsidRPr="00DC7A3A">
              <w:t>6</w:t>
            </w:r>
          </w:p>
        </w:tc>
        <w:tc>
          <w:tcPr>
            <w:tcW w:w="5490" w:type="dxa"/>
            <w:tcMar>
              <w:top w:w="90" w:type="dxa"/>
              <w:left w:w="120" w:type="dxa"/>
              <w:bottom w:w="90" w:type="dxa"/>
              <w:right w:w="120" w:type="dxa"/>
            </w:tcMar>
            <w:vAlign w:val="center"/>
          </w:tcPr>
          <w:p w14:paraId="5B03F3D3" w14:textId="75586AD1" w:rsidR="004744A8" w:rsidRPr="00DC7A3A" w:rsidRDefault="004744A8" w:rsidP="004744A8">
            <w:r>
              <w:t>I try not to think about the most upsetting aspects of some situations so as not to be too afraid.</w:t>
            </w:r>
          </w:p>
        </w:tc>
        <w:tc>
          <w:tcPr>
            <w:tcW w:w="3222" w:type="dxa"/>
            <w:tcMar>
              <w:top w:w="90" w:type="dxa"/>
              <w:left w:w="120" w:type="dxa"/>
              <w:bottom w:w="90" w:type="dxa"/>
              <w:right w:w="120" w:type="dxa"/>
            </w:tcMar>
            <w:vAlign w:val="center"/>
          </w:tcPr>
          <w:p w14:paraId="41ADC663" w14:textId="77777777" w:rsidR="004744A8" w:rsidRPr="00DC7A3A" w:rsidRDefault="004744A8" w:rsidP="004744A8">
            <w:pPr>
              <w:jc w:val="center"/>
            </w:pPr>
            <w:r w:rsidRPr="00DC7A3A">
              <w:t>□1  □2  □3  □4  □5</w:t>
            </w:r>
          </w:p>
        </w:tc>
      </w:tr>
      <w:tr w:rsidR="004744A8" w:rsidRPr="00DC7A3A" w14:paraId="6E3AD00B" w14:textId="77777777" w:rsidTr="004744A8">
        <w:trPr>
          <w:jc w:val="center"/>
        </w:trPr>
        <w:tc>
          <w:tcPr>
            <w:tcW w:w="1080" w:type="dxa"/>
            <w:tcMar>
              <w:top w:w="90" w:type="dxa"/>
              <w:left w:w="120" w:type="dxa"/>
              <w:bottom w:w="90" w:type="dxa"/>
              <w:right w:w="120" w:type="dxa"/>
            </w:tcMar>
            <w:vAlign w:val="center"/>
          </w:tcPr>
          <w:p w14:paraId="23EFFABF" w14:textId="77777777" w:rsidR="004744A8" w:rsidRPr="00DC7A3A" w:rsidRDefault="004744A8" w:rsidP="004744A8">
            <w:r w:rsidRPr="00DC7A3A">
              <w:t>7</w:t>
            </w:r>
          </w:p>
        </w:tc>
        <w:tc>
          <w:tcPr>
            <w:tcW w:w="5490" w:type="dxa"/>
            <w:tcMar>
              <w:top w:w="90" w:type="dxa"/>
              <w:left w:w="120" w:type="dxa"/>
              <w:bottom w:w="90" w:type="dxa"/>
              <w:right w:w="120" w:type="dxa"/>
            </w:tcMar>
            <w:vAlign w:val="center"/>
          </w:tcPr>
          <w:p w14:paraId="48733BB7" w14:textId="0925146E" w:rsidR="004744A8" w:rsidRPr="00DC7A3A" w:rsidRDefault="004744A8" w:rsidP="004744A8">
            <w:r>
              <w:t>I sometimes avoid objects that can trigger upsetting thoughts.</w:t>
            </w:r>
          </w:p>
        </w:tc>
        <w:tc>
          <w:tcPr>
            <w:tcW w:w="3222" w:type="dxa"/>
            <w:tcMar>
              <w:top w:w="90" w:type="dxa"/>
              <w:left w:w="120" w:type="dxa"/>
              <w:bottom w:w="90" w:type="dxa"/>
              <w:right w:w="120" w:type="dxa"/>
            </w:tcMar>
            <w:vAlign w:val="center"/>
          </w:tcPr>
          <w:p w14:paraId="07C6BC84" w14:textId="77777777" w:rsidR="004744A8" w:rsidRPr="00DC7A3A" w:rsidRDefault="004744A8" w:rsidP="004744A8">
            <w:pPr>
              <w:jc w:val="center"/>
            </w:pPr>
            <w:r w:rsidRPr="00DC7A3A">
              <w:t>□1  □2  □3  □4  □5</w:t>
            </w:r>
          </w:p>
        </w:tc>
      </w:tr>
      <w:tr w:rsidR="004744A8" w:rsidRPr="00DC7A3A" w14:paraId="21D58AD4" w14:textId="77777777" w:rsidTr="004744A8">
        <w:trPr>
          <w:jc w:val="center"/>
        </w:trPr>
        <w:tc>
          <w:tcPr>
            <w:tcW w:w="1080" w:type="dxa"/>
            <w:tcMar>
              <w:top w:w="90" w:type="dxa"/>
              <w:left w:w="120" w:type="dxa"/>
              <w:bottom w:w="90" w:type="dxa"/>
              <w:right w:w="120" w:type="dxa"/>
            </w:tcMar>
            <w:vAlign w:val="center"/>
          </w:tcPr>
          <w:p w14:paraId="614C29C2" w14:textId="77777777" w:rsidR="004744A8" w:rsidRPr="00DC7A3A" w:rsidRDefault="004744A8" w:rsidP="004744A8">
            <w:r w:rsidRPr="00DC7A3A">
              <w:t>8</w:t>
            </w:r>
          </w:p>
        </w:tc>
        <w:tc>
          <w:tcPr>
            <w:tcW w:w="5490" w:type="dxa"/>
            <w:tcMar>
              <w:top w:w="90" w:type="dxa"/>
              <w:left w:w="120" w:type="dxa"/>
              <w:bottom w:w="90" w:type="dxa"/>
              <w:right w:w="120" w:type="dxa"/>
            </w:tcMar>
            <w:vAlign w:val="center"/>
          </w:tcPr>
          <w:p w14:paraId="41EAE9BE" w14:textId="45F0E612" w:rsidR="004744A8" w:rsidRPr="00DC7A3A" w:rsidRDefault="004744A8" w:rsidP="004744A8">
            <w:r>
              <w:t>I distract myself to avoid thinking about certain disturbing subjects.</w:t>
            </w:r>
          </w:p>
        </w:tc>
        <w:tc>
          <w:tcPr>
            <w:tcW w:w="3222" w:type="dxa"/>
            <w:tcMar>
              <w:top w:w="90" w:type="dxa"/>
              <w:left w:w="120" w:type="dxa"/>
              <w:bottom w:w="90" w:type="dxa"/>
              <w:right w:w="120" w:type="dxa"/>
            </w:tcMar>
            <w:vAlign w:val="center"/>
          </w:tcPr>
          <w:p w14:paraId="6C15F7EF" w14:textId="77777777" w:rsidR="004744A8" w:rsidRPr="00DC7A3A" w:rsidRDefault="004744A8" w:rsidP="004744A8">
            <w:pPr>
              <w:jc w:val="center"/>
            </w:pPr>
            <w:r w:rsidRPr="00DC7A3A">
              <w:t>□1  □2  □3  □4  □5</w:t>
            </w:r>
          </w:p>
        </w:tc>
      </w:tr>
      <w:tr w:rsidR="004744A8" w:rsidRPr="00DC7A3A" w14:paraId="70A14BB5" w14:textId="77777777" w:rsidTr="004744A8">
        <w:trPr>
          <w:jc w:val="center"/>
        </w:trPr>
        <w:tc>
          <w:tcPr>
            <w:tcW w:w="1080" w:type="dxa"/>
            <w:tcMar>
              <w:top w:w="90" w:type="dxa"/>
              <w:left w:w="120" w:type="dxa"/>
              <w:bottom w:w="90" w:type="dxa"/>
              <w:right w:w="120" w:type="dxa"/>
            </w:tcMar>
            <w:vAlign w:val="center"/>
          </w:tcPr>
          <w:p w14:paraId="183BBC5D" w14:textId="77777777" w:rsidR="004744A8" w:rsidRPr="00DC7A3A" w:rsidRDefault="004744A8" w:rsidP="004744A8">
            <w:r w:rsidRPr="00DC7A3A">
              <w:t>9</w:t>
            </w:r>
          </w:p>
        </w:tc>
        <w:tc>
          <w:tcPr>
            <w:tcW w:w="5490" w:type="dxa"/>
            <w:tcMar>
              <w:top w:w="90" w:type="dxa"/>
              <w:left w:w="120" w:type="dxa"/>
              <w:bottom w:w="90" w:type="dxa"/>
              <w:right w:w="120" w:type="dxa"/>
            </w:tcMar>
            <w:vAlign w:val="center"/>
          </w:tcPr>
          <w:p w14:paraId="46B5EAFD" w14:textId="1E58F772" w:rsidR="004744A8" w:rsidRPr="00DC7A3A" w:rsidRDefault="004744A8" w:rsidP="004744A8">
            <w:r>
              <w:t>I avoid people who make me think about things that I do not want to think about.</w:t>
            </w:r>
          </w:p>
        </w:tc>
        <w:tc>
          <w:tcPr>
            <w:tcW w:w="3222" w:type="dxa"/>
            <w:tcMar>
              <w:top w:w="90" w:type="dxa"/>
              <w:left w:w="120" w:type="dxa"/>
              <w:bottom w:w="90" w:type="dxa"/>
              <w:right w:w="120" w:type="dxa"/>
            </w:tcMar>
            <w:vAlign w:val="center"/>
          </w:tcPr>
          <w:p w14:paraId="4C04D662" w14:textId="77777777" w:rsidR="004744A8" w:rsidRPr="00DC7A3A" w:rsidRDefault="004744A8" w:rsidP="004744A8">
            <w:pPr>
              <w:jc w:val="center"/>
            </w:pPr>
            <w:r w:rsidRPr="00DC7A3A">
              <w:t>□1  □2  □3  □4  □5</w:t>
            </w:r>
          </w:p>
        </w:tc>
      </w:tr>
      <w:tr w:rsidR="004744A8" w:rsidRPr="00DC7A3A" w14:paraId="1E7756C0" w14:textId="77777777" w:rsidTr="004744A8">
        <w:trPr>
          <w:jc w:val="center"/>
        </w:trPr>
        <w:tc>
          <w:tcPr>
            <w:tcW w:w="1080" w:type="dxa"/>
            <w:tcMar>
              <w:top w:w="90" w:type="dxa"/>
              <w:left w:w="120" w:type="dxa"/>
              <w:bottom w:w="90" w:type="dxa"/>
              <w:right w:w="120" w:type="dxa"/>
            </w:tcMar>
            <w:vAlign w:val="center"/>
          </w:tcPr>
          <w:p w14:paraId="76E26459" w14:textId="77777777" w:rsidR="004744A8" w:rsidRPr="00DC7A3A" w:rsidRDefault="004744A8" w:rsidP="004744A8">
            <w:r w:rsidRPr="00DC7A3A">
              <w:t>10</w:t>
            </w:r>
          </w:p>
        </w:tc>
        <w:tc>
          <w:tcPr>
            <w:tcW w:w="5490" w:type="dxa"/>
            <w:tcMar>
              <w:top w:w="90" w:type="dxa"/>
              <w:left w:w="120" w:type="dxa"/>
              <w:bottom w:w="90" w:type="dxa"/>
              <w:right w:w="120" w:type="dxa"/>
            </w:tcMar>
            <w:vAlign w:val="center"/>
          </w:tcPr>
          <w:p w14:paraId="6630A570" w14:textId="2CCB8928" w:rsidR="004744A8" w:rsidRPr="00DC7A3A" w:rsidRDefault="004744A8" w:rsidP="004744A8">
            <w:r>
              <w:t>I often do things to distract myself from my thoughts.</w:t>
            </w:r>
          </w:p>
        </w:tc>
        <w:tc>
          <w:tcPr>
            <w:tcW w:w="3222" w:type="dxa"/>
            <w:tcMar>
              <w:top w:w="90" w:type="dxa"/>
              <w:left w:w="120" w:type="dxa"/>
              <w:bottom w:w="90" w:type="dxa"/>
              <w:right w:w="120" w:type="dxa"/>
            </w:tcMar>
            <w:vAlign w:val="center"/>
          </w:tcPr>
          <w:p w14:paraId="7347A44F" w14:textId="77777777" w:rsidR="004744A8" w:rsidRPr="00DC7A3A" w:rsidRDefault="004744A8" w:rsidP="004744A8">
            <w:pPr>
              <w:jc w:val="center"/>
            </w:pPr>
            <w:r w:rsidRPr="00DC7A3A">
              <w:t>□1  □2  □3  □4  □5</w:t>
            </w:r>
          </w:p>
        </w:tc>
      </w:tr>
      <w:tr w:rsidR="004744A8" w:rsidRPr="00DC7A3A" w14:paraId="13CBD870" w14:textId="77777777" w:rsidTr="004744A8">
        <w:trPr>
          <w:jc w:val="center"/>
        </w:trPr>
        <w:tc>
          <w:tcPr>
            <w:tcW w:w="1080" w:type="dxa"/>
            <w:tcMar>
              <w:top w:w="90" w:type="dxa"/>
              <w:left w:w="120" w:type="dxa"/>
              <w:bottom w:w="90" w:type="dxa"/>
              <w:right w:w="120" w:type="dxa"/>
            </w:tcMar>
            <w:vAlign w:val="center"/>
          </w:tcPr>
          <w:p w14:paraId="6347B487" w14:textId="77777777" w:rsidR="004744A8" w:rsidRPr="00DC7A3A" w:rsidRDefault="004744A8" w:rsidP="004744A8">
            <w:r w:rsidRPr="00DC7A3A">
              <w:t>11</w:t>
            </w:r>
          </w:p>
        </w:tc>
        <w:tc>
          <w:tcPr>
            <w:tcW w:w="5490" w:type="dxa"/>
            <w:tcMar>
              <w:top w:w="90" w:type="dxa"/>
              <w:left w:w="120" w:type="dxa"/>
              <w:bottom w:w="90" w:type="dxa"/>
              <w:right w:w="120" w:type="dxa"/>
            </w:tcMar>
            <w:vAlign w:val="center"/>
          </w:tcPr>
          <w:p w14:paraId="50E58266" w14:textId="607BFF46" w:rsidR="004744A8" w:rsidRPr="00DC7A3A" w:rsidRDefault="004744A8" w:rsidP="004744A8">
            <w:r>
              <w:t>I think about trivial details so as not to think about important subjects that worry me.</w:t>
            </w:r>
          </w:p>
        </w:tc>
        <w:tc>
          <w:tcPr>
            <w:tcW w:w="3222" w:type="dxa"/>
            <w:tcMar>
              <w:top w:w="90" w:type="dxa"/>
              <w:left w:w="120" w:type="dxa"/>
              <w:bottom w:w="90" w:type="dxa"/>
              <w:right w:w="120" w:type="dxa"/>
            </w:tcMar>
            <w:vAlign w:val="center"/>
          </w:tcPr>
          <w:p w14:paraId="0FC8575A" w14:textId="77777777" w:rsidR="004744A8" w:rsidRPr="00DC7A3A" w:rsidRDefault="004744A8" w:rsidP="004744A8">
            <w:pPr>
              <w:jc w:val="center"/>
            </w:pPr>
            <w:r w:rsidRPr="00DC7A3A">
              <w:t>□1  □2  □3  □4  □5</w:t>
            </w:r>
          </w:p>
        </w:tc>
      </w:tr>
      <w:tr w:rsidR="004744A8" w:rsidRPr="00DC7A3A" w14:paraId="7928C9EE" w14:textId="77777777" w:rsidTr="004744A8">
        <w:trPr>
          <w:jc w:val="center"/>
        </w:trPr>
        <w:tc>
          <w:tcPr>
            <w:tcW w:w="1080" w:type="dxa"/>
            <w:tcMar>
              <w:top w:w="90" w:type="dxa"/>
              <w:left w:w="120" w:type="dxa"/>
              <w:bottom w:w="90" w:type="dxa"/>
              <w:right w:w="120" w:type="dxa"/>
            </w:tcMar>
            <w:vAlign w:val="center"/>
          </w:tcPr>
          <w:p w14:paraId="0E3AF1C5" w14:textId="77777777" w:rsidR="004744A8" w:rsidRPr="00DC7A3A" w:rsidRDefault="004744A8" w:rsidP="004744A8">
            <w:r w:rsidRPr="00DC7A3A">
              <w:t>12</w:t>
            </w:r>
          </w:p>
        </w:tc>
        <w:tc>
          <w:tcPr>
            <w:tcW w:w="5490" w:type="dxa"/>
            <w:tcMar>
              <w:top w:w="90" w:type="dxa"/>
              <w:left w:w="120" w:type="dxa"/>
              <w:bottom w:w="90" w:type="dxa"/>
              <w:right w:w="120" w:type="dxa"/>
            </w:tcMar>
            <w:vAlign w:val="center"/>
          </w:tcPr>
          <w:p w14:paraId="0659C512" w14:textId="78C36798" w:rsidR="004744A8" w:rsidRPr="00DC7A3A" w:rsidRDefault="004744A8" w:rsidP="004744A8">
            <w:r>
              <w:t>Sometimes I throw myself into an activity so as not to think about certain things.</w:t>
            </w:r>
          </w:p>
        </w:tc>
        <w:tc>
          <w:tcPr>
            <w:tcW w:w="3222" w:type="dxa"/>
            <w:tcMar>
              <w:top w:w="90" w:type="dxa"/>
              <w:left w:w="120" w:type="dxa"/>
              <w:bottom w:w="90" w:type="dxa"/>
              <w:right w:w="120" w:type="dxa"/>
            </w:tcMar>
            <w:vAlign w:val="center"/>
          </w:tcPr>
          <w:p w14:paraId="3CEA075A" w14:textId="77777777" w:rsidR="004744A8" w:rsidRPr="00DC7A3A" w:rsidRDefault="004744A8" w:rsidP="004744A8">
            <w:pPr>
              <w:jc w:val="center"/>
            </w:pPr>
            <w:r w:rsidRPr="00DC7A3A">
              <w:t>□1  □2  □3  □4  □5</w:t>
            </w:r>
          </w:p>
        </w:tc>
      </w:tr>
      <w:tr w:rsidR="004744A8" w:rsidRPr="00DC7A3A" w14:paraId="116FF735" w14:textId="77777777" w:rsidTr="004744A8">
        <w:trPr>
          <w:jc w:val="center"/>
        </w:trPr>
        <w:tc>
          <w:tcPr>
            <w:tcW w:w="1080" w:type="dxa"/>
            <w:tcMar>
              <w:top w:w="90" w:type="dxa"/>
              <w:left w:w="120" w:type="dxa"/>
              <w:bottom w:w="90" w:type="dxa"/>
              <w:right w:w="120" w:type="dxa"/>
            </w:tcMar>
            <w:vAlign w:val="center"/>
          </w:tcPr>
          <w:p w14:paraId="2CD79F2E" w14:textId="77777777" w:rsidR="004744A8" w:rsidRPr="00DC7A3A" w:rsidRDefault="004744A8" w:rsidP="004744A8">
            <w:r w:rsidRPr="00DC7A3A">
              <w:t>13</w:t>
            </w:r>
          </w:p>
        </w:tc>
        <w:tc>
          <w:tcPr>
            <w:tcW w:w="5490" w:type="dxa"/>
            <w:tcMar>
              <w:top w:w="90" w:type="dxa"/>
              <w:left w:w="120" w:type="dxa"/>
              <w:bottom w:w="90" w:type="dxa"/>
              <w:right w:w="120" w:type="dxa"/>
            </w:tcMar>
            <w:vAlign w:val="center"/>
          </w:tcPr>
          <w:p w14:paraId="67027AF4" w14:textId="34A16508" w:rsidR="004744A8" w:rsidRPr="00DC7A3A" w:rsidRDefault="004744A8" w:rsidP="004744A8">
            <w:r>
              <w:t>To avoid thinking about subjects that upset me, I force myself to think about something else.</w:t>
            </w:r>
          </w:p>
        </w:tc>
        <w:tc>
          <w:tcPr>
            <w:tcW w:w="3222" w:type="dxa"/>
            <w:tcMar>
              <w:top w:w="90" w:type="dxa"/>
              <w:left w:w="120" w:type="dxa"/>
              <w:bottom w:w="90" w:type="dxa"/>
              <w:right w:w="120" w:type="dxa"/>
            </w:tcMar>
            <w:vAlign w:val="center"/>
          </w:tcPr>
          <w:p w14:paraId="6533DB46" w14:textId="77777777" w:rsidR="004744A8" w:rsidRPr="00DC7A3A" w:rsidRDefault="004744A8" w:rsidP="004744A8">
            <w:pPr>
              <w:jc w:val="center"/>
            </w:pPr>
            <w:r w:rsidRPr="00DC7A3A">
              <w:t>□1  □2  □3  □4  □5</w:t>
            </w:r>
          </w:p>
        </w:tc>
      </w:tr>
      <w:tr w:rsidR="004744A8" w:rsidRPr="00DC7A3A" w14:paraId="1F73316D" w14:textId="77777777" w:rsidTr="004744A8">
        <w:trPr>
          <w:jc w:val="center"/>
        </w:trPr>
        <w:tc>
          <w:tcPr>
            <w:tcW w:w="1080" w:type="dxa"/>
            <w:tcMar>
              <w:top w:w="90" w:type="dxa"/>
              <w:left w:w="120" w:type="dxa"/>
              <w:bottom w:w="90" w:type="dxa"/>
              <w:right w:w="120" w:type="dxa"/>
            </w:tcMar>
            <w:vAlign w:val="center"/>
          </w:tcPr>
          <w:p w14:paraId="0F6B5984" w14:textId="77777777" w:rsidR="004744A8" w:rsidRPr="00DC7A3A" w:rsidRDefault="004744A8" w:rsidP="004744A8">
            <w:r w:rsidRPr="00DC7A3A">
              <w:t>14</w:t>
            </w:r>
          </w:p>
        </w:tc>
        <w:tc>
          <w:tcPr>
            <w:tcW w:w="5490" w:type="dxa"/>
            <w:tcMar>
              <w:top w:w="90" w:type="dxa"/>
              <w:left w:w="120" w:type="dxa"/>
              <w:bottom w:w="90" w:type="dxa"/>
              <w:right w:w="120" w:type="dxa"/>
            </w:tcMar>
            <w:vAlign w:val="center"/>
          </w:tcPr>
          <w:p w14:paraId="2455C557" w14:textId="5BA84ACC" w:rsidR="004744A8" w:rsidRPr="00DC7A3A" w:rsidRDefault="004744A8" w:rsidP="004744A8">
            <w:r>
              <w:t>There are things I try not to think about.</w:t>
            </w:r>
          </w:p>
        </w:tc>
        <w:tc>
          <w:tcPr>
            <w:tcW w:w="3222" w:type="dxa"/>
            <w:tcMar>
              <w:top w:w="90" w:type="dxa"/>
              <w:left w:w="120" w:type="dxa"/>
              <w:bottom w:w="90" w:type="dxa"/>
              <w:right w:w="120" w:type="dxa"/>
            </w:tcMar>
            <w:vAlign w:val="center"/>
          </w:tcPr>
          <w:p w14:paraId="098070C7" w14:textId="77777777" w:rsidR="004744A8" w:rsidRPr="00DC7A3A" w:rsidRDefault="004744A8" w:rsidP="004744A8">
            <w:pPr>
              <w:jc w:val="center"/>
            </w:pPr>
            <w:r w:rsidRPr="00DC7A3A">
              <w:t>□1  □2  □3  □4  □5</w:t>
            </w:r>
          </w:p>
        </w:tc>
      </w:tr>
      <w:tr w:rsidR="004744A8" w:rsidRPr="00DC7A3A" w14:paraId="3AB4AC21" w14:textId="77777777" w:rsidTr="004744A8">
        <w:trPr>
          <w:jc w:val="center"/>
        </w:trPr>
        <w:tc>
          <w:tcPr>
            <w:tcW w:w="1080" w:type="dxa"/>
            <w:tcMar>
              <w:top w:w="90" w:type="dxa"/>
              <w:left w:w="120" w:type="dxa"/>
              <w:bottom w:w="90" w:type="dxa"/>
              <w:right w:w="120" w:type="dxa"/>
            </w:tcMar>
            <w:vAlign w:val="center"/>
          </w:tcPr>
          <w:p w14:paraId="213BDFBE" w14:textId="77777777" w:rsidR="004744A8" w:rsidRPr="00DC7A3A" w:rsidRDefault="004744A8" w:rsidP="004744A8">
            <w:r w:rsidRPr="00DC7A3A">
              <w:t>15</w:t>
            </w:r>
          </w:p>
        </w:tc>
        <w:tc>
          <w:tcPr>
            <w:tcW w:w="5490" w:type="dxa"/>
            <w:tcMar>
              <w:top w:w="90" w:type="dxa"/>
              <w:left w:w="120" w:type="dxa"/>
              <w:bottom w:w="90" w:type="dxa"/>
              <w:right w:w="120" w:type="dxa"/>
            </w:tcMar>
            <w:vAlign w:val="center"/>
          </w:tcPr>
          <w:p w14:paraId="110337E5" w14:textId="59692041" w:rsidR="004744A8" w:rsidRPr="00DC7A3A" w:rsidRDefault="004744A8" w:rsidP="004744A8">
            <w:r>
              <w:t>I keep saying things to myself in my head to avoid visualizing scenarios (a series of mental images) that frighten me.</w:t>
            </w:r>
          </w:p>
        </w:tc>
        <w:tc>
          <w:tcPr>
            <w:tcW w:w="3222" w:type="dxa"/>
            <w:tcMar>
              <w:top w:w="90" w:type="dxa"/>
              <w:left w:w="120" w:type="dxa"/>
              <w:bottom w:w="90" w:type="dxa"/>
              <w:right w:w="120" w:type="dxa"/>
            </w:tcMar>
            <w:vAlign w:val="center"/>
          </w:tcPr>
          <w:p w14:paraId="438404B0" w14:textId="77777777" w:rsidR="004744A8" w:rsidRPr="00DC7A3A" w:rsidRDefault="004744A8" w:rsidP="004744A8">
            <w:pPr>
              <w:jc w:val="center"/>
            </w:pPr>
            <w:r w:rsidRPr="00DC7A3A">
              <w:t>□1  □2  □3  □4  □5</w:t>
            </w:r>
          </w:p>
        </w:tc>
      </w:tr>
      <w:tr w:rsidR="004744A8" w:rsidRPr="00DC7A3A" w14:paraId="724EBD0B" w14:textId="77777777" w:rsidTr="004744A8">
        <w:trPr>
          <w:jc w:val="center"/>
        </w:trPr>
        <w:tc>
          <w:tcPr>
            <w:tcW w:w="1080" w:type="dxa"/>
            <w:tcMar>
              <w:top w:w="90" w:type="dxa"/>
              <w:left w:w="120" w:type="dxa"/>
              <w:bottom w:w="90" w:type="dxa"/>
              <w:right w:w="120" w:type="dxa"/>
            </w:tcMar>
            <w:vAlign w:val="center"/>
          </w:tcPr>
          <w:p w14:paraId="403C3FCF" w14:textId="77777777" w:rsidR="004744A8" w:rsidRPr="00DC7A3A" w:rsidRDefault="004744A8" w:rsidP="004744A8">
            <w:r w:rsidRPr="00DC7A3A">
              <w:t>16</w:t>
            </w:r>
          </w:p>
        </w:tc>
        <w:tc>
          <w:tcPr>
            <w:tcW w:w="5490" w:type="dxa"/>
            <w:tcMar>
              <w:top w:w="90" w:type="dxa"/>
              <w:left w:w="120" w:type="dxa"/>
              <w:bottom w:w="90" w:type="dxa"/>
              <w:right w:w="120" w:type="dxa"/>
            </w:tcMar>
            <w:vAlign w:val="center"/>
          </w:tcPr>
          <w:p w14:paraId="6268CF86" w14:textId="0181B9CB" w:rsidR="004744A8" w:rsidRPr="00DC7A3A" w:rsidRDefault="004744A8" w:rsidP="004744A8">
            <w:r>
              <w:t>Sometimes I avoid places that make me think about things I would prefer not to think about.</w:t>
            </w:r>
          </w:p>
        </w:tc>
        <w:tc>
          <w:tcPr>
            <w:tcW w:w="3222" w:type="dxa"/>
            <w:tcMar>
              <w:top w:w="90" w:type="dxa"/>
              <w:left w:w="120" w:type="dxa"/>
              <w:bottom w:w="90" w:type="dxa"/>
              <w:right w:w="120" w:type="dxa"/>
            </w:tcMar>
            <w:vAlign w:val="center"/>
          </w:tcPr>
          <w:p w14:paraId="69EE3406" w14:textId="77777777" w:rsidR="004744A8" w:rsidRPr="00DC7A3A" w:rsidRDefault="004744A8" w:rsidP="004744A8">
            <w:pPr>
              <w:jc w:val="center"/>
            </w:pPr>
            <w:r w:rsidRPr="00DC7A3A">
              <w:t>□1  □2  □3  □4  □5</w:t>
            </w:r>
          </w:p>
        </w:tc>
      </w:tr>
      <w:tr w:rsidR="004744A8" w:rsidRPr="00DC7A3A" w14:paraId="377F372D" w14:textId="77777777" w:rsidTr="004744A8">
        <w:trPr>
          <w:jc w:val="center"/>
        </w:trPr>
        <w:tc>
          <w:tcPr>
            <w:tcW w:w="1080" w:type="dxa"/>
            <w:tcMar>
              <w:top w:w="90" w:type="dxa"/>
              <w:left w:w="120" w:type="dxa"/>
              <w:bottom w:w="90" w:type="dxa"/>
              <w:right w:w="120" w:type="dxa"/>
            </w:tcMar>
            <w:vAlign w:val="center"/>
          </w:tcPr>
          <w:p w14:paraId="51B73A4B" w14:textId="77777777" w:rsidR="004744A8" w:rsidRPr="00DC7A3A" w:rsidRDefault="004744A8" w:rsidP="004744A8">
            <w:r w:rsidRPr="00DC7A3A">
              <w:t>17</w:t>
            </w:r>
          </w:p>
        </w:tc>
        <w:tc>
          <w:tcPr>
            <w:tcW w:w="5490" w:type="dxa"/>
            <w:tcMar>
              <w:top w:w="90" w:type="dxa"/>
              <w:left w:w="120" w:type="dxa"/>
              <w:bottom w:w="90" w:type="dxa"/>
              <w:right w:w="120" w:type="dxa"/>
            </w:tcMar>
            <w:vAlign w:val="center"/>
          </w:tcPr>
          <w:p w14:paraId="7D442D47" w14:textId="5B786400" w:rsidR="004744A8" w:rsidRPr="00DC7A3A" w:rsidRDefault="004744A8" w:rsidP="004744A8">
            <w:r>
              <w:t xml:space="preserve">I think about past events so as not to think about future </w:t>
            </w:r>
            <w:r>
              <w:lastRenderedPageBreak/>
              <w:t>events that make me feel insecure.</w:t>
            </w:r>
          </w:p>
        </w:tc>
        <w:tc>
          <w:tcPr>
            <w:tcW w:w="3222" w:type="dxa"/>
            <w:tcMar>
              <w:top w:w="90" w:type="dxa"/>
              <w:left w:w="120" w:type="dxa"/>
              <w:bottom w:w="90" w:type="dxa"/>
              <w:right w:w="120" w:type="dxa"/>
            </w:tcMar>
            <w:vAlign w:val="center"/>
          </w:tcPr>
          <w:p w14:paraId="3B89FB6C" w14:textId="77777777" w:rsidR="004744A8" w:rsidRPr="00DC7A3A" w:rsidRDefault="004744A8" w:rsidP="004744A8">
            <w:pPr>
              <w:jc w:val="center"/>
            </w:pPr>
            <w:r w:rsidRPr="00DC7A3A">
              <w:lastRenderedPageBreak/>
              <w:t>□1  □2  □3  □4  □5</w:t>
            </w:r>
          </w:p>
        </w:tc>
      </w:tr>
      <w:tr w:rsidR="004744A8" w:rsidRPr="00DC7A3A" w14:paraId="2316A2C9" w14:textId="77777777" w:rsidTr="004744A8">
        <w:trPr>
          <w:jc w:val="center"/>
        </w:trPr>
        <w:tc>
          <w:tcPr>
            <w:tcW w:w="1080" w:type="dxa"/>
            <w:tcMar>
              <w:top w:w="90" w:type="dxa"/>
              <w:left w:w="120" w:type="dxa"/>
              <w:bottom w:w="90" w:type="dxa"/>
              <w:right w:w="120" w:type="dxa"/>
            </w:tcMar>
            <w:vAlign w:val="center"/>
          </w:tcPr>
          <w:p w14:paraId="26748421" w14:textId="77777777" w:rsidR="004744A8" w:rsidRPr="00DC7A3A" w:rsidRDefault="004744A8" w:rsidP="004744A8">
            <w:r w:rsidRPr="00DC7A3A">
              <w:t>18</w:t>
            </w:r>
          </w:p>
        </w:tc>
        <w:tc>
          <w:tcPr>
            <w:tcW w:w="5490" w:type="dxa"/>
            <w:tcMar>
              <w:top w:w="90" w:type="dxa"/>
              <w:left w:w="120" w:type="dxa"/>
              <w:bottom w:w="90" w:type="dxa"/>
              <w:right w:w="120" w:type="dxa"/>
            </w:tcMar>
            <w:vAlign w:val="center"/>
          </w:tcPr>
          <w:p w14:paraId="5EFDA41A" w14:textId="281A6F40" w:rsidR="004744A8" w:rsidRPr="00DC7A3A" w:rsidRDefault="004744A8" w:rsidP="004744A8">
            <w:r>
              <w:t>I avoid actions that remind me of things I do not want to think about.</w:t>
            </w:r>
          </w:p>
        </w:tc>
        <w:tc>
          <w:tcPr>
            <w:tcW w:w="3222" w:type="dxa"/>
            <w:tcMar>
              <w:top w:w="90" w:type="dxa"/>
              <w:left w:w="120" w:type="dxa"/>
              <w:bottom w:w="90" w:type="dxa"/>
              <w:right w:w="120" w:type="dxa"/>
            </w:tcMar>
            <w:vAlign w:val="center"/>
          </w:tcPr>
          <w:p w14:paraId="438D698A" w14:textId="77777777" w:rsidR="004744A8" w:rsidRPr="00DC7A3A" w:rsidRDefault="004744A8" w:rsidP="004744A8">
            <w:pPr>
              <w:jc w:val="center"/>
            </w:pPr>
            <w:r w:rsidRPr="00DC7A3A">
              <w:t>□1  □2  □3  □4  □5</w:t>
            </w:r>
          </w:p>
        </w:tc>
      </w:tr>
      <w:tr w:rsidR="004744A8" w:rsidRPr="00DC7A3A" w14:paraId="539D4ACC" w14:textId="77777777" w:rsidTr="004744A8">
        <w:trPr>
          <w:jc w:val="center"/>
        </w:trPr>
        <w:tc>
          <w:tcPr>
            <w:tcW w:w="1080" w:type="dxa"/>
            <w:tcMar>
              <w:top w:w="90" w:type="dxa"/>
              <w:left w:w="120" w:type="dxa"/>
              <w:bottom w:w="90" w:type="dxa"/>
              <w:right w:w="120" w:type="dxa"/>
            </w:tcMar>
            <w:vAlign w:val="center"/>
          </w:tcPr>
          <w:p w14:paraId="366FAFB8" w14:textId="77777777" w:rsidR="004744A8" w:rsidRPr="00DC7A3A" w:rsidRDefault="004744A8" w:rsidP="004744A8">
            <w:r w:rsidRPr="00DC7A3A">
              <w:t>19</w:t>
            </w:r>
          </w:p>
        </w:tc>
        <w:tc>
          <w:tcPr>
            <w:tcW w:w="5490" w:type="dxa"/>
            <w:tcMar>
              <w:top w:w="90" w:type="dxa"/>
              <w:left w:w="120" w:type="dxa"/>
              <w:bottom w:w="90" w:type="dxa"/>
              <w:right w:w="120" w:type="dxa"/>
            </w:tcMar>
            <w:vAlign w:val="center"/>
          </w:tcPr>
          <w:p w14:paraId="75B4F03F" w14:textId="175B676B" w:rsidR="004744A8" w:rsidRPr="00DC7A3A" w:rsidRDefault="004744A8" w:rsidP="004744A8">
            <w:r>
              <w:t>When I have mental images that are upsetting, I say things to myself in my head to replace the images.</w:t>
            </w:r>
          </w:p>
        </w:tc>
        <w:tc>
          <w:tcPr>
            <w:tcW w:w="3222" w:type="dxa"/>
            <w:tcMar>
              <w:top w:w="90" w:type="dxa"/>
              <w:left w:w="120" w:type="dxa"/>
              <w:bottom w:w="90" w:type="dxa"/>
              <w:right w:w="120" w:type="dxa"/>
            </w:tcMar>
            <w:vAlign w:val="center"/>
          </w:tcPr>
          <w:p w14:paraId="397188E3" w14:textId="77777777" w:rsidR="004744A8" w:rsidRPr="00DC7A3A" w:rsidRDefault="004744A8" w:rsidP="004744A8">
            <w:pPr>
              <w:jc w:val="center"/>
            </w:pPr>
            <w:r w:rsidRPr="00DC7A3A">
              <w:t>□1  □2  □3  □4  □5</w:t>
            </w:r>
          </w:p>
        </w:tc>
      </w:tr>
      <w:tr w:rsidR="004744A8" w:rsidRPr="00DC7A3A" w14:paraId="79769084" w14:textId="77777777" w:rsidTr="004744A8">
        <w:trPr>
          <w:jc w:val="center"/>
        </w:trPr>
        <w:tc>
          <w:tcPr>
            <w:tcW w:w="1080" w:type="dxa"/>
            <w:tcMar>
              <w:top w:w="90" w:type="dxa"/>
              <w:left w:w="120" w:type="dxa"/>
              <w:bottom w:w="90" w:type="dxa"/>
              <w:right w:w="120" w:type="dxa"/>
            </w:tcMar>
            <w:vAlign w:val="center"/>
          </w:tcPr>
          <w:p w14:paraId="544B683F" w14:textId="77777777" w:rsidR="004744A8" w:rsidRPr="00DC7A3A" w:rsidRDefault="004744A8" w:rsidP="004744A8">
            <w:r w:rsidRPr="00DC7A3A">
              <w:t>20</w:t>
            </w:r>
          </w:p>
        </w:tc>
        <w:tc>
          <w:tcPr>
            <w:tcW w:w="5490" w:type="dxa"/>
            <w:tcMar>
              <w:top w:w="90" w:type="dxa"/>
              <w:left w:w="120" w:type="dxa"/>
              <w:bottom w:w="90" w:type="dxa"/>
              <w:right w:w="120" w:type="dxa"/>
            </w:tcMar>
            <w:vAlign w:val="center"/>
          </w:tcPr>
          <w:p w14:paraId="6BEB278E" w14:textId="67B0BFEB" w:rsidR="004744A8" w:rsidRPr="00DC7A3A" w:rsidRDefault="004744A8" w:rsidP="004744A8">
            <w:r>
              <w:t>I think about many little things so as not to think about more important matters.</w:t>
            </w:r>
          </w:p>
        </w:tc>
        <w:tc>
          <w:tcPr>
            <w:tcW w:w="3222" w:type="dxa"/>
            <w:tcMar>
              <w:top w:w="90" w:type="dxa"/>
              <w:left w:w="120" w:type="dxa"/>
              <w:bottom w:w="90" w:type="dxa"/>
              <w:right w:w="120" w:type="dxa"/>
            </w:tcMar>
            <w:vAlign w:val="center"/>
          </w:tcPr>
          <w:p w14:paraId="3759574A" w14:textId="77777777" w:rsidR="004744A8" w:rsidRPr="00DC7A3A" w:rsidRDefault="004744A8" w:rsidP="004744A8">
            <w:pPr>
              <w:jc w:val="center"/>
            </w:pPr>
            <w:r w:rsidRPr="00DC7A3A">
              <w:t>□1  □2  □3  □4  □5</w:t>
            </w:r>
          </w:p>
        </w:tc>
      </w:tr>
      <w:tr w:rsidR="004744A8" w:rsidRPr="00DC7A3A" w14:paraId="2CB67B22" w14:textId="77777777" w:rsidTr="004744A8">
        <w:trPr>
          <w:jc w:val="center"/>
        </w:trPr>
        <w:tc>
          <w:tcPr>
            <w:tcW w:w="1080" w:type="dxa"/>
            <w:tcMar>
              <w:top w:w="90" w:type="dxa"/>
              <w:left w:w="120" w:type="dxa"/>
              <w:bottom w:w="90" w:type="dxa"/>
              <w:right w:w="120" w:type="dxa"/>
            </w:tcMar>
            <w:vAlign w:val="center"/>
          </w:tcPr>
          <w:p w14:paraId="5493019A" w14:textId="77777777" w:rsidR="004744A8" w:rsidRPr="00DC7A3A" w:rsidRDefault="004744A8" w:rsidP="004744A8">
            <w:r w:rsidRPr="00DC7A3A">
              <w:t>21</w:t>
            </w:r>
          </w:p>
        </w:tc>
        <w:tc>
          <w:tcPr>
            <w:tcW w:w="5490" w:type="dxa"/>
            <w:tcMar>
              <w:top w:w="90" w:type="dxa"/>
              <w:left w:w="120" w:type="dxa"/>
              <w:bottom w:w="90" w:type="dxa"/>
              <w:right w:w="120" w:type="dxa"/>
            </w:tcMar>
            <w:vAlign w:val="center"/>
          </w:tcPr>
          <w:p w14:paraId="26B14F48" w14:textId="090D486F" w:rsidR="004744A8" w:rsidRPr="00DC7A3A" w:rsidRDefault="004744A8" w:rsidP="004744A8">
            <w:r>
              <w:t>Sometimes I keep myself occupied just to prevent thoughts from popping up in my mind.</w:t>
            </w:r>
          </w:p>
        </w:tc>
        <w:tc>
          <w:tcPr>
            <w:tcW w:w="3222" w:type="dxa"/>
            <w:tcMar>
              <w:top w:w="90" w:type="dxa"/>
              <w:left w:w="120" w:type="dxa"/>
              <w:bottom w:w="90" w:type="dxa"/>
              <w:right w:w="120" w:type="dxa"/>
            </w:tcMar>
            <w:vAlign w:val="center"/>
          </w:tcPr>
          <w:p w14:paraId="7B3B4AEE" w14:textId="77777777" w:rsidR="004744A8" w:rsidRPr="00DC7A3A" w:rsidRDefault="004744A8" w:rsidP="004744A8">
            <w:pPr>
              <w:jc w:val="center"/>
            </w:pPr>
            <w:r w:rsidRPr="00DC7A3A">
              <w:t>□1  □2  □3  □4  □5</w:t>
            </w:r>
          </w:p>
        </w:tc>
      </w:tr>
      <w:tr w:rsidR="004744A8" w:rsidRPr="00DC7A3A" w14:paraId="627CFF58" w14:textId="77777777" w:rsidTr="004744A8">
        <w:trPr>
          <w:jc w:val="center"/>
        </w:trPr>
        <w:tc>
          <w:tcPr>
            <w:tcW w:w="1080" w:type="dxa"/>
            <w:tcMar>
              <w:top w:w="90" w:type="dxa"/>
              <w:left w:w="120" w:type="dxa"/>
              <w:bottom w:w="90" w:type="dxa"/>
              <w:right w:w="120" w:type="dxa"/>
            </w:tcMar>
            <w:vAlign w:val="center"/>
          </w:tcPr>
          <w:p w14:paraId="6F9E85C4" w14:textId="77777777" w:rsidR="004744A8" w:rsidRPr="00DC7A3A" w:rsidRDefault="004744A8" w:rsidP="004744A8">
            <w:r w:rsidRPr="00DC7A3A">
              <w:t>22</w:t>
            </w:r>
          </w:p>
        </w:tc>
        <w:tc>
          <w:tcPr>
            <w:tcW w:w="5490" w:type="dxa"/>
            <w:tcMar>
              <w:top w:w="90" w:type="dxa"/>
              <w:left w:w="120" w:type="dxa"/>
              <w:bottom w:w="90" w:type="dxa"/>
              <w:right w:w="120" w:type="dxa"/>
            </w:tcMar>
            <w:vAlign w:val="center"/>
          </w:tcPr>
          <w:p w14:paraId="2F7E95CF" w14:textId="732C116F" w:rsidR="004744A8" w:rsidRPr="00DC7A3A" w:rsidRDefault="004744A8" w:rsidP="004744A8">
            <w:r>
              <w:t>I avoid situations that involve people who make me think about unpleasant things.</w:t>
            </w:r>
          </w:p>
        </w:tc>
        <w:tc>
          <w:tcPr>
            <w:tcW w:w="3222" w:type="dxa"/>
            <w:tcMar>
              <w:top w:w="90" w:type="dxa"/>
              <w:left w:w="120" w:type="dxa"/>
              <w:bottom w:w="90" w:type="dxa"/>
              <w:right w:w="120" w:type="dxa"/>
            </w:tcMar>
            <w:vAlign w:val="center"/>
          </w:tcPr>
          <w:p w14:paraId="2645E55E" w14:textId="77777777" w:rsidR="004744A8" w:rsidRPr="00DC7A3A" w:rsidRDefault="004744A8" w:rsidP="004744A8">
            <w:pPr>
              <w:jc w:val="center"/>
            </w:pPr>
            <w:r w:rsidRPr="00DC7A3A">
              <w:t>□1  □2  □3  □4  □5</w:t>
            </w:r>
          </w:p>
        </w:tc>
      </w:tr>
      <w:tr w:rsidR="004744A8" w:rsidRPr="00DC7A3A" w14:paraId="16C84B93" w14:textId="77777777" w:rsidTr="004744A8">
        <w:trPr>
          <w:jc w:val="center"/>
        </w:trPr>
        <w:tc>
          <w:tcPr>
            <w:tcW w:w="1080" w:type="dxa"/>
            <w:tcMar>
              <w:top w:w="90" w:type="dxa"/>
              <w:left w:w="120" w:type="dxa"/>
              <w:bottom w:w="90" w:type="dxa"/>
              <w:right w:w="120" w:type="dxa"/>
            </w:tcMar>
            <w:vAlign w:val="center"/>
          </w:tcPr>
          <w:p w14:paraId="705CB5A6" w14:textId="77777777" w:rsidR="004744A8" w:rsidRPr="00DC7A3A" w:rsidRDefault="004744A8" w:rsidP="004744A8">
            <w:r w:rsidRPr="00DC7A3A">
              <w:t>23</w:t>
            </w:r>
          </w:p>
        </w:tc>
        <w:tc>
          <w:tcPr>
            <w:tcW w:w="5490" w:type="dxa"/>
            <w:tcMar>
              <w:top w:w="90" w:type="dxa"/>
              <w:left w:w="120" w:type="dxa"/>
              <w:bottom w:w="90" w:type="dxa"/>
              <w:right w:w="120" w:type="dxa"/>
            </w:tcMar>
            <w:vAlign w:val="center"/>
          </w:tcPr>
          <w:p w14:paraId="2FB1839D" w14:textId="7F25CAA6" w:rsidR="004744A8" w:rsidRPr="00DC7A3A" w:rsidRDefault="004744A8" w:rsidP="004744A8">
            <w:r>
              <w:t>Rather than having images of upsetting events form in my mind, I try to describe the events using an internal monologue (things that I say to myself in my head).</w:t>
            </w:r>
          </w:p>
        </w:tc>
        <w:tc>
          <w:tcPr>
            <w:tcW w:w="3222" w:type="dxa"/>
            <w:tcMar>
              <w:top w:w="90" w:type="dxa"/>
              <w:left w:w="120" w:type="dxa"/>
              <w:bottom w:w="90" w:type="dxa"/>
              <w:right w:w="120" w:type="dxa"/>
            </w:tcMar>
            <w:vAlign w:val="center"/>
          </w:tcPr>
          <w:p w14:paraId="4812DD80" w14:textId="77777777" w:rsidR="004744A8" w:rsidRPr="00DC7A3A" w:rsidRDefault="004744A8" w:rsidP="004744A8">
            <w:pPr>
              <w:jc w:val="center"/>
            </w:pPr>
            <w:r w:rsidRPr="00DC7A3A">
              <w:t>□1  □2  □3  □4  □5</w:t>
            </w:r>
          </w:p>
        </w:tc>
      </w:tr>
      <w:tr w:rsidR="004744A8" w:rsidRPr="00DC7A3A" w14:paraId="5297F050" w14:textId="77777777" w:rsidTr="004744A8">
        <w:trPr>
          <w:jc w:val="center"/>
        </w:trPr>
        <w:tc>
          <w:tcPr>
            <w:tcW w:w="1080" w:type="dxa"/>
            <w:tcMar>
              <w:top w:w="90" w:type="dxa"/>
              <w:left w:w="120" w:type="dxa"/>
              <w:bottom w:w="90" w:type="dxa"/>
              <w:right w:w="120" w:type="dxa"/>
            </w:tcMar>
            <w:vAlign w:val="center"/>
          </w:tcPr>
          <w:p w14:paraId="1D07F23D" w14:textId="77777777" w:rsidR="004744A8" w:rsidRPr="00DC7A3A" w:rsidRDefault="004744A8" w:rsidP="004744A8">
            <w:r w:rsidRPr="00DC7A3A">
              <w:t>24</w:t>
            </w:r>
          </w:p>
        </w:tc>
        <w:tc>
          <w:tcPr>
            <w:tcW w:w="5490" w:type="dxa"/>
            <w:tcMar>
              <w:top w:w="90" w:type="dxa"/>
              <w:left w:w="120" w:type="dxa"/>
              <w:bottom w:w="90" w:type="dxa"/>
              <w:right w:w="120" w:type="dxa"/>
            </w:tcMar>
            <w:vAlign w:val="center"/>
          </w:tcPr>
          <w:p w14:paraId="54E4CB9A" w14:textId="090FBA0B" w:rsidR="004744A8" w:rsidRPr="00DC7A3A" w:rsidRDefault="004744A8" w:rsidP="004744A8">
            <w:r>
              <w:t xml:space="preserve">I push away </w:t>
            </w:r>
            <w:proofErr w:type="gramStart"/>
            <w:r>
              <w:t>the mental</w:t>
            </w:r>
            <w:proofErr w:type="gramEnd"/>
            <w:r>
              <w:t xml:space="preserve"> images related to a threatening situation by trying to describe the situation using an internal monologue.</w:t>
            </w:r>
          </w:p>
        </w:tc>
        <w:tc>
          <w:tcPr>
            <w:tcW w:w="3222" w:type="dxa"/>
            <w:tcMar>
              <w:top w:w="90" w:type="dxa"/>
              <w:left w:w="120" w:type="dxa"/>
              <w:bottom w:w="90" w:type="dxa"/>
              <w:right w:w="120" w:type="dxa"/>
            </w:tcMar>
            <w:vAlign w:val="center"/>
          </w:tcPr>
          <w:p w14:paraId="6863AAAF" w14:textId="77777777" w:rsidR="004744A8" w:rsidRPr="00DC7A3A" w:rsidRDefault="004744A8" w:rsidP="004744A8">
            <w:pPr>
              <w:jc w:val="center"/>
            </w:pPr>
            <w:r w:rsidRPr="00DC7A3A">
              <w:t>□1  □2  □3  □4  □5</w:t>
            </w:r>
          </w:p>
        </w:tc>
      </w:tr>
      <w:tr w:rsidR="004744A8" w:rsidRPr="00DC7A3A" w14:paraId="42F535B5" w14:textId="77777777" w:rsidTr="004744A8">
        <w:trPr>
          <w:jc w:val="center"/>
        </w:trPr>
        <w:tc>
          <w:tcPr>
            <w:tcW w:w="1080" w:type="dxa"/>
            <w:tcMar>
              <w:top w:w="90" w:type="dxa"/>
              <w:left w:w="120" w:type="dxa"/>
              <w:bottom w:w="90" w:type="dxa"/>
              <w:right w:w="120" w:type="dxa"/>
            </w:tcMar>
            <w:vAlign w:val="center"/>
          </w:tcPr>
          <w:p w14:paraId="29EB06C1" w14:textId="77777777" w:rsidR="004744A8" w:rsidRPr="00DC7A3A" w:rsidRDefault="004744A8" w:rsidP="004744A8">
            <w:r w:rsidRPr="00DC7A3A">
              <w:t>25</w:t>
            </w:r>
          </w:p>
        </w:tc>
        <w:tc>
          <w:tcPr>
            <w:tcW w:w="5490" w:type="dxa"/>
            <w:tcMar>
              <w:top w:w="90" w:type="dxa"/>
              <w:left w:w="120" w:type="dxa"/>
              <w:bottom w:w="90" w:type="dxa"/>
              <w:right w:w="120" w:type="dxa"/>
            </w:tcMar>
            <w:vAlign w:val="center"/>
          </w:tcPr>
          <w:p w14:paraId="386EDDD9" w14:textId="12ABD64F" w:rsidR="004744A8" w:rsidRPr="00DC7A3A" w:rsidRDefault="004744A8" w:rsidP="004744A8">
            <w:r>
              <w:t xml:space="preserve">I think about things that </w:t>
            </w:r>
            <w:proofErr w:type="gramStart"/>
            <w:r>
              <w:t>are worrying</w:t>
            </w:r>
            <w:proofErr w:type="gramEnd"/>
            <w:r>
              <w:t xml:space="preserve"> other people rather than thinking about my own worries.</w:t>
            </w:r>
          </w:p>
        </w:tc>
        <w:tc>
          <w:tcPr>
            <w:tcW w:w="3222" w:type="dxa"/>
            <w:tcMar>
              <w:top w:w="90" w:type="dxa"/>
              <w:left w:w="120" w:type="dxa"/>
              <w:bottom w:w="90" w:type="dxa"/>
              <w:right w:w="120" w:type="dxa"/>
            </w:tcMar>
            <w:vAlign w:val="center"/>
          </w:tcPr>
          <w:p w14:paraId="1041AF78" w14:textId="77777777" w:rsidR="004744A8" w:rsidRPr="00DC7A3A" w:rsidRDefault="004744A8" w:rsidP="004744A8">
            <w:pPr>
              <w:jc w:val="center"/>
            </w:pPr>
            <w:r w:rsidRPr="00DC7A3A">
              <w:t>□1  □2  □3  □4  □5</w:t>
            </w:r>
          </w:p>
        </w:tc>
      </w:tr>
    </w:tbl>
    <w:p w14:paraId="541A338C" w14:textId="77777777" w:rsidR="00BC43C6" w:rsidRPr="00DC7A3A" w:rsidRDefault="00000000">
      <w:r w:rsidRPr="00DC7A3A">
        <w:rPr>
          <w:b/>
        </w:rPr>
        <w:t xml:space="preserve">Scoring summary. </w:t>
      </w:r>
      <w:r w:rsidRPr="00DC7A3A">
        <w:t>Sum all 25 items for the total CAQ score. Higher scores indicate greater use of cognitive avoidance. Subscale scores may also be computed for thought suppression, thought substitution, distraction, avoidance of threatening stimuli, and transformation of images into thoughts according to the original scoring key.</w:t>
      </w:r>
    </w:p>
    <w:p w14:paraId="0C38770D" w14:textId="77777777" w:rsidR="00BC43C6" w:rsidRPr="00DC7A3A" w:rsidRDefault="00BC43C6"/>
    <w:p w14:paraId="76C64E9C" w14:textId="77777777" w:rsidR="00DC7A3A" w:rsidRPr="00DC7A3A" w:rsidRDefault="00DC7A3A">
      <w:pPr>
        <w:rPr>
          <w:rFonts w:asciiTheme="majorHAnsi" w:eastAsiaTheme="majorEastAsia" w:hAnsiTheme="majorHAnsi" w:cstheme="majorBidi"/>
          <w:b/>
          <w:bCs/>
          <w:sz w:val="28"/>
          <w:szCs w:val="28"/>
        </w:rPr>
      </w:pPr>
      <w:r w:rsidRPr="00DC7A3A">
        <w:br w:type="page"/>
      </w:r>
    </w:p>
    <w:p w14:paraId="6D3BE47E" w14:textId="550D3565" w:rsidR="00BC43C6" w:rsidRPr="00DC7A3A" w:rsidRDefault="00000000" w:rsidP="00DC7A3A">
      <w:pPr>
        <w:pStyle w:val="Heading1"/>
        <w:jc w:val="center"/>
        <w:rPr>
          <w:color w:val="auto"/>
        </w:rPr>
      </w:pPr>
      <w:r w:rsidRPr="00DC7A3A">
        <w:rPr>
          <w:color w:val="auto"/>
        </w:rPr>
        <w:lastRenderedPageBreak/>
        <w:t>Appendix E. IES-R Intrusion Subscale: Administration Sheet</w:t>
      </w:r>
    </w:p>
    <w:p w14:paraId="2DB9AD83" w14:textId="77777777" w:rsidR="00BC43C6" w:rsidRPr="00DC7A3A" w:rsidRDefault="00000000">
      <w:r w:rsidRPr="00DC7A3A">
        <w:rPr>
          <w:b/>
        </w:rPr>
        <w:t xml:space="preserve">Copyright and source note. </w:t>
      </w:r>
      <w:r w:rsidRPr="00DC7A3A">
        <w:t>The IES-R is a standardized trauma measure. This appendix provides a response sheet for the intrusion subscale only. Insert the authorized item wording from the official instrument or validated translation before field use.</w:t>
      </w:r>
    </w:p>
    <w:p w14:paraId="47423841" w14:textId="77777777" w:rsidR="00BC43C6" w:rsidRPr="00DC7A3A" w:rsidRDefault="00000000">
      <w:r w:rsidRPr="00DC7A3A">
        <w:rPr>
          <w:b/>
        </w:rPr>
        <w:t xml:space="preserve">Instructions to participants. </w:t>
      </w:r>
      <w:r w:rsidRPr="00DC7A3A">
        <w:t>Below are statements about difficulties people sometimes experience after a distressing event. Please indicate how much each difficulty distressed or bothered you during the past seven days.</w:t>
      </w:r>
    </w:p>
    <w:p w14:paraId="52750242" w14:textId="77777777" w:rsidR="00BC43C6" w:rsidRPr="00DC7A3A" w:rsidRDefault="00000000">
      <w:r w:rsidRPr="00DC7A3A">
        <w:rPr>
          <w:b/>
        </w:rPr>
        <w:t xml:space="preserve">Response options. </w:t>
      </w:r>
      <w:r w:rsidRPr="00DC7A3A">
        <w:t>0 = Not at all; 1 = A little bit; 2 = Moderately; 3 = Quite a bit; 4 = Extremely.</w:t>
      </w:r>
    </w:p>
    <w:tbl>
      <w:tblPr>
        <w:tblStyle w:val="TableGrid"/>
        <w:tblW w:w="0" w:type="auto"/>
        <w:jc w:val="center"/>
        <w:tblLook w:val="04A0" w:firstRow="1" w:lastRow="0" w:firstColumn="1" w:lastColumn="0" w:noHBand="0" w:noVBand="1"/>
      </w:tblPr>
      <w:tblGrid>
        <w:gridCol w:w="1259"/>
        <w:gridCol w:w="5262"/>
        <w:gridCol w:w="3261"/>
      </w:tblGrid>
      <w:tr w:rsidR="00DC7A3A" w:rsidRPr="00DC7A3A" w14:paraId="0656A219" w14:textId="77777777" w:rsidTr="004744A8">
        <w:trPr>
          <w:tblHeader/>
          <w:jc w:val="center"/>
        </w:trPr>
        <w:tc>
          <w:tcPr>
            <w:tcW w:w="1260" w:type="dxa"/>
            <w:shd w:val="clear" w:color="auto" w:fill="D9EAF7"/>
            <w:tcMar>
              <w:top w:w="90" w:type="dxa"/>
              <w:left w:w="120" w:type="dxa"/>
              <w:bottom w:w="90" w:type="dxa"/>
              <w:right w:w="120" w:type="dxa"/>
            </w:tcMar>
          </w:tcPr>
          <w:p w14:paraId="6DE48659" w14:textId="77777777" w:rsidR="00BC43C6" w:rsidRPr="00DC7A3A" w:rsidRDefault="00000000">
            <w:r w:rsidRPr="00DC7A3A">
              <w:rPr>
                <w:b/>
              </w:rPr>
              <w:t>Item No.</w:t>
            </w:r>
          </w:p>
        </w:tc>
        <w:tc>
          <w:tcPr>
            <w:tcW w:w="5268" w:type="dxa"/>
            <w:shd w:val="clear" w:color="auto" w:fill="D9EAF7"/>
            <w:tcMar>
              <w:top w:w="90" w:type="dxa"/>
              <w:left w:w="120" w:type="dxa"/>
              <w:bottom w:w="90" w:type="dxa"/>
              <w:right w:w="120" w:type="dxa"/>
            </w:tcMar>
          </w:tcPr>
          <w:p w14:paraId="73030581" w14:textId="77777777" w:rsidR="00BC43C6" w:rsidRPr="00DC7A3A" w:rsidRDefault="00000000">
            <w:r w:rsidRPr="00DC7A3A">
              <w:rPr>
                <w:b/>
              </w:rPr>
              <w:t>Authorized intrusion item text to be inserted</w:t>
            </w:r>
          </w:p>
        </w:tc>
        <w:tc>
          <w:tcPr>
            <w:tcW w:w="3264" w:type="dxa"/>
            <w:shd w:val="clear" w:color="auto" w:fill="D9EAF7"/>
            <w:tcMar>
              <w:top w:w="90" w:type="dxa"/>
              <w:left w:w="120" w:type="dxa"/>
              <w:bottom w:w="90" w:type="dxa"/>
              <w:right w:w="120" w:type="dxa"/>
            </w:tcMar>
          </w:tcPr>
          <w:p w14:paraId="55F72BC2" w14:textId="77777777" w:rsidR="00BC43C6" w:rsidRPr="00DC7A3A" w:rsidRDefault="00000000">
            <w:r w:rsidRPr="00DC7A3A">
              <w:rPr>
                <w:b/>
              </w:rPr>
              <w:t>Response (0–4)</w:t>
            </w:r>
          </w:p>
        </w:tc>
      </w:tr>
      <w:tr w:rsidR="004744A8" w:rsidRPr="00DC7A3A" w14:paraId="28A96301" w14:textId="77777777" w:rsidTr="004744A8">
        <w:trPr>
          <w:jc w:val="center"/>
        </w:trPr>
        <w:tc>
          <w:tcPr>
            <w:tcW w:w="1260" w:type="dxa"/>
            <w:tcMar>
              <w:top w:w="90" w:type="dxa"/>
              <w:left w:w="120" w:type="dxa"/>
              <w:bottom w:w="90" w:type="dxa"/>
              <w:right w:w="120" w:type="dxa"/>
            </w:tcMar>
            <w:vAlign w:val="center"/>
          </w:tcPr>
          <w:p w14:paraId="44954CC8" w14:textId="77777777" w:rsidR="004744A8" w:rsidRPr="00DC7A3A" w:rsidRDefault="004744A8" w:rsidP="004744A8">
            <w:r w:rsidRPr="00DC7A3A">
              <w:t>1</w:t>
            </w:r>
          </w:p>
        </w:tc>
        <w:tc>
          <w:tcPr>
            <w:tcW w:w="5268" w:type="dxa"/>
            <w:tcMar>
              <w:top w:w="90" w:type="dxa"/>
              <w:left w:w="120" w:type="dxa"/>
              <w:bottom w:w="90" w:type="dxa"/>
              <w:right w:w="120" w:type="dxa"/>
            </w:tcMar>
            <w:vAlign w:val="center"/>
          </w:tcPr>
          <w:p w14:paraId="2EAF7B3C" w14:textId="409E29AD" w:rsidR="004744A8" w:rsidRPr="00DC7A3A" w:rsidRDefault="004744A8" w:rsidP="004744A8">
            <w:r>
              <w:t>Any reminder brought back feelings about it</w:t>
            </w:r>
          </w:p>
        </w:tc>
        <w:tc>
          <w:tcPr>
            <w:tcW w:w="3264" w:type="dxa"/>
            <w:tcMar>
              <w:top w:w="90" w:type="dxa"/>
              <w:left w:w="120" w:type="dxa"/>
              <w:bottom w:w="90" w:type="dxa"/>
              <w:right w:w="120" w:type="dxa"/>
            </w:tcMar>
            <w:vAlign w:val="center"/>
          </w:tcPr>
          <w:p w14:paraId="1D1779D3" w14:textId="77777777" w:rsidR="004744A8" w:rsidRPr="00DC7A3A" w:rsidRDefault="004744A8" w:rsidP="004744A8">
            <w:r w:rsidRPr="00DC7A3A">
              <w:t>□0  □1  □2  □3  □4</w:t>
            </w:r>
          </w:p>
        </w:tc>
      </w:tr>
      <w:tr w:rsidR="004744A8" w:rsidRPr="00DC7A3A" w14:paraId="1C7E9CE8" w14:textId="77777777" w:rsidTr="004744A8">
        <w:trPr>
          <w:jc w:val="center"/>
        </w:trPr>
        <w:tc>
          <w:tcPr>
            <w:tcW w:w="1260" w:type="dxa"/>
            <w:tcMar>
              <w:top w:w="90" w:type="dxa"/>
              <w:left w:w="120" w:type="dxa"/>
              <w:bottom w:w="90" w:type="dxa"/>
              <w:right w:w="120" w:type="dxa"/>
            </w:tcMar>
            <w:vAlign w:val="center"/>
          </w:tcPr>
          <w:p w14:paraId="0547DE8E" w14:textId="77777777" w:rsidR="004744A8" w:rsidRPr="00DC7A3A" w:rsidRDefault="004744A8" w:rsidP="004744A8">
            <w:r w:rsidRPr="00DC7A3A">
              <w:t>2</w:t>
            </w:r>
          </w:p>
        </w:tc>
        <w:tc>
          <w:tcPr>
            <w:tcW w:w="5268" w:type="dxa"/>
            <w:tcMar>
              <w:top w:w="90" w:type="dxa"/>
              <w:left w:w="120" w:type="dxa"/>
              <w:bottom w:w="90" w:type="dxa"/>
              <w:right w:w="120" w:type="dxa"/>
            </w:tcMar>
            <w:vAlign w:val="center"/>
          </w:tcPr>
          <w:p w14:paraId="3131A21D" w14:textId="4E28F23C" w:rsidR="004744A8" w:rsidRPr="00DC7A3A" w:rsidRDefault="004744A8" w:rsidP="004744A8">
            <w:r>
              <w:t>I had trouble staying asleep</w:t>
            </w:r>
          </w:p>
        </w:tc>
        <w:tc>
          <w:tcPr>
            <w:tcW w:w="3264" w:type="dxa"/>
            <w:tcMar>
              <w:top w:w="90" w:type="dxa"/>
              <w:left w:w="120" w:type="dxa"/>
              <w:bottom w:w="90" w:type="dxa"/>
              <w:right w:w="120" w:type="dxa"/>
            </w:tcMar>
            <w:vAlign w:val="center"/>
          </w:tcPr>
          <w:p w14:paraId="5824F2AC" w14:textId="77777777" w:rsidR="004744A8" w:rsidRPr="00DC7A3A" w:rsidRDefault="004744A8" w:rsidP="004744A8">
            <w:r w:rsidRPr="00DC7A3A">
              <w:t>□0  □1  □2  □3  □4</w:t>
            </w:r>
          </w:p>
        </w:tc>
      </w:tr>
      <w:tr w:rsidR="004744A8" w:rsidRPr="00DC7A3A" w14:paraId="74FB44F8" w14:textId="77777777" w:rsidTr="004744A8">
        <w:trPr>
          <w:jc w:val="center"/>
        </w:trPr>
        <w:tc>
          <w:tcPr>
            <w:tcW w:w="1260" w:type="dxa"/>
            <w:tcMar>
              <w:top w:w="90" w:type="dxa"/>
              <w:left w:w="120" w:type="dxa"/>
              <w:bottom w:w="90" w:type="dxa"/>
              <w:right w:w="120" w:type="dxa"/>
            </w:tcMar>
            <w:vAlign w:val="center"/>
          </w:tcPr>
          <w:p w14:paraId="405643C0" w14:textId="77777777" w:rsidR="004744A8" w:rsidRPr="00DC7A3A" w:rsidRDefault="004744A8" w:rsidP="004744A8">
            <w:r w:rsidRPr="00DC7A3A">
              <w:t>3</w:t>
            </w:r>
          </w:p>
        </w:tc>
        <w:tc>
          <w:tcPr>
            <w:tcW w:w="5268" w:type="dxa"/>
            <w:tcMar>
              <w:top w:w="90" w:type="dxa"/>
              <w:left w:w="120" w:type="dxa"/>
              <w:bottom w:w="90" w:type="dxa"/>
              <w:right w:w="120" w:type="dxa"/>
            </w:tcMar>
            <w:vAlign w:val="center"/>
          </w:tcPr>
          <w:p w14:paraId="487203ED" w14:textId="5655A151" w:rsidR="004744A8" w:rsidRPr="00DC7A3A" w:rsidRDefault="004744A8" w:rsidP="004744A8">
            <w:r>
              <w:t>Other things kept making me think about it</w:t>
            </w:r>
          </w:p>
        </w:tc>
        <w:tc>
          <w:tcPr>
            <w:tcW w:w="3264" w:type="dxa"/>
            <w:tcMar>
              <w:top w:w="90" w:type="dxa"/>
              <w:left w:w="120" w:type="dxa"/>
              <w:bottom w:w="90" w:type="dxa"/>
              <w:right w:w="120" w:type="dxa"/>
            </w:tcMar>
            <w:vAlign w:val="center"/>
          </w:tcPr>
          <w:p w14:paraId="590D7982" w14:textId="77777777" w:rsidR="004744A8" w:rsidRPr="00DC7A3A" w:rsidRDefault="004744A8" w:rsidP="004744A8">
            <w:r w:rsidRPr="00DC7A3A">
              <w:t>□0  □1  □2  □3  □4</w:t>
            </w:r>
          </w:p>
        </w:tc>
      </w:tr>
      <w:tr w:rsidR="004744A8" w:rsidRPr="00DC7A3A" w14:paraId="38BC3C45" w14:textId="77777777" w:rsidTr="004744A8">
        <w:trPr>
          <w:jc w:val="center"/>
        </w:trPr>
        <w:tc>
          <w:tcPr>
            <w:tcW w:w="1260" w:type="dxa"/>
            <w:tcMar>
              <w:top w:w="90" w:type="dxa"/>
              <w:left w:w="120" w:type="dxa"/>
              <w:bottom w:w="90" w:type="dxa"/>
              <w:right w:w="120" w:type="dxa"/>
            </w:tcMar>
            <w:vAlign w:val="center"/>
          </w:tcPr>
          <w:p w14:paraId="6691C8A4" w14:textId="77777777" w:rsidR="004744A8" w:rsidRPr="00DC7A3A" w:rsidRDefault="004744A8" w:rsidP="004744A8">
            <w:r w:rsidRPr="00DC7A3A">
              <w:t>4</w:t>
            </w:r>
          </w:p>
        </w:tc>
        <w:tc>
          <w:tcPr>
            <w:tcW w:w="5268" w:type="dxa"/>
            <w:tcMar>
              <w:top w:w="90" w:type="dxa"/>
              <w:left w:w="120" w:type="dxa"/>
              <w:bottom w:w="90" w:type="dxa"/>
              <w:right w:w="120" w:type="dxa"/>
            </w:tcMar>
            <w:vAlign w:val="center"/>
          </w:tcPr>
          <w:p w14:paraId="01CB20CF" w14:textId="4BB13344" w:rsidR="004744A8" w:rsidRPr="00DC7A3A" w:rsidRDefault="004744A8" w:rsidP="004744A8">
            <w:r>
              <w:t>I thought about it when I didn't mean to</w:t>
            </w:r>
          </w:p>
        </w:tc>
        <w:tc>
          <w:tcPr>
            <w:tcW w:w="3264" w:type="dxa"/>
            <w:tcMar>
              <w:top w:w="90" w:type="dxa"/>
              <w:left w:w="120" w:type="dxa"/>
              <w:bottom w:w="90" w:type="dxa"/>
              <w:right w:w="120" w:type="dxa"/>
            </w:tcMar>
            <w:vAlign w:val="center"/>
          </w:tcPr>
          <w:p w14:paraId="68B667E2" w14:textId="77777777" w:rsidR="004744A8" w:rsidRPr="00DC7A3A" w:rsidRDefault="004744A8" w:rsidP="004744A8">
            <w:r w:rsidRPr="00DC7A3A">
              <w:t>□0  □1  □2  □3  □4</w:t>
            </w:r>
          </w:p>
        </w:tc>
      </w:tr>
      <w:tr w:rsidR="004744A8" w:rsidRPr="00DC7A3A" w14:paraId="477C556C" w14:textId="77777777" w:rsidTr="004744A8">
        <w:trPr>
          <w:jc w:val="center"/>
        </w:trPr>
        <w:tc>
          <w:tcPr>
            <w:tcW w:w="1260" w:type="dxa"/>
            <w:tcMar>
              <w:top w:w="90" w:type="dxa"/>
              <w:left w:w="120" w:type="dxa"/>
              <w:bottom w:w="90" w:type="dxa"/>
              <w:right w:w="120" w:type="dxa"/>
            </w:tcMar>
            <w:vAlign w:val="center"/>
          </w:tcPr>
          <w:p w14:paraId="2860F484" w14:textId="77777777" w:rsidR="004744A8" w:rsidRPr="00DC7A3A" w:rsidRDefault="004744A8" w:rsidP="004744A8">
            <w:r w:rsidRPr="00DC7A3A">
              <w:t>5</w:t>
            </w:r>
          </w:p>
        </w:tc>
        <w:tc>
          <w:tcPr>
            <w:tcW w:w="5268" w:type="dxa"/>
            <w:tcMar>
              <w:top w:w="90" w:type="dxa"/>
              <w:left w:w="120" w:type="dxa"/>
              <w:bottom w:w="90" w:type="dxa"/>
              <w:right w:w="120" w:type="dxa"/>
            </w:tcMar>
            <w:vAlign w:val="center"/>
          </w:tcPr>
          <w:p w14:paraId="2A913070" w14:textId="2E92F2D6" w:rsidR="004744A8" w:rsidRPr="00DC7A3A" w:rsidRDefault="004744A8" w:rsidP="004744A8">
            <w:r>
              <w:t>Pictures about it popped into my mind</w:t>
            </w:r>
          </w:p>
        </w:tc>
        <w:tc>
          <w:tcPr>
            <w:tcW w:w="3264" w:type="dxa"/>
            <w:tcMar>
              <w:top w:w="90" w:type="dxa"/>
              <w:left w:w="120" w:type="dxa"/>
              <w:bottom w:w="90" w:type="dxa"/>
              <w:right w:w="120" w:type="dxa"/>
            </w:tcMar>
            <w:vAlign w:val="center"/>
          </w:tcPr>
          <w:p w14:paraId="1EFC1347" w14:textId="77777777" w:rsidR="004744A8" w:rsidRPr="00DC7A3A" w:rsidRDefault="004744A8" w:rsidP="004744A8">
            <w:r w:rsidRPr="00DC7A3A">
              <w:t>□0  □1  □2  □3  □4</w:t>
            </w:r>
          </w:p>
        </w:tc>
      </w:tr>
      <w:tr w:rsidR="004744A8" w:rsidRPr="00DC7A3A" w14:paraId="5D14DD0C" w14:textId="77777777" w:rsidTr="004744A8">
        <w:trPr>
          <w:jc w:val="center"/>
        </w:trPr>
        <w:tc>
          <w:tcPr>
            <w:tcW w:w="1260" w:type="dxa"/>
            <w:tcMar>
              <w:top w:w="90" w:type="dxa"/>
              <w:left w:w="120" w:type="dxa"/>
              <w:bottom w:w="90" w:type="dxa"/>
              <w:right w:w="120" w:type="dxa"/>
            </w:tcMar>
            <w:vAlign w:val="center"/>
          </w:tcPr>
          <w:p w14:paraId="07E5E6C8" w14:textId="77777777" w:rsidR="004744A8" w:rsidRPr="00DC7A3A" w:rsidRDefault="004744A8" w:rsidP="004744A8">
            <w:r w:rsidRPr="00DC7A3A">
              <w:t>6</w:t>
            </w:r>
          </w:p>
        </w:tc>
        <w:tc>
          <w:tcPr>
            <w:tcW w:w="5268" w:type="dxa"/>
            <w:tcMar>
              <w:top w:w="90" w:type="dxa"/>
              <w:left w:w="120" w:type="dxa"/>
              <w:bottom w:w="90" w:type="dxa"/>
              <w:right w:w="120" w:type="dxa"/>
            </w:tcMar>
            <w:vAlign w:val="center"/>
          </w:tcPr>
          <w:p w14:paraId="19D33244" w14:textId="4223FE02" w:rsidR="004744A8" w:rsidRPr="00DC7A3A" w:rsidRDefault="004744A8" w:rsidP="004744A8">
            <w:r>
              <w:t>I found myself acting or feeling like I was back at that time</w:t>
            </w:r>
          </w:p>
        </w:tc>
        <w:tc>
          <w:tcPr>
            <w:tcW w:w="3264" w:type="dxa"/>
            <w:tcMar>
              <w:top w:w="90" w:type="dxa"/>
              <w:left w:w="120" w:type="dxa"/>
              <w:bottom w:w="90" w:type="dxa"/>
              <w:right w:w="120" w:type="dxa"/>
            </w:tcMar>
            <w:vAlign w:val="center"/>
          </w:tcPr>
          <w:p w14:paraId="563C299A" w14:textId="77777777" w:rsidR="004744A8" w:rsidRPr="00DC7A3A" w:rsidRDefault="004744A8" w:rsidP="004744A8">
            <w:r w:rsidRPr="00DC7A3A">
              <w:t>□0  □1  □2  □3  □4</w:t>
            </w:r>
          </w:p>
        </w:tc>
      </w:tr>
      <w:tr w:rsidR="004744A8" w:rsidRPr="00DC7A3A" w14:paraId="20D6856D" w14:textId="77777777" w:rsidTr="004744A8">
        <w:trPr>
          <w:jc w:val="center"/>
        </w:trPr>
        <w:tc>
          <w:tcPr>
            <w:tcW w:w="1260" w:type="dxa"/>
            <w:tcMar>
              <w:top w:w="90" w:type="dxa"/>
              <w:left w:w="120" w:type="dxa"/>
              <w:bottom w:w="90" w:type="dxa"/>
              <w:right w:w="120" w:type="dxa"/>
            </w:tcMar>
            <w:vAlign w:val="center"/>
          </w:tcPr>
          <w:p w14:paraId="047108FA" w14:textId="77777777" w:rsidR="004744A8" w:rsidRPr="00DC7A3A" w:rsidRDefault="004744A8" w:rsidP="004744A8">
            <w:r w:rsidRPr="00DC7A3A">
              <w:t>7</w:t>
            </w:r>
          </w:p>
        </w:tc>
        <w:tc>
          <w:tcPr>
            <w:tcW w:w="5268" w:type="dxa"/>
            <w:tcMar>
              <w:top w:w="90" w:type="dxa"/>
              <w:left w:w="120" w:type="dxa"/>
              <w:bottom w:w="90" w:type="dxa"/>
              <w:right w:w="120" w:type="dxa"/>
            </w:tcMar>
            <w:vAlign w:val="center"/>
          </w:tcPr>
          <w:p w14:paraId="7F721CB5" w14:textId="63841D4C" w:rsidR="004744A8" w:rsidRPr="00DC7A3A" w:rsidRDefault="004744A8" w:rsidP="004744A8">
            <w:r>
              <w:t>I had waves of strong feelings about it</w:t>
            </w:r>
          </w:p>
        </w:tc>
        <w:tc>
          <w:tcPr>
            <w:tcW w:w="3264" w:type="dxa"/>
            <w:tcMar>
              <w:top w:w="90" w:type="dxa"/>
              <w:left w:w="120" w:type="dxa"/>
              <w:bottom w:w="90" w:type="dxa"/>
              <w:right w:w="120" w:type="dxa"/>
            </w:tcMar>
            <w:vAlign w:val="center"/>
          </w:tcPr>
          <w:p w14:paraId="57C44D4E" w14:textId="77777777" w:rsidR="004744A8" w:rsidRPr="00DC7A3A" w:rsidRDefault="004744A8" w:rsidP="004744A8">
            <w:r w:rsidRPr="00DC7A3A">
              <w:t>□0  □1  □2  □3  □4</w:t>
            </w:r>
          </w:p>
        </w:tc>
      </w:tr>
      <w:tr w:rsidR="004744A8" w:rsidRPr="00DC7A3A" w14:paraId="3935BE82" w14:textId="77777777" w:rsidTr="004744A8">
        <w:trPr>
          <w:jc w:val="center"/>
        </w:trPr>
        <w:tc>
          <w:tcPr>
            <w:tcW w:w="1260" w:type="dxa"/>
            <w:tcMar>
              <w:top w:w="90" w:type="dxa"/>
              <w:left w:w="120" w:type="dxa"/>
              <w:bottom w:w="90" w:type="dxa"/>
              <w:right w:w="120" w:type="dxa"/>
            </w:tcMar>
            <w:vAlign w:val="center"/>
          </w:tcPr>
          <w:p w14:paraId="60C96323" w14:textId="77777777" w:rsidR="004744A8" w:rsidRPr="00DC7A3A" w:rsidRDefault="004744A8" w:rsidP="004744A8">
            <w:r w:rsidRPr="00DC7A3A">
              <w:t>8</w:t>
            </w:r>
          </w:p>
        </w:tc>
        <w:tc>
          <w:tcPr>
            <w:tcW w:w="5268" w:type="dxa"/>
            <w:tcMar>
              <w:top w:w="90" w:type="dxa"/>
              <w:left w:w="120" w:type="dxa"/>
              <w:bottom w:w="90" w:type="dxa"/>
              <w:right w:w="120" w:type="dxa"/>
            </w:tcMar>
            <w:vAlign w:val="center"/>
          </w:tcPr>
          <w:p w14:paraId="28ED2CED" w14:textId="5D5CE195" w:rsidR="004744A8" w:rsidRPr="00DC7A3A" w:rsidRDefault="004744A8" w:rsidP="004744A8">
            <w:r>
              <w:t>I had dreams about it</w:t>
            </w:r>
          </w:p>
        </w:tc>
        <w:tc>
          <w:tcPr>
            <w:tcW w:w="3264" w:type="dxa"/>
            <w:tcMar>
              <w:top w:w="90" w:type="dxa"/>
              <w:left w:w="120" w:type="dxa"/>
              <w:bottom w:w="90" w:type="dxa"/>
              <w:right w:w="120" w:type="dxa"/>
            </w:tcMar>
            <w:vAlign w:val="center"/>
          </w:tcPr>
          <w:p w14:paraId="2DE15990" w14:textId="77777777" w:rsidR="004744A8" w:rsidRPr="00DC7A3A" w:rsidRDefault="004744A8" w:rsidP="004744A8">
            <w:r w:rsidRPr="00DC7A3A">
              <w:t>□0  □1  □2  □3  □4</w:t>
            </w:r>
          </w:p>
        </w:tc>
      </w:tr>
    </w:tbl>
    <w:p w14:paraId="5DDA48DB" w14:textId="77777777" w:rsidR="00BC43C6" w:rsidRPr="00DC7A3A" w:rsidRDefault="00000000">
      <w:r w:rsidRPr="00DC7A3A">
        <w:rPr>
          <w:b/>
        </w:rPr>
        <w:t xml:space="preserve">Scoring summary. </w:t>
      </w:r>
      <w:r w:rsidRPr="00DC7A3A">
        <w:t>Only the intrusion items are summed. Higher scores indicate more severe intrusive trauma-related memories. In the manuscript, note that only the intrusion component was analyzed to avoid overlap with the predictor construct of cognitive avoidance.</w:t>
      </w:r>
    </w:p>
    <w:p w14:paraId="1A29EC47" w14:textId="77777777" w:rsidR="00BC43C6" w:rsidRPr="00DC7A3A" w:rsidRDefault="00BC43C6"/>
    <w:p w14:paraId="3A1693E0" w14:textId="77777777" w:rsidR="00DC7A3A" w:rsidRPr="00DC7A3A" w:rsidRDefault="00DC7A3A">
      <w:pPr>
        <w:rPr>
          <w:rFonts w:asciiTheme="majorHAnsi" w:eastAsiaTheme="majorEastAsia" w:hAnsiTheme="majorHAnsi" w:cstheme="majorBidi"/>
          <w:b/>
          <w:bCs/>
          <w:sz w:val="28"/>
          <w:szCs w:val="28"/>
        </w:rPr>
      </w:pPr>
      <w:r w:rsidRPr="00DC7A3A">
        <w:br w:type="page"/>
      </w:r>
    </w:p>
    <w:p w14:paraId="555A16CA" w14:textId="30C2BE98" w:rsidR="00BC43C6" w:rsidRPr="00DC7A3A" w:rsidRDefault="00000000" w:rsidP="00DC7A3A">
      <w:pPr>
        <w:pStyle w:val="Heading1"/>
        <w:jc w:val="center"/>
        <w:rPr>
          <w:color w:val="auto"/>
        </w:rPr>
      </w:pPr>
      <w:r w:rsidRPr="00DC7A3A">
        <w:rPr>
          <w:color w:val="auto"/>
        </w:rPr>
        <w:lastRenderedPageBreak/>
        <w:t>Appendix F. Patient Health Questionnaire-9 (PHQ-9)</w:t>
      </w:r>
    </w:p>
    <w:p w14:paraId="7C2929A8" w14:textId="77777777" w:rsidR="00BC43C6" w:rsidRPr="00DC7A3A" w:rsidRDefault="00000000">
      <w:r w:rsidRPr="00DC7A3A">
        <w:rPr>
          <w:b/>
        </w:rPr>
        <w:t xml:space="preserve">Instructions to participants. </w:t>
      </w:r>
      <w:r w:rsidRPr="00DC7A3A">
        <w:t>Over the last two weeks, how often have you been bothered by any of the following problems?</w:t>
      </w:r>
    </w:p>
    <w:p w14:paraId="52300FE9" w14:textId="77777777" w:rsidR="00BC43C6" w:rsidRPr="00DC7A3A" w:rsidRDefault="00000000">
      <w:r w:rsidRPr="00DC7A3A">
        <w:rPr>
          <w:b/>
        </w:rPr>
        <w:t xml:space="preserve">Response options. </w:t>
      </w:r>
      <w:r w:rsidRPr="00DC7A3A">
        <w:t>0 = Not at all; 1 = Several days; 2 = More than half the days; 3 = Nearly every day.</w:t>
      </w:r>
    </w:p>
    <w:tbl>
      <w:tblPr>
        <w:tblStyle w:val="TableGrid"/>
        <w:tblW w:w="0" w:type="auto"/>
        <w:jc w:val="center"/>
        <w:tblLook w:val="04A0" w:firstRow="1" w:lastRow="0" w:firstColumn="1" w:lastColumn="0" w:noHBand="0" w:noVBand="1"/>
      </w:tblPr>
      <w:tblGrid>
        <w:gridCol w:w="1079"/>
        <w:gridCol w:w="5442"/>
        <w:gridCol w:w="3261"/>
      </w:tblGrid>
      <w:tr w:rsidR="00DC7A3A" w:rsidRPr="00DC7A3A" w14:paraId="48EF413E" w14:textId="77777777" w:rsidTr="004744A8">
        <w:trPr>
          <w:tblHeader/>
          <w:jc w:val="center"/>
        </w:trPr>
        <w:tc>
          <w:tcPr>
            <w:tcW w:w="1080" w:type="dxa"/>
            <w:shd w:val="clear" w:color="auto" w:fill="D9EAF7"/>
            <w:tcMar>
              <w:top w:w="90" w:type="dxa"/>
              <w:left w:w="120" w:type="dxa"/>
              <w:bottom w:w="90" w:type="dxa"/>
              <w:right w:w="120" w:type="dxa"/>
            </w:tcMar>
          </w:tcPr>
          <w:p w14:paraId="18DF3D7B" w14:textId="77777777" w:rsidR="00BC43C6" w:rsidRPr="00DC7A3A" w:rsidRDefault="00000000">
            <w:r w:rsidRPr="00DC7A3A">
              <w:rPr>
                <w:b/>
              </w:rPr>
              <w:t>Item</w:t>
            </w:r>
          </w:p>
        </w:tc>
        <w:tc>
          <w:tcPr>
            <w:tcW w:w="5448" w:type="dxa"/>
            <w:shd w:val="clear" w:color="auto" w:fill="D9EAF7"/>
            <w:tcMar>
              <w:top w:w="90" w:type="dxa"/>
              <w:left w:w="120" w:type="dxa"/>
              <w:bottom w:w="90" w:type="dxa"/>
              <w:right w:w="120" w:type="dxa"/>
            </w:tcMar>
          </w:tcPr>
          <w:p w14:paraId="4746575F" w14:textId="77777777" w:rsidR="00BC43C6" w:rsidRPr="00DC7A3A" w:rsidRDefault="00000000">
            <w:r w:rsidRPr="00DC7A3A">
              <w:rPr>
                <w:b/>
              </w:rPr>
              <w:t>Problem</w:t>
            </w:r>
          </w:p>
        </w:tc>
        <w:tc>
          <w:tcPr>
            <w:tcW w:w="3264" w:type="dxa"/>
            <w:shd w:val="clear" w:color="auto" w:fill="D9EAF7"/>
            <w:tcMar>
              <w:top w:w="90" w:type="dxa"/>
              <w:left w:w="120" w:type="dxa"/>
              <w:bottom w:w="90" w:type="dxa"/>
              <w:right w:w="120" w:type="dxa"/>
            </w:tcMar>
          </w:tcPr>
          <w:p w14:paraId="7092C07C" w14:textId="77777777" w:rsidR="00BC43C6" w:rsidRPr="00DC7A3A" w:rsidRDefault="00000000">
            <w:r w:rsidRPr="00DC7A3A">
              <w:rPr>
                <w:b/>
              </w:rPr>
              <w:t>Response (0–3)</w:t>
            </w:r>
          </w:p>
        </w:tc>
      </w:tr>
      <w:tr w:rsidR="00DC7A3A" w:rsidRPr="00DC7A3A" w14:paraId="5545086D" w14:textId="77777777" w:rsidTr="004744A8">
        <w:trPr>
          <w:jc w:val="center"/>
        </w:trPr>
        <w:tc>
          <w:tcPr>
            <w:tcW w:w="1080" w:type="dxa"/>
            <w:tcMar>
              <w:top w:w="90" w:type="dxa"/>
              <w:left w:w="120" w:type="dxa"/>
              <w:bottom w:w="90" w:type="dxa"/>
              <w:right w:w="120" w:type="dxa"/>
            </w:tcMar>
            <w:vAlign w:val="center"/>
          </w:tcPr>
          <w:p w14:paraId="1DA6CC74" w14:textId="77777777" w:rsidR="00BC43C6" w:rsidRPr="00DC7A3A" w:rsidRDefault="00000000">
            <w:r w:rsidRPr="00DC7A3A">
              <w:t>1</w:t>
            </w:r>
          </w:p>
        </w:tc>
        <w:tc>
          <w:tcPr>
            <w:tcW w:w="5448" w:type="dxa"/>
            <w:tcMar>
              <w:top w:w="90" w:type="dxa"/>
              <w:left w:w="120" w:type="dxa"/>
              <w:bottom w:w="90" w:type="dxa"/>
              <w:right w:w="120" w:type="dxa"/>
            </w:tcMar>
            <w:vAlign w:val="center"/>
          </w:tcPr>
          <w:p w14:paraId="22FE4B52" w14:textId="77777777" w:rsidR="00BC43C6" w:rsidRPr="00DC7A3A" w:rsidRDefault="00000000">
            <w:r w:rsidRPr="00DC7A3A">
              <w:t>Little interest or pleasure in doing things.</w:t>
            </w:r>
          </w:p>
        </w:tc>
        <w:tc>
          <w:tcPr>
            <w:tcW w:w="3264" w:type="dxa"/>
            <w:tcMar>
              <w:top w:w="90" w:type="dxa"/>
              <w:left w:w="120" w:type="dxa"/>
              <w:bottom w:w="90" w:type="dxa"/>
              <w:right w:w="120" w:type="dxa"/>
            </w:tcMar>
            <w:vAlign w:val="center"/>
          </w:tcPr>
          <w:p w14:paraId="109C3FB7" w14:textId="77777777" w:rsidR="00BC43C6" w:rsidRPr="00DC7A3A" w:rsidRDefault="00000000">
            <w:r w:rsidRPr="00DC7A3A">
              <w:t>□0  □1  □2  □3</w:t>
            </w:r>
          </w:p>
        </w:tc>
      </w:tr>
      <w:tr w:rsidR="00DC7A3A" w:rsidRPr="00DC7A3A" w14:paraId="36D9B5A8" w14:textId="77777777" w:rsidTr="004744A8">
        <w:trPr>
          <w:jc w:val="center"/>
        </w:trPr>
        <w:tc>
          <w:tcPr>
            <w:tcW w:w="1080" w:type="dxa"/>
            <w:tcMar>
              <w:top w:w="90" w:type="dxa"/>
              <w:left w:w="120" w:type="dxa"/>
              <w:bottom w:w="90" w:type="dxa"/>
              <w:right w:w="120" w:type="dxa"/>
            </w:tcMar>
            <w:vAlign w:val="center"/>
          </w:tcPr>
          <w:p w14:paraId="5461193C" w14:textId="77777777" w:rsidR="00BC43C6" w:rsidRPr="00DC7A3A" w:rsidRDefault="00000000">
            <w:r w:rsidRPr="00DC7A3A">
              <w:t>2</w:t>
            </w:r>
          </w:p>
        </w:tc>
        <w:tc>
          <w:tcPr>
            <w:tcW w:w="5448" w:type="dxa"/>
            <w:tcMar>
              <w:top w:w="90" w:type="dxa"/>
              <w:left w:w="120" w:type="dxa"/>
              <w:bottom w:w="90" w:type="dxa"/>
              <w:right w:w="120" w:type="dxa"/>
            </w:tcMar>
            <w:vAlign w:val="center"/>
          </w:tcPr>
          <w:p w14:paraId="2C11F242" w14:textId="77777777" w:rsidR="00BC43C6" w:rsidRPr="00DC7A3A" w:rsidRDefault="00000000">
            <w:r w:rsidRPr="00DC7A3A">
              <w:t>Feeling down, depressed, or hopeless.</w:t>
            </w:r>
          </w:p>
        </w:tc>
        <w:tc>
          <w:tcPr>
            <w:tcW w:w="3264" w:type="dxa"/>
            <w:tcMar>
              <w:top w:w="90" w:type="dxa"/>
              <w:left w:w="120" w:type="dxa"/>
              <w:bottom w:w="90" w:type="dxa"/>
              <w:right w:w="120" w:type="dxa"/>
            </w:tcMar>
            <w:vAlign w:val="center"/>
          </w:tcPr>
          <w:p w14:paraId="47879130" w14:textId="77777777" w:rsidR="00BC43C6" w:rsidRPr="00DC7A3A" w:rsidRDefault="00000000">
            <w:r w:rsidRPr="00DC7A3A">
              <w:t>□0  □1  □2  □3</w:t>
            </w:r>
          </w:p>
        </w:tc>
      </w:tr>
      <w:tr w:rsidR="00DC7A3A" w:rsidRPr="00DC7A3A" w14:paraId="6D9ADFD2" w14:textId="77777777" w:rsidTr="004744A8">
        <w:trPr>
          <w:jc w:val="center"/>
        </w:trPr>
        <w:tc>
          <w:tcPr>
            <w:tcW w:w="1080" w:type="dxa"/>
            <w:tcMar>
              <w:top w:w="90" w:type="dxa"/>
              <w:left w:w="120" w:type="dxa"/>
              <w:bottom w:w="90" w:type="dxa"/>
              <w:right w:w="120" w:type="dxa"/>
            </w:tcMar>
            <w:vAlign w:val="center"/>
          </w:tcPr>
          <w:p w14:paraId="591AB1FD" w14:textId="77777777" w:rsidR="00BC43C6" w:rsidRPr="00DC7A3A" w:rsidRDefault="00000000">
            <w:r w:rsidRPr="00DC7A3A">
              <w:t>3</w:t>
            </w:r>
          </w:p>
        </w:tc>
        <w:tc>
          <w:tcPr>
            <w:tcW w:w="5448" w:type="dxa"/>
            <w:tcMar>
              <w:top w:w="90" w:type="dxa"/>
              <w:left w:w="120" w:type="dxa"/>
              <w:bottom w:w="90" w:type="dxa"/>
              <w:right w:w="120" w:type="dxa"/>
            </w:tcMar>
            <w:vAlign w:val="center"/>
          </w:tcPr>
          <w:p w14:paraId="702B2D72" w14:textId="77777777" w:rsidR="00BC43C6" w:rsidRPr="00DC7A3A" w:rsidRDefault="00000000">
            <w:r w:rsidRPr="00DC7A3A">
              <w:t>Trouble falling or staying asleep, or sleeping too much.</w:t>
            </w:r>
          </w:p>
        </w:tc>
        <w:tc>
          <w:tcPr>
            <w:tcW w:w="3264" w:type="dxa"/>
            <w:tcMar>
              <w:top w:w="90" w:type="dxa"/>
              <w:left w:w="120" w:type="dxa"/>
              <w:bottom w:w="90" w:type="dxa"/>
              <w:right w:w="120" w:type="dxa"/>
            </w:tcMar>
            <w:vAlign w:val="center"/>
          </w:tcPr>
          <w:p w14:paraId="437B55E4" w14:textId="77777777" w:rsidR="00BC43C6" w:rsidRPr="00DC7A3A" w:rsidRDefault="00000000">
            <w:r w:rsidRPr="00DC7A3A">
              <w:t>□0  □1  □2  □3</w:t>
            </w:r>
          </w:p>
        </w:tc>
      </w:tr>
      <w:tr w:rsidR="00DC7A3A" w:rsidRPr="00DC7A3A" w14:paraId="7C0FFD85" w14:textId="77777777" w:rsidTr="004744A8">
        <w:trPr>
          <w:jc w:val="center"/>
        </w:trPr>
        <w:tc>
          <w:tcPr>
            <w:tcW w:w="1080" w:type="dxa"/>
            <w:tcMar>
              <w:top w:w="90" w:type="dxa"/>
              <w:left w:w="120" w:type="dxa"/>
              <w:bottom w:w="90" w:type="dxa"/>
              <w:right w:w="120" w:type="dxa"/>
            </w:tcMar>
            <w:vAlign w:val="center"/>
          </w:tcPr>
          <w:p w14:paraId="69896CE1" w14:textId="77777777" w:rsidR="00BC43C6" w:rsidRPr="00DC7A3A" w:rsidRDefault="00000000">
            <w:r w:rsidRPr="00DC7A3A">
              <w:t>4</w:t>
            </w:r>
          </w:p>
        </w:tc>
        <w:tc>
          <w:tcPr>
            <w:tcW w:w="5448" w:type="dxa"/>
            <w:tcMar>
              <w:top w:w="90" w:type="dxa"/>
              <w:left w:w="120" w:type="dxa"/>
              <w:bottom w:w="90" w:type="dxa"/>
              <w:right w:w="120" w:type="dxa"/>
            </w:tcMar>
            <w:vAlign w:val="center"/>
          </w:tcPr>
          <w:p w14:paraId="5822DBAA" w14:textId="77777777" w:rsidR="00BC43C6" w:rsidRPr="00DC7A3A" w:rsidRDefault="00000000">
            <w:r w:rsidRPr="00DC7A3A">
              <w:t>Feeling tired or having little energy.</w:t>
            </w:r>
          </w:p>
        </w:tc>
        <w:tc>
          <w:tcPr>
            <w:tcW w:w="3264" w:type="dxa"/>
            <w:tcMar>
              <w:top w:w="90" w:type="dxa"/>
              <w:left w:w="120" w:type="dxa"/>
              <w:bottom w:w="90" w:type="dxa"/>
              <w:right w:w="120" w:type="dxa"/>
            </w:tcMar>
            <w:vAlign w:val="center"/>
          </w:tcPr>
          <w:p w14:paraId="4C51E020" w14:textId="77777777" w:rsidR="00BC43C6" w:rsidRPr="00DC7A3A" w:rsidRDefault="00000000">
            <w:r w:rsidRPr="00DC7A3A">
              <w:t>□0  □1  □2  □3</w:t>
            </w:r>
          </w:p>
        </w:tc>
      </w:tr>
      <w:tr w:rsidR="00DC7A3A" w:rsidRPr="00DC7A3A" w14:paraId="2F6278BD" w14:textId="77777777" w:rsidTr="004744A8">
        <w:trPr>
          <w:jc w:val="center"/>
        </w:trPr>
        <w:tc>
          <w:tcPr>
            <w:tcW w:w="1080" w:type="dxa"/>
            <w:tcMar>
              <w:top w:w="90" w:type="dxa"/>
              <w:left w:w="120" w:type="dxa"/>
              <w:bottom w:w="90" w:type="dxa"/>
              <w:right w:w="120" w:type="dxa"/>
            </w:tcMar>
            <w:vAlign w:val="center"/>
          </w:tcPr>
          <w:p w14:paraId="0C7DC59D" w14:textId="77777777" w:rsidR="00BC43C6" w:rsidRPr="00DC7A3A" w:rsidRDefault="00000000">
            <w:r w:rsidRPr="00DC7A3A">
              <w:t>5</w:t>
            </w:r>
          </w:p>
        </w:tc>
        <w:tc>
          <w:tcPr>
            <w:tcW w:w="5448" w:type="dxa"/>
            <w:tcMar>
              <w:top w:w="90" w:type="dxa"/>
              <w:left w:w="120" w:type="dxa"/>
              <w:bottom w:w="90" w:type="dxa"/>
              <w:right w:w="120" w:type="dxa"/>
            </w:tcMar>
            <w:vAlign w:val="center"/>
          </w:tcPr>
          <w:p w14:paraId="5012D9E5" w14:textId="77777777" w:rsidR="00BC43C6" w:rsidRPr="00DC7A3A" w:rsidRDefault="00000000">
            <w:r w:rsidRPr="00DC7A3A">
              <w:t>Poor appetite or overeating.</w:t>
            </w:r>
          </w:p>
        </w:tc>
        <w:tc>
          <w:tcPr>
            <w:tcW w:w="3264" w:type="dxa"/>
            <w:tcMar>
              <w:top w:w="90" w:type="dxa"/>
              <w:left w:w="120" w:type="dxa"/>
              <w:bottom w:w="90" w:type="dxa"/>
              <w:right w:w="120" w:type="dxa"/>
            </w:tcMar>
            <w:vAlign w:val="center"/>
          </w:tcPr>
          <w:p w14:paraId="7E3E196D" w14:textId="77777777" w:rsidR="00BC43C6" w:rsidRPr="00DC7A3A" w:rsidRDefault="00000000">
            <w:r w:rsidRPr="00DC7A3A">
              <w:t>□0  □1  □2  □3</w:t>
            </w:r>
          </w:p>
        </w:tc>
      </w:tr>
      <w:tr w:rsidR="00DC7A3A" w:rsidRPr="00DC7A3A" w14:paraId="34EEC5E7" w14:textId="77777777" w:rsidTr="004744A8">
        <w:trPr>
          <w:jc w:val="center"/>
        </w:trPr>
        <w:tc>
          <w:tcPr>
            <w:tcW w:w="1080" w:type="dxa"/>
            <w:tcMar>
              <w:top w:w="90" w:type="dxa"/>
              <w:left w:w="120" w:type="dxa"/>
              <w:bottom w:w="90" w:type="dxa"/>
              <w:right w:w="120" w:type="dxa"/>
            </w:tcMar>
            <w:vAlign w:val="center"/>
          </w:tcPr>
          <w:p w14:paraId="6FBEB42A" w14:textId="77777777" w:rsidR="00BC43C6" w:rsidRPr="00DC7A3A" w:rsidRDefault="00000000">
            <w:r w:rsidRPr="00DC7A3A">
              <w:t>6</w:t>
            </w:r>
          </w:p>
        </w:tc>
        <w:tc>
          <w:tcPr>
            <w:tcW w:w="5448" w:type="dxa"/>
            <w:tcMar>
              <w:top w:w="90" w:type="dxa"/>
              <w:left w:w="120" w:type="dxa"/>
              <w:bottom w:w="90" w:type="dxa"/>
              <w:right w:w="120" w:type="dxa"/>
            </w:tcMar>
            <w:vAlign w:val="center"/>
          </w:tcPr>
          <w:p w14:paraId="0212905E" w14:textId="77777777" w:rsidR="00BC43C6" w:rsidRPr="00DC7A3A" w:rsidRDefault="00000000">
            <w:r w:rsidRPr="00DC7A3A">
              <w:t>Feeling bad about yourself — or that you are a failure or have let yourself or your family down.</w:t>
            </w:r>
          </w:p>
        </w:tc>
        <w:tc>
          <w:tcPr>
            <w:tcW w:w="3264" w:type="dxa"/>
            <w:tcMar>
              <w:top w:w="90" w:type="dxa"/>
              <w:left w:w="120" w:type="dxa"/>
              <w:bottom w:w="90" w:type="dxa"/>
              <w:right w:w="120" w:type="dxa"/>
            </w:tcMar>
            <w:vAlign w:val="center"/>
          </w:tcPr>
          <w:p w14:paraId="1D392936" w14:textId="77777777" w:rsidR="00BC43C6" w:rsidRPr="00DC7A3A" w:rsidRDefault="00000000">
            <w:r w:rsidRPr="00DC7A3A">
              <w:t>□0  □1  □2  □3</w:t>
            </w:r>
          </w:p>
        </w:tc>
      </w:tr>
      <w:tr w:rsidR="00DC7A3A" w:rsidRPr="00DC7A3A" w14:paraId="2C64B8EC" w14:textId="77777777" w:rsidTr="004744A8">
        <w:trPr>
          <w:jc w:val="center"/>
        </w:trPr>
        <w:tc>
          <w:tcPr>
            <w:tcW w:w="1080" w:type="dxa"/>
            <w:tcMar>
              <w:top w:w="90" w:type="dxa"/>
              <w:left w:w="120" w:type="dxa"/>
              <w:bottom w:w="90" w:type="dxa"/>
              <w:right w:w="120" w:type="dxa"/>
            </w:tcMar>
            <w:vAlign w:val="center"/>
          </w:tcPr>
          <w:p w14:paraId="472AEBC2" w14:textId="77777777" w:rsidR="00BC43C6" w:rsidRPr="00DC7A3A" w:rsidRDefault="00000000">
            <w:r w:rsidRPr="00DC7A3A">
              <w:t>7</w:t>
            </w:r>
          </w:p>
        </w:tc>
        <w:tc>
          <w:tcPr>
            <w:tcW w:w="5448" w:type="dxa"/>
            <w:tcMar>
              <w:top w:w="90" w:type="dxa"/>
              <w:left w:w="120" w:type="dxa"/>
              <w:bottom w:w="90" w:type="dxa"/>
              <w:right w:w="120" w:type="dxa"/>
            </w:tcMar>
            <w:vAlign w:val="center"/>
          </w:tcPr>
          <w:p w14:paraId="54A35E32" w14:textId="77777777" w:rsidR="00BC43C6" w:rsidRPr="00DC7A3A" w:rsidRDefault="00000000">
            <w:r w:rsidRPr="00DC7A3A">
              <w:t>Trouble concentrating on things, such as reading or watching television.</w:t>
            </w:r>
          </w:p>
        </w:tc>
        <w:tc>
          <w:tcPr>
            <w:tcW w:w="3264" w:type="dxa"/>
            <w:tcMar>
              <w:top w:w="90" w:type="dxa"/>
              <w:left w:w="120" w:type="dxa"/>
              <w:bottom w:w="90" w:type="dxa"/>
              <w:right w:w="120" w:type="dxa"/>
            </w:tcMar>
            <w:vAlign w:val="center"/>
          </w:tcPr>
          <w:p w14:paraId="1A619383" w14:textId="77777777" w:rsidR="00BC43C6" w:rsidRPr="00DC7A3A" w:rsidRDefault="00000000">
            <w:r w:rsidRPr="00DC7A3A">
              <w:t>□0  □1  □2  □3</w:t>
            </w:r>
          </w:p>
        </w:tc>
      </w:tr>
      <w:tr w:rsidR="00DC7A3A" w:rsidRPr="00DC7A3A" w14:paraId="72795A13" w14:textId="77777777" w:rsidTr="004744A8">
        <w:trPr>
          <w:jc w:val="center"/>
        </w:trPr>
        <w:tc>
          <w:tcPr>
            <w:tcW w:w="1080" w:type="dxa"/>
            <w:tcMar>
              <w:top w:w="90" w:type="dxa"/>
              <w:left w:w="120" w:type="dxa"/>
              <w:bottom w:w="90" w:type="dxa"/>
              <w:right w:w="120" w:type="dxa"/>
            </w:tcMar>
            <w:vAlign w:val="center"/>
          </w:tcPr>
          <w:p w14:paraId="2F16EF48" w14:textId="77777777" w:rsidR="00BC43C6" w:rsidRPr="00DC7A3A" w:rsidRDefault="00000000">
            <w:r w:rsidRPr="00DC7A3A">
              <w:t>8</w:t>
            </w:r>
          </w:p>
        </w:tc>
        <w:tc>
          <w:tcPr>
            <w:tcW w:w="5448" w:type="dxa"/>
            <w:tcMar>
              <w:top w:w="90" w:type="dxa"/>
              <w:left w:w="120" w:type="dxa"/>
              <w:bottom w:w="90" w:type="dxa"/>
              <w:right w:w="120" w:type="dxa"/>
            </w:tcMar>
            <w:vAlign w:val="center"/>
          </w:tcPr>
          <w:p w14:paraId="1DE663D1" w14:textId="77777777" w:rsidR="00BC43C6" w:rsidRPr="00DC7A3A" w:rsidRDefault="00000000">
            <w:r w:rsidRPr="00DC7A3A">
              <w:t>Moving or speaking so slowly that other people could have noticed? Or the opposite — being so fidgety or restless that you have been moving around more than usual.</w:t>
            </w:r>
          </w:p>
        </w:tc>
        <w:tc>
          <w:tcPr>
            <w:tcW w:w="3264" w:type="dxa"/>
            <w:tcMar>
              <w:top w:w="90" w:type="dxa"/>
              <w:left w:w="120" w:type="dxa"/>
              <w:bottom w:w="90" w:type="dxa"/>
              <w:right w:w="120" w:type="dxa"/>
            </w:tcMar>
            <w:vAlign w:val="center"/>
          </w:tcPr>
          <w:p w14:paraId="2A90076B" w14:textId="77777777" w:rsidR="00BC43C6" w:rsidRPr="00DC7A3A" w:rsidRDefault="00000000">
            <w:r w:rsidRPr="00DC7A3A">
              <w:t>□0  □1  □2  □3</w:t>
            </w:r>
          </w:p>
        </w:tc>
      </w:tr>
      <w:tr w:rsidR="00DC7A3A" w:rsidRPr="00DC7A3A" w14:paraId="49BEAF9B" w14:textId="77777777" w:rsidTr="004744A8">
        <w:trPr>
          <w:jc w:val="center"/>
        </w:trPr>
        <w:tc>
          <w:tcPr>
            <w:tcW w:w="1080" w:type="dxa"/>
            <w:tcMar>
              <w:top w:w="90" w:type="dxa"/>
              <w:left w:w="120" w:type="dxa"/>
              <w:bottom w:w="90" w:type="dxa"/>
              <w:right w:w="120" w:type="dxa"/>
            </w:tcMar>
            <w:vAlign w:val="center"/>
          </w:tcPr>
          <w:p w14:paraId="348192AC" w14:textId="77777777" w:rsidR="00BC43C6" w:rsidRPr="00DC7A3A" w:rsidRDefault="00000000">
            <w:r w:rsidRPr="00DC7A3A">
              <w:t>9</w:t>
            </w:r>
          </w:p>
        </w:tc>
        <w:tc>
          <w:tcPr>
            <w:tcW w:w="5448" w:type="dxa"/>
            <w:tcMar>
              <w:top w:w="90" w:type="dxa"/>
              <w:left w:w="120" w:type="dxa"/>
              <w:bottom w:w="90" w:type="dxa"/>
              <w:right w:w="120" w:type="dxa"/>
            </w:tcMar>
            <w:vAlign w:val="center"/>
          </w:tcPr>
          <w:p w14:paraId="69E4AF6B" w14:textId="77777777" w:rsidR="00BC43C6" w:rsidRPr="00DC7A3A" w:rsidRDefault="00000000">
            <w:r w:rsidRPr="00DC7A3A">
              <w:t>Thoughts that you would be better off dead, or thoughts of hurting yourself in some way.</w:t>
            </w:r>
          </w:p>
        </w:tc>
        <w:tc>
          <w:tcPr>
            <w:tcW w:w="3264" w:type="dxa"/>
            <w:tcMar>
              <w:top w:w="90" w:type="dxa"/>
              <w:left w:w="120" w:type="dxa"/>
              <w:bottom w:w="90" w:type="dxa"/>
              <w:right w:w="120" w:type="dxa"/>
            </w:tcMar>
            <w:vAlign w:val="center"/>
          </w:tcPr>
          <w:p w14:paraId="052A7B09" w14:textId="77777777" w:rsidR="00BC43C6" w:rsidRPr="00DC7A3A" w:rsidRDefault="00000000">
            <w:r w:rsidRPr="00DC7A3A">
              <w:t>□0  □1  □2  □3</w:t>
            </w:r>
          </w:p>
        </w:tc>
      </w:tr>
    </w:tbl>
    <w:p w14:paraId="3363B503" w14:textId="77777777" w:rsidR="00BC43C6" w:rsidRPr="00DC7A3A" w:rsidRDefault="00000000">
      <w:pPr>
        <w:pStyle w:val="Heading3"/>
        <w:rPr>
          <w:color w:val="auto"/>
        </w:rPr>
      </w:pPr>
      <w:r w:rsidRPr="00DC7A3A">
        <w:rPr>
          <w:color w:val="auto"/>
        </w:rPr>
        <w:t>If you checked off any problems, how difficult have these problems made it for you to do your work, take care of things at home, or get along with other people?</w:t>
      </w:r>
    </w:p>
    <w:p w14:paraId="1323F68E" w14:textId="77777777" w:rsidR="00BC43C6" w:rsidRPr="00DC7A3A" w:rsidRDefault="00000000">
      <w:pPr>
        <w:spacing w:after="0"/>
      </w:pPr>
      <w:r w:rsidRPr="00DC7A3A">
        <w:t>□ Not difficult at all    □ Somewhat difficult    □ Very difficult    □ Extremely difficult</w:t>
      </w:r>
    </w:p>
    <w:p w14:paraId="65B65D7B" w14:textId="77777777" w:rsidR="00BC43C6" w:rsidRPr="00DC7A3A" w:rsidRDefault="00000000">
      <w:r w:rsidRPr="00DC7A3A">
        <w:t>Scoring: Sum items 1–9. Total score range = 0–27. Higher scores reflect greater depressive symptom severity.</w:t>
      </w:r>
    </w:p>
    <w:p w14:paraId="202D24DB" w14:textId="77777777" w:rsidR="00BC43C6" w:rsidRPr="00DC7A3A" w:rsidRDefault="00BC43C6"/>
    <w:p w14:paraId="53BAE6A4" w14:textId="77777777" w:rsidR="00DC7A3A" w:rsidRPr="00DC7A3A" w:rsidRDefault="00DC7A3A">
      <w:pPr>
        <w:rPr>
          <w:rFonts w:asciiTheme="majorHAnsi" w:eastAsiaTheme="majorEastAsia" w:hAnsiTheme="majorHAnsi" w:cstheme="majorBidi"/>
          <w:b/>
          <w:bCs/>
          <w:sz w:val="28"/>
          <w:szCs w:val="28"/>
        </w:rPr>
      </w:pPr>
      <w:r w:rsidRPr="00DC7A3A">
        <w:br w:type="page"/>
      </w:r>
    </w:p>
    <w:p w14:paraId="7EEBB1FB" w14:textId="0F33DD3B" w:rsidR="00BC43C6" w:rsidRPr="00DC7A3A" w:rsidRDefault="00000000" w:rsidP="00DC7A3A">
      <w:pPr>
        <w:pStyle w:val="Heading1"/>
        <w:jc w:val="center"/>
        <w:rPr>
          <w:color w:val="auto"/>
        </w:rPr>
      </w:pPr>
      <w:r w:rsidRPr="00DC7A3A">
        <w:rPr>
          <w:color w:val="auto"/>
        </w:rPr>
        <w:lastRenderedPageBreak/>
        <w:t>Appendix G. Generalized Anxiety Disorder-7 (GAD-7)</w:t>
      </w:r>
    </w:p>
    <w:p w14:paraId="3317F4E1" w14:textId="77777777" w:rsidR="00BC43C6" w:rsidRPr="00DC7A3A" w:rsidRDefault="00000000">
      <w:r w:rsidRPr="00DC7A3A">
        <w:rPr>
          <w:b/>
        </w:rPr>
        <w:t xml:space="preserve">Instructions to participants. </w:t>
      </w:r>
      <w:r w:rsidRPr="00DC7A3A">
        <w:t>Over the last two weeks, how often have you been bothered by the following problems?</w:t>
      </w:r>
    </w:p>
    <w:p w14:paraId="391A179B" w14:textId="77777777" w:rsidR="00BC43C6" w:rsidRPr="00DC7A3A" w:rsidRDefault="00000000">
      <w:r w:rsidRPr="00DC7A3A">
        <w:rPr>
          <w:b/>
        </w:rPr>
        <w:t xml:space="preserve">Response options. </w:t>
      </w:r>
      <w:r w:rsidRPr="00DC7A3A">
        <w:t>0 = Not at all; 1 = Several days; 2 = More than half the days; 3 = Nearly every day.</w:t>
      </w:r>
    </w:p>
    <w:tbl>
      <w:tblPr>
        <w:tblStyle w:val="TableGrid"/>
        <w:tblW w:w="0" w:type="auto"/>
        <w:jc w:val="center"/>
        <w:tblLook w:val="04A0" w:firstRow="1" w:lastRow="0" w:firstColumn="1" w:lastColumn="0" w:noHBand="0" w:noVBand="1"/>
      </w:tblPr>
      <w:tblGrid>
        <w:gridCol w:w="900"/>
        <w:gridCol w:w="5621"/>
        <w:gridCol w:w="3261"/>
      </w:tblGrid>
      <w:tr w:rsidR="00DC7A3A" w:rsidRPr="00DC7A3A" w14:paraId="4B7814ED" w14:textId="77777777" w:rsidTr="00DC7A3A">
        <w:trPr>
          <w:tblHeader/>
          <w:jc w:val="center"/>
        </w:trPr>
        <w:tc>
          <w:tcPr>
            <w:tcW w:w="900" w:type="dxa"/>
            <w:shd w:val="clear" w:color="auto" w:fill="D9EAF7"/>
            <w:tcMar>
              <w:top w:w="90" w:type="dxa"/>
              <w:left w:w="120" w:type="dxa"/>
              <w:bottom w:w="90" w:type="dxa"/>
              <w:right w:w="120" w:type="dxa"/>
            </w:tcMar>
          </w:tcPr>
          <w:p w14:paraId="3908742B" w14:textId="77777777" w:rsidR="00BC43C6" w:rsidRPr="00DC7A3A" w:rsidRDefault="00000000">
            <w:r w:rsidRPr="00DC7A3A">
              <w:rPr>
                <w:b/>
              </w:rPr>
              <w:t>Item</w:t>
            </w:r>
          </w:p>
        </w:tc>
        <w:tc>
          <w:tcPr>
            <w:tcW w:w="5628" w:type="dxa"/>
            <w:shd w:val="clear" w:color="auto" w:fill="D9EAF7"/>
            <w:tcMar>
              <w:top w:w="90" w:type="dxa"/>
              <w:left w:w="120" w:type="dxa"/>
              <w:bottom w:w="90" w:type="dxa"/>
              <w:right w:w="120" w:type="dxa"/>
            </w:tcMar>
          </w:tcPr>
          <w:p w14:paraId="145D6DD1" w14:textId="77777777" w:rsidR="00BC43C6" w:rsidRPr="00DC7A3A" w:rsidRDefault="00000000">
            <w:r w:rsidRPr="00DC7A3A">
              <w:rPr>
                <w:b/>
              </w:rPr>
              <w:t>Problem</w:t>
            </w:r>
          </w:p>
        </w:tc>
        <w:tc>
          <w:tcPr>
            <w:tcW w:w="3264" w:type="dxa"/>
            <w:shd w:val="clear" w:color="auto" w:fill="D9EAF7"/>
            <w:tcMar>
              <w:top w:w="90" w:type="dxa"/>
              <w:left w:w="120" w:type="dxa"/>
              <w:bottom w:w="90" w:type="dxa"/>
              <w:right w:w="120" w:type="dxa"/>
            </w:tcMar>
          </w:tcPr>
          <w:p w14:paraId="5F4A9662" w14:textId="77777777" w:rsidR="00BC43C6" w:rsidRPr="00DC7A3A" w:rsidRDefault="00000000" w:rsidP="00DC7A3A">
            <w:pPr>
              <w:jc w:val="center"/>
            </w:pPr>
            <w:r w:rsidRPr="00DC7A3A">
              <w:rPr>
                <w:b/>
              </w:rPr>
              <w:t>Response (0–3)</w:t>
            </w:r>
          </w:p>
        </w:tc>
      </w:tr>
      <w:tr w:rsidR="00DC7A3A" w:rsidRPr="00DC7A3A" w14:paraId="7008475F" w14:textId="77777777" w:rsidTr="00DC7A3A">
        <w:trPr>
          <w:jc w:val="center"/>
        </w:trPr>
        <w:tc>
          <w:tcPr>
            <w:tcW w:w="900" w:type="dxa"/>
            <w:tcMar>
              <w:top w:w="90" w:type="dxa"/>
              <w:left w:w="120" w:type="dxa"/>
              <w:bottom w:w="90" w:type="dxa"/>
              <w:right w:w="120" w:type="dxa"/>
            </w:tcMar>
            <w:vAlign w:val="center"/>
          </w:tcPr>
          <w:p w14:paraId="58C7B471" w14:textId="77777777" w:rsidR="00BC43C6" w:rsidRPr="00DC7A3A" w:rsidRDefault="00000000">
            <w:r w:rsidRPr="00DC7A3A">
              <w:t>1</w:t>
            </w:r>
          </w:p>
        </w:tc>
        <w:tc>
          <w:tcPr>
            <w:tcW w:w="5628" w:type="dxa"/>
            <w:tcMar>
              <w:top w:w="90" w:type="dxa"/>
              <w:left w:w="120" w:type="dxa"/>
              <w:bottom w:w="90" w:type="dxa"/>
              <w:right w:w="120" w:type="dxa"/>
            </w:tcMar>
            <w:vAlign w:val="center"/>
          </w:tcPr>
          <w:p w14:paraId="006245EC" w14:textId="77777777" w:rsidR="00BC43C6" w:rsidRPr="00DC7A3A" w:rsidRDefault="00000000">
            <w:r w:rsidRPr="00DC7A3A">
              <w:t>Feeling nervous, anxious, or on edge.</w:t>
            </w:r>
          </w:p>
        </w:tc>
        <w:tc>
          <w:tcPr>
            <w:tcW w:w="3264" w:type="dxa"/>
            <w:tcMar>
              <w:top w:w="90" w:type="dxa"/>
              <w:left w:w="120" w:type="dxa"/>
              <w:bottom w:w="90" w:type="dxa"/>
              <w:right w:w="120" w:type="dxa"/>
            </w:tcMar>
            <w:vAlign w:val="center"/>
          </w:tcPr>
          <w:p w14:paraId="55210D4E" w14:textId="77777777" w:rsidR="00BC43C6" w:rsidRPr="00DC7A3A" w:rsidRDefault="00000000" w:rsidP="00DC7A3A">
            <w:pPr>
              <w:jc w:val="center"/>
            </w:pPr>
            <w:r w:rsidRPr="00DC7A3A">
              <w:t>□0  □1  □2  □3</w:t>
            </w:r>
          </w:p>
        </w:tc>
      </w:tr>
      <w:tr w:rsidR="00DC7A3A" w:rsidRPr="00DC7A3A" w14:paraId="673258CF" w14:textId="77777777" w:rsidTr="00DC7A3A">
        <w:trPr>
          <w:jc w:val="center"/>
        </w:trPr>
        <w:tc>
          <w:tcPr>
            <w:tcW w:w="900" w:type="dxa"/>
            <w:tcMar>
              <w:top w:w="90" w:type="dxa"/>
              <w:left w:w="120" w:type="dxa"/>
              <w:bottom w:w="90" w:type="dxa"/>
              <w:right w:w="120" w:type="dxa"/>
            </w:tcMar>
            <w:vAlign w:val="center"/>
          </w:tcPr>
          <w:p w14:paraId="08A6EE2B" w14:textId="77777777" w:rsidR="00BC43C6" w:rsidRPr="00DC7A3A" w:rsidRDefault="00000000">
            <w:r w:rsidRPr="00DC7A3A">
              <w:t>2</w:t>
            </w:r>
          </w:p>
        </w:tc>
        <w:tc>
          <w:tcPr>
            <w:tcW w:w="5628" w:type="dxa"/>
            <w:tcMar>
              <w:top w:w="90" w:type="dxa"/>
              <w:left w:w="120" w:type="dxa"/>
              <w:bottom w:w="90" w:type="dxa"/>
              <w:right w:w="120" w:type="dxa"/>
            </w:tcMar>
            <w:vAlign w:val="center"/>
          </w:tcPr>
          <w:p w14:paraId="070B9568" w14:textId="77777777" w:rsidR="00BC43C6" w:rsidRPr="00DC7A3A" w:rsidRDefault="00000000">
            <w:r w:rsidRPr="00DC7A3A">
              <w:t>Not being able to stop or control worrying.</w:t>
            </w:r>
          </w:p>
        </w:tc>
        <w:tc>
          <w:tcPr>
            <w:tcW w:w="3264" w:type="dxa"/>
            <w:tcMar>
              <w:top w:w="90" w:type="dxa"/>
              <w:left w:w="120" w:type="dxa"/>
              <w:bottom w:w="90" w:type="dxa"/>
              <w:right w:w="120" w:type="dxa"/>
            </w:tcMar>
            <w:vAlign w:val="center"/>
          </w:tcPr>
          <w:p w14:paraId="626F6995" w14:textId="77777777" w:rsidR="00BC43C6" w:rsidRPr="00DC7A3A" w:rsidRDefault="00000000" w:rsidP="00DC7A3A">
            <w:pPr>
              <w:jc w:val="center"/>
            </w:pPr>
            <w:r w:rsidRPr="00DC7A3A">
              <w:t>□0  □1  □2  □3</w:t>
            </w:r>
          </w:p>
        </w:tc>
      </w:tr>
      <w:tr w:rsidR="00DC7A3A" w:rsidRPr="00DC7A3A" w14:paraId="3FCD71F3" w14:textId="77777777" w:rsidTr="00DC7A3A">
        <w:trPr>
          <w:jc w:val="center"/>
        </w:trPr>
        <w:tc>
          <w:tcPr>
            <w:tcW w:w="900" w:type="dxa"/>
            <w:tcMar>
              <w:top w:w="90" w:type="dxa"/>
              <w:left w:w="120" w:type="dxa"/>
              <w:bottom w:w="90" w:type="dxa"/>
              <w:right w:w="120" w:type="dxa"/>
            </w:tcMar>
            <w:vAlign w:val="center"/>
          </w:tcPr>
          <w:p w14:paraId="1185FBAE" w14:textId="77777777" w:rsidR="00BC43C6" w:rsidRPr="00DC7A3A" w:rsidRDefault="00000000">
            <w:r w:rsidRPr="00DC7A3A">
              <w:t>3</w:t>
            </w:r>
          </w:p>
        </w:tc>
        <w:tc>
          <w:tcPr>
            <w:tcW w:w="5628" w:type="dxa"/>
            <w:tcMar>
              <w:top w:w="90" w:type="dxa"/>
              <w:left w:w="120" w:type="dxa"/>
              <w:bottom w:w="90" w:type="dxa"/>
              <w:right w:w="120" w:type="dxa"/>
            </w:tcMar>
            <w:vAlign w:val="center"/>
          </w:tcPr>
          <w:p w14:paraId="5C150D10" w14:textId="77777777" w:rsidR="00BC43C6" w:rsidRPr="00DC7A3A" w:rsidRDefault="00000000">
            <w:r w:rsidRPr="00DC7A3A">
              <w:t>Worrying too much about different things.</w:t>
            </w:r>
          </w:p>
        </w:tc>
        <w:tc>
          <w:tcPr>
            <w:tcW w:w="3264" w:type="dxa"/>
            <w:tcMar>
              <w:top w:w="90" w:type="dxa"/>
              <w:left w:w="120" w:type="dxa"/>
              <w:bottom w:w="90" w:type="dxa"/>
              <w:right w:w="120" w:type="dxa"/>
            </w:tcMar>
            <w:vAlign w:val="center"/>
          </w:tcPr>
          <w:p w14:paraId="2EA30A43" w14:textId="77777777" w:rsidR="00BC43C6" w:rsidRPr="00DC7A3A" w:rsidRDefault="00000000" w:rsidP="00DC7A3A">
            <w:pPr>
              <w:jc w:val="center"/>
            </w:pPr>
            <w:r w:rsidRPr="00DC7A3A">
              <w:t>□0  □1  □2  □3</w:t>
            </w:r>
          </w:p>
        </w:tc>
      </w:tr>
      <w:tr w:rsidR="00DC7A3A" w:rsidRPr="00DC7A3A" w14:paraId="173836A0" w14:textId="77777777" w:rsidTr="00DC7A3A">
        <w:trPr>
          <w:jc w:val="center"/>
        </w:trPr>
        <w:tc>
          <w:tcPr>
            <w:tcW w:w="900" w:type="dxa"/>
            <w:tcMar>
              <w:top w:w="90" w:type="dxa"/>
              <w:left w:w="120" w:type="dxa"/>
              <w:bottom w:w="90" w:type="dxa"/>
              <w:right w:w="120" w:type="dxa"/>
            </w:tcMar>
            <w:vAlign w:val="center"/>
          </w:tcPr>
          <w:p w14:paraId="4799474D" w14:textId="77777777" w:rsidR="00BC43C6" w:rsidRPr="00DC7A3A" w:rsidRDefault="00000000">
            <w:r w:rsidRPr="00DC7A3A">
              <w:t>4</w:t>
            </w:r>
          </w:p>
        </w:tc>
        <w:tc>
          <w:tcPr>
            <w:tcW w:w="5628" w:type="dxa"/>
            <w:tcMar>
              <w:top w:w="90" w:type="dxa"/>
              <w:left w:w="120" w:type="dxa"/>
              <w:bottom w:w="90" w:type="dxa"/>
              <w:right w:w="120" w:type="dxa"/>
            </w:tcMar>
            <w:vAlign w:val="center"/>
          </w:tcPr>
          <w:p w14:paraId="5E512E83" w14:textId="77777777" w:rsidR="00BC43C6" w:rsidRPr="00DC7A3A" w:rsidRDefault="00000000">
            <w:r w:rsidRPr="00DC7A3A">
              <w:t>Trouble relaxing.</w:t>
            </w:r>
          </w:p>
        </w:tc>
        <w:tc>
          <w:tcPr>
            <w:tcW w:w="3264" w:type="dxa"/>
            <w:tcMar>
              <w:top w:w="90" w:type="dxa"/>
              <w:left w:w="120" w:type="dxa"/>
              <w:bottom w:w="90" w:type="dxa"/>
              <w:right w:w="120" w:type="dxa"/>
            </w:tcMar>
            <w:vAlign w:val="center"/>
          </w:tcPr>
          <w:p w14:paraId="6B7233C0" w14:textId="77777777" w:rsidR="00BC43C6" w:rsidRPr="00DC7A3A" w:rsidRDefault="00000000" w:rsidP="00DC7A3A">
            <w:pPr>
              <w:jc w:val="center"/>
            </w:pPr>
            <w:r w:rsidRPr="00DC7A3A">
              <w:t>□0  □1  □2  □3</w:t>
            </w:r>
          </w:p>
        </w:tc>
      </w:tr>
      <w:tr w:rsidR="00DC7A3A" w:rsidRPr="00DC7A3A" w14:paraId="00D2EA39" w14:textId="77777777" w:rsidTr="00DC7A3A">
        <w:trPr>
          <w:jc w:val="center"/>
        </w:trPr>
        <w:tc>
          <w:tcPr>
            <w:tcW w:w="900" w:type="dxa"/>
            <w:tcMar>
              <w:top w:w="90" w:type="dxa"/>
              <w:left w:w="120" w:type="dxa"/>
              <w:bottom w:w="90" w:type="dxa"/>
              <w:right w:w="120" w:type="dxa"/>
            </w:tcMar>
            <w:vAlign w:val="center"/>
          </w:tcPr>
          <w:p w14:paraId="629464ED" w14:textId="77777777" w:rsidR="00BC43C6" w:rsidRPr="00DC7A3A" w:rsidRDefault="00000000">
            <w:r w:rsidRPr="00DC7A3A">
              <w:t>5</w:t>
            </w:r>
          </w:p>
        </w:tc>
        <w:tc>
          <w:tcPr>
            <w:tcW w:w="5628" w:type="dxa"/>
            <w:tcMar>
              <w:top w:w="90" w:type="dxa"/>
              <w:left w:w="120" w:type="dxa"/>
              <w:bottom w:w="90" w:type="dxa"/>
              <w:right w:w="120" w:type="dxa"/>
            </w:tcMar>
            <w:vAlign w:val="center"/>
          </w:tcPr>
          <w:p w14:paraId="71F0B8E7" w14:textId="77777777" w:rsidR="00BC43C6" w:rsidRPr="00DC7A3A" w:rsidRDefault="00000000">
            <w:r w:rsidRPr="00DC7A3A">
              <w:t>Being so restless that it is hard to sit still.</w:t>
            </w:r>
          </w:p>
        </w:tc>
        <w:tc>
          <w:tcPr>
            <w:tcW w:w="3264" w:type="dxa"/>
            <w:tcMar>
              <w:top w:w="90" w:type="dxa"/>
              <w:left w:w="120" w:type="dxa"/>
              <w:bottom w:w="90" w:type="dxa"/>
              <w:right w:w="120" w:type="dxa"/>
            </w:tcMar>
            <w:vAlign w:val="center"/>
          </w:tcPr>
          <w:p w14:paraId="3AF269D5" w14:textId="77777777" w:rsidR="00BC43C6" w:rsidRPr="00DC7A3A" w:rsidRDefault="00000000" w:rsidP="00DC7A3A">
            <w:pPr>
              <w:jc w:val="center"/>
            </w:pPr>
            <w:r w:rsidRPr="00DC7A3A">
              <w:t>□0  □1  □2  □3</w:t>
            </w:r>
          </w:p>
        </w:tc>
      </w:tr>
      <w:tr w:rsidR="00DC7A3A" w:rsidRPr="00DC7A3A" w14:paraId="4D79DAA1" w14:textId="77777777" w:rsidTr="00DC7A3A">
        <w:trPr>
          <w:jc w:val="center"/>
        </w:trPr>
        <w:tc>
          <w:tcPr>
            <w:tcW w:w="900" w:type="dxa"/>
            <w:tcMar>
              <w:top w:w="90" w:type="dxa"/>
              <w:left w:w="120" w:type="dxa"/>
              <w:bottom w:w="90" w:type="dxa"/>
              <w:right w:w="120" w:type="dxa"/>
            </w:tcMar>
            <w:vAlign w:val="center"/>
          </w:tcPr>
          <w:p w14:paraId="36703804" w14:textId="77777777" w:rsidR="00BC43C6" w:rsidRPr="00DC7A3A" w:rsidRDefault="00000000">
            <w:r w:rsidRPr="00DC7A3A">
              <w:t>6</w:t>
            </w:r>
          </w:p>
        </w:tc>
        <w:tc>
          <w:tcPr>
            <w:tcW w:w="5628" w:type="dxa"/>
            <w:tcMar>
              <w:top w:w="90" w:type="dxa"/>
              <w:left w:w="120" w:type="dxa"/>
              <w:bottom w:w="90" w:type="dxa"/>
              <w:right w:w="120" w:type="dxa"/>
            </w:tcMar>
            <w:vAlign w:val="center"/>
          </w:tcPr>
          <w:p w14:paraId="0A21CAD9" w14:textId="77777777" w:rsidR="00BC43C6" w:rsidRPr="00DC7A3A" w:rsidRDefault="00000000">
            <w:r w:rsidRPr="00DC7A3A">
              <w:t>Becoming easily annoyed or irritable.</w:t>
            </w:r>
          </w:p>
        </w:tc>
        <w:tc>
          <w:tcPr>
            <w:tcW w:w="3264" w:type="dxa"/>
            <w:tcMar>
              <w:top w:w="90" w:type="dxa"/>
              <w:left w:w="120" w:type="dxa"/>
              <w:bottom w:w="90" w:type="dxa"/>
              <w:right w:w="120" w:type="dxa"/>
            </w:tcMar>
            <w:vAlign w:val="center"/>
          </w:tcPr>
          <w:p w14:paraId="4D6F9A28" w14:textId="77777777" w:rsidR="00BC43C6" w:rsidRPr="00DC7A3A" w:rsidRDefault="00000000" w:rsidP="00DC7A3A">
            <w:pPr>
              <w:jc w:val="center"/>
            </w:pPr>
            <w:r w:rsidRPr="00DC7A3A">
              <w:t>□0  □1  □2  □3</w:t>
            </w:r>
          </w:p>
        </w:tc>
      </w:tr>
      <w:tr w:rsidR="00DC7A3A" w:rsidRPr="00DC7A3A" w14:paraId="62E54E54" w14:textId="77777777" w:rsidTr="00DC7A3A">
        <w:trPr>
          <w:jc w:val="center"/>
        </w:trPr>
        <w:tc>
          <w:tcPr>
            <w:tcW w:w="900" w:type="dxa"/>
            <w:tcMar>
              <w:top w:w="90" w:type="dxa"/>
              <w:left w:w="120" w:type="dxa"/>
              <w:bottom w:w="90" w:type="dxa"/>
              <w:right w:w="120" w:type="dxa"/>
            </w:tcMar>
            <w:vAlign w:val="center"/>
          </w:tcPr>
          <w:p w14:paraId="56C5341E" w14:textId="77777777" w:rsidR="00BC43C6" w:rsidRPr="00DC7A3A" w:rsidRDefault="00000000">
            <w:r w:rsidRPr="00DC7A3A">
              <w:t>7</w:t>
            </w:r>
          </w:p>
        </w:tc>
        <w:tc>
          <w:tcPr>
            <w:tcW w:w="5628" w:type="dxa"/>
            <w:tcMar>
              <w:top w:w="90" w:type="dxa"/>
              <w:left w:w="120" w:type="dxa"/>
              <w:bottom w:w="90" w:type="dxa"/>
              <w:right w:w="120" w:type="dxa"/>
            </w:tcMar>
            <w:vAlign w:val="center"/>
          </w:tcPr>
          <w:p w14:paraId="666D56BC" w14:textId="77777777" w:rsidR="00BC43C6" w:rsidRPr="00DC7A3A" w:rsidRDefault="00000000">
            <w:r w:rsidRPr="00DC7A3A">
              <w:t>Feeling afraid as if something awful might happen.</w:t>
            </w:r>
          </w:p>
        </w:tc>
        <w:tc>
          <w:tcPr>
            <w:tcW w:w="3264" w:type="dxa"/>
            <w:tcMar>
              <w:top w:w="90" w:type="dxa"/>
              <w:left w:w="120" w:type="dxa"/>
              <w:bottom w:w="90" w:type="dxa"/>
              <w:right w:w="120" w:type="dxa"/>
            </w:tcMar>
            <w:vAlign w:val="center"/>
          </w:tcPr>
          <w:p w14:paraId="0BA56376" w14:textId="77777777" w:rsidR="00BC43C6" w:rsidRPr="00DC7A3A" w:rsidRDefault="00000000" w:rsidP="00DC7A3A">
            <w:pPr>
              <w:jc w:val="center"/>
            </w:pPr>
            <w:r w:rsidRPr="00DC7A3A">
              <w:t>□0  □1  □2  □3</w:t>
            </w:r>
          </w:p>
        </w:tc>
      </w:tr>
    </w:tbl>
    <w:p w14:paraId="11FAC9A8" w14:textId="77777777" w:rsidR="00BC43C6" w:rsidRPr="00DC7A3A" w:rsidRDefault="00000000">
      <w:pPr>
        <w:pStyle w:val="Heading3"/>
        <w:rPr>
          <w:color w:val="auto"/>
        </w:rPr>
      </w:pPr>
      <w:r w:rsidRPr="00DC7A3A">
        <w:rPr>
          <w:color w:val="auto"/>
        </w:rPr>
        <w:t>If you checked off any problems, how difficult have these problems made it for you to do your work, take care of things at home, or get along with other people?</w:t>
      </w:r>
    </w:p>
    <w:p w14:paraId="5D16DD0A" w14:textId="77777777" w:rsidR="00BC43C6" w:rsidRPr="00DC7A3A" w:rsidRDefault="00000000">
      <w:r w:rsidRPr="00DC7A3A">
        <w:t>□ Not difficult at all    □ Somewhat difficult    □ Very difficult    □ Extremely difficult</w:t>
      </w:r>
    </w:p>
    <w:p w14:paraId="512AAC83" w14:textId="77777777" w:rsidR="00BC43C6" w:rsidRPr="00DC7A3A" w:rsidRDefault="00000000">
      <w:r w:rsidRPr="00DC7A3A">
        <w:t>Scoring: Sum items 1–7. Total score range = 0–21. Higher scores indicate more severe anxiety symptoms.</w:t>
      </w:r>
    </w:p>
    <w:p w14:paraId="6D28FC4C" w14:textId="77777777" w:rsidR="00BC43C6" w:rsidRPr="00DC7A3A" w:rsidRDefault="00BC43C6"/>
    <w:p w14:paraId="5A925C7B" w14:textId="77777777" w:rsidR="00DC7A3A" w:rsidRPr="00DC7A3A" w:rsidRDefault="00DC7A3A">
      <w:pPr>
        <w:rPr>
          <w:rFonts w:asciiTheme="majorHAnsi" w:eastAsiaTheme="majorEastAsia" w:hAnsiTheme="majorHAnsi" w:cstheme="majorBidi"/>
          <w:b/>
          <w:bCs/>
          <w:sz w:val="28"/>
          <w:szCs w:val="28"/>
        </w:rPr>
      </w:pPr>
      <w:r w:rsidRPr="00DC7A3A">
        <w:br w:type="page"/>
      </w:r>
    </w:p>
    <w:p w14:paraId="5863E03A" w14:textId="442F02FC" w:rsidR="00BC43C6" w:rsidRPr="00DC7A3A" w:rsidRDefault="00000000" w:rsidP="00DC7A3A">
      <w:pPr>
        <w:pStyle w:val="Heading1"/>
        <w:jc w:val="center"/>
        <w:rPr>
          <w:color w:val="auto"/>
        </w:rPr>
      </w:pPr>
      <w:r w:rsidRPr="00DC7A3A">
        <w:rPr>
          <w:color w:val="auto"/>
        </w:rPr>
        <w:lastRenderedPageBreak/>
        <w:t>Appendix H. Source Notes for Standardized Measures</w:t>
      </w:r>
    </w:p>
    <w:p w14:paraId="0A9DEB36" w14:textId="77777777" w:rsidR="00BC43C6" w:rsidRPr="00DC7A3A" w:rsidRDefault="00000000">
      <w:pPr>
        <w:pStyle w:val="ListBullet"/>
      </w:pPr>
      <w:r w:rsidRPr="00DC7A3A">
        <w:t>Sexton, K. A., &amp; Dugas, M. J. (2008). The Cognitive Avoidance Questionnaire: Validation of the English translation. Journal of Anxiety Disorders, 22(3), 355–370.</w:t>
      </w:r>
    </w:p>
    <w:p w14:paraId="67553DCC" w14:textId="77777777" w:rsidR="00BC43C6" w:rsidRPr="00DC7A3A" w:rsidRDefault="00000000">
      <w:pPr>
        <w:pStyle w:val="ListBullet"/>
      </w:pPr>
      <w:r w:rsidRPr="00DC7A3A">
        <w:rPr>
          <w:lang w:val="nb-NO"/>
        </w:rPr>
        <w:t xml:space="preserve">Ali, A. M., Green, J., Elbadry, H., et al. </w:t>
      </w:r>
      <w:r w:rsidRPr="00DC7A3A">
        <w:t>(2022). The Arabic version of the Impact of Event Scale-Revised: Psychometric evaluation. BJPsych Open, 8(3), e112.</w:t>
      </w:r>
    </w:p>
    <w:p w14:paraId="4C30AA61" w14:textId="77777777" w:rsidR="00BC43C6" w:rsidRPr="00DC7A3A" w:rsidRDefault="00000000">
      <w:pPr>
        <w:pStyle w:val="ListBullet"/>
      </w:pPr>
      <w:r w:rsidRPr="00DC7A3A">
        <w:t>Ali, A. M., Ahmed, A., Sharaf, A., et al. (2023). The Impact of Event Scale-Revised: Examining its cutoff scores among Arabic-speaking adults from Saudi Arabia. Healthcare, 11(6), 892.</w:t>
      </w:r>
    </w:p>
    <w:p w14:paraId="02051AF7" w14:textId="77777777" w:rsidR="00BC43C6" w:rsidRPr="00DC7A3A" w:rsidRDefault="00000000">
      <w:pPr>
        <w:pStyle w:val="ListBullet"/>
      </w:pPr>
      <w:r w:rsidRPr="00DC7A3A">
        <w:t>AlHadi, A. N., AlAteeq, D. A., Al-Sharif, E., Bawazeer, H. M., Alanazi, H., AlShomrani, A. T., Shuqdar, R. M., &amp; AlOwaybil, R. (2017). An Arabic translation, reliability, and validation of Patient Health Questionnaire in a Saudi sample. Annals of General Psychiatry, 16, 32.</w:t>
      </w:r>
    </w:p>
    <w:sectPr w:rsidR="00BC43C6" w:rsidRPr="00DC7A3A" w:rsidSect="00034616">
      <w:footerReference w:type="default" r:id="rId8"/>
      <w:pgSz w:w="12240" w:h="15840"/>
      <w:pgMar w:top="1152" w:right="1224" w:bottom="1152"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DB50E" w14:textId="77777777" w:rsidR="00504200" w:rsidRDefault="00504200">
      <w:pPr>
        <w:spacing w:after="0" w:line="240" w:lineRule="auto"/>
      </w:pPr>
      <w:r>
        <w:separator/>
      </w:r>
    </w:p>
  </w:endnote>
  <w:endnote w:type="continuationSeparator" w:id="0">
    <w:p w14:paraId="08271757" w14:textId="77777777" w:rsidR="00504200" w:rsidRDefault="0050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EB9B" w14:textId="77777777" w:rsidR="00BC43C6" w:rsidRDefault="00000000">
    <w:pPr>
      <w:pStyle w:val="Footer"/>
      <w:jc w:val="center"/>
    </w:pPr>
    <w:r>
      <w:t xml:space="preserve">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35AEA" w14:textId="77777777" w:rsidR="00504200" w:rsidRDefault="00504200">
      <w:pPr>
        <w:spacing w:after="0" w:line="240" w:lineRule="auto"/>
      </w:pPr>
      <w:r>
        <w:separator/>
      </w:r>
    </w:p>
  </w:footnote>
  <w:footnote w:type="continuationSeparator" w:id="0">
    <w:p w14:paraId="611641BA" w14:textId="77777777" w:rsidR="00504200" w:rsidRDefault="005042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3025572">
    <w:abstractNumId w:val="8"/>
  </w:num>
  <w:num w:numId="2" w16cid:durableId="264385987">
    <w:abstractNumId w:val="6"/>
  </w:num>
  <w:num w:numId="3" w16cid:durableId="103576436">
    <w:abstractNumId w:val="5"/>
  </w:num>
  <w:num w:numId="4" w16cid:durableId="93407613">
    <w:abstractNumId w:val="4"/>
  </w:num>
  <w:num w:numId="5" w16cid:durableId="313221549">
    <w:abstractNumId w:val="7"/>
  </w:num>
  <w:num w:numId="6" w16cid:durableId="1621305821">
    <w:abstractNumId w:val="3"/>
  </w:num>
  <w:num w:numId="7" w16cid:durableId="1659385636">
    <w:abstractNumId w:val="2"/>
  </w:num>
  <w:num w:numId="8" w16cid:durableId="1778405401">
    <w:abstractNumId w:val="1"/>
  </w:num>
  <w:num w:numId="9" w16cid:durableId="749959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42B5"/>
    <w:rsid w:val="0029639D"/>
    <w:rsid w:val="00326F90"/>
    <w:rsid w:val="004744A8"/>
    <w:rsid w:val="00504200"/>
    <w:rsid w:val="00706D06"/>
    <w:rsid w:val="00AA1D8D"/>
    <w:rsid w:val="00B47730"/>
    <w:rsid w:val="00BC43C6"/>
    <w:rsid w:val="00CB0664"/>
    <w:rsid w:val="00CC7298"/>
    <w:rsid w:val="00DC7A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8007C"/>
  <w14:defaultImageDpi w14:val="300"/>
  <w15:docId w15:val="{49683708-FC9E-4D44-B93A-FC0B6866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7373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2284</Words>
  <Characters>10374</Characters>
  <Application>Microsoft Office Word</Application>
  <DocSecurity>0</DocSecurity>
  <Lines>518</Lines>
  <Paragraphs>243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Fatemah Aldosari</cp:lastModifiedBy>
  <cp:revision>2</cp:revision>
  <dcterms:created xsi:type="dcterms:W3CDTF">2026-03-29T11:13:00Z</dcterms:created>
  <dcterms:modified xsi:type="dcterms:W3CDTF">2026-03-29T11:13:00Z</dcterms:modified>
  <cp:category/>
</cp:coreProperties>
</file>