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ustomTitle"/>
      </w:pPr>
      <w:r>
        <w:rPr>
          <w:rFonts w:ascii="Times New Roman" w:hAnsi="Times New Roman"/>
          <w:b/>
          <w:sz w:val="28"/>
        </w:rPr>
        <w:t>Online Resource 1</w:t>
      </w:r>
    </w:p>
    <w:p>
      <w:pPr>
        <w:pStyle w:val="Subtitle"/>
      </w:pPr>
      <w:r>
        <w:rPr>
          <w:rFonts w:ascii="Times New Roman" w:hAnsi="Times New Roman"/>
          <w:b/>
          <w:sz w:val="24"/>
        </w:rPr>
        <w:t>Codebook, Extended Doctrinal Matrix, and Annual Panels</w:t>
      </w:r>
    </w:p>
    <w:p>
      <w:pPr>
        <w:jc w:val="both"/>
      </w:pPr>
      <w:r>
        <w:rPr>
          <w:rFonts w:ascii="Times New Roman" w:hAnsi="Times New Roman"/>
          <w:sz w:val="20"/>
        </w:rPr>
        <w:t>This supplementary file is submitted for anonymous review together with the blinded manuscript. It provides the administrative codebook, the extended doctrinal matrix, and the annual panels underlying the descriptive tables reported in the main text.</w:t>
      </w:r>
    </w:p>
    <w:p>
      <w:pPr>
        <w:pStyle w:val="TableCaption"/>
      </w:pPr>
      <w:r>
        <w:t>Table S1. Administrative variables used in the study</w:t>
      </w:r>
    </w:p>
    <w:tbl>
      <w:tblPr>
        <w:tblStyle w:val="TableGrid"/>
        <w:tblW w:type="auto" w:w="0"/>
        <w:jc w:val="center"/>
        <w:tblLayout w:type="autofit"/>
        <w:tblLook w:firstColumn="1" w:firstRow="1" w:lastColumn="0" w:lastRow="0" w:noHBand="0" w:noVBand="1" w:val="04A0"/>
      </w:tblPr>
      <w:tblGrid>
        <w:gridCol w:w="3528"/>
        <w:gridCol w:w="3528"/>
        <w:gridCol w:w="3528"/>
        <w:gridCol w:w="3528"/>
      </w:tblGrid>
      <w:tr>
        <w:trPr>
          <w:tblHeader w:val="true"/>
        </w:trPr>
        <w:tc>
          <w:tcPr>
            <w:tcW w:type="dxa" w:w="2304"/>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6"/>
              </w:rPr>
              <w:t>Variable</w:t>
            </w:r>
          </w:p>
        </w:tc>
        <w:tc>
          <w:tcPr>
            <w:tcW w:type="dxa" w:w="5328"/>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6"/>
              </w:rPr>
              <w:t>Definition</w:t>
            </w:r>
          </w:p>
        </w:tc>
        <w:tc>
          <w:tcPr>
            <w:tcW w:type="dxa" w:w="1872"/>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Unit/Values</w:t>
            </w:r>
          </w:p>
        </w:tc>
        <w:tc>
          <w:tcPr>
            <w:tcW w:type="dxa" w:w="5760"/>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6"/>
              </w:rPr>
              <w:t>Source &amp; notes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Year</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Calendar year of observation (coverage intended: 2011–2024)</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YYYY</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reporting year; align with table snapshot year and extraction date</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Denomination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Denominational label used in official registers (admin taxonomy)</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Categorical (see Table 1)</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Follows the competent authority’s taxonomy; 'Other' aggregates remaining denominations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Associations_n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Registered religious associations (by denomination; total in Table 1)</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Official administrative register of religious associations (end-year snapshot)</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Institutions_n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Registered spiritual/religious education institutions (by tradition)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Official register of spiritual/religious educational institutions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Enrolment_n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Students enrolled in spiritual/religious education institutions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education aggregates (end-year snapshot)</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cases under Art. 489 (unregistered associations/leadership/financing)</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1-AD</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cases under Art. 490 (violations of legislation on religious activity/associations)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1-AD</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Adm489_warn_n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issued under Art. 489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 and omit shares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Adm490_warn_n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issued under Art. 490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 and omit shares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Adm489_fine_n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imposed under Art. 489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Adm490_fine_n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imposed under Art. 490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Adm489_warn_share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 Adm489_n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Adm489_warn_n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Adm490_warn_share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 Adm490_n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Adm490_warn_n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Adm489_fine_share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 Adm489_n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Adm489_fine_n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Adm490_fine_share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 Adm490_n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Adm490_fine_n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Adm489_per100assoc</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Adm489_n / Associations_n × 100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 associations</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indicator; descriptive, not causal</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Adm490_per100assoc</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Adm490_n / Associations_n × 100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 associations</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indicator; descriptive, not causal</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CC174_n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Criminal offences under Art. 174 (incitement of social/national/tribal/racial/class/religious discord)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1-M</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CC405_n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Criminal offences under Art. 405 (organization/participation in banned associations)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1-M</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Population_midyear</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National population (mid-year)</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Official mid-year totals (national statistical agency); use the same release as the observation year</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CC174_rate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CC174_n / Population_midyear × 100,000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100,000</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from CC174_n and Population_midyear</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CC405_rate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CC405_n / Population_midyear × 100,000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100,000</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from CC405_n and Population_midyear</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Extraction_date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Date of data extraction from administrative sources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YYYY-MM-DD</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Record per table; e.g., 2024-12-15 for snapshot: 2024</w:t>
            </w:r>
          </w:p>
        </w:tc>
      </w:tr>
    </w:tbl>
    <w:p>
      <w:pPr>
        <w:pStyle w:val="TableNote"/>
      </w:pPr>
      <w:r>
        <w:t>Note. The variables support Tables 1–3 in the main text and the annual panels below. Where outcome structure is not publicly reported, the relevant cells are marked not available and are not imputed.</w:t>
      </w:r>
    </w:p>
    <w:p>
      <w:pPr>
        <w:pStyle w:val="TableCaption"/>
      </w:pPr>
      <w:r>
        <w:t>Table S2. Extended doctrinal test matrix</w:t>
      </w:r>
    </w:p>
    <w:tbl>
      <w:tblPr>
        <w:tblStyle w:val="TableGrid"/>
        <w:tblW w:type="auto" w:w="0"/>
        <w:jc w:val="center"/>
        <w:tblLayout w:type="autofit"/>
        <w:tblLook w:firstColumn="1" w:firstRow="1" w:lastColumn="0" w:lastRow="0" w:noHBand="0" w:noVBand="1" w:val="04A0"/>
      </w:tblPr>
      <w:tblGrid>
        <w:gridCol w:w="1764"/>
        <w:gridCol w:w="1764"/>
        <w:gridCol w:w="1764"/>
        <w:gridCol w:w="1764"/>
        <w:gridCol w:w="1764"/>
        <w:gridCol w:w="1764"/>
        <w:gridCol w:w="1764"/>
        <w:gridCol w:w="1764"/>
      </w:tblGrid>
      <w:tr>
        <w:trPr>
          <w:tblHeader w:val="true"/>
        </w:trPr>
        <w:tc>
          <w:tcPr>
            <w:tcW w:type="dxa" w:w="2736"/>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Norm / instrument</w:t>
            </w:r>
          </w:p>
        </w:tc>
        <w:tc>
          <w:tcPr>
            <w:tcW w:type="dxa" w:w="3024"/>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Legal basis</w:t>
            </w:r>
          </w:p>
        </w:tc>
        <w:tc>
          <w:tcPr>
            <w:tcW w:type="dxa" w:w="1152"/>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Forum</w:t>
            </w:r>
          </w:p>
        </w:tc>
        <w:tc>
          <w:tcPr>
            <w:tcW w:type="dxa" w:w="2016"/>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Legitimate aim</w:t>
            </w:r>
          </w:p>
        </w:tc>
        <w:tc>
          <w:tcPr>
            <w:tcW w:type="dxa" w:w="2304"/>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Foreseeability</w:t>
            </w:r>
          </w:p>
        </w:tc>
        <w:tc>
          <w:tcPr>
            <w:tcW w:type="dxa" w:w="2016"/>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Safeguards</w:t>
            </w:r>
          </w:p>
        </w:tc>
        <w:tc>
          <w:tcPr>
            <w:tcW w:type="dxa" w:w="2592"/>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Less-restrictive alternative</w:t>
            </w:r>
          </w:p>
        </w:tc>
        <w:tc>
          <w:tcPr>
            <w:tcW w:type="dxa" w:w="1440"/>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Overall assessment</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Registration of religious associations (requirements/procedure)</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(registration chapters; as amended); implementing by-laws</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order; rights of others</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 (definitions/thresholds exist; application varies)</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Reason-giving; administrative/judicial review available</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 Not explicit (e.g., corrective periods/conditional registration not consistently discussed)</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Missionary activity authorization (permit rule)</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(relevant provisions); implementing by-laws</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order; rights of others</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 (criteria partially specified; private-space/application boundaries debated)</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Reasons given; admin/judicial review</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 Not explicit (time/place/manner rarely addressed in reasons)</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Distribution of religious literature outside designated venues</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by-law on designated points / expert review</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order</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Low–Medium (publication/exhaustiveness of venue lists; clarity of “designated” scope)</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Seizure/return rules; review</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No / Not shown (alternatives to seizure/destruction seldom reasoned)</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(case-dependent: Partially / Does not)</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religious events (notification/permit)</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By-law under the 2011 Law (assembly/public events regulation)</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safety; public order</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Medium–High (thresholds/procedures defined; application of grounds varies)</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Notice; reasons; appeal/judicial review</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Sometimes (route/venue adjustments considered unevenly)</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Complies / Partially (case-dependent)</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Religious-education institutions (licensing/accreditation)</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education by-laws (licensing/attestation)</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rights of others; public order</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 (terminology/criteria harmonization needed)</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Reason-giving; review; non-discrimination clause</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(conditional licensing/rectification windows variably used)</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w:t>
            </w:r>
          </w:p>
        </w:tc>
      </w:tr>
    </w:tbl>
    <w:p>
      <w:pPr>
        <w:pStyle w:val="TableNote"/>
      </w:pPr>
      <w:r>
        <w:t>Scoring note. Foreseeability, safeguards, and less-restrictive alternatives are each coded on a 0–2 scale and then condensed into the qualitative assessments used in the main text.</w:t>
      </w:r>
    </w:p>
    <w:p>
      <w:pPr>
        <w:pStyle w:val="TableCaption"/>
      </w:pPr>
      <w:r>
        <w:t>Table S3. Registered associations by denomination, annual totals (2011–2024)</w:t>
      </w:r>
    </w:p>
    <w:tbl>
      <w:tblPr>
        <w:tblStyle w:val="TableGrid"/>
        <w:tblW w:type="auto" w:w="0"/>
        <w:jc w:val="center"/>
        <w:tblLayout w:type="autofit"/>
        <w:tblLook w:firstColumn="1" w:firstRow="1" w:lastColumn="0" w:lastRow="0" w:noHBand="0" w:noVBand="1" w:val="04A0"/>
      </w:tblPr>
      <w:tblGrid>
        <w:gridCol w:w="1568"/>
        <w:gridCol w:w="1568"/>
        <w:gridCol w:w="1568"/>
        <w:gridCol w:w="1568"/>
        <w:gridCol w:w="1568"/>
        <w:gridCol w:w="1568"/>
        <w:gridCol w:w="1568"/>
        <w:gridCol w:w="1568"/>
        <w:gridCol w:w="1568"/>
      </w:tblGrid>
      <w:tr>
        <w:trPr>
          <w:tblHeader w:val="true"/>
        </w:trPr>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Year</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Islamic</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Orthodox</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Catholic</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Protestant</w:t>
            </w:r>
          </w:p>
        </w:tc>
        <w:tc>
          <w:tcPr>
            <w:tcW w:type="dxa" w:w="1584"/>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Jehovah’s Witnesses</w:t>
            </w:r>
          </w:p>
        </w:tc>
        <w:tc>
          <w:tcPr>
            <w:tcW w:type="dxa" w:w="1584"/>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New Apostolic Church</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Other (aggregate)</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Total</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3 194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408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103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710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72</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4 551</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2 169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277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481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49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19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3 088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2 169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277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481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49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19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3 088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2 388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305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530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53</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3 400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2 453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313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544</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55</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3 493</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2 512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320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558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56</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3 576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2 568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328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571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3 658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2 607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332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578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3 710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2 647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338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588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3 770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2 680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595</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60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3 816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2 721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333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563</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3 818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2 797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92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578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60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3 924</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2 835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93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586</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61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3 977</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2 858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91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592</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57</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4 000</w:t>
            </w:r>
          </w:p>
        </w:tc>
      </w:tr>
    </w:tbl>
    <w:p>
      <w:pPr>
        <w:pStyle w:val="TableNote"/>
      </w:pPr>
      <w:r>
        <w:t>Source. Annual end-of-year snapshots of the official administrative register of religious associations. The sharp decline between 2011 and 2012 reflects the re-registration and consolidation effects of the 2011 Law. The 2024 total has been arithmetically recalculated from the denominational counts reported in the compiled dataset.</w:t>
      </w:r>
    </w:p>
    <w:p>
      <w:pPr>
        <w:pStyle w:val="TableCaption"/>
      </w:pPr>
      <w:r>
        <w:t>Table S4. Enforcement counts by article (Arts. 489, 490, 174, 405), annual totals (2011–2024)</w:t>
      </w:r>
    </w:p>
    <w:tbl>
      <w:tblPr>
        <w:tblStyle w:val="TableGrid"/>
        <w:tblW w:type="auto" w:w="0"/>
        <w:jc w:val="center"/>
        <w:tblLayout w:type="autofit"/>
        <w:tblLook w:firstColumn="1" w:firstRow="1" w:lastColumn="0" w:lastRow="0" w:noHBand="0" w:noVBand="1" w:val="04A0"/>
      </w:tblPr>
      <w:tblGrid>
        <w:gridCol w:w="1568"/>
        <w:gridCol w:w="1568"/>
        <w:gridCol w:w="1568"/>
        <w:gridCol w:w="1568"/>
        <w:gridCol w:w="1568"/>
        <w:gridCol w:w="1568"/>
        <w:gridCol w:w="1568"/>
        <w:gridCol w:w="1568"/>
        <w:gridCol w:w="1568"/>
      </w:tblGrid>
      <w:tr>
        <w:trPr>
          <w:tblHeader w:val="true"/>
        </w:trPr>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Year</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Adm489_n</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Adm490_n</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CC174_n</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CC405_n</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Warnings_489</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Warnings_490</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Fines_489</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Fines_490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162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159</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173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170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185</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237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232</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74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270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82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73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265</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2016</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80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292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79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286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115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422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1039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114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359</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253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300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228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249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66</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224</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198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168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191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100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181</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213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80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192</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219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219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186</w:t>
            </w:r>
          </w:p>
        </w:tc>
      </w:tr>
    </w:tbl>
    <w:p>
      <w:pPr>
        <w:pStyle w:val="TableNote"/>
      </w:pPr>
      <w:r>
        <w:t>Source. Committee on Legal Statistics and Special Records of the General Prosecutor’s Office of the Republic of Kazakhstan, Forms 1AD and 1M. The 2017 spike in Art. 174 is treated analytically as a potential recording or qualification breakpoint. The 2024 values remain provisional insofar as the latest release may not yet cover a full calendar year.</w:t>
      </w:r>
    </w:p>
    <w:sectPr w:rsidR="00FC693F" w:rsidRPr="0006063C" w:rsidSect="00034616">
      <w:footerReference w:type="default" r:id="rId9"/>
      <w:pgSz w:w="15840" w:h="12240" w:orient="landscape"/>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40" w:lineRule="auto"/>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jc w:val="left"/>
      <w:outlineLvl w:val="0"/>
    </w:pPr>
    <w:rPr>
      <w:rFonts w:asciiTheme="majorHAnsi" w:eastAsiaTheme="majorEastAsia" w:hAnsiTheme="majorHAnsi" w:cstheme="majorBidi" w:ascii="Times New Roman" w:hAnsi="Times New Roman"/>
      <w:b/>
      <w:bCs/>
      <w:i w:val="0"/>
      <w:color w:val="000000"/>
      <w:sz w:val="22"/>
      <w:szCs w:val="28"/>
    </w:rPr>
  </w:style>
  <w:style w:type="paragraph" w:styleId="Heading2">
    <w:name w:val="heading 2"/>
    <w:basedOn w:val="Normal"/>
    <w:next w:val="Normal"/>
    <w:link w:val="Heading2Char"/>
    <w:uiPriority w:val="9"/>
    <w:unhideWhenUsed/>
    <w:qFormat/>
    <w:rsid w:val="00FC693F"/>
    <w:pPr>
      <w:keepNext/>
      <w:keepLines/>
      <w:spacing w:before="200" w:after="80"/>
      <w:jc w:val="left"/>
      <w:outlineLvl w:val="1"/>
    </w:pPr>
    <w:rPr>
      <w:rFonts w:asciiTheme="majorHAnsi" w:eastAsiaTheme="majorEastAsia" w:hAnsiTheme="majorHAnsi" w:cstheme="majorBidi" w:ascii="Times New Roman" w:hAnsi="Times New Roman"/>
      <w:b/>
      <w:bCs/>
      <w:i w:val="0"/>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20"/>
      <w:jc w:val="center"/>
    </w:pPr>
    <w:rPr>
      <w:rFonts w:asciiTheme="majorHAnsi" w:eastAsiaTheme="majorEastAsia" w:hAnsiTheme="majorHAnsi" w:cstheme="majorBidi" w:ascii="Times New Roman" w:hAnsi="Times New Roman"/>
      <w:b/>
      <w:i w:val="0"/>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Title">
    <w:name w:val="CustomTitle"/>
    <w:basedOn w:val="Normal"/>
    <w:pPr>
      <w:spacing w:after="120"/>
      <w:jc w:val="center"/>
    </w:pPr>
    <w:rPr>
      <w:rFonts w:ascii="Times New Roman" w:hAnsi="Times New Roman"/>
      <w:b/>
      <w:color w:val="000000"/>
      <w:sz w:val="28"/>
    </w:rPr>
  </w:style>
  <w:style w:type="paragraph" w:customStyle="1" w:styleId="TableCaption">
    <w:name w:val="TableCaption"/>
    <w:basedOn w:val="Normal"/>
    <w:pPr>
      <w:spacing w:before="160" w:after="40"/>
      <w:jc w:val="left"/>
    </w:pPr>
    <w:rPr>
      <w:rFonts w:ascii="Times New Roman" w:hAnsi="Times New Roman"/>
      <w:b/>
      <w:i w:val="0"/>
      <w:color w:val="000000"/>
      <w:sz w:val="20"/>
    </w:rPr>
  </w:style>
  <w:style w:type="paragraph" w:customStyle="1" w:styleId="TableNote">
    <w:name w:val="TableNote"/>
    <w:basedOn w:val="Normal"/>
    <w:pPr>
      <w:spacing w:before="40" w:after="160"/>
      <w:jc w:val="left"/>
    </w:pPr>
    <w:rPr>
      <w:rFonts w:ascii="Times New Roman" w:hAnsi="Times New Roman"/>
      <w:i/>
      <w:color w:val="000000"/>
      <w:sz w:val="18"/>
    </w:rPr>
  </w:style>
  <w:style w:type="paragraph" w:customStyle="1" w:styleId="RefEntry">
    <w:name w:val="RefEntry"/>
    <w:basedOn w:val="Normal"/>
    <w:pPr>
      <w:spacing w:after="60"/>
      <w:ind w:left="432" w:hanging="432"/>
      <w:jc w:val="left"/>
    </w:pPr>
    <w:rPr>
      <w:rFonts w:ascii="Times New Roman" w:hAnsi="Times New Roman"/>
      <w:color w:val="00000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1</dc:title>
  <dc:subject>Supplementary information</dc:subject>
  <dc:creator>Anonymous</dc:creator>
  <cp:keywords/>
  <dc:description/>
  <cp:lastModifiedBy>Anonymous</cp:lastModifiedBy>
  <cp:revision>1</cp:revision>
  <dcterms:created xsi:type="dcterms:W3CDTF">2013-12-23T23:15:00Z</dcterms:created>
  <dcterms:modified xsi:type="dcterms:W3CDTF">2013-12-23T23:15:00Z</dcterms:modified>
  <cp:category>Supplementary information</cp:category>
</cp:coreProperties>
</file>