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B91FFD" w14:textId="77777777" w:rsidR="0007740F" w:rsidRDefault="009135A6">
      <w:pPr>
        <w:jc w:val="center"/>
      </w:pPr>
      <w:r>
        <w:rPr>
          <w:b/>
          <w:sz w:val="28"/>
        </w:rPr>
        <w:t>Supplementary File 1. Structured Case-Record Form Used for Data Collection</w:t>
      </w:r>
    </w:p>
    <w:p w14:paraId="6F0CF61D" w14:textId="77777777" w:rsidR="0007740F" w:rsidRDefault="009135A6">
      <w:pPr>
        <w:jc w:val="center"/>
      </w:pPr>
      <w:r>
        <w:rPr>
          <w:i/>
        </w:rPr>
        <w:t>Study title: Population-Specific Reference Thresholds for Islet Autoantibodies in Bangladeshi Youth and Their Clinical Implications</w:t>
      </w:r>
    </w:p>
    <w:p w14:paraId="5F4AA221" w14:textId="217DB675" w:rsidR="0007740F" w:rsidRDefault="009135A6">
      <w:pPr>
        <w:spacing w:after="80"/>
      </w:pPr>
      <w:r>
        <w:rPr>
          <w:b/>
          <w:sz w:val="17"/>
        </w:rPr>
        <w:t xml:space="preserve">Note: </w:t>
      </w:r>
      <w:r>
        <w:rPr>
          <w:sz w:val="17"/>
        </w:rPr>
        <w:t xml:space="preserve">This English-language structured </w:t>
      </w:r>
      <w:r>
        <w:rPr>
          <w:sz w:val="17"/>
        </w:rPr>
        <w:t xml:space="preserve">case-record form was developed for the study and used to collect interview-based clinical information, physical examination findings, laboratory data, and imaging findings. </w:t>
      </w:r>
    </w:p>
    <w:p w14:paraId="4D3AC5E5" w14:textId="77777777" w:rsidR="0007740F" w:rsidRDefault="009135A6">
      <w:pPr>
        <w:shd w:val="clear" w:color="auto" w:fill="1F4E79"/>
        <w:spacing w:before="160" w:after="60"/>
      </w:pPr>
      <w:r>
        <w:rPr>
          <w:b/>
          <w:color w:val="FFFFFF"/>
          <w:sz w:val="20"/>
        </w:rPr>
        <w:t>A. Participant identification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420"/>
        <w:gridCol w:w="2983"/>
        <w:gridCol w:w="2486"/>
        <w:gridCol w:w="2983"/>
      </w:tblGrid>
      <w:tr w:rsidR="0007740F" w14:paraId="037F149E" w14:textId="77777777">
        <w:trPr>
          <w:jc w:val="center"/>
        </w:trPr>
        <w:tc>
          <w:tcPr>
            <w:tcW w:w="3312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shd w:val="clear" w:color="auto" w:fill="EAF2F8"/>
            <w:vAlign w:val="center"/>
          </w:tcPr>
          <w:p w14:paraId="62C6D056" w14:textId="77777777" w:rsidR="0007740F" w:rsidRDefault="009135A6">
            <w:r>
              <w:rPr>
                <w:b/>
                <w:sz w:val="17"/>
              </w:rPr>
              <w:t>Master ID</w:t>
            </w:r>
          </w:p>
        </w:tc>
        <w:tc>
          <w:tcPr>
            <w:tcW w:w="3456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vAlign w:val="center"/>
          </w:tcPr>
          <w:p w14:paraId="00334D89" w14:textId="77777777" w:rsidR="0007740F" w:rsidRDefault="009135A6">
            <w:r>
              <w:rPr>
                <w:sz w:val="17"/>
              </w:rPr>
              <w:t>____________________</w:t>
            </w:r>
          </w:p>
        </w:tc>
        <w:tc>
          <w:tcPr>
            <w:tcW w:w="3312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shd w:val="clear" w:color="auto" w:fill="EAF2F8"/>
            <w:vAlign w:val="center"/>
          </w:tcPr>
          <w:p w14:paraId="4B322F86" w14:textId="77777777" w:rsidR="0007740F" w:rsidRDefault="009135A6">
            <w:r>
              <w:rPr>
                <w:b/>
                <w:sz w:val="17"/>
              </w:rPr>
              <w:t>Protocol ID</w:t>
            </w:r>
          </w:p>
        </w:tc>
        <w:tc>
          <w:tcPr>
            <w:tcW w:w="3456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vAlign w:val="center"/>
          </w:tcPr>
          <w:p w14:paraId="5F560EB5" w14:textId="77777777" w:rsidR="0007740F" w:rsidRDefault="009135A6">
            <w:r>
              <w:rPr>
                <w:sz w:val="17"/>
              </w:rPr>
              <w:t>____________________</w:t>
            </w:r>
          </w:p>
        </w:tc>
      </w:tr>
      <w:tr w:rsidR="0007740F" w14:paraId="0D848776" w14:textId="77777777">
        <w:trPr>
          <w:jc w:val="center"/>
        </w:trPr>
        <w:tc>
          <w:tcPr>
            <w:tcW w:w="3312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shd w:val="clear" w:color="auto" w:fill="EAF2F8"/>
            <w:vAlign w:val="center"/>
          </w:tcPr>
          <w:p w14:paraId="3D46A33A" w14:textId="77777777" w:rsidR="0007740F" w:rsidRDefault="009135A6">
            <w:r>
              <w:rPr>
                <w:b/>
                <w:sz w:val="17"/>
              </w:rPr>
              <w:t>Cross ID, if any</w:t>
            </w:r>
          </w:p>
        </w:tc>
        <w:tc>
          <w:tcPr>
            <w:tcW w:w="3456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vAlign w:val="center"/>
          </w:tcPr>
          <w:p w14:paraId="59F0B9E4" w14:textId="77777777" w:rsidR="0007740F" w:rsidRDefault="009135A6">
            <w:r>
              <w:rPr>
                <w:sz w:val="17"/>
              </w:rPr>
              <w:t>____________________</w:t>
            </w:r>
          </w:p>
        </w:tc>
        <w:tc>
          <w:tcPr>
            <w:tcW w:w="3312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shd w:val="clear" w:color="auto" w:fill="EAF2F8"/>
            <w:vAlign w:val="center"/>
          </w:tcPr>
          <w:p w14:paraId="03184729" w14:textId="77777777" w:rsidR="0007740F" w:rsidRDefault="009135A6">
            <w:r>
              <w:rPr>
                <w:b/>
                <w:sz w:val="17"/>
              </w:rPr>
              <w:t>Date of interview / entry</w:t>
            </w:r>
          </w:p>
        </w:tc>
        <w:tc>
          <w:tcPr>
            <w:tcW w:w="3456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vAlign w:val="center"/>
          </w:tcPr>
          <w:p w14:paraId="556E8F83" w14:textId="77777777" w:rsidR="0007740F" w:rsidRDefault="009135A6">
            <w:r>
              <w:rPr>
                <w:sz w:val="17"/>
              </w:rPr>
              <w:t>____ / ____ / ______</w:t>
            </w:r>
          </w:p>
        </w:tc>
      </w:tr>
      <w:tr w:rsidR="0007740F" w14:paraId="072089E1" w14:textId="77777777">
        <w:trPr>
          <w:jc w:val="center"/>
        </w:trPr>
        <w:tc>
          <w:tcPr>
            <w:tcW w:w="3312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shd w:val="clear" w:color="auto" w:fill="EAF2F8"/>
            <w:vAlign w:val="center"/>
          </w:tcPr>
          <w:p w14:paraId="304D6F71" w14:textId="77777777" w:rsidR="0007740F" w:rsidRDefault="009135A6">
            <w:r>
              <w:rPr>
                <w:b/>
                <w:sz w:val="17"/>
              </w:rPr>
              <w:t>Study group</w:t>
            </w:r>
          </w:p>
        </w:tc>
        <w:tc>
          <w:tcPr>
            <w:tcW w:w="3456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vAlign w:val="center"/>
          </w:tcPr>
          <w:p w14:paraId="25B91705" w14:textId="77777777" w:rsidR="0007740F" w:rsidRDefault="009135A6">
            <w:r>
              <w:rPr>
                <w:sz w:val="17"/>
              </w:rPr>
              <w:t>□ Normoglycemic cohort  □ Diabetes co</w:t>
            </w:r>
            <w:r>
              <w:rPr>
                <w:sz w:val="17"/>
              </w:rPr>
              <w:t>hort</w:t>
            </w:r>
          </w:p>
        </w:tc>
        <w:tc>
          <w:tcPr>
            <w:tcW w:w="3312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shd w:val="clear" w:color="auto" w:fill="EAF2F8"/>
            <w:vAlign w:val="center"/>
          </w:tcPr>
          <w:p w14:paraId="48B4F3E8" w14:textId="77777777" w:rsidR="0007740F" w:rsidRDefault="009135A6">
            <w:r>
              <w:rPr>
                <w:b/>
                <w:sz w:val="17"/>
              </w:rPr>
              <w:t>Data collector initials</w:t>
            </w:r>
          </w:p>
        </w:tc>
        <w:tc>
          <w:tcPr>
            <w:tcW w:w="3456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vAlign w:val="center"/>
          </w:tcPr>
          <w:p w14:paraId="60FDE3FF" w14:textId="77777777" w:rsidR="0007740F" w:rsidRDefault="009135A6">
            <w:r>
              <w:rPr>
                <w:sz w:val="17"/>
              </w:rPr>
              <w:t>____________________</w:t>
            </w:r>
          </w:p>
        </w:tc>
      </w:tr>
    </w:tbl>
    <w:p w14:paraId="065620DC" w14:textId="77777777" w:rsidR="0007740F" w:rsidRDefault="009135A6">
      <w:pPr>
        <w:shd w:val="clear" w:color="auto" w:fill="1F4E79"/>
        <w:spacing w:before="160" w:after="60"/>
      </w:pPr>
      <w:r>
        <w:rPr>
          <w:b/>
          <w:color w:val="FFFFFF"/>
          <w:sz w:val="20"/>
        </w:rPr>
        <w:t>B. Sociodemographic and lifestyle information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489"/>
        <w:gridCol w:w="2942"/>
        <w:gridCol w:w="2499"/>
        <w:gridCol w:w="2942"/>
      </w:tblGrid>
      <w:tr w:rsidR="0007740F" w14:paraId="490D6840" w14:textId="77777777">
        <w:trPr>
          <w:jc w:val="center"/>
        </w:trPr>
        <w:tc>
          <w:tcPr>
            <w:tcW w:w="3312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shd w:val="clear" w:color="auto" w:fill="EAF2F8"/>
            <w:vAlign w:val="center"/>
          </w:tcPr>
          <w:p w14:paraId="31373A2A" w14:textId="77777777" w:rsidR="0007740F" w:rsidRDefault="009135A6">
            <w:r>
              <w:rPr>
                <w:b/>
                <w:sz w:val="17"/>
              </w:rPr>
              <w:t>Name / initials*</w:t>
            </w:r>
          </w:p>
        </w:tc>
        <w:tc>
          <w:tcPr>
            <w:tcW w:w="3456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vAlign w:val="center"/>
          </w:tcPr>
          <w:p w14:paraId="2EBF3779" w14:textId="77777777" w:rsidR="0007740F" w:rsidRDefault="009135A6">
            <w:r>
              <w:rPr>
                <w:sz w:val="17"/>
              </w:rPr>
              <w:t>____________________</w:t>
            </w:r>
          </w:p>
        </w:tc>
        <w:tc>
          <w:tcPr>
            <w:tcW w:w="3312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shd w:val="clear" w:color="auto" w:fill="EAF2F8"/>
            <w:vAlign w:val="center"/>
          </w:tcPr>
          <w:p w14:paraId="78BFEB1B" w14:textId="77777777" w:rsidR="0007740F" w:rsidRDefault="009135A6">
            <w:r>
              <w:rPr>
                <w:b/>
                <w:sz w:val="17"/>
              </w:rPr>
              <w:t>Age, years</w:t>
            </w:r>
          </w:p>
        </w:tc>
        <w:tc>
          <w:tcPr>
            <w:tcW w:w="3456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vAlign w:val="center"/>
          </w:tcPr>
          <w:p w14:paraId="75AB55F4" w14:textId="77777777" w:rsidR="0007740F" w:rsidRDefault="009135A6">
            <w:r>
              <w:rPr>
                <w:sz w:val="17"/>
              </w:rPr>
              <w:t>________</w:t>
            </w:r>
          </w:p>
        </w:tc>
      </w:tr>
      <w:tr w:rsidR="0007740F" w14:paraId="6AB85D51" w14:textId="77777777">
        <w:trPr>
          <w:jc w:val="center"/>
        </w:trPr>
        <w:tc>
          <w:tcPr>
            <w:tcW w:w="3312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shd w:val="clear" w:color="auto" w:fill="EAF2F8"/>
            <w:vAlign w:val="center"/>
          </w:tcPr>
          <w:p w14:paraId="22654DC5" w14:textId="77777777" w:rsidR="0007740F" w:rsidRDefault="009135A6">
            <w:r>
              <w:rPr>
                <w:b/>
                <w:sz w:val="17"/>
              </w:rPr>
              <w:t>Sex</w:t>
            </w:r>
          </w:p>
        </w:tc>
        <w:tc>
          <w:tcPr>
            <w:tcW w:w="3456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vAlign w:val="center"/>
          </w:tcPr>
          <w:p w14:paraId="23655556" w14:textId="77777777" w:rsidR="0007740F" w:rsidRDefault="009135A6">
            <w:r>
              <w:rPr>
                <w:sz w:val="17"/>
              </w:rPr>
              <w:t>□ Male  □ Female</w:t>
            </w:r>
          </w:p>
        </w:tc>
        <w:tc>
          <w:tcPr>
            <w:tcW w:w="3312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shd w:val="clear" w:color="auto" w:fill="EAF2F8"/>
            <w:vAlign w:val="center"/>
          </w:tcPr>
          <w:p w14:paraId="018784C2" w14:textId="77777777" w:rsidR="0007740F" w:rsidRDefault="009135A6">
            <w:r>
              <w:rPr>
                <w:b/>
                <w:sz w:val="17"/>
              </w:rPr>
              <w:t>Mobile number 1*</w:t>
            </w:r>
          </w:p>
        </w:tc>
        <w:tc>
          <w:tcPr>
            <w:tcW w:w="3456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vAlign w:val="center"/>
          </w:tcPr>
          <w:p w14:paraId="46FCC903" w14:textId="77777777" w:rsidR="0007740F" w:rsidRDefault="009135A6">
            <w:r>
              <w:rPr>
                <w:sz w:val="17"/>
              </w:rPr>
              <w:t>____________________</w:t>
            </w:r>
          </w:p>
        </w:tc>
      </w:tr>
      <w:tr w:rsidR="0007740F" w14:paraId="16C9E786" w14:textId="77777777">
        <w:trPr>
          <w:jc w:val="center"/>
        </w:trPr>
        <w:tc>
          <w:tcPr>
            <w:tcW w:w="3312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shd w:val="clear" w:color="auto" w:fill="EAF2F8"/>
            <w:vAlign w:val="center"/>
          </w:tcPr>
          <w:p w14:paraId="3DE0E0F1" w14:textId="77777777" w:rsidR="0007740F" w:rsidRDefault="009135A6">
            <w:r>
              <w:rPr>
                <w:b/>
                <w:sz w:val="17"/>
              </w:rPr>
              <w:t>Mobile number 2*</w:t>
            </w:r>
          </w:p>
        </w:tc>
        <w:tc>
          <w:tcPr>
            <w:tcW w:w="3456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vAlign w:val="center"/>
          </w:tcPr>
          <w:p w14:paraId="77224255" w14:textId="77777777" w:rsidR="0007740F" w:rsidRDefault="009135A6">
            <w:r>
              <w:rPr>
                <w:sz w:val="17"/>
              </w:rPr>
              <w:t>____________________</w:t>
            </w:r>
          </w:p>
        </w:tc>
        <w:tc>
          <w:tcPr>
            <w:tcW w:w="3312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shd w:val="clear" w:color="auto" w:fill="EAF2F8"/>
            <w:vAlign w:val="center"/>
          </w:tcPr>
          <w:p w14:paraId="7857AD56" w14:textId="77777777" w:rsidR="0007740F" w:rsidRDefault="009135A6">
            <w:r>
              <w:rPr>
                <w:b/>
                <w:sz w:val="17"/>
              </w:rPr>
              <w:t>Address*</w:t>
            </w:r>
          </w:p>
        </w:tc>
        <w:tc>
          <w:tcPr>
            <w:tcW w:w="3456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vAlign w:val="center"/>
          </w:tcPr>
          <w:p w14:paraId="56A1C330" w14:textId="77777777" w:rsidR="0007740F" w:rsidRDefault="009135A6">
            <w:r>
              <w:rPr>
                <w:sz w:val="17"/>
              </w:rPr>
              <w:t>____________________</w:t>
            </w:r>
          </w:p>
        </w:tc>
      </w:tr>
      <w:tr w:rsidR="0007740F" w14:paraId="57A6E02F" w14:textId="77777777">
        <w:trPr>
          <w:jc w:val="center"/>
        </w:trPr>
        <w:tc>
          <w:tcPr>
            <w:tcW w:w="3312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shd w:val="clear" w:color="auto" w:fill="EAF2F8"/>
            <w:vAlign w:val="center"/>
          </w:tcPr>
          <w:p w14:paraId="5AC3C669" w14:textId="77777777" w:rsidR="0007740F" w:rsidRDefault="009135A6">
            <w:r>
              <w:rPr>
                <w:b/>
                <w:sz w:val="17"/>
              </w:rPr>
              <w:t>Occupation</w:t>
            </w:r>
          </w:p>
        </w:tc>
        <w:tc>
          <w:tcPr>
            <w:tcW w:w="3456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vAlign w:val="center"/>
          </w:tcPr>
          <w:p w14:paraId="239F95F8" w14:textId="77777777" w:rsidR="0007740F" w:rsidRDefault="009135A6">
            <w:r>
              <w:rPr>
                <w:sz w:val="17"/>
              </w:rPr>
              <w:t>____________________</w:t>
            </w:r>
          </w:p>
        </w:tc>
        <w:tc>
          <w:tcPr>
            <w:tcW w:w="3312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shd w:val="clear" w:color="auto" w:fill="EAF2F8"/>
            <w:vAlign w:val="center"/>
          </w:tcPr>
          <w:p w14:paraId="3C490D2E" w14:textId="77777777" w:rsidR="0007740F" w:rsidRDefault="009135A6">
            <w:r>
              <w:rPr>
                <w:b/>
                <w:sz w:val="17"/>
              </w:rPr>
              <w:t>Educational status</w:t>
            </w:r>
          </w:p>
        </w:tc>
        <w:tc>
          <w:tcPr>
            <w:tcW w:w="3456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vAlign w:val="center"/>
          </w:tcPr>
          <w:p w14:paraId="598B7F7E" w14:textId="77777777" w:rsidR="0007740F" w:rsidRDefault="009135A6">
            <w:r>
              <w:rPr>
                <w:sz w:val="17"/>
              </w:rPr>
              <w:t>____________________</w:t>
            </w:r>
          </w:p>
        </w:tc>
      </w:tr>
      <w:tr w:rsidR="0007740F" w14:paraId="2A6CD564" w14:textId="77777777">
        <w:trPr>
          <w:jc w:val="center"/>
        </w:trPr>
        <w:tc>
          <w:tcPr>
            <w:tcW w:w="3312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shd w:val="clear" w:color="auto" w:fill="EAF2F8"/>
            <w:vAlign w:val="center"/>
          </w:tcPr>
          <w:p w14:paraId="37F35BFE" w14:textId="77777777" w:rsidR="0007740F" w:rsidRDefault="009135A6">
            <w:r>
              <w:rPr>
                <w:b/>
                <w:sz w:val="17"/>
              </w:rPr>
              <w:t>Monthly family income</w:t>
            </w:r>
          </w:p>
        </w:tc>
        <w:tc>
          <w:tcPr>
            <w:tcW w:w="3456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vAlign w:val="center"/>
          </w:tcPr>
          <w:p w14:paraId="0E1CEEDA" w14:textId="77777777" w:rsidR="0007740F" w:rsidRDefault="009135A6">
            <w:r>
              <w:rPr>
                <w:sz w:val="17"/>
              </w:rPr>
              <w:t>____________________</w:t>
            </w:r>
          </w:p>
        </w:tc>
        <w:tc>
          <w:tcPr>
            <w:tcW w:w="3312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shd w:val="clear" w:color="auto" w:fill="EAF2F8"/>
            <w:vAlign w:val="center"/>
          </w:tcPr>
          <w:p w14:paraId="0703D0EE" w14:textId="77777777" w:rsidR="0007740F" w:rsidRDefault="009135A6">
            <w:r>
              <w:rPr>
                <w:b/>
                <w:sz w:val="17"/>
              </w:rPr>
              <w:t>Monthly family expenditure</w:t>
            </w:r>
          </w:p>
        </w:tc>
        <w:tc>
          <w:tcPr>
            <w:tcW w:w="3456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vAlign w:val="center"/>
          </w:tcPr>
          <w:p w14:paraId="3872E2A0" w14:textId="77777777" w:rsidR="0007740F" w:rsidRDefault="009135A6">
            <w:r>
              <w:rPr>
                <w:sz w:val="17"/>
              </w:rPr>
              <w:t>____________________</w:t>
            </w:r>
          </w:p>
        </w:tc>
      </w:tr>
      <w:tr w:rsidR="0007740F" w14:paraId="54D1ED5C" w14:textId="77777777">
        <w:trPr>
          <w:jc w:val="center"/>
        </w:trPr>
        <w:tc>
          <w:tcPr>
            <w:tcW w:w="3312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shd w:val="clear" w:color="auto" w:fill="EAF2F8"/>
            <w:vAlign w:val="center"/>
          </w:tcPr>
          <w:p w14:paraId="2C4318D3" w14:textId="77777777" w:rsidR="0007740F" w:rsidRDefault="009135A6">
            <w:r>
              <w:rPr>
                <w:b/>
                <w:sz w:val="17"/>
              </w:rPr>
              <w:t>Smoking status</w:t>
            </w:r>
          </w:p>
        </w:tc>
        <w:tc>
          <w:tcPr>
            <w:tcW w:w="3456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vAlign w:val="center"/>
          </w:tcPr>
          <w:p w14:paraId="251C12AC" w14:textId="77777777" w:rsidR="0007740F" w:rsidRDefault="009135A6">
            <w:r>
              <w:rPr>
                <w:sz w:val="17"/>
              </w:rPr>
              <w:t xml:space="preserve">1 = </w:t>
            </w:r>
            <w:r>
              <w:rPr>
                <w:sz w:val="17"/>
              </w:rPr>
              <w:t>Current/past smoker; 2 = Nonsmoker</w:t>
            </w:r>
          </w:p>
        </w:tc>
        <w:tc>
          <w:tcPr>
            <w:tcW w:w="3312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shd w:val="clear" w:color="auto" w:fill="EAF2F8"/>
            <w:vAlign w:val="center"/>
          </w:tcPr>
          <w:p w14:paraId="410516EB" w14:textId="77777777" w:rsidR="0007740F" w:rsidRDefault="009135A6">
            <w:r>
              <w:rPr>
                <w:b/>
                <w:sz w:val="17"/>
              </w:rPr>
              <w:t>Physical activity</w:t>
            </w:r>
          </w:p>
        </w:tc>
        <w:tc>
          <w:tcPr>
            <w:tcW w:w="3456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vAlign w:val="center"/>
          </w:tcPr>
          <w:p w14:paraId="7B4D0551" w14:textId="77777777" w:rsidR="0007740F" w:rsidRDefault="009135A6">
            <w:r>
              <w:rPr>
                <w:sz w:val="17"/>
              </w:rPr>
              <w:t>1 = Low; 2 = Moderate; 3 = High</w:t>
            </w:r>
          </w:p>
        </w:tc>
      </w:tr>
    </w:tbl>
    <w:p w14:paraId="148BC2DC" w14:textId="77777777" w:rsidR="0007740F" w:rsidRDefault="009135A6">
      <w:r>
        <w:rPr>
          <w:i/>
          <w:sz w:val="16"/>
        </w:rPr>
        <w:t>*Identifier/contact fields were used only when required for study follow-up and were not included in the final analytic dataset.</w:t>
      </w:r>
    </w:p>
    <w:p w14:paraId="50BF1CA1" w14:textId="77777777" w:rsidR="0007740F" w:rsidRDefault="009135A6">
      <w:pPr>
        <w:shd w:val="clear" w:color="auto" w:fill="1F4E79"/>
        <w:spacing w:before="160" w:after="60"/>
      </w:pPr>
      <w:r>
        <w:rPr>
          <w:b/>
          <w:color w:val="FFFFFF"/>
          <w:sz w:val="20"/>
        </w:rPr>
        <w:t>C. Diabetes-related history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532"/>
        <w:gridCol w:w="2904"/>
        <w:gridCol w:w="2532"/>
        <w:gridCol w:w="2904"/>
      </w:tblGrid>
      <w:tr w:rsidR="0007740F" w14:paraId="385FE862" w14:textId="77777777">
        <w:trPr>
          <w:jc w:val="center"/>
        </w:trPr>
        <w:tc>
          <w:tcPr>
            <w:tcW w:w="3312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shd w:val="clear" w:color="auto" w:fill="EAF2F8"/>
            <w:vAlign w:val="center"/>
          </w:tcPr>
          <w:p w14:paraId="4EBA3ADB" w14:textId="77777777" w:rsidR="0007740F" w:rsidRDefault="009135A6">
            <w:r>
              <w:rPr>
                <w:b/>
                <w:sz w:val="17"/>
              </w:rPr>
              <w:t>Typical sympt</w:t>
            </w:r>
            <w:r>
              <w:rPr>
                <w:b/>
                <w:sz w:val="17"/>
              </w:rPr>
              <w:t>oms of hyperglycemia at presentation</w:t>
            </w:r>
          </w:p>
        </w:tc>
        <w:tc>
          <w:tcPr>
            <w:tcW w:w="3456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vAlign w:val="center"/>
          </w:tcPr>
          <w:p w14:paraId="5970D2C0" w14:textId="77777777" w:rsidR="0007740F" w:rsidRDefault="009135A6">
            <w:r>
              <w:rPr>
                <w:sz w:val="17"/>
              </w:rPr>
              <w:t>1 = Yes; 2 = No</w:t>
            </w:r>
          </w:p>
        </w:tc>
        <w:tc>
          <w:tcPr>
            <w:tcW w:w="3312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shd w:val="clear" w:color="auto" w:fill="EAF2F8"/>
            <w:vAlign w:val="center"/>
          </w:tcPr>
          <w:p w14:paraId="5851FEDE" w14:textId="77777777" w:rsidR="0007740F" w:rsidRDefault="009135A6">
            <w:r>
              <w:rPr>
                <w:b/>
                <w:sz w:val="17"/>
              </w:rPr>
              <w:t>History of ketosis / ketoacidosis</w:t>
            </w:r>
          </w:p>
        </w:tc>
        <w:tc>
          <w:tcPr>
            <w:tcW w:w="3456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vAlign w:val="center"/>
          </w:tcPr>
          <w:p w14:paraId="5CAB72CC" w14:textId="77777777" w:rsidR="0007740F" w:rsidRDefault="009135A6">
            <w:r>
              <w:rPr>
                <w:sz w:val="17"/>
              </w:rPr>
              <w:t>1 = Yes; 2 = No</w:t>
            </w:r>
          </w:p>
        </w:tc>
      </w:tr>
      <w:tr w:rsidR="0007740F" w14:paraId="1FA1C5F5" w14:textId="77777777">
        <w:trPr>
          <w:jc w:val="center"/>
        </w:trPr>
        <w:tc>
          <w:tcPr>
            <w:tcW w:w="3312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shd w:val="clear" w:color="auto" w:fill="EAF2F8"/>
            <w:vAlign w:val="center"/>
          </w:tcPr>
          <w:p w14:paraId="5262BD22" w14:textId="77777777" w:rsidR="0007740F" w:rsidRDefault="009135A6">
            <w:r>
              <w:rPr>
                <w:b/>
                <w:sz w:val="17"/>
              </w:rPr>
              <w:t>Date of first diagnosis of diabetes</w:t>
            </w:r>
          </w:p>
        </w:tc>
        <w:tc>
          <w:tcPr>
            <w:tcW w:w="3456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vAlign w:val="center"/>
          </w:tcPr>
          <w:p w14:paraId="30FEB0C5" w14:textId="77777777" w:rsidR="0007740F" w:rsidRDefault="009135A6">
            <w:r>
              <w:rPr>
                <w:sz w:val="17"/>
              </w:rPr>
              <w:t>____ / ____ / ______</w:t>
            </w:r>
          </w:p>
        </w:tc>
        <w:tc>
          <w:tcPr>
            <w:tcW w:w="3312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shd w:val="clear" w:color="auto" w:fill="EAF2F8"/>
            <w:vAlign w:val="center"/>
          </w:tcPr>
          <w:p w14:paraId="35D0533A" w14:textId="77777777" w:rsidR="0007740F" w:rsidRDefault="009135A6">
            <w:r>
              <w:rPr>
                <w:b/>
                <w:sz w:val="17"/>
              </w:rPr>
              <w:t>Current anti-diabetic medication(s)</w:t>
            </w:r>
          </w:p>
        </w:tc>
        <w:tc>
          <w:tcPr>
            <w:tcW w:w="3456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vAlign w:val="center"/>
          </w:tcPr>
          <w:p w14:paraId="1415B3DC" w14:textId="77777777" w:rsidR="0007740F" w:rsidRDefault="009135A6">
            <w:r>
              <w:rPr>
                <w:sz w:val="17"/>
              </w:rPr>
              <w:t>____________________</w:t>
            </w:r>
          </w:p>
        </w:tc>
      </w:tr>
      <w:tr w:rsidR="0007740F" w14:paraId="5CA73C04" w14:textId="77777777">
        <w:trPr>
          <w:jc w:val="center"/>
        </w:trPr>
        <w:tc>
          <w:tcPr>
            <w:tcW w:w="3312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shd w:val="clear" w:color="auto" w:fill="EAF2F8"/>
            <w:vAlign w:val="center"/>
          </w:tcPr>
          <w:p w14:paraId="1C3402FA" w14:textId="77777777" w:rsidR="0007740F" w:rsidRDefault="009135A6">
            <w:r>
              <w:rPr>
                <w:b/>
                <w:sz w:val="17"/>
              </w:rPr>
              <w:t xml:space="preserve">Other ongoing </w:t>
            </w:r>
            <w:r>
              <w:rPr>
                <w:b/>
                <w:sz w:val="17"/>
              </w:rPr>
              <w:t>medication(s)</w:t>
            </w:r>
          </w:p>
        </w:tc>
        <w:tc>
          <w:tcPr>
            <w:tcW w:w="3456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vAlign w:val="center"/>
          </w:tcPr>
          <w:p w14:paraId="1262E26D" w14:textId="77777777" w:rsidR="0007740F" w:rsidRDefault="009135A6">
            <w:r>
              <w:rPr>
                <w:sz w:val="17"/>
              </w:rPr>
              <w:t>____________________</w:t>
            </w:r>
          </w:p>
        </w:tc>
        <w:tc>
          <w:tcPr>
            <w:tcW w:w="3312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shd w:val="clear" w:color="auto" w:fill="EAF2F8"/>
            <w:vAlign w:val="center"/>
          </w:tcPr>
          <w:p w14:paraId="76952C83" w14:textId="77777777" w:rsidR="0007740F" w:rsidRDefault="009135A6">
            <w:r>
              <w:rPr>
                <w:b/>
                <w:sz w:val="17"/>
              </w:rPr>
              <w:t>Comorbidities, if any</w:t>
            </w:r>
          </w:p>
        </w:tc>
        <w:tc>
          <w:tcPr>
            <w:tcW w:w="3456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vAlign w:val="center"/>
          </w:tcPr>
          <w:p w14:paraId="53D99147" w14:textId="77777777" w:rsidR="0007740F" w:rsidRDefault="009135A6">
            <w:r>
              <w:rPr>
                <w:sz w:val="17"/>
              </w:rPr>
              <w:t>____________________</w:t>
            </w:r>
          </w:p>
        </w:tc>
      </w:tr>
    </w:tbl>
    <w:p w14:paraId="16B63C86" w14:textId="77777777" w:rsidR="0007740F" w:rsidRDefault="009135A6">
      <w:pPr>
        <w:shd w:val="clear" w:color="auto" w:fill="1F4E79"/>
        <w:spacing w:before="160" w:after="60"/>
      </w:pPr>
      <w:r>
        <w:rPr>
          <w:b/>
          <w:color w:val="FFFFFF"/>
          <w:sz w:val="20"/>
        </w:rPr>
        <w:t>D. Family history of diabetes in first-degree relatives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776"/>
        <w:gridCol w:w="1776"/>
        <w:gridCol w:w="1776"/>
        <w:gridCol w:w="1776"/>
        <w:gridCol w:w="1776"/>
        <w:gridCol w:w="1776"/>
      </w:tblGrid>
      <w:tr w:rsidR="0007740F" w14:paraId="46F3D59B" w14:textId="77777777">
        <w:trPr>
          <w:jc w:val="center"/>
        </w:trPr>
        <w:tc>
          <w:tcPr>
            <w:tcW w:w="1776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shd w:val="clear" w:color="auto" w:fill="EAF2F8"/>
            <w:vAlign w:val="center"/>
          </w:tcPr>
          <w:p w14:paraId="683C96B3" w14:textId="77777777" w:rsidR="0007740F" w:rsidRDefault="009135A6">
            <w:pPr>
              <w:spacing w:after="0"/>
            </w:pPr>
            <w:r>
              <w:rPr>
                <w:b/>
                <w:sz w:val="17"/>
              </w:rPr>
              <w:t>Relation</w:t>
            </w:r>
          </w:p>
        </w:tc>
        <w:tc>
          <w:tcPr>
            <w:tcW w:w="1776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shd w:val="clear" w:color="auto" w:fill="EAF2F8"/>
            <w:vAlign w:val="center"/>
          </w:tcPr>
          <w:p w14:paraId="776E4FCE" w14:textId="77777777" w:rsidR="0007740F" w:rsidRDefault="009135A6">
            <w:pPr>
              <w:spacing w:after="0"/>
            </w:pPr>
            <w:r>
              <w:rPr>
                <w:b/>
                <w:sz w:val="17"/>
              </w:rPr>
              <w:t>Diabetes</w:t>
            </w:r>
            <w:r>
              <w:rPr>
                <w:b/>
                <w:sz w:val="17"/>
              </w:rPr>
              <w:br/>
              <w:t>1 = Yes; 2 = No</w:t>
            </w:r>
          </w:p>
        </w:tc>
        <w:tc>
          <w:tcPr>
            <w:tcW w:w="1776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shd w:val="clear" w:color="auto" w:fill="EAF2F8"/>
            <w:vAlign w:val="center"/>
          </w:tcPr>
          <w:p w14:paraId="5DF87890" w14:textId="77777777" w:rsidR="0007740F" w:rsidRDefault="009135A6">
            <w:pPr>
              <w:spacing w:after="0"/>
            </w:pPr>
            <w:r>
              <w:rPr>
                <w:b/>
                <w:sz w:val="17"/>
              </w:rPr>
              <w:t>Age at diagnosis</w:t>
            </w:r>
          </w:p>
        </w:tc>
        <w:tc>
          <w:tcPr>
            <w:tcW w:w="1776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shd w:val="clear" w:color="auto" w:fill="EAF2F8"/>
            <w:vAlign w:val="center"/>
          </w:tcPr>
          <w:p w14:paraId="2036075A" w14:textId="77777777" w:rsidR="0007740F" w:rsidRDefault="009135A6">
            <w:pPr>
              <w:spacing w:after="0"/>
            </w:pPr>
            <w:r>
              <w:rPr>
                <w:b/>
                <w:sz w:val="17"/>
              </w:rPr>
              <w:t>Relation</w:t>
            </w:r>
          </w:p>
        </w:tc>
        <w:tc>
          <w:tcPr>
            <w:tcW w:w="1776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shd w:val="clear" w:color="auto" w:fill="EAF2F8"/>
            <w:vAlign w:val="center"/>
          </w:tcPr>
          <w:p w14:paraId="53C4D5C5" w14:textId="77777777" w:rsidR="0007740F" w:rsidRDefault="009135A6">
            <w:pPr>
              <w:spacing w:after="0"/>
            </w:pPr>
            <w:r>
              <w:rPr>
                <w:b/>
                <w:sz w:val="17"/>
              </w:rPr>
              <w:t>Diabetes</w:t>
            </w:r>
            <w:r>
              <w:rPr>
                <w:b/>
                <w:sz w:val="17"/>
              </w:rPr>
              <w:br/>
              <w:t>1 = Yes; 2 = No</w:t>
            </w:r>
          </w:p>
        </w:tc>
        <w:tc>
          <w:tcPr>
            <w:tcW w:w="1776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shd w:val="clear" w:color="auto" w:fill="EAF2F8"/>
            <w:vAlign w:val="center"/>
          </w:tcPr>
          <w:p w14:paraId="4149CABF" w14:textId="77777777" w:rsidR="0007740F" w:rsidRDefault="009135A6">
            <w:pPr>
              <w:spacing w:after="0"/>
            </w:pPr>
            <w:r>
              <w:rPr>
                <w:b/>
                <w:sz w:val="17"/>
              </w:rPr>
              <w:t>Age at diagnosis</w:t>
            </w:r>
          </w:p>
        </w:tc>
      </w:tr>
      <w:tr w:rsidR="0007740F" w14:paraId="594CB622" w14:textId="77777777">
        <w:trPr>
          <w:jc w:val="center"/>
        </w:trPr>
        <w:tc>
          <w:tcPr>
            <w:tcW w:w="1776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vAlign w:val="center"/>
          </w:tcPr>
          <w:p w14:paraId="13567B72" w14:textId="77777777" w:rsidR="0007740F" w:rsidRDefault="009135A6">
            <w:pPr>
              <w:spacing w:after="0"/>
            </w:pPr>
            <w:r>
              <w:rPr>
                <w:sz w:val="17"/>
              </w:rPr>
              <w:t>Father</w:t>
            </w:r>
          </w:p>
        </w:tc>
        <w:tc>
          <w:tcPr>
            <w:tcW w:w="1776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vAlign w:val="center"/>
          </w:tcPr>
          <w:p w14:paraId="77CA799C" w14:textId="77777777" w:rsidR="0007740F" w:rsidRDefault="0007740F">
            <w:pPr>
              <w:spacing w:after="0"/>
            </w:pPr>
          </w:p>
        </w:tc>
        <w:tc>
          <w:tcPr>
            <w:tcW w:w="1776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vAlign w:val="center"/>
          </w:tcPr>
          <w:p w14:paraId="2DA85487" w14:textId="77777777" w:rsidR="0007740F" w:rsidRDefault="0007740F">
            <w:pPr>
              <w:spacing w:after="0"/>
            </w:pPr>
          </w:p>
        </w:tc>
        <w:tc>
          <w:tcPr>
            <w:tcW w:w="1776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vAlign w:val="center"/>
          </w:tcPr>
          <w:p w14:paraId="2DBF8673" w14:textId="77777777" w:rsidR="0007740F" w:rsidRDefault="009135A6">
            <w:pPr>
              <w:spacing w:after="0"/>
            </w:pPr>
            <w:r>
              <w:rPr>
                <w:sz w:val="17"/>
              </w:rPr>
              <w:t>Mother</w:t>
            </w:r>
          </w:p>
        </w:tc>
        <w:tc>
          <w:tcPr>
            <w:tcW w:w="1776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vAlign w:val="center"/>
          </w:tcPr>
          <w:p w14:paraId="2795C797" w14:textId="77777777" w:rsidR="0007740F" w:rsidRDefault="0007740F">
            <w:pPr>
              <w:spacing w:after="0"/>
            </w:pPr>
          </w:p>
        </w:tc>
        <w:tc>
          <w:tcPr>
            <w:tcW w:w="1776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vAlign w:val="center"/>
          </w:tcPr>
          <w:p w14:paraId="3816AF38" w14:textId="77777777" w:rsidR="0007740F" w:rsidRDefault="0007740F">
            <w:pPr>
              <w:spacing w:after="0"/>
            </w:pPr>
          </w:p>
        </w:tc>
      </w:tr>
      <w:tr w:rsidR="0007740F" w14:paraId="272FFE06" w14:textId="77777777">
        <w:trPr>
          <w:jc w:val="center"/>
        </w:trPr>
        <w:tc>
          <w:tcPr>
            <w:tcW w:w="1776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vAlign w:val="center"/>
          </w:tcPr>
          <w:p w14:paraId="6EF4186E" w14:textId="77777777" w:rsidR="0007740F" w:rsidRDefault="009135A6">
            <w:pPr>
              <w:spacing w:after="0"/>
            </w:pPr>
            <w:r>
              <w:rPr>
                <w:sz w:val="17"/>
              </w:rPr>
              <w:t>Sibling 1</w:t>
            </w:r>
          </w:p>
        </w:tc>
        <w:tc>
          <w:tcPr>
            <w:tcW w:w="1776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vAlign w:val="center"/>
          </w:tcPr>
          <w:p w14:paraId="255A2B40" w14:textId="77777777" w:rsidR="0007740F" w:rsidRDefault="0007740F">
            <w:pPr>
              <w:spacing w:after="0"/>
            </w:pPr>
          </w:p>
        </w:tc>
        <w:tc>
          <w:tcPr>
            <w:tcW w:w="1776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vAlign w:val="center"/>
          </w:tcPr>
          <w:p w14:paraId="0F39F053" w14:textId="77777777" w:rsidR="0007740F" w:rsidRDefault="0007740F">
            <w:pPr>
              <w:spacing w:after="0"/>
            </w:pPr>
          </w:p>
        </w:tc>
        <w:tc>
          <w:tcPr>
            <w:tcW w:w="1776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vAlign w:val="center"/>
          </w:tcPr>
          <w:p w14:paraId="3CC54ADD" w14:textId="77777777" w:rsidR="0007740F" w:rsidRDefault="009135A6">
            <w:pPr>
              <w:spacing w:after="0"/>
            </w:pPr>
            <w:r>
              <w:rPr>
                <w:sz w:val="17"/>
              </w:rPr>
              <w:t>Sibling 2</w:t>
            </w:r>
          </w:p>
        </w:tc>
        <w:tc>
          <w:tcPr>
            <w:tcW w:w="1776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vAlign w:val="center"/>
          </w:tcPr>
          <w:p w14:paraId="77D5C84A" w14:textId="77777777" w:rsidR="0007740F" w:rsidRDefault="0007740F">
            <w:pPr>
              <w:spacing w:after="0"/>
            </w:pPr>
          </w:p>
        </w:tc>
        <w:tc>
          <w:tcPr>
            <w:tcW w:w="1776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vAlign w:val="center"/>
          </w:tcPr>
          <w:p w14:paraId="5F71AE13" w14:textId="77777777" w:rsidR="0007740F" w:rsidRDefault="0007740F">
            <w:pPr>
              <w:spacing w:after="0"/>
            </w:pPr>
          </w:p>
        </w:tc>
      </w:tr>
      <w:tr w:rsidR="0007740F" w14:paraId="72B59486" w14:textId="77777777">
        <w:trPr>
          <w:jc w:val="center"/>
        </w:trPr>
        <w:tc>
          <w:tcPr>
            <w:tcW w:w="1776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vAlign w:val="center"/>
          </w:tcPr>
          <w:p w14:paraId="7730EDF7" w14:textId="77777777" w:rsidR="0007740F" w:rsidRDefault="009135A6">
            <w:pPr>
              <w:spacing w:after="0"/>
            </w:pPr>
            <w:r>
              <w:rPr>
                <w:sz w:val="17"/>
              </w:rPr>
              <w:t>Sibling 3</w:t>
            </w:r>
          </w:p>
        </w:tc>
        <w:tc>
          <w:tcPr>
            <w:tcW w:w="1776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vAlign w:val="center"/>
          </w:tcPr>
          <w:p w14:paraId="2B260901" w14:textId="77777777" w:rsidR="0007740F" w:rsidRDefault="0007740F">
            <w:pPr>
              <w:spacing w:after="0"/>
            </w:pPr>
          </w:p>
        </w:tc>
        <w:tc>
          <w:tcPr>
            <w:tcW w:w="1776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vAlign w:val="center"/>
          </w:tcPr>
          <w:p w14:paraId="6D3430F8" w14:textId="77777777" w:rsidR="0007740F" w:rsidRDefault="0007740F">
            <w:pPr>
              <w:spacing w:after="0"/>
            </w:pPr>
          </w:p>
        </w:tc>
        <w:tc>
          <w:tcPr>
            <w:tcW w:w="1776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vAlign w:val="center"/>
          </w:tcPr>
          <w:p w14:paraId="0647907C" w14:textId="77777777" w:rsidR="0007740F" w:rsidRDefault="009135A6">
            <w:pPr>
              <w:spacing w:after="0"/>
            </w:pPr>
            <w:r>
              <w:rPr>
                <w:sz w:val="17"/>
              </w:rPr>
              <w:t>Sibling 4</w:t>
            </w:r>
          </w:p>
        </w:tc>
        <w:tc>
          <w:tcPr>
            <w:tcW w:w="1776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vAlign w:val="center"/>
          </w:tcPr>
          <w:p w14:paraId="027E983A" w14:textId="77777777" w:rsidR="0007740F" w:rsidRDefault="0007740F">
            <w:pPr>
              <w:spacing w:after="0"/>
            </w:pPr>
          </w:p>
        </w:tc>
        <w:tc>
          <w:tcPr>
            <w:tcW w:w="1776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vAlign w:val="center"/>
          </w:tcPr>
          <w:p w14:paraId="4DA29EDE" w14:textId="77777777" w:rsidR="0007740F" w:rsidRDefault="0007740F">
            <w:pPr>
              <w:spacing w:after="0"/>
            </w:pPr>
          </w:p>
        </w:tc>
      </w:tr>
      <w:tr w:rsidR="0007740F" w14:paraId="19E0486C" w14:textId="77777777">
        <w:trPr>
          <w:jc w:val="center"/>
        </w:trPr>
        <w:tc>
          <w:tcPr>
            <w:tcW w:w="1776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vAlign w:val="center"/>
          </w:tcPr>
          <w:p w14:paraId="3B0FBC69" w14:textId="77777777" w:rsidR="0007740F" w:rsidRDefault="009135A6">
            <w:pPr>
              <w:spacing w:after="0"/>
            </w:pPr>
            <w:r>
              <w:rPr>
                <w:sz w:val="17"/>
              </w:rPr>
              <w:t>Sibling 5</w:t>
            </w:r>
          </w:p>
        </w:tc>
        <w:tc>
          <w:tcPr>
            <w:tcW w:w="1776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vAlign w:val="center"/>
          </w:tcPr>
          <w:p w14:paraId="65BBD8FD" w14:textId="77777777" w:rsidR="0007740F" w:rsidRDefault="0007740F">
            <w:pPr>
              <w:spacing w:after="0"/>
            </w:pPr>
          </w:p>
        </w:tc>
        <w:tc>
          <w:tcPr>
            <w:tcW w:w="1776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vAlign w:val="center"/>
          </w:tcPr>
          <w:p w14:paraId="728061BC" w14:textId="77777777" w:rsidR="0007740F" w:rsidRDefault="0007740F">
            <w:pPr>
              <w:spacing w:after="0"/>
            </w:pPr>
          </w:p>
        </w:tc>
        <w:tc>
          <w:tcPr>
            <w:tcW w:w="1776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vAlign w:val="center"/>
          </w:tcPr>
          <w:p w14:paraId="423264DB" w14:textId="77777777" w:rsidR="0007740F" w:rsidRDefault="009135A6">
            <w:pPr>
              <w:spacing w:after="0"/>
            </w:pPr>
            <w:r>
              <w:rPr>
                <w:sz w:val="17"/>
              </w:rPr>
              <w:t>Sibling 6</w:t>
            </w:r>
          </w:p>
        </w:tc>
        <w:tc>
          <w:tcPr>
            <w:tcW w:w="1776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vAlign w:val="center"/>
          </w:tcPr>
          <w:p w14:paraId="2253ED44" w14:textId="77777777" w:rsidR="0007740F" w:rsidRDefault="0007740F">
            <w:pPr>
              <w:spacing w:after="0"/>
            </w:pPr>
          </w:p>
        </w:tc>
        <w:tc>
          <w:tcPr>
            <w:tcW w:w="1776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vAlign w:val="center"/>
          </w:tcPr>
          <w:p w14:paraId="08C21D07" w14:textId="77777777" w:rsidR="0007740F" w:rsidRDefault="0007740F">
            <w:pPr>
              <w:spacing w:after="0"/>
            </w:pPr>
          </w:p>
        </w:tc>
      </w:tr>
      <w:tr w:rsidR="0007740F" w14:paraId="26E14E6F" w14:textId="77777777">
        <w:trPr>
          <w:jc w:val="center"/>
        </w:trPr>
        <w:tc>
          <w:tcPr>
            <w:tcW w:w="1776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vAlign w:val="center"/>
          </w:tcPr>
          <w:p w14:paraId="4C471786" w14:textId="77777777" w:rsidR="0007740F" w:rsidRDefault="009135A6">
            <w:pPr>
              <w:spacing w:after="0"/>
            </w:pPr>
            <w:r>
              <w:rPr>
                <w:sz w:val="17"/>
              </w:rPr>
              <w:t>Sibling 7</w:t>
            </w:r>
          </w:p>
        </w:tc>
        <w:tc>
          <w:tcPr>
            <w:tcW w:w="1776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vAlign w:val="center"/>
          </w:tcPr>
          <w:p w14:paraId="5E5E43AC" w14:textId="77777777" w:rsidR="0007740F" w:rsidRDefault="0007740F">
            <w:pPr>
              <w:spacing w:after="0"/>
            </w:pPr>
          </w:p>
        </w:tc>
        <w:tc>
          <w:tcPr>
            <w:tcW w:w="1776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vAlign w:val="center"/>
          </w:tcPr>
          <w:p w14:paraId="61570F13" w14:textId="77777777" w:rsidR="0007740F" w:rsidRDefault="0007740F">
            <w:pPr>
              <w:spacing w:after="0"/>
            </w:pPr>
          </w:p>
        </w:tc>
        <w:tc>
          <w:tcPr>
            <w:tcW w:w="1776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vAlign w:val="center"/>
          </w:tcPr>
          <w:p w14:paraId="63EA33D3" w14:textId="77777777" w:rsidR="0007740F" w:rsidRDefault="009135A6">
            <w:pPr>
              <w:spacing w:after="0"/>
            </w:pPr>
            <w:r>
              <w:rPr>
                <w:sz w:val="17"/>
              </w:rPr>
              <w:t>Sibling 8</w:t>
            </w:r>
          </w:p>
        </w:tc>
        <w:tc>
          <w:tcPr>
            <w:tcW w:w="1776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vAlign w:val="center"/>
          </w:tcPr>
          <w:p w14:paraId="2AD32362" w14:textId="77777777" w:rsidR="0007740F" w:rsidRDefault="0007740F">
            <w:pPr>
              <w:spacing w:after="0"/>
            </w:pPr>
          </w:p>
        </w:tc>
        <w:tc>
          <w:tcPr>
            <w:tcW w:w="1776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vAlign w:val="center"/>
          </w:tcPr>
          <w:p w14:paraId="01013881" w14:textId="77777777" w:rsidR="0007740F" w:rsidRDefault="0007740F">
            <w:pPr>
              <w:spacing w:after="0"/>
            </w:pPr>
          </w:p>
        </w:tc>
      </w:tr>
      <w:tr w:rsidR="0007740F" w14:paraId="48FCC329" w14:textId="77777777">
        <w:trPr>
          <w:jc w:val="center"/>
        </w:trPr>
        <w:tc>
          <w:tcPr>
            <w:tcW w:w="1776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vAlign w:val="center"/>
          </w:tcPr>
          <w:p w14:paraId="2C8ABA30" w14:textId="77777777" w:rsidR="0007740F" w:rsidRDefault="009135A6">
            <w:pPr>
              <w:spacing w:after="0"/>
            </w:pPr>
            <w:r>
              <w:rPr>
                <w:sz w:val="17"/>
              </w:rPr>
              <w:t>Sibling 9</w:t>
            </w:r>
          </w:p>
        </w:tc>
        <w:tc>
          <w:tcPr>
            <w:tcW w:w="1776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vAlign w:val="center"/>
          </w:tcPr>
          <w:p w14:paraId="61159BD0" w14:textId="77777777" w:rsidR="0007740F" w:rsidRDefault="0007740F">
            <w:pPr>
              <w:spacing w:after="0"/>
            </w:pPr>
          </w:p>
        </w:tc>
        <w:tc>
          <w:tcPr>
            <w:tcW w:w="1776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vAlign w:val="center"/>
          </w:tcPr>
          <w:p w14:paraId="150770FD" w14:textId="77777777" w:rsidR="0007740F" w:rsidRDefault="0007740F">
            <w:pPr>
              <w:spacing w:after="0"/>
            </w:pPr>
          </w:p>
        </w:tc>
        <w:tc>
          <w:tcPr>
            <w:tcW w:w="1776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vAlign w:val="center"/>
          </w:tcPr>
          <w:p w14:paraId="598663CA" w14:textId="77777777" w:rsidR="0007740F" w:rsidRDefault="009135A6">
            <w:pPr>
              <w:spacing w:after="0"/>
            </w:pPr>
            <w:r>
              <w:rPr>
                <w:sz w:val="17"/>
              </w:rPr>
              <w:t>Sibling 10</w:t>
            </w:r>
          </w:p>
        </w:tc>
        <w:tc>
          <w:tcPr>
            <w:tcW w:w="1776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vAlign w:val="center"/>
          </w:tcPr>
          <w:p w14:paraId="13AF19F9" w14:textId="77777777" w:rsidR="0007740F" w:rsidRDefault="0007740F">
            <w:pPr>
              <w:spacing w:after="0"/>
            </w:pPr>
          </w:p>
        </w:tc>
        <w:tc>
          <w:tcPr>
            <w:tcW w:w="1776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vAlign w:val="center"/>
          </w:tcPr>
          <w:p w14:paraId="3F8413EA" w14:textId="77777777" w:rsidR="0007740F" w:rsidRDefault="0007740F">
            <w:pPr>
              <w:spacing w:after="0"/>
            </w:pPr>
          </w:p>
        </w:tc>
      </w:tr>
      <w:tr w:rsidR="0007740F" w14:paraId="10EEF648" w14:textId="77777777">
        <w:trPr>
          <w:jc w:val="center"/>
        </w:trPr>
        <w:tc>
          <w:tcPr>
            <w:tcW w:w="1776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vAlign w:val="center"/>
          </w:tcPr>
          <w:p w14:paraId="23D7DCDB" w14:textId="77777777" w:rsidR="0007740F" w:rsidRDefault="009135A6">
            <w:pPr>
              <w:spacing w:after="0"/>
            </w:pPr>
            <w:r>
              <w:rPr>
                <w:sz w:val="17"/>
              </w:rPr>
              <w:t>Offspring 1</w:t>
            </w:r>
          </w:p>
        </w:tc>
        <w:tc>
          <w:tcPr>
            <w:tcW w:w="1776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vAlign w:val="center"/>
          </w:tcPr>
          <w:p w14:paraId="2B4072AF" w14:textId="77777777" w:rsidR="0007740F" w:rsidRDefault="0007740F">
            <w:pPr>
              <w:spacing w:after="0"/>
            </w:pPr>
          </w:p>
        </w:tc>
        <w:tc>
          <w:tcPr>
            <w:tcW w:w="1776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vAlign w:val="center"/>
          </w:tcPr>
          <w:p w14:paraId="627C7518" w14:textId="77777777" w:rsidR="0007740F" w:rsidRDefault="0007740F">
            <w:pPr>
              <w:spacing w:after="0"/>
            </w:pPr>
          </w:p>
        </w:tc>
        <w:tc>
          <w:tcPr>
            <w:tcW w:w="1776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vAlign w:val="center"/>
          </w:tcPr>
          <w:p w14:paraId="5BA50B89" w14:textId="77777777" w:rsidR="0007740F" w:rsidRDefault="009135A6">
            <w:pPr>
              <w:spacing w:after="0"/>
            </w:pPr>
            <w:r>
              <w:rPr>
                <w:sz w:val="17"/>
              </w:rPr>
              <w:t>Offspring 2</w:t>
            </w:r>
          </w:p>
        </w:tc>
        <w:tc>
          <w:tcPr>
            <w:tcW w:w="1776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vAlign w:val="center"/>
          </w:tcPr>
          <w:p w14:paraId="65B85D3C" w14:textId="77777777" w:rsidR="0007740F" w:rsidRDefault="0007740F">
            <w:pPr>
              <w:spacing w:after="0"/>
            </w:pPr>
          </w:p>
        </w:tc>
        <w:tc>
          <w:tcPr>
            <w:tcW w:w="1776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vAlign w:val="center"/>
          </w:tcPr>
          <w:p w14:paraId="6CDDB829" w14:textId="77777777" w:rsidR="0007740F" w:rsidRDefault="0007740F">
            <w:pPr>
              <w:spacing w:after="0"/>
            </w:pPr>
          </w:p>
        </w:tc>
      </w:tr>
    </w:tbl>
    <w:p w14:paraId="3A6AE586" w14:textId="77777777" w:rsidR="0007740F" w:rsidRDefault="009135A6">
      <w:r>
        <w:br w:type="page"/>
      </w:r>
    </w:p>
    <w:p w14:paraId="31F41674" w14:textId="77777777" w:rsidR="0007740F" w:rsidRDefault="009135A6">
      <w:pPr>
        <w:shd w:val="clear" w:color="auto" w:fill="1F4E79"/>
        <w:spacing w:before="160" w:after="60"/>
      </w:pPr>
      <w:r>
        <w:rPr>
          <w:b/>
          <w:color w:val="FFFFFF"/>
          <w:sz w:val="20"/>
        </w:rPr>
        <w:lastRenderedPageBreak/>
        <w:t>E. Physical examination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643"/>
        <w:gridCol w:w="2597"/>
        <w:gridCol w:w="2643"/>
        <w:gridCol w:w="2989"/>
      </w:tblGrid>
      <w:tr w:rsidR="0007740F" w14:paraId="5C932F74" w14:textId="77777777">
        <w:trPr>
          <w:jc w:val="center"/>
        </w:trPr>
        <w:tc>
          <w:tcPr>
            <w:tcW w:w="3312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shd w:val="clear" w:color="auto" w:fill="EAF2F8"/>
            <w:vAlign w:val="center"/>
          </w:tcPr>
          <w:p w14:paraId="7C0E32A2" w14:textId="77777777" w:rsidR="0007740F" w:rsidRDefault="009135A6">
            <w:r>
              <w:rPr>
                <w:b/>
                <w:sz w:val="17"/>
              </w:rPr>
              <w:t>Height</w:t>
            </w:r>
          </w:p>
        </w:tc>
        <w:tc>
          <w:tcPr>
            <w:tcW w:w="3456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vAlign w:val="center"/>
          </w:tcPr>
          <w:p w14:paraId="47B97087" w14:textId="77777777" w:rsidR="0007740F" w:rsidRDefault="009135A6">
            <w:r>
              <w:rPr>
                <w:sz w:val="17"/>
              </w:rPr>
              <w:t>________ cm</w:t>
            </w:r>
          </w:p>
        </w:tc>
        <w:tc>
          <w:tcPr>
            <w:tcW w:w="3312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shd w:val="clear" w:color="auto" w:fill="EAF2F8"/>
            <w:vAlign w:val="center"/>
          </w:tcPr>
          <w:p w14:paraId="301ED8AA" w14:textId="77777777" w:rsidR="0007740F" w:rsidRDefault="009135A6">
            <w:r>
              <w:rPr>
                <w:b/>
                <w:sz w:val="17"/>
              </w:rPr>
              <w:t>Weight</w:t>
            </w:r>
          </w:p>
        </w:tc>
        <w:tc>
          <w:tcPr>
            <w:tcW w:w="3456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vAlign w:val="center"/>
          </w:tcPr>
          <w:p w14:paraId="2A6AC1A2" w14:textId="77777777" w:rsidR="0007740F" w:rsidRDefault="009135A6">
            <w:r>
              <w:rPr>
                <w:sz w:val="17"/>
              </w:rPr>
              <w:t>________ kg</w:t>
            </w:r>
          </w:p>
        </w:tc>
      </w:tr>
      <w:tr w:rsidR="0007740F" w14:paraId="566265A5" w14:textId="77777777">
        <w:trPr>
          <w:jc w:val="center"/>
        </w:trPr>
        <w:tc>
          <w:tcPr>
            <w:tcW w:w="3312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shd w:val="clear" w:color="auto" w:fill="EAF2F8"/>
            <w:vAlign w:val="center"/>
          </w:tcPr>
          <w:p w14:paraId="1590598C" w14:textId="77777777" w:rsidR="0007740F" w:rsidRDefault="009135A6">
            <w:r>
              <w:rPr>
                <w:b/>
                <w:sz w:val="17"/>
              </w:rPr>
              <w:t xml:space="preserve">Waist </w:t>
            </w:r>
            <w:r>
              <w:rPr>
                <w:b/>
                <w:sz w:val="17"/>
              </w:rPr>
              <w:t>circumference</w:t>
            </w:r>
          </w:p>
        </w:tc>
        <w:tc>
          <w:tcPr>
            <w:tcW w:w="3456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vAlign w:val="center"/>
          </w:tcPr>
          <w:p w14:paraId="5DC8129E" w14:textId="77777777" w:rsidR="0007740F" w:rsidRDefault="009135A6">
            <w:r>
              <w:rPr>
                <w:sz w:val="17"/>
              </w:rPr>
              <w:t>________ cm</w:t>
            </w:r>
          </w:p>
        </w:tc>
        <w:tc>
          <w:tcPr>
            <w:tcW w:w="3312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shd w:val="clear" w:color="auto" w:fill="EAF2F8"/>
            <w:vAlign w:val="center"/>
          </w:tcPr>
          <w:p w14:paraId="5F7F3188" w14:textId="77777777" w:rsidR="0007740F" w:rsidRDefault="009135A6">
            <w:r>
              <w:rPr>
                <w:b/>
                <w:sz w:val="17"/>
              </w:rPr>
              <w:t>Hip circumference</w:t>
            </w:r>
          </w:p>
        </w:tc>
        <w:tc>
          <w:tcPr>
            <w:tcW w:w="3456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vAlign w:val="center"/>
          </w:tcPr>
          <w:p w14:paraId="2D9C0B18" w14:textId="77777777" w:rsidR="0007740F" w:rsidRDefault="009135A6">
            <w:r>
              <w:rPr>
                <w:sz w:val="17"/>
              </w:rPr>
              <w:t>________ cm</w:t>
            </w:r>
          </w:p>
        </w:tc>
      </w:tr>
      <w:tr w:rsidR="0007740F" w14:paraId="28928C45" w14:textId="77777777">
        <w:trPr>
          <w:jc w:val="center"/>
        </w:trPr>
        <w:tc>
          <w:tcPr>
            <w:tcW w:w="3312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shd w:val="clear" w:color="auto" w:fill="EAF2F8"/>
            <w:vAlign w:val="center"/>
          </w:tcPr>
          <w:p w14:paraId="17E24130" w14:textId="77777777" w:rsidR="0007740F" w:rsidRDefault="009135A6">
            <w:r>
              <w:rPr>
                <w:b/>
                <w:sz w:val="17"/>
              </w:rPr>
              <w:t>BMI</w:t>
            </w:r>
          </w:p>
        </w:tc>
        <w:tc>
          <w:tcPr>
            <w:tcW w:w="3456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vAlign w:val="center"/>
          </w:tcPr>
          <w:p w14:paraId="5DEB8489" w14:textId="77777777" w:rsidR="0007740F" w:rsidRDefault="009135A6">
            <w:r>
              <w:rPr>
                <w:sz w:val="17"/>
              </w:rPr>
              <w:t>________ kg/m²</w:t>
            </w:r>
          </w:p>
        </w:tc>
        <w:tc>
          <w:tcPr>
            <w:tcW w:w="3312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shd w:val="clear" w:color="auto" w:fill="EAF2F8"/>
            <w:vAlign w:val="center"/>
          </w:tcPr>
          <w:p w14:paraId="2F485B28" w14:textId="77777777" w:rsidR="0007740F" w:rsidRDefault="009135A6">
            <w:r>
              <w:rPr>
                <w:b/>
                <w:sz w:val="17"/>
              </w:rPr>
              <w:t>Waist-to-hip ratio</w:t>
            </w:r>
          </w:p>
        </w:tc>
        <w:tc>
          <w:tcPr>
            <w:tcW w:w="3456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vAlign w:val="center"/>
          </w:tcPr>
          <w:p w14:paraId="05DDC9C7" w14:textId="77777777" w:rsidR="0007740F" w:rsidRDefault="009135A6">
            <w:r>
              <w:rPr>
                <w:sz w:val="17"/>
              </w:rPr>
              <w:t>________</w:t>
            </w:r>
          </w:p>
        </w:tc>
      </w:tr>
      <w:tr w:rsidR="0007740F" w14:paraId="09D25397" w14:textId="77777777">
        <w:trPr>
          <w:jc w:val="center"/>
        </w:trPr>
        <w:tc>
          <w:tcPr>
            <w:tcW w:w="3312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shd w:val="clear" w:color="auto" w:fill="EAF2F8"/>
            <w:vAlign w:val="center"/>
          </w:tcPr>
          <w:p w14:paraId="191BF6A8" w14:textId="77777777" w:rsidR="0007740F" w:rsidRDefault="009135A6">
            <w:r>
              <w:rPr>
                <w:b/>
                <w:sz w:val="17"/>
              </w:rPr>
              <w:t>Systolic BP</w:t>
            </w:r>
          </w:p>
        </w:tc>
        <w:tc>
          <w:tcPr>
            <w:tcW w:w="3456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vAlign w:val="center"/>
          </w:tcPr>
          <w:p w14:paraId="60D2385C" w14:textId="77777777" w:rsidR="0007740F" w:rsidRDefault="009135A6">
            <w:r>
              <w:rPr>
                <w:sz w:val="17"/>
              </w:rPr>
              <w:t>________ mmHg</w:t>
            </w:r>
          </w:p>
        </w:tc>
        <w:tc>
          <w:tcPr>
            <w:tcW w:w="3312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shd w:val="clear" w:color="auto" w:fill="EAF2F8"/>
            <w:vAlign w:val="center"/>
          </w:tcPr>
          <w:p w14:paraId="7BC91D80" w14:textId="77777777" w:rsidR="0007740F" w:rsidRDefault="009135A6">
            <w:r>
              <w:rPr>
                <w:b/>
                <w:sz w:val="17"/>
              </w:rPr>
              <w:t>Diastolic BP</w:t>
            </w:r>
          </w:p>
        </w:tc>
        <w:tc>
          <w:tcPr>
            <w:tcW w:w="3456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vAlign w:val="center"/>
          </w:tcPr>
          <w:p w14:paraId="6D7DAFE8" w14:textId="77777777" w:rsidR="0007740F" w:rsidRDefault="009135A6">
            <w:r>
              <w:rPr>
                <w:sz w:val="17"/>
              </w:rPr>
              <w:t>________ mmHg</w:t>
            </w:r>
          </w:p>
        </w:tc>
      </w:tr>
      <w:tr w:rsidR="0007740F" w14:paraId="31794309" w14:textId="77777777">
        <w:trPr>
          <w:jc w:val="center"/>
        </w:trPr>
        <w:tc>
          <w:tcPr>
            <w:tcW w:w="3312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shd w:val="clear" w:color="auto" w:fill="EAF2F8"/>
            <w:vAlign w:val="center"/>
          </w:tcPr>
          <w:p w14:paraId="64DD8884" w14:textId="77777777" w:rsidR="0007740F" w:rsidRDefault="009135A6">
            <w:r>
              <w:rPr>
                <w:b/>
                <w:sz w:val="17"/>
              </w:rPr>
              <w:t>Acanthosis nigricans</w:t>
            </w:r>
          </w:p>
        </w:tc>
        <w:tc>
          <w:tcPr>
            <w:tcW w:w="3456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vAlign w:val="center"/>
          </w:tcPr>
          <w:p w14:paraId="21CB26CB" w14:textId="77777777" w:rsidR="0007740F" w:rsidRDefault="009135A6">
            <w:r>
              <w:rPr>
                <w:sz w:val="17"/>
              </w:rPr>
              <w:t>1 = Present; 2 = Absent</w:t>
            </w:r>
          </w:p>
        </w:tc>
        <w:tc>
          <w:tcPr>
            <w:tcW w:w="3312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shd w:val="clear" w:color="auto" w:fill="EAF2F8"/>
            <w:vAlign w:val="center"/>
          </w:tcPr>
          <w:p w14:paraId="099BF05F" w14:textId="77777777" w:rsidR="0007740F" w:rsidRDefault="009135A6">
            <w:r>
              <w:rPr>
                <w:b/>
                <w:sz w:val="17"/>
              </w:rPr>
              <w:t>Impaired pin-prick sensation</w:t>
            </w:r>
          </w:p>
        </w:tc>
        <w:tc>
          <w:tcPr>
            <w:tcW w:w="3456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vAlign w:val="center"/>
          </w:tcPr>
          <w:p w14:paraId="3E612FF3" w14:textId="77777777" w:rsidR="0007740F" w:rsidRDefault="009135A6">
            <w:r>
              <w:rPr>
                <w:sz w:val="17"/>
              </w:rPr>
              <w:t xml:space="preserve">1 = Present; 2 = </w:t>
            </w:r>
            <w:r>
              <w:rPr>
                <w:sz w:val="17"/>
              </w:rPr>
              <w:t>Absent</w:t>
            </w:r>
          </w:p>
        </w:tc>
      </w:tr>
      <w:tr w:rsidR="0007740F" w14:paraId="500198DA" w14:textId="77777777">
        <w:trPr>
          <w:jc w:val="center"/>
        </w:trPr>
        <w:tc>
          <w:tcPr>
            <w:tcW w:w="3312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shd w:val="clear" w:color="auto" w:fill="EAF2F8"/>
            <w:vAlign w:val="center"/>
          </w:tcPr>
          <w:p w14:paraId="140D8E3C" w14:textId="77777777" w:rsidR="0007740F" w:rsidRDefault="009135A6">
            <w:r>
              <w:rPr>
                <w:b/>
                <w:sz w:val="17"/>
              </w:rPr>
              <w:t>Impaired vibration sensation</w:t>
            </w:r>
          </w:p>
        </w:tc>
        <w:tc>
          <w:tcPr>
            <w:tcW w:w="3456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vAlign w:val="center"/>
          </w:tcPr>
          <w:p w14:paraId="67163EBB" w14:textId="77777777" w:rsidR="0007740F" w:rsidRDefault="009135A6">
            <w:r>
              <w:rPr>
                <w:sz w:val="17"/>
              </w:rPr>
              <w:t>1 = Present; 2 = Absent</w:t>
            </w:r>
          </w:p>
        </w:tc>
        <w:tc>
          <w:tcPr>
            <w:tcW w:w="3312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shd w:val="clear" w:color="auto" w:fill="EAF2F8"/>
            <w:vAlign w:val="center"/>
          </w:tcPr>
          <w:p w14:paraId="5B7168D8" w14:textId="77777777" w:rsidR="0007740F" w:rsidRDefault="009135A6">
            <w:r>
              <w:rPr>
                <w:b/>
                <w:sz w:val="17"/>
              </w:rPr>
              <w:t>Fundus examination findings</w:t>
            </w:r>
          </w:p>
        </w:tc>
        <w:tc>
          <w:tcPr>
            <w:tcW w:w="3456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vAlign w:val="center"/>
          </w:tcPr>
          <w:p w14:paraId="28D0094D" w14:textId="77777777" w:rsidR="0007740F" w:rsidRDefault="009135A6">
            <w:r>
              <w:rPr>
                <w:sz w:val="17"/>
              </w:rPr>
              <w:t>____________________</w:t>
            </w:r>
          </w:p>
        </w:tc>
      </w:tr>
    </w:tbl>
    <w:p w14:paraId="6851C0C7" w14:textId="77777777" w:rsidR="0007740F" w:rsidRDefault="009135A6">
      <w:pPr>
        <w:shd w:val="clear" w:color="auto" w:fill="1F4E79"/>
        <w:spacing w:before="160" w:after="60"/>
      </w:pPr>
      <w:r>
        <w:rPr>
          <w:b/>
          <w:color w:val="FFFFFF"/>
          <w:sz w:val="20"/>
        </w:rPr>
        <w:t>F. Laboratory and imaging investigations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040"/>
        <w:gridCol w:w="2880"/>
        <w:gridCol w:w="2880"/>
      </w:tblGrid>
      <w:tr w:rsidR="0007740F" w14:paraId="7728527E" w14:textId="77777777">
        <w:trPr>
          <w:jc w:val="center"/>
        </w:trPr>
        <w:tc>
          <w:tcPr>
            <w:tcW w:w="5040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shd w:val="clear" w:color="auto" w:fill="EAF2F8"/>
            <w:vAlign w:val="center"/>
          </w:tcPr>
          <w:p w14:paraId="235D8D7A" w14:textId="77777777" w:rsidR="0007740F" w:rsidRDefault="009135A6">
            <w:pPr>
              <w:spacing w:after="0"/>
            </w:pPr>
            <w:r>
              <w:rPr>
                <w:b/>
                <w:sz w:val="17"/>
              </w:rPr>
              <w:t>Investigation</w:t>
            </w:r>
          </w:p>
        </w:tc>
        <w:tc>
          <w:tcPr>
            <w:tcW w:w="2880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shd w:val="clear" w:color="auto" w:fill="EAF2F8"/>
            <w:vAlign w:val="center"/>
          </w:tcPr>
          <w:p w14:paraId="57094C79" w14:textId="77777777" w:rsidR="0007740F" w:rsidRDefault="009135A6">
            <w:pPr>
              <w:spacing w:after="0"/>
            </w:pPr>
            <w:r>
              <w:rPr>
                <w:b/>
                <w:sz w:val="17"/>
              </w:rPr>
              <w:t>Result</w:t>
            </w:r>
          </w:p>
        </w:tc>
        <w:tc>
          <w:tcPr>
            <w:tcW w:w="2880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shd w:val="clear" w:color="auto" w:fill="EAF2F8"/>
            <w:vAlign w:val="center"/>
          </w:tcPr>
          <w:p w14:paraId="1AC79EEB" w14:textId="77777777" w:rsidR="0007740F" w:rsidRDefault="009135A6">
            <w:pPr>
              <w:spacing w:after="0"/>
            </w:pPr>
            <w:r>
              <w:rPr>
                <w:b/>
                <w:sz w:val="17"/>
              </w:rPr>
              <w:t>Unit / remarks</w:t>
            </w:r>
          </w:p>
        </w:tc>
      </w:tr>
      <w:tr w:rsidR="0007740F" w14:paraId="123820FB" w14:textId="77777777">
        <w:trPr>
          <w:jc w:val="center"/>
        </w:trPr>
        <w:tc>
          <w:tcPr>
            <w:tcW w:w="5040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vAlign w:val="center"/>
          </w:tcPr>
          <w:p w14:paraId="60F1A3A8" w14:textId="77777777" w:rsidR="0007740F" w:rsidRDefault="009135A6">
            <w:pPr>
              <w:spacing w:after="0"/>
            </w:pPr>
            <w:r>
              <w:rPr>
                <w:sz w:val="17"/>
              </w:rPr>
              <w:t>Fasting plasma glucose</w:t>
            </w:r>
          </w:p>
        </w:tc>
        <w:tc>
          <w:tcPr>
            <w:tcW w:w="2880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vAlign w:val="center"/>
          </w:tcPr>
          <w:p w14:paraId="312055D9" w14:textId="77777777" w:rsidR="0007740F" w:rsidRDefault="009135A6">
            <w:pPr>
              <w:spacing w:after="0"/>
            </w:pPr>
            <w:r>
              <w:rPr>
                <w:sz w:val="17"/>
              </w:rPr>
              <w:t>____________________</w:t>
            </w:r>
          </w:p>
        </w:tc>
        <w:tc>
          <w:tcPr>
            <w:tcW w:w="2880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vAlign w:val="center"/>
          </w:tcPr>
          <w:p w14:paraId="408A3C4D" w14:textId="77777777" w:rsidR="0007740F" w:rsidRDefault="009135A6">
            <w:pPr>
              <w:spacing w:after="0"/>
            </w:pPr>
            <w:r>
              <w:rPr>
                <w:sz w:val="17"/>
              </w:rPr>
              <w:t>mmol/L</w:t>
            </w:r>
          </w:p>
        </w:tc>
      </w:tr>
      <w:tr w:rsidR="0007740F" w14:paraId="5D097473" w14:textId="77777777">
        <w:trPr>
          <w:jc w:val="center"/>
        </w:trPr>
        <w:tc>
          <w:tcPr>
            <w:tcW w:w="5040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vAlign w:val="center"/>
          </w:tcPr>
          <w:p w14:paraId="0E55E9D8" w14:textId="7E7FB38C" w:rsidR="0007740F" w:rsidRDefault="009135A6">
            <w:pPr>
              <w:spacing w:after="0"/>
            </w:pPr>
            <w:r>
              <w:rPr>
                <w:sz w:val="17"/>
              </w:rPr>
              <w:t xml:space="preserve">2-hour </w:t>
            </w:r>
            <w:r>
              <w:rPr>
                <w:sz w:val="17"/>
              </w:rPr>
              <w:t>plasma glucose during OGTT</w:t>
            </w:r>
            <w:r w:rsidR="008B604F">
              <w:rPr>
                <w:sz w:val="17"/>
              </w:rPr>
              <w:t>/Post-prandial glucose</w:t>
            </w:r>
          </w:p>
        </w:tc>
        <w:tc>
          <w:tcPr>
            <w:tcW w:w="2880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vAlign w:val="center"/>
          </w:tcPr>
          <w:p w14:paraId="10F8C0D7" w14:textId="77777777" w:rsidR="0007740F" w:rsidRDefault="009135A6">
            <w:pPr>
              <w:spacing w:after="0"/>
            </w:pPr>
            <w:r>
              <w:rPr>
                <w:sz w:val="17"/>
              </w:rPr>
              <w:t>____________________</w:t>
            </w:r>
          </w:p>
        </w:tc>
        <w:tc>
          <w:tcPr>
            <w:tcW w:w="2880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vAlign w:val="center"/>
          </w:tcPr>
          <w:p w14:paraId="320AA284" w14:textId="77777777" w:rsidR="0007740F" w:rsidRDefault="009135A6">
            <w:pPr>
              <w:spacing w:after="0"/>
            </w:pPr>
            <w:r>
              <w:rPr>
                <w:sz w:val="17"/>
              </w:rPr>
              <w:t>mmol/L</w:t>
            </w:r>
          </w:p>
        </w:tc>
      </w:tr>
      <w:tr w:rsidR="0007740F" w14:paraId="432E9A6B" w14:textId="77777777">
        <w:trPr>
          <w:jc w:val="center"/>
        </w:trPr>
        <w:tc>
          <w:tcPr>
            <w:tcW w:w="5040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vAlign w:val="center"/>
          </w:tcPr>
          <w:p w14:paraId="4EC53917" w14:textId="77777777" w:rsidR="0007740F" w:rsidRDefault="009135A6">
            <w:pPr>
              <w:spacing w:after="0"/>
            </w:pPr>
            <w:r>
              <w:rPr>
                <w:sz w:val="17"/>
              </w:rPr>
              <w:t>HbA1c</w:t>
            </w:r>
          </w:p>
        </w:tc>
        <w:tc>
          <w:tcPr>
            <w:tcW w:w="2880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vAlign w:val="center"/>
          </w:tcPr>
          <w:p w14:paraId="7F2C14F9" w14:textId="77777777" w:rsidR="0007740F" w:rsidRDefault="009135A6">
            <w:pPr>
              <w:spacing w:after="0"/>
            </w:pPr>
            <w:r>
              <w:rPr>
                <w:sz w:val="17"/>
              </w:rPr>
              <w:t>____________________</w:t>
            </w:r>
          </w:p>
        </w:tc>
        <w:tc>
          <w:tcPr>
            <w:tcW w:w="2880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vAlign w:val="center"/>
          </w:tcPr>
          <w:p w14:paraId="592D8AB1" w14:textId="77777777" w:rsidR="0007740F" w:rsidRDefault="009135A6">
            <w:pPr>
              <w:spacing w:after="0"/>
            </w:pPr>
            <w:r>
              <w:rPr>
                <w:sz w:val="17"/>
              </w:rPr>
              <w:t>%</w:t>
            </w:r>
          </w:p>
        </w:tc>
      </w:tr>
      <w:tr w:rsidR="0007740F" w14:paraId="49BC7D83" w14:textId="77777777">
        <w:trPr>
          <w:jc w:val="center"/>
        </w:trPr>
        <w:tc>
          <w:tcPr>
            <w:tcW w:w="5040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vAlign w:val="center"/>
          </w:tcPr>
          <w:p w14:paraId="6DE6C6D9" w14:textId="77777777" w:rsidR="0007740F" w:rsidRDefault="009135A6">
            <w:pPr>
              <w:spacing w:after="0"/>
            </w:pPr>
            <w:r>
              <w:rPr>
                <w:sz w:val="17"/>
              </w:rPr>
              <w:t>Total cholesterol</w:t>
            </w:r>
          </w:p>
        </w:tc>
        <w:tc>
          <w:tcPr>
            <w:tcW w:w="2880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vAlign w:val="center"/>
          </w:tcPr>
          <w:p w14:paraId="496753B7" w14:textId="77777777" w:rsidR="0007740F" w:rsidRDefault="009135A6">
            <w:pPr>
              <w:spacing w:after="0"/>
            </w:pPr>
            <w:r>
              <w:rPr>
                <w:sz w:val="17"/>
              </w:rPr>
              <w:t>____________________</w:t>
            </w:r>
          </w:p>
        </w:tc>
        <w:tc>
          <w:tcPr>
            <w:tcW w:w="2880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vAlign w:val="center"/>
          </w:tcPr>
          <w:p w14:paraId="1C036814" w14:textId="77777777" w:rsidR="0007740F" w:rsidRDefault="009135A6">
            <w:pPr>
              <w:spacing w:after="0"/>
            </w:pPr>
            <w:r>
              <w:rPr>
                <w:sz w:val="17"/>
              </w:rPr>
              <w:t>mg/dL</w:t>
            </w:r>
          </w:p>
        </w:tc>
      </w:tr>
      <w:tr w:rsidR="0007740F" w14:paraId="24961678" w14:textId="77777777">
        <w:trPr>
          <w:jc w:val="center"/>
        </w:trPr>
        <w:tc>
          <w:tcPr>
            <w:tcW w:w="5040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vAlign w:val="center"/>
          </w:tcPr>
          <w:p w14:paraId="5F27F7E9" w14:textId="77777777" w:rsidR="0007740F" w:rsidRDefault="009135A6">
            <w:pPr>
              <w:spacing w:after="0"/>
            </w:pPr>
            <w:r>
              <w:rPr>
                <w:sz w:val="17"/>
              </w:rPr>
              <w:t>LDL cholesterol</w:t>
            </w:r>
          </w:p>
        </w:tc>
        <w:tc>
          <w:tcPr>
            <w:tcW w:w="2880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vAlign w:val="center"/>
          </w:tcPr>
          <w:p w14:paraId="1B5E8003" w14:textId="77777777" w:rsidR="0007740F" w:rsidRDefault="009135A6">
            <w:pPr>
              <w:spacing w:after="0"/>
            </w:pPr>
            <w:r>
              <w:rPr>
                <w:sz w:val="17"/>
              </w:rPr>
              <w:t>____________________</w:t>
            </w:r>
          </w:p>
        </w:tc>
        <w:tc>
          <w:tcPr>
            <w:tcW w:w="2880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vAlign w:val="center"/>
          </w:tcPr>
          <w:p w14:paraId="1361A8D1" w14:textId="77777777" w:rsidR="0007740F" w:rsidRDefault="009135A6">
            <w:pPr>
              <w:spacing w:after="0"/>
            </w:pPr>
            <w:r>
              <w:rPr>
                <w:sz w:val="17"/>
              </w:rPr>
              <w:t>mg/dL</w:t>
            </w:r>
          </w:p>
        </w:tc>
      </w:tr>
      <w:tr w:rsidR="0007740F" w14:paraId="089F7C84" w14:textId="77777777">
        <w:trPr>
          <w:jc w:val="center"/>
        </w:trPr>
        <w:tc>
          <w:tcPr>
            <w:tcW w:w="5040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vAlign w:val="center"/>
          </w:tcPr>
          <w:p w14:paraId="2CE8CA71" w14:textId="77777777" w:rsidR="0007740F" w:rsidRDefault="009135A6">
            <w:pPr>
              <w:spacing w:after="0"/>
            </w:pPr>
            <w:r>
              <w:rPr>
                <w:sz w:val="17"/>
              </w:rPr>
              <w:t>HDL cholesterol</w:t>
            </w:r>
          </w:p>
        </w:tc>
        <w:tc>
          <w:tcPr>
            <w:tcW w:w="2880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vAlign w:val="center"/>
          </w:tcPr>
          <w:p w14:paraId="79AB2A83" w14:textId="77777777" w:rsidR="0007740F" w:rsidRDefault="009135A6">
            <w:pPr>
              <w:spacing w:after="0"/>
            </w:pPr>
            <w:r>
              <w:rPr>
                <w:sz w:val="17"/>
              </w:rPr>
              <w:t>____________________</w:t>
            </w:r>
          </w:p>
        </w:tc>
        <w:tc>
          <w:tcPr>
            <w:tcW w:w="2880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vAlign w:val="center"/>
          </w:tcPr>
          <w:p w14:paraId="368ADF26" w14:textId="77777777" w:rsidR="0007740F" w:rsidRDefault="009135A6">
            <w:pPr>
              <w:spacing w:after="0"/>
            </w:pPr>
            <w:r>
              <w:rPr>
                <w:sz w:val="17"/>
              </w:rPr>
              <w:t>mg/dL</w:t>
            </w:r>
          </w:p>
        </w:tc>
      </w:tr>
      <w:tr w:rsidR="0007740F" w14:paraId="38108F1C" w14:textId="77777777">
        <w:trPr>
          <w:jc w:val="center"/>
        </w:trPr>
        <w:tc>
          <w:tcPr>
            <w:tcW w:w="5040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vAlign w:val="center"/>
          </w:tcPr>
          <w:p w14:paraId="697880E8" w14:textId="77777777" w:rsidR="0007740F" w:rsidRDefault="009135A6">
            <w:pPr>
              <w:spacing w:after="0"/>
            </w:pPr>
            <w:r>
              <w:rPr>
                <w:sz w:val="17"/>
              </w:rPr>
              <w:t>Fasting triglycerides</w:t>
            </w:r>
          </w:p>
        </w:tc>
        <w:tc>
          <w:tcPr>
            <w:tcW w:w="2880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vAlign w:val="center"/>
          </w:tcPr>
          <w:p w14:paraId="4EF643E2" w14:textId="77777777" w:rsidR="0007740F" w:rsidRDefault="009135A6">
            <w:pPr>
              <w:spacing w:after="0"/>
            </w:pPr>
            <w:r>
              <w:rPr>
                <w:sz w:val="17"/>
              </w:rPr>
              <w:t>____________________</w:t>
            </w:r>
          </w:p>
        </w:tc>
        <w:tc>
          <w:tcPr>
            <w:tcW w:w="2880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vAlign w:val="center"/>
          </w:tcPr>
          <w:p w14:paraId="58971BC1" w14:textId="77777777" w:rsidR="0007740F" w:rsidRDefault="009135A6">
            <w:pPr>
              <w:spacing w:after="0"/>
            </w:pPr>
            <w:r>
              <w:rPr>
                <w:sz w:val="17"/>
              </w:rPr>
              <w:t>mg/dL</w:t>
            </w:r>
          </w:p>
        </w:tc>
      </w:tr>
      <w:tr w:rsidR="0007740F" w14:paraId="054D56FE" w14:textId="77777777">
        <w:trPr>
          <w:jc w:val="center"/>
        </w:trPr>
        <w:tc>
          <w:tcPr>
            <w:tcW w:w="5040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vAlign w:val="center"/>
          </w:tcPr>
          <w:p w14:paraId="6E4EF066" w14:textId="77777777" w:rsidR="0007740F" w:rsidRDefault="009135A6">
            <w:pPr>
              <w:spacing w:after="0"/>
            </w:pPr>
            <w:r>
              <w:rPr>
                <w:sz w:val="17"/>
              </w:rPr>
              <w:t>Fasting C-peptide</w:t>
            </w:r>
          </w:p>
        </w:tc>
        <w:tc>
          <w:tcPr>
            <w:tcW w:w="2880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vAlign w:val="center"/>
          </w:tcPr>
          <w:p w14:paraId="656960FA" w14:textId="77777777" w:rsidR="0007740F" w:rsidRDefault="009135A6">
            <w:pPr>
              <w:spacing w:after="0"/>
            </w:pPr>
            <w:r>
              <w:rPr>
                <w:sz w:val="17"/>
              </w:rPr>
              <w:t>____________________</w:t>
            </w:r>
          </w:p>
        </w:tc>
        <w:tc>
          <w:tcPr>
            <w:tcW w:w="2880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vAlign w:val="center"/>
          </w:tcPr>
          <w:p w14:paraId="16BA54A1" w14:textId="77777777" w:rsidR="0007740F" w:rsidRDefault="009135A6">
            <w:pPr>
              <w:spacing w:after="0"/>
            </w:pPr>
            <w:r>
              <w:rPr>
                <w:sz w:val="17"/>
              </w:rPr>
              <w:t>ng/mL</w:t>
            </w:r>
          </w:p>
        </w:tc>
      </w:tr>
      <w:tr w:rsidR="0007740F" w14:paraId="39F119AD" w14:textId="77777777">
        <w:trPr>
          <w:jc w:val="center"/>
        </w:trPr>
        <w:tc>
          <w:tcPr>
            <w:tcW w:w="5040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vAlign w:val="center"/>
          </w:tcPr>
          <w:p w14:paraId="69B2DB2F" w14:textId="77777777" w:rsidR="0007740F" w:rsidRDefault="009135A6">
            <w:pPr>
              <w:spacing w:after="0"/>
            </w:pPr>
            <w:r>
              <w:rPr>
                <w:sz w:val="17"/>
              </w:rPr>
              <w:t>Anti-GAD65 antibody</w:t>
            </w:r>
          </w:p>
        </w:tc>
        <w:tc>
          <w:tcPr>
            <w:tcW w:w="2880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vAlign w:val="center"/>
          </w:tcPr>
          <w:p w14:paraId="0D8F89CC" w14:textId="77777777" w:rsidR="0007740F" w:rsidRDefault="009135A6">
            <w:pPr>
              <w:spacing w:after="0"/>
            </w:pPr>
            <w:r>
              <w:rPr>
                <w:sz w:val="17"/>
              </w:rPr>
              <w:t>____________________</w:t>
            </w:r>
          </w:p>
        </w:tc>
        <w:tc>
          <w:tcPr>
            <w:tcW w:w="2880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vAlign w:val="center"/>
          </w:tcPr>
          <w:p w14:paraId="56A603EA" w14:textId="77777777" w:rsidR="0007740F" w:rsidRDefault="009135A6">
            <w:pPr>
              <w:spacing w:after="0"/>
            </w:pPr>
            <w:r>
              <w:rPr>
                <w:sz w:val="17"/>
              </w:rPr>
              <w:t>IU/mL</w:t>
            </w:r>
          </w:p>
        </w:tc>
      </w:tr>
      <w:tr w:rsidR="0007740F" w14:paraId="21438712" w14:textId="77777777">
        <w:trPr>
          <w:jc w:val="center"/>
        </w:trPr>
        <w:tc>
          <w:tcPr>
            <w:tcW w:w="5040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vAlign w:val="center"/>
          </w:tcPr>
          <w:p w14:paraId="7172CA60" w14:textId="77777777" w:rsidR="0007740F" w:rsidRDefault="009135A6">
            <w:pPr>
              <w:spacing w:after="0"/>
            </w:pPr>
            <w:r>
              <w:rPr>
                <w:sz w:val="17"/>
              </w:rPr>
              <w:t>Anti-ZnT8 antibody</w:t>
            </w:r>
          </w:p>
        </w:tc>
        <w:tc>
          <w:tcPr>
            <w:tcW w:w="2880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vAlign w:val="center"/>
          </w:tcPr>
          <w:p w14:paraId="5BCABE7B" w14:textId="77777777" w:rsidR="0007740F" w:rsidRDefault="009135A6">
            <w:pPr>
              <w:spacing w:after="0"/>
            </w:pPr>
            <w:r>
              <w:rPr>
                <w:sz w:val="17"/>
              </w:rPr>
              <w:t>____________________</w:t>
            </w:r>
          </w:p>
        </w:tc>
        <w:tc>
          <w:tcPr>
            <w:tcW w:w="2880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vAlign w:val="center"/>
          </w:tcPr>
          <w:p w14:paraId="0BFA6D66" w14:textId="77777777" w:rsidR="0007740F" w:rsidRDefault="009135A6">
            <w:pPr>
              <w:spacing w:after="0"/>
            </w:pPr>
            <w:r>
              <w:rPr>
                <w:sz w:val="17"/>
              </w:rPr>
              <w:t>U/mL</w:t>
            </w:r>
          </w:p>
        </w:tc>
      </w:tr>
      <w:tr w:rsidR="0007740F" w14:paraId="2F68BC97" w14:textId="77777777">
        <w:trPr>
          <w:jc w:val="center"/>
        </w:trPr>
        <w:tc>
          <w:tcPr>
            <w:tcW w:w="5040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vAlign w:val="center"/>
          </w:tcPr>
          <w:p w14:paraId="36A18D0A" w14:textId="77777777" w:rsidR="0007740F" w:rsidRDefault="009135A6">
            <w:pPr>
              <w:spacing w:after="0"/>
            </w:pPr>
            <w:r>
              <w:rPr>
                <w:sz w:val="17"/>
              </w:rPr>
              <w:t>Anti-IA2 antibody</w:t>
            </w:r>
          </w:p>
        </w:tc>
        <w:tc>
          <w:tcPr>
            <w:tcW w:w="2880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vAlign w:val="center"/>
          </w:tcPr>
          <w:p w14:paraId="6EAC87C1" w14:textId="77777777" w:rsidR="0007740F" w:rsidRDefault="009135A6">
            <w:pPr>
              <w:spacing w:after="0"/>
            </w:pPr>
            <w:r>
              <w:rPr>
                <w:sz w:val="17"/>
              </w:rPr>
              <w:t>____________________</w:t>
            </w:r>
          </w:p>
        </w:tc>
        <w:tc>
          <w:tcPr>
            <w:tcW w:w="2880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vAlign w:val="center"/>
          </w:tcPr>
          <w:p w14:paraId="6BE0F01F" w14:textId="77777777" w:rsidR="0007740F" w:rsidRDefault="009135A6">
            <w:pPr>
              <w:spacing w:after="0"/>
            </w:pPr>
            <w:r>
              <w:rPr>
                <w:sz w:val="17"/>
              </w:rPr>
              <w:t>U/mL</w:t>
            </w:r>
          </w:p>
        </w:tc>
      </w:tr>
    </w:tbl>
    <w:p w14:paraId="72063FF1" w14:textId="77777777" w:rsidR="0007740F" w:rsidRDefault="009135A6">
      <w:pPr>
        <w:shd w:val="clear" w:color="auto" w:fill="1F4E79"/>
        <w:spacing w:before="160" w:after="60"/>
      </w:pPr>
      <w:r>
        <w:rPr>
          <w:b/>
          <w:color w:val="FFFFFF"/>
          <w:sz w:val="20"/>
        </w:rPr>
        <w:t>G. Form completion check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502"/>
        <w:gridCol w:w="2963"/>
        <w:gridCol w:w="2444"/>
        <w:gridCol w:w="2963"/>
      </w:tblGrid>
      <w:tr w:rsidR="0007740F" w14:paraId="1F467697" w14:textId="77777777">
        <w:trPr>
          <w:jc w:val="center"/>
        </w:trPr>
        <w:tc>
          <w:tcPr>
            <w:tcW w:w="3312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shd w:val="clear" w:color="auto" w:fill="EAF2F8"/>
            <w:vAlign w:val="center"/>
          </w:tcPr>
          <w:p w14:paraId="74D00373" w14:textId="77777777" w:rsidR="0007740F" w:rsidRDefault="009135A6">
            <w:r>
              <w:rPr>
                <w:b/>
                <w:sz w:val="17"/>
              </w:rPr>
              <w:t>Completed by</w:t>
            </w:r>
          </w:p>
        </w:tc>
        <w:tc>
          <w:tcPr>
            <w:tcW w:w="3456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vAlign w:val="center"/>
          </w:tcPr>
          <w:p w14:paraId="6B213934" w14:textId="77777777" w:rsidR="0007740F" w:rsidRDefault="009135A6">
            <w:r>
              <w:rPr>
                <w:sz w:val="17"/>
              </w:rPr>
              <w:t>____________________</w:t>
            </w:r>
          </w:p>
        </w:tc>
        <w:tc>
          <w:tcPr>
            <w:tcW w:w="3312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shd w:val="clear" w:color="auto" w:fill="EAF2F8"/>
            <w:vAlign w:val="center"/>
          </w:tcPr>
          <w:p w14:paraId="749C656A" w14:textId="77777777" w:rsidR="0007740F" w:rsidRDefault="009135A6">
            <w:r>
              <w:rPr>
                <w:b/>
                <w:sz w:val="17"/>
              </w:rPr>
              <w:t>Date</w:t>
            </w:r>
          </w:p>
        </w:tc>
        <w:tc>
          <w:tcPr>
            <w:tcW w:w="3456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vAlign w:val="center"/>
          </w:tcPr>
          <w:p w14:paraId="2EEB9882" w14:textId="77777777" w:rsidR="0007740F" w:rsidRDefault="009135A6">
            <w:r>
              <w:rPr>
                <w:sz w:val="17"/>
              </w:rPr>
              <w:t>____ / ____ / ______</w:t>
            </w:r>
          </w:p>
        </w:tc>
      </w:tr>
      <w:tr w:rsidR="0007740F" w14:paraId="6A430BB3" w14:textId="77777777">
        <w:trPr>
          <w:jc w:val="center"/>
        </w:trPr>
        <w:tc>
          <w:tcPr>
            <w:tcW w:w="3312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shd w:val="clear" w:color="auto" w:fill="EAF2F8"/>
            <w:vAlign w:val="center"/>
          </w:tcPr>
          <w:p w14:paraId="6D403DA5" w14:textId="77777777" w:rsidR="0007740F" w:rsidRDefault="009135A6">
            <w:r>
              <w:rPr>
                <w:b/>
                <w:sz w:val="17"/>
              </w:rPr>
              <w:t>Checked by</w:t>
            </w:r>
          </w:p>
        </w:tc>
        <w:tc>
          <w:tcPr>
            <w:tcW w:w="3456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vAlign w:val="center"/>
          </w:tcPr>
          <w:p w14:paraId="5489C506" w14:textId="77777777" w:rsidR="0007740F" w:rsidRDefault="009135A6">
            <w:r>
              <w:rPr>
                <w:sz w:val="17"/>
              </w:rPr>
              <w:t>____________________</w:t>
            </w:r>
          </w:p>
        </w:tc>
        <w:tc>
          <w:tcPr>
            <w:tcW w:w="3312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shd w:val="clear" w:color="auto" w:fill="EAF2F8"/>
            <w:vAlign w:val="center"/>
          </w:tcPr>
          <w:p w14:paraId="4458482D" w14:textId="77777777" w:rsidR="0007740F" w:rsidRDefault="009135A6">
            <w:r>
              <w:rPr>
                <w:b/>
                <w:sz w:val="17"/>
              </w:rPr>
              <w:t>Remarks</w:t>
            </w:r>
          </w:p>
        </w:tc>
        <w:tc>
          <w:tcPr>
            <w:tcW w:w="3456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vAlign w:val="center"/>
          </w:tcPr>
          <w:p w14:paraId="09D5CDC1" w14:textId="77777777" w:rsidR="0007740F" w:rsidRDefault="009135A6">
            <w:r>
              <w:rPr>
                <w:sz w:val="17"/>
              </w:rPr>
              <w:t>____________________</w:t>
            </w:r>
          </w:p>
        </w:tc>
      </w:tr>
    </w:tbl>
    <w:p w14:paraId="2924C0C6" w14:textId="77777777" w:rsidR="009135A6" w:rsidRDefault="009135A6"/>
    <w:sectPr w:rsidR="009135A6" w:rsidSect="00034616">
      <w:pgSz w:w="12240" w:h="15840"/>
      <w:pgMar w:top="792" w:right="792" w:bottom="792" w:left="7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00000001" w:usb1="08070000" w:usb2="00000010" w:usb3="00000000" w:csb0="00020000" w:csb1="00000000"/>
  </w:font>
  <w:font w:name="Vrinda">
    <w:altName w:val="Vrinda"/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00000287" w:usb1="08070000" w:usb2="00000010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7740F"/>
    <w:rsid w:val="0015074B"/>
    <w:rsid w:val="0029639D"/>
    <w:rsid w:val="00326F90"/>
    <w:rsid w:val="008B604F"/>
    <w:rsid w:val="009135A6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5E1CBAC"/>
  <w14:defaultImageDpi w14:val="300"/>
  <w15:docId w15:val="{F3DFB84A-C5FE-41B4-8661-2A51D0CE3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eastAsia="Arial" w:hAnsi="Arial"/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2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479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3209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mashfiq hasan</cp:lastModifiedBy>
  <cp:revision>2</cp:revision>
  <dcterms:created xsi:type="dcterms:W3CDTF">2013-12-23T23:15:00Z</dcterms:created>
  <dcterms:modified xsi:type="dcterms:W3CDTF">2026-04-29T16:48:00Z</dcterms:modified>
  <cp:category/>
</cp:coreProperties>
</file>