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328B" w14:textId="298339EC" w:rsidR="007A3C5A" w:rsidRDefault="00AB342E">
      <w:pPr>
        <w:pStyle w:val="Heading1"/>
        <w:rPr>
          <w:rFonts w:asciiTheme="majorBidi" w:hAnsiTheme="majorBidi"/>
        </w:rPr>
      </w:pPr>
      <w:r w:rsidRPr="00C60AD2">
        <w:rPr>
          <w:rFonts w:asciiTheme="majorBidi" w:hAnsiTheme="majorBidi"/>
        </w:rPr>
        <w:t xml:space="preserve">Supplemental File </w:t>
      </w:r>
      <w:r w:rsidR="00000000" w:rsidRPr="000D6481">
        <w:rPr>
          <w:rFonts w:asciiTheme="majorBidi" w:hAnsiTheme="majorBidi"/>
        </w:rPr>
        <w:t>2. Study Questionnaire (English Translation)</w:t>
      </w:r>
    </w:p>
    <w:p w14:paraId="58217DDF" w14:textId="77777777" w:rsidR="000D6481" w:rsidRPr="000D6481" w:rsidRDefault="000D6481" w:rsidP="000D6481"/>
    <w:p w14:paraId="634CC8D3" w14:textId="3C233985" w:rsidR="007A3C5A" w:rsidRDefault="00000000">
      <w:pPr>
        <w:rPr>
          <w:rFonts w:asciiTheme="majorBidi" w:hAnsiTheme="majorBidi" w:cstheme="majorBidi"/>
        </w:rPr>
      </w:pPr>
      <w:r w:rsidRPr="000D6481">
        <w:rPr>
          <w:rFonts w:asciiTheme="majorBidi" w:hAnsiTheme="majorBidi" w:cstheme="majorBidi"/>
          <w:b/>
          <w:bCs/>
        </w:rPr>
        <w:t>Study Questionnaire</w:t>
      </w:r>
      <w:r w:rsidR="000D6481" w:rsidRPr="000D6481">
        <w:rPr>
          <w:rFonts w:asciiTheme="majorBidi" w:hAnsiTheme="majorBidi" w:cstheme="majorBidi"/>
          <w:b/>
          <w:bCs/>
        </w:rPr>
        <w:t xml:space="preserve">: </w:t>
      </w:r>
      <w:r w:rsidRPr="000D6481">
        <w:rPr>
          <w:rFonts w:asciiTheme="majorBidi" w:hAnsiTheme="majorBidi" w:cstheme="majorBidi"/>
          <w:b/>
          <w:bCs/>
        </w:rPr>
        <w:t>Reducing Exposure to Secondhand Smoke at Home Among Pregnant Women</w:t>
      </w:r>
      <w:r w:rsidRPr="000D6481">
        <w:rPr>
          <w:rFonts w:asciiTheme="majorBidi" w:hAnsiTheme="majorBidi" w:cstheme="majorBidi"/>
          <w:b/>
          <w:bCs/>
        </w:rPr>
        <w:br/>
      </w:r>
      <w:r w:rsidRPr="000D6481">
        <w:rPr>
          <w:rFonts w:asciiTheme="majorBidi" w:hAnsiTheme="majorBidi" w:cstheme="majorBidi"/>
        </w:rPr>
        <w:br/>
        <w:t>This study is conducted by the School of Public Health, Faculty of Medicine, at the Hebrew University.</w:t>
      </w:r>
      <w:r w:rsidRPr="000D6481">
        <w:rPr>
          <w:rFonts w:asciiTheme="majorBidi" w:hAnsiTheme="majorBidi" w:cstheme="majorBidi"/>
        </w:rPr>
        <w:br/>
      </w:r>
      <w:r w:rsidRPr="000D6481">
        <w:rPr>
          <w:rFonts w:asciiTheme="majorBidi" w:hAnsiTheme="majorBidi" w:cstheme="majorBidi"/>
        </w:rPr>
        <w:br/>
        <w:t>The aim of the study is to reduce exposure to secondhand smoke by promoting the creation of a smoke-free home, as much as possible. Participants may benefit by improving their family’s health.</w:t>
      </w:r>
      <w:r w:rsidRPr="000D6481">
        <w:rPr>
          <w:rFonts w:asciiTheme="majorBidi" w:hAnsiTheme="majorBidi" w:cstheme="majorBidi"/>
        </w:rPr>
        <w:br/>
      </w:r>
      <w:r w:rsidRPr="000D6481">
        <w:rPr>
          <w:rFonts w:asciiTheme="majorBidi" w:hAnsiTheme="majorBidi" w:cstheme="majorBidi"/>
        </w:rPr>
        <w:br/>
        <w:t>A dedicated Facebook group will be opened for Israeli pregnant women who are non-smokers and have a partner who smokes. The group will be private and only open to study participants, who may engage at their own convenience. Participants will be asked to allow notifications from the group in order to view its content.</w:t>
      </w:r>
      <w:r w:rsidRPr="000D6481">
        <w:rPr>
          <w:rFonts w:asciiTheme="majorBidi" w:hAnsiTheme="majorBidi" w:cstheme="majorBidi"/>
        </w:rPr>
        <w:br/>
      </w:r>
      <w:r w:rsidRPr="000D6481">
        <w:rPr>
          <w:rFonts w:asciiTheme="majorBidi" w:hAnsiTheme="majorBidi" w:cstheme="majorBidi"/>
        </w:rPr>
        <w:br/>
        <w:t>Participants will be asked to complete online questionnaires at the beginning and again at the end of the study (approximately 6 weeks apart).</w:t>
      </w:r>
      <w:r w:rsidRPr="000D6481">
        <w:rPr>
          <w:rFonts w:asciiTheme="majorBidi" w:hAnsiTheme="majorBidi" w:cstheme="majorBidi"/>
        </w:rPr>
        <w:br/>
      </w:r>
      <w:r w:rsidRPr="000D6481">
        <w:rPr>
          <w:rFonts w:asciiTheme="majorBidi" w:hAnsiTheme="majorBidi" w:cstheme="majorBidi"/>
        </w:rPr>
        <w:br/>
        <w:t>The estimated time to complete each questionnaire is a few minutes, up to a maximum of 15 minutes.</w:t>
      </w:r>
      <w:r w:rsidRPr="000D6481">
        <w:rPr>
          <w:rFonts w:asciiTheme="majorBidi" w:hAnsiTheme="majorBidi" w:cstheme="majorBidi"/>
        </w:rPr>
        <w:br/>
      </w:r>
      <w:r w:rsidRPr="000D6481">
        <w:rPr>
          <w:rFonts w:asciiTheme="majorBidi" w:hAnsiTheme="majorBidi" w:cstheme="majorBidi"/>
        </w:rPr>
        <w:br/>
        <w:t>The questions address smoking rules at home and exposure to secondhand smoke.</w:t>
      </w:r>
      <w:r w:rsidRPr="000D6481">
        <w:rPr>
          <w:rFonts w:asciiTheme="majorBidi" w:hAnsiTheme="majorBidi" w:cstheme="majorBidi"/>
        </w:rPr>
        <w:br/>
      </w:r>
      <w:r w:rsidRPr="000D6481">
        <w:rPr>
          <w:rFonts w:asciiTheme="majorBidi" w:hAnsiTheme="majorBidi" w:cstheme="majorBidi"/>
        </w:rPr>
        <w:br/>
        <w:t>Participation is voluntary. Participants are free to skip any question and may withdraw at any time without penalty. All data will be used solely for research purposes and stored securely. Identifiable information will remain confidential and will not be published. The research team is committed to maintaining full confidentiality.</w:t>
      </w:r>
      <w:r w:rsidRPr="000D6481">
        <w:rPr>
          <w:rFonts w:asciiTheme="majorBidi" w:hAnsiTheme="majorBidi" w:cstheme="majorBidi"/>
        </w:rPr>
        <w:br/>
      </w:r>
      <w:r w:rsidRPr="000D6481">
        <w:rPr>
          <w:rFonts w:asciiTheme="majorBidi" w:hAnsiTheme="majorBidi" w:cstheme="majorBidi"/>
        </w:rPr>
        <w:br/>
        <w:t>For any questions or concerns, participants may contact the Principal Investigator, Prof. Yael Bar-Zeev, at 058-687-8941, or the researcher Dr. Tal A</w:t>
      </w:r>
      <w:r w:rsidR="000D6481">
        <w:rPr>
          <w:rFonts w:asciiTheme="majorBidi" w:hAnsiTheme="majorBidi" w:cstheme="majorBidi"/>
        </w:rPr>
        <w:t>pe</w:t>
      </w:r>
      <w:r w:rsidRPr="000D6481">
        <w:rPr>
          <w:rFonts w:asciiTheme="majorBidi" w:hAnsiTheme="majorBidi" w:cstheme="majorBidi"/>
        </w:rPr>
        <w:t>rman-Itzhak at 050-8342-585.</w:t>
      </w:r>
    </w:p>
    <w:p w14:paraId="35C01474" w14:textId="77777777" w:rsidR="00DD06BA" w:rsidRPr="000D6481" w:rsidRDefault="00DD06BA">
      <w:pPr>
        <w:rPr>
          <w:rFonts w:asciiTheme="majorBidi" w:hAnsiTheme="majorBidi" w:cstheme="majorBidi"/>
        </w:rPr>
      </w:pPr>
    </w:p>
    <w:p w14:paraId="13C127B0" w14:textId="77777777" w:rsidR="007A3C5A" w:rsidRDefault="00000000">
      <w:pPr>
        <w:pStyle w:val="Heading2"/>
        <w:rPr>
          <w:rFonts w:asciiTheme="majorBidi" w:hAnsiTheme="majorBidi"/>
        </w:rPr>
      </w:pPr>
      <w:r w:rsidRPr="000D6481">
        <w:rPr>
          <w:rFonts w:asciiTheme="majorBidi" w:hAnsiTheme="majorBidi"/>
        </w:rPr>
        <w:t>Part A – Eligibility for Participation (Only in Initial Questionnaire)</w:t>
      </w:r>
    </w:p>
    <w:p w14:paraId="145F6E16" w14:textId="77777777" w:rsidR="000D6481" w:rsidRPr="000D6481" w:rsidRDefault="000D6481" w:rsidP="000D6481"/>
    <w:p w14:paraId="741C4707" w14:textId="77777777" w:rsidR="007A3C5A" w:rsidRPr="000D6481" w:rsidRDefault="00000000">
      <w:pPr>
        <w:rPr>
          <w:rFonts w:asciiTheme="majorBidi" w:hAnsiTheme="majorBidi" w:cstheme="majorBidi"/>
        </w:rPr>
      </w:pPr>
      <w:r w:rsidRPr="000D6481">
        <w:rPr>
          <w:rFonts w:asciiTheme="majorBidi" w:hAnsiTheme="majorBidi" w:cstheme="majorBidi"/>
        </w:rPr>
        <w:t>1. Gender: Male / Female</w:t>
      </w:r>
    </w:p>
    <w:p w14:paraId="7BDDCB4E" w14:textId="77777777" w:rsidR="007A3C5A" w:rsidRPr="000D6481" w:rsidRDefault="00000000">
      <w:pPr>
        <w:rPr>
          <w:rFonts w:asciiTheme="majorBidi" w:hAnsiTheme="majorBidi" w:cstheme="majorBidi"/>
        </w:rPr>
      </w:pPr>
      <w:r w:rsidRPr="000D6481">
        <w:rPr>
          <w:rFonts w:asciiTheme="majorBidi" w:hAnsiTheme="majorBidi" w:cstheme="majorBidi"/>
        </w:rPr>
        <w:t>2. Are you 18 years old or older? Yes / No</w:t>
      </w:r>
    </w:p>
    <w:p w14:paraId="06CD619B" w14:textId="77777777" w:rsidR="007A3C5A" w:rsidRPr="000D6481" w:rsidRDefault="00000000">
      <w:pPr>
        <w:rPr>
          <w:rFonts w:asciiTheme="majorBidi" w:hAnsiTheme="majorBidi" w:cstheme="majorBidi"/>
        </w:rPr>
      </w:pPr>
      <w:r w:rsidRPr="000D6481">
        <w:rPr>
          <w:rFonts w:asciiTheme="majorBidi" w:hAnsiTheme="majorBidi" w:cstheme="majorBidi"/>
        </w:rPr>
        <w:t>3. Are you currently pregnant? Yes / No</w:t>
      </w:r>
    </w:p>
    <w:p w14:paraId="10262AF0" w14:textId="77777777" w:rsidR="007A3C5A" w:rsidRPr="000D6481" w:rsidRDefault="00000000">
      <w:pPr>
        <w:rPr>
          <w:rFonts w:asciiTheme="majorBidi" w:hAnsiTheme="majorBidi" w:cstheme="majorBidi"/>
        </w:rPr>
      </w:pPr>
      <w:r w:rsidRPr="000D6481">
        <w:rPr>
          <w:rFonts w:asciiTheme="majorBidi" w:hAnsiTheme="majorBidi" w:cstheme="majorBidi"/>
        </w:rPr>
        <w:lastRenderedPageBreak/>
        <w:t>4. Is your pregnancy considered normal or high-risk according to your physician? Normal / High-risk</w:t>
      </w:r>
    </w:p>
    <w:p w14:paraId="2349F26F" w14:textId="327518E2" w:rsidR="007A3C5A" w:rsidRPr="000D6481" w:rsidRDefault="00000000">
      <w:pPr>
        <w:rPr>
          <w:rFonts w:asciiTheme="majorBidi" w:hAnsiTheme="majorBidi" w:cstheme="majorBidi"/>
        </w:rPr>
      </w:pPr>
      <w:r w:rsidRPr="000D6481">
        <w:rPr>
          <w:rFonts w:asciiTheme="majorBidi" w:hAnsiTheme="majorBidi" w:cstheme="majorBidi"/>
        </w:rPr>
        <w:t xml:space="preserve">5. What is your gestational week? Less than </w:t>
      </w:r>
      <w:r w:rsidR="00CE6FE0">
        <w:rPr>
          <w:rFonts w:asciiTheme="majorBidi" w:hAnsiTheme="majorBidi" w:cstheme="majorBidi"/>
        </w:rPr>
        <w:t>12</w:t>
      </w:r>
      <w:r w:rsidRPr="000D6481">
        <w:rPr>
          <w:rFonts w:asciiTheme="majorBidi" w:hAnsiTheme="majorBidi" w:cstheme="majorBidi"/>
        </w:rPr>
        <w:t xml:space="preserve"> / </w:t>
      </w:r>
      <w:r w:rsidR="00CE6FE0">
        <w:rPr>
          <w:rFonts w:asciiTheme="majorBidi" w:hAnsiTheme="majorBidi" w:cstheme="majorBidi"/>
        </w:rPr>
        <w:t>12</w:t>
      </w:r>
      <w:r w:rsidRPr="000D6481">
        <w:rPr>
          <w:rFonts w:asciiTheme="majorBidi" w:hAnsiTheme="majorBidi" w:cstheme="majorBidi"/>
        </w:rPr>
        <w:t xml:space="preserve">–28 / More than 28 (Only those in weeks </w:t>
      </w:r>
      <w:r w:rsidR="00CE6FE0">
        <w:rPr>
          <w:rFonts w:asciiTheme="majorBidi" w:hAnsiTheme="majorBidi" w:cstheme="majorBidi"/>
        </w:rPr>
        <w:t>12</w:t>
      </w:r>
      <w:r w:rsidRPr="000D6481">
        <w:rPr>
          <w:rFonts w:asciiTheme="majorBidi" w:hAnsiTheme="majorBidi" w:cstheme="majorBidi"/>
        </w:rPr>
        <w:t>–28 may continue)</w:t>
      </w:r>
    </w:p>
    <w:p w14:paraId="66E65D78" w14:textId="537BDED2" w:rsidR="007A3C5A" w:rsidRPr="000D6481" w:rsidRDefault="00000000">
      <w:pPr>
        <w:rPr>
          <w:rFonts w:asciiTheme="majorBidi" w:hAnsiTheme="majorBidi" w:cstheme="majorBidi"/>
        </w:rPr>
      </w:pPr>
      <w:r w:rsidRPr="000D6481">
        <w:rPr>
          <w:rFonts w:asciiTheme="majorBidi" w:hAnsiTheme="majorBidi" w:cstheme="majorBidi"/>
        </w:rPr>
        <w:t>6. Do you currently smoke cigarettes and/or any other tobacco or smoking product? (e.g., e-cigarettes, IQOS, hookah)</w:t>
      </w:r>
      <w:r w:rsidR="000D6481">
        <w:rPr>
          <w:rFonts w:asciiTheme="majorBidi" w:hAnsiTheme="majorBidi" w:cstheme="majorBidi"/>
        </w:rPr>
        <w:t xml:space="preserve"> </w:t>
      </w:r>
      <w:r w:rsidRPr="000D6481">
        <w:rPr>
          <w:rFonts w:asciiTheme="majorBidi" w:hAnsiTheme="majorBidi" w:cstheme="majorBidi"/>
        </w:rPr>
        <w:t>- Not at all / Occasionally / Regularly</w:t>
      </w:r>
    </w:p>
    <w:p w14:paraId="2E9CB9EF" w14:textId="77777777" w:rsidR="007A3C5A" w:rsidRPr="000D6481" w:rsidRDefault="00000000">
      <w:pPr>
        <w:rPr>
          <w:rFonts w:asciiTheme="majorBidi" w:hAnsiTheme="majorBidi" w:cstheme="majorBidi"/>
        </w:rPr>
      </w:pPr>
      <w:r w:rsidRPr="000D6481">
        <w:rPr>
          <w:rFonts w:asciiTheme="majorBidi" w:hAnsiTheme="majorBidi" w:cstheme="majorBidi"/>
        </w:rPr>
        <w:t>7. Do you live with a partner who smokes at least one cigarette per day? Yes / No</w:t>
      </w:r>
    </w:p>
    <w:p w14:paraId="4D95CA88" w14:textId="77777777" w:rsidR="007A3C5A" w:rsidRPr="000D6481" w:rsidRDefault="00000000">
      <w:pPr>
        <w:rPr>
          <w:rFonts w:asciiTheme="majorBidi" w:hAnsiTheme="majorBidi" w:cstheme="majorBidi"/>
        </w:rPr>
      </w:pPr>
      <w:r w:rsidRPr="000D6481">
        <w:rPr>
          <w:rFonts w:asciiTheme="majorBidi" w:hAnsiTheme="majorBidi" w:cstheme="majorBidi"/>
        </w:rPr>
        <w:t>8. Are you currently living in Israel? Yes / No</w:t>
      </w:r>
    </w:p>
    <w:p w14:paraId="0687B2E7" w14:textId="77777777" w:rsidR="007A3C5A" w:rsidRPr="000D6481" w:rsidRDefault="00000000">
      <w:pPr>
        <w:rPr>
          <w:rFonts w:asciiTheme="majorBidi" w:hAnsiTheme="majorBidi" w:cstheme="majorBidi"/>
        </w:rPr>
      </w:pPr>
      <w:r w:rsidRPr="000D6481">
        <w:rPr>
          <w:rFonts w:asciiTheme="majorBidi" w:hAnsiTheme="majorBidi" w:cstheme="majorBidi"/>
        </w:rPr>
        <w:t>9. This study is conducted via Facebook. Do you have a Facebook account and are you willing to join a study group? Yes / No</w:t>
      </w:r>
    </w:p>
    <w:p w14:paraId="1EE70630" w14:textId="77777777" w:rsidR="007A3C5A" w:rsidRDefault="00000000">
      <w:pPr>
        <w:pStyle w:val="Heading2"/>
        <w:rPr>
          <w:rFonts w:asciiTheme="majorBidi" w:hAnsiTheme="majorBidi"/>
        </w:rPr>
      </w:pPr>
      <w:r w:rsidRPr="000D6481">
        <w:rPr>
          <w:rFonts w:asciiTheme="majorBidi" w:hAnsiTheme="majorBidi"/>
        </w:rPr>
        <w:t>Part B – Informed Consent</w:t>
      </w:r>
    </w:p>
    <w:p w14:paraId="2DFDACFE" w14:textId="77777777" w:rsidR="000D6481" w:rsidRPr="000D6481" w:rsidRDefault="000D6481" w:rsidP="000D6481"/>
    <w:p w14:paraId="1FE510BE" w14:textId="1C9C1A79" w:rsidR="007A3C5A" w:rsidRPr="000D6481" w:rsidRDefault="00000000">
      <w:pPr>
        <w:rPr>
          <w:rFonts w:asciiTheme="majorBidi" w:hAnsiTheme="majorBidi" w:cstheme="majorBidi"/>
        </w:rPr>
      </w:pPr>
      <w:r w:rsidRPr="000D6481">
        <w:rPr>
          <w:rFonts w:asciiTheme="majorBidi" w:hAnsiTheme="majorBidi" w:cstheme="majorBidi"/>
        </w:rPr>
        <w:t>I hereby declare that I agree to participate in the study titled: “Reducing Exposure to Secondhand Smoke at Home Among Pregnant Women,” which includes participation in a Facebook group and completion of online questionnaires.</w:t>
      </w:r>
      <w:r w:rsidRPr="000D6481">
        <w:rPr>
          <w:rFonts w:asciiTheme="majorBidi" w:hAnsiTheme="majorBidi" w:cstheme="majorBidi"/>
        </w:rPr>
        <w:br/>
      </w:r>
      <w:r w:rsidRPr="000D6481">
        <w:rPr>
          <w:rFonts w:asciiTheme="majorBidi" w:hAnsiTheme="majorBidi" w:cstheme="majorBidi"/>
        </w:rPr>
        <w:br/>
        <w:t>The study is conducted by the School of Public Health, Faculty of Medicine, Hebrew University. Principal Investigator: Prof. Yael Bar-Zeev.</w:t>
      </w:r>
      <w:r w:rsidRPr="000D6481">
        <w:rPr>
          <w:rFonts w:asciiTheme="majorBidi" w:hAnsiTheme="majorBidi" w:cstheme="majorBidi"/>
        </w:rPr>
        <w:br/>
      </w:r>
      <w:r w:rsidRPr="000D6481">
        <w:rPr>
          <w:rFonts w:asciiTheme="majorBidi" w:hAnsiTheme="majorBidi" w:cstheme="majorBidi"/>
        </w:rPr>
        <w:br/>
        <w:t>The purpose of the study is to reduce exposure to secondhand smoke by promoting a smoke-free home environment</w:t>
      </w:r>
      <w:r w:rsidR="000D6481">
        <w:rPr>
          <w:rFonts w:asciiTheme="majorBidi" w:hAnsiTheme="majorBidi" w:cstheme="majorBidi"/>
        </w:rPr>
        <w:t>,</w:t>
      </w:r>
      <w:r w:rsidR="000D6481" w:rsidRPr="000D6481">
        <w:rPr>
          <w:rFonts w:asciiTheme="majorBidi" w:hAnsiTheme="majorBidi" w:cstheme="majorBidi"/>
        </w:rPr>
        <w:t xml:space="preserve"> as much as possible</w:t>
      </w:r>
      <w:r w:rsidRPr="000D6481">
        <w:rPr>
          <w:rFonts w:asciiTheme="majorBidi" w:hAnsiTheme="majorBidi" w:cstheme="majorBidi"/>
        </w:rPr>
        <w:t>.</w:t>
      </w:r>
      <w:r w:rsidRPr="000D6481">
        <w:rPr>
          <w:rFonts w:asciiTheme="majorBidi" w:hAnsiTheme="majorBidi" w:cstheme="majorBidi"/>
        </w:rPr>
        <w:br/>
      </w:r>
      <w:r w:rsidRPr="000D6481">
        <w:rPr>
          <w:rFonts w:asciiTheme="majorBidi" w:hAnsiTheme="majorBidi" w:cstheme="majorBidi"/>
        </w:rPr>
        <w:br/>
        <w:t>There are no anticipated risks for participants.</w:t>
      </w:r>
      <w:r w:rsidRPr="000D6481">
        <w:rPr>
          <w:rFonts w:asciiTheme="majorBidi" w:hAnsiTheme="majorBidi" w:cstheme="majorBidi"/>
        </w:rPr>
        <w:br/>
      </w:r>
      <w:r w:rsidRPr="000D6481">
        <w:rPr>
          <w:rFonts w:asciiTheme="majorBidi" w:hAnsiTheme="majorBidi" w:cstheme="majorBidi"/>
        </w:rPr>
        <w:br/>
        <w:t>Participants may benefit through improved health for their family.</w:t>
      </w:r>
      <w:r w:rsidRPr="000D6481">
        <w:rPr>
          <w:rFonts w:asciiTheme="majorBidi" w:hAnsiTheme="majorBidi" w:cstheme="majorBidi"/>
        </w:rPr>
        <w:br/>
      </w:r>
      <w:r w:rsidRPr="000D6481">
        <w:rPr>
          <w:rFonts w:asciiTheme="majorBidi" w:hAnsiTheme="majorBidi" w:cstheme="majorBidi"/>
        </w:rPr>
        <w:br/>
        <w:t>I understand that participation is voluntary and that I may withdraw from the study at any time without affecting my rights or causing me any harm or penalty.</w:t>
      </w:r>
      <w:r w:rsidRPr="000D6481">
        <w:rPr>
          <w:rFonts w:asciiTheme="majorBidi" w:hAnsiTheme="majorBidi" w:cstheme="majorBidi"/>
        </w:rPr>
        <w:br/>
      </w:r>
      <w:r w:rsidRPr="000D6481">
        <w:rPr>
          <w:rFonts w:asciiTheme="majorBidi" w:hAnsiTheme="majorBidi" w:cstheme="majorBidi"/>
        </w:rPr>
        <w:br/>
        <w:t>Confidentiality regarding my identity is guaranteed in all scientific publications and presentations.</w:t>
      </w:r>
      <w:r w:rsidRPr="000D6481">
        <w:rPr>
          <w:rFonts w:asciiTheme="majorBidi" w:hAnsiTheme="majorBidi" w:cstheme="majorBidi"/>
        </w:rPr>
        <w:br/>
      </w:r>
      <w:r w:rsidRPr="000D6481">
        <w:rPr>
          <w:rFonts w:asciiTheme="majorBidi" w:hAnsiTheme="majorBidi" w:cstheme="majorBidi"/>
        </w:rPr>
        <w:br/>
        <w:t>For any questions, I may contact Dr. Tal A</w:t>
      </w:r>
      <w:r w:rsidR="000D6481">
        <w:rPr>
          <w:rFonts w:asciiTheme="majorBidi" w:hAnsiTheme="majorBidi" w:cstheme="majorBidi"/>
        </w:rPr>
        <w:t>pe</w:t>
      </w:r>
      <w:r w:rsidRPr="000D6481">
        <w:rPr>
          <w:rFonts w:asciiTheme="majorBidi" w:hAnsiTheme="majorBidi" w:cstheme="majorBidi"/>
        </w:rPr>
        <w:t>rman-Itzhak (050-8342-585) or Prof. Yael Bar-Zeev (058-687-8941).</w:t>
      </w:r>
      <w:r w:rsidRPr="000D6481">
        <w:rPr>
          <w:rFonts w:asciiTheme="majorBidi" w:hAnsiTheme="majorBidi" w:cstheme="majorBidi"/>
        </w:rPr>
        <w:br/>
      </w:r>
      <w:r w:rsidRPr="000D6481">
        <w:rPr>
          <w:rFonts w:asciiTheme="majorBidi" w:hAnsiTheme="majorBidi" w:cstheme="majorBidi"/>
        </w:rPr>
        <w:br/>
        <w:t>I confirm that I am giving my consent voluntarily and that I have understood the above information.</w:t>
      </w:r>
      <w:r w:rsidRPr="000D6481">
        <w:rPr>
          <w:rFonts w:asciiTheme="majorBidi" w:hAnsiTheme="majorBidi" w:cstheme="majorBidi"/>
        </w:rPr>
        <w:br/>
      </w:r>
      <w:r w:rsidRPr="000D6481">
        <w:rPr>
          <w:rFonts w:asciiTheme="majorBidi" w:hAnsiTheme="majorBidi" w:cstheme="majorBidi"/>
        </w:rPr>
        <w:br/>
        <w:t>I approve participation in the study. Approve / Do not approve (Mandatory question)</w:t>
      </w:r>
    </w:p>
    <w:p w14:paraId="31C0106E" w14:textId="77777777" w:rsidR="007A3C5A" w:rsidRDefault="00000000">
      <w:pPr>
        <w:pStyle w:val="Heading2"/>
        <w:rPr>
          <w:rFonts w:asciiTheme="majorBidi" w:hAnsiTheme="majorBidi"/>
        </w:rPr>
      </w:pPr>
      <w:r w:rsidRPr="000D6481">
        <w:rPr>
          <w:rFonts w:asciiTheme="majorBidi" w:hAnsiTheme="majorBidi"/>
        </w:rPr>
        <w:lastRenderedPageBreak/>
        <w:t>Part C – Questions About Smoking Rules and Exposure at Home</w:t>
      </w:r>
    </w:p>
    <w:p w14:paraId="283D9622" w14:textId="77777777" w:rsidR="000D6481" w:rsidRPr="000D6481" w:rsidRDefault="000D6481" w:rsidP="000D6481"/>
    <w:p w14:paraId="304329C6" w14:textId="77777777" w:rsidR="007A3C5A" w:rsidRPr="000D6481" w:rsidRDefault="00000000">
      <w:pPr>
        <w:rPr>
          <w:rFonts w:asciiTheme="majorBidi" w:hAnsiTheme="majorBidi" w:cstheme="majorBidi"/>
        </w:rPr>
      </w:pPr>
      <w:r w:rsidRPr="000D6481">
        <w:rPr>
          <w:rFonts w:asciiTheme="majorBidi" w:hAnsiTheme="majorBidi" w:cstheme="majorBidi"/>
        </w:rPr>
        <w:t>1. On a scale of 1 to 10, how exposed do you feel to your partner’s smoking?</w:t>
      </w:r>
      <w:r w:rsidRPr="000D6481">
        <w:rPr>
          <w:rFonts w:asciiTheme="majorBidi" w:hAnsiTheme="majorBidi" w:cstheme="majorBidi"/>
        </w:rPr>
        <w:br/>
        <w:t>(1 = Not exposed at all, 10 = Very exposed)</w:t>
      </w:r>
    </w:p>
    <w:p w14:paraId="1BA6544B" w14:textId="77777777" w:rsidR="007A3C5A" w:rsidRPr="000D6481" w:rsidRDefault="00000000">
      <w:pPr>
        <w:rPr>
          <w:rFonts w:asciiTheme="majorBidi" w:hAnsiTheme="majorBidi" w:cstheme="majorBidi"/>
        </w:rPr>
      </w:pPr>
      <w:r w:rsidRPr="000D6481">
        <w:rPr>
          <w:rFonts w:asciiTheme="majorBidi" w:hAnsiTheme="majorBidi" w:cstheme="majorBidi"/>
        </w:rPr>
        <w:t>2. To what extent would you like to reduce your exposure to smoking at home?</w:t>
      </w:r>
      <w:r w:rsidRPr="000D6481">
        <w:rPr>
          <w:rFonts w:asciiTheme="majorBidi" w:hAnsiTheme="majorBidi" w:cstheme="majorBidi"/>
        </w:rPr>
        <w:br/>
        <w:t>(1 = Not at all, 10 = Very much)</w:t>
      </w:r>
    </w:p>
    <w:p w14:paraId="56FC8009" w14:textId="77777777" w:rsidR="007A3C5A" w:rsidRPr="000D6481" w:rsidRDefault="00000000">
      <w:pPr>
        <w:rPr>
          <w:rFonts w:asciiTheme="majorBidi" w:hAnsiTheme="majorBidi" w:cstheme="majorBidi"/>
        </w:rPr>
      </w:pPr>
      <w:r w:rsidRPr="000D6481">
        <w:rPr>
          <w:rFonts w:asciiTheme="majorBidi" w:hAnsiTheme="majorBidi" w:cstheme="majorBidi"/>
        </w:rPr>
        <w:t>3. To what extent do you believe you are able to reduce your exposure to smoking at home?</w:t>
      </w:r>
      <w:r w:rsidRPr="000D6481">
        <w:rPr>
          <w:rFonts w:asciiTheme="majorBidi" w:hAnsiTheme="majorBidi" w:cstheme="majorBidi"/>
        </w:rPr>
        <w:br/>
        <w:t>(1 = Not at all, 10 = Very much)</w:t>
      </w:r>
    </w:p>
    <w:p w14:paraId="2FC8BB5A" w14:textId="5F94A07C" w:rsidR="007A3C5A" w:rsidRPr="000D6481" w:rsidRDefault="00000000">
      <w:pPr>
        <w:rPr>
          <w:rFonts w:asciiTheme="majorBidi" w:hAnsiTheme="majorBidi" w:cstheme="majorBidi"/>
        </w:rPr>
      </w:pPr>
      <w:r w:rsidRPr="000D6481">
        <w:rPr>
          <w:rFonts w:asciiTheme="majorBidi" w:hAnsiTheme="majorBidi" w:cstheme="majorBidi"/>
        </w:rPr>
        <w:t xml:space="preserve">4. </w:t>
      </w:r>
      <w:r w:rsidRPr="000D6481">
        <w:rPr>
          <w:rFonts w:asciiTheme="majorBidi" w:hAnsiTheme="majorBidi" w:cstheme="majorBidi"/>
          <w:u w:val="single"/>
        </w:rPr>
        <w:t>What are the current smoking rules in your home?</w:t>
      </w:r>
      <w:r w:rsidRPr="000D6481">
        <w:rPr>
          <w:rFonts w:asciiTheme="majorBidi" w:hAnsiTheme="majorBidi" w:cstheme="majorBidi"/>
        </w:rPr>
        <w:br/>
        <w:t>a. Smoking is allowed everywhere in the home</w:t>
      </w:r>
      <w:r w:rsidRPr="000D6481">
        <w:rPr>
          <w:rFonts w:asciiTheme="majorBidi" w:hAnsiTheme="majorBidi" w:cstheme="majorBidi"/>
        </w:rPr>
        <w:br/>
        <w:t>b. Smoking is allowed only in specific rooms (e.g., only in the living room and office)</w:t>
      </w:r>
      <w:r w:rsidRPr="000D6481">
        <w:rPr>
          <w:rFonts w:asciiTheme="majorBidi" w:hAnsiTheme="majorBidi" w:cstheme="majorBidi"/>
        </w:rPr>
        <w:br/>
        <w:t>c. Smoking is allowed in only one room (e.g., only in the service room)</w:t>
      </w:r>
      <w:r w:rsidRPr="000D6481">
        <w:rPr>
          <w:rFonts w:asciiTheme="majorBidi" w:hAnsiTheme="majorBidi" w:cstheme="majorBidi"/>
        </w:rPr>
        <w:br/>
        <w:t>d. Smoking is not allowed indoors; only in balcony/garden/stairwell</w:t>
      </w:r>
      <w:r w:rsidRPr="000D6481">
        <w:rPr>
          <w:rFonts w:asciiTheme="majorBidi" w:hAnsiTheme="majorBidi" w:cstheme="majorBidi"/>
        </w:rPr>
        <w:br/>
        <w:t xml:space="preserve">e. Smoking is not allowed indoors or </w:t>
      </w:r>
      <w:r w:rsidR="000D6481" w:rsidRPr="000D6481">
        <w:rPr>
          <w:rFonts w:asciiTheme="majorBidi" w:hAnsiTheme="majorBidi" w:cstheme="majorBidi"/>
        </w:rPr>
        <w:t xml:space="preserve">in balcony/garden/stairwell </w:t>
      </w:r>
      <w:r w:rsidRPr="000D6481">
        <w:rPr>
          <w:rFonts w:asciiTheme="majorBidi" w:hAnsiTheme="majorBidi" w:cstheme="majorBidi"/>
        </w:rPr>
        <w:t>(must be at least 10 meters/15 steps away)</w:t>
      </w:r>
      <w:r w:rsidRPr="000D6481">
        <w:rPr>
          <w:rFonts w:asciiTheme="majorBidi" w:hAnsiTheme="majorBidi" w:cstheme="majorBidi"/>
        </w:rPr>
        <w:br/>
        <w:t>f. Don’t know</w:t>
      </w:r>
      <w:r w:rsidRPr="000D6481">
        <w:rPr>
          <w:rFonts w:asciiTheme="majorBidi" w:hAnsiTheme="majorBidi" w:cstheme="majorBidi"/>
        </w:rPr>
        <w:br/>
        <w:t>g. Prefer not to answer</w:t>
      </w:r>
    </w:p>
    <w:p w14:paraId="42C83C9E" w14:textId="77777777" w:rsidR="007A3C5A" w:rsidRPr="000D6481" w:rsidRDefault="00000000">
      <w:pPr>
        <w:rPr>
          <w:rFonts w:asciiTheme="majorBidi" w:hAnsiTheme="majorBidi" w:cstheme="majorBidi"/>
        </w:rPr>
      </w:pPr>
      <w:r w:rsidRPr="00085DF3">
        <w:rPr>
          <w:rFonts w:asciiTheme="majorBidi" w:hAnsiTheme="majorBidi" w:cstheme="majorBidi"/>
        </w:rPr>
        <w:t xml:space="preserve">5. </w:t>
      </w:r>
      <w:r w:rsidRPr="00085DF3">
        <w:rPr>
          <w:rFonts w:asciiTheme="majorBidi" w:hAnsiTheme="majorBidi" w:cstheme="majorBidi"/>
          <w:u w:val="single"/>
        </w:rPr>
        <w:t>What are the smoking rules for your family car?</w:t>
      </w:r>
      <w:r w:rsidRPr="00085DF3">
        <w:rPr>
          <w:rFonts w:asciiTheme="majorBidi" w:hAnsiTheme="majorBidi" w:cstheme="majorBidi"/>
          <w:u w:val="single"/>
        </w:rPr>
        <w:br/>
      </w:r>
      <w:r w:rsidRPr="000D6481">
        <w:rPr>
          <w:rFonts w:asciiTheme="majorBidi" w:hAnsiTheme="majorBidi" w:cstheme="majorBidi"/>
        </w:rPr>
        <w:t>a. Smoking is allowed in the car when you are present, even with closed windows</w:t>
      </w:r>
      <w:r w:rsidRPr="000D6481">
        <w:rPr>
          <w:rFonts w:asciiTheme="majorBidi" w:hAnsiTheme="majorBidi" w:cstheme="majorBidi"/>
        </w:rPr>
        <w:br/>
        <w:t>b. Smoking is allowed when you are present, but only with open windows</w:t>
      </w:r>
      <w:r w:rsidRPr="000D6481">
        <w:rPr>
          <w:rFonts w:asciiTheme="majorBidi" w:hAnsiTheme="majorBidi" w:cstheme="majorBidi"/>
        </w:rPr>
        <w:br/>
        <w:t>c. Smoking is allowed only when you are not in the car</w:t>
      </w:r>
      <w:r w:rsidRPr="000D6481">
        <w:rPr>
          <w:rFonts w:asciiTheme="majorBidi" w:hAnsiTheme="majorBidi" w:cstheme="majorBidi"/>
        </w:rPr>
        <w:br/>
        <w:t>d. No smoking in the car, but allowed near the car</w:t>
      </w:r>
      <w:r w:rsidRPr="000D6481">
        <w:rPr>
          <w:rFonts w:asciiTheme="majorBidi" w:hAnsiTheme="majorBidi" w:cstheme="majorBidi"/>
        </w:rPr>
        <w:br/>
        <w:t>e. No smoking in or near the car (at least 10 meters/15 steps away)</w:t>
      </w:r>
      <w:r w:rsidRPr="000D6481">
        <w:rPr>
          <w:rFonts w:asciiTheme="majorBidi" w:hAnsiTheme="majorBidi" w:cstheme="majorBidi"/>
        </w:rPr>
        <w:br/>
        <w:t>f. We don’t have a car</w:t>
      </w:r>
      <w:r w:rsidRPr="000D6481">
        <w:rPr>
          <w:rFonts w:asciiTheme="majorBidi" w:hAnsiTheme="majorBidi" w:cstheme="majorBidi"/>
        </w:rPr>
        <w:br/>
        <w:t>g. Don’t know</w:t>
      </w:r>
      <w:r w:rsidRPr="000D6481">
        <w:rPr>
          <w:rFonts w:asciiTheme="majorBidi" w:hAnsiTheme="majorBidi" w:cstheme="majorBidi"/>
        </w:rPr>
        <w:br/>
        <w:t>h. Prefer not to answer</w:t>
      </w:r>
    </w:p>
    <w:p w14:paraId="16CA59D6" w14:textId="77777777" w:rsidR="007A3C5A" w:rsidRPr="000D6481" w:rsidRDefault="00000000">
      <w:pPr>
        <w:rPr>
          <w:rFonts w:asciiTheme="majorBidi" w:hAnsiTheme="majorBidi" w:cstheme="majorBidi"/>
        </w:rPr>
      </w:pPr>
      <w:r w:rsidRPr="000D6481">
        <w:rPr>
          <w:rFonts w:asciiTheme="majorBidi" w:hAnsiTheme="majorBidi" w:cstheme="majorBidi"/>
        </w:rPr>
        <w:t>6. On average, how many cigarettes does your partner smoke per day? __________</w:t>
      </w:r>
    </w:p>
    <w:p w14:paraId="6BE51173" w14:textId="77777777" w:rsidR="007A3C5A" w:rsidRPr="000D6481" w:rsidRDefault="00000000">
      <w:pPr>
        <w:rPr>
          <w:rFonts w:asciiTheme="majorBidi" w:hAnsiTheme="majorBidi" w:cstheme="majorBidi"/>
        </w:rPr>
      </w:pPr>
      <w:r w:rsidRPr="000D6481">
        <w:rPr>
          <w:rFonts w:asciiTheme="majorBidi" w:hAnsiTheme="majorBidi" w:cstheme="majorBidi"/>
        </w:rPr>
        <w:t xml:space="preserve">7. </w:t>
      </w:r>
      <w:r w:rsidRPr="00E47706">
        <w:rPr>
          <w:rFonts w:asciiTheme="majorBidi" w:hAnsiTheme="majorBidi" w:cstheme="majorBidi"/>
          <w:u w:val="single"/>
        </w:rPr>
        <w:t>How soon after waking does your partner smoke his first cigarette?</w:t>
      </w:r>
      <w:r w:rsidRPr="000D6481">
        <w:rPr>
          <w:rFonts w:asciiTheme="majorBidi" w:hAnsiTheme="majorBidi" w:cstheme="majorBidi"/>
        </w:rPr>
        <w:br/>
        <w:t>a. Within 5 minutes</w:t>
      </w:r>
      <w:r w:rsidRPr="000D6481">
        <w:rPr>
          <w:rFonts w:asciiTheme="majorBidi" w:hAnsiTheme="majorBidi" w:cstheme="majorBidi"/>
        </w:rPr>
        <w:br/>
        <w:t>b. 6–30 minutes</w:t>
      </w:r>
      <w:r w:rsidRPr="000D6481">
        <w:rPr>
          <w:rFonts w:asciiTheme="majorBidi" w:hAnsiTheme="majorBidi" w:cstheme="majorBidi"/>
        </w:rPr>
        <w:br/>
        <w:t>c. 31–60 minutes</w:t>
      </w:r>
      <w:r w:rsidRPr="000D6481">
        <w:rPr>
          <w:rFonts w:asciiTheme="majorBidi" w:hAnsiTheme="majorBidi" w:cstheme="majorBidi"/>
        </w:rPr>
        <w:br/>
        <w:t>d. After more than an hour</w:t>
      </w:r>
      <w:r w:rsidRPr="000D6481">
        <w:rPr>
          <w:rFonts w:asciiTheme="majorBidi" w:hAnsiTheme="majorBidi" w:cstheme="majorBidi"/>
        </w:rPr>
        <w:br/>
        <w:t>e. Don’t know</w:t>
      </w:r>
      <w:r w:rsidRPr="000D6481">
        <w:rPr>
          <w:rFonts w:asciiTheme="majorBidi" w:hAnsiTheme="majorBidi" w:cstheme="majorBidi"/>
        </w:rPr>
        <w:br/>
        <w:t>f. Prefer not to answer</w:t>
      </w:r>
    </w:p>
    <w:p w14:paraId="4DDB5725" w14:textId="3D79D0E6" w:rsidR="007A3C5A" w:rsidRPr="000D6481" w:rsidRDefault="00000000">
      <w:pPr>
        <w:rPr>
          <w:rFonts w:asciiTheme="majorBidi" w:hAnsiTheme="majorBidi" w:cstheme="majorBidi"/>
        </w:rPr>
      </w:pPr>
      <w:r w:rsidRPr="000D6481">
        <w:rPr>
          <w:rFonts w:asciiTheme="majorBidi" w:hAnsiTheme="majorBidi" w:cstheme="majorBidi"/>
        </w:rPr>
        <w:t xml:space="preserve">8. </w:t>
      </w:r>
      <w:r w:rsidRPr="00E47706">
        <w:rPr>
          <w:rFonts w:asciiTheme="majorBidi" w:hAnsiTheme="majorBidi" w:cstheme="majorBidi"/>
          <w:u w:val="single"/>
        </w:rPr>
        <w:t>During your current pregnancy, does your partner smoke in your presence?</w:t>
      </w:r>
      <w:r w:rsidRPr="000D6481">
        <w:rPr>
          <w:rFonts w:asciiTheme="majorBidi" w:hAnsiTheme="majorBidi" w:cstheme="majorBidi"/>
        </w:rPr>
        <w:br/>
        <w:t>a. He never smokes in my presence</w:t>
      </w:r>
      <w:r w:rsidRPr="000D6481">
        <w:rPr>
          <w:rFonts w:asciiTheme="majorBidi" w:hAnsiTheme="majorBidi" w:cstheme="majorBidi"/>
        </w:rPr>
        <w:br/>
        <w:t>b. He smokes in my presence but stays very far (</w:t>
      </w:r>
      <w:r w:rsidR="001A65D8" w:rsidRPr="000D6481">
        <w:rPr>
          <w:rFonts w:asciiTheme="majorBidi" w:hAnsiTheme="majorBidi" w:cstheme="majorBidi"/>
        </w:rPr>
        <w:t>at least 10 meters/15 steps away</w:t>
      </w:r>
      <w:r w:rsidRPr="000D6481">
        <w:rPr>
          <w:rFonts w:asciiTheme="majorBidi" w:hAnsiTheme="majorBidi" w:cstheme="majorBidi"/>
        </w:rPr>
        <w:t>)</w:t>
      </w:r>
      <w:r w:rsidRPr="000D6481">
        <w:rPr>
          <w:rFonts w:asciiTheme="majorBidi" w:hAnsiTheme="majorBidi" w:cstheme="majorBidi"/>
        </w:rPr>
        <w:br/>
        <w:t>c. He smokes in my presence but stays somewhat far (less than 10 meters</w:t>
      </w:r>
      <w:r w:rsidR="001A65D8" w:rsidRPr="000D6481">
        <w:rPr>
          <w:rFonts w:asciiTheme="majorBidi" w:hAnsiTheme="majorBidi" w:cstheme="majorBidi"/>
        </w:rPr>
        <w:t>/15 steps away</w:t>
      </w:r>
      <w:r w:rsidRPr="000D6481">
        <w:rPr>
          <w:rFonts w:asciiTheme="majorBidi" w:hAnsiTheme="majorBidi" w:cstheme="majorBidi"/>
        </w:rPr>
        <w:t>)</w:t>
      </w:r>
      <w:r w:rsidRPr="000D6481">
        <w:rPr>
          <w:rFonts w:asciiTheme="majorBidi" w:hAnsiTheme="majorBidi" w:cstheme="majorBidi"/>
        </w:rPr>
        <w:br/>
      </w:r>
      <w:r w:rsidRPr="000D6481">
        <w:rPr>
          <w:rFonts w:asciiTheme="majorBidi" w:hAnsiTheme="majorBidi" w:cstheme="majorBidi"/>
        </w:rPr>
        <w:lastRenderedPageBreak/>
        <w:t>d. He smokes in my presence without distancing himself</w:t>
      </w:r>
      <w:r w:rsidRPr="000D6481">
        <w:rPr>
          <w:rFonts w:asciiTheme="majorBidi" w:hAnsiTheme="majorBidi" w:cstheme="majorBidi"/>
        </w:rPr>
        <w:br/>
        <w:t>e. Don’t know</w:t>
      </w:r>
      <w:r w:rsidRPr="000D6481">
        <w:rPr>
          <w:rFonts w:asciiTheme="majorBidi" w:hAnsiTheme="majorBidi" w:cstheme="majorBidi"/>
        </w:rPr>
        <w:br/>
        <w:t>f. Prefer not to answer</w:t>
      </w:r>
    </w:p>
    <w:p w14:paraId="72AB15B5" w14:textId="77777777" w:rsidR="007A3C5A" w:rsidRPr="000D6481" w:rsidRDefault="00000000">
      <w:pPr>
        <w:rPr>
          <w:rFonts w:asciiTheme="majorBidi" w:hAnsiTheme="majorBidi" w:cstheme="majorBidi"/>
        </w:rPr>
      </w:pPr>
      <w:r w:rsidRPr="000D6481">
        <w:rPr>
          <w:rFonts w:asciiTheme="majorBidi" w:hAnsiTheme="majorBidi" w:cstheme="majorBidi"/>
        </w:rPr>
        <w:t>9. How many people (including yourself) live in your home regularly? __________</w:t>
      </w:r>
    </w:p>
    <w:p w14:paraId="286CB6D8" w14:textId="77777777" w:rsidR="007A3C5A" w:rsidRPr="000D6481" w:rsidRDefault="00000000">
      <w:pPr>
        <w:rPr>
          <w:rFonts w:asciiTheme="majorBidi" w:hAnsiTheme="majorBidi" w:cstheme="majorBidi"/>
        </w:rPr>
      </w:pPr>
      <w:r w:rsidRPr="000D6481">
        <w:rPr>
          <w:rFonts w:asciiTheme="majorBidi" w:hAnsiTheme="majorBidi" w:cstheme="majorBidi"/>
        </w:rPr>
        <w:t xml:space="preserve">10. </w:t>
      </w:r>
      <w:r w:rsidRPr="00136AE0">
        <w:rPr>
          <w:rFonts w:asciiTheme="majorBidi" w:hAnsiTheme="majorBidi" w:cstheme="majorBidi"/>
          <w:u w:val="single"/>
        </w:rPr>
        <w:t>In the past 6 months, have other smokers lived with you?</w:t>
      </w:r>
      <w:r w:rsidRPr="000D6481">
        <w:rPr>
          <w:rFonts w:asciiTheme="majorBidi" w:hAnsiTheme="majorBidi" w:cstheme="majorBidi"/>
        </w:rPr>
        <w:br/>
        <w:t>a. Yes</w:t>
      </w:r>
      <w:r w:rsidRPr="000D6481">
        <w:rPr>
          <w:rFonts w:asciiTheme="majorBidi" w:hAnsiTheme="majorBidi" w:cstheme="majorBidi"/>
        </w:rPr>
        <w:br/>
        <w:t>b. No</w:t>
      </w:r>
      <w:r w:rsidRPr="000D6481">
        <w:rPr>
          <w:rFonts w:asciiTheme="majorBidi" w:hAnsiTheme="majorBidi" w:cstheme="majorBidi"/>
        </w:rPr>
        <w:br/>
        <w:t>c. Prefer not to answer</w:t>
      </w:r>
    </w:p>
    <w:p w14:paraId="6DAF3A22" w14:textId="561124FD" w:rsidR="007A3C5A" w:rsidRPr="000D6481" w:rsidRDefault="00000000">
      <w:pPr>
        <w:rPr>
          <w:rFonts w:asciiTheme="majorBidi" w:hAnsiTheme="majorBidi" w:cstheme="majorBidi"/>
        </w:rPr>
      </w:pPr>
      <w:r w:rsidRPr="000D6481">
        <w:rPr>
          <w:rFonts w:asciiTheme="majorBidi" w:hAnsiTheme="majorBidi" w:cstheme="majorBidi"/>
        </w:rPr>
        <w:t xml:space="preserve">11. </w:t>
      </w:r>
      <w:r w:rsidRPr="00461196">
        <w:rPr>
          <w:rFonts w:asciiTheme="majorBidi" w:hAnsiTheme="majorBidi" w:cstheme="majorBidi"/>
          <w:u w:val="single"/>
        </w:rPr>
        <w:t>If yes, did they smoke in your presence inside the home?</w:t>
      </w:r>
      <w:r w:rsidR="004840E1">
        <w:rPr>
          <w:rFonts w:asciiTheme="majorBidi" w:hAnsiTheme="majorBidi" w:cstheme="majorBidi"/>
        </w:rPr>
        <w:t xml:space="preserve"> (only for those who answered “Yes” in the previous question)</w:t>
      </w:r>
      <w:r w:rsidRPr="000D6481">
        <w:rPr>
          <w:rFonts w:asciiTheme="majorBidi" w:hAnsiTheme="majorBidi" w:cstheme="majorBidi"/>
        </w:rPr>
        <w:br/>
        <w:t>a. They never smoked in my presence</w:t>
      </w:r>
      <w:r w:rsidRPr="000D6481">
        <w:rPr>
          <w:rFonts w:asciiTheme="majorBidi" w:hAnsiTheme="majorBidi" w:cstheme="majorBidi"/>
        </w:rPr>
        <w:br/>
        <w:t>b. They smoked in my presence but stayed very far (</w:t>
      </w:r>
      <w:r w:rsidR="000B00CE" w:rsidRPr="000D6481">
        <w:rPr>
          <w:rFonts w:asciiTheme="majorBidi" w:hAnsiTheme="majorBidi" w:cstheme="majorBidi"/>
        </w:rPr>
        <w:t>at least 10 meters/15 steps away</w:t>
      </w:r>
      <w:r w:rsidRPr="000D6481">
        <w:rPr>
          <w:rFonts w:asciiTheme="majorBidi" w:hAnsiTheme="majorBidi" w:cstheme="majorBidi"/>
        </w:rPr>
        <w:t>)</w:t>
      </w:r>
      <w:r w:rsidRPr="000D6481">
        <w:rPr>
          <w:rFonts w:asciiTheme="majorBidi" w:hAnsiTheme="majorBidi" w:cstheme="majorBidi"/>
        </w:rPr>
        <w:br/>
        <w:t>c. They smoked in my presence but stayed somewhat far (less than 10 meters)</w:t>
      </w:r>
      <w:r w:rsidRPr="000D6481">
        <w:rPr>
          <w:rFonts w:asciiTheme="majorBidi" w:hAnsiTheme="majorBidi" w:cstheme="majorBidi"/>
        </w:rPr>
        <w:br/>
        <w:t>d. They smoked in my presence without distancing themselves</w:t>
      </w:r>
      <w:r w:rsidRPr="000D6481">
        <w:rPr>
          <w:rFonts w:asciiTheme="majorBidi" w:hAnsiTheme="majorBidi" w:cstheme="majorBidi"/>
        </w:rPr>
        <w:br/>
        <w:t>e. Don’t know</w:t>
      </w:r>
      <w:r w:rsidRPr="000D6481">
        <w:rPr>
          <w:rFonts w:asciiTheme="majorBidi" w:hAnsiTheme="majorBidi" w:cstheme="majorBidi"/>
        </w:rPr>
        <w:br/>
        <w:t>f. Prefer not to answer</w:t>
      </w:r>
    </w:p>
    <w:p w14:paraId="765616FF" w14:textId="77777777" w:rsidR="007A3C5A" w:rsidRPr="000D6481" w:rsidRDefault="00000000">
      <w:pPr>
        <w:rPr>
          <w:rFonts w:asciiTheme="majorBidi" w:hAnsiTheme="majorBidi" w:cstheme="majorBidi"/>
        </w:rPr>
      </w:pPr>
      <w:r w:rsidRPr="000D6481">
        <w:rPr>
          <w:rFonts w:asciiTheme="majorBidi" w:hAnsiTheme="majorBidi" w:cstheme="majorBidi"/>
        </w:rPr>
        <w:t xml:space="preserve">12. </w:t>
      </w:r>
      <w:r w:rsidRPr="006A047F">
        <w:rPr>
          <w:rFonts w:asciiTheme="majorBidi" w:hAnsiTheme="majorBidi" w:cstheme="majorBidi"/>
          <w:u w:val="single"/>
        </w:rPr>
        <w:t>How often does your partner use nicotine replacement (e.g., nicotine gum) instead of smoking at home or in the car?</w:t>
      </w:r>
      <w:r w:rsidRPr="000D6481">
        <w:rPr>
          <w:rFonts w:asciiTheme="majorBidi" w:hAnsiTheme="majorBidi" w:cstheme="majorBidi"/>
        </w:rPr>
        <w:br/>
        <w:t>1. Always</w:t>
      </w:r>
      <w:r w:rsidRPr="000D6481">
        <w:rPr>
          <w:rFonts w:asciiTheme="majorBidi" w:hAnsiTheme="majorBidi" w:cstheme="majorBidi"/>
        </w:rPr>
        <w:br/>
        <w:t>2. Often</w:t>
      </w:r>
      <w:r w:rsidRPr="000D6481">
        <w:rPr>
          <w:rFonts w:asciiTheme="majorBidi" w:hAnsiTheme="majorBidi" w:cstheme="majorBidi"/>
        </w:rPr>
        <w:br/>
        <w:t>3. Sometimes</w:t>
      </w:r>
      <w:r w:rsidRPr="000D6481">
        <w:rPr>
          <w:rFonts w:asciiTheme="majorBidi" w:hAnsiTheme="majorBidi" w:cstheme="majorBidi"/>
        </w:rPr>
        <w:br/>
        <w:t>4. Rarely</w:t>
      </w:r>
      <w:r w:rsidRPr="000D6481">
        <w:rPr>
          <w:rFonts w:asciiTheme="majorBidi" w:hAnsiTheme="majorBidi" w:cstheme="majorBidi"/>
        </w:rPr>
        <w:br/>
        <w:t>5. Never</w:t>
      </w:r>
      <w:r w:rsidRPr="000D6481">
        <w:rPr>
          <w:rFonts w:asciiTheme="majorBidi" w:hAnsiTheme="majorBidi" w:cstheme="majorBidi"/>
        </w:rPr>
        <w:br/>
        <w:t>6. Don’t know</w:t>
      </w:r>
      <w:r w:rsidRPr="000D6481">
        <w:rPr>
          <w:rFonts w:asciiTheme="majorBidi" w:hAnsiTheme="majorBidi" w:cstheme="majorBidi"/>
        </w:rPr>
        <w:br/>
        <w:t>7. Prefer not to answer</w:t>
      </w:r>
    </w:p>
    <w:p w14:paraId="5FBD1D29" w14:textId="7B4C90DE" w:rsidR="007A3C5A" w:rsidRPr="000D6481" w:rsidRDefault="00000000">
      <w:pPr>
        <w:rPr>
          <w:rFonts w:asciiTheme="majorBidi" w:hAnsiTheme="majorBidi" w:cstheme="majorBidi"/>
        </w:rPr>
      </w:pPr>
      <w:r w:rsidRPr="000D6481">
        <w:rPr>
          <w:rFonts w:asciiTheme="majorBidi" w:hAnsiTheme="majorBidi" w:cstheme="majorBidi"/>
        </w:rPr>
        <w:t xml:space="preserve">13. </w:t>
      </w:r>
      <w:r w:rsidRPr="00876F45">
        <w:rPr>
          <w:rFonts w:asciiTheme="majorBidi" w:hAnsiTheme="majorBidi" w:cstheme="majorBidi"/>
          <w:u w:val="single"/>
        </w:rPr>
        <w:t>Please indicate whether the following statements are true or false</w:t>
      </w:r>
      <w:r w:rsidR="00E52B94">
        <w:rPr>
          <w:rFonts w:asciiTheme="majorBidi" w:hAnsiTheme="majorBidi" w:cstheme="majorBidi" w:hint="cs"/>
          <w:u w:val="single"/>
          <w:rtl/>
          <w:lang w:bidi="he-IL"/>
        </w:rPr>
        <w:t xml:space="preserve"> </w:t>
      </w:r>
      <w:r w:rsidR="00AE46FC">
        <w:rPr>
          <w:rFonts w:asciiTheme="majorBidi" w:hAnsiTheme="majorBidi" w:cstheme="majorBidi"/>
          <w:u w:val="single"/>
          <w:lang w:bidi="he-IL"/>
        </w:rPr>
        <w:t>(</w:t>
      </w:r>
      <w:r w:rsidR="00E52B94">
        <w:rPr>
          <w:rFonts w:asciiTheme="majorBidi" w:hAnsiTheme="majorBidi" w:cstheme="majorBidi"/>
          <w:u w:val="single"/>
          <w:lang w:bidi="he-IL"/>
        </w:rPr>
        <w:t>true/false/don’t know</w:t>
      </w:r>
      <w:r w:rsidR="009D630A">
        <w:rPr>
          <w:rFonts w:asciiTheme="majorBidi" w:hAnsiTheme="majorBidi" w:cstheme="majorBidi"/>
          <w:u w:val="single"/>
          <w:lang w:bidi="he-IL"/>
        </w:rPr>
        <w:t>/prefer not to answer</w:t>
      </w:r>
      <w:r w:rsidR="00AE46FC">
        <w:rPr>
          <w:rFonts w:asciiTheme="majorBidi" w:hAnsiTheme="majorBidi" w:cstheme="majorBidi"/>
          <w:u w:val="single"/>
          <w:lang w:bidi="he-IL"/>
        </w:rPr>
        <w:t>)</w:t>
      </w:r>
      <w:r w:rsidR="00E52B94">
        <w:rPr>
          <w:rFonts w:asciiTheme="majorBidi" w:hAnsiTheme="majorBidi" w:cstheme="majorBidi"/>
          <w:u w:val="single"/>
          <w:lang w:bidi="he-IL"/>
        </w:rPr>
        <w:t>:</w:t>
      </w:r>
      <w:r w:rsidRPr="00876F45">
        <w:rPr>
          <w:rFonts w:asciiTheme="majorBidi" w:hAnsiTheme="majorBidi" w:cstheme="majorBidi"/>
          <w:u w:val="single"/>
        </w:rPr>
        <w:br/>
      </w:r>
      <w:r w:rsidRPr="000D6481">
        <w:rPr>
          <w:rFonts w:asciiTheme="majorBidi" w:hAnsiTheme="majorBidi" w:cstheme="majorBidi"/>
        </w:rPr>
        <w:t>a. Exposure to secondhand smoke during pregnancy may harm the pregnant woman’s health</w:t>
      </w:r>
      <w:r w:rsidRPr="000D6481">
        <w:rPr>
          <w:rFonts w:asciiTheme="majorBidi" w:hAnsiTheme="majorBidi" w:cstheme="majorBidi"/>
        </w:rPr>
        <w:br/>
        <w:t>b. Taking 2–3 steps away from a smoker significantly reduces secondhand smoke exposure</w:t>
      </w:r>
      <w:r w:rsidRPr="000D6481">
        <w:rPr>
          <w:rFonts w:asciiTheme="majorBidi" w:hAnsiTheme="majorBidi" w:cstheme="majorBidi"/>
        </w:rPr>
        <w:br/>
        <w:t xml:space="preserve">c. Exposure to secondhand smoke during pregnancy may affect the </w:t>
      </w:r>
      <w:r w:rsidR="00EA53B6">
        <w:rPr>
          <w:rFonts w:asciiTheme="majorBidi" w:hAnsiTheme="majorBidi" w:cstheme="majorBidi"/>
          <w:lang w:bidi="he-IL"/>
        </w:rPr>
        <w:t>fetal</w:t>
      </w:r>
      <w:r w:rsidRPr="000D6481">
        <w:rPr>
          <w:rFonts w:asciiTheme="majorBidi" w:hAnsiTheme="majorBidi" w:cstheme="majorBidi"/>
        </w:rPr>
        <w:t xml:space="preserve"> brain development</w:t>
      </w:r>
      <w:r w:rsidRPr="000D6481">
        <w:rPr>
          <w:rFonts w:asciiTheme="majorBidi" w:hAnsiTheme="majorBidi" w:cstheme="majorBidi"/>
        </w:rPr>
        <w:br/>
        <w:t>d. Opening a window only slightly reduces exposure to secondhand smoke</w:t>
      </w:r>
      <w:r w:rsidRPr="000D6481">
        <w:rPr>
          <w:rFonts w:asciiTheme="majorBidi" w:hAnsiTheme="majorBidi" w:cstheme="majorBidi"/>
        </w:rPr>
        <w:br/>
        <w:t>e. Small exposure to secondhand smoke does not harm the fetus</w:t>
      </w:r>
      <w:r w:rsidRPr="000D6481">
        <w:rPr>
          <w:rFonts w:asciiTheme="majorBidi" w:hAnsiTheme="majorBidi" w:cstheme="majorBidi"/>
        </w:rPr>
        <w:br/>
        <w:t>f. Exposure to secondhand smoke during pregnancy may cause low birth weight</w:t>
      </w:r>
      <w:r w:rsidRPr="000D6481">
        <w:rPr>
          <w:rFonts w:asciiTheme="majorBidi" w:hAnsiTheme="majorBidi" w:cstheme="majorBidi"/>
        </w:rPr>
        <w:br/>
        <w:t>g. Smoking in the balcony/garden/stairwell fully prevents secondhand smoke exposure inside</w:t>
      </w:r>
      <w:r w:rsidRPr="000D6481">
        <w:rPr>
          <w:rFonts w:asciiTheme="majorBidi" w:hAnsiTheme="majorBidi" w:cstheme="majorBidi"/>
        </w:rPr>
        <w:br/>
        <w:t>h. Nicotine gum can be used as a substitute when a smoker can’t or doesn’t want to smoke indoors</w:t>
      </w:r>
      <w:r w:rsidRPr="000D6481">
        <w:rPr>
          <w:rFonts w:asciiTheme="majorBidi" w:hAnsiTheme="majorBidi" w:cstheme="majorBidi"/>
        </w:rPr>
        <w:br/>
        <w:t>i. The baby is protected in the womb and cigarette smoke does not reach it</w:t>
      </w:r>
      <w:r w:rsidRPr="000D6481">
        <w:rPr>
          <w:rFonts w:asciiTheme="majorBidi" w:hAnsiTheme="majorBidi" w:cstheme="majorBidi"/>
        </w:rPr>
        <w:br/>
        <w:t>j. Harmful effects only occur during the first trimester</w:t>
      </w:r>
      <w:r w:rsidR="00D4130F">
        <w:rPr>
          <w:rFonts w:asciiTheme="majorBidi" w:hAnsiTheme="majorBidi" w:cstheme="majorBidi"/>
        </w:rPr>
        <w:t xml:space="preserve"> (</w:t>
      </w:r>
      <w:r w:rsidR="00313F9B">
        <w:rPr>
          <w:rFonts w:asciiTheme="majorBidi" w:hAnsiTheme="majorBidi" w:cstheme="majorBidi"/>
        </w:rPr>
        <w:t xml:space="preserve">i.e., </w:t>
      </w:r>
      <w:r w:rsidR="00D4130F">
        <w:rPr>
          <w:rFonts w:asciiTheme="majorBidi" w:hAnsiTheme="majorBidi" w:cstheme="majorBidi"/>
        </w:rPr>
        <w:t>the first 3 months).</w:t>
      </w:r>
      <w:r w:rsidRPr="000D6481">
        <w:rPr>
          <w:rFonts w:asciiTheme="majorBidi" w:hAnsiTheme="majorBidi" w:cstheme="majorBidi"/>
        </w:rPr>
        <w:br/>
        <w:t>k. Exposure to secondhand smoke during pregnancy may cause miscarriage or preterm birth</w:t>
      </w:r>
    </w:p>
    <w:p w14:paraId="751496B7" w14:textId="26A18304" w:rsidR="007A3C5A" w:rsidRPr="009005A2" w:rsidRDefault="00000000" w:rsidP="009005A2">
      <w:pPr>
        <w:rPr>
          <w:rFonts w:asciiTheme="majorBidi" w:hAnsiTheme="majorBidi" w:cstheme="majorBidi"/>
          <w:lang w:val="en-IL"/>
        </w:rPr>
      </w:pPr>
      <w:r w:rsidRPr="000D6481">
        <w:rPr>
          <w:rFonts w:asciiTheme="majorBidi" w:hAnsiTheme="majorBidi" w:cstheme="majorBidi"/>
        </w:rPr>
        <w:lastRenderedPageBreak/>
        <w:t xml:space="preserve">14. </w:t>
      </w:r>
      <w:r w:rsidRPr="009748AB">
        <w:rPr>
          <w:rFonts w:asciiTheme="majorBidi" w:hAnsiTheme="majorBidi" w:cstheme="majorBidi"/>
          <w:u w:val="single"/>
        </w:rPr>
        <w:t>Please indicate how much you agree with the following statements</w:t>
      </w:r>
      <w:r w:rsidR="009D630A">
        <w:rPr>
          <w:rFonts w:asciiTheme="majorBidi" w:hAnsiTheme="majorBidi" w:cstheme="majorBidi"/>
          <w:u w:val="single"/>
        </w:rPr>
        <w:t xml:space="preserve"> </w:t>
      </w:r>
      <w:r w:rsidR="00AE46FC">
        <w:rPr>
          <w:rFonts w:asciiTheme="majorBidi" w:hAnsiTheme="majorBidi" w:cstheme="majorBidi"/>
          <w:u w:val="single"/>
        </w:rPr>
        <w:t>(</w:t>
      </w:r>
      <w:r w:rsidR="009D630A">
        <w:rPr>
          <w:rFonts w:asciiTheme="majorBidi" w:hAnsiTheme="majorBidi" w:cstheme="majorBidi"/>
          <w:u w:val="single"/>
        </w:rPr>
        <w:t>strongly disagree, disagree, no opinion, agree, strongly agree, prefer not to answer</w:t>
      </w:r>
      <w:r w:rsidR="00AE46FC">
        <w:rPr>
          <w:rFonts w:asciiTheme="majorBidi" w:hAnsiTheme="majorBidi" w:cstheme="majorBidi"/>
          <w:u w:val="single"/>
        </w:rPr>
        <w:t>)</w:t>
      </w:r>
      <w:r w:rsidR="009D630A">
        <w:rPr>
          <w:rFonts w:asciiTheme="majorBidi" w:hAnsiTheme="majorBidi" w:cstheme="majorBidi"/>
          <w:u w:val="single"/>
        </w:rPr>
        <w:t>:</w:t>
      </w:r>
      <w:r w:rsidRPr="009748AB">
        <w:rPr>
          <w:rFonts w:asciiTheme="majorBidi" w:hAnsiTheme="majorBidi" w:cstheme="majorBidi"/>
          <w:u w:val="single"/>
        </w:rPr>
        <w:br/>
      </w:r>
      <w:r w:rsidRPr="000D6481">
        <w:rPr>
          <w:rFonts w:asciiTheme="majorBidi" w:hAnsiTheme="majorBidi" w:cstheme="majorBidi"/>
        </w:rPr>
        <w:t>a. I know how to make my home smoke-free</w:t>
      </w:r>
      <w:r w:rsidRPr="000D6481">
        <w:rPr>
          <w:rFonts w:asciiTheme="majorBidi" w:hAnsiTheme="majorBidi" w:cstheme="majorBidi"/>
        </w:rPr>
        <w:br/>
        <w:t>b. I believe I am capable of making my home smoke-free</w:t>
      </w:r>
      <w:r w:rsidRPr="000D6481">
        <w:rPr>
          <w:rFonts w:asciiTheme="majorBidi" w:hAnsiTheme="majorBidi" w:cstheme="majorBidi"/>
        </w:rPr>
        <w:br/>
        <w:t>c. I am able to ensure that my partner does not smoke inside the home</w:t>
      </w:r>
      <w:r w:rsidRPr="000D6481">
        <w:rPr>
          <w:rFonts w:asciiTheme="majorBidi" w:hAnsiTheme="majorBidi" w:cstheme="majorBidi"/>
        </w:rPr>
        <w:br/>
        <w:t>d. I am able to ask visitors not to smoke inside the home</w:t>
      </w:r>
      <w:r w:rsidRPr="000D6481">
        <w:rPr>
          <w:rFonts w:asciiTheme="majorBidi" w:hAnsiTheme="majorBidi" w:cstheme="majorBidi"/>
        </w:rPr>
        <w:br/>
        <w:t>e. As a partner and future mother, it is my role to ensure our home is smoke-free</w:t>
      </w:r>
      <w:r w:rsidRPr="000D6481">
        <w:rPr>
          <w:rFonts w:asciiTheme="majorBidi" w:hAnsiTheme="majorBidi" w:cstheme="majorBidi"/>
        </w:rPr>
        <w:br/>
        <w:t>f. A smoke-free home will improve my and my baby’s health</w:t>
      </w:r>
      <w:r w:rsidRPr="000D6481">
        <w:rPr>
          <w:rFonts w:asciiTheme="majorBidi" w:hAnsiTheme="majorBidi" w:cstheme="majorBidi"/>
        </w:rPr>
        <w:br/>
        <w:t>g. If my partner uses nicotine replacement instead of smoking at home, it will reduce my exposure</w:t>
      </w:r>
      <w:r w:rsidRPr="000D6481">
        <w:rPr>
          <w:rFonts w:asciiTheme="majorBidi" w:hAnsiTheme="majorBidi" w:cstheme="majorBidi"/>
        </w:rPr>
        <w:br/>
        <w:t xml:space="preserve">h. </w:t>
      </w:r>
      <w:r w:rsidR="00CF7F9A" w:rsidRPr="00CF7F9A">
        <w:rPr>
          <w:rFonts w:asciiTheme="majorBidi" w:hAnsiTheme="majorBidi" w:cstheme="majorBidi"/>
        </w:rPr>
        <w:t>My partner supports the idea of our home being smoke-free</w:t>
      </w:r>
      <w:r w:rsidRPr="000D6481">
        <w:rPr>
          <w:rFonts w:asciiTheme="majorBidi" w:hAnsiTheme="majorBidi" w:cstheme="majorBidi"/>
        </w:rPr>
        <w:br/>
      </w:r>
      <w:proofErr w:type="spellStart"/>
      <w:r w:rsidRPr="000D6481">
        <w:rPr>
          <w:rFonts w:asciiTheme="majorBidi" w:hAnsiTheme="majorBidi" w:cstheme="majorBidi"/>
        </w:rPr>
        <w:t>i</w:t>
      </w:r>
      <w:proofErr w:type="spellEnd"/>
      <w:r w:rsidRPr="000D6481">
        <w:rPr>
          <w:rFonts w:asciiTheme="majorBidi" w:hAnsiTheme="majorBidi" w:cstheme="majorBidi"/>
        </w:rPr>
        <w:t xml:space="preserve">. </w:t>
      </w:r>
      <w:r w:rsidR="00CF7F9A" w:rsidRPr="00CF7F9A">
        <w:rPr>
          <w:rFonts w:asciiTheme="majorBidi" w:hAnsiTheme="majorBidi" w:cstheme="majorBidi"/>
        </w:rPr>
        <w:t>My environment (family, friends) supports the idea of our home being smoke-free</w:t>
      </w:r>
      <w:r w:rsidRPr="000D6481">
        <w:rPr>
          <w:rFonts w:asciiTheme="majorBidi" w:hAnsiTheme="majorBidi" w:cstheme="majorBidi"/>
        </w:rPr>
        <w:br/>
        <w:t xml:space="preserve">j. </w:t>
      </w:r>
      <w:r w:rsidR="009005A2" w:rsidRPr="009005A2">
        <w:rPr>
          <w:rFonts w:asciiTheme="majorBidi" w:hAnsiTheme="majorBidi" w:cstheme="majorBidi"/>
          <w:lang w:val="en-IL"/>
        </w:rPr>
        <w:t>My home surroundings (e.g., the floor I live on, the elevator, garden, or balcony) enable maintaining a smoke-free home.</w:t>
      </w:r>
      <w:r w:rsidRPr="000D6481">
        <w:rPr>
          <w:rFonts w:asciiTheme="majorBidi" w:hAnsiTheme="majorBidi" w:cstheme="majorBidi"/>
        </w:rPr>
        <w:br/>
        <w:t>k. When my partner finds it difficult to smoke outside, I feel frustrated</w:t>
      </w:r>
      <w:r w:rsidRPr="000D6481">
        <w:rPr>
          <w:rFonts w:asciiTheme="majorBidi" w:hAnsiTheme="majorBidi" w:cstheme="majorBidi"/>
        </w:rPr>
        <w:br/>
        <w:t>l. Making our home smoke-free is one of my top priorities</w:t>
      </w:r>
    </w:p>
    <w:p w14:paraId="31E6EF1B" w14:textId="77777777" w:rsidR="007A3C5A" w:rsidRPr="000D6481" w:rsidRDefault="00000000">
      <w:pPr>
        <w:rPr>
          <w:rFonts w:asciiTheme="majorBidi" w:hAnsiTheme="majorBidi" w:cstheme="majorBidi"/>
        </w:rPr>
      </w:pPr>
      <w:r w:rsidRPr="000D6481">
        <w:rPr>
          <w:rFonts w:asciiTheme="majorBidi" w:hAnsiTheme="majorBidi" w:cstheme="majorBidi"/>
        </w:rPr>
        <w:t xml:space="preserve">15. </w:t>
      </w:r>
      <w:r w:rsidRPr="00B216D4">
        <w:rPr>
          <w:rFonts w:asciiTheme="majorBidi" w:hAnsiTheme="majorBidi" w:cstheme="majorBidi"/>
          <w:u w:val="single"/>
        </w:rPr>
        <w:t>When making major household decisions, who usually makes the final decision?</w:t>
      </w:r>
      <w:r w:rsidRPr="000D6481">
        <w:rPr>
          <w:rFonts w:asciiTheme="majorBidi" w:hAnsiTheme="majorBidi" w:cstheme="majorBidi"/>
        </w:rPr>
        <w:br/>
        <w:t>a. Mostly me</w:t>
      </w:r>
      <w:r w:rsidRPr="000D6481">
        <w:rPr>
          <w:rFonts w:asciiTheme="majorBidi" w:hAnsiTheme="majorBidi" w:cstheme="majorBidi"/>
        </w:rPr>
        <w:br/>
        <w:t>b. Mostly my partner</w:t>
      </w:r>
      <w:r w:rsidRPr="000D6481">
        <w:rPr>
          <w:rFonts w:asciiTheme="majorBidi" w:hAnsiTheme="majorBidi" w:cstheme="majorBidi"/>
        </w:rPr>
        <w:br/>
        <w:t>c. Sometimes me, sometimes my partner</w:t>
      </w:r>
      <w:r w:rsidRPr="000D6481">
        <w:rPr>
          <w:rFonts w:asciiTheme="majorBidi" w:hAnsiTheme="majorBidi" w:cstheme="majorBidi"/>
        </w:rPr>
        <w:br/>
        <w:t>d. We decide together</w:t>
      </w:r>
      <w:r w:rsidRPr="000D6481">
        <w:rPr>
          <w:rFonts w:asciiTheme="majorBidi" w:hAnsiTheme="majorBidi" w:cstheme="majorBidi"/>
        </w:rPr>
        <w:br/>
        <w:t>e. Don’t know</w:t>
      </w:r>
      <w:r w:rsidRPr="000D6481">
        <w:rPr>
          <w:rFonts w:asciiTheme="majorBidi" w:hAnsiTheme="majorBidi" w:cstheme="majorBidi"/>
        </w:rPr>
        <w:br/>
        <w:t>f. Prefer not to answer</w:t>
      </w:r>
    </w:p>
    <w:p w14:paraId="036FA5C5" w14:textId="77777777" w:rsidR="007A3C5A" w:rsidRDefault="00000000">
      <w:pPr>
        <w:pStyle w:val="Heading2"/>
        <w:rPr>
          <w:rFonts w:asciiTheme="majorBidi" w:hAnsiTheme="majorBidi"/>
          <w:rtl/>
          <w:lang w:bidi="he-IL"/>
        </w:rPr>
      </w:pPr>
      <w:r w:rsidRPr="000D6481">
        <w:rPr>
          <w:rFonts w:asciiTheme="majorBidi" w:hAnsiTheme="majorBidi"/>
        </w:rPr>
        <w:t>Part D – Demographic Questions (Only in Initial Questionnaire)</w:t>
      </w:r>
    </w:p>
    <w:p w14:paraId="3EB443C1" w14:textId="77777777" w:rsidR="00B54958" w:rsidRPr="00B54958" w:rsidRDefault="00B54958" w:rsidP="00B54958">
      <w:pPr>
        <w:rPr>
          <w:lang w:bidi="he-IL"/>
        </w:rPr>
      </w:pPr>
    </w:p>
    <w:p w14:paraId="6D372A90" w14:textId="77777777" w:rsidR="007A3C5A" w:rsidRPr="000D6481" w:rsidRDefault="00000000">
      <w:pPr>
        <w:rPr>
          <w:rFonts w:asciiTheme="majorBidi" w:hAnsiTheme="majorBidi" w:cstheme="majorBidi"/>
        </w:rPr>
      </w:pPr>
      <w:r w:rsidRPr="000D6481">
        <w:rPr>
          <w:rFonts w:asciiTheme="majorBidi" w:hAnsiTheme="majorBidi" w:cstheme="majorBidi"/>
        </w:rPr>
        <w:t>1. Year of birth: ________</w:t>
      </w:r>
    </w:p>
    <w:p w14:paraId="7868D8C2" w14:textId="77777777" w:rsidR="007A3C5A" w:rsidRPr="000D6481" w:rsidRDefault="00000000">
      <w:pPr>
        <w:rPr>
          <w:rFonts w:asciiTheme="majorBidi" w:hAnsiTheme="majorBidi" w:cstheme="majorBidi"/>
        </w:rPr>
      </w:pPr>
      <w:r w:rsidRPr="000D6481">
        <w:rPr>
          <w:rFonts w:asciiTheme="majorBidi" w:hAnsiTheme="majorBidi" w:cstheme="majorBidi"/>
        </w:rPr>
        <w:t xml:space="preserve">2. </w:t>
      </w:r>
      <w:r w:rsidRPr="001C283E">
        <w:rPr>
          <w:rFonts w:asciiTheme="majorBidi" w:hAnsiTheme="majorBidi" w:cstheme="majorBidi"/>
          <w:u w:val="single"/>
        </w:rPr>
        <w:t>Marital status</w:t>
      </w:r>
      <w:r w:rsidRPr="000D6481">
        <w:rPr>
          <w:rFonts w:asciiTheme="majorBidi" w:hAnsiTheme="majorBidi" w:cstheme="majorBidi"/>
        </w:rPr>
        <w:t>:</w:t>
      </w:r>
      <w:r w:rsidRPr="000D6481">
        <w:rPr>
          <w:rFonts w:asciiTheme="majorBidi" w:hAnsiTheme="majorBidi" w:cstheme="majorBidi"/>
        </w:rPr>
        <w:br/>
        <w:t xml:space="preserve">   a. Married</w:t>
      </w:r>
      <w:r w:rsidRPr="000D6481">
        <w:rPr>
          <w:rFonts w:asciiTheme="majorBidi" w:hAnsiTheme="majorBidi" w:cstheme="majorBidi"/>
        </w:rPr>
        <w:br/>
        <w:t xml:space="preserve">   b. Single</w:t>
      </w:r>
      <w:r w:rsidRPr="000D6481">
        <w:rPr>
          <w:rFonts w:asciiTheme="majorBidi" w:hAnsiTheme="majorBidi" w:cstheme="majorBidi"/>
        </w:rPr>
        <w:br/>
        <w:t xml:space="preserve">   c. Divorced</w:t>
      </w:r>
      <w:r w:rsidRPr="000D6481">
        <w:rPr>
          <w:rFonts w:asciiTheme="majorBidi" w:hAnsiTheme="majorBidi" w:cstheme="majorBidi"/>
        </w:rPr>
        <w:br/>
        <w:t xml:space="preserve">   d. Widowed</w:t>
      </w:r>
      <w:r w:rsidRPr="000D6481">
        <w:rPr>
          <w:rFonts w:asciiTheme="majorBidi" w:hAnsiTheme="majorBidi" w:cstheme="majorBidi"/>
        </w:rPr>
        <w:br/>
        <w:t xml:space="preserve">   e. Separated</w:t>
      </w:r>
      <w:r w:rsidRPr="000D6481">
        <w:rPr>
          <w:rFonts w:asciiTheme="majorBidi" w:hAnsiTheme="majorBidi" w:cstheme="majorBidi"/>
        </w:rPr>
        <w:br/>
        <w:t xml:space="preserve">   f. Other: ________</w:t>
      </w:r>
      <w:r w:rsidRPr="000D6481">
        <w:rPr>
          <w:rFonts w:asciiTheme="majorBidi" w:hAnsiTheme="majorBidi" w:cstheme="majorBidi"/>
        </w:rPr>
        <w:br/>
        <w:t xml:space="preserve">   g. Prefer not to answer</w:t>
      </w:r>
    </w:p>
    <w:p w14:paraId="695093D1" w14:textId="77777777" w:rsidR="007A3C5A" w:rsidRPr="000D6481" w:rsidRDefault="00000000">
      <w:pPr>
        <w:rPr>
          <w:rFonts w:asciiTheme="majorBidi" w:hAnsiTheme="majorBidi" w:cstheme="majorBidi"/>
        </w:rPr>
      </w:pPr>
      <w:r w:rsidRPr="000D6481">
        <w:rPr>
          <w:rFonts w:asciiTheme="majorBidi" w:hAnsiTheme="majorBidi" w:cstheme="majorBidi"/>
        </w:rPr>
        <w:t>3. Do you have children? If yes, how many? (Range: 0–20): ________</w:t>
      </w:r>
    </w:p>
    <w:p w14:paraId="5343B72E" w14:textId="77777777" w:rsidR="007A3C5A" w:rsidRPr="000D6481" w:rsidRDefault="00000000">
      <w:pPr>
        <w:rPr>
          <w:rFonts w:asciiTheme="majorBidi" w:hAnsiTheme="majorBidi" w:cstheme="majorBidi"/>
        </w:rPr>
      </w:pPr>
      <w:r w:rsidRPr="000D6481">
        <w:rPr>
          <w:rFonts w:asciiTheme="majorBidi" w:hAnsiTheme="majorBidi" w:cstheme="majorBidi"/>
        </w:rPr>
        <w:t>4. What is your current gestational week? ________</w:t>
      </w:r>
    </w:p>
    <w:p w14:paraId="67D73C05" w14:textId="77777777" w:rsidR="007A3C5A" w:rsidRPr="000D6481" w:rsidRDefault="00000000">
      <w:pPr>
        <w:rPr>
          <w:rFonts w:asciiTheme="majorBidi" w:hAnsiTheme="majorBidi" w:cstheme="majorBidi"/>
        </w:rPr>
      </w:pPr>
      <w:r w:rsidRPr="000D6481">
        <w:rPr>
          <w:rFonts w:asciiTheme="majorBidi" w:hAnsiTheme="majorBidi" w:cstheme="majorBidi"/>
        </w:rPr>
        <w:t xml:space="preserve">5. </w:t>
      </w:r>
      <w:r w:rsidRPr="00667FC3">
        <w:rPr>
          <w:rFonts w:asciiTheme="majorBidi" w:hAnsiTheme="majorBidi" w:cstheme="majorBidi"/>
          <w:u w:val="single"/>
        </w:rPr>
        <w:t>Sector</w:t>
      </w:r>
      <w:r w:rsidRPr="000D6481">
        <w:rPr>
          <w:rFonts w:asciiTheme="majorBidi" w:hAnsiTheme="majorBidi" w:cstheme="majorBidi"/>
        </w:rPr>
        <w:t>:</w:t>
      </w:r>
      <w:r w:rsidRPr="000D6481">
        <w:rPr>
          <w:rFonts w:asciiTheme="majorBidi" w:hAnsiTheme="majorBidi" w:cstheme="majorBidi"/>
        </w:rPr>
        <w:br/>
        <w:t xml:space="preserve">   a. Jewish</w:t>
      </w:r>
      <w:r w:rsidRPr="000D6481">
        <w:rPr>
          <w:rFonts w:asciiTheme="majorBidi" w:hAnsiTheme="majorBidi" w:cstheme="majorBidi"/>
        </w:rPr>
        <w:br/>
        <w:t xml:space="preserve">   b. Muslim</w:t>
      </w:r>
      <w:r w:rsidRPr="000D6481">
        <w:rPr>
          <w:rFonts w:asciiTheme="majorBidi" w:hAnsiTheme="majorBidi" w:cstheme="majorBidi"/>
        </w:rPr>
        <w:br/>
      </w:r>
      <w:r w:rsidRPr="000D6481">
        <w:rPr>
          <w:rFonts w:asciiTheme="majorBidi" w:hAnsiTheme="majorBidi" w:cstheme="majorBidi"/>
        </w:rPr>
        <w:lastRenderedPageBreak/>
        <w:t xml:space="preserve">   c. Druze</w:t>
      </w:r>
      <w:r w:rsidRPr="000D6481">
        <w:rPr>
          <w:rFonts w:asciiTheme="majorBidi" w:hAnsiTheme="majorBidi" w:cstheme="majorBidi"/>
        </w:rPr>
        <w:br/>
        <w:t xml:space="preserve">   d. Christian</w:t>
      </w:r>
      <w:r w:rsidRPr="000D6481">
        <w:rPr>
          <w:rFonts w:asciiTheme="majorBidi" w:hAnsiTheme="majorBidi" w:cstheme="majorBidi"/>
        </w:rPr>
        <w:br/>
        <w:t xml:space="preserve">   e. Other: ________</w:t>
      </w:r>
      <w:r w:rsidRPr="000D6481">
        <w:rPr>
          <w:rFonts w:asciiTheme="majorBidi" w:hAnsiTheme="majorBidi" w:cstheme="majorBidi"/>
        </w:rPr>
        <w:br/>
        <w:t xml:space="preserve">   f. Prefer not to answer</w:t>
      </w:r>
    </w:p>
    <w:p w14:paraId="472683A0" w14:textId="77777777" w:rsidR="007A3C5A" w:rsidRPr="000D6481" w:rsidRDefault="00000000">
      <w:pPr>
        <w:rPr>
          <w:rFonts w:asciiTheme="majorBidi" w:hAnsiTheme="majorBidi" w:cstheme="majorBidi"/>
        </w:rPr>
      </w:pPr>
      <w:r w:rsidRPr="000D6481">
        <w:rPr>
          <w:rFonts w:asciiTheme="majorBidi" w:hAnsiTheme="majorBidi" w:cstheme="majorBidi"/>
        </w:rPr>
        <w:t xml:space="preserve">6. </w:t>
      </w:r>
      <w:r w:rsidRPr="00C22EB7">
        <w:rPr>
          <w:rFonts w:asciiTheme="majorBidi" w:hAnsiTheme="majorBidi" w:cstheme="majorBidi"/>
          <w:u w:val="single"/>
        </w:rPr>
        <w:t>How do you define yourself religiously</w:t>
      </w:r>
      <w:r w:rsidRPr="000D6481">
        <w:rPr>
          <w:rFonts w:asciiTheme="majorBidi" w:hAnsiTheme="majorBidi" w:cstheme="majorBidi"/>
        </w:rPr>
        <w:t>?</w:t>
      </w:r>
      <w:r w:rsidRPr="000D6481">
        <w:rPr>
          <w:rFonts w:asciiTheme="majorBidi" w:hAnsiTheme="majorBidi" w:cstheme="majorBidi"/>
        </w:rPr>
        <w:br/>
        <w:t xml:space="preserve">   a. Secular</w:t>
      </w:r>
      <w:r w:rsidRPr="000D6481">
        <w:rPr>
          <w:rFonts w:asciiTheme="majorBidi" w:hAnsiTheme="majorBidi" w:cstheme="majorBidi"/>
        </w:rPr>
        <w:br/>
        <w:t xml:space="preserve">   b. Traditional</w:t>
      </w:r>
      <w:r w:rsidRPr="000D6481">
        <w:rPr>
          <w:rFonts w:asciiTheme="majorBidi" w:hAnsiTheme="majorBidi" w:cstheme="majorBidi"/>
        </w:rPr>
        <w:br/>
        <w:t xml:space="preserve">   c. Religious</w:t>
      </w:r>
      <w:r w:rsidRPr="000D6481">
        <w:rPr>
          <w:rFonts w:asciiTheme="majorBidi" w:hAnsiTheme="majorBidi" w:cstheme="majorBidi"/>
        </w:rPr>
        <w:br/>
        <w:t xml:space="preserve">   d. Ultra-Orthodox / Very religious</w:t>
      </w:r>
      <w:r w:rsidRPr="000D6481">
        <w:rPr>
          <w:rFonts w:asciiTheme="majorBidi" w:hAnsiTheme="majorBidi" w:cstheme="majorBidi"/>
        </w:rPr>
        <w:br/>
        <w:t xml:space="preserve">   e. Other: ________</w:t>
      </w:r>
      <w:r w:rsidRPr="000D6481">
        <w:rPr>
          <w:rFonts w:asciiTheme="majorBidi" w:hAnsiTheme="majorBidi" w:cstheme="majorBidi"/>
        </w:rPr>
        <w:br/>
        <w:t xml:space="preserve">   f. Prefer not to answer</w:t>
      </w:r>
    </w:p>
    <w:p w14:paraId="2B947BF9" w14:textId="77777777" w:rsidR="007A3C5A" w:rsidRPr="000D6481" w:rsidRDefault="00000000">
      <w:pPr>
        <w:rPr>
          <w:rFonts w:asciiTheme="majorBidi" w:hAnsiTheme="majorBidi" w:cstheme="majorBidi"/>
        </w:rPr>
      </w:pPr>
      <w:r w:rsidRPr="000D6481">
        <w:rPr>
          <w:rFonts w:asciiTheme="majorBidi" w:hAnsiTheme="majorBidi" w:cstheme="majorBidi"/>
        </w:rPr>
        <w:t xml:space="preserve">7. </w:t>
      </w:r>
      <w:r w:rsidRPr="00C22EB7">
        <w:rPr>
          <w:rFonts w:asciiTheme="majorBidi" w:hAnsiTheme="majorBidi" w:cstheme="majorBidi"/>
          <w:u w:val="single"/>
        </w:rPr>
        <w:t>What is your education level</w:t>
      </w:r>
      <w:r w:rsidRPr="000D6481">
        <w:rPr>
          <w:rFonts w:asciiTheme="majorBidi" w:hAnsiTheme="majorBidi" w:cstheme="majorBidi"/>
        </w:rPr>
        <w:t>?</w:t>
      </w:r>
      <w:r w:rsidRPr="000D6481">
        <w:rPr>
          <w:rFonts w:asciiTheme="majorBidi" w:hAnsiTheme="majorBidi" w:cstheme="majorBidi"/>
        </w:rPr>
        <w:br/>
        <w:t xml:space="preserve">   1. 12 years or less (without high school diploma)</w:t>
      </w:r>
      <w:r w:rsidRPr="000D6481">
        <w:rPr>
          <w:rFonts w:asciiTheme="majorBidi" w:hAnsiTheme="majorBidi" w:cstheme="majorBidi"/>
        </w:rPr>
        <w:br/>
        <w:t xml:space="preserve">   2. High school diploma</w:t>
      </w:r>
      <w:r w:rsidRPr="000D6481">
        <w:rPr>
          <w:rFonts w:asciiTheme="majorBidi" w:hAnsiTheme="majorBidi" w:cstheme="majorBidi"/>
        </w:rPr>
        <w:br/>
        <w:t xml:space="preserve">   3. Non-academic post-secondary education (e.g., technician, Yeshiva, etc.)</w:t>
      </w:r>
      <w:r w:rsidRPr="000D6481">
        <w:rPr>
          <w:rFonts w:asciiTheme="majorBidi" w:hAnsiTheme="majorBidi" w:cstheme="majorBidi"/>
        </w:rPr>
        <w:br/>
        <w:t xml:space="preserve">   4. Academic education (Bachelor’s degree or higher)</w:t>
      </w:r>
      <w:r w:rsidRPr="000D6481">
        <w:rPr>
          <w:rFonts w:asciiTheme="majorBidi" w:hAnsiTheme="majorBidi" w:cstheme="majorBidi"/>
        </w:rPr>
        <w:br/>
        <w:t xml:space="preserve">   5. Prefer not to answer</w:t>
      </w:r>
    </w:p>
    <w:p w14:paraId="7A64DA0B" w14:textId="77777777" w:rsidR="007A3C5A" w:rsidRPr="000D6481" w:rsidRDefault="00000000">
      <w:pPr>
        <w:rPr>
          <w:rFonts w:asciiTheme="majorBidi" w:hAnsiTheme="majorBidi" w:cstheme="majorBidi"/>
        </w:rPr>
      </w:pPr>
      <w:r w:rsidRPr="000D6481">
        <w:rPr>
          <w:rFonts w:asciiTheme="majorBidi" w:hAnsiTheme="majorBidi" w:cstheme="majorBidi"/>
        </w:rPr>
        <w:t xml:space="preserve">8. </w:t>
      </w:r>
      <w:r w:rsidRPr="00292457">
        <w:rPr>
          <w:rFonts w:asciiTheme="majorBidi" w:hAnsiTheme="majorBidi" w:cstheme="majorBidi"/>
          <w:u w:val="single"/>
        </w:rPr>
        <w:t>Country of birth</w:t>
      </w:r>
      <w:r w:rsidRPr="000D6481">
        <w:rPr>
          <w:rFonts w:asciiTheme="majorBidi" w:hAnsiTheme="majorBidi" w:cstheme="majorBidi"/>
        </w:rPr>
        <w:t>:</w:t>
      </w:r>
      <w:r w:rsidRPr="000D6481">
        <w:rPr>
          <w:rFonts w:asciiTheme="majorBidi" w:hAnsiTheme="majorBidi" w:cstheme="majorBidi"/>
        </w:rPr>
        <w:br/>
        <w:t xml:space="preserve">   a. Israel</w:t>
      </w:r>
      <w:r w:rsidRPr="000D6481">
        <w:rPr>
          <w:rFonts w:asciiTheme="majorBidi" w:hAnsiTheme="majorBidi" w:cstheme="majorBidi"/>
        </w:rPr>
        <w:br/>
        <w:t xml:space="preserve">   b. Other: ________</w:t>
      </w:r>
      <w:r w:rsidRPr="000D6481">
        <w:rPr>
          <w:rFonts w:asciiTheme="majorBidi" w:hAnsiTheme="majorBidi" w:cstheme="majorBidi"/>
        </w:rPr>
        <w:br/>
        <w:t xml:space="preserve">   c. Prefer not to answer</w:t>
      </w:r>
    </w:p>
    <w:p w14:paraId="0A0DC8FE" w14:textId="77777777" w:rsidR="007A3C5A" w:rsidRPr="000D6481" w:rsidRDefault="00000000">
      <w:pPr>
        <w:rPr>
          <w:rFonts w:asciiTheme="majorBidi" w:hAnsiTheme="majorBidi" w:cstheme="majorBidi"/>
        </w:rPr>
      </w:pPr>
      <w:r w:rsidRPr="000D6481">
        <w:rPr>
          <w:rFonts w:asciiTheme="majorBidi" w:hAnsiTheme="majorBidi" w:cstheme="majorBidi"/>
        </w:rPr>
        <w:t xml:space="preserve">9. </w:t>
      </w:r>
      <w:r w:rsidRPr="00500239">
        <w:rPr>
          <w:rFonts w:asciiTheme="majorBidi" w:hAnsiTheme="majorBidi" w:cstheme="majorBidi"/>
          <w:u w:val="single"/>
        </w:rPr>
        <w:t>What type of home do you live in</w:t>
      </w:r>
      <w:r w:rsidRPr="000D6481">
        <w:rPr>
          <w:rFonts w:asciiTheme="majorBidi" w:hAnsiTheme="majorBidi" w:cstheme="majorBidi"/>
        </w:rPr>
        <w:t>?</w:t>
      </w:r>
      <w:r w:rsidRPr="000D6481">
        <w:rPr>
          <w:rFonts w:asciiTheme="majorBidi" w:hAnsiTheme="majorBidi" w:cstheme="majorBidi"/>
        </w:rPr>
        <w:br/>
        <w:t xml:space="preserve">   a. Private house</w:t>
      </w:r>
      <w:r w:rsidRPr="000D6481">
        <w:rPr>
          <w:rFonts w:asciiTheme="majorBidi" w:hAnsiTheme="majorBidi" w:cstheme="majorBidi"/>
        </w:rPr>
        <w:br/>
        <w:t xml:space="preserve">   b. Apartment in a building</w:t>
      </w:r>
      <w:r w:rsidRPr="000D6481">
        <w:rPr>
          <w:rFonts w:asciiTheme="majorBidi" w:hAnsiTheme="majorBidi" w:cstheme="majorBidi"/>
        </w:rPr>
        <w:br/>
        <w:t xml:space="preserve">   c. Other: ________</w:t>
      </w:r>
      <w:r w:rsidRPr="000D6481">
        <w:rPr>
          <w:rFonts w:asciiTheme="majorBidi" w:hAnsiTheme="majorBidi" w:cstheme="majorBidi"/>
        </w:rPr>
        <w:br/>
        <w:t xml:space="preserve">   d. Prefer not to answer</w:t>
      </w:r>
    </w:p>
    <w:p w14:paraId="4DE46874" w14:textId="77777777" w:rsidR="007A3C5A" w:rsidRPr="000D6481" w:rsidRDefault="00000000">
      <w:pPr>
        <w:rPr>
          <w:rFonts w:asciiTheme="majorBidi" w:hAnsiTheme="majorBidi" w:cstheme="majorBidi"/>
        </w:rPr>
      </w:pPr>
      <w:r w:rsidRPr="000D6481">
        <w:rPr>
          <w:rFonts w:asciiTheme="majorBidi" w:hAnsiTheme="majorBidi" w:cstheme="majorBidi"/>
        </w:rPr>
        <w:t>10. (If answered b in previous question) What floor do you live on? ________</w:t>
      </w:r>
    </w:p>
    <w:p w14:paraId="4E87FC1D" w14:textId="77777777" w:rsidR="007A3C5A" w:rsidRPr="000D6481" w:rsidRDefault="00000000">
      <w:pPr>
        <w:rPr>
          <w:rFonts w:asciiTheme="majorBidi" w:hAnsiTheme="majorBidi" w:cstheme="majorBidi"/>
        </w:rPr>
      </w:pPr>
      <w:r w:rsidRPr="000D6481">
        <w:rPr>
          <w:rFonts w:asciiTheme="majorBidi" w:hAnsiTheme="majorBidi" w:cstheme="majorBidi"/>
        </w:rPr>
        <w:t>11. (If answered b in previous question) Does your building have an elevator?</w:t>
      </w:r>
      <w:r w:rsidRPr="000D6481">
        <w:rPr>
          <w:rFonts w:asciiTheme="majorBidi" w:hAnsiTheme="majorBidi" w:cstheme="majorBidi"/>
        </w:rPr>
        <w:br/>
        <w:t xml:space="preserve">    Yes / No / Prefer not to answer</w:t>
      </w:r>
    </w:p>
    <w:p w14:paraId="51DFB36F" w14:textId="77777777" w:rsidR="007A3C5A" w:rsidRPr="000D6481" w:rsidRDefault="00000000">
      <w:pPr>
        <w:rPr>
          <w:rFonts w:asciiTheme="majorBidi" w:hAnsiTheme="majorBidi" w:cstheme="majorBidi"/>
        </w:rPr>
      </w:pPr>
      <w:r w:rsidRPr="000D6481">
        <w:rPr>
          <w:rFonts w:asciiTheme="majorBidi" w:hAnsiTheme="majorBidi" w:cstheme="majorBidi"/>
        </w:rPr>
        <w:t xml:space="preserve">12. </w:t>
      </w:r>
      <w:r w:rsidRPr="00EF2A6C">
        <w:rPr>
          <w:rFonts w:asciiTheme="majorBidi" w:hAnsiTheme="majorBidi" w:cstheme="majorBidi"/>
          <w:u w:val="single"/>
        </w:rPr>
        <w:t>Does your home have:</w:t>
      </w:r>
      <w:r w:rsidRPr="000D6481">
        <w:rPr>
          <w:rFonts w:asciiTheme="majorBidi" w:hAnsiTheme="majorBidi" w:cstheme="majorBidi"/>
        </w:rPr>
        <w:br/>
        <w:t xml:space="preserve">   a. A balcony – Yes / No / Prefer not to answer</w:t>
      </w:r>
      <w:r w:rsidRPr="000D6481">
        <w:rPr>
          <w:rFonts w:asciiTheme="majorBidi" w:hAnsiTheme="majorBidi" w:cstheme="majorBidi"/>
        </w:rPr>
        <w:br/>
        <w:t xml:space="preserve">   b. A private garden or yard – Yes / No / Prefer not to answer</w:t>
      </w:r>
      <w:r w:rsidRPr="000D6481">
        <w:rPr>
          <w:rFonts w:asciiTheme="majorBidi" w:hAnsiTheme="majorBidi" w:cstheme="majorBidi"/>
        </w:rPr>
        <w:br/>
        <w:t xml:space="preserve">   c. A utility room with a window – Yes / No / Prefer not to answer</w:t>
      </w:r>
    </w:p>
    <w:p w14:paraId="0DF38D6F" w14:textId="77777777" w:rsidR="007A3C5A" w:rsidRPr="000D6481" w:rsidRDefault="00000000">
      <w:pPr>
        <w:rPr>
          <w:rFonts w:asciiTheme="majorBidi" w:hAnsiTheme="majorBidi" w:cstheme="majorBidi"/>
        </w:rPr>
      </w:pPr>
      <w:r w:rsidRPr="000D6481">
        <w:rPr>
          <w:rFonts w:asciiTheme="majorBidi" w:hAnsiTheme="majorBidi" w:cstheme="majorBidi"/>
        </w:rPr>
        <w:t xml:space="preserve">13. </w:t>
      </w:r>
      <w:r w:rsidRPr="00857969">
        <w:rPr>
          <w:rFonts w:asciiTheme="majorBidi" w:hAnsiTheme="majorBidi" w:cstheme="majorBidi"/>
          <w:u w:val="single"/>
        </w:rPr>
        <w:t>Are you currently employed</w:t>
      </w:r>
      <w:r w:rsidRPr="000D6481">
        <w:rPr>
          <w:rFonts w:asciiTheme="majorBidi" w:hAnsiTheme="majorBidi" w:cstheme="majorBidi"/>
        </w:rPr>
        <w:t>?</w:t>
      </w:r>
      <w:r w:rsidRPr="000D6481">
        <w:rPr>
          <w:rFonts w:asciiTheme="majorBidi" w:hAnsiTheme="majorBidi" w:cstheme="majorBidi"/>
        </w:rPr>
        <w:br/>
        <w:t xml:space="preserve">   1. Not working</w:t>
      </w:r>
      <w:r w:rsidRPr="000D6481">
        <w:rPr>
          <w:rFonts w:asciiTheme="majorBidi" w:hAnsiTheme="majorBidi" w:cstheme="majorBidi"/>
        </w:rPr>
        <w:br/>
        <w:t xml:space="preserve">   2. Part-time</w:t>
      </w:r>
      <w:r w:rsidRPr="000D6481">
        <w:rPr>
          <w:rFonts w:asciiTheme="majorBidi" w:hAnsiTheme="majorBidi" w:cstheme="majorBidi"/>
        </w:rPr>
        <w:br/>
        <w:t xml:space="preserve">   3. Full-time</w:t>
      </w:r>
      <w:r w:rsidRPr="000D6481">
        <w:rPr>
          <w:rFonts w:asciiTheme="majorBidi" w:hAnsiTheme="majorBidi" w:cstheme="majorBidi"/>
        </w:rPr>
        <w:br/>
        <w:t xml:space="preserve">   4. Other: ________</w:t>
      </w:r>
      <w:r w:rsidRPr="000D6481">
        <w:rPr>
          <w:rFonts w:asciiTheme="majorBidi" w:hAnsiTheme="majorBidi" w:cstheme="majorBidi"/>
        </w:rPr>
        <w:br/>
        <w:t xml:space="preserve">   5. Prefer not to answer</w:t>
      </w:r>
    </w:p>
    <w:p w14:paraId="53858236" w14:textId="77777777" w:rsidR="007A3C5A" w:rsidRPr="000D6481" w:rsidRDefault="00000000">
      <w:pPr>
        <w:rPr>
          <w:rFonts w:asciiTheme="majorBidi" w:hAnsiTheme="majorBidi" w:cstheme="majorBidi"/>
        </w:rPr>
      </w:pPr>
      <w:r w:rsidRPr="000D6481">
        <w:rPr>
          <w:rFonts w:asciiTheme="majorBidi" w:hAnsiTheme="majorBidi" w:cstheme="majorBidi"/>
        </w:rPr>
        <w:lastRenderedPageBreak/>
        <w:t xml:space="preserve">14. </w:t>
      </w:r>
      <w:r w:rsidRPr="006C7529">
        <w:rPr>
          <w:rFonts w:asciiTheme="majorBidi" w:hAnsiTheme="majorBidi" w:cstheme="majorBidi"/>
          <w:u w:val="single"/>
        </w:rPr>
        <w:t>Is your partner currently employed</w:t>
      </w:r>
      <w:r w:rsidRPr="000D6481">
        <w:rPr>
          <w:rFonts w:asciiTheme="majorBidi" w:hAnsiTheme="majorBidi" w:cstheme="majorBidi"/>
        </w:rPr>
        <w:t>?</w:t>
      </w:r>
      <w:r w:rsidRPr="000D6481">
        <w:rPr>
          <w:rFonts w:asciiTheme="majorBidi" w:hAnsiTheme="majorBidi" w:cstheme="majorBidi"/>
        </w:rPr>
        <w:br/>
        <w:t xml:space="preserve">   1. Not working</w:t>
      </w:r>
      <w:r w:rsidRPr="000D6481">
        <w:rPr>
          <w:rFonts w:asciiTheme="majorBidi" w:hAnsiTheme="majorBidi" w:cstheme="majorBidi"/>
        </w:rPr>
        <w:br/>
        <w:t xml:space="preserve">   2. Part-time</w:t>
      </w:r>
      <w:r w:rsidRPr="000D6481">
        <w:rPr>
          <w:rFonts w:asciiTheme="majorBidi" w:hAnsiTheme="majorBidi" w:cstheme="majorBidi"/>
        </w:rPr>
        <w:br/>
        <w:t xml:space="preserve">   3. Full-time</w:t>
      </w:r>
      <w:r w:rsidRPr="000D6481">
        <w:rPr>
          <w:rFonts w:asciiTheme="majorBidi" w:hAnsiTheme="majorBidi" w:cstheme="majorBidi"/>
        </w:rPr>
        <w:br/>
        <w:t xml:space="preserve">   4. Other: ________</w:t>
      </w:r>
      <w:r w:rsidRPr="000D6481">
        <w:rPr>
          <w:rFonts w:asciiTheme="majorBidi" w:hAnsiTheme="majorBidi" w:cstheme="majorBidi"/>
        </w:rPr>
        <w:br/>
        <w:t xml:space="preserve">   5. Prefer not to answer</w:t>
      </w:r>
    </w:p>
    <w:p w14:paraId="43E135DF" w14:textId="77777777" w:rsidR="007A3C5A" w:rsidRPr="000D6481" w:rsidRDefault="00000000">
      <w:pPr>
        <w:rPr>
          <w:rFonts w:asciiTheme="majorBidi" w:hAnsiTheme="majorBidi" w:cstheme="majorBidi"/>
        </w:rPr>
      </w:pPr>
      <w:r w:rsidRPr="000D6481">
        <w:rPr>
          <w:rFonts w:asciiTheme="majorBidi" w:hAnsiTheme="majorBidi" w:cstheme="majorBidi"/>
        </w:rPr>
        <w:t>15. Full name (mandatory): ___________</w:t>
      </w:r>
    </w:p>
    <w:p w14:paraId="31DC8733" w14:textId="77777777" w:rsidR="007A3C5A" w:rsidRPr="000D6481" w:rsidRDefault="00000000">
      <w:pPr>
        <w:rPr>
          <w:rFonts w:asciiTheme="majorBidi" w:hAnsiTheme="majorBidi" w:cstheme="majorBidi"/>
        </w:rPr>
      </w:pPr>
      <w:r w:rsidRPr="000D6481">
        <w:rPr>
          <w:rFonts w:asciiTheme="majorBidi" w:hAnsiTheme="majorBidi" w:cstheme="majorBidi"/>
        </w:rPr>
        <w:t>16. Phone number (mandatory): ___________</w:t>
      </w:r>
    </w:p>
    <w:p w14:paraId="743B8B89" w14:textId="77777777" w:rsidR="007A3C5A" w:rsidRPr="000D6481" w:rsidRDefault="00000000">
      <w:pPr>
        <w:rPr>
          <w:rFonts w:asciiTheme="majorBidi" w:hAnsiTheme="majorBidi" w:cstheme="majorBidi"/>
        </w:rPr>
      </w:pPr>
      <w:r w:rsidRPr="000D6481">
        <w:rPr>
          <w:rFonts w:asciiTheme="majorBidi" w:hAnsiTheme="majorBidi" w:cstheme="majorBidi"/>
        </w:rPr>
        <w:t>17. Facebook name (for group invitation) (mandatory): ___________</w:t>
      </w:r>
    </w:p>
    <w:p w14:paraId="2B650912" w14:textId="77777777" w:rsidR="007A3C5A" w:rsidRDefault="00000000">
      <w:pPr>
        <w:pStyle w:val="Heading1"/>
        <w:rPr>
          <w:rFonts w:asciiTheme="majorBidi" w:hAnsiTheme="majorBidi"/>
          <w:rtl/>
          <w:lang w:bidi="he-IL"/>
        </w:rPr>
      </w:pPr>
      <w:r w:rsidRPr="000D6481">
        <w:rPr>
          <w:rFonts w:asciiTheme="majorBidi" w:hAnsiTheme="majorBidi"/>
        </w:rPr>
        <w:t>Part E – Facebook Group Engagement and Feedback (Endline Survey Only)</w:t>
      </w:r>
    </w:p>
    <w:p w14:paraId="4334F5D6" w14:textId="77777777" w:rsidR="00777296" w:rsidRPr="00777296" w:rsidRDefault="00777296" w:rsidP="00777296">
      <w:pPr>
        <w:rPr>
          <w:lang w:bidi="he-IL"/>
        </w:rPr>
      </w:pPr>
    </w:p>
    <w:p w14:paraId="5E19CC95" w14:textId="77777777" w:rsidR="007A3C5A" w:rsidRPr="000D6481" w:rsidRDefault="00000000">
      <w:pPr>
        <w:rPr>
          <w:rFonts w:asciiTheme="majorBidi" w:hAnsiTheme="majorBidi" w:cstheme="majorBidi"/>
        </w:rPr>
      </w:pPr>
      <w:r w:rsidRPr="000D6481">
        <w:rPr>
          <w:rFonts w:asciiTheme="majorBidi" w:hAnsiTheme="majorBidi" w:cstheme="majorBidi"/>
        </w:rPr>
        <w:t>The following questions refer to your engagement in the Facebook group “Neshimami – First Breath for Baby and Mommy”:</w:t>
      </w:r>
    </w:p>
    <w:p w14:paraId="1ECA5030" w14:textId="2D122634" w:rsidR="007A3C5A" w:rsidRDefault="00000000" w:rsidP="00117723">
      <w:pPr>
        <w:pStyle w:val="ListBullet"/>
        <w:numPr>
          <w:ilvl w:val="0"/>
          <w:numId w:val="0"/>
        </w:numPr>
        <w:ind w:left="360" w:hanging="360"/>
        <w:rPr>
          <w:rFonts w:asciiTheme="majorBidi" w:hAnsiTheme="majorBidi" w:cstheme="majorBidi"/>
          <w:u w:val="single"/>
        </w:rPr>
      </w:pPr>
      <w:r w:rsidRPr="00FF36C4">
        <w:rPr>
          <w:rFonts w:asciiTheme="majorBidi" w:hAnsiTheme="majorBidi" w:cstheme="majorBidi"/>
          <w:u w:val="single"/>
        </w:rPr>
        <w:t>To what extent were you active in the Facebook group '</w:t>
      </w:r>
      <w:proofErr w:type="spellStart"/>
      <w:r w:rsidRPr="00FF36C4">
        <w:rPr>
          <w:rFonts w:asciiTheme="majorBidi" w:hAnsiTheme="majorBidi" w:cstheme="majorBidi"/>
          <w:u w:val="single"/>
        </w:rPr>
        <w:t>Neshimami</w:t>
      </w:r>
      <w:proofErr w:type="spellEnd"/>
      <w:r w:rsidRPr="00FF36C4">
        <w:rPr>
          <w:rFonts w:asciiTheme="majorBidi" w:hAnsiTheme="majorBidi" w:cstheme="majorBidi"/>
          <w:u w:val="single"/>
        </w:rPr>
        <w:t>'?</w:t>
      </w:r>
    </w:p>
    <w:p w14:paraId="6F940257" w14:textId="54726DF5" w:rsidR="00FF36C4" w:rsidRPr="00FF36C4" w:rsidRDefault="00FF36C4" w:rsidP="00117723">
      <w:pPr>
        <w:pStyle w:val="ListBullet"/>
        <w:numPr>
          <w:ilvl w:val="0"/>
          <w:numId w:val="0"/>
        </w:numPr>
        <w:ind w:left="360" w:hanging="360"/>
        <w:rPr>
          <w:rFonts w:asciiTheme="majorBidi" w:hAnsiTheme="majorBidi" w:cstheme="majorBidi"/>
        </w:rPr>
      </w:pPr>
      <w:r w:rsidRPr="000D6481">
        <w:rPr>
          <w:rFonts w:asciiTheme="majorBidi" w:hAnsiTheme="majorBidi" w:cstheme="majorBidi"/>
        </w:rPr>
        <w:t xml:space="preserve">(0) Not at all. (1) </w:t>
      </w:r>
      <w:r>
        <w:rPr>
          <w:rFonts w:asciiTheme="majorBidi" w:hAnsiTheme="majorBidi" w:cstheme="majorBidi"/>
          <w:lang w:bidi="he-IL"/>
        </w:rPr>
        <w:t>To a small extent</w:t>
      </w:r>
      <w:r w:rsidRPr="000D6481">
        <w:rPr>
          <w:rFonts w:asciiTheme="majorBidi" w:hAnsiTheme="majorBidi" w:cstheme="majorBidi"/>
        </w:rPr>
        <w:t xml:space="preserve">. (2) </w:t>
      </w:r>
      <w:r>
        <w:rPr>
          <w:rFonts w:asciiTheme="majorBidi" w:hAnsiTheme="majorBidi" w:cstheme="majorBidi"/>
        </w:rPr>
        <w:t>To a moderate extent</w:t>
      </w:r>
      <w:r w:rsidRPr="000D6481">
        <w:rPr>
          <w:rFonts w:asciiTheme="majorBidi" w:hAnsiTheme="majorBidi" w:cstheme="majorBidi"/>
        </w:rPr>
        <w:t xml:space="preserve">. (3) </w:t>
      </w:r>
      <w:r>
        <w:rPr>
          <w:rFonts w:asciiTheme="majorBidi" w:hAnsiTheme="majorBidi" w:cstheme="majorBidi"/>
        </w:rPr>
        <w:t>To a large extent</w:t>
      </w:r>
      <w:r w:rsidRPr="000D6481">
        <w:rPr>
          <w:rFonts w:asciiTheme="majorBidi" w:hAnsiTheme="majorBidi" w:cstheme="majorBidi"/>
        </w:rPr>
        <w:t xml:space="preserve">. (4) </w:t>
      </w:r>
      <w:r>
        <w:rPr>
          <w:rFonts w:asciiTheme="majorBidi" w:hAnsiTheme="majorBidi" w:cstheme="majorBidi"/>
        </w:rPr>
        <w:t>To a very large extent</w:t>
      </w:r>
    </w:p>
    <w:p w14:paraId="52731608" w14:textId="5A08D698" w:rsidR="007A3C5A" w:rsidRPr="000D6481" w:rsidRDefault="00FF36C4" w:rsidP="00FF36C4">
      <w:pPr>
        <w:pStyle w:val="ListBullet"/>
        <w:numPr>
          <w:ilvl w:val="0"/>
          <w:numId w:val="0"/>
        </w:numPr>
        <w:ind w:left="360"/>
        <w:rPr>
          <w:rFonts w:asciiTheme="majorBidi" w:hAnsiTheme="majorBidi" w:cstheme="majorBidi"/>
        </w:rPr>
      </w:pPr>
      <w:r>
        <w:rPr>
          <w:rFonts w:asciiTheme="majorBidi" w:hAnsiTheme="majorBidi" w:cstheme="majorBidi"/>
        </w:rPr>
        <w:t xml:space="preserve">1. </w:t>
      </w:r>
      <w:r w:rsidRPr="000D6481">
        <w:rPr>
          <w:rFonts w:asciiTheme="majorBidi" w:hAnsiTheme="majorBidi" w:cstheme="majorBidi"/>
        </w:rPr>
        <w:t>I entered the group and read posts.</w:t>
      </w:r>
    </w:p>
    <w:p w14:paraId="24210D85" w14:textId="77777777" w:rsidR="007A3C5A" w:rsidRPr="000D6481" w:rsidRDefault="00000000" w:rsidP="00FF36C4">
      <w:pPr>
        <w:pStyle w:val="ListBullet"/>
        <w:numPr>
          <w:ilvl w:val="0"/>
          <w:numId w:val="0"/>
        </w:numPr>
        <w:ind w:left="360"/>
        <w:rPr>
          <w:rFonts w:asciiTheme="majorBidi" w:hAnsiTheme="majorBidi" w:cstheme="majorBidi"/>
        </w:rPr>
      </w:pPr>
      <w:r w:rsidRPr="000D6481">
        <w:rPr>
          <w:rFonts w:asciiTheme="majorBidi" w:hAnsiTheme="majorBidi" w:cstheme="majorBidi"/>
        </w:rPr>
        <w:t>2. I read comments and discussions in the group.</w:t>
      </w:r>
    </w:p>
    <w:p w14:paraId="23106E47" w14:textId="77777777" w:rsidR="007A3C5A" w:rsidRPr="000D6481" w:rsidRDefault="00000000" w:rsidP="00FF36C4">
      <w:pPr>
        <w:pStyle w:val="ListBullet"/>
        <w:numPr>
          <w:ilvl w:val="0"/>
          <w:numId w:val="0"/>
        </w:numPr>
        <w:ind w:left="360"/>
        <w:rPr>
          <w:rFonts w:asciiTheme="majorBidi" w:hAnsiTheme="majorBidi" w:cstheme="majorBidi"/>
        </w:rPr>
      </w:pPr>
      <w:r w:rsidRPr="000D6481">
        <w:rPr>
          <w:rFonts w:asciiTheme="majorBidi" w:hAnsiTheme="majorBidi" w:cstheme="majorBidi"/>
        </w:rPr>
        <w:t>3. I liked posts and comments in the group.</w:t>
      </w:r>
    </w:p>
    <w:p w14:paraId="48634DCB" w14:textId="77777777" w:rsidR="007A3C5A" w:rsidRPr="000D6481" w:rsidRDefault="00000000" w:rsidP="00FF36C4">
      <w:pPr>
        <w:pStyle w:val="ListBullet"/>
        <w:numPr>
          <w:ilvl w:val="0"/>
          <w:numId w:val="0"/>
        </w:numPr>
        <w:ind w:left="360"/>
        <w:rPr>
          <w:rFonts w:asciiTheme="majorBidi" w:hAnsiTheme="majorBidi" w:cstheme="majorBidi"/>
        </w:rPr>
      </w:pPr>
      <w:r w:rsidRPr="000D6481">
        <w:rPr>
          <w:rFonts w:asciiTheme="majorBidi" w:hAnsiTheme="majorBidi" w:cstheme="majorBidi"/>
        </w:rPr>
        <w:t>4. I commented on posts and comments in the group.</w:t>
      </w:r>
    </w:p>
    <w:p w14:paraId="24AC40D6" w14:textId="77777777" w:rsidR="007A3C5A" w:rsidRPr="000D6481" w:rsidRDefault="00000000" w:rsidP="00FF36C4">
      <w:pPr>
        <w:pStyle w:val="ListBullet"/>
        <w:numPr>
          <w:ilvl w:val="0"/>
          <w:numId w:val="0"/>
        </w:numPr>
        <w:ind w:left="360"/>
        <w:rPr>
          <w:rFonts w:asciiTheme="majorBidi" w:hAnsiTheme="majorBidi" w:cstheme="majorBidi"/>
        </w:rPr>
      </w:pPr>
      <w:r w:rsidRPr="000D6481">
        <w:rPr>
          <w:rFonts w:asciiTheme="majorBidi" w:hAnsiTheme="majorBidi" w:cstheme="majorBidi"/>
        </w:rPr>
        <w:t>5. I posted new content in the group myself.</w:t>
      </w:r>
    </w:p>
    <w:p w14:paraId="5770D75E" w14:textId="77777777" w:rsidR="007A3C5A" w:rsidRPr="009E27A1" w:rsidRDefault="00000000">
      <w:pPr>
        <w:rPr>
          <w:rFonts w:asciiTheme="majorBidi" w:hAnsiTheme="majorBidi" w:cstheme="majorBidi"/>
          <w:u w:val="single"/>
        </w:rPr>
      </w:pPr>
      <w:r w:rsidRPr="000D6481">
        <w:rPr>
          <w:rFonts w:asciiTheme="majorBidi" w:hAnsiTheme="majorBidi" w:cstheme="majorBidi"/>
        </w:rPr>
        <w:br/>
      </w:r>
      <w:r w:rsidRPr="009E27A1">
        <w:rPr>
          <w:rFonts w:asciiTheme="majorBidi" w:hAnsiTheme="majorBidi" w:cstheme="majorBidi"/>
          <w:u w:val="single"/>
        </w:rPr>
        <w:t>The following questions relate to your feedback about the Facebook group “Neshimami”:</w:t>
      </w:r>
    </w:p>
    <w:p w14:paraId="1F030AB1" w14:textId="2CFF3B10" w:rsidR="007A3C5A" w:rsidRPr="009E27A1" w:rsidRDefault="00000000">
      <w:pPr>
        <w:pStyle w:val="ListNumber"/>
        <w:rPr>
          <w:rFonts w:asciiTheme="majorBidi" w:hAnsiTheme="majorBidi" w:cstheme="majorBidi"/>
        </w:rPr>
      </w:pPr>
      <w:r w:rsidRPr="009E27A1">
        <w:rPr>
          <w:rFonts w:asciiTheme="majorBidi" w:hAnsiTheme="majorBidi" w:cstheme="majorBidi"/>
        </w:rPr>
        <w:t>What is your overall impression of the group? Please elaborate.</w:t>
      </w:r>
      <w:r w:rsidRPr="009E27A1">
        <w:rPr>
          <w:rFonts w:asciiTheme="majorBidi" w:hAnsiTheme="majorBidi" w:cstheme="majorBidi"/>
        </w:rPr>
        <w:br/>
      </w:r>
    </w:p>
    <w:p w14:paraId="6D7046D2" w14:textId="5BF8EB85" w:rsidR="009E27A1" w:rsidRPr="009E27A1" w:rsidRDefault="00000000" w:rsidP="009E27A1">
      <w:pPr>
        <w:pStyle w:val="ListNumber"/>
        <w:rPr>
          <w:rFonts w:asciiTheme="majorBidi" w:hAnsiTheme="majorBidi" w:cstheme="majorBidi"/>
        </w:rPr>
      </w:pPr>
      <w:r w:rsidRPr="009E27A1">
        <w:rPr>
          <w:rFonts w:asciiTheme="majorBidi" w:hAnsiTheme="majorBidi" w:cstheme="majorBidi"/>
        </w:rPr>
        <w:t>Did the group benefit you? Please elaborate.</w:t>
      </w:r>
      <w:r w:rsidRPr="009E27A1">
        <w:rPr>
          <w:rFonts w:asciiTheme="majorBidi" w:hAnsiTheme="majorBidi" w:cstheme="majorBidi"/>
        </w:rPr>
        <w:br/>
      </w:r>
      <w:r w:rsidR="009E27A1" w:rsidRPr="009E27A1">
        <w:rPr>
          <w:rFonts w:asciiTheme="majorBidi" w:hAnsiTheme="majorBidi" w:cstheme="majorBidi"/>
        </w:rPr>
        <w:t xml:space="preserve">(0) Not at all. (1) </w:t>
      </w:r>
      <w:r w:rsidR="009E27A1" w:rsidRPr="009E27A1">
        <w:rPr>
          <w:rFonts w:asciiTheme="majorBidi" w:hAnsiTheme="majorBidi" w:cstheme="majorBidi"/>
          <w:lang w:bidi="he-IL"/>
        </w:rPr>
        <w:t>To a small extent</w:t>
      </w:r>
      <w:r w:rsidR="009E27A1" w:rsidRPr="009E27A1">
        <w:rPr>
          <w:rFonts w:asciiTheme="majorBidi" w:hAnsiTheme="majorBidi" w:cstheme="majorBidi"/>
        </w:rPr>
        <w:t>. (2) To a moderate extent. (3) To a large extent. (4) To a very large extent</w:t>
      </w:r>
    </w:p>
    <w:p w14:paraId="16938BA3" w14:textId="77777777" w:rsidR="009E27A1" w:rsidRPr="00D25628" w:rsidRDefault="00000000" w:rsidP="009E27A1">
      <w:pPr>
        <w:pStyle w:val="ListNumber"/>
        <w:rPr>
          <w:rFonts w:asciiTheme="majorBidi" w:hAnsiTheme="majorBidi" w:cstheme="majorBidi"/>
        </w:rPr>
      </w:pPr>
      <w:r w:rsidRPr="00D25628">
        <w:rPr>
          <w:rFonts w:asciiTheme="majorBidi" w:hAnsiTheme="majorBidi" w:cstheme="majorBidi"/>
        </w:rPr>
        <w:t>Did you learn anything new from the group? Please elaborate.</w:t>
      </w:r>
      <w:r w:rsidRPr="00D25628">
        <w:rPr>
          <w:rFonts w:asciiTheme="majorBidi" w:hAnsiTheme="majorBidi" w:cstheme="majorBidi"/>
        </w:rPr>
        <w:br/>
      </w:r>
      <w:r w:rsidR="009E27A1" w:rsidRPr="00D25628">
        <w:rPr>
          <w:rFonts w:asciiTheme="majorBidi" w:hAnsiTheme="majorBidi" w:cstheme="majorBidi"/>
        </w:rPr>
        <w:t>(0) Not at all. (1) To a small extent. (2) To a moderate extent. (3) To a large extent. (4) To a very large extent</w:t>
      </w:r>
    </w:p>
    <w:p w14:paraId="2F27D9BB" w14:textId="2828F7D5" w:rsidR="007A3C5A" w:rsidRPr="00D25628" w:rsidRDefault="00000000" w:rsidP="009E27A1">
      <w:pPr>
        <w:pStyle w:val="ListNumber"/>
        <w:rPr>
          <w:rFonts w:asciiTheme="majorBidi" w:hAnsiTheme="majorBidi" w:cstheme="majorBidi"/>
        </w:rPr>
      </w:pPr>
      <w:r w:rsidRPr="00D25628">
        <w:rPr>
          <w:rFonts w:asciiTheme="majorBidi" w:hAnsiTheme="majorBidi" w:cstheme="majorBidi"/>
        </w:rPr>
        <w:t>Did participating in the group help you implement a smoke-free home? Please elaborate.</w:t>
      </w:r>
      <w:r w:rsidRPr="00D25628">
        <w:rPr>
          <w:rFonts w:asciiTheme="majorBidi" w:hAnsiTheme="majorBidi" w:cstheme="majorBidi"/>
        </w:rPr>
        <w:br/>
      </w:r>
      <w:r w:rsidR="009E27A1" w:rsidRPr="00D25628">
        <w:rPr>
          <w:rFonts w:asciiTheme="majorBidi" w:hAnsiTheme="majorBidi" w:cstheme="majorBidi"/>
        </w:rPr>
        <w:t>(0) Not at all. (1) To a small extent. (2) To a moderate extent. (3) To a large extent. (4) To a very large extent</w:t>
      </w:r>
    </w:p>
    <w:p w14:paraId="26D8B4C6" w14:textId="443E9B03" w:rsidR="007A3C5A" w:rsidRPr="00D25628" w:rsidRDefault="00000000" w:rsidP="009E27A1">
      <w:pPr>
        <w:pStyle w:val="ListNumber"/>
        <w:rPr>
          <w:rFonts w:asciiTheme="majorBidi" w:hAnsiTheme="majorBidi" w:cstheme="majorBidi"/>
        </w:rPr>
      </w:pPr>
      <w:r w:rsidRPr="00D25628">
        <w:rPr>
          <w:rFonts w:asciiTheme="majorBidi" w:hAnsiTheme="majorBidi" w:cstheme="majorBidi"/>
        </w:rPr>
        <w:lastRenderedPageBreak/>
        <w:t>Did you discuss the group’s content with your smoking partner? Please elaborate.</w:t>
      </w:r>
      <w:r w:rsidRPr="00D25628">
        <w:rPr>
          <w:rFonts w:asciiTheme="majorBidi" w:hAnsiTheme="majorBidi" w:cstheme="majorBidi"/>
        </w:rPr>
        <w:br/>
      </w:r>
      <w:r w:rsidR="009E27A1" w:rsidRPr="00D25628">
        <w:rPr>
          <w:rFonts w:asciiTheme="majorBidi" w:hAnsiTheme="majorBidi" w:cstheme="majorBidi"/>
        </w:rPr>
        <w:t xml:space="preserve">(0) Not at all. (1) </w:t>
      </w:r>
      <w:r w:rsidR="009E27A1" w:rsidRPr="00D25628">
        <w:rPr>
          <w:rFonts w:asciiTheme="majorBidi" w:hAnsiTheme="majorBidi" w:cstheme="majorBidi"/>
          <w:lang w:bidi="he-IL"/>
        </w:rPr>
        <w:t>To a small extent</w:t>
      </w:r>
      <w:r w:rsidR="009E27A1" w:rsidRPr="00D25628">
        <w:rPr>
          <w:rFonts w:asciiTheme="majorBidi" w:hAnsiTheme="majorBidi" w:cstheme="majorBidi"/>
        </w:rPr>
        <w:t>. (2) To a moderate extent. (3) To a large extent. (4) To a very large extent</w:t>
      </w:r>
      <w:r w:rsidRPr="00D25628">
        <w:rPr>
          <w:rFonts w:asciiTheme="majorBidi" w:hAnsiTheme="majorBidi" w:cstheme="majorBidi"/>
        </w:rPr>
        <w:t>.</w:t>
      </w:r>
    </w:p>
    <w:p w14:paraId="629BE19A" w14:textId="7819E279" w:rsidR="007A3C5A" w:rsidRPr="00D25628" w:rsidRDefault="00000000" w:rsidP="009E27A1">
      <w:pPr>
        <w:pStyle w:val="ListNumber"/>
        <w:rPr>
          <w:rFonts w:asciiTheme="majorBidi" w:hAnsiTheme="majorBidi" w:cstheme="majorBidi"/>
        </w:rPr>
      </w:pPr>
      <w:r w:rsidRPr="00D25628">
        <w:rPr>
          <w:rFonts w:asciiTheme="majorBidi" w:hAnsiTheme="majorBidi" w:cstheme="majorBidi"/>
        </w:rPr>
        <w:t>Did you feel that your partner was interested in the content and willing to apply what you learned? Please elaborate.</w:t>
      </w:r>
      <w:r w:rsidRPr="00D25628">
        <w:rPr>
          <w:rFonts w:asciiTheme="majorBidi" w:hAnsiTheme="majorBidi" w:cstheme="majorBidi"/>
        </w:rPr>
        <w:br/>
      </w:r>
      <w:r w:rsidR="009E27A1" w:rsidRPr="00D25628">
        <w:rPr>
          <w:rFonts w:asciiTheme="majorBidi" w:hAnsiTheme="majorBidi" w:cstheme="majorBidi"/>
        </w:rPr>
        <w:t>(0) Not at all. (1) To a small extent. (2) To a moderate extent. (3) To a large extent. (4) To a very large extent</w:t>
      </w:r>
    </w:p>
    <w:p w14:paraId="112AAA57" w14:textId="2710D206" w:rsidR="007A3C5A" w:rsidRPr="00D25628" w:rsidRDefault="00000000" w:rsidP="009E27A1">
      <w:pPr>
        <w:pStyle w:val="ListNumber"/>
        <w:rPr>
          <w:rFonts w:asciiTheme="majorBidi" w:hAnsiTheme="majorBidi" w:cstheme="majorBidi"/>
        </w:rPr>
      </w:pPr>
      <w:r w:rsidRPr="00D25628">
        <w:rPr>
          <w:rFonts w:asciiTheme="majorBidi" w:hAnsiTheme="majorBidi" w:cstheme="majorBidi"/>
        </w:rPr>
        <w:t>Did you feel a sense of belonging in the Facebook group “Neshimami”? Please elaborate.</w:t>
      </w:r>
      <w:r w:rsidRPr="00D25628">
        <w:rPr>
          <w:rFonts w:asciiTheme="majorBidi" w:hAnsiTheme="majorBidi" w:cstheme="majorBidi"/>
        </w:rPr>
        <w:br/>
      </w:r>
      <w:r w:rsidR="009E27A1" w:rsidRPr="00D25628">
        <w:rPr>
          <w:rFonts w:asciiTheme="majorBidi" w:hAnsiTheme="majorBidi" w:cstheme="majorBidi"/>
        </w:rPr>
        <w:t>(0) Not at all. (1) To a small extent. (2) To a moderate extent. (3) To a large extent. (4) To a very large extent</w:t>
      </w:r>
    </w:p>
    <w:p w14:paraId="2CD57378" w14:textId="3C865D00" w:rsidR="007A3C5A" w:rsidRPr="00D25628" w:rsidRDefault="00000000">
      <w:pPr>
        <w:pStyle w:val="ListNumber"/>
        <w:rPr>
          <w:rFonts w:asciiTheme="majorBidi" w:hAnsiTheme="majorBidi" w:cstheme="majorBidi"/>
        </w:rPr>
      </w:pPr>
      <w:r w:rsidRPr="00D25628">
        <w:rPr>
          <w:rFonts w:asciiTheme="majorBidi" w:hAnsiTheme="majorBidi" w:cstheme="majorBidi"/>
        </w:rPr>
        <w:t>Was there a topic you would have liked to receive more posts about? If so, please elaborate.</w:t>
      </w:r>
    </w:p>
    <w:p w14:paraId="13BB8E59" w14:textId="69CA9285" w:rsidR="007A3C5A" w:rsidRPr="00D25628" w:rsidRDefault="00000000">
      <w:pPr>
        <w:pStyle w:val="ListNumber"/>
        <w:rPr>
          <w:rFonts w:asciiTheme="majorBidi" w:hAnsiTheme="majorBidi" w:cstheme="majorBidi"/>
        </w:rPr>
      </w:pPr>
      <w:r w:rsidRPr="00D25628">
        <w:rPr>
          <w:rFonts w:asciiTheme="majorBidi" w:hAnsiTheme="majorBidi" w:cstheme="majorBidi"/>
        </w:rPr>
        <w:t>Was there a topic not covered in the group that you believe should have been included? If so, please elaborate.</w:t>
      </w:r>
    </w:p>
    <w:p w14:paraId="1D50B850" w14:textId="1B63EA23" w:rsidR="007A3C5A" w:rsidRPr="00D25628" w:rsidRDefault="00000000">
      <w:pPr>
        <w:pStyle w:val="ListNumber"/>
        <w:rPr>
          <w:rFonts w:asciiTheme="majorBidi" w:hAnsiTheme="majorBidi" w:cstheme="majorBidi"/>
        </w:rPr>
      </w:pPr>
      <w:r w:rsidRPr="00D25628">
        <w:rPr>
          <w:rFonts w:asciiTheme="majorBidi" w:hAnsiTheme="majorBidi" w:cstheme="majorBidi"/>
        </w:rPr>
        <w:t>Was there anything in the group or its content that offended or hurt you? If so, please elaborate.</w:t>
      </w:r>
    </w:p>
    <w:p w14:paraId="3CBB8F95" w14:textId="086E2F70" w:rsidR="007A3C5A" w:rsidRPr="000D6481" w:rsidRDefault="00000000">
      <w:pPr>
        <w:pStyle w:val="ListNumber"/>
        <w:rPr>
          <w:rFonts w:asciiTheme="majorBidi" w:hAnsiTheme="majorBidi" w:cstheme="majorBidi"/>
        </w:rPr>
      </w:pPr>
      <w:r w:rsidRPr="00D25628">
        <w:rPr>
          <w:rFonts w:asciiTheme="majorBidi" w:hAnsiTheme="majorBidi" w:cstheme="majorBidi"/>
        </w:rPr>
        <w:t>Please share any additional</w:t>
      </w:r>
      <w:r w:rsidRPr="000D6481">
        <w:rPr>
          <w:rFonts w:asciiTheme="majorBidi" w:hAnsiTheme="majorBidi" w:cstheme="majorBidi"/>
        </w:rPr>
        <w:t xml:space="preserve"> comments or suggestions for improving the group or the posts.</w:t>
      </w:r>
      <w:r w:rsidRPr="000D6481">
        <w:rPr>
          <w:rFonts w:asciiTheme="majorBidi" w:hAnsiTheme="majorBidi" w:cstheme="majorBidi"/>
        </w:rPr>
        <w:br/>
      </w:r>
    </w:p>
    <w:sectPr w:rsidR="007A3C5A" w:rsidRPr="000D648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9348633">
    <w:abstractNumId w:val="8"/>
  </w:num>
  <w:num w:numId="2" w16cid:durableId="398016796">
    <w:abstractNumId w:val="6"/>
  </w:num>
  <w:num w:numId="3" w16cid:durableId="1555654072">
    <w:abstractNumId w:val="5"/>
  </w:num>
  <w:num w:numId="4" w16cid:durableId="1305045712">
    <w:abstractNumId w:val="4"/>
  </w:num>
  <w:num w:numId="5" w16cid:durableId="108286365">
    <w:abstractNumId w:val="7"/>
  </w:num>
  <w:num w:numId="6" w16cid:durableId="1397823034">
    <w:abstractNumId w:val="3"/>
  </w:num>
  <w:num w:numId="7" w16cid:durableId="162088268">
    <w:abstractNumId w:val="2"/>
  </w:num>
  <w:num w:numId="8" w16cid:durableId="1984919663">
    <w:abstractNumId w:val="1"/>
  </w:num>
  <w:num w:numId="9" w16cid:durableId="240215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5DF3"/>
    <w:rsid w:val="000B00CE"/>
    <w:rsid w:val="000D6481"/>
    <w:rsid w:val="00117723"/>
    <w:rsid w:val="00136AE0"/>
    <w:rsid w:val="0015074B"/>
    <w:rsid w:val="001A65D8"/>
    <w:rsid w:val="001C283E"/>
    <w:rsid w:val="00292457"/>
    <w:rsid w:val="0029639D"/>
    <w:rsid w:val="00313F9B"/>
    <w:rsid w:val="00326F90"/>
    <w:rsid w:val="004071BE"/>
    <w:rsid w:val="00461166"/>
    <w:rsid w:val="00461196"/>
    <w:rsid w:val="004840E1"/>
    <w:rsid w:val="004B1D40"/>
    <w:rsid w:val="00500239"/>
    <w:rsid w:val="00667FC3"/>
    <w:rsid w:val="00694EAB"/>
    <w:rsid w:val="006A047F"/>
    <w:rsid w:val="006C7529"/>
    <w:rsid w:val="00777296"/>
    <w:rsid w:val="007A3C5A"/>
    <w:rsid w:val="00857969"/>
    <w:rsid w:val="00876F45"/>
    <w:rsid w:val="008B15ED"/>
    <w:rsid w:val="009005A2"/>
    <w:rsid w:val="009748AB"/>
    <w:rsid w:val="009C24AD"/>
    <w:rsid w:val="009D630A"/>
    <w:rsid w:val="009E27A1"/>
    <w:rsid w:val="00AA1D8D"/>
    <w:rsid w:val="00AB342E"/>
    <w:rsid w:val="00AE46FC"/>
    <w:rsid w:val="00B216D4"/>
    <w:rsid w:val="00B47730"/>
    <w:rsid w:val="00B54958"/>
    <w:rsid w:val="00B977D2"/>
    <w:rsid w:val="00C22EB7"/>
    <w:rsid w:val="00C803AA"/>
    <w:rsid w:val="00CB0664"/>
    <w:rsid w:val="00CE6FE0"/>
    <w:rsid w:val="00CF7F9A"/>
    <w:rsid w:val="00D25628"/>
    <w:rsid w:val="00D4130F"/>
    <w:rsid w:val="00D643BF"/>
    <w:rsid w:val="00DA5898"/>
    <w:rsid w:val="00DD06BA"/>
    <w:rsid w:val="00E47706"/>
    <w:rsid w:val="00E52B94"/>
    <w:rsid w:val="00E92556"/>
    <w:rsid w:val="00EA53B6"/>
    <w:rsid w:val="00EF2A6C"/>
    <w:rsid w:val="00FC693F"/>
    <w:rsid w:val="00FF36C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AD790A"/>
  <w14:defaultImageDpi w14:val="300"/>
  <w15:docId w15:val="{AC5D0902-0844-8342-933C-596805D6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9005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017075">
      <w:bodyDiv w:val="1"/>
      <w:marLeft w:val="0"/>
      <w:marRight w:val="0"/>
      <w:marTop w:val="0"/>
      <w:marBottom w:val="0"/>
      <w:divBdr>
        <w:top w:val="none" w:sz="0" w:space="0" w:color="auto"/>
        <w:left w:val="none" w:sz="0" w:space="0" w:color="auto"/>
        <w:bottom w:val="none" w:sz="0" w:space="0" w:color="auto"/>
        <w:right w:val="none" w:sz="0" w:space="0" w:color="auto"/>
      </w:divBdr>
    </w:div>
    <w:div w:id="12313835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1925</Words>
  <Characters>10977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tal aperman</cp:lastModifiedBy>
  <cp:revision>2</cp:revision>
  <dcterms:created xsi:type="dcterms:W3CDTF">2025-08-07T16:42:00Z</dcterms:created>
  <dcterms:modified xsi:type="dcterms:W3CDTF">2025-08-07T16:42:00Z</dcterms:modified>
  <cp:category/>
</cp:coreProperties>
</file>