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58AB7" w14:textId="77777777" w:rsidR="004911C2" w:rsidRDefault="0031799C">
      <w:pPr>
        <w:pStyle w:val="berschrift1"/>
        <w:jc w:val="center"/>
      </w:pPr>
      <w:r>
        <w:t>Handball and Hip Problems – English Questionnaire</w:t>
      </w:r>
    </w:p>
    <w:p w14:paraId="5C474A6C" w14:textId="77777777" w:rsidR="004911C2" w:rsidRDefault="0031799C">
      <w:r>
        <w:t>Dear handball players,</w:t>
      </w:r>
      <w:r>
        <w:br/>
      </w:r>
      <w:r>
        <w:br/>
        <w:t>We would like to investigate how the specific demands of professional handball affect the hip region and how frequently sports injuries and overuse damage occur.</w:t>
      </w:r>
      <w:r>
        <w:br/>
      </w:r>
      <w:r>
        <w:br/>
        <w:t>Thank you for participating in this survey. Completion time is approximately 15 minutes. All data will be collected anonymously and evaluated exclusively for scientific research purposes.</w:t>
      </w:r>
    </w:p>
    <w:p w14:paraId="35FEF710" w14:textId="77777777" w:rsidR="004911C2" w:rsidRDefault="0031799C">
      <w:pPr>
        <w:pStyle w:val="berschrift2"/>
      </w:pPr>
      <w:r>
        <w:t>1. General Questions for Active and Former Handball Players</w:t>
      </w:r>
    </w:p>
    <w:p w14:paraId="1158F4E3" w14:textId="77777777" w:rsidR="004911C2" w:rsidRDefault="0031799C">
      <w:pPr>
        <w:pStyle w:val="Aufzhlungszeichen"/>
      </w:pPr>
      <w:r>
        <w:t>Age: 18–25 / 26–35 / 36–50 / 51–60 / 61–70 / 71–80 / &gt;80</w:t>
      </w:r>
    </w:p>
    <w:p w14:paraId="1CB7544D" w14:textId="77777777" w:rsidR="004911C2" w:rsidRDefault="0031799C">
      <w:pPr>
        <w:pStyle w:val="Aufzhlungszeichen"/>
      </w:pPr>
      <w:r>
        <w:t>Sex: Male / Female</w:t>
      </w:r>
    </w:p>
    <w:p w14:paraId="4029CB6A" w14:textId="77777777" w:rsidR="004911C2" w:rsidRDefault="0031799C">
      <w:pPr>
        <w:pStyle w:val="Aufzhlungszeichen"/>
      </w:pPr>
      <w:r>
        <w:t>Handedness: Right / Left / Ambidextrous</w:t>
      </w:r>
    </w:p>
    <w:p w14:paraId="1E6D7940" w14:textId="77777777" w:rsidR="004911C2" w:rsidRDefault="0031799C">
      <w:pPr>
        <w:pStyle w:val="Aufzhlungszeichen"/>
      </w:pPr>
      <w:r>
        <w:t>Height (m): __________</w:t>
      </w:r>
    </w:p>
    <w:p w14:paraId="68D15A9F" w14:textId="77777777" w:rsidR="004911C2" w:rsidRDefault="0031799C">
      <w:pPr>
        <w:pStyle w:val="Aufzhlungszeichen"/>
      </w:pPr>
      <w:r>
        <w:t>Weight (kg): __________</w:t>
      </w:r>
    </w:p>
    <w:p w14:paraId="428E85D0" w14:textId="77777777" w:rsidR="004911C2" w:rsidRDefault="0031799C">
      <w:pPr>
        <w:pStyle w:val="Aufzhlungszeichen"/>
      </w:pPr>
      <w:r>
        <w:t>I am an active handball player.</w:t>
      </w:r>
    </w:p>
    <w:p w14:paraId="70B066A9" w14:textId="77777777" w:rsidR="004911C2" w:rsidRDefault="0031799C">
      <w:pPr>
        <w:pStyle w:val="Aufzhlungszeichen"/>
      </w:pPr>
      <w:r>
        <w:t>I am a former handball player.</w:t>
      </w:r>
    </w:p>
    <w:p w14:paraId="3A5F4307" w14:textId="77777777" w:rsidR="004911C2" w:rsidRDefault="0031799C">
      <w:pPr>
        <w:pStyle w:val="Aufzhlungszeichen"/>
      </w:pPr>
      <w:r>
        <w:t>League level (multiple answers possible): 1st Bundesliga / 2nd Bundesliga / 3rd Bundesliga / none</w:t>
      </w:r>
    </w:p>
    <w:p w14:paraId="739B3117" w14:textId="77777777" w:rsidR="004911C2" w:rsidRDefault="0031799C">
      <w:pPr>
        <w:pStyle w:val="Aufzhlungszeichen"/>
      </w:pPr>
      <w:r>
        <w:t>Playing position (multiple answers possible): LW / LB / CB / RB / RW / Pivot / Goalkeeper</w:t>
      </w:r>
    </w:p>
    <w:p w14:paraId="23B73F7C" w14:textId="77777777" w:rsidR="004911C2" w:rsidRDefault="0031799C">
      <w:pPr>
        <w:pStyle w:val="Aufzhlungszeichen"/>
      </w:pPr>
      <w:r>
        <w:t>Throwing arm: Right / Left / Both</w:t>
      </w:r>
    </w:p>
    <w:p w14:paraId="480B42E6" w14:textId="77777777" w:rsidR="004911C2" w:rsidRDefault="0031799C">
      <w:pPr>
        <w:pStyle w:val="Aufzhlungszeichen"/>
      </w:pPr>
      <w:r>
        <w:t>Jumping leg: Right / Left / Both</w:t>
      </w:r>
    </w:p>
    <w:p w14:paraId="73125D00" w14:textId="77777777" w:rsidR="004911C2" w:rsidRDefault="0031799C">
      <w:pPr>
        <w:pStyle w:val="Aufzhlungszeichen"/>
      </w:pPr>
      <w:r>
        <w:t>Plant leg: Right / Left</w:t>
      </w:r>
    </w:p>
    <w:p w14:paraId="2286B4F9" w14:textId="77777777" w:rsidR="004911C2" w:rsidRDefault="0031799C">
      <w:pPr>
        <w:pStyle w:val="Aufzhlungszeichen"/>
      </w:pPr>
      <w:r>
        <w:t>Known hip disorders: None / Leg length discrepancy / Hip dysplasia / Femoroacetabular impingement (FAI) / Osteoarthritis / Other</w:t>
      </w:r>
    </w:p>
    <w:p w14:paraId="24D9848F" w14:textId="77777777" w:rsidR="004911C2" w:rsidRDefault="0031799C">
      <w:pPr>
        <w:pStyle w:val="Aufzhlungszeichen"/>
      </w:pPr>
      <w:r>
        <w:t>Hip ultrasound examination during infancy: Yes / No / Unknown</w:t>
      </w:r>
    </w:p>
    <w:p w14:paraId="47BF1C18" w14:textId="77777777" w:rsidR="004911C2" w:rsidRDefault="0031799C">
      <w:pPr>
        <w:pStyle w:val="Aufzhlungszeichen"/>
      </w:pPr>
      <w:r>
        <w:t>Handball-related injuries in the hip region: None / Contusion / Fracture / Dislocation / Muscle injury / Other</w:t>
      </w:r>
    </w:p>
    <w:p w14:paraId="09A59CC3" w14:textId="77777777" w:rsidR="004911C2" w:rsidRDefault="0031799C">
      <w:pPr>
        <w:pStyle w:val="Aufzhlungszeichen"/>
      </w:pPr>
      <w:r>
        <w:t>Hip surgery performed or planned: None / Arthroscopy / Corrective osteotomy / Total hip arthroplasty / Other</w:t>
      </w:r>
    </w:p>
    <w:p w14:paraId="317BA8BA" w14:textId="77777777" w:rsidR="004911C2" w:rsidRDefault="0031799C">
      <w:pPr>
        <w:pStyle w:val="Aufzhlungszeichen"/>
      </w:pPr>
      <w:r>
        <w:t>Which side? Right / Left / Bilateral</w:t>
      </w:r>
    </w:p>
    <w:p w14:paraId="7004B0C6" w14:textId="77777777" w:rsidR="004911C2" w:rsidRDefault="0031799C">
      <w:pPr>
        <w:pStyle w:val="Aufzhlungszeichen"/>
      </w:pPr>
      <w:r>
        <w:t>Current hip complaints RIGHT: None / Mild / Moderate / Severe / Very severe</w:t>
      </w:r>
    </w:p>
    <w:p w14:paraId="7EFE8786" w14:textId="77777777" w:rsidR="004911C2" w:rsidRDefault="0031799C">
      <w:pPr>
        <w:pStyle w:val="Aufzhlungszeichen"/>
      </w:pPr>
      <w:r>
        <w:t>Current hip complaints LEFT: None / Mild / Moderate / Severe / Very severe</w:t>
      </w:r>
    </w:p>
    <w:p w14:paraId="05A21998" w14:textId="77777777" w:rsidR="004911C2" w:rsidRDefault="0031799C">
      <w:pPr>
        <w:pStyle w:val="Aufzhlungszeichen"/>
      </w:pPr>
      <w:r>
        <w:t>Current treatment for hip complaints: None / Physiotherapy / Pain medication / Surgery / Other</w:t>
      </w:r>
    </w:p>
    <w:p w14:paraId="36BC7DB6" w14:textId="77777777" w:rsidR="004911C2" w:rsidRDefault="0031799C">
      <w:pPr>
        <w:pStyle w:val="Aufzhlungszeichen"/>
      </w:pPr>
      <w:r>
        <w:t>Do you wear orthopedic insoles? Yes / No</w:t>
      </w:r>
    </w:p>
    <w:p w14:paraId="782F905F" w14:textId="77777777" w:rsidR="004911C2" w:rsidRDefault="0031799C">
      <w:pPr>
        <w:pStyle w:val="Aufzhlungszeichen"/>
      </w:pPr>
      <w:r>
        <w:t>Reason for insoles: Flatfoot / Splayfoot / Cavus foot / Hallux valgus / Ankle instability / Rheumatic foot deformities / Other</w:t>
      </w:r>
    </w:p>
    <w:p w14:paraId="53C283DF" w14:textId="77777777" w:rsidR="004911C2" w:rsidRDefault="0031799C">
      <w:pPr>
        <w:pStyle w:val="Aufzhlungszeichen"/>
      </w:pPr>
      <w:r>
        <w:lastRenderedPageBreak/>
        <w:t>Sick leave due to hip complaints per season: 0 / 1–5 days / up to 1 week / up to 2 weeks / up to 3 weeks / &gt;3 weeks</w:t>
      </w:r>
    </w:p>
    <w:p w14:paraId="6849E97C" w14:textId="77777777" w:rsidR="004911C2" w:rsidRDefault="0031799C">
      <w:pPr>
        <w:pStyle w:val="Aufzhlungszeichen"/>
      </w:pPr>
      <w:r>
        <w:t>Do you participate in other sports besides handball? Yes / No</w:t>
      </w:r>
    </w:p>
    <w:p w14:paraId="768F3454" w14:textId="77777777" w:rsidR="004911C2" w:rsidRDefault="0031799C">
      <w:pPr>
        <w:pStyle w:val="Aufzhlungszeichen"/>
      </w:pPr>
      <w:r>
        <w:t>Which sport(s)? __________</w:t>
      </w:r>
    </w:p>
    <w:p w14:paraId="6ED76523" w14:textId="77777777" w:rsidR="004911C2" w:rsidRDefault="0031799C">
      <w:pPr>
        <w:pStyle w:val="Aufzhlungszeichen"/>
      </w:pPr>
      <w:r>
        <w:t>Weekly time spent on other sports: up to 1 h / 2 h / 3 h / 4 h / &gt;4 h</w:t>
      </w:r>
    </w:p>
    <w:p w14:paraId="584FDBD6" w14:textId="77777777" w:rsidR="004911C2" w:rsidRDefault="0031799C">
      <w:pPr>
        <w:pStyle w:val="berschrift2"/>
      </w:pPr>
      <w:r>
        <w:t>2. Questions About Handball Training</w:t>
      </w:r>
    </w:p>
    <w:p w14:paraId="0AB17EC8" w14:textId="77777777" w:rsidR="004911C2" w:rsidRDefault="0031799C">
      <w:pPr>
        <w:pStyle w:val="Aufzhlungszeichen"/>
      </w:pPr>
      <w:r>
        <w:t>Strength training sessions per week: 0 / 1 / 2 / 3 / 4 / ≥5</w:t>
      </w:r>
    </w:p>
    <w:p w14:paraId="5659708F" w14:textId="77777777" w:rsidR="004911C2" w:rsidRDefault="0031799C">
      <w:pPr>
        <w:pStyle w:val="Aufzhlungszeichen"/>
      </w:pPr>
      <w:r>
        <w:t>Time spent on leg strength training per session: 0 / up to 30 min / up to 1 h / 1–2 h / &gt;2 h</w:t>
      </w:r>
    </w:p>
    <w:p w14:paraId="403FF6BD" w14:textId="77777777" w:rsidR="004911C2" w:rsidRDefault="0031799C">
      <w:pPr>
        <w:pStyle w:val="Aufzhlungszeichen"/>
      </w:pPr>
      <w:r>
        <w:t>Were pelvic and leg muscles assessed for muscular imbalances? Yes / No / I did not know this could be tested</w:t>
      </w:r>
    </w:p>
    <w:p w14:paraId="70E993DD" w14:textId="77777777" w:rsidR="004911C2" w:rsidRDefault="0031799C">
      <w:pPr>
        <w:pStyle w:val="Aufzhlungszeichen"/>
      </w:pPr>
      <w:r>
        <w:t>How strenuous did you perceive strength training overall? (0–100%)</w:t>
      </w:r>
    </w:p>
    <w:p w14:paraId="4BDA7201" w14:textId="77777777" w:rsidR="004911C2" w:rsidRDefault="0031799C">
      <w:pPr>
        <w:pStyle w:val="Aufzhlungszeichen"/>
      </w:pPr>
      <w:r>
        <w:t>Jump training sessions per week: 0 / 1 / 2 / 3 / 4 / ≥5</w:t>
      </w:r>
    </w:p>
    <w:p w14:paraId="16547FC9" w14:textId="77777777" w:rsidR="004911C2" w:rsidRDefault="0031799C">
      <w:pPr>
        <w:pStyle w:val="Aufzhlungszeichen"/>
      </w:pPr>
      <w:r>
        <w:t>Jump exercises performed: Position-specific / Bounding drills / Single-leg jumps / Double-leg jumps / Other</w:t>
      </w:r>
    </w:p>
    <w:p w14:paraId="42B6F951" w14:textId="77777777" w:rsidR="004911C2" w:rsidRDefault="0031799C">
      <w:pPr>
        <w:pStyle w:val="Aufzhlungszeichen"/>
      </w:pPr>
      <w:r>
        <w:t>Time spent on jump training per week: 0 / up to 30 min / up to 1 h / 1–2 h / &gt;2 h</w:t>
      </w:r>
    </w:p>
    <w:p w14:paraId="00877438" w14:textId="77777777" w:rsidR="004911C2" w:rsidRDefault="0031799C">
      <w:pPr>
        <w:pStyle w:val="Aufzhlungszeichen"/>
      </w:pPr>
      <w:r>
        <w:t>Sprint training sessions per week: 0 / 1 / 2 / 3 / 4 / ≥5</w:t>
      </w:r>
    </w:p>
    <w:p w14:paraId="67822903" w14:textId="77777777" w:rsidR="004911C2" w:rsidRDefault="0031799C">
      <w:pPr>
        <w:pStyle w:val="Aufzhlungszeichen"/>
      </w:pPr>
      <w:r>
        <w:t>Sprint distance: up to 30 m / 50 m / 100 m / 200 m / &gt;200 m</w:t>
      </w:r>
    </w:p>
    <w:p w14:paraId="076C396D" w14:textId="77777777" w:rsidR="004911C2" w:rsidRDefault="0031799C">
      <w:pPr>
        <w:pStyle w:val="Aufzhlungszeichen"/>
      </w:pPr>
      <w:r>
        <w:t>How strenuous did you perceive sprint training? (0–100%)</w:t>
      </w:r>
    </w:p>
    <w:p w14:paraId="5DE3C7AA" w14:textId="77777777" w:rsidR="004911C2" w:rsidRDefault="0031799C">
      <w:pPr>
        <w:pStyle w:val="Aufzhlungszeichen"/>
      </w:pPr>
      <w:r>
        <w:t>Were stretching exercises for the leg and pelvic muscles performed? Yes / Occasionally / No</w:t>
      </w:r>
    </w:p>
    <w:p w14:paraId="066FA006" w14:textId="77777777" w:rsidR="004911C2" w:rsidRDefault="0031799C">
      <w:pPr>
        <w:pStyle w:val="Aufzhlungszeichen"/>
      </w:pPr>
      <w:r>
        <w:t>Time spent on stretching exercises per session: 0 / 0–5 min / 5–10 min / 10–20 min / &gt;20 min</w:t>
      </w:r>
    </w:p>
    <w:p w14:paraId="035AC2CD" w14:textId="77777777" w:rsidR="004911C2" w:rsidRDefault="0031799C">
      <w:pPr>
        <w:pStyle w:val="Aufzhlungszeichen"/>
      </w:pPr>
      <w:r>
        <w:t>Time spent on throwing practice per session: 0 / up to 30 min / up to 1 h / 1–2 h / &gt;2 h</w:t>
      </w:r>
    </w:p>
    <w:p w14:paraId="4BEFE3ED" w14:textId="77777777" w:rsidR="004911C2" w:rsidRDefault="0031799C">
      <w:pPr>
        <w:pStyle w:val="Aufzhlungszeichen"/>
      </w:pPr>
      <w:r>
        <w:t>Proportion of jump shots during throwing practice: 0–100%</w:t>
      </w:r>
    </w:p>
    <w:p w14:paraId="4D07D071" w14:textId="77777777" w:rsidR="004911C2" w:rsidRDefault="0031799C">
      <w:pPr>
        <w:pStyle w:val="Aufzhlungszeichen"/>
      </w:pPr>
      <w:r>
        <w:t>Proportion of standing shots during throwing practice: 0–100%</w:t>
      </w:r>
    </w:p>
    <w:p w14:paraId="3FD4549F" w14:textId="77777777" w:rsidR="004911C2" w:rsidRDefault="0031799C">
      <w:pPr>
        <w:pStyle w:val="Aufzhlungszeichen"/>
      </w:pPr>
      <w:r>
        <w:t>Recovery periods during the season: Never / Rarely / Sometimes / Often / Always</w:t>
      </w:r>
    </w:p>
    <w:p w14:paraId="4FBF1BDF" w14:textId="77777777" w:rsidR="004911C2" w:rsidRDefault="0031799C">
      <w:pPr>
        <w:pStyle w:val="berschrift2"/>
      </w:pPr>
      <w:r>
        <w:t>3. International HAGOS Score</w:t>
      </w:r>
    </w:p>
    <w:p w14:paraId="719D181E" w14:textId="77777777" w:rsidR="004911C2" w:rsidRDefault="0031799C">
      <w:pPr>
        <w:pStyle w:val="Aufzhlungszeichen"/>
      </w:pPr>
      <w:r>
        <w:t>Symptoms: unpleasant sensation in the hip/groin, restricted abduction, clicking/noises, difficulty taking large steps, sudden sharp pain.</w:t>
      </w:r>
    </w:p>
    <w:p w14:paraId="32B33C7F" w14:textId="77777777" w:rsidR="004911C2" w:rsidRDefault="0031799C">
      <w:pPr>
        <w:pStyle w:val="Aufzhlungszeichen"/>
      </w:pPr>
      <w:r>
        <w:t>Stiffness: morning stiffness and stiffness after prolonged sitting/resting.</w:t>
      </w:r>
    </w:p>
    <w:p w14:paraId="2124A8E2" w14:textId="77777777" w:rsidR="004911C2" w:rsidRDefault="0031799C">
      <w:pPr>
        <w:pStyle w:val="Aufzhlungszeichen"/>
      </w:pPr>
      <w:r>
        <w:t>Pain frequency: Never / Monthly / Weekly / Daily / Always.</w:t>
      </w:r>
    </w:p>
    <w:p w14:paraId="166FAA4A" w14:textId="77777777" w:rsidR="004911C2" w:rsidRDefault="0031799C">
      <w:pPr>
        <w:pStyle w:val="Aufzhlungszeichen"/>
      </w:pPr>
      <w:r>
        <w:t>Pain intensity in different situations: hip extension, hip flexion, stairs, at night, sitting/lying, standing, walking on hard or uneven surfaces.</w:t>
      </w:r>
    </w:p>
    <w:p w14:paraId="54E49799" w14:textId="77777777" w:rsidR="004911C2" w:rsidRDefault="0031799C">
      <w:pPr>
        <w:pStyle w:val="Aufzhlungszeichen"/>
      </w:pPr>
      <w:r>
        <w:t>Physical function in daily activities: climbing stairs, bending down, getting in/out of a car, lying in bed, heavy housework, squatting, running, twisting on one leg, sprinting, explosive movements.</w:t>
      </w:r>
    </w:p>
    <w:p w14:paraId="6098A3B1" w14:textId="77777777" w:rsidR="004911C2" w:rsidRDefault="0031799C">
      <w:pPr>
        <w:pStyle w:val="Aufzhlungszeichen"/>
      </w:pPr>
      <w:r>
        <w:t>Participation in physical activity: ability to perform preferred physical activities and maintain normal performance level.</w:t>
      </w:r>
    </w:p>
    <w:p w14:paraId="5ACCB8B5" w14:textId="77777777" w:rsidR="004911C2" w:rsidRDefault="0031799C">
      <w:pPr>
        <w:pStyle w:val="Aufzhlungszeichen"/>
      </w:pPr>
      <w:r>
        <w:lastRenderedPageBreak/>
        <w:t>Quality of life: awareness of hip/groin problems, lifestyle changes to avoid strain, overall severity of symptoms, mood effects, general limitation.</w:t>
      </w:r>
    </w:p>
    <w:p w14:paraId="7AD6D7CF" w14:textId="77777777" w:rsidR="004911C2" w:rsidRDefault="0031799C">
      <w:pPr>
        <w:pStyle w:val="berschrift2"/>
      </w:pPr>
      <w:r>
        <w:t>4. General Quality of Life</w:t>
      </w:r>
    </w:p>
    <w:p w14:paraId="1F221B29" w14:textId="77777777" w:rsidR="004911C2" w:rsidRDefault="0031799C">
      <w:pPr>
        <w:pStyle w:val="Aufzhlungszeichen"/>
      </w:pPr>
      <w:r>
        <w:t>Mobility: Walking in daily life causes problems.</w:t>
      </w:r>
    </w:p>
    <w:p w14:paraId="7A78AA37" w14:textId="77777777" w:rsidR="004911C2" w:rsidRDefault="0031799C">
      <w:pPr>
        <w:pStyle w:val="Aufzhlungszeichen"/>
      </w:pPr>
      <w:r>
        <w:t>Self-care: Washing and dressing cause problems.</w:t>
      </w:r>
    </w:p>
    <w:p w14:paraId="0226F446" w14:textId="77777777" w:rsidR="004911C2" w:rsidRDefault="0031799C">
      <w:pPr>
        <w:pStyle w:val="Aufzhlungszeichen"/>
      </w:pPr>
      <w:r>
        <w:t>Usual activities: Daily activities cause problems.</w:t>
      </w:r>
    </w:p>
    <w:p w14:paraId="2B75D14F" w14:textId="77777777" w:rsidR="004911C2" w:rsidRDefault="0031799C">
      <w:pPr>
        <w:pStyle w:val="Aufzhlungszeichen"/>
      </w:pPr>
      <w:r>
        <w:t>Pain/discomfort: I currently experience general pain and physical discomfort.</w:t>
      </w:r>
    </w:p>
    <w:p w14:paraId="61EBA029" w14:textId="77777777" w:rsidR="004911C2" w:rsidRDefault="0031799C">
      <w:pPr>
        <w:pStyle w:val="Aufzhlungszeichen"/>
      </w:pPr>
      <w:r>
        <w:t>Anxiety/depression: I feel anxious or depressed.</w:t>
      </w:r>
    </w:p>
    <w:p w14:paraId="276C3B48" w14:textId="77777777" w:rsidR="004911C2" w:rsidRDefault="0031799C">
      <w:pPr>
        <w:pStyle w:val="Aufzhlungszeichen"/>
      </w:pPr>
      <w:r>
        <w:t>Overall current fitness and performance level: 0–100%.</w:t>
      </w:r>
    </w:p>
    <w:p w14:paraId="7E2B12B1" w14:textId="77777777" w:rsidR="004911C2" w:rsidRDefault="0031799C">
      <w:pPr>
        <w:pStyle w:val="Aufzhlungszeichen"/>
      </w:pPr>
      <w:r>
        <w:t>Would you be interested in a more detailed examination of your hip? Yes / No</w:t>
      </w:r>
    </w:p>
    <w:p w14:paraId="557912D3" w14:textId="77777777" w:rsidR="004911C2" w:rsidRDefault="0031799C">
      <w:pPr>
        <w:pStyle w:val="Aufzhlungszeichen"/>
      </w:pPr>
      <w:r>
        <w:t>E-mail address: __________</w:t>
      </w:r>
    </w:p>
    <w:p w14:paraId="20D412AE" w14:textId="5391527B" w:rsidR="004911C2" w:rsidRDefault="0031799C">
      <w:r>
        <w:br/>
      </w:r>
    </w:p>
    <w:p w14:paraId="3191B0AB" w14:textId="77777777" w:rsidR="00712774" w:rsidRDefault="00712774"/>
    <w:sectPr w:rsidR="0071277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1932794">
    <w:abstractNumId w:val="8"/>
  </w:num>
  <w:num w:numId="2" w16cid:durableId="1825782721">
    <w:abstractNumId w:val="6"/>
  </w:num>
  <w:num w:numId="3" w16cid:durableId="1668627075">
    <w:abstractNumId w:val="5"/>
  </w:num>
  <w:num w:numId="4" w16cid:durableId="2095514625">
    <w:abstractNumId w:val="4"/>
  </w:num>
  <w:num w:numId="5" w16cid:durableId="246770286">
    <w:abstractNumId w:val="7"/>
  </w:num>
  <w:num w:numId="6" w16cid:durableId="1637761630">
    <w:abstractNumId w:val="3"/>
  </w:num>
  <w:num w:numId="7" w16cid:durableId="1706059551">
    <w:abstractNumId w:val="2"/>
  </w:num>
  <w:num w:numId="8" w16cid:durableId="61296823">
    <w:abstractNumId w:val="1"/>
  </w:num>
  <w:num w:numId="9" w16cid:durableId="552276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3164"/>
    <w:rsid w:val="0029639D"/>
    <w:rsid w:val="0031799C"/>
    <w:rsid w:val="00326F90"/>
    <w:rsid w:val="004911C2"/>
    <w:rsid w:val="00712774"/>
    <w:rsid w:val="00AA1D8D"/>
    <w:rsid w:val="00B47730"/>
    <w:rsid w:val="00CB0664"/>
    <w:rsid w:val="00DB6560"/>
    <w:rsid w:val="00E71D5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0D859"/>
  <w14:defaultImageDpi w14:val="300"/>
  <w15:docId w15:val="{F769A30F-ED80-4D19-83EB-5A17A854D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653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ms611046</cp:lastModifiedBy>
  <cp:revision>2</cp:revision>
  <dcterms:created xsi:type="dcterms:W3CDTF">2026-05-27T08:31:00Z</dcterms:created>
  <dcterms:modified xsi:type="dcterms:W3CDTF">2026-05-27T08:31:00Z</dcterms:modified>
  <cp:category/>
</cp:coreProperties>
</file>