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24255" w14:textId="77777777" w:rsidR="00981711" w:rsidRPr="008A4CA0" w:rsidRDefault="00981711">
      <w:pPr>
        <w:rPr>
          <w:rFonts w:ascii="Times New Roman" w:hAnsi="Times New Roman" w:cs="Times New Roman"/>
        </w:rPr>
      </w:pPr>
    </w:p>
    <w:p w14:paraId="6CF69C8D" w14:textId="77777777" w:rsidR="00981711" w:rsidRPr="008A4CA0" w:rsidRDefault="00981711">
      <w:pPr>
        <w:rPr>
          <w:rFonts w:ascii="Times New Roman" w:hAnsi="Times New Roman" w:cs="Times New Roman"/>
        </w:rPr>
      </w:pPr>
    </w:p>
    <w:p w14:paraId="05281A8C" w14:textId="03D2BAA5" w:rsidR="00981711" w:rsidRPr="008A4CA0" w:rsidRDefault="00000000">
      <w:pPr>
        <w:rPr>
          <w:rFonts w:ascii="Times New Roman" w:hAnsi="Times New Roman" w:cs="Times New Roman"/>
        </w:rPr>
      </w:pPr>
      <w:r w:rsidRPr="008A4CA0">
        <w:rPr>
          <w:rFonts w:ascii="Times New Roman" w:hAnsi="Times New Roman" w:cs="Times New Roman"/>
        </w:rPr>
        <w:t>Please indicate how you observed the surgery in this study:</w:t>
      </w:r>
    </w:p>
    <w:p w14:paraId="6E8F0D87" w14:textId="77777777" w:rsidR="00981711" w:rsidRPr="008A4CA0" w:rsidRDefault="00000000">
      <w:pPr>
        <w:rPr>
          <w:rFonts w:ascii="Times New Roman" w:hAnsi="Times New Roman" w:cs="Times New Roman"/>
        </w:rPr>
      </w:pPr>
      <w:r w:rsidRPr="008A4CA0">
        <w:rPr>
          <w:rFonts w:ascii="Times New Roman" w:hAnsi="Times New Roman" w:cs="Times New Roman"/>
        </w:rPr>
        <w:t>□ I directly observed the procedure in the operating room</w:t>
      </w:r>
    </w:p>
    <w:p w14:paraId="0106D561" w14:textId="77777777" w:rsidR="00981711" w:rsidRPr="008A4CA0" w:rsidRDefault="00000000">
      <w:pPr>
        <w:rPr>
          <w:rFonts w:ascii="Times New Roman" w:hAnsi="Times New Roman" w:cs="Times New Roman"/>
        </w:rPr>
      </w:pPr>
      <w:r w:rsidRPr="008A4CA0">
        <w:rPr>
          <w:rFonts w:ascii="Times New Roman" w:hAnsi="Times New Roman" w:cs="Times New Roman"/>
        </w:rPr>
        <w:t>□ I observed the procedure via live broadcast (monitor screen)</w:t>
      </w:r>
    </w:p>
    <w:p w14:paraId="7E349BEA" w14:textId="77777777" w:rsidR="00981711" w:rsidRPr="008A4CA0" w:rsidRDefault="00000000">
      <w:pPr>
        <w:rPr>
          <w:rFonts w:ascii="Times New Roman" w:hAnsi="Times New Roman" w:cs="Times New Roman"/>
        </w:rPr>
      </w:pPr>
      <w:r w:rsidRPr="008A4CA0">
        <w:rPr>
          <w:rFonts w:ascii="Times New Roman" w:hAnsi="Times New Roman" w:cs="Times New Roman"/>
        </w:rPr>
        <w:t>□ I observed the procedure both directly in the operating room and via monitor screen</w:t>
      </w:r>
    </w:p>
    <w:p w14:paraId="2D839AB9" w14:textId="77777777" w:rsidR="00981711" w:rsidRPr="008A4CA0" w:rsidRDefault="00981711">
      <w:pPr>
        <w:rPr>
          <w:rFonts w:ascii="Times New Roman" w:hAnsi="Times New Roman" w:cs="Times New Roman"/>
        </w:rPr>
      </w:pPr>
    </w:p>
    <w:p w14:paraId="2CD36F65" w14:textId="77777777" w:rsidR="00981711" w:rsidRPr="008A4CA0" w:rsidRDefault="00000000">
      <w:pPr>
        <w:rPr>
          <w:rFonts w:ascii="Times New Roman" w:hAnsi="Times New Roman" w:cs="Times New Roman"/>
        </w:rPr>
      </w:pPr>
      <w:r w:rsidRPr="008A4CA0">
        <w:rPr>
          <w:rFonts w:ascii="Times New Roman" w:hAnsi="Times New Roman" w:cs="Times New Roman"/>
        </w:rPr>
        <w:t>A. Awareness of Knowledge and Clinical Procedure During Observation</w:t>
      </w:r>
    </w:p>
    <w:p w14:paraId="46653468" w14:textId="77777777" w:rsidR="00981711" w:rsidRPr="008A4CA0" w:rsidRDefault="00981711">
      <w:pPr>
        <w:rPr>
          <w:rFonts w:ascii="Times New Roman" w:hAnsi="Times New Roman" w:cs="Times New Roman"/>
        </w:rPr>
      </w:pPr>
    </w:p>
    <w:p w14:paraId="339854E5" w14:textId="77777777" w:rsidR="00981711" w:rsidRPr="008A4CA0" w:rsidRDefault="00000000">
      <w:pPr>
        <w:rPr>
          <w:rFonts w:ascii="Times New Roman" w:hAnsi="Times New Roman" w:cs="Times New Roman"/>
        </w:rPr>
      </w:pPr>
      <w:r w:rsidRPr="008A4CA0">
        <w:rPr>
          <w:rFonts w:ascii="Times New Roman" w:hAnsi="Times New Roman" w:cs="Times New Roman"/>
        </w:rPr>
        <w:t>1. Which anatomical region was involved?</w:t>
      </w:r>
    </w:p>
    <w:p w14:paraId="1F789FDB" w14:textId="77777777" w:rsidR="00981711" w:rsidRPr="008A4CA0" w:rsidRDefault="00000000">
      <w:pPr>
        <w:rPr>
          <w:rFonts w:ascii="Times New Roman" w:hAnsi="Times New Roman" w:cs="Times New Roman"/>
        </w:rPr>
      </w:pPr>
      <w:r w:rsidRPr="008A4CA0">
        <w:rPr>
          <w:rFonts w:ascii="Times New Roman" w:hAnsi="Times New Roman" w:cs="Times New Roman"/>
        </w:rPr>
        <w:t>- Maxilla right posterior</w:t>
      </w:r>
    </w:p>
    <w:p w14:paraId="7199694D" w14:textId="77777777" w:rsidR="00981711" w:rsidRPr="008A4CA0" w:rsidRDefault="00000000">
      <w:pPr>
        <w:rPr>
          <w:rFonts w:ascii="Times New Roman" w:hAnsi="Times New Roman" w:cs="Times New Roman"/>
        </w:rPr>
      </w:pPr>
      <w:r w:rsidRPr="008A4CA0">
        <w:rPr>
          <w:rFonts w:ascii="Times New Roman" w:hAnsi="Times New Roman" w:cs="Times New Roman"/>
        </w:rPr>
        <w:t>- Maxilla anterior</w:t>
      </w:r>
    </w:p>
    <w:p w14:paraId="25699986" w14:textId="77777777" w:rsidR="00981711" w:rsidRPr="008A4CA0" w:rsidRDefault="00000000">
      <w:pPr>
        <w:rPr>
          <w:rFonts w:ascii="Times New Roman" w:hAnsi="Times New Roman" w:cs="Times New Roman"/>
        </w:rPr>
      </w:pPr>
      <w:r w:rsidRPr="008A4CA0">
        <w:rPr>
          <w:rFonts w:ascii="Times New Roman" w:hAnsi="Times New Roman" w:cs="Times New Roman"/>
        </w:rPr>
        <w:t>- Maxilla left posterior</w:t>
      </w:r>
    </w:p>
    <w:p w14:paraId="5F33688B" w14:textId="77777777" w:rsidR="00981711" w:rsidRPr="008A4CA0" w:rsidRDefault="00000000">
      <w:pPr>
        <w:rPr>
          <w:rFonts w:ascii="Times New Roman" w:hAnsi="Times New Roman" w:cs="Times New Roman"/>
        </w:rPr>
      </w:pPr>
      <w:r w:rsidRPr="008A4CA0">
        <w:rPr>
          <w:rFonts w:ascii="Times New Roman" w:hAnsi="Times New Roman" w:cs="Times New Roman"/>
        </w:rPr>
        <w:t>- Mandible right posterior</w:t>
      </w:r>
    </w:p>
    <w:p w14:paraId="523E858B" w14:textId="77777777" w:rsidR="00981711" w:rsidRPr="008A4CA0" w:rsidRDefault="00000000">
      <w:pPr>
        <w:rPr>
          <w:rFonts w:ascii="Times New Roman" w:hAnsi="Times New Roman" w:cs="Times New Roman"/>
        </w:rPr>
      </w:pPr>
      <w:r w:rsidRPr="008A4CA0">
        <w:rPr>
          <w:rFonts w:ascii="Times New Roman" w:hAnsi="Times New Roman" w:cs="Times New Roman"/>
        </w:rPr>
        <w:t>- Mandible anterior</w:t>
      </w:r>
    </w:p>
    <w:p w14:paraId="439618A9" w14:textId="77777777" w:rsidR="00981711" w:rsidRPr="008A4CA0" w:rsidRDefault="00000000">
      <w:pPr>
        <w:rPr>
          <w:rFonts w:ascii="Times New Roman" w:hAnsi="Times New Roman" w:cs="Times New Roman"/>
        </w:rPr>
      </w:pPr>
      <w:r w:rsidRPr="008A4CA0">
        <w:rPr>
          <w:rFonts w:ascii="Times New Roman" w:hAnsi="Times New Roman" w:cs="Times New Roman"/>
        </w:rPr>
        <w:t>- Mandible left posterior</w:t>
      </w:r>
    </w:p>
    <w:p w14:paraId="703CEC33" w14:textId="77777777" w:rsidR="00981711" w:rsidRPr="008A4CA0" w:rsidRDefault="00981711">
      <w:pPr>
        <w:rPr>
          <w:rFonts w:ascii="Times New Roman" w:hAnsi="Times New Roman" w:cs="Times New Roman"/>
        </w:rPr>
      </w:pPr>
    </w:p>
    <w:p w14:paraId="2E3A4CE4" w14:textId="464EF048" w:rsidR="00981711" w:rsidRPr="008A4CA0" w:rsidRDefault="00000000">
      <w:pPr>
        <w:rPr>
          <w:rFonts w:ascii="Times New Roman" w:hAnsi="Times New Roman" w:cs="Times New Roman"/>
        </w:rPr>
      </w:pPr>
      <w:r w:rsidRPr="008A4CA0">
        <w:rPr>
          <w:rFonts w:ascii="Times New Roman" w:hAnsi="Times New Roman" w:cs="Times New Roman"/>
        </w:rPr>
        <w:t>2. What type of surgical procedure was performed in this case?</w:t>
      </w:r>
    </w:p>
    <w:p w14:paraId="0DA49894" w14:textId="77777777" w:rsidR="00981711" w:rsidRPr="008A4CA0" w:rsidRDefault="00000000">
      <w:pPr>
        <w:rPr>
          <w:rFonts w:ascii="Times New Roman" w:hAnsi="Times New Roman" w:cs="Times New Roman"/>
        </w:rPr>
      </w:pPr>
      <w:r w:rsidRPr="008A4CA0">
        <w:rPr>
          <w:rFonts w:ascii="Times New Roman" w:hAnsi="Times New Roman" w:cs="Times New Roman"/>
        </w:rPr>
        <w:t>- Apical resection</w:t>
      </w:r>
    </w:p>
    <w:p w14:paraId="7E7E1FC2" w14:textId="77777777" w:rsidR="00981711" w:rsidRPr="008A4CA0" w:rsidRDefault="00000000">
      <w:pPr>
        <w:rPr>
          <w:rFonts w:ascii="Times New Roman" w:hAnsi="Times New Roman" w:cs="Times New Roman"/>
        </w:rPr>
      </w:pPr>
      <w:r w:rsidRPr="008A4CA0">
        <w:rPr>
          <w:rFonts w:ascii="Times New Roman" w:hAnsi="Times New Roman" w:cs="Times New Roman"/>
        </w:rPr>
        <w:t>- Dental implant placement</w:t>
      </w:r>
    </w:p>
    <w:p w14:paraId="479545F2" w14:textId="77777777" w:rsidR="00981711" w:rsidRPr="008A4CA0" w:rsidRDefault="00000000">
      <w:pPr>
        <w:rPr>
          <w:rFonts w:ascii="Times New Roman" w:hAnsi="Times New Roman" w:cs="Times New Roman"/>
        </w:rPr>
      </w:pPr>
      <w:r w:rsidRPr="008A4CA0">
        <w:rPr>
          <w:rFonts w:ascii="Times New Roman" w:hAnsi="Times New Roman" w:cs="Times New Roman"/>
        </w:rPr>
        <w:t>- Sinus lifting</w:t>
      </w:r>
    </w:p>
    <w:p w14:paraId="44A9211E" w14:textId="77777777" w:rsidR="00981711" w:rsidRPr="008A4CA0" w:rsidRDefault="00000000">
      <w:pPr>
        <w:rPr>
          <w:rFonts w:ascii="Times New Roman" w:hAnsi="Times New Roman" w:cs="Times New Roman"/>
        </w:rPr>
      </w:pPr>
      <w:r w:rsidRPr="008A4CA0">
        <w:rPr>
          <w:rFonts w:ascii="Times New Roman" w:hAnsi="Times New Roman" w:cs="Times New Roman"/>
        </w:rPr>
        <w:t>- Impacted third molar extraction</w:t>
      </w:r>
    </w:p>
    <w:p w14:paraId="27684B53" w14:textId="77777777" w:rsidR="00981711" w:rsidRPr="008A4CA0" w:rsidRDefault="00000000">
      <w:pPr>
        <w:rPr>
          <w:rFonts w:ascii="Times New Roman" w:hAnsi="Times New Roman" w:cs="Times New Roman"/>
        </w:rPr>
      </w:pPr>
      <w:r w:rsidRPr="008A4CA0">
        <w:rPr>
          <w:rFonts w:ascii="Times New Roman" w:hAnsi="Times New Roman" w:cs="Times New Roman"/>
        </w:rPr>
        <w:t>- Not sure</w:t>
      </w:r>
    </w:p>
    <w:p w14:paraId="671E774E" w14:textId="77777777" w:rsidR="00981711" w:rsidRPr="008A4CA0" w:rsidRDefault="00981711">
      <w:pPr>
        <w:rPr>
          <w:rFonts w:ascii="Times New Roman" w:hAnsi="Times New Roman" w:cs="Times New Roman"/>
        </w:rPr>
      </w:pPr>
    </w:p>
    <w:p w14:paraId="5A8A041B" w14:textId="5D64D7AA" w:rsidR="00981711" w:rsidRPr="008A4CA0" w:rsidRDefault="00000000">
      <w:pPr>
        <w:rPr>
          <w:rFonts w:ascii="Times New Roman" w:hAnsi="Times New Roman" w:cs="Times New Roman"/>
        </w:rPr>
      </w:pPr>
      <w:r w:rsidRPr="008A4CA0">
        <w:rPr>
          <w:rFonts w:ascii="Times New Roman" w:hAnsi="Times New Roman" w:cs="Times New Roman"/>
        </w:rPr>
        <w:t>3. Which anesthesia method was used?</w:t>
      </w:r>
    </w:p>
    <w:p w14:paraId="7BCC68B4" w14:textId="77777777" w:rsidR="00981711" w:rsidRPr="008A4CA0" w:rsidRDefault="00000000">
      <w:pPr>
        <w:rPr>
          <w:rFonts w:ascii="Times New Roman" w:hAnsi="Times New Roman" w:cs="Times New Roman"/>
        </w:rPr>
      </w:pPr>
      <w:r w:rsidRPr="008A4CA0">
        <w:rPr>
          <w:rFonts w:ascii="Times New Roman" w:hAnsi="Times New Roman" w:cs="Times New Roman"/>
        </w:rPr>
        <w:t>- Regional anesthesia</w:t>
      </w:r>
    </w:p>
    <w:p w14:paraId="6BD9CCFB" w14:textId="77777777" w:rsidR="00981711" w:rsidRPr="008A4CA0" w:rsidRDefault="00000000">
      <w:pPr>
        <w:rPr>
          <w:rFonts w:ascii="Times New Roman" w:hAnsi="Times New Roman" w:cs="Times New Roman"/>
        </w:rPr>
      </w:pPr>
      <w:r w:rsidRPr="008A4CA0">
        <w:rPr>
          <w:rFonts w:ascii="Times New Roman" w:hAnsi="Times New Roman" w:cs="Times New Roman"/>
        </w:rPr>
        <w:lastRenderedPageBreak/>
        <w:t>- Infiltration anesthesia</w:t>
      </w:r>
    </w:p>
    <w:p w14:paraId="1D99A24F" w14:textId="77777777" w:rsidR="00981711" w:rsidRPr="008A4CA0" w:rsidRDefault="00000000">
      <w:pPr>
        <w:rPr>
          <w:rFonts w:ascii="Times New Roman" w:hAnsi="Times New Roman" w:cs="Times New Roman"/>
        </w:rPr>
      </w:pPr>
      <w:r w:rsidRPr="008A4CA0">
        <w:rPr>
          <w:rFonts w:ascii="Times New Roman" w:hAnsi="Times New Roman" w:cs="Times New Roman"/>
        </w:rPr>
        <w:t>- Not sure</w:t>
      </w:r>
    </w:p>
    <w:p w14:paraId="29F4848C" w14:textId="77777777" w:rsidR="00981711" w:rsidRPr="008A4CA0" w:rsidRDefault="00981711">
      <w:pPr>
        <w:rPr>
          <w:rFonts w:ascii="Times New Roman" w:hAnsi="Times New Roman" w:cs="Times New Roman"/>
        </w:rPr>
      </w:pPr>
    </w:p>
    <w:p w14:paraId="6A121DF8" w14:textId="00B288FA" w:rsidR="00981711" w:rsidRPr="008A4CA0" w:rsidRDefault="00000000">
      <w:pPr>
        <w:rPr>
          <w:rFonts w:ascii="Times New Roman" w:hAnsi="Times New Roman" w:cs="Times New Roman"/>
        </w:rPr>
      </w:pPr>
      <w:r w:rsidRPr="008A4CA0">
        <w:rPr>
          <w:rFonts w:ascii="Times New Roman" w:hAnsi="Times New Roman" w:cs="Times New Roman"/>
        </w:rPr>
        <w:t>4. Which radiological evaluation was performed before the procedure?</w:t>
      </w:r>
    </w:p>
    <w:p w14:paraId="5414B013" w14:textId="77777777" w:rsidR="00981711" w:rsidRPr="008A4CA0" w:rsidRDefault="00000000">
      <w:pPr>
        <w:rPr>
          <w:rFonts w:ascii="Times New Roman" w:hAnsi="Times New Roman" w:cs="Times New Roman"/>
        </w:rPr>
      </w:pPr>
      <w:r w:rsidRPr="008A4CA0">
        <w:rPr>
          <w:rFonts w:ascii="Times New Roman" w:hAnsi="Times New Roman" w:cs="Times New Roman"/>
        </w:rPr>
        <w:t>- Panoramic radiograph</w:t>
      </w:r>
    </w:p>
    <w:p w14:paraId="38B3A1D8" w14:textId="77777777" w:rsidR="00981711" w:rsidRPr="008A4CA0" w:rsidRDefault="00000000">
      <w:pPr>
        <w:rPr>
          <w:rFonts w:ascii="Times New Roman" w:hAnsi="Times New Roman" w:cs="Times New Roman"/>
        </w:rPr>
      </w:pPr>
      <w:r w:rsidRPr="008A4CA0">
        <w:rPr>
          <w:rFonts w:ascii="Times New Roman" w:hAnsi="Times New Roman" w:cs="Times New Roman"/>
        </w:rPr>
        <w:t>- CBCT (Cone Beam Computed Tomography)</w:t>
      </w:r>
    </w:p>
    <w:p w14:paraId="5E54A63F" w14:textId="77777777" w:rsidR="00981711" w:rsidRPr="008A4CA0" w:rsidRDefault="00000000">
      <w:pPr>
        <w:rPr>
          <w:rFonts w:ascii="Times New Roman" w:hAnsi="Times New Roman" w:cs="Times New Roman"/>
        </w:rPr>
      </w:pPr>
      <w:r w:rsidRPr="008A4CA0">
        <w:rPr>
          <w:rFonts w:ascii="Times New Roman" w:hAnsi="Times New Roman" w:cs="Times New Roman"/>
        </w:rPr>
        <w:t>- Periapical radiograph</w:t>
      </w:r>
    </w:p>
    <w:p w14:paraId="707AA35D" w14:textId="77777777" w:rsidR="00981711" w:rsidRPr="008A4CA0" w:rsidRDefault="00000000">
      <w:pPr>
        <w:rPr>
          <w:rFonts w:ascii="Times New Roman" w:hAnsi="Times New Roman" w:cs="Times New Roman"/>
        </w:rPr>
      </w:pPr>
      <w:r w:rsidRPr="008A4CA0">
        <w:rPr>
          <w:rFonts w:ascii="Times New Roman" w:hAnsi="Times New Roman" w:cs="Times New Roman"/>
        </w:rPr>
        <w:t>- No radiological evaluation was performed</w:t>
      </w:r>
    </w:p>
    <w:p w14:paraId="3D860407" w14:textId="5C3D87BB" w:rsidR="00981711" w:rsidRPr="008A4CA0" w:rsidRDefault="00000000">
      <w:pPr>
        <w:rPr>
          <w:rFonts w:ascii="Times New Roman" w:hAnsi="Times New Roman" w:cs="Times New Roman"/>
        </w:rPr>
      </w:pPr>
      <w:r w:rsidRPr="008A4CA0">
        <w:rPr>
          <w:rFonts w:ascii="Times New Roman" w:hAnsi="Times New Roman" w:cs="Times New Roman"/>
        </w:rPr>
        <w:t>- Not sure</w:t>
      </w:r>
    </w:p>
    <w:p w14:paraId="1D1A3F6E" w14:textId="77777777" w:rsidR="008A4CA0" w:rsidRPr="008A4CA0" w:rsidRDefault="008A4CA0">
      <w:pPr>
        <w:rPr>
          <w:rFonts w:ascii="Times New Roman" w:hAnsi="Times New Roman" w:cs="Times New Roman"/>
        </w:rPr>
      </w:pPr>
    </w:p>
    <w:p w14:paraId="59554AF2" w14:textId="77777777" w:rsidR="00981711" w:rsidRPr="008A4CA0" w:rsidRDefault="00000000">
      <w:pPr>
        <w:rPr>
          <w:rFonts w:ascii="Times New Roman" w:hAnsi="Times New Roman" w:cs="Times New Roman"/>
        </w:rPr>
      </w:pPr>
      <w:r w:rsidRPr="008A4CA0">
        <w:rPr>
          <w:rFonts w:ascii="Times New Roman" w:hAnsi="Times New Roman" w:cs="Times New Roman"/>
        </w:rPr>
        <w:t>B. Observation Quality and Technical Visibility</w:t>
      </w:r>
    </w:p>
    <w:p w14:paraId="0573FCFE" w14:textId="77777777" w:rsidR="008A4CA0" w:rsidRPr="008A4CA0" w:rsidRDefault="008A4CA0">
      <w:pPr>
        <w:rPr>
          <w:rFonts w:ascii="Times New Roman" w:hAnsi="Times New Roman" w:cs="Times New Roman"/>
        </w:rPr>
      </w:pPr>
    </w:p>
    <w:p w14:paraId="32D205BF" w14:textId="4DBD4A94" w:rsidR="00981711" w:rsidRPr="008A4CA0" w:rsidRDefault="00000000">
      <w:pPr>
        <w:rPr>
          <w:rFonts w:ascii="Times New Roman" w:hAnsi="Times New Roman" w:cs="Times New Roman"/>
        </w:rPr>
      </w:pPr>
      <w:r w:rsidRPr="008A4CA0">
        <w:rPr>
          <w:rFonts w:ascii="Times New Roman" w:hAnsi="Times New Roman" w:cs="Times New Roman"/>
        </w:rPr>
        <w:t>5. I was able to follow the surgeon’s hand positioning and technical application.</w:t>
      </w:r>
    </w:p>
    <w:p w14:paraId="3E3338B1" w14:textId="77777777" w:rsidR="00981711" w:rsidRPr="008A4CA0" w:rsidRDefault="00000000">
      <w:pPr>
        <w:rPr>
          <w:rFonts w:ascii="Times New Roman" w:hAnsi="Times New Roman" w:cs="Times New Roman"/>
        </w:rPr>
      </w:pPr>
      <w:r w:rsidRPr="008A4CA0">
        <w:rPr>
          <w:rFonts w:ascii="Times New Roman" w:hAnsi="Times New Roman" w:cs="Times New Roman"/>
        </w:rPr>
        <w:t>( ) Strongly disagree</w:t>
      </w:r>
    </w:p>
    <w:p w14:paraId="4E12C301" w14:textId="77777777" w:rsidR="00981711" w:rsidRPr="008A4CA0" w:rsidRDefault="00000000">
      <w:pPr>
        <w:rPr>
          <w:rFonts w:ascii="Times New Roman" w:hAnsi="Times New Roman" w:cs="Times New Roman"/>
        </w:rPr>
      </w:pPr>
      <w:r w:rsidRPr="008A4CA0">
        <w:rPr>
          <w:rFonts w:ascii="Times New Roman" w:hAnsi="Times New Roman" w:cs="Times New Roman"/>
        </w:rPr>
        <w:t>( ) Disagree</w:t>
      </w:r>
    </w:p>
    <w:p w14:paraId="40CFDBFF" w14:textId="77777777" w:rsidR="00981711" w:rsidRPr="008A4CA0" w:rsidRDefault="00000000">
      <w:pPr>
        <w:rPr>
          <w:rFonts w:ascii="Times New Roman" w:hAnsi="Times New Roman" w:cs="Times New Roman"/>
        </w:rPr>
      </w:pPr>
      <w:r w:rsidRPr="008A4CA0">
        <w:rPr>
          <w:rFonts w:ascii="Times New Roman" w:hAnsi="Times New Roman" w:cs="Times New Roman"/>
        </w:rPr>
        <w:t>( ) Neutral</w:t>
      </w:r>
    </w:p>
    <w:p w14:paraId="0137AF4A" w14:textId="77777777" w:rsidR="00981711" w:rsidRPr="008A4CA0" w:rsidRDefault="00000000">
      <w:pPr>
        <w:rPr>
          <w:rFonts w:ascii="Times New Roman" w:hAnsi="Times New Roman" w:cs="Times New Roman"/>
        </w:rPr>
      </w:pPr>
      <w:r w:rsidRPr="008A4CA0">
        <w:rPr>
          <w:rFonts w:ascii="Times New Roman" w:hAnsi="Times New Roman" w:cs="Times New Roman"/>
        </w:rPr>
        <w:t>( ) Agree</w:t>
      </w:r>
    </w:p>
    <w:p w14:paraId="504C61B4" w14:textId="77777777" w:rsidR="00981711" w:rsidRPr="008A4CA0" w:rsidRDefault="00000000">
      <w:pPr>
        <w:rPr>
          <w:rFonts w:ascii="Times New Roman" w:hAnsi="Times New Roman" w:cs="Times New Roman"/>
        </w:rPr>
      </w:pPr>
      <w:r w:rsidRPr="008A4CA0">
        <w:rPr>
          <w:rFonts w:ascii="Times New Roman" w:hAnsi="Times New Roman" w:cs="Times New Roman"/>
        </w:rPr>
        <w:t>( ) Strongly agree</w:t>
      </w:r>
    </w:p>
    <w:p w14:paraId="1D4D1C99" w14:textId="77777777" w:rsidR="00981711" w:rsidRPr="008A4CA0" w:rsidRDefault="00981711">
      <w:pPr>
        <w:rPr>
          <w:rFonts w:ascii="Times New Roman" w:hAnsi="Times New Roman" w:cs="Times New Roman"/>
        </w:rPr>
      </w:pPr>
    </w:p>
    <w:p w14:paraId="1470E660" w14:textId="71E2F358" w:rsidR="00981711" w:rsidRPr="008A4CA0" w:rsidRDefault="00000000">
      <w:pPr>
        <w:rPr>
          <w:rFonts w:ascii="Times New Roman" w:hAnsi="Times New Roman" w:cs="Times New Roman"/>
        </w:rPr>
      </w:pPr>
      <w:r w:rsidRPr="008A4CA0">
        <w:rPr>
          <w:rFonts w:ascii="Times New Roman" w:hAnsi="Times New Roman" w:cs="Times New Roman"/>
        </w:rPr>
        <w:t>6. I was able to follow the sequence of surgical instrument usage.</w:t>
      </w:r>
    </w:p>
    <w:p w14:paraId="4A429F7B" w14:textId="77777777" w:rsidR="00981711" w:rsidRPr="008A4CA0" w:rsidRDefault="00000000">
      <w:pPr>
        <w:rPr>
          <w:rFonts w:ascii="Times New Roman" w:hAnsi="Times New Roman" w:cs="Times New Roman"/>
        </w:rPr>
      </w:pPr>
      <w:r w:rsidRPr="008A4CA0">
        <w:rPr>
          <w:rFonts w:ascii="Times New Roman" w:hAnsi="Times New Roman" w:cs="Times New Roman"/>
        </w:rPr>
        <w:t>( ) Strongly disagree</w:t>
      </w:r>
    </w:p>
    <w:p w14:paraId="78ED0AC5" w14:textId="77777777" w:rsidR="00981711" w:rsidRPr="008A4CA0" w:rsidRDefault="00000000">
      <w:pPr>
        <w:rPr>
          <w:rFonts w:ascii="Times New Roman" w:hAnsi="Times New Roman" w:cs="Times New Roman"/>
        </w:rPr>
      </w:pPr>
      <w:r w:rsidRPr="008A4CA0">
        <w:rPr>
          <w:rFonts w:ascii="Times New Roman" w:hAnsi="Times New Roman" w:cs="Times New Roman"/>
        </w:rPr>
        <w:t>( ) Disagree</w:t>
      </w:r>
    </w:p>
    <w:p w14:paraId="38C326A5" w14:textId="77777777" w:rsidR="00981711" w:rsidRPr="008A4CA0" w:rsidRDefault="00000000">
      <w:pPr>
        <w:rPr>
          <w:rFonts w:ascii="Times New Roman" w:hAnsi="Times New Roman" w:cs="Times New Roman"/>
        </w:rPr>
      </w:pPr>
      <w:r w:rsidRPr="008A4CA0">
        <w:rPr>
          <w:rFonts w:ascii="Times New Roman" w:hAnsi="Times New Roman" w:cs="Times New Roman"/>
        </w:rPr>
        <w:t>( ) Neutral</w:t>
      </w:r>
    </w:p>
    <w:p w14:paraId="31AE642E" w14:textId="77777777" w:rsidR="00981711" w:rsidRPr="008A4CA0" w:rsidRDefault="00000000">
      <w:pPr>
        <w:rPr>
          <w:rFonts w:ascii="Times New Roman" w:hAnsi="Times New Roman" w:cs="Times New Roman"/>
        </w:rPr>
      </w:pPr>
      <w:r w:rsidRPr="008A4CA0">
        <w:rPr>
          <w:rFonts w:ascii="Times New Roman" w:hAnsi="Times New Roman" w:cs="Times New Roman"/>
        </w:rPr>
        <w:t>( ) Agree</w:t>
      </w:r>
    </w:p>
    <w:p w14:paraId="0A460331" w14:textId="77777777" w:rsidR="00981711" w:rsidRPr="008A4CA0" w:rsidRDefault="00000000">
      <w:pPr>
        <w:rPr>
          <w:rFonts w:ascii="Times New Roman" w:hAnsi="Times New Roman" w:cs="Times New Roman"/>
        </w:rPr>
      </w:pPr>
      <w:r w:rsidRPr="008A4CA0">
        <w:rPr>
          <w:rFonts w:ascii="Times New Roman" w:hAnsi="Times New Roman" w:cs="Times New Roman"/>
        </w:rPr>
        <w:t>( ) Strongly agree</w:t>
      </w:r>
    </w:p>
    <w:p w14:paraId="3AF53768" w14:textId="77777777" w:rsidR="00981711" w:rsidRPr="008A4CA0" w:rsidRDefault="00981711">
      <w:pPr>
        <w:rPr>
          <w:rFonts w:ascii="Times New Roman" w:hAnsi="Times New Roman" w:cs="Times New Roman"/>
        </w:rPr>
      </w:pPr>
    </w:p>
    <w:p w14:paraId="0A2486CA" w14:textId="2A9E602B" w:rsidR="00981711" w:rsidRPr="008A4CA0" w:rsidRDefault="00000000">
      <w:pPr>
        <w:rPr>
          <w:rFonts w:ascii="Times New Roman" w:hAnsi="Times New Roman" w:cs="Times New Roman"/>
        </w:rPr>
      </w:pPr>
      <w:r w:rsidRPr="008A4CA0">
        <w:rPr>
          <w:rFonts w:ascii="Times New Roman" w:hAnsi="Times New Roman" w:cs="Times New Roman"/>
        </w:rPr>
        <w:lastRenderedPageBreak/>
        <w:t>7. The observation environment facilitated my concentration.</w:t>
      </w:r>
    </w:p>
    <w:p w14:paraId="3653B83E" w14:textId="77777777" w:rsidR="00981711" w:rsidRPr="008A4CA0" w:rsidRDefault="00000000">
      <w:pPr>
        <w:rPr>
          <w:rFonts w:ascii="Times New Roman" w:hAnsi="Times New Roman" w:cs="Times New Roman"/>
        </w:rPr>
      </w:pPr>
      <w:r w:rsidRPr="008A4CA0">
        <w:rPr>
          <w:rFonts w:ascii="Times New Roman" w:hAnsi="Times New Roman" w:cs="Times New Roman"/>
        </w:rPr>
        <w:t>( ) Strongly disagree</w:t>
      </w:r>
    </w:p>
    <w:p w14:paraId="44CFF997" w14:textId="77777777" w:rsidR="00981711" w:rsidRPr="008A4CA0" w:rsidRDefault="00000000">
      <w:pPr>
        <w:rPr>
          <w:rFonts w:ascii="Times New Roman" w:hAnsi="Times New Roman" w:cs="Times New Roman"/>
        </w:rPr>
      </w:pPr>
      <w:r w:rsidRPr="008A4CA0">
        <w:rPr>
          <w:rFonts w:ascii="Times New Roman" w:hAnsi="Times New Roman" w:cs="Times New Roman"/>
        </w:rPr>
        <w:t>( ) Disagree</w:t>
      </w:r>
    </w:p>
    <w:p w14:paraId="79A6F23D" w14:textId="77777777" w:rsidR="00981711" w:rsidRPr="008A4CA0" w:rsidRDefault="00000000">
      <w:pPr>
        <w:rPr>
          <w:rFonts w:ascii="Times New Roman" w:hAnsi="Times New Roman" w:cs="Times New Roman"/>
        </w:rPr>
      </w:pPr>
      <w:r w:rsidRPr="008A4CA0">
        <w:rPr>
          <w:rFonts w:ascii="Times New Roman" w:hAnsi="Times New Roman" w:cs="Times New Roman"/>
        </w:rPr>
        <w:t>( ) Neutral</w:t>
      </w:r>
    </w:p>
    <w:p w14:paraId="14A80CF1" w14:textId="77777777" w:rsidR="00981711" w:rsidRPr="008A4CA0" w:rsidRDefault="00000000">
      <w:pPr>
        <w:rPr>
          <w:rFonts w:ascii="Times New Roman" w:hAnsi="Times New Roman" w:cs="Times New Roman"/>
        </w:rPr>
      </w:pPr>
      <w:r w:rsidRPr="008A4CA0">
        <w:rPr>
          <w:rFonts w:ascii="Times New Roman" w:hAnsi="Times New Roman" w:cs="Times New Roman"/>
        </w:rPr>
        <w:t>( ) Agree</w:t>
      </w:r>
    </w:p>
    <w:p w14:paraId="0E0539EB" w14:textId="77777777" w:rsidR="00981711" w:rsidRPr="008A4CA0" w:rsidRDefault="00000000">
      <w:pPr>
        <w:rPr>
          <w:rFonts w:ascii="Times New Roman" w:hAnsi="Times New Roman" w:cs="Times New Roman"/>
        </w:rPr>
      </w:pPr>
      <w:r w:rsidRPr="008A4CA0">
        <w:rPr>
          <w:rFonts w:ascii="Times New Roman" w:hAnsi="Times New Roman" w:cs="Times New Roman"/>
        </w:rPr>
        <w:t>( ) Strongly agree</w:t>
      </w:r>
    </w:p>
    <w:p w14:paraId="798BA0F8" w14:textId="77777777" w:rsidR="00981711" w:rsidRPr="008A4CA0" w:rsidRDefault="00981711">
      <w:pPr>
        <w:rPr>
          <w:rFonts w:ascii="Times New Roman" w:hAnsi="Times New Roman" w:cs="Times New Roman"/>
        </w:rPr>
      </w:pPr>
    </w:p>
    <w:p w14:paraId="4F7F77B0" w14:textId="18DC2C5D" w:rsidR="00981711" w:rsidRPr="008A4CA0" w:rsidRDefault="00000000">
      <w:pPr>
        <w:rPr>
          <w:rFonts w:ascii="Times New Roman" w:hAnsi="Times New Roman" w:cs="Times New Roman"/>
        </w:rPr>
      </w:pPr>
      <w:r w:rsidRPr="008A4CA0">
        <w:rPr>
          <w:rFonts w:ascii="Times New Roman" w:hAnsi="Times New Roman" w:cs="Times New Roman"/>
        </w:rPr>
        <w:t>8. I was able to clearly observe the stages of the surgical procedure (incision, elevation, suturing).</w:t>
      </w:r>
    </w:p>
    <w:p w14:paraId="681F75D3" w14:textId="77777777" w:rsidR="00981711" w:rsidRPr="008A4CA0" w:rsidRDefault="00000000">
      <w:pPr>
        <w:rPr>
          <w:rFonts w:ascii="Times New Roman" w:hAnsi="Times New Roman" w:cs="Times New Roman"/>
        </w:rPr>
      </w:pPr>
      <w:r w:rsidRPr="008A4CA0">
        <w:rPr>
          <w:rFonts w:ascii="Times New Roman" w:hAnsi="Times New Roman" w:cs="Times New Roman"/>
        </w:rPr>
        <w:t>( ) Strongly disagree</w:t>
      </w:r>
    </w:p>
    <w:p w14:paraId="19F80628" w14:textId="77777777" w:rsidR="00981711" w:rsidRPr="008A4CA0" w:rsidRDefault="00000000">
      <w:pPr>
        <w:rPr>
          <w:rFonts w:ascii="Times New Roman" w:hAnsi="Times New Roman" w:cs="Times New Roman"/>
        </w:rPr>
      </w:pPr>
      <w:r w:rsidRPr="008A4CA0">
        <w:rPr>
          <w:rFonts w:ascii="Times New Roman" w:hAnsi="Times New Roman" w:cs="Times New Roman"/>
        </w:rPr>
        <w:t>( ) Disagree</w:t>
      </w:r>
    </w:p>
    <w:p w14:paraId="5B10F296" w14:textId="77777777" w:rsidR="00981711" w:rsidRPr="008A4CA0" w:rsidRDefault="00000000">
      <w:pPr>
        <w:rPr>
          <w:rFonts w:ascii="Times New Roman" w:hAnsi="Times New Roman" w:cs="Times New Roman"/>
        </w:rPr>
      </w:pPr>
      <w:r w:rsidRPr="008A4CA0">
        <w:rPr>
          <w:rFonts w:ascii="Times New Roman" w:hAnsi="Times New Roman" w:cs="Times New Roman"/>
        </w:rPr>
        <w:t>( ) Neutral</w:t>
      </w:r>
    </w:p>
    <w:p w14:paraId="34375E54" w14:textId="77777777" w:rsidR="00981711" w:rsidRPr="008A4CA0" w:rsidRDefault="00000000">
      <w:pPr>
        <w:rPr>
          <w:rFonts w:ascii="Times New Roman" w:hAnsi="Times New Roman" w:cs="Times New Roman"/>
        </w:rPr>
      </w:pPr>
      <w:r w:rsidRPr="008A4CA0">
        <w:rPr>
          <w:rFonts w:ascii="Times New Roman" w:hAnsi="Times New Roman" w:cs="Times New Roman"/>
        </w:rPr>
        <w:t>( ) Agree</w:t>
      </w:r>
    </w:p>
    <w:p w14:paraId="4B2A7D54" w14:textId="77777777" w:rsidR="00981711" w:rsidRPr="008A4CA0" w:rsidRDefault="00000000">
      <w:pPr>
        <w:rPr>
          <w:rFonts w:ascii="Times New Roman" w:hAnsi="Times New Roman" w:cs="Times New Roman"/>
        </w:rPr>
      </w:pPr>
      <w:r w:rsidRPr="008A4CA0">
        <w:rPr>
          <w:rFonts w:ascii="Times New Roman" w:hAnsi="Times New Roman" w:cs="Times New Roman"/>
        </w:rPr>
        <w:t>( ) Strongly agree</w:t>
      </w:r>
    </w:p>
    <w:p w14:paraId="3816DDED" w14:textId="77777777" w:rsidR="00981711" w:rsidRPr="008A4CA0" w:rsidRDefault="00981711">
      <w:pPr>
        <w:rPr>
          <w:rFonts w:ascii="Times New Roman" w:hAnsi="Times New Roman" w:cs="Times New Roman"/>
        </w:rPr>
      </w:pPr>
    </w:p>
    <w:p w14:paraId="76E99FA7" w14:textId="519E9DFD" w:rsidR="00981711" w:rsidRPr="008A4CA0" w:rsidRDefault="00000000">
      <w:pPr>
        <w:rPr>
          <w:rFonts w:ascii="Times New Roman" w:hAnsi="Times New Roman" w:cs="Times New Roman"/>
        </w:rPr>
      </w:pPr>
      <w:r w:rsidRPr="008A4CA0">
        <w:rPr>
          <w:rFonts w:ascii="Times New Roman" w:hAnsi="Times New Roman" w:cs="Times New Roman"/>
        </w:rPr>
        <w:t>9. I was able to observe the surgeon’s communication with the patient.</w:t>
      </w:r>
    </w:p>
    <w:p w14:paraId="7B9EAEBE" w14:textId="77777777" w:rsidR="00981711" w:rsidRPr="008A4CA0" w:rsidRDefault="00000000">
      <w:pPr>
        <w:rPr>
          <w:rFonts w:ascii="Times New Roman" w:hAnsi="Times New Roman" w:cs="Times New Roman"/>
        </w:rPr>
      </w:pPr>
      <w:r w:rsidRPr="008A4CA0">
        <w:rPr>
          <w:rFonts w:ascii="Times New Roman" w:hAnsi="Times New Roman" w:cs="Times New Roman"/>
        </w:rPr>
        <w:t>( ) Strongly disagree</w:t>
      </w:r>
    </w:p>
    <w:p w14:paraId="11A2B094" w14:textId="77777777" w:rsidR="00981711" w:rsidRPr="008A4CA0" w:rsidRDefault="00000000">
      <w:pPr>
        <w:rPr>
          <w:rFonts w:ascii="Times New Roman" w:hAnsi="Times New Roman" w:cs="Times New Roman"/>
        </w:rPr>
      </w:pPr>
      <w:r w:rsidRPr="008A4CA0">
        <w:rPr>
          <w:rFonts w:ascii="Times New Roman" w:hAnsi="Times New Roman" w:cs="Times New Roman"/>
        </w:rPr>
        <w:t>( ) Disagree</w:t>
      </w:r>
    </w:p>
    <w:p w14:paraId="295CD37E" w14:textId="77777777" w:rsidR="00981711" w:rsidRPr="008A4CA0" w:rsidRDefault="00000000">
      <w:pPr>
        <w:rPr>
          <w:rFonts w:ascii="Times New Roman" w:hAnsi="Times New Roman" w:cs="Times New Roman"/>
        </w:rPr>
      </w:pPr>
      <w:r w:rsidRPr="008A4CA0">
        <w:rPr>
          <w:rFonts w:ascii="Times New Roman" w:hAnsi="Times New Roman" w:cs="Times New Roman"/>
        </w:rPr>
        <w:t>( ) Neutral</w:t>
      </w:r>
    </w:p>
    <w:p w14:paraId="692A4550" w14:textId="77777777" w:rsidR="00981711" w:rsidRPr="008A4CA0" w:rsidRDefault="00000000">
      <w:pPr>
        <w:rPr>
          <w:rFonts w:ascii="Times New Roman" w:hAnsi="Times New Roman" w:cs="Times New Roman"/>
        </w:rPr>
      </w:pPr>
      <w:r w:rsidRPr="008A4CA0">
        <w:rPr>
          <w:rFonts w:ascii="Times New Roman" w:hAnsi="Times New Roman" w:cs="Times New Roman"/>
        </w:rPr>
        <w:t>( ) Agree</w:t>
      </w:r>
    </w:p>
    <w:p w14:paraId="15B20547" w14:textId="77777777" w:rsidR="00981711" w:rsidRPr="008A4CA0" w:rsidRDefault="00000000">
      <w:pPr>
        <w:rPr>
          <w:rFonts w:ascii="Times New Roman" w:hAnsi="Times New Roman" w:cs="Times New Roman"/>
        </w:rPr>
      </w:pPr>
      <w:r w:rsidRPr="008A4CA0">
        <w:rPr>
          <w:rFonts w:ascii="Times New Roman" w:hAnsi="Times New Roman" w:cs="Times New Roman"/>
        </w:rPr>
        <w:t>( ) Strongly agree</w:t>
      </w:r>
    </w:p>
    <w:p w14:paraId="1AE45163" w14:textId="77777777" w:rsidR="00981711" w:rsidRPr="008A4CA0" w:rsidRDefault="00981711">
      <w:pPr>
        <w:rPr>
          <w:rFonts w:ascii="Times New Roman" w:hAnsi="Times New Roman" w:cs="Times New Roman"/>
        </w:rPr>
      </w:pPr>
    </w:p>
    <w:p w14:paraId="44130A99" w14:textId="77777777" w:rsidR="00981711" w:rsidRPr="008A4CA0" w:rsidRDefault="00000000">
      <w:pPr>
        <w:rPr>
          <w:rFonts w:ascii="Times New Roman" w:hAnsi="Times New Roman" w:cs="Times New Roman"/>
        </w:rPr>
      </w:pPr>
      <w:r w:rsidRPr="008A4CA0">
        <w:rPr>
          <w:rFonts w:ascii="Times New Roman" w:hAnsi="Times New Roman" w:cs="Times New Roman"/>
        </w:rPr>
        <w:t>C. Understanding of the Surgical Process and Contribution to Learning</w:t>
      </w:r>
    </w:p>
    <w:p w14:paraId="298A5BF0" w14:textId="77777777" w:rsidR="00981711" w:rsidRPr="008A4CA0" w:rsidRDefault="00981711">
      <w:pPr>
        <w:rPr>
          <w:rFonts w:ascii="Times New Roman" w:hAnsi="Times New Roman" w:cs="Times New Roman"/>
        </w:rPr>
      </w:pPr>
    </w:p>
    <w:p w14:paraId="3BF5BD2F" w14:textId="77777777" w:rsidR="00981711" w:rsidRPr="008A4CA0" w:rsidRDefault="00000000">
      <w:pPr>
        <w:rPr>
          <w:rFonts w:ascii="Times New Roman" w:hAnsi="Times New Roman" w:cs="Times New Roman"/>
        </w:rPr>
      </w:pPr>
      <w:r w:rsidRPr="008A4CA0">
        <w:rPr>
          <w:rFonts w:ascii="Times New Roman" w:hAnsi="Times New Roman" w:cs="Times New Roman"/>
        </w:rPr>
        <w:t>10. I was able to understand the surgeon’s surgical planning (e.g., incision line selection).</w:t>
      </w:r>
    </w:p>
    <w:p w14:paraId="6A994636" w14:textId="77777777" w:rsidR="00981711" w:rsidRPr="008A4CA0" w:rsidRDefault="00000000">
      <w:pPr>
        <w:rPr>
          <w:rFonts w:ascii="Times New Roman" w:hAnsi="Times New Roman" w:cs="Times New Roman"/>
        </w:rPr>
      </w:pPr>
      <w:r w:rsidRPr="008A4CA0">
        <w:rPr>
          <w:rFonts w:ascii="Times New Roman" w:hAnsi="Times New Roman" w:cs="Times New Roman"/>
        </w:rPr>
        <w:t>( ) Strongly disagree</w:t>
      </w:r>
    </w:p>
    <w:p w14:paraId="15276574" w14:textId="77777777" w:rsidR="00981711" w:rsidRPr="008A4CA0" w:rsidRDefault="00000000">
      <w:pPr>
        <w:rPr>
          <w:rFonts w:ascii="Times New Roman" w:hAnsi="Times New Roman" w:cs="Times New Roman"/>
        </w:rPr>
      </w:pPr>
      <w:r w:rsidRPr="008A4CA0">
        <w:rPr>
          <w:rFonts w:ascii="Times New Roman" w:hAnsi="Times New Roman" w:cs="Times New Roman"/>
        </w:rPr>
        <w:t>( ) Disagree</w:t>
      </w:r>
    </w:p>
    <w:p w14:paraId="236BD2D5" w14:textId="77777777" w:rsidR="00981711" w:rsidRPr="008A4CA0" w:rsidRDefault="00000000">
      <w:pPr>
        <w:rPr>
          <w:rFonts w:ascii="Times New Roman" w:hAnsi="Times New Roman" w:cs="Times New Roman"/>
        </w:rPr>
      </w:pPr>
      <w:r w:rsidRPr="008A4CA0">
        <w:rPr>
          <w:rFonts w:ascii="Times New Roman" w:hAnsi="Times New Roman" w:cs="Times New Roman"/>
        </w:rPr>
        <w:lastRenderedPageBreak/>
        <w:t>( ) Neutral</w:t>
      </w:r>
    </w:p>
    <w:p w14:paraId="7A83F7FD" w14:textId="77777777" w:rsidR="00981711" w:rsidRPr="008A4CA0" w:rsidRDefault="00000000">
      <w:pPr>
        <w:rPr>
          <w:rFonts w:ascii="Times New Roman" w:hAnsi="Times New Roman" w:cs="Times New Roman"/>
        </w:rPr>
      </w:pPr>
      <w:r w:rsidRPr="008A4CA0">
        <w:rPr>
          <w:rFonts w:ascii="Times New Roman" w:hAnsi="Times New Roman" w:cs="Times New Roman"/>
        </w:rPr>
        <w:t>( ) Agree</w:t>
      </w:r>
    </w:p>
    <w:p w14:paraId="33CD911C" w14:textId="77777777" w:rsidR="00981711" w:rsidRPr="008A4CA0" w:rsidRDefault="00000000">
      <w:pPr>
        <w:rPr>
          <w:rFonts w:ascii="Times New Roman" w:hAnsi="Times New Roman" w:cs="Times New Roman"/>
        </w:rPr>
      </w:pPr>
      <w:r w:rsidRPr="008A4CA0">
        <w:rPr>
          <w:rFonts w:ascii="Times New Roman" w:hAnsi="Times New Roman" w:cs="Times New Roman"/>
        </w:rPr>
        <w:t>( ) Strongly agree</w:t>
      </w:r>
    </w:p>
    <w:p w14:paraId="70449DBC" w14:textId="77777777" w:rsidR="00981711" w:rsidRPr="008A4CA0" w:rsidRDefault="00981711">
      <w:pPr>
        <w:rPr>
          <w:rFonts w:ascii="Times New Roman" w:hAnsi="Times New Roman" w:cs="Times New Roman"/>
        </w:rPr>
      </w:pPr>
    </w:p>
    <w:p w14:paraId="047F772F" w14:textId="4D1FC136" w:rsidR="00981711" w:rsidRPr="008A4CA0" w:rsidRDefault="00000000">
      <w:pPr>
        <w:rPr>
          <w:rFonts w:ascii="Times New Roman" w:hAnsi="Times New Roman" w:cs="Times New Roman"/>
        </w:rPr>
      </w:pPr>
      <w:r w:rsidRPr="008A4CA0">
        <w:rPr>
          <w:rFonts w:ascii="Times New Roman" w:hAnsi="Times New Roman" w:cs="Times New Roman"/>
        </w:rPr>
        <w:t>11. I was able to observe complication management (e.g., bleeding control, nerve protection).</w:t>
      </w:r>
    </w:p>
    <w:p w14:paraId="290BE698" w14:textId="77777777" w:rsidR="00981711" w:rsidRPr="008A4CA0" w:rsidRDefault="00000000">
      <w:pPr>
        <w:rPr>
          <w:rFonts w:ascii="Times New Roman" w:hAnsi="Times New Roman" w:cs="Times New Roman"/>
        </w:rPr>
      </w:pPr>
      <w:r w:rsidRPr="008A4CA0">
        <w:rPr>
          <w:rFonts w:ascii="Times New Roman" w:hAnsi="Times New Roman" w:cs="Times New Roman"/>
        </w:rPr>
        <w:t>( ) Strongly disagree</w:t>
      </w:r>
    </w:p>
    <w:p w14:paraId="489A289D" w14:textId="77777777" w:rsidR="00981711" w:rsidRPr="008A4CA0" w:rsidRDefault="00000000">
      <w:pPr>
        <w:rPr>
          <w:rFonts w:ascii="Times New Roman" w:hAnsi="Times New Roman" w:cs="Times New Roman"/>
        </w:rPr>
      </w:pPr>
      <w:r w:rsidRPr="008A4CA0">
        <w:rPr>
          <w:rFonts w:ascii="Times New Roman" w:hAnsi="Times New Roman" w:cs="Times New Roman"/>
        </w:rPr>
        <w:t>( ) Disagree</w:t>
      </w:r>
    </w:p>
    <w:p w14:paraId="5D14EF3E" w14:textId="77777777" w:rsidR="00981711" w:rsidRPr="008A4CA0" w:rsidRDefault="00000000">
      <w:pPr>
        <w:rPr>
          <w:rFonts w:ascii="Times New Roman" w:hAnsi="Times New Roman" w:cs="Times New Roman"/>
        </w:rPr>
      </w:pPr>
      <w:r w:rsidRPr="008A4CA0">
        <w:rPr>
          <w:rFonts w:ascii="Times New Roman" w:hAnsi="Times New Roman" w:cs="Times New Roman"/>
        </w:rPr>
        <w:t>( ) Neutral</w:t>
      </w:r>
    </w:p>
    <w:p w14:paraId="072B000F" w14:textId="77777777" w:rsidR="00981711" w:rsidRPr="008A4CA0" w:rsidRDefault="00000000">
      <w:pPr>
        <w:rPr>
          <w:rFonts w:ascii="Times New Roman" w:hAnsi="Times New Roman" w:cs="Times New Roman"/>
        </w:rPr>
      </w:pPr>
      <w:r w:rsidRPr="008A4CA0">
        <w:rPr>
          <w:rFonts w:ascii="Times New Roman" w:hAnsi="Times New Roman" w:cs="Times New Roman"/>
        </w:rPr>
        <w:t>( ) Agree</w:t>
      </w:r>
    </w:p>
    <w:p w14:paraId="17ADED75" w14:textId="77777777" w:rsidR="00981711" w:rsidRPr="008A4CA0" w:rsidRDefault="00000000">
      <w:pPr>
        <w:rPr>
          <w:rFonts w:ascii="Times New Roman" w:hAnsi="Times New Roman" w:cs="Times New Roman"/>
        </w:rPr>
      </w:pPr>
      <w:r w:rsidRPr="008A4CA0">
        <w:rPr>
          <w:rFonts w:ascii="Times New Roman" w:hAnsi="Times New Roman" w:cs="Times New Roman"/>
        </w:rPr>
        <w:t>( ) Strongly agree</w:t>
      </w:r>
    </w:p>
    <w:p w14:paraId="067B6937" w14:textId="77777777" w:rsidR="00981711" w:rsidRPr="008A4CA0" w:rsidRDefault="00981711">
      <w:pPr>
        <w:rPr>
          <w:rFonts w:ascii="Times New Roman" w:hAnsi="Times New Roman" w:cs="Times New Roman"/>
        </w:rPr>
      </w:pPr>
    </w:p>
    <w:p w14:paraId="16F0436E" w14:textId="56440756" w:rsidR="00981711" w:rsidRPr="008A4CA0" w:rsidRDefault="00000000">
      <w:pPr>
        <w:rPr>
          <w:rFonts w:ascii="Times New Roman" w:hAnsi="Times New Roman" w:cs="Times New Roman"/>
        </w:rPr>
      </w:pPr>
      <w:r w:rsidRPr="008A4CA0">
        <w:rPr>
          <w:rFonts w:ascii="Times New Roman" w:hAnsi="Times New Roman" w:cs="Times New Roman"/>
        </w:rPr>
        <w:t>12. The surgeon’s explanations during the procedure were sufficient and educational.</w:t>
      </w:r>
    </w:p>
    <w:p w14:paraId="1A579341" w14:textId="77777777" w:rsidR="00981711" w:rsidRPr="008A4CA0" w:rsidRDefault="00000000">
      <w:pPr>
        <w:rPr>
          <w:rFonts w:ascii="Times New Roman" w:hAnsi="Times New Roman" w:cs="Times New Roman"/>
        </w:rPr>
      </w:pPr>
      <w:r w:rsidRPr="008A4CA0">
        <w:rPr>
          <w:rFonts w:ascii="Times New Roman" w:hAnsi="Times New Roman" w:cs="Times New Roman"/>
        </w:rPr>
        <w:t>( ) Strongly disagree</w:t>
      </w:r>
    </w:p>
    <w:p w14:paraId="2CB8D23F" w14:textId="77777777" w:rsidR="00981711" w:rsidRPr="008A4CA0" w:rsidRDefault="00000000">
      <w:pPr>
        <w:rPr>
          <w:rFonts w:ascii="Times New Roman" w:hAnsi="Times New Roman" w:cs="Times New Roman"/>
        </w:rPr>
      </w:pPr>
      <w:r w:rsidRPr="008A4CA0">
        <w:rPr>
          <w:rFonts w:ascii="Times New Roman" w:hAnsi="Times New Roman" w:cs="Times New Roman"/>
        </w:rPr>
        <w:t>( ) Disagree</w:t>
      </w:r>
    </w:p>
    <w:p w14:paraId="4966861D" w14:textId="77777777" w:rsidR="00981711" w:rsidRPr="008A4CA0" w:rsidRDefault="00000000">
      <w:pPr>
        <w:rPr>
          <w:rFonts w:ascii="Times New Roman" w:hAnsi="Times New Roman" w:cs="Times New Roman"/>
        </w:rPr>
      </w:pPr>
      <w:r w:rsidRPr="008A4CA0">
        <w:rPr>
          <w:rFonts w:ascii="Times New Roman" w:hAnsi="Times New Roman" w:cs="Times New Roman"/>
        </w:rPr>
        <w:t>( ) Neutral</w:t>
      </w:r>
    </w:p>
    <w:p w14:paraId="7D33EE75" w14:textId="77777777" w:rsidR="00981711" w:rsidRPr="008A4CA0" w:rsidRDefault="00000000">
      <w:pPr>
        <w:rPr>
          <w:rFonts w:ascii="Times New Roman" w:hAnsi="Times New Roman" w:cs="Times New Roman"/>
        </w:rPr>
      </w:pPr>
      <w:r w:rsidRPr="008A4CA0">
        <w:rPr>
          <w:rFonts w:ascii="Times New Roman" w:hAnsi="Times New Roman" w:cs="Times New Roman"/>
        </w:rPr>
        <w:t>( ) Agree</w:t>
      </w:r>
    </w:p>
    <w:p w14:paraId="4C4FFC3C" w14:textId="77777777" w:rsidR="00981711" w:rsidRPr="008A4CA0" w:rsidRDefault="00000000">
      <w:pPr>
        <w:rPr>
          <w:rFonts w:ascii="Times New Roman" w:hAnsi="Times New Roman" w:cs="Times New Roman"/>
        </w:rPr>
      </w:pPr>
      <w:r w:rsidRPr="008A4CA0">
        <w:rPr>
          <w:rFonts w:ascii="Times New Roman" w:hAnsi="Times New Roman" w:cs="Times New Roman"/>
        </w:rPr>
        <w:t>( ) Strongly agree</w:t>
      </w:r>
    </w:p>
    <w:p w14:paraId="338C5BD8" w14:textId="77777777" w:rsidR="00981711" w:rsidRPr="008A4CA0" w:rsidRDefault="00981711">
      <w:pPr>
        <w:rPr>
          <w:rFonts w:ascii="Times New Roman" w:hAnsi="Times New Roman" w:cs="Times New Roman"/>
        </w:rPr>
      </w:pPr>
    </w:p>
    <w:p w14:paraId="2DA01A3A" w14:textId="0ADA5C77" w:rsidR="00981711" w:rsidRPr="008A4CA0" w:rsidRDefault="00000000">
      <w:pPr>
        <w:rPr>
          <w:rFonts w:ascii="Times New Roman" w:hAnsi="Times New Roman" w:cs="Times New Roman"/>
        </w:rPr>
      </w:pPr>
      <w:r w:rsidRPr="008A4CA0">
        <w:rPr>
          <w:rFonts w:ascii="Times New Roman" w:hAnsi="Times New Roman" w:cs="Times New Roman"/>
        </w:rPr>
        <w:t>13. I was able to relate theoretical knowledge to clinical practice.</w:t>
      </w:r>
    </w:p>
    <w:p w14:paraId="721AF0B1" w14:textId="77777777" w:rsidR="00981711" w:rsidRPr="008A4CA0" w:rsidRDefault="00000000">
      <w:pPr>
        <w:rPr>
          <w:rFonts w:ascii="Times New Roman" w:hAnsi="Times New Roman" w:cs="Times New Roman"/>
        </w:rPr>
      </w:pPr>
      <w:r w:rsidRPr="008A4CA0">
        <w:rPr>
          <w:rFonts w:ascii="Times New Roman" w:hAnsi="Times New Roman" w:cs="Times New Roman"/>
        </w:rPr>
        <w:t>( ) Strongly disagree</w:t>
      </w:r>
    </w:p>
    <w:p w14:paraId="0E90BD66" w14:textId="77777777" w:rsidR="00981711" w:rsidRPr="008A4CA0" w:rsidRDefault="00000000">
      <w:pPr>
        <w:rPr>
          <w:rFonts w:ascii="Times New Roman" w:hAnsi="Times New Roman" w:cs="Times New Roman"/>
        </w:rPr>
      </w:pPr>
      <w:r w:rsidRPr="008A4CA0">
        <w:rPr>
          <w:rFonts w:ascii="Times New Roman" w:hAnsi="Times New Roman" w:cs="Times New Roman"/>
        </w:rPr>
        <w:t>( ) Disagree</w:t>
      </w:r>
    </w:p>
    <w:p w14:paraId="61BEB8B6" w14:textId="77777777" w:rsidR="00981711" w:rsidRPr="008A4CA0" w:rsidRDefault="00000000">
      <w:pPr>
        <w:rPr>
          <w:rFonts w:ascii="Times New Roman" w:hAnsi="Times New Roman" w:cs="Times New Roman"/>
        </w:rPr>
      </w:pPr>
      <w:r w:rsidRPr="008A4CA0">
        <w:rPr>
          <w:rFonts w:ascii="Times New Roman" w:hAnsi="Times New Roman" w:cs="Times New Roman"/>
        </w:rPr>
        <w:t>( ) Neutral</w:t>
      </w:r>
    </w:p>
    <w:p w14:paraId="6CC102F8" w14:textId="77777777" w:rsidR="00981711" w:rsidRPr="008A4CA0" w:rsidRDefault="00000000">
      <w:pPr>
        <w:rPr>
          <w:rFonts w:ascii="Times New Roman" w:hAnsi="Times New Roman" w:cs="Times New Roman"/>
        </w:rPr>
      </w:pPr>
      <w:r w:rsidRPr="008A4CA0">
        <w:rPr>
          <w:rFonts w:ascii="Times New Roman" w:hAnsi="Times New Roman" w:cs="Times New Roman"/>
        </w:rPr>
        <w:t>( ) Agree</w:t>
      </w:r>
    </w:p>
    <w:p w14:paraId="439BD0AA" w14:textId="77777777" w:rsidR="00981711" w:rsidRPr="008A4CA0" w:rsidRDefault="00000000">
      <w:pPr>
        <w:rPr>
          <w:rFonts w:ascii="Times New Roman" w:hAnsi="Times New Roman" w:cs="Times New Roman"/>
        </w:rPr>
      </w:pPr>
      <w:r w:rsidRPr="008A4CA0">
        <w:rPr>
          <w:rFonts w:ascii="Times New Roman" w:hAnsi="Times New Roman" w:cs="Times New Roman"/>
        </w:rPr>
        <w:t>( ) Strongly agree</w:t>
      </w:r>
    </w:p>
    <w:p w14:paraId="4BA0EB3D" w14:textId="77777777" w:rsidR="00981711" w:rsidRPr="008A4CA0" w:rsidRDefault="00981711">
      <w:pPr>
        <w:rPr>
          <w:rFonts w:ascii="Times New Roman" w:hAnsi="Times New Roman" w:cs="Times New Roman"/>
        </w:rPr>
      </w:pPr>
    </w:p>
    <w:p w14:paraId="3B6465DA" w14:textId="7619FC1F" w:rsidR="00981711" w:rsidRPr="008A4CA0" w:rsidRDefault="00000000">
      <w:pPr>
        <w:rPr>
          <w:rFonts w:ascii="Times New Roman" w:hAnsi="Times New Roman" w:cs="Times New Roman"/>
        </w:rPr>
      </w:pPr>
      <w:r w:rsidRPr="008A4CA0">
        <w:rPr>
          <w:rFonts w:ascii="Times New Roman" w:hAnsi="Times New Roman" w:cs="Times New Roman"/>
        </w:rPr>
        <w:t>14. This observation improved my clinical observation skills.</w:t>
      </w:r>
    </w:p>
    <w:p w14:paraId="15A42A59" w14:textId="77777777" w:rsidR="00981711" w:rsidRPr="008A4CA0" w:rsidRDefault="00000000">
      <w:pPr>
        <w:rPr>
          <w:rFonts w:ascii="Times New Roman" w:hAnsi="Times New Roman" w:cs="Times New Roman"/>
        </w:rPr>
      </w:pPr>
      <w:r w:rsidRPr="008A4CA0">
        <w:rPr>
          <w:rFonts w:ascii="Times New Roman" w:hAnsi="Times New Roman" w:cs="Times New Roman"/>
        </w:rPr>
        <w:lastRenderedPageBreak/>
        <w:t>( ) Strongly disagree</w:t>
      </w:r>
    </w:p>
    <w:p w14:paraId="55F95D1D" w14:textId="77777777" w:rsidR="00981711" w:rsidRPr="008A4CA0" w:rsidRDefault="00000000">
      <w:pPr>
        <w:rPr>
          <w:rFonts w:ascii="Times New Roman" w:hAnsi="Times New Roman" w:cs="Times New Roman"/>
        </w:rPr>
      </w:pPr>
      <w:r w:rsidRPr="008A4CA0">
        <w:rPr>
          <w:rFonts w:ascii="Times New Roman" w:hAnsi="Times New Roman" w:cs="Times New Roman"/>
        </w:rPr>
        <w:t>( ) Disagree</w:t>
      </w:r>
    </w:p>
    <w:p w14:paraId="5A7617FF" w14:textId="77777777" w:rsidR="00981711" w:rsidRPr="008A4CA0" w:rsidRDefault="00000000">
      <w:pPr>
        <w:rPr>
          <w:rFonts w:ascii="Times New Roman" w:hAnsi="Times New Roman" w:cs="Times New Roman"/>
        </w:rPr>
      </w:pPr>
      <w:r w:rsidRPr="008A4CA0">
        <w:rPr>
          <w:rFonts w:ascii="Times New Roman" w:hAnsi="Times New Roman" w:cs="Times New Roman"/>
        </w:rPr>
        <w:t>( ) Neutral</w:t>
      </w:r>
    </w:p>
    <w:p w14:paraId="7F837224" w14:textId="77777777" w:rsidR="00981711" w:rsidRPr="008A4CA0" w:rsidRDefault="00000000">
      <w:pPr>
        <w:rPr>
          <w:rFonts w:ascii="Times New Roman" w:hAnsi="Times New Roman" w:cs="Times New Roman"/>
        </w:rPr>
      </w:pPr>
      <w:r w:rsidRPr="008A4CA0">
        <w:rPr>
          <w:rFonts w:ascii="Times New Roman" w:hAnsi="Times New Roman" w:cs="Times New Roman"/>
        </w:rPr>
        <w:t>( ) Agree</w:t>
      </w:r>
    </w:p>
    <w:p w14:paraId="70BECD7B" w14:textId="77777777" w:rsidR="00981711" w:rsidRPr="008A4CA0" w:rsidRDefault="00000000">
      <w:pPr>
        <w:rPr>
          <w:rFonts w:ascii="Times New Roman" w:hAnsi="Times New Roman" w:cs="Times New Roman"/>
        </w:rPr>
      </w:pPr>
      <w:r w:rsidRPr="008A4CA0">
        <w:rPr>
          <w:rFonts w:ascii="Times New Roman" w:hAnsi="Times New Roman" w:cs="Times New Roman"/>
        </w:rPr>
        <w:t>( ) Strongly agree</w:t>
      </w:r>
    </w:p>
    <w:p w14:paraId="62DDD201" w14:textId="77777777" w:rsidR="00981711" w:rsidRPr="008A4CA0" w:rsidRDefault="00981711">
      <w:pPr>
        <w:rPr>
          <w:rFonts w:ascii="Times New Roman" w:hAnsi="Times New Roman" w:cs="Times New Roman"/>
        </w:rPr>
      </w:pPr>
    </w:p>
    <w:p w14:paraId="73514CE6" w14:textId="5DEA289F" w:rsidR="00981711" w:rsidRPr="008A4CA0" w:rsidRDefault="00000000">
      <w:pPr>
        <w:rPr>
          <w:rFonts w:ascii="Times New Roman" w:hAnsi="Times New Roman" w:cs="Times New Roman"/>
        </w:rPr>
      </w:pPr>
      <w:r w:rsidRPr="008A4CA0">
        <w:rPr>
          <w:rFonts w:ascii="Times New Roman" w:hAnsi="Times New Roman" w:cs="Times New Roman"/>
        </w:rPr>
        <w:t>15. This observation contributed to my professional development.</w:t>
      </w:r>
    </w:p>
    <w:p w14:paraId="110009DF" w14:textId="77777777" w:rsidR="00981711" w:rsidRPr="008A4CA0" w:rsidRDefault="00000000">
      <w:pPr>
        <w:rPr>
          <w:rFonts w:ascii="Times New Roman" w:hAnsi="Times New Roman" w:cs="Times New Roman"/>
        </w:rPr>
      </w:pPr>
      <w:r w:rsidRPr="008A4CA0">
        <w:rPr>
          <w:rFonts w:ascii="Times New Roman" w:hAnsi="Times New Roman" w:cs="Times New Roman"/>
        </w:rPr>
        <w:t>( ) Strongly disagree</w:t>
      </w:r>
    </w:p>
    <w:p w14:paraId="49875C4B" w14:textId="77777777" w:rsidR="00981711" w:rsidRPr="008A4CA0" w:rsidRDefault="00000000">
      <w:pPr>
        <w:rPr>
          <w:rFonts w:ascii="Times New Roman" w:hAnsi="Times New Roman" w:cs="Times New Roman"/>
        </w:rPr>
      </w:pPr>
      <w:r w:rsidRPr="008A4CA0">
        <w:rPr>
          <w:rFonts w:ascii="Times New Roman" w:hAnsi="Times New Roman" w:cs="Times New Roman"/>
        </w:rPr>
        <w:t>( ) Disagree</w:t>
      </w:r>
    </w:p>
    <w:p w14:paraId="68EC907F" w14:textId="77777777" w:rsidR="00981711" w:rsidRPr="008A4CA0" w:rsidRDefault="00000000">
      <w:pPr>
        <w:rPr>
          <w:rFonts w:ascii="Times New Roman" w:hAnsi="Times New Roman" w:cs="Times New Roman"/>
        </w:rPr>
      </w:pPr>
      <w:r w:rsidRPr="008A4CA0">
        <w:rPr>
          <w:rFonts w:ascii="Times New Roman" w:hAnsi="Times New Roman" w:cs="Times New Roman"/>
        </w:rPr>
        <w:t>( ) Neutral</w:t>
      </w:r>
    </w:p>
    <w:p w14:paraId="56703D83" w14:textId="77777777" w:rsidR="00981711" w:rsidRPr="008A4CA0" w:rsidRDefault="00000000">
      <w:pPr>
        <w:rPr>
          <w:rFonts w:ascii="Times New Roman" w:hAnsi="Times New Roman" w:cs="Times New Roman"/>
        </w:rPr>
      </w:pPr>
      <w:r w:rsidRPr="008A4CA0">
        <w:rPr>
          <w:rFonts w:ascii="Times New Roman" w:hAnsi="Times New Roman" w:cs="Times New Roman"/>
        </w:rPr>
        <w:t>( ) Agree</w:t>
      </w:r>
    </w:p>
    <w:p w14:paraId="2AF4C194" w14:textId="77777777" w:rsidR="00981711" w:rsidRPr="008A4CA0" w:rsidRDefault="00000000">
      <w:pPr>
        <w:rPr>
          <w:rFonts w:ascii="Times New Roman" w:hAnsi="Times New Roman" w:cs="Times New Roman"/>
        </w:rPr>
      </w:pPr>
      <w:r w:rsidRPr="008A4CA0">
        <w:rPr>
          <w:rFonts w:ascii="Times New Roman" w:hAnsi="Times New Roman" w:cs="Times New Roman"/>
        </w:rPr>
        <w:t>( ) Strongly agree</w:t>
      </w:r>
    </w:p>
    <w:p w14:paraId="125FC4B6" w14:textId="77777777" w:rsidR="00981711" w:rsidRPr="008A4CA0" w:rsidRDefault="00981711">
      <w:pPr>
        <w:rPr>
          <w:rFonts w:ascii="Times New Roman" w:hAnsi="Times New Roman" w:cs="Times New Roman"/>
        </w:rPr>
      </w:pPr>
    </w:p>
    <w:p w14:paraId="475E110B" w14:textId="7B25433C" w:rsidR="00981711" w:rsidRPr="008A4CA0" w:rsidRDefault="00000000">
      <w:pPr>
        <w:rPr>
          <w:rFonts w:ascii="Times New Roman" w:hAnsi="Times New Roman" w:cs="Times New Roman"/>
        </w:rPr>
      </w:pPr>
      <w:r w:rsidRPr="008A4CA0">
        <w:rPr>
          <w:rFonts w:ascii="Times New Roman" w:hAnsi="Times New Roman" w:cs="Times New Roman"/>
        </w:rPr>
        <w:t>D. Emotional and Clinical Observation Skills</w:t>
      </w:r>
    </w:p>
    <w:p w14:paraId="0DF69C84" w14:textId="77777777" w:rsidR="008A4CA0" w:rsidRPr="008A4CA0" w:rsidRDefault="008A4CA0">
      <w:pPr>
        <w:rPr>
          <w:rFonts w:ascii="Times New Roman" w:hAnsi="Times New Roman" w:cs="Times New Roman"/>
        </w:rPr>
      </w:pPr>
    </w:p>
    <w:p w14:paraId="3EFE7312" w14:textId="5F914F14" w:rsidR="00981711" w:rsidRPr="008A4CA0" w:rsidRDefault="00000000">
      <w:pPr>
        <w:rPr>
          <w:rFonts w:ascii="Times New Roman" w:hAnsi="Times New Roman" w:cs="Times New Roman"/>
        </w:rPr>
      </w:pPr>
      <w:r w:rsidRPr="008A4CA0">
        <w:rPr>
          <w:rFonts w:ascii="Times New Roman" w:hAnsi="Times New Roman" w:cs="Times New Roman"/>
        </w:rPr>
        <w:t>16. I was able to observe the surgeon’s decision-making process during stressful situations.</w:t>
      </w:r>
    </w:p>
    <w:p w14:paraId="42915FAB" w14:textId="77777777" w:rsidR="00981711" w:rsidRPr="008A4CA0" w:rsidRDefault="00000000">
      <w:pPr>
        <w:rPr>
          <w:rFonts w:ascii="Times New Roman" w:hAnsi="Times New Roman" w:cs="Times New Roman"/>
        </w:rPr>
      </w:pPr>
      <w:r w:rsidRPr="008A4CA0">
        <w:rPr>
          <w:rFonts w:ascii="Times New Roman" w:hAnsi="Times New Roman" w:cs="Times New Roman"/>
        </w:rPr>
        <w:t>( ) Strongly disagree</w:t>
      </w:r>
    </w:p>
    <w:p w14:paraId="5E0FECB3" w14:textId="77777777" w:rsidR="00981711" w:rsidRPr="008A4CA0" w:rsidRDefault="00000000">
      <w:pPr>
        <w:rPr>
          <w:rFonts w:ascii="Times New Roman" w:hAnsi="Times New Roman" w:cs="Times New Roman"/>
        </w:rPr>
      </w:pPr>
      <w:r w:rsidRPr="008A4CA0">
        <w:rPr>
          <w:rFonts w:ascii="Times New Roman" w:hAnsi="Times New Roman" w:cs="Times New Roman"/>
        </w:rPr>
        <w:t>( ) Disagree</w:t>
      </w:r>
    </w:p>
    <w:p w14:paraId="23F8771B" w14:textId="77777777" w:rsidR="00981711" w:rsidRPr="008A4CA0" w:rsidRDefault="00000000">
      <w:pPr>
        <w:rPr>
          <w:rFonts w:ascii="Times New Roman" w:hAnsi="Times New Roman" w:cs="Times New Roman"/>
        </w:rPr>
      </w:pPr>
      <w:r w:rsidRPr="008A4CA0">
        <w:rPr>
          <w:rFonts w:ascii="Times New Roman" w:hAnsi="Times New Roman" w:cs="Times New Roman"/>
        </w:rPr>
        <w:t>( ) Neutral</w:t>
      </w:r>
    </w:p>
    <w:p w14:paraId="0DFE05C0" w14:textId="77777777" w:rsidR="00981711" w:rsidRPr="008A4CA0" w:rsidRDefault="00000000">
      <w:pPr>
        <w:rPr>
          <w:rFonts w:ascii="Times New Roman" w:hAnsi="Times New Roman" w:cs="Times New Roman"/>
        </w:rPr>
      </w:pPr>
      <w:r w:rsidRPr="008A4CA0">
        <w:rPr>
          <w:rFonts w:ascii="Times New Roman" w:hAnsi="Times New Roman" w:cs="Times New Roman"/>
        </w:rPr>
        <w:t>( ) Agree</w:t>
      </w:r>
    </w:p>
    <w:p w14:paraId="652F6067" w14:textId="77777777" w:rsidR="00981711" w:rsidRPr="008A4CA0" w:rsidRDefault="00000000">
      <w:pPr>
        <w:rPr>
          <w:rFonts w:ascii="Times New Roman" w:hAnsi="Times New Roman" w:cs="Times New Roman"/>
        </w:rPr>
      </w:pPr>
      <w:r w:rsidRPr="008A4CA0">
        <w:rPr>
          <w:rFonts w:ascii="Times New Roman" w:hAnsi="Times New Roman" w:cs="Times New Roman"/>
        </w:rPr>
        <w:t>( ) Strongly agree</w:t>
      </w:r>
    </w:p>
    <w:p w14:paraId="65923E76" w14:textId="77777777" w:rsidR="00981711" w:rsidRPr="008A4CA0" w:rsidRDefault="00981711">
      <w:pPr>
        <w:rPr>
          <w:rFonts w:ascii="Times New Roman" w:hAnsi="Times New Roman" w:cs="Times New Roman"/>
        </w:rPr>
      </w:pPr>
    </w:p>
    <w:p w14:paraId="3673160D" w14:textId="77777777" w:rsidR="00981711" w:rsidRPr="008A4CA0" w:rsidRDefault="00000000">
      <w:pPr>
        <w:rPr>
          <w:rFonts w:ascii="Times New Roman" w:hAnsi="Times New Roman" w:cs="Times New Roman"/>
        </w:rPr>
      </w:pPr>
      <w:r w:rsidRPr="008A4CA0">
        <w:rPr>
          <w:rFonts w:ascii="Times New Roman" w:hAnsi="Times New Roman" w:cs="Times New Roman"/>
        </w:rPr>
        <w:t>17. I was able to observe the patient’s behavior and stress level.</w:t>
      </w:r>
    </w:p>
    <w:p w14:paraId="41064346" w14:textId="77777777" w:rsidR="00981711" w:rsidRPr="008A4CA0" w:rsidRDefault="00000000">
      <w:pPr>
        <w:rPr>
          <w:rFonts w:ascii="Times New Roman" w:hAnsi="Times New Roman" w:cs="Times New Roman"/>
        </w:rPr>
      </w:pPr>
      <w:r w:rsidRPr="008A4CA0">
        <w:rPr>
          <w:rFonts w:ascii="Times New Roman" w:hAnsi="Times New Roman" w:cs="Times New Roman"/>
        </w:rPr>
        <w:t>( ) Strongly disagree</w:t>
      </w:r>
    </w:p>
    <w:p w14:paraId="284FA115" w14:textId="77777777" w:rsidR="00981711" w:rsidRPr="008A4CA0" w:rsidRDefault="00000000">
      <w:pPr>
        <w:rPr>
          <w:rFonts w:ascii="Times New Roman" w:hAnsi="Times New Roman" w:cs="Times New Roman"/>
        </w:rPr>
      </w:pPr>
      <w:r w:rsidRPr="008A4CA0">
        <w:rPr>
          <w:rFonts w:ascii="Times New Roman" w:hAnsi="Times New Roman" w:cs="Times New Roman"/>
        </w:rPr>
        <w:t>( ) Disagree</w:t>
      </w:r>
    </w:p>
    <w:p w14:paraId="11E37581" w14:textId="77777777" w:rsidR="00981711" w:rsidRPr="008A4CA0" w:rsidRDefault="00000000">
      <w:pPr>
        <w:rPr>
          <w:rFonts w:ascii="Times New Roman" w:hAnsi="Times New Roman" w:cs="Times New Roman"/>
        </w:rPr>
      </w:pPr>
      <w:r w:rsidRPr="008A4CA0">
        <w:rPr>
          <w:rFonts w:ascii="Times New Roman" w:hAnsi="Times New Roman" w:cs="Times New Roman"/>
        </w:rPr>
        <w:t>( ) Neutral</w:t>
      </w:r>
    </w:p>
    <w:p w14:paraId="5E1F854B" w14:textId="77777777" w:rsidR="00981711" w:rsidRPr="008A4CA0" w:rsidRDefault="00000000">
      <w:pPr>
        <w:rPr>
          <w:rFonts w:ascii="Times New Roman" w:hAnsi="Times New Roman" w:cs="Times New Roman"/>
        </w:rPr>
      </w:pPr>
      <w:r w:rsidRPr="008A4CA0">
        <w:rPr>
          <w:rFonts w:ascii="Times New Roman" w:hAnsi="Times New Roman" w:cs="Times New Roman"/>
        </w:rPr>
        <w:lastRenderedPageBreak/>
        <w:t>( ) Agree</w:t>
      </w:r>
    </w:p>
    <w:p w14:paraId="7A496742" w14:textId="77777777" w:rsidR="00981711" w:rsidRPr="008A4CA0" w:rsidRDefault="00000000">
      <w:pPr>
        <w:rPr>
          <w:rFonts w:ascii="Times New Roman" w:hAnsi="Times New Roman" w:cs="Times New Roman"/>
        </w:rPr>
      </w:pPr>
      <w:r w:rsidRPr="008A4CA0">
        <w:rPr>
          <w:rFonts w:ascii="Times New Roman" w:hAnsi="Times New Roman" w:cs="Times New Roman"/>
        </w:rPr>
        <w:t>( ) Strongly agree</w:t>
      </w:r>
    </w:p>
    <w:p w14:paraId="6D0B4716" w14:textId="77777777" w:rsidR="00981711" w:rsidRPr="008A4CA0" w:rsidRDefault="00981711">
      <w:pPr>
        <w:rPr>
          <w:rFonts w:ascii="Times New Roman" w:hAnsi="Times New Roman" w:cs="Times New Roman"/>
        </w:rPr>
      </w:pPr>
    </w:p>
    <w:p w14:paraId="42432B5C" w14:textId="48DF2495" w:rsidR="00981711" w:rsidRPr="008A4CA0" w:rsidRDefault="00000000">
      <w:pPr>
        <w:rPr>
          <w:rFonts w:ascii="Times New Roman" w:hAnsi="Times New Roman" w:cs="Times New Roman"/>
        </w:rPr>
      </w:pPr>
      <w:r w:rsidRPr="008A4CA0">
        <w:rPr>
          <w:rFonts w:ascii="Times New Roman" w:hAnsi="Times New Roman" w:cs="Times New Roman"/>
        </w:rPr>
        <w:t>E. Your Opinions About the Training Session</w:t>
      </w:r>
    </w:p>
    <w:p w14:paraId="1AEA0B6B" w14:textId="77777777" w:rsidR="00463A34" w:rsidRDefault="00463A34" w:rsidP="00F953BB">
      <w:pPr>
        <w:spacing w:line="360" w:lineRule="auto"/>
        <w:jc w:val="both"/>
        <w:rPr>
          <w:rFonts w:ascii="Times New Roman" w:hAnsi="Times New Roman" w:cs="Times New Roman"/>
        </w:rPr>
      </w:pPr>
    </w:p>
    <w:p w14:paraId="03912D2D" w14:textId="4CC77541" w:rsidR="00F953BB" w:rsidRPr="00463A34" w:rsidRDefault="00F953BB" w:rsidP="00F953BB">
      <w:pPr>
        <w:spacing w:line="360" w:lineRule="auto"/>
        <w:jc w:val="both"/>
        <w:rPr>
          <w:rFonts w:ascii="Times New Roman" w:hAnsi="Times New Roman" w:cs="Times New Roman"/>
          <w:bCs/>
        </w:rPr>
      </w:pPr>
      <w:r w:rsidRPr="00463A34">
        <w:rPr>
          <w:rFonts w:ascii="Times New Roman" w:hAnsi="Times New Roman" w:cs="Times New Roman"/>
          <w:bCs/>
        </w:rPr>
        <w:t>-How would you generally describe the surgical observation method you experienced? What were the most important aspects of this experience for you in terms of its contributions to your learning and professional development?</w:t>
      </w:r>
    </w:p>
    <w:p w14:paraId="737ECE91" w14:textId="77777777" w:rsidR="00F953BB" w:rsidRPr="00463A34" w:rsidRDefault="00F953BB" w:rsidP="00F953BB">
      <w:pPr>
        <w:spacing w:line="360" w:lineRule="auto"/>
        <w:jc w:val="both"/>
        <w:rPr>
          <w:rFonts w:ascii="Times New Roman" w:hAnsi="Times New Roman" w:cs="Times New Roman"/>
          <w:bCs/>
        </w:rPr>
      </w:pPr>
      <w:r w:rsidRPr="00463A34">
        <w:rPr>
          <w:rFonts w:ascii="Times New Roman" w:hAnsi="Times New Roman" w:cs="Times New Roman"/>
          <w:bCs/>
        </w:rPr>
        <w:t>-</w:t>
      </w:r>
      <w:r w:rsidRPr="00463A34">
        <w:rPr>
          <w:rFonts w:ascii="Times New Roman" w:hAnsi="Times New Roman" w:cs="Times New Roman"/>
        </w:rPr>
        <w:t>How did your level of visibility of the surgical field affect your ability to understand and follow the surgical procedure?</w:t>
      </w:r>
    </w:p>
    <w:p w14:paraId="62C78BDB" w14:textId="77777777" w:rsidR="00F953BB" w:rsidRPr="00463A34" w:rsidRDefault="00F953BB" w:rsidP="00F953BB">
      <w:pPr>
        <w:spacing w:line="360" w:lineRule="auto"/>
        <w:jc w:val="both"/>
        <w:rPr>
          <w:rFonts w:ascii="Times New Roman" w:hAnsi="Times New Roman" w:cs="Times New Roman"/>
        </w:rPr>
      </w:pPr>
      <w:r w:rsidRPr="00463A34">
        <w:rPr>
          <w:rFonts w:ascii="Times New Roman" w:hAnsi="Times New Roman" w:cs="Times New Roman"/>
          <w:bCs/>
        </w:rPr>
        <w:t>-</w:t>
      </w:r>
      <w:r w:rsidRPr="00463A34">
        <w:rPr>
          <w:rFonts w:ascii="Times New Roman" w:hAnsi="Times New Roman" w:cs="Times New Roman"/>
        </w:rPr>
        <w:t>During this observation process, which aspects do you think you gained the most insight into? (e.g., use of surgical instruments, doctor–patient communication, ergonomics)</w:t>
      </w:r>
    </w:p>
    <w:p w14:paraId="1C4D4214" w14:textId="77777777" w:rsidR="00F953BB" w:rsidRPr="00463A34" w:rsidRDefault="00F953BB" w:rsidP="00F953BB">
      <w:pPr>
        <w:spacing w:after="160" w:line="360" w:lineRule="auto"/>
        <w:jc w:val="both"/>
        <w:rPr>
          <w:rFonts w:ascii="Times New Roman" w:hAnsi="Times New Roman" w:cs="Times New Roman"/>
        </w:rPr>
      </w:pPr>
      <w:r w:rsidRPr="00463A34">
        <w:rPr>
          <w:rFonts w:ascii="Times New Roman" w:hAnsi="Times New Roman" w:cs="Times New Roman"/>
          <w:bCs/>
        </w:rPr>
        <w:t xml:space="preserve">-What are the strengths and limitations of the </w:t>
      </w:r>
      <w:r w:rsidRPr="00463A34">
        <w:rPr>
          <w:rFonts w:ascii="Times New Roman" w:hAnsi="Times New Roman" w:cs="Times New Roman"/>
        </w:rPr>
        <w:t>observation</w:t>
      </w:r>
      <w:r w:rsidRPr="00463A34">
        <w:rPr>
          <w:rFonts w:ascii="Times New Roman" w:hAnsi="Times New Roman" w:cs="Times New Roman"/>
          <w:bCs/>
        </w:rPr>
        <w:t xml:space="preserve"> method you experienced?</w:t>
      </w:r>
    </w:p>
    <w:p w14:paraId="5AECB3DC" w14:textId="77777777" w:rsidR="00F953BB" w:rsidRPr="00463A34" w:rsidRDefault="00F953BB" w:rsidP="00F953BB">
      <w:pPr>
        <w:spacing w:line="360" w:lineRule="auto"/>
        <w:jc w:val="both"/>
        <w:rPr>
          <w:rFonts w:ascii="Times New Roman" w:hAnsi="Times New Roman" w:cs="Times New Roman"/>
          <w:bCs/>
        </w:rPr>
      </w:pPr>
      <w:r w:rsidRPr="00463A34">
        <w:rPr>
          <w:rFonts w:ascii="Times New Roman" w:hAnsi="Times New Roman" w:cs="Times New Roman"/>
          <w:bCs/>
        </w:rPr>
        <w:t>-Is there anything else you'd like to add regarding your experience observing the surgery?</w:t>
      </w:r>
    </w:p>
    <w:p w14:paraId="6655C5C6" w14:textId="77777777" w:rsidR="00F953BB" w:rsidRPr="008A4CA0" w:rsidRDefault="00F953BB">
      <w:pPr>
        <w:rPr>
          <w:rFonts w:ascii="Times New Roman" w:hAnsi="Times New Roman" w:cs="Times New Roman"/>
        </w:rPr>
      </w:pPr>
    </w:p>
    <w:p w14:paraId="1D06F845" w14:textId="77777777" w:rsidR="00981711" w:rsidRDefault="00981711"/>
    <w:sectPr w:rsidR="00981711"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16cid:durableId="408890696">
    <w:abstractNumId w:val="8"/>
  </w:num>
  <w:num w:numId="2" w16cid:durableId="1026256455">
    <w:abstractNumId w:val="6"/>
  </w:num>
  <w:num w:numId="3" w16cid:durableId="1366832484">
    <w:abstractNumId w:val="5"/>
  </w:num>
  <w:num w:numId="4" w16cid:durableId="150144679">
    <w:abstractNumId w:val="4"/>
  </w:num>
  <w:num w:numId="5" w16cid:durableId="2006124879">
    <w:abstractNumId w:val="7"/>
  </w:num>
  <w:num w:numId="6" w16cid:durableId="533737095">
    <w:abstractNumId w:val="3"/>
  </w:num>
  <w:num w:numId="7" w16cid:durableId="1528904101">
    <w:abstractNumId w:val="2"/>
  </w:num>
  <w:num w:numId="8" w16cid:durableId="1512993358">
    <w:abstractNumId w:val="1"/>
  </w:num>
  <w:num w:numId="9" w16cid:durableId="12823461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83DB0"/>
    <w:rsid w:val="0029639D"/>
    <w:rsid w:val="00326F90"/>
    <w:rsid w:val="00463A34"/>
    <w:rsid w:val="008A4CA0"/>
    <w:rsid w:val="00981711"/>
    <w:rsid w:val="00AA1D8D"/>
    <w:rsid w:val="00B47730"/>
    <w:rsid w:val="00CB0664"/>
    <w:rsid w:val="00DC014D"/>
    <w:rsid w:val="00F953B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D39D83"/>
  <w14:defaultImageDpi w14:val="300"/>
  <w15:docId w15:val="{F8E3A34D-5CBC-43B3-BC03-056E8B0F3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585</Words>
  <Characters>3340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Cenk Muallaoglu</cp:lastModifiedBy>
  <cp:revision>4</cp:revision>
  <dcterms:created xsi:type="dcterms:W3CDTF">2013-12-23T23:15:00Z</dcterms:created>
  <dcterms:modified xsi:type="dcterms:W3CDTF">2026-04-07T11:06:00Z</dcterms:modified>
  <cp:category/>
</cp:coreProperties>
</file>