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C6206" w14:textId="77777777" w:rsidR="00540DE8" w:rsidRDefault="004F43C0" w:rsidP="00540DE8">
      <w:pPr>
        <w:pStyle w:val="Default"/>
        <w:jc w:val="both"/>
        <w:rPr>
          <w:rFonts w:asciiTheme="majorBidi" w:hAnsiTheme="majorBidi" w:cstheme="majorBidi"/>
          <w:b/>
          <w:bCs/>
          <w:i/>
          <w:iCs/>
          <w:sz w:val="16"/>
          <w:szCs w:val="16"/>
          <w:rtl/>
          <w:lang w:val="en-US"/>
        </w:rPr>
      </w:pPr>
      <w:r w:rsidRPr="004F43C0">
        <w:rPr>
          <w:rFonts w:asciiTheme="majorBidi" w:hAnsiTheme="majorBidi" w:cstheme="majorBidi"/>
          <w:b/>
          <w:bCs/>
          <w:sz w:val="16"/>
          <w:szCs w:val="16"/>
          <w:lang w:val="en-US"/>
        </w:rPr>
        <w:t>PRISMA 2020 Checklist</w:t>
      </w:r>
      <w:r w:rsidRPr="004F43C0">
        <w:rPr>
          <w:rFonts w:asciiTheme="majorBidi" w:hAnsiTheme="majorBidi" w:cstheme="majorBidi"/>
          <w:b/>
          <w:bCs/>
          <w:i/>
          <w:iCs/>
          <w:sz w:val="16"/>
          <w:szCs w:val="16"/>
          <w:lang w:val="en-US"/>
        </w:rPr>
        <w:t xml:space="preserve"> (Adapted for an Integrative Review)</w:t>
      </w:r>
    </w:p>
    <w:p w14:paraId="126FF51D" w14:textId="77777777" w:rsidR="00540DE8" w:rsidRDefault="00540DE8" w:rsidP="00540DE8">
      <w:pPr>
        <w:pStyle w:val="Default"/>
        <w:jc w:val="both"/>
        <w:rPr>
          <w:rFonts w:asciiTheme="majorBidi" w:hAnsiTheme="majorBidi" w:cstheme="majorBidi"/>
          <w:b/>
          <w:bCs/>
          <w:i/>
          <w:iCs/>
          <w:sz w:val="16"/>
          <w:szCs w:val="16"/>
          <w:rtl/>
          <w:lang w:val="en-US"/>
        </w:rPr>
      </w:pPr>
    </w:p>
    <w:p w14:paraId="3F619297" w14:textId="77777777" w:rsidR="00274891" w:rsidRPr="00274891" w:rsidRDefault="00274891" w:rsidP="00274891">
      <w:pPr>
        <w:pStyle w:val="Default"/>
        <w:spacing w:line="183" w:lineRule="atLeast"/>
        <w:jc w:val="center"/>
        <w:rPr>
          <w:rFonts w:asciiTheme="majorBidi" w:hAnsiTheme="majorBidi"/>
          <w:b/>
          <w:bCs/>
          <w:sz w:val="18"/>
          <w:szCs w:val="18"/>
          <w:lang w:val="en-US"/>
        </w:rPr>
      </w:pPr>
      <w:r w:rsidRPr="00274891">
        <w:rPr>
          <w:rFonts w:asciiTheme="majorBidi" w:hAnsiTheme="majorBidi"/>
          <w:b/>
          <w:bCs/>
          <w:sz w:val="18"/>
          <w:szCs w:val="18"/>
          <w:lang w:val="en-US"/>
        </w:rPr>
        <w:t>Medicinal Plant Selection as a Biocultural System: Linking Emic Illness Concepts and Traditional Ecological Knowledge in the Zagros Region, Iran</w:t>
      </w:r>
    </w:p>
    <w:p w14:paraId="09C5F6B6" w14:textId="77777777" w:rsidR="00540DE8" w:rsidRPr="004F43C0" w:rsidRDefault="00540DE8" w:rsidP="00274891">
      <w:pPr>
        <w:pStyle w:val="Default"/>
        <w:spacing w:line="183" w:lineRule="atLeast"/>
        <w:jc w:val="center"/>
        <w:rPr>
          <w:rFonts w:asciiTheme="majorBidi" w:hAnsiTheme="majorBidi" w:cstheme="majorBidi"/>
          <w:b/>
          <w:bCs/>
          <w:i/>
          <w:iCs/>
          <w:sz w:val="16"/>
          <w:szCs w:val="16"/>
          <w:lang w:val="en-U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404"/>
        <w:gridCol w:w="1503"/>
        <w:gridCol w:w="5360"/>
      </w:tblGrid>
      <w:tr w:rsidR="004F43C0" w:rsidRPr="004F43C0" w14:paraId="7CAEAD84" w14:textId="77777777" w:rsidTr="004F43C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4623C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Section</w:t>
            </w:r>
          </w:p>
        </w:tc>
        <w:tc>
          <w:tcPr>
            <w:tcW w:w="0" w:type="auto"/>
            <w:vAlign w:val="center"/>
            <w:hideMark/>
          </w:tcPr>
          <w:p w14:paraId="3CD86E07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Item #</w:t>
            </w:r>
          </w:p>
        </w:tc>
        <w:tc>
          <w:tcPr>
            <w:tcW w:w="0" w:type="auto"/>
            <w:vAlign w:val="center"/>
            <w:hideMark/>
          </w:tcPr>
          <w:p w14:paraId="5601D45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Checklist item</w:t>
            </w:r>
          </w:p>
        </w:tc>
        <w:tc>
          <w:tcPr>
            <w:tcW w:w="0" w:type="auto"/>
            <w:vAlign w:val="center"/>
            <w:hideMark/>
          </w:tcPr>
          <w:p w14:paraId="1F3CDB1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Location where item is reported</w:t>
            </w:r>
          </w:p>
        </w:tc>
      </w:tr>
      <w:tr w:rsidR="004F43C0" w:rsidRPr="004F43C0" w14:paraId="01D888E1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393D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TITLE</w:t>
            </w:r>
          </w:p>
        </w:tc>
        <w:tc>
          <w:tcPr>
            <w:tcW w:w="0" w:type="auto"/>
            <w:vAlign w:val="center"/>
            <w:hideMark/>
          </w:tcPr>
          <w:p w14:paraId="3F8AA44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CDDC9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Identify the report as a review</w:t>
            </w:r>
          </w:p>
        </w:tc>
        <w:tc>
          <w:tcPr>
            <w:tcW w:w="0" w:type="auto"/>
            <w:vAlign w:val="center"/>
            <w:hideMark/>
          </w:tcPr>
          <w:p w14:paraId="2895472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Title</w:t>
            </w:r>
          </w:p>
        </w:tc>
      </w:tr>
      <w:tr w:rsidR="004F43C0" w:rsidRPr="004F43C0" w14:paraId="03CBE4B6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7D90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ABSTRACT</w:t>
            </w:r>
          </w:p>
        </w:tc>
        <w:tc>
          <w:tcPr>
            <w:tcW w:w="0" w:type="auto"/>
            <w:vAlign w:val="center"/>
            <w:hideMark/>
          </w:tcPr>
          <w:p w14:paraId="271EEC9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866589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Structured summary</w:t>
            </w:r>
          </w:p>
        </w:tc>
        <w:tc>
          <w:tcPr>
            <w:tcW w:w="0" w:type="auto"/>
            <w:vAlign w:val="center"/>
            <w:hideMark/>
          </w:tcPr>
          <w:p w14:paraId="39621BA9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Abstract</w:t>
            </w:r>
          </w:p>
        </w:tc>
      </w:tr>
      <w:tr w:rsidR="004F43C0" w:rsidRPr="004F43C0" w14:paraId="0DCA7802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11C41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INTRODUCTION</w:t>
            </w:r>
          </w:p>
        </w:tc>
        <w:tc>
          <w:tcPr>
            <w:tcW w:w="0" w:type="auto"/>
            <w:vAlign w:val="center"/>
            <w:hideMark/>
          </w:tcPr>
          <w:p w14:paraId="049C025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011A91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Rationale</w:t>
            </w:r>
          </w:p>
        </w:tc>
        <w:tc>
          <w:tcPr>
            <w:tcW w:w="0" w:type="auto"/>
            <w:vAlign w:val="center"/>
            <w:hideMark/>
          </w:tcPr>
          <w:p w14:paraId="709135D1" w14:textId="73606A2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Introduction, paragraphs 1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</w:tc>
      </w:tr>
      <w:tr w:rsidR="004F43C0" w:rsidRPr="004F43C0" w14:paraId="6D66A1F1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A998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91923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2A3E3B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Objectives</w:t>
            </w:r>
          </w:p>
        </w:tc>
        <w:tc>
          <w:tcPr>
            <w:tcW w:w="0" w:type="auto"/>
            <w:vAlign w:val="center"/>
            <w:hideMark/>
          </w:tcPr>
          <w:p w14:paraId="1464784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Introduction, final paragraph</w:t>
            </w:r>
          </w:p>
        </w:tc>
      </w:tr>
      <w:tr w:rsidR="004F43C0" w:rsidRPr="004F43C0" w14:paraId="0D9F0CD8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F813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METHODS</w:t>
            </w:r>
          </w:p>
        </w:tc>
        <w:tc>
          <w:tcPr>
            <w:tcW w:w="0" w:type="auto"/>
            <w:vAlign w:val="center"/>
            <w:hideMark/>
          </w:tcPr>
          <w:p w14:paraId="0BEC7C0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A5F3E7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Eligibility criteria</w:t>
            </w:r>
          </w:p>
        </w:tc>
        <w:tc>
          <w:tcPr>
            <w:tcW w:w="0" w:type="auto"/>
            <w:vAlign w:val="center"/>
            <w:hideMark/>
          </w:tcPr>
          <w:p w14:paraId="02EB0803" w14:textId="71E64BF5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Methods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Systematic Literature Review and Data Synthesis</w:t>
            </w:r>
          </w:p>
        </w:tc>
      </w:tr>
      <w:tr w:rsidR="004F43C0" w:rsidRPr="004F43C0" w14:paraId="733118A4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C855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539D3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2C4101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Information sources</w:t>
            </w:r>
          </w:p>
        </w:tc>
        <w:tc>
          <w:tcPr>
            <w:tcW w:w="0" w:type="auto"/>
            <w:vAlign w:val="center"/>
            <w:hideMark/>
          </w:tcPr>
          <w:p w14:paraId="16A92D07" w14:textId="458C804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Methods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Systematic Literature Review</w:t>
            </w:r>
          </w:p>
        </w:tc>
      </w:tr>
      <w:tr w:rsidR="004F43C0" w:rsidRPr="004F43C0" w14:paraId="6FE2CC4D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B472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34D16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C52EF8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Search strategy</w:t>
            </w:r>
          </w:p>
        </w:tc>
        <w:tc>
          <w:tcPr>
            <w:tcW w:w="0" w:type="auto"/>
            <w:vAlign w:val="center"/>
            <w:hideMark/>
          </w:tcPr>
          <w:p w14:paraId="54BCF3D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Methods; Supplementary File 2</w:t>
            </w:r>
          </w:p>
        </w:tc>
      </w:tr>
      <w:tr w:rsidR="004F43C0" w:rsidRPr="004F43C0" w14:paraId="6A6D2FBF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4A05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47A82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C0BDBA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Selection process</w:t>
            </w:r>
          </w:p>
        </w:tc>
        <w:tc>
          <w:tcPr>
            <w:tcW w:w="0" w:type="auto"/>
            <w:vAlign w:val="center"/>
            <w:hideMark/>
          </w:tcPr>
          <w:p w14:paraId="0DF77C6E" w14:textId="6100034B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Methods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Study Selection Process</w:t>
            </w:r>
          </w:p>
        </w:tc>
      </w:tr>
      <w:tr w:rsidR="004F43C0" w:rsidRPr="004F43C0" w14:paraId="4237E02E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CD9D88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2160D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B8E053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Data collection process</w:t>
            </w:r>
          </w:p>
        </w:tc>
        <w:tc>
          <w:tcPr>
            <w:tcW w:w="0" w:type="auto"/>
            <w:vAlign w:val="center"/>
            <w:hideMark/>
          </w:tcPr>
          <w:p w14:paraId="126B8772" w14:textId="181B3EB6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Methods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Data Extraction and Analytical Framework</w:t>
            </w:r>
          </w:p>
        </w:tc>
      </w:tr>
      <w:tr w:rsidR="004F43C0" w:rsidRPr="004F43C0" w14:paraId="6367D5A1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A00E4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5114F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10a</w:t>
            </w:r>
          </w:p>
        </w:tc>
        <w:tc>
          <w:tcPr>
            <w:tcW w:w="0" w:type="auto"/>
            <w:vAlign w:val="center"/>
            <w:hideMark/>
          </w:tcPr>
          <w:p w14:paraId="309DE06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Outcomes sought</w:t>
            </w:r>
          </w:p>
        </w:tc>
        <w:tc>
          <w:tcPr>
            <w:tcW w:w="0" w:type="auto"/>
            <w:vAlign w:val="center"/>
            <w:hideMark/>
          </w:tcPr>
          <w:p w14:paraId="33B5E03A" w14:textId="331963C8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Methods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Data Extraction and Analytical Framework</w:t>
            </w:r>
          </w:p>
        </w:tc>
      </w:tr>
      <w:tr w:rsidR="004F43C0" w:rsidRPr="004F43C0" w14:paraId="36FF5149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7B630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9389D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10b</w:t>
            </w:r>
          </w:p>
        </w:tc>
        <w:tc>
          <w:tcPr>
            <w:tcW w:w="0" w:type="auto"/>
            <w:vAlign w:val="center"/>
            <w:hideMark/>
          </w:tcPr>
          <w:p w14:paraId="581CE09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Other variables</w:t>
            </w:r>
          </w:p>
        </w:tc>
        <w:tc>
          <w:tcPr>
            <w:tcW w:w="0" w:type="auto"/>
            <w:vAlign w:val="center"/>
            <w:hideMark/>
          </w:tcPr>
          <w:p w14:paraId="66DFE920" w14:textId="0C3C5D34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Methods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Data Extraction and Analytical Framework</w:t>
            </w:r>
          </w:p>
        </w:tc>
      </w:tr>
      <w:tr w:rsidR="004F43C0" w:rsidRPr="004F43C0" w14:paraId="529F11CF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E1D2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10835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B8C2A5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Risk of bias assessment</w:t>
            </w:r>
          </w:p>
        </w:tc>
        <w:tc>
          <w:tcPr>
            <w:tcW w:w="0" w:type="auto"/>
            <w:vAlign w:val="center"/>
            <w:hideMark/>
          </w:tcPr>
          <w:p w14:paraId="4B42896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formally assessed due to heterogeneity of study designs; qualitative appraisal performed</w:t>
            </w:r>
          </w:p>
        </w:tc>
      </w:tr>
      <w:tr w:rsidR="004F43C0" w:rsidRPr="004F43C0" w14:paraId="06BCF405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B0BA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7B4DF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76A514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Effect measures</w:t>
            </w:r>
          </w:p>
        </w:tc>
        <w:tc>
          <w:tcPr>
            <w:tcW w:w="0" w:type="auto"/>
            <w:vAlign w:val="center"/>
            <w:hideMark/>
          </w:tcPr>
          <w:p w14:paraId="74BCB6C7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applicable (no quantitative synthesis)</w:t>
            </w:r>
          </w:p>
        </w:tc>
      </w:tr>
      <w:tr w:rsidR="004F43C0" w:rsidRPr="004F43C0" w14:paraId="683DD5EB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A23E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6F543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13a</w:t>
            </w:r>
          </w:p>
        </w:tc>
        <w:tc>
          <w:tcPr>
            <w:tcW w:w="0" w:type="auto"/>
            <w:vAlign w:val="center"/>
            <w:hideMark/>
          </w:tcPr>
          <w:p w14:paraId="37FDB36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Study grouping for synthesis</w:t>
            </w:r>
          </w:p>
        </w:tc>
        <w:tc>
          <w:tcPr>
            <w:tcW w:w="0" w:type="auto"/>
            <w:vAlign w:val="center"/>
            <w:hideMark/>
          </w:tcPr>
          <w:p w14:paraId="1AD7EA2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Methods – Analytical Framework</w:t>
            </w:r>
          </w:p>
        </w:tc>
      </w:tr>
      <w:tr w:rsidR="004F43C0" w:rsidRPr="004F43C0" w14:paraId="06F76C2B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481B9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A31588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13b</w:t>
            </w:r>
          </w:p>
        </w:tc>
        <w:tc>
          <w:tcPr>
            <w:tcW w:w="0" w:type="auto"/>
            <w:vAlign w:val="center"/>
            <w:hideMark/>
          </w:tcPr>
          <w:p w14:paraId="221DB6A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Data preparation</w:t>
            </w:r>
          </w:p>
        </w:tc>
        <w:tc>
          <w:tcPr>
            <w:tcW w:w="0" w:type="auto"/>
            <w:vAlign w:val="center"/>
            <w:hideMark/>
          </w:tcPr>
          <w:p w14:paraId="68F480A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applicable</w:t>
            </w:r>
          </w:p>
        </w:tc>
      </w:tr>
      <w:tr w:rsidR="004F43C0" w:rsidRPr="004F43C0" w14:paraId="13E69675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D72A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236F7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13c</w:t>
            </w:r>
          </w:p>
        </w:tc>
        <w:tc>
          <w:tcPr>
            <w:tcW w:w="0" w:type="auto"/>
            <w:vAlign w:val="center"/>
            <w:hideMark/>
          </w:tcPr>
          <w:p w14:paraId="247908E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Presentation methods</w:t>
            </w:r>
          </w:p>
        </w:tc>
        <w:tc>
          <w:tcPr>
            <w:tcW w:w="0" w:type="auto"/>
            <w:vAlign w:val="center"/>
            <w:hideMark/>
          </w:tcPr>
          <w:p w14:paraId="5257F88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Tables and figures in Results</w:t>
            </w:r>
          </w:p>
        </w:tc>
      </w:tr>
      <w:tr w:rsidR="004F43C0" w:rsidRPr="004F43C0" w14:paraId="30DBB968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6D58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DB744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13d</w:t>
            </w:r>
          </w:p>
        </w:tc>
        <w:tc>
          <w:tcPr>
            <w:tcW w:w="0" w:type="auto"/>
            <w:vAlign w:val="center"/>
            <w:hideMark/>
          </w:tcPr>
          <w:p w14:paraId="4A0819B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Synthesis methods</w:t>
            </w:r>
          </w:p>
        </w:tc>
        <w:tc>
          <w:tcPr>
            <w:tcW w:w="0" w:type="auto"/>
            <w:vAlign w:val="center"/>
            <w:hideMark/>
          </w:tcPr>
          <w:p w14:paraId="33CF401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Narrative and integrative synthesis</w:t>
            </w:r>
          </w:p>
        </w:tc>
      </w:tr>
      <w:tr w:rsidR="004F43C0" w:rsidRPr="004F43C0" w14:paraId="66B98513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4A3F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F25A99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13e</w:t>
            </w:r>
          </w:p>
        </w:tc>
        <w:tc>
          <w:tcPr>
            <w:tcW w:w="0" w:type="auto"/>
            <w:vAlign w:val="center"/>
            <w:hideMark/>
          </w:tcPr>
          <w:p w14:paraId="378A77C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Exploration of heterogeneity</w:t>
            </w:r>
          </w:p>
        </w:tc>
        <w:tc>
          <w:tcPr>
            <w:tcW w:w="0" w:type="auto"/>
            <w:vAlign w:val="center"/>
            <w:hideMark/>
          </w:tcPr>
          <w:p w14:paraId="5621B8C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Qualitative comparison across species and climatic gradients</w:t>
            </w:r>
          </w:p>
        </w:tc>
      </w:tr>
      <w:tr w:rsidR="004F43C0" w:rsidRPr="004F43C0" w14:paraId="20B204DA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3163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E961C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13f</w:t>
            </w:r>
          </w:p>
        </w:tc>
        <w:tc>
          <w:tcPr>
            <w:tcW w:w="0" w:type="auto"/>
            <w:vAlign w:val="center"/>
            <w:hideMark/>
          </w:tcPr>
          <w:p w14:paraId="3457EE2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Sensitivity analyses</w:t>
            </w:r>
          </w:p>
        </w:tc>
        <w:tc>
          <w:tcPr>
            <w:tcW w:w="0" w:type="auto"/>
            <w:vAlign w:val="center"/>
            <w:hideMark/>
          </w:tcPr>
          <w:p w14:paraId="2C57004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applicable</w:t>
            </w:r>
          </w:p>
        </w:tc>
      </w:tr>
      <w:tr w:rsidR="004F43C0" w:rsidRPr="004F43C0" w14:paraId="590BEECC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0D1F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35035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BCD38E8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Reporting bias assessment</w:t>
            </w:r>
          </w:p>
        </w:tc>
        <w:tc>
          <w:tcPr>
            <w:tcW w:w="0" w:type="auto"/>
            <w:vAlign w:val="center"/>
            <w:hideMark/>
          </w:tcPr>
          <w:p w14:paraId="1B0CE72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assessed</w:t>
            </w:r>
          </w:p>
        </w:tc>
      </w:tr>
      <w:tr w:rsidR="004F43C0" w:rsidRPr="004F43C0" w14:paraId="41F52288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4F41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A499A7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AA7753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Certainty assessment</w:t>
            </w:r>
          </w:p>
        </w:tc>
        <w:tc>
          <w:tcPr>
            <w:tcW w:w="0" w:type="auto"/>
            <w:vAlign w:val="center"/>
            <w:hideMark/>
          </w:tcPr>
          <w:p w14:paraId="05484E6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formally assessed</w:t>
            </w:r>
          </w:p>
        </w:tc>
      </w:tr>
      <w:tr w:rsidR="004F43C0" w:rsidRPr="004F43C0" w14:paraId="7CC42B14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3A961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RESULTS</w:t>
            </w:r>
          </w:p>
        </w:tc>
        <w:tc>
          <w:tcPr>
            <w:tcW w:w="0" w:type="auto"/>
            <w:vAlign w:val="center"/>
            <w:hideMark/>
          </w:tcPr>
          <w:p w14:paraId="069C022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16a</w:t>
            </w:r>
          </w:p>
        </w:tc>
        <w:tc>
          <w:tcPr>
            <w:tcW w:w="0" w:type="auto"/>
            <w:vAlign w:val="center"/>
            <w:hideMark/>
          </w:tcPr>
          <w:p w14:paraId="2A0ACB36" w14:textId="57EBC646" w:rsidR="004F43C0" w:rsidRPr="004F43C0" w:rsidRDefault="00AD0FD2" w:rsidP="00AD0FD2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D0FD2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Describe the results of the search and selection process</w:t>
            </w:r>
          </w:p>
        </w:tc>
        <w:tc>
          <w:tcPr>
            <w:tcW w:w="0" w:type="auto"/>
            <w:vAlign w:val="center"/>
            <w:hideMark/>
          </w:tcPr>
          <w:p w14:paraId="7B22AFEE" w14:textId="47A403A6" w:rsidR="004F43C0" w:rsidRPr="004F43C0" w:rsidRDefault="00AD0FD2" w:rsidP="00AD0FD2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AD0FD2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Results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AD0FD2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Study Selection; PRISMA flow diagram (Figure 2): 420 records identified; 110 duplicates removed; 310 records screened; 215 records excluded after title/abstract screening; 95 full-text articles assessed; 3 full-text articles excluded; 92 studies included in the final integrative synthesis</w:t>
            </w:r>
          </w:p>
        </w:tc>
      </w:tr>
      <w:tr w:rsidR="004F43C0" w:rsidRPr="004F43C0" w14:paraId="76BA3A29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5949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11C46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16b</w:t>
            </w:r>
          </w:p>
        </w:tc>
        <w:tc>
          <w:tcPr>
            <w:tcW w:w="0" w:type="auto"/>
            <w:vAlign w:val="center"/>
            <w:hideMark/>
          </w:tcPr>
          <w:p w14:paraId="1DA8D766" w14:textId="5C9E7B70" w:rsidR="004F43C0" w:rsidRPr="004F43C0" w:rsidRDefault="00BC04D3" w:rsidP="00BC04D3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BC04D3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Cite excluded studies and reasons</w:t>
            </w:r>
          </w:p>
        </w:tc>
        <w:tc>
          <w:tcPr>
            <w:tcW w:w="0" w:type="auto"/>
            <w:vAlign w:val="center"/>
            <w:hideMark/>
          </w:tcPr>
          <w:p w14:paraId="715C2311" w14:textId="25601E9B" w:rsidR="004F43C0" w:rsidRPr="004F43C0" w:rsidRDefault="00BC04D3" w:rsidP="00BC04D3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BC04D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Results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BC04D3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Study Selection (brief description of exclusion reasons provided following full-text assessment)</w:t>
            </w:r>
          </w:p>
        </w:tc>
      </w:tr>
      <w:tr w:rsidR="004F43C0" w:rsidRPr="004F43C0" w14:paraId="385FBC84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621D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5C308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2BBFAB6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Study characteristics</w:t>
            </w:r>
          </w:p>
        </w:tc>
        <w:tc>
          <w:tcPr>
            <w:tcW w:w="0" w:type="auto"/>
            <w:vAlign w:val="center"/>
            <w:hideMark/>
          </w:tcPr>
          <w:p w14:paraId="7320476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Results – Species-specific synthesis</w:t>
            </w:r>
          </w:p>
        </w:tc>
      </w:tr>
      <w:tr w:rsidR="004F43C0" w:rsidRPr="004F43C0" w14:paraId="784722A9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FF117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360D0B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3434537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Risk of bias in studies</w:t>
            </w:r>
          </w:p>
        </w:tc>
        <w:tc>
          <w:tcPr>
            <w:tcW w:w="0" w:type="auto"/>
            <w:vAlign w:val="center"/>
            <w:hideMark/>
          </w:tcPr>
          <w:p w14:paraId="5672417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applicable</w:t>
            </w:r>
          </w:p>
        </w:tc>
      </w:tr>
      <w:tr w:rsidR="004F43C0" w:rsidRPr="004F43C0" w14:paraId="1B347DDD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9ADD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E380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0B97CC6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Results of individual studies</w:t>
            </w:r>
          </w:p>
        </w:tc>
        <w:tc>
          <w:tcPr>
            <w:tcW w:w="0" w:type="auto"/>
            <w:vAlign w:val="center"/>
            <w:hideMark/>
          </w:tcPr>
          <w:p w14:paraId="5989EC20" w14:textId="7F7BFB3C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Results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Narrative synthesis</w:t>
            </w:r>
          </w:p>
        </w:tc>
      </w:tr>
      <w:tr w:rsidR="004F43C0" w:rsidRPr="004F43C0" w14:paraId="29B4A1B7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CD52E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F1B2D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20a</w:t>
            </w:r>
          </w:p>
        </w:tc>
        <w:tc>
          <w:tcPr>
            <w:tcW w:w="0" w:type="auto"/>
            <w:vAlign w:val="center"/>
            <w:hideMark/>
          </w:tcPr>
          <w:p w14:paraId="1567D7C7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Results of syntheses</w:t>
            </w:r>
          </w:p>
        </w:tc>
        <w:tc>
          <w:tcPr>
            <w:tcW w:w="0" w:type="auto"/>
            <w:vAlign w:val="center"/>
            <w:hideMark/>
          </w:tcPr>
          <w:p w14:paraId="4BCD9AB3" w14:textId="1D7612F4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Results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Comparative synthesis</w:t>
            </w:r>
          </w:p>
        </w:tc>
      </w:tr>
      <w:tr w:rsidR="004F43C0" w:rsidRPr="004F43C0" w14:paraId="364FFEF9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CB769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04E70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20b</w:t>
            </w:r>
          </w:p>
        </w:tc>
        <w:tc>
          <w:tcPr>
            <w:tcW w:w="0" w:type="auto"/>
            <w:vAlign w:val="center"/>
            <w:hideMark/>
          </w:tcPr>
          <w:p w14:paraId="191FADA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Statistical syntheses</w:t>
            </w:r>
          </w:p>
        </w:tc>
        <w:tc>
          <w:tcPr>
            <w:tcW w:w="0" w:type="auto"/>
            <w:vAlign w:val="center"/>
            <w:hideMark/>
          </w:tcPr>
          <w:p w14:paraId="6F554BF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applicable</w:t>
            </w:r>
          </w:p>
        </w:tc>
      </w:tr>
      <w:tr w:rsidR="004F43C0" w:rsidRPr="004F43C0" w14:paraId="41F46420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571C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1B62B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20c</w:t>
            </w:r>
          </w:p>
        </w:tc>
        <w:tc>
          <w:tcPr>
            <w:tcW w:w="0" w:type="auto"/>
            <w:vAlign w:val="center"/>
            <w:hideMark/>
          </w:tcPr>
          <w:p w14:paraId="49A61A5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Heterogeneity exploration</w:t>
            </w:r>
          </w:p>
        </w:tc>
        <w:tc>
          <w:tcPr>
            <w:tcW w:w="0" w:type="auto"/>
            <w:vAlign w:val="center"/>
            <w:hideMark/>
          </w:tcPr>
          <w:p w14:paraId="044E1125" w14:textId="09602BCE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Results </w:t>
            </w:r>
            <w:r w:rsidR="00677A6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-</w:t>
            </w: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 xml:space="preserve"> Climate–phytochemistry analysis</w:t>
            </w:r>
          </w:p>
        </w:tc>
      </w:tr>
      <w:tr w:rsidR="004F43C0" w:rsidRPr="004F43C0" w14:paraId="0713434C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1F57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23C2C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20d</w:t>
            </w:r>
          </w:p>
        </w:tc>
        <w:tc>
          <w:tcPr>
            <w:tcW w:w="0" w:type="auto"/>
            <w:vAlign w:val="center"/>
            <w:hideMark/>
          </w:tcPr>
          <w:p w14:paraId="33F35A1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Sensitivity analyses</w:t>
            </w:r>
          </w:p>
        </w:tc>
        <w:tc>
          <w:tcPr>
            <w:tcW w:w="0" w:type="auto"/>
            <w:vAlign w:val="center"/>
            <w:hideMark/>
          </w:tcPr>
          <w:p w14:paraId="19D4782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applicable</w:t>
            </w:r>
          </w:p>
        </w:tc>
      </w:tr>
      <w:tr w:rsidR="004F43C0" w:rsidRPr="004F43C0" w14:paraId="0FFF7696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9722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A6C4CA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37C6903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Reporting biases</w:t>
            </w:r>
          </w:p>
        </w:tc>
        <w:tc>
          <w:tcPr>
            <w:tcW w:w="0" w:type="auto"/>
            <w:vAlign w:val="center"/>
            <w:hideMark/>
          </w:tcPr>
          <w:p w14:paraId="57987CF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assessed</w:t>
            </w:r>
          </w:p>
        </w:tc>
      </w:tr>
      <w:tr w:rsidR="004F43C0" w:rsidRPr="004F43C0" w14:paraId="72E54716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5245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FF30B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66FD790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Certainty of evidence</w:t>
            </w:r>
          </w:p>
        </w:tc>
        <w:tc>
          <w:tcPr>
            <w:tcW w:w="0" w:type="auto"/>
            <w:vAlign w:val="center"/>
            <w:hideMark/>
          </w:tcPr>
          <w:p w14:paraId="251A0958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assessed</w:t>
            </w:r>
          </w:p>
        </w:tc>
      </w:tr>
      <w:tr w:rsidR="004F43C0" w:rsidRPr="004F43C0" w14:paraId="235F537C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51A3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02AA5B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23a</w:t>
            </w:r>
          </w:p>
        </w:tc>
        <w:tc>
          <w:tcPr>
            <w:tcW w:w="0" w:type="auto"/>
            <w:vAlign w:val="center"/>
            <w:hideMark/>
          </w:tcPr>
          <w:p w14:paraId="0F2518A2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Interpretation</w:t>
            </w:r>
          </w:p>
        </w:tc>
        <w:tc>
          <w:tcPr>
            <w:tcW w:w="0" w:type="auto"/>
            <w:vAlign w:val="center"/>
            <w:hideMark/>
          </w:tcPr>
          <w:p w14:paraId="1D2EB195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Discussion</w:t>
            </w:r>
          </w:p>
        </w:tc>
      </w:tr>
      <w:tr w:rsidR="004F43C0" w:rsidRPr="004F43C0" w14:paraId="3D1B30E8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271E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A93537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23b</w:t>
            </w:r>
          </w:p>
        </w:tc>
        <w:tc>
          <w:tcPr>
            <w:tcW w:w="0" w:type="auto"/>
            <w:vAlign w:val="center"/>
            <w:hideMark/>
          </w:tcPr>
          <w:p w14:paraId="4F6B479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Evidence limitations</w:t>
            </w:r>
          </w:p>
        </w:tc>
        <w:tc>
          <w:tcPr>
            <w:tcW w:w="0" w:type="auto"/>
            <w:vAlign w:val="center"/>
            <w:hideMark/>
          </w:tcPr>
          <w:p w14:paraId="61A61FB4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Discussion</w:t>
            </w:r>
          </w:p>
        </w:tc>
      </w:tr>
      <w:tr w:rsidR="004F43C0" w:rsidRPr="004F43C0" w14:paraId="1911E852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FF91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72D14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23c</w:t>
            </w:r>
          </w:p>
        </w:tc>
        <w:tc>
          <w:tcPr>
            <w:tcW w:w="0" w:type="auto"/>
            <w:vAlign w:val="center"/>
            <w:hideMark/>
          </w:tcPr>
          <w:p w14:paraId="5DD34AF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Review limitations</w:t>
            </w:r>
          </w:p>
        </w:tc>
        <w:tc>
          <w:tcPr>
            <w:tcW w:w="0" w:type="auto"/>
            <w:vAlign w:val="center"/>
            <w:hideMark/>
          </w:tcPr>
          <w:p w14:paraId="0DEEB13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Discussion</w:t>
            </w:r>
          </w:p>
        </w:tc>
      </w:tr>
      <w:tr w:rsidR="004F43C0" w:rsidRPr="004F43C0" w14:paraId="06493060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0A5AF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51ADD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23d</w:t>
            </w:r>
          </w:p>
        </w:tc>
        <w:tc>
          <w:tcPr>
            <w:tcW w:w="0" w:type="auto"/>
            <w:vAlign w:val="center"/>
            <w:hideMark/>
          </w:tcPr>
          <w:p w14:paraId="7788178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Implications</w:t>
            </w:r>
          </w:p>
        </w:tc>
        <w:tc>
          <w:tcPr>
            <w:tcW w:w="0" w:type="auto"/>
            <w:vAlign w:val="center"/>
            <w:hideMark/>
          </w:tcPr>
          <w:p w14:paraId="3AFC90B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Discussion and Conclusion</w:t>
            </w:r>
          </w:p>
        </w:tc>
      </w:tr>
      <w:tr w:rsidR="004F43C0" w:rsidRPr="004F43C0" w14:paraId="6FF8AE8F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D18F9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b/>
                <w:bCs/>
                <w:sz w:val="16"/>
                <w:szCs w:val="16"/>
                <w:lang w:val="en-US"/>
              </w:rPr>
              <w:t>OTHER INFORMATION</w:t>
            </w:r>
          </w:p>
        </w:tc>
        <w:tc>
          <w:tcPr>
            <w:tcW w:w="0" w:type="auto"/>
            <w:vAlign w:val="center"/>
            <w:hideMark/>
          </w:tcPr>
          <w:p w14:paraId="427D8C7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24a</w:t>
            </w:r>
          </w:p>
        </w:tc>
        <w:tc>
          <w:tcPr>
            <w:tcW w:w="0" w:type="auto"/>
            <w:vAlign w:val="center"/>
            <w:hideMark/>
          </w:tcPr>
          <w:p w14:paraId="65825C1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Registration</w:t>
            </w:r>
          </w:p>
        </w:tc>
        <w:tc>
          <w:tcPr>
            <w:tcW w:w="0" w:type="auto"/>
            <w:vAlign w:val="center"/>
            <w:hideMark/>
          </w:tcPr>
          <w:p w14:paraId="5513B44C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registered</w:t>
            </w:r>
          </w:p>
        </w:tc>
      </w:tr>
      <w:tr w:rsidR="004F43C0" w:rsidRPr="004F43C0" w14:paraId="0D77ED61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D93D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2C9A1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24b</w:t>
            </w:r>
          </w:p>
        </w:tc>
        <w:tc>
          <w:tcPr>
            <w:tcW w:w="0" w:type="auto"/>
            <w:vAlign w:val="center"/>
            <w:hideMark/>
          </w:tcPr>
          <w:p w14:paraId="7B20EE3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Protocol</w:t>
            </w:r>
          </w:p>
        </w:tc>
        <w:tc>
          <w:tcPr>
            <w:tcW w:w="0" w:type="auto"/>
            <w:vAlign w:val="center"/>
            <w:hideMark/>
          </w:tcPr>
          <w:p w14:paraId="395F060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 protocol prepared</w:t>
            </w:r>
          </w:p>
        </w:tc>
      </w:tr>
      <w:tr w:rsidR="004F43C0" w:rsidRPr="004F43C0" w14:paraId="0902ACCA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A4EB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E0BCB2D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24c</w:t>
            </w:r>
          </w:p>
        </w:tc>
        <w:tc>
          <w:tcPr>
            <w:tcW w:w="0" w:type="auto"/>
            <w:vAlign w:val="center"/>
            <w:hideMark/>
          </w:tcPr>
          <w:p w14:paraId="557E7CB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Amendments</w:t>
            </w:r>
          </w:p>
        </w:tc>
        <w:tc>
          <w:tcPr>
            <w:tcW w:w="0" w:type="auto"/>
            <w:vAlign w:val="center"/>
            <w:hideMark/>
          </w:tcPr>
          <w:p w14:paraId="7083BD50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Not applicable</w:t>
            </w:r>
          </w:p>
        </w:tc>
      </w:tr>
      <w:tr w:rsidR="004F43C0" w:rsidRPr="004F43C0" w14:paraId="15243D8F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B6546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59087F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4AA7B05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Support</w:t>
            </w:r>
          </w:p>
        </w:tc>
        <w:tc>
          <w:tcPr>
            <w:tcW w:w="0" w:type="auto"/>
            <w:vAlign w:val="center"/>
            <w:hideMark/>
          </w:tcPr>
          <w:p w14:paraId="1E2539B9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Funding/Acknowledgements</w:t>
            </w:r>
          </w:p>
        </w:tc>
      </w:tr>
      <w:tr w:rsidR="004F43C0" w:rsidRPr="004F43C0" w14:paraId="0116E137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5A582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F4119A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3C542773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Competing interests</w:t>
            </w:r>
          </w:p>
        </w:tc>
        <w:tc>
          <w:tcPr>
            <w:tcW w:w="0" w:type="auto"/>
            <w:vAlign w:val="center"/>
            <w:hideMark/>
          </w:tcPr>
          <w:p w14:paraId="037A2CD7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Declaration</w:t>
            </w:r>
          </w:p>
        </w:tc>
      </w:tr>
      <w:tr w:rsidR="004F43C0" w:rsidRPr="004F43C0" w14:paraId="4C08D82B" w14:textId="77777777" w:rsidTr="004F43C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ABBCB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933929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040493BE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Data availability</w:t>
            </w:r>
          </w:p>
        </w:tc>
        <w:tc>
          <w:tcPr>
            <w:tcW w:w="0" w:type="auto"/>
            <w:vAlign w:val="center"/>
            <w:hideMark/>
          </w:tcPr>
          <w:p w14:paraId="3EA49C31" w14:textId="77777777" w:rsidR="004F43C0" w:rsidRPr="004F43C0" w:rsidRDefault="004F43C0" w:rsidP="004F43C0">
            <w:pPr>
              <w:pStyle w:val="Default"/>
              <w:spacing w:line="183" w:lineRule="atLeast"/>
              <w:jc w:val="both"/>
              <w:rPr>
                <w:rFonts w:asciiTheme="majorBidi" w:hAnsiTheme="majorBidi" w:cstheme="majorBidi"/>
                <w:sz w:val="16"/>
                <w:szCs w:val="16"/>
                <w:lang w:val="en-US"/>
              </w:rPr>
            </w:pPr>
            <w:r w:rsidRPr="004F43C0">
              <w:rPr>
                <w:rFonts w:asciiTheme="majorBidi" w:hAnsiTheme="majorBidi" w:cstheme="majorBidi"/>
                <w:sz w:val="16"/>
                <w:szCs w:val="16"/>
                <w:lang w:val="en-US"/>
              </w:rPr>
              <w:t>Supplementary Materials</w:t>
            </w:r>
          </w:p>
        </w:tc>
      </w:tr>
    </w:tbl>
    <w:p w14:paraId="0D59C478" w14:textId="77777777" w:rsidR="004F43C0" w:rsidRDefault="004F43C0" w:rsidP="004708DA">
      <w:pPr>
        <w:pStyle w:val="Default"/>
        <w:spacing w:line="183" w:lineRule="atLeast"/>
        <w:jc w:val="both"/>
        <w:rPr>
          <w:rFonts w:asciiTheme="majorBidi" w:hAnsiTheme="majorBidi" w:cstheme="majorBidi"/>
          <w:i/>
          <w:iCs/>
          <w:color w:val="auto"/>
          <w:sz w:val="16"/>
          <w:szCs w:val="16"/>
          <w:rtl/>
        </w:rPr>
      </w:pPr>
    </w:p>
    <w:p w14:paraId="6F95D161" w14:textId="6D2A5DB4" w:rsidR="004708DA" w:rsidRPr="004708DA" w:rsidRDefault="004708DA" w:rsidP="004708DA">
      <w:pPr>
        <w:pStyle w:val="Default"/>
        <w:spacing w:line="183" w:lineRule="atLeast"/>
        <w:jc w:val="both"/>
        <w:rPr>
          <w:rFonts w:asciiTheme="majorBidi" w:hAnsiTheme="majorBidi" w:cstheme="majorBidi"/>
          <w:color w:val="auto"/>
          <w:sz w:val="16"/>
          <w:szCs w:val="16"/>
          <w:lang w:val="da-DK"/>
        </w:rPr>
      </w:pPr>
      <w:r w:rsidRPr="004708DA">
        <w:rPr>
          <w:rFonts w:asciiTheme="majorBidi" w:hAnsiTheme="majorBidi" w:cstheme="majorBidi"/>
          <w:i/>
          <w:iCs/>
          <w:color w:val="auto"/>
          <w:sz w:val="16"/>
          <w:szCs w:val="16"/>
        </w:rPr>
        <w:t xml:space="preserve">From: </w:t>
      </w:r>
      <w:r w:rsidRPr="004708DA">
        <w:rPr>
          <w:rFonts w:asciiTheme="majorBidi" w:hAnsiTheme="majorBidi" w:cstheme="majorBidi"/>
          <w:color w:val="auto"/>
          <w:sz w:val="16"/>
          <w:szCs w:val="16"/>
        </w:rPr>
        <w:t xml:space="preserve"> Page MJ, McKenzie JE, Bossuyt PM, </w:t>
      </w:r>
      <w:proofErr w:type="spellStart"/>
      <w:r w:rsidRPr="004708DA">
        <w:rPr>
          <w:rFonts w:asciiTheme="majorBidi" w:hAnsiTheme="majorBidi" w:cstheme="majorBidi"/>
          <w:color w:val="auto"/>
          <w:sz w:val="16"/>
          <w:szCs w:val="16"/>
        </w:rPr>
        <w:t>Boutron</w:t>
      </w:r>
      <w:proofErr w:type="spellEnd"/>
      <w:r w:rsidRPr="004708DA">
        <w:rPr>
          <w:rFonts w:asciiTheme="majorBidi" w:hAnsiTheme="majorBidi" w:cstheme="majorBidi"/>
          <w:color w:val="auto"/>
          <w:sz w:val="16"/>
          <w:szCs w:val="16"/>
        </w:rPr>
        <w:t xml:space="preserve"> I, Hoffmann TC, Mulrow CD, et al. The PRISMA 2020 statement: an updated guideline for reporting systematic reviews. BMJ 2021;</w:t>
      </w:r>
      <w:proofErr w:type="gramStart"/>
      <w:r w:rsidRPr="004708DA">
        <w:rPr>
          <w:rFonts w:asciiTheme="majorBidi" w:hAnsiTheme="majorBidi" w:cstheme="majorBidi"/>
          <w:color w:val="auto"/>
          <w:sz w:val="16"/>
          <w:szCs w:val="16"/>
        </w:rPr>
        <w:t>372:n</w:t>
      </w:r>
      <w:proofErr w:type="gramEnd"/>
      <w:r w:rsidRPr="004708DA">
        <w:rPr>
          <w:rFonts w:asciiTheme="majorBidi" w:hAnsiTheme="majorBidi" w:cstheme="majorBidi"/>
          <w:color w:val="auto"/>
          <w:sz w:val="16"/>
          <w:szCs w:val="16"/>
        </w:rPr>
        <w:t xml:space="preserve">71. </w:t>
      </w:r>
      <w:proofErr w:type="spellStart"/>
      <w:r w:rsidRPr="004708DA">
        <w:rPr>
          <w:rFonts w:asciiTheme="majorBidi" w:hAnsiTheme="majorBidi" w:cstheme="majorBidi"/>
          <w:color w:val="auto"/>
          <w:sz w:val="16"/>
          <w:szCs w:val="16"/>
        </w:rPr>
        <w:t>doi</w:t>
      </w:r>
      <w:proofErr w:type="spellEnd"/>
      <w:r w:rsidRPr="004708DA">
        <w:rPr>
          <w:rFonts w:asciiTheme="majorBidi" w:hAnsiTheme="majorBidi" w:cstheme="majorBidi"/>
          <w:color w:val="auto"/>
          <w:sz w:val="16"/>
          <w:szCs w:val="16"/>
        </w:rPr>
        <w:t>: 10.1136/</w:t>
      </w:r>
      <w:proofErr w:type="gramStart"/>
      <w:r w:rsidRPr="004708DA">
        <w:rPr>
          <w:rFonts w:asciiTheme="majorBidi" w:hAnsiTheme="majorBidi" w:cstheme="majorBidi"/>
          <w:color w:val="auto"/>
          <w:sz w:val="16"/>
          <w:szCs w:val="16"/>
        </w:rPr>
        <w:t>bmj.n</w:t>
      </w:r>
      <w:proofErr w:type="gramEnd"/>
      <w:r w:rsidRPr="004708DA">
        <w:rPr>
          <w:rFonts w:asciiTheme="majorBidi" w:hAnsiTheme="majorBidi" w:cstheme="majorBidi"/>
          <w:color w:val="auto"/>
          <w:sz w:val="16"/>
          <w:szCs w:val="16"/>
        </w:rPr>
        <w:t xml:space="preserve">71. This work is licensed under CC BY 4.0. To view a copy of this license, visit </w:t>
      </w:r>
      <w:hyperlink r:id="rId6" w:history="1">
        <w:r w:rsidRPr="004708DA">
          <w:rPr>
            <w:rStyle w:val="Hyperlink"/>
            <w:rFonts w:asciiTheme="majorBidi" w:eastAsiaTheme="majorEastAsia" w:hAnsiTheme="majorBidi" w:cstheme="majorBidi"/>
            <w:sz w:val="16"/>
            <w:szCs w:val="16"/>
          </w:rPr>
          <w:t>https://creativecommons.org/licenses/by/4.0/</w:t>
        </w:r>
      </w:hyperlink>
      <w:r w:rsidRPr="004708DA">
        <w:rPr>
          <w:rFonts w:asciiTheme="majorBidi" w:hAnsiTheme="majorBidi" w:cstheme="majorBidi"/>
          <w:color w:val="auto"/>
          <w:sz w:val="16"/>
          <w:szCs w:val="16"/>
        </w:rPr>
        <w:t xml:space="preserve"> </w:t>
      </w:r>
    </w:p>
    <w:p w14:paraId="092F6331" w14:textId="77777777" w:rsidR="00D5542F" w:rsidRPr="004708DA" w:rsidRDefault="00D5542F" w:rsidP="004379D1">
      <w:pPr>
        <w:rPr>
          <w:rFonts w:asciiTheme="majorBidi" w:hAnsiTheme="majorBidi" w:cstheme="majorBidi"/>
          <w:sz w:val="20"/>
          <w:szCs w:val="20"/>
        </w:rPr>
      </w:pPr>
    </w:p>
    <w:sectPr w:rsidR="00D5542F" w:rsidRPr="004708D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2916890">
    <w:abstractNumId w:val="8"/>
  </w:num>
  <w:num w:numId="2" w16cid:durableId="1664160735">
    <w:abstractNumId w:val="6"/>
  </w:num>
  <w:num w:numId="3" w16cid:durableId="1820688125">
    <w:abstractNumId w:val="5"/>
  </w:num>
  <w:num w:numId="4" w16cid:durableId="467210413">
    <w:abstractNumId w:val="4"/>
  </w:num>
  <w:num w:numId="5" w16cid:durableId="1284918556">
    <w:abstractNumId w:val="7"/>
  </w:num>
  <w:num w:numId="6" w16cid:durableId="993726163">
    <w:abstractNumId w:val="3"/>
  </w:num>
  <w:num w:numId="7" w16cid:durableId="2116901248">
    <w:abstractNumId w:val="2"/>
  </w:num>
  <w:num w:numId="8" w16cid:durableId="372467135">
    <w:abstractNumId w:val="1"/>
  </w:num>
  <w:num w:numId="9" w16cid:durableId="65896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13F"/>
    <w:rsid w:val="0015074B"/>
    <w:rsid w:val="00274891"/>
    <w:rsid w:val="0029639D"/>
    <w:rsid w:val="00326F90"/>
    <w:rsid w:val="004379D1"/>
    <w:rsid w:val="004708DA"/>
    <w:rsid w:val="004F43C0"/>
    <w:rsid w:val="00540DE8"/>
    <w:rsid w:val="005F7801"/>
    <w:rsid w:val="00677A60"/>
    <w:rsid w:val="009D16EB"/>
    <w:rsid w:val="00AA1D8D"/>
    <w:rsid w:val="00AD0FD2"/>
    <w:rsid w:val="00B47730"/>
    <w:rsid w:val="00B51C93"/>
    <w:rsid w:val="00BC04D3"/>
    <w:rsid w:val="00CB0664"/>
    <w:rsid w:val="00D5542F"/>
    <w:rsid w:val="00FC693F"/>
    <w:rsid w:val="00FE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25257BE8"/>
  <w14:defaultImageDpi w14:val="300"/>
  <w15:docId w15:val="{319786FB-90BB-441C-B899-B8F24F87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">
    <w:name w:val="Default"/>
    <w:rsid w:val="004708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character" w:styleId="Hyperlink">
    <w:name w:val="Hyperlink"/>
    <w:rsid w:val="004708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0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3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4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reativecommons.org/licenses/by/4.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-</cp:lastModifiedBy>
  <cp:revision>5</cp:revision>
  <dcterms:created xsi:type="dcterms:W3CDTF">2013-12-23T23:15:00Z</dcterms:created>
  <dcterms:modified xsi:type="dcterms:W3CDTF">2026-04-16T16:34:00Z</dcterms:modified>
  <cp:category/>
</cp:coreProperties>
</file>