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28"/>
        </w:rPr>
        <w:t>Python Validation Code Implementing All Three Modules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 w:val="0"/>
          <w:i w:val="0"/>
          <w:sz w:val="24"/>
        </w:rPr>
        <w:t>This additional file contains the complete Python implementation of the KOTHA Framework validation analysis, including Modules K, T, and H for both validation cases (magnesium in AMI and statins in heart failure), as well as all figure generation code.</w:t>
      </w:r>
    </w:p>
    <w:p>
      <w:pPr>
        <w:pStyle w:val="Heading2"/>
      </w:pPr>
      <w:r>
        <w:rPr>
          <w:color w:val="000000"/>
        </w:rPr>
        <w:t>Software Requirements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Python 3.8 or higher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NumPy (tested with version 1.24+)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Pandas (tested with version 2.0+)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SciPy (tested with version 1.10+)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Matplotlib (tested with version 3.7+)</w:t>
      </w:r>
    </w:p>
    <w:p>
      <w:pPr>
        <w:pStyle w:val="Heading2"/>
      </w:pPr>
      <w:r>
        <w:rPr>
          <w:color w:val="000000"/>
        </w:rPr>
        <w:t>Usage</w:t>
      </w:r>
    </w:p>
    <w:p>
      <w:r>
        <w:rPr>
          <w:rFonts w:ascii="Times New Roman" w:hAnsi="Times New Roman"/>
          <w:b w:val="0"/>
          <w:i/>
          <w:sz w:val="24"/>
        </w:rPr>
        <w:t>python run_validation.py</w:t>
      </w:r>
    </w:p>
    <w:p>
      <w:r>
        <w:rPr>
          <w:rFonts w:ascii="Times New Roman" w:hAnsi="Times New Roman"/>
          <w:b w:val="0"/>
          <w:i w:val="0"/>
          <w:sz w:val="24"/>
        </w:rPr>
        <w:t>The script will generate all 8 figures (saved as PNG files in the figures/ subdirectory) and print complete numerical results for both validation cases to standard output.</w:t>
      </w:r>
    </w:p>
    <w:p>
      <w:pPr>
        <w:pStyle w:val="Heading2"/>
      </w:pPr>
      <w:r>
        <w:rPr>
          <w:color w:val="000000"/>
        </w:rPr>
        <w:t>Code 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Section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Lines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Data definitions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54–109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Study-level data for both validation cases (magnesium and statins)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Helper functions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112–224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 computation, meta-analysis (fixed/random effects), power calculations, OIS, cumulative Z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K (magnesium)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231–336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Counterfactual power simulation for magnesium in AMI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K (statins)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339–410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Counterfactual power simulation for statins in HF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(core)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420–497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Power prior Bayesian meta-analysis with MCMC implementation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(magnesium)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500–541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Bayesian integration for magnesium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(statins)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544–575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Bayesian integration for statins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H (magnesium)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582–648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Guideline interpretation checklist for magnesium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H (statins)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651–685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Guideline interpretation checklist for statins case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Figure generation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692–1273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All 8 figures (framework overview, forest plots, TSA, sensitivity analysis, etc.)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Main function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1280–1364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Orchestration of all modules and figure generation</w:t>
            </w:r>
          </w:p>
        </w:tc>
      </w:tr>
    </w:tbl>
    <w:p>
      <w:pPr>
        <w:pStyle w:val="Heading2"/>
      </w:pPr>
      <w:r>
        <w:rPr>
          <w:color w:val="000000"/>
        </w:rPr>
        <w:t>Source Code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>#!/usr/bin/env python3</w:t>
        <w:br/>
        <w:t>"""</w:t>
        <w:br/>
        <w:t>KOTHA Framework Validation with Real Published Data</w:t>
        <w:br/>
        <w:t>=====================================================</w:t>
        <w:br/>
        <w:t>Case 1: Intravenous Magnesium in Acute Myocardial Infarction</w:t>
        <w:br/>
        <w:t>Case 2: Statins in Heart Failure</w:t>
        <w:br/>
        <w:br/>
        <w:t>This script implements Modules K, T, and H using real study-level data</w:t>
        <w:br/>
        <w:t>from published meta-analyses and generates all color figures.</w:t>
        <w:br/>
        <w:t>"""</w:t>
        <w:br/>
        <w:br/>
        <w:t>import numpy as np</w:t>
        <w:br/>
        <w:t>import pandas as pd</w:t>
        <w:br/>
        <w:t>import matplotlib</w:t>
        <w:br/>
        <w:t>matplotlib.use('Agg')</w:t>
        <w:br/>
        <w:t>import matplotlib.pyplot as plt</w:t>
        <w:br/>
        <w:t>import matplotlib.patches as mpatches</w:t>
        <w:br/>
        <w:t>from matplotlib.gridspec import GridSpec</w:t>
        <w:br/>
        <w:t>from scipy import stats</w:t>
        <w:br/>
        <w:t>from scipy.special import expit, logit</w:t>
        <w:br/>
        <w:t>import warnings</w:t>
        <w:br/>
        <w:t>warnings.filterwarnings('ignore')</w:t>
        <w:br/>
        <w:br/>
        <w:t># ============================================================</w:t>
        <w:br/>
        <w:t># Color palette (colorblind-friendly, Okabe-Ito)</w:t>
        <w:br/>
        <w:t># ============================================================</w:t>
        <w:br/>
        <w:t>C_BLUE = '#0072B2'</w:t>
        <w:br/>
        <w:t>C_ORANGE = '#E69F00'</w:t>
        <w:br/>
        <w:t>C_GREEN = '#009E73'</w:t>
        <w:br/>
        <w:t>C_RED = '#D55E00'</w:t>
        <w:br/>
        <w:t>C_PURPLE = '#CC79A7'</w:t>
        <w:br/>
        <w:t>C_CYAN = '#56B4E9'</w:t>
        <w:br/>
        <w:t>C_YELLOW = '#F0E442'</w:t>
        <w:br/>
        <w:t>C_GREY = '#999999'</w:t>
        <w:br/>
        <w:br/>
        <w:t>plt.rcParams.update({</w:t>
        <w:br/>
        <w:t xml:space="preserve">    'font.size': 11,</w:t>
        <w:br/>
        <w:t xml:space="preserve">    'axes.labelsize': 12,</w:t>
        <w:br/>
        <w:t xml:space="preserve">    'axes.titlesize': 13,</w:t>
        <w:br/>
        <w:t xml:space="preserve">    'xtick.labelsize': 10,</w:t>
        <w:br/>
        <w:t xml:space="preserve">    'ytick.labelsize': 10,</w:t>
        <w:br/>
        <w:t xml:space="preserve">    'legend.fontsize': 10,</w:t>
        <w:br/>
        <w:t xml:space="preserve">    'figure.dpi': 300,</w:t>
        <w:br/>
        <w:t xml:space="preserve">    'savefig.dpi': 300,</w:t>
        <w:br/>
        <w:t xml:space="preserve">    'savefig.bbox': 'tight',</w:t>
        <w:br/>
        <w:t xml:space="preserve">    'font.family': 'sans-serif',</w:t>
        <w:br/>
        <w:t>})</w:t>
        <w:br/>
        <w:br/>
        <w:t>OUTDIR = '/home/ubuntu/repos/wip/rct-decomposition/validation/figures'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>import os</w:t>
        <w:br/>
        <w:t>os.makedirs(OUTDIR, exist_ok=True)</w:t>
        <w:br/>
        <w:br/>
        <w:t># ============================================================</w:t>
        <w:br/>
        <w:t># CASE 1: Intravenous Magnesium in Acute Myocardial Infarction</w:t>
        <w:br/>
        <w:t># ============================================================</w:t>
        <w:br/>
        <w:t># Data from: Teo et al. 1991 (Lancet), Li et al. 2007 (Cochrane),</w:t>
        <w:br/>
        <w:t># ISIS-4 Collaborative Group 1995 (Lancet)</w:t>
        <w:br/>
        <w:br/>
        <w:t>mg_data = pd.DataFrame({</w:t>
        <w:br/>
        <w:t xml:space="preserve">    'study': [</w:t>
        <w:br/>
        <w:t xml:space="preserve">        'Morton 1984', 'Rasmussen 1986', 'Smith 1986',</w:t>
        <w:br/>
        <w:t xml:space="preserve">        'Abraham 1987', 'Ceremuzynski 1989', 'Shechter 1990',</w:t>
        <w:br/>
        <w:t xml:space="preserve">        'Singh 1990', 'Feldstedt 1991', 'Schechter 1991',</w:t>
        <w:br/>
        <w:t xml:space="preserve">        'LIMIT-2 1992', 'Shechter 1995',</w:t>
        <w:br/>
        <w:t xml:space="preserve">        'ISIS-4 1995'</w:t>
        <w:br/>
        <w:t xml:space="preserve">    ],</w:t>
        <w:br/>
        <w:t xml:space="preserve">    'year': [1984, 1986, 1986, 1987, 1989, 1990, 1990, 1991, 1991, 1992, 1995, 1995],</w:t>
        <w:br/>
        <w:t xml:space="preserve">    'e_treat': [1, 1, 2, 1, 1, 1, 6, 4, 1, 90, 4, 2216],</w:t>
        <w:br/>
        <w:t xml:space="preserve">    'n_treat': [40, 56, 200, 48, 25, 50, 39, 100, 59, 1159, 107, 29011],</w:t>
        <w:br/>
        <w:t xml:space="preserve">    'e_ctrl':  [2, 9, 7, 1, 3, 9, 11, 7, 2, 118, 17, 2103],</w:t>
        <w:br/>
        <w:t xml:space="preserve">    'n_ctrl':  [36, 79, 200, 46, 23, 53, 37, 100, 57, 1157, 108, 29039],</w:t>
        <w:br/>
        <w:t xml:space="preserve">    'design': ['RCT']*12,</w:t>
        <w:br/>
        <w:t xml:space="preserve">    'era': ['pre-thrombolysis', 'pre-thrombolysis', 'pre-thrombolysis',</w:t>
        <w:br/>
        <w:t xml:space="preserve">            'pre-thrombolysis', 'pre-thrombolysis', 'pre-thrombolysis',</w:t>
        <w:br/>
        <w:t xml:space="preserve">            'pre-thrombolysis', 'transition', 'transition',</w:t>
        <w:br/>
        <w:t xml:space="preserve">            'thrombolysis', 'thrombolysis', 'thrombolysis'],</w:t>
        <w:br/>
        <w:t>})</w:t>
        <w:br/>
        <w:br/>
        <w:t># ============================================================</w:t>
        <w:br/>
        <w:t># CASE 2: Statins in Heart Failure</w:t>
        <w:br/>
        <w:t># ============================================================</w:t>
        <w:br/>
        <w:t># Observational data from published cohort studies</w:t>
        <w:br/>
        <w:t># RCT data from CORONA and GISSI-HF</w:t>
        <w:br/>
        <w:br/>
        <w:t>statin_obs = pd.DataFrame({</w:t>
        <w:br/>
        <w:t xml:space="preserve">    'study': [</w:t>
        <w:br/>
        <w:t xml:space="preserve">        'Mozaffarian 2004', 'Horwich 2004', 'Go 2006',</w:t>
        <w:br/>
        <w:t xml:space="preserve">        'Foody 2006', 'Anker 2006 (pooled)'</w:t>
        <w:br/>
        <w:t xml:space="preserve">    ],</w:t>
        <w:br/>
        <w:t xml:space="preserve">    'logHR': np.log([0.62, 0.59, 0.69, 0.82, 0.75]),</w:t>
        <w:br/>
        <w:t xml:space="preserve">    'logHR_lo': np.log([0.49, 0.44, 0.63, 0.79, 0.66]),</w:t>
        <w:br/>
        <w:t xml:space="preserve">    'logHR_hi': np.log([0.78, 0.78, 0.75, 0.85, 0.85]),</w:t>
        <w:br/>
        <w:t xml:space="preserve">    'design': ['OBS']*5,</w:t>
        <w:br/>
        <w:t xml:space="preserve">    'N': [1153, 551, 24598, 54960, 10510],</w:t>
        <w:br/>
        <w:t xml:space="preserve">    'events': [356, 189, 5765, 16573, 2890],</w:t>
        <w:br/>
        <w:t>})</w:t>
        <w:br/>
        <w:t>statin_obs['se'] = (statin_obs['logHR_hi'] - statin_obs['logHR_lo']) / (2 * 1.96)</w:t>
        <w:br/>
        <w:br/>
        <w:t>statin_rct = pd.DataFrame({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'study': ['CORONA 2007', 'GISSI-HF 2008'],</w:t>
        <w:br/>
        <w:t xml:space="preserve">    'logHR': np.log([0.95, 1.00]),</w:t>
        <w:br/>
        <w:t xml:space="preserve">    'logHR_lo': np.log([0.86, 0.90]),</w:t>
        <w:br/>
        <w:t xml:space="preserve">    'logHR_hi': np.log([1.05, 1.12]),</w:t>
        <w:br/>
        <w:t xml:space="preserve">    'design': ['RCT', 'RCT'],</w:t>
        <w:br/>
        <w:t xml:space="preserve">    'N': [5011, 4574],</w:t>
        <w:br/>
        <w:t xml:space="preserve">    'events': [728, 657],</w:t>
        <w:br/>
        <w:t>})</w:t>
        <w:br/>
        <w:t>statin_rct['se'] = (statin_rct['logHR_hi'] - statin_rct['logHR_lo']) / (2 * 1.96)</w:t>
        <w:br/>
        <w:br/>
        <w:br/>
        <w:t># ============================================================</w:t>
        <w:br/>
        <w:t># Helper functions</w:t>
        <w:br/>
        <w:t># ============================================================</w:t>
        <w:br/>
        <w:br/>
        <w:t>def compute_or(e_t, n_t, e_c, n_c, cc=0.5):</w:t>
        <w:br/>
        <w:t xml:space="preserve">    """Compute log-OR and SE with continuity correction."""</w:t>
        <w:br/>
        <w:t xml:space="preserve">    a = e_t + cc</w:t>
        <w:br/>
        <w:t xml:space="preserve">    b = (n_t - e_t) + cc</w:t>
        <w:br/>
        <w:t xml:space="preserve">    c = e_c + cc</w:t>
        <w:br/>
        <w:t xml:space="preserve">    d = (n_c - e_c) + cc</w:t>
        <w:br/>
        <w:t xml:space="preserve">    logOR = np.log(a * d / (b * c))</w:t>
        <w:br/>
        <w:t xml:space="preserve">    se = np.sqrt(1/a + 1/b + 1/c + 1/d)</w:t>
        <w:br/>
        <w:t xml:space="preserve">    return logOR, se</w:t>
        <w:br/>
        <w:br/>
        <w:br/>
        <w:t>def fixed_effect_meta(logOR, se):</w:t>
        <w:br/>
        <w:t xml:space="preserve">    """Inverse-variance fixed-effect meta-analysis."""</w:t>
        <w:br/>
        <w:t xml:space="preserve">    w = 1 / se**2</w:t>
        <w:br/>
        <w:t xml:space="preserve">    pooled = np.sum(w * logOR) / np.sum(w)</w:t>
        <w:br/>
        <w:t xml:space="preserve">    se_pooled = 1 / np.sqrt(np.sum(w))</w:t>
        <w:br/>
        <w:t xml:space="preserve">    return pooled, se_pooled</w:t>
        <w:br/>
        <w:br/>
        <w:br/>
        <w:t>def random_effects_meta(logOR, se):</w:t>
        <w:br/>
        <w:t xml:space="preserve">    """DerSimonian-Laird random-effects meta-analysis."""</w:t>
        <w:br/>
        <w:t xml:space="preserve">    w = 1 / se**2</w:t>
        <w:br/>
        <w:t xml:space="preserve">    Q = np.sum(w * (logOR - np.sum(w * logOR) / np.sum(w))**2)</w:t>
        <w:br/>
        <w:t xml:space="preserve">    k = len(logOR)</w:t>
        <w:br/>
        <w:t xml:space="preserve">    C = np.sum(w) - np.sum(w**2) / np.sum(w)</w:t>
        <w:br/>
        <w:t xml:space="preserve">    tau2 = max(0, (Q - (k - 1)) / C)</w:t>
        <w:br/>
        <w:t xml:space="preserve">    w_re = 1 / (se**2 + tau2)</w:t>
        <w:br/>
        <w:t xml:space="preserve">    pooled = np.sum(w_re * logOR) / np.sum(w_re)</w:t>
        <w:br/>
        <w:t xml:space="preserve">    se_pooled = 1 / np.sqrt(np.sum(w_re))</w:t>
        <w:br/>
        <w:t xml:space="preserve">    I2 = max(0, (Q - (k - 1)) / Q * 100) if Q &gt; 0 else 0</w:t>
        <w:br/>
        <w:t xml:space="preserve">    return pooled, se_pooled, tau2, I2</w:t>
        <w:br/>
        <w:br/>
        <w:br/>
        <w:t>def power_for_event_rate(p_control, OR, n_total, alpha=0.05, n_sim=10000):</w:t>
        <w:br/>
        <w:t xml:space="preserve">    """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Monte Carlo power simulation for a two-arm trial with binary outcome.</w:t>
        <w:br/>
        <w:t xml:space="preserve">    p_control: control event rate</w:t>
        <w:br/>
        <w:t xml:space="preserve">    OR: true odds ratio (treatment vs control)</w:t>
        <w:br/>
        <w:t xml:space="preserve">    n_total: total sample size</w:t>
        <w:br/>
        <w:t xml:space="preserve">    alpha: significance level (two-sided)</w:t>
        <w:br/>
        <w:t xml:space="preserve">    """</w:t>
        <w:br/>
        <w:t xml:space="preserve">    n_arm = n_total // 2</w:t>
        <w:br/>
        <w:t xml:space="preserve">    p_treat = (p_control * OR) / (1 - p_control + p_control * OR)</w:t>
        <w:br/>
        <w:t xml:space="preserve">    </w:t>
        <w:br/>
        <w:t xml:space="preserve">    reject = 0</w:t>
        <w:br/>
        <w:t xml:space="preserve">    for _ in range(n_sim):</w:t>
        <w:br/>
        <w:t xml:space="preserve">        x_c = np.random.binomial(n_arm, p_control)</w:t>
        <w:br/>
        <w:t xml:space="preserve">        x_t = np.random.binomial(n_arm, p_treat)</w:t>
        <w:br/>
        <w:t xml:space="preserve">        # Fisher exact test approximation via chi-square</w:t>
        <w:br/>
        <w:t xml:space="preserve">        table = np.array([[x_t, n_arm - x_t], [x_c, n_arm - x_c]])</w:t>
        <w:br/>
        <w:t xml:space="preserve">        if table.min() &gt;= 0:</w:t>
        <w:br/>
        <w:t xml:space="preserve">            try:</w:t>
        <w:br/>
        <w:t xml:space="preserve">                chi2, p_val, _, _ = stats.chi2_contingency(table, correction=True)</w:t>
        <w:br/>
        <w:t xml:space="preserve">                if p_val &lt; alpha:</w:t>
        <w:br/>
        <w:t xml:space="preserve">                    reject += 1</w:t>
        <w:br/>
        <w:t xml:space="preserve">            except:</w:t>
        <w:br/>
        <w:t xml:space="preserve">                pass</w:t>
        <w:br/>
        <w:t xml:space="preserve">    return reject / n_sim</w:t>
        <w:br/>
        <w:br/>
        <w:br/>
        <w:t>def power_analytical(p_control, OR, n_total, alpha=0.05):</w:t>
        <w:br/>
        <w:t xml:space="preserve">    """</w:t>
        <w:br/>
        <w:t xml:space="preserve">    Analytical power calculation for log-rank/chi-square test.</w:t>
        <w:br/>
        <w:t xml:space="preserve">    Uses the formula: power = Phi(|z_effect| - z_{alpha/2})</w:t>
        <w:br/>
        <w:t xml:space="preserve">    where z_effect = log(OR) * sqrt(n_total * p_control * (1-p_control) / 4)</w:t>
        <w:br/>
        <w:t xml:space="preserve">    """</w:t>
        <w:br/>
        <w:t xml:space="preserve">    p_treat = (p_control * OR) / (1 - p_control + p_control * OR)</w:t>
        <w:br/>
        <w:t xml:space="preserve">    # Number of events expected</w:t>
        <w:br/>
        <w:t xml:space="preserve">    n_arm = n_total // 2</w:t>
        <w:br/>
        <w:t xml:space="preserve">    e_ctrl = n_arm * p_control</w:t>
        <w:br/>
        <w:t xml:space="preserve">    e_treat = n_arm * p_treat</w:t>
        <w:br/>
        <w:t xml:space="preserve">    total_events = e_ctrl + e_treat</w:t>
        <w:br/>
        <w:t xml:space="preserve">    </w:t>
        <w:br/>
        <w:t xml:space="preserve">    # Schoenfeld formula for log-rank: power based on number of events</w:t>
        <w:br/>
        <w:t xml:space="preserve">    z_alpha = stats.norm.ppf(1 - alpha/2)</w:t>
        <w:br/>
        <w:t xml:space="preserve">    logOR = np.log(OR)</w:t>
        <w:br/>
        <w:t xml:space="preserve">    # SE of log(OR) ≈ 2/sqrt(D) where D is total events</w:t>
        <w:br/>
        <w:t xml:space="preserve">    se_logOR = 2 / np.sqrt(total_events) if total_events &gt; 0 else np.inf</w:t>
        <w:br/>
        <w:t xml:space="preserve">    z_effect = abs(logOR) / se_logOR</w:t>
        <w:br/>
        <w:t xml:space="preserve">    power = stats.norm.cdf(z_effect - z_alpha)</w:t>
        <w:br/>
        <w:t xml:space="preserve">    return power, total_events</w:t>
        <w:br/>
        <w:br/>
        <w:br/>
        <w:t>def ois_calculation(OR, alpha=0.05, power=0.80):</w:t>
        <w:br/>
        <w:t xml:space="preserve">    """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Calculate Optimal Information Size (required number of events).</w:t>
        <w:br/>
        <w:t xml:space="preserve">    D = 4 * (z_{alpha/2} + z_{beta})^2 / (log(OR))^2</w:t>
        <w:br/>
        <w:t xml:space="preserve">    """</w:t>
        <w:br/>
        <w:t xml:space="preserve">    z_alpha = stats.norm.ppf(1 - alpha/2)</w:t>
        <w:br/>
        <w:t xml:space="preserve">    z_beta = stats.norm.ppf(power)</w:t>
        <w:br/>
        <w:t xml:space="preserve">    logOR = np.log(OR)</w:t>
        <w:br/>
        <w:t xml:space="preserve">    D = 4 * (z_alpha + z_beta)**2 / logOR**2</w:t>
        <w:br/>
        <w:t xml:space="preserve">    return D</w:t>
        <w:br/>
        <w:br/>
        <w:br/>
        <w:t>def cumulative_z(logOR_arr, se_arr):</w:t>
        <w:br/>
        <w:t xml:space="preserve">    """Compute cumulative Z-statistic for TSA."""</w:t>
        <w:br/>
        <w:t xml:space="preserve">    z_values = []</w:t>
        <w:br/>
        <w:t xml:space="preserve">    pooled_list = []</w:t>
        <w:br/>
        <w:t xml:space="preserve">    info_list = []</w:t>
        <w:br/>
        <w:t xml:space="preserve">    for k in range(1, len(logOR_arr) + 1):</w:t>
        <w:br/>
        <w:t xml:space="preserve">        w = 1 / se_arr[:k]**2</w:t>
        <w:br/>
        <w:t xml:space="preserve">        pooled = np.sum(w * logOR_arr[:k]) / np.sum(w)</w:t>
        <w:br/>
        <w:t xml:space="preserve">        se_pooled = 1 / np.sqrt(np.sum(w))</w:t>
        <w:br/>
        <w:t xml:space="preserve">        z = pooled / se_pooled</w:t>
        <w:br/>
        <w:t xml:space="preserve">        z_values.append(z)</w:t>
        <w:br/>
        <w:t xml:space="preserve">        pooled_list.append(pooled)</w:t>
        <w:br/>
        <w:t xml:space="preserve">        info_list.append(np.sum(w))</w:t>
        <w:br/>
        <w:t xml:space="preserve">    return np.array(z_values), np.array(pooled_list), np.array(info_list)</w:t>
        <w:br/>
        <w:br/>
        <w:br/>
        <w:t># ============================================================</w:t>
        <w:br/>
        <w:t># MODULE K: Counterfactual Power Simulation</w:t>
        <w:br/>
        <w:t># ============================================================</w:t>
        <w:br/>
        <w:br/>
        <w:t>def run_module_k_magnesium(mg_data):</w:t>
        <w:br/>
        <w:t xml:space="preserve">    """Apply Module K to the magnesium in AMI data."""</w:t>
        <w:br/>
        <w:t xml:space="preserve">    print("=" * 60)</w:t>
        <w:br/>
        <w:t xml:space="preserve">    print("MODULE K: Counterfactual Power Simulation (Magnesium in AMI)")</w:t>
        <w:br/>
        <w:t xml:space="preserve">    print("=" * 60)</w:t>
        <w:br/>
        <w:t xml:space="preserve">    </w:t>
        <w:br/>
        <w:t xml:space="preserve">    # Compute OR and SE for each study</w:t>
        <w:br/>
        <w:t xml:space="preserve">    logORs, SEs, ctrl_rates = [], [], []</w:t>
        <w:br/>
        <w:t xml:space="preserve">    for _, row in mg_data.iterrows():</w:t>
        <w:br/>
        <w:t xml:space="preserve">        lo, se = compute_or(row['e_treat'], row['n_treat'], row['e_ctrl'], row['n_ctrl'])</w:t>
        <w:br/>
        <w:t xml:space="preserve">        logORs.append(lo)</w:t>
        <w:br/>
        <w:t xml:space="preserve">        SEs.append(se)</w:t>
        <w:br/>
        <w:t xml:space="preserve">        ctrl_rates.append(row['e_ctrl'] / row['n_ctrl'])</w:t>
        <w:br/>
        <w:t xml:space="preserve">    </w:t>
        <w:br/>
        <w:t xml:space="preserve">    mg_data['logOR'] = logORs</w:t>
        <w:br/>
        <w:t xml:space="preserve">    mg_data['se'] = SEs</w:t>
        <w:br/>
        <w:t xml:space="preserve">    mg_data['ctrl_rate'] = ctrl_rates</w:t>
        <w:br/>
        <w:t xml:space="preserve">    mg_data['OR'] = np.exp(mg_data['logOR'])</w:t>
        <w:br/>
        <w:t xml:space="preserve">    </w:t>
        <w:br/>
        <w:t xml:space="preserve">    # Scenario definitions based on control-group event rates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# S1: Pre-thrombolysis era (high event rate, ~10-25%)</w:t>
        <w:br/>
        <w:t xml:space="preserve">    pre_thrombolysis = mg_data[mg_data['era'] == 'pre-thrombolysis']</w:t>
        <w:br/>
        <w:t xml:space="preserve">    # S2: Thrombolysis era (low event rate, ~7-10%)</w:t>
        <w:br/>
        <w:t xml:space="preserve">    thrombolysis_era = mg_data[mg_data['era'].isin(['thrombolysis'])]</w:t>
        <w:br/>
        <w:t xml:space="preserve">    </w:t>
        <w:br/>
        <w:t xml:space="preserve">    # Weighted mean control rates</w:t>
        <w:br/>
        <w:t xml:space="preserve">    pre_n = pre_thrombolysis['n_ctrl'].sum()</w:t>
        <w:br/>
        <w:t xml:space="preserve">    pre_events = pre_thrombolysis['e_ctrl'].sum()</w:t>
        <w:br/>
        <w:t xml:space="preserve">    s1_rate = pre_events / pre_n  # high-risk scenario</w:t>
        <w:br/>
        <w:t xml:space="preserve">    </w:t>
        <w:br/>
        <w:t xml:space="preserve">    isis4 = mg_data[mg_data['study'] == 'ISIS-4 1995'].iloc[0]</w:t>
        <w:br/>
        <w:t xml:space="preserve">    s2_rate = isis4['e_ctrl'] / isis4['n_ctrl']  # ISIS-4 rate</w:t>
        <w:br/>
        <w:t xml:space="preserve">    </w:t>
        <w:br/>
        <w:t xml:space="preserve">    # LIMIT-2 era rate</w:t>
        <w:br/>
        <w:t xml:space="preserve">    limit2 = mg_data[mg_data['study'] == 'LIMIT-2 1992'].iloc[0]</w:t>
        <w:br/>
        <w:t xml:space="preserve">    s3_rate = limit2['e_ctrl'] / limit2['n_ctrl']  # moderate enrichment</w:t>
        <w:br/>
        <w:t xml:space="preserve">    </w:t>
        <w:br/>
        <w:t xml:space="preserve">    print(f"\nScenario S1 (pre-thrombolysis population): control event rate = {s1_rate:.3f}")</w:t>
        <w:br/>
        <w:t xml:space="preserve">    print(f"Scenario S2 (ISIS-4 / thrombolysis era):    control event rate = {s2_rate:.3f}")</w:t>
        <w:br/>
        <w:t xml:space="preserve">    print(f"Scenario S3 (LIMIT-2 / moderate):           control event rate = {s3_rate:.3f}")</w:t>
        <w:br/>
        <w:t xml:space="preserve">    print(f"Event rate ratio S2/S1 = {s2_rate/s1_rate:.2f}")</w:t>
        <w:br/>
        <w:t xml:space="preserve">    </w:t>
        <w:br/>
        <w:t xml:space="preserve">    # Meta-analysis of pre-ISIS-4 trials</w:t>
        <w:br/>
        <w:t xml:space="preserve">    pre_isis = mg_data[mg_data['study'] != 'ISIS-4 1995']</w:t>
        <w:br/>
        <w:t xml:space="preserve">    pooled_pre, se_pre, tau2_pre, I2_pre = random_effects_meta(</w:t>
        <w:br/>
        <w:t xml:space="preserve">        pre_isis['logOR'].values, pre_isis['se'].values</w:t>
        <w:br/>
        <w:t xml:space="preserve">    )</w:t>
        <w:br/>
        <w:t xml:space="preserve">    print(f"\nPre-ISIS-4 meta-analysis (RE): OR = {np.exp(pooled_pre):.2f} "</w:t>
        <w:br/>
        <w:t xml:space="preserve">          f"(95% CI: {np.exp(pooled_pre - 1.96*se_pre):.2f}-{np.exp(pooled_pre + 1.96*se_pre):.2f}), I²={I2_pre:.0f}%")</w:t>
        <w:br/>
        <w:t xml:space="preserve">    </w:t>
        <w:br/>
        <w:t xml:space="preserve">    # All-trials meta-analysis</w:t>
        <w:br/>
        <w:t xml:space="preserve">    pooled_all, se_all, tau2_all, I2_all = random_effects_meta(</w:t>
        <w:br/>
        <w:t xml:space="preserve">        mg_data['logOR'].values, mg_data['se'].values</w:t>
        <w:br/>
        <w:t xml:space="preserve">    )</w:t>
        <w:br/>
        <w:t xml:space="preserve">    print(f"All-trials meta-analysis (RE):   OR = {np.exp(pooled_all):.2f} "</w:t>
        <w:br/>
        <w:t xml:space="preserve">          f"(95% CI: {np.exp(pooled_all - 1.96*se_all):.2f}-{np.exp(pooled_all + 1.96*se_all):.2f}), I²={I2_all:.0f}%")</w:t>
        <w:br/>
        <w:t xml:space="preserve">    </w:t>
        <w:br/>
        <w:t xml:space="preserve">    # Power analysis across scenarios</w:t>
        <w:br/>
        <w:t xml:space="preserve">    # True effect: use pre-ISIS-4 pooled OR as the "real" effect</w:t>
        <w:br/>
        <w:t xml:space="preserve">    true_OR = np.exp(pooled_pre)</w:t>
        <w:br/>
        <w:t xml:space="preserve">    N_isis4 = isis4['n_treat'] + isis4['n_ctrl']</w:t>
        <w:br/>
        <w:t xml:space="preserve">    </w:t>
        <w:br/>
        <w:t xml:space="preserve">    OR_grid = [0.50, 0.55, 0.60, 0.65, 0.70, 0.75, 0.80, 0.85, 0.90, 0.95]</w:t>
        <w:br/>
        <w:t xml:space="preserve">    </w:t>
        <w:br/>
        <w:t xml:space="preserve">    print(f"\n{'True OR':&lt;10} {'S1 Power':&gt;10} {'S2 Power':&gt;10} {'S3 Power':&gt;10}")</w:t>
        <w:br/>
        <w:t xml:space="preserve">    print("-" * 45)</w:t>
        <w:br/>
        <w:t xml:space="preserve">    </w:t>
        <w:br/>
        <w:t xml:space="preserve">    power_results = {'OR': [], 'S1': [], 'S2': [], 'S3': []}</w:t>
        <w:br/>
        <w:t xml:space="preserve">    for OR in OR_grid:</w:t>
        <w:br/>
        <w:t xml:space="preserve">        p1, e1 = power_analytical(s1_rate, OR, N_isis4)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p2, e2 = power_analytical(s2_rate, OR, N_isis4)</w:t>
        <w:br/>
        <w:t xml:space="preserve">        p3, e3 = power_analytical(s3_rate, OR, N_isis4)</w:t>
        <w:br/>
        <w:t xml:space="preserve">        power_results['OR'].append(OR)</w:t>
        <w:br/>
        <w:t xml:space="preserve">        power_results['S1'].append(p1)</w:t>
        <w:br/>
        <w:t xml:space="preserve">        power_results['S2'].append(p2)</w:t>
        <w:br/>
        <w:t xml:space="preserve">        power_results['S3'].append(p3)</w:t>
        <w:br/>
        <w:t xml:space="preserve">        print(f"{OR:&lt;10.2f} {p1:&gt;10.1%} {p2:&gt;10.1%} {p3:&gt;10.1%}")</w:t>
        <w:br/>
        <w:t xml:space="preserve">    </w:t>
        <w:br/>
        <w:t xml:space="preserve">    # At the pre-ISIS4 pooled effect</w:t>
        <w:br/>
        <w:t xml:space="preserve">    p1_true, e1_true = power_analytical(s1_rate, true_OR, N_isis4)</w:t>
        <w:br/>
        <w:t xml:space="preserve">    p2_true, e2_true = power_analytical(s2_rate, true_OR, N_isis4)</w:t>
        <w:br/>
        <w:t xml:space="preserve">    p3_true, e3_true = power_analytical(s3_rate, true_OR, N_isis4)</w:t>
        <w:br/>
        <w:t xml:space="preserve">    </w:t>
        <w:br/>
        <w:t xml:space="preserve">    print(f"\nAt pre-ISIS-4 pooled OR = {true_OR:.2f}:")</w:t>
        <w:br/>
        <w:t xml:space="preserve">    print(f"  S1 (pre-thrombolysis rate {s1_rate:.1%}): power = {p1_true:.1%}, expected events = {e1_true:.0f}")</w:t>
        <w:br/>
        <w:t xml:space="preserve">    print(f"  S2 (ISIS-4 rate {s2_rate:.1%}):           power = {p2_true:.1%}, expected events = {e2_true:.0f}")</w:t>
        <w:br/>
        <w:t xml:space="preserve">    print(f"  S3 (LIMIT-2 rate {s3_rate:.1%}):          power = {p3_true:.1%}, expected events = {e3_true:.0f}")</w:t>
        <w:br/>
        <w:t xml:space="preserve">    </w:t>
        <w:br/>
        <w:t xml:space="preserve">    # Required N for 80% power</w:t>
        <w:br/>
        <w:t xml:space="preserve">    for target_power in [0.80]:</w:t>
        <w:br/>
        <w:t xml:space="preserve">        for label, rate in [('S1', s1_rate), ('S2', s2_rate), ('S3', s3_rate)]:</w:t>
        <w:br/>
        <w:t xml:space="preserve">            for N in range(1000, 200000, 500):</w:t>
        <w:br/>
        <w:t xml:space="preserve">                p, _ = power_analytical(rate, true_OR, N)</w:t>
        <w:br/>
        <w:t xml:space="preserve">                if p &gt;= target_power:</w:t>
        <w:br/>
        <w:t xml:space="preserve">                    print(f"  Required N for {target_power:.0%} power at OR={true_OR:.2f}, {label}: N = {N:,}")</w:t>
        <w:br/>
        <w:t xml:space="preserve">                    break</w:t>
        <w:br/>
        <w:t xml:space="preserve">    </w:t>
        <w:br/>
        <w:t xml:space="preserve">    return {</w:t>
        <w:br/>
        <w:t xml:space="preserve">        'mg_data': mg_data,</w:t>
        <w:br/>
        <w:t xml:space="preserve">        's1_rate': s1_rate, 's2_rate': s2_rate, 's3_rate': s3_rate,</w:t>
        <w:br/>
        <w:t xml:space="preserve">        'true_OR': true_OR, 'N_isis4': N_isis4,</w:t>
        <w:br/>
        <w:t xml:space="preserve">        'power_results': power_results,</w:t>
        <w:br/>
        <w:t xml:space="preserve">        'pooled_pre': pooled_pre, 'se_pre': se_pre,</w:t>
        <w:br/>
        <w:t xml:space="preserve">        'pooled_all': pooled_all, 'se_all': se_all,</w:t>
        <w:br/>
        <w:t xml:space="preserve">        'I2_pre': I2_pre, 'I2_all': I2_all,</w:t>
        <w:br/>
        <w:t xml:space="preserve">    }</w:t>
        <w:br/>
        <w:br/>
        <w:br/>
        <w:t>def run_module_k_statins(statin_obs, statin_rct):</w:t>
        <w:br/>
        <w:t xml:space="preserve">    """Apply Module K to statins in HF data."""</w:t>
        <w:br/>
        <w:t xml:space="preserve">    print("\n" + "=" * 60)</w:t>
        <w:br/>
        <w:t xml:space="preserve">    print("MODULE K: Counterfactual Power Simulation (Statins in HF)")</w:t>
        <w:br/>
        <w:t xml:space="preserve">    print("=" * 60)</w:t>
        <w:br/>
        <w:t xml:space="preserve">    </w:t>
        <w:br/>
        <w:t xml:space="preserve">    # Observational pooled effect</w:t>
        <w:br/>
        <w:t xml:space="preserve">    pooled_obs, se_obs, tau2_obs, I2_obs = random_effects_meta(</w:t>
        <w:br/>
        <w:t xml:space="preserve">        statin_obs['logHR'].values, statin_obs['se'].values</w:t>
        <w:br/>
        <w:t xml:space="preserve">    )</w:t>
        <w:br/>
        <w:t xml:space="preserve">    print(f"Observational meta-analysis (RE): HR = {np.exp(pooled_obs):.2f} "</w:t>
        <w:br/>
        <w:t xml:space="preserve">          f"(95% CI: {np.exp(pooled_obs - 1.96*se_obs):.2f}-{np.exp(pooled_obs + 1.96*se_obs):.2f}), I²={I2_obs:.0f}%")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</w:t>
        <w:br/>
        <w:t xml:space="preserve">    # RCT pooled effect</w:t>
        <w:br/>
        <w:t xml:space="preserve">    pooled_rct, se_rct, tau2_rct, I2_rct = random_effects_meta(</w:t>
        <w:br/>
        <w:t xml:space="preserve">        statin_rct['logHR'].values, statin_rct['se'].values</w:t>
        <w:br/>
        <w:t xml:space="preserve">    )</w:t>
        <w:br/>
        <w:t xml:space="preserve">    print(f"RCT meta-analysis (RE):           HR = {np.exp(pooled_rct):.2f} "</w:t>
        <w:br/>
        <w:t xml:space="preserve">          f"(95% CI: {np.exp(pooled_rct - 1.96*se_rct):.2f}-{np.exp(pooled_rct + 1.96*se_rct):.2f}), I²={I2_rct:.0f}%")</w:t>
        <w:br/>
        <w:t xml:space="preserve">    </w:t>
        <w:br/>
        <w:t xml:space="preserve">    # Event rates</w:t>
        <w:br/>
        <w:t xml:space="preserve">    # Observational studies: higher-risk populations</w:t>
        <w:br/>
        <w:t xml:space="preserve">    # CORONA: annual mortality ~11.6% (575 deaths / 5011 over ~2.7 years)</w:t>
        <w:br/>
        <w:t xml:space="preserve">    # GISSI-HF: annual mortality ~9.4% (657 deaths / 4574 over ~3.9 years → ~3.6%/yr... actually more complex)</w:t>
        <w:br/>
        <w:t xml:space="preserve">    # Observational: much higher event rates (30%+ over study period)</w:t>
        <w:br/>
        <w:t xml:space="preserve">    </w:t>
        <w:br/>
        <w:t xml:space="preserve">    # Approximate annual event rates</w:t>
        <w:br/>
        <w:t xml:space="preserve">    obs_annual_rate = 0.15  # ~15% annual mortality in observational HF cohorts</w:t>
        <w:br/>
        <w:t xml:space="preserve">    rct_annual_rate = 0.08  # ~8% annual mortality in CORONA/GISSI-HF</w:t>
        <w:br/>
        <w:t xml:space="preserve">    enriched_rate = 0.12    # moderate enrichment</w:t>
        <w:br/>
        <w:t xml:space="preserve">    </w:t>
        <w:br/>
        <w:t xml:space="preserve">    print(f"\nEvent rate comparison:")</w:t>
        <w:br/>
        <w:t xml:space="preserve">    print(f"  S1 (observational cohorts): ~{obs_annual_rate:.0%} annual mortality")</w:t>
        <w:br/>
        <w:t xml:space="preserve">    print(f"  S2 (RCT-enrolled):          ~{rct_annual_rate:.0%} annual mortality")</w:t>
        <w:br/>
        <w:t xml:space="preserve">    print(f"  S3 (enriched):              ~{enriched_rate:.0%} annual mortality")</w:t>
        <w:br/>
        <w:t xml:space="preserve">    print(f"  Event rate ratio S2/S1 = {rct_annual_rate/obs_annual_rate:.2f}")</w:t>
        <w:br/>
        <w:t xml:space="preserve">    </w:t>
        <w:br/>
        <w:t xml:space="preserve">    # Combined RCT N</w:t>
        <w:br/>
        <w:t xml:space="preserve">    N_rct = statin_rct['N'].sum()</w:t>
        <w:br/>
        <w:t xml:space="preserve">    true_HR = np.exp(pooled_obs)</w:t>
        <w:br/>
        <w:t xml:space="preserve">    </w:t>
        <w:br/>
        <w:t xml:space="preserve">    # Power analysis (using OR approximation for low event rates)</w:t>
        <w:br/>
        <w:t xml:space="preserve">    OR_grid = np.arange(0.50, 1.01, 0.05)</w:t>
        <w:br/>
        <w:t xml:space="preserve">    power_results = {'OR': [], 'S1': [], 'S2': [], 'S3': []}</w:t>
        <w:br/>
        <w:t xml:space="preserve">    </w:t>
        <w:br/>
        <w:t xml:space="preserve">    print(f"\n{'True HR':&lt;10} {'S1 Power':&gt;10} {'S2 Power':&gt;10} {'S3 Power':&gt;10}")</w:t>
        <w:br/>
        <w:t xml:space="preserve">    print("-" * 45)</w:t>
        <w:br/>
        <w:t xml:space="preserve">    </w:t>
        <w:br/>
        <w:t xml:space="preserve">    for OR in OR_grid:</w:t>
        <w:br/>
        <w:t xml:space="preserve">        p1, _ = power_analytical(obs_annual_rate, OR, N_rct)</w:t>
        <w:br/>
        <w:t xml:space="preserve">        p2, _ = power_analytical(rct_annual_rate, OR, N_rct)</w:t>
        <w:br/>
        <w:t xml:space="preserve">        p3, _ = power_analytical(enriched_rate, OR, N_rct)</w:t>
        <w:br/>
        <w:t xml:space="preserve">        power_results['OR'].append(OR)</w:t>
        <w:br/>
        <w:t xml:space="preserve">        power_results['S1'].append(p1)</w:t>
        <w:br/>
        <w:t xml:space="preserve">        power_results['S2'].append(p2)</w:t>
        <w:br/>
        <w:t xml:space="preserve">        power_results['S3'].append(p3)</w:t>
        <w:br/>
        <w:t xml:space="preserve">        print(f"{OR:&lt;10.2f} {p1:&gt;10.1%} {p2:&gt;10.1%} {p3:&gt;10.1%}")</w:t>
        <w:br/>
        <w:t xml:space="preserve">    </w:t>
        <w:br/>
        <w:t xml:space="preserve">    p1_true, _ = power_analytical(obs_annual_rate, true_HR, N_rct)</w:t>
        <w:br/>
        <w:t xml:space="preserve">    p2_true, _ = power_analytical(rct_annual_rate, true_HR, N_rct)</w:t>
        <w:br/>
        <w:t xml:space="preserve">    </w:t>
        <w:br/>
        <w:t xml:space="preserve">    print(f"\nAt observational pooled HR = {true_HR:.2f}:")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print(f"  S1 (obs rate {obs_annual_rate:.0%}): power = {p1_true:.1%}")</w:t>
        <w:br/>
        <w:t xml:space="preserve">    print(f"  S2 (RCT rate {rct_annual_rate:.0%}): power = {p2_true:.1%}")</w:t>
        <w:br/>
        <w:t xml:space="preserve">    </w:t>
        <w:br/>
        <w:t xml:space="preserve">    return {</w:t>
        <w:br/>
        <w:t xml:space="preserve">        'pooled_obs': pooled_obs, 'se_obs': se_obs, 'I2_obs': I2_obs,</w:t>
        <w:br/>
        <w:t xml:space="preserve">        'pooled_rct': pooled_rct, 'se_rct': se_rct, 'I2_rct': I2_rct,</w:t>
        <w:br/>
        <w:t xml:space="preserve">        'power_results': power_results,</w:t>
        <w:br/>
        <w:t xml:space="preserve">        'true_HR': true_HR, 'N_rct': N_rct,</w:t>
        <w:br/>
        <w:t xml:space="preserve">        'obs_rate': obs_annual_rate, 'rct_rate': rct_annual_rate,</w:t>
        <w:br/>
        <w:t xml:space="preserve">    }</w:t>
        <w:br/>
        <w:br/>
        <w:br/>
        <w:t># ============================================================</w:t>
        <w:br/>
        <w:t># MODULE T: Bayesian Hierarchical Meta-Analysis (MCMC)</w:t>
        <w:br/>
        <w:t># ============================================================</w:t>
        <w:br/>
        <w:br/>
        <w:t># bayesian_meta_analysis removed — too slow with per-study random effects.</w:t>
        <w:br/>
        <w:t># Use power_prior_meta (fast 2-parameter MCMC) and bias_adjusted_normal instead.</w:t>
        <w:br/>
        <w:br/>
        <w:t>def bias_adjusted_normal(logY_rct, se_rct, logY_obs, se_obs, delta_grid):</w:t>
        <w:br/>
        <w:t xml:space="preserve">    """Analytical normal approximation for bias-adjusted integration."""</w:t>
        <w:br/>
        <w:t xml:space="preserve">    results = {}</w:t>
        <w:br/>
        <w:t xml:space="preserve">    for delta in delta_grid:</w:t>
        <w:br/>
        <w:t xml:space="preserve">        logY_adj = logY_obs + delta</w:t>
        <w:br/>
        <w:t xml:space="preserve">        logY_all = np.concatenate([logY_rct, logY_adj])</w:t>
        <w:br/>
        <w:t xml:space="preserve">        se_all = np.concatenate([se_rct, se_obs])</w:t>
        <w:br/>
        <w:t xml:space="preserve">        pooled, se_p, tau2, I2 = random_effects_meta(logY_all, se_all)</w:t>
        <w:br/>
        <w:t xml:space="preserve">        hr = np.exp(pooled)</w:t>
        <w:br/>
        <w:t xml:space="preserve">        ci_lo = np.exp(pooled - 1.96 * se_p)</w:t>
        <w:br/>
        <w:t xml:space="preserve">        ci_hi = np.exp(pooled + 1.96 * se_p)</w:t>
        <w:br/>
        <w:t xml:space="preserve">        p_benefit = float(stats.norm.cdf(0, loc=pooled, scale=se_p))</w:t>
        <w:br/>
        <w:t xml:space="preserve">        results[delta] = {'hr': hr, 'ci_lo': ci_lo, 'ci_hi': ci_hi,</w:t>
        <w:br/>
        <w:t xml:space="preserve">                          'p_benefit': p_benefit, 'pooled': pooled, 'se': se_p}</w:t>
        <w:br/>
        <w:t xml:space="preserve">    return results</w:t>
        <w:br/>
        <w:br/>
        <w:br/>
        <w:t>def power_prior_meta(logY_rct, se_rct, logY_obs, se_obs, alpha_grid, n_iter=15000, n_warmup=3000):</w:t>
        <w:br/>
        <w:t xml:space="preserve">    """</w:t>
        <w:br/>
        <w:t xml:space="preserve">    Power prior meta-analysis: discount observational likelihood by alpha.</w:t>
        <w:br/>
        <w:t xml:space="preserve">    </w:t>
        <w:br/>
        <w:t xml:space="preserve">    Simple model:</w:t>
        <w:br/>
        <w:t xml:space="preserve">        y_i ~ Normal(mu, se_i^2 + tau^2)</w:t>
        <w:br/>
        <w:t xml:space="preserve">        Obs likelihood raised to power alpha</w:t>
        <w:br/>
        <w:t xml:space="preserve">    """</w:t>
        <w:br/>
        <w:t xml:space="preserve">    results = {}</w:t>
        <w:br/>
        <w:t xml:space="preserve">    </w:t>
        <w:br/>
        <w:t xml:space="preserve">    for alpha in alpha_grid:</w:t>
        <w:br/>
        <w:t xml:space="preserve">        rng = np.random.default_rng(42)</w:t>
        <w:br/>
        <w:t xml:space="preserve">        </w:t>
        <w:br/>
        <w:t xml:space="preserve">        mu = 0.0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log_tau = np.log(0.1)</w:t>
        <w:br/>
        <w:t xml:space="preserve">        step_mu = 0.04</w:t>
        <w:br/>
        <w:t xml:space="preserve">        step_log_tau = 0.08</w:t>
        <w:br/>
        <w:t xml:space="preserve">        </w:t>
        <w:br/>
        <w:t xml:space="preserve">        mu_samples = np.empty(n_iter)</w:t>
        <w:br/>
        <w:t xml:space="preserve">        idx = 0</w:t>
        <w:br/>
        <w:t xml:space="preserve">        </w:t>
        <w:br/>
        <w:t xml:space="preserve">        def log_post(mu, log_tau):</w:t>
        <w:br/>
        <w:t xml:space="preserve">            tau = np.exp(log_tau)</w:t>
        <w:br/>
        <w:t xml:space="preserve">            var_rct = se_rct**2 + tau**2</w:t>
        <w:br/>
        <w:t xml:space="preserve">            ll_rct = np.sum(stats.norm.logpdf(logY_rct, loc=mu, scale=np.sqrt(var_rct)))</w:t>
        <w:br/>
        <w:t xml:space="preserve">            </w:t>
        <w:br/>
        <w:t xml:space="preserve">            var_obs = se_obs**2 + tau**2</w:t>
        <w:br/>
        <w:t xml:space="preserve">            ll_obs = alpha * np.sum(stats.norm.logpdf(logY_obs, loc=mu, scale=np.sqrt(var_obs)))</w:t>
        <w:br/>
        <w:t xml:space="preserve">            </w:t>
        <w:br/>
        <w:t xml:space="preserve">            lp_mu = stats.norm.logpdf(mu, 0, 10)</w:t>
        <w:br/>
        <w:t xml:space="preserve">            lp_tau = stats.halfcauchy.logpdf(tau, scale=0.5) + log_tau</w:t>
        <w:br/>
        <w:t xml:space="preserve">            </w:t>
        <w:br/>
        <w:t xml:space="preserve">            return ll_rct + ll_obs + lp_mu + lp_tau</w:t>
        <w:br/>
        <w:t xml:space="preserve">        </w:t>
        <w:br/>
        <w:t xml:space="preserve">        current_lp = log_post(mu, log_tau)</w:t>
        <w:br/>
        <w:t xml:space="preserve">        </w:t>
        <w:br/>
        <w:t xml:space="preserve">        for it in range(n_warmup + n_iter):</w:t>
        <w:br/>
        <w:t xml:space="preserve">            mu_p = mu + rng.normal(0, step_mu)</w:t>
        <w:br/>
        <w:t xml:space="preserve">            lt_p = log_tau + rng.normal(0, step_log_tau)</w:t>
        <w:br/>
        <w:t xml:space="preserve">            lp_p = log_post(mu_p, lt_p)</w:t>
        <w:br/>
        <w:t xml:space="preserve">            if np.log(rng.uniform()) &lt; lp_p - current_lp:</w:t>
        <w:br/>
        <w:t xml:space="preserve">                mu, log_tau, current_lp = mu_p, lt_p, lp_p</w:t>
        <w:br/>
        <w:t xml:space="preserve">            </w:t>
        <w:br/>
        <w:t xml:space="preserve">            if it &gt;= n_warmup:</w:t>
        <w:br/>
        <w:t xml:space="preserve">                mu_samples[idx] = mu</w:t>
        <w:br/>
        <w:t xml:space="preserve">                idx += 1</w:t>
        <w:br/>
        <w:t xml:space="preserve">        </w:t>
        <w:br/>
        <w:t xml:space="preserve">        mu_arr = mu_samples[:idx]</w:t>
        <w:br/>
        <w:t xml:space="preserve">        hr_arr = np.exp(mu_arr)</w:t>
        <w:br/>
        <w:t xml:space="preserve">        </w:t>
        <w:br/>
        <w:t xml:space="preserve">        results[alpha] = {</w:t>
        <w:br/>
        <w:t xml:space="preserve">            'hr_median': float(np.median(hr_arr)),</w:t>
        <w:br/>
        <w:t xml:space="preserve">            'hr_lo': float(np.percentile(hr_arr, 2.5)),</w:t>
        <w:br/>
        <w:t xml:space="preserve">            'hr_hi': float(np.percentile(hr_arr, 97.5)),</w:t>
        <w:br/>
        <w:t xml:space="preserve">            'p_benefit': float(np.mean(hr_arr &lt; 1.0)),</w:t>
        <w:br/>
        <w:t xml:space="preserve">            'p_lt_090': float(np.mean(hr_arr &lt; 0.90)),</w:t>
        <w:br/>
        <w:t xml:space="preserve">            'p_lt_080': float(np.mean(hr_arr &lt; 0.80)),</w:t>
        <w:br/>
        <w:t xml:space="preserve">            'samples': mu_arr,</w:t>
        <w:br/>
        <w:t xml:space="preserve">        }</w:t>
        <w:br/>
        <w:t xml:space="preserve">    </w:t>
        <w:br/>
        <w:t xml:space="preserve">    return results</w:t>
        <w:br/>
        <w:br/>
        <w:br/>
        <w:t>def run_module_t_magnesium(mg_data):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"""Apply Module T to the magnesium data."""</w:t>
        <w:br/>
        <w:t xml:space="preserve">    print("\n" + "=" * 60)</w:t>
        <w:br/>
        <w:t xml:space="preserve">    print("MODULE T: Bayesian Evidence Integration (Magnesium in AMI)")</w:t>
        <w:br/>
        <w:t xml:space="preserve">    print("=" * 60)</w:t>
        <w:br/>
        <w:t xml:space="preserve">    </w:t>
        <w:br/>
        <w:t xml:space="preserve">    # For magnesium: all studies are RCTs, but we can treat</w:t>
        <w:br/>
        <w:t xml:space="preserve">    # pre-thrombolysis vs thrombolysis-era as different "designs"</w:t>
        <w:br/>
        <w:t xml:space="preserve">    # OR: treat pre-ISIS-4 as "informative prior" and ISIS-4 as "new RCT"</w:t>
        <w:br/>
        <w:t xml:space="preserve">    </w:t>
        <w:br/>
        <w:t xml:space="preserve">    # Approach: Power prior — discount the small trials by alpha</w:t>
        <w:br/>
        <w:t xml:space="preserve">    # and see how much weight the pre-ISIS-4 evidence should get</w:t>
        <w:br/>
        <w:t xml:space="preserve">    </w:t>
        <w:br/>
        <w:t xml:space="preserve">    pre_isis = mg_data[mg_data['study'] != 'ISIS-4 1995']</w:t>
        <w:br/>
        <w:t xml:space="preserve">    isis4 = mg_data[mg_data['study'] == 'ISIS-4 1995']</w:t>
        <w:br/>
        <w:t xml:space="preserve">    </w:t>
        <w:br/>
        <w:t xml:space="preserve">    alpha_grid = [0.0, 0.1, 0.2, 0.3, 0.5, 0.7, 1.0]</w:t>
        <w:br/>
        <w:t xml:space="preserve">    </w:t>
        <w:br/>
        <w:t xml:space="preserve">    results = power_prior_meta(</w:t>
        <w:br/>
        <w:t xml:space="preserve">        isis4['logOR'].values, isis4['se'].values,</w:t>
        <w:br/>
        <w:t xml:space="preserve">        pre_isis['logOR'].values, pre_isis['se'].values,</w:t>
        <w:br/>
        <w:t xml:space="preserve">        alpha_grid</w:t>
        <w:br/>
        <w:t xml:space="preserve">    )</w:t>
        <w:br/>
        <w:t xml:space="preserve">    </w:t>
        <w:br/>
        <w:t xml:space="preserve">    print(f"\n{'Alpha':&lt;8} {'OR (95% CrI)':&lt;25} {'P(OR&lt;1)':&gt;10} {'P(OR&lt;0.90)':&gt;12}")</w:t>
        <w:br/>
        <w:t xml:space="preserve">    print("-" * 60)</w:t>
        <w:br/>
        <w:t xml:space="preserve">    for alpha in alpha_grid:</w:t>
        <w:br/>
        <w:t xml:space="preserve">        r = results[alpha]</w:t>
        <w:br/>
        <w:t xml:space="preserve">        print(f"{alpha:&lt;8.1f} {r['hr_median']:.2f} ({r['hr_lo']:.2f}-{r['hr_hi']:.2f})"</w:t>
        <w:br/>
        <w:t xml:space="preserve">              f"{'':&gt;5} {r['p_benefit']:&gt;10.1%} {r['p_lt_090']:&gt;12.1%}")</w:t>
        <w:br/>
        <w:t xml:space="preserve">    </w:t>
        <w:br/>
        <w:t xml:space="preserve">    # Bias-adjusted normal approximation</w:t>
        <w:br/>
        <w:t xml:space="preserve">    ba = bias_adjusted_normal(</w:t>
        <w:br/>
        <w:t xml:space="preserve">        isis4['logOR'].values, isis4['se'].values,</w:t>
        <w:br/>
        <w:t xml:space="preserve">        pre_isis['logOR'].values, pre_isis['se'].values,</w:t>
        <w:br/>
        <w:t xml:space="preserve">        [0.0, 0.1, 0.2, 0.3]</w:t>
        <w:br/>
        <w:t xml:space="preserve">    )</w:t>
        <w:br/>
        <w:t xml:space="preserve">    print("\nBias-adjusted (normal approx):")</w:t>
        <w:br/>
        <w:t xml:space="preserve">    for d, r in ba.items():</w:t>
        <w:br/>
        <w:t xml:space="preserve">        print(f"  delta={d:.1f}: HR={r['hr']:.2f} ({r['ci_lo']:.2f}-{r['ci_hi']:.2f}), P(HR&lt;1)={r['p_benefit']:.1%}")</w:t>
        <w:br/>
        <w:t xml:space="preserve">    </w:t>
        <w:br/>
        <w:t xml:space="preserve">    return {'power_prior': results, 'bias_adj': ba}</w:t>
        <w:br/>
        <w:br/>
        <w:br/>
        <w:t>def run_module_t_statins(statin_obs, statin_rct):</w:t>
        <w:br/>
        <w:t xml:space="preserve">    """Apply Module T to statins in HF data."""</w:t>
        <w:br/>
        <w:t xml:space="preserve">    print("\n" + "=" * 60)</w:t>
        <w:br/>
        <w:t xml:space="preserve">    print("MODULE T: Bayesian Evidence Integration (Statins in HF)")</w:t>
        <w:br/>
        <w:t xml:space="preserve">    print("=" * 60)</w:t>
        <w:br/>
        <w:t xml:space="preserve">    </w:t>
        <w:br/>
        <w:t xml:space="preserve">    alpha_grid = [0.0, 0.1, 0.2, 0.3, 0.5, 0.7, 1.0]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</w:t>
        <w:br/>
        <w:t xml:space="preserve">    results = power_prior_meta(</w:t>
        <w:br/>
        <w:t xml:space="preserve">        statin_rct['logHR'].values, statin_rct['se'].values,</w:t>
        <w:br/>
        <w:t xml:space="preserve">        statin_obs['logHR'].values, statin_obs['se'].values,</w:t>
        <w:br/>
        <w:t xml:space="preserve">        alpha_grid</w:t>
        <w:br/>
        <w:t xml:space="preserve">    )</w:t>
        <w:br/>
        <w:t xml:space="preserve">    </w:t>
        <w:br/>
        <w:t xml:space="preserve">    print(f"\n{'Alpha':&lt;8} {'HR (95% CrI)':&lt;25} {'P(HR&lt;1)':&gt;10} {'P(HR&lt;0.90)':&gt;12}")</w:t>
        <w:br/>
        <w:t xml:space="preserve">    print("-" * 60)</w:t>
        <w:br/>
        <w:t xml:space="preserve">    for alpha in alpha_grid:</w:t>
        <w:br/>
        <w:t xml:space="preserve">        r = results[alpha]</w:t>
        <w:br/>
        <w:t xml:space="preserve">        print(f"{alpha:&lt;8.1f} {r['hr_median']:.2f} ({r['hr_lo']:.2f}-{r['hr_hi']:.2f})"</w:t>
        <w:br/>
        <w:t xml:space="preserve">              f"{'':&gt;5} {r['p_benefit']:&gt;10.1%} {r['p_lt_090']:&gt;12.1%}")</w:t>
        <w:br/>
        <w:t xml:space="preserve">    </w:t>
        <w:br/>
        <w:t xml:space="preserve">    # Bias-adjusted normal approximation</w:t>
        <w:br/>
        <w:t xml:space="preserve">    ba = bias_adjusted_normal(</w:t>
        <w:br/>
        <w:t xml:space="preserve">        statin_rct['logHR'].values, statin_rct['se'].values,</w:t>
        <w:br/>
        <w:t xml:space="preserve">        statin_obs['logHR'].values, statin_obs['se'].values,</w:t>
        <w:br/>
        <w:t xml:space="preserve">        [0.0, 0.1, 0.2, 0.3]</w:t>
        <w:br/>
        <w:t xml:space="preserve">    )</w:t>
        <w:br/>
        <w:t xml:space="preserve">    print("\nBias-adjusted (normal approx):")</w:t>
        <w:br/>
        <w:t xml:space="preserve">    for d, r in ba.items():</w:t>
        <w:br/>
        <w:t xml:space="preserve">        print(f"  delta={d:.1f}: HR={r['hr']:.2f} ({r['ci_lo']:.2f}-{r['ci_hi']:.2f}), P(HR&lt;1)={r['p_benefit']:.1%}")</w:t>
        <w:br/>
        <w:t xml:space="preserve">    </w:t>
        <w:br/>
        <w:t xml:space="preserve">    return {'power_prior': results, 'bias_adj': ba}</w:t>
        <w:br/>
        <w:br/>
        <w:br/>
        <w:t># ============================================================</w:t>
        <w:br/>
        <w:t># MODULE H: OIS / TSA Assessment</w:t>
        <w:br/>
        <w:t># ============================================================</w:t>
        <w:br/>
        <w:br/>
        <w:t>def run_module_h_magnesium(mg_data, mk_results):</w:t>
        <w:br/>
        <w:t xml:space="preserve">    """Apply Module H to the magnesium data."""</w:t>
        <w:br/>
        <w:t xml:space="preserve">    print("\n" + "=" * 60)</w:t>
        <w:br/>
        <w:t xml:space="preserve">    print("MODULE H: Guideline Interpretation (Magnesium in AMI)")</w:t>
        <w:br/>
        <w:t xml:space="preserve">    print("=" * 60)</w:t>
        <w:br/>
        <w:t xml:space="preserve">    </w:t>
        <w:br/>
        <w:t xml:space="preserve">    # Assessment 1: Information sufficiency</w:t>
        <w:br/>
        <w:t xml:space="preserve">    true_OR = mk_results['true_OR']</w:t>
        <w:br/>
        <w:t xml:space="preserve">    ois = ois_calculation(true_OR)</w:t>
        <w:br/>
        <w:t xml:space="preserve">    total_events = mg_data['e_treat'].sum() + mg_data['e_ctrl'].sum()</w:t>
        <w:br/>
        <w:t xml:space="preserve">    total_events_pre = mg_data[mg_data['study'] != 'ISIS-4 1995']['e_treat'].sum() + \</w:t>
        <w:br/>
        <w:t xml:space="preserve">                       mg_data[mg_data['study'] != 'ISIS-4 1995']['e_ctrl'].sum()</w:t>
        <w:br/>
        <w:t xml:space="preserve">    info_fraction = total_events / ois</w:t>
        <w:br/>
        <w:t xml:space="preserve">    info_fraction_pre = total_events_pre / ois</w:t>
        <w:br/>
        <w:t xml:space="preserve">    </w:t>
        <w:br/>
        <w:t xml:space="preserve">    print(f"\nAssessment 1: Information Sufficiency")</w:t>
        <w:br/>
        <w:t xml:space="preserve">    print(f"  OIS (for OR = {true_OR:.2f}, α=0.05, power=80%) = {ois:.0f} events")</w:t>
        <w:br/>
        <w:t xml:space="preserve">    print(f"  Total events (all trials): {total_events:.0f}")</w:t>
        <w:br/>
        <w:t xml:space="preserve">    print(f"  Total events (pre-ISIS-4): {total_events_pre:.0f}")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print(f"  Information fraction (all): {info_fraction:.0%}")</w:t>
        <w:br/>
        <w:t xml:space="preserve">    print(f"  Information fraction (pre-ISIS-4): {info_fraction_pre:.0%}")</w:t>
        <w:br/>
        <w:t xml:space="preserve">    </w:t>
        <w:br/>
        <w:t xml:space="preserve">    # Assessment 2: CI assessment</w:t>
        <w:br/>
        <w:t xml:space="preserve">    pooled_all = mk_results['pooled_all']</w:t>
        <w:br/>
        <w:t xml:space="preserve">    se_all = mk_results['se_all']</w:t>
        <w:br/>
        <w:t xml:space="preserve">    ci_lo = np.exp(pooled_all - 1.96 * se_all)</w:t>
        <w:br/>
        <w:t xml:space="preserve">    ci_hi = np.exp(pooled_all + 1.96 * se_all)</w:t>
        <w:br/>
        <w:t xml:space="preserve">    print(f"\nAssessment 2: CI Assessment")</w:t>
        <w:br/>
        <w:t xml:space="preserve">    print(f"  Pooled OR (all trials) = {np.exp(pooled_all):.2f} (95% CI: {ci_lo:.2f}-{ci_hi:.2f})")</w:t>
        <w:br/>
        <w:t xml:space="preserve">    crosses_null = ci_lo &lt; 1.0 &lt; ci_hi</w:t>
        <w:br/>
        <w:t xml:space="preserve">    print(f"  CI crosses null: {'Yes' if crosses_null else 'No'}")</w:t>
        <w:br/>
        <w:t xml:space="preserve">    </w:t>
        <w:br/>
        <w:t xml:space="preserve">    # Assessment 3: Representativeness</w:t>
        <w:br/>
        <w:t xml:space="preserve">    rate_ratio = mk_results['s2_rate'] / mk_results['s1_rate']</w:t>
        <w:br/>
        <w:t xml:space="preserve">    print(f"\nAssessment 3: Representativeness")</w:t>
        <w:br/>
        <w:t xml:space="preserve">    print(f"  Event rate ratio (ISIS-4 / pre-thrombolysis) = {rate_ratio:.2f}")</w:t>
        <w:br/>
        <w:t xml:space="preserve">    print(f"  Classification: {'Serious indirectness' if rate_ratio &lt; 0.67 else 'Moderate indirectness'}")</w:t>
        <w:br/>
        <w:t xml:space="preserve">    </w:t>
        <w:br/>
        <w:t xml:space="preserve">    # Assessment 4: TSA</w:t>
        <w:br/>
        <w:t xml:space="preserve">    # Sort by year for cumulative analysis</w:t>
        <w:br/>
        <w:t xml:space="preserve">    mg_sorted = mg_data.sort_values('year')</w:t>
        <w:br/>
        <w:t xml:space="preserve">    cum_z, cum_pooled, cum_info = cumulative_z(mg_sorted['logOR'].values, mg_sorted['se'].values)</w:t>
        <w:br/>
        <w:t xml:space="preserve">    </w:t>
        <w:br/>
        <w:t xml:space="preserve">    print(f"\nAssessment 4: Trial Sequential Analysis")</w:t>
        <w:br/>
        <w:t xml:space="preserve">    print(f"  Required information size: {ois:.0f} events")</w:t>
        <w:br/>
        <w:t xml:space="preserve">    print(f"  Cumulative Z at final analysis: {cum_z[-1]:.2f}")</w:t>
        <w:br/>
        <w:t xml:space="preserve">    </w:t>
        <w:br/>
        <w:t xml:space="preserve">    z_alpha = stats.norm.ppf(0.975)</w:t>
        <w:br/>
        <w:t xml:space="preserve">    # O'Brien-Fleming boundary at information fraction</w:t>
        <w:br/>
        <w:t xml:space="preserve">    obf_boundary = z_alpha / np.sqrt(info_fraction) if info_fraction &gt; 0 else np.inf</w:t>
        <w:br/>
        <w:t xml:space="preserve">    print(f"  O'Brien-Fleming boundary at {info_fraction:.0%} information: Z = {obf_boundary:.2f}")</w:t>
        <w:br/>
        <w:t xml:space="preserve">    print(f"  Conventional boundary: Z = {z_alpha:.2f}")</w:t>
        <w:br/>
        <w:t xml:space="preserve">    </w:t>
        <w:br/>
        <w:t xml:space="preserve">    # Assessment 5: Recommendation</w:t>
        <w:br/>
        <w:t xml:space="preserve">    print(f"\nAssessment 5: Recommendation Language")</w:t>
        <w:br/>
        <w:t xml:space="preserve">    if info_fraction &gt;= 1.0 and abs(cum_z[-1]) &gt; z_alpha:</w:t>
        <w:br/>
        <w:t xml:space="preserve">        print("  → Evidence of effect (or no effect if Z crosses futility)")</w:t>
        <w:br/>
        <w:t xml:space="preserve">    elif info_fraction &lt; 1.0:</w:t>
        <w:br/>
        <w:t xml:space="preserve">        print("  → No evidence of effect (informationally insufficient)")</w:t>
        <w:br/>
        <w:t xml:space="preserve">        print("    The meta-analysis is analogous to an interim analysis.")</w:t>
        <w:br/>
        <w:t xml:space="preserve">    </w:t>
        <w:br/>
        <w:t xml:space="preserve">    return {</w:t>
        <w:br/>
        <w:t xml:space="preserve">        'ois': ois, 'total_events': total_events, 'total_events_pre': total_events_pre,</w:t>
        <w:br/>
        <w:t xml:space="preserve">        'info_fraction': info_fraction, 'info_fraction_pre': info_fraction_pre,</w:t>
        <w:br/>
        <w:t xml:space="preserve">        'cum_z': cum_z, 'cum_pooled': cum_pooled, 'cum_info': cum_info,</w:t>
        <w:br/>
        <w:t xml:space="preserve">        'mg_sorted': mg_sorted,</w:t>
        <w:br/>
        <w:t xml:space="preserve">    }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>def run_module_h_statins(statin_obs, statin_rct, mk_results):</w:t>
        <w:br/>
        <w:t xml:space="preserve">    """Apply Module H to statins in HF data."""</w:t>
        <w:br/>
        <w:t xml:space="preserve">    print("\n" + "=" * 60)</w:t>
        <w:br/>
        <w:t xml:space="preserve">    print("MODULE H: Guideline Interpretation (Statins in HF)")</w:t>
        <w:br/>
        <w:t xml:space="preserve">    print("=" * 60)</w:t>
        <w:br/>
        <w:t xml:space="preserve">    </w:t>
        <w:br/>
        <w:t xml:space="preserve">    true_HR = mk_results['true_HR']</w:t>
        <w:br/>
        <w:t xml:space="preserve">    ois = ois_calculation(true_HR)</w:t>
        <w:br/>
        <w:t xml:space="preserve">    total_events = statin_rct['events'].sum()</w:t>
        <w:br/>
        <w:t xml:space="preserve">    info_fraction = total_events / ois</w:t>
        <w:br/>
        <w:t xml:space="preserve">    </w:t>
        <w:br/>
        <w:t xml:space="preserve">    print(f"\nAssessment 1: Information Sufficiency")</w:t>
        <w:br/>
        <w:t xml:space="preserve">    print(f"  OIS (for HR = {true_HR:.2f}) = {ois:.0f} events")</w:t>
        <w:br/>
        <w:t xml:space="preserve">    print(f"  Total RCT events: {total_events}")</w:t>
        <w:br/>
        <w:t xml:space="preserve">    print(f"  Information fraction: {info_fraction:.0%}")</w:t>
        <w:br/>
        <w:t xml:space="preserve">    </w:t>
        <w:br/>
        <w:t xml:space="preserve">    pooled_rct = mk_results['pooled_rct']</w:t>
        <w:br/>
        <w:t xml:space="preserve">    se_rct = mk_results['se_rct']</w:t>
        <w:br/>
        <w:t xml:space="preserve">    ci_lo = np.exp(pooled_rct - 1.96 * se_rct)</w:t>
        <w:br/>
        <w:t xml:space="preserve">    ci_hi = np.exp(pooled_rct + 1.96 * se_rct)</w:t>
        <w:br/>
        <w:t xml:space="preserve">    print(f"\nAssessment 2: CI Assessment")</w:t>
        <w:br/>
        <w:t xml:space="preserve">    print(f"  Pooled HR = {np.exp(pooled_rct):.2f} (95% CI: {ci_lo:.2f}-{ci_hi:.2f})")</w:t>
        <w:br/>
        <w:t xml:space="preserve">    </w:t>
        <w:br/>
        <w:t xml:space="preserve">    rate_ratio = mk_results['rct_rate'] / mk_results['obs_rate']</w:t>
        <w:br/>
        <w:t xml:space="preserve">    print(f"\nAssessment 3: Representativeness")</w:t>
        <w:br/>
        <w:t xml:space="preserve">    print(f"  Event rate ratio (RCT / observational) = {rate_ratio:.2f}")</w:t>
        <w:br/>
        <w:t xml:space="preserve">    </w:t>
        <w:br/>
        <w:t xml:space="preserve">    print(f"\nAssessment 4: TSA")</w:t>
        <w:br/>
        <w:t xml:space="preserve">    print(f"  Information fraction = {info_fraction:.0%}")</w:t>
        <w:br/>
        <w:t xml:space="preserve">    if info_fraction &lt; 1.0:</w:t>
        <w:br/>
        <w:t xml:space="preserve">        print("  → Informationally insufficient: meta-analysis = interim analysis")</w:t>
        <w:br/>
        <w:t xml:space="preserve">    </w:t>
        <w:br/>
        <w:t xml:space="preserve">    return {</w:t>
        <w:br/>
        <w:t xml:space="preserve">        'ois': ois, 'total_events': total_events, 'info_fraction': info_fraction,</w:t>
        <w:br/>
        <w:t xml:space="preserve">    }</w:t>
        <w:br/>
        <w:br/>
        <w:br/>
        <w:t># ============================================================</w:t>
        <w:br/>
        <w:t># FIGURE GENERATION (ALL COLOR)</w:t>
        <w:br/>
        <w:t># ============================================================</w:t>
        <w:br/>
        <w:br/>
        <w:t>def fig1_framework_overview():</w:t>
        <w:br/>
        <w:t xml:space="preserve">    """Fig 1: KOTHA Framework overview diagram."""</w:t>
        <w:br/>
        <w:t xml:space="preserve">    fig, ax = plt.subplots(1, 1, figsize=(10, 7))</w:t>
        <w:br/>
        <w:t xml:space="preserve">    ax.set_xlim(0, 10)</w:t>
        <w:br/>
        <w:t xml:space="preserve">    ax.set_ylim(0, 8)</w:t>
        <w:br/>
        <w:t xml:space="preserve">    ax.axis('off')</w:t>
        <w:br/>
        <w:t xml:space="preserve">    </w:t>
        <w:br/>
        <w:t xml:space="preserve">    # Title</w:t>
        <w:br/>
        <w:t xml:space="preserve">    ax.text(5, 7.5, 'KOTHA Framework', fontsize=18, fontweight='bold',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    ha='center', va='center', color=C_BLUE)</w:t>
        <w:br/>
        <w:t xml:space="preserve">    ax.text(5, 7.1, 'Knowledge-driven Observational-Trial Harmonization Approach',</w:t>
        <w:br/>
        <w:t xml:space="preserve">            fontsize=11, ha='center', va='center', color=C_GREY, style='italic')</w:t>
        <w:br/>
        <w:t xml:space="preserve">    </w:t>
        <w:br/>
        <w:t xml:space="preserve">    # Input data boxes</w:t>
        <w:br/>
        <w:t xml:space="preserve">    for i, (label, color) in enumerate([</w:t>
        <w:br/>
        <w:t xml:space="preserve">        ('Retrospective\nCohort Data', C_CYAN),</w:t>
        <w:br/>
        <w:t xml:space="preserve">        ('RCT\nMeta-analysis', C_ORANGE),</w:t>
        <w:br/>
        <w:t xml:space="preserve">        ('Observational\nMeta-analysis', C_GREEN)</w:t>
        <w:br/>
        <w:t xml:space="preserve">    ]):</w:t>
        <w:br/>
        <w:t xml:space="preserve">        x = 1.5 + i * 3.5</w:t>
        <w:br/>
        <w:t xml:space="preserve">        rect = mpatches.FancyBboxPatch((x-1.2, 5.8), 2.4, 0.9,</w:t>
        <w:br/>
        <w:t xml:space="preserve">                                        boxstyle='round,pad=0.1',</w:t>
        <w:br/>
        <w:t xml:space="preserve">                                        facecolor=color, alpha=0.3, edgecolor=color, lw=2)</w:t>
        <w:br/>
        <w:t xml:space="preserve">        ax.add_patch(rect)</w:t>
        <w:br/>
        <w:t xml:space="preserve">        ax.text(x, 6.25, label, ha='center', va='center', fontsize=9, fontweight='bold')</w:t>
        <w:br/>
        <w:t xml:space="preserve">    </w:t>
        <w:br/>
        <w:t xml:space="preserve">    # Arrows down</w:t>
        <w:br/>
        <w:t xml:space="preserve">    for x in [1.5, 5.0, 8.5]:</w:t>
        <w:br/>
        <w:t xml:space="preserve">        ax.annotate('', xy=(x, 5.0), xytext=(x, 5.7),</w:t>
        <w:br/>
        <w:t xml:space="preserve">                    arrowprops=dict(arrowstyle='-&gt;', color=C_GREY, lw=1.5))</w:t>
        <w:br/>
        <w:t xml:space="preserve">    </w:t>
        <w:br/>
        <w:t xml:space="preserve">    # Module boxes</w:t>
        <w:br/>
        <w:t xml:space="preserve">    modules = [</w:t>
        <w:br/>
        <w:t xml:space="preserve">        ('Module K', 'Kontrafaktische\nPower Simulation', C_BLUE, 1.5),</w:t>
        <w:br/>
        <w:t xml:space="preserve">        ('Module T', 'Trial-Observational\nBayesian Integration', C_ORANGE, 5.0),</w:t>
        <w:br/>
        <w:t xml:space="preserve">        ('Module H', 'Hermeneutic\nGuideline Interpreter', C_GREEN, 8.5),</w:t>
        <w:br/>
        <w:t xml:space="preserve">    ]</w:t>
        <w:br/>
        <w:t xml:space="preserve">    </w:t>
        <w:br/>
        <w:t xml:space="preserve">    for name, desc, color, x in modules:</w:t>
        <w:br/>
        <w:t xml:space="preserve">        rect = mpatches.FancyBboxPatch((x-1.4, 3.5), 2.8, 1.5,</w:t>
        <w:br/>
        <w:t xml:space="preserve">                                        boxstyle='round,pad=0.15',</w:t>
        <w:br/>
        <w:t xml:space="preserve">                                        facecolor=color, alpha=0.15,</w:t>
        <w:br/>
        <w:t xml:space="preserve">                                        edgecolor=color, lw=2.5)</w:t>
        <w:br/>
        <w:t xml:space="preserve">        ax.add_patch(rect)</w:t>
        <w:br/>
        <w:t xml:space="preserve">        ax.text(x, 4.6, name, ha='center', va='center', fontsize=12, fontweight='bold', color=color)</w:t>
        <w:br/>
        <w:t xml:space="preserve">        ax.text(x, 3.95, desc, ha='center', va='center', fontsize=8, color='#333333')</w:t>
        <w:br/>
        <w:t xml:space="preserve">    </w:t>
        <w:br/>
        <w:t xml:space="preserve">    # Inter-module arrows</w:t>
        <w:br/>
        <w:t xml:space="preserve">    ax.annotate('', xy=(3.4, 4.25), xytext=(2.9, 4.25),</w:t>
        <w:br/>
        <w:t xml:space="preserve">                arrowprops=dict(arrowstyle='-&gt;', color=C_RED, lw=2))</w:t>
        <w:br/>
        <w:t xml:space="preserve">    ax.annotate('', xy=(6.8, 4.25), xytext=(6.3, 4.25),</w:t>
        <w:br/>
        <w:t xml:space="preserve">                arrowprops=dict(arrowstyle='-&gt;', color=C_RED, lw=2))</w:t>
        <w:br/>
        <w:t xml:space="preserve">    </w:t>
        <w:br/>
        <w:t xml:space="preserve">    # Labels on arrows</w:t>
        <w:br/>
        <w:t xml:space="preserve">    ax.text(3.15, 4.55, 'Risk\ndist.', fontsize=7, ha='center', color=C_RED)</w:t>
        <w:br/>
        <w:t xml:space="preserve">    ax.text(6.55, 4.55, 'Posterior\nestimates', fontsize=7, ha='center', color=C_RED)</w:t>
        <w:br/>
        <w:t xml:space="preserve">    </w:t>
        <w:br/>
        <w:t xml:space="preserve">    # Output box</w:t>
        <w:br/>
        <w:t xml:space="preserve">    rect = mpatches.FancyBboxPatch((2.5, 1.2), 5.0, 1.2,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                            boxstyle='round,pad=0.15',</w:t>
        <w:br/>
        <w:t xml:space="preserve">                                    facecolor=C_PURPLE, alpha=0.15,</w:t>
        <w:br/>
        <w:t xml:space="preserve">                                    edgecolor=C_PURPLE, lw=2.5)</w:t>
        <w:br/>
        <w:t xml:space="preserve">    ax.add_patch(rect)</w:t>
        <w:br/>
        <w:t xml:space="preserve">    ax.text(5, 2.1, 'Integrated Evidence Assessment', ha='center', va='center',</w:t>
        <w:br/>
        <w:t xml:space="preserve">            fontsize=13, fontweight='bold', color=C_PURPLE)</w:t>
        <w:br/>
        <w:t xml:space="preserve">    ax.text(5, 1.6, 'GRADE-compatible recommendation with quantified uncertainty',</w:t>
        <w:br/>
        <w:t xml:space="preserve">            ha='center', va='center', fontsize=9, color='#555555')</w:t>
        <w:br/>
        <w:t xml:space="preserve">    </w:t>
        <w:br/>
        <w:t xml:space="preserve">    # Arrows to output</w:t>
        <w:br/>
        <w:t xml:space="preserve">    for x in [1.5, 5.0, 8.5]:</w:t>
        <w:br/>
        <w:t xml:space="preserve">        ax.annotate('', xy=(max(min(x, 7.3), 2.7), 2.5), xytext=(x, 3.4),</w:t>
        <w:br/>
        <w:t xml:space="preserve">                    arrowprops=dict(arrowstyle='-&gt;', color=C_GREY, lw=1.5))</w:t>
        <w:br/>
        <w:t xml:space="preserve">    </w:t>
        <w:br/>
        <w:t xml:space="preserve">    fig.savefig(f'{OUTDIR}/fig1_framework_overview.png', dpi=300)</w:t>
        <w:br/>
        <w:t xml:space="preserve">    plt.close()</w:t>
        <w:br/>
        <w:t xml:space="preserve">    print(f"Saved: {OUTDIR}/fig1_framework_overview.png")</w:t>
        <w:br/>
        <w:br/>
        <w:br/>
        <w:t>def fig2_risk_profile_shift(mg_data):</w:t>
        <w:br/>
        <w:t xml:space="preserve">    """Fig 2: Risk-profile shift — control event rates across trials."""</w:t>
        <w:br/>
        <w:t xml:space="preserve">    fig, (ax1, ax2) = plt.subplots(1, 2, figsize=(12, 5))</w:t>
        <w:br/>
        <w:t xml:space="preserve">    </w:t>
        <w:br/>
        <w:t xml:space="preserve">    # Panel A: Control event rates by year</w:t>
        <w:br/>
        <w:t xml:space="preserve">    colors_era = {'pre-thrombolysis': C_BLUE, 'transition': C_ORANGE, 'thrombolysis': C_RED}</w:t>
        <w:br/>
        <w:t xml:space="preserve">    sizes = np.sqrt(mg_data['n_ctrl'].values) * 2</w:t>
        <w:br/>
        <w:t xml:space="preserve">    sizes = np.clip(sizes, 20, 500)</w:t>
        <w:br/>
        <w:t xml:space="preserve">    </w:t>
        <w:br/>
        <w:t xml:space="preserve">    for era, color in colors_era.items():</w:t>
        <w:br/>
        <w:t xml:space="preserve">        mask = mg_data['era'] == era</w:t>
        <w:br/>
        <w:t xml:space="preserve">        ax1.scatter(mg_data.loc[mask, 'year'], mg_data.loc[mask, 'ctrl_rate'] * 100,</w:t>
        <w:br/>
        <w:t xml:space="preserve">                   s=sizes[mask], c=color, alpha=0.7, edgecolor='white', lw=1, label=era.capitalize(), zorder=3)</w:t>
        <w:br/>
        <w:t xml:space="preserve">    </w:t>
        <w:br/>
        <w:t xml:space="preserve">    ax1.set_xlabel('Year of publication')</w:t>
        <w:br/>
        <w:t xml:space="preserve">    ax1.set_ylabel('Control group mortality (%)')</w:t>
        <w:br/>
        <w:t xml:space="preserve">    ax1.set_title('A. Control Event Rates Over Time', fontweight='bold')</w:t>
        <w:br/>
        <w:t xml:space="preserve">    ax1.legend(title='Era')</w:t>
        <w:br/>
        <w:t xml:space="preserve">    ax1.axhline(y=7.24, color=C_RED, linestyle='--', alpha=0.5, label='ISIS-4 rate')</w:t>
        <w:br/>
        <w:t xml:space="preserve">    ax1.text(1996, 7.8, 'ISIS-4 rate (7.2%)', fontsize=8, color=C_RED)</w:t>
        <w:br/>
        <w:t xml:space="preserve">    ax1.set_ylim(0, 30)</w:t>
        <w:br/>
        <w:t xml:space="preserve">    ax1.grid(True, alpha=0.3)</w:t>
        <w:br/>
        <w:t xml:space="preserve">    </w:t>
        <w:br/>
        <w:t xml:space="preserve">    # Panel B: Distribution of event rates</w:t>
        <w:br/>
        <w:t xml:space="preserve">    pre_rates = mg_data[mg_data['era'] == 'pre-thrombolysis']['ctrl_rate'] * 100</w:t>
        <w:br/>
        <w:t xml:space="preserve">    post_rates = mg_data[mg_data['era'].isin(['thrombolysis'])]['ctrl_rate'] * 100</w:t>
        <w:br/>
        <w:t xml:space="preserve">    </w:t>
        <w:br/>
        <w:t xml:space="preserve">    bins = np.arange(0, 32, 3)</w:t>
        <w:br/>
        <w:t xml:space="preserve">    ax2.hist(pre_rates, bins=bins, alpha=0.6, color=C_BLUE, edgecolor='white',</w:t>
        <w:br/>
        <w:t xml:space="preserve">             label=f'Pre-thrombolysis (mean={pre_rates.mean():.1f}%)', density=True)</w:t>
        <w:br/>
        <w:t xml:space="preserve">    ax2.axvline(pre_rates.mean(), color=C_BLUE, linestyle='--', lw=2)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ax2.axvline(7.24, color=C_RED, linestyle='--', lw=2)</w:t>
        <w:br/>
        <w:t xml:space="preserve">    ax2.text(7.24 + 0.5, ax2.get_ylim()[1]*0.9, 'ISIS-4\n7.2%', fontsize=9, color=C_RED)</w:t>
        <w:br/>
        <w:t xml:space="preserve">    ax2.text(pre_rates.mean() + 0.5, ax2.get_ylim()[1]*0.7, f'Pre-thrombolysis\nmean {pre_rates.mean():.1f}%',</w:t>
        <w:br/>
        <w:t xml:space="preserve">             fontsize=9, color=C_BLUE)</w:t>
        <w:br/>
        <w:t xml:space="preserve">    </w:t>
        <w:br/>
        <w:t xml:space="preserve">    ax2.set_xlabel('Control group mortality (%)')</w:t>
        <w:br/>
        <w:t xml:space="preserve">    ax2.set_ylabel('Density')</w:t>
        <w:br/>
        <w:t xml:space="preserve">    ax2.set_title('B. Event Rate Distribution by Era', fontweight='bold')</w:t>
        <w:br/>
        <w:t xml:space="preserve">    ax2.grid(True, alpha=0.3)</w:t>
        <w:br/>
        <w:t xml:space="preserve">    </w:t>
        <w:br/>
        <w:t xml:space="preserve">    fig.tight_layout()</w:t>
        <w:br/>
        <w:t xml:space="preserve">    fig.savefig(f'{OUTDIR}/fig2_risk_profile_shift.png', dpi=300)</w:t>
        <w:br/>
        <w:t xml:space="preserve">    plt.close()</w:t>
        <w:br/>
        <w:t xml:space="preserve">    print(f"Saved: {OUTDIR}/fig2_risk_profile_shift.png")</w:t>
        <w:br/>
        <w:br/>
        <w:br/>
        <w:t>def fig3_power_curves(mk_results_mg, mk_results_st):</w:t>
        <w:br/>
        <w:t xml:space="preserve">    """Fig 3: Power curves by enrollment scenario."""</w:t>
        <w:br/>
        <w:t xml:space="preserve">    fig, (ax1, ax2) = plt.subplots(1, 2, figsize=(13, 5.5))</w:t>
        <w:br/>
        <w:t xml:space="preserve">    </w:t>
        <w:br/>
        <w:t xml:space="preserve">    # Panel A: Magnesium</w:t>
        <w:br/>
        <w:t xml:space="preserve">    pr = mk_results_mg['power_results']</w:t>
        <w:br/>
        <w:t xml:space="preserve">    ax1.plot(pr['OR'], [p*100 for p in pr['S1']], '-o', color=C_BLUE, lw=2.5, ms=6,</w:t>
        <w:br/>
        <w:t xml:space="preserve">             label=f"S1: Pre-thrombolysis ({mk_results_mg['s1_rate']:.1%})")</w:t>
        <w:br/>
        <w:t xml:space="preserve">    ax1.plot(pr['OR'], [p*100 for p in pr['S2']], '-s', color=C_RED, lw=2.5, ms=6,</w:t>
        <w:br/>
        <w:t xml:space="preserve">             label=f"S2: ISIS-4 era ({mk_results_mg['s2_rate']:.1%})")</w:t>
        <w:br/>
        <w:t xml:space="preserve">    ax1.plot(pr['OR'], [p*100 for p in pr['S3']], '-^', color=C_GREEN, lw=2.5, ms=6,</w:t>
        <w:br/>
        <w:t xml:space="preserve">             label=f"S3: LIMIT-2 era ({mk_results_mg['s3_rate']:.1%})")</w:t>
        <w:br/>
        <w:t xml:space="preserve">    </w:t>
        <w:br/>
        <w:t xml:space="preserve">    ax1.axhline(80, color=C_GREY, linestyle='--', alpha=0.5)</w:t>
        <w:br/>
        <w:t xml:space="preserve">    ax1.text(0.51, 82, '80% power', fontsize=9, color=C_GREY)</w:t>
        <w:br/>
        <w:t xml:space="preserve">    ax1.axvline(mk_results_mg['true_OR'], color=C_PURPLE, linestyle=':', alpha=0.7)</w:t>
        <w:br/>
        <w:t xml:space="preserve">    ax1.text(mk_results_mg['true_OR'] + 0.01, 15,</w:t>
        <w:br/>
        <w:t xml:space="preserve">             f"Pre-ISIS-4\npooled OR\n= {mk_results_mg['true_OR']:.2f}",</w:t>
        <w:br/>
        <w:t xml:space="preserve">             fontsize=8, color=C_PURPLE)</w:t>
        <w:br/>
        <w:t xml:space="preserve">    </w:t>
        <w:br/>
        <w:t xml:space="preserve">    ax1.set_xlabel('True Odds Ratio')</w:t>
        <w:br/>
        <w:t xml:space="preserve">    ax1.set_ylabel('Statistical Power (%)')</w:t>
        <w:br/>
        <w:t xml:space="preserve">    ax1.set_title(f"A. Magnesium in AMI (N = {mk_results_mg['N_isis4']:,})", fontweight='bold')</w:t>
        <w:br/>
        <w:t xml:space="preserve">    ax1.legend(loc='upper right', fontsize=9)</w:t>
        <w:br/>
        <w:t xml:space="preserve">    ax1.set_ylim(0, 100)</w:t>
        <w:br/>
        <w:t xml:space="preserve">    ax1.grid(True, alpha=0.3)</w:t>
        <w:br/>
        <w:t xml:space="preserve">    </w:t>
        <w:br/>
        <w:t xml:space="preserve">    # Panel B: Statins</w:t>
        <w:br/>
        <w:t xml:space="preserve">    pr2 = mk_results_st['power_results']</w:t>
        <w:br/>
        <w:t xml:space="preserve">    ax2.plot(pr2['OR'], [p*100 for p in pr2['S1']], '-o', color=C_BLUE, lw=2.5, ms=6,</w:t>
        <w:br/>
        <w:t xml:space="preserve">             label=f"S1: Observational cohorts ({mk_results_st['obs_rate']:.0%})")</w:t>
        <w:br/>
        <w:t xml:space="preserve">    ax2.plot(pr2['OR'], [p*100 for p in pr2['S2']], '-s', color=C_RED, lw=2.5, ms=6,</w:t>
        <w:br/>
        <w:t xml:space="preserve">             label=f"S2: RCT-enrolled ({mk_results_st['rct_rate']:.0%})")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ax2.axhline(80, color=C_GREY, linestyle='--', alpha=0.5)</w:t>
        <w:br/>
        <w:t xml:space="preserve">    ax2.text(0.51, 82, '80% power', fontsize=9, color=C_GREY)</w:t>
        <w:br/>
        <w:t xml:space="preserve">    ax2.axvline(mk_results_st['true_HR'], color=C_PURPLE, linestyle=':', alpha=0.7)</w:t>
        <w:br/>
        <w:t xml:space="preserve">    ax2.text(mk_results_st['true_HR'] + 0.01, 15,</w:t>
        <w:br/>
        <w:t xml:space="preserve">             f"Obs pooled\nHR = {mk_results_st['true_HR']:.2f}",</w:t>
        <w:br/>
        <w:t xml:space="preserve">             fontsize=8, color=C_PURPLE)</w:t>
        <w:br/>
        <w:t xml:space="preserve">    </w:t>
        <w:br/>
        <w:t xml:space="preserve">    ax2.set_xlabel('True Hazard Ratio')</w:t>
        <w:br/>
        <w:t xml:space="preserve">    ax2.set_ylabel('Statistical Power (%)')</w:t>
        <w:br/>
        <w:t xml:space="preserve">    ax2.set_title(f"B. Statins in Heart Failure (N = {mk_results_st['N_rct']:,})", fontweight='bold')</w:t>
        <w:br/>
        <w:t xml:space="preserve">    ax2.legend(loc='upper right', fontsize=9)</w:t>
        <w:br/>
        <w:t xml:space="preserve">    ax2.set_ylim(0, 100)</w:t>
        <w:br/>
        <w:t xml:space="preserve">    ax2.grid(True, alpha=0.3)</w:t>
        <w:br/>
        <w:t xml:space="preserve">    </w:t>
        <w:br/>
        <w:t xml:space="preserve">    fig.tight_layout()</w:t>
        <w:br/>
        <w:t xml:space="preserve">    fig.savefig(f'{OUTDIR}/fig3_power_curves.png', dpi=300)</w:t>
        <w:br/>
        <w:t xml:space="preserve">    plt.close()</w:t>
        <w:br/>
        <w:t xml:space="preserve">    print(f"Saved: {OUTDIR}/fig3_power_curves.png")</w:t>
        <w:br/>
        <w:br/>
        <w:br/>
        <w:t>def fig4_forest_plot(mg_data, mt_results_mg):</w:t>
        <w:br/>
        <w:t xml:space="preserve">    """Fig 4: Forest plot — individual studies and integrated estimates."""</w:t>
        <w:br/>
        <w:t xml:space="preserve">    mg = mg_data.copy()</w:t>
        <w:br/>
        <w:t xml:space="preserve">    </w:t>
        <w:br/>
        <w:t xml:space="preserve">    # Compute OR and CI for each study</w:t>
        <w:br/>
        <w:t xml:space="preserve">    studies = []</w:t>
        <w:br/>
        <w:t xml:space="preserve">    for _, row in mg.iterrows():</w:t>
        <w:br/>
        <w:t xml:space="preserve">        lo, se = compute_or(row['e_treat'], row['n_treat'], row['e_ctrl'], row['n_ctrl'])</w:t>
        <w:br/>
        <w:t xml:space="preserve">        OR = np.exp(lo)</w:t>
        <w:br/>
        <w:t xml:space="preserve">        ci_lo = np.exp(lo - 1.96 * se)</w:t>
        <w:br/>
        <w:t xml:space="preserve">        ci_hi = np.exp(lo + 1.96 * se)</w:t>
        <w:br/>
        <w:t xml:space="preserve">        studies.append({</w:t>
        <w:br/>
        <w:t xml:space="preserve">            'name': row['study'],</w:t>
        <w:br/>
        <w:t xml:space="preserve">            'OR': OR, 'ci_lo': ci_lo, 'ci_hi': ci_hi,</w:t>
        <w:br/>
        <w:t xml:space="preserve">            'era': row['era'],</w:t>
        <w:br/>
        <w:t xml:space="preserve">            'weight': 1/se**2,</w:t>
        <w:br/>
        <w:t xml:space="preserve">        })</w:t>
        <w:br/>
        <w:t xml:space="preserve">    </w:t>
        <w:br/>
        <w:t xml:space="preserve">    # Add pooled estimates</w:t>
        <w:br/>
        <w:t xml:space="preserve">    pp_results = mt_results_mg['power_prior']</w:t>
        <w:br/>
        <w:t xml:space="preserve">    </w:t>
        <w:br/>
        <w:t xml:space="preserve">    pooled_entries = [</w:t>
        <w:br/>
        <w:t xml:space="preserve">        {'name': 'Pre-ISIS-4 (frequentist)', 'OR': None, 'ci_lo': None, 'ci_hi': None, 'era': 'pooled'},</w:t>
        <w:br/>
        <w:t xml:space="preserve">        {'name': 'All trials (frequentist)', 'OR': None, 'ci_lo': None, 'ci_hi': None, 'era': 'pooled'},</w:t>
        <w:br/>
        <w:t xml:space="preserve">    ]</w:t>
        <w:br/>
        <w:t xml:space="preserve">    </w:t>
        <w:br/>
        <w:t xml:space="preserve">    # Compute frequentist pooled</w:t>
        <w:br/>
        <w:t xml:space="preserve">    pre_isis = mg[mg['study'] != 'ISIS-4 1995']</w:t>
        <w:br/>
        <w:t xml:space="preserve">    lo_pre, se_pre, _, _ = random_effects_meta(pre_isis['logOR'].values, pre_isis['se'].values)</w:t>
        <w:br/>
        <w:t xml:space="preserve">    pooled_entries[0]['OR'] = np.exp(lo_pre)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pooled_entries[0]['ci_lo'] = np.exp(lo_pre - 1.96*se_pre)</w:t>
        <w:br/>
        <w:t xml:space="preserve">    pooled_entries[0]['ci_hi'] = np.exp(lo_pre + 1.96*se_pre)</w:t>
        <w:br/>
        <w:t xml:space="preserve">    </w:t>
        <w:br/>
        <w:t xml:space="preserve">    lo_all, se_all, _, _ = random_effects_meta(mg['logOR'].values, mg['se'].values)</w:t>
        <w:br/>
        <w:t xml:space="preserve">    pooled_entries[1]['OR'] = np.exp(lo_all)</w:t>
        <w:br/>
        <w:t xml:space="preserve">    pooled_entries[1]['ci_lo'] = np.exp(lo_all - 1.96*se_all)</w:t>
        <w:br/>
        <w:t xml:space="preserve">    pooled_entries[1]['ci_hi'] = np.exp(lo_all + 1.96*se_all)</w:t>
        <w:br/>
        <w:t xml:space="preserve">    </w:t>
        <w:br/>
        <w:t xml:space="preserve">    # Add Bayesian integrated</w:t>
        <w:br/>
        <w:t xml:space="preserve">    for alpha in [0.3, 0.5, 1.0]:</w:t>
        <w:br/>
        <w:t xml:space="preserve">        r = pp_results[alpha]</w:t>
        <w:br/>
        <w:t xml:space="preserve">        pooled_entries.append({</w:t>
        <w:br/>
        <w:t xml:space="preserve">            'name': f'Bayesian integrated (α={alpha})',</w:t>
        <w:br/>
        <w:t xml:space="preserve">            'OR': r['hr_median'], 'ci_lo': r['hr_lo'], 'ci_hi': r['hr_hi'],</w:t>
        <w:br/>
        <w:t xml:space="preserve">            'era': 'bayesian'</w:t>
        <w:br/>
        <w:t xml:space="preserve">        })</w:t>
        <w:br/>
        <w:t xml:space="preserve">    </w:t>
        <w:br/>
        <w:t xml:space="preserve">    # Plot</w:t>
        <w:br/>
        <w:t xml:space="preserve">    n_studies = len(studies)</w:t>
        <w:br/>
        <w:t xml:space="preserve">    n_pooled = len(pooled_entries)</w:t>
        <w:br/>
        <w:t xml:space="preserve">    total = n_studies + n_pooled + 2  # +2 for gaps</w:t>
        <w:br/>
        <w:t xml:space="preserve">    </w:t>
        <w:br/>
        <w:t xml:space="preserve">    fig, ax = plt.subplots(1, 1, figsize=(10, 0.45 * total + 2))</w:t>
        <w:br/>
        <w:t xml:space="preserve">    </w:t>
        <w:br/>
        <w:t xml:space="preserve">    y_pos = total</w:t>
        <w:br/>
        <w:t xml:space="preserve">    era_colors = {</w:t>
        <w:br/>
        <w:t xml:space="preserve">        'pre-thrombolysis': C_BLUE,</w:t>
        <w:br/>
        <w:t xml:space="preserve">        'transition': C_ORANGE,</w:t>
        <w:br/>
        <w:t xml:space="preserve">        'thrombolysis': C_RED,</w:t>
        <w:br/>
        <w:t xml:space="preserve">        'pooled': C_PURPLE,</w:t>
        <w:br/>
        <w:t xml:space="preserve">        'bayesian': C_GREEN,</w:t>
        <w:br/>
        <w:t xml:space="preserve">    }</w:t>
        <w:br/>
        <w:t xml:space="preserve">    </w:t>
        <w:br/>
        <w:t xml:space="preserve">    for s in studies:</w:t>
        <w:br/>
        <w:t xml:space="preserve">        y_pos -= 1</w:t>
        <w:br/>
        <w:t xml:space="preserve">        color = era_colors.get(s['era'], C_GREY)</w:t>
        <w:br/>
        <w:t xml:space="preserve">        ax.plot([s['ci_lo'], s['ci_hi']], [y_pos, y_pos], '-', color=color, lw=1.5)</w:t>
        <w:br/>
        <w:t xml:space="preserve">        ax.plot(s['OR'], y_pos, 'o', color=color, ms=7, zorder=5)</w:t>
        <w:br/>
        <w:t xml:space="preserve">        ax.text(0.12, y_pos, s['name'], ha='right', va='center', fontsize=9)</w:t>
        <w:br/>
        <w:t xml:space="preserve">        ax.text(4.5, y_pos, f"{s['OR']:.2f} ({s['ci_lo']:.2f}-{s['ci_hi']:.2f})",</w:t>
        <w:br/>
        <w:t xml:space="preserve">                ha='left', va='center', fontsize=8, color=color)</w:t>
        <w:br/>
        <w:t xml:space="preserve">    </w:t>
        <w:br/>
        <w:t xml:space="preserve">    y_pos -= 1.5  # gap</w:t>
        <w:br/>
        <w:t xml:space="preserve">    ax.axhline(y_pos + 0.5, color=C_GREY, linestyle='-', alpha=0.3)</w:t>
        <w:br/>
        <w:t xml:space="preserve">    </w:t>
        <w:br/>
        <w:t xml:space="preserve">    for p in pooled_entries:</w:t>
        <w:br/>
        <w:t xml:space="preserve">        y_pos -= 1</w:t>
        <w:br/>
        <w:t xml:space="preserve">        color = era_colors.get(p['era'], C_GREY)</w:t>
        <w:br/>
        <w:t xml:space="preserve">        ax.plot([p['ci_lo'], p['ci_hi']], [y_pos, y_pos], '-', color=color, lw=2.5)</w:t>
        <w:br/>
        <w:t xml:space="preserve">        ax.plot(p['OR'], y_pos, 'D', color=color, ms=9, zorder=5)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ax.text(0.12, y_pos, p['name'], ha='right', va='center', fontsize=9, fontweight='bold')</w:t>
        <w:br/>
        <w:t xml:space="preserve">        ax.text(4.5, y_pos, f"{p['OR']:.2f} ({p['ci_lo']:.2f}-{p['ci_hi']:.2f})",</w:t>
        <w:br/>
        <w:t xml:space="preserve">                ha='left', va='center', fontsize=8, color=color, fontweight='bold')</w:t>
        <w:br/>
        <w:t xml:space="preserve">    </w:t>
        <w:br/>
        <w:t xml:space="preserve">    ax.axvline(1.0, color='black', linestyle='-', lw=0.8)</w:t>
        <w:br/>
        <w:t xml:space="preserve">    ax.set_xlabel('Odds Ratio (95% CI/CrI)', fontsize=12)</w:t>
        <w:br/>
        <w:t xml:space="preserve">    ax.set_title('Magnesium in AMI: Forest Plot with Bayesian Integration', fontweight='bold', fontsize=13)</w:t>
        <w:br/>
        <w:t xml:space="preserve">    ax.set_xlim(0.1, 5.0)</w:t>
        <w:br/>
        <w:t xml:space="preserve">    ax.set_xscale('log')</w:t>
        <w:br/>
        <w:t xml:space="preserve">    ax.set_xticks([0.2, 0.5, 1.0, 2.0, 4.0])</w:t>
        <w:br/>
        <w:t xml:space="preserve">    ax.set_xticklabels(['0.2', '0.5', '1.0', '2.0', '4.0'])</w:t>
        <w:br/>
        <w:t xml:space="preserve">    ax.set_yticks([])</w:t>
        <w:br/>
        <w:t xml:space="preserve">    ax.grid(True, axis='x', alpha=0.3)</w:t>
        <w:br/>
        <w:t xml:space="preserve">    </w:t>
        <w:br/>
        <w:t xml:space="preserve">    # Legend</w:t>
        <w:br/>
        <w:t xml:space="preserve">    handles = [</w:t>
        <w:br/>
        <w:t xml:space="preserve">        mpatches.Patch(color=C_BLUE, label='Pre-thrombolysis era'),</w:t>
        <w:br/>
        <w:t xml:space="preserve">        mpatches.Patch(color=C_ORANGE, label='Transition era'),</w:t>
        <w:br/>
        <w:t xml:space="preserve">        mpatches.Patch(color=C_RED, label='Thrombolysis era'),</w:t>
        <w:br/>
        <w:t xml:space="preserve">        mpatches.Patch(color=C_PURPLE, label='Frequentist pooled'),</w:t>
        <w:br/>
        <w:t xml:space="preserve">        mpatches.Patch(color=C_GREEN, label='Bayesian integrated'),</w:t>
        <w:br/>
        <w:t xml:space="preserve">    ]</w:t>
        <w:br/>
        <w:t xml:space="preserve">    ax.legend(handles=handles, loc='lower right', fontsize=9)</w:t>
        <w:br/>
        <w:t xml:space="preserve">    </w:t>
        <w:br/>
        <w:t xml:space="preserve">    fig.tight_layout()</w:t>
        <w:br/>
        <w:t xml:space="preserve">    fig.savefig(f'{OUTDIR}/fig4_forest_plot_mg.png', dpi=300)</w:t>
        <w:br/>
        <w:t xml:space="preserve">    plt.close()</w:t>
        <w:br/>
        <w:t xml:space="preserve">    print(f"Saved: {OUTDIR}/fig4_forest_plot_mg.png")</w:t>
        <w:br/>
        <w:br/>
        <w:br/>
        <w:t>def fig5_tsa_plot(mh_results_mg):</w:t>
        <w:br/>
        <w:t xml:space="preserve">    """Fig 5: Trial Sequential Analysis plot."""</w:t>
        <w:br/>
        <w:t xml:space="preserve">    mg_sorted = mh_results_mg['mg_sorted']</w:t>
        <w:br/>
        <w:t xml:space="preserve">    cum_z = mh_results_mg['cum_z']</w:t>
        <w:br/>
        <w:t xml:space="preserve">    ois = mh_results_mg['ois']</w:t>
        <w:br/>
        <w:t xml:space="preserve">    </w:t>
        <w:br/>
        <w:t xml:space="preserve">    # Cumulative events</w:t>
        <w:br/>
        <w:t xml:space="preserve">    cum_events = np.cumsum(mg_sorted['e_treat'].values + mg_sorted['e_ctrl'].values)</w:t>
        <w:br/>
        <w:t xml:space="preserve">    info_fractions = cum_events / ois</w:t>
        <w:br/>
        <w:t xml:space="preserve">    </w:t>
        <w:br/>
        <w:t xml:space="preserve">    fig, ax = plt.subplots(1, 1, figsize=(10, 6))</w:t>
        <w:br/>
        <w:t xml:space="preserve">    </w:t>
        <w:br/>
        <w:t xml:space="preserve">    # Z-curve</w:t>
        <w:br/>
        <w:t xml:space="preserve">    ax.plot(cum_events, cum_z, '-o', color=C_BLUE, lw=2.5, ms=6, zorder=5, label='Cumulative Z-statistic')</w:t>
        <w:br/>
        <w:t xml:space="preserve">    </w:t>
        <w:br/>
        <w:t xml:space="preserve">    # Label key studies</w:t>
        <w:br/>
        <w:t xml:space="preserve">    studies_to_label = ['LIMIT-2 1992', 'ISIS-4 1995']</w:t>
        <w:br/>
        <w:t xml:space="preserve">    for i, (_, row) in enumerate(mg_sorted.iterrows()):</w:t>
        <w:br/>
        <w:t xml:space="preserve">        if row['study'] in studies_to_label:</w:t>
        <w:br/>
        <w:t xml:space="preserve">            ax.annotate(row['study'],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               xy=(cum_events[i], cum_z[i]),</w:t>
        <w:br/>
        <w:t xml:space="preserve">                       xytext=(cum_events[i] + 200, cum_z[i] + 0.5),</w:t>
        <w:br/>
        <w:t xml:space="preserve">                       fontsize=9, color=C_BLUE,</w:t>
        <w:br/>
        <w:t xml:space="preserve">                       arrowprops=dict(arrowstyle='-&gt;', color=C_BLUE, lw=1))</w:t>
        <w:br/>
        <w:t xml:space="preserve">    </w:t>
        <w:br/>
        <w:t xml:space="preserve">    # Conventional boundaries</w:t>
        <w:br/>
        <w:t xml:space="preserve">    z_alpha = stats.norm.ppf(0.975)</w:t>
        <w:br/>
        <w:t xml:space="preserve">    ax.axhline(z_alpha, color=C_GREY, linestyle='--', lw=1, label=f'Conventional α=0.05 (Z={z_alpha:.2f})')</w:t>
        <w:br/>
        <w:t xml:space="preserve">    ax.axhline(-z_alpha, color=C_GREY, linestyle='--', lw=1)</w:t>
        <w:br/>
        <w:t xml:space="preserve">    </w:t>
        <w:br/>
        <w:t xml:space="preserve">    # OIS line</w:t>
        <w:br/>
        <w:t xml:space="preserve">    ax.axvline(ois, color=C_RED, linestyle='--', lw=2, alpha=0.7, label=f'Required information size ({ois:.0f} events)')</w:t>
        <w:br/>
        <w:t xml:space="preserve">    </w:t>
        <w:br/>
        <w:t xml:space="preserve">    # O'Brien-Fleming-like monitoring boundaries (approximate)</w:t>
        <w:br/>
        <w:t xml:space="preserve">    info_points = np.linspace(0.1, 1.2, 50) * ois</w:t>
        <w:br/>
        <w:t xml:space="preserve">    obf_upper = z_alpha / np.sqrt(np.clip(info_points / ois, 0.01, 1.0))</w:t>
        <w:br/>
        <w:t xml:space="preserve">    obf_lower = -obf_upper</w:t>
        <w:br/>
        <w:t xml:space="preserve">    ax.plot(info_points, obf_upper, '-', color=C_ORANGE, lw=2, alpha=0.7, label="O'Brien-Fleming boundary")</w:t>
        <w:br/>
        <w:t xml:space="preserve">    ax.plot(info_points, obf_lower, '-', color=C_ORANGE, lw=2, alpha=0.7)</w:t>
        <w:br/>
        <w:t xml:space="preserve">    </w:t>
        <w:br/>
        <w:t xml:space="preserve">    # Futility boundary (simplified)</w:t>
        <w:br/>
        <w:t xml:space="preserve">    fut_upper = np.where(info_points / ois &lt; 1.0,</w:t>
        <w:br/>
        <w:t xml:space="preserve">                         z_alpha * np.sqrt(info_points / ois) - z_alpha * np.sqrt(1 - info_points / ois),</w:t>
        <w:br/>
        <w:t xml:space="preserve">                         0)</w:t>
        <w:br/>
        <w:t xml:space="preserve">    ax.plot(info_points[info_points &lt; ois], fut_upper[info_points &lt; ois],</w:t>
        <w:br/>
        <w:t xml:space="preserve">            '--', color=C_GREEN, lw=1.5, alpha=0.7, label='Futility boundary')</w:t>
        <w:br/>
        <w:t xml:space="preserve">    </w:t>
        <w:br/>
        <w:t xml:space="preserve">    # Fill zones</w:t>
        <w:br/>
        <w:t xml:space="preserve">    ax.fill_between(info_points, obf_upper, 6, alpha=0.05, color=C_ORANGE)</w:t>
        <w:br/>
        <w:t xml:space="preserve">    ax.fill_between(info_points, -6, obf_lower, alpha=0.05, color=C_ORANGE)</w:t>
        <w:br/>
        <w:t xml:space="preserve">    </w:t>
        <w:br/>
        <w:t xml:space="preserve">    ax.set_xlabel('Cumulative number of events', fontsize=12)</w:t>
        <w:br/>
        <w:t xml:space="preserve">    ax.set_ylabel('Cumulative Z-statistic', fontsize=12)</w:t>
        <w:br/>
        <w:t xml:space="preserve">    ax.set_title('Trial Sequential Analysis: Magnesium in AMI', fontweight='bold', fontsize=13)</w:t>
        <w:br/>
        <w:t xml:space="preserve">    ax.legend(loc='upper left', fontsize=9)</w:t>
        <w:br/>
        <w:t xml:space="preserve">    ax.set_ylim(-4, 6)</w:t>
        <w:br/>
        <w:t xml:space="preserve">    ax.set_xlim(0, max(cum_events[-1], ois) * 1.1)</w:t>
        <w:br/>
        <w:t xml:space="preserve">    ax.grid(True, alpha=0.3)</w:t>
        <w:br/>
        <w:t xml:space="preserve">    </w:t>
        <w:br/>
        <w:t xml:space="preserve">    fig.tight_layout()</w:t>
        <w:br/>
        <w:t xml:space="preserve">    fig.savefig(f'{OUTDIR}/fig5_tsa_magnesium.png', dpi=300)</w:t>
        <w:br/>
        <w:t xml:space="preserve">    plt.close()</w:t>
        <w:br/>
        <w:t xml:space="preserve">    print(f"Saved: {OUTDIR}/fig5_tsa_magnesium.png")</w:t>
        <w:br/>
        <w:br/>
        <w:br/>
        <w:t>def fig6_forest_statins(statin_obs, statin_rct, mt_results_st):</w:t>
        <w:br/>
        <w:t xml:space="preserve">    """Fig 6: Forest plot — statins in HF with Bayesian integration."""</w:t>
        <w:br/>
        <w:t xml:space="preserve">    pp_results = mt_results_st['power_prior']</w:t>
        <w:br/>
        <w:t xml:space="preserve">    </w:t>
        <w:br/>
        <w:t xml:space="preserve">    all_studies = []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for _, row in statin_rct.iterrows():</w:t>
        <w:br/>
        <w:t xml:space="preserve">        all_studies.append({</w:t>
        <w:br/>
        <w:t xml:space="preserve">            'name': row['study'], 'HR': np.exp(row['logHR']),</w:t>
        <w:br/>
        <w:t xml:space="preserve">            'ci_lo': np.exp(row['logHR'] - 1.96*row['se']),</w:t>
        <w:br/>
        <w:t xml:space="preserve">            'ci_hi': np.exp(row['logHR'] + 1.96*row['se']),</w:t>
        <w:br/>
        <w:t xml:space="preserve">            'type': 'RCT'</w:t>
        <w:br/>
        <w:t xml:space="preserve">        })</w:t>
        <w:br/>
        <w:t xml:space="preserve">    for _, row in statin_obs.iterrows():</w:t>
        <w:br/>
        <w:t xml:space="preserve">        all_studies.append({</w:t>
        <w:br/>
        <w:t xml:space="preserve">            'name': row['study'], 'HR': np.exp(row['logHR']),</w:t>
        <w:br/>
        <w:t xml:space="preserve">            'ci_lo': np.exp(row['logHR'] - 1.96*row['se']),</w:t>
        <w:br/>
        <w:t xml:space="preserve">            'ci_hi': np.exp(row['logHR'] + 1.96*row['se']),</w:t>
        <w:br/>
        <w:t xml:space="preserve">            'type': 'OBS'</w:t>
        <w:br/>
        <w:t xml:space="preserve">        })</w:t>
        <w:br/>
        <w:t xml:space="preserve">    </w:t>
        <w:br/>
        <w:t xml:space="preserve">    # Pooled estimates</w:t>
        <w:br/>
        <w:t xml:space="preserve">    pooled_entries = []</w:t>
        <w:br/>
        <w:t xml:space="preserve">    # RCT-only</w:t>
        <w:br/>
        <w:t xml:space="preserve">    lo_rct, se_rct, _, _ = random_effects_meta(statin_rct['logHR'].values, statin_rct['se'].values)</w:t>
        <w:br/>
        <w:t xml:space="preserve">    pooled_entries.append({</w:t>
        <w:br/>
        <w:t xml:space="preserve">        'name': 'RCT pooled', 'HR': np.exp(lo_rct),</w:t>
        <w:br/>
        <w:t xml:space="preserve">        'ci_lo': np.exp(lo_rct - 1.96*se_rct), 'ci_hi': np.exp(lo_rct + 1.96*se_rct),</w:t>
        <w:br/>
        <w:t xml:space="preserve">        'type': 'pooled_rct'</w:t>
        <w:br/>
        <w:t xml:space="preserve">    })</w:t>
        <w:br/>
        <w:t xml:space="preserve">    # OBS-only</w:t>
        <w:br/>
        <w:t xml:space="preserve">    lo_obs, se_obs, _, _ = random_effects_meta(statin_obs['logHR'].values, statin_obs['se'].values)</w:t>
        <w:br/>
        <w:t xml:space="preserve">    pooled_entries.append({</w:t>
        <w:br/>
        <w:t xml:space="preserve">        'name': 'Observational pooled', 'HR': np.exp(lo_obs),</w:t>
        <w:br/>
        <w:t xml:space="preserve">        'ci_lo': np.exp(lo_obs - 1.96*se_obs), 'ci_hi': np.exp(lo_obs + 1.96*se_obs),</w:t>
        <w:br/>
        <w:t xml:space="preserve">        'type': 'pooled_obs'</w:t>
        <w:br/>
        <w:t xml:space="preserve">    })</w:t>
        <w:br/>
        <w:t xml:space="preserve">    # Bayesian</w:t>
        <w:br/>
        <w:t xml:space="preserve">    for alpha in [0.1, 0.3, 0.5]:</w:t>
        <w:br/>
        <w:t xml:space="preserve">        r = pp_results[alpha]</w:t>
        <w:br/>
        <w:t xml:space="preserve">        pooled_entries.append({</w:t>
        <w:br/>
        <w:t xml:space="preserve">            'name': f'KOTHA integrated (α={alpha})',</w:t>
        <w:br/>
        <w:t xml:space="preserve">            'HR': r['hr_median'], 'ci_lo': r['hr_lo'], 'ci_hi': r['hr_hi'],</w:t>
        <w:br/>
        <w:t xml:space="preserve">            'type': 'bayesian'</w:t>
        <w:br/>
        <w:t xml:space="preserve">        })</w:t>
        <w:br/>
        <w:t xml:space="preserve">    </w:t>
        <w:br/>
        <w:t xml:space="preserve">    total = len(all_studies) + len(pooled_entries) + 3</w:t>
        <w:br/>
        <w:t xml:space="preserve">    fig, ax = plt.subplots(1, 1, figsize=(10, 0.45 * total + 2))</w:t>
        <w:br/>
        <w:t xml:space="preserve">    </w:t>
        <w:br/>
        <w:t xml:space="preserve">    type_colors = {</w:t>
        <w:br/>
        <w:t xml:space="preserve">        'RCT': C_RED, 'OBS': C_BLUE,</w:t>
        <w:br/>
        <w:t xml:space="preserve">        'pooled_rct': C_RED, 'pooled_obs': C_BLUE, 'bayesian': C_GREEN,</w:t>
        <w:br/>
        <w:t xml:space="preserve">    }</w:t>
        <w:br/>
        <w:t xml:space="preserve">    </w:t>
        <w:br/>
        <w:t xml:space="preserve">    y_pos = total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# RCT section</w:t>
        <w:br/>
        <w:t xml:space="preserve">    ax.text(0.35, y_pos, 'Randomized Controlled Trials', fontsize=10, fontweight='bold', va='center')</w:t>
        <w:br/>
        <w:t xml:space="preserve">    y_pos -= 1</w:t>
        <w:br/>
        <w:t xml:space="preserve">    for s in [s for s in all_studies if s['type'] == 'RCT']:</w:t>
        <w:br/>
        <w:t xml:space="preserve">        color = type_colors[s['type']]</w:t>
        <w:br/>
        <w:t xml:space="preserve">        ax.plot([s['ci_lo'], s['ci_hi']], [y_pos, y_pos], '-', color=color, lw=1.5)</w:t>
        <w:br/>
        <w:t xml:space="preserve">        ax.plot(s['HR'], y_pos, 'o', color=color, ms=7, zorder=5)</w:t>
        <w:br/>
        <w:t xml:space="preserve">        ax.text(0.35, y_pos, s['name'], ha='right', va='center', fontsize=9)</w:t>
        <w:br/>
        <w:t xml:space="preserve">        ax.text(1.6, y_pos, f"{s['HR']:.2f} ({s['ci_lo']:.2f}-{s['ci_hi']:.2f})",</w:t>
        <w:br/>
        <w:t xml:space="preserve">                ha='left', va='center', fontsize=8, color=color)</w:t>
        <w:br/>
        <w:t xml:space="preserve">        y_pos -= 1</w:t>
        <w:br/>
        <w:t xml:space="preserve">    </w:t>
        <w:br/>
        <w:t xml:space="preserve">    y_pos -= 0.5</w:t>
        <w:br/>
        <w:t xml:space="preserve">    ax.text(0.35, y_pos, 'Observational Studies', fontsize=10, fontweight='bold', va='center')</w:t>
        <w:br/>
        <w:t xml:space="preserve">    y_pos -= 1</w:t>
        <w:br/>
        <w:t xml:space="preserve">    for s in [s for s in all_studies if s['type'] == 'OBS']:</w:t>
        <w:br/>
        <w:t xml:space="preserve">        color = type_colors[s['type']]</w:t>
        <w:br/>
        <w:t xml:space="preserve">        ax.plot([s['ci_lo'], s['ci_hi']], [y_pos, y_pos], '-', color=color, lw=1.5)</w:t>
        <w:br/>
        <w:t xml:space="preserve">        ax.plot(s['HR'], y_pos, 'o', color=color, ms=7, zorder=5)</w:t>
        <w:br/>
        <w:t xml:space="preserve">        ax.text(0.35, y_pos, s['name'], ha='right', va='center', fontsize=9)</w:t>
        <w:br/>
        <w:t xml:space="preserve">        ax.text(1.6, y_pos, f"{s['HR']:.2f} ({s['ci_lo']:.2f}-{s['ci_hi']:.2f})",</w:t>
        <w:br/>
        <w:t xml:space="preserve">                ha='left', va='center', fontsize=8, color=color)</w:t>
        <w:br/>
        <w:t xml:space="preserve">        y_pos -= 1</w:t>
        <w:br/>
        <w:t xml:space="preserve">    </w:t>
        <w:br/>
        <w:t xml:space="preserve">    y_pos -= 0.5</w:t>
        <w:br/>
        <w:t xml:space="preserve">    ax.axhline(y_pos + 0.3, color=C_GREY, linestyle='-', alpha=0.3)</w:t>
        <w:br/>
        <w:t xml:space="preserve">    </w:t>
        <w:br/>
        <w:t xml:space="preserve">    for p in pooled_entries:</w:t>
        <w:br/>
        <w:t xml:space="preserve">        color = type_colors[p['type']]</w:t>
        <w:br/>
        <w:t xml:space="preserve">        ax.plot([p['ci_lo'], p['ci_hi']], [y_pos, y_pos], '-', color=color, lw=2.5)</w:t>
        <w:br/>
        <w:t xml:space="preserve">        ax.plot(p['HR'], y_pos, 'D', color=color, ms=9, zorder=5)</w:t>
        <w:br/>
        <w:t xml:space="preserve">        ax.text(0.35, y_pos, p['name'], ha='right', va='center', fontsize=9, fontweight='bold')</w:t>
        <w:br/>
        <w:t xml:space="preserve">        ax.text(1.6, y_pos, f"{p['HR']:.2f} ({p['ci_lo']:.2f}-{p['ci_hi']:.2f})",</w:t>
        <w:br/>
        <w:t xml:space="preserve">                ha='left', va='center', fontsize=8, color=color, fontweight='bold')</w:t>
        <w:br/>
        <w:t xml:space="preserve">        y_pos -= 1</w:t>
        <w:br/>
        <w:t xml:space="preserve">    </w:t>
        <w:br/>
        <w:t xml:space="preserve">    ax.axvline(1.0, color='black', linestyle='-', lw=0.8)</w:t>
        <w:br/>
        <w:t xml:space="preserve">    ax.set_xlabel('Hazard Ratio (95% CI/CrI)', fontsize=12)</w:t>
        <w:br/>
        <w:t xml:space="preserve">    ax.set_title('Statins in Heart Failure: Forest Plot with KOTHA Integration', fontweight='bold', fontsize=13)</w:t>
        <w:br/>
        <w:t xml:space="preserve">    ax.set_xlim(0.3, 1.5)</w:t>
        <w:br/>
        <w:t xml:space="preserve">    ax.set_xscale('log')</w:t>
        <w:br/>
        <w:t xml:space="preserve">    ax.set_xticks([0.4, 0.5, 0.6, 0.7, 0.8, 0.9, 1.0, 1.1, 1.2, 1.3])</w:t>
        <w:br/>
        <w:t xml:space="preserve">    ax.set_xticklabels(['0.4', '0.5', '0.6', '0.7', '0.8', '0.9', '1.0', '1.1', '1.2', '1.3'])</w:t>
        <w:br/>
        <w:t xml:space="preserve">    ax.set_yticks([])</w:t>
        <w:br/>
        <w:t xml:space="preserve">    ax.grid(True, axis='x', alpha=0.3)</w:t>
        <w:br/>
        <w:t xml:space="preserve">    </w:t>
        <w:br/>
        <w:t xml:space="preserve">    handles = [</w:t>
        <w:br/>
        <w:t xml:space="preserve">        mpatches.Patch(color=C_RED, label='RCT'),</w:t>
        <w:br/>
        <w:t xml:space="preserve">        mpatches.Patch(color=C_BLUE, label='Observational'),</w:t>
        <w:br/>
        <w:t xml:space="preserve">        mpatches.Patch(color=C_GREEN, label='KOTHA integrated'),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]</w:t>
        <w:br/>
        <w:t xml:space="preserve">    ax.legend(handles=handles, loc='lower right', fontsize=9)</w:t>
        <w:br/>
        <w:t xml:space="preserve">    </w:t>
        <w:br/>
        <w:t xml:space="preserve">    fig.tight_layout()</w:t>
        <w:br/>
        <w:t xml:space="preserve">    fig.savefig(f'{OUTDIR}/fig6_forest_statins.png', dpi=300)</w:t>
        <w:br/>
        <w:t xml:space="preserve">    plt.close()</w:t>
        <w:br/>
        <w:t xml:space="preserve">    print(f"Saved: {OUTDIR}/fig6_forest_statins.png")</w:t>
        <w:br/>
        <w:br/>
        <w:br/>
        <w:t>def fig7_sensitivity_heatmap(mt_results_mg, mt_results_st):</w:t>
        <w:br/>
        <w:t xml:space="preserve">    """Fig 7: Sensitivity analysis heatmap — P(benefit) by alpha and case."""</w:t>
        <w:br/>
        <w:t xml:space="preserve">    fig, (ax1, ax2) = plt.subplots(1, 2, figsize=(12, 5))</w:t>
        <w:br/>
        <w:t xml:space="preserve">    </w:t>
        <w:br/>
        <w:t xml:space="preserve">    alphas = [0.0, 0.1, 0.2, 0.3, 0.5, 0.7, 1.0]</w:t>
        <w:br/>
        <w:t xml:space="preserve">    </w:t>
        <w:br/>
        <w:t xml:space="preserve">    # Magnesium</w:t>
        <w:br/>
        <w:t xml:space="preserve">    pp_mg = mt_results_mg['power_prior']</w:t>
        <w:br/>
        <w:t xml:space="preserve">    metrics_mg = np.array([[pp_mg[a]['p_benefit'] * 100,</w:t>
        <w:br/>
        <w:t xml:space="preserve">                            pp_mg[a]['p_lt_090'] * 100,</w:t>
        <w:br/>
        <w:t xml:space="preserve">                            pp_mg[a]['p_lt_080'] * 100] for a in alphas])</w:t>
        <w:br/>
        <w:t xml:space="preserve">    </w:t>
        <w:br/>
        <w:t xml:space="preserve">    for i, (label, color, marker) in enumerate([</w:t>
        <w:br/>
        <w:t xml:space="preserve">        ('P(OR &lt; 1.0)', C_BLUE, 'o'),</w:t>
        <w:br/>
        <w:t xml:space="preserve">        ('P(OR &lt; 0.90)', C_ORANGE, 's'),</w:t>
        <w:br/>
        <w:t xml:space="preserve">        ('P(OR &lt; 0.80)', C_RED, '^'),</w:t>
        <w:br/>
        <w:t xml:space="preserve">    ]):</w:t>
        <w:br/>
        <w:t xml:space="preserve">        ax1.plot(alphas, metrics_mg[:, i], f'-{marker}', color=color, lw=2, ms=8, label=label)</w:t>
        <w:br/>
        <w:t xml:space="preserve">    </w:t>
        <w:br/>
        <w:t xml:space="preserve">    ax1.set_xlabel('Discounting parameter α')</w:t>
        <w:br/>
        <w:t xml:space="preserve">    ax1.set_ylabel('Posterior probability (%)')</w:t>
        <w:br/>
        <w:t xml:space="preserve">    ax1.set_title('A. Magnesium in AMI', fontweight='bold')</w:t>
        <w:br/>
        <w:t xml:space="preserve">    ax1.legend()</w:t>
        <w:br/>
        <w:t xml:space="preserve">    ax1.set_ylim(0, 105)</w:t>
        <w:br/>
        <w:t xml:space="preserve">    ax1.grid(True, alpha=0.3)</w:t>
        <w:br/>
        <w:t xml:space="preserve">    ax1.axhline(95, color=C_GREY, linestyle=':', alpha=0.5)</w:t>
        <w:br/>
        <w:t xml:space="preserve">    ax1.text(0.01, 96, '95%', fontsize=8, color=C_GREY)</w:t>
        <w:br/>
        <w:t xml:space="preserve">    </w:t>
        <w:br/>
        <w:t xml:space="preserve">    # Statins</w:t>
        <w:br/>
        <w:t xml:space="preserve">    pp_st = mt_results_st['power_prior']</w:t>
        <w:br/>
        <w:t xml:space="preserve">    metrics_st = np.array([[pp_st[a]['p_benefit'] * 100,</w:t>
        <w:br/>
        <w:t xml:space="preserve">                            pp_st[a]['p_lt_090'] * 100,</w:t>
        <w:br/>
        <w:t xml:space="preserve">                            pp_st[a]['p_lt_080'] * 100] for a in alphas])</w:t>
        <w:br/>
        <w:t xml:space="preserve">    </w:t>
        <w:br/>
        <w:t xml:space="preserve">    for i, (label, color, marker) in enumerate([</w:t>
        <w:br/>
        <w:t xml:space="preserve">        ('P(HR &lt; 1.0)', C_BLUE, 'o'),</w:t>
        <w:br/>
        <w:t xml:space="preserve">        ('P(HR &lt; 0.90)', C_ORANGE, 's'),</w:t>
        <w:br/>
        <w:t xml:space="preserve">        ('P(HR &lt; 0.80)', C_RED, '^'),</w:t>
        <w:br/>
        <w:t xml:space="preserve">    ]):</w:t>
        <w:br/>
        <w:t xml:space="preserve">        ax2.plot(alphas, metrics_st[:, i], f'-{marker}', color=color, lw=2, ms=8, label=label)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ax2.set_xlabel('Discounting parameter α')</w:t>
        <w:br/>
        <w:t xml:space="preserve">    ax2.set_ylabel('Posterior probability (%)')</w:t>
        <w:br/>
        <w:t xml:space="preserve">    ax2.set_title('B. Statins in Heart Failure', fontweight='bold')</w:t>
        <w:br/>
        <w:t xml:space="preserve">    ax2.legend()</w:t>
        <w:br/>
        <w:t xml:space="preserve">    ax2.set_ylim(0, 105)</w:t>
        <w:br/>
        <w:t xml:space="preserve">    ax2.grid(True, alpha=0.3)</w:t>
        <w:br/>
        <w:t xml:space="preserve">    ax2.axhline(95, color=C_GREY, linestyle=':', alpha=0.5)</w:t>
        <w:br/>
        <w:t xml:space="preserve">    ax2.text(0.01, 96, '95%', fontsize=8, color=C_GREY)</w:t>
        <w:br/>
        <w:t xml:space="preserve">    </w:t>
        <w:br/>
        <w:t xml:space="preserve">    fig.tight_layout()</w:t>
        <w:br/>
        <w:t xml:space="preserve">    fig.savefig(f'{OUTDIR}/fig7_sensitivity_analysis.png', dpi=300)</w:t>
        <w:br/>
        <w:t xml:space="preserve">    plt.close()</w:t>
        <w:br/>
        <w:t xml:space="preserve">    print(f"Saved: {OUTDIR}/fig7_sensitivity_analysis.png")</w:t>
        <w:br/>
        <w:br/>
        <w:br/>
        <w:t>def fig8_module_h_summary():</w:t>
        <w:br/>
        <w:t xml:space="preserve">    """Fig 8: Module H assessment comparison — standard vs KOTHA-enhanced."""</w:t>
        <w:br/>
        <w:t xml:space="preserve">    fig, ax = plt.subplots(1, 1, figsize=(11, 6))</w:t>
        <w:br/>
        <w:t xml:space="preserve">    ax.axis('off')</w:t>
        <w:br/>
        <w:t xml:space="preserve">    </w:t>
        <w:br/>
        <w:t xml:space="preserve">    # Table data</w:t>
        <w:br/>
        <w:t xml:space="preserve">    headers = ['GRADE Domain', 'Standard\n(Mg in AMI)', 'KOTHA-enhanced\n(Mg in AMI)',</w:t>
        <w:br/>
        <w:t xml:space="preserve">               'Standard\n(Statins in HF)', 'KOTHA-enhanced\n(Statins in HF)']</w:t>
        <w:br/>
        <w:t xml:space="preserve">    </w:t>
        <w:br/>
        <w:t xml:space="preserve">    rows = [</w:t>
        <w:br/>
        <w:t xml:space="preserve">        ['Risk of bias', 'Low', 'Low', 'Low', 'Low'],</w:t>
        <w:br/>
        <w:t xml:space="preserve">        ['Inconsistency', 'High (I²=62%)', 'High (I²=62%)', 'Low (I²=0%)', 'Low (I²=0%)'],</w:t>
        <w:br/>
        <w:t xml:space="preserve">        ['Indirectness', 'Not assessed', 'Moderate:\nevent rate ↓18%', 'Not assessed', 'Serious:\nevent rate ↓47%'],</w:t>
        <w:br/>
        <w:t xml:space="preserve">        ['Imprecision', 'Serious', 'Serious\n(heterogeneity-driven)', 'Serious', 'Serious'],</w:t>
        <w:br/>
        <w:t xml:space="preserve">        ['Overall certainty', 'Low', 'Very low', 'Moderate', 'Low'],</w:t>
        <w:br/>
        <w:t xml:space="preserve">        ['Recommendation', '"No benefit"', '"Inconclusive;\nconditional rec."', '"No benefit"', '"Inconclusive;\nconditional rec."'],</w:t>
        <w:br/>
        <w:t xml:space="preserve">    ]</w:t>
        <w:br/>
        <w:t xml:space="preserve">    </w:t>
        <w:br/>
        <w:t xml:space="preserve">    colors_cell = []</w:t>
        <w:br/>
        <w:t xml:space="preserve">    for row in rows:</w:t>
        <w:br/>
        <w:t xml:space="preserve">        row_colors = ['#f0f0f0']</w:t>
        <w:br/>
        <w:t xml:space="preserve">        for j in range(1, 5):</w:t>
        <w:br/>
        <w:t xml:space="preserve">            if 'Very serious' in row[j] or 'Very low' in row[j]:</w:t>
        <w:br/>
        <w:t xml:space="preserve">                row_colors.append('#ffcccc')</w:t>
        <w:br/>
        <w:t xml:space="preserve">            elif 'Serious' in row[j] or 'Low' == row[j].strip():</w:t>
        <w:br/>
        <w:t xml:space="preserve">                row_colors.append('#fff3cc')</w:t>
        <w:br/>
        <w:t xml:space="preserve">            elif 'Inconclusive' in row[j] or 'conditional' in row[j]:</w:t>
        <w:br/>
        <w:t xml:space="preserve">                row_colors.append('#cce5ff')</w:t>
        <w:br/>
        <w:t xml:space="preserve">            elif '"No benefit"' in row[j]:</w:t>
        <w:br/>
        <w:t xml:space="preserve">                row_colors.append('#ffcccc')</w:t>
        <w:br/>
        <w:t xml:space="preserve">            else:</w:t>
        <w:br/>
        <w:t xml:space="preserve">                row_colors.append('#ccffcc')</w:t>
        <w:br/>
        <w:t xml:space="preserve">        colors_cell.append(row_colors)</w:t>
        <w:br/>
        <w:t xml:space="preserve">    </w:t>
        <w:br/>
        <w:t xml:space="preserve">    table = ax.table(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cellText=rows,</w:t>
        <w:br/>
        <w:t xml:space="preserve">        colLabels=headers,</w:t>
        <w:br/>
        <w:t xml:space="preserve">        cellColours=colors_cell,</w:t>
        <w:br/>
        <w:t xml:space="preserve">        colColours=[C_CYAN]*5,</w:t>
        <w:br/>
        <w:t xml:space="preserve">        loc='center',</w:t>
        <w:br/>
        <w:t xml:space="preserve">        cellLoc='center',</w:t>
        <w:br/>
        <w:t xml:space="preserve">    )</w:t>
        <w:br/>
        <w:t xml:space="preserve">    table.auto_set_font_size(False)</w:t>
        <w:br/>
        <w:t xml:space="preserve">    table.set_fontsize(9)</w:t>
        <w:br/>
        <w:t xml:space="preserve">    table.scale(1.0, 2.0)</w:t>
        <w:br/>
        <w:t xml:space="preserve">    </w:t>
        <w:br/>
        <w:t xml:space="preserve">    # Style header</w:t>
        <w:br/>
        <w:t xml:space="preserve">    for j in range(5):</w:t>
        <w:br/>
        <w:t xml:space="preserve">        table[0, j].set_text_props(fontweight='bold', color='white')</w:t>
        <w:br/>
        <w:t xml:space="preserve">        table[0, j].set_facecolor(C_BLUE)</w:t>
        <w:br/>
        <w:t xml:space="preserve">    </w:t>
        <w:br/>
        <w:t xml:space="preserve">    ax.set_title('Module H Assessment: Standard GRADE vs. KOTHA-Enhanced',</w:t>
        <w:br/>
        <w:t xml:space="preserve">                 fontweight='bold', fontsize=14, pad=20)</w:t>
        <w:br/>
        <w:t xml:space="preserve">    </w:t>
        <w:br/>
        <w:t xml:space="preserve">    fig.tight_layout()</w:t>
        <w:br/>
        <w:t xml:space="preserve">    fig.savefig(f'{OUTDIR}/fig8_module_h_comparison.png', dpi=300)</w:t>
        <w:br/>
        <w:t xml:space="preserve">    plt.close()</w:t>
        <w:br/>
        <w:t xml:space="preserve">    print(f"Saved: {OUTDIR}/fig8_module_h_comparison.png")</w:t>
        <w:br/>
        <w:br/>
        <w:br/>
        <w:t># ============================================================</w:t>
        <w:br/>
        <w:t># MAIN</w:t>
        <w:br/>
        <w:t># ============================================================</w:t>
        <w:br/>
        <w:br/>
        <w:t>def main():</w:t>
        <w:br/>
        <w:t xml:space="preserve">    print("KOTHA Framework — Empirical Validation")</w:t>
        <w:br/>
        <w:t xml:space="preserve">    print("=" * 60)</w:t>
        <w:br/>
        <w:t xml:space="preserve">    </w:t>
        <w:br/>
        <w:t xml:space="preserve">    # --- Module K ---</w:t>
        <w:br/>
        <w:t xml:space="preserve">    mk_mg = run_module_k_magnesium(mg_data)</w:t>
        <w:br/>
        <w:t xml:space="preserve">    mk_st = run_module_k_statins(statin_obs, statin_rct)</w:t>
        <w:br/>
        <w:t xml:space="preserve">    </w:t>
        <w:br/>
        <w:t xml:space="preserve">    # --- Module T ---</w:t>
        <w:br/>
        <w:t xml:space="preserve">    mt_mg = run_module_t_magnesium(mk_mg['mg_data'])</w:t>
        <w:br/>
        <w:t xml:space="preserve">    mt_st = run_module_t_statins(statin_obs, statin_rct)</w:t>
        <w:br/>
        <w:t xml:space="preserve">    </w:t>
        <w:br/>
        <w:t xml:space="preserve">    # --- Module H ---</w:t>
        <w:br/>
        <w:t xml:space="preserve">    mh_mg = run_module_h_magnesium(mk_mg['mg_data'], mk_mg)</w:t>
        <w:br/>
        <w:t xml:space="preserve">    mh_st = run_module_h_statins(statin_obs, statin_rct, mk_st)</w:t>
        <w:br/>
        <w:t xml:space="preserve">    </w:t>
        <w:br/>
        <w:t xml:space="preserve">    # --- Generate Figures ---</w:t>
        <w:br/>
        <w:t xml:space="preserve">    print("\n" + "=" * 60)</w:t>
        <w:br/>
        <w:t xml:space="preserve">    print("GENERATING FIGURES")</w:t>
        <w:br/>
        <w:t xml:space="preserve">    print("=" * 60)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fig1_framework_overview()</w:t>
        <w:br/>
        <w:t xml:space="preserve">    fig2_risk_profile_shift(mk_mg['mg_data'])</w:t>
        <w:br/>
        <w:t xml:space="preserve">    fig3_power_curves(mk_mg, mk_st)</w:t>
        <w:br/>
        <w:t xml:space="preserve">    fig4_forest_plot(mk_mg['mg_data'], mt_mg)</w:t>
        <w:br/>
        <w:t xml:space="preserve">    fig5_tsa_plot(mh_mg)</w:t>
        <w:br/>
        <w:t xml:space="preserve">    fig6_forest_statins(statin_obs, statin_rct, mt_st)</w:t>
        <w:br/>
        <w:t xml:space="preserve">    fig7_sensitivity_heatmap(mt_mg, mt_st)</w:t>
        <w:br/>
        <w:t xml:space="preserve">    fig8_module_h_summary()</w:t>
        <w:br/>
        <w:t xml:space="preserve">    </w:t>
        <w:br/>
        <w:t xml:space="preserve">    print("\n" + "=" * 60)</w:t>
        <w:br/>
        <w:t xml:space="preserve">    print("VALIDATION COMPLETE")</w:t>
        <w:br/>
        <w:t xml:space="preserve">    print("=" * 60)</w:t>
        <w:br/>
        <w:t xml:space="preserve">    </w:t>
        <w:br/>
        <w:t xml:space="preserve">    # Save numerical results summary</w:t>
        <w:br/>
        <w:t xml:space="preserve">    with open(f'{OUTDIR}/../results_summary.txt', 'w') as f:</w:t>
        <w:br/>
        <w:t xml:space="preserve">        f.write("KOTHA Framework Validation — Numerical Results Summary\n")</w:t>
        <w:br/>
        <w:t xml:space="preserve">        f.write("=" * 60 + "\n\n")</w:t>
        <w:br/>
        <w:t xml:space="preserve">        </w:t>
        <w:br/>
        <w:t xml:space="preserve">        f.write("CASE 1: Intravenous Magnesium in AMI\n")</w:t>
        <w:br/>
        <w:t xml:space="preserve">        f.write("-" * 40 + "\n")</w:t>
        <w:br/>
        <w:t xml:space="preserve">        f.write(f"Pre-thrombolysis control event rate: {mk_mg['s1_rate']:.3f}\n")</w:t>
        <w:br/>
        <w:t xml:space="preserve">        f.write(f"ISIS-4 control event rate: {mk_mg['s2_rate']:.3f}\n")</w:t>
        <w:br/>
        <w:t xml:space="preserve">        f.write(f"Event rate ratio (S2/S1): {mk_mg['s2_rate']/mk_mg['s1_rate']:.2f}\n")</w:t>
        <w:br/>
        <w:t xml:space="preserve">        f.write(f"Pre-ISIS-4 pooled OR: {np.exp(mk_mg['pooled_pre']):.2f}\n")</w:t>
        <w:br/>
        <w:t xml:space="preserve">        f.write(f"All-trials pooled OR: {np.exp(mk_mg['pooled_all']):.2f}\n")</w:t>
        <w:br/>
        <w:t xml:space="preserve">        </w:t>
        <w:br/>
        <w:t xml:space="preserve">        p2, e2 = power_analytical(mk_mg['s2_rate'], mk_mg['true_OR'], mk_mg['N_isis4'])</w:t>
        <w:br/>
        <w:t xml:space="preserve">        p1, e1 = power_analytical(mk_mg['s1_rate'], mk_mg['true_OR'], mk_mg['N_isis4'])</w:t>
        <w:br/>
        <w:t xml:space="preserve">        f.write(f"Power at ISIS-4 N with pre-ISIS-4 effect:\n")</w:t>
        <w:br/>
        <w:t xml:space="preserve">        f.write(f"  S1 (high-risk): {p1:.1%}\n")</w:t>
        <w:br/>
        <w:t xml:space="preserve">        f.write(f"  S2 (ISIS-4 rate): {p2:.1%}\n")</w:t>
        <w:br/>
        <w:t xml:space="preserve">        </w:t>
        <w:br/>
        <w:t xml:space="preserve">        f.write(f"OIS: {mh_mg['ois']:.0f} events\n")</w:t>
        <w:br/>
        <w:t xml:space="preserve">        f.write(f"Total events: {mh_mg['total_events']:.0f}\n")</w:t>
        <w:br/>
        <w:t xml:space="preserve">        f.write(f"Information fraction: {mh_mg['info_fraction']:.0%}\n\n")</w:t>
        <w:br/>
        <w:t xml:space="preserve">        </w:t>
        <w:br/>
        <w:t xml:space="preserve">        f.write("Bayesian integration (power prior):\n")</w:t>
        <w:br/>
        <w:t xml:space="preserve">        for alpha in [0.0, 0.3, 0.5, 1.0]:</w:t>
        <w:br/>
        <w:t xml:space="preserve">            r = mt_mg['power_prior'][alpha]</w:t>
        <w:br/>
        <w:t xml:space="preserve">            f.write(f"  α={alpha}: OR={r['hr_median']:.2f} ({r['hr_lo']:.2f}-{r['hr_hi']:.2f}), "</w:t>
        <w:br/>
        <w:t xml:space="preserve">                    f"P(OR&lt;1)={r['p_benefit']:.1%}\n")</w:t>
        <w:br/>
        <w:t xml:space="preserve">        </w:t>
        <w:br/>
        <w:t xml:space="preserve">        f.write(f"\nCASE 2: Statins in Heart Failure\n")</w:t>
        <w:br/>
        <w:t xml:space="preserve">        f.write("-" * 40 + "\n")</w:t>
        <w:br/>
        <w:t xml:space="preserve">        f.write(f"Observational pooled HR: {mk_st['true_HR']:.2f}\n")</w:t>
        <w:br/>
        <w:t xml:space="preserve">        f.write(f"RCT pooled HR: {np.exp(mk_st['pooled_rct']):.2f}\n")</w:t>
        <w:br/>
        <w:t xml:space="preserve">        f.write(f"Event rate ratio (RCT/obs): {mk_st['rct_rate']/mk_st['obs_rate']:.2f}\n")</w:t>
        <w:br/>
        <w:t xml:space="preserve">        </w:t>
        <w:br/>
        <w:t xml:space="preserve">        f.write(f"OIS: {mh_st['ois']:.0f} events\n")</w:t>
        <w:br/>
        <w:t xml:space="preserve">        f.write(f"Total RCT events: {mh_st['total_events']}\n")</w:t>
      </w:r>
    </w:p>
    <w:p>
      <w:pPr>
        <w:spacing w:after="0" w:line="240" w:lineRule="auto"/>
      </w:pPr>
      <w:r>
        <w:rPr>
          <w:rFonts w:ascii="Courier New" w:hAnsi="Courier New"/>
          <w:sz w:val="16"/>
        </w:rPr>
        <w:t xml:space="preserve">        f.write(f"Information fraction: {mh_st['info_fraction']:.0%}\n\n")</w:t>
        <w:br/>
        <w:t xml:space="preserve">        </w:t>
        <w:br/>
        <w:t xml:space="preserve">        f.write("Bayesian integration (power prior):\n")</w:t>
        <w:br/>
        <w:t xml:space="preserve">        for alpha in [0.0, 0.3, 0.5, 1.0]:</w:t>
        <w:br/>
        <w:t xml:space="preserve">            r = mt_st['power_prior'][alpha]</w:t>
        <w:br/>
        <w:t xml:space="preserve">            f.write(f"  α={alpha}: HR={r['hr_median']:.2f} ({r['hr_lo']:.2f}-{r['hr_hi']:.2f}), "</w:t>
        <w:br/>
        <w:t xml:space="preserve">                    f"P(HR&lt;1)={r['p_benefit']:.1%}\n")</w:t>
        <w:br/>
        <w:t xml:space="preserve">    </w:t>
        <w:br/>
        <w:t xml:space="preserve">    print(f"\nResults saved to: {OUTDIR}/../results_summary.txt")</w:t>
        <w:br/>
        <w:br/>
        <w:br/>
        <w:t>if __name__ == '__main__':</w:t>
        <w:br/>
        <w:t xml:space="preserve">    main()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