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2D943" w14:textId="77777777" w:rsidR="00EF34B1" w:rsidRDefault="00000000">
      <w:pPr>
        <w:jc w:val="center"/>
      </w:pPr>
      <w:r>
        <w:rPr>
          <w:b/>
          <w:sz w:val="28"/>
        </w:rPr>
        <w:t>Supplementary File 1. Semi-Structured Interview Guide</w:t>
      </w:r>
    </w:p>
    <w:p w14:paraId="5AF5C0AC" w14:textId="77777777" w:rsidR="00EF34B1" w:rsidRDefault="00000000">
      <w:pPr>
        <w:jc w:val="center"/>
      </w:pPr>
      <w:r>
        <w:rPr>
          <w:i/>
        </w:rPr>
        <w:t>Environmental Influences on Physical Activity Among Young Rural Women: A Qualitative Study</w:t>
      </w:r>
    </w:p>
    <w:p w14:paraId="20ED5E74" w14:textId="77777777" w:rsidR="00EF34B1" w:rsidRDefault="00000000">
      <w:r>
        <w:t>The following semi-structured interview guide was developed by the research team for this qualitative study. Questions were intentionally broad and exploratory to allow participants to describe factors influencing physical activity, with the current manuscript focusing on environmental influences on physical activity among young rural women.</w:t>
      </w:r>
    </w:p>
    <w:p w14:paraId="4D4D450F" w14:textId="77777777" w:rsidR="00EF34B1" w:rsidRDefault="00000000">
      <w:r>
        <w:rPr>
          <w:b/>
        </w:rPr>
        <w:t>Physical Activity Context</w:t>
      </w:r>
    </w:p>
    <w:p w14:paraId="285F1DC7" w14:textId="77777777" w:rsidR="00EF34B1" w:rsidRDefault="00000000">
      <w:pPr>
        <w:pStyle w:val="ListNumber"/>
        <w:spacing w:after="120"/>
      </w:pPr>
      <w:r>
        <w:t>I would like to learn more about what influences physical activity among women living in rural areas. What does physical activity mean to you? Please tell me how you define physical activity.</w:t>
      </w:r>
    </w:p>
    <w:p w14:paraId="64062026" w14:textId="77777777" w:rsidR="00EF34B1" w:rsidRDefault="00000000">
      <w:pPr>
        <w:pStyle w:val="ListBullet"/>
        <w:spacing w:after="60"/>
        <w:ind w:left="720"/>
      </w:pPr>
      <w:r>
        <w:t>What kinds of physical activities do you participate in?</w:t>
      </w:r>
    </w:p>
    <w:p w14:paraId="5A0C4F3C" w14:textId="77777777" w:rsidR="00EF34B1" w:rsidRDefault="00000000">
      <w:pPr>
        <w:pStyle w:val="ListBullet"/>
        <w:spacing w:after="60"/>
        <w:ind w:left="720"/>
      </w:pPr>
      <w:r>
        <w:t>Do you use technology, such as a Fitbit or fitness video?</w:t>
      </w:r>
    </w:p>
    <w:p w14:paraId="25488D2F" w14:textId="77777777" w:rsidR="00EF34B1" w:rsidRDefault="00000000">
      <w:pPr>
        <w:pStyle w:val="ListBullet"/>
        <w:spacing w:after="60"/>
        <w:ind w:left="720"/>
      </w:pPr>
      <w:r>
        <w:t>Do you think physical activity is important?</w:t>
      </w:r>
    </w:p>
    <w:p w14:paraId="6B5D1C7D" w14:textId="77777777" w:rsidR="00EF34B1" w:rsidRDefault="00000000">
      <w:pPr>
        <w:pStyle w:val="ListBullet"/>
        <w:spacing w:after="60"/>
        <w:ind w:left="720"/>
      </w:pPr>
      <w:r>
        <w:t>Many people get short of breath when they exercise. Does that ever happen to you?</w:t>
      </w:r>
    </w:p>
    <w:p w14:paraId="6E1ACE22" w14:textId="77777777" w:rsidR="00EF34B1" w:rsidRDefault="00000000">
      <w:pPr>
        <w:pStyle w:val="ListBullet"/>
        <w:spacing w:after="60"/>
        <w:ind w:left="720"/>
      </w:pPr>
      <w:r>
        <w:t>Think of things that make you increase your movement, such as housework, working, walking, or planned exercise. How does physical activity make you feel?</w:t>
      </w:r>
    </w:p>
    <w:p w14:paraId="1562EFC1" w14:textId="77777777" w:rsidR="00EF34B1" w:rsidRDefault="00000000">
      <w:r>
        <w:rPr>
          <w:b/>
        </w:rPr>
        <w:t>Social Environment</w:t>
      </w:r>
    </w:p>
    <w:p w14:paraId="0F948D44" w14:textId="77777777" w:rsidR="00EF34B1" w:rsidRDefault="00000000">
      <w:pPr>
        <w:pStyle w:val="ListNumber"/>
        <w:spacing w:after="120"/>
      </w:pPr>
      <w:r>
        <w:t>Can you describe with whom you do physical activity?</w:t>
      </w:r>
    </w:p>
    <w:p w14:paraId="50FC2E7D" w14:textId="77777777" w:rsidR="00EF34B1" w:rsidRDefault="00000000">
      <w:pPr>
        <w:pStyle w:val="ListBullet"/>
        <w:spacing w:after="60"/>
        <w:ind w:left="720"/>
      </w:pPr>
      <w:r>
        <w:t>Who was involved in deciding these activities?</w:t>
      </w:r>
    </w:p>
    <w:p w14:paraId="75904181" w14:textId="77777777" w:rsidR="00EF34B1" w:rsidRDefault="00000000">
      <w:pPr>
        <w:pStyle w:val="ListBullet"/>
        <w:spacing w:after="60"/>
        <w:ind w:left="720"/>
      </w:pPr>
      <w:r>
        <w:t>Who encourages you the most?</w:t>
      </w:r>
    </w:p>
    <w:p w14:paraId="3A2DF8BC" w14:textId="77777777" w:rsidR="00EF34B1" w:rsidRDefault="00000000">
      <w:pPr>
        <w:pStyle w:val="ListBullet"/>
        <w:spacing w:after="60"/>
        <w:ind w:left="720"/>
      </w:pPr>
      <w:r>
        <w:t>Is there anyone who discourages you?</w:t>
      </w:r>
    </w:p>
    <w:p w14:paraId="10AC1C57" w14:textId="77777777" w:rsidR="00EF34B1" w:rsidRDefault="00000000">
      <w:pPr>
        <w:pStyle w:val="ListBullet"/>
        <w:spacing w:after="60"/>
        <w:ind w:left="720"/>
      </w:pPr>
      <w:r>
        <w:t>Has any health care provider talked to you about physical activity?</w:t>
      </w:r>
    </w:p>
    <w:p w14:paraId="35C7F97E" w14:textId="77777777" w:rsidR="00EF34B1" w:rsidRDefault="00000000">
      <w:pPr>
        <w:pStyle w:val="ListBullet"/>
        <w:spacing w:after="60"/>
        <w:ind w:left="720"/>
      </w:pPr>
      <w:r>
        <w:t>Consider family, friends, co-workers, or doing activity alone.</w:t>
      </w:r>
    </w:p>
    <w:p w14:paraId="53BB1FFA" w14:textId="77777777" w:rsidR="00EF34B1" w:rsidRDefault="00000000">
      <w:r>
        <w:rPr>
          <w:b/>
        </w:rPr>
        <w:t>Built and Physical Environmental Influences</w:t>
      </w:r>
    </w:p>
    <w:p w14:paraId="4CC6A56B" w14:textId="77777777" w:rsidR="00EF34B1" w:rsidRDefault="00000000">
      <w:pPr>
        <w:pStyle w:val="ListNumber"/>
        <w:spacing w:after="120"/>
      </w:pPr>
      <w:r>
        <w:t>Are there places where you are more active?</w:t>
      </w:r>
    </w:p>
    <w:p w14:paraId="7BC4CD6A" w14:textId="77777777" w:rsidR="00EF34B1" w:rsidRDefault="00000000">
      <w:pPr>
        <w:pStyle w:val="ListBullet"/>
        <w:spacing w:after="60"/>
        <w:ind w:left="720"/>
      </w:pPr>
      <w:r>
        <w:t>Are there things about your environment that make it harder to do physical activity?</w:t>
      </w:r>
    </w:p>
    <w:p w14:paraId="480949A7" w14:textId="77777777" w:rsidR="00EF34B1" w:rsidRDefault="00000000">
      <w:pPr>
        <w:pStyle w:val="ListBullet"/>
        <w:spacing w:after="60"/>
        <w:ind w:left="720"/>
      </w:pPr>
      <w:r>
        <w:t>What in your environment makes it easier to do physical activity?</w:t>
      </w:r>
    </w:p>
    <w:p w14:paraId="275B661C" w14:textId="77777777" w:rsidR="00EF34B1" w:rsidRDefault="00000000">
      <w:pPr>
        <w:pStyle w:val="ListBullet"/>
        <w:spacing w:after="60"/>
        <w:ind w:left="720"/>
      </w:pPr>
      <w:r>
        <w:t>Think of places where you are most active. This could include public spaces such as parks, community center classes, church, or home.</w:t>
      </w:r>
    </w:p>
    <w:p w14:paraId="7868FCDC" w14:textId="77777777" w:rsidR="00EF34B1" w:rsidRDefault="00000000">
      <w:pPr>
        <w:pStyle w:val="ListBullet"/>
        <w:spacing w:after="60"/>
        <w:ind w:left="720"/>
      </w:pPr>
      <w:r>
        <w:t>Think of other features of your environment, such as weather, scenery, access to space, and surrounding conditions.</w:t>
      </w:r>
    </w:p>
    <w:p w14:paraId="6EB98911" w14:textId="77777777" w:rsidR="00EF34B1" w:rsidRDefault="00000000">
      <w:r>
        <w:rPr>
          <w:b/>
        </w:rPr>
        <w:t>Background and Community Perspectives</w:t>
      </w:r>
    </w:p>
    <w:p w14:paraId="5ECC48D6" w14:textId="77777777" w:rsidR="00EF34B1" w:rsidRDefault="00000000">
      <w:pPr>
        <w:pStyle w:val="ListNumber"/>
        <w:spacing w:after="120"/>
      </w:pPr>
      <w:r>
        <w:t>As you were growing up, what kind of activities did the women in your family do?</w:t>
      </w:r>
    </w:p>
    <w:p w14:paraId="5E1316BA" w14:textId="77777777" w:rsidR="00EF34B1" w:rsidRDefault="00000000">
      <w:pPr>
        <w:pStyle w:val="ListNumber"/>
        <w:spacing w:after="120"/>
      </w:pPr>
      <w:r>
        <w:lastRenderedPageBreak/>
        <w:t>If you were the governor of West Virginia, what would you do to help women become physically active?</w:t>
      </w:r>
    </w:p>
    <w:p w14:paraId="1D5BC75F" w14:textId="77777777" w:rsidR="00EF34B1" w:rsidRDefault="00000000">
      <w:r>
        <w:rPr>
          <w:b/>
        </w:rPr>
        <w:t>Closing Question</w:t>
      </w:r>
    </w:p>
    <w:p w14:paraId="64FC4D45" w14:textId="77777777" w:rsidR="00EF34B1" w:rsidRDefault="00000000">
      <w:pPr>
        <w:pStyle w:val="ListNumber"/>
        <w:spacing w:after="120"/>
      </w:pPr>
      <w:r>
        <w:t>What would you like to add that we have not talked about today?</w:t>
      </w:r>
    </w:p>
    <w:p w14:paraId="3E2D2E07" w14:textId="77777777" w:rsidR="00EF34B1" w:rsidRDefault="00000000">
      <w:pPr>
        <w:pStyle w:val="ListBullet"/>
        <w:spacing w:after="60"/>
        <w:ind w:left="720"/>
      </w:pPr>
      <w:r>
        <w:t>Consider motivators, barriers, environmental factors, and cultural influences.</w:t>
      </w:r>
    </w:p>
    <w:sectPr w:rsidR="00EF34B1" w:rsidSect="0003461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3C32B" w14:textId="77777777" w:rsidR="00E42499" w:rsidRDefault="00E42499">
      <w:pPr>
        <w:spacing w:after="0" w:line="240" w:lineRule="auto"/>
      </w:pPr>
      <w:r>
        <w:separator/>
      </w:r>
    </w:p>
  </w:endnote>
  <w:endnote w:type="continuationSeparator" w:id="0">
    <w:p w14:paraId="546D38CD" w14:textId="77777777" w:rsidR="00E42499" w:rsidRDefault="00E42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1808C" w14:textId="77777777" w:rsidR="00EF34B1" w:rsidRDefault="00000000">
    <w:pPr>
      <w:pStyle w:val="Footer"/>
      <w:jc w:val="center"/>
    </w:pPr>
    <w:r>
      <w:fldChar w:fldCharType="begin"/>
    </w:r>
    <w:r>
      <w:instrText>PAGE</w:instrText>
    </w:r>
    <w:r w:rsidR="00DD7B62">
      <w:fldChar w:fldCharType="separate"/>
    </w:r>
    <w:r w:rsidR="00DD7B6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CCA64" w14:textId="77777777" w:rsidR="00E42499" w:rsidRDefault="00E42499">
      <w:pPr>
        <w:spacing w:after="0" w:line="240" w:lineRule="auto"/>
      </w:pPr>
      <w:r>
        <w:separator/>
      </w:r>
    </w:p>
  </w:footnote>
  <w:footnote w:type="continuationSeparator" w:id="0">
    <w:p w14:paraId="38122723" w14:textId="77777777" w:rsidR="00E42499" w:rsidRDefault="00E424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53743424">
    <w:abstractNumId w:val="8"/>
  </w:num>
  <w:num w:numId="2" w16cid:durableId="2101485225">
    <w:abstractNumId w:val="6"/>
  </w:num>
  <w:num w:numId="3" w16cid:durableId="1133674042">
    <w:abstractNumId w:val="5"/>
  </w:num>
  <w:num w:numId="4" w16cid:durableId="2027899168">
    <w:abstractNumId w:val="4"/>
  </w:num>
  <w:num w:numId="5" w16cid:durableId="1513493427">
    <w:abstractNumId w:val="7"/>
  </w:num>
  <w:num w:numId="6" w16cid:durableId="2050259849">
    <w:abstractNumId w:val="3"/>
  </w:num>
  <w:num w:numId="7" w16cid:durableId="431821326">
    <w:abstractNumId w:val="2"/>
  </w:num>
  <w:num w:numId="8" w16cid:durableId="33116492">
    <w:abstractNumId w:val="1"/>
  </w:num>
  <w:num w:numId="9" w16cid:durableId="42681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AA1D8D"/>
    <w:rsid w:val="00B47730"/>
    <w:rsid w:val="00CB0664"/>
    <w:rsid w:val="00DD7B62"/>
    <w:rsid w:val="00E42499"/>
    <w:rsid w:val="00EF34B1"/>
    <w:rsid w:val="00F31E1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6BB2DF"/>
  <w14:defaultImageDpi w14:val="300"/>
  <w15:docId w15:val="{62EE75E3-FF88-46BF-8C1D-1B52B479E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341</Words>
  <Characters>1947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Karen Anderson-Webb</cp:lastModifiedBy>
  <cp:revision>2</cp:revision>
  <dcterms:created xsi:type="dcterms:W3CDTF">2026-05-03T20:21:00Z</dcterms:created>
  <dcterms:modified xsi:type="dcterms:W3CDTF">2026-05-03T20:21:00Z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e3df4ba3-b2b2-4ffe-ba0a-bb999a925345</vt:lpwstr>
  </property>
</Properties>
</file>