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B5919" w14:textId="77777777" w:rsidR="005503B4" w:rsidRPr="00EE6DD3" w:rsidRDefault="005503B4" w:rsidP="005503B4">
      <w:pPr>
        <w:pStyle w:val="Heading1"/>
        <w:rPr>
          <w:rFonts w:ascii="Times New Roman" w:hAnsi="Times New Roman" w:cs="Times New Roman"/>
          <w:color w:val="auto"/>
        </w:rPr>
      </w:pPr>
      <w:r w:rsidRPr="00EE6DD3">
        <w:rPr>
          <w:rFonts w:ascii="Times New Roman" w:hAnsi="Times New Roman" w:cs="Times New Roman"/>
          <w:color w:val="auto"/>
        </w:rPr>
        <w:t>Supplementary Information</w:t>
      </w:r>
    </w:p>
    <w:p w14:paraId="7C05E2C1" w14:textId="77777777" w:rsidR="005503B4" w:rsidRPr="00EE6DD3" w:rsidRDefault="005503B4" w:rsidP="005503B4">
      <w:pPr>
        <w:pStyle w:val="Heading2"/>
        <w:rPr>
          <w:rFonts w:ascii="Times New Roman" w:hAnsi="Times New Roman" w:cs="Times New Roman"/>
          <w:color w:val="auto"/>
        </w:rPr>
      </w:pPr>
      <w:r w:rsidRPr="00EE6DD3">
        <w:rPr>
          <w:rFonts w:ascii="Times New Roman" w:hAnsi="Times New Roman" w:cs="Times New Roman"/>
          <w:color w:val="auto"/>
          <w:sz w:val="28"/>
        </w:rPr>
        <w:t>Supplementary Results for RQ1</w:t>
      </w:r>
    </w:p>
    <w:p w14:paraId="08D8FBAE" w14:textId="77777777" w:rsidR="005503B4" w:rsidRPr="00EE6DD3" w:rsidRDefault="005503B4" w:rsidP="005503B4">
      <w:r w:rsidRPr="00EE6DD3">
        <w:rPr>
          <w:rFonts w:eastAsia="SimSun"/>
          <w:sz w:val="22"/>
        </w:rPr>
        <w:t>This section provides per-SDG detail and supplementary diagnostics for RQ1. Its purpose is to clarify why the main text interprets LLM scores as a conservative semantic-intensity signal rather than directly treating them as rule labels or probability outputs.</w:t>
      </w:r>
    </w:p>
    <w:p w14:paraId="073BF58A" w14:textId="77777777" w:rsidR="005503B4" w:rsidRPr="00EE6DD3" w:rsidRDefault="005503B4" w:rsidP="005503B4">
      <w:pPr>
        <w:pStyle w:val="Heading3"/>
        <w:rPr>
          <w:rFonts w:cs="Times New Roman"/>
          <w:color w:val="auto"/>
        </w:rPr>
      </w:pPr>
      <w:r w:rsidRPr="00EE6DD3">
        <w:rPr>
          <w:rFonts w:eastAsia="SimSun" w:cs="Times New Roman"/>
          <w:color w:val="auto"/>
        </w:rPr>
        <w:t>S1.1 Per-SDG Ranking Metrics and Baseline Adjustment</w:t>
      </w:r>
    </w:p>
    <w:p w14:paraId="224772DF" w14:textId="77777777" w:rsidR="005503B4" w:rsidRPr="000A1A0B" w:rsidRDefault="005503B4" w:rsidP="005503B4">
      <w:pPr>
        <w:rPr>
          <w:u w:val="words"/>
        </w:rPr>
      </w:pPr>
      <w:r w:rsidRPr="00EE6DD3">
        <w:rPr>
          <w:rFonts w:eastAsia="SimSun"/>
          <w:sz w:val="22"/>
        </w:rPr>
        <w:t xml:space="preserve">Table S1A reports the full ranking results for all 17 SDGs under Aurora and Elsevier, including positive-set size, positive rate, raw AUPRC, ROC-AUC, and baseline-adjusted gain. It provides per-goal evidence for </w:t>
      </w:r>
      <w:r w:rsidRPr="000A1A0B">
        <w:rPr>
          <w:rFonts w:eastAsia="SimSun"/>
          <w:sz w:val="22"/>
          <w:u w:val="words"/>
        </w:rPr>
        <w:t>the</w:t>
      </w:r>
      <w:r w:rsidRPr="00EE6DD3">
        <w:rPr>
          <w:rFonts w:eastAsia="SimSun"/>
          <w:sz w:val="22"/>
        </w:rPr>
        <w:t xml:space="preserve"> main-text judgment that raw AUPRC should be interpreted alongside the prevalence baseline.</w:t>
      </w:r>
    </w:p>
    <w:p w14:paraId="2A0E9048" w14:textId="77777777" w:rsidR="005503B4" w:rsidRPr="00EE6DD3" w:rsidRDefault="005503B4" w:rsidP="005503B4">
      <w:pPr>
        <w:pStyle w:val="Caption"/>
        <w:rPr>
          <w:color w:val="auto"/>
        </w:rPr>
      </w:pPr>
      <w:r w:rsidRPr="00EE6DD3">
        <w:rPr>
          <w:b w:val="0"/>
          <w:color w:val="auto"/>
          <w:sz w:val="20"/>
        </w:rPr>
        <w:t>Table S1A. Per-SDG ranking metrics and prevalence-adjusted AUPRC gain.</w:t>
      </w:r>
    </w:p>
    <w:tbl>
      <w:tblPr>
        <w:tblStyle w:val="PaperFormat"/>
        <w:tblW w:w="0" w:type="auto"/>
        <w:tblLook w:val="04A0" w:firstRow="1" w:lastRow="0" w:firstColumn="1" w:lastColumn="0" w:noHBand="0" w:noVBand="1"/>
      </w:tblPr>
      <w:tblGrid>
        <w:gridCol w:w="786"/>
        <w:gridCol w:w="785"/>
        <w:gridCol w:w="784"/>
        <w:gridCol w:w="785"/>
        <w:gridCol w:w="784"/>
        <w:gridCol w:w="784"/>
        <w:gridCol w:w="785"/>
        <w:gridCol w:w="784"/>
        <w:gridCol w:w="785"/>
        <w:gridCol w:w="784"/>
        <w:gridCol w:w="784"/>
      </w:tblGrid>
      <w:tr w:rsidR="005503B4" w:rsidRPr="00EE6DD3" w14:paraId="5EE14ABA" w14:textId="77777777" w:rsidTr="00D65017">
        <w:tc>
          <w:tcPr>
            <w:tcW w:w="785" w:type="dxa"/>
          </w:tcPr>
          <w:p w14:paraId="0BC1E7A3" w14:textId="77777777" w:rsidR="005503B4" w:rsidRPr="00EE6DD3" w:rsidRDefault="005503B4" w:rsidP="00D65017">
            <w:r w:rsidRPr="00EE6DD3">
              <w:rPr>
                <w:rFonts w:eastAsia="SimSun"/>
                <w:b/>
                <w:sz w:val="14"/>
              </w:rPr>
              <w:t>SDG</w:t>
            </w:r>
          </w:p>
        </w:tc>
        <w:tc>
          <w:tcPr>
            <w:tcW w:w="785" w:type="dxa"/>
          </w:tcPr>
          <w:p w14:paraId="28E004A6" w14:textId="77777777" w:rsidR="005503B4" w:rsidRPr="00EE6DD3" w:rsidRDefault="005503B4" w:rsidP="00D65017">
            <w:pPr>
              <w:jc w:val="center"/>
            </w:pPr>
            <w:r w:rsidRPr="00EE6DD3">
              <w:rPr>
                <w:rFonts w:eastAsia="SimSun"/>
                <w:b/>
                <w:sz w:val="14"/>
              </w:rPr>
              <w:t>Support A</w:t>
            </w:r>
          </w:p>
        </w:tc>
        <w:tc>
          <w:tcPr>
            <w:tcW w:w="785" w:type="dxa"/>
          </w:tcPr>
          <w:p w14:paraId="351F2321" w14:textId="77777777" w:rsidR="005503B4" w:rsidRPr="00EE6DD3" w:rsidRDefault="005503B4" w:rsidP="00D65017">
            <w:pPr>
              <w:jc w:val="center"/>
            </w:pPr>
            <w:r w:rsidRPr="00EE6DD3">
              <w:rPr>
                <w:rFonts w:eastAsia="SimSun"/>
                <w:b/>
                <w:sz w:val="14"/>
              </w:rPr>
              <w:t>Prev A</w:t>
            </w:r>
          </w:p>
        </w:tc>
        <w:tc>
          <w:tcPr>
            <w:tcW w:w="785" w:type="dxa"/>
          </w:tcPr>
          <w:p w14:paraId="06938621" w14:textId="77777777" w:rsidR="005503B4" w:rsidRPr="00EE6DD3" w:rsidRDefault="005503B4" w:rsidP="00D65017">
            <w:pPr>
              <w:jc w:val="center"/>
            </w:pPr>
            <w:r w:rsidRPr="00EE6DD3">
              <w:rPr>
                <w:rFonts w:eastAsia="SimSun"/>
                <w:b/>
                <w:sz w:val="14"/>
              </w:rPr>
              <w:t>AUPRC A</w:t>
            </w:r>
          </w:p>
        </w:tc>
        <w:tc>
          <w:tcPr>
            <w:tcW w:w="785" w:type="dxa"/>
          </w:tcPr>
          <w:p w14:paraId="648D4AFF" w14:textId="77777777" w:rsidR="005503B4" w:rsidRPr="00EE6DD3" w:rsidRDefault="005503B4" w:rsidP="00D65017">
            <w:pPr>
              <w:jc w:val="center"/>
            </w:pPr>
            <w:r w:rsidRPr="00EE6DD3">
              <w:rPr>
                <w:rFonts w:eastAsia="SimSun"/>
                <w:b/>
                <w:sz w:val="14"/>
              </w:rPr>
              <w:t>ROC-AUC A</w:t>
            </w:r>
          </w:p>
        </w:tc>
        <w:tc>
          <w:tcPr>
            <w:tcW w:w="785" w:type="dxa"/>
          </w:tcPr>
          <w:p w14:paraId="1B82FC85" w14:textId="77777777" w:rsidR="005503B4" w:rsidRPr="00EE6DD3" w:rsidRDefault="005503B4" w:rsidP="00D65017">
            <w:pPr>
              <w:jc w:val="center"/>
            </w:pPr>
            <w:r w:rsidRPr="00EE6DD3">
              <w:rPr>
                <w:rFonts w:eastAsia="SimSun"/>
                <w:b/>
                <w:sz w:val="14"/>
              </w:rPr>
              <w:t>Lift A</w:t>
            </w:r>
          </w:p>
        </w:tc>
        <w:tc>
          <w:tcPr>
            <w:tcW w:w="785" w:type="dxa"/>
          </w:tcPr>
          <w:p w14:paraId="0B1E32AB" w14:textId="77777777" w:rsidR="005503B4" w:rsidRPr="00EE6DD3" w:rsidRDefault="005503B4" w:rsidP="00D65017">
            <w:pPr>
              <w:jc w:val="center"/>
            </w:pPr>
            <w:r w:rsidRPr="00EE6DD3">
              <w:rPr>
                <w:rFonts w:eastAsia="SimSun"/>
                <w:b/>
                <w:sz w:val="14"/>
              </w:rPr>
              <w:t>Support E</w:t>
            </w:r>
          </w:p>
        </w:tc>
        <w:tc>
          <w:tcPr>
            <w:tcW w:w="785" w:type="dxa"/>
          </w:tcPr>
          <w:p w14:paraId="208A6E04" w14:textId="77777777" w:rsidR="005503B4" w:rsidRPr="00EE6DD3" w:rsidRDefault="005503B4" w:rsidP="00D65017">
            <w:pPr>
              <w:jc w:val="center"/>
            </w:pPr>
            <w:r w:rsidRPr="00EE6DD3">
              <w:rPr>
                <w:rFonts w:eastAsia="SimSun"/>
                <w:b/>
                <w:sz w:val="14"/>
              </w:rPr>
              <w:t>Prev E</w:t>
            </w:r>
          </w:p>
        </w:tc>
        <w:tc>
          <w:tcPr>
            <w:tcW w:w="785" w:type="dxa"/>
          </w:tcPr>
          <w:p w14:paraId="79AB4327" w14:textId="77777777" w:rsidR="005503B4" w:rsidRPr="00EE6DD3" w:rsidRDefault="005503B4" w:rsidP="00D65017">
            <w:pPr>
              <w:jc w:val="center"/>
            </w:pPr>
            <w:r w:rsidRPr="00EE6DD3">
              <w:rPr>
                <w:rFonts w:eastAsia="SimSun"/>
                <w:b/>
                <w:sz w:val="14"/>
              </w:rPr>
              <w:t>AUPRC E</w:t>
            </w:r>
          </w:p>
        </w:tc>
        <w:tc>
          <w:tcPr>
            <w:tcW w:w="785" w:type="dxa"/>
          </w:tcPr>
          <w:p w14:paraId="3A3C15BF" w14:textId="77777777" w:rsidR="005503B4" w:rsidRPr="00EE6DD3" w:rsidRDefault="005503B4" w:rsidP="00D65017">
            <w:pPr>
              <w:jc w:val="center"/>
            </w:pPr>
            <w:r w:rsidRPr="00EE6DD3">
              <w:rPr>
                <w:rFonts w:eastAsia="SimSun"/>
                <w:b/>
                <w:sz w:val="14"/>
              </w:rPr>
              <w:t>ROC-AUC E</w:t>
            </w:r>
          </w:p>
        </w:tc>
        <w:tc>
          <w:tcPr>
            <w:tcW w:w="785" w:type="dxa"/>
          </w:tcPr>
          <w:p w14:paraId="2E1B0D7D" w14:textId="77777777" w:rsidR="005503B4" w:rsidRPr="00EE6DD3" w:rsidRDefault="005503B4" w:rsidP="00D65017">
            <w:pPr>
              <w:jc w:val="center"/>
            </w:pPr>
            <w:r w:rsidRPr="00EE6DD3">
              <w:rPr>
                <w:rFonts w:eastAsia="SimSun"/>
                <w:b/>
                <w:sz w:val="14"/>
              </w:rPr>
              <w:t>Lift E</w:t>
            </w:r>
          </w:p>
        </w:tc>
      </w:tr>
      <w:tr w:rsidR="005503B4" w:rsidRPr="00EE6DD3" w14:paraId="57AF044B" w14:textId="77777777" w:rsidTr="00D65017">
        <w:tc>
          <w:tcPr>
            <w:tcW w:w="785" w:type="dxa"/>
          </w:tcPr>
          <w:p w14:paraId="03FCA501" w14:textId="77777777" w:rsidR="005503B4" w:rsidRPr="00EE6DD3" w:rsidRDefault="005503B4" w:rsidP="00D65017">
            <w:r w:rsidRPr="00EE6DD3">
              <w:rPr>
                <w:rFonts w:eastAsia="SimSun"/>
                <w:sz w:val="14"/>
              </w:rPr>
              <w:t>SDG1</w:t>
            </w:r>
          </w:p>
        </w:tc>
        <w:tc>
          <w:tcPr>
            <w:tcW w:w="785" w:type="dxa"/>
          </w:tcPr>
          <w:p w14:paraId="0E52CC44" w14:textId="77777777" w:rsidR="005503B4" w:rsidRPr="00EE6DD3" w:rsidRDefault="005503B4" w:rsidP="00D65017">
            <w:pPr>
              <w:jc w:val="center"/>
            </w:pPr>
            <w:r w:rsidRPr="00EE6DD3">
              <w:rPr>
                <w:rFonts w:eastAsia="SimSun"/>
                <w:sz w:val="14"/>
              </w:rPr>
              <w:t>1120315</w:t>
            </w:r>
          </w:p>
        </w:tc>
        <w:tc>
          <w:tcPr>
            <w:tcW w:w="785" w:type="dxa"/>
          </w:tcPr>
          <w:p w14:paraId="19730953" w14:textId="77777777" w:rsidR="005503B4" w:rsidRPr="00EE6DD3" w:rsidRDefault="005503B4" w:rsidP="00D65017">
            <w:pPr>
              <w:jc w:val="center"/>
            </w:pPr>
            <w:r w:rsidRPr="00EE6DD3">
              <w:rPr>
                <w:rFonts w:eastAsia="SimSun"/>
                <w:sz w:val="14"/>
              </w:rPr>
              <w:t>0.633</w:t>
            </w:r>
          </w:p>
        </w:tc>
        <w:tc>
          <w:tcPr>
            <w:tcW w:w="785" w:type="dxa"/>
          </w:tcPr>
          <w:p w14:paraId="6D39669A" w14:textId="77777777" w:rsidR="005503B4" w:rsidRPr="00EE6DD3" w:rsidRDefault="005503B4" w:rsidP="00D65017">
            <w:pPr>
              <w:jc w:val="center"/>
            </w:pPr>
            <w:r w:rsidRPr="00EE6DD3">
              <w:rPr>
                <w:rFonts w:eastAsia="SimSun"/>
                <w:sz w:val="14"/>
              </w:rPr>
              <w:t>0.681</w:t>
            </w:r>
          </w:p>
        </w:tc>
        <w:tc>
          <w:tcPr>
            <w:tcW w:w="785" w:type="dxa"/>
          </w:tcPr>
          <w:p w14:paraId="4E221DA7" w14:textId="77777777" w:rsidR="005503B4" w:rsidRPr="00EE6DD3" w:rsidRDefault="005503B4" w:rsidP="00D65017">
            <w:pPr>
              <w:jc w:val="center"/>
            </w:pPr>
            <w:r w:rsidRPr="00EE6DD3">
              <w:rPr>
                <w:rFonts w:eastAsia="SimSun"/>
                <w:sz w:val="14"/>
              </w:rPr>
              <w:t>0.567</w:t>
            </w:r>
          </w:p>
        </w:tc>
        <w:tc>
          <w:tcPr>
            <w:tcW w:w="785" w:type="dxa"/>
          </w:tcPr>
          <w:p w14:paraId="0DD86550" w14:textId="77777777" w:rsidR="005503B4" w:rsidRPr="00EE6DD3" w:rsidRDefault="005503B4" w:rsidP="00D65017">
            <w:pPr>
              <w:jc w:val="center"/>
            </w:pPr>
            <w:r w:rsidRPr="00EE6DD3">
              <w:rPr>
                <w:rFonts w:eastAsia="SimSun"/>
                <w:sz w:val="14"/>
              </w:rPr>
              <w:t>0.047</w:t>
            </w:r>
          </w:p>
        </w:tc>
        <w:tc>
          <w:tcPr>
            <w:tcW w:w="785" w:type="dxa"/>
          </w:tcPr>
          <w:p w14:paraId="41B37924" w14:textId="77777777" w:rsidR="005503B4" w:rsidRPr="00EE6DD3" w:rsidRDefault="005503B4" w:rsidP="00D65017">
            <w:pPr>
              <w:jc w:val="center"/>
            </w:pPr>
            <w:r w:rsidRPr="00EE6DD3">
              <w:rPr>
                <w:rFonts w:eastAsia="SimSun"/>
                <w:sz w:val="14"/>
              </w:rPr>
              <w:t>1136305</w:t>
            </w:r>
          </w:p>
        </w:tc>
        <w:tc>
          <w:tcPr>
            <w:tcW w:w="785" w:type="dxa"/>
          </w:tcPr>
          <w:p w14:paraId="1D3B3412" w14:textId="77777777" w:rsidR="005503B4" w:rsidRPr="00EE6DD3" w:rsidRDefault="005503B4" w:rsidP="00D65017">
            <w:pPr>
              <w:jc w:val="center"/>
            </w:pPr>
            <w:r w:rsidRPr="00EE6DD3">
              <w:rPr>
                <w:rFonts w:eastAsia="SimSun"/>
                <w:sz w:val="14"/>
              </w:rPr>
              <w:t>0.642</w:t>
            </w:r>
          </w:p>
        </w:tc>
        <w:tc>
          <w:tcPr>
            <w:tcW w:w="785" w:type="dxa"/>
          </w:tcPr>
          <w:p w14:paraId="03494FCA" w14:textId="77777777" w:rsidR="005503B4" w:rsidRPr="00EE6DD3" w:rsidRDefault="005503B4" w:rsidP="00D65017">
            <w:pPr>
              <w:jc w:val="center"/>
            </w:pPr>
            <w:r w:rsidRPr="00EE6DD3">
              <w:rPr>
                <w:rFonts w:eastAsia="SimSun"/>
                <w:sz w:val="14"/>
              </w:rPr>
              <w:t>0.696</w:t>
            </w:r>
          </w:p>
        </w:tc>
        <w:tc>
          <w:tcPr>
            <w:tcW w:w="785" w:type="dxa"/>
          </w:tcPr>
          <w:p w14:paraId="2E86A32B" w14:textId="77777777" w:rsidR="005503B4" w:rsidRPr="00EE6DD3" w:rsidRDefault="005503B4" w:rsidP="00D65017">
            <w:pPr>
              <w:jc w:val="center"/>
            </w:pPr>
            <w:r w:rsidRPr="00EE6DD3">
              <w:rPr>
                <w:rFonts w:eastAsia="SimSun"/>
                <w:sz w:val="14"/>
              </w:rPr>
              <w:t>0.577</w:t>
            </w:r>
          </w:p>
        </w:tc>
        <w:tc>
          <w:tcPr>
            <w:tcW w:w="785" w:type="dxa"/>
          </w:tcPr>
          <w:p w14:paraId="7E2E7798" w14:textId="77777777" w:rsidR="005503B4" w:rsidRPr="00EE6DD3" w:rsidRDefault="005503B4" w:rsidP="00D65017">
            <w:pPr>
              <w:jc w:val="center"/>
            </w:pPr>
            <w:r w:rsidRPr="00EE6DD3">
              <w:rPr>
                <w:rFonts w:eastAsia="SimSun"/>
                <w:sz w:val="14"/>
              </w:rPr>
              <w:t>0.054</w:t>
            </w:r>
          </w:p>
        </w:tc>
      </w:tr>
      <w:tr w:rsidR="005503B4" w:rsidRPr="00EE6DD3" w14:paraId="71B78CE7" w14:textId="77777777" w:rsidTr="00D65017">
        <w:tc>
          <w:tcPr>
            <w:tcW w:w="785" w:type="dxa"/>
          </w:tcPr>
          <w:p w14:paraId="704497AC" w14:textId="77777777" w:rsidR="005503B4" w:rsidRPr="00EE6DD3" w:rsidRDefault="005503B4" w:rsidP="00D65017">
            <w:r w:rsidRPr="00EE6DD3">
              <w:rPr>
                <w:rFonts w:eastAsia="SimSun"/>
                <w:sz w:val="14"/>
              </w:rPr>
              <w:t>SDG2</w:t>
            </w:r>
          </w:p>
        </w:tc>
        <w:tc>
          <w:tcPr>
            <w:tcW w:w="785" w:type="dxa"/>
          </w:tcPr>
          <w:p w14:paraId="127B86F1" w14:textId="77777777" w:rsidR="005503B4" w:rsidRPr="00EE6DD3" w:rsidRDefault="005503B4" w:rsidP="00D65017">
            <w:pPr>
              <w:jc w:val="center"/>
            </w:pPr>
            <w:r w:rsidRPr="00EE6DD3">
              <w:rPr>
                <w:rFonts w:eastAsia="SimSun"/>
                <w:sz w:val="14"/>
              </w:rPr>
              <w:t>1205477</w:t>
            </w:r>
          </w:p>
        </w:tc>
        <w:tc>
          <w:tcPr>
            <w:tcW w:w="785" w:type="dxa"/>
          </w:tcPr>
          <w:p w14:paraId="27F47CC8" w14:textId="77777777" w:rsidR="005503B4" w:rsidRPr="00EE6DD3" w:rsidRDefault="005503B4" w:rsidP="00D65017">
            <w:pPr>
              <w:jc w:val="center"/>
            </w:pPr>
            <w:r w:rsidRPr="00EE6DD3">
              <w:rPr>
                <w:rFonts w:eastAsia="SimSun"/>
                <w:sz w:val="14"/>
              </w:rPr>
              <w:t>0.681</w:t>
            </w:r>
          </w:p>
        </w:tc>
        <w:tc>
          <w:tcPr>
            <w:tcW w:w="785" w:type="dxa"/>
          </w:tcPr>
          <w:p w14:paraId="6963C518" w14:textId="77777777" w:rsidR="005503B4" w:rsidRPr="00EE6DD3" w:rsidRDefault="005503B4" w:rsidP="00D65017">
            <w:pPr>
              <w:jc w:val="center"/>
            </w:pPr>
            <w:r w:rsidRPr="00EE6DD3">
              <w:rPr>
                <w:rFonts w:eastAsia="SimSun"/>
                <w:sz w:val="14"/>
              </w:rPr>
              <w:t>0.711</w:t>
            </w:r>
          </w:p>
        </w:tc>
        <w:tc>
          <w:tcPr>
            <w:tcW w:w="785" w:type="dxa"/>
          </w:tcPr>
          <w:p w14:paraId="338D0BA7" w14:textId="77777777" w:rsidR="005503B4" w:rsidRPr="00EE6DD3" w:rsidRDefault="005503B4" w:rsidP="00D65017">
            <w:pPr>
              <w:jc w:val="center"/>
            </w:pPr>
            <w:r w:rsidRPr="00EE6DD3">
              <w:rPr>
                <w:rFonts w:eastAsia="SimSun"/>
                <w:sz w:val="14"/>
              </w:rPr>
              <w:t>0.546</w:t>
            </w:r>
          </w:p>
        </w:tc>
        <w:tc>
          <w:tcPr>
            <w:tcW w:w="785" w:type="dxa"/>
          </w:tcPr>
          <w:p w14:paraId="4504C8A7" w14:textId="77777777" w:rsidR="005503B4" w:rsidRPr="00EE6DD3" w:rsidRDefault="005503B4" w:rsidP="00D65017">
            <w:pPr>
              <w:jc w:val="center"/>
            </w:pPr>
            <w:r w:rsidRPr="00EE6DD3">
              <w:rPr>
                <w:rFonts w:eastAsia="SimSun"/>
                <w:sz w:val="14"/>
              </w:rPr>
              <w:t>0.029</w:t>
            </w:r>
          </w:p>
        </w:tc>
        <w:tc>
          <w:tcPr>
            <w:tcW w:w="785" w:type="dxa"/>
          </w:tcPr>
          <w:p w14:paraId="63929757" w14:textId="77777777" w:rsidR="005503B4" w:rsidRPr="00EE6DD3" w:rsidRDefault="005503B4" w:rsidP="00D65017">
            <w:pPr>
              <w:jc w:val="center"/>
            </w:pPr>
            <w:r w:rsidRPr="00EE6DD3">
              <w:rPr>
                <w:rFonts w:eastAsia="SimSun"/>
                <w:sz w:val="14"/>
              </w:rPr>
              <w:t>1162611</w:t>
            </w:r>
          </w:p>
        </w:tc>
        <w:tc>
          <w:tcPr>
            <w:tcW w:w="785" w:type="dxa"/>
          </w:tcPr>
          <w:p w14:paraId="09C4DB4C" w14:textId="77777777" w:rsidR="005503B4" w:rsidRPr="00EE6DD3" w:rsidRDefault="005503B4" w:rsidP="00D65017">
            <w:pPr>
              <w:jc w:val="center"/>
            </w:pPr>
            <w:r w:rsidRPr="00EE6DD3">
              <w:rPr>
                <w:rFonts w:eastAsia="SimSun"/>
                <w:sz w:val="14"/>
              </w:rPr>
              <w:t>0.657</w:t>
            </w:r>
          </w:p>
        </w:tc>
        <w:tc>
          <w:tcPr>
            <w:tcW w:w="785" w:type="dxa"/>
          </w:tcPr>
          <w:p w14:paraId="601D9B4B" w14:textId="77777777" w:rsidR="005503B4" w:rsidRPr="00EE6DD3" w:rsidRDefault="005503B4" w:rsidP="00D65017">
            <w:pPr>
              <w:jc w:val="center"/>
            </w:pPr>
            <w:r w:rsidRPr="00EE6DD3">
              <w:rPr>
                <w:rFonts w:eastAsia="SimSun"/>
                <w:sz w:val="14"/>
              </w:rPr>
              <w:t>0.700</w:t>
            </w:r>
          </w:p>
        </w:tc>
        <w:tc>
          <w:tcPr>
            <w:tcW w:w="785" w:type="dxa"/>
          </w:tcPr>
          <w:p w14:paraId="6ADB7E49" w14:textId="77777777" w:rsidR="005503B4" w:rsidRPr="00EE6DD3" w:rsidRDefault="005503B4" w:rsidP="00D65017">
            <w:pPr>
              <w:jc w:val="center"/>
            </w:pPr>
            <w:r w:rsidRPr="00EE6DD3">
              <w:rPr>
                <w:rFonts w:eastAsia="SimSun"/>
                <w:sz w:val="14"/>
              </w:rPr>
              <w:t>0.561</w:t>
            </w:r>
          </w:p>
        </w:tc>
        <w:tc>
          <w:tcPr>
            <w:tcW w:w="785" w:type="dxa"/>
          </w:tcPr>
          <w:p w14:paraId="0188A1E5" w14:textId="77777777" w:rsidR="005503B4" w:rsidRPr="00EE6DD3" w:rsidRDefault="005503B4" w:rsidP="00D65017">
            <w:pPr>
              <w:jc w:val="center"/>
            </w:pPr>
            <w:r w:rsidRPr="00EE6DD3">
              <w:rPr>
                <w:rFonts w:eastAsia="SimSun"/>
                <w:sz w:val="14"/>
              </w:rPr>
              <w:t>0.043</w:t>
            </w:r>
          </w:p>
        </w:tc>
      </w:tr>
      <w:tr w:rsidR="005503B4" w:rsidRPr="00EE6DD3" w14:paraId="77FC082B" w14:textId="77777777" w:rsidTr="00D65017">
        <w:tc>
          <w:tcPr>
            <w:tcW w:w="785" w:type="dxa"/>
          </w:tcPr>
          <w:p w14:paraId="29A57B66" w14:textId="77777777" w:rsidR="005503B4" w:rsidRPr="00EE6DD3" w:rsidRDefault="005503B4" w:rsidP="00D65017">
            <w:r w:rsidRPr="00EE6DD3">
              <w:rPr>
                <w:rFonts w:eastAsia="SimSun"/>
                <w:sz w:val="14"/>
              </w:rPr>
              <w:t>SDG3</w:t>
            </w:r>
          </w:p>
        </w:tc>
        <w:tc>
          <w:tcPr>
            <w:tcW w:w="785" w:type="dxa"/>
          </w:tcPr>
          <w:p w14:paraId="4C7BB246" w14:textId="77777777" w:rsidR="005503B4" w:rsidRPr="00EE6DD3" w:rsidRDefault="005503B4" w:rsidP="00D65017">
            <w:pPr>
              <w:jc w:val="center"/>
            </w:pPr>
            <w:r w:rsidRPr="00EE6DD3">
              <w:rPr>
                <w:rFonts w:eastAsia="SimSun"/>
                <w:sz w:val="14"/>
              </w:rPr>
              <w:t>1442158</w:t>
            </w:r>
          </w:p>
        </w:tc>
        <w:tc>
          <w:tcPr>
            <w:tcW w:w="785" w:type="dxa"/>
          </w:tcPr>
          <w:p w14:paraId="40730670" w14:textId="77777777" w:rsidR="005503B4" w:rsidRPr="00EE6DD3" w:rsidRDefault="005503B4" w:rsidP="00D65017">
            <w:pPr>
              <w:jc w:val="center"/>
            </w:pPr>
            <w:r w:rsidRPr="00EE6DD3">
              <w:rPr>
                <w:rFonts w:eastAsia="SimSun"/>
                <w:sz w:val="14"/>
              </w:rPr>
              <w:t>0.815</w:t>
            </w:r>
          </w:p>
        </w:tc>
        <w:tc>
          <w:tcPr>
            <w:tcW w:w="785" w:type="dxa"/>
          </w:tcPr>
          <w:p w14:paraId="17CADCD1" w14:textId="77777777" w:rsidR="005503B4" w:rsidRPr="00EE6DD3" w:rsidRDefault="005503B4" w:rsidP="00D65017">
            <w:pPr>
              <w:jc w:val="center"/>
            </w:pPr>
            <w:r w:rsidRPr="00EE6DD3">
              <w:rPr>
                <w:rFonts w:eastAsia="SimSun"/>
                <w:sz w:val="14"/>
              </w:rPr>
              <w:t>0.863</w:t>
            </w:r>
          </w:p>
        </w:tc>
        <w:tc>
          <w:tcPr>
            <w:tcW w:w="785" w:type="dxa"/>
          </w:tcPr>
          <w:p w14:paraId="5C860781" w14:textId="77777777" w:rsidR="005503B4" w:rsidRPr="00EE6DD3" w:rsidRDefault="005503B4" w:rsidP="00D65017">
            <w:pPr>
              <w:jc w:val="center"/>
            </w:pPr>
            <w:r w:rsidRPr="00EE6DD3">
              <w:rPr>
                <w:rFonts w:eastAsia="SimSun"/>
                <w:sz w:val="14"/>
              </w:rPr>
              <w:t>0.620</w:t>
            </w:r>
          </w:p>
        </w:tc>
        <w:tc>
          <w:tcPr>
            <w:tcW w:w="785" w:type="dxa"/>
          </w:tcPr>
          <w:p w14:paraId="1CDAC7F1" w14:textId="77777777" w:rsidR="005503B4" w:rsidRPr="00EE6DD3" w:rsidRDefault="005503B4" w:rsidP="00D65017">
            <w:pPr>
              <w:jc w:val="center"/>
            </w:pPr>
            <w:r w:rsidRPr="00EE6DD3">
              <w:rPr>
                <w:rFonts w:eastAsia="SimSun"/>
                <w:sz w:val="14"/>
              </w:rPr>
              <w:t>0.047</w:t>
            </w:r>
          </w:p>
        </w:tc>
        <w:tc>
          <w:tcPr>
            <w:tcW w:w="785" w:type="dxa"/>
          </w:tcPr>
          <w:p w14:paraId="1035277E" w14:textId="77777777" w:rsidR="005503B4" w:rsidRPr="00EE6DD3" w:rsidRDefault="005503B4" w:rsidP="00D65017">
            <w:pPr>
              <w:jc w:val="center"/>
            </w:pPr>
            <w:r w:rsidRPr="00EE6DD3">
              <w:rPr>
                <w:rFonts w:eastAsia="SimSun"/>
                <w:sz w:val="14"/>
              </w:rPr>
              <w:t>1165391</w:t>
            </w:r>
          </w:p>
        </w:tc>
        <w:tc>
          <w:tcPr>
            <w:tcW w:w="785" w:type="dxa"/>
          </w:tcPr>
          <w:p w14:paraId="6238D66D" w14:textId="77777777" w:rsidR="005503B4" w:rsidRPr="00EE6DD3" w:rsidRDefault="005503B4" w:rsidP="00D65017">
            <w:pPr>
              <w:jc w:val="center"/>
            </w:pPr>
            <w:r w:rsidRPr="00EE6DD3">
              <w:rPr>
                <w:rFonts w:eastAsia="SimSun"/>
                <w:sz w:val="14"/>
              </w:rPr>
              <w:t>0.659</w:t>
            </w:r>
          </w:p>
        </w:tc>
        <w:tc>
          <w:tcPr>
            <w:tcW w:w="785" w:type="dxa"/>
          </w:tcPr>
          <w:p w14:paraId="398702A4" w14:textId="77777777" w:rsidR="005503B4" w:rsidRPr="00EE6DD3" w:rsidRDefault="005503B4" w:rsidP="00D65017">
            <w:pPr>
              <w:jc w:val="center"/>
            </w:pPr>
            <w:r w:rsidRPr="00EE6DD3">
              <w:rPr>
                <w:rFonts w:eastAsia="SimSun"/>
                <w:sz w:val="14"/>
              </w:rPr>
              <w:t>0.743</w:t>
            </w:r>
          </w:p>
        </w:tc>
        <w:tc>
          <w:tcPr>
            <w:tcW w:w="785" w:type="dxa"/>
          </w:tcPr>
          <w:p w14:paraId="0B7D2EC3" w14:textId="77777777" w:rsidR="005503B4" w:rsidRPr="00EE6DD3" w:rsidRDefault="005503B4" w:rsidP="00D65017">
            <w:pPr>
              <w:jc w:val="center"/>
            </w:pPr>
            <w:r w:rsidRPr="00EE6DD3">
              <w:rPr>
                <w:rFonts w:eastAsia="SimSun"/>
                <w:sz w:val="14"/>
              </w:rPr>
              <w:t>0.625</w:t>
            </w:r>
          </w:p>
        </w:tc>
        <w:tc>
          <w:tcPr>
            <w:tcW w:w="785" w:type="dxa"/>
          </w:tcPr>
          <w:p w14:paraId="5C77B8DE" w14:textId="77777777" w:rsidR="005503B4" w:rsidRPr="00EE6DD3" w:rsidRDefault="005503B4" w:rsidP="00D65017">
            <w:pPr>
              <w:jc w:val="center"/>
            </w:pPr>
            <w:r w:rsidRPr="00EE6DD3">
              <w:rPr>
                <w:rFonts w:eastAsia="SimSun"/>
                <w:sz w:val="14"/>
              </w:rPr>
              <w:t>0.084</w:t>
            </w:r>
          </w:p>
        </w:tc>
      </w:tr>
      <w:tr w:rsidR="005503B4" w:rsidRPr="00EE6DD3" w14:paraId="70DA1198" w14:textId="77777777" w:rsidTr="00D65017">
        <w:tc>
          <w:tcPr>
            <w:tcW w:w="785" w:type="dxa"/>
          </w:tcPr>
          <w:p w14:paraId="1AD24C90" w14:textId="77777777" w:rsidR="005503B4" w:rsidRPr="00EE6DD3" w:rsidRDefault="005503B4" w:rsidP="00D65017">
            <w:r w:rsidRPr="00EE6DD3">
              <w:rPr>
                <w:rFonts w:eastAsia="SimSun"/>
                <w:sz w:val="14"/>
              </w:rPr>
              <w:t>SDG4</w:t>
            </w:r>
          </w:p>
        </w:tc>
        <w:tc>
          <w:tcPr>
            <w:tcW w:w="785" w:type="dxa"/>
          </w:tcPr>
          <w:p w14:paraId="10CFFC38" w14:textId="77777777" w:rsidR="005503B4" w:rsidRPr="00EE6DD3" w:rsidRDefault="005503B4" w:rsidP="00D65017">
            <w:pPr>
              <w:jc w:val="center"/>
            </w:pPr>
            <w:r w:rsidRPr="00EE6DD3">
              <w:rPr>
                <w:rFonts w:eastAsia="SimSun"/>
                <w:sz w:val="14"/>
              </w:rPr>
              <w:t>987692</w:t>
            </w:r>
          </w:p>
        </w:tc>
        <w:tc>
          <w:tcPr>
            <w:tcW w:w="785" w:type="dxa"/>
          </w:tcPr>
          <w:p w14:paraId="160BA3E6" w14:textId="77777777" w:rsidR="005503B4" w:rsidRPr="00EE6DD3" w:rsidRDefault="005503B4" w:rsidP="00D65017">
            <w:pPr>
              <w:jc w:val="center"/>
            </w:pPr>
            <w:r w:rsidRPr="00EE6DD3">
              <w:rPr>
                <w:rFonts w:eastAsia="SimSun"/>
                <w:sz w:val="14"/>
              </w:rPr>
              <w:t>0.558</w:t>
            </w:r>
          </w:p>
        </w:tc>
        <w:tc>
          <w:tcPr>
            <w:tcW w:w="785" w:type="dxa"/>
          </w:tcPr>
          <w:p w14:paraId="579B60D5" w14:textId="77777777" w:rsidR="005503B4" w:rsidRPr="00EE6DD3" w:rsidRDefault="005503B4" w:rsidP="00D65017">
            <w:pPr>
              <w:jc w:val="center"/>
            </w:pPr>
            <w:r w:rsidRPr="00EE6DD3">
              <w:rPr>
                <w:rFonts w:eastAsia="SimSun"/>
                <w:sz w:val="14"/>
              </w:rPr>
              <w:t>0.648</w:t>
            </w:r>
          </w:p>
        </w:tc>
        <w:tc>
          <w:tcPr>
            <w:tcW w:w="785" w:type="dxa"/>
          </w:tcPr>
          <w:p w14:paraId="7EDEA0A5" w14:textId="77777777" w:rsidR="005503B4" w:rsidRPr="00EE6DD3" w:rsidRDefault="005503B4" w:rsidP="00D65017">
            <w:pPr>
              <w:jc w:val="center"/>
            </w:pPr>
            <w:r w:rsidRPr="00EE6DD3">
              <w:rPr>
                <w:rFonts w:eastAsia="SimSun"/>
                <w:sz w:val="14"/>
              </w:rPr>
              <w:t>0.595</w:t>
            </w:r>
          </w:p>
        </w:tc>
        <w:tc>
          <w:tcPr>
            <w:tcW w:w="785" w:type="dxa"/>
          </w:tcPr>
          <w:p w14:paraId="3DC5CEE8" w14:textId="77777777" w:rsidR="005503B4" w:rsidRPr="00EE6DD3" w:rsidRDefault="005503B4" w:rsidP="00D65017">
            <w:pPr>
              <w:jc w:val="center"/>
            </w:pPr>
            <w:r w:rsidRPr="00EE6DD3">
              <w:rPr>
                <w:rFonts w:eastAsia="SimSun"/>
                <w:sz w:val="14"/>
              </w:rPr>
              <w:t>0.089</w:t>
            </w:r>
          </w:p>
        </w:tc>
        <w:tc>
          <w:tcPr>
            <w:tcW w:w="785" w:type="dxa"/>
          </w:tcPr>
          <w:p w14:paraId="689F6296" w14:textId="77777777" w:rsidR="005503B4" w:rsidRPr="00EE6DD3" w:rsidRDefault="005503B4" w:rsidP="00D65017">
            <w:pPr>
              <w:jc w:val="center"/>
            </w:pPr>
            <w:r w:rsidRPr="00EE6DD3">
              <w:rPr>
                <w:rFonts w:eastAsia="SimSun"/>
                <w:sz w:val="14"/>
              </w:rPr>
              <w:t>1587790</w:t>
            </w:r>
          </w:p>
        </w:tc>
        <w:tc>
          <w:tcPr>
            <w:tcW w:w="785" w:type="dxa"/>
          </w:tcPr>
          <w:p w14:paraId="4595F932" w14:textId="77777777" w:rsidR="005503B4" w:rsidRPr="00EE6DD3" w:rsidRDefault="005503B4" w:rsidP="00D65017">
            <w:pPr>
              <w:jc w:val="center"/>
            </w:pPr>
            <w:r w:rsidRPr="00EE6DD3">
              <w:rPr>
                <w:rFonts w:eastAsia="SimSun"/>
                <w:sz w:val="14"/>
              </w:rPr>
              <w:t>0.897</w:t>
            </w:r>
          </w:p>
        </w:tc>
        <w:tc>
          <w:tcPr>
            <w:tcW w:w="785" w:type="dxa"/>
          </w:tcPr>
          <w:p w14:paraId="2585D1CD" w14:textId="77777777" w:rsidR="005503B4" w:rsidRPr="00EE6DD3" w:rsidRDefault="005503B4" w:rsidP="00D65017">
            <w:pPr>
              <w:jc w:val="center"/>
            </w:pPr>
            <w:r w:rsidRPr="00EE6DD3">
              <w:rPr>
                <w:rFonts w:eastAsia="SimSun"/>
                <w:sz w:val="14"/>
              </w:rPr>
              <w:t>0.913</w:t>
            </w:r>
          </w:p>
        </w:tc>
        <w:tc>
          <w:tcPr>
            <w:tcW w:w="785" w:type="dxa"/>
          </w:tcPr>
          <w:p w14:paraId="19CE68C3" w14:textId="77777777" w:rsidR="005503B4" w:rsidRPr="00EE6DD3" w:rsidRDefault="005503B4" w:rsidP="00D65017">
            <w:pPr>
              <w:jc w:val="center"/>
            </w:pPr>
            <w:r w:rsidRPr="00EE6DD3">
              <w:rPr>
                <w:rFonts w:eastAsia="SimSun"/>
                <w:sz w:val="14"/>
              </w:rPr>
              <w:t>0.565</w:t>
            </w:r>
          </w:p>
        </w:tc>
        <w:tc>
          <w:tcPr>
            <w:tcW w:w="785" w:type="dxa"/>
          </w:tcPr>
          <w:p w14:paraId="1E95B8AA" w14:textId="77777777" w:rsidR="005503B4" w:rsidRPr="00EE6DD3" w:rsidRDefault="005503B4" w:rsidP="00D65017">
            <w:pPr>
              <w:jc w:val="center"/>
            </w:pPr>
            <w:r w:rsidRPr="00EE6DD3">
              <w:rPr>
                <w:rFonts w:eastAsia="SimSun"/>
                <w:sz w:val="14"/>
              </w:rPr>
              <w:t>0.016</w:t>
            </w:r>
          </w:p>
        </w:tc>
      </w:tr>
      <w:tr w:rsidR="005503B4" w:rsidRPr="00EE6DD3" w14:paraId="68D52D19" w14:textId="77777777" w:rsidTr="00D65017">
        <w:tc>
          <w:tcPr>
            <w:tcW w:w="785" w:type="dxa"/>
          </w:tcPr>
          <w:p w14:paraId="78E1EB20" w14:textId="77777777" w:rsidR="005503B4" w:rsidRPr="00EE6DD3" w:rsidRDefault="005503B4" w:rsidP="00D65017">
            <w:r w:rsidRPr="00EE6DD3">
              <w:rPr>
                <w:rFonts w:eastAsia="SimSun"/>
                <w:sz w:val="14"/>
              </w:rPr>
              <w:t>SDG5</w:t>
            </w:r>
          </w:p>
        </w:tc>
        <w:tc>
          <w:tcPr>
            <w:tcW w:w="785" w:type="dxa"/>
          </w:tcPr>
          <w:p w14:paraId="0E063505" w14:textId="77777777" w:rsidR="005503B4" w:rsidRPr="00EE6DD3" w:rsidRDefault="005503B4" w:rsidP="00D65017">
            <w:pPr>
              <w:jc w:val="center"/>
            </w:pPr>
            <w:r w:rsidRPr="00EE6DD3">
              <w:rPr>
                <w:rFonts w:eastAsia="SimSun"/>
                <w:sz w:val="14"/>
              </w:rPr>
              <w:t>962385</w:t>
            </w:r>
          </w:p>
        </w:tc>
        <w:tc>
          <w:tcPr>
            <w:tcW w:w="785" w:type="dxa"/>
          </w:tcPr>
          <w:p w14:paraId="1F2CC72D" w14:textId="77777777" w:rsidR="005503B4" w:rsidRPr="00EE6DD3" w:rsidRDefault="005503B4" w:rsidP="00D65017">
            <w:pPr>
              <w:jc w:val="center"/>
            </w:pPr>
            <w:r w:rsidRPr="00EE6DD3">
              <w:rPr>
                <w:rFonts w:eastAsia="SimSun"/>
                <w:sz w:val="14"/>
              </w:rPr>
              <w:t>0.544</w:t>
            </w:r>
          </w:p>
        </w:tc>
        <w:tc>
          <w:tcPr>
            <w:tcW w:w="785" w:type="dxa"/>
          </w:tcPr>
          <w:p w14:paraId="13E1D255" w14:textId="77777777" w:rsidR="005503B4" w:rsidRPr="00EE6DD3" w:rsidRDefault="005503B4" w:rsidP="00D65017">
            <w:pPr>
              <w:jc w:val="center"/>
            </w:pPr>
            <w:r w:rsidRPr="00EE6DD3">
              <w:rPr>
                <w:rFonts w:eastAsia="SimSun"/>
                <w:sz w:val="14"/>
              </w:rPr>
              <w:t>0.588</w:t>
            </w:r>
          </w:p>
        </w:tc>
        <w:tc>
          <w:tcPr>
            <w:tcW w:w="785" w:type="dxa"/>
          </w:tcPr>
          <w:p w14:paraId="594EB735" w14:textId="77777777" w:rsidR="005503B4" w:rsidRPr="00EE6DD3" w:rsidRDefault="005503B4" w:rsidP="00D65017">
            <w:pPr>
              <w:jc w:val="center"/>
            </w:pPr>
            <w:r w:rsidRPr="00EE6DD3">
              <w:rPr>
                <w:rFonts w:eastAsia="SimSun"/>
                <w:sz w:val="14"/>
              </w:rPr>
              <w:t>0.549</w:t>
            </w:r>
          </w:p>
        </w:tc>
        <w:tc>
          <w:tcPr>
            <w:tcW w:w="785" w:type="dxa"/>
          </w:tcPr>
          <w:p w14:paraId="3BD74C2A" w14:textId="77777777" w:rsidR="005503B4" w:rsidRPr="00EE6DD3" w:rsidRDefault="005503B4" w:rsidP="00D65017">
            <w:pPr>
              <w:jc w:val="center"/>
            </w:pPr>
            <w:r w:rsidRPr="00EE6DD3">
              <w:rPr>
                <w:rFonts w:eastAsia="SimSun"/>
                <w:sz w:val="14"/>
              </w:rPr>
              <w:t>0.044</w:t>
            </w:r>
          </w:p>
        </w:tc>
        <w:tc>
          <w:tcPr>
            <w:tcW w:w="785" w:type="dxa"/>
          </w:tcPr>
          <w:p w14:paraId="4D91ADEA" w14:textId="77777777" w:rsidR="005503B4" w:rsidRPr="00EE6DD3" w:rsidRDefault="005503B4" w:rsidP="00D65017">
            <w:pPr>
              <w:jc w:val="center"/>
            </w:pPr>
            <w:r w:rsidRPr="00EE6DD3">
              <w:rPr>
                <w:rFonts w:eastAsia="SimSun"/>
                <w:sz w:val="14"/>
              </w:rPr>
              <w:t>1453930</w:t>
            </w:r>
          </w:p>
        </w:tc>
        <w:tc>
          <w:tcPr>
            <w:tcW w:w="785" w:type="dxa"/>
          </w:tcPr>
          <w:p w14:paraId="68C9CEDC" w14:textId="77777777" w:rsidR="005503B4" w:rsidRPr="00EE6DD3" w:rsidRDefault="005503B4" w:rsidP="00D65017">
            <w:pPr>
              <w:jc w:val="center"/>
            </w:pPr>
            <w:r w:rsidRPr="00EE6DD3">
              <w:rPr>
                <w:rFonts w:eastAsia="SimSun"/>
                <w:sz w:val="14"/>
              </w:rPr>
              <w:t>0.822</w:t>
            </w:r>
          </w:p>
        </w:tc>
        <w:tc>
          <w:tcPr>
            <w:tcW w:w="785" w:type="dxa"/>
          </w:tcPr>
          <w:p w14:paraId="2111BA7F" w14:textId="77777777" w:rsidR="005503B4" w:rsidRPr="00EE6DD3" w:rsidRDefault="005503B4" w:rsidP="00D65017">
            <w:pPr>
              <w:jc w:val="center"/>
            </w:pPr>
            <w:r w:rsidRPr="00EE6DD3">
              <w:rPr>
                <w:rFonts w:eastAsia="SimSun"/>
                <w:sz w:val="14"/>
              </w:rPr>
              <w:t>0.836</w:t>
            </w:r>
          </w:p>
        </w:tc>
        <w:tc>
          <w:tcPr>
            <w:tcW w:w="785" w:type="dxa"/>
          </w:tcPr>
          <w:p w14:paraId="402C552E" w14:textId="77777777" w:rsidR="005503B4" w:rsidRPr="00EE6DD3" w:rsidRDefault="005503B4" w:rsidP="00D65017">
            <w:pPr>
              <w:jc w:val="center"/>
            </w:pPr>
            <w:r w:rsidRPr="00EE6DD3">
              <w:rPr>
                <w:rFonts w:eastAsia="SimSun"/>
                <w:sz w:val="14"/>
              </w:rPr>
              <w:t>0.538</w:t>
            </w:r>
          </w:p>
        </w:tc>
        <w:tc>
          <w:tcPr>
            <w:tcW w:w="785" w:type="dxa"/>
          </w:tcPr>
          <w:p w14:paraId="7FCCA4A4" w14:textId="77777777" w:rsidR="005503B4" w:rsidRPr="00EE6DD3" w:rsidRDefault="005503B4" w:rsidP="00D65017">
            <w:pPr>
              <w:jc w:val="center"/>
            </w:pPr>
            <w:r w:rsidRPr="00EE6DD3">
              <w:rPr>
                <w:rFonts w:eastAsia="SimSun"/>
                <w:sz w:val="14"/>
              </w:rPr>
              <w:t>0.014</w:t>
            </w:r>
          </w:p>
        </w:tc>
      </w:tr>
      <w:tr w:rsidR="005503B4" w:rsidRPr="00EE6DD3" w14:paraId="00ED95A0" w14:textId="77777777" w:rsidTr="00D65017">
        <w:tc>
          <w:tcPr>
            <w:tcW w:w="785" w:type="dxa"/>
          </w:tcPr>
          <w:p w14:paraId="55300C25" w14:textId="77777777" w:rsidR="005503B4" w:rsidRPr="00EE6DD3" w:rsidRDefault="005503B4" w:rsidP="00D65017">
            <w:r w:rsidRPr="00EE6DD3">
              <w:rPr>
                <w:rFonts w:eastAsia="SimSun"/>
                <w:sz w:val="14"/>
              </w:rPr>
              <w:t>SDG6</w:t>
            </w:r>
          </w:p>
        </w:tc>
        <w:tc>
          <w:tcPr>
            <w:tcW w:w="785" w:type="dxa"/>
          </w:tcPr>
          <w:p w14:paraId="2F4ECF25" w14:textId="77777777" w:rsidR="005503B4" w:rsidRPr="00EE6DD3" w:rsidRDefault="005503B4" w:rsidP="00D65017">
            <w:pPr>
              <w:jc w:val="center"/>
            </w:pPr>
            <w:r w:rsidRPr="00EE6DD3">
              <w:rPr>
                <w:rFonts w:eastAsia="SimSun"/>
                <w:sz w:val="14"/>
              </w:rPr>
              <w:t>1344071</w:t>
            </w:r>
          </w:p>
        </w:tc>
        <w:tc>
          <w:tcPr>
            <w:tcW w:w="785" w:type="dxa"/>
          </w:tcPr>
          <w:p w14:paraId="7D6D80E6" w14:textId="77777777" w:rsidR="005503B4" w:rsidRPr="00EE6DD3" w:rsidRDefault="005503B4" w:rsidP="00D65017">
            <w:pPr>
              <w:jc w:val="center"/>
            </w:pPr>
            <w:r w:rsidRPr="00EE6DD3">
              <w:rPr>
                <w:rFonts w:eastAsia="SimSun"/>
                <w:sz w:val="14"/>
              </w:rPr>
              <w:t>0.760</w:t>
            </w:r>
          </w:p>
        </w:tc>
        <w:tc>
          <w:tcPr>
            <w:tcW w:w="785" w:type="dxa"/>
          </w:tcPr>
          <w:p w14:paraId="6CF6FC2D" w14:textId="77777777" w:rsidR="005503B4" w:rsidRPr="00EE6DD3" w:rsidRDefault="005503B4" w:rsidP="00D65017">
            <w:pPr>
              <w:jc w:val="center"/>
            </w:pPr>
            <w:r w:rsidRPr="00EE6DD3">
              <w:rPr>
                <w:rFonts w:eastAsia="SimSun"/>
                <w:sz w:val="14"/>
              </w:rPr>
              <w:t>0.777</w:t>
            </w:r>
          </w:p>
        </w:tc>
        <w:tc>
          <w:tcPr>
            <w:tcW w:w="785" w:type="dxa"/>
          </w:tcPr>
          <w:p w14:paraId="5A353784" w14:textId="77777777" w:rsidR="005503B4" w:rsidRPr="00EE6DD3" w:rsidRDefault="005503B4" w:rsidP="00D65017">
            <w:pPr>
              <w:jc w:val="center"/>
            </w:pPr>
            <w:r w:rsidRPr="00EE6DD3">
              <w:rPr>
                <w:rFonts w:eastAsia="SimSun"/>
                <w:sz w:val="14"/>
              </w:rPr>
              <w:t>0.535</w:t>
            </w:r>
          </w:p>
        </w:tc>
        <w:tc>
          <w:tcPr>
            <w:tcW w:w="785" w:type="dxa"/>
          </w:tcPr>
          <w:p w14:paraId="469FB5D1" w14:textId="77777777" w:rsidR="005503B4" w:rsidRPr="00EE6DD3" w:rsidRDefault="005503B4" w:rsidP="00D65017">
            <w:pPr>
              <w:jc w:val="center"/>
            </w:pPr>
            <w:r w:rsidRPr="00EE6DD3">
              <w:rPr>
                <w:rFonts w:eastAsia="SimSun"/>
                <w:sz w:val="14"/>
              </w:rPr>
              <w:t>0.018</w:t>
            </w:r>
          </w:p>
        </w:tc>
        <w:tc>
          <w:tcPr>
            <w:tcW w:w="785" w:type="dxa"/>
          </w:tcPr>
          <w:p w14:paraId="780EFE38" w14:textId="77777777" w:rsidR="005503B4" w:rsidRPr="00EE6DD3" w:rsidRDefault="005503B4" w:rsidP="00D65017">
            <w:pPr>
              <w:jc w:val="center"/>
            </w:pPr>
            <w:r w:rsidRPr="00EE6DD3">
              <w:rPr>
                <w:rFonts w:eastAsia="SimSun"/>
                <w:sz w:val="14"/>
              </w:rPr>
              <w:t>1078846</w:t>
            </w:r>
          </w:p>
        </w:tc>
        <w:tc>
          <w:tcPr>
            <w:tcW w:w="785" w:type="dxa"/>
          </w:tcPr>
          <w:p w14:paraId="723BAEBD" w14:textId="77777777" w:rsidR="005503B4" w:rsidRPr="00EE6DD3" w:rsidRDefault="005503B4" w:rsidP="00D65017">
            <w:pPr>
              <w:jc w:val="center"/>
            </w:pPr>
            <w:r w:rsidRPr="00EE6DD3">
              <w:rPr>
                <w:rFonts w:eastAsia="SimSun"/>
                <w:sz w:val="14"/>
              </w:rPr>
              <w:t>0.610</w:t>
            </w:r>
          </w:p>
        </w:tc>
        <w:tc>
          <w:tcPr>
            <w:tcW w:w="785" w:type="dxa"/>
          </w:tcPr>
          <w:p w14:paraId="76AB875C" w14:textId="77777777" w:rsidR="005503B4" w:rsidRPr="00EE6DD3" w:rsidRDefault="005503B4" w:rsidP="00D65017">
            <w:pPr>
              <w:jc w:val="center"/>
            </w:pPr>
            <w:r w:rsidRPr="00EE6DD3">
              <w:rPr>
                <w:rFonts w:eastAsia="SimSun"/>
                <w:sz w:val="14"/>
              </w:rPr>
              <w:t>0.651</w:t>
            </w:r>
          </w:p>
        </w:tc>
        <w:tc>
          <w:tcPr>
            <w:tcW w:w="785" w:type="dxa"/>
          </w:tcPr>
          <w:p w14:paraId="2D74DA9F" w14:textId="77777777" w:rsidR="005503B4" w:rsidRPr="00EE6DD3" w:rsidRDefault="005503B4" w:rsidP="00D65017">
            <w:pPr>
              <w:jc w:val="center"/>
            </w:pPr>
            <w:r w:rsidRPr="00EE6DD3">
              <w:rPr>
                <w:rFonts w:eastAsia="SimSun"/>
                <w:sz w:val="14"/>
              </w:rPr>
              <w:t>0.552</w:t>
            </w:r>
          </w:p>
        </w:tc>
        <w:tc>
          <w:tcPr>
            <w:tcW w:w="785" w:type="dxa"/>
          </w:tcPr>
          <w:p w14:paraId="76F3C586" w14:textId="77777777" w:rsidR="005503B4" w:rsidRPr="00EE6DD3" w:rsidRDefault="005503B4" w:rsidP="00D65017">
            <w:pPr>
              <w:jc w:val="center"/>
            </w:pPr>
            <w:r w:rsidRPr="00EE6DD3">
              <w:rPr>
                <w:rFonts w:eastAsia="SimSun"/>
                <w:sz w:val="14"/>
              </w:rPr>
              <w:t>0.041</w:t>
            </w:r>
          </w:p>
        </w:tc>
      </w:tr>
      <w:tr w:rsidR="005503B4" w:rsidRPr="00EE6DD3" w14:paraId="50DC8CA1" w14:textId="77777777" w:rsidTr="00D65017">
        <w:tc>
          <w:tcPr>
            <w:tcW w:w="785" w:type="dxa"/>
          </w:tcPr>
          <w:p w14:paraId="3591DCD7" w14:textId="77777777" w:rsidR="005503B4" w:rsidRPr="00EE6DD3" w:rsidRDefault="005503B4" w:rsidP="00D65017">
            <w:r w:rsidRPr="00EE6DD3">
              <w:rPr>
                <w:rFonts w:eastAsia="SimSun"/>
                <w:sz w:val="14"/>
              </w:rPr>
              <w:t>SDG7</w:t>
            </w:r>
          </w:p>
        </w:tc>
        <w:tc>
          <w:tcPr>
            <w:tcW w:w="785" w:type="dxa"/>
          </w:tcPr>
          <w:p w14:paraId="37D1E30C" w14:textId="77777777" w:rsidR="005503B4" w:rsidRPr="00EE6DD3" w:rsidRDefault="005503B4" w:rsidP="00D65017">
            <w:pPr>
              <w:jc w:val="center"/>
            </w:pPr>
            <w:r w:rsidRPr="00EE6DD3">
              <w:rPr>
                <w:rFonts w:eastAsia="SimSun"/>
                <w:sz w:val="14"/>
              </w:rPr>
              <w:t>1035185</w:t>
            </w:r>
          </w:p>
        </w:tc>
        <w:tc>
          <w:tcPr>
            <w:tcW w:w="785" w:type="dxa"/>
          </w:tcPr>
          <w:p w14:paraId="0A00187B" w14:textId="77777777" w:rsidR="005503B4" w:rsidRPr="00EE6DD3" w:rsidRDefault="005503B4" w:rsidP="00D65017">
            <w:pPr>
              <w:jc w:val="center"/>
            </w:pPr>
            <w:r w:rsidRPr="00EE6DD3">
              <w:rPr>
                <w:rFonts w:eastAsia="SimSun"/>
                <w:sz w:val="14"/>
              </w:rPr>
              <w:t>0.585</w:t>
            </w:r>
          </w:p>
        </w:tc>
        <w:tc>
          <w:tcPr>
            <w:tcW w:w="785" w:type="dxa"/>
          </w:tcPr>
          <w:p w14:paraId="40B7E759" w14:textId="77777777" w:rsidR="005503B4" w:rsidRPr="00EE6DD3" w:rsidRDefault="005503B4" w:rsidP="00D65017">
            <w:pPr>
              <w:jc w:val="center"/>
            </w:pPr>
            <w:r w:rsidRPr="00EE6DD3">
              <w:rPr>
                <w:rFonts w:eastAsia="SimSun"/>
                <w:sz w:val="14"/>
              </w:rPr>
              <w:t>0.635</w:t>
            </w:r>
          </w:p>
        </w:tc>
        <w:tc>
          <w:tcPr>
            <w:tcW w:w="785" w:type="dxa"/>
          </w:tcPr>
          <w:p w14:paraId="6A3311CE" w14:textId="77777777" w:rsidR="005503B4" w:rsidRPr="00EE6DD3" w:rsidRDefault="005503B4" w:rsidP="00D65017">
            <w:pPr>
              <w:jc w:val="center"/>
            </w:pPr>
            <w:r w:rsidRPr="00EE6DD3">
              <w:rPr>
                <w:rFonts w:eastAsia="SimSun"/>
                <w:sz w:val="14"/>
              </w:rPr>
              <w:t>0.560</w:t>
            </w:r>
          </w:p>
        </w:tc>
        <w:tc>
          <w:tcPr>
            <w:tcW w:w="785" w:type="dxa"/>
          </w:tcPr>
          <w:p w14:paraId="443EE8D2" w14:textId="77777777" w:rsidR="005503B4" w:rsidRPr="00EE6DD3" w:rsidRDefault="005503B4" w:rsidP="00D65017">
            <w:pPr>
              <w:jc w:val="center"/>
            </w:pPr>
            <w:r w:rsidRPr="00EE6DD3">
              <w:rPr>
                <w:rFonts w:eastAsia="SimSun"/>
                <w:sz w:val="14"/>
              </w:rPr>
              <w:t>0.050</w:t>
            </w:r>
          </w:p>
        </w:tc>
        <w:tc>
          <w:tcPr>
            <w:tcW w:w="785" w:type="dxa"/>
          </w:tcPr>
          <w:p w14:paraId="3C76AA17" w14:textId="77777777" w:rsidR="005503B4" w:rsidRPr="00EE6DD3" w:rsidRDefault="005503B4" w:rsidP="00D65017">
            <w:pPr>
              <w:jc w:val="center"/>
            </w:pPr>
            <w:r w:rsidRPr="00EE6DD3">
              <w:rPr>
                <w:rFonts w:eastAsia="SimSun"/>
                <w:sz w:val="14"/>
              </w:rPr>
              <w:t>1543630</w:t>
            </w:r>
          </w:p>
        </w:tc>
        <w:tc>
          <w:tcPr>
            <w:tcW w:w="785" w:type="dxa"/>
          </w:tcPr>
          <w:p w14:paraId="2F67FA1D" w14:textId="77777777" w:rsidR="005503B4" w:rsidRPr="00EE6DD3" w:rsidRDefault="005503B4" w:rsidP="00D65017">
            <w:pPr>
              <w:jc w:val="center"/>
            </w:pPr>
            <w:r w:rsidRPr="00EE6DD3">
              <w:rPr>
                <w:rFonts w:eastAsia="SimSun"/>
                <w:sz w:val="14"/>
              </w:rPr>
              <w:t>0.873</w:t>
            </w:r>
          </w:p>
        </w:tc>
        <w:tc>
          <w:tcPr>
            <w:tcW w:w="785" w:type="dxa"/>
          </w:tcPr>
          <w:p w14:paraId="42F3087F" w14:textId="77777777" w:rsidR="005503B4" w:rsidRPr="00EE6DD3" w:rsidRDefault="005503B4" w:rsidP="00D65017">
            <w:pPr>
              <w:jc w:val="center"/>
            </w:pPr>
            <w:r w:rsidRPr="00EE6DD3">
              <w:rPr>
                <w:rFonts w:eastAsia="SimSun"/>
                <w:sz w:val="14"/>
              </w:rPr>
              <w:t>0.889</w:t>
            </w:r>
          </w:p>
        </w:tc>
        <w:tc>
          <w:tcPr>
            <w:tcW w:w="785" w:type="dxa"/>
          </w:tcPr>
          <w:p w14:paraId="0099C170" w14:textId="77777777" w:rsidR="005503B4" w:rsidRPr="00EE6DD3" w:rsidRDefault="005503B4" w:rsidP="00D65017">
            <w:pPr>
              <w:jc w:val="center"/>
            </w:pPr>
            <w:r w:rsidRPr="00EE6DD3">
              <w:rPr>
                <w:rFonts w:eastAsia="SimSun"/>
                <w:sz w:val="14"/>
              </w:rPr>
              <w:t>0.561</w:t>
            </w:r>
          </w:p>
        </w:tc>
        <w:tc>
          <w:tcPr>
            <w:tcW w:w="785" w:type="dxa"/>
          </w:tcPr>
          <w:p w14:paraId="259E9C3D" w14:textId="77777777" w:rsidR="005503B4" w:rsidRPr="00EE6DD3" w:rsidRDefault="005503B4" w:rsidP="00D65017">
            <w:pPr>
              <w:jc w:val="center"/>
            </w:pPr>
            <w:r w:rsidRPr="00EE6DD3">
              <w:rPr>
                <w:rFonts w:eastAsia="SimSun"/>
                <w:sz w:val="14"/>
              </w:rPr>
              <w:t>0.016</w:t>
            </w:r>
          </w:p>
        </w:tc>
      </w:tr>
      <w:tr w:rsidR="005503B4" w:rsidRPr="00EE6DD3" w14:paraId="3F5A9CB2" w14:textId="77777777" w:rsidTr="00D65017">
        <w:tc>
          <w:tcPr>
            <w:tcW w:w="785" w:type="dxa"/>
          </w:tcPr>
          <w:p w14:paraId="380BD1DF" w14:textId="77777777" w:rsidR="005503B4" w:rsidRPr="00EE6DD3" w:rsidRDefault="005503B4" w:rsidP="00D65017">
            <w:r w:rsidRPr="00EE6DD3">
              <w:rPr>
                <w:rFonts w:eastAsia="SimSun"/>
                <w:sz w:val="14"/>
              </w:rPr>
              <w:t>SDG8</w:t>
            </w:r>
          </w:p>
        </w:tc>
        <w:tc>
          <w:tcPr>
            <w:tcW w:w="785" w:type="dxa"/>
          </w:tcPr>
          <w:p w14:paraId="387F1DEC" w14:textId="77777777" w:rsidR="005503B4" w:rsidRPr="00EE6DD3" w:rsidRDefault="005503B4" w:rsidP="00D65017">
            <w:pPr>
              <w:jc w:val="center"/>
            </w:pPr>
            <w:r w:rsidRPr="00EE6DD3">
              <w:rPr>
                <w:rFonts w:eastAsia="SimSun"/>
                <w:sz w:val="14"/>
              </w:rPr>
              <w:t>1418335</w:t>
            </w:r>
          </w:p>
        </w:tc>
        <w:tc>
          <w:tcPr>
            <w:tcW w:w="785" w:type="dxa"/>
          </w:tcPr>
          <w:p w14:paraId="7FABAC44" w14:textId="77777777" w:rsidR="005503B4" w:rsidRPr="00EE6DD3" w:rsidRDefault="005503B4" w:rsidP="00D65017">
            <w:pPr>
              <w:jc w:val="center"/>
            </w:pPr>
            <w:r w:rsidRPr="00EE6DD3">
              <w:rPr>
                <w:rFonts w:eastAsia="SimSun"/>
                <w:sz w:val="14"/>
              </w:rPr>
              <w:t>0.802</w:t>
            </w:r>
          </w:p>
        </w:tc>
        <w:tc>
          <w:tcPr>
            <w:tcW w:w="785" w:type="dxa"/>
          </w:tcPr>
          <w:p w14:paraId="77FC9C1E" w14:textId="77777777" w:rsidR="005503B4" w:rsidRPr="00EE6DD3" w:rsidRDefault="005503B4" w:rsidP="00D65017">
            <w:pPr>
              <w:jc w:val="center"/>
            </w:pPr>
            <w:r w:rsidRPr="00EE6DD3">
              <w:rPr>
                <w:rFonts w:eastAsia="SimSun"/>
                <w:sz w:val="14"/>
              </w:rPr>
              <w:t>0.853</w:t>
            </w:r>
          </w:p>
        </w:tc>
        <w:tc>
          <w:tcPr>
            <w:tcW w:w="785" w:type="dxa"/>
          </w:tcPr>
          <w:p w14:paraId="30FE2F00" w14:textId="77777777" w:rsidR="005503B4" w:rsidRPr="00EE6DD3" w:rsidRDefault="005503B4" w:rsidP="00D65017">
            <w:pPr>
              <w:jc w:val="center"/>
            </w:pPr>
            <w:r w:rsidRPr="00EE6DD3">
              <w:rPr>
                <w:rFonts w:eastAsia="SimSun"/>
                <w:sz w:val="14"/>
              </w:rPr>
              <w:t>0.620</w:t>
            </w:r>
          </w:p>
        </w:tc>
        <w:tc>
          <w:tcPr>
            <w:tcW w:w="785" w:type="dxa"/>
          </w:tcPr>
          <w:p w14:paraId="225DCF78" w14:textId="77777777" w:rsidR="005503B4" w:rsidRPr="00EE6DD3" w:rsidRDefault="005503B4" w:rsidP="00D65017">
            <w:pPr>
              <w:jc w:val="center"/>
            </w:pPr>
            <w:r w:rsidRPr="00EE6DD3">
              <w:rPr>
                <w:rFonts w:eastAsia="SimSun"/>
                <w:sz w:val="14"/>
              </w:rPr>
              <w:t>0.051</w:t>
            </w:r>
          </w:p>
        </w:tc>
        <w:tc>
          <w:tcPr>
            <w:tcW w:w="785" w:type="dxa"/>
          </w:tcPr>
          <w:p w14:paraId="03ECF87A" w14:textId="77777777" w:rsidR="005503B4" w:rsidRPr="00EE6DD3" w:rsidRDefault="005503B4" w:rsidP="00D65017">
            <w:pPr>
              <w:jc w:val="center"/>
            </w:pPr>
            <w:r w:rsidRPr="00EE6DD3">
              <w:rPr>
                <w:rFonts w:eastAsia="SimSun"/>
                <w:sz w:val="14"/>
              </w:rPr>
              <w:t>1179647</w:t>
            </w:r>
          </w:p>
        </w:tc>
        <w:tc>
          <w:tcPr>
            <w:tcW w:w="785" w:type="dxa"/>
          </w:tcPr>
          <w:p w14:paraId="3505178B" w14:textId="77777777" w:rsidR="005503B4" w:rsidRPr="00EE6DD3" w:rsidRDefault="005503B4" w:rsidP="00D65017">
            <w:pPr>
              <w:jc w:val="center"/>
            </w:pPr>
            <w:r w:rsidRPr="00EE6DD3">
              <w:rPr>
                <w:rFonts w:eastAsia="SimSun"/>
                <w:sz w:val="14"/>
              </w:rPr>
              <w:t>0.667</w:t>
            </w:r>
          </w:p>
        </w:tc>
        <w:tc>
          <w:tcPr>
            <w:tcW w:w="785" w:type="dxa"/>
          </w:tcPr>
          <w:p w14:paraId="1F650451" w14:textId="77777777" w:rsidR="005503B4" w:rsidRPr="00EE6DD3" w:rsidRDefault="005503B4" w:rsidP="00D65017">
            <w:pPr>
              <w:jc w:val="center"/>
            </w:pPr>
            <w:r w:rsidRPr="00EE6DD3">
              <w:rPr>
                <w:rFonts w:eastAsia="SimSun"/>
                <w:sz w:val="14"/>
              </w:rPr>
              <w:t>0.772</w:t>
            </w:r>
          </w:p>
        </w:tc>
        <w:tc>
          <w:tcPr>
            <w:tcW w:w="785" w:type="dxa"/>
          </w:tcPr>
          <w:p w14:paraId="01636295" w14:textId="77777777" w:rsidR="005503B4" w:rsidRPr="00EE6DD3" w:rsidRDefault="005503B4" w:rsidP="00D65017">
            <w:pPr>
              <w:jc w:val="center"/>
            </w:pPr>
            <w:r w:rsidRPr="00EE6DD3">
              <w:rPr>
                <w:rFonts w:eastAsia="SimSun"/>
                <w:sz w:val="14"/>
              </w:rPr>
              <w:t>0.654</w:t>
            </w:r>
          </w:p>
        </w:tc>
        <w:tc>
          <w:tcPr>
            <w:tcW w:w="785" w:type="dxa"/>
          </w:tcPr>
          <w:p w14:paraId="5CC9A8B9" w14:textId="77777777" w:rsidR="005503B4" w:rsidRPr="00EE6DD3" w:rsidRDefault="005503B4" w:rsidP="00D65017">
            <w:pPr>
              <w:jc w:val="center"/>
            </w:pPr>
            <w:r w:rsidRPr="00EE6DD3">
              <w:rPr>
                <w:rFonts w:eastAsia="SimSun"/>
                <w:sz w:val="14"/>
              </w:rPr>
              <w:t>0.105</w:t>
            </w:r>
          </w:p>
        </w:tc>
      </w:tr>
      <w:tr w:rsidR="005503B4" w:rsidRPr="00EE6DD3" w14:paraId="1A74A1E5" w14:textId="77777777" w:rsidTr="00D65017">
        <w:tc>
          <w:tcPr>
            <w:tcW w:w="785" w:type="dxa"/>
          </w:tcPr>
          <w:p w14:paraId="123A35A7" w14:textId="77777777" w:rsidR="005503B4" w:rsidRPr="00EE6DD3" w:rsidRDefault="005503B4" w:rsidP="00D65017">
            <w:r w:rsidRPr="00EE6DD3">
              <w:rPr>
                <w:rFonts w:eastAsia="SimSun"/>
                <w:sz w:val="14"/>
              </w:rPr>
              <w:t>SDG9</w:t>
            </w:r>
          </w:p>
        </w:tc>
        <w:tc>
          <w:tcPr>
            <w:tcW w:w="785" w:type="dxa"/>
          </w:tcPr>
          <w:p w14:paraId="5E290B1A" w14:textId="77777777" w:rsidR="005503B4" w:rsidRPr="00EE6DD3" w:rsidRDefault="005503B4" w:rsidP="00D65017">
            <w:pPr>
              <w:jc w:val="center"/>
            </w:pPr>
            <w:r w:rsidRPr="00EE6DD3">
              <w:rPr>
                <w:rFonts w:eastAsia="SimSun"/>
                <w:sz w:val="14"/>
              </w:rPr>
              <w:t>1385706</w:t>
            </w:r>
          </w:p>
        </w:tc>
        <w:tc>
          <w:tcPr>
            <w:tcW w:w="785" w:type="dxa"/>
          </w:tcPr>
          <w:p w14:paraId="679BD091" w14:textId="77777777" w:rsidR="005503B4" w:rsidRPr="00EE6DD3" w:rsidRDefault="005503B4" w:rsidP="00D65017">
            <w:pPr>
              <w:jc w:val="center"/>
            </w:pPr>
            <w:r w:rsidRPr="00EE6DD3">
              <w:rPr>
                <w:rFonts w:eastAsia="SimSun"/>
                <w:sz w:val="14"/>
              </w:rPr>
              <w:t>0.783</w:t>
            </w:r>
          </w:p>
        </w:tc>
        <w:tc>
          <w:tcPr>
            <w:tcW w:w="785" w:type="dxa"/>
          </w:tcPr>
          <w:p w14:paraId="5F9D28A2" w14:textId="77777777" w:rsidR="005503B4" w:rsidRPr="00EE6DD3" w:rsidRDefault="005503B4" w:rsidP="00D65017">
            <w:pPr>
              <w:jc w:val="center"/>
            </w:pPr>
            <w:r w:rsidRPr="00EE6DD3">
              <w:rPr>
                <w:rFonts w:eastAsia="SimSun"/>
                <w:sz w:val="14"/>
              </w:rPr>
              <w:t>0.831</w:t>
            </w:r>
          </w:p>
        </w:tc>
        <w:tc>
          <w:tcPr>
            <w:tcW w:w="785" w:type="dxa"/>
          </w:tcPr>
          <w:p w14:paraId="2B2CC683" w14:textId="77777777" w:rsidR="005503B4" w:rsidRPr="00EE6DD3" w:rsidRDefault="005503B4" w:rsidP="00D65017">
            <w:pPr>
              <w:jc w:val="center"/>
            </w:pPr>
            <w:r w:rsidRPr="00EE6DD3">
              <w:rPr>
                <w:rFonts w:eastAsia="SimSun"/>
                <w:sz w:val="14"/>
              </w:rPr>
              <w:t>0.623</w:t>
            </w:r>
          </w:p>
        </w:tc>
        <w:tc>
          <w:tcPr>
            <w:tcW w:w="785" w:type="dxa"/>
          </w:tcPr>
          <w:p w14:paraId="6FC86C80" w14:textId="77777777" w:rsidR="005503B4" w:rsidRPr="00EE6DD3" w:rsidRDefault="005503B4" w:rsidP="00D65017">
            <w:pPr>
              <w:jc w:val="center"/>
            </w:pPr>
            <w:r w:rsidRPr="00EE6DD3">
              <w:rPr>
                <w:rFonts w:eastAsia="SimSun"/>
                <w:sz w:val="14"/>
              </w:rPr>
              <w:t>0.048</w:t>
            </w:r>
          </w:p>
        </w:tc>
        <w:tc>
          <w:tcPr>
            <w:tcW w:w="785" w:type="dxa"/>
          </w:tcPr>
          <w:p w14:paraId="76F74D54" w14:textId="77777777" w:rsidR="005503B4" w:rsidRPr="00EE6DD3" w:rsidRDefault="005503B4" w:rsidP="00D65017">
            <w:pPr>
              <w:jc w:val="center"/>
            </w:pPr>
            <w:r w:rsidRPr="00EE6DD3">
              <w:rPr>
                <w:rFonts w:eastAsia="SimSun"/>
                <w:sz w:val="14"/>
              </w:rPr>
              <w:t>1237733</w:t>
            </w:r>
          </w:p>
        </w:tc>
        <w:tc>
          <w:tcPr>
            <w:tcW w:w="785" w:type="dxa"/>
          </w:tcPr>
          <w:p w14:paraId="085E7FD6" w14:textId="77777777" w:rsidR="005503B4" w:rsidRPr="00EE6DD3" w:rsidRDefault="005503B4" w:rsidP="00D65017">
            <w:pPr>
              <w:jc w:val="center"/>
            </w:pPr>
            <w:r w:rsidRPr="00EE6DD3">
              <w:rPr>
                <w:rFonts w:eastAsia="SimSun"/>
                <w:sz w:val="14"/>
              </w:rPr>
              <w:t>0.700</w:t>
            </w:r>
          </w:p>
        </w:tc>
        <w:tc>
          <w:tcPr>
            <w:tcW w:w="785" w:type="dxa"/>
          </w:tcPr>
          <w:p w14:paraId="2C5AF302" w14:textId="77777777" w:rsidR="005503B4" w:rsidRPr="00EE6DD3" w:rsidRDefault="005503B4" w:rsidP="00D65017">
            <w:pPr>
              <w:jc w:val="center"/>
            </w:pPr>
            <w:r w:rsidRPr="00EE6DD3">
              <w:rPr>
                <w:rFonts w:eastAsia="SimSun"/>
                <w:sz w:val="14"/>
              </w:rPr>
              <w:t>0.773</w:t>
            </w:r>
          </w:p>
        </w:tc>
        <w:tc>
          <w:tcPr>
            <w:tcW w:w="785" w:type="dxa"/>
          </w:tcPr>
          <w:p w14:paraId="38296B65" w14:textId="77777777" w:rsidR="005503B4" w:rsidRPr="00EE6DD3" w:rsidRDefault="005503B4" w:rsidP="00D65017">
            <w:pPr>
              <w:jc w:val="center"/>
            </w:pPr>
            <w:r w:rsidRPr="00EE6DD3">
              <w:rPr>
                <w:rFonts w:eastAsia="SimSun"/>
                <w:sz w:val="14"/>
              </w:rPr>
              <w:t>0.642</w:t>
            </w:r>
          </w:p>
        </w:tc>
        <w:tc>
          <w:tcPr>
            <w:tcW w:w="785" w:type="dxa"/>
          </w:tcPr>
          <w:p w14:paraId="2809C91A" w14:textId="77777777" w:rsidR="005503B4" w:rsidRPr="00EE6DD3" w:rsidRDefault="005503B4" w:rsidP="00D65017">
            <w:pPr>
              <w:jc w:val="center"/>
            </w:pPr>
            <w:r w:rsidRPr="00EE6DD3">
              <w:rPr>
                <w:rFonts w:eastAsia="SimSun"/>
                <w:sz w:val="14"/>
              </w:rPr>
              <w:t>0.073</w:t>
            </w:r>
          </w:p>
        </w:tc>
      </w:tr>
      <w:tr w:rsidR="005503B4" w:rsidRPr="00EE6DD3" w14:paraId="3870CF20" w14:textId="77777777" w:rsidTr="00D65017">
        <w:tc>
          <w:tcPr>
            <w:tcW w:w="785" w:type="dxa"/>
          </w:tcPr>
          <w:p w14:paraId="0773918E" w14:textId="77777777" w:rsidR="005503B4" w:rsidRPr="00EE6DD3" w:rsidRDefault="005503B4" w:rsidP="00D65017">
            <w:r w:rsidRPr="00EE6DD3">
              <w:rPr>
                <w:rFonts w:eastAsia="SimSun"/>
                <w:sz w:val="14"/>
              </w:rPr>
              <w:t>SDG10</w:t>
            </w:r>
          </w:p>
        </w:tc>
        <w:tc>
          <w:tcPr>
            <w:tcW w:w="785" w:type="dxa"/>
          </w:tcPr>
          <w:p w14:paraId="77A3B35F" w14:textId="77777777" w:rsidR="005503B4" w:rsidRPr="00EE6DD3" w:rsidRDefault="005503B4" w:rsidP="00D65017">
            <w:pPr>
              <w:jc w:val="center"/>
            </w:pPr>
            <w:r w:rsidRPr="00EE6DD3">
              <w:rPr>
                <w:rFonts w:eastAsia="SimSun"/>
                <w:sz w:val="14"/>
              </w:rPr>
              <w:t>1291169</w:t>
            </w:r>
          </w:p>
        </w:tc>
        <w:tc>
          <w:tcPr>
            <w:tcW w:w="785" w:type="dxa"/>
          </w:tcPr>
          <w:p w14:paraId="5E254BF4" w14:textId="77777777" w:rsidR="005503B4" w:rsidRPr="00EE6DD3" w:rsidRDefault="005503B4" w:rsidP="00D65017">
            <w:pPr>
              <w:jc w:val="center"/>
            </w:pPr>
            <w:r w:rsidRPr="00EE6DD3">
              <w:rPr>
                <w:rFonts w:eastAsia="SimSun"/>
                <w:sz w:val="14"/>
              </w:rPr>
              <w:t>0.730</w:t>
            </w:r>
          </w:p>
        </w:tc>
        <w:tc>
          <w:tcPr>
            <w:tcW w:w="785" w:type="dxa"/>
          </w:tcPr>
          <w:p w14:paraId="57DFC700" w14:textId="77777777" w:rsidR="005503B4" w:rsidRPr="00EE6DD3" w:rsidRDefault="005503B4" w:rsidP="00D65017">
            <w:pPr>
              <w:jc w:val="center"/>
            </w:pPr>
            <w:r w:rsidRPr="00EE6DD3">
              <w:rPr>
                <w:rFonts w:eastAsia="SimSun"/>
                <w:sz w:val="14"/>
              </w:rPr>
              <w:t>0.779</w:t>
            </w:r>
          </w:p>
        </w:tc>
        <w:tc>
          <w:tcPr>
            <w:tcW w:w="785" w:type="dxa"/>
          </w:tcPr>
          <w:p w14:paraId="3EE23267" w14:textId="77777777" w:rsidR="005503B4" w:rsidRPr="00EE6DD3" w:rsidRDefault="005503B4" w:rsidP="00D65017">
            <w:pPr>
              <w:jc w:val="center"/>
            </w:pPr>
            <w:r w:rsidRPr="00EE6DD3">
              <w:rPr>
                <w:rFonts w:eastAsia="SimSun"/>
                <w:sz w:val="14"/>
              </w:rPr>
              <w:t>0.594</w:t>
            </w:r>
          </w:p>
        </w:tc>
        <w:tc>
          <w:tcPr>
            <w:tcW w:w="785" w:type="dxa"/>
          </w:tcPr>
          <w:p w14:paraId="06B46660" w14:textId="77777777" w:rsidR="005503B4" w:rsidRPr="00EE6DD3" w:rsidRDefault="005503B4" w:rsidP="00D65017">
            <w:pPr>
              <w:jc w:val="center"/>
            </w:pPr>
            <w:r w:rsidRPr="00EE6DD3">
              <w:rPr>
                <w:rFonts w:eastAsia="SimSun"/>
                <w:sz w:val="14"/>
              </w:rPr>
              <w:t>0.049</w:t>
            </w:r>
          </w:p>
        </w:tc>
        <w:tc>
          <w:tcPr>
            <w:tcW w:w="785" w:type="dxa"/>
          </w:tcPr>
          <w:p w14:paraId="51C812E4" w14:textId="77777777" w:rsidR="005503B4" w:rsidRPr="00EE6DD3" w:rsidRDefault="005503B4" w:rsidP="00D65017">
            <w:pPr>
              <w:jc w:val="center"/>
            </w:pPr>
            <w:r w:rsidRPr="00EE6DD3">
              <w:rPr>
                <w:rFonts w:eastAsia="SimSun"/>
                <w:sz w:val="14"/>
              </w:rPr>
              <w:t>503666</w:t>
            </w:r>
          </w:p>
        </w:tc>
        <w:tc>
          <w:tcPr>
            <w:tcW w:w="785" w:type="dxa"/>
          </w:tcPr>
          <w:p w14:paraId="0389A081" w14:textId="77777777" w:rsidR="005503B4" w:rsidRPr="00EE6DD3" w:rsidRDefault="005503B4" w:rsidP="00D65017">
            <w:pPr>
              <w:jc w:val="center"/>
            </w:pPr>
            <w:r w:rsidRPr="00EE6DD3">
              <w:rPr>
                <w:rFonts w:eastAsia="SimSun"/>
                <w:sz w:val="14"/>
              </w:rPr>
              <w:t>0.285</w:t>
            </w:r>
          </w:p>
        </w:tc>
        <w:tc>
          <w:tcPr>
            <w:tcW w:w="785" w:type="dxa"/>
          </w:tcPr>
          <w:p w14:paraId="51DF2903" w14:textId="77777777" w:rsidR="005503B4" w:rsidRPr="00EE6DD3" w:rsidRDefault="005503B4" w:rsidP="00D65017">
            <w:pPr>
              <w:jc w:val="center"/>
            </w:pPr>
            <w:r w:rsidRPr="00EE6DD3">
              <w:rPr>
                <w:rFonts w:eastAsia="SimSun"/>
                <w:sz w:val="14"/>
              </w:rPr>
              <w:t>0.375</w:t>
            </w:r>
          </w:p>
        </w:tc>
        <w:tc>
          <w:tcPr>
            <w:tcW w:w="785" w:type="dxa"/>
          </w:tcPr>
          <w:p w14:paraId="7935421C" w14:textId="77777777" w:rsidR="005503B4" w:rsidRPr="00EE6DD3" w:rsidRDefault="005503B4" w:rsidP="00D65017">
            <w:pPr>
              <w:jc w:val="center"/>
            </w:pPr>
            <w:r w:rsidRPr="00EE6DD3">
              <w:rPr>
                <w:rFonts w:eastAsia="SimSun"/>
                <w:sz w:val="14"/>
              </w:rPr>
              <w:t>0.614</w:t>
            </w:r>
          </w:p>
        </w:tc>
        <w:tc>
          <w:tcPr>
            <w:tcW w:w="785" w:type="dxa"/>
          </w:tcPr>
          <w:p w14:paraId="0B362D34" w14:textId="77777777" w:rsidR="005503B4" w:rsidRPr="00EE6DD3" w:rsidRDefault="005503B4" w:rsidP="00D65017">
            <w:pPr>
              <w:jc w:val="center"/>
            </w:pPr>
            <w:r w:rsidRPr="00EE6DD3">
              <w:rPr>
                <w:rFonts w:eastAsia="SimSun"/>
                <w:sz w:val="14"/>
              </w:rPr>
              <w:t>0.091</w:t>
            </w:r>
          </w:p>
        </w:tc>
      </w:tr>
      <w:tr w:rsidR="005503B4" w:rsidRPr="00EE6DD3" w14:paraId="75D04F23" w14:textId="77777777" w:rsidTr="00D65017">
        <w:tc>
          <w:tcPr>
            <w:tcW w:w="785" w:type="dxa"/>
          </w:tcPr>
          <w:p w14:paraId="5AC6D10B" w14:textId="77777777" w:rsidR="005503B4" w:rsidRPr="00EE6DD3" w:rsidRDefault="005503B4" w:rsidP="00D65017">
            <w:r w:rsidRPr="00EE6DD3">
              <w:rPr>
                <w:rFonts w:eastAsia="SimSun"/>
                <w:sz w:val="14"/>
              </w:rPr>
              <w:t>SDG11</w:t>
            </w:r>
          </w:p>
        </w:tc>
        <w:tc>
          <w:tcPr>
            <w:tcW w:w="785" w:type="dxa"/>
          </w:tcPr>
          <w:p w14:paraId="184E8BB5" w14:textId="77777777" w:rsidR="005503B4" w:rsidRPr="00EE6DD3" w:rsidRDefault="005503B4" w:rsidP="00D65017">
            <w:pPr>
              <w:jc w:val="center"/>
            </w:pPr>
            <w:r w:rsidRPr="00EE6DD3">
              <w:rPr>
                <w:rFonts w:eastAsia="SimSun"/>
                <w:sz w:val="14"/>
              </w:rPr>
              <w:t>1281442</w:t>
            </w:r>
          </w:p>
        </w:tc>
        <w:tc>
          <w:tcPr>
            <w:tcW w:w="785" w:type="dxa"/>
          </w:tcPr>
          <w:p w14:paraId="18526A22" w14:textId="77777777" w:rsidR="005503B4" w:rsidRPr="00EE6DD3" w:rsidRDefault="005503B4" w:rsidP="00D65017">
            <w:pPr>
              <w:jc w:val="center"/>
            </w:pPr>
            <w:r w:rsidRPr="00EE6DD3">
              <w:rPr>
                <w:rFonts w:eastAsia="SimSun"/>
                <w:sz w:val="14"/>
              </w:rPr>
              <w:t>0.724</w:t>
            </w:r>
          </w:p>
        </w:tc>
        <w:tc>
          <w:tcPr>
            <w:tcW w:w="785" w:type="dxa"/>
          </w:tcPr>
          <w:p w14:paraId="2CBE69DA" w14:textId="77777777" w:rsidR="005503B4" w:rsidRPr="00EE6DD3" w:rsidRDefault="005503B4" w:rsidP="00D65017">
            <w:pPr>
              <w:jc w:val="center"/>
            </w:pPr>
            <w:r w:rsidRPr="00EE6DD3">
              <w:rPr>
                <w:rFonts w:eastAsia="SimSun"/>
                <w:sz w:val="14"/>
              </w:rPr>
              <w:t>0.774</w:t>
            </w:r>
          </w:p>
        </w:tc>
        <w:tc>
          <w:tcPr>
            <w:tcW w:w="785" w:type="dxa"/>
          </w:tcPr>
          <w:p w14:paraId="1FEF9F52" w14:textId="77777777" w:rsidR="005503B4" w:rsidRPr="00EE6DD3" w:rsidRDefault="005503B4" w:rsidP="00D65017">
            <w:pPr>
              <w:jc w:val="center"/>
            </w:pPr>
            <w:r w:rsidRPr="00EE6DD3">
              <w:rPr>
                <w:rFonts w:eastAsia="SimSun"/>
                <w:sz w:val="14"/>
              </w:rPr>
              <w:t>0.582</w:t>
            </w:r>
          </w:p>
        </w:tc>
        <w:tc>
          <w:tcPr>
            <w:tcW w:w="785" w:type="dxa"/>
          </w:tcPr>
          <w:p w14:paraId="46BFDF6F" w14:textId="77777777" w:rsidR="005503B4" w:rsidRPr="00EE6DD3" w:rsidRDefault="005503B4" w:rsidP="00D65017">
            <w:pPr>
              <w:jc w:val="center"/>
            </w:pPr>
            <w:r w:rsidRPr="00EE6DD3">
              <w:rPr>
                <w:rFonts w:eastAsia="SimSun"/>
                <w:sz w:val="14"/>
              </w:rPr>
              <w:t>0.049</w:t>
            </w:r>
          </w:p>
        </w:tc>
        <w:tc>
          <w:tcPr>
            <w:tcW w:w="785" w:type="dxa"/>
          </w:tcPr>
          <w:p w14:paraId="49EB8C93" w14:textId="77777777" w:rsidR="005503B4" w:rsidRPr="00EE6DD3" w:rsidRDefault="005503B4" w:rsidP="00D65017">
            <w:pPr>
              <w:jc w:val="center"/>
            </w:pPr>
            <w:r w:rsidRPr="00EE6DD3">
              <w:rPr>
                <w:rFonts w:eastAsia="SimSun"/>
                <w:sz w:val="14"/>
              </w:rPr>
              <w:t>1423605</w:t>
            </w:r>
          </w:p>
        </w:tc>
        <w:tc>
          <w:tcPr>
            <w:tcW w:w="785" w:type="dxa"/>
          </w:tcPr>
          <w:p w14:paraId="6C7CC8C7" w14:textId="77777777" w:rsidR="005503B4" w:rsidRPr="00EE6DD3" w:rsidRDefault="005503B4" w:rsidP="00D65017">
            <w:pPr>
              <w:jc w:val="center"/>
            </w:pPr>
            <w:r w:rsidRPr="00EE6DD3">
              <w:rPr>
                <w:rFonts w:eastAsia="SimSun"/>
                <w:sz w:val="14"/>
              </w:rPr>
              <w:t>0.805</w:t>
            </w:r>
          </w:p>
        </w:tc>
        <w:tc>
          <w:tcPr>
            <w:tcW w:w="785" w:type="dxa"/>
          </w:tcPr>
          <w:p w14:paraId="0A2F7148" w14:textId="77777777" w:rsidR="005503B4" w:rsidRPr="00EE6DD3" w:rsidRDefault="005503B4" w:rsidP="00D65017">
            <w:pPr>
              <w:jc w:val="center"/>
            </w:pPr>
            <w:r w:rsidRPr="00EE6DD3">
              <w:rPr>
                <w:rFonts w:eastAsia="SimSun"/>
                <w:sz w:val="14"/>
              </w:rPr>
              <w:t>0.852</w:t>
            </w:r>
          </w:p>
        </w:tc>
        <w:tc>
          <w:tcPr>
            <w:tcW w:w="785" w:type="dxa"/>
          </w:tcPr>
          <w:p w14:paraId="59199BB7" w14:textId="77777777" w:rsidR="005503B4" w:rsidRPr="00EE6DD3" w:rsidRDefault="005503B4" w:rsidP="00D65017">
            <w:pPr>
              <w:jc w:val="center"/>
            </w:pPr>
            <w:r w:rsidRPr="00EE6DD3">
              <w:rPr>
                <w:rFonts w:eastAsia="SimSun"/>
                <w:sz w:val="14"/>
              </w:rPr>
              <w:t>0.613</w:t>
            </w:r>
          </w:p>
        </w:tc>
        <w:tc>
          <w:tcPr>
            <w:tcW w:w="785" w:type="dxa"/>
          </w:tcPr>
          <w:p w14:paraId="46779D09" w14:textId="77777777" w:rsidR="005503B4" w:rsidRPr="00EE6DD3" w:rsidRDefault="005503B4" w:rsidP="00D65017">
            <w:pPr>
              <w:jc w:val="center"/>
            </w:pPr>
            <w:r w:rsidRPr="00EE6DD3">
              <w:rPr>
                <w:rFonts w:eastAsia="SimSun"/>
                <w:sz w:val="14"/>
              </w:rPr>
              <w:t>0.047</w:t>
            </w:r>
          </w:p>
        </w:tc>
      </w:tr>
      <w:tr w:rsidR="005503B4" w:rsidRPr="00EE6DD3" w14:paraId="778014DD" w14:textId="77777777" w:rsidTr="00D65017">
        <w:tc>
          <w:tcPr>
            <w:tcW w:w="785" w:type="dxa"/>
          </w:tcPr>
          <w:p w14:paraId="5378EEFE" w14:textId="77777777" w:rsidR="005503B4" w:rsidRPr="00EE6DD3" w:rsidRDefault="005503B4" w:rsidP="00D65017">
            <w:r w:rsidRPr="00EE6DD3">
              <w:rPr>
                <w:rFonts w:eastAsia="SimSun"/>
                <w:sz w:val="14"/>
              </w:rPr>
              <w:t>SDG12</w:t>
            </w:r>
          </w:p>
        </w:tc>
        <w:tc>
          <w:tcPr>
            <w:tcW w:w="785" w:type="dxa"/>
          </w:tcPr>
          <w:p w14:paraId="61757B16" w14:textId="77777777" w:rsidR="005503B4" w:rsidRPr="00EE6DD3" w:rsidRDefault="005503B4" w:rsidP="00D65017">
            <w:pPr>
              <w:jc w:val="center"/>
            </w:pPr>
            <w:r w:rsidRPr="00EE6DD3">
              <w:rPr>
                <w:rFonts w:eastAsia="SimSun"/>
                <w:sz w:val="14"/>
              </w:rPr>
              <w:t>1230264</w:t>
            </w:r>
          </w:p>
        </w:tc>
        <w:tc>
          <w:tcPr>
            <w:tcW w:w="785" w:type="dxa"/>
          </w:tcPr>
          <w:p w14:paraId="72FFDBA6" w14:textId="77777777" w:rsidR="005503B4" w:rsidRPr="00EE6DD3" w:rsidRDefault="005503B4" w:rsidP="00D65017">
            <w:pPr>
              <w:jc w:val="center"/>
            </w:pPr>
            <w:r w:rsidRPr="00EE6DD3">
              <w:rPr>
                <w:rFonts w:eastAsia="SimSun"/>
                <w:sz w:val="14"/>
              </w:rPr>
              <w:t>0.695</w:t>
            </w:r>
          </w:p>
        </w:tc>
        <w:tc>
          <w:tcPr>
            <w:tcW w:w="785" w:type="dxa"/>
          </w:tcPr>
          <w:p w14:paraId="5C9A5548" w14:textId="77777777" w:rsidR="005503B4" w:rsidRPr="00EE6DD3" w:rsidRDefault="005503B4" w:rsidP="00D65017">
            <w:pPr>
              <w:jc w:val="center"/>
            </w:pPr>
            <w:r w:rsidRPr="00EE6DD3">
              <w:rPr>
                <w:rFonts w:eastAsia="SimSun"/>
                <w:sz w:val="14"/>
              </w:rPr>
              <w:t>0.763</w:t>
            </w:r>
          </w:p>
        </w:tc>
        <w:tc>
          <w:tcPr>
            <w:tcW w:w="785" w:type="dxa"/>
          </w:tcPr>
          <w:p w14:paraId="27C68D3D" w14:textId="77777777" w:rsidR="005503B4" w:rsidRPr="00EE6DD3" w:rsidRDefault="005503B4" w:rsidP="00D65017">
            <w:pPr>
              <w:jc w:val="center"/>
            </w:pPr>
            <w:r w:rsidRPr="00EE6DD3">
              <w:rPr>
                <w:rFonts w:eastAsia="SimSun"/>
                <w:sz w:val="14"/>
              </w:rPr>
              <w:t>0.610</w:t>
            </w:r>
          </w:p>
        </w:tc>
        <w:tc>
          <w:tcPr>
            <w:tcW w:w="785" w:type="dxa"/>
          </w:tcPr>
          <w:p w14:paraId="07252E16" w14:textId="77777777" w:rsidR="005503B4" w:rsidRPr="00EE6DD3" w:rsidRDefault="005503B4" w:rsidP="00D65017">
            <w:pPr>
              <w:jc w:val="center"/>
            </w:pPr>
            <w:r w:rsidRPr="00EE6DD3">
              <w:rPr>
                <w:rFonts w:eastAsia="SimSun"/>
                <w:sz w:val="14"/>
              </w:rPr>
              <w:t>0.068</w:t>
            </w:r>
          </w:p>
        </w:tc>
        <w:tc>
          <w:tcPr>
            <w:tcW w:w="785" w:type="dxa"/>
          </w:tcPr>
          <w:p w14:paraId="3865BC10" w14:textId="77777777" w:rsidR="005503B4" w:rsidRPr="00EE6DD3" w:rsidRDefault="005503B4" w:rsidP="00D65017">
            <w:pPr>
              <w:jc w:val="center"/>
            </w:pPr>
            <w:r w:rsidRPr="00EE6DD3">
              <w:rPr>
                <w:rFonts w:eastAsia="SimSun"/>
                <w:sz w:val="14"/>
              </w:rPr>
              <w:t>1219917</w:t>
            </w:r>
          </w:p>
        </w:tc>
        <w:tc>
          <w:tcPr>
            <w:tcW w:w="785" w:type="dxa"/>
          </w:tcPr>
          <w:p w14:paraId="31EC82E3" w14:textId="77777777" w:rsidR="005503B4" w:rsidRPr="00EE6DD3" w:rsidRDefault="005503B4" w:rsidP="00D65017">
            <w:pPr>
              <w:jc w:val="center"/>
            </w:pPr>
            <w:r w:rsidRPr="00EE6DD3">
              <w:rPr>
                <w:rFonts w:eastAsia="SimSun"/>
                <w:sz w:val="14"/>
              </w:rPr>
              <w:t>0.690</w:t>
            </w:r>
          </w:p>
        </w:tc>
        <w:tc>
          <w:tcPr>
            <w:tcW w:w="785" w:type="dxa"/>
          </w:tcPr>
          <w:p w14:paraId="59660678" w14:textId="77777777" w:rsidR="005503B4" w:rsidRPr="00EE6DD3" w:rsidRDefault="005503B4" w:rsidP="00D65017">
            <w:pPr>
              <w:jc w:val="center"/>
            </w:pPr>
            <w:r w:rsidRPr="00EE6DD3">
              <w:rPr>
                <w:rFonts w:eastAsia="SimSun"/>
                <w:sz w:val="14"/>
              </w:rPr>
              <w:t>0.753</w:t>
            </w:r>
          </w:p>
        </w:tc>
        <w:tc>
          <w:tcPr>
            <w:tcW w:w="785" w:type="dxa"/>
          </w:tcPr>
          <w:p w14:paraId="3A1318CA" w14:textId="77777777" w:rsidR="005503B4" w:rsidRPr="00EE6DD3" w:rsidRDefault="005503B4" w:rsidP="00D65017">
            <w:pPr>
              <w:jc w:val="center"/>
            </w:pPr>
            <w:r w:rsidRPr="00EE6DD3">
              <w:rPr>
                <w:rFonts w:eastAsia="SimSun"/>
                <w:sz w:val="14"/>
              </w:rPr>
              <w:t>0.600</w:t>
            </w:r>
          </w:p>
        </w:tc>
        <w:tc>
          <w:tcPr>
            <w:tcW w:w="785" w:type="dxa"/>
          </w:tcPr>
          <w:p w14:paraId="09AAC624" w14:textId="77777777" w:rsidR="005503B4" w:rsidRPr="00EE6DD3" w:rsidRDefault="005503B4" w:rsidP="00D65017">
            <w:pPr>
              <w:jc w:val="center"/>
            </w:pPr>
            <w:r w:rsidRPr="00EE6DD3">
              <w:rPr>
                <w:rFonts w:eastAsia="SimSun"/>
                <w:sz w:val="14"/>
              </w:rPr>
              <w:t>0.063</w:t>
            </w:r>
          </w:p>
        </w:tc>
      </w:tr>
      <w:tr w:rsidR="005503B4" w:rsidRPr="00EE6DD3" w14:paraId="18E2313C" w14:textId="77777777" w:rsidTr="00D65017">
        <w:tc>
          <w:tcPr>
            <w:tcW w:w="785" w:type="dxa"/>
          </w:tcPr>
          <w:p w14:paraId="07AD4E8F" w14:textId="77777777" w:rsidR="005503B4" w:rsidRPr="00EE6DD3" w:rsidRDefault="005503B4" w:rsidP="00D65017">
            <w:r w:rsidRPr="00EE6DD3">
              <w:rPr>
                <w:rFonts w:eastAsia="SimSun"/>
                <w:sz w:val="14"/>
              </w:rPr>
              <w:t>SDG13</w:t>
            </w:r>
          </w:p>
        </w:tc>
        <w:tc>
          <w:tcPr>
            <w:tcW w:w="785" w:type="dxa"/>
          </w:tcPr>
          <w:p w14:paraId="1EAB898F" w14:textId="77777777" w:rsidR="005503B4" w:rsidRPr="00EE6DD3" w:rsidRDefault="005503B4" w:rsidP="00D65017">
            <w:pPr>
              <w:jc w:val="center"/>
            </w:pPr>
            <w:r w:rsidRPr="00EE6DD3">
              <w:rPr>
                <w:rFonts w:eastAsia="SimSun"/>
                <w:sz w:val="14"/>
              </w:rPr>
              <w:t>1294343</w:t>
            </w:r>
          </w:p>
        </w:tc>
        <w:tc>
          <w:tcPr>
            <w:tcW w:w="785" w:type="dxa"/>
          </w:tcPr>
          <w:p w14:paraId="35C902F9" w14:textId="77777777" w:rsidR="005503B4" w:rsidRPr="00EE6DD3" w:rsidRDefault="005503B4" w:rsidP="00D65017">
            <w:pPr>
              <w:jc w:val="center"/>
            </w:pPr>
            <w:r w:rsidRPr="00EE6DD3">
              <w:rPr>
                <w:rFonts w:eastAsia="SimSun"/>
                <w:sz w:val="14"/>
              </w:rPr>
              <w:t>0.732</w:t>
            </w:r>
          </w:p>
        </w:tc>
        <w:tc>
          <w:tcPr>
            <w:tcW w:w="785" w:type="dxa"/>
          </w:tcPr>
          <w:p w14:paraId="7B83E3FE" w14:textId="77777777" w:rsidR="005503B4" w:rsidRPr="00EE6DD3" w:rsidRDefault="005503B4" w:rsidP="00D65017">
            <w:pPr>
              <w:jc w:val="center"/>
            </w:pPr>
            <w:r w:rsidRPr="00EE6DD3">
              <w:rPr>
                <w:rFonts w:eastAsia="SimSun"/>
                <w:sz w:val="14"/>
              </w:rPr>
              <w:t>0.763</w:t>
            </w:r>
          </w:p>
        </w:tc>
        <w:tc>
          <w:tcPr>
            <w:tcW w:w="785" w:type="dxa"/>
          </w:tcPr>
          <w:p w14:paraId="0DCE89CD" w14:textId="77777777" w:rsidR="005503B4" w:rsidRPr="00EE6DD3" w:rsidRDefault="005503B4" w:rsidP="00D65017">
            <w:pPr>
              <w:jc w:val="center"/>
            </w:pPr>
            <w:r w:rsidRPr="00EE6DD3">
              <w:rPr>
                <w:rFonts w:eastAsia="SimSun"/>
                <w:sz w:val="14"/>
              </w:rPr>
              <w:t>0.553</w:t>
            </w:r>
          </w:p>
        </w:tc>
        <w:tc>
          <w:tcPr>
            <w:tcW w:w="785" w:type="dxa"/>
          </w:tcPr>
          <w:p w14:paraId="478940FC" w14:textId="77777777" w:rsidR="005503B4" w:rsidRPr="00EE6DD3" w:rsidRDefault="005503B4" w:rsidP="00D65017">
            <w:pPr>
              <w:jc w:val="center"/>
            </w:pPr>
            <w:r w:rsidRPr="00EE6DD3">
              <w:rPr>
                <w:rFonts w:eastAsia="SimSun"/>
                <w:sz w:val="14"/>
              </w:rPr>
              <w:t>0.032</w:t>
            </w:r>
          </w:p>
        </w:tc>
        <w:tc>
          <w:tcPr>
            <w:tcW w:w="785" w:type="dxa"/>
          </w:tcPr>
          <w:p w14:paraId="778ED045" w14:textId="77777777" w:rsidR="005503B4" w:rsidRPr="00EE6DD3" w:rsidRDefault="005503B4" w:rsidP="00D65017">
            <w:pPr>
              <w:jc w:val="center"/>
            </w:pPr>
            <w:r w:rsidRPr="00EE6DD3">
              <w:rPr>
                <w:rFonts w:eastAsia="SimSun"/>
                <w:sz w:val="14"/>
              </w:rPr>
              <w:t>734592</w:t>
            </w:r>
          </w:p>
        </w:tc>
        <w:tc>
          <w:tcPr>
            <w:tcW w:w="785" w:type="dxa"/>
          </w:tcPr>
          <w:p w14:paraId="3CD8E745" w14:textId="77777777" w:rsidR="005503B4" w:rsidRPr="00EE6DD3" w:rsidRDefault="005503B4" w:rsidP="00D65017">
            <w:pPr>
              <w:jc w:val="center"/>
            </w:pPr>
            <w:r w:rsidRPr="00EE6DD3">
              <w:rPr>
                <w:rFonts w:eastAsia="SimSun"/>
                <w:sz w:val="14"/>
              </w:rPr>
              <w:t>0.415</w:t>
            </w:r>
          </w:p>
        </w:tc>
        <w:tc>
          <w:tcPr>
            <w:tcW w:w="785" w:type="dxa"/>
          </w:tcPr>
          <w:p w14:paraId="682D13D0" w14:textId="77777777" w:rsidR="005503B4" w:rsidRPr="00EE6DD3" w:rsidRDefault="005503B4" w:rsidP="00D65017">
            <w:pPr>
              <w:jc w:val="center"/>
            </w:pPr>
            <w:r w:rsidRPr="00EE6DD3">
              <w:rPr>
                <w:rFonts w:eastAsia="SimSun"/>
                <w:sz w:val="14"/>
              </w:rPr>
              <w:t>0.511</w:t>
            </w:r>
          </w:p>
        </w:tc>
        <w:tc>
          <w:tcPr>
            <w:tcW w:w="785" w:type="dxa"/>
          </w:tcPr>
          <w:p w14:paraId="245DF2EC" w14:textId="77777777" w:rsidR="005503B4" w:rsidRPr="00EE6DD3" w:rsidRDefault="005503B4" w:rsidP="00D65017">
            <w:pPr>
              <w:jc w:val="center"/>
            </w:pPr>
            <w:r w:rsidRPr="00EE6DD3">
              <w:rPr>
                <w:rFonts w:eastAsia="SimSun"/>
                <w:sz w:val="14"/>
              </w:rPr>
              <w:t>0.585</w:t>
            </w:r>
          </w:p>
        </w:tc>
        <w:tc>
          <w:tcPr>
            <w:tcW w:w="785" w:type="dxa"/>
          </w:tcPr>
          <w:p w14:paraId="433D11D7" w14:textId="77777777" w:rsidR="005503B4" w:rsidRPr="00EE6DD3" w:rsidRDefault="005503B4" w:rsidP="00D65017">
            <w:pPr>
              <w:jc w:val="center"/>
            </w:pPr>
            <w:r w:rsidRPr="00EE6DD3">
              <w:rPr>
                <w:rFonts w:eastAsia="SimSun"/>
                <w:sz w:val="14"/>
              </w:rPr>
              <w:t>0.096</w:t>
            </w:r>
          </w:p>
        </w:tc>
      </w:tr>
      <w:tr w:rsidR="005503B4" w:rsidRPr="00EE6DD3" w14:paraId="0B2EADAD" w14:textId="77777777" w:rsidTr="00D65017">
        <w:tc>
          <w:tcPr>
            <w:tcW w:w="785" w:type="dxa"/>
          </w:tcPr>
          <w:p w14:paraId="38879341" w14:textId="77777777" w:rsidR="005503B4" w:rsidRPr="00EE6DD3" w:rsidRDefault="005503B4" w:rsidP="00D65017">
            <w:r w:rsidRPr="00EE6DD3">
              <w:rPr>
                <w:rFonts w:eastAsia="SimSun"/>
                <w:sz w:val="14"/>
              </w:rPr>
              <w:t>SDG14</w:t>
            </w:r>
          </w:p>
        </w:tc>
        <w:tc>
          <w:tcPr>
            <w:tcW w:w="785" w:type="dxa"/>
          </w:tcPr>
          <w:p w14:paraId="4428F0E4" w14:textId="77777777" w:rsidR="005503B4" w:rsidRPr="00EE6DD3" w:rsidRDefault="005503B4" w:rsidP="00D65017">
            <w:pPr>
              <w:jc w:val="center"/>
            </w:pPr>
            <w:r w:rsidRPr="00EE6DD3">
              <w:rPr>
                <w:rFonts w:eastAsia="SimSun"/>
                <w:sz w:val="14"/>
              </w:rPr>
              <w:t>1165693</w:t>
            </w:r>
          </w:p>
        </w:tc>
        <w:tc>
          <w:tcPr>
            <w:tcW w:w="785" w:type="dxa"/>
          </w:tcPr>
          <w:p w14:paraId="71AE3138" w14:textId="77777777" w:rsidR="005503B4" w:rsidRPr="00EE6DD3" w:rsidRDefault="005503B4" w:rsidP="00D65017">
            <w:pPr>
              <w:jc w:val="center"/>
            </w:pPr>
            <w:r w:rsidRPr="00EE6DD3">
              <w:rPr>
                <w:rFonts w:eastAsia="SimSun"/>
                <w:sz w:val="14"/>
              </w:rPr>
              <w:t>0.659</w:t>
            </w:r>
          </w:p>
        </w:tc>
        <w:tc>
          <w:tcPr>
            <w:tcW w:w="785" w:type="dxa"/>
          </w:tcPr>
          <w:p w14:paraId="42A31BBE" w14:textId="77777777" w:rsidR="005503B4" w:rsidRPr="00EE6DD3" w:rsidRDefault="005503B4" w:rsidP="00D65017">
            <w:pPr>
              <w:jc w:val="center"/>
            </w:pPr>
            <w:r w:rsidRPr="00EE6DD3">
              <w:rPr>
                <w:rFonts w:eastAsia="SimSun"/>
                <w:sz w:val="14"/>
              </w:rPr>
              <w:t>0.683</w:t>
            </w:r>
          </w:p>
        </w:tc>
        <w:tc>
          <w:tcPr>
            <w:tcW w:w="785" w:type="dxa"/>
          </w:tcPr>
          <w:p w14:paraId="066C1F2B" w14:textId="77777777" w:rsidR="005503B4" w:rsidRPr="00EE6DD3" w:rsidRDefault="005503B4" w:rsidP="00D65017">
            <w:pPr>
              <w:jc w:val="center"/>
            </w:pPr>
            <w:r w:rsidRPr="00EE6DD3">
              <w:rPr>
                <w:rFonts w:eastAsia="SimSun"/>
                <w:sz w:val="14"/>
              </w:rPr>
              <w:t>0.535</w:t>
            </w:r>
          </w:p>
        </w:tc>
        <w:tc>
          <w:tcPr>
            <w:tcW w:w="785" w:type="dxa"/>
          </w:tcPr>
          <w:p w14:paraId="7CF4719C" w14:textId="77777777" w:rsidR="005503B4" w:rsidRPr="00EE6DD3" w:rsidRDefault="005503B4" w:rsidP="00D65017">
            <w:pPr>
              <w:jc w:val="center"/>
            </w:pPr>
            <w:r w:rsidRPr="00EE6DD3">
              <w:rPr>
                <w:rFonts w:eastAsia="SimSun"/>
                <w:sz w:val="14"/>
              </w:rPr>
              <w:t>0.024</w:t>
            </w:r>
          </w:p>
        </w:tc>
        <w:tc>
          <w:tcPr>
            <w:tcW w:w="785" w:type="dxa"/>
          </w:tcPr>
          <w:p w14:paraId="48B76854" w14:textId="77777777" w:rsidR="005503B4" w:rsidRPr="00EE6DD3" w:rsidRDefault="005503B4" w:rsidP="00D65017">
            <w:pPr>
              <w:jc w:val="center"/>
            </w:pPr>
            <w:r w:rsidRPr="00EE6DD3">
              <w:rPr>
                <w:rFonts w:eastAsia="SimSun"/>
                <w:sz w:val="14"/>
              </w:rPr>
              <w:t>1366417</w:t>
            </w:r>
          </w:p>
        </w:tc>
        <w:tc>
          <w:tcPr>
            <w:tcW w:w="785" w:type="dxa"/>
          </w:tcPr>
          <w:p w14:paraId="3F2A45B1" w14:textId="77777777" w:rsidR="005503B4" w:rsidRPr="00EE6DD3" w:rsidRDefault="005503B4" w:rsidP="00D65017">
            <w:pPr>
              <w:jc w:val="center"/>
            </w:pPr>
            <w:r w:rsidRPr="00EE6DD3">
              <w:rPr>
                <w:rFonts w:eastAsia="SimSun"/>
                <w:sz w:val="14"/>
              </w:rPr>
              <w:t>0.772</w:t>
            </w:r>
          </w:p>
        </w:tc>
        <w:tc>
          <w:tcPr>
            <w:tcW w:w="785" w:type="dxa"/>
          </w:tcPr>
          <w:p w14:paraId="53C075B6" w14:textId="77777777" w:rsidR="005503B4" w:rsidRPr="00EE6DD3" w:rsidRDefault="005503B4" w:rsidP="00D65017">
            <w:pPr>
              <w:jc w:val="center"/>
            </w:pPr>
            <w:r w:rsidRPr="00EE6DD3">
              <w:rPr>
                <w:rFonts w:eastAsia="SimSun"/>
                <w:sz w:val="14"/>
              </w:rPr>
              <w:t>0.789</w:t>
            </w:r>
          </w:p>
        </w:tc>
        <w:tc>
          <w:tcPr>
            <w:tcW w:w="785" w:type="dxa"/>
          </w:tcPr>
          <w:p w14:paraId="19709BDD" w14:textId="77777777" w:rsidR="005503B4" w:rsidRPr="00EE6DD3" w:rsidRDefault="005503B4" w:rsidP="00D65017">
            <w:pPr>
              <w:jc w:val="center"/>
            </w:pPr>
            <w:r w:rsidRPr="00EE6DD3">
              <w:rPr>
                <w:rFonts w:eastAsia="SimSun"/>
                <w:sz w:val="14"/>
              </w:rPr>
              <w:t>0.536</w:t>
            </w:r>
          </w:p>
        </w:tc>
        <w:tc>
          <w:tcPr>
            <w:tcW w:w="785" w:type="dxa"/>
          </w:tcPr>
          <w:p w14:paraId="10183179" w14:textId="77777777" w:rsidR="005503B4" w:rsidRPr="00EE6DD3" w:rsidRDefault="005503B4" w:rsidP="00D65017">
            <w:pPr>
              <w:jc w:val="center"/>
            </w:pPr>
            <w:r w:rsidRPr="00EE6DD3">
              <w:rPr>
                <w:rFonts w:eastAsia="SimSun"/>
                <w:sz w:val="14"/>
              </w:rPr>
              <w:t>0.017</w:t>
            </w:r>
          </w:p>
        </w:tc>
      </w:tr>
      <w:tr w:rsidR="005503B4" w:rsidRPr="00EE6DD3" w14:paraId="18D8D373" w14:textId="77777777" w:rsidTr="00D65017">
        <w:tc>
          <w:tcPr>
            <w:tcW w:w="785" w:type="dxa"/>
          </w:tcPr>
          <w:p w14:paraId="18C97A9A" w14:textId="77777777" w:rsidR="005503B4" w:rsidRPr="00EE6DD3" w:rsidRDefault="005503B4" w:rsidP="00D65017">
            <w:r w:rsidRPr="00EE6DD3">
              <w:rPr>
                <w:rFonts w:eastAsia="SimSun"/>
                <w:sz w:val="14"/>
              </w:rPr>
              <w:t>SDG15</w:t>
            </w:r>
          </w:p>
        </w:tc>
        <w:tc>
          <w:tcPr>
            <w:tcW w:w="785" w:type="dxa"/>
          </w:tcPr>
          <w:p w14:paraId="047114A1" w14:textId="77777777" w:rsidR="005503B4" w:rsidRPr="00EE6DD3" w:rsidRDefault="005503B4" w:rsidP="00D65017">
            <w:pPr>
              <w:jc w:val="center"/>
            </w:pPr>
            <w:r w:rsidRPr="00EE6DD3">
              <w:rPr>
                <w:rFonts w:eastAsia="SimSun"/>
                <w:sz w:val="14"/>
              </w:rPr>
              <w:t>1393147</w:t>
            </w:r>
          </w:p>
        </w:tc>
        <w:tc>
          <w:tcPr>
            <w:tcW w:w="785" w:type="dxa"/>
          </w:tcPr>
          <w:p w14:paraId="01311E30" w14:textId="77777777" w:rsidR="005503B4" w:rsidRPr="00EE6DD3" w:rsidRDefault="005503B4" w:rsidP="00D65017">
            <w:pPr>
              <w:jc w:val="center"/>
            </w:pPr>
            <w:r w:rsidRPr="00EE6DD3">
              <w:rPr>
                <w:rFonts w:eastAsia="SimSun"/>
                <w:sz w:val="14"/>
              </w:rPr>
              <w:t>0.787</w:t>
            </w:r>
          </w:p>
        </w:tc>
        <w:tc>
          <w:tcPr>
            <w:tcW w:w="785" w:type="dxa"/>
          </w:tcPr>
          <w:p w14:paraId="545FC5AB" w14:textId="77777777" w:rsidR="005503B4" w:rsidRPr="00EE6DD3" w:rsidRDefault="005503B4" w:rsidP="00D65017">
            <w:pPr>
              <w:jc w:val="center"/>
            </w:pPr>
            <w:r w:rsidRPr="00EE6DD3">
              <w:rPr>
                <w:rFonts w:eastAsia="SimSun"/>
                <w:sz w:val="14"/>
              </w:rPr>
              <w:t>0.819</w:t>
            </w:r>
          </w:p>
        </w:tc>
        <w:tc>
          <w:tcPr>
            <w:tcW w:w="785" w:type="dxa"/>
          </w:tcPr>
          <w:p w14:paraId="792F0DBB" w14:textId="77777777" w:rsidR="005503B4" w:rsidRPr="00EE6DD3" w:rsidRDefault="005503B4" w:rsidP="00D65017">
            <w:pPr>
              <w:jc w:val="center"/>
            </w:pPr>
            <w:r w:rsidRPr="00EE6DD3">
              <w:rPr>
                <w:rFonts w:eastAsia="SimSun"/>
                <w:sz w:val="14"/>
              </w:rPr>
              <w:t>0.570</w:t>
            </w:r>
          </w:p>
        </w:tc>
        <w:tc>
          <w:tcPr>
            <w:tcW w:w="785" w:type="dxa"/>
          </w:tcPr>
          <w:p w14:paraId="1D2EB7B8" w14:textId="77777777" w:rsidR="005503B4" w:rsidRPr="00EE6DD3" w:rsidRDefault="005503B4" w:rsidP="00D65017">
            <w:pPr>
              <w:jc w:val="center"/>
            </w:pPr>
            <w:r w:rsidRPr="00EE6DD3">
              <w:rPr>
                <w:rFonts w:eastAsia="SimSun"/>
                <w:sz w:val="14"/>
              </w:rPr>
              <w:t>0.031</w:t>
            </w:r>
          </w:p>
        </w:tc>
        <w:tc>
          <w:tcPr>
            <w:tcW w:w="785" w:type="dxa"/>
          </w:tcPr>
          <w:p w14:paraId="244AE031" w14:textId="77777777" w:rsidR="005503B4" w:rsidRPr="00EE6DD3" w:rsidRDefault="005503B4" w:rsidP="00D65017">
            <w:pPr>
              <w:jc w:val="center"/>
            </w:pPr>
            <w:r w:rsidRPr="00EE6DD3">
              <w:rPr>
                <w:rFonts w:eastAsia="SimSun"/>
                <w:sz w:val="14"/>
              </w:rPr>
              <w:t>1100155</w:t>
            </w:r>
          </w:p>
        </w:tc>
        <w:tc>
          <w:tcPr>
            <w:tcW w:w="785" w:type="dxa"/>
          </w:tcPr>
          <w:p w14:paraId="6787832D" w14:textId="77777777" w:rsidR="005503B4" w:rsidRPr="00EE6DD3" w:rsidRDefault="005503B4" w:rsidP="00D65017">
            <w:pPr>
              <w:jc w:val="center"/>
            </w:pPr>
            <w:r w:rsidRPr="00EE6DD3">
              <w:rPr>
                <w:rFonts w:eastAsia="SimSun"/>
                <w:sz w:val="14"/>
              </w:rPr>
              <w:t>0.622</w:t>
            </w:r>
          </w:p>
        </w:tc>
        <w:tc>
          <w:tcPr>
            <w:tcW w:w="785" w:type="dxa"/>
          </w:tcPr>
          <w:p w14:paraId="54C04B35" w14:textId="77777777" w:rsidR="005503B4" w:rsidRPr="00EE6DD3" w:rsidRDefault="005503B4" w:rsidP="00D65017">
            <w:pPr>
              <w:jc w:val="center"/>
            </w:pPr>
            <w:r w:rsidRPr="00EE6DD3">
              <w:rPr>
                <w:rFonts w:eastAsia="SimSun"/>
                <w:sz w:val="14"/>
              </w:rPr>
              <w:t>0.694</w:t>
            </w:r>
          </w:p>
        </w:tc>
        <w:tc>
          <w:tcPr>
            <w:tcW w:w="785" w:type="dxa"/>
          </w:tcPr>
          <w:p w14:paraId="701225BD" w14:textId="77777777" w:rsidR="005503B4" w:rsidRPr="00EE6DD3" w:rsidRDefault="005503B4" w:rsidP="00D65017">
            <w:pPr>
              <w:jc w:val="center"/>
            </w:pPr>
            <w:r w:rsidRPr="00EE6DD3">
              <w:rPr>
                <w:rFonts w:eastAsia="SimSun"/>
                <w:sz w:val="14"/>
              </w:rPr>
              <w:t>0.596</w:t>
            </w:r>
          </w:p>
        </w:tc>
        <w:tc>
          <w:tcPr>
            <w:tcW w:w="785" w:type="dxa"/>
          </w:tcPr>
          <w:p w14:paraId="033EBCAC" w14:textId="77777777" w:rsidR="005503B4" w:rsidRPr="00EE6DD3" w:rsidRDefault="005503B4" w:rsidP="00D65017">
            <w:pPr>
              <w:jc w:val="center"/>
            </w:pPr>
            <w:r w:rsidRPr="00EE6DD3">
              <w:rPr>
                <w:rFonts w:eastAsia="SimSun"/>
                <w:sz w:val="14"/>
              </w:rPr>
              <w:t>0.072</w:t>
            </w:r>
          </w:p>
        </w:tc>
      </w:tr>
      <w:tr w:rsidR="005503B4" w:rsidRPr="00EE6DD3" w14:paraId="362768C7" w14:textId="77777777" w:rsidTr="00D65017">
        <w:tc>
          <w:tcPr>
            <w:tcW w:w="785" w:type="dxa"/>
          </w:tcPr>
          <w:p w14:paraId="5134A8C3" w14:textId="77777777" w:rsidR="005503B4" w:rsidRPr="00EE6DD3" w:rsidRDefault="005503B4" w:rsidP="00D65017">
            <w:r w:rsidRPr="00EE6DD3">
              <w:rPr>
                <w:rFonts w:eastAsia="SimSun"/>
                <w:sz w:val="14"/>
              </w:rPr>
              <w:t>SDG16</w:t>
            </w:r>
          </w:p>
        </w:tc>
        <w:tc>
          <w:tcPr>
            <w:tcW w:w="785" w:type="dxa"/>
          </w:tcPr>
          <w:p w14:paraId="6C3B2458" w14:textId="77777777" w:rsidR="005503B4" w:rsidRPr="00EE6DD3" w:rsidRDefault="005503B4" w:rsidP="00D65017">
            <w:pPr>
              <w:jc w:val="center"/>
            </w:pPr>
            <w:r w:rsidRPr="00EE6DD3">
              <w:rPr>
                <w:rFonts w:eastAsia="SimSun"/>
                <w:sz w:val="14"/>
              </w:rPr>
              <w:t>1411555</w:t>
            </w:r>
          </w:p>
        </w:tc>
        <w:tc>
          <w:tcPr>
            <w:tcW w:w="785" w:type="dxa"/>
          </w:tcPr>
          <w:p w14:paraId="33EE2633" w14:textId="77777777" w:rsidR="005503B4" w:rsidRPr="00EE6DD3" w:rsidRDefault="005503B4" w:rsidP="00D65017">
            <w:pPr>
              <w:jc w:val="center"/>
            </w:pPr>
            <w:r w:rsidRPr="00EE6DD3">
              <w:rPr>
                <w:rFonts w:eastAsia="SimSun"/>
                <w:sz w:val="14"/>
              </w:rPr>
              <w:t>0.798</w:t>
            </w:r>
          </w:p>
        </w:tc>
        <w:tc>
          <w:tcPr>
            <w:tcW w:w="785" w:type="dxa"/>
          </w:tcPr>
          <w:p w14:paraId="523C5176" w14:textId="77777777" w:rsidR="005503B4" w:rsidRPr="00EE6DD3" w:rsidRDefault="005503B4" w:rsidP="00D65017">
            <w:pPr>
              <w:jc w:val="center"/>
            </w:pPr>
            <w:r w:rsidRPr="00EE6DD3">
              <w:rPr>
                <w:rFonts w:eastAsia="SimSun"/>
                <w:sz w:val="14"/>
              </w:rPr>
              <w:t>0.845</w:t>
            </w:r>
          </w:p>
        </w:tc>
        <w:tc>
          <w:tcPr>
            <w:tcW w:w="785" w:type="dxa"/>
          </w:tcPr>
          <w:p w14:paraId="6F0DFB06" w14:textId="77777777" w:rsidR="005503B4" w:rsidRPr="00EE6DD3" w:rsidRDefault="005503B4" w:rsidP="00D65017">
            <w:pPr>
              <w:jc w:val="center"/>
            </w:pPr>
            <w:r w:rsidRPr="00EE6DD3">
              <w:rPr>
                <w:rFonts w:eastAsia="SimSun"/>
                <w:sz w:val="14"/>
              </w:rPr>
              <w:t>0.615</w:t>
            </w:r>
          </w:p>
        </w:tc>
        <w:tc>
          <w:tcPr>
            <w:tcW w:w="785" w:type="dxa"/>
          </w:tcPr>
          <w:p w14:paraId="0664093F" w14:textId="77777777" w:rsidR="005503B4" w:rsidRPr="00EE6DD3" w:rsidRDefault="005503B4" w:rsidP="00D65017">
            <w:pPr>
              <w:jc w:val="center"/>
            </w:pPr>
            <w:r w:rsidRPr="00EE6DD3">
              <w:rPr>
                <w:rFonts w:eastAsia="SimSun"/>
                <w:sz w:val="14"/>
              </w:rPr>
              <w:t>0.048</w:t>
            </w:r>
          </w:p>
        </w:tc>
        <w:tc>
          <w:tcPr>
            <w:tcW w:w="785" w:type="dxa"/>
          </w:tcPr>
          <w:p w14:paraId="46C3774D" w14:textId="77777777" w:rsidR="005503B4" w:rsidRPr="00EE6DD3" w:rsidRDefault="005503B4" w:rsidP="00D65017">
            <w:pPr>
              <w:jc w:val="center"/>
            </w:pPr>
            <w:r w:rsidRPr="00EE6DD3">
              <w:rPr>
                <w:rFonts w:eastAsia="SimSun"/>
                <w:sz w:val="14"/>
              </w:rPr>
              <w:t>345926</w:t>
            </w:r>
          </w:p>
        </w:tc>
        <w:tc>
          <w:tcPr>
            <w:tcW w:w="785" w:type="dxa"/>
          </w:tcPr>
          <w:p w14:paraId="53C48E67" w14:textId="77777777" w:rsidR="005503B4" w:rsidRPr="00EE6DD3" w:rsidRDefault="005503B4" w:rsidP="00D65017">
            <w:pPr>
              <w:jc w:val="center"/>
            </w:pPr>
            <w:r w:rsidRPr="00EE6DD3">
              <w:rPr>
                <w:rFonts w:eastAsia="SimSun"/>
                <w:sz w:val="14"/>
              </w:rPr>
              <w:t>0.196</w:t>
            </w:r>
          </w:p>
        </w:tc>
        <w:tc>
          <w:tcPr>
            <w:tcW w:w="785" w:type="dxa"/>
          </w:tcPr>
          <w:p w14:paraId="3697DF8F" w14:textId="77777777" w:rsidR="005503B4" w:rsidRPr="00EE6DD3" w:rsidRDefault="005503B4" w:rsidP="00D65017">
            <w:pPr>
              <w:jc w:val="center"/>
            </w:pPr>
            <w:r w:rsidRPr="00EE6DD3">
              <w:rPr>
                <w:rFonts w:eastAsia="SimSun"/>
                <w:sz w:val="14"/>
              </w:rPr>
              <w:t>0.502</w:t>
            </w:r>
          </w:p>
        </w:tc>
        <w:tc>
          <w:tcPr>
            <w:tcW w:w="785" w:type="dxa"/>
          </w:tcPr>
          <w:p w14:paraId="7B683821" w14:textId="77777777" w:rsidR="005503B4" w:rsidRPr="00EE6DD3" w:rsidRDefault="005503B4" w:rsidP="00D65017">
            <w:pPr>
              <w:jc w:val="center"/>
            </w:pPr>
            <w:r w:rsidRPr="00EE6DD3">
              <w:rPr>
                <w:rFonts w:eastAsia="SimSun"/>
                <w:sz w:val="14"/>
              </w:rPr>
              <w:t>0.800</w:t>
            </w:r>
          </w:p>
        </w:tc>
        <w:tc>
          <w:tcPr>
            <w:tcW w:w="785" w:type="dxa"/>
          </w:tcPr>
          <w:p w14:paraId="683E3941" w14:textId="77777777" w:rsidR="005503B4" w:rsidRPr="00EE6DD3" w:rsidRDefault="005503B4" w:rsidP="00D65017">
            <w:pPr>
              <w:jc w:val="center"/>
            </w:pPr>
            <w:r w:rsidRPr="00EE6DD3">
              <w:rPr>
                <w:rFonts w:eastAsia="SimSun"/>
                <w:sz w:val="14"/>
              </w:rPr>
              <w:t>0.306</w:t>
            </w:r>
          </w:p>
        </w:tc>
      </w:tr>
      <w:tr w:rsidR="005503B4" w:rsidRPr="00EE6DD3" w14:paraId="02F1B6B7" w14:textId="77777777" w:rsidTr="00D65017">
        <w:tc>
          <w:tcPr>
            <w:tcW w:w="785" w:type="dxa"/>
            <w:tcBorders>
              <w:bottom w:val="single" w:sz="4" w:space="0" w:color="000000"/>
            </w:tcBorders>
          </w:tcPr>
          <w:p w14:paraId="20EB5EEE" w14:textId="77777777" w:rsidR="005503B4" w:rsidRPr="00EE6DD3" w:rsidRDefault="005503B4" w:rsidP="00D65017">
            <w:r w:rsidRPr="00EE6DD3">
              <w:rPr>
                <w:rFonts w:eastAsia="SimSun"/>
                <w:sz w:val="14"/>
              </w:rPr>
              <w:t>SDG17</w:t>
            </w:r>
          </w:p>
        </w:tc>
        <w:tc>
          <w:tcPr>
            <w:tcW w:w="785" w:type="dxa"/>
            <w:tcBorders>
              <w:bottom w:val="single" w:sz="4" w:space="0" w:color="000000"/>
            </w:tcBorders>
          </w:tcPr>
          <w:p w14:paraId="00A592A0" w14:textId="77777777" w:rsidR="005503B4" w:rsidRPr="00EE6DD3" w:rsidRDefault="005503B4" w:rsidP="00D65017">
            <w:pPr>
              <w:jc w:val="center"/>
            </w:pPr>
            <w:r w:rsidRPr="00EE6DD3">
              <w:rPr>
                <w:rFonts w:eastAsia="SimSun"/>
                <w:sz w:val="14"/>
              </w:rPr>
              <w:t>1580461</w:t>
            </w:r>
          </w:p>
        </w:tc>
        <w:tc>
          <w:tcPr>
            <w:tcW w:w="785" w:type="dxa"/>
            <w:tcBorders>
              <w:bottom w:val="single" w:sz="4" w:space="0" w:color="000000"/>
            </w:tcBorders>
          </w:tcPr>
          <w:p w14:paraId="6AF6C682" w14:textId="77777777" w:rsidR="005503B4" w:rsidRPr="00EE6DD3" w:rsidRDefault="005503B4" w:rsidP="00D65017">
            <w:pPr>
              <w:jc w:val="center"/>
            </w:pPr>
            <w:r w:rsidRPr="00EE6DD3">
              <w:rPr>
                <w:rFonts w:eastAsia="SimSun"/>
                <w:sz w:val="14"/>
              </w:rPr>
              <w:t>0.893</w:t>
            </w:r>
          </w:p>
        </w:tc>
        <w:tc>
          <w:tcPr>
            <w:tcW w:w="785" w:type="dxa"/>
            <w:tcBorders>
              <w:bottom w:val="single" w:sz="4" w:space="0" w:color="000000"/>
            </w:tcBorders>
          </w:tcPr>
          <w:p w14:paraId="182A66E3" w14:textId="77777777" w:rsidR="005503B4" w:rsidRPr="00EE6DD3" w:rsidRDefault="005503B4" w:rsidP="00D65017">
            <w:pPr>
              <w:jc w:val="center"/>
            </w:pPr>
            <w:r w:rsidRPr="00EE6DD3">
              <w:rPr>
                <w:rFonts w:eastAsia="SimSun"/>
                <w:sz w:val="14"/>
              </w:rPr>
              <w:t>0.908</w:t>
            </w:r>
          </w:p>
        </w:tc>
        <w:tc>
          <w:tcPr>
            <w:tcW w:w="785" w:type="dxa"/>
            <w:tcBorders>
              <w:bottom w:val="single" w:sz="4" w:space="0" w:color="000000"/>
            </w:tcBorders>
          </w:tcPr>
          <w:p w14:paraId="2DB9C27F" w14:textId="77777777" w:rsidR="005503B4" w:rsidRPr="00EE6DD3" w:rsidRDefault="005503B4" w:rsidP="00D65017">
            <w:pPr>
              <w:jc w:val="center"/>
            </w:pPr>
            <w:r w:rsidRPr="00EE6DD3">
              <w:rPr>
                <w:rFonts w:eastAsia="SimSun"/>
                <w:sz w:val="14"/>
              </w:rPr>
              <w:t>0.564</w:t>
            </w:r>
          </w:p>
        </w:tc>
        <w:tc>
          <w:tcPr>
            <w:tcW w:w="785" w:type="dxa"/>
            <w:tcBorders>
              <w:bottom w:val="single" w:sz="4" w:space="0" w:color="000000"/>
            </w:tcBorders>
          </w:tcPr>
          <w:p w14:paraId="4A67462C" w14:textId="77777777" w:rsidR="005503B4" w:rsidRPr="00EE6DD3" w:rsidRDefault="005503B4" w:rsidP="00D65017">
            <w:pPr>
              <w:jc w:val="center"/>
            </w:pPr>
            <w:r w:rsidRPr="00EE6DD3">
              <w:rPr>
                <w:rFonts w:eastAsia="SimSun"/>
                <w:sz w:val="14"/>
              </w:rPr>
              <w:t>0.014</w:t>
            </w:r>
          </w:p>
        </w:tc>
        <w:tc>
          <w:tcPr>
            <w:tcW w:w="785" w:type="dxa"/>
            <w:tcBorders>
              <w:bottom w:val="single" w:sz="4" w:space="0" w:color="000000"/>
            </w:tcBorders>
          </w:tcPr>
          <w:p w14:paraId="76FBDD1F" w14:textId="77777777" w:rsidR="005503B4" w:rsidRPr="00EE6DD3" w:rsidRDefault="005503B4" w:rsidP="00D65017">
            <w:pPr>
              <w:jc w:val="center"/>
            </w:pPr>
            <w:r w:rsidRPr="00EE6DD3">
              <w:rPr>
                <w:rFonts w:eastAsia="SimSun"/>
                <w:sz w:val="14"/>
              </w:rPr>
              <w:t>1713679</w:t>
            </w:r>
          </w:p>
        </w:tc>
        <w:tc>
          <w:tcPr>
            <w:tcW w:w="785" w:type="dxa"/>
            <w:tcBorders>
              <w:bottom w:val="single" w:sz="4" w:space="0" w:color="000000"/>
            </w:tcBorders>
          </w:tcPr>
          <w:p w14:paraId="375EF7FB" w14:textId="77777777" w:rsidR="005503B4" w:rsidRPr="00EE6DD3" w:rsidRDefault="005503B4" w:rsidP="00D65017">
            <w:pPr>
              <w:jc w:val="center"/>
            </w:pPr>
            <w:r w:rsidRPr="00EE6DD3">
              <w:rPr>
                <w:rFonts w:eastAsia="SimSun"/>
                <w:sz w:val="14"/>
              </w:rPr>
              <w:t>0.969</w:t>
            </w:r>
          </w:p>
        </w:tc>
        <w:tc>
          <w:tcPr>
            <w:tcW w:w="785" w:type="dxa"/>
            <w:tcBorders>
              <w:bottom w:val="single" w:sz="4" w:space="0" w:color="000000"/>
            </w:tcBorders>
          </w:tcPr>
          <w:p w14:paraId="515C2C7A" w14:textId="77777777" w:rsidR="005503B4" w:rsidRPr="00EE6DD3" w:rsidRDefault="005503B4" w:rsidP="00D65017">
            <w:pPr>
              <w:jc w:val="center"/>
            </w:pPr>
            <w:r w:rsidRPr="00EE6DD3">
              <w:rPr>
                <w:rFonts w:eastAsia="SimSun"/>
                <w:sz w:val="14"/>
              </w:rPr>
              <w:t>0.973</w:t>
            </w:r>
          </w:p>
        </w:tc>
        <w:tc>
          <w:tcPr>
            <w:tcW w:w="785" w:type="dxa"/>
            <w:tcBorders>
              <w:bottom w:val="single" w:sz="4" w:space="0" w:color="000000"/>
            </w:tcBorders>
          </w:tcPr>
          <w:p w14:paraId="58232B6C" w14:textId="77777777" w:rsidR="005503B4" w:rsidRPr="00EE6DD3" w:rsidRDefault="005503B4" w:rsidP="00D65017">
            <w:pPr>
              <w:jc w:val="center"/>
            </w:pPr>
            <w:r w:rsidRPr="00EE6DD3">
              <w:rPr>
                <w:rFonts w:eastAsia="SimSun"/>
                <w:sz w:val="14"/>
              </w:rPr>
              <w:t>0.567</w:t>
            </w:r>
          </w:p>
        </w:tc>
        <w:tc>
          <w:tcPr>
            <w:tcW w:w="785" w:type="dxa"/>
            <w:tcBorders>
              <w:bottom w:val="single" w:sz="4" w:space="0" w:color="000000"/>
            </w:tcBorders>
          </w:tcPr>
          <w:p w14:paraId="5845A5AD" w14:textId="77777777" w:rsidR="005503B4" w:rsidRPr="00EE6DD3" w:rsidRDefault="005503B4" w:rsidP="00D65017">
            <w:pPr>
              <w:jc w:val="center"/>
            </w:pPr>
            <w:r w:rsidRPr="00EE6DD3">
              <w:rPr>
                <w:rFonts w:eastAsia="SimSun"/>
                <w:sz w:val="14"/>
              </w:rPr>
              <w:t>0.004</w:t>
            </w:r>
          </w:p>
        </w:tc>
      </w:tr>
    </w:tbl>
    <w:p w14:paraId="0DFB4E4B" w14:textId="77777777" w:rsidR="005503B4" w:rsidRPr="00EE6DD3" w:rsidRDefault="005503B4" w:rsidP="005503B4">
      <w:pPr>
        <w:pStyle w:val="Heading3"/>
        <w:rPr>
          <w:rFonts w:cs="Times New Roman"/>
          <w:color w:val="auto"/>
        </w:rPr>
      </w:pPr>
      <w:r w:rsidRPr="00EE6DD3">
        <w:rPr>
          <w:rFonts w:eastAsia="SimSun" w:cs="Times New Roman"/>
          <w:color w:val="auto"/>
        </w:rPr>
        <w:t>S1.2 Score-Bin Distribution and the Gradient in Empirical Hit Rates</w:t>
      </w:r>
    </w:p>
    <w:p w14:paraId="7CF7557B" w14:textId="77777777" w:rsidR="005503B4" w:rsidRPr="00EE6DD3" w:rsidRDefault="005503B4" w:rsidP="005503B4">
      <w:r w:rsidRPr="00EE6DD3">
        <w:rPr>
          <w:rFonts w:eastAsia="SimSun"/>
          <w:sz w:val="22"/>
        </w:rPr>
        <w:t>Figure 1B already shows that the overall score-bin gradient remains monotonically increasing under both rule-based systems. What deserves more emphasis here is that this gradient does not push score 0 toward the status of a rule-based negative. On the contrary, a score of 0 still corresponds to a relatively high observed positive rate under both Aurora and Elsevier, suggesting that low LLM scores are better understood as indicating a lack of dominant focus rather than an absence of relevance.</w:t>
      </w:r>
    </w:p>
    <w:p w14:paraId="37975668" w14:textId="77777777" w:rsidR="005503B4" w:rsidRPr="00EE6DD3" w:rsidRDefault="005503B4" w:rsidP="005503B4">
      <w:r w:rsidRPr="00EE6DD3">
        <w:rPr>
          <w:rFonts w:eastAsia="SimSun"/>
          <w:sz w:val="22"/>
        </w:rPr>
        <w:t>Per-SDG heterogeneity supports the same interpretation. For a high-baseline goal such as SDG17, high hit rates may persist across all score bins without necessarily producing high gain; by contrast, for a goal with clearer separation, such as SDG16 under Elsevier, the higher-score range can generate a stronger discrimination signal.</w:t>
      </w:r>
    </w:p>
    <w:p w14:paraId="43DA9DE3" w14:textId="77777777" w:rsidR="005503B4" w:rsidRPr="00EE6DD3" w:rsidRDefault="005503B4" w:rsidP="005503B4">
      <w:pPr>
        <w:pStyle w:val="Heading3"/>
        <w:rPr>
          <w:rFonts w:cs="Times New Roman"/>
          <w:color w:val="auto"/>
        </w:rPr>
      </w:pPr>
      <w:r w:rsidRPr="00EE6DD3">
        <w:rPr>
          <w:rFonts w:eastAsia="SimSun" w:cs="Times New Roman"/>
          <w:color w:val="auto"/>
        </w:rPr>
        <w:t>S1.3 Rank Correlation with Rule-Evidence Strength</w:t>
      </w:r>
    </w:p>
    <w:p w14:paraId="34E7D998" w14:textId="77777777" w:rsidR="005503B4" w:rsidRPr="00EE6DD3" w:rsidRDefault="005503B4" w:rsidP="005503B4">
      <w:r w:rsidRPr="00EE6DD3">
        <w:rPr>
          <w:rFonts w:eastAsia="SimSun"/>
          <w:sz w:val="22"/>
        </w:rPr>
        <w:t>Table S1B reports the Spearman rank correlation between LLM scores and normalized hit intensity within the rule-positive subsample. Its purpose is not to test a linear relationship, but to assess whether the model adjusts its scores in line with the strength of rule-based evidence.</w:t>
      </w:r>
    </w:p>
    <w:p w14:paraId="3D9364AD" w14:textId="77777777" w:rsidR="005503B4" w:rsidRPr="00EE6DD3" w:rsidRDefault="005503B4" w:rsidP="005503B4">
      <w:pPr>
        <w:pStyle w:val="Caption"/>
        <w:rPr>
          <w:color w:val="auto"/>
        </w:rPr>
      </w:pPr>
      <w:r w:rsidRPr="00EE6DD3">
        <w:rPr>
          <w:b w:val="0"/>
          <w:color w:val="auto"/>
          <w:sz w:val="20"/>
        </w:rPr>
        <w:t>Table S1B. Per-SDG Spearman correlations between LLM scores and normalized rule-hit intensity.</w:t>
      </w:r>
    </w:p>
    <w:tbl>
      <w:tblPr>
        <w:tblStyle w:val="PaperFormat"/>
        <w:tblW w:w="0" w:type="auto"/>
        <w:tblLook w:val="04A0" w:firstRow="1" w:lastRow="0" w:firstColumn="1" w:lastColumn="0" w:noHBand="0" w:noVBand="1"/>
      </w:tblPr>
      <w:tblGrid>
        <w:gridCol w:w="1726"/>
        <w:gridCol w:w="1726"/>
        <w:gridCol w:w="1726"/>
        <w:gridCol w:w="1726"/>
        <w:gridCol w:w="1726"/>
      </w:tblGrid>
      <w:tr w:rsidR="005503B4" w:rsidRPr="00EE6DD3" w14:paraId="3E229BE0" w14:textId="77777777" w:rsidTr="00D65017">
        <w:tc>
          <w:tcPr>
            <w:tcW w:w="1728" w:type="dxa"/>
          </w:tcPr>
          <w:p w14:paraId="5A8A0D20" w14:textId="77777777" w:rsidR="005503B4" w:rsidRPr="00EE6DD3" w:rsidRDefault="005503B4" w:rsidP="00D65017">
            <w:r w:rsidRPr="00EE6DD3">
              <w:rPr>
                <w:rFonts w:eastAsia="SimSun"/>
                <w:b/>
                <w:sz w:val="15"/>
              </w:rPr>
              <w:t>SDG</w:t>
            </w:r>
          </w:p>
        </w:tc>
        <w:tc>
          <w:tcPr>
            <w:tcW w:w="1728" w:type="dxa"/>
          </w:tcPr>
          <w:p w14:paraId="7D265B04" w14:textId="77777777" w:rsidR="005503B4" w:rsidRPr="00EE6DD3" w:rsidRDefault="005503B4" w:rsidP="00D65017">
            <w:pPr>
              <w:jc w:val="center"/>
            </w:pPr>
            <w:r w:rsidRPr="00EE6DD3">
              <w:rPr>
                <w:rFonts w:eastAsia="SimSun"/>
                <w:b/>
                <w:sz w:val="15"/>
              </w:rPr>
              <w:t>Spearman A</w:t>
            </w:r>
          </w:p>
        </w:tc>
        <w:tc>
          <w:tcPr>
            <w:tcW w:w="1728" w:type="dxa"/>
          </w:tcPr>
          <w:p w14:paraId="437E92DA" w14:textId="77777777" w:rsidR="005503B4" w:rsidRPr="00EE6DD3" w:rsidRDefault="005503B4" w:rsidP="00D65017">
            <w:pPr>
              <w:jc w:val="center"/>
            </w:pPr>
            <w:r w:rsidRPr="00EE6DD3">
              <w:rPr>
                <w:rFonts w:eastAsia="SimSun"/>
                <w:b/>
                <w:sz w:val="15"/>
              </w:rPr>
              <w:t>Aurora Positive Count</w:t>
            </w:r>
          </w:p>
        </w:tc>
        <w:tc>
          <w:tcPr>
            <w:tcW w:w="1728" w:type="dxa"/>
          </w:tcPr>
          <w:p w14:paraId="69D48C56" w14:textId="77777777" w:rsidR="005503B4" w:rsidRPr="00EE6DD3" w:rsidRDefault="005503B4" w:rsidP="00D65017">
            <w:pPr>
              <w:jc w:val="center"/>
            </w:pPr>
            <w:r w:rsidRPr="00EE6DD3">
              <w:rPr>
                <w:rFonts w:eastAsia="SimSun"/>
                <w:b/>
                <w:sz w:val="15"/>
              </w:rPr>
              <w:t>Spearman E</w:t>
            </w:r>
          </w:p>
        </w:tc>
        <w:tc>
          <w:tcPr>
            <w:tcW w:w="1728" w:type="dxa"/>
          </w:tcPr>
          <w:p w14:paraId="1A18A29A" w14:textId="77777777" w:rsidR="005503B4" w:rsidRPr="00EE6DD3" w:rsidRDefault="005503B4" w:rsidP="00D65017">
            <w:pPr>
              <w:jc w:val="center"/>
            </w:pPr>
            <w:r w:rsidRPr="00EE6DD3">
              <w:rPr>
                <w:rFonts w:eastAsia="SimSun"/>
                <w:b/>
                <w:sz w:val="15"/>
              </w:rPr>
              <w:t>Elsevier Positive Count</w:t>
            </w:r>
          </w:p>
        </w:tc>
      </w:tr>
      <w:tr w:rsidR="005503B4" w:rsidRPr="00EE6DD3" w14:paraId="3979005D" w14:textId="77777777" w:rsidTr="00D65017">
        <w:tc>
          <w:tcPr>
            <w:tcW w:w="1728" w:type="dxa"/>
          </w:tcPr>
          <w:p w14:paraId="50C2C77A" w14:textId="77777777" w:rsidR="005503B4" w:rsidRPr="00EE6DD3" w:rsidRDefault="005503B4" w:rsidP="00D65017">
            <w:r w:rsidRPr="00EE6DD3">
              <w:rPr>
                <w:rFonts w:eastAsia="SimSun"/>
                <w:sz w:val="15"/>
              </w:rPr>
              <w:t>SDG1</w:t>
            </w:r>
          </w:p>
        </w:tc>
        <w:tc>
          <w:tcPr>
            <w:tcW w:w="1728" w:type="dxa"/>
          </w:tcPr>
          <w:p w14:paraId="5B6B6AC3" w14:textId="77777777" w:rsidR="005503B4" w:rsidRPr="00EE6DD3" w:rsidRDefault="005503B4" w:rsidP="00D65017">
            <w:pPr>
              <w:jc w:val="center"/>
            </w:pPr>
            <w:r w:rsidRPr="00EE6DD3">
              <w:rPr>
                <w:rFonts w:eastAsia="SimSun"/>
                <w:sz w:val="15"/>
              </w:rPr>
              <w:t>0.263</w:t>
            </w:r>
          </w:p>
        </w:tc>
        <w:tc>
          <w:tcPr>
            <w:tcW w:w="1728" w:type="dxa"/>
          </w:tcPr>
          <w:p w14:paraId="42EB93B4" w14:textId="77777777" w:rsidR="005503B4" w:rsidRPr="00EE6DD3" w:rsidRDefault="005503B4" w:rsidP="00D65017">
            <w:pPr>
              <w:jc w:val="center"/>
            </w:pPr>
            <w:r w:rsidRPr="00EE6DD3">
              <w:rPr>
                <w:rFonts w:eastAsia="SimSun"/>
                <w:sz w:val="15"/>
              </w:rPr>
              <w:t>1120315</w:t>
            </w:r>
          </w:p>
        </w:tc>
        <w:tc>
          <w:tcPr>
            <w:tcW w:w="1728" w:type="dxa"/>
          </w:tcPr>
          <w:p w14:paraId="628E4A90" w14:textId="77777777" w:rsidR="005503B4" w:rsidRPr="00EE6DD3" w:rsidRDefault="005503B4" w:rsidP="00D65017">
            <w:pPr>
              <w:jc w:val="center"/>
            </w:pPr>
            <w:r w:rsidRPr="00EE6DD3">
              <w:rPr>
                <w:rFonts w:eastAsia="SimSun"/>
                <w:sz w:val="15"/>
              </w:rPr>
              <w:t>0.236</w:t>
            </w:r>
          </w:p>
        </w:tc>
        <w:tc>
          <w:tcPr>
            <w:tcW w:w="1728" w:type="dxa"/>
          </w:tcPr>
          <w:p w14:paraId="07CF5EEB" w14:textId="77777777" w:rsidR="005503B4" w:rsidRPr="00EE6DD3" w:rsidRDefault="005503B4" w:rsidP="00D65017">
            <w:pPr>
              <w:jc w:val="center"/>
            </w:pPr>
            <w:r w:rsidRPr="00EE6DD3">
              <w:rPr>
                <w:rFonts w:eastAsia="SimSun"/>
                <w:sz w:val="15"/>
              </w:rPr>
              <w:t>1136305</w:t>
            </w:r>
          </w:p>
        </w:tc>
      </w:tr>
      <w:tr w:rsidR="005503B4" w:rsidRPr="00EE6DD3" w14:paraId="108A2BBD" w14:textId="77777777" w:rsidTr="00D65017">
        <w:tc>
          <w:tcPr>
            <w:tcW w:w="1728" w:type="dxa"/>
          </w:tcPr>
          <w:p w14:paraId="720FC2F4" w14:textId="77777777" w:rsidR="005503B4" w:rsidRPr="00EE6DD3" w:rsidRDefault="005503B4" w:rsidP="00D65017">
            <w:r w:rsidRPr="00EE6DD3">
              <w:rPr>
                <w:rFonts w:eastAsia="SimSun"/>
                <w:sz w:val="15"/>
              </w:rPr>
              <w:t>SDG2</w:t>
            </w:r>
          </w:p>
        </w:tc>
        <w:tc>
          <w:tcPr>
            <w:tcW w:w="1728" w:type="dxa"/>
          </w:tcPr>
          <w:p w14:paraId="61B6FC4E" w14:textId="77777777" w:rsidR="005503B4" w:rsidRPr="00EE6DD3" w:rsidRDefault="005503B4" w:rsidP="00D65017">
            <w:pPr>
              <w:jc w:val="center"/>
            </w:pPr>
            <w:r w:rsidRPr="00EE6DD3">
              <w:rPr>
                <w:rFonts w:eastAsia="SimSun"/>
                <w:sz w:val="15"/>
              </w:rPr>
              <w:t>0.181</w:t>
            </w:r>
          </w:p>
        </w:tc>
        <w:tc>
          <w:tcPr>
            <w:tcW w:w="1728" w:type="dxa"/>
          </w:tcPr>
          <w:p w14:paraId="43FA2B4E" w14:textId="77777777" w:rsidR="005503B4" w:rsidRPr="00EE6DD3" w:rsidRDefault="005503B4" w:rsidP="00D65017">
            <w:pPr>
              <w:jc w:val="center"/>
            </w:pPr>
            <w:r w:rsidRPr="00EE6DD3">
              <w:rPr>
                <w:rFonts w:eastAsia="SimSun"/>
                <w:sz w:val="15"/>
              </w:rPr>
              <w:t>1205477</w:t>
            </w:r>
          </w:p>
        </w:tc>
        <w:tc>
          <w:tcPr>
            <w:tcW w:w="1728" w:type="dxa"/>
          </w:tcPr>
          <w:p w14:paraId="6F5C298C" w14:textId="77777777" w:rsidR="005503B4" w:rsidRPr="00EE6DD3" w:rsidRDefault="005503B4" w:rsidP="00D65017">
            <w:pPr>
              <w:jc w:val="center"/>
            </w:pPr>
            <w:r w:rsidRPr="00EE6DD3">
              <w:rPr>
                <w:rFonts w:eastAsia="SimSun"/>
                <w:sz w:val="15"/>
              </w:rPr>
              <w:t>0.333</w:t>
            </w:r>
          </w:p>
        </w:tc>
        <w:tc>
          <w:tcPr>
            <w:tcW w:w="1728" w:type="dxa"/>
          </w:tcPr>
          <w:p w14:paraId="3DB2D460" w14:textId="77777777" w:rsidR="005503B4" w:rsidRPr="00EE6DD3" w:rsidRDefault="005503B4" w:rsidP="00D65017">
            <w:pPr>
              <w:jc w:val="center"/>
            </w:pPr>
            <w:r w:rsidRPr="00EE6DD3">
              <w:rPr>
                <w:rFonts w:eastAsia="SimSun"/>
                <w:sz w:val="15"/>
              </w:rPr>
              <w:t>1162611</w:t>
            </w:r>
          </w:p>
        </w:tc>
      </w:tr>
      <w:tr w:rsidR="005503B4" w:rsidRPr="00EE6DD3" w14:paraId="724BBEBD" w14:textId="77777777" w:rsidTr="00D65017">
        <w:tc>
          <w:tcPr>
            <w:tcW w:w="1728" w:type="dxa"/>
          </w:tcPr>
          <w:p w14:paraId="1FBCA25E" w14:textId="77777777" w:rsidR="005503B4" w:rsidRPr="00EE6DD3" w:rsidRDefault="005503B4" w:rsidP="00D65017">
            <w:r w:rsidRPr="00EE6DD3">
              <w:rPr>
                <w:rFonts w:eastAsia="SimSun"/>
                <w:sz w:val="15"/>
              </w:rPr>
              <w:t>SDG3</w:t>
            </w:r>
          </w:p>
        </w:tc>
        <w:tc>
          <w:tcPr>
            <w:tcW w:w="1728" w:type="dxa"/>
          </w:tcPr>
          <w:p w14:paraId="22ADA62D" w14:textId="77777777" w:rsidR="005503B4" w:rsidRPr="00EE6DD3" w:rsidRDefault="005503B4" w:rsidP="00D65017">
            <w:pPr>
              <w:jc w:val="center"/>
            </w:pPr>
            <w:r w:rsidRPr="00EE6DD3">
              <w:rPr>
                <w:rFonts w:eastAsia="SimSun"/>
                <w:sz w:val="15"/>
              </w:rPr>
              <w:t>0.305</w:t>
            </w:r>
          </w:p>
        </w:tc>
        <w:tc>
          <w:tcPr>
            <w:tcW w:w="1728" w:type="dxa"/>
          </w:tcPr>
          <w:p w14:paraId="7ACCBE66" w14:textId="77777777" w:rsidR="005503B4" w:rsidRPr="00EE6DD3" w:rsidRDefault="005503B4" w:rsidP="00D65017">
            <w:pPr>
              <w:jc w:val="center"/>
            </w:pPr>
            <w:r w:rsidRPr="00EE6DD3">
              <w:rPr>
                <w:rFonts w:eastAsia="SimSun"/>
                <w:sz w:val="15"/>
              </w:rPr>
              <w:t>1442158</w:t>
            </w:r>
          </w:p>
        </w:tc>
        <w:tc>
          <w:tcPr>
            <w:tcW w:w="1728" w:type="dxa"/>
          </w:tcPr>
          <w:p w14:paraId="1BB135C9" w14:textId="77777777" w:rsidR="005503B4" w:rsidRPr="00EE6DD3" w:rsidRDefault="005503B4" w:rsidP="00D65017">
            <w:pPr>
              <w:jc w:val="center"/>
            </w:pPr>
            <w:r w:rsidRPr="00EE6DD3">
              <w:rPr>
                <w:rFonts w:eastAsia="SimSun"/>
                <w:sz w:val="15"/>
              </w:rPr>
              <w:t>0.208</w:t>
            </w:r>
          </w:p>
        </w:tc>
        <w:tc>
          <w:tcPr>
            <w:tcW w:w="1728" w:type="dxa"/>
          </w:tcPr>
          <w:p w14:paraId="786914B1" w14:textId="77777777" w:rsidR="005503B4" w:rsidRPr="00EE6DD3" w:rsidRDefault="005503B4" w:rsidP="00D65017">
            <w:pPr>
              <w:jc w:val="center"/>
            </w:pPr>
            <w:r w:rsidRPr="00EE6DD3">
              <w:rPr>
                <w:rFonts w:eastAsia="SimSun"/>
                <w:sz w:val="15"/>
              </w:rPr>
              <w:t>1165391</w:t>
            </w:r>
          </w:p>
        </w:tc>
      </w:tr>
      <w:tr w:rsidR="005503B4" w:rsidRPr="00EE6DD3" w14:paraId="79211655" w14:textId="77777777" w:rsidTr="00D65017">
        <w:tc>
          <w:tcPr>
            <w:tcW w:w="1728" w:type="dxa"/>
          </w:tcPr>
          <w:p w14:paraId="5EE13CD6" w14:textId="77777777" w:rsidR="005503B4" w:rsidRPr="00EE6DD3" w:rsidRDefault="005503B4" w:rsidP="00D65017">
            <w:r w:rsidRPr="00EE6DD3">
              <w:rPr>
                <w:rFonts w:eastAsia="SimSun"/>
                <w:sz w:val="15"/>
              </w:rPr>
              <w:t>SDG4</w:t>
            </w:r>
          </w:p>
        </w:tc>
        <w:tc>
          <w:tcPr>
            <w:tcW w:w="1728" w:type="dxa"/>
          </w:tcPr>
          <w:p w14:paraId="01E7D867" w14:textId="77777777" w:rsidR="005503B4" w:rsidRPr="00EE6DD3" w:rsidRDefault="005503B4" w:rsidP="00D65017">
            <w:pPr>
              <w:jc w:val="center"/>
            </w:pPr>
            <w:r w:rsidRPr="00EE6DD3">
              <w:rPr>
                <w:rFonts w:eastAsia="SimSun"/>
                <w:sz w:val="15"/>
              </w:rPr>
              <w:t>0.406</w:t>
            </w:r>
          </w:p>
        </w:tc>
        <w:tc>
          <w:tcPr>
            <w:tcW w:w="1728" w:type="dxa"/>
          </w:tcPr>
          <w:p w14:paraId="3665A828" w14:textId="77777777" w:rsidR="005503B4" w:rsidRPr="00EE6DD3" w:rsidRDefault="005503B4" w:rsidP="00D65017">
            <w:pPr>
              <w:jc w:val="center"/>
            </w:pPr>
            <w:r w:rsidRPr="00EE6DD3">
              <w:rPr>
                <w:rFonts w:eastAsia="SimSun"/>
                <w:sz w:val="15"/>
              </w:rPr>
              <w:t>987692</w:t>
            </w:r>
          </w:p>
        </w:tc>
        <w:tc>
          <w:tcPr>
            <w:tcW w:w="1728" w:type="dxa"/>
          </w:tcPr>
          <w:p w14:paraId="74F0DDF9" w14:textId="77777777" w:rsidR="005503B4" w:rsidRPr="00EE6DD3" w:rsidRDefault="005503B4" w:rsidP="00D65017">
            <w:pPr>
              <w:jc w:val="center"/>
            </w:pPr>
            <w:r w:rsidRPr="00EE6DD3">
              <w:rPr>
                <w:rFonts w:eastAsia="SimSun"/>
                <w:sz w:val="15"/>
              </w:rPr>
              <w:t>0.352</w:t>
            </w:r>
          </w:p>
        </w:tc>
        <w:tc>
          <w:tcPr>
            <w:tcW w:w="1728" w:type="dxa"/>
          </w:tcPr>
          <w:p w14:paraId="57808953" w14:textId="77777777" w:rsidR="005503B4" w:rsidRPr="00EE6DD3" w:rsidRDefault="005503B4" w:rsidP="00D65017">
            <w:pPr>
              <w:jc w:val="center"/>
            </w:pPr>
            <w:r w:rsidRPr="00EE6DD3">
              <w:rPr>
                <w:rFonts w:eastAsia="SimSun"/>
                <w:sz w:val="15"/>
              </w:rPr>
              <w:t>1587790</w:t>
            </w:r>
          </w:p>
        </w:tc>
      </w:tr>
      <w:tr w:rsidR="005503B4" w:rsidRPr="00EE6DD3" w14:paraId="2C236E30" w14:textId="77777777" w:rsidTr="00D65017">
        <w:tc>
          <w:tcPr>
            <w:tcW w:w="1728" w:type="dxa"/>
          </w:tcPr>
          <w:p w14:paraId="0562AB46" w14:textId="77777777" w:rsidR="005503B4" w:rsidRPr="00EE6DD3" w:rsidRDefault="005503B4" w:rsidP="00D65017">
            <w:r w:rsidRPr="00EE6DD3">
              <w:rPr>
                <w:rFonts w:eastAsia="SimSun"/>
                <w:sz w:val="15"/>
              </w:rPr>
              <w:t>SDG5</w:t>
            </w:r>
          </w:p>
        </w:tc>
        <w:tc>
          <w:tcPr>
            <w:tcW w:w="1728" w:type="dxa"/>
          </w:tcPr>
          <w:p w14:paraId="35516197" w14:textId="77777777" w:rsidR="005503B4" w:rsidRPr="00EE6DD3" w:rsidRDefault="005503B4" w:rsidP="00D65017">
            <w:pPr>
              <w:jc w:val="center"/>
            </w:pPr>
            <w:r w:rsidRPr="00EE6DD3">
              <w:rPr>
                <w:rFonts w:eastAsia="SimSun"/>
                <w:sz w:val="15"/>
              </w:rPr>
              <w:t>0.227</w:t>
            </w:r>
          </w:p>
        </w:tc>
        <w:tc>
          <w:tcPr>
            <w:tcW w:w="1728" w:type="dxa"/>
          </w:tcPr>
          <w:p w14:paraId="0E19AA70" w14:textId="77777777" w:rsidR="005503B4" w:rsidRPr="00EE6DD3" w:rsidRDefault="005503B4" w:rsidP="00D65017">
            <w:pPr>
              <w:jc w:val="center"/>
            </w:pPr>
            <w:r w:rsidRPr="00EE6DD3">
              <w:rPr>
                <w:rFonts w:eastAsia="SimSun"/>
                <w:sz w:val="15"/>
              </w:rPr>
              <w:t>962385</w:t>
            </w:r>
          </w:p>
        </w:tc>
        <w:tc>
          <w:tcPr>
            <w:tcW w:w="1728" w:type="dxa"/>
          </w:tcPr>
          <w:p w14:paraId="09AC303B" w14:textId="77777777" w:rsidR="005503B4" w:rsidRPr="00EE6DD3" w:rsidRDefault="005503B4" w:rsidP="00D65017">
            <w:pPr>
              <w:jc w:val="center"/>
            </w:pPr>
            <w:r w:rsidRPr="00EE6DD3">
              <w:rPr>
                <w:rFonts w:eastAsia="SimSun"/>
                <w:sz w:val="15"/>
              </w:rPr>
              <w:t>0.254</w:t>
            </w:r>
          </w:p>
        </w:tc>
        <w:tc>
          <w:tcPr>
            <w:tcW w:w="1728" w:type="dxa"/>
          </w:tcPr>
          <w:p w14:paraId="2DC2FAFC" w14:textId="77777777" w:rsidR="005503B4" w:rsidRPr="00EE6DD3" w:rsidRDefault="005503B4" w:rsidP="00D65017">
            <w:pPr>
              <w:jc w:val="center"/>
            </w:pPr>
            <w:r w:rsidRPr="00EE6DD3">
              <w:rPr>
                <w:rFonts w:eastAsia="SimSun"/>
                <w:sz w:val="15"/>
              </w:rPr>
              <w:t>1453930</w:t>
            </w:r>
          </w:p>
        </w:tc>
      </w:tr>
      <w:tr w:rsidR="005503B4" w:rsidRPr="00EE6DD3" w14:paraId="56EC5671" w14:textId="77777777" w:rsidTr="00D65017">
        <w:tc>
          <w:tcPr>
            <w:tcW w:w="1728" w:type="dxa"/>
          </w:tcPr>
          <w:p w14:paraId="6646FCB4" w14:textId="77777777" w:rsidR="005503B4" w:rsidRPr="00EE6DD3" w:rsidRDefault="005503B4" w:rsidP="00D65017">
            <w:r w:rsidRPr="00EE6DD3">
              <w:rPr>
                <w:rFonts w:eastAsia="SimSun"/>
                <w:sz w:val="15"/>
              </w:rPr>
              <w:lastRenderedPageBreak/>
              <w:t>SDG6</w:t>
            </w:r>
          </w:p>
        </w:tc>
        <w:tc>
          <w:tcPr>
            <w:tcW w:w="1728" w:type="dxa"/>
          </w:tcPr>
          <w:p w14:paraId="4C597A5A" w14:textId="77777777" w:rsidR="005503B4" w:rsidRPr="00EE6DD3" w:rsidRDefault="005503B4" w:rsidP="00D65017">
            <w:pPr>
              <w:jc w:val="center"/>
            </w:pPr>
            <w:r w:rsidRPr="00EE6DD3">
              <w:rPr>
                <w:rFonts w:eastAsia="SimSun"/>
                <w:sz w:val="15"/>
              </w:rPr>
              <w:t>0.168</w:t>
            </w:r>
          </w:p>
        </w:tc>
        <w:tc>
          <w:tcPr>
            <w:tcW w:w="1728" w:type="dxa"/>
          </w:tcPr>
          <w:p w14:paraId="1FB7BD4B" w14:textId="77777777" w:rsidR="005503B4" w:rsidRPr="00EE6DD3" w:rsidRDefault="005503B4" w:rsidP="00D65017">
            <w:pPr>
              <w:jc w:val="center"/>
            </w:pPr>
            <w:r w:rsidRPr="00EE6DD3">
              <w:rPr>
                <w:rFonts w:eastAsia="SimSun"/>
                <w:sz w:val="15"/>
              </w:rPr>
              <w:t>1344071</w:t>
            </w:r>
          </w:p>
        </w:tc>
        <w:tc>
          <w:tcPr>
            <w:tcW w:w="1728" w:type="dxa"/>
          </w:tcPr>
          <w:p w14:paraId="66E59D9E" w14:textId="77777777" w:rsidR="005503B4" w:rsidRPr="00EE6DD3" w:rsidRDefault="005503B4" w:rsidP="00D65017">
            <w:pPr>
              <w:jc w:val="center"/>
            </w:pPr>
            <w:r w:rsidRPr="00EE6DD3">
              <w:rPr>
                <w:rFonts w:eastAsia="SimSun"/>
                <w:sz w:val="15"/>
              </w:rPr>
              <w:t>0.278</w:t>
            </w:r>
          </w:p>
        </w:tc>
        <w:tc>
          <w:tcPr>
            <w:tcW w:w="1728" w:type="dxa"/>
          </w:tcPr>
          <w:p w14:paraId="11DC9928" w14:textId="77777777" w:rsidR="005503B4" w:rsidRPr="00EE6DD3" w:rsidRDefault="005503B4" w:rsidP="00D65017">
            <w:pPr>
              <w:jc w:val="center"/>
            </w:pPr>
            <w:r w:rsidRPr="00EE6DD3">
              <w:rPr>
                <w:rFonts w:eastAsia="SimSun"/>
                <w:sz w:val="15"/>
              </w:rPr>
              <w:t>1078846</w:t>
            </w:r>
          </w:p>
        </w:tc>
      </w:tr>
      <w:tr w:rsidR="005503B4" w:rsidRPr="00EE6DD3" w14:paraId="29543743" w14:textId="77777777" w:rsidTr="00D65017">
        <w:tc>
          <w:tcPr>
            <w:tcW w:w="1728" w:type="dxa"/>
          </w:tcPr>
          <w:p w14:paraId="43BD0EC2" w14:textId="77777777" w:rsidR="005503B4" w:rsidRPr="00EE6DD3" w:rsidRDefault="005503B4" w:rsidP="00D65017">
            <w:r w:rsidRPr="00EE6DD3">
              <w:rPr>
                <w:rFonts w:eastAsia="SimSun"/>
                <w:sz w:val="15"/>
              </w:rPr>
              <w:t>SDG7</w:t>
            </w:r>
          </w:p>
        </w:tc>
        <w:tc>
          <w:tcPr>
            <w:tcW w:w="1728" w:type="dxa"/>
          </w:tcPr>
          <w:p w14:paraId="46EBFCEC" w14:textId="77777777" w:rsidR="005503B4" w:rsidRPr="00EE6DD3" w:rsidRDefault="005503B4" w:rsidP="00D65017">
            <w:pPr>
              <w:jc w:val="center"/>
            </w:pPr>
            <w:r w:rsidRPr="00EE6DD3">
              <w:rPr>
                <w:rFonts w:eastAsia="SimSun"/>
                <w:sz w:val="15"/>
              </w:rPr>
              <w:t>0.286</w:t>
            </w:r>
          </w:p>
        </w:tc>
        <w:tc>
          <w:tcPr>
            <w:tcW w:w="1728" w:type="dxa"/>
          </w:tcPr>
          <w:p w14:paraId="6652B868" w14:textId="77777777" w:rsidR="005503B4" w:rsidRPr="00EE6DD3" w:rsidRDefault="005503B4" w:rsidP="00D65017">
            <w:pPr>
              <w:jc w:val="center"/>
            </w:pPr>
            <w:r w:rsidRPr="00EE6DD3">
              <w:rPr>
                <w:rFonts w:eastAsia="SimSun"/>
                <w:sz w:val="15"/>
              </w:rPr>
              <w:t>1035185</w:t>
            </w:r>
          </w:p>
        </w:tc>
        <w:tc>
          <w:tcPr>
            <w:tcW w:w="1728" w:type="dxa"/>
          </w:tcPr>
          <w:p w14:paraId="0E796359" w14:textId="77777777" w:rsidR="005503B4" w:rsidRPr="00EE6DD3" w:rsidRDefault="005503B4" w:rsidP="00D65017">
            <w:pPr>
              <w:jc w:val="center"/>
            </w:pPr>
            <w:r w:rsidRPr="00EE6DD3">
              <w:rPr>
                <w:rFonts w:eastAsia="SimSun"/>
                <w:sz w:val="15"/>
              </w:rPr>
              <w:t>0.354</w:t>
            </w:r>
          </w:p>
        </w:tc>
        <w:tc>
          <w:tcPr>
            <w:tcW w:w="1728" w:type="dxa"/>
          </w:tcPr>
          <w:p w14:paraId="61E50095" w14:textId="77777777" w:rsidR="005503B4" w:rsidRPr="00EE6DD3" w:rsidRDefault="005503B4" w:rsidP="00D65017">
            <w:pPr>
              <w:jc w:val="center"/>
            </w:pPr>
            <w:r w:rsidRPr="00EE6DD3">
              <w:rPr>
                <w:rFonts w:eastAsia="SimSun"/>
                <w:sz w:val="15"/>
              </w:rPr>
              <w:t>1543630</w:t>
            </w:r>
          </w:p>
        </w:tc>
      </w:tr>
      <w:tr w:rsidR="005503B4" w:rsidRPr="00EE6DD3" w14:paraId="3A4A189E" w14:textId="77777777" w:rsidTr="00D65017">
        <w:tc>
          <w:tcPr>
            <w:tcW w:w="1728" w:type="dxa"/>
          </w:tcPr>
          <w:p w14:paraId="1ED8C4BB" w14:textId="77777777" w:rsidR="005503B4" w:rsidRPr="00EE6DD3" w:rsidRDefault="005503B4" w:rsidP="00D65017">
            <w:r w:rsidRPr="00EE6DD3">
              <w:rPr>
                <w:rFonts w:eastAsia="SimSun"/>
                <w:sz w:val="15"/>
              </w:rPr>
              <w:t>SDG8</w:t>
            </w:r>
          </w:p>
        </w:tc>
        <w:tc>
          <w:tcPr>
            <w:tcW w:w="1728" w:type="dxa"/>
          </w:tcPr>
          <w:p w14:paraId="7D000708" w14:textId="77777777" w:rsidR="005503B4" w:rsidRPr="00EE6DD3" w:rsidRDefault="005503B4" w:rsidP="00D65017">
            <w:pPr>
              <w:jc w:val="center"/>
            </w:pPr>
            <w:r w:rsidRPr="00EE6DD3">
              <w:rPr>
                <w:rFonts w:eastAsia="SimSun"/>
                <w:sz w:val="15"/>
              </w:rPr>
              <w:t>0.352</w:t>
            </w:r>
          </w:p>
        </w:tc>
        <w:tc>
          <w:tcPr>
            <w:tcW w:w="1728" w:type="dxa"/>
          </w:tcPr>
          <w:p w14:paraId="051ABA97" w14:textId="77777777" w:rsidR="005503B4" w:rsidRPr="00EE6DD3" w:rsidRDefault="005503B4" w:rsidP="00D65017">
            <w:pPr>
              <w:jc w:val="center"/>
            </w:pPr>
            <w:r w:rsidRPr="00EE6DD3">
              <w:rPr>
                <w:rFonts w:eastAsia="SimSun"/>
                <w:sz w:val="15"/>
              </w:rPr>
              <w:t>1418335</w:t>
            </w:r>
          </w:p>
        </w:tc>
        <w:tc>
          <w:tcPr>
            <w:tcW w:w="1728" w:type="dxa"/>
          </w:tcPr>
          <w:p w14:paraId="6D74EFEB" w14:textId="77777777" w:rsidR="005503B4" w:rsidRPr="00EE6DD3" w:rsidRDefault="005503B4" w:rsidP="00D65017">
            <w:pPr>
              <w:jc w:val="center"/>
            </w:pPr>
            <w:r w:rsidRPr="00EE6DD3">
              <w:rPr>
                <w:rFonts w:eastAsia="SimSun"/>
                <w:sz w:val="15"/>
              </w:rPr>
              <w:t>0.423</w:t>
            </w:r>
          </w:p>
        </w:tc>
        <w:tc>
          <w:tcPr>
            <w:tcW w:w="1728" w:type="dxa"/>
          </w:tcPr>
          <w:p w14:paraId="3A250BFF" w14:textId="77777777" w:rsidR="005503B4" w:rsidRPr="00EE6DD3" w:rsidRDefault="005503B4" w:rsidP="00D65017">
            <w:pPr>
              <w:jc w:val="center"/>
            </w:pPr>
            <w:r w:rsidRPr="00EE6DD3">
              <w:rPr>
                <w:rFonts w:eastAsia="SimSun"/>
                <w:sz w:val="15"/>
              </w:rPr>
              <w:t>1179647</w:t>
            </w:r>
          </w:p>
        </w:tc>
      </w:tr>
      <w:tr w:rsidR="005503B4" w:rsidRPr="00EE6DD3" w14:paraId="73E73E00" w14:textId="77777777" w:rsidTr="00D65017">
        <w:tc>
          <w:tcPr>
            <w:tcW w:w="1728" w:type="dxa"/>
          </w:tcPr>
          <w:p w14:paraId="479F3D37" w14:textId="77777777" w:rsidR="005503B4" w:rsidRPr="00EE6DD3" w:rsidRDefault="005503B4" w:rsidP="00D65017">
            <w:r w:rsidRPr="00EE6DD3">
              <w:rPr>
                <w:rFonts w:eastAsia="SimSun"/>
                <w:sz w:val="15"/>
              </w:rPr>
              <w:t>SDG9</w:t>
            </w:r>
          </w:p>
        </w:tc>
        <w:tc>
          <w:tcPr>
            <w:tcW w:w="1728" w:type="dxa"/>
          </w:tcPr>
          <w:p w14:paraId="42FC3C53" w14:textId="77777777" w:rsidR="005503B4" w:rsidRPr="00EE6DD3" w:rsidRDefault="005503B4" w:rsidP="00D65017">
            <w:pPr>
              <w:jc w:val="center"/>
            </w:pPr>
            <w:r w:rsidRPr="00EE6DD3">
              <w:rPr>
                <w:rFonts w:eastAsia="SimSun"/>
                <w:sz w:val="15"/>
              </w:rPr>
              <w:t>0.193</w:t>
            </w:r>
          </w:p>
        </w:tc>
        <w:tc>
          <w:tcPr>
            <w:tcW w:w="1728" w:type="dxa"/>
          </w:tcPr>
          <w:p w14:paraId="61A311B8" w14:textId="77777777" w:rsidR="005503B4" w:rsidRPr="00EE6DD3" w:rsidRDefault="005503B4" w:rsidP="00D65017">
            <w:pPr>
              <w:jc w:val="center"/>
            </w:pPr>
            <w:r w:rsidRPr="00EE6DD3">
              <w:rPr>
                <w:rFonts w:eastAsia="SimSun"/>
                <w:sz w:val="15"/>
              </w:rPr>
              <w:t>1385706</w:t>
            </w:r>
          </w:p>
        </w:tc>
        <w:tc>
          <w:tcPr>
            <w:tcW w:w="1728" w:type="dxa"/>
          </w:tcPr>
          <w:p w14:paraId="47EBAA51" w14:textId="77777777" w:rsidR="005503B4" w:rsidRPr="00EE6DD3" w:rsidRDefault="005503B4" w:rsidP="00D65017">
            <w:pPr>
              <w:jc w:val="center"/>
            </w:pPr>
            <w:r w:rsidRPr="00EE6DD3">
              <w:rPr>
                <w:rFonts w:eastAsia="SimSun"/>
                <w:sz w:val="15"/>
              </w:rPr>
              <w:t>0.182</w:t>
            </w:r>
          </w:p>
        </w:tc>
        <w:tc>
          <w:tcPr>
            <w:tcW w:w="1728" w:type="dxa"/>
          </w:tcPr>
          <w:p w14:paraId="36F1C389" w14:textId="77777777" w:rsidR="005503B4" w:rsidRPr="00EE6DD3" w:rsidRDefault="005503B4" w:rsidP="00D65017">
            <w:pPr>
              <w:jc w:val="center"/>
            </w:pPr>
            <w:r w:rsidRPr="00EE6DD3">
              <w:rPr>
                <w:rFonts w:eastAsia="SimSun"/>
                <w:sz w:val="15"/>
              </w:rPr>
              <w:t>1237733</w:t>
            </w:r>
          </w:p>
        </w:tc>
      </w:tr>
      <w:tr w:rsidR="005503B4" w:rsidRPr="00EE6DD3" w14:paraId="32485A9A" w14:textId="77777777" w:rsidTr="00D65017">
        <w:tc>
          <w:tcPr>
            <w:tcW w:w="1728" w:type="dxa"/>
          </w:tcPr>
          <w:p w14:paraId="09428109" w14:textId="77777777" w:rsidR="005503B4" w:rsidRPr="00EE6DD3" w:rsidRDefault="005503B4" w:rsidP="00D65017">
            <w:r w:rsidRPr="00EE6DD3">
              <w:rPr>
                <w:rFonts w:eastAsia="SimSun"/>
                <w:sz w:val="15"/>
              </w:rPr>
              <w:t>SDG10</w:t>
            </w:r>
          </w:p>
        </w:tc>
        <w:tc>
          <w:tcPr>
            <w:tcW w:w="1728" w:type="dxa"/>
          </w:tcPr>
          <w:p w14:paraId="575CF37C" w14:textId="77777777" w:rsidR="005503B4" w:rsidRPr="00EE6DD3" w:rsidRDefault="005503B4" w:rsidP="00D65017">
            <w:pPr>
              <w:jc w:val="center"/>
            </w:pPr>
            <w:r w:rsidRPr="00EE6DD3">
              <w:rPr>
                <w:rFonts w:eastAsia="SimSun"/>
                <w:sz w:val="15"/>
              </w:rPr>
              <w:t>0.345</w:t>
            </w:r>
          </w:p>
        </w:tc>
        <w:tc>
          <w:tcPr>
            <w:tcW w:w="1728" w:type="dxa"/>
          </w:tcPr>
          <w:p w14:paraId="23F5C540" w14:textId="77777777" w:rsidR="005503B4" w:rsidRPr="00EE6DD3" w:rsidRDefault="005503B4" w:rsidP="00D65017">
            <w:pPr>
              <w:jc w:val="center"/>
            </w:pPr>
            <w:r w:rsidRPr="00EE6DD3">
              <w:rPr>
                <w:rFonts w:eastAsia="SimSun"/>
                <w:sz w:val="15"/>
              </w:rPr>
              <w:t>1291169</w:t>
            </w:r>
          </w:p>
        </w:tc>
        <w:tc>
          <w:tcPr>
            <w:tcW w:w="1728" w:type="dxa"/>
          </w:tcPr>
          <w:p w14:paraId="269CDCA0" w14:textId="77777777" w:rsidR="005503B4" w:rsidRPr="00EE6DD3" w:rsidRDefault="005503B4" w:rsidP="00D65017">
            <w:pPr>
              <w:jc w:val="center"/>
            </w:pPr>
            <w:r w:rsidRPr="00EE6DD3">
              <w:rPr>
                <w:rFonts w:eastAsia="SimSun"/>
                <w:sz w:val="15"/>
              </w:rPr>
              <w:t>0.168</w:t>
            </w:r>
          </w:p>
        </w:tc>
        <w:tc>
          <w:tcPr>
            <w:tcW w:w="1728" w:type="dxa"/>
          </w:tcPr>
          <w:p w14:paraId="6AC8BEB0" w14:textId="77777777" w:rsidR="005503B4" w:rsidRPr="00EE6DD3" w:rsidRDefault="005503B4" w:rsidP="00D65017">
            <w:pPr>
              <w:jc w:val="center"/>
            </w:pPr>
            <w:r w:rsidRPr="00EE6DD3">
              <w:rPr>
                <w:rFonts w:eastAsia="SimSun"/>
                <w:sz w:val="15"/>
              </w:rPr>
              <w:t>503666</w:t>
            </w:r>
          </w:p>
        </w:tc>
      </w:tr>
      <w:tr w:rsidR="005503B4" w:rsidRPr="00EE6DD3" w14:paraId="6680ECE1" w14:textId="77777777" w:rsidTr="00D65017">
        <w:tc>
          <w:tcPr>
            <w:tcW w:w="1728" w:type="dxa"/>
          </w:tcPr>
          <w:p w14:paraId="1CC898BE" w14:textId="77777777" w:rsidR="005503B4" w:rsidRPr="00EE6DD3" w:rsidRDefault="005503B4" w:rsidP="00D65017">
            <w:r w:rsidRPr="00EE6DD3">
              <w:rPr>
                <w:rFonts w:eastAsia="SimSun"/>
                <w:sz w:val="15"/>
              </w:rPr>
              <w:t>SDG11</w:t>
            </w:r>
          </w:p>
        </w:tc>
        <w:tc>
          <w:tcPr>
            <w:tcW w:w="1728" w:type="dxa"/>
          </w:tcPr>
          <w:p w14:paraId="56987FD9" w14:textId="77777777" w:rsidR="005503B4" w:rsidRPr="00EE6DD3" w:rsidRDefault="005503B4" w:rsidP="00D65017">
            <w:pPr>
              <w:jc w:val="center"/>
            </w:pPr>
            <w:r w:rsidRPr="00EE6DD3">
              <w:rPr>
                <w:rFonts w:eastAsia="SimSun"/>
                <w:sz w:val="15"/>
              </w:rPr>
              <w:t>0.256</w:t>
            </w:r>
          </w:p>
        </w:tc>
        <w:tc>
          <w:tcPr>
            <w:tcW w:w="1728" w:type="dxa"/>
          </w:tcPr>
          <w:p w14:paraId="336D84F8" w14:textId="77777777" w:rsidR="005503B4" w:rsidRPr="00EE6DD3" w:rsidRDefault="005503B4" w:rsidP="00D65017">
            <w:pPr>
              <w:jc w:val="center"/>
            </w:pPr>
            <w:r w:rsidRPr="00EE6DD3">
              <w:rPr>
                <w:rFonts w:eastAsia="SimSun"/>
                <w:sz w:val="15"/>
              </w:rPr>
              <w:t>1281442</w:t>
            </w:r>
          </w:p>
        </w:tc>
        <w:tc>
          <w:tcPr>
            <w:tcW w:w="1728" w:type="dxa"/>
          </w:tcPr>
          <w:p w14:paraId="0B92EF78" w14:textId="77777777" w:rsidR="005503B4" w:rsidRPr="00EE6DD3" w:rsidRDefault="005503B4" w:rsidP="00D65017">
            <w:pPr>
              <w:jc w:val="center"/>
            </w:pPr>
            <w:r w:rsidRPr="00EE6DD3">
              <w:rPr>
                <w:rFonts w:eastAsia="SimSun"/>
                <w:sz w:val="15"/>
              </w:rPr>
              <w:t>0.355</w:t>
            </w:r>
          </w:p>
        </w:tc>
        <w:tc>
          <w:tcPr>
            <w:tcW w:w="1728" w:type="dxa"/>
          </w:tcPr>
          <w:p w14:paraId="1EF98C1D" w14:textId="77777777" w:rsidR="005503B4" w:rsidRPr="00EE6DD3" w:rsidRDefault="005503B4" w:rsidP="00D65017">
            <w:pPr>
              <w:jc w:val="center"/>
            </w:pPr>
            <w:r w:rsidRPr="00EE6DD3">
              <w:rPr>
                <w:rFonts w:eastAsia="SimSun"/>
                <w:sz w:val="15"/>
              </w:rPr>
              <w:t>1423605</w:t>
            </w:r>
          </w:p>
        </w:tc>
      </w:tr>
      <w:tr w:rsidR="005503B4" w:rsidRPr="00EE6DD3" w14:paraId="18BFEA95" w14:textId="77777777" w:rsidTr="00D65017">
        <w:tc>
          <w:tcPr>
            <w:tcW w:w="1728" w:type="dxa"/>
          </w:tcPr>
          <w:p w14:paraId="7B0C645A" w14:textId="77777777" w:rsidR="005503B4" w:rsidRPr="00EE6DD3" w:rsidRDefault="005503B4" w:rsidP="00D65017">
            <w:r w:rsidRPr="00EE6DD3">
              <w:rPr>
                <w:rFonts w:eastAsia="SimSun"/>
                <w:sz w:val="15"/>
              </w:rPr>
              <w:t>SDG12</w:t>
            </w:r>
          </w:p>
        </w:tc>
        <w:tc>
          <w:tcPr>
            <w:tcW w:w="1728" w:type="dxa"/>
          </w:tcPr>
          <w:p w14:paraId="2572D120" w14:textId="77777777" w:rsidR="005503B4" w:rsidRPr="00EE6DD3" w:rsidRDefault="005503B4" w:rsidP="00D65017">
            <w:pPr>
              <w:jc w:val="center"/>
            </w:pPr>
            <w:r w:rsidRPr="00EE6DD3">
              <w:rPr>
                <w:rFonts w:eastAsia="SimSun"/>
                <w:sz w:val="15"/>
              </w:rPr>
              <w:t>0.268</w:t>
            </w:r>
          </w:p>
        </w:tc>
        <w:tc>
          <w:tcPr>
            <w:tcW w:w="1728" w:type="dxa"/>
          </w:tcPr>
          <w:p w14:paraId="40CD78D7" w14:textId="77777777" w:rsidR="005503B4" w:rsidRPr="00EE6DD3" w:rsidRDefault="005503B4" w:rsidP="00D65017">
            <w:pPr>
              <w:jc w:val="center"/>
            </w:pPr>
            <w:r w:rsidRPr="00EE6DD3">
              <w:rPr>
                <w:rFonts w:eastAsia="SimSun"/>
                <w:sz w:val="15"/>
              </w:rPr>
              <w:t>1230264</w:t>
            </w:r>
          </w:p>
        </w:tc>
        <w:tc>
          <w:tcPr>
            <w:tcW w:w="1728" w:type="dxa"/>
          </w:tcPr>
          <w:p w14:paraId="25A19D22" w14:textId="77777777" w:rsidR="005503B4" w:rsidRPr="00EE6DD3" w:rsidRDefault="005503B4" w:rsidP="00D65017">
            <w:pPr>
              <w:jc w:val="center"/>
            </w:pPr>
            <w:r w:rsidRPr="00EE6DD3">
              <w:rPr>
                <w:rFonts w:eastAsia="SimSun"/>
                <w:sz w:val="15"/>
              </w:rPr>
              <w:t>0.238</w:t>
            </w:r>
          </w:p>
        </w:tc>
        <w:tc>
          <w:tcPr>
            <w:tcW w:w="1728" w:type="dxa"/>
          </w:tcPr>
          <w:p w14:paraId="4415F0B3" w14:textId="77777777" w:rsidR="005503B4" w:rsidRPr="00EE6DD3" w:rsidRDefault="005503B4" w:rsidP="00D65017">
            <w:pPr>
              <w:jc w:val="center"/>
            </w:pPr>
            <w:r w:rsidRPr="00EE6DD3">
              <w:rPr>
                <w:rFonts w:eastAsia="SimSun"/>
                <w:sz w:val="15"/>
              </w:rPr>
              <w:t>1219917</w:t>
            </w:r>
          </w:p>
        </w:tc>
      </w:tr>
      <w:tr w:rsidR="005503B4" w:rsidRPr="00EE6DD3" w14:paraId="1D2F5631" w14:textId="77777777" w:rsidTr="00D65017">
        <w:tc>
          <w:tcPr>
            <w:tcW w:w="1728" w:type="dxa"/>
          </w:tcPr>
          <w:p w14:paraId="15970AA8" w14:textId="77777777" w:rsidR="005503B4" w:rsidRPr="00EE6DD3" w:rsidRDefault="005503B4" w:rsidP="00D65017">
            <w:r w:rsidRPr="00EE6DD3">
              <w:rPr>
                <w:rFonts w:eastAsia="SimSun"/>
                <w:sz w:val="15"/>
              </w:rPr>
              <w:t>SDG13</w:t>
            </w:r>
          </w:p>
        </w:tc>
        <w:tc>
          <w:tcPr>
            <w:tcW w:w="1728" w:type="dxa"/>
          </w:tcPr>
          <w:p w14:paraId="5E808F2B" w14:textId="77777777" w:rsidR="005503B4" w:rsidRPr="00EE6DD3" w:rsidRDefault="005503B4" w:rsidP="00D65017">
            <w:pPr>
              <w:jc w:val="center"/>
            </w:pPr>
            <w:r w:rsidRPr="00EE6DD3">
              <w:rPr>
                <w:rFonts w:eastAsia="SimSun"/>
                <w:sz w:val="15"/>
              </w:rPr>
              <w:t>0.148</w:t>
            </w:r>
          </w:p>
        </w:tc>
        <w:tc>
          <w:tcPr>
            <w:tcW w:w="1728" w:type="dxa"/>
          </w:tcPr>
          <w:p w14:paraId="0501510C" w14:textId="77777777" w:rsidR="005503B4" w:rsidRPr="00EE6DD3" w:rsidRDefault="005503B4" w:rsidP="00D65017">
            <w:pPr>
              <w:jc w:val="center"/>
            </w:pPr>
            <w:r w:rsidRPr="00EE6DD3">
              <w:rPr>
                <w:rFonts w:eastAsia="SimSun"/>
                <w:sz w:val="15"/>
              </w:rPr>
              <w:t>1294343</w:t>
            </w:r>
          </w:p>
        </w:tc>
        <w:tc>
          <w:tcPr>
            <w:tcW w:w="1728" w:type="dxa"/>
          </w:tcPr>
          <w:p w14:paraId="1E8EE678" w14:textId="77777777" w:rsidR="005503B4" w:rsidRPr="00EE6DD3" w:rsidRDefault="005503B4" w:rsidP="00D65017">
            <w:pPr>
              <w:jc w:val="center"/>
            </w:pPr>
            <w:r w:rsidRPr="00EE6DD3">
              <w:rPr>
                <w:rFonts w:eastAsia="SimSun"/>
                <w:sz w:val="15"/>
              </w:rPr>
              <w:t>0.184</w:t>
            </w:r>
          </w:p>
        </w:tc>
        <w:tc>
          <w:tcPr>
            <w:tcW w:w="1728" w:type="dxa"/>
          </w:tcPr>
          <w:p w14:paraId="6B2C4A68" w14:textId="77777777" w:rsidR="005503B4" w:rsidRPr="00EE6DD3" w:rsidRDefault="005503B4" w:rsidP="00D65017">
            <w:pPr>
              <w:jc w:val="center"/>
            </w:pPr>
            <w:r w:rsidRPr="00EE6DD3">
              <w:rPr>
                <w:rFonts w:eastAsia="SimSun"/>
                <w:sz w:val="15"/>
              </w:rPr>
              <w:t>734592</w:t>
            </w:r>
          </w:p>
        </w:tc>
      </w:tr>
      <w:tr w:rsidR="005503B4" w:rsidRPr="00EE6DD3" w14:paraId="55966416" w14:textId="77777777" w:rsidTr="00D65017">
        <w:tc>
          <w:tcPr>
            <w:tcW w:w="1728" w:type="dxa"/>
          </w:tcPr>
          <w:p w14:paraId="3C0A6A8C" w14:textId="77777777" w:rsidR="005503B4" w:rsidRPr="00EE6DD3" w:rsidRDefault="005503B4" w:rsidP="00D65017">
            <w:r w:rsidRPr="00EE6DD3">
              <w:rPr>
                <w:rFonts w:eastAsia="SimSun"/>
                <w:sz w:val="15"/>
              </w:rPr>
              <w:t>SDG14</w:t>
            </w:r>
          </w:p>
        </w:tc>
        <w:tc>
          <w:tcPr>
            <w:tcW w:w="1728" w:type="dxa"/>
          </w:tcPr>
          <w:p w14:paraId="76A6410B" w14:textId="77777777" w:rsidR="005503B4" w:rsidRPr="00EE6DD3" w:rsidRDefault="005503B4" w:rsidP="00D65017">
            <w:pPr>
              <w:jc w:val="center"/>
            </w:pPr>
            <w:r w:rsidRPr="00EE6DD3">
              <w:rPr>
                <w:rFonts w:eastAsia="SimSun"/>
                <w:sz w:val="15"/>
              </w:rPr>
              <w:t>0.191</w:t>
            </w:r>
          </w:p>
        </w:tc>
        <w:tc>
          <w:tcPr>
            <w:tcW w:w="1728" w:type="dxa"/>
          </w:tcPr>
          <w:p w14:paraId="631A2813" w14:textId="77777777" w:rsidR="005503B4" w:rsidRPr="00EE6DD3" w:rsidRDefault="005503B4" w:rsidP="00D65017">
            <w:pPr>
              <w:jc w:val="center"/>
            </w:pPr>
            <w:r w:rsidRPr="00EE6DD3">
              <w:rPr>
                <w:rFonts w:eastAsia="SimSun"/>
                <w:sz w:val="15"/>
              </w:rPr>
              <w:t>1165693</w:t>
            </w:r>
          </w:p>
        </w:tc>
        <w:tc>
          <w:tcPr>
            <w:tcW w:w="1728" w:type="dxa"/>
          </w:tcPr>
          <w:p w14:paraId="7D803C16" w14:textId="77777777" w:rsidR="005503B4" w:rsidRPr="00EE6DD3" w:rsidRDefault="005503B4" w:rsidP="00D65017">
            <w:pPr>
              <w:jc w:val="center"/>
            </w:pPr>
            <w:r w:rsidRPr="00EE6DD3">
              <w:rPr>
                <w:rFonts w:eastAsia="SimSun"/>
                <w:sz w:val="15"/>
              </w:rPr>
              <w:t>0.246</w:t>
            </w:r>
          </w:p>
        </w:tc>
        <w:tc>
          <w:tcPr>
            <w:tcW w:w="1728" w:type="dxa"/>
          </w:tcPr>
          <w:p w14:paraId="3B8E1A5E" w14:textId="77777777" w:rsidR="005503B4" w:rsidRPr="00EE6DD3" w:rsidRDefault="005503B4" w:rsidP="00D65017">
            <w:pPr>
              <w:jc w:val="center"/>
            </w:pPr>
            <w:r w:rsidRPr="00EE6DD3">
              <w:rPr>
                <w:rFonts w:eastAsia="SimSun"/>
                <w:sz w:val="15"/>
              </w:rPr>
              <w:t>1366417</w:t>
            </w:r>
          </w:p>
        </w:tc>
      </w:tr>
      <w:tr w:rsidR="005503B4" w:rsidRPr="00EE6DD3" w14:paraId="31D90E26" w14:textId="77777777" w:rsidTr="00D65017">
        <w:tc>
          <w:tcPr>
            <w:tcW w:w="1728" w:type="dxa"/>
          </w:tcPr>
          <w:p w14:paraId="058A74F7" w14:textId="77777777" w:rsidR="005503B4" w:rsidRPr="00EE6DD3" w:rsidRDefault="005503B4" w:rsidP="00D65017">
            <w:r w:rsidRPr="00EE6DD3">
              <w:rPr>
                <w:rFonts w:eastAsia="SimSun"/>
                <w:sz w:val="15"/>
              </w:rPr>
              <w:t>SDG15</w:t>
            </w:r>
          </w:p>
        </w:tc>
        <w:tc>
          <w:tcPr>
            <w:tcW w:w="1728" w:type="dxa"/>
          </w:tcPr>
          <w:p w14:paraId="2BB5DA75" w14:textId="77777777" w:rsidR="005503B4" w:rsidRPr="00EE6DD3" w:rsidRDefault="005503B4" w:rsidP="00D65017">
            <w:pPr>
              <w:jc w:val="center"/>
            </w:pPr>
            <w:r w:rsidRPr="00EE6DD3">
              <w:rPr>
                <w:rFonts w:eastAsia="SimSun"/>
                <w:sz w:val="15"/>
              </w:rPr>
              <w:t>0.320</w:t>
            </w:r>
          </w:p>
        </w:tc>
        <w:tc>
          <w:tcPr>
            <w:tcW w:w="1728" w:type="dxa"/>
          </w:tcPr>
          <w:p w14:paraId="7A8A9337" w14:textId="77777777" w:rsidR="005503B4" w:rsidRPr="00EE6DD3" w:rsidRDefault="005503B4" w:rsidP="00D65017">
            <w:pPr>
              <w:jc w:val="center"/>
            </w:pPr>
            <w:r w:rsidRPr="00EE6DD3">
              <w:rPr>
                <w:rFonts w:eastAsia="SimSun"/>
                <w:sz w:val="15"/>
              </w:rPr>
              <w:t>1393147</w:t>
            </w:r>
          </w:p>
        </w:tc>
        <w:tc>
          <w:tcPr>
            <w:tcW w:w="1728" w:type="dxa"/>
          </w:tcPr>
          <w:p w14:paraId="313EA795" w14:textId="77777777" w:rsidR="005503B4" w:rsidRPr="00EE6DD3" w:rsidRDefault="005503B4" w:rsidP="00D65017">
            <w:pPr>
              <w:jc w:val="center"/>
            </w:pPr>
            <w:r w:rsidRPr="00EE6DD3">
              <w:rPr>
                <w:rFonts w:eastAsia="SimSun"/>
                <w:sz w:val="15"/>
              </w:rPr>
              <w:t>0.403</w:t>
            </w:r>
          </w:p>
        </w:tc>
        <w:tc>
          <w:tcPr>
            <w:tcW w:w="1728" w:type="dxa"/>
          </w:tcPr>
          <w:p w14:paraId="4BAFC9AF" w14:textId="77777777" w:rsidR="005503B4" w:rsidRPr="00EE6DD3" w:rsidRDefault="005503B4" w:rsidP="00D65017">
            <w:pPr>
              <w:jc w:val="center"/>
            </w:pPr>
            <w:r w:rsidRPr="00EE6DD3">
              <w:rPr>
                <w:rFonts w:eastAsia="SimSun"/>
                <w:sz w:val="15"/>
              </w:rPr>
              <w:t>1100155</w:t>
            </w:r>
          </w:p>
        </w:tc>
      </w:tr>
      <w:tr w:rsidR="005503B4" w:rsidRPr="00EE6DD3" w14:paraId="36D3B570" w14:textId="77777777" w:rsidTr="00D65017">
        <w:tc>
          <w:tcPr>
            <w:tcW w:w="1728" w:type="dxa"/>
          </w:tcPr>
          <w:p w14:paraId="6F009DE5" w14:textId="77777777" w:rsidR="005503B4" w:rsidRPr="00EE6DD3" w:rsidRDefault="005503B4" w:rsidP="00D65017">
            <w:r w:rsidRPr="00EE6DD3">
              <w:rPr>
                <w:rFonts w:eastAsia="SimSun"/>
                <w:sz w:val="15"/>
              </w:rPr>
              <w:t>SDG16</w:t>
            </w:r>
          </w:p>
        </w:tc>
        <w:tc>
          <w:tcPr>
            <w:tcW w:w="1728" w:type="dxa"/>
          </w:tcPr>
          <w:p w14:paraId="05B64F15" w14:textId="77777777" w:rsidR="005503B4" w:rsidRPr="00EE6DD3" w:rsidRDefault="005503B4" w:rsidP="00D65017">
            <w:pPr>
              <w:jc w:val="center"/>
            </w:pPr>
            <w:r w:rsidRPr="00EE6DD3">
              <w:rPr>
                <w:rFonts w:eastAsia="SimSun"/>
                <w:sz w:val="15"/>
              </w:rPr>
              <w:t>0.390</w:t>
            </w:r>
          </w:p>
        </w:tc>
        <w:tc>
          <w:tcPr>
            <w:tcW w:w="1728" w:type="dxa"/>
          </w:tcPr>
          <w:p w14:paraId="3E0499E4" w14:textId="77777777" w:rsidR="005503B4" w:rsidRPr="00EE6DD3" w:rsidRDefault="005503B4" w:rsidP="00D65017">
            <w:pPr>
              <w:jc w:val="center"/>
            </w:pPr>
            <w:r w:rsidRPr="00EE6DD3">
              <w:rPr>
                <w:rFonts w:eastAsia="SimSun"/>
                <w:sz w:val="15"/>
              </w:rPr>
              <w:t>1411555</w:t>
            </w:r>
          </w:p>
        </w:tc>
        <w:tc>
          <w:tcPr>
            <w:tcW w:w="1728" w:type="dxa"/>
          </w:tcPr>
          <w:p w14:paraId="5190A1AF" w14:textId="77777777" w:rsidR="005503B4" w:rsidRPr="00EE6DD3" w:rsidRDefault="005503B4" w:rsidP="00D65017">
            <w:pPr>
              <w:jc w:val="center"/>
            </w:pPr>
            <w:r w:rsidRPr="00EE6DD3">
              <w:rPr>
                <w:rFonts w:eastAsia="SimSun"/>
                <w:sz w:val="15"/>
              </w:rPr>
              <w:t>0.311</w:t>
            </w:r>
          </w:p>
        </w:tc>
        <w:tc>
          <w:tcPr>
            <w:tcW w:w="1728" w:type="dxa"/>
          </w:tcPr>
          <w:p w14:paraId="349798F5" w14:textId="77777777" w:rsidR="005503B4" w:rsidRPr="00EE6DD3" w:rsidRDefault="005503B4" w:rsidP="00D65017">
            <w:pPr>
              <w:jc w:val="center"/>
            </w:pPr>
            <w:r w:rsidRPr="00EE6DD3">
              <w:rPr>
                <w:rFonts w:eastAsia="SimSun"/>
                <w:sz w:val="15"/>
              </w:rPr>
              <w:t>345926</w:t>
            </w:r>
          </w:p>
        </w:tc>
      </w:tr>
      <w:tr w:rsidR="005503B4" w:rsidRPr="00EE6DD3" w14:paraId="0BEABD57" w14:textId="77777777" w:rsidTr="00D65017">
        <w:tc>
          <w:tcPr>
            <w:tcW w:w="1728" w:type="dxa"/>
            <w:tcBorders>
              <w:bottom w:val="single" w:sz="4" w:space="0" w:color="000000"/>
            </w:tcBorders>
          </w:tcPr>
          <w:p w14:paraId="72E459A2" w14:textId="77777777" w:rsidR="005503B4" w:rsidRPr="00EE6DD3" w:rsidRDefault="005503B4" w:rsidP="00D65017">
            <w:r w:rsidRPr="00EE6DD3">
              <w:rPr>
                <w:rFonts w:eastAsia="SimSun"/>
                <w:sz w:val="15"/>
              </w:rPr>
              <w:t>SDG17</w:t>
            </w:r>
          </w:p>
        </w:tc>
        <w:tc>
          <w:tcPr>
            <w:tcW w:w="1728" w:type="dxa"/>
            <w:tcBorders>
              <w:bottom w:val="single" w:sz="4" w:space="0" w:color="000000"/>
            </w:tcBorders>
          </w:tcPr>
          <w:p w14:paraId="3D4F94C9" w14:textId="77777777" w:rsidR="005503B4" w:rsidRPr="00EE6DD3" w:rsidRDefault="005503B4" w:rsidP="00D65017">
            <w:pPr>
              <w:jc w:val="center"/>
            </w:pPr>
            <w:r w:rsidRPr="00EE6DD3">
              <w:rPr>
                <w:rFonts w:eastAsia="SimSun"/>
                <w:sz w:val="15"/>
              </w:rPr>
              <w:t>0.308</w:t>
            </w:r>
          </w:p>
        </w:tc>
        <w:tc>
          <w:tcPr>
            <w:tcW w:w="1728" w:type="dxa"/>
            <w:tcBorders>
              <w:bottom w:val="single" w:sz="4" w:space="0" w:color="000000"/>
            </w:tcBorders>
          </w:tcPr>
          <w:p w14:paraId="310BC34E" w14:textId="77777777" w:rsidR="005503B4" w:rsidRPr="00EE6DD3" w:rsidRDefault="005503B4" w:rsidP="00D65017">
            <w:pPr>
              <w:jc w:val="center"/>
            </w:pPr>
            <w:r w:rsidRPr="00EE6DD3">
              <w:rPr>
                <w:rFonts w:eastAsia="SimSun"/>
                <w:sz w:val="15"/>
              </w:rPr>
              <w:t>1580461</w:t>
            </w:r>
          </w:p>
        </w:tc>
        <w:tc>
          <w:tcPr>
            <w:tcW w:w="1728" w:type="dxa"/>
            <w:tcBorders>
              <w:bottom w:val="single" w:sz="4" w:space="0" w:color="000000"/>
            </w:tcBorders>
          </w:tcPr>
          <w:p w14:paraId="2B504A79" w14:textId="77777777" w:rsidR="005503B4" w:rsidRPr="00EE6DD3" w:rsidRDefault="005503B4" w:rsidP="00D65017">
            <w:pPr>
              <w:jc w:val="center"/>
            </w:pPr>
            <w:r w:rsidRPr="00EE6DD3">
              <w:rPr>
                <w:rFonts w:eastAsia="SimSun"/>
                <w:sz w:val="15"/>
              </w:rPr>
              <w:t>0.347</w:t>
            </w:r>
          </w:p>
        </w:tc>
        <w:tc>
          <w:tcPr>
            <w:tcW w:w="1728" w:type="dxa"/>
            <w:tcBorders>
              <w:bottom w:val="single" w:sz="4" w:space="0" w:color="000000"/>
            </w:tcBorders>
          </w:tcPr>
          <w:p w14:paraId="4245D435" w14:textId="77777777" w:rsidR="005503B4" w:rsidRPr="00EE6DD3" w:rsidRDefault="005503B4" w:rsidP="00D65017">
            <w:pPr>
              <w:jc w:val="center"/>
            </w:pPr>
            <w:r w:rsidRPr="00EE6DD3">
              <w:rPr>
                <w:rFonts w:eastAsia="SimSun"/>
                <w:sz w:val="15"/>
              </w:rPr>
              <w:t>1713679</w:t>
            </w:r>
          </w:p>
        </w:tc>
      </w:tr>
      <w:tr w:rsidR="005503B4" w:rsidRPr="00EE6DD3" w14:paraId="518D46DF" w14:textId="77777777" w:rsidTr="00D65017">
        <w:tc>
          <w:tcPr>
            <w:tcW w:w="1728" w:type="dxa"/>
            <w:tcBorders>
              <w:top w:val="single" w:sz="4" w:space="0" w:color="000000"/>
              <w:bottom w:val="single" w:sz="4" w:space="0" w:color="000000"/>
            </w:tcBorders>
          </w:tcPr>
          <w:p w14:paraId="476E5C0A" w14:textId="77777777" w:rsidR="005503B4" w:rsidRPr="00EE6DD3" w:rsidRDefault="005503B4" w:rsidP="00D65017">
            <w:r w:rsidRPr="00EE6DD3">
              <w:rPr>
                <w:rFonts w:eastAsia="SimSun"/>
                <w:sz w:val="15"/>
              </w:rPr>
              <w:t>MEAN</w:t>
            </w:r>
          </w:p>
        </w:tc>
        <w:tc>
          <w:tcPr>
            <w:tcW w:w="1728" w:type="dxa"/>
            <w:tcBorders>
              <w:top w:val="single" w:sz="4" w:space="0" w:color="000000"/>
              <w:bottom w:val="single" w:sz="4" w:space="0" w:color="000000"/>
            </w:tcBorders>
          </w:tcPr>
          <w:p w14:paraId="6FCDD6A1" w14:textId="77777777" w:rsidR="005503B4" w:rsidRPr="00EE6DD3" w:rsidRDefault="005503B4" w:rsidP="00D65017">
            <w:pPr>
              <w:jc w:val="center"/>
            </w:pPr>
            <w:r w:rsidRPr="00EE6DD3">
              <w:rPr>
                <w:rFonts w:eastAsia="SimSun"/>
                <w:sz w:val="15"/>
              </w:rPr>
              <w:t>0.271</w:t>
            </w:r>
          </w:p>
        </w:tc>
        <w:tc>
          <w:tcPr>
            <w:tcW w:w="1728" w:type="dxa"/>
            <w:tcBorders>
              <w:top w:val="single" w:sz="4" w:space="0" w:color="000000"/>
              <w:bottom w:val="single" w:sz="4" w:space="0" w:color="000000"/>
            </w:tcBorders>
          </w:tcPr>
          <w:p w14:paraId="46AFC703" w14:textId="77777777" w:rsidR="005503B4" w:rsidRPr="00EE6DD3" w:rsidRDefault="005503B4" w:rsidP="00D65017">
            <w:pPr>
              <w:jc w:val="center"/>
            </w:pPr>
          </w:p>
        </w:tc>
        <w:tc>
          <w:tcPr>
            <w:tcW w:w="1728" w:type="dxa"/>
            <w:tcBorders>
              <w:top w:val="single" w:sz="4" w:space="0" w:color="000000"/>
              <w:bottom w:val="single" w:sz="4" w:space="0" w:color="000000"/>
            </w:tcBorders>
          </w:tcPr>
          <w:p w14:paraId="6072A6EA" w14:textId="77777777" w:rsidR="005503B4" w:rsidRPr="00EE6DD3" w:rsidRDefault="005503B4" w:rsidP="00D65017">
            <w:pPr>
              <w:jc w:val="center"/>
            </w:pPr>
            <w:r w:rsidRPr="00EE6DD3">
              <w:rPr>
                <w:rFonts w:eastAsia="SimSun"/>
                <w:sz w:val="15"/>
              </w:rPr>
              <w:t>0.287</w:t>
            </w:r>
          </w:p>
        </w:tc>
        <w:tc>
          <w:tcPr>
            <w:tcW w:w="1728" w:type="dxa"/>
            <w:tcBorders>
              <w:top w:val="single" w:sz="4" w:space="0" w:color="000000"/>
              <w:bottom w:val="single" w:sz="4" w:space="0" w:color="000000"/>
            </w:tcBorders>
          </w:tcPr>
          <w:p w14:paraId="297A3D45" w14:textId="77777777" w:rsidR="005503B4" w:rsidRPr="00EE6DD3" w:rsidRDefault="005503B4" w:rsidP="00D65017">
            <w:pPr>
              <w:jc w:val="center"/>
            </w:pPr>
          </w:p>
        </w:tc>
      </w:tr>
    </w:tbl>
    <w:p w14:paraId="33E4CBCE" w14:textId="77777777" w:rsidR="005503B4" w:rsidRPr="00EE6DD3" w:rsidRDefault="005503B4" w:rsidP="005503B4">
      <w:pPr>
        <w:pStyle w:val="Heading3"/>
        <w:rPr>
          <w:rFonts w:cs="Times New Roman"/>
          <w:color w:val="auto"/>
        </w:rPr>
      </w:pPr>
      <w:r w:rsidRPr="00EE6DD3">
        <w:rPr>
          <w:rFonts w:eastAsia="SimSun" w:cs="Times New Roman"/>
          <w:color w:val="auto"/>
        </w:rPr>
        <w:t>S1.4 Pseudo-Calibration Diagnostics and Interpretive Boundaries</w:t>
      </w:r>
    </w:p>
    <w:p w14:paraId="6B6B5BCD" w14:textId="77777777" w:rsidR="005503B4" w:rsidRPr="00EE6DD3" w:rsidRDefault="005503B4" w:rsidP="005503B4">
      <w:r w:rsidRPr="00EE6DD3">
        <w:rPr>
          <w:rFonts w:eastAsia="SimSun"/>
          <w:sz w:val="22"/>
        </w:rPr>
        <w:t>Tables S1C and S1D temporarily treat the 0-4 scale as pseudo-probabilities via a linear mapping, solely to illustrate why the scores should not be interpreted directly as probability forecasts. They support the main-text judgment that an ordered score scale is not equivalent to a well-calibrated score scale.</w:t>
      </w:r>
    </w:p>
    <w:p w14:paraId="10ADA9A2" w14:textId="77777777" w:rsidR="005503B4" w:rsidRPr="00EE6DD3" w:rsidRDefault="005503B4" w:rsidP="005503B4">
      <w:pPr>
        <w:pStyle w:val="Caption"/>
        <w:rPr>
          <w:color w:val="auto"/>
        </w:rPr>
      </w:pPr>
      <w:r w:rsidRPr="00EE6DD3">
        <w:rPr>
          <w:b w:val="0"/>
          <w:color w:val="auto"/>
          <w:sz w:val="20"/>
        </w:rPr>
        <w:t>Table S1C. Overall pseudo-calibration diagnostics for the LLM score scale.</w:t>
      </w:r>
    </w:p>
    <w:tbl>
      <w:tblPr>
        <w:tblStyle w:val="PaperFormat"/>
        <w:tblW w:w="0" w:type="auto"/>
        <w:tblLook w:val="04A0" w:firstRow="1" w:lastRow="0" w:firstColumn="1" w:lastColumn="0" w:noHBand="0" w:noVBand="1"/>
      </w:tblPr>
      <w:tblGrid>
        <w:gridCol w:w="2876"/>
        <w:gridCol w:w="2877"/>
        <w:gridCol w:w="2877"/>
      </w:tblGrid>
      <w:tr w:rsidR="005503B4" w:rsidRPr="00EE6DD3" w14:paraId="4BB992F8" w14:textId="77777777" w:rsidTr="00D65017">
        <w:tc>
          <w:tcPr>
            <w:tcW w:w="2880" w:type="dxa"/>
          </w:tcPr>
          <w:p w14:paraId="71515D60" w14:textId="77777777" w:rsidR="005503B4" w:rsidRPr="00EE6DD3" w:rsidRDefault="005503B4" w:rsidP="00D65017">
            <w:r w:rsidRPr="00EE6DD3">
              <w:rPr>
                <w:rFonts w:eastAsia="SimSun"/>
                <w:b/>
                <w:sz w:val="16"/>
              </w:rPr>
              <w:t>Metric</w:t>
            </w:r>
          </w:p>
        </w:tc>
        <w:tc>
          <w:tcPr>
            <w:tcW w:w="2880" w:type="dxa"/>
          </w:tcPr>
          <w:p w14:paraId="59782E8C" w14:textId="77777777" w:rsidR="005503B4" w:rsidRPr="00EE6DD3" w:rsidRDefault="005503B4" w:rsidP="00D65017">
            <w:pPr>
              <w:jc w:val="center"/>
            </w:pPr>
            <w:r w:rsidRPr="00EE6DD3">
              <w:rPr>
                <w:rFonts w:eastAsia="SimSun"/>
                <w:b/>
                <w:sz w:val="16"/>
              </w:rPr>
              <w:t>vs Aurora</w:t>
            </w:r>
          </w:p>
        </w:tc>
        <w:tc>
          <w:tcPr>
            <w:tcW w:w="2880" w:type="dxa"/>
          </w:tcPr>
          <w:p w14:paraId="729EA8AB" w14:textId="77777777" w:rsidR="005503B4" w:rsidRPr="00EE6DD3" w:rsidRDefault="005503B4" w:rsidP="00D65017">
            <w:pPr>
              <w:jc w:val="center"/>
            </w:pPr>
            <w:r w:rsidRPr="00EE6DD3">
              <w:rPr>
                <w:rFonts w:eastAsia="SimSun"/>
                <w:b/>
                <w:sz w:val="16"/>
              </w:rPr>
              <w:t>vs Elsevier</w:t>
            </w:r>
          </w:p>
        </w:tc>
      </w:tr>
      <w:tr w:rsidR="005503B4" w:rsidRPr="00EE6DD3" w14:paraId="40705B4C" w14:textId="77777777" w:rsidTr="00D65017">
        <w:tc>
          <w:tcPr>
            <w:tcW w:w="2880" w:type="dxa"/>
          </w:tcPr>
          <w:p w14:paraId="29480EAF" w14:textId="77777777" w:rsidR="005503B4" w:rsidRPr="00EE6DD3" w:rsidRDefault="005503B4" w:rsidP="00D65017">
            <w:r w:rsidRPr="00EE6DD3">
              <w:rPr>
                <w:rFonts w:eastAsia="SimSun"/>
                <w:sz w:val="16"/>
              </w:rPr>
              <w:t>Brier Score</w:t>
            </w:r>
          </w:p>
        </w:tc>
        <w:tc>
          <w:tcPr>
            <w:tcW w:w="2880" w:type="dxa"/>
          </w:tcPr>
          <w:p w14:paraId="4C681A34" w14:textId="77777777" w:rsidR="005503B4" w:rsidRPr="00EE6DD3" w:rsidRDefault="005503B4" w:rsidP="00D65017">
            <w:pPr>
              <w:jc w:val="center"/>
            </w:pPr>
            <w:r w:rsidRPr="00EE6DD3">
              <w:rPr>
                <w:rFonts w:eastAsia="SimSun"/>
                <w:sz w:val="16"/>
              </w:rPr>
              <w:t>0.595</w:t>
            </w:r>
          </w:p>
        </w:tc>
        <w:tc>
          <w:tcPr>
            <w:tcW w:w="2880" w:type="dxa"/>
          </w:tcPr>
          <w:p w14:paraId="50C2136F" w14:textId="77777777" w:rsidR="005503B4" w:rsidRPr="00EE6DD3" w:rsidRDefault="005503B4" w:rsidP="00D65017">
            <w:pPr>
              <w:jc w:val="center"/>
            </w:pPr>
            <w:r w:rsidRPr="00EE6DD3">
              <w:rPr>
                <w:rFonts w:eastAsia="SimSun"/>
                <w:sz w:val="16"/>
              </w:rPr>
              <w:t>0.556</w:t>
            </w:r>
          </w:p>
        </w:tc>
      </w:tr>
      <w:tr w:rsidR="005503B4" w:rsidRPr="00EE6DD3" w14:paraId="2642D452" w14:textId="77777777" w:rsidTr="00D65017">
        <w:tc>
          <w:tcPr>
            <w:tcW w:w="2880" w:type="dxa"/>
          </w:tcPr>
          <w:p w14:paraId="316B4183" w14:textId="77777777" w:rsidR="005503B4" w:rsidRPr="00EE6DD3" w:rsidRDefault="005503B4" w:rsidP="00D65017">
            <w:r w:rsidRPr="00EE6DD3">
              <w:rPr>
                <w:rFonts w:eastAsia="SimSun"/>
                <w:sz w:val="16"/>
              </w:rPr>
              <w:t>ECE</w:t>
            </w:r>
          </w:p>
        </w:tc>
        <w:tc>
          <w:tcPr>
            <w:tcW w:w="2880" w:type="dxa"/>
          </w:tcPr>
          <w:p w14:paraId="7ABCFC54" w14:textId="77777777" w:rsidR="005503B4" w:rsidRPr="00EE6DD3" w:rsidRDefault="005503B4" w:rsidP="00D65017">
            <w:pPr>
              <w:jc w:val="center"/>
            </w:pPr>
            <w:r w:rsidRPr="00EE6DD3">
              <w:rPr>
                <w:rFonts w:eastAsia="SimSun"/>
                <w:sz w:val="16"/>
              </w:rPr>
              <w:t>0.612</w:t>
            </w:r>
          </w:p>
        </w:tc>
        <w:tc>
          <w:tcPr>
            <w:tcW w:w="2880" w:type="dxa"/>
          </w:tcPr>
          <w:p w14:paraId="3F291621" w14:textId="77777777" w:rsidR="005503B4" w:rsidRPr="00EE6DD3" w:rsidRDefault="005503B4" w:rsidP="00D65017">
            <w:pPr>
              <w:jc w:val="center"/>
            </w:pPr>
            <w:r w:rsidRPr="00EE6DD3">
              <w:rPr>
                <w:rFonts w:eastAsia="SimSun"/>
                <w:sz w:val="16"/>
              </w:rPr>
              <w:t>0.563</w:t>
            </w:r>
          </w:p>
        </w:tc>
      </w:tr>
      <w:tr w:rsidR="005503B4" w:rsidRPr="00EE6DD3" w14:paraId="6088084E" w14:textId="77777777" w:rsidTr="00D65017">
        <w:tc>
          <w:tcPr>
            <w:tcW w:w="2880" w:type="dxa"/>
          </w:tcPr>
          <w:p w14:paraId="6CD80994" w14:textId="77777777" w:rsidR="005503B4" w:rsidRPr="00EE6DD3" w:rsidRDefault="005503B4" w:rsidP="00D65017">
            <w:r w:rsidRPr="00EE6DD3">
              <w:rPr>
                <w:rFonts w:eastAsia="SimSun"/>
                <w:sz w:val="16"/>
              </w:rPr>
              <w:t>Mean per-SDG ECE</w:t>
            </w:r>
          </w:p>
        </w:tc>
        <w:tc>
          <w:tcPr>
            <w:tcW w:w="2880" w:type="dxa"/>
          </w:tcPr>
          <w:p w14:paraId="36F47105" w14:textId="77777777" w:rsidR="005503B4" w:rsidRPr="00EE6DD3" w:rsidRDefault="005503B4" w:rsidP="00D65017">
            <w:pPr>
              <w:jc w:val="center"/>
            </w:pPr>
            <w:r w:rsidRPr="00EE6DD3">
              <w:rPr>
                <w:rFonts w:eastAsia="SimSun"/>
                <w:sz w:val="16"/>
              </w:rPr>
              <w:t>0.612</w:t>
            </w:r>
          </w:p>
        </w:tc>
        <w:tc>
          <w:tcPr>
            <w:tcW w:w="2880" w:type="dxa"/>
          </w:tcPr>
          <w:p w14:paraId="5AA0A934" w14:textId="77777777" w:rsidR="005503B4" w:rsidRPr="00EE6DD3" w:rsidRDefault="005503B4" w:rsidP="00D65017">
            <w:pPr>
              <w:jc w:val="center"/>
            </w:pPr>
            <w:r w:rsidRPr="00EE6DD3">
              <w:rPr>
                <w:rFonts w:eastAsia="SimSun"/>
                <w:sz w:val="16"/>
              </w:rPr>
              <w:t>0.566</w:t>
            </w:r>
          </w:p>
        </w:tc>
      </w:tr>
      <w:tr w:rsidR="005503B4" w:rsidRPr="00EE6DD3" w14:paraId="4A3E815B" w14:textId="77777777" w:rsidTr="00D65017">
        <w:tc>
          <w:tcPr>
            <w:tcW w:w="2880" w:type="dxa"/>
          </w:tcPr>
          <w:p w14:paraId="5DB37F10" w14:textId="77777777" w:rsidR="005503B4" w:rsidRPr="00EE6DD3" w:rsidRDefault="005503B4" w:rsidP="00D65017">
            <w:r w:rsidRPr="00EE6DD3">
              <w:rPr>
                <w:rFonts w:eastAsia="SimSun"/>
                <w:sz w:val="16"/>
              </w:rPr>
              <w:t>Observed positive rate at score 0</w:t>
            </w:r>
          </w:p>
        </w:tc>
        <w:tc>
          <w:tcPr>
            <w:tcW w:w="2880" w:type="dxa"/>
          </w:tcPr>
          <w:p w14:paraId="4A1E63C6" w14:textId="77777777" w:rsidR="005503B4" w:rsidRPr="00EE6DD3" w:rsidRDefault="005503B4" w:rsidP="00D65017">
            <w:pPr>
              <w:jc w:val="center"/>
            </w:pPr>
            <w:r w:rsidRPr="00EE6DD3">
              <w:rPr>
                <w:rFonts w:eastAsia="SimSun"/>
                <w:sz w:val="16"/>
              </w:rPr>
              <w:t>0.674</w:t>
            </w:r>
          </w:p>
        </w:tc>
        <w:tc>
          <w:tcPr>
            <w:tcW w:w="2880" w:type="dxa"/>
          </w:tcPr>
          <w:p w14:paraId="0AE69067" w14:textId="77777777" w:rsidR="005503B4" w:rsidRPr="00EE6DD3" w:rsidRDefault="005503B4" w:rsidP="00D65017">
            <w:pPr>
              <w:jc w:val="center"/>
            </w:pPr>
            <w:r w:rsidRPr="00EE6DD3">
              <w:rPr>
                <w:rFonts w:eastAsia="SimSun"/>
                <w:sz w:val="16"/>
              </w:rPr>
              <w:t>0.625</w:t>
            </w:r>
          </w:p>
        </w:tc>
      </w:tr>
      <w:tr w:rsidR="005503B4" w:rsidRPr="00EE6DD3" w14:paraId="23EC9CE0" w14:textId="77777777" w:rsidTr="00D65017">
        <w:tc>
          <w:tcPr>
            <w:tcW w:w="2880" w:type="dxa"/>
            <w:tcBorders>
              <w:bottom w:val="single" w:sz="4" w:space="0" w:color="000000"/>
            </w:tcBorders>
          </w:tcPr>
          <w:p w14:paraId="5AF553E7" w14:textId="77777777" w:rsidR="005503B4" w:rsidRPr="00EE6DD3" w:rsidRDefault="005503B4" w:rsidP="00D65017">
            <w:r w:rsidRPr="00EE6DD3">
              <w:rPr>
                <w:rFonts w:eastAsia="SimSun"/>
                <w:sz w:val="16"/>
              </w:rPr>
              <w:t>Observed positive rate at score 4</w:t>
            </w:r>
          </w:p>
        </w:tc>
        <w:tc>
          <w:tcPr>
            <w:tcW w:w="2880" w:type="dxa"/>
            <w:tcBorders>
              <w:bottom w:val="single" w:sz="4" w:space="0" w:color="000000"/>
            </w:tcBorders>
          </w:tcPr>
          <w:p w14:paraId="10A0A893" w14:textId="77777777" w:rsidR="005503B4" w:rsidRPr="00EE6DD3" w:rsidRDefault="005503B4" w:rsidP="00D65017">
            <w:pPr>
              <w:jc w:val="center"/>
            </w:pPr>
            <w:r w:rsidRPr="00EE6DD3">
              <w:rPr>
                <w:rFonts w:eastAsia="SimSun"/>
                <w:sz w:val="16"/>
              </w:rPr>
              <w:t>0.947</w:t>
            </w:r>
          </w:p>
        </w:tc>
        <w:tc>
          <w:tcPr>
            <w:tcW w:w="2880" w:type="dxa"/>
            <w:tcBorders>
              <w:bottom w:val="single" w:sz="4" w:space="0" w:color="000000"/>
            </w:tcBorders>
          </w:tcPr>
          <w:p w14:paraId="7E6FD934" w14:textId="77777777" w:rsidR="005503B4" w:rsidRPr="00EE6DD3" w:rsidRDefault="005503B4" w:rsidP="00D65017">
            <w:pPr>
              <w:jc w:val="center"/>
            </w:pPr>
            <w:r w:rsidRPr="00EE6DD3">
              <w:rPr>
                <w:rFonts w:eastAsia="SimSun"/>
                <w:sz w:val="16"/>
              </w:rPr>
              <w:t>0.899</w:t>
            </w:r>
          </w:p>
        </w:tc>
      </w:tr>
    </w:tbl>
    <w:p w14:paraId="474AEFF4" w14:textId="77777777" w:rsidR="005503B4" w:rsidRPr="00EE6DD3" w:rsidRDefault="005503B4" w:rsidP="005503B4">
      <w:pPr>
        <w:pStyle w:val="Caption"/>
        <w:rPr>
          <w:color w:val="auto"/>
        </w:rPr>
      </w:pPr>
      <w:r w:rsidRPr="00EE6DD3">
        <w:rPr>
          <w:b w:val="0"/>
          <w:color w:val="auto"/>
          <w:sz w:val="20"/>
        </w:rPr>
        <w:t>Table S1D. Per-SDG expected calibration error under the pseudo-probability interpretation.</w:t>
      </w:r>
    </w:p>
    <w:tbl>
      <w:tblPr>
        <w:tblStyle w:val="PaperFormat"/>
        <w:tblW w:w="0" w:type="auto"/>
        <w:tblLook w:val="04A0" w:firstRow="1" w:lastRow="0" w:firstColumn="1" w:lastColumn="0" w:noHBand="0" w:noVBand="1"/>
      </w:tblPr>
      <w:tblGrid>
        <w:gridCol w:w="2876"/>
        <w:gridCol w:w="2877"/>
        <w:gridCol w:w="2877"/>
      </w:tblGrid>
      <w:tr w:rsidR="005503B4" w:rsidRPr="00EE6DD3" w14:paraId="24208E40" w14:textId="77777777" w:rsidTr="00D65017">
        <w:tc>
          <w:tcPr>
            <w:tcW w:w="2880" w:type="dxa"/>
          </w:tcPr>
          <w:p w14:paraId="20E42E6C" w14:textId="77777777" w:rsidR="005503B4" w:rsidRPr="00EE6DD3" w:rsidRDefault="005503B4" w:rsidP="00D65017">
            <w:r w:rsidRPr="00EE6DD3">
              <w:rPr>
                <w:rFonts w:eastAsia="SimSun"/>
                <w:b/>
                <w:sz w:val="15"/>
              </w:rPr>
              <w:t>SDG</w:t>
            </w:r>
          </w:p>
        </w:tc>
        <w:tc>
          <w:tcPr>
            <w:tcW w:w="2880" w:type="dxa"/>
          </w:tcPr>
          <w:p w14:paraId="6CD5A359" w14:textId="77777777" w:rsidR="005503B4" w:rsidRPr="00EE6DD3" w:rsidRDefault="005503B4" w:rsidP="00D65017">
            <w:pPr>
              <w:jc w:val="center"/>
            </w:pPr>
            <w:r w:rsidRPr="00EE6DD3">
              <w:rPr>
                <w:rFonts w:eastAsia="SimSun"/>
                <w:b/>
                <w:sz w:val="15"/>
              </w:rPr>
              <w:t>ECE A</w:t>
            </w:r>
          </w:p>
        </w:tc>
        <w:tc>
          <w:tcPr>
            <w:tcW w:w="2880" w:type="dxa"/>
          </w:tcPr>
          <w:p w14:paraId="5AE87D6C" w14:textId="77777777" w:rsidR="005503B4" w:rsidRPr="00EE6DD3" w:rsidRDefault="005503B4" w:rsidP="00D65017">
            <w:pPr>
              <w:jc w:val="center"/>
            </w:pPr>
            <w:r w:rsidRPr="00EE6DD3">
              <w:rPr>
                <w:rFonts w:eastAsia="SimSun"/>
                <w:b/>
                <w:sz w:val="15"/>
              </w:rPr>
              <w:t>ECE E</w:t>
            </w:r>
          </w:p>
        </w:tc>
      </w:tr>
      <w:tr w:rsidR="005503B4" w:rsidRPr="00EE6DD3" w14:paraId="7CD367F3" w14:textId="77777777" w:rsidTr="00D65017">
        <w:tc>
          <w:tcPr>
            <w:tcW w:w="2880" w:type="dxa"/>
          </w:tcPr>
          <w:p w14:paraId="0FFDE3F3" w14:textId="77777777" w:rsidR="005503B4" w:rsidRPr="00EE6DD3" w:rsidRDefault="005503B4" w:rsidP="00D65017">
            <w:r w:rsidRPr="00EE6DD3">
              <w:rPr>
                <w:rFonts w:eastAsia="SimSun"/>
                <w:sz w:val="15"/>
              </w:rPr>
              <w:t>SDG1</w:t>
            </w:r>
          </w:p>
        </w:tc>
        <w:tc>
          <w:tcPr>
            <w:tcW w:w="2880" w:type="dxa"/>
          </w:tcPr>
          <w:p w14:paraId="1A1EABAF" w14:textId="77777777" w:rsidR="005503B4" w:rsidRPr="00EE6DD3" w:rsidRDefault="005503B4" w:rsidP="00D65017">
            <w:pPr>
              <w:jc w:val="center"/>
            </w:pPr>
            <w:r w:rsidRPr="00EE6DD3">
              <w:rPr>
                <w:rFonts w:eastAsia="SimSun"/>
                <w:sz w:val="15"/>
              </w:rPr>
              <w:t>0.585</w:t>
            </w:r>
          </w:p>
        </w:tc>
        <w:tc>
          <w:tcPr>
            <w:tcW w:w="2880" w:type="dxa"/>
          </w:tcPr>
          <w:p w14:paraId="25AD1A37" w14:textId="77777777" w:rsidR="005503B4" w:rsidRPr="00EE6DD3" w:rsidRDefault="005503B4" w:rsidP="00D65017">
            <w:pPr>
              <w:jc w:val="center"/>
            </w:pPr>
            <w:r w:rsidRPr="00EE6DD3">
              <w:rPr>
                <w:rFonts w:eastAsia="SimSun"/>
                <w:sz w:val="15"/>
              </w:rPr>
              <w:t>0.594</w:t>
            </w:r>
          </w:p>
        </w:tc>
      </w:tr>
      <w:tr w:rsidR="005503B4" w:rsidRPr="00EE6DD3" w14:paraId="44BF0E5B" w14:textId="77777777" w:rsidTr="00D65017">
        <w:tc>
          <w:tcPr>
            <w:tcW w:w="2880" w:type="dxa"/>
          </w:tcPr>
          <w:p w14:paraId="5547C96A" w14:textId="77777777" w:rsidR="005503B4" w:rsidRPr="00EE6DD3" w:rsidRDefault="005503B4" w:rsidP="00D65017">
            <w:r w:rsidRPr="00EE6DD3">
              <w:rPr>
                <w:rFonts w:eastAsia="SimSun"/>
                <w:sz w:val="15"/>
              </w:rPr>
              <w:t>SDG2</w:t>
            </w:r>
          </w:p>
        </w:tc>
        <w:tc>
          <w:tcPr>
            <w:tcW w:w="2880" w:type="dxa"/>
          </w:tcPr>
          <w:p w14:paraId="3E06D62D" w14:textId="77777777" w:rsidR="005503B4" w:rsidRPr="00EE6DD3" w:rsidRDefault="005503B4" w:rsidP="00D65017">
            <w:pPr>
              <w:jc w:val="center"/>
            </w:pPr>
            <w:r w:rsidRPr="00EE6DD3">
              <w:rPr>
                <w:rFonts w:eastAsia="SimSun"/>
                <w:sz w:val="15"/>
              </w:rPr>
              <w:t>0.629</w:t>
            </w:r>
          </w:p>
        </w:tc>
        <w:tc>
          <w:tcPr>
            <w:tcW w:w="2880" w:type="dxa"/>
          </w:tcPr>
          <w:p w14:paraId="2753610E" w14:textId="77777777" w:rsidR="005503B4" w:rsidRPr="00EE6DD3" w:rsidRDefault="005503B4" w:rsidP="00D65017">
            <w:pPr>
              <w:jc w:val="center"/>
            </w:pPr>
            <w:r w:rsidRPr="00EE6DD3">
              <w:rPr>
                <w:rFonts w:eastAsia="SimSun"/>
                <w:sz w:val="15"/>
              </w:rPr>
              <w:t>0.602</w:t>
            </w:r>
          </w:p>
        </w:tc>
      </w:tr>
      <w:tr w:rsidR="005503B4" w:rsidRPr="00EE6DD3" w14:paraId="3F5CC4BF" w14:textId="77777777" w:rsidTr="00D65017">
        <w:tc>
          <w:tcPr>
            <w:tcW w:w="2880" w:type="dxa"/>
          </w:tcPr>
          <w:p w14:paraId="7096A2B4" w14:textId="77777777" w:rsidR="005503B4" w:rsidRPr="00EE6DD3" w:rsidRDefault="005503B4" w:rsidP="00D65017">
            <w:r w:rsidRPr="00EE6DD3">
              <w:rPr>
                <w:rFonts w:eastAsia="SimSun"/>
                <w:sz w:val="15"/>
              </w:rPr>
              <w:t>SDG3</w:t>
            </w:r>
          </w:p>
        </w:tc>
        <w:tc>
          <w:tcPr>
            <w:tcW w:w="2880" w:type="dxa"/>
          </w:tcPr>
          <w:p w14:paraId="5DECD7F0" w14:textId="77777777" w:rsidR="005503B4" w:rsidRPr="00EE6DD3" w:rsidRDefault="005503B4" w:rsidP="00D65017">
            <w:pPr>
              <w:jc w:val="center"/>
            </w:pPr>
            <w:r w:rsidRPr="00EE6DD3">
              <w:rPr>
                <w:rFonts w:eastAsia="SimSun"/>
                <w:sz w:val="15"/>
              </w:rPr>
              <w:t>0.604</w:t>
            </w:r>
          </w:p>
        </w:tc>
        <w:tc>
          <w:tcPr>
            <w:tcW w:w="2880" w:type="dxa"/>
          </w:tcPr>
          <w:p w14:paraId="6224F876" w14:textId="77777777" w:rsidR="005503B4" w:rsidRPr="00EE6DD3" w:rsidRDefault="005503B4" w:rsidP="00D65017">
            <w:pPr>
              <w:jc w:val="center"/>
            </w:pPr>
            <w:r w:rsidRPr="00EE6DD3">
              <w:rPr>
                <w:rFonts w:eastAsia="SimSun"/>
                <w:sz w:val="15"/>
              </w:rPr>
              <w:t>0.469</w:t>
            </w:r>
          </w:p>
        </w:tc>
      </w:tr>
      <w:tr w:rsidR="005503B4" w:rsidRPr="00EE6DD3" w14:paraId="7CF0FDF3" w14:textId="77777777" w:rsidTr="00D65017">
        <w:tc>
          <w:tcPr>
            <w:tcW w:w="2880" w:type="dxa"/>
          </w:tcPr>
          <w:p w14:paraId="64F4B338" w14:textId="77777777" w:rsidR="005503B4" w:rsidRPr="00EE6DD3" w:rsidRDefault="005503B4" w:rsidP="00D65017">
            <w:r w:rsidRPr="00EE6DD3">
              <w:rPr>
                <w:rFonts w:eastAsia="SimSun"/>
                <w:sz w:val="15"/>
              </w:rPr>
              <w:t>SDG4</w:t>
            </w:r>
          </w:p>
        </w:tc>
        <w:tc>
          <w:tcPr>
            <w:tcW w:w="2880" w:type="dxa"/>
          </w:tcPr>
          <w:p w14:paraId="1A8C5166" w14:textId="77777777" w:rsidR="005503B4" w:rsidRPr="00EE6DD3" w:rsidRDefault="005503B4" w:rsidP="00D65017">
            <w:pPr>
              <w:jc w:val="center"/>
            </w:pPr>
            <w:r w:rsidRPr="00EE6DD3">
              <w:rPr>
                <w:rFonts w:eastAsia="SimSun"/>
                <w:sz w:val="15"/>
              </w:rPr>
              <w:t>0.462</w:t>
            </w:r>
          </w:p>
        </w:tc>
        <w:tc>
          <w:tcPr>
            <w:tcW w:w="2880" w:type="dxa"/>
          </w:tcPr>
          <w:p w14:paraId="141B78AB" w14:textId="77777777" w:rsidR="005503B4" w:rsidRPr="00EE6DD3" w:rsidRDefault="005503B4" w:rsidP="00D65017">
            <w:pPr>
              <w:jc w:val="center"/>
            </w:pPr>
            <w:r w:rsidRPr="00EE6DD3">
              <w:rPr>
                <w:rFonts w:eastAsia="SimSun"/>
                <w:sz w:val="15"/>
              </w:rPr>
              <w:t>0.800</w:t>
            </w:r>
          </w:p>
        </w:tc>
      </w:tr>
      <w:tr w:rsidR="005503B4" w:rsidRPr="00EE6DD3" w14:paraId="6DA3BCE6" w14:textId="77777777" w:rsidTr="00D65017">
        <w:tc>
          <w:tcPr>
            <w:tcW w:w="2880" w:type="dxa"/>
          </w:tcPr>
          <w:p w14:paraId="444B5E92" w14:textId="77777777" w:rsidR="005503B4" w:rsidRPr="00EE6DD3" w:rsidRDefault="005503B4" w:rsidP="00D65017">
            <w:r w:rsidRPr="00EE6DD3">
              <w:rPr>
                <w:rFonts w:eastAsia="SimSun"/>
                <w:sz w:val="15"/>
              </w:rPr>
              <w:t>SDG5</w:t>
            </w:r>
          </w:p>
        </w:tc>
        <w:tc>
          <w:tcPr>
            <w:tcW w:w="2880" w:type="dxa"/>
          </w:tcPr>
          <w:p w14:paraId="1A77D44B" w14:textId="77777777" w:rsidR="005503B4" w:rsidRPr="00EE6DD3" w:rsidRDefault="005503B4" w:rsidP="00D65017">
            <w:pPr>
              <w:jc w:val="center"/>
            </w:pPr>
            <w:r w:rsidRPr="00EE6DD3">
              <w:rPr>
                <w:rFonts w:eastAsia="SimSun"/>
                <w:sz w:val="15"/>
              </w:rPr>
              <w:t>0.505</w:t>
            </w:r>
          </w:p>
        </w:tc>
        <w:tc>
          <w:tcPr>
            <w:tcW w:w="2880" w:type="dxa"/>
          </w:tcPr>
          <w:p w14:paraId="0217FF24" w14:textId="77777777" w:rsidR="005503B4" w:rsidRPr="00EE6DD3" w:rsidRDefault="005503B4" w:rsidP="00D65017">
            <w:pPr>
              <w:jc w:val="center"/>
            </w:pPr>
            <w:r w:rsidRPr="00EE6DD3">
              <w:rPr>
                <w:rFonts w:eastAsia="SimSun"/>
                <w:sz w:val="15"/>
              </w:rPr>
              <w:t>0.782</w:t>
            </w:r>
          </w:p>
        </w:tc>
      </w:tr>
      <w:tr w:rsidR="005503B4" w:rsidRPr="00EE6DD3" w14:paraId="53B046D0" w14:textId="77777777" w:rsidTr="00D65017">
        <w:tc>
          <w:tcPr>
            <w:tcW w:w="2880" w:type="dxa"/>
          </w:tcPr>
          <w:p w14:paraId="3D92C5EF" w14:textId="77777777" w:rsidR="005503B4" w:rsidRPr="00EE6DD3" w:rsidRDefault="005503B4" w:rsidP="00D65017">
            <w:r w:rsidRPr="00EE6DD3">
              <w:rPr>
                <w:rFonts w:eastAsia="SimSun"/>
                <w:sz w:val="15"/>
              </w:rPr>
              <w:t>SDG6</w:t>
            </w:r>
          </w:p>
        </w:tc>
        <w:tc>
          <w:tcPr>
            <w:tcW w:w="2880" w:type="dxa"/>
          </w:tcPr>
          <w:p w14:paraId="42C02E53" w14:textId="77777777" w:rsidR="005503B4" w:rsidRPr="00EE6DD3" w:rsidRDefault="005503B4" w:rsidP="00D65017">
            <w:pPr>
              <w:jc w:val="center"/>
            </w:pPr>
            <w:r w:rsidRPr="00EE6DD3">
              <w:rPr>
                <w:rFonts w:eastAsia="SimSun"/>
                <w:sz w:val="15"/>
              </w:rPr>
              <w:t>0.718</w:t>
            </w:r>
          </w:p>
        </w:tc>
        <w:tc>
          <w:tcPr>
            <w:tcW w:w="2880" w:type="dxa"/>
          </w:tcPr>
          <w:p w14:paraId="61BE1173" w14:textId="77777777" w:rsidR="005503B4" w:rsidRPr="00EE6DD3" w:rsidRDefault="005503B4" w:rsidP="00D65017">
            <w:pPr>
              <w:jc w:val="center"/>
            </w:pPr>
            <w:r w:rsidRPr="00EE6DD3">
              <w:rPr>
                <w:rFonts w:eastAsia="SimSun"/>
                <w:sz w:val="15"/>
              </w:rPr>
              <w:t>0.567</w:t>
            </w:r>
          </w:p>
        </w:tc>
      </w:tr>
      <w:tr w:rsidR="005503B4" w:rsidRPr="00EE6DD3" w14:paraId="43F7605B" w14:textId="77777777" w:rsidTr="00D65017">
        <w:tc>
          <w:tcPr>
            <w:tcW w:w="2880" w:type="dxa"/>
          </w:tcPr>
          <w:p w14:paraId="2C9971D4" w14:textId="77777777" w:rsidR="005503B4" w:rsidRPr="00EE6DD3" w:rsidRDefault="005503B4" w:rsidP="00D65017">
            <w:r w:rsidRPr="00EE6DD3">
              <w:rPr>
                <w:rFonts w:eastAsia="SimSun"/>
                <w:sz w:val="15"/>
              </w:rPr>
              <w:t>SDG7</w:t>
            </w:r>
          </w:p>
        </w:tc>
        <w:tc>
          <w:tcPr>
            <w:tcW w:w="2880" w:type="dxa"/>
          </w:tcPr>
          <w:p w14:paraId="15B0AACF" w14:textId="77777777" w:rsidR="005503B4" w:rsidRPr="00EE6DD3" w:rsidRDefault="005503B4" w:rsidP="00D65017">
            <w:pPr>
              <w:jc w:val="center"/>
            </w:pPr>
            <w:r w:rsidRPr="00EE6DD3">
              <w:rPr>
                <w:rFonts w:eastAsia="SimSun"/>
                <w:sz w:val="15"/>
              </w:rPr>
              <w:t>0.518</w:t>
            </w:r>
          </w:p>
        </w:tc>
        <w:tc>
          <w:tcPr>
            <w:tcW w:w="2880" w:type="dxa"/>
          </w:tcPr>
          <w:p w14:paraId="3595840B" w14:textId="77777777" w:rsidR="005503B4" w:rsidRPr="00EE6DD3" w:rsidRDefault="005503B4" w:rsidP="00D65017">
            <w:pPr>
              <w:jc w:val="center"/>
            </w:pPr>
            <w:r w:rsidRPr="00EE6DD3">
              <w:rPr>
                <w:rFonts w:eastAsia="SimSun"/>
                <w:sz w:val="15"/>
              </w:rPr>
              <w:t>0.799</w:t>
            </w:r>
          </w:p>
        </w:tc>
      </w:tr>
      <w:tr w:rsidR="005503B4" w:rsidRPr="00EE6DD3" w14:paraId="675A3E78" w14:textId="77777777" w:rsidTr="00D65017">
        <w:tc>
          <w:tcPr>
            <w:tcW w:w="2880" w:type="dxa"/>
          </w:tcPr>
          <w:p w14:paraId="04384C0B" w14:textId="77777777" w:rsidR="005503B4" w:rsidRPr="00EE6DD3" w:rsidRDefault="005503B4" w:rsidP="00D65017">
            <w:r w:rsidRPr="00EE6DD3">
              <w:rPr>
                <w:rFonts w:eastAsia="SimSun"/>
                <w:sz w:val="15"/>
              </w:rPr>
              <w:t>SDG8</w:t>
            </w:r>
          </w:p>
        </w:tc>
        <w:tc>
          <w:tcPr>
            <w:tcW w:w="2880" w:type="dxa"/>
          </w:tcPr>
          <w:p w14:paraId="7EC9F252" w14:textId="77777777" w:rsidR="005503B4" w:rsidRPr="00EE6DD3" w:rsidRDefault="005503B4" w:rsidP="00D65017">
            <w:pPr>
              <w:jc w:val="center"/>
            </w:pPr>
            <w:r w:rsidRPr="00EE6DD3">
              <w:rPr>
                <w:rFonts w:eastAsia="SimSun"/>
                <w:sz w:val="15"/>
              </w:rPr>
              <w:t>0.639</w:t>
            </w:r>
          </w:p>
        </w:tc>
        <w:tc>
          <w:tcPr>
            <w:tcW w:w="2880" w:type="dxa"/>
          </w:tcPr>
          <w:p w14:paraId="24623A10" w14:textId="77777777" w:rsidR="005503B4" w:rsidRPr="00EE6DD3" w:rsidRDefault="005503B4" w:rsidP="00D65017">
            <w:pPr>
              <w:jc w:val="center"/>
            </w:pPr>
            <w:r w:rsidRPr="00EE6DD3">
              <w:rPr>
                <w:rFonts w:eastAsia="SimSun"/>
                <w:sz w:val="15"/>
              </w:rPr>
              <w:t>0.504</w:t>
            </w:r>
          </w:p>
        </w:tc>
      </w:tr>
      <w:tr w:rsidR="005503B4" w:rsidRPr="00EE6DD3" w14:paraId="6773CA93" w14:textId="77777777" w:rsidTr="00D65017">
        <w:tc>
          <w:tcPr>
            <w:tcW w:w="2880" w:type="dxa"/>
          </w:tcPr>
          <w:p w14:paraId="0C1B6673" w14:textId="77777777" w:rsidR="005503B4" w:rsidRPr="00EE6DD3" w:rsidRDefault="005503B4" w:rsidP="00D65017">
            <w:r w:rsidRPr="00EE6DD3">
              <w:rPr>
                <w:rFonts w:eastAsia="SimSun"/>
                <w:sz w:val="15"/>
              </w:rPr>
              <w:t>SDG9</w:t>
            </w:r>
          </w:p>
        </w:tc>
        <w:tc>
          <w:tcPr>
            <w:tcW w:w="2880" w:type="dxa"/>
          </w:tcPr>
          <w:p w14:paraId="12360FFD" w14:textId="77777777" w:rsidR="005503B4" w:rsidRPr="00EE6DD3" w:rsidRDefault="005503B4" w:rsidP="00D65017">
            <w:pPr>
              <w:jc w:val="center"/>
            </w:pPr>
            <w:r w:rsidRPr="00EE6DD3">
              <w:rPr>
                <w:rFonts w:eastAsia="SimSun"/>
                <w:sz w:val="15"/>
              </w:rPr>
              <w:t>0.475</w:t>
            </w:r>
          </w:p>
        </w:tc>
        <w:tc>
          <w:tcPr>
            <w:tcW w:w="2880" w:type="dxa"/>
          </w:tcPr>
          <w:p w14:paraId="3F1017F4" w14:textId="77777777" w:rsidR="005503B4" w:rsidRPr="00EE6DD3" w:rsidRDefault="005503B4" w:rsidP="00D65017">
            <w:pPr>
              <w:jc w:val="center"/>
            </w:pPr>
            <w:r w:rsidRPr="00EE6DD3">
              <w:rPr>
                <w:rFonts w:eastAsia="SimSun"/>
                <w:sz w:val="15"/>
              </w:rPr>
              <w:t>0.403</w:t>
            </w:r>
          </w:p>
        </w:tc>
      </w:tr>
      <w:tr w:rsidR="005503B4" w:rsidRPr="00EE6DD3" w14:paraId="61E63A35" w14:textId="77777777" w:rsidTr="00D65017">
        <w:tc>
          <w:tcPr>
            <w:tcW w:w="2880" w:type="dxa"/>
          </w:tcPr>
          <w:p w14:paraId="602F488F" w14:textId="77777777" w:rsidR="005503B4" w:rsidRPr="00EE6DD3" w:rsidRDefault="005503B4" w:rsidP="00D65017">
            <w:r w:rsidRPr="00EE6DD3">
              <w:rPr>
                <w:rFonts w:eastAsia="SimSun"/>
                <w:sz w:val="15"/>
              </w:rPr>
              <w:t>SDG10</w:t>
            </w:r>
          </w:p>
        </w:tc>
        <w:tc>
          <w:tcPr>
            <w:tcW w:w="2880" w:type="dxa"/>
          </w:tcPr>
          <w:p w14:paraId="10FF8A04" w14:textId="77777777" w:rsidR="005503B4" w:rsidRPr="00EE6DD3" w:rsidRDefault="005503B4" w:rsidP="00D65017">
            <w:pPr>
              <w:jc w:val="center"/>
            </w:pPr>
            <w:r w:rsidRPr="00EE6DD3">
              <w:rPr>
                <w:rFonts w:eastAsia="SimSun"/>
                <w:sz w:val="15"/>
              </w:rPr>
              <w:t>0.621</w:t>
            </w:r>
          </w:p>
        </w:tc>
        <w:tc>
          <w:tcPr>
            <w:tcW w:w="2880" w:type="dxa"/>
          </w:tcPr>
          <w:p w14:paraId="365E7CCB" w14:textId="77777777" w:rsidR="005503B4" w:rsidRPr="00EE6DD3" w:rsidRDefault="005503B4" w:rsidP="00D65017">
            <w:pPr>
              <w:jc w:val="center"/>
            </w:pPr>
            <w:r w:rsidRPr="00EE6DD3">
              <w:rPr>
                <w:rFonts w:eastAsia="SimSun"/>
                <w:sz w:val="15"/>
              </w:rPr>
              <w:t>0.216</w:t>
            </w:r>
          </w:p>
        </w:tc>
      </w:tr>
      <w:tr w:rsidR="005503B4" w:rsidRPr="00EE6DD3" w14:paraId="31E9C909" w14:textId="77777777" w:rsidTr="00D65017">
        <w:tc>
          <w:tcPr>
            <w:tcW w:w="2880" w:type="dxa"/>
          </w:tcPr>
          <w:p w14:paraId="5853E183" w14:textId="77777777" w:rsidR="005503B4" w:rsidRPr="00EE6DD3" w:rsidRDefault="005503B4" w:rsidP="00D65017">
            <w:r w:rsidRPr="00EE6DD3">
              <w:rPr>
                <w:rFonts w:eastAsia="SimSun"/>
                <w:sz w:val="15"/>
              </w:rPr>
              <w:t>SDG11</w:t>
            </w:r>
          </w:p>
        </w:tc>
        <w:tc>
          <w:tcPr>
            <w:tcW w:w="2880" w:type="dxa"/>
          </w:tcPr>
          <w:p w14:paraId="24FF4BC3" w14:textId="77777777" w:rsidR="005503B4" w:rsidRPr="00EE6DD3" w:rsidRDefault="005503B4" w:rsidP="00D65017">
            <w:pPr>
              <w:jc w:val="center"/>
            </w:pPr>
            <w:r w:rsidRPr="00EE6DD3">
              <w:rPr>
                <w:rFonts w:eastAsia="SimSun"/>
                <w:sz w:val="15"/>
              </w:rPr>
              <w:t>0.593</w:t>
            </w:r>
          </w:p>
        </w:tc>
        <w:tc>
          <w:tcPr>
            <w:tcW w:w="2880" w:type="dxa"/>
          </w:tcPr>
          <w:p w14:paraId="710A4444" w14:textId="77777777" w:rsidR="005503B4" w:rsidRPr="00EE6DD3" w:rsidRDefault="005503B4" w:rsidP="00D65017">
            <w:pPr>
              <w:jc w:val="center"/>
            </w:pPr>
            <w:r w:rsidRPr="00EE6DD3">
              <w:rPr>
                <w:rFonts w:eastAsia="SimSun"/>
                <w:sz w:val="15"/>
              </w:rPr>
              <w:t>0.671</w:t>
            </w:r>
          </w:p>
        </w:tc>
      </w:tr>
      <w:tr w:rsidR="005503B4" w:rsidRPr="00EE6DD3" w14:paraId="2DF4E30B" w14:textId="77777777" w:rsidTr="00D65017">
        <w:tc>
          <w:tcPr>
            <w:tcW w:w="2880" w:type="dxa"/>
          </w:tcPr>
          <w:p w14:paraId="70D21A22" w14:textId="77777777" w:rsidR="005503B4" w:rsidRPr="00EE6DD3" w:rsidRDefault="005503B4" w:rsidP="00D65017">
            <w:r w:rsidRPr="00EE6DD3">
              <w:rPr>
                <w:rFonts w:eastAsia="SimSun"/>
                <w:sz w:val="15"/>
              </w:rPr>
              <w:t>SDG12</w:t>
            </w:r>
          </w:p>
        </w:tc>
        <w:tc>
          <w:tcPr>
            <w:tcW w:w="2880" w:type="dxa"/>
          </w:tcPr>
          <w:p w14:paraId="47418F93" w14:textId="77777777" w:rsidR="005503B4" w:rsidRPr="00EE6DD3" w:rsidRDefault="005503B4" w:rsidP="00D65017">
            <w:pPr>
              <w:jc w:val="center"/>
            </w:pPr>
            <w:r w:rsidRPr="00EE6DD3">
              <w:rPr>
                <w:rFonts w:eastAsia="SimSun"/>
                <w:sz w:val="15"/>
              </w:rPr>
              <w:t>0.594</w:t>
            </w:r>
          </w:p>
        </w:tc>
        <w:tc>
          <w:tcPr>
            <w:tcW w:w="2880" w:type="dxa"/>
          </w:tcPr>
          <w:p w14:paraId="392DD298" w14:textId="77777777" w:rsidR="005503B4" w:rsidRPr="00EE6DD3" w:rsidRDefault="005503B4" w:rsidP="00D65017">
            <w:pPr>
              <w:jc w:val="center"/>
            </w:pPr>
            <w:r w:rsidRPr="00EE6DD3">
              <w:rPr>
                <w:rFonts w:eastAsia="SimSun"/>
                <w:sz w:val="15"/>
              </w:rPr>
              <w:t>0.588</w:t>
            </w:r>
          </w:p>
        </w:tc>
      </w:tr>
      <w:tr w:rsidR="005503B4" w:rsidRPr="00EE6DD3" w14:paraId="3C013A76" w14:textId="77777777" w:rsidTr="00D65017">
        <w:tc>
          <w:tcPr>
            <w:tcW w:w="2880" w:type="dxa"/>
          </w:tcPr>
          <w:p w14:paraId="26B6DDF6" w14:textId="77777777" w:rsidR="005503B4" w:rsidRPr="00EE6DD3" w:rsidRDefault="005503B4" w:rsidP="00D65017">
            <w:r w:rsidRPr="00EE6DD3">
              <w:rPr>
                <w:rFonts w:eastAsia="SimSun"/>
                <w:sz w:val="15"/>
              </w:rPr>
              <w:t>SDG13</w:t>
            </w:r>
          </w:p>
        </w:tc>
        <w:tc>
          <w:tcPr>
            <w:tcW w:w="2880" w:type="dxa"/>
          </w:tcPr>
          <w:p w14:paraId="506DEC59" w14:textId="77777777" w:rsidR="005503B4" w:rsidRPr="00EE6DD3" w:rsidRDefault="005503B4" w:rsidP="00D65017">
            <w:pPr>
              <w:jc w:val="center"/>
            </w:pPr>
            <w:r w:rsidRPr="00EE6DD3">
              <w:rPr>
                <w:rFonts w:eastAsia="SimSun"/>
                <w:sz w:val="15"/>
              </w:rPr>
              <w:t>0.658</w:t>
            </w:r>
          </w:p>
        </w:tc>
        <w:tc>
          <w:tcPr>
            <w:tcW w:w="2880" w:type="dxa"/>
          </w:tcPr>
          <w:p w14:paraId="24110533" w14:textId="77777777" w:rsidR="005503B4" w:rsidRPr="00EE6DD3" w:rsidRDefault="005503B4" w:rsidP="00D65017">
            <w:pPr>
              <w:jc w:val="center"/>
            </w:pPr>
            <w:r w:rsidRPr="00EE6DD3">
              <w:rPr>
                <w:rFonts w:eastAsia="SimSun"/>
                <w:sz w:val="15"/>
              </w:rPr>
              <w:t>0.344</w:t>
            </w:r>
          </w:p>
        </w:tc>
      </w:tr>
      <w:tr w:rsidR="005503B4" w:rsidRPr="00EE6DD3" w14:paraId="55CA347D" w14:textId="77777777" w:rsidTr="00D65017">
        <w:tc>
          <w:tcPr>
            <w:tcW w:w="2880" w:type="dxa"/>
          </w:tcPr>
          <w:p w14:paraId="162C9EE8" w14:textId="77777777" w:rsidR="005503B4" w:rsidRPr="00EE6DD3" w:rsidRDefault="005503B4" w:rsidP="00D65017">
            <w:r w:rsidRPr="00EE6DD3">
              <w:rPr>
                <w:rFonts w:eastAsia="SimSun"/>
                <w:sz w:val="15"/>
              </w:rPr>
              <w:t>SDG14</w:t>
            </w:r>
          </w:p>
        </w:tc>
        <w:tc>
          <w:tcPr>
            <w:tcW w:w="2880" w:type="dxa"/>
          </w:tcPr>
          <w:p w14:paraId="48D8DC2F" w14:textId="77777777" w:rsidR="005503B4" w:rsidRPr="00EE6DD3" w:rsidRDefault="005503B4" w:rsidP="00D65017">
            <w:pPr>
              <w:jc w:val="center"/>
            </w:pPr>
            <w:r w:rsidRPr="00EE6DD3">
              <w:rPr>
                <w:rFonts w:eastAsia="SimSun"/>
                <w:sz w:val="15"/>
              </w:rPr>
              <w:t>0.624</w:t>
            </w:r>
          </w:p>
        </w:tc>
        <w:tc>
          <w:tcPr>
            <w:tcW w:w="2880" w:type="dxa"/>
          </w:tcPr>
          <w:p w14:paraId="4283CFDD" w14:textId="77777777" w:rsidR="005503B4" w:rsidRPr="00EE6DD3" w:rsidRDefault="005503B4" w:rsidP="00D65017">
            <w:pPr>
              <w:jc w:val="center"/>
            </w:pPr>
            <w:r w:rsidRPr="00EE6DD3">
              <w:rPr>
                <w:rFonts w:eastAsia="SimSun"/>
                <w:sz w:val="15"/>
              </w:rPr>
              <w:t>0.736</w:t>
            </w:r>
          </w:p>
        </w:tc>
      </w:tr>
      <w:tr w:rsidR="005503B4" w:rsidRPr="00EE6DD3" w14:paraId="32448CF3" w14:textId="77777777" w:rsidTr="00D65017">
        <w:tc>
          <w:tcPr>
            <w:tcW w:w="2880" w:type="dxa"/>
          </w:tcPr>
          <w:p w14:paraId="494C8C22" w14:textId="77777777" w:rsidR="005503B4" w:rsidRPr="00EE6DD3" w:rsidRDefault="005503B4" w:rsidP="00D65017">
            <w:r w:rsidRPr="00EE6DD3">
              <w:rPr>
                <w:rFonts w:eastAsia="SimSun"/>
                <w:sz w:val="15"/>
              </w:rPr>
              <w:t>SDG15</w:t>
            </w:r>
          </w:p>
        </w:tc>
        <w:tc>
          <w:tcPr>
            <w:tcW w:w="2880" w:type="dxa"/>
          </w:tcPr>
          <w:p w14:paraId="18A8BD56" w14:textId="77777777" w:rsidR="005503B4" w:rsidRPr="00EE6DD3" w:rsidRDefault="005503B4" w:rsidP="00D65017">
            <w:pPr>
              <w:jc w:val="center"/>
            </w:pPr>
            <w:r w:rsidRPr="00EE6DD3">
              <w:rPr>
                <w:rFonts w:eastAsia="SimSun"/>
                <w:sz w:val="15"/>
              </w:rPr>
              <w:t>0.706</w:t>
            </w:r>
          </w:p>
        </w:tc>
        <w:tc>
          <w:tcPr>
            <w:tcW w:w="2880" w:type="dxa"/>
          </w:tcPr>
          <w:p w14:paraId="1C743C93" w14:textId="77777777" w:rsidR="005503B4" w:rsidRPr="00EE6DD3" w:rsidRDefault="005503B4" w:rsidP="00D65017">
            <w:pPr>
              <w:jc w:val="center"/>
            </w:pPr>
            <w:r w:rsidRPr="00EE6DD3">
              <w:rPr>
                <w:rFonts w:eastAsia="SimSun"/>
                <w:sz w:val="15"/>
              </w:rPr>
              <w:t>0.541</w:t>
            </w:r>
          </w:p>
        </w:tc>
      </w:tr>
      <w:tr w:rsidR="005503B4" w:rsidRPr="00EE6DD3" w14:paraId="3A0F1847" w14:textId="77777777" w:rsidTr="00D65017">
        <w:tc>
          <w:tcPr>
            <w:tcW w:w="2880" w:type="dxa"/>
          </w:tcPr>
          <w:p w14:paraId="0AE00CF0" w14:textId="77777777" w:rsidR="005503B4" w:rsidRPr="00EE6DD3" w:rsidRDefault="005503B4" w:rsidP="00D65017">
            <w:r w:rsidRPr="00EE6DD3">
              <w:rPr>
                <w:rFonts w:eastAsia="SimSun"/>
                <w:sz w:val="15"/>
              </w:rPr>
              <w:t>SDG16</w:t>
            </w:r>
          </w:p>
        </w:tc>
        <w:tc>
          <w:tcPr>
            <w:tcW w:w="2880" w:type="dxa"/>
          </w:tcPr>
          <w:p w14:paraId="505D11AD" w14:textId="77777777" w:rsidR="005503B4" w:rsidRPr="00EE6DD3" w:rsidRDefault="005503B4" w:rsidP="00D65017">
            <w:pPr>
              <w:jc w:val="center"/>
            </w:pPr>
            <w:r w:rsidRPr="00EE6DD3">
              <w:rPr>
                <w:rFonts w:eastAsia="SimSun"/>
                <w:sz w:val="15"/>
              </w:rPr>
              <w:t>0.635</w:t>
            </w:r>
          </w:p>
        </w:tc>
        <w:tc>
          <w:tcPr>
            <w:tcW w:w="2880" w:type="dxa"/>
          </w:tcPr>
          <w:p w14:paraId="1D7C066C" w14:textId="77777777" w:rsidR="005503B4" w:rsidRPr="00EE6DD3" w:rsidRDefault="005503B4" w:rsidP="00D65017">
            <w:pPr>
              <w:jc w:val="center"/>
            </w:pPr>
            <w:r w:rsidRPr="00EE6DD3">
              <w:rPr>
                <w:rFonts w:eastAsia="SimSun"/>
                <w:sz w:val="15"/>
              </w:rPr>
              <w:t>0.092</w:t>
            </w:r>
          </w:p>
        </w:tc>
      </w:tr>
      <w:tr w:rsidR="005503B4" w:rsidRPr="00EE6DD3" w14:paraId="358F258E" w14:textId="77777777" w:rsidTr="00D65017">
        <w:tc>
          <w:tcPr>
            <w:tcW w:w="2880" w:type="dxa"/>
            <w:tcBorders>
              <w:bottom w:val="single" w:sz="4" w:space="0" w:color="000000"/>
            </w:tcBorders>
          </w:tcPr>
          <w:p w14:paraId="70233AB9" w14:textId="77777777" w:rsidR="005503B4" w:rsidRPr="00EE6DD3" w:rsidRDefault="005503B4" w:rsidP="00D65017">
            <w:r w:rsidRPr="00EE6DD3">
              <w:rPr>
                <w:rFonts w:eastAsia="SimSun"/>
                <w:sz w:val="15"/>
              </w:rPr>
              <w:t>SDG17</w:t>
            </w:r>
          </w:p>
        </w:tc>
        <w:tc>
          <w:tcPr>
            <w:tcW w:w="2880" w:type="dxa"/>
            <w:tcBorders>
              <w:bottom w:val="single" w:sz="4" w:space="0" w:color="000000"/>
            </w:tcBorders>
          </w:tcPr>
          <w:p w14:paraId="1290D0BB" w14:textId="77777777" w:rsidR="005503B4" w:rsidRPr="00EE6DD3" w:rsidRDefault="005503B4" w:rsidP="00D65017">
            <w:pPr>
              <w:jc w:val="center"/>
            </w:pPr>
            <w:r w:rsidRPr="00EE6DD3">
              <w:rPr>
                <w:rFonts w:eastAsia="SimSun"/>
                <w:sz w:val="15"/>
              </w:rPr>
              <w:t>0.833</w:t>
            </w:r>
          </w:p>
        </w:tc>
        <w:tc>
          <w:tcPr>
            <w:tcW w:w="2880" w:type="dxa"/>
            <w:tcBorders>
              <w:bottom w:val="single" w:sz="4" w:space="0" w:color="000000"/>
            </w:tcBorders>
          </w:tcPr>
          <w:p w14:paraId="58A463A2" w14:textId="77777777" w:rsidR="005503B4" w:rsidRPr="00EE6DD3" w:rsidRDefault="005503B4" w:rsidP="00D65017">
            <w:pPr>
              <w:jc w:val="center"/>
            </w:pPr>
            <w:r w:rsidRPr="00EE6DD3">
              <w:rPr>
                <w:rFonts w:eastAsia="SimSun"/>
                <w:sz w:val="15"/>
              </w:rPr>
              <w:t>0.908</w:t>
            </w:r>
          </w:p>
        </w:tc>
      </w:tr>
      <w:tr w:rsidR="005503B4" w:rsidRPr="00EE6DD3" w14:paraId="1D8A8078" w14:textId="77777777" w:rsidTr="00D65017">
        <w:tc>
          <w:tcPr>
            <w:tcW w:w="2880" w:type="dxa"/>
            <w:tcBorders>
              <w:top w:val="single" w:sz="4" w:space="0" w:color="000000"/>
              <w:bottom w:val="single" w:sz="4" w:space="0" w:color="000000"/>
            </w:tcBorders>
          </w:tcPr>
          <w:p w14:paraId="4FA07B0C" w14:textId="77777777" w:rsidR="005503B4" w:rsidRPr="00EE6DD3" w:rsidRDefault="005503B4" w:rsidP="00D65017">
            <w:r w:rsidRPr="00EE6DD3">
              <w:rPr>
                <w:rFonts w:eastAsia="SimSun"/>
                <w:sz w:val="15"/>
              </w:rPr>
              <w:t>MEAN</w:t>
            </w:r>
          </w:p>
        </w:tc>
        <w:tc>
          <w:tcPr>
            <w:tcW w:w="2880" w:type="dxa"/>
            <w:tcBorders>
              <w:top w:val="single" w:sz="4" w:space="0" w:color="000000"/>
              <w:bottom w:val="single" w:sz="4" w:space="0" w:color="000000"/>
            </w:tcBorders>
          </w:tcPr>
          <w:p w14:paraId="5A9D599E" w14:textId="77777777" w:rsidR="005503B4" w:rsidRPr="00EE6DD3" w:rsidRDefault="005503B4" w:rsidP="00D65017">
            <w:pPr>
              <w:jc w:val="center"/>
            </w:pPr>
            <w:r w:rsidRPr="00EE6DD3">
              <w:rPr>
                <w:rFonts w:eastAsia="SimSun"/>
                <w:sz w:val="15"/>
              </w:rPr>
              <w:t>0.612</w:t>
            </w:r>
          </w:p>
        </w:tc>
        <w:tc>
          <w:tcPr>
            <w:tcW w:w="2880" w:type="dxa"/>
            <w:tcBorders>
              <w:top w:val="single" w:sz="4" w:space="0" w:color="000000"/>
              <w:bottom w:val="single" w:sz="4" w:space="0" w:color="000000"/>
            </w:tcBorders>
          </w:tcPr>
          <w:p w14:paraId="6183EF91" w14:textId="77777777" w:rsidR="005503B4" w:rsidRPr="00EE6DD3" w:rsidRDefault="005503B4" w:rsidP="00D65017">
            <w:pPr>
              <w:jc w:val="center"/>
            </w:pPr>
            <w:r w:rsidRPr="00EE6DD3">
              <w:rPr>
                <w:rFonts w:eastAsia="SimSun"/>
                <w:sz w:val="15"/>
              </w:rPr>
              <w:t>0.566</w:t>
            </w:r>
          </w:p>
        </w:tc>
      </w:tr>
    </w:tbl>
    <w:p w14:paraId="656F398F" w14:textId="77777777" w:rsidR="005503B4" w:rsidRPr="00EE6DD3" w:rsidRDefault="005503B4" w:rsidP="005503B4">
      <w:pPr>
        <w:pStyle w:val="Heading2"/>
        <w:rPr>
          <w:rFonts w:ascii="Times New Roman" w:hAnsi="Times New Roman" w:cs="Times New Roman"/>
          <w:color w:val="auto"/>
        </w:rPr>
      </w:pPr>
      <w:r w:rsidRPr="00EE6DD3">
        <w:rPr>
          <w:rFonts w:ascii="Times New Roman" w:hAnsi="Times New Roman" w:cs="Times New Roman"/>
          <w:color w:val="auto"/>
          <w:sz w:val="28"/>
        </w:rPr>
        <w:t>Supplementary Results for RQ2</w:t>
      </w:r>
    </w:p>
    <w:p w14:paraId="7700051A" w14:textId="77777777" w:rsidR="005503B4" w:rsidRPr="00EE6DD3" w:rsidRDefault="005503B4" w:rsidP="005503B4">
      <w:r w:rsidRPr="00EE6DD3">
        <w:rPr>
          <w:rFonts w:eastAsia="SimSun"/>
          <w:sz w:val="22"/>
        </w:rPr>
        <w:t>This section supplements RQ2 with per-SDG heterogeneity, threshold sensitivity, and stratified document-level overlap in order to show more precisely where thresholding losses occur and which settings affect them.</w:t>
      </w:r>
    </w:p>
    <w:p w14:paraId="56D0B4B3" w14:textId="77777777" w:rsidR="005503B4" w:rsidRPr="00EE6DD3" w:rsidRDefault="005503B4" w:rsidP="005503B4">
      <w:pPr>
        <w:pStyle w:val="Heading3"/>
        <w:rPr>
          <w:rFonts w:cs="Times New Roman"/>
          <w:color w:val="auto"/>
        </w:rPr>
      </w:pPr>
      <w:r w:rsidRPr="00EE6DD3">
        <w:rPr>
          <w:rFonts w:eastAsia="SimSun" w:cs="Times New Roman"/>
          <w:color w:val="auto"/>
        </w:rPr>
        <w:t>S2.1 Per-SDG Heterogeneity after Binarization</w:t>
      </w:r>
    </w:p>
    <w:p w14:paraId="1FB1136B" w14:textId="77777777" w:rsidR="005503B4" w:rsidRPr="00EE6DD3" w:rsidRDefault="005503B4" w:rsidP="005503B4">
      <w:r w:rsidRPr="00EE6DD3">
        <w:rPr>
          <w:rFonts w:eastAsia="SimSun"/>
          <w:sz w:val="22"/>
        </w:rPr>
        <w:t>Figure S2A and Table S2A report the full label-level classification metrics for each SDG. The overall pattern from the main text holds for almost all goals: the LLM generally maintains very high precision relative to both rule-based systems, but recall remains broadly constrained, so per-SDG F1 is usually far below the Aurora-Elsevier baseline.</w:t>
      </w:r>
    </w:p>
    <w:p w14:paraId="6742A1EC" w14:textId="77777777" w:rsidR="005503B4" w:rsidRPr="00EE6DD3" w:rsidRDefault="005503B4" w:rsidP="005503B4">
      <w:r w:rsidRPr="00EE6DD3">
        <w:rPr>
          <w:rFonts w:eastAsia="SimSun"/>
          <w:sz w:val="22"/>
        </w:rPr>
        <w:t xml:space="preserve">What this set of results emphasizes is not which SDGs perform best on their own, but that the intensity of thresholding loss is not uniform across goals. SDG17 is especially revealing: in RQ1, </w:t>
      </w:r>
      <w:r w:rsidRPr="00EE6DD3">
        <w:rPr>
          <w:rFonts w:eastAsia="SimSun"/>
          <w:sz w:val="22"/>
        </w:rPr>
        <w:lastRenderedPageBreak/>
        <w:t>it shows a strong ranking signal, but after binarization, its F1 falls to only about 0.058/0.054, indicating a clear nonlinear compression between continuous scores and hard-threshold decisions.</w:t>
      </w:r>
    </w:p>
    <w:p w14:paraId="024AC177" w14:textId="77777777" w:rsidR="005503B4" w:rsidRPr="00EE6DD3" w:rsidRDefault="005503B4" w:rsidP="005503B4">
      <w:r w:rsidRPr="00EE6DD3">
        <w:rPr>
          <w:noProof/>
        </w:rPr>
        <w:drawing>
          <wp:inline distT="0" distB="0" distL="0" distR="0" wp14:anchorId="09AF4896" wp14:editId="2480554C">
            <wp:extent cx="5120640" cy="25476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5"/>
                    <a:stretch>
                      <a:fillRect/>
                    </a:stretch>
                  </pic:blipFill>
                  <pic:spPr>
                    <a:xfrm>
                      <a:off x="0" y="0"/>
                      <a:ext cx="5120640" cy="2547619"/>
                    </a:xfrm>
                    <a:prstGeom prst="rect">
                      <a:avLst/>
                    </a:prstGeom>
                  </pic:spPr>
                </pic:pic>
              </a:graphicData>
            </a:graphic>
          </wp:inline>
        </w:drawing>
      </w:r>
    </w:p>
    <w:p w14:paraId="08ECA6D5" w14:textId="77777777" w:rsidR="005503B4" w:rsidRPr="00EE6DD3" w:rsidRDefault="005503B4" w:rsidP="005503B4">
      <w:pPr>
        <w:pStyle w:val="Caption"/>
        <w:jc w:val="both"/>
        <w:rPr>
          <w:b w:val="0"/>
          <w:color w:val="auto"/>
          <w:sz w:val="20"/>
        </w:rPr>
      </w:pPr>
      <w:r w:rsidRPr="00EE6DD3">
        <w:rPr>
          <w:b w:val="0"/>
          <w:color w:val="auto"/>
          <w:sz w:val="20"/>
        </w:rPr>
        <w:t>Figure S2A. Per-SDG F1 heatmap for decision-level alignment. Panel A reports LLM vs Aurora; Panel B reports LLM vs Elsevier; Panel C reports Aurora vs Elsevier.</w:t>
      </w:r>
    </w:p>
    <w:p w14:paraId="79C9007C" w14:textId="77777777" w:rsidR="005503B4" w:rsidRPr="00EE6DD3" w:rsidRDefault="005503B4" w:rsidP="005503B4"/>
    <w:p w14:paraId="2F249458" w14:textId="77777777" w:rsidR="005503B4" w:rsidRPr="00EE6DD3" w:rsidRDefault="005503B4" w:rsidP="005503B4">
      <w:pPr>
        <w:pStyle w:val="Caption"/>
        <w:rPr>
          <w:color w:val="auto"/>
        </w:rPr>
      </w:pPr>
      <w:r w:rsidRPr="00EE6DD3">
        <w:rPr>
          <w:b w:val="0"/>
          <w:color w:val="auto"/>
          <w:sz w:val="20"/>
        </w:rPr>
        <w:t>Table S2A. Full per-SDG classification metrics at the main threshold.</w:t>
      </w:r>
    </w:p>
    <w:tbl>
      <w:tblPr>
        <w:tblStyle w:val="PaperFormat"/>
        <w:tblW w:w="0" w:type="auto"/>
        <w:tblLook w:val="04A0" w:firstRow="1" w:lastRow="0" w:firstColumn="1" w:lastColumn="0" w:noHBand="0" w:noVBand="1"/>
      </w:tblPr>
      <w:tblGrid>
        <w:gridCol w:w="1030"/>
        <w:gridCol w:w="784"/>
        <w:gridCol w:w="782"/>
        <w:gridCol w:w="742"/>
        <w:gridCol w:w="742"/>
        <w:gridCol w:w="783"/>
        <w:gridCol w:w="782"/>
        <w:gridCol w:w="742"/>
        <w:gridCol w:w="742"/>
        <w:gridCol w:w="742"/>
        <w:gridCol w:w="759"/>
      </w:tblGrid>
      <w:tr w:rsidR="005503B4" w:rsidRPr="00EE6DD3" w14:paraId="11CEBB74" w14:textId="77777777" w:rsidTr="00D65017">
        <w:tc>
          <w:tcPr>
            <w:tcW w:w="1104" w:type="dxa"/>
          </w:tcPr>
          <w:p w14:paraId="295BAF8A" w14:textId="77777777" w:rsidR="005503B4" w:rsidRPr="00EE6DD3" w:rsidRDefault="005503B4" w:rsidP="00D65017">
            <w:r w:rsidRPr="00EE6DD3">
              <w:rPr>
                <w:rFonts w:eastAsia="SimSun"/>
                <w:b/>
                <w:sz w:val="14"/>
              </w:rPr>
              <w:t>SDG</w:t>
            </w:r>
          </w:p>
        </w:tc>
        <w:tc>
          <w:tcPr>
            <w:tcW w:w="785" w:type="dxa"/>
          </w:tcPr>
          <w:p w14:paraId="3D6A041F" w14:textId="77777777" w:rsidR="005503B4" w:rsidRPr="00EE6DD3" w:rsidRDefault="005503B4" w:rsidP="00D65017">
            <w:pPr>
              <w:jc w:val="center"/>
            </w:pPr>
            <w:r w:rsidRPr="00EE6DD3">
              <w:rPr>
                <w:rFonts w:eastAsia="SimSun"/>
                <w:b/>
                <w:sz w:val="14"/>
              </w:rPr>
              <w:t>Aurora support</w:t>
            </w:r>
          </w:p>
        </w:tc>
        <w:tc>
          <w:tcPr>
            <w:tcW w:w="784" w:type="dxa"/>
          </w:tcPr>
          <w:p w14:paraId="272CDB93" w14:textId="77777777" w:rsidR="005503B4" w:rsidRPr="00EE6DD3" w:rsidRDefault="005503B4" w:rsidP="00D65017">
            <w:pPr>
              <w:jc w:val="center"/>
            </w:pPr>
            <w:r w:rsidRPr="00EE6DD3">
              <w:rPr>
                <w:rFonts w:eastAsia="SimSun"/>
                <w:b/>
                <w:sz w:val="14"/>
              </w:rPr>
              <w:t>Precision (L,A)</w:t>
            </w:r>
          </w:p>
        </w:tc>
        <w:tc>
          <w:tcPr>
            <w:tcW w:w="768" w:type="dxa"/>
          </w:tcPr>
          <w:p w14:paraId="7EF066B9" w14:textId="77777777" w:rsidR="005503B4" w:rsidRPr="00EE6DD3" w:rsidRDefault="005503B4" w:rsidP="00D65017">
            <w:pPr>
              <w:jc w:val="center"/>
            </w:pPr>
            <w:r w:rsidRPr="00EE6DD3">
              <w:rPr>
                <w:rFonts w:eastAsia="SimSun"/>
                <w:b/>
                <w:sz w:val="14"/>
              </w:rPr>
              <w:t>Recall (L,A)</w:t>
            </w:r>
          </w:p>
        </w:tc>
        <w:tc>
          <w:tcPr>
            <w:tcW w:w="768" w:type="dxa"/>
          </w:tcPr>
          <w:p w14:paraId="67A1BC9E" w14:textId="77777777" w:rsidR="005503B4" w:rsidRPr="00EE6DD3" w:rsidRDefault="005503B4" w:rsidP="00D65017">
            <w:pPr>
              <w:jc w:val="center"/>
            </w:pPr>
            <w:r w:rsidRPr="00EE6DD3">
              <w:rPr>
                <w:rFonts w:eastAsia="SimSun"/>
                <w:b/>
                <w:sz w:val="14"/>
              </w:rPr>
              <w:t>F1 (L,A)</w:t>
            </w:r>
          </w:p>
        </w:tc>
        <w:tc>
          <w:tcPr>
            <w:tcW w:w="784" w:type="dxa"/>
          </w:tcPr>
          <w:p w14:paraId="42CDEB84" w14:textId="77777777" w:rsidR="005503B4" w:rsidRPr="00EE6DD3" w:rsidRDefault="005503B4" w:rsidP="00D65017">
            <w:pPr>
              <w:jc w:val="center"/>
            </w:pPr>
            <w:r w:rsidRPr="00EE6DD3">
              <w:rPr>
                <w:rFonts w:eastAsia="SimSun"/>
                <w:b/>
                <w:sz w:val="14"/>
              </w:rPr>
              <w:t>Elsevier support</w:t>
            </w:r>
          </w:p>
        </w:tc>
        <w:tc>
          <w:tcPr>
            <w:tcW w:w="784" w:type="dxa"/>
          </w:tcPr>
          <w:p w14:paraId="70D0F2EE" w14:textId="77777777" w:rsidR="005503B4" w:rsidRPr="00EE6DD3" w:rsidRDefault="005503B4" w:rsidP="00D65017">
            <w:pPr>
              <w:jc w:val="center"/>
            </w:pPr>
            <w:r w:rsidRPr="00EE6DD3">
              <w:rPr>
                <w:rFonts w:eastAsia="SimSun"/>
                <w:b/>
                <w:sz w:val="14"/>
              </w:rPr>
              <w:t>Precision (L,E)</w:t>
            </w:r>
          </w:p>
        </w:tc>
        <w:tc>
          <w:tcPr>
            <w:tcW w:w="768" w:type="dxa"/>
          </w:tcPr>
          <w:p w14:paraId="1B047559" w14:textId="77777777" w:rsidR="005503B4" w:rsidRPr="00EE6DD3" w:rsidRDefault="005503B4" w:rsidP="00D65017">
            <w:pPr>
              <w:jc w:val="center"/>
            </w:pPr>
            <w:r w:rsidRPr="00EE6DD3">
              <w:rPr>
                <w:rFonts w:eastAsia="SimSun"/>
                <w:b/>
                <w:sz w:val="14"/>
              </w:rPr>
              <w:t>Recall (L,E)</w:t>
            </w:r>
          </w:p>
        </w:tc>
        <w:tc>
          <w:tcPr>
            <w:tcW w:w="768" w:type="dxa"/>
          </w:tcPr>
          <w:p w14:paraId="15168591" w14:textId="77777777" w:rsidR="005503B4" w:rsidRPr="00EE6DD3" w:rsidRDefault="005503B4" w:rsidP="00D65017">
            <w:pPr>
              <w:jc w:val="center"/>
            </w:pPr>
            <w:r w:rsidRPr="00EE6DD3">
              <w:rPr>
                <w:rFonts w:eastAsia="SimSun"/>
                <w:b/>
                <w:sz w:val="14"/>
              </w:rPr>
              <w:t>F1 (L,E)</w:t>
            </w:r>
          </w:p>
        </w:tc>
        <w:tc>
          <w:tcPr>
            <w:tcW w:w="768" w:type="dxa"/>
          </w:tcPr>
          <w:p w14:paraId="1C0EC1ED" w14:textId="77777777" w:rsidR="005503B4" w:rsidRPr="00EE6DD3" w:rsidRDefault="005503B4" w:rsidP="00D65017">
            <w:pPr>
              <w:jc w:val="center"/>
            </w:pPr>
            <w:r w:rsidRPr="00EE6DD3">
              <w:rPr>
                <w:rFonts w:eastAsia="SimSun"/>
                <w:b/>
                <w:sz w:val="14"/>
              </w:rPr>
              <w:t>F1 (A,E)</w:t>
            </w:r>
          </w:p>
        </w:tc>
        <w:tc>
          <w:tcPr>
            <w:tcW w:w="775" w:type="dxa"/>
          </w:tcPr>
          <w:p w14:paraId="7D32680D" w14:textId="77777777" w:rsidR="005503B4" w:rsidRPr="00EE6DD3" w:rsidRDefault="005503B4" w:rsidP="00D65017">
            <w:pPr>
              <w:jc w:val="center"/>
            </w:pPr>
            <w:r w:rsidRPr="00EE6DD3">
              <w:rPr>
                <w:rFonts w:eastAsia="SimSun"/>
                <w:b/>
                <w:sz w:val="14"/>
              </w:rPr>
              <w:t>LLM positive count</w:t>
            </w:r>
          </w:p>
        </w:tc>
      </w:tr>
      <w:tr w:rsidR="005503B4" w:rsidRPr="00EE6DD3" w14:paraId="277E5FB5" w14:textId="77777777" w:rsidTr="00D65017">
        <w:tc>
          <w:tcPr>
            <w:tcW w:w="1104" w:type="dxa"/>
          </w:tcPr>
          <w:p w14:paraId="42FA06DD" w14:textId="77777777" w:rsidR="005503B4" w:rsidRPr="00EE6DD3" w:rsidRDefault="005503B4" w:rsidP="00D65017">
            <w:r w:rsidRPr="00EE6DD3">
              <w:rPr>
                <w:rFonts w:eastAsia="SimSun"/>
                <w:sz w:val="14"/>
              </w:rPr>
              <w:t>SDG1</w:t>
            </w:r>
          </w:p>
        </w:tc>
        <w:tc>
          <w:tcPr>
            <w:tcW w:w="785" w:type="dxa"/>
          </w:tcPr>
          <w:p w14:paraId="0CE62F32" w14:textId="77777777" w:rsidR="005503B4" w:rsidRPr="00EE6DD3" w:rsidRDefault="005503B4" w:rsidP="00D65017">
            <w:pPr>
              <w:jc w:val="center"/>
            </w:pPr>
            <w:r w:rsidRPr="00EE6DD3">
              <w:rPr>
                <w:rFonts w:eastAsia="SimSun"/>
                <w:sz w:val="14"/>
              </w:rPr>
              <w:t>1,120,315</w:t>
            </w:r>
          </w:p>
        </w:tc>
        <w:tc>
          <w:tcPr>
            <w:tcW w:w="784" w:type="dxa"/>
          </w:tcPr>
          <w:p w14:paraId="75AD3BA5" w14:textId="77777777" w:rsidR="005503B4" w:rsidRPr="00EE6DD3" w:rsidRDefault="005503B4" w:rsidP="00D65017">
            <w:pPr>
              <w:jc w:val="center"/>
            </w:pPr>
            <w:r w:rsidRPr="00EE6DD3">
              <w:rPr>
                <w:rFonts w:eastAsia="SimSun"/>
                <w:sz w:val="14"/>
              </w:rPr>
              <w:t>0.9677</w:t>
            </w:r>
          </w:p>
        </w:tc>
        <w:tc>
          <w:tcPr>
            <w:tcW w:w="768" w:type="dxa"/>
          </w:tcPr>
          <w:p w14:paraId="11D628C6" w14:textId="77777777" w:rsidR="005503B4" w:rsidRPr="00EE6DD3" w:rsidRDefault="005503B4" w:rsidP="00D65017">
            <w:pPr>
              <w:jc w:val="center"/>
            </w:pPr>
            <w:r w:rsidRPr="00EE6DD3">
              <w:rPr>
                <w:rFonts w:eastAsia="SimSun"/>
                <w:sz w:val="14"/>
              </w:rPr>
              <w:t>0.0248</w:t>
            </w:r>
          </w:p>
        </w:tc>
        <w:tc>
          <w:tcPr>
            <w:tcW w:w="768" w:type="dxa"/>
          </w:tcPr>
          <w:p w14:paraId="5FE6E2C2" w14:textId="77777777" w:rsidR="005503B4" w:rsidRPr="00EE6DD3" w:rsidRDefault="005503B4" w:rsidP="00D65017">
            <w:pPr>
              <w:jc w:val="center"/>
            </w:pPr>
            <w:r w:rsidRPr="00EE6DD3">
              <w:rPr>
                <w:rFonts w:eastAsia="SimSun"/>
                <w:sz w:val="14"/>
              </w:rPr>
              <w:t>0.0483</w:t>
            </w:r>
          </w:p>
        </w:tc>
        <w:tc>
          <w:tcPr>
            <w:tcW w:w="784" w:type="dxa"/>
          </w:tcPr>
          <w:p w14:paraId="37961A79" w14:textId="77777777" w:rsidR="005503B4" w:rsidRPr="00EE6DD3" w:rsidRDefault="005503B4" w:rsidP="00D65017">
            <w:pPr>
              <w:jc w:val="center"/>
            </w:pPr>
            <w:r w:rsidRPr="00EE6DD3">
              <w:rPr>
                <w:rFonts w:eastAsia="SimSun"/>
                <w:sz w:val="14"/>
              </w:rPr>
              <w:t>1,136,305</w:t>
            </w:r>
          </w:p>
        </w:tc>
        <w:tc>
          <w:tcPr>
            <w:tcW w:w="784" w:type="dxa"/>
          </w:tcPr>
          <w:p w14:paraId="14826050" w14:textId="77777777" w:rsidR="005503B4" w:rsidRPr="00EE6DD3" w:rsidRDefault="005503B4" w:rsidP="00D65017">
            <w:pPr>
              <w:jc w:val="center"/>
            </w:pPr>
            <w:r w:rsidRPr="00EE6DD3">
              <w:rPr>
                <w:rFonts w:eastAsia="SimSun"/>
                <w:sz w:val="14"/>
              </w:rPr>
              <w:t>0.9858</w:t>
            </w:r>
          </w:p>
        </w:tc>
        <w:tc>
          <w:tcPr>
            <w:tcW w:w="768" w:type="dxa"/>
          </w:tcPr>
          <w:p w14:paraId="68B5940F" w14:textId="77777777" w:rsidR="005503B4" w:rsidRPr="00EE6DD3" w:rsidRDefault="005503B4" w:rsidP="00D65017">
            <w:pPr>
              <w:jc w:val="center"/>
            </w:pPr>
            <w:r w:rsidRPr="00EE6DD3">
              <w:rPr>
                <w:rFonts w:eastAsia="SimSun"/>
                <w:sz w:val="14"/>
              </w:rPr>
              <w:t>0.0249</w:t>
            </w:r>
          </w:p>
        </w:tc>
        <w:tc>
          <w:tcPr>
            <w:tcW w:w="768" w:type="dxa"/>
          </w:tcPr>
          <w:p w14:paraId="18FDE9BB" w14:textId="77777777" w:rsidR="005503B4" w:rsidRPr="00EE6DD3" w:rsidRDefault="005503B4" w:rsidP="00D65017">
            <w:pPr>
              <w:jc w:val="center"/>
            </w:pPr>
            <w:r w:rsidRPr="00EE6DD3">
              <w:rPr>
                <w:rFonts w:eastAsia="SimSun"/>
                <w:sz w:val="14"/>
              </w:rPr>
              <w:t>0.0485</w:t>
            </w:r>
          </w:p>
        </w:tc>
        <w:tc>
          <w:tcPr>
            <w:tcW w:w="768" w:type="dxa"/>
          </w:tcPr>
          <w:p w14:paraId="5FFC5C16" w14:textId="77777777" w:rsidR="005503B4" w:rsidRPr="00EE6DD3" w:rsidRDefault="005503B4" w:rsidP="00D65017">
            <w:pPr>
              <w:jc w:val="center"/>
            </w:pPr>
            <w:r w:rsidRPr="00EE6DD3">
              <w:rPr>
                <w:rFonts w:eastAsia="SimSun"/>
                <w:sz w:val="14"/>
              </w:rPr>
              <w:t>0.7552</w:t>
            </w:r>
          </w:p>
        </w:tc>
        <w:tc>
          <w:tcPr>
            <w:tcW w:w="775" w:type="dxa"/>
          </w:tcPr>
          <w:p w14:paraId="6F6597D3" w14:textId="77777777" w:rsidR="005503B4" w:rsidRPr="00EE6DD3" w:rsidRDefault="005503B4" w:rsidP="00D65017">
            <w:pPr>
              <w:jc w:val="center"/>
            </w:pPr>
            <w:r w:rsidRPr="00EE6DD3">
              <w:rPr>
                <w:rFonts w:eastAsia="SimSun"/>
                <w:sz w:val="14"/>
              </w:rPr>
              <w:t>28,665</w:t>
            </w:r>
          </w:p>
        </w:tc>
      </w:tr>
      <w:tr w:rsidR="005503B4" w:rsidRPr="00EE6DD3" w14:paraId="1076A4F8" w14:textId="77777777" w:rsidTr="00D65017">
        <w:tc>
          <w:tcPr>
            <w:tcW w:w="1104" w:type="dxa"/>
          </w:tcPr>
          <w:p w14:paraId="362A655E" w14:textId="77777777" w:rsidR="005503B4" w:rsidRPr="00EE6DD3" w:rsidRDefault="005503B4" w:rsidP="00D65017">
            <w:r w:rsidRPr="00EE6DD3">
              <w:rPr>
                <w:rFonts w:eastAsia="SimSun"/>
                <w:sz w:val="14"/>
              </w:rPr>
              <w:t>SDG2</w:t>
            </w:r>
          </w:p>
        </w:tc>
        <w:tc>
          <w:tcPr>
            <w:tcW w:w="785" w:type="dxa"/>
          </w:tcPr>
          <w:p w14:paraId="137F8CFC" w14:textId="77777777" w:rsidR="005503B4" w:rsidRPr="00EE6DD3" w:rsidRDefault="005503B4" w:rsidP="00D65017">
            <w:pPr>
              <w:jc w:val="center"/>
            </w:pPr>
            <w:r w:rsidRPr="00EE6DD3">
              <w:rPr>
                <w:rFonts w:eastAsia="SimSun"/>
                <w:sz w:val="14"/>
              </w:rPr>
              <w:t>1,205,477</w:t>
            </w:r>
          </w:p>
        </w:tc>
        <w:tc>
          <w:tcPr>
            <w:tcW w:w="784" w:type="dxa"/>
          </w:tcPr>
          <w:p w14:paraId="1F505E1D" w14:textId="77777777" w:rsidR="005503B4" w:rsidRPr="00EE6DD3" w:rsidRDefault="005503B4" w:rsidP="00D65017">
            <w:pPr>
              <w:jc w:val="center"/>
            </w:pPr>
            <w:r w:rsidRPr="00EE6DD3">
              <w:rPr>
                <w:rFonts w:eastAsia="SimSun"/>
                <w:sz w:val="14"/>
              </w:rPr>
              <w:t>0.9227</w:t>
            </w:r>
          </w:p>
        </w:tc>
        <w:tc>
          <w:tcPr>
            <w:tcW w:w="768" w:type="dxa"/>
          </w:tcPr>
          <w:p w14:paraId="69374BB6" w14:textId="77777777" w:rsidR="005503B4" w:rsidRPr="00EE6DD3" w:rsidRDefault="005503B4" w:rsidP="00D65017">
            <w:pPr>
              <w:jc w:val="center"/>
            </w:pPr>
            <w:r w:rsidRPr="00EE6DD3">
              <w:rPr>
                <w:rFonts w:eastAsia="SimSun"/>
                <w:sz w:val="14"/>
              </w:rPr>
              <w:t>0.0553</w:t>
            </w:r>
          </w:p>
        </w:tc>
        <w:tc>
          <w:tcPr>
            <w:tcW w:w="768" w:type="dxa"/>
          </w:tcPr>
          <w:p w14:paraId="09606268" w14:textId="77777777" w:rsidR="005503B4" w:rsidRPr="00EE6DD3" w:rsidRDefault="005503B4" w:rsidP="00D65017">
            <w:pPr>
              <w:jc w:val="center"/>
            </w:pPr>
            <w:r w:rsidRPr="00EE6DD3">
              <w:rPr>
                <w:rFonts w:eastAsia="SimSun"/>
                <w:sz w:val="14"/>
              </w:rPr>
              <w:t>0.1044</w:t>
            </w:r>
          </w:p>
        </w:tc>
        <w:tc>
          <w:tcPr>
            <w:tcW w:w="784" w:type="dxa"/>
          </w:tcPr>
          <w:p w14:paraId="51ABE8BA" w14:textId="77777777" w:rsidR="005503B4" w:rsidRPr="00EE6DD3" w:rsidRDefault="005503B4" w:rsidP="00D65017">
            <w:pPr>
              <w:jc w:val="center"/>
            </w:pPr>
            <w:r w:rsidRPr="00EE6DD3">
              <w:rPr>
                <w:rFonts w:eastAsia="SimSun"/>
                <w:sz w:val="14"/>
              </w:rPr>
              <w:t>1,162,611</w:t>
            </w:r>
          </w:p>
        </w:tc>
        <w:tc>
          <w:tcPr>
            <w:tcW w:w="784" w:type="dxa"/>
          </w:tcPr>
          <w:p w14:paraId="4B0C0335" w14:textId="77777777" w:rsidR="005503B4" w:rsidRPr="00EE6DD3" w:rsidRDefault="005503B4" w:rsidP="00D65017">
            <w:pPr>
              <w:jc w:val="center"/>
            </w:pPr>
            <w:r w:rsidRPr="00EE6DD3">
              <w:rPr>
                <w:rFonts w:eastAsia="SimSun"/>
                <w:sz w:val="14"/>
              </w:rPr>
              <w:t>0.9802</w:t>
            </w:r>
          </w:p>
        </w:tc>
        <w:tc>
          <w:tcPr>
            <w:tcW w:w="768" w:type="dxa"/>
          </w:tcPr>
          <w:p w14:paraId="26E3E7B7" w14:textId="77777777" w:rsidR="005503B4" w:rsidRPr="00EE6DD3" w:rsidRDefault="005503B4" w:rsidP="00D65017">
            <w:pPr>
              <w:jc w:val="center"/>
            </w:pPr>
            <w:r w:rsidRPr="00EE6DD3">
              <w:rPr>
                <w:rFonts w:eastAsia="SimSun"/>
                <w:sz w:val="14"/>
              </w:rPr>
              <w:t>0.0609</w:t>
            </w:r>
          </w:p>
        </w:tc>
        <w:tc>
          <w:tcPr>
            <w:tcW w:w="768" w:type="dxa"/>
          </w:tcPr>
          <w:p w14:paraId="103D1AB2" w14:textId="77777777" w:rsidR="005503B4" w:rsidRPr="00EE6DD3" w:rsidRDefault="005503B4" w:rsidP="00D65017">
            <w:pPr>
              <w:jc w:val="center"/>
            </w:pPr>
            <w:r w:rsidRPr="00EE6DD3">
              <w:rPr>
                <w:rFonts w:eastAsia="SimSun"/>
                <w:sz w:val="14"/>
              </w:rPr>
              <w:t>0.1148</w:t>
            </w:r>
          </w:p>
        </w:tc>
        <w:tc>
          <w:tcPr>
            <w:tcW w:w="768" w:type="dxa"/>
          </w:tcPr>
          <w:p w14:paraId="1335CF85" w14:textId="77777777" w:rsidR="005503B4" w:rsidRPr="00EE6DD3" w:rsidRDefault="005503B4" w:rsidP="00D65017">
            <w:pPr>
              <w:jc w:val="center"/>
            </w:pPr>
            <w:r w:rsidRPr="00EE6DD3">
              <w:rPr>
                <w:rFonts w:eastAsia="SimSun"/>
                <w:sz w:val="14"/>
              </w:rPr>
              <w:t>0.7553</w:t>
            </w:r>
          </w:p>
        </w:tc>
        <w:tc>
          <w:tcPr>
            <w:tcW w:w="775" w:type="dxa"/>
          </w:tcPr>
          <w:p w14:paraId="1266E548" w14:textId="77777777" w:rsidR="005503B4" w:rsidRPr="00EE6DD3" w:rsidRDefault="005503B4" w:rsidP="00D65017">
            <w:pPr>
              <w:jc w:val="center"/>
            </w:pPr>
            <w:r w:rsidRPr="00EE6DD3">
              <w:rPr>
                <w:rFonts w:eastAsia="SimSun"/>
                <w:sz w:val="14"/>
              </w:rPr>
              <w:t>72,287</w:t>
            </w:r>
          </w:p>
        </w:tc>
      </w:tr>
      <w:tr w:rsidR="005503B4" w:rsidRPr="00EE6DD3" w14:paraId="58FC7171" w14:textId="77777777" w:rsidTr="00D65017">
        <w:tc>
          <w:tcPr>
            <w:tcW w:w="1104" w:type="dxa"/>
          </w:tcPr>
          <w:p w14:paraId="32A37F35" w14:textId="77777777" w:rsidR="005503B4" w:rsidRPr="00EE6DD3" w:rsidRDefault="005503B4" w:rsidP="00D65017">
            <w:r w:rsidRPr="00EE6DD3">
              <w:rPr>
                <w:rFonts w:eastAsia="SimSun"/>
                <w:sz w:val="14"/>
              </w:rPr>
              <w:t>SDG3</w:t>
            </w:r>
          </w:p>
        </w:tc>
        <w:tc>
          <w:tcPr>
            <w:tcW w:w="785" w:type="dxa"/>
          </w:tcPr>
          <w:p w14:paraId="4553E82C" w14:textId="77777777" w:rsidR="005503B4" w:rsidRPr="00EE6DD3" w:rsidRDefault="005503B4" w:rsidP="00D65017">
            <w:pPr>
              <w:jc w:val="center"/>
            </w:pPr>
            <w:r w:rsidRPr="00EE6DD3">
              <w:rPr>
                <w:rFonts w:eastAsia="SimSun"/>
                <w:sz w:val="14"/>
              </w:rPr>
              <w:t>1,442,158</w:t>
            </w:r>
          </w:p>
        </w:tc>
        <w:tc>
          <w:tcPr>
            <w:tcW w:w="784" w:type="dxa"/>
          </w:tcPr>
          <w:p w14:paraId="3EFECA9C" w14:textId="77777777" w:rsidR="005503B4" w:rsidRPr="00EE6DD3" w:rsidRDefault="005503B4" w:rsidP="00D65017">
            <w:pPr>
              <w:jc w:val="center"/>
            </w:pPr>
            <w:r w:rsidRPr="00EE6DD3">
              <w:rPr>
                <w:rFonts w:eastAsia="SimSun"/>
                <w:sz w:val="14"/>
              </w:rPr>
              <w:t>0.9524</w:t>
            </w:r>
          </w:p>
        </w:tc>
        <w:tc>
          <w:tcPr>
            <w:tcW w:w="768" w:type="dxa"/>
          </w:tcPr>
          <w:p w14:paraId="4FAF885B" w14:textId="77777777" w:rsidR="005503B4" w:rsidRPr="00EE6DD3" w:rsidRDefault="005503B4" w:rsidP="00D65017">
            <w:pPr>
              <w:jc w:val="center"/>
            </w:pPr>
            <w:r w:rsidRPr="00EE6DD3">
              <w:rPr>
                <w:rFonts w:eastAsia="SimSun"/>
                <w:sz w:val="14"/>
              </w:rPr>
              <w:t>0.2248</w:t>
            </w:r>
          </w:p>
        </w:tc>
        <w:tc>
          <w:tcPr>
            <w:tcW w:w="768" w:type="dxa"/>
          </w:tcPr>
          <w:p w14:paraId="1C0EE20E" w14:textId="77777777" w:rsidR="005503B4" w:rsidRPr="00EE6DD3" w:rsidRDefault="005503B4" w:rsidP="00D65017">
            <w:pPr>
              <w:jc w:val="center"/>
            </w:pPr>
            <w:r w:rsidRPr="00EE6DD3">
              <w:rPr>
                <w:rFonts w:eastAsia="SimSun"/>
                <w:sz w:val="14"/>
              </w:rPr>
              <w:t>0.3638</w:t>
            </w:r>
          </w:p>
        </w:tc>
        <w:tc>
          <w:tcPr>
            <w:tcW w:w="784" w:type="dxa"/>
          </w:tcPr>
          <w:p w14:paraId="0202E225" w14:textId="77777777" w:rsidR="005503B4" w:rsidRPr="00EE6DD3" w:rsidRDefault="005503B4" w:rsidP="00D65017">
            <w:pPr>
              <w:jc w:val="center"/>
            </w:pPr>
            <w:r w:rsidRPr="00EE6DD3">
              <w:rPr>
                <w:rFonts w:eastAsia="SimSun"/>
                <w:sz w:val="14"/>
              </w:rPr>
              <w:t>1,165,391</w:t>
            </w:r>
          </w:p>
        </w:tc>
        <w:tc>
          <w:tcPr>
            <w:tcW w:w="784" w:type="dxa"/>
          </w:tcPr>
          <w:p w14:paraId="43AA5B9D" w14:textId="77777777" w:rsidR="005503B4" w:rsidRPr="00EE6DD3" w:rsidRDefault="005503B4" w:rsidP="00D65017">
            <w:pPr>
              <w:jc w:val="center"/>
            </w:pPr>
            <w:r w:rsidRPr="00EE6DD3">
              <w:rPr>
                <w:rFonts w:eastAsia="SimSun"/>
                <w:sz w:val="14"/>
              </w:rPr>
              <w:t>0.8775</w:t>
            </w:r>
          </w:p>
        </w:tc>
        <w:tc>
          <w:tcPr>
            <w:tcW w:w="768" w:type="dxa"/>
          </w:tcPr>
          <w:p w14:paraId="79897C63" w14:textId="77777777" w:rsidR="005503B4" w:rsidRPr="00EE6DD3" w:rsidRDefault="005503B4" w:rsidP="00D65017">
            <w:pPr>
              <w:jc w:val="center"/>
            </w:pPr>
            <w:r w:rsidRPr="00EE6DD3">
              <w:rPr>
                <w:rFonts w:eastAsia="SimSun"/>
                <w:sz w:val="14"/>
              </w:rPr>
              <w:t>0.2563</w:t>
            </w:r>
          </w:p>
        </w:tc>
        <w:tc>
          <w:tcPr>
            <w:tcW w:w="768" w:type="dxa"/>
          </w:tcPr>
          <w:p w14:paraId="2A75D774" w14:textId="77777777" w:rsidR="005503B4" w:rsidRPr="00EE6DD3" w:rsidRDefault="005503B4" w:rsidP="00D65017">
            <w:pPr>
              <w:jc w:val="center"/>
            </w:pPr>
            <w:r w:rsidRPr="00EE6DD3">
              <w:rPr>
                <w:rFonts w:eastAsia="SimSun"/>
                <w:sz w:val="14"/>
              </w:rPr>
              <w:t>0.3968</w:t>
            </w:r>
          </w:p>
        </w:tc>
        <w:tc>
          <w:tcPr>
            <w:tcW w:w="768" w:type="dxa"/>
          </w:tcPr>
          <w:p w14:paraId="05D74FCA" w14:textId="77777777" w:rsidR="005503B4" w:rsidRPr="00EE6DD3" w:rsidRDefault="005503B4" w:rsidP="00D65017">
            <w:pPr>
              <w:jc w:val="center"/>
            </w:pPr>
            <w:r w:rsidRPr="00EE6DD3">
              <w:rPr>
                <w:rFonts w:eastAsia="SimSun"/>
                <w:sz w:val="14"/>
              </w:rPr>
              <w:t>0.7777</w:t>
            </w:r>
          </w:p>
        </w:tc>
        <w:tc>
          <w:tcPr>
            <w:tcW w:w="775" w:type="dxa"/>
          </w:tcPr>
          <w:p w14:paraId="301CB946" w14:textId="77777777" w:rsidR="005503B4" w:rsidRPr="00EE6DD3" w:rsidRDefault="005503B4" w:rsidP="00D65017">
            <w:pPr>
              <w:jc w:val="center"/>
            </w:pPr>
            <w:r w:rsidRPr="00EE6DD3">
              <w:rPr>
                <w:rFonts w:eastAsia="SimSun"/>
                <w:sz w:val="14"/>
              </w:rPr>
              <w:t>340,454</w:t>
            </w:r>
          </w:p>
        </w:tc>
      </w:tr>
      <w:tr w:rsidR="005503B4" w:rsidRPr="00EE6DD3" w14:paraId="704939B8" w14:textId="77777777" w:rsidTr="00D65017">
        <w:tc>
          <w:tcPr>
            <w:tcW w:w="1104" w:type="dxa"/>
          </w:tcPr>
          <w:p w14:paraId="6798F309" w14:textId="77777777" w:rsidR="005503B4" w:rsidRPr="00EE6DD3" w:rsidRDefault="005503B4" w:rsidP="00D65017">
            <w:r w:rsidRPr="00EE6DD3">
              <w:rPr>
                <w:rFonts w:eastAsia="SimSun"/>
                <w:sz w:val="14"/>
              </w:rPr>
              <w:t>SDG4</w:t>
            </w:r>
          </w:p>
        </w:tc>
        <w:tc>
          <w:tcPr>
            <w:tcW w:w="785" w:type="dxa"/>
          </w:tcPr>
          <w:p w14:paraId="71B08B31" w14:textId="77777777" w:rsidR="005503B4" w:rsidRPr="00EE6DD3" w:rsidRDefault="005503B4" w:rsidP="00D65017">
            <w:pPr>
              <w:jc w:val="center"/>
            </w:pPr>
            <w:r w:rsidRPr="00EE6DD3">
              <w:rPr>
                <w:rFonts w:eastAsia="SimSun"/>
                <w:sz w:val="14"/>
              </w:rPr>
              <w:t>987,692</w:t>
            </w:r>
          </w:p>
        </w:tc>
        <w:tc>
          <w:tcPr>
            <w:tcW w:w="784" w:type="dxa"/>
          </w:tcPr>
          <w:p w14:paraId="1CD8B85C" w14:textId="77777777" w:rsidR="005503B4" w:rsidRPr="00EE6DD3" w:rsidRDefault="005503B4" w:rsidP="00D65017">
            <w:pPr>
              <w:jc w:val="center"/>
            </w:pPr>
            <w:r w:rsidRPr="00EE6DD3">
              <w:rPr>
                <w:rFonts w:eastAsia="SimSun"/>
                <w:sz w:val="14"/>
              </w:rPr>
              <w:t>0.9677</w:t>
            </w:r>
          </w:p>
        </w:tc>
        <w:tc>
          <w:tcPr>
            <w:tcW w:w="768" w:type="dxa"/>
          </w:tcPr>
          <w:p w14:paraId="412567EE" w14:textId="77777777" w:rsidR="005503B4" w:rsidRPr="00EE6DD3" w:rsidRDefault="005503B4" w:rsidP="00D65017">
            <w:pPr>
              <w:jc w:val="center"/>
            </w:pPr>
            <w:r w:rsidRPr="00EE6DD3">
              <w:rPr>
                <w:rFonts w:eastAsia="SimSun"/>
                <w:sz w:val="14"/>
              </w:rPr>
              <w:t>0.1222</w:t>
            </w:r>
          </w:p>
        </w:tc>
        <w:tc>
          <w:tcPr>
            <w:tcW w:w="768" w:type="dxa"/>
          </w:tcPr>
          <w:p w14:paraId="5310EC60" w14:textId="77777777" w:rsidR="005503B4" w:rsidRPr="00EE6DD3" w:rsidRDefault="005503B4" w:rsidP="00D65017">
            <w:pPr>
              <w:jc w:val="center"/>
            </w:pPr>
            <w:r w:rsidRPr="00EE6DD3">
              <w:rPr>
                <w:rFonts w:eastAsia="SimSun"/>
                <w:sz w:val="14"/>
              </w:rPr>
              <w:t>0.2170</w:t>
            </w:r>
          </w:p>
        </w:tc>
        <w:tc>
          <w:tcPr>
            <w:tcW w:w="784" w:type="dxa"/>
          </w:tcPr>
          <w:p w14:paraId="4B4913B0" w14:textId="77777777" w:rsidR="005503B4" w:rsidRPr="00EE6DD3" w:rsidRDefault="005503B4" w:rsidP="00D65017">
            <w:pPr>
              <w:jc w:val="center"/>
            </w:pPr>
            <w:r w:rsidRPr="00EE6DD3">
              <w:rPr>
                <w:rFonts w:eastAsia="SimSun"/>
                <w:sz w:val="14"/>
              </w:rPr>
              <w:t>1,587,790</w:t>
            </w:r>
          </w:p>
        </w:tc>
        <w:tc>
          <w:tcPr>
            <w:tcW w:w="784" w:type="dxa"/>
          </w:tcPr>
          <w:p w14:paraId="4D852798" w14:textId="77777777" w:rsidR="005503B4" w:rsidRPr="00EE6DD3" w:rsidRDefault="005503B4" w:rsidP="00D65017">
            <w:pPr>
              <w:jc w:val="center"/>
            </w:pPr>
            <w:r w:rsidRPr="00EE6DD3">
              <w:rPr>
                <w:rFonts w:eastAsia="SimSun"/>
                <w:sz w:val="14"/>
              </w:rPr>
              <w:t>0.9956</w:t>
            </w:r>
          </w:p>
        </w:tc>
        <w:tc>
          <w:tcPr>
            <w:tcW w:w="768" w:type="dxa"/>
          </w:tcPr>
          <w:p w14:paraId="084CD833" w14:textId="77777777" w:rsidR="005503B4" w:rsidRPr="00EE6DD3" w:rsidRDefault="005503B4" w:rsidP="00D65017">
            <w:pPr>
              <w:jc w:val="center"/>
            </w:pPr>
            <w:r w:rsidRPr="00EE6DD3">
              <w:rPr>
                <w:rFonts w:eastAsia="SimSun"/>
                <w:sz w:val="14"/>
              </w:rPr>
              <w:t>0.0782</w:t>
            </w:r>
          </w:p>
        </w:tc>
        <w:tc>
          <w:tcPr>
            <w:tcW w:w="768" w:type="dxa"/>
          </w:tcPr>
          <w:p w14:paraId="070ED82D" w14:textId="77777777" w:rsidR="005503B4" w:rsidRPr="00EE6DD3" w:rsidRDefault="005503B4" w:rsidP="00D65017">
            <w:pPr>
              <w:jc w:val="center"/>
            </w:pPr>
            <w:r w:rsidRPr="00EE6DD3">
              <w:rPr>
                <w:rFonts w:eastAsia="SimSun"/>
                <w:sz w:val="14"/>
              </w:rPr>
              <w:t>0.1450</w:t>
            </w:r>
          </w:p>
        </w:tc>
        <w:tc>
          <w:tcPr>
            <w:tcW w:w="768" w:type="dxa"/>
          </w:tcPr>
          <w:p w14:paraId="5F87D9F0" w14:textId="77777777" w:rsidR="005503B4" w:rsidRPr="00EE6DD3" w:rsidRDefault="005503B4" w:rsidP="00D65017">
            <w:pPr>
              <w:jc w:val="center"/>
            </w:pPr>
            <w:r w:rsidRPr="00EE6DD3">
              <w:rPr>
                <w:rFonts w:eastAsia="SimSun"/>
                <w:sz w:val="14"/>
              </w:rPr>
              <w:t>0.7518</w:t>
            </w:r>
          </w:p>
        </w:tc>
        <w:tc>
          <w:tcPr>
            <w:tcW w:w="775" w:type="dxa"/>
          </w:tcPr>
          <w:p w14:paraId="79C0B0BD" w14:textId="77777777" w:rsidR="005503B4" w:rsidRPr="00EE6DD3" w:rsidRDefault="005503B4" w:rsidP="00D65017">
            <w:pPr>
              <w:jc w:val="center"/>
            </w:pPr>
            <w:r w:rsidRPr="00EE6DD3">
              <w:rPr>
                <w:rFonts w:eastAsia="SimSun"/>
                <w:sz w:val="14"/>
              </w:rPr>
              <w:t>124,708</w:t>
            </w:r>
          </w:p>
        </w:tc>
      </w:tr>
      <w:tr w:rsidR="005503B4" w:rsidRPr="00EE6DD3" w14:paraId="22DB3004" w14:textId="77777777" w:rsidTr="00D65017">
        <w:tc>
          <w:tcPr>
            <w:tcW w:w="1104" w:type="dxa"/>
          </w:tcPr>
          <w:p w14:paraId="443839CF" w14:textId="77777777" w:rsidR="005503B4" w:rsidRPr="00EE6DD3" w:rsidRDefault="005503B4" w:rsidP="00D65017">
            <w:r w:rsidRPr="00EE6DD3">
              <w:rPr>
                <w:rFonts w:eastAsia="SimSun"/>
                <w:sz w:val="14"/>
              </w:rPr>
              <w:t>SDG5</w:t>
            </w:r>
          </w:p>
        </w:tc>
        <w:tc>
          <w:tcPr>
            <w:tcW w:w="785" w:type="dxa"/>
          </w:tcPr>
          <w:p w14:paraId="3C0E9EAE" w14:textId="77777777" w:rsidR="005503B4" w:rsidRPr="00EE6DD3" w:rsidRDefault="005503B4" w:rsidP="00D65017">
            <w:pPr>
              <w:jc w:val="center"/>
            </w:pPr>
            <w:r w:rsidRPr="00EE6DD3">
              <w:rPr>
                <w:rFonts w:eastAsia="SimSun"/>
                <w:sz w:val="14"/>
              </w:rPr>
              <w:t>962,385</w:t>
            </w:r>
          </w:p>
        </w:tc>
        <w:tc>
          <w:tcPr>
            <w:tcW w:w="784" w:type="dxa"/>
          </w:tcPr>
          <w:p w14:paraId="17EA42F1" w14:textId="77777777" w:rsidR="005503B4" w:rsidRPr="00EE6DD3" w:rsidRDefault="005503B4" w:rsidP="00D65017">
            <w:pPr>
              <w:jc w:val="center"/>
            </w:pPr>
            <w:r w:rsidRPr="00EE6DD3">
              <w:rPr>
                <w:rFonts w:eastAsia="SimSun"/>
                <w:sz w:val="14"/>
              </w:rPr>
              <w:t>0.9496</w:t>
            </w:r>
          </w:p>
        </w:tc>
        <w:tc>
          <w:tcPr>
            <w:tcW w:w="768" w:type="dxa"/>
          </w:tcPr>
          <w:p w14:paraId="1116E734" w14:textId="77777777" w:rsidR="005503B4" w:rsidRPr="00EE6DD3" w:rsidRDefault="005503B4" w:rsidP="00D65017">
            <w:pPr>
              <w:jc w:val="center"/>
            </w:pPr>
            <w:r w:rsidRPr="00EE6DD3">
              <w:rPr>
                <w:rFonts w:eastAsia="SimSun"/>
                <w:sz w:val="14"/>
              </w:rPr>
              <w:t>0.0544</w:t>
            </w:r>
          </w:p>
        </w:tc>
        <w:tc>
          <w:tcPr>
            <w:tcW w:w="768" w:type="dxa"/>
          </w:tcPr>
          <w:p w14:paraId="36B06C97" w14:textId="77777777" w:rsidR="005503B4" w:rsidRPr="00EE6DD3" w:rsidRDefault="005503B4" w:rsidP="00D65017">
            <w:pPr>
              <w:jc w:val="center"/>
            </w:pPr>
            <w:r w:rsidRPr="00EE6DD3">
              <w:rPr>
                <w:rFonts w:eastAsia="SimSun"/>
                <w:sz w:val="14"/>
              </w:rPr>
              <w:t>0.1029</w:t>
            </w:r>
          </w:p>
        </w:tc>
        <w:tc>
          <w:tcPr>
            <w:tcW w:w="784" w:type="dxa"/>
          </w:tcPr>
          <w:p w14:paraId="2942A743" w14:textId="77777777" w:rsidR="005503B4" w:rsidRPr="00EE6DD3" w:rsidRDefault="005503B4" w:rsidP="00D65017">
            <w:pPr>
              <w:jc w:val="center"/>
            </w:pPr>
            <w:r w:rsidRPr="00EE6DD3">
              <w:rPr>
                <w:rFonts w:eastAsia="SimSun"/>
                <w:sz w:val="14"/>
              </w:rPr>
              <w:t>1,453,930</w:t>
            </w:r>
          </w:p>
        </w:tc>
        <w:tc>
          <w:tcPr>
            <w:tcW w:w="784" w:type="dxa"/>
          </w:tcPr>
          <w:p w14:paraId="7D1776F9" w14:textId="77777777" w:rsidR="005503B4" w:rsidRPr="00EE6DD3" w:rsidRDefault="005503B4" w:rsidP="00D65017">
            <w:pPr>
              <w:jc w:val="center"/>
            </w:pPr>
            <w:r w:rsidRPr="00EE6DD3">
              <w:rPr>
                <w:rFonts w:eastAsia="SimSun"/>
                <w:sz w:val="14"/>
              </w:rPr>
              <w:t>0.9908</w:t>
            </w:r>
          </w:p>
        </w:tc>
        <w:tc>
          <w:tcPr>
            <w:tcW w:w="768" w:type="dxa"/>
          </w:tcPr>
          <w:p w14:paraId="083C3329" w14:textId="77777777" w:rsidR="005503B4" w:rsidRPr="00EE6DD3" w:rsidRDefault="005503B4" w:rsidP="00D65017">
            <w:pPr>
              <w:jc w:val="center"/>
            </w:pPr>
            <w:r w:rsidRPr="00EE6DD3">
              <w:rPr>
                <w:rFonts w:eastAsia="SimSun"/>
                <w:sz w:val="14"/>
              </w:rPr>
              <w:t>0.0375</w:t>
            </w:r>
          </w:p>
        </w:tc>
        <w:tc>
          <w:tcPr>
            <w:tcW w:w="768" w:type="dxa"/>
          </w:tcPr>
          <w:p w14:paraId="08835363" w14:textId="77777777" w:rsidR="005503B4" w:rsidRPr="00EE6DD3" w:rsidRDefault="005503B4" w:rsidP="00D65017">
            <w:pPr>
              <w:jc w:val="center"/>
            </w:pPr>
            <w:r w:rsidRPr="00EE6DD3">
              <w:rPr>
                <w:rFonts w:eastAsia="SimSun"/>
                <w:sz w:val="14"/>
              </w:rPr>
              <w:t>0.0724</w:t>
            </w:r>
          </w:p>
        </w:tc>
        <w:tc>
          <w:tcPr>
            <w:tcW w:w="768" w:type="dxa"/>
          </w:tcPr>
          <w:p w14:paraId="3122A5E0" w14:textId="77777777" w:rsidR="005503B4" w:rsidRPr="00EE6DD3" w:rsidRDefault="005503B4" w:rsidP="00D65017">
            <w:pPr>
              <w:jc w:val="center"/>
            </w:pPr>
            <w:r w:rsidRPr="00EE6DD3">
              <w:rPr>
                <w:rFonts w:eastAsia="SimSun"/>
                <w:sz w:val="14"/>
              </w:rPr>
              <w:t>0.7333</w:t>
            </w:r>
          </w:p>
        </w:tc>
        <w:tc>
          <w:tcPr>
            <w:tcW w:w="775" w:type="dxa"/>
          </w:tcPr>
          <w:p w14:paraId="194262F6" w14:textId="77777777" w:rsidR="005503B4" w:rsidRPr="00EE6DD3" w:rsidRDefault="005503B4" w:rsidP="00D65017">
            <w:pPr>
              <w:jc w:val="center"/>
            </w:pPr>
            <w:r w:rsidRPr="00EE6DD3">
              <w:rPr>
                <w:rFonts w:eastAsia="SimSun"/>
                <w:sz w:val="14"/>
              </w:rPr>
              <w:t>55,100</w:t>
            </w:r>
          </w:p>
        </w:tc>
      </w:tr>
      <w:tr w:rsidR="005503B4" w:rsidRPr="00EE6DD3" w14:paraId="56DB03C8" w14:textId="77777777" w:rsidTr="00D65017">
        <w:tc>
          <w:tcPr>
            <w:tcW w:w="1104" w:type="dxa"/>
          </w:tcPr>
          <w:p w14:paraId="4DCDC937" w14:textId="77777777" w:rsidR="005503B4" w:rsidRPr="00EE6DD3" w:rsidRDefault="005503B4" w:rsidP="00D65017">
            <w:r w:rsidRPr="00EE6DD3">
              <w:rPr>
                <w:rFonts w:eastAsia="SimSun"/>
                <w:sz w:val="14"/>
              </w:rPr>
              <w:t>SDG6</w:t>
            </w:r>
          </w:p>
        </w:tc>
        <w:tc>
          <w:tcPr>
            <w:tcW w:w="785" w:type="dxa"/>
          </w:tcPr>
          <w:p w14:paraId="6AAD32EC" w14:textId="77777777" w:rsidR="005503B4" w:rsidRPr="00EE6DD3" w:rsidRDefault="005503B4" w:rsidP="00D65017">
            <w:pPr>
              <w:jc w:val="center"/>
            </w:pPr>
            <w:r w:rsidRPr="00EE6DD3">
              <w:rPr>
                <w:rFonts w:eastAsia="SimSun"/>
                <w:sz w:val="14"/>
              </w:rPr>
              <w:t>1,344,071</w:t>
            </w:r>
          </w:p>
        </w:tc>
        <w:tc>
          <w:tcPr>
            <w:tcW w:w="784" w:type="dxa"/>
          </w:tcPr>
          <w:p w14:paraId="11876FD0" w14:textId="77777777" w:rsidR="005503B4" w:rsidRPr="00EE6DD3" w:rsidRDefault="005503B4" w:rsidP="00D65017">
            <w:pPr>
              <w:jc w:val="center"/>
            </w:pPr>
            <w:r w:rsidRPr="00EE6DD3">
              <w:rPr>
                <w:rFonts w:eastAsia="SimSun"/>
                <w:sz w:val="14"/>
              </w:rPr>
              <w:t>0.9645</w:t>
            </w:r>
          </w:p>
        </w:tc>
        <w:tc>
          <w:tcPr>
            <w:tcW w:w="768" w:type="dxa"/>
          </w:tcPr>
          <w:p w14:paraId="13D93D81" w14:textId="77777777" w:rsidR="005503B4" w:rsidRPr="00EE6DD3" w:rsidRDefault="005503B4" w:rsidP="00D65017">
            <w:pPr>
              <w:jc w:val="center"/>
            </w:pPr>
            <w:r w:rsidRPr="00EE6DD3">
              <w:rPr>
                <w:rFonts w:eastAsia="SimSun"/>
                <w:sz w:val="14"/>
              </w:rPr>
              <w:t>0.0407</w:t>
            </w:r>
          </w:p>
        </w:tc>
        <w:tc>
          <w:tcPr>
            <w:tcW w:w="768" w:type="dxa"/>
          </w:tcPr>
          <w:p w14:paraId="10194785" w14:textId="77777777" w:rsidR="005503B4" w:rsidRPr="00EE6DD3" w:rsidRDefault="005503B4" w:rsidP="00D65017">
            <w:pPr>
              <w:jc w:val="center"/>
            </w:pPr>
            <w:r w:rsidRPr="00EE6DD3">
              <w:rPr>
                <w:rFonts w:eastAsia="SimSun"/>
                <w:sz w:val="14"/>
              </w:rPr>
              <w:t>0.0781</w:t>
            </w:r>
          </w:p>
        </w:tc>
        <w:tc>
          <w:tcPr>
            <w:tcW w:w="784" w:type="dxa"/>
          </w:tcPr>
          <w:p w14:paraId="34D981FF" w14:textId="77777777" w:rsidR="005503B4" w:rsidRPr="00EE6DD3" w:rsidRDefault="005503B4" w:rsidP="00D65017">
            <w:pPr>
              <w:jc w:val="center"/>
            </w:pPr>
            <w:r w:rsidRPr="00EE6DD3">
              <w:rPr>
                <w:rFonts w:eastAsia="SimSun"/>
                <w:sz w:val="14"/>
              </w:rPr>
              <w:t>1,078,846</w:t>
            </w:r>
          </w:p>
        </w:tc>
        <w:tc>
          <w:tcPr>
            <w:tcW w:w="784" w:type="dxa"/>
          </w:tcPr>
          <w:p w14:paraId="175CF4D2" w14:textId="77777777" w:rsidR="005503B4" w:rsidRPr="00EE6DD3" w:rsidRDefault="005503B4" w:rsidP="00D65017">
            <w:pPr>
              <w:jc w:val="center"/>
            </w:pPr>
            <w:r w:rsidRPr="00EE6DD3">
              <w:rPr>
                <w:rFonts w:eastAsia="SimSun"/>
                <w:sz w:val="14"/>
              </w:rPr>
              <w:t>0.9813</w:t>
            </w:r>
          </w:p>
        </w:tc>
        <w:tc>
          <w:tcPr>
            <w:tcW w:w="768" w:type="dxa"/>
          </w:tcPr>
          <w:p w14:paraId="6428E651" w14:textId="77777777" w:rsidR="005503B4" w:rsidRPr="00EE6DD3" w:rsidRDefault="005503B4" w:rsidP="00D65017">
            <w:pPr>
              <w:jc w:val="center"/>
            </w:pPr>
            <w:r w:rsidRPr="00EE6DD3">
              <w:rPr>
                <w:rFonts w:eastAsia="SimSun"/>
                <w:sz w:val="14"/>
              </w:rPr>
              <w:t>0.0516</w:t>
            </w:r>
          </w:p>
        </w:tc>
        <w:tc>
          <w:tcPr>
            <w:tcW w:w="768" w:type="dxa"/>
          </w:tcPr>
          <w:p w14:paraId="10189CF3" w14:textId="77777777" w:rsidR="005503B4" w:rsidRPr="00EE6DD3" w:rsidRDefault="005503B4" w:rsidP="00D65017">
            <w:pPr>
              <w:jc w:val="center"/>
            </w:pPr>
            <w:r w:rsidRPr="00EE6DD3">
              <w:rPr>
                <w:rFonts w:eastAsia="SimSun"/>
                <w:sz w:val="14"/>
              </w:rPr>
              <w:t>0.0980</w:t>
            </w:r>
          </w:p>
        </w:tc>
        <w:tc>
          <w:tcPr>
            <w:tcW w:w="768" w:type="dxa"/>
          </w:tcPr>
          <w:p w14:paraId="1B49E2DB" w14:textId="77777777" w:rsidR="005503B4" w:rsidRPr="00EE6DD3" w:rsidRDefault="005503B4" w:rsidP="00D65017">
            <w:pPr>
              <w:jc w:val="center"/>
            </w:pPr>
            <w:r w:rsidRPr="00EE6DD3">
              <w:rPr>
                <w:rFonts w:eastAsia="SimSun"/>
                <w:sz w:val="14"/>
              </w:rPr>
              <w:t>0.7750</w:t>
            </w:r>
          </w:p>
        </w:tc>
        <w:tc>
          <w:tcPr>
            <w:tcW w:w="775" w:type="dxa"/>
          </w:tcPr>
          <w:p w14:paraId="7C90B775" w14:textId="77777777" w:rsidR="005503B4" w:rsidRPr="00EE6DD3" w:rsidRDefault="005503B4" w:rsidP="00D65017">
            <w:pPr>
              <w:jc w:val="center"/>
            </w:pPr>
            <w:r w:rsidRPr="00EE6DD3">
              <w:rPr>
                <w:rFonts w:eastAsia="SimSun"/>
                <w:sz w:val="14"/>
              </w:rPr>
              <w:t>56,713</w:t>
            </w:r>
          </w:p>
        </w:tc>
      </w:tr>
      <w:tr w:rsidR="005503B4" w:rsidRPr="00EE6DD3" w14:paraId="0286E06F" w14:textId="77777777" w:rsidTr="00D65017">
        <w:tc>
          <w:tcPr>
            <w:tcW w:w="1104" w:type="dxa"/>
          </w:tcPr>
          <w:p w14:paraId="2B2CE84C" w14:textId="77777777" w:rsidR="005503B4" w:rsidRPr="00EE6DD3" w:rsidRDefault="005503B4" w:rsidP="00D65017">
            <w:r w:rsidRPr="00EE6DD3">
              <w:rPr>
                <w:rFonts w:eastAsia="SimSun"/>
                <w:sz w:val="14"/>
              </w:rPr>
              <w:t>SDG7</w:t>
            </w:r>
          </w:p>
        </w:tc>
        <w:tc>
          <w:tcPr>
            <w:tcW w:w="785" w:type="dxa"/>
          </w:tcPr>
          <w:p w14:paraId="74D880E0" w14:textId="77777777" w:rsidR="005503B4" w:rsidRPr="00EE6DD3" w:rsidRDefault="005503B4" w:rsidP="00D65017">
            <w:pPr>
              <w:jc w:val="center"/>
            </w:pPr>
            <w:r w:rsidRPr="00EE6DD3">
              <w:rPr>
                <w:rFonts w:eastAsia="SimSun"/>
                <w:sz w:val="14"/>
              </w:rPr>
              <w:t>1,035,185</w:t>
            </w:r>
          </w:p>
        </w:tc>
        <w:tc>
          <w:tcPr>
            <w:tcW w:w="784" w:type="dxa"/>
          </w:tcPr>
          <w:p w14:paraId="30D50657" w14:textId="77777777" w:rsidR="005503B4" w:rsidRPr="00EE6DD3" w:rsidRDefault="005503B4" w:rsidP="00D65017">
            <w:pPr>
              <w:jc w:val="center"/>
            </w:pPr>
            <w:r w:rsidRPr="00EE6DD3">
              <w:rPr>
                <w:rFonts w:eastAsia="SimSun"/>
                <w:sz w:val="14"/>
              </w:rPr>
              <w:t>0.9008</w:t>
            </w:r>
          </w:p>
        </w:tc>
        <w:tc>
          <w:tcPr>
            <w:tcW w:w="768" w:type="dxa"/>
          </w:tcPr>
          <w:p w14:paraId="7760FFE9" w14:textId="77777777" w:rsidR="005503B4" w:rsidRPr="00EE6DD3" w:rsidRDefault="005503B4" w:rsidP="00D65017">
            <w:pPr>
              <w:jc w:val="center"/>
            </w:pPr>
            <w:r w:rsidRPr="00EE6DD3">
              <w:rPr>
                <w:rFonts w:eastAsia="SimSun"/>
                <w:sz w:val="14"/>
              </w:rPr>
              <w:t>0.0902</w:t>
            </w:r>
          </w:p>
        </w:tc>
        <w:tc>
          <w:tcPr>
            <w:tcW w:w="768" w:type="dxa"/>
          </w:tcPr>
          <w:p w14:paraId="5F467259" w14:textId="77777777" w:rsidR="005503B4" w:rsidRPr="00EE6DD3" w:rsidRDefault="005503B4" w:rsidP="00D65017">
            <w:pPr>
              <w:jc w:val="center"/>
            </w:pPr>
            <w:r w:rsidRPr="00EE6DD3">
              <w:rPr>
                <w:rFonts w:eastAsia="SimSun"/>
                <w:sz w:val="14"/>
              </w:rPr>
              <w:t>0.1639</w:t>
            </w:r>
          </w:p>
        </w:tc>
        <w:tc>
          <w:tcPr>
            <w:tcW w:w="784" w:type="dxa"/>
          </w:tcPr>
          <w:p w14:paraId="2C9D9EF8" w14:textId="77777777" w:rsidR="005503B4" w:rsidRPr="00EE6DD3" w:rsidRDefault="005503B4" w:rsidP="00D65017">
            <w:pPr>
              <w:jc w:val="center"/>
            </w:pPr>
            <w:r w:rsidRPr="00EE6DD3">
              <w:rPr>
                <w:rFonts w:eastAsia="SimSun"/>
                <w:sz w:val="14"/>
              </w:rPr>
              <w:t>1,543,630</w:t>
            </w:r>
          </w:p>
        </w:tc>
        <w:tc>
          <w:tcPr>
            <w:tcW w:w="784" w:type="dxa"/>
          </w:tcPr>
          <w:p w14:paraId="35E85361" w14:textId="77777777" w:rsidR="005503B4" w:rsidRPr="00EE6DD3" w:rsidRDefault="005503B4" w:rsidP="00D65017">
            <w:pPr>
              <w:jc w:val="center"/>
            </w:pPr>
            <w:r w:rsidRPr="00EE6DD3">
              <w:rPr>
                <w:rFonts w:eastAsia="SimSun"/>
                <w:sz w:val="14"/>
              </w:rPr>
              <w:t>0.9965</w:t>
            </w:r>
          </w:p>
        </w:tc>
        <w:tc>
          <w:tcPr>
            <w:tcW w:w="768" w:type="dxa"/>
          </w:tcPr>
          <w:p w14:paraId="2CD38E6D" w14:textId="77777777" w:rsidR="005503B4" w:rsidRPr="00EE6DD3" w:rsidRDefault="005503B4" w:rsidP="00D65017">
            <w:pPr>
              <w:jc w:val="center"/>
            </w:pPr>
            <w:r w:rsidRPr="00EE6DD3">
              <w:rPr>
                <w:rFonts w:eastAsia="SimSun"/>
                <w:sz w:val="14"/>
              </w:rPr>
              <w:t>0.0669</w:t>
            </w:r>
          </w:p>
        </w:tc>
        <w:tc>
          <w:tcPr>
            <w:tcW w:w="768" w:type="dxa"/>
          </w:tcPr>
          <w:p w14:paraId="4B0BAB70" w14:textId="77777777" w:rsidR="005503B4" w:rsidRPr="00EE6DD3" w:rsidRDefault="005503B4" w:rsidP="00D65017">
            <w:pPr>
              <w:jc w:val="center"/>
            </w:pPr>
            <w:r w:rsidRPr="00EE6DD3">
              <w:rPr>
                <w:rFonts w:eastAsia="SimSun"/>
                <w:sz w:val="14"/>
              </w:rPr>
              <w:t>0.1254</w:t>
            </w:r>
          </w:p>
        </w:tc>
        <w:tc>
          <w:tcPr>
            <w:tcW w:w="768" w:type="dxa"/>
          </w:tcPr>
          <w:p w14:paraId="19BCB83D" w14:textId="77777777" w:rsidR="005503B4" w:rsidRPr="00EE6DD3" w:rsidRDefault="005503B4" w:rsidP="00D65017">
            <w:pPr>
              <w:jc w:val="center"/>
            </w:pPr>
            <w:r w:rsidRPr="00EE6DD3">
              <w:rPr>
                <w:rFonts w:eastAsia="SimSun"/>
                <w:sz w:val="14"/>
              </w:rPr>
              <w:t>0.7590</w:t>
            </w:r>
          </w:p>
        </w:tc>
        <w:tc>
          <w:tcPr>
            <w:tcW w:w="775" w:type="dxa"/>
          </w:tcPr>
          <w:p w14:paraId="77F4B9C0" w14:textId="77777777" w:rsidR="005503B4" w:rsidRPr="00EE6DD3" w:rsidRDefault="005503B4" w:rsidP="00D65017">
            <w:pPr>
              <w:jc w:val="center"/>
            </w:pPr>
            <w:r w:rsidRPr="00EE6DD3">
              <w:rPr>
                <w:rFonts w:eastAsia="SimSun"/>
                <w:sz w:val="14"/>
              </w:rPr>
              <w:t>103,622</w:t>
            </w:r>
          </w:p>
        </w:tc>
      </w:tr>
      <w:tr w:rsidR="005503B4" w:rsidRPr="00EE6DD3" w14:paraId="78E32ECC" w14:textId="77777777" w:rsidTr="00D65017">
        <w:tc>
          <w:tcPr>
            <w:tcW w:w="1104" w:type="dxa"/>
          </w:tcPr>
          <w:p w14:paraId="0B5CA22C" w14:textId="77777777" w:rsidR="005503B4" w:rsidRPr="00EE6DD3" w:rsidRDefault="005503B4" w:rsidP="00D65017">
            <w:r w:rsidRPr="00EE6DD3">
              <w:rPr>
                <w:rFonts w:eastAsia="SimSun"/>
                <w:sz w:val="14"/>
              </w:rPr>
              <w:t>SDG8</w:t>
            </w:r>
          </w:p>
        </w:tc>
        <w:tc>
          <w:tcPr>
            <w:tcW w:w="785" w:type="dxa"/>
          </w:tcPr>
          <w:p w14:paraId="7BC62D07" w14:textId="77777777" w:rsidR="005503B4" w:rsidRPr="00EE6DD3" w:rsidRDefault="005503B4" w:rsidP="00D65017">
            <w:pPr>
              <w:jc w:val="center"/>
            </w:pPr>
            <w:r w:rsidRPr="00EE6DD3">
              <w:rPr>
                <w:rFonts w:eastAsia="SimSun"/>
                <w:sz w:val="14"/>
              </w:rPr>
              <w:t>1,418,335</w:t>
            </w:r>
          </w:p>
        </w:tc>
        <w:tc>
          <w:tcPr>
            <w:tcW w:w="784" w:type="dxa"/>
          </w:tcPr>
          <w:p w14:paraId="7CBA5B78" w14:textId="77777777" w:rsidR="005503B4" w:rsidRPr="00EE6DD3" w:rsidRDefault="005503B4" w:rsidP="00D65017">
            <w:pPr>
              <w:jc w:val="center"/>
            </w:pPr>
            <w:r w:rsidRPr="00EE6DD3">
              <w:rPr>
                <w:rFonts w:eastAsia="SimSun"/>
                <w:sz w:val="14"/>
              </w:rPr>
              <w:t>0.9666</w:t>
            </w:r>
          </w:p>
        </w:tc>
        <w:tc>
          <w:tcPr>
            <w:tcW w:w="768" w:type="dxa"/>
          </w:tcPr>
          <w:p w14:paraId="1453F7C4" w14:textId="77777777" w:rsidR="005503B4" w:rsidRPr="00EE6DD3" w:rsidRDefault="005503B4" w:rsidP="00D65017">
            <w:pPr>
              <w:jc w:val="center"/>
            </w:pPr>
            <w:r w:rsidRPr="00EE6DD3">
              <w:rPr>
                <w:rFonts w:eastAsia="SimSun"/>
                <w:sz w:val="14"/>
              </w:rPr>
              <w:t>0.1083</w:t>
            </w:r>
          </w:p>
        </w:tc>
        <w:tc>
          <w:tcPr>
            <w:tcW w:w="768" w:type="dxa"/>
          </w:tcPr>
          <w:p w14:paraId="7454E6B4" w14:textId="77777777" w:rsidR="005503B4" w:rsidRPr="00EE6DD3" w:rsidRDefault="005503B4" w:rsidP="00D65017">
            <w:pPr>
              <w:jc w:val="center"/>
            </w:pPr>
            <w:r w:rsidRPr="00EE6DD3">
              <w:rPr>
                <w:rFonts w:eastAsia="SimSun"/>
                <w:sz w:val="14"/>
              </w:rPr>
              <w:t>0.1948</w:t>
            </w:r>
          </w:p>
        </w:tc>
        <w:tc>
          <w:tcPr>
            <w:tcW w:w="784" w:type="dxa"/>
          </w:tcPr>
          <w:p w14:paraId="782372AF" w14:textId="77777777" w:rsidR="005503B4" w:rsidRPr="00EE6DD3" w:rsidRDefault="005503B4" w:rsidP="00D65017">
            <w:pPr>
              <w:jc w:val="center"/>
            </w:pPr>
            <w:r w:rsidRPr="00EE6DD3">
              <w:rPr>
                <w:rFonts w:eastAsia="SimSun"/>
                <w:sz w:val="14"/>
              </w:rPr>
              <w:t>1,179,647</w:t>
            </w:r>
          </w:p>
        </w:tc>
        <w:tc>
          <w:tcPr>
            <w:tcW w:w="784" w:type="dxa"/>
          </w:tcPr>
          <w:p w14:paraId="02F3A7FA" w14:textId="77777777" w:rsidR="005503B4" w:rsidRPr="00EE6DD3" w:rsidRDefault="005503B4" w:rsidP="00D65017">
            <w:pPr>
              <w:jc w:val="center"/>
            </w:pPr>
            <w:r w:rsidRPr="00EE6DD3">
              <w:rPr>
                <w:rFonts w:eastAsia="SimSun"/>
                <w:sz w:val="14"/>
              </w:rPr>
              <w:t>0.9621</w:t>
            </w:r>
          </w:p>
        </w:tc>
        <w:tc>
          <w:tcPr>
            <w:tcW w:w="768" w:type="dxa"/>
          </w:tcPr>
          <w:p w14:paraId="587FD3CC" w14:textId="77777777" w:rsidR="005503B4" w:rsidRPr="00EE6DD3" w:rsidRDefault="005503B4" w:rsidP="00D65017">
            <w:pPr>
              <w:jc w:val="center"/>
            </w:pPr>
            <w:r w:rsidRPr="00EE6DD3">
              <w:rPr>
                <w:rFonts w:eastAsia="SimSun"/>
                <w:sz w:val="14"/>
              </w:rPr>
              <w:t>0.1296</w:t>
            </w:r>
          </w:p>
        </w:tc>
        <w:tc>
          <w:tcPr>
            <w:tcW w:w="768" w:type="dxa"/>
          </w:tcPr>
          <w:p w14:paraId="3AED18DF" w14:textId="77777777" w:rsidR="005503B4" w:rsidRPr="00EE6DD3" w:rsidRDefault="005503B4" w:rsidP="00D65017">
            <w:pPr>
              <w:jc w:val="center"/>
            </w:pPr>
            <w:r w:rsidRPr="00EE6DD3">
              <w:rPr>
                <w:rFonts w:eastAsia="SimSun"/>
                <w:sz w:val="14"/>
              </w:rPr>
              <w:t>0.2285</w:t>
            </w:r>
          </w:p>
        </w:tc>
        <w:tc>
          <w:tcPr>
            <w:tcW w:w="768" w:type="dxa"/>
          </w:tcPr>
          <w:p w14:paraId="34DFF2BD" w14:textId="77777777" w:rsidR="005503B4" w:rsidRPr="00EE6DD3" w:rsidRDefault="005503B4" w:rsidP="00D65017">
            <w:pPr>
              <w:jc w:val="center"/>
            </w:pPr>
            <w:r w:rsidRPr="00EE6DD3">
              <w:rPr>
                <w:rFonts w:eastAsia="SimSun"/>
                <w:sz w:val="14"/>
              </w:rPr>
              <w:t>0.8077</w:t>
            </w:r>
          </w:p>
        </w:tc>
        <w:tc>
          <w:tcPr>
            <w:tcW w:w="775" w:type="dxa"/>
          </w:tcPr>
          <w:p w14:paraId="0E6FFA54" w14:textId="77777777" w:rsidR="005503B4" w:rsidRPr="00EE6DD3" w:rsidRDefault="005503B4" w:rsidP="00D65017">
            <w:pPr>
              <w:jc w:val="center"/>
            </w:pPr>
            <w:r w:rsidRPr="00EE6DD3">
              <w:rPr>
                <w:rFonts w:eastAsia="SimSun"/>
                <w:sz w:val="14"/>
              </w:rPr>
              <w:t>158,937</w:t>
            </w:r>
          </w:p>
        </w:tc>
      </w:tr>
      <w:tr w:rsidR="005503B4" w:rsidRPr="00EE6DD3" w14:paraId="127A0D08" w14:textId="77777777" w:rsidTr="00D65017">
        <w:tc>
          <w:tcPr>
            <w:tcW w:w="1104" w:type="dxa"/>
          </w:tcPr>
          <w:p w14:paraId="3E87307C" w14:textId="77777777" w:rsidR="005503B4" w:rsidRPr="00EE6DD3" w:rsidRDefault="005503B4" w:rsidP="00D65017">
            <w:r w:rsidRPr="00EE6DD3">
              <w:rPr>
                <w:rFonts w:eastAsia="SimSun"/>
                <w:sz w:val="14"/>
              </w:rPr>
              <w:t>SDG9</w:t>
            </w:r>
          </w:p>
        </w:tc>
        <w:tc>
          <w:tcPr>
            <w:tcW w:w="785" w:type="dxa"/>
          </w:tcPr>
          <w:p w14:paraId="635BDFEF" w14:textId="77777777" w:rsidR="005503B4" w:rsidRPr="00EE6DD3" w:rsidRDefault="005503B4" w:rsidP="00D65017">
            <w:pPr>
              <w:jc w:val="center"/>
            </w:pPr>
            <w:r w:rsidRPr="00EE6DD3">
              <w:rPr>
                <w:rFonts w:eastAsia="SimSun"/>
                <w:sz w:val="14"/>
              </w:rPr>
              <w:t>1,385,706</w:t>
            </w:r>
          </w:p>
        </w:tc>
        <w:tc>
          <w:tcPr>
            <w:tcW w:w="784" w:type="dxa"/>
          </w:tcPr>
          <w:p w14:paraId="56AABA53" w14:textId="77777777" w:rsidR="005503B4" w:rsidRPr="00EE6DD3" w:rsidRDefault="005503B4" w:rsidP="00D65017">
            <w:pPr>
              <w:jc w:val="center"/>
            </w:pPr>
            <w:r w:rsidRPr="00EE6DD3">
              <w:rPr>
                <w:rFonts w:eastAsia="SimSun"/>
                <w:sz w:val="14"/>
              </w:rPr>
              <w:t>0.8643</w:t>
            </w:r>
          </w:p>
        </w:tc>
        <w:tc>
          <w:tcPr>
            <w:tcW w:w="768" w:type="dxa"/>
          </w:tcPr>
          <w:p w14:paraId="6EBAEE92" w14:textId="77777777" w:rsidR="005503B4" w:rsidRPr="00EE6DD3" w:rsidRDefault="005503B4" w:rsidP="00D65017">
            <w:pPr>
              <w:jc w:val="center"/>
            </w:pPr>
            <w:r w:rsidRPr="00EE6DD3">
              <w:rPr>
                <w:rFonts w:eastAsia="SimSun"/>
                <w:sz w:val="14"/>
              </w:rPr>
              <w:t>0.2985</w:t>
            </w:r>
          </w:p>
        </w:tc>
        <w:tc>
          <w:tcPr>
            <w:tcW w:w="768" w:type="dxa"/>
          </w:tcPr>
          <w:p w14:paraId="145F50E0" w14:textId="77777777" w:rsidR="005503B4" w:rsidRPr="00EE6DD3" w:rsidRDefault="005503B4" w:rsidP="00D65017">
            <w:pPr>
              <w:jc w:val="center"/>
            </w:pPr>
            <w:r w:rsidRPr="00EE6DD3">
              <w:rPr>
                <w:rFonts w:eastAsia="SimSun"/>
                <w:sz w:val="14"/>
              </w:rPr>
              <w:t>0.4438</w:t>
            </w:r>
          </w:p>
        </w:tc>
        <w:tc>
          <w:tcPr>
            <w:tcW w:w="784" w:type="dxa"/>
          </w:tcPr>
          <w:p w14:paraId="27AE6231" w14:textId="77777777" w:rsidR="005503B4" w:rsidRPr="00EE6DD3" w:rsidRDefault="005503B4" w:rsidP="00D65017">
            <w:pPr>
              <w:jc w:val="center"/>
            </w:pPr>
            <w:r w:rsidRPr="00EE6DD3">
              <w:rPr>
                <w:rFonts w:eastAsia="SimSun"/>
                <w:sz w:val="14"/>
              </w:rPr>
              <w:t>1,237,733</w:t>
            </w:r>
          </w:p>
        </w:tc>
        <w:tc>
          <w:tcPr>
            <w:tcW w:w="784" w:type="dxa"/>
          </w:tcPr>
          <w:p w14:paraId="67F9A9D8" w14:textId="77777777" w:rsidR="005503B4" w:rsidRPr="00EE6DD3" w:rsidRDefault="005503B4" w:rsidP="00D65017">
            <w:pPr>
              <w:jc w:val="center"/>
            </w:pPr>
            <w:r w:rsidRPr="00EE6DD3">
              <w:rPr>
                <w:rFonts w:eastAsia="SimSun"/>
                <w:sz w:val="14"/>
              </w:rPr>
              <w:t>0.8194</w:t>
            </w:r>
          </w:p>
        </w:tc>
        <w:tc>
          <w:tcPr>
            <w:tcW w:w="768" w:type="dxa"/>
          </w:tcPr>
          <w:p w14:paraId="6FF5BE93" w14:textId="77777777" w:rsidR="005503B4" w:rsidRPr="00EE6DD3" w:rsidRDefault="005503B4" w:rsidP="00D65017">
            <w:pPr>
              <w:jc w:val="center"/>
            </w:pPr>
            <w:r w:rsidRPr="00EE6DD3">
              <w:rPr>
                <w:rFonts w:eastAsia="SimSun"/>
                <w:sz w:val="14"/>
              </w:rPr>
              <w:t>0.3169</w:t>
            </w:r>
          </w:p>
        </w:tc>
        <w:tc>
          <w:tcPr>
            <w:tcW w:w="768" w:type="dxa"/>
          </w:tcPr>
          <w:p w14:paraId="419CF7F3" w14:textId="77777777" w:rsidR="005503B4" w:rsidRPr="00EE6DD3" w:rsidRDefault="005503B4" w:rsidP="00D65017">
            <w:pPr>
              <w:jc w:val="center"/>
            </w:pPr>
            <w:r w:rsidRPr="00EE6DD3">
              <w:rPr>
                <w:rFonts w:eastAsia="SimSun"/>
                <w:sz w:val="14"/>
              </w:rPr>
              <w:t>0.4570</w:t>
            </w:r>
          </w:p>
        </w:tc>
        <w:tc>
          <w:tcPr>
            <w:tcW w:w="768" w:type="dxa"/>
          </w:tcPr>
          <w:p w14:paraId="3DE10A5B" w14:textId="77777777" w:rsidR="005503B4" w:rsidRPr="00EE6DD3" w:rsidRDefault="005503B4" w:rsidP="00D65017">
            <w:pPr>
              <w:jc w:val="center"/>
            </w:pPr>
            <w:r w:rsidRPr="00EE6DD3">
              <w:rPr>
                <w:rFonts w:eastAsia="SimSun"/>
                <w:sz w:val="14"/>
              </w:rPr>
              <w:t>0.8233</w:t>
            </w:r>
          </w:p>
        </w:tc>
        <w:tc>
          <w:tcPr>
            <w:tcW w:w="775" w:type="dxa"/>
          </w:tcPr>
          <w:p w14:paraId="7D57202B" w14:textId="77777777" w:rsidR="005503B4" w:rsidRPr="00EE6DD3" w:rsidRDefault="005503B4" w:rsidP="00D65017">
            <w:pPr>
              <w:jc w:val="center"/>
            </w:pPr>
            <w:r w:rsidRPr="00EE6DD3">
              <w:rPr>
                <w:rFonts w:eastAsia="SimSun"/>
                <w:sz w:val="14"/>
              </w:rPr>
              <w:t>478,613</w:t>
            </w:r>
          </w:p>
        </w:tc>
      </w:tr>
      <w:tr w:rsidR="005503B4" w:rsidRPr="00EE6DD3" w14:paraId="536AFAED" w14:textId="77777777" w:rsidTr="00D65017">
        <w:tc>
          <w:tcPr>
            <w:tcW w:w="1104" w:type="dxa"/>
          </w:tcPr>
          <w:p w14:paraId="6F52A5AC" w14:textId="77777777" w:rsidR="005503B4" w:rsidRPr="00EE6DD3" w:rsidRDefault="005503B4" w:rsidP="00D65017">
            <w:r w:rsidRPr="00EE6DD3">
              <w:rPr>
                <w:rFonts w:eastAsia="SimSun"/>
                <w:sz w:val="14"/>
              </w:rPr>
              <w:t>SDG10</w:t>
            </w:r>
          </w:p>
        </w:tc>
        <w:tc>
          <w:tcPr>
            <w:tcW w:w="785" w:type="dxa"/>
          </w:tcPr>
          <w:p w14:paraId="50AAB969" w14:textId="77777777" w:rsidR="005503B4" w:rsidRPr="00EE6DD3" w:rsidRDefault="005503B4" w:rsidP="00D65017">
            <w:pPr>
              <w:jc w:val="center"/>
            </w:pPr>
            <w:r w:rsidRPr="00EE6DD3">
              <w:rPr>
                <w:rFonts w:eastAsia="SimSun"/>
                <w:sz w:val="14"/>
              </w:rPr>
              <w:t>1,291,169</w:t>
            </w:r>
          </w:p>
        </w:tc>
        <w:tc>
          <w:tcPr>
            <w:tcW w:w="784" w:type="dxa"/>
          </w:tcPr>
          <w:p w14:paraId="4097C9A3" w14:textId="77777777" w:rsidR="005503B4" w:rsidRPr="00EE6DD3" w:rsidRDefault="005503B4" w:rsidP="00D65017">
            <w:pPr>
              <w:jc w:val="center"/>
            </w:pPr>
            <w:r w:rsidRPr="00EE6DD3">
              <w:rPr>
                <w:rFonts w:eastAsia="SimSun"/>
                <w:sz w:val="14"/>
              </w:rPr>
              <w:t>0.9221</w:t>
            </w:r>
          </w:p>
        </w:tc>
        <w:tc>
          <w:tcPr>
            <w:tcW w:w="768" w:type="dxa"/>
          </w:tcPr>
          <w:p w14:paraId="1A1F398D" w14:textId="77777777" w:rsidR="005503B4" w:rsidRPr="00EE6DD3" w:rsidRDefault="005503B4" w:rsidP="00D65017">
            <w:pPr>
              <w:jc w:val="center"/>
            </w:pPr>
            <w:r w:rsidRPr="00EE6DD3">
              <w:rPr>
                <w:rFonts w:eastAsia="SimSun"/>
                <w:sz w:val="14"/>
              </w:rPr>
              <w:t>0.0952</w:t>
            </w:r>
          </w:p>
        </w:tc>
        <w:tc>
          <w:tcPr>
            <w:tcW w:w="768" w:type="dxa"/>
          </w:tcPr>
          <w:p w14:paraId="3AEF86B4" w14:textId="77777777" w:rsidR="005503B4" w:rsidRPr="00EE6DD3" w:rsidRDefault="005503B4" w:rsidP="00D65017">
            <w:pPr>
              <w:jc w:val="center"/>
            </w:pPr>
            <w:r w:rsidRPr="00EE6DD3">
              <w:rPr>
                <w:rFonts w:eastAsia="SimSun"/>
                <w:sz w:val="14"/>
              </w:rPr>
              <w:t>0.1726</w:t>
            </w:r>
          </w:p>
        </w:tc>
        <w:tc>
          <w:tcPr>
            <w:tcW w:w="784" w:type="dxa"/>
          </w:tcPr>
          <w:p w14:paraId="120F6EE0" w14:textId="77777777" w:rsidR="005503B4" w:rsidRPr="00EE6DD3" w:rsidRDefault="005503B4" w:rsidP="00D65017">
            <w:pPr>
              <w:jc w:val="center"/>
            </w:pPr>
            <w:r w:rsidRPr="00EE6DD3">
              <w:rPr>
                <w:rFonts w:eastAsia="SimSun"/>
                <w:sz w:val="14"/>
              </w:rPr>
              <w:t>503,666</w:t>
            </w:r>
          </w:p>
        </w:tc>
        <w:tc>
          <w:tcPr>
            <w:tcW w:w="784" w:type="dxa"/>
          </w:tcPr>
          <w:p w14:paraId="751D45CA" w14:textId="77777777" w:rsidR="005503B4" w:rsidRPr="00EE6DD3" w:rsidRDefault="005503B4" w:rsidP="00D65017">
            <w:pPr>
              <w:jc w:val="center"/>
            </w:pPr>
            <w:r w:rsidRPr="00EE6DD3">
              <w:rPr>
                <w:rFonts w:eastAsia="SimSun"/>
                <w:sz w:val="14"/>
              </w:rPr>
              <w:t>0.5438</w:t>
            </w:r>
          </w:p>
        </w:tc>
        <w:tc>
          <w:tcPr>
            <w:tcW w:w="768" w:type="dxa"/>
          </w:tcPr>
          <w:p w14:paraId="7F0B3BFB" w14:textId="77777777" w:rsidR="005503B4" w:rsidRPr="00EE6DD3" w:rsidRDefault="005503B4" w:rsidP="00D65017">
            <w:pPr>
              <w:jc w:val="center"/>
            </w:pPr>
            <w:r w:rsidRPr="00EE6DD3">
              <w:rPr>
                <w:rFonts w:eastAsia="SimSun"/>
                <w:sz w:val="14"/>
              </w:rPr>
              <w:t>0.1439</w:t>
            </w:r>
          </w:p>
        </w:tc>
        <w:tc>
          <w:tcPr>
            <w:tcW w:w="768" w:type="dxa"/>
          </w:tcPr>
          <w:p w14:paraId="6D091813" w14:textId="77777777" w:rsidR="005503B4" w:rsidRPr="00EE6DD3" w:rsidRDefault="005503B4" w:rsidP="00D65017">
            <w:pPr>
              <w:jc w:val="center"/>
            </w:pPr>
            <w:r w:rsidRPr="00EE6DD3">
              <w:rPr>
                <w:rFonts w:eastAsia="SimSun"/>
                <w:sz w:val="14"/>
              </w:rPr>
              <w:t>0.2276</w:t>
            </w:r>
          </w:p>
        </w:tc>
        <w:tc>
          <w:tcPr>
            <w:tcW w:w="768" w:type="dxa"/>
          </w:tcPr>
          <w:p w14:paraId="10ED6F8A" w14:textId="77777777" w:rsidR="005503B4" w:rsidRPr="00EE6DD3" w:rsidRDefault="005503B4" w:rsidP="00D65017">
            <w:pPr>
              <w:jc w:val="center"/>
            </w:pPr>
            <w:r w:rsidRPr="00EE6DD3">
              <w:rPr>
                <w:rFonts w:eastAsia="SimSun"/>
                <w:sz w:val="14"/>
              </w:rPr>
              <w:t>0.5008</w:t>
            </w:r>
          </w:p>
        </w:tc>
        <w:tc>
          <w:tcPr>
            <w:tcW w:w="775" w:type="dxa"/>
          </w:tcPr>
          <w:p w14:paraId="7FDCC47D" w14:textId="77777777" w:rsidR="005503B4" w:rsidRPr="00EE6DD3" w:rsidRDefault="005503B4" w:rsidP="00D65017">
            <w:pPr>
              <w:jc w:val="center"/>
            </w:pPr>
            <w:r w:rsidRPr="00EE6DD3">
              <w:rPr>
                <w:rFonts w:eastAsia="SimSun"/>
                <w:sz w:val="14"/>
              </w:rPr>
              <w:t>133,289</w:t>
            </w:r>
          </w:p>
        </w:tc>
      </w:tr>
      <w:tr w:rsidR="005503B4" w:rsidRPr="00EE6DD3" w14:paraId="0F1301F1" w14:textId="77777777" w:rsidTr="00D65017">
        <w:tc>
          <w:tcPr>
            <w:tcW w:w="1104" w:type="dxa"/>
          </w:tcPr>
          <w:p w14:paraId="4A29382E" w14:textId="77777777" w:rsidR="005503B4" w:rsidRPr="00EE6DD3" w:rsidRDefault="005503B4" w:rsidP="00D65017">
            <w:r w:rsidRPr="00EE6DD3">
              <w:rPr>
                <w:rFonts w:eastAsia="SimSun"/>
                <w:sz w:val="14"/>
              </w:rPr>
              <w:t>SDG11</w:t>
            </w:r>
          </w:p>
        </w:tc>
        <w:tc>
          <w:tcPr>
            <w:tcW w:w="785" w:type="dxa"/>
          </w:tcPr>
          <w:p w14:paraId="2A5D0DA3" w14:textId="77777777" w:rsidR="005503B4" w:rsidRPr="00EE6DD3" w:rsidRDefault="005503B4" w:rsidP="00D65017">
            <w:pPr>
              <w:jc w:val="center"/>
            </w:pPr>
            <w:r w:rsidRPr="00EE6DD3">
              <w:rPr>
                <w:rFonts w:eastAsia="SimSun"/>
                <w:sz w:val="14"/>
              </w:rPr>
              <w:t>1,281,442</w:t>
            </w:r>
          </w:p>
        </w:tc>
        <w:tc>
          <w:tcPr>
            <w:tcW w:w="784" w:type="dxa"/>
          </w:tcPr>
          <w:p w14:paraId="4EE0E049" w14:textId="77777777" w:rsidR="005503B4" w:rsidRPr="00EE6DD3" w:rsidRDefault="005503B4" w:rsidP="00D65017">
            <w:pPr>
              <w:jc w:val="center"/>
            </w:pPr>
            <w:r w:rsidRPr="00EE6DD3">
              <w:rPr>
                <w:rFonts w:eastAsia="SimSun"/>
                <w:sz w:val="14"/>
              </w:rPr>
              <w:t>0.9150</w:t>
            </w:r>
          </w:p>
        </w:tc>
        <w:tc>
          <w:tcPr>
            <w:tcW w:w="768" w:type="dxa"/>
          </w:tcPr>
          <w:p w14:paraId="24092198" w14:textId="77777777" w:rsidR="005503B4" w:rsidRPr="00EE6DD3" w:rsidRDefault="005503B4" w:rsidP="00D65017">
            <w:pPr>
              <w:jc w:val="center"/>
            </w:pPr>
            <w:r w:rsidRPr="00EE6DD3">
              <w:rPr>
                <w:rFonts w:eastAsia="SimSun"/>
                <w:sz w:val="14"/>
              </w:rPr>
              <w:t>0.1138</w:t>
            </w:r>
          </w:p>
        </w:tc>
        <w:tc>
          <w:tcPr>
            <w:tcW w:w="768" w:type="dxa"/>
          </w:tcPr>
          <w:p w14:paraId="0D5A8C3A" w14:textId="77777777" w:rsidR="005503B4" w:rsidRPr="00EE6DD3" w:rsidRDefault="005503B4" w:rsidP="00D65017">
            <w:pPr>
              <w:jc w:val="center"/>
            </w:pPr>
            <w:r w:rsidRPr="00EE6DD3">
              <w:rPr>
                <w:rFonts w:eastAsia="SimSun"/>
                <w:sz w:val="14"/>
              </w:rPr>
              <w:t>0.2025</w:t>
            </w:r>
          </w:p>
        </w:tc>
        <w:tc>
          <w:tcPr>
            <w:tcW w:w="784" w:type="dxa"/>
          </w:tcPr>
          <w:p w14:paraId="65C255E6" w14:textId="77777777" w:rsidR="005503B4" w:rsidRPr="00EE6DD3" w:rsidRDefault="005503B4" w:rsidP="00D65017">
            <w:pPr>
              <w:jc w:val="center"/>
            </w:pPr>
            <w:r w:rsidRPr="00EE6DD3">
              <w:rPr>
                <w:rFonts w:eastAsia="SimSun"/>
                <w:sz w:val="14"/>
              </w:rPr>
              <w:t>1,423,605</w:t>
            </w:r>
          </w:p>
        </w:tc>
        <w:tc>
          <w:tcPr>
            <w:tcW w:w="784" w:type="dxa"/>
          </w:tcPr>
          <w:p w14:paraId="6B6647AC" w14:textId="77777777" w:rsidR="005503B4" w:rsidRPr="00EE6DD3" w:rsidRDefault="005503B4" w:rsidP="00D65017">
            <w:pPr>
              <w:jc w:val="center"/>
            </w:pPr>
            <w:r w:rsidRPr="00EE6DD3">
              <w:rPr>
                <w:rFonts w:eastAsia="SimSun"/>
                <w:sz w:val="14"/>
              </w:rPr>
              <w:t>0.9788</w:t>
            </w:r>
          </w:p>
        </w:tc>
        <w:tc>
          <w:tcPr>
            <w:tcW w:w="768" w:type="dxa"/>
          </w:tcPr>
          <w:p w14:paraId="4DD879A2" w14:textId="77777777" w:rsidR="005503B4" w:rsidRPr="00EE6DD3" w:rsidRDefault="005503B4" w:rsidP="00D65017">
            <w:pPr>
              <w:jc w:val="center"/>
            </w:pPr>
            <w:r w:rsidRPr="00EE6DD3">
              <w:rPr>
                <w:rFonts w:eastAsia="SimSun"/>
                <w:sz w:val="14"/>
              </w:rPr>
              <w:t>0.1096</w:t>
            </w:r>
          </w:p>
        </w:tc>
        <w:tc>
          <w:tcPr>
            <w:tcW w:w="768" w:type="dxa"/>
          </w:tcPr>
          <w:p w14:paraId="04BF2820" w14:textId="77777777" w:rsidR="005503B4" w:rsidRPr="00EE6DD3" w:rsidRDefault="005503B4" w:rsidP="00D65017">
            <w:pPr>
              <w:jc w:val="center"/>
            </w:pPr>
            <w:r w:rsidRPr="00EE6DD3">
              <w:rPr>
                <w:rFonts w:eastAsia="SimSun"/>
                <w:sz w:val="14"/>
              </w:rPr>
              <w:t>0.1972</w:t>
            </w:r>
          </w:p>
        </w:tc>
        <w:tc>
          <w:tcPr>
            <w:tcW w:w="768" w:type="dxa"/>
          </w:tcPr>
          <w:p w14:paraId="34731929" w14:textId="77777777" w:rsidR="005503B4" w:rsidRPr="00EE6DD3" w:rsidRDefault="005503B4" w:rsidP="00D65017">
            <w:pPr>
              <w:jc w:val="center"/>
            </w:pPr>
            <w:r w:rsidRPr="00EE6DD3">
              <w:rPr>
                <w:rFonts w:eastAsia="SimSun"/>
                <w:sz w:val="14"/>
              </w:rPr>
              <w:t>0.8538</w:t>
            </w:r>
          </w:p>
        </w:tc>
        <w:tc>
          <w:tcPr>
            <w:tcW w:w="775" w:type="dxa"/>
          </w:tcPr>
          <w:p w14:paraId="3E9902F3" w14:textId="77777777" w:rsidR="005503B4" w:rsidRPr="00EE6DD3" w:rsidRDefault="005503B4" w:rsidP="00D65017">
            <w:pPr>
              <w:jc w:val="center"/>
            </w:pPr>
            <w:r w:rsidRPr="00EE6DD3">
              <w:rPr>
                <w:rFonts w:eastAsia="SimSun"/>
                <w:sz w:val="14"/>
              </w:rPr>
              <w:t>159,430</w:t>
            </w:r>
          </w:p>
        </w:tc>
      </w:tr>
      <w:tr w:rsidR="005503B4" w:rsidRPr="00EE6DD3" w14:paraId="5F60519C" w14:textId="77777777" w:rsidTr="00D65017">
        <w:tc>
          <w:tcPr>
            <w:tcW w:w="1104" w:type="dxa"/>
          </w:tcPr>
          <w:p w14:paraId="673E2FF9" w14:textId="77777777" w:rsidR="005503B4" w:rsidRPr="00EE6DD3" w:rsidRDefault="005503B4" w:rsidP="00D65017">
            <w:r w:rsidRPr="00EE6DD3">
              <w:rPr>
                <w:rFonts w:eastAsia="SimSun"/>
                <w:sz w:val="14"/>
              </w:rPr>
              <w:t>SDG12</w:t>
            </w:r>
          </w:p>
        </w:tc>
        <w:tc>
          <w:tcPr>
            <w:tcW w:w="785" w:type="dxa"/>
          </w:tcPr>
          <w:p w14:paraId="57C350DA" w14:textId="77777777" w:rsidR="005503B4" w:rsidRPr="00EE6DD3" w:rsidRDefault="005503B4" w:rsidP="00D65017">
            <w:pPr>
              <w:jc w:val="center"/>
            </w:pPr>
            <w:r w:rsidRPr="00EE6DD3">
              <w:rPr>
                <w:rFonts w:eastAsia="SimSun"/>
                <w:sz w:val="14"/>
              </w:rPr>
              <w:t>1,230,264</w:t>
            </w:r>
          </w:p>
        </w:tc>
        <w:tc>
          <w:tcPr>
            <w:tcW w:w="784" w:type="dxa"/>
          </w:tcPr>
          <w:p w14:paraId="7B019C86" w14:textId="77777777" w:rsidR="005503B4" w:rsidRPr="00EE6DD3" w:rsidRDefault="005503B4" w:rsidP="00D65017">
            <w:pPr>
              <w:jc w:val="center"/>
            </w:pPr>
            <w:r w:rsidRPr="00EE6DD3">
              <w:rPr>
                <w:rFonts w:eastAsia="SimSun"/>
                <w:sz w:val="14"/>
              </w:rPr>
              <w:t>0.9683</w:t>
            </w:r>
          </w:p>
        </w:tc>
        <w:tc>
          <w:tcPr>
            <w:tcW w:w="768" w:type="dxa"/>
          </w:tcPr>
          <w:p w14:paraId="07DEBF03" w14:textId="77777777" w:rsidR="005503B4" w:rsidRPr="00EE6DD3" w:rsidRDefault="005503B4" w:rsidP="00D65017">
            <w:pPr>
              <w:jc w:val="center"/>
            </w:pPr>
            <w:r w:rsidRPr="00EE6DD3">
              <w:rPr>
                <w:rFonts w:eastAsia="SimSun"/>
                <w:sz w:val="14"/>
              </w:rPr>
              <w:t>0.0630</w:t>
            </w:r>
          </w:p>
        </w:tc>
        <w:tc>
          <w:tcPr>
            <w:tcW w:w="768" w:type="dxa"/>
          </w:tcPr>
          <w:p w14:paraId="07529303" w14:textId="77777777" w:rsidR="005503B4" w:rsidRPr="00EE6DD3" w:rsidRDefault="005503B4" w:rsidP="00D65017">
            <w:pPr>
              <w:jc w:val="center"/>
            </w:pPr>
            <w:r w:rsidRPr="00EE6DD3">
              <w:rPr>
                <w:rFonts w:eastAsia="SimSun"/>
                <w:sz w:val="14"/>
              </w:rPr>
              <w:t>0.1182</w:t>
            </w:r>
          </w:p>
        </w:tc>
        <w:tc>
          <w:tcPr>
            <w:tcW w:w="784" w:type="dxa"/>
          </w:tcPr>
          <w:p w14:paraId="05DE810E" w14:textId="77777777" w:rsidR="005503B4" w:rsidRPr="00EE6DD3" w:rsidRDefault="005503B4" w:rsidP="00D65017">
            <w:pPr>
              <w:jc w:val="center"/>
            </w:pPr>
            <w:r w:rsidRPr="00EE6DD3">
              <w:rPr>
                <w:rFonts w:eastAsia="SimSun"/>
                <w:sz w:val="14"/>
              </w:rPr>
              <w:t>1,219,917</w:t>
            </w:r>
          </w:p>
        </w:tc>
        <w:tc>
          <w:tcPr>
            <w:tcW w:w="784" w:type="dxa"/>
          </w:tcPr>
          <w:p w14:paraId="4409BAF2" w14:textId="77777777" w:rsidR="005503B4" w:rsidRPr="00EE6DD3" w:rsidRDefault="005503B4" w:rsidP="00D65017">
            <w:pPr>
              <w:jc w:val="center"/>
            </w:pPr>
            <w:r w:rsidRPr="00EE6DD3">
              <w:rPr>
                <w:rFonts w:eastAsia="SimSun"/>
                <w:sz w:val="14"/>
              </w:rPr>
              <w:t>0.9600</w:t>
            </w:r>
          </w:p>
        </w:tc>
        <w:tc>
          <w:tcPr>
            <w:tcW w:w="768" w:type="dxa"/>
          </w:tcPr>
          <w:p w14:paraId="4455ACFB" w14:textId="77777777" w:rsidR="005503B4" w:rsidRPr="00EE6DD3" w:rsidRDefault="005503B4" w:rsidP="00D65017">
            <w:pPr>
              <w:jc w:val="center"/>
            </w:pPr>
            <w:r w:rsidRPr="00EE6DD3">
              <w:rPr>
                <w:rFonts w:eastAsia="SimSun"/>
                <w:sz w:val="14"/>
              </w:rPr>
              <w:t>0.0630</w:t>
            </w:r>
          </w:p>
        </w:tc>
        <w:tc>
          <w:tcPr>
            <w:tcW w:w="768" w:type="dxa"/>
          </w:tcPr>
          <w:p w14:paraId="25D9F592" w14:textId="77777777" w:rsidR="005503B4" w:rsidRPr="00EE6DD3" w:rsidRDefault="005503B4" w:rsidP="00D65017">
            <w:pPr>
              <w:jc w:val="center"/>
            </w:pPr>
            <w:r w:rsidRPr="00EE6DD3">
              <w:rPr>
                <w:rFonts w:eastAsia="SimSun"/>
                <w:sz w:val="14"/>
              </w:rPr>
              <w:t>0.1182</w:t>
            </w:r>
          </w:p>
        </w:tc>
        <w:tc>
          <w:tcPr>
            <w:tcW w:w="768" w:type="dxa"/>
          </w:tcPr>
          <w:p w14:paraId="35AEBA75" w14:textId="77777777" w:rsidR="005503B4" w:rsidRPr="00EE6DD3" w:rsidRDefault="005503B4" w:rsidP="00D65017">
            <w:pPr>
              <w:jc w:val="center"/>
            </w:pPr>
            <w:r w:rsidRPr="00EE6DD3">
              <w:rPr>
                <w:rFonts w:eastAsia="SimSun"/>
                <w:sz w:val="14"/>
              </w:rPr>
              <w:t>0.7837</w:t>
            </w:r>
          </w:p>
        </w:tc>
        <w:tc>
          <w:tcPr>
            <w:tcW w:w="775" w:type="dxa"/>
          </w:tcPr>
          <w:p w14:paraId="0B33DADF" w14:textId="77777777" w:rsidR="005503B4" w:rsidRPr="00EE6DD3" w:rsidRDefault="005503B4" w:rsidP="00D65017">
            <w:pPr>
              <w:jc w:val="center"/>
            </w:pPr>
            <w:r w:rsidRPr="00EE6DD3">
              <w:rPr>
                <w:rFonts w:eastAsia="SimSun"/>
                <w:sz w:val="14"/>
              </w:rPr>
              <w:t>79,992</w:t>
            </w:r>
          </w:p>
        </w:tc>
      </w:tr>
      <w:tr w:rsidR="005503B4" w:rsidRPr="00EE6DD3" w14:paraId="13054B69" w14:textId="77777777" w:rsidTr="00D65017">
        <w:tc>
          <w:tcPr>
            <w:tcW w:w="1104" w:type="dxa"/>
          </w:tcPr>
          <w:p w14:paraId="0D27BB25" w14:textId="77777777" w:rsidR="005503B4" w:rsidRPr="00EE6DD3" w:rsidRDefault="005503B4" w:rsidP="00D65017">
            <w:r w:rsidRPr="00EE6DD3">
              <w:rPr>
                <w:rFonts w:eastAsia="SimSun"/>
                <w:sz w:val="14"/>
              </w:rPr>
              <w:t>SDG13</w:t>
            </w:r>
          </w:p>
        </w:tc>
        <w:tc>
          <w:tcPr>
            <w:tcW w:w="785" w:type="dxa"/>
          </w:tcPr>
          <w:p w14:paraId="48433C61" w14:textId="77777777" w:rsidR="005503B4" w:rsidRPr="00EE6DD3" w:rsidRDefault="005503B4" w:rsidP="00D65017">
            <w:pPr>
              <w:jc w:val="center"/>
            </w:pPr>
            <w:r w:rsidRPr="00EE6DD3">
              <w:rPr>
                <w:rFonts w:eastAsia="SimSun"/>
                <w:sz w:val="14"/>
              </w:rPr>
              <w:t>1,294,343</w:t>
            </w:r>
          </w:p>
        </w:tc>
        <w:tc>
          <w:tcPr>
            <w:tcW w:w="784" w:type="dxa"/>
          </w:tcPr>
          <w:p w14:paraId="56702915" w14:textId="77777777" w:rsidR="005503B4" w:rsidRPr="00EE6DD3" w:rsidRDefault="005503B4" w:rsidP="00D65017">
            <w:pPr>
              <w:jc w:val="center"/>
            </w:pPr>
            <w:r w:rsidRPr="00EE6DD3">
              <w:rPr>
                <w:rFonts w:eastAsia="SimSun"/>
                <w:sz w:val="14"/>
              </w:rPr>
              <w:t>0.9558</w:t>
            </w:r>
          </w:p>
        </w:tc>
        <w:tc>
          <w:tcPr>
            <w:tcW w:w="768" w:type="dxa"/>
          </w:tcPr>
          <w:p w14:paraId="27E4EE49" w14:textId="77777777" w:rsidR="005503B4" w:rsidRPr="00EE6DD3" w:rsidRDefault="005503B4" w:rsidP="00D65017">
            <w:pPr>
              <w:jc w:val="center"/>
            </w:pPr>
            <w:r w:rsidRPr="00EE6DD3">
              <w:rPr>
                <w:rFonts w:eastAsia="SimSun"/>
                <w:sz w:val="14"/>
              </w:rPr>
              <w:t>0.0644</w:t>
            </w:r>
          </w:p>
        </w:tc>
        <w:tc>
          <w:tcPr>
            <w:tcW w:w="768" w:type="dxa"/>
          </w:tcPr>
          <w:p w14:paraId="14963054" w14:textId="77777777" w:rsidR="005503B4" w:rsidRPr="00EE6DD3" w:rsidRDefault="005503B4" w:rsidP="00D65017">
            <w:pPr>
              <w:jc w:val="center"/>
            </w:pPr>
            <w:r w:rsidRPr="00EE6DD3">
              <w:rPr>
                <w:rFonts w:eastAsia="SimSun"/>
                <w:sz w:val="14"/>
              </w:rPr>
              <w:t>0.1207</w:t>
            </w:r>
          </w:p>
        </w:tc>
        <w:tc>
          <w:tcPr>
            <w:tcW w:w="784" w:type="dxa"/>
          </w:tcPr>
          <w:p w14:paraId="60C8B6C5" w14:textId="77777777" w:rsidR="005503B4" w:rsidRPr="00EE6DD3" w:rsidRDefault="005503B4" w:rsidP="00D65017">
            <w:pPr>
              <w:jc w:val="center"/>
            </w:pPr>
            <w:r w:rsidRPr="00EE6DD3">
              <w:rPr>
                <w:rFonts w:eastAsia="SimSun"/>
                <w:sz w:val="14"/>
              </w:rPr>
              <w:t>734,592</w:t>
            </w:r>
          </w:p>
        </w:tc>
        <w:tc>
          <w:tcPr>
            <w:tcW w:w="784" w:type="dxa"/>
          </w:tcPr>
          <w:p w14:paraId="0F187C82" w14:textId="77777777" w:rsidR="005503B4" w:rsidRPr="00EE6DD3" w:rsidRDefault="005503B4" w:rsidP="00D65017">
            <w:pPr>
              <w:jc w:val="center"/>
            </w:pPr>
            <w:r w:rsidRPr="00EE6DD3">
              <w:rPr>
                <w:rFonts w:eastAsia="SimSun"/>
                <w:sz w:val="14"/>
              </w:rPr>
              <w:t>0.9015</w:t>
            </w:r>
          </w:p>
        </w:tc>
        <w:tc>
          <w:tcPr>
            <w:tcW w:w="768" w:type="dxa"/>
          </w:tcPr>
          <w:p w14:paraId="396D5201" w14:textId="77777777" w:rsidR="005503B4" w:rsidRPr="00EE6DD3" w:rsidRDefault="005503B4" w:rsidP="00D65017">
            <w:pPr>
              <w:jc w:val="center"/>
            </w:pPr>
            <w:r w:rsidRPr="00EE6DD3">
              <w:rPr>
                <w:rFonts w:eastAsia="SimSun"/>
                <w:sz w:val="14"/>
              </w:rPr>
              <w:t>0.1070</w:t>
            </w:r>
          </w:p>
        </w:tc>
        <w:tc>
          <w:tcPr>
            <w:tcW w:w="768" w:type="dxa"/>
          </w:tcPr>
          <w:p w14:paraId="31EFD4D8" w14:textId="77777777" w:rsidR="005503B4" w:rsidRPr="00EE6DD3" w:rsidRDefault="005503B4" w:rsidP="00D65017">
            <w:pPr>
              <w:jc w:val="center"/>
            </w:pPr>
            <w:r w:rsidRPr="00EE6DD3">
              <w:rPr>
                <w:rFonts w:eastAsia="SimSun"/>
                <w:sz w:val="14"/>
              </w:rPr>
              <w:t>0.1914</w:t>
            </w:r>
          </w:p>
        </w:tc>
        <w:tc>
          <w:tcPr>
            <w:tcW w:w="768" w:type="dxa"/>
          </w:tcPr>
          <w:p w14:paraId="58C52C32" w14:textId="77777777" w:rsidR="005503B4" w:rsidRPr="00EE6DD3" w:rsidRDefault="005503B4" w:rsidP="00D65017">
            <w:pPr>
              <w:jc w:val="center"/>
            </w:pPr>
            <w:r w:rsidRPr="00EE6DD3">
              <w:rPr>
                <w:rFonts w:eastAsia="SimSun"/>
                <w:sz w:val="14"/>
              </w:rPr>
              <w:t>0.6255</w:t>
            </w:r>
          </w:p>
        </w:tc>
        <w:tc>
          <w:tcPr>
            <w:tcW w:w="775" w:type="dxa"/>
          </w:tcPr>
          <w:p w14:paraId="1F3D702E" w14:textId="77777777" w:rsidR="005503B4" w:rsidRPr="00EE6DD3" w:rsidRDefault="005503B4" w:rsidP="00D65017">
            <w:pPr>
              <w:jc w:val="center"/>
            </w:pPr>
            <w:r w:rsidRPr="00EE6DD3">
              <w:rPr>
                <w:rFonts w:eastAsia="SimSun"/>
                <w:sz w:val="14"/>
              </w:rPr>
              <w:t>87,216</w:t>
            </w:r>
          </w:p>
        </w:tc>
      </w:tr>
      <w:tr w:rsidR="005503B4" w:rsidRPr="00EE6DD3" w14:paraId="5716C27D" w14:textId="77777777" w:rsidTr="00D65017">
        <w:tc>
          <w:tcPr>
            <w:tcW w:w="1104" w:type="dxa"/>
          </w:tcPr>
          <w:p w14:paraId="4D2AC58C" w14:textId="77777777" w:rsidR="005503B4" w:rsidRPr="00EE6DD3" w:rsidRDefault="005503B4" w:rsidP="00D65017">
            <w:r w:rsidRPr="00EE6DD3">
              <w:rPr>
                <w:rFonts w:eastAsia="SimSun"/>
                <w:sz w:val="14"/>
              </w:rPr>
              <w:t>SDG14</w:t>
            </w:r>
          </w:p>
        </w:tc>
        <w:tc>
          <w:tcPr>
            <w:tcW w:w="785" w:type="dxa"/>
          </w:tcPr>
          <w:p w14:paraId="7CE973DB" w14:textId="77777777" w:rsidR="005503B4" w:rsidRPr="00EE6DD3" w:rsidRDefault="005503B4" w:rsidP="00D65017">
            <w:pPr>
              <w:jc w:val="center"/>
            </w:pPr>
            <w:r w:rsidRPr="00EE6DD3">
              <w:rPr>
                <w:rFonts w:eastAsia="SimSun"/>
                <w:sz w:val="14"/>
              </w:rPr>
              <w:t>1,165,693</w:t>
            </w:r>
          </w:p>
        </w:tc>
        <w:tc>
          <w:tcPr>
            <w:tcW w:w="784" w:type="dxa"/>
          </w:tcPr>
          <w:p w14:paraId="230E9D42" w14:textId="77777777" w:rsidR="005503B4" w:rsidRPr="00EE6DD3" w:rsidRDefault="005503B4" w:rsidP="00D65017">
            <w:pPr>
              <w:jc w:val="center"/>
            </w:pPr>
            <w:r w:rsidRPr="00EE6DD3">
              <w:rPr>
                <w:rFonts w:eastAsia="SimSun"/>
                <w:sz w:val="14"/>
              </w:rPr>
              <w:t>0.9493</w:t>
            </w:r>
          </w:p>
        </w:tc>
        <w:tc>
          <w:tcPr>
            <w:tcW w:w="768" w:type="dxa"/>
          </w:tcPr>
          <w:p w14:paraId="02B3BAD5" w14:textId="77777777" w:rsidR="005503B4" w:rsidRPr="00EE6DD3" w:rsidRDefault="005503B4" w:rsidP="00D65017">
            <w:pPr>
              <w:jc w:val="center"/>
            </w:pPr>
            <w:r w:rsidRPr="00EE6DD3">
              <w:rPr>
                <w:rFonts w:eastAsia="SimSun"/>
                <w:sz w:val="14"/>
              </w:rPr>
              <w:t>0.0399</w:t>
            </w:r>
          </w:p>
        </w:tc>
        <w:tc>
          <w:tcPr>
            <w:tcW w:w="768" w:type="dxa"/>
          </w:tcPr>
          <w:p w14:paraId="4413264A" w14:textId="77777777" w:rsidR="005503B4" w:rsidRPr="00EE6DD3" w:rsidRDefault="005503B4" w:rsidP="00D65017">
            <w:pPr>
              <w:jc w:val="center"/>
            </w:pPr>
            <w:r w:rsidRPr="00EE6DD3">
              <w:rPr>
                <w:rFonts w:eastAsia="SimSun"/>
                <w:sz w:val="14"/>
              </w:rPr>
              <w:t>0.0765</w:t>
            </w:r>
          </w:p>
        </w:tc>
        <w:tc>
          <w:tcPr>
            <w:tcW w:w="784" w:type="dxa"/>
          </w:tcPr>
          <w:p w14:paraId="2DB0C578" w14:textId="77777777" w:rsidR="005503B4" w:rsidRPr="00EE6DD3" w:rsidRDefault="005503B4" w:rsidP="00D65017">
            <w:pPr>
              <w:jc w:val="center"/>
            </w:pPr>
            <w:r w:rsidRPr="00EE6DD3">
              <w:rPr>
                <w:rFonts w:eastAsia="SimSun"/>
                <w:sz w:val="14"/>
              </w:rPr>
              <w:t>1,366,417</w:t>
            </w:r>
          </w:p>
        </w:tc>
        <w:tc>
          <w:tcPr>
            <w:tcW w:w="784" w:type="dxa"/>
          </w:tcPr>
          <w:p w14:paraId="71945C3D" w14:textId="77777777" w:rsidR="005503B4" w:rsidRPr="00EE6DD3" w:rsidRDefault="005503B4" w:rsidP="00D65017">
            <w:pPr>
              <w:jc w:val="center"/>
            </w:pPr>
            <w:r w:rsidRPr="00EE6DD3">
              <w:rPr>
                <w:rFonts w:eastAsia="SimSun"/>
                <w:sz w:val="14"/>
              </w:rPr>
              <w:t>0.9940</w:t>
            </w:r>
          </w:p>
        </w:tc>
        <w:tc>
          <w:tcPr>
            <w:tcW w:w="768" w:type="dxa"/>
          </w:tcPr>
          <w:p w14:paraId="63A39395" w14:textId="77777777" w:rsidR="005503B4" w:rsidRPr="00EE6DD3" w:rsidRDefault="005503B4" w:rsidP="00D65017">
            <w:pPr>
              <w:jc w:val="center"/>
            </w:pPr>
            <w:r w:rsidRPr="00EE6DD3">
              <w:rPr>
                <w:rFonts w:eastAsia="SimSun"/>
                <w:sz w:val="14"/>
              </w:rPr>
              <w:t>0.0356</w:t>
            </w:r>
          </w:p>
        </w:tc>
        <w:tc>
          <w:tcPr>
            <w:tcW w:w="768" w:type="dxa"/>
          </w:tcPr>
          <w:p w14:paraId="1561ABE6" w14:textId="77777777" w:rsidR="005503B4" w:rsidRPr="00EE6DD3" w:rsidRDefault="005503B4" w:rsidP="00D65017">
            <w:pPr>
              <w:jc w:val="center"/>
            </w:pPr>
            <w:r w:rsidRPr="00EE6DD3">
              <w:rPr>
                <w:rFonts w:eastAsia="SimSun"/>
                <w:sz w:val="14"/>
              </w:rPr>
              <w:t>0.0688</w:t>
            </w:r>
          </w:p>
        </w:tc>
        <w:tc>
          <w:tcPr>
            <w:tcW w:w="768" w:type="dxa"/>
          </w:tcPr>
          <w:p w14:paraId="5F0C5831" w14:textId="77777777" w:rsidR="005503B4" w:rsidRPr="00EE6DD3" w:rsidRDefault="005503B4" w:rsidP="00D65017">
            <w:pPr>
              <w:jc w:val="center"/>
            </w:pPr>
            <w:r w:rsidRPr="00EE6DD3">
              <w:rPr>
                <w:rFonts w:eastAsia="SimSun"/>
                <w:sz w:val="14"/>
              </w:rPr>
              <w:t>0.7883</w:t>
            </w:r>
          </w:p>
        </w:tc>
        <w:tc>
          <w:tcPr>
            <w:tcW w:w="775" w:type="dxa"/>
          </w:tcPr>
          <w:p w14:paraId="77A02E22" w14:textId="77777777" w:rsidR="005503B4" w:rsidRPr="00EE6DD3" w:rsidRDefault="005503B4" w:rsidP="00D65017">
            <w:pPr>
              <w:jc w:val="center"/>
            </w:pPr>
            <w:r w:rsidRPr="00EE6DD3">
              <w:rPr>
                <w:rFonts w:eastAsia="SimSun"/>
                <w:sz w:val="14"/>
              </w:rPr>
              <w:t>48,971</w:t>
            </w:r>
          </w:p>
        </w:tc>
      </w:tr>
      <w:tr w:rsidR="005503B4" w:rsidRPr="00EE6DD3" w14:paraId="04B695CE" w14:textId="77777777" w:rsidTr="00D65017">
        <w:tc>
          <w:tcPr>
            <w:tcW w:w="1104" w:type="dxa"/>
          </w:tcPr>
          <w:p w14:paraId="1F302415" w14:textId="77777777" w:rsidR="005503B4" w:rsidRPr="00EE6DD3" w:rsidRDefault="005503B4" w:rsidP="00D65017">
            <w:r w:rsidRPr="00EE6DD3">
              <w:rPr>
                <w:rFonts w:eastAsia="SimSun"/>
                <w:sz w:val="14"/>
              </w:rPr>
              <w:t>SDG15</w:t>
            </w:r>
          </w:p>
        </w:tc>
        <w:tc>
          <w:tcPr>
            <w:tcW w:w="785" w:type="dxa"/>
          </w:tcPr>
          <w:p w14:paraId="14E4F7F9" w14:textId="77777777" w:rsidR="005503B4" w:rsidRPr="00EE6DD3" w:rsidRDefault="005503B4" w:rsidP="00D65017">
            <w:pPr>
              <w:jc w:val="center"/>
            </w:pPr>
            <w:r w:rsidRPr="00EE6DD3">
              <w:rPr>
                <w:rFonts w:eastAsia="SimSun"/>
                <w:sz w:val="14"/>
              </w:rPr>
              <w:t>1,393,147</w:t>
            </w:r>
          </w:p>
        </w:tc>
        <w:tc>
          <w:tcPr>
            <w:tcW w:w="784" w:type="dxa"/>
          </w:tcPr>
          <w:p w14:paraId="2F09C3BB" w14:textId="77777777" w:rsidR="005503B4" w:rsidRPr="00EE6DD3" w:rsidRDefault="005503B4" w:rsidP="00D65017">
            <w:pPr>
              <w:jc w:val="center"/>
            </w:pPr>
            <w:r w:rsidRPr="00EE6DD3">
              <w:rPr>
                <w:rFonts w:eastAsia="SimSun"/>
                <w:sz w:val="14"/>
              </w:rPr>
              <w:t>0.9813</w:t>
            </w:r>
          </w:p>
        </w:tc>
        <w:tc>
          <w:tcPr>
            <w:tcW w:w="768" w:type="dxa"/>
          </w:tcPr>
          <w:p w14:paraId="24A6A039" w14:textId="77777777" w:rsidR="005503B4" w:rsidRPr="00EE6DD3" w:rsidRDefault="005503B4" w:rsidP="00D65017">
            <w:pPr>
              <w:jc w:val="center"/>
            </w:pPr>
            <w:r w:rsidRPr="00EE6DD3">
              <w:rPr>
                <w:rFonts w:eastAsia="SimSun"/>
                <w:sz w:val="14"/>
              </w:rPr>
              <w:t>0.0789</w:t>
            </w:r>
          </w:p>
        </w:tc>
        <w:tc>
          <w:tcPr>
            <w:tcW w:w="768" w:type="dxa"/>
          </w:tcPr>
          <w:p w14:paraId="275D6288" w14:textId="77777777" w:rsidR="005503B4" w:rsidRPr="00EE6DD3" w:rsidRDefault="005503B4" w:rsidP="00D65017">
            <w:pPr>
              <w:jc w:val="center"/>
            </w:pPr>
            <w:r w:rsidRPr="00EE6DD3">
              <w:rPr>
                <w:rFonts w:eastAsia="SimSun"/>
                <w:sz w:val="14"/>
              </w:rPr>
              <w:t>0.1461</w:t>
            </w:r>
          </w:p>
        </w:tc>
        <w:tc>
          <w:tcPr>
            <w:tcW w:w="784" w:type="dxa"/>
          </w:tcPr>
          <w:p w14:paraId="4499BB3F" w14:textId="77777777" w:rsidR="005503B4" w:rsidRPr="00EE6DD3" w:rsidRDefault="005503B4" w:rsidP="00D65017">
            <w:pPr>
              <w:jc w:val="center"/>
            </w:pPr>
            <w:r w:rsidRPr="00EE6DD3">
              <w:rPr>
                <w:rFonts w:eastAsia="SimSun"/>
                <w:sz w:val="14"/>
              </w:rPr>
              <w:t>1,100,155</w:t>
            </w:r>
          </w:p>
        </w:tc>
        <w:tc>
          <w:tcPr>
            <w:tcW w:w="784" w:type="dxa"/>
          </w:tcPr>
          <w:p w14:paraId="58B1306F" w14:textId="77777777" w:rsidR="005503B4" w:rsidRPr="00EE6DD3" w:rsidRDefault="005503B4" w:rsidP="00D65017">
            <w:pPr>
              <w:jc w:val="center"/>
            </w:pPr>
            <w:r w:rsidRPr="00EE6DD3">
              <w:rPr>
                <w:rFonts w:eastAsia="SimSun"/>
                <w:sz w:val="14"/>
              </w:rPr>
              <w:t>0.9739</w:t>
            </w:r>
          </w:p>
        </w:tc>
        <w:tc>
          <w:tcPr>
            <w:tcW w:w="768" w:type="dxa"/>
          </w:tcPr>
          <w:p w14:paraId="209BF648" w14:textId="77777777" w:rsidR="005503B4" w:rsidRPr="00EE6DD3" w:rsidRDefault="005503B4" w:rsidP="00D65017">
            <w:pPr>
              <w:jc w:val="center"/>
            </w:pPr>
            <w:r w:rsidRPr="00EE6DD3">
              <w:rPr>
                <w:rFonts w:eastAsia="SimSun"/>
                <w:sz w:val="14"/>
              </w:rPr>
              <w:t>0.0992</w:t>
            </w:r>
          </w:p>
        </w:tc>
        <w:tc>
          <w:tcPr>
            <w:tcW w:w="768" w:type="dxa"/>
          </w:tcPr>
          <w:p w14:paraId="1A43E779" w14:textId="77777777" w:rsidR="005503B4" w:rsidRPr="00EE6DD3" w:rsidRDefault="005503B4" w:rsidP="00D65017">
            <w:pPr>
              <w:jc w:val="center"/>
            </w:pPr>
            <w:r w:rsidRPr="00EE6DD3">
              <w:rPr>
                <w:rFonts w:eastAsia="SimSun"/>
                <w:sz w:val="14"/>
              </w:rPr>
              <w:t>0.1800</w:t>
            </w:r>
          </w:p>
        </w:tc>
        <w:tc>
          <w:tcPr>
            <w:tcW w:w="768" w:type="dxa"/>
          </w:tcPr>
          <w:p w14:paraId="3A13D317" w14:textId="77777777" w:rsidR="005503B4" w:rsidRPr="00EE6DD3" w:rsidRDefault="005503B4" w:rsidP="00D65017">
            <w:pPr>
              <w:jc w:val="center"/>
            </w:pPr>
            <w:r w:rsidRPr="00EE6DD3">
              <w:rPr>
                <w:rFonts w:eastAsia="SimSun"/>
                <w:sz w:val="14"/>
              </w:rPr>
              <w:t>0.7911</w:t>
            </w:r>
          </w:p>
        </w:tc>
        <w:tc>
          <w:tcPr>
            <w:tcW w:w="775" w:type="dxa"/>
          </w:tcPr>
          <w:p w14:paraId="2595F3CC" w14:textId="77777777" w:rsidR="005503B4" w:rsidRPr="00EE6DD3" w:rsidRDefault="005503B4" w:rsidP="00D65017">
            <w:pPr>
              <w:jc w:val="center"/>
            </w:pPr>
            <w:r w:rsidRPr="00EE6DD3">
              <w:rPr>
                <w:rFonts w:eastAsia="SimSun"/>
                <w:sz w:val="14"/>
              </w:rPr>
              <w:t>112,033</w:t>
            </w:r>
          </w:p>
        </w:tc>
      </w:tr>
      <w:tr w:rsidR="005503B4" w:rsidRPr="00EE6DD3" w14:paraId="651F24DA" w14:textId="77777777" w:rsidTr="00D65017">
        <w:tc>
          <w:tcPr>
            <w:tcW w:w="1104" w:type="dxa"/>
          </w:tcPr>
          <w:p w14:paraId="6B9DB841" w14:textId="77777777" w:rsidR="005503B4" w:rsidRPr="00EE6DD3" w:rsidRDefault="005503B4" w:rsidP="00D65017">
            <w:r w:rsidRPr="00EE6DD3">
              <w:rPr>
                <w:rFonts w:eastAsia="SimSun"/>
                <w:sz w:val="14"/>
              </w:rPr>
              <w:t>SDG16</w:t>
            </w:r>
          </w:p>
        </w:tc>
        <w:tc>
          <w:tcPr>
            <w:tcW w:w="785" w:type="dxa"/>
          </w:tcPr>
          <w:p w14:paraId="1CB28D34" w14:textId="77777777" w:rsidR="005503B4" w:rsidRPr="00EE6DD3" w:rsidRDefault="005503B4" w:rsidP="00D65017">
            <w:pPr>
              <w:jc w:val="center"/>
            </w:pPr>
            <w:r w:rsidRPr="00EE6DD3">
              <w:rPr>
                <w:rFonts w:eastAsia="SimSun"/>
                <w:sz w:val="14"/>
              </w:rPr>
              <w:t>1,411,555</w:t>
            </w:r>
          </w:p>
        </w:tc>
        <w:tc>
          <w:tcPr>
            <w:tcW w:w="784" w:type="dxa"/>
          </w:tcPr>
          <w:p w14:paraId="08DFB379" w14:textId="77777777" w:rsidR="005503B4" w:rsidRPr="00EE6DD3" w:rsidRDefault="005503B4" w:rsidP="00D65017">
            <w:pPr>
              <w:jc w:val="center"/>
            </w:pPr>
            <w:r w:rsidRPr="00EE6DD3">
              <w:rPr>
                <w:rFonts w:eastAsia="SimSun"/>
                <w:sz w:val="14"/>
              </w:rPr>
              <w:t>0.9461</w:t>
            </w:r>
          </w:p>
        </w:tc>
        <w:tc>
          <w:tcPr>
            <w:tcW w:w="768" w:type="dxa"/>
          </w:tcPr>
          <w:p w14:paraId="08F4E98D" w14:textId="77777777" w:rsidR="005503B4" w:rsidRPr="00EE6DD3" w:rsidRDefault="005503B4" w:rsidP="00D65017">
            <w:pPr>
              <w:jc w:val="center"/>
            </w:pPr>
            <w:r w:rsidRPr="00EE6DD3">
              <w:rPr>
                <w:rFonts w:eastAsia="SimSun"/>
                <w:sz w:val="14"/>
              </w:rPr>
              <w:t>0.1535</w:t>
            </w:r>
          </w:p>
        </w:tc>
        <w:tc>
          <w:tcPr>
            <w:tcW w:w="768" w:type="dxa"/>
          </w:tcPr>
          <w:p w14:paraId="36B0695D" w14:textId="77777777" w:rsidR="005503B4" w:rsidRPr="00EE6DD3" w:rsidRDefault="005503B4" w:rsidP="00D65017">
            <w:pPr>
              <w:jc w:val="center"/>
            </w:pPr>
            <w:r w:rsidRPr="00EE6DD3">
              <w:rPr>
                <w:rFonts w:eastAsia="SimSun"/>
                <w:sz w:val="14"/>
              </w:rPr>
              <w:t>0.2641</w:t>
            </w:r>
          </w:p>
        </w:tc>
        <w:tc>
          <w:tcPr>
            <w:tcW w:w="784" w:type="dxa"/>
          </w:tcPr>
          <w:p w14:paraId="28C6F5E5" w14:textId="77777777" w:rsidR="005503B4" w:rsidRPr="00EE6DD3" w:rsidRDefault="005503B4" w:rsidP="00D65017">
            <w:pPr>
              <w:jc w:val="center"/>
            </w:pPr>
            <w:r w:rsidRPr="00EE6DD3">
              <w:rPr>
                <w:rFonts w:eastAsia="SimSun"/>
                <w:sz w:val="14"/>
              </w:rPr>
              <w:t>345,926</w:t>
            </w:r>
          </w:p>
        </w:tc>
        <w:tc>
          <w:tcPr>
            <w:tcW w:w="784" w:type="dxa"/>
          </w:tcPr>
          <w:p w14:paraId="73D41540" w14:textId="77777777" w:rsidR="005503B4" w:rsidRPr="00EE6DD3" w:rsidRDefault="005503B4" w:rsidP="00D65017">
            <w:pPr>
              <w:jc w:val="center"/>
            </w:pPr>
            <w:r w:rsidRPr="00EE6DD3">
              <w:rPr>
                <w:rFonts w:eastAsia="SimSun"/>
                <w:sz w:val="14"/>
              </w:rPr>
              <w:t>0.6430</w:t>
            </w:r>
          </w:p>
        </w:tc>
        <w:tc>
          <w:tcPr>
            <w:tcW w:w="768" w:type="dxa"/>
          </w:tcPr>
          <w:p w14:paraId="2A4027E5" w14:textId="77777777" w:rsidR="005503B4" w:rsidRPr="00EE6DD3" w:rsidRDefault="005503B4" w:rsidP="00D65017">
            <w:pPr>
              <w:jc w:val="center"/>
            </w:pPr>
            <w:r w:rsidRPr="00EE6DD3">
              <w:rPr>
                <w:rFonts w:eastAsia="SimSun"/>
                <w:sz w:val="14"/>
              </w:rPr>
              <w:t>0.4257</w:t>
            </w:r>
          </w:p>
        </w:tc>
        <w:tc>
          <w:tcPr>
            <w:tcW w:w="768" w:type="dxa"/>
          </w:tcPr>
          <w:p w14:paraId="7A474864" w14:textId="77777777" w:rsidR="005503B4" w:rsidRPr="00EE6DD3" w:rsidRDefault="005503B4" w:rsidP="00D65017">
            <w:pPr>
              <w:jc w:val="center"/>
            </w:pPr>
            <w:r w:rsidRPr="00EE6DD3">
              <w:rPr>
                <w:rFonts w:eastAsia="SimSun"/>
                <w:sz w:val="14"/>
              </w:rPr>
              <w:t>0.5122</w:t>
            </w:r>
          </w:p>
        </w:tc>
        <w:tc>
          <w:tcPr>
            <w:tcW w:w="768" w:type="dxa"/>
          </w:tcPr>
          <w:p w14:paraId="1BB11A1E" w14:textId="77777777" w:rsidR="005503B4" w:rsidRPr="00EE6DD3" w:rsidRDefault="005503B4" w:rsidP="00D65017">
            <w:pPr>
              <w:jc w:val="center"/>
            </w:pPr>
            <w:r w:rsidRPr="00EE6DD3">
              <w:rPr>
                <w:rFonts w:eastAsia="SimSun"/>
                <w:sz w:val="14"/>
              </w:rPr>
              <w:t>0.3690</w:t>
            </w:r>
          </w:p>
        </w:tc>
        <w:tc>
          <w:tcPr>
            <w:tcW w:w="775" w:type="dxa"/>
          </w:tcPr>
          <w:p w14:paraId="7443B90D" w14:textId="77777777" w:rsidR="005503B4" w:rsidRPr="00EE6DD3" w:rsidRDefault="005503B4" w:rsidP="00D65017">
            <w:pPr>
              <w:jc w:val="center"/>
            </w:pPr>
            <w:r w:rsidRPr="00EE6DD3">
              <w:rPr>
                <w:rFonts w:eastAsia="SimSun"/>
                <w:sz w:val="14"/>
              </w:rPr>
              <w:t>229,013</w:t>
            </w:r>
          </w:p>
        </w:tc>
      </w:tr>
      <w:tr w:rsidR="005503B4" w:rsidRPr="00EE6DD3" w14:paraId="625CB7A7" w14:textId="77777777" w:rsidTr="00D65017">
        <w:tc>
          <w:tcPr>
            <w:tcW w:w="1104" w:type="dxa"/>
            <w:tcBorders>
              <w:bottom w:val="single" w:sz="4" w:space="0" w:color="000000"/>
            </w:tcBorders>
          </w:tcPr>
          <w:p w14:paraId="76D5A612" w14:textId="77777777" w:rsidR="005503B4" w:rsidRPr="00EE6DD3" w:rsidRDefault="005503B4" w:rsidP="00D65017">
            <w:r w:rsidRPr="00EE6DD3">
              <w:rPr>
                <w:rFonts w:eastAsia="SimSun"/>
                <w:sz w:val="14"/>
              </w:rPr>
              <w:t>SDG17</w:t>
            </w:r>
          </w:p>
        </w:tc>
        <w:tc>
          <w:tcPr>
            <w:tcW w:w="785" w:type="dxa"/>
            <w:tcBorders>
              <w:bottom w:val="single" w:sz="4" w:space="0" w:color="000000"/>
            </w:tcBorders>
          </w:tcPr>
          <w:p w14:paraId="7D50E96F" w14:textId="77777777" w:rsidR="005503B4" w:rsidRPr="00EE6DD3" w:rsidRDefault="005503B4" w:rsidP="00D65017">
            <w:pPr>
              <w:jc w:val="center"/>
            </w:pPr>
            <w:r w:rsidRPr="00EE6DD3">
              <w:rPr>
                <w:rFonts w:eastAsia="SimSun"/>
                <w:sz w:val="14"/>
              </w:rPr>
              <w:t>1,580,461</w:t>
            </w:r>
          </w:p>
        </w:tc>
        <w:tc>
          <w:tcPr>
            <w:tcW w:w="784" w:type="dxa"/>
            <w:tcBorders>
              <w:bottom w:val="single" w:sz="4" w:space="0" w:color="000000"/>
            </w:tcBorders>
          </w:tcPr>
          <w:p w14:paraId="241852EB" w14:textId="77777777" w:rsidR="005503B4" w:rsidRPr="00EE6DD3" w:rsidRDefault="005503B4" w:rsidP="00D65017">
            <w:pPr>
              <w:jc w:val="center"/>
            </w:pPr>
            <w:r w:rsidRPr="00EE6DD3">
              <w:rPr>
                <w:rFonts w:eastAsia="SimSun"/>
                <w:sz w:val="14"/>
              </w:rPr>
              <w:t>0.9922</w:t>
            </w:r>
          </w:p>
        </w:tc>
        <w:tc>
          <w:tcPr>
            <w:tcW w:w="768" w:type="dxa"/>
            <w:tcBorders>
              <w:bottom w:val="single" w:sz="4" w:space="0" w:color="000000"/>
            </w:tcBorders>
          </w:tcPr>
          <w:p w14:paraId="5431C422" w14:textId="77777777" w:rsidR="005503B4" w:rsidRPr="00EE6DD3" w:rsidRDefault="005503B4" w:rsidP="00D65017">
            <w:pPr>
              <w:jc w:val="center"/>
            </w:pPr>
            <w:r w:rsidRPr="00EE6DD3">
              <w:rPr>
                <w:rFonts w:eastAsia="SimSun"/>
                <w:sz w:val="14"/>
              </w:rPr>
              <w:t>0.0300</w:t>
            </w:r>
          </w:p>
        </w:tc>
        <w:tc>
          <w:tcPr>
            <w:tcW w:w="768" w:type="dxa"/>
            <w:tcBorders>
              <w:bottom w:val="single" w:sz="4" w:space="0" w:color="000000"/>
            </w:tcBorders>
          </w:tcPr>
          <w:p w14:paraId="143E2020" w14:textId="77777777" w:rsidR="005503B4" w:rsidRPr="00EE6DD3" w:rsidRDefault="005503B4" w:rsidP="00D65017">
            <w:pPr>
              <w:jc w:val="center"/>
            </w:pPr>
            <w:r w:rsidRPr="00EE6DD3">
              <w:rPr>
                <w:rFonts w:eastAsia="SimSun"/>
                <w:sz w:val="14"/>
              </w:rPr>
              <w:t>0.0583</w:t>
            </w:r>
          </w:p>
        </w:tc>
        <w:tc>
          <w:tcPr>
            <w:tcW w:w="784" w:type="dxa"/>
            <w:tcBorders>
              <w:bottom w:val="single" w:sz="4" w:space="0" w:color="000000"/>
            </w:tcBorders>
          </w:tcPr>
          <w:p w14:paraId="2E6321F3" w14:textId="77777777" w:rsidR="005503B4" w:rsidRPr="00EE6DD3" w:rsidRDefault="005503B4" w:rsidP="00D65017">
            <w:pPr>
              <w:jc w:val="center"/>
            </w:pPr>
            <w:r w:rsidRPr="00EE6DD3">
              <w:rPr>
                <w:rFonts w:eastAsia="SimSun"/>
                <w:sz w:val="14"/>
              </w:rPr>
              <w:t>1,713,679</w:t>
            </w:r>
          </w:p>
        </w:tc>
        <w:tc>
          <w:tcPr>
            <w:tcW w:w="784" w:type="dxa"/>
            <w:tcBorders>
              <w:bottom w:val="single" w:sz="4" w:space="0" w:color="000000"/>
            </w:tcBorders>
          </w:tcPr>
          <w:p w14:paraId="2C1A3534" w14:textId="77777777" w:rsidR="005503B4" w:rsidRPr="00EE6DD3" w:rsidRDefault="005503B4" w:rsidP="00D65017">
            <w:pPr>
              <w:jc w:val="center"/>
            </w:pPr>
            <w:r w:rsidRPr="00EE6DD3">
              <w:rPr>
                <w:rFonts w:eastAsia="SimSun"/>
                <w:sz w:val="14"/>
              </w:rPr>
              <w:t>0.9992</w:t>
            </w:r>
          </w:p>
        </w:tc>
        <w:tc>
          <w:tcPr>
            <w:tcW w:w="768" w:type="dxa"/>
            <w:tcBorders>
              <w:bottom w:val="single" w:sz="4" w:space="0" w:color="000000"/>
            </w:tcBorders>
          </w:tcPr>
          <w:p w14:paraId="0477E223" w14:textId="77777777" w:rsidR="005503B4" w:rsidRPr="00EE6DD3" w:rsidRDefault="005503B4" w:rsidP="00D65017">
            <w:pPr>
              <w:jc w:val="center"/>
            </w:pPr>
            <w:r w:rsidRPr="00EE6DD3">
              <w:rPr>
                <w:rFonts w:eastAsia="SimSun"/>
                <w:sz w:val="14"/>
              </w:rPr>
              <w:t>0.0279</w:t>
            </w:r>
          </w:p>
        </w:tc>
        <w:tc>
          <w:tcPr>
            <w:tcW w:w="768" w:type="dxa"/>
            <w:tcBorders>
              <w:bottom w:val="single" w:sz="4" w:space="0" w:color="000000"/>
            </w:tcBorders>
          </w:tcPr>
          <w:p w14:paraId="062B0ED1" w14:textId="77777777" w:rsidR="005503B4" w:rsidRPr="00EE6DD3" w:rsidRDefault="005503B4" w:rsidP="00D65017">
            <w:pPr>
              <w:jc w:val="center"/>
            </w:pPr>
            <w:r w:rsidRPr="00EE6DD3">
              <w:rPr>
                <w:rFonts w:eastAsia="SimSun"/>
                <w:sz w:val="14"/>
              </w:rPr>
              <w:t>0.0542</w:t>
            </w:r>
          </w:p>
        </w:tc>
        <w:tc>
          <w:tcPr>
            <w:tcW w:w="768" w:type="dxa"/>
            <w:tcBorders>
              <w:bottom w:val="single" w:sz="4" w:space="0" w:color="000000"/>
            </w:tcBorders>
          </w:tcPr>
          <w:p w14:paraId="3CE420F2" w14:textId="77777777" w:rsidR="005503B4" w:rsidRPr="00EE6DD3" w:rsidRDefault="005503B4" w:rsidP="00D65017">
            <w:pPr>
              <w:jc w:val="center"/>
            </w:pPr>
            <w:r w:rsidRPr="00EE6DD3">
              <w:rPr>
                <w:rFonts w:eastAsia="SimSun"/>
                <w:sz w:val="14"/>
              </w:rPr>
              <w:t>0.9464</w:t>
            </w:r>
          </w:p>
        </w:tc>
        <w:tc>
          <w:tcPr>
            <w:tcW w:w="775" w:type="dxa"/>
            <w:tcBorders>
              <w:bottom w:val="single" w:sz="4" w:space="0" w:color="000000"/>
            </w:tcBorders>
          </w:tcPr>
          <w:p w14:paraId="16D0C686" w14:textId="77777777" w:rsidR="005503B4" w:rsidRPr="00EE6DD3" w:rsidRDefault="005503B4" w:rsidP="00D65017">
            <w:pPr>
              <w:jc w:val="center"/>
            </w:pPr>
            <w:r w:rsidRPr="00EE6DD3">
              <w:rPr>
                <w:rFonts w:eastAsia="SimSun"/>
                <w:sz w:val="14"/>
              </w:rPr>
              <w:t>47,815</w:t>
            </w:r>
          </w:p>
        </w:tc>
      </w:tr>
    </w:tbl>
    <w:p w14:paraId="19FE6B9F" w14:textId="77777777" w:rsidR="005503B4" w:rsidRPr="00EE6DD3" w:rsidRDefault="005503B4" w:rsidP="005503B4">
      <w:pPr>
        <w:pStyle w:val="Heading3"/>
        <w:rPr>
          <w:rFonts w:cs="Times New Roman"/>
          <w:color w:val="auto"/>
        </w:rPr>
      </w:pPr>
      <w:r w:rsidRPr="00EE6DD3">
        <w:rPr>
          <w:rFonts w:eastAsia="SimSun" w:cs="Times New Roman"/>
          <w:color w:val="auto"/>
        </w:rPr>
        <w:t>S2.2 Threshold-Sensitivity Analysis</w:t>
      </w:r>
    </w:p>
    <w:p w14:paraId="50736018" w14:textId="77777777" w:rsidR="005503B4" w:rsidRPr="00EE6DD3" w:rsidRDefault="005503B4" w:rsidP="005503B4">
      <w:r w:rsidRPr="00EE6DD3">
        <w:rPr>
          <w:rFonts w:eastAsia="SimSun"/>
          <w:sz w:val="22"/>
        </w:rPr>
        <w:t>Figure S2B and Table S2D directly test whether this compression is driven by the choice of threshold. The answer is yes: when the threshold is lowered from 3 to 1, macro F1 increases from 0.169/0.190 to 0.366/0.375, and mean Jaccard rises from 0.097/0.093 to 0.230/0.217; conversely, when the threshold is raised to 4, all indicators decline further.</w:t>
      </w:r>
    </w:p>
    <w:p w14:paraId="753A4E6F" w14:textId="77777777" w:rsidR="005503B4" w:rsidRPr="00EE6DD3" w:rsidRDefault="005503B4" w:rsidP="005503B4">
      <w:r w:rsidRPr="00EE6DD3">
        <w:rPr>
          <w:rFonts w:eastAsia="SimSun"/>
          <w:sz w:val="22"/>
        </w:rPr>
        <w:t>The main-text choice of score &gt;= 3 is therefore not an arbitrarily selected failure case, but a substantive test of the conservative decision rule of retaining only high-confidence positives.</w:t>
      </w:r>
    </w:p>
    <w:p w14:paraId="58DFF0BC" w14:textId="77777777" w:rsidR="005503B4" w:rsidRPr="00EE6DD3" w:rsidRDefault="005503B4" w:rsidP="005503B4">
      <w:r w:rsidRPr="00EE6DD3">
        <w:rPr>
          <w:noProof/>
        </w:rPr>
        <w:lastRenderedPageBreak/>
        <w:drawing>
          <wp:inline distT="0" distB="0" distL="0" distR="0" wp14:anchorId="6A54FDED" wp14:editId="599E6B93">
            <wp:extent cx="5120640" cy="20709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5120640" cy="2070994"/>
                    </a:xfrm>
                    <a:prstGeom prst="rect">
                      <a:avLst/>
                    </a:prstGeom>
                  </pic:spPr>
                </pic:pic>
              </a:graphicData>
            </a:graphic>
          </wp:inline>
        </w:drawing>
      </w:r>
    </w:p>
    <w:p w14:paraId="2223323E" w14:textId="77777777" w:rsidR="005503B4" w:rsidRPr="00EE6DD3" w:rsidRDefault="005503B4" w:rsidP="005503B4">
      <w:pPr>
        <w:pStyle w:val="Caption"/>
        <w:rPr>
          <w:color w:val="auto"/>
        </w:rPr>
      </w:pPr>
      <w:r w:rsidRPr="00EE6DD3">
        <w:rPr>
          <w:b w:val="0"/>
          <w:color w:val="auto"/>
          <w:sz w:val="20"/>
        </w:rPr>
        <w:t>Figure S2B. Sensitivity of decision-level alignment to the binarization threshold. Panel A reports macro and micro F1 across thresholds; Panel B reports mean document-level Jaccard across thresholds.</w:t>
      </w:r>
    </w:p>
    <w:p w14:paraId="3B4B351D" w14:textId="77777777" w:rsidR="005503B4" w:rsidRPr="00EE6DD3" w:rsidRDefault="005503B4" w:rsidP="005503B4">
      <w:pPr>
        <w:pStyle w:val="Caption"/>
        <w:rPr>
          <w:color w:val="auto"/>
        </w:rPr>
      </w:pPr>
      <w:r w:rsidRPr="00EE6DD3">
        <w:rPr>
          <w:b w:val="0"/>
          <w:color w:val="auto"/>
          <w:sz w:val="20"/>
        </w:rPr>
        <w:t>Table S2D. Threshold sensitivity of decision-level alignment metrics.</w:t>
      </w:r>
    </w:p>
    <w:tbl>
      <w:tblPr>
        <w:tblStyle w:val="PaperFormat"/>
        <w:tblW w:w="0" w:type="auto"/>
        <w:tblLook w:val="04A0" w:firstRow="1" w:lastRow="0" w:firstColumn="1" w:lastColumn="0" w:noHBand="0" w:noVBand="1"/>
      </w:tblPr>
      <w:tblGrid>
        <w:gridCol w:w="832"/>
        <w:gridCol w:w="778"/>
        <w:gridCol w:w="778"/>
        <w:gridCol w:w="778"/>
        <w:gridCol w:w="778"/>
        <w:gridCol w:w="784"/>
        <w:gridCol w:w="778"/>
        <w:gridCol w:w="784"/>
        <w:gridCol w:w="778"/>
        <w:gridCol w:w="781"/>
        <w:gridCol w:w="781"/>
      </w:tblGrid>
      <w:tr w:rsidR="005503B4" w:rsidRPr="00EE6DD3" w14:paraId="23009861" w14:textId="77777777" w:rsidTr="00D65017">
        <w:tc>
          <w:tcPr>
            <w:tcW w:w="785" w:type="dxa"/>
          </w:tcPr>
          <w:p w14:paraId="4F41630A" w14:textId="77777777" w:rsidR="005503B4" w:rsidRPr="00EE6DD3" w:rsidRDefault="005503B4" w:rsidP="00D65017">
            <w:r w:rsidRPr="00EE6DD3">
              <w:rPr>
                <w:rFonts w:eastAsia="SimSun"/>
                <w:b/>
                <w:sz w:val="14"/>
              </w:rPr>
              <w:t>Threshold</w:t>
            </w:r>
          </w:p>
        </w:tc>
        <w:tc>
          <w:tcPr>
            <w:tcW w:w="785" w:type="dxa"/>
          </w:tcPr>
          <w:p w14:paraId="1A8157BE" w14:textId="77777777" w:rsidR="005503B4" w:rsidRPr="00EE6DD3" w:rsidRDefault="005503B4" w:rsidP="00D65017">
            <w:pPr>
              <w:jc w:val="center"/>
            </w:pPr>
            <w:r w:rsidRPr="00EE6DD3">
              <w:rPr>
                <w:rFonts w:eastAsia="SimSun"/>
                <w:b/>
                <w:sz w:val="14"/>
              </w:rPr>
              <w:t>Macro F1 (L,A)</w:t>
            </w:r>
          </w:p>
        </w:tc>
        <w:tc>
          <w:tcPr>
            <w:tcW w:w="785" w:type="dxa"/>
          </w:tcPr>
          <w:p w14:paraId="6F0FD715" w14:textId="77777777" w:rsidR="005503B4" w:rsidRPr="00EE6DD3" w:rsidRDefault="005503B4" w:rsidP="00D65017">
            <w:pPr>
              <w:jc w:val="center"/>
            </w:pPr>
            <w:r w:rsidRPr="00EE6DD3">
              <w:rPr>
                <w:rFonts w:eastAsia="SimSun"/>
                <w:b/>
                <w:sz w:val="14"/>
              </w:rPr>
              <w:t>Macro F1 (L,E)</w:t>
            </w:r>
          </w:p>
        </w:tc>
        <w:tc>
          <w:tcPr>
            <w:tcW w:w="785" w:type="dxa"/>
          </w:tcPr>
          <w:p w14:paraId="4DBB3046" w14:textId="77777777" w:rsidR="005503B4" w:rsidRPr="00EE6DD3" w:rsidRDefault="005503B4" w:rsidP="00D65017">
            <w:pPr>
              <w:jc w:val="center"/>
            </w:pPr>
            <w:r w:rsidRPr="00EE6DD3">
              <w:rPr>
                <w:rFonts w:eastAsia="SimSun"/>
                <w:b/>
                <w:sz w:val="14"/>
              </w:rPr>
              <w:t>Micro F1 (L,A)</w:t>
            </w:r>
          </w:p>
        </w:tc>
        <w:tc>
          <w:tcPr>
            <w:tcW w:w="785" w:type="dxa"/>
          </w:tcPr>
          <w:p w14:paraId="2137B9A2" w14:textId="77777777" w:rsidR="005503B4" w:rsidRPr="00EE6DD3" w:rsidRDefault="005503B4" w:rsidP="00D65017">
            <w:pPr>
              <w:jc w:val="center"/>
            </w:pPr>
            <w:r w:rsidRPr="00EE6DD3">
              <w:rPr>
                <w:rFonts w:eastAsia="SimSun"/>
                <w:b/>
                <w:sz w:val="14"/>
              </w:rPr>
              <w:t>Micro F1 (L,E)</w:t>
            </w:r>
          </w:p>
        </w:tc>
        <w:tc>
          <w:tcPr>
            <w:tcW w:w="785" w:type="dxa"/>
          </w:tcPr>
          <w:p w14:paraId="71D94B46" w14:textId="77777777" w:rsidR="005503B4" w:rsidRPr="00EE6DD3" w:rsidRDefault="005503B4" w:rsidP="00D65017">
            <w:pPr>
              <w:jc w:val="center"/>
            </w:pPr>
            <w:r w:rsidRPr="00EE6DD3">
              <w:rPr>
                <w:rFonts w:eastAsia="SimSun"/>
                <w:b/>
                <w:sz w:val="14"/>
              </w:rPr>
              <w:t>Macro Precision (L,A)</w:t>
            </w:r>
          </w:p>
        </w:tc>
        <w:tc>
          <w:tcPr>
            <w:tcW w:w="785" w:type="dxa"/>
          </w:tcPr>
          <w:p w14:paraId="3829AAF3" w14:textId="77777777" w:rsidR="005503B4" w:rsidRPr="00EE6DD3" w:rsidRDefault="005503B4" w:rsidP="00D65017">
            <w:pPr>
              <w:jc w:val="center"/>
            </w:pPr>
            <w:r w:rsidRPr="00EE6DD3">
              <w:rPr>
                <w:rFonts w:eastAsia="SimSun"/>
                <w:b/>
                <w:sz w:val="14"/>
              </w:rPr>
              <w:t>Macro Recall (L,A)</w:t>
            </w:r>
          </w:p>
        </w:tc>
        <w:tc>
          <w:tcPr>
            <w:tcW w:w="785" w:type="dxa"/>
          </w:tcPr>
          <w:p w14:paraId="3190031F" w14:textId="77777777" w:rsidR="005503B4" w:rsidRPr="00EE6DD3" w:rsidRDefault="005503B4" w:rsidP="00D65017">
            <w:pPr>
              <w:jc w:val="center"/>
            </w:pPr>
            <w:r w:rsidRPr="00EE6DD3">
              <w:rPr>
                <w:rFonts w:eastAsia="SimSun"/>
                <w:b/>
                <w:sz w:val="14"/>
              </w:rPr>
              <w:t>Macro Precision (L,E)</w:t>
            </w:r>
          </w:p>
        </w:tc>
        <w:tc>
          <w:tcPr>
            <w:tcW w:w="785" w:type="dxa"/>
          </w:tcPr>
          <w:p w14:paraId="7CD483BD" w14:textId="77777777" w:rsidR="005503B4" w:rsidRPr="00EE6DD3" w:rsidRDefault="005503B4" w:rsidP="00D65017">
            <w:pPr>
              <w:jc w:val="center"/>
            </w:pPr>
            <w:r w:rsidRPr="00EE6DD3">
              <w:rPr>
                <w:rFonts w:eastAsia="SimSun"/>
                <w:b/>
                <w:sz w:val="14"/>
              </w:rPr>
              <w:t>Macro Recall (L,E)</w:t>
            </w:r>
          </w:p>
        </w:tc>
        <w:tc>
          <w:tcPr>
            <w:tcW w:w="785" w:type="dxa"/>
          </w:tcPr>
          <w:p w14:paraId="7FCEF4CC" w14:textId="77777777" w:rsidR="005503B4" w:rsidRPr="00EE6DD3" w:rsidRDefault="005503B4" w:rsidP="00D65017">
            <w:pPr>
              <w:jc w:val="center"/>
            </w:pPr>
            <w:r w:rsidRPr="00EE6DD3">
              <w:rPr>
                <w:rFonts w:eastAsia="SimSun"/>
                <w:b/>
                <w:sz w:val="14"/>
              </w:rPr>
              <w:t>Mean Jaccard (L,A)</w:t>
            </w:r>
          </w:p>
        </w:tc>
        <w:tc>
          <w:tcPr>
            <w:tcW w:w="785" w:type="dxa"/>
          </w:tcPr>
          <w:p w14:paraId="41924227" w14:textId="77777777" w:rsidR="005503B4" w:rsidRPr="00EE6DD3" w:rsidRDefault="005503B4" w:rsidP="00D65017">
            <w:pPr>
              <w:jc w:val="center"/>
            </w:pPr>
            <w:r w:rsidRPr="00EE6DD3">
              <w:rPr>
                <w:rFonts w:eastAsia="SimSun"/>
                <w:b/>
                <w:sz w:val="14"/>
              </w:rPr>
              <w:t>Mean Jaccard (L,E)</w:t>
            </w:r>
          </w:p>
        </w:tc>
      </w:tr>
      <w:tr w:rsidR="005503B4" w:rsidRPr="00EE6DD3" w14:paraId="07887C0D" w14:textId="77777777" w:rsidTr="00D65017">
        <w:tc>
          <w:tcPr>
            <w:tcW w:w="785" w:type="dxa"/>
          </w:tcPr>
          <w:p w14:paraId="68E27C48" w14:textId="77777777" w:rsidR="005503B4" w:rsidRPr="00EE6DD3" w:rsidRDefault="005503B4" w:rsidP="00D65017">
            <w:r w:rsidRPr="00EE6DD3">
              <w:rPr>
                <w:rFonts w:eastAsia="SimSun"/>
                <w:sz w:val="14"/>
              </w:rPr>
              <w:t>1</w:t>
            </w:r>
          </w:p>
        </w:tc>
        <w:tc>
          <w:tcPr>
            <w:tcW w:w="785" w:type="dxa"/>
          </w:tcPr>
          <w:p w14:paraId="53C6B517" w14:textId="77777777" w:rsidR="005503B4" w:rsidRPr="00EE6DD3" w:rsidRDefault="005503B4" w:rsidP="00D65017">
            <w:pPr>
              <w:jc w:val="center"/>
            </w:pPr>
            <w:r w:rsidRPr="00EE6DD3">
              <w:rPr>
                <w:rFonts w:eastAsia="SimSun"/>
                <w:sz w:val="14"/>
              </w:rPr>
              <w:t>0.3655</w:t>
            </w:r>
          </w:p>
        </w:tc>
        <w:tc>
          <w:tcPr>
            <w:tcW w:w="785" w:type="dxa"/>
          </w:tcPr>
          <w:p w14:paraId="091E1285" w14:textId="77777777" w:rsidR="005503B4" w:rsidRPr="00EE6DD3" w:rsidRDefault="005503B4" w:rsidP="00D65017">
            <w:pPr>
              <w:jc w:val="center"/>
            </w:pPr>
            <w:r w:rsidRPr="00EE6DD3">
              <w:rPr>
                <w:rFonts w:eastAsia="SimSun"/>
                <w:sz w:val="14"/>
              </w:rPr>
              <w:t>0.3746</w:t>
            </w:r>
          </w:p>
        </w:tc>
        <w:tc>
          <w:tcPr>
            <w:tcW w:w="785" w:type="dxa"/>
          </w:tcPr>
          <w:p w14:paraId="61B91FA7" w14:textId="77777777" w:rsidR="005503B4" w:rsidRPr="00EE6DD3" w:rsidRDefault="005503B4" w:rsidP="00D65017">
            <w:pPr>
              <w:jc w:val="center"/>
            </w:pPr>
            <w:r w:rsidRPr="00EE6DD3">
              <w:rPr>
                <w:rFonts w:eastAsia="SimSun"/>
                <w:sz w:val="14"/>
              </w:rPr>
              <w:t>0.3922</w:t>
            </w:r>
          </w:p>
        </w:tc>
        <w:tc>
          <w:tcPr>
            <w:tcW w:w="785" w:type="dxa"/>
          </w:tcPr>
          <w:p w14:paraId="1600315F" w14:textId="77777777" w:rsidR="005503B4" w:rsidRPr="00EE6DD3" w:rsidRDefault="005503B4" w:rsidP="00D65017">
            <w:pPr>
              <w:jc w:val="center"/>
            </w:pPr>
            <w:r w:rsidRPr="00EE6DD3">
              <w:rPr>
                <w:rFonts w:eastAsia="SimSun"/>
                <w:sz w:val="14"/>
              </w:rPr>
              <w:t>0.3830</w:t>
            </w:r>
          </w:p>
        </w:tc>
        <w:tc>
          <w:tcPr>
            <w:tcW w:w="785" w:type="dxa"/>
          </w:tcPr>
          <w:p w14:paraId="2072CBFA" w14:textId="77777777" w:rsidR="005503B4" w:rsidRPr="00EE6DD3" w:rsidRDefault="005503B4" w:rsidP="00D65017">
            <w:pPr>
              <w:jc w:val="center"/>
            </w:pPr>
            <w:r w:rsidRPr="00EE6DD3">
              <w:rPr>
                <w:rFonts w:eastAsia="SimSun"/>
                <w:sz w:val="14"/>
              </w:rPr>
              <w:t>0.8879</w:t>
            </w:r>
          </w:p>
        </w:tc>
        <w:tc>
          <w:tcPr>
            <w:tcW w:w="785" w:type="dxa"/>
          </w:tcPr>
          <w:p w14:paraId="6F07EDB7" w14:textId="77777777" w:rsidR="005503B4" w:rsidRPr="00EE6DD3" w:rsidRDefault="005503B4" w:rsidP="00D65017">
            <w:pPr>
              <w:jc w:val="center"/>
            </w:pPr>
            <w:r w:rsidRPr="00EE6DD3">
              <w:rPr>
                <w:rFonts w:eastAsia="SimSun"/>
                <w:sz w:val="14"/>
              </w:rPr>
              <w:t>0.2454</w:t>
            </w:r>
          </w:p>
        </w:tc>
        <w:tc>
          <w:tcPr>
            <w:tcW w:w="785" w:type="dxa"/>
          </w:tcPr>
          <w:p w14:paraId="1E3772A7" w14:textId="77777777" w:rsidR="005503B4" w:rsidRPr="00EE6DD3" w:rsidRDefault="005503B4" w:rsidP="00D65017">
            <w:pPr>
              <w:jc w:val="center"/>
            </w:pPr>
            <w:r w:rsidRPr="00EE6DD3">
              <w:rPr>
                <w:rFonts w:eastAsia="SimSun"/>
                <w:sz w:val="14"/>
              </w:rPr>
              <w:t>0.8536</w:t>
            </w:r>
          </w:p>
        </w:tc>
        <w:tc>
          <w:tcPr>
            <w:tcW w:w="785" w:type="dxa"/>
          </w:tcPr>
          <w:p w14:paraId="50363D2B" w14:textId="77777777" w:rsidR="005503B4" w:rsidRPr="00EE6DD3" w:rsidRDefault="005503B4" w:rsidP="00D65017">
            <w:pPr>
              <w:jc w:val="center"/>
            </w:pPr>
            <w:r w:rsidRPr="00EE6DD3">
              <w:rPr>
                <w:rFonts w:eastAsia="SimSun"/>
                <w:sz w:val="14"/>
              </w:rPr>
              <w:t>0.2821</w:t>
            </w:r>
          </w:p>
        </w:tc>
        <w:tc>
          <w:tcPr>
            <w:tcW w:w="785" w:type="dxa"/>
          </w:tcPr>
          <w:p w14:paraId="4BD585EB" w14:textId="77777777" w:rsidR="005503B4" w:rsidRPr="00EE6DD3" w:rsidRDefault="005503B4" w:rsidP="00D65017">
            <w:pPr>
              <w:jc w:val="center"/>
            </w:pPr>
            <w:r w:rsidRPr="00EE6DD3">
              <w:rPr>
                <w:rFonts w:eastAsia="SimSun"/>
                <w:sz w:val="14"/>
              </w:rPr>
              <w:t>0.2296</w:t>
            </w:r>
          </w:p>
        </w:tc>
        <w:tc>
          <w:tcPr>
            <w:tcW w:w="785" w:type="dxa"/>
          </w:tcPr>
          <w:p w14:paraId="597F6668" w14:textId="77777777" w:rsidR="005503B4" w:rsidRPr="00EE6DD3" w:rsidRDefault="005503B4" w:rsidP="00D65017">
            <w:pPr>
              <w:jc w:val="center"/>
            </w:pPr>
            <w:r w:rsidRPr="00EE6DD3">
              <w:rPr>
                <w:rFonts w:eastAsia="SimSun"/>
                <w:sz w:val="14"/>
              </w:rPr>
              <w:t>0.2167</w:t>
            </w:r>
          </w:p>
        </w:tc>
      </w:tr>
      <w:tr w:rsidR="005503B4" w:rsidRPr="00EE6DD3" w14:paraId="0B9A3B49" w14:textId="77777777" w:rsidTr="00D65017">
        <w:tc>
          <w:tcPr>
            <w:tcW w:w="785" w:type="dxa"/>
          </w:tcPr>
          <w:p w14:paraId="1A0BB127" w14:textId="77777777" w:rsidR="005503B4" w:rsidRPr="00EE6DD3" w:rsidRDefault="005503B4" w:rsidP="00D65017">
            <w:r w:rsidRPr="00EE6DD3">
              <w:rPr>
                <w:rFonts w:eastAsia="SimSun"/>
                <w:sz w:val="14"/>
              </w:rPr>
              <w:t>2</w:t>
            </w:r>
          </w:p>
        </w:tc>
        <w:tc>
          <w:tcPr>
            <w:tcW w:w="785" w:type="dxa"/>
          </w:tcPr>
          <w:p w14:paraId="4D97E202" w14:textId="77777777" w:rsidR="005503B4" w:rsidRPr="00EE6DD3" w:rsidRDefault="005503B4" w:rsidP="00D65017">
            <w:pPr>
              <w:jc w:val="center"/>
            </w:pPr>
            <w:r w:rsidRPr="00EE6DD3">
              <w:rPr>
                <w:rFonts w:eastAsia="SimSun"/>
                <w:sz w:val="14"/>
              </w:rPr>
              <w:t>0.2333</w:t>
            </w:r>
          </w:p>
        </w:tc>
        <w:tc>
          <w:tcPr>
            <w:tcW w:w="785" w:type="dxa"/>
          </w:tcPr>
          <w:p w14:paraId="56C65372" w14:textId="77777777" w:rsidR="005503B4" w:rsidRPr="00EE6DD3" w:rsidRDefault="005503B4" w:rsidP="00D65017">
            <w:pPr>
              <w:jc w:val="center"/>
            </w:pPr>
            <w:r w:rsidRPr="00EE6DD3">
              <w:rPr>
                <w:rFonts w:eastAsia="SimSun"/>
                <w:sz w:val="14"/>
              </w:rPr>
              <w:t>0.2537</w:t>
            </w:r>
          </w:p>
        </w:tc>
        <w:tc>
          <w:tcPr>
            <w:tcW w:w="785" w:type="dxa"/>
          </w:tcPr>
          <w:p w14:paraId="117C2BC3" w14:textId="77777777" w:rsidR="005503B4" w:rsidRPr="00EE6DD3" w:rsidRDefault="005503B4" w:rsidP="00D65017">
            <w:pPr>
              <w:jc w:val="center"/>
            </w:pPr>
            <w:r w:rsidRPr="00EE6DD3">
              <w:rPr>
                <w:rFonts w:eastAsia="SimSun"/>
                <w:sz w:val="14"/>
              </w:rPr>
              <w:t>0.2509</w:t>
            </w:r>
          </w:p>
        </w:tc>
        <w:tc>
          <w:tcPr>
            <w:tcW w:w="785" w:type="dxa"/>
          </w:tcPr>
          <w:p w14:paraId="63A7882B" w14:textId="77777777" w:rsidR="005503B4" w:rsidRPr="00EE6DD3" w:rsidRDefault="005503B4" w:rsidP="00D65017">
            <w:pPr>
              <w:jc w:val="center"/>
            </w:pPr>
            <w:r w:rsidRPr="00EE6DD3">
              <w:rPr>
                <w:rFonts w:eastAsia="SimSun"/>
                <w:sz w:val="14"/>
              </w:rPr>
              <w:t>0.2493</w:t>
            </w:r>
          </w:p>
        </w:tc>
        <w:tc>
          <w:tcPr>
            <w:tcW w:w="785" w:type="dxa"/>
          </w:tcPr>
          <w:p w14:paraId="2D1FB988" w14:textId="77777777" w:rsidR="005503B4" w:rsidRPr="00EE6DD3" w:rsidRDefault="005503B4" w:rsidP="00D65017">
            <w:pPr>
              <w:jc w:val="center"/>
            </w:pPr>
            <w:r w:rsidRPr="00EE6DD3">
              <w:rPr>
                <w:rFonts w:eastAsia="SimSun"/>
                <w:sz w:val="14"/>
              </w:rPr>
              <w:t>0.9314</w:t>
            </w:r>
          </w:p>
        </w:tc>
        <w:tc>
          <w:tcPr>
            <w:tcW w:w="785" w:type="dxa"/>
          </w:tcPr>
          <w:p w14:paraId="351D5D11" w14:textId="77777777" w:rsidR="005503B4" w:rsidRPr="00EE6DD3" w:rsidRDefault="005503B4" w:rsidP="00D65017">
            <w:pPr>
              <w:jc w:val="center"/>
            </w:pPr>
            <w:r w:rsidRPr="00EE6DD3">
              <w:rPr>
                <w:rFonts w:eastAsia="SimSun"/>
                <w:sz w:val="14"/>
              </w:rPr>
              <w:t>0.1413</w:t>
            </w:r>
          </w:p>
        </w:tc>
        <w:tc>
          <w:tcPr>
            <w:tcW w:w="785" w:type="dxa"/>
          </w:tcPr>
          <w:p w14:paraId="428813AB" w14:textId="77777777" w:rsidR="005503B4" w:rsidRPr="00EE6DD3" w:rsidRDefault="005503B4" w:rsidP="00D65017">
            <w:pPr>
              <w:jc w:val="center"/>
            </w:pPr>
            <w:r w:rsidRPr="00EE6DD3">
              <w:rPr>
                <w:rFonts w:eastAsia="SimSun"/>
                <w:sz w:val="14"/>
              </w:rPr>
              <w:t>0.8994</w:t>
            </w:r>
          </w:p>
        </w:tc>
        <w:tc>
          <w:tcPr>
            <w:tcW w:w="785" w:type="dxa"/>
          </w:tcPr>
          <w:p w14:paraId="79674D53" w14:textId="77777777" w:rsidR="005503B4" w:rsidRPr="00EE6DD3" w:rsidRDefault="005503B4" w:rsidP="00D65017">
            <w:pPr>
              <w:jc w:val="center"/>
            </w:pPr>
            <w:r w:rsidRPr="00EE6DD3">
              <w:rPr>
                <w:rFonts w:eastAsia="SimSun"/>
                <w:sz w:val="14"/>
              </w:rPr>
              <w:t>0.1701</w:t>
            </w:r>
          </w:p>
        </w:tc>
        <w:tc>
          <w:tcPr>
            <w:tcW w:w="785" w:type="dxa"/>
          </w:tcPr>
          <w:p w14:paraId="0B0E70ED" w14:textId="77777777" w:rsidR="005503B4" w:rsidRPr="00EE6DD3" w:rsidRDefault="005503B4" w:rsidP="00D65017">
            <w:pPr>
              <w:jc w:val="center"/>
            </w:pPr>
            <w:r w:rsidRPr="00EE6DD3">
              <w:rPr>
                <w:rFonts w:eastAsia="SimSun"/>
                <w:sz w:val="14"/>
              </w:rPr>
              <w:t>0.1373</w:t>
            </w:r>
          </w:p>
        </w:tc>
        <w:tc>
          <w:tcPr>
            <w:tcW w:w="785" w:type="dxa"/>
          </w:tcPr>
          <w:p w14:paraId="440EECAB" w14:textId="77777777" w:rsidR="005503B4" w:rsidRPr="00EE6DD3" w:rsidRDefault="005503B4" w:rsidP="00D65017">
            <w:pPr>
              <w:jc w:val="center"/>
            </w:pPr>
            <w:r w:rsidRPr="00EE6DD3">
              <w:rPr>
                <w:rFonts w:eastAsia="SimSun"/>
                <w:sz w:val="14"/>
              </w:rPr>
              <w:t>0.1311</w:t>
            </w:r>
          </w:p>
        </w:tc>
      </w:tr>
      <w:tr w:rsidR="005503B4" w:rsidRPr="00EE6DD3" w14:paraId="7FC02C87" w14:textId="77777777" w:rsidTr="00D65017">
        <w:tc>
          <w:tcPr>
            <w:tcW w:w="785" w:type="dxa"/>
          </w:tcPr>
          <w:p w14:paraId="36E106DC" w14:textId="77777777" w:rsidR="005503B4" w:rsidRPr="00EE6DD3" w:rsidRDefault="005503B4" w:rsidP="00D65017">
            <w:r w:rsidRPr="00EE6DD3">
              <w:rPr>
                <w:rFonts w:eastAsia="SimSun"/>
                <w:sz w:val="14"/>
              </w:rPr>
              <w:t>3</w:t>
            </w:r>
          </w:p>
        </w:tc>
        <w:tc>
          <w:tcPr>
            <w:tcW w:w="785" w:type="dxa"/>
          </w:tcPr>
          <w:p w14:paraId="71D0E742" w14:textId="77777777" w:rsidR="005503B4" w:rsidRPr="00EE6DD3" w:rsidRDefault="005503B4" w:rsidP="00D65017">
            <w:pPr>
              <w:jc w:val="center"/>
            </w:pPr>
            <w:r w:rsidRPr="00EE6DD3">
              <w:rPr>
                <w:rFonts w:eastAsia="SimSun"/>
                <w:sz w:val="14"/>
              </w:rPr>
              <w:t>0.1692</w:t>
            </w:r>
          </w:p>
        </w:tc>
        <w:tc>
          <w:tcPr>
            <w:tcW w:w="785" w:type="dxa"/>
          </w:tcPr>
          <w:p w14:paraId="7644B7CC" w14:textId="77777777" w:rsidR="005503B4" w:rsidRPr="00EE6DD3" w:rsidRDefault="005503B4" w:rsidP="00D65017">
            <w:pPr>
              <w:jc w:val="center"/>
            </w:pPr>
            <w:r w:rsidRPr="00EE6DD3">
              <w:rPr>
                <w:rFonts w:eastAsia="SimSun"/>
                <w:sz w:val="14"/>
              </w:rPr>
              <w:t>0.1903</w:t>
            </w:r>
          </w:p>
        </w:tc>
        <w:tc>
          <w:tcPr>
            <w:tcW w:w="785" w:type="dxa"/>
          </w:tcPr>
          <w:p w14:paraId="454C11CF" w14:textId="77777777" w:rsidR="005503B4" w:rsidRPr="00EE6DD3" w:rsidRDefault="005503B4" w:rsidP="00D65017">
            <w:pPr>
              <w:jc w:val="center"/>
            </w:pPr>
            <w:r w:rsidRPr="00EE6DD3">
              <w:rPr>
                <w:rFonts w:eastAsia="SimSun"/>
                <w:sz w:val="14"/>
              </w:rPr>
              <w:t>0.1808</w:t>
            </w:r>
          </w:p>
        </w:tc>
        <w:tc>
          <w:tcPr>
            <w:tcW w:w="785" w:type="dxa"/>
          </w:tcPr>
          <w:p w14:paraId="1254000E" w14:textId="77777777" w:rsidR="005503B4" w:rsidRPr="00EE6DD3" w:rsidRDefault="005503B4" w:rsidP="00D65017">
            <w:pPr>
              <w:jc w:val="center"/>
            </w:pPr>
            <w:r w:rsidRPr="00EE6DD3">
              <w:rPr>
                <w:rFonts w:eastAsia="SimSun"/>
                <w:sz w:val="14"/>
              </w:rPr>
              <w:t>0.1812</w:t>
            </w:r>
          </w:p>
        </w:tc>
        <w:tc>
          <w:tcPr>
            <w:tcW w:w="785" w:type="dxa"/>
          </w:tcPr>
          <w:p w14:paraId="3B92C1FF" w14:textId="77777777" w:rsidR="005503B4" w:rsidRPr="00EE6DD3" w:rsidRDefault="005503B4" w:rsidP="00D65017">
            <w:pPr>
              <w:jc w:val="center"/>
            </w:pPr>
            <w:r w:rsidRPr="00EE6DD3">
              <w:rPr>
                <w:rFonts w:eastAsia="SimSun"/>
                <w:sz w:val="14"/>
              </w:rPr>
              <w:t>0.9463</w:t>
            </w:r>
          </w:p>
        </w:tc>
        <w:tc>
          <w:tcPr>
            <w:tcW w:w="785" w:type="dxa"/>
          </w:tcPr>
          <w:p w14:paraId="08293439" w14:textId="77777777" w:rsidR="005503B4" w:rsidRPr="00EE6DD3" w:rsidRDefault="005503B4" w:rsidP="00D65017">
            <w:pPr>
              <w:jc w:val="center"/>
            </w:pPr>
            <w:r w:rsidRPr="00EE6DD3">
              <w:rPr>
                <w:rFonts w:eastAsia="SimSun"/>
                <w:sz w:val="14"/>
              </w:rPr>
              <w:t>0.0975</w:t>
            </w:r>
          </w:p>
        </w:tc>
        <w:tc>
          <w:tcPr>
            <w:tcW w:w="785" w:type="dxa"/>
          </w:tcPr>
          <w:p w14:paraId="2FC5275B" w14:textId="77777777" w:rsidR="005503B4" w:rsidRPr="00EE6DD3" w:rsidRDefault="005503B4" w:rsidP="00D65017">
            <w:pPr>
              <w:jc w:val="center"/>
            </w:pPr>
            <w:r w:rsidRPr="00EE6DD3">
              <w:rPr>
                <w:rFonts w:eastAsia="SimSun"/>
                <w:sz w:val="14"/>
              </w:rPr>
              <w:t>0.9167</w:t>
            </w:r>
          </w:p>
        </w:tc>
        <w:tc>
          <w:tcPr>
            <w:tcW w:w="785" w:type="dxa"/>
          </w:tcPr>
          <w:p w14:paraId="39838DD3" w14:textId="77777777" w:rsidR="005503B4" w:rsidRPr="00EE6DD3" w:rsidRDefault="005503B4" w:rsidP="00D65017">
            <w:pPr>
              <w:jc w:val="center"/>
            </w:pPr>
            <w:r w:rsidRPr="00EE6DD3">
              <w:rPr>
                <w:rFonts w:eastAsia="SimSun"/>
                <w:sz w:val="14"/>
              </w:rPr>
              <w:t>0.1197</w:t>
            </w:r>
          </w:p>
        </w:tc>
        <w:tc>
          <w:tcPr>
            <w:tcW w:w="785" w:type="dxa"/>
          </w:tcPr>
          <w:p w14:paraId="06E4A13C" w14:textId="77777777" w:rsidR="005503B4" w:rsidRPr="00EE6DD3" w:rsidRDefault="005503B4" w:rsidP="00D65017">
            <w:pPr>
              <w:jc w:val="center"/>
            </w:pPr>
            <w:r w:rsidRPr="00EE6DD3">
              <w:rPr>
                <w:rFonts w:eastAsia="SimSun"/>
                <w:sz w:val="14"/>
              </w:rPr>
              <w:t>0.0972</w:t>
            </w:r>
          </w:p>
        </w:tc>
        <w:tc>
          <w:tcPr>
            <w:tcW w:w="785" w:type="dxa"/>
          </w:tcPr>
          <w:p w14:paraId="0C0A3C83" w14:textId="77777777" w:rsidR="005503B4" w:rsidRPr="00EE6DD3" w:rsidRDefault="005503B4" w:rsidP="00D65017">
            <w:pPr>
              <w:jc w:val="center"/>
            </w:pPr>
            <w:r w:rsidRPr="00EE6DD3">
              <w:rPr>
                <w:rFonts w:eastAsia="SimSun"/>
                <w:sz w:val="14"/>
              </w:rPr>
              <w:t>0.0932</w:t>
            </w:r>
          </w:p>
        </w:tc>
      </w:tr>
      <w:tr w:rsidR="005503B4" w:rsidRPr="00EE6DD3" w14:paraId="780A5FBE" w14:textId="77777777" w:rsidTr="00D65017">
        <w:tc>
          <w:tcPr>
            <w:tcW w:w="785" w:type="dxa"/>
            <w:tcBorders>
              <w:bottom w:val="single" w:sz="4" w:space="0" w:color="000000"/>
            </w:tcBorders>
          </w:tcPr>
          <w:p w14:paraId="0A792710" w14:textId="77777777" w:rsidR="005503B4" w:rsidRPr="00EE6DD3" w:rsidRDefault="005503B4" w:rsidP="00D65017">
            <w:r w:rsidRPr="00EE6DD3">
              <w:rPr>
                <w:rFonts w:eastAsia="SimSun"/>
                <w:sz w:val="14"/>
              </w:rPr>
              <w:t>4</w:t>
            </w:r>
          </w:p>
        </w:tc>
        <w:tc>
          <w:tcPr>
            <w:tcW w:w="785" w:type="dxa"/>
            <w:tcBorders>
              <w:bottom w:val="single" w:sz="4" w:space="0" w:color="000000"/>
            </w:tcBorders>
          </w:tcPr>
          <w:p w14:paraId="64DC5991" w14:textId="77777777" w:rsidR="005503B4" w:rsidRPr="00EE6DD3" w:rsidRDefault="005503B4" w:rsidP="00D65017">
            <w:pPr>
              <w:jc w:val="center"/>
            </w:pPr>
            <w:r w:rsidRPr="00EE6DD3">
              <w:rPr>
                <w:rFonts w:eastAsia="SimSun"/>
                <w:sz w:val="14"/>
              </w:rPr>
              <w:t>0.1008</w:t>
            </w:r>
          </w:p>
        </w:tc>
        <w:tc>
          <w:tcPr>
            <w:tcW w:w="785" w:type="dxa"/>
            <w:tcBorders>
              <w:bottom w:val="single" w:sz="4" w:space="0" w:color="000000"/>
            </w:tcBorders>
          </w:tcPr>
          <w:p w14:paraId="7464F7D3" w14:textId="77777777" w:rsidR="005503B4" w:rsidRPr="00EE6DD3" w:rsidRDefault="005503B4" w:rsidP="00D65017">
            <w:pPr>
              <w:jc w:val="center"/>
            </w:pPr>
            <w:r w:rsidRPr="00EE6DD3">
              <w:rPr>
                <w:rFonts w:eastAsia="SimSun"/>
                <w:sz w:val="14"/>
              </w:rPr>
              <w:t>0.1157</w:t>
            </w:r>
          </w:p>
        </w:tc>
        <w:tc>
          <w:tcPr>
            <w:tcW w:w="785" w:type="dxa"/>
            <w:tcBorders>
              <w:bottom w:val="single" w:sz="4" w:space="0" w:color="000000"/>
            </w:tcBorders>
          </w:tcPr>
          <w:p w14:paraId="608445EC" w14:textId="77777777" w:rsidR="005503B4" w:rsidRPr="00EE6DD3" w:rsidRDefault="005503B4" w:rsidP="00D65017">
            <w:pPr>
              <w:jc w:val="center"/>
            </w:pPr>
            <w:r w:rsidRPr="00EE6DD3">
              <w:rPr>
                <w:rFonts w:eastAsia="SimSun"/>
                <w:sz w:val="14"/>
              </w:rPr>
              <w:t>0.1060</w:t>
            </w:r>
          </w:p>
        </w:tc>
        <w:tc>
          <w:tcPr>
            <w:tcW w:w="785" w:type="dxa"/>
            <w:tcBorders>
              <w:bottom w:val="single" w:sz="4" w:space="0" w:color="000000"/>
            </w:tcBorders>
          </w:tcPr>
          <w:p w14:paraId="4D7B5AB5" w14:textId="77777777" w:rsidR="005503B4" w:rsidRPr="00EE6DD3" w:rsidRDefault="005503B4" w:rsidP="00D65017">
            <w:pPr>
              <w:jc w:val="center"/>
            </w:pPr>
            <w:r w:rsidRPr="00EE6DD3">
              <w:rPr>
                <w:rFonts w:eastAsia="SimSun"/>
                <w:sz w:val="14"/>
              </w:rPr>
              <w:t>0.1082</w:t>
            </w:r>
          </w:p>
        </w:tc>
        <w:tc>
          <w:tcPr>
            <w:tcW w:w="785" w:type="dxa"/>
            <w:tcBorders>
              <w:bottom w:val="single" w:sz="4" w:space="0" w:color="000000"/>
            </w:tcBorders>
          </w:tcPr>
          <w:p w14:paraId="1053A1C8" w14:textId="77777777" w:rsidR="005503B4" w:rsidRPr="00EE6DD3" w:rsidRDefault="005503B4" w:rsidP="00D65017">
            <w:pPr>
              <w:jc w:val="center"/>
            </w:pPr>
            <w:r w:rsidRPr="00EE6DD3">
              <w:rPr>
                <w:rFonts w:eastAsia="SimSun"/>
                <w:sz w:val="14"/>
              </w:rPr>
              <w:t>0.9601</w:t>
            </w:r>
          </w:p>
        </w:tc>
        <w:tc>
          <w:tcPr>
            <w:tcW w:w="785" w:type="dxa"/>
            <w:tcBorders>
              <w:bottom w:val="single" w:sz="4" w:space="0" w:color="000000"/>
            </w:tcBorders>
          </w:tcPr>
          <w:p w14:paraId="737228D4" w14:textId="77777777" w:rsidR="005503B4" w:rsidRPr="00EE6DD3" w:rsidRDefault="005503B4" w:rsidP="00D65017">
            <w:pPr>
              <w:jc w:val="center"/>
            </w:pPr>
            <w:r w:rsidRPr="00EE6DD3">
              <w:rPr>
                <w:rFonts w:eastAsia="SimSun"/>
                <w:sz w:val="14"/>
              </w:rPr>
              <w:t>0.0552</w:t>
            </w:r>
          </w:p>
        </w:tc>
        <w:tc>
          <w:tcPr>
            <w:tcW w:w="785" w:type="dxa"/>
            <w:tcBorders>
              <w:bottom w:val="single" w:sz="4" w:space="0" w:color="000000"/>
            </w:tcBorders>
          </w:tcPr>
          <w:p w14:paraId="7D954F8A" w14:textId="77777777" w:rsidR="005503B4" w:rsidRPr="00EE6DD3" w:rsidRDefault="005503B4" w:rsidP="00D65017">
            <w:pPr>
              <w:jc w:val="center"/>
            </w:pPr>
            <w:r w:rsidRPr="00EE6DD3">
              <w:rPr>
                <w:rFonts w:eastAsia="SimSun"/>
                <w:sz w:val="14"/>
              </w:rPr>
              <w:t>0.9313</w:t>
            </w:r>
          </w:p>
        </w:tc>
        <w:tc>
          <w:tcPr>
            <w:tcW w:w="785" w:type="dxa"/>
            <w:tcBorders>
              <w:bottom w:val="single" w:sz="4" w:space="0" w:color="000000"/>
            </w:tcBorders>
          </w:tcPr>
          <w:p w14:paraId="64194B01" w14:textId="77777777" w:rsidR="005503B4" w:rsidRPr="00EE6DD3" w:rsidRDefault="005503B4" w:rsidP="00D65017">
            <w:pPr>
              <w:jc w:val="center"/>
            </w:pPr>
            <w:r w:rsidRPr="00EE6DD3">
              <w:rPr>
                <w:rFonts w:eastAsia="SimSun"/>
                <w:sz w:val="14"/>
              </w:rPr>
              <w:t>0.0666</w:t>
            </w:r>
          </w:p>
        </w:tc>
        <w:tc>
          <w:tcPr>
            <w:tcW w:w="785" w:type="dxa"/>
            <w:tcBorders>
              <w:bottom w:val="single" w:sz="4" w:space="0" w:color="000000"/>
            </w:tcBorders>
          </w:tcPr>
          <w:p w14:paraId="395F5887" w14:textId="77777777" w:rsidR="005503B4" w:rsidRPr="00EE6DD3" w:rsidRDefault="005503B4" w:rsidP="00D65017">
            <w:pPr>
              <w:jc w:val="center"/>
            </w:pPr>
            <w:r w:rsidRPr="00EE6DD3">
              <w:rPr>
                <w:rFonts w:eastAsia="SimSun"/>
                <w:sz w:val="14"/>
              </w:rPr>
              <w:t>0.0562</w:t>
            </w:r>
          </w:p>
        </w:tc>
        <w:tc>
          <w:tcPr>
            <w:tcW w:w="785" w:type="dxa"/>
            <w:tcBorders>
              <w:bottom w:val="single" w:sz="4" w:space="0" w:color="000000"/>
            </w:tcBorders>
          </w:tcPr>
          <w:p w14:paraId="19D413DA" w14:textId="77777777" w:rsidR="005503B4" w:rsidRPr="00EE6DD3" w:rsidRDefault="005503B4" w:rsidP="00D65017">
            <w:pPr>
              <w:jc w:val="center"/>
            </w:pPr>
            <w:r w:rsidRPr="00EE6DD3">
              <w:rPr>
                <w:rFonts w:eastAsia="SimSun"/>
                <w:sz w:val="14"/>
              </w:rPr>
              <w:t>0.0545</w:t>
            </w:r>
          </w:p>
        </w:tc>
      </w:tr>
    </w:tbl>
    <w:p w14:paraId="4107FC27" w14:textId="77777777" w:rsidR="005503B4" w:rsidRPr="00EE6DD3" w:rsidRDefault="005503B4" w:rsidP="005503B4">
      <w:pPr>
        <w:pStyle w:val="Heading3"/>
        <w:rPr>
          <w:rFonts w:cs="Times New Roman"/>
          <w:color w:val="auto"/>
        </w:rPr>
      </w:pPr>
      <w:r w:rsidRPr="00EE6DD3">
        <w:rPr>
          <w:rFonts w:eastAsia="SimSun" w:cs="Times New Roman"/>
          <w:color w:val="auto"/>
        </w:rPr>
        <w:t>S2.3 Document-Level Overlap Stratified by Year and Field</w:t>
      </w:r>
    </w:p>
    <w:p w14:paraId="6A612EDF" w14:textId="77777777" w:rsidR="005503B4" w:rsidRPr="00EE6DD3" w:rsidRDefault="005503B4" w:rsidP="005503B4">
      <w:r w:rsidRPr="00EE6DD3">
        <w:rPr>
          <w:rFonts w:eastAsia="SimSun"/>
          <w:sz w:val="22"/>
        </w:rPr>
        <w:t xml:space="preserve">Tables S2B and S2C supplement the document-level Jaccard results with year- and field-level stratification. Over time, overlap between the LLM and the rule-based systems increases only slowly, and the median remains near 0.0833 for a long period; across fields, Jaccard is relatively higher in </w:t>
      </w:r>
      <w:bookmarkStart w:id="0" w:name="OLE_LINK34"/>
      <w:r w:rsidRPr="00EE6DD3">
        <w:rPr>
          <w:rFonts w:eastAsia="SimSun"/>
          <w:sz w:val="22"/>
        </w:rPr>
        <w:t>Political science</w:t>
      </w:r>
      <w:bookmarkEnd w:id="0"/>
      <w:r w:rsidRPr="00EE6DD3">
        <w:rPr>
          <w:rFonts w:eastAsia="SimSun"/>
          <w:sz w:val="22"/>
        </w:rPr>
        <w:t>, Environmental science, Geography, and Business, and lowest in Philosophy, Physics, Mathematics, and Art.</w:t>
      </w:r>
    </w:p>
    <w:p w14:paraId="2D4FFE86" w14:textId="77777777" w:rsidR="005503B4" w:rsidRPr="00EE6DD3" w:rsidRDefault="005503B4" w:rsidP="005503B4">
      <w:pPr>
        <w:pStyle w:val="Caption"/>
        <w:rPr>
          <w:color w:val="auto"/>
        </w:rPr>
      </w:pPr>
      <w:r w:rsidRPr="00EE6DD3">
        <w:rPr>
          <w:b w:val="0"/>
          <w:color w:val="auto"/>
          <w:sz w:val="20"/>
        </w:rPr>
        <w:t>Table S2B. Year-wise document-level Jaccard overlap.</w:t>
      </w:r>
    </w:p>
    <w:tbl>
      <w:tblPr>
        <w:tblStyle w:val="PaperFormat"/>
        <w:tblW w:w="0" w:type="auto"/>
        <w:tblLook w:val="04A0" w:firstRow="1" w:lastRow="0" w:firstColumn="1" w:lastColumn="0" w:noHBand="0" w:noVBand="1"/>
      </w:tblPr>
      <w:tblGrid>
        <w:gridCol w:w="1232"/>
        <w:gridCol w:w="1233"/>
        <w:gridCol w:w="1233"/>
        <w:gridCol w:w="1233"/>
        <w:gridCol w:w="1233"/>
        <w:gridCol w:w="1233"/>
        <w:gridCol w:w="1233"/>
      </w:tblGrid>
      <w:tr w:rsidR="005503B4" w:rsidRPr="00EE6DD3" w14:paraId="35324AFD" w14:textId="77777777" w:rsidTr="00D65017">
        <w:tc>
          <w:tcPr>
            <w:tcW w:w="1234" w:type="dxa"/>
          </w:tcPr>
          <w:p w14:paraId="70E42887" w14:textId="77777777" w:rsidR="005503B4" w:rsidRPr="00EE6DD3" w:rsidRDefault="005503B4" w:rsidP="00D65017">
            <w:r w:rsidRPr="00EE6DD3">
              <w:rPr>
                <w:rFonts w:eastAsia="SimSun"/>
                <w:b/>
                <w:sz w:val="15"/>
              </w:rPr>
              <w:t>Year</w:t>
            </w:r>
          </w:p>
        </w:tc>
        <w:tc>
          <w:tcPr>
            <w:tcW w:w="1234" w:type="dxa"/>
          </w:tcPr>
          <w:p w14:paraId="7BF3B8AD" w14:textId="77777777" w:rsidR="005503B4" w:rsidRPr="00EE6DD3" w:rsidRDefault="005503B4" w:rsidP="00D65017">
            <w:pPr>
              <w:jc w:val="center"/>
            </w:pPr>
            <w:r w:rsidRPr="00EE6DD3">
              <w:rPr>
                <w:rFonts w:eastAsia="SimSun"/>
                <w:b/>
                <w:sz w:val="15"/>
              </w:rPr>
              <w:t>Mean Jaccard (L,A)</w:t>
            </w:r>
          </w:p>
        </w:tc>
        <w:tc>
          <w:tcPr>
            <w:tcW w:w="1234" w:type="dxa"/>
          </w:tcPr>
          <w:p w14:paraId="5000CBCB" w14:textId="77777777" w:rsidR="005503B4" w:rsidRPr="00EE6DD3" w:rsidRDefault="005503B4" w:rsidP="00D65017">
            <w:pPr>
              <w:jc w:val="center"/>
            </w:pPr>
            <w:r w:rsidRPr="00EE6DD3">
              <w:rPr>
                <w:rFonts w:eastAsia="SimSun"/>
                <w:b/>
                <w:sz w:val="15"/>
              </w:rPr>
              <w:t>Median Jaccard (L,A)</w:t>
            </w:r>
          </w:p>
        </w:tc>
        <w:tc>
          <w:tcPr>
            <w:tcW w:w="1234" w:type="dxa"/>
          </w:tcPr>
          <w:p w14:paraId="499709D4" w14:textId="77777777" w:rsidR="005503B4" w:rsidRPr="00EE6DD3" w:rsidRDefault="005503B4" w:rsidP="00D65017">
            <w:pPr>
              <w:jc w:val="center"/>
            </w:pPr>
            <w:r w:rsidRPr="00EE6DD3">
              <w:rPr>
                <w:rFonts w:eastAsia="SimSun"/>
                <w:b/>
                <w:sz w:val="15"/>
              </w:rPr>
              <w:t>Mean Jaccard (L,E)</w:t>
            </w:r>
          </w:p>
        </w:tc>
        <w:tc>
          <w:tcPr>
            <w:tcW w:w="1234" w:type="dxa"/>
          </w:tcPr>
          <w:p w14:paraId="4260F71D" w14:textId="77777777" w:rsidR="005503B4" w:rsidRPr="00EE6DD3" w:rsidRDefault="005503B4" w:rsidP="00D65017">
            <w:pPr>
              <w:jc w:val="center"/>
            </w:pPr>
            <w:r w:rsidRPr="00EE6DD3">
              <w:rPr>
                <w:rFonts w:eastAsia="SimSun"/>
                <w:b/>
                <w:sz w:val="15"/>
              </w:rPr>
              <w:t>Median Jaccard (L,E)</w:t>
            </w:r>
          </w:p>
        </w:tc>
        <w:tc>
          <w:tcPr>
            <w:tcW w:w="1234" w:type="dxa"/>
          </w:tcPr>
          <w:p w14:paraId="1CF4D8FF" w14:textId="77777777" w:rsidR="005503B4" w:rsidRPr="00EE6DD3" w:rsidRDefault="005503B4" w:rsidP="00D65017">
            <w:pPr>
              <w:jc w:val="center"/>
            </w:pPr>
            <w:r w:rsidRPr="00EE6DD3">
              <w:rPr>
                <w:rFonts w:eastAsia="SimSun"/>
                <w:b/>
                <w:sz w:val="15"/>
              </w:rPr>
              <w:t>Mean Jaccard (A,E)</w:t>
            </w:r>
          </w:p>
        </w:tc>
        <w:tc>
          <w:tcPr>
            <w:tcW w:w="1234" w:type="dxa"/>
          </w:tcPr>
          <w:p w14:paraId="783570B8" w14:textId="77777777" w:rsidR="005503B4" w:rsidRPr="00EE6DD3" w:rsidRDefault="005503B4" w:rsidP="00D65017">
            <w:pPr>
              <w:jc w:val="center"/>
            </w:pPr>
            <w:r w:rsidRPr="00EE6DD3">
              <w:rPr>
                <w:rFonts w:eastAsia="SimSun"/>
                <w:b/>
                <w:sz w:val="15"/>
              </w:rPr>
              <w:t>Median Jaccard (A,E)</w:t>
            </w:r>
          </w:p>
        </w:tc>
      </w:tr>
      <w:tr w:rsidR="005503B4" w:rsidRPr="00EE6DD3" w14:paraId="6FEBE276" w14:textId="77777777" w:rsidTr="00D65017">
        <w:tc>
          <w:tcPr>
            <w:tcW w:w="1234" w:type="dxa"/>
          </w:tcPr>
          <w:p w14:paraId="6573A765" w14:textId="77777777" w:rsidR="005503B4" w:rsidRPr="00EE6DD3" w:rsidRDefault="005503B4" w:rsidP="00D65017">
            <w:r w:rsidRPr="00EE6DD3">
              <w:rPr>
                <w:rFonts w:eastAsia="SimSun"/>
                <w:sz w:val="15"/>
              </w:rPr>
              <w:t>2015</w:t>
            </w:r>
          </w:p>
        </w:tc>
        <w:tc>
          <w:tcPr>
            <w:tcW w:w="1234" w:type="dxa"/>
          </w:tcPr>
          <w:p w14:paraId="20E9C594" w14:textId="77777777" w:rsidR="005503B4" w:rsidRPr="00EE6DD3" w:rsidRDefault="005503B4" w:rsidP="00D65017">
            <w:pPr>
              <w:jc w:val="center"/>
            </w:pPr>
            <w:r w:rsidRPr="00EE6DD3">
              <w:rPr>
                <w:rFonts w:eastAsia="SimSun"/>
                <w:sz w:val="15"/>
              </w:rPr>
              <w:t>0.0938</w:t>
            </w:r>
          </w:p>
        </w:tc>
        <w:tc>
          <w:tcPr>
            <w:tcW w:w="1234" w:type="dxa"/>
          </w:tcPr>
          <w:p w14:paraId="434D8A38" w14:textId="77777777" w:rsidR="005503B4" w:rsidRPr="00EE6DD3" w:rsidRDefault="005503B4" w:rsidP="00D65017">
            <w:pPr>
              <w:jc w:val="center"/>
            </w:pPr>
            <w:r w:rsidRPr="00EE6DD3">
              <w:rPr>
                <w:rFonts w:eastAsia="SimSun"/>
                <w:sz w:val="15"/>
              </w:rPr>
              <w:t>0.0769</w:t>
            </w:r>
          </w:p>
        </w:tc>
        <w:tc>
          <w:tcPr>
            <w:tcW w:w="1234" w:type="dxa"/>
          </w:tcPr>
          <w:p w14:paraId="10BC5CD0" w14:textId="77777777" w:rsidR="005503B4" w:rsidRPr="00EE6DD3" w:rsidRDefault="005503B4" w:rsidP="00D65017">
            <w:pPr>
              <w:jc w:val="center"/>
            </w:pPr>
            <w:r w:rsidRPr="00EE6DD3">
              <w:rPr>
                <w:rFonts w:eastAsia="SimSun"/>
                <w:sz w:val="15"/>
              </w:rPr>
              <w:t>0.0891</w:t>
            </w:r>
          </w:p>
        </w:tc>
        <w:tc>
          <w:tcPr>
            <w:tcW w:w="1234" w:type="dxa"/>
          </w:tcPr>
          <w:p w14:paraId="25416291" w14:textId="77777777" w:rsidR="005503B4" w:rsidRPr="00EE6DD3" w:rsidRDefault="005503B4" w:rsidP="00D65017">
            <w:pPr>
              <w:jc w:val="center"/>
            </w:pPr>
            <w:r w:rsidRPr="00EE6DD3">
              <w:rPr>
                <w:rFonts w:eastAsia="SimSun"/>
                <w:sz w:val="15"/>
              </w:rPr>
              <w:t>0.0833</w:t>
            </w:r>
          </w:p>
        </w:tc>
        <w:tc>
          <w:tcPr>
            <w:tcW w:w="1234" w:type="dxa"/>
          </w:tcPr>
          <w:p w14:paraId="586F27B2" w14:textId="77777777" w:rsidR="005503B4" w:rsidRPr="00EE6DD3" w:rsidRDefault="005503B4" w:rsidP="00D65017">
            <w:pPr>
              <w:jc w:val="center"/>
            </w:pPr>
            <w:r w:rsidRPr="00EE6DD3">
              <w:rPr>
                <w:rFonts w:eastAsia="SimSun"/>
                <w:sz w:val="15"/>
              </w:rPr>
              <w:t>0.5515</w:t>
            </w:r>
          </w:p>
        </w:tc>
        <w:tc>
          <w:tcPr>
            <w:tcW w:w="1234" w:type="dxa"/>
          </w:tcPr>
          <w:p w14:paraId="3B52BB65" w14:textId="77777777" w:rsidR="005503B4" w:rsidRPr="00EE6DD3" w:rsidRDefault="005503B4" w:rsidP="00D65017">
            <w:pPr>
              <w:jc w:val="center"/>
            </w:pPr>
            <w:r w:rsidRPr="00EE6DD3">
              <w:rPr>
                <w:rFonts w:eastAsia="SimSun"/>
                <w:sz w:val="15"/>
              </w:rPr>
              <w:t>0.5625</w:t>
            </w:r>
          </w:p>
        </w:tc>
      </w:tr>
      <w:tr w:rsidR="005503B4" w:rsidRPr="00EE6DD3" w14:paraId="3198C793" w14:textId="77777777" w:rsidTr="00D65017">
        <w:tc>
          <w:tcPr>
            <w:tcW w:w="1234" w:type="dxa"/>
          </w:tcPr>
          <w:p w14:paraId="475BC1BA" w14:textId="77777777" w:rsidR="005503B4" w:rsidRPr="00EE6DD3" w:rsidRDefault="005503B4" w:rsidP="00D65017">
            <w:r w:rsidRPr="00EE6DD3">
              <w:rPr>
                <w:rFonts w:eastAsia="SimSun"/>
                <w:sz w:val="15"/>
              </w:rPr>
              <w:t>2016</w:t>
            </w:r>
          </w:p>
        </w:tc>
        <w:tc>
          <w:tcPr>
            <w:tcW w:w="1234" w:type="dxa"/>
          </w:tcPr>
          <w:p w14:paraId="2623D5F6" w14:textId="77777777" w:rsidR="005503B4" w:rsidRPr="00EE6DD3" w:rsidRDefault="005503B4" w:rsidP="00D65017">
            <w:pPr>
              <w:jc w:val="center"/>
            </w:pPr>
            <w:r w:rsidRPr="00EE6DD3">
              <w:rPr>
                <w:rFonts w:eastAsia="SimSun"/>
                <w:sz w:val="15"/>
              </w:rPr>
              <w:t>0.0949</w:t>
            </w:r>
          </w:p>
        </w:tc>
        <w:tc>
          <w:tcPr>
            <w:tcW w:w="1234" w:type="dxa"/>
          </w:tcPr>
          <w:p w14:paraId="47D40C98" w14:textId="77777777" w:rsidR="005503B4" w:rsidRPr="00EE6DD3" w:rsidRDefault="005503B4" w:rsidP="00D65017">
            <w:pPr>
              <w:jc w:val="center"/>
            </w:pPr>
            <w:r w:rsidRPr="00EE6DD3">
              <w:rPr>
                <w:rFonts w:eastAsia="SimSun"/>
                <w:sz w:val="15"/>
              </w:rPr>
              <w:t>0.0833</w:t>
            </w:r>
          </w:p>
        </w:tc>
        <w:tc>
          <w:tcPr>
            <w:tcW w:w="1234" w:type="dxa"/>
          </w:tcPr>
          <w:p w14:paraId="2CF3EEF9" w14:textId="77777777" w:rsidR="005503B4" w:rsidRPr="00EE6DD3" w:rsidRDefault="005503B4" w:rsidP="00D65017">
            <w:pPr>
              <w:jc w:val="center"/>
            </w:pPr>
            <w:r w:rsidRPr="00EE6DD3">
              <w:rPr>
                <w:rFonts w:eastAsia="SimSun"/>
                <w:sz w:val="15"/>
              </w:rPr>
              <w:t>0.0901</w:t>
            </w:r>
          </w:p>
        </w:tc>
        <w:tc>
          <w:tcPr>
            <w:tcW w:w="1234" w:type="dxa"/>
          </w:tcPr>
          <w:p w14:paraId="25239270" w14:textId="77777777" w:rsidR="005503B4" w:rsidRPr="00EE6DD3" w:rsidRDefault="005503B4" w:rsidP="00D65017">
            <w:pPr>
              <w:jc w:val="center"/>
            </w:pPr>
            <w:r w:rsidRPr="00EE6DD3">
              <w:rPr>
                <w:rFonts w:eastAsia="SimSun"/>
                <w:sz w:val="15"/>
              </w:rPr>
              <w:t>0.0833</w:t>
            </w:r>
          </w:p>
        </w:tc>
        <w:tc>
          <w:tcPr>
            <w:tcW w:w="1234" w:type="dxa"/>
          </w:tcPr>
          <w:p w14:paraId="60B58D34" w14:textId="77777777" w:rsidR="005503B4" w:rsidRPr="00EE6DD3" w:rsidRDefault="005503B4" w:rsidP="00D65017">
            <w:pPr>
              <w:jc w:val="center"/>
            </w:pPr>
            <w:r w:rsidRPr="00EE6DD3">
              <w:rPr>
                <w:rFonts w:eastAsia="SimSun"/>
                <w:sz w:val="15"/>
              </w:rPr>
              <w:t>0.5547</w:t>
            </w:r>
          </w:p>
        </w:tc>
        <w:tc>
          <w:tcPr>
            <w:tcW w:w="1234" w:type="dxa"/>
          </w:tcPr>
          <w:p w14:paraId="2FF6FEC6" w14:textId="77777777" w:rsidR="005503B4" w:rsidRPr="00EE6DD3" w:rsidRDefault="005503B4" w:rsidP="00D65017">
            <w:pPr>
              <w:jc w:val="center"/>
            </w:pPr>
            <w:r w:rsidRPr="00EE6DD3">
              <w:rPr>
                <w:rFonts w:eastAsia="SimSun"/>
                <w:sz w:val="15"/>
              </w:rPr>
              <w:t>0.5625</w:t>
            </w:r>
          </w:p>
        </w:tc>
      </w:tr>
      <w:tr w:rsidR="005503B4" w:rsidRPr="00EE6DD3" w14:paraId="693BDEA3" w14:textId="77777777" w:rsidTr="00D65017">
        <w:tc>
          <w:tcPr>
            <w:tcW w:w="1234" w:type="dxa"/>
          </w:tcPr>
          <w:p w14:paraId="4D2D1D7B" w14:textId="77777777" w:rsidR="005503B4" w:rsidRPr="00EE6DD3" w:rsidRDefault="005503B4" w:rsidP="00D65017">
            <w:r w:rsidRPr="00EE6DD3">
              <w:rPr>
                <w:rFonts w:eastAsia="SimSun"/>
                <w:sz w:val="15"/>
              </w:rPr>
              <w:t>2017</w:t>
            </w:r>
          </w:p>
        </w:tc>
        <w:tc>
          <w:tcPr>
            <w:tcW w:w="1234" w:type="dxa"/>
          </w:tcPr>
          <w:p w14:paraId="56D0D1AC" w14:textId="77777777" w:rsidR="005503B4" w:rsidRPr="00EE6DD3" w:rsidRDefault="005503B4" w:rsidP="00D65017">
            <w:pPr>
              <w:jc w:val="center"/>
            </w:pPr>
            <w:r w:rsidRPr="00EE6DD3">
              <w:rPr>
                <w:rFonts w:eastAsia="SimSun"/>
                <w:sz w:val="15"/>
              </w:rPr>
              <w:t>0.0959</w:t>
            </w:r>
          </w:p>
        </w:tc>
        <w:tc>
          <w:tcPr>
            <w:tcW w:w="1234" w:type="dxa"/>
          </w:tcPr>
          <w:p w14:paraId="24089318" w14:textId="77777777" w:rsidR="005503B4" w:rsidRPr="00EE6DD3" w:rsidRDefault="005503B4" w:rsidP="00D65017">
            <w:pPr>
              <w:jc w:val="center"/>
            </w:pPr>
            <w:r w:rsidRPr="00EE6DD3">
              <w:rPr>
                <w:rFonts w:eastAsia="SimSun"/>
                <w:sz w:val="15"/>
              </w:rPr>
              <w:t>0.0833</w:t>
            </w:r>
          </w:p>
        </w:tc>
        <w:tc>
          <w:tcPr>
            <w:tcW w:w="1234" w:type="dxa"/>
          </w:tcPr>
          <w:p w14:paraId="77FFD0DD" w14:textId="77777777" w:rsidR="005503B4" w:rsidRPr="00EE6DD3" w:rsidRDefault="005503B4" w:rsidP="00D65017">
            <w:pPr>
              <w:jc w:val="center"/>
            </w:pPr>
            <w:r w:rsidRPr="00EE6DD3">
              <w:rPr>
                <w:rFonts w:eastAsia="SimSun"/>
                <w:sz w:val="15"/>
              </w:rPr>
              <w:t>0.0911</w:t>
            </w:r>
          </w:p>
        </w:tc>
        <w:tc>
          <w:tcPr>
            <w:tcW w:w="1234" w:type="dxa"/>
          </w:tcPr>
          <w:p w14:paraId="2BFCA3A0" w14:textId="77777777" w:rsidR="005503B4" w:rsidRPr="00EE6DD3" w:rsidRDefault="005503B4" w:rsidP="00D65017">
            <w:pPr>
              <w:jc w:val="center"/>
            </w:pPr>
            <w:r w:rsidRPr="00EE6DD3">
              <w:rPr>
                <w:rFonts w:eastAsia="SimSun"/>
                <w:sz w:val="15"/>
              </w:rPr>
              <w:t>0.0833</w:t>
            </w:r>
          </w:p>
        </w:tc>
        <w:tc>
          <w:tcPr>
            <w:tcW w:w="1234" w:type="dxa"/>
          </w:tcPr>
          <w:p w14:paraId="161DF5D6" w14:textId="77777777" w:rsidR="005503B4" w:rsidRPr="00EE6DD3" w:rsidRDefault="005503B4" w:rsidP="00D65017">
            <w:pPr>
              <w:jc w:val="center"/>
            </w:pPr>
            <w:r w:rsidRPr="00EE6DD3">
              <w:rPr>
                <w:rFonts w:eastAsia="SimSun"/>
                <w:sz w:val="15"/>
              </w:rPr>
              <w:t>0.5596</w:t>
            </w:r>
          </w:p>
        </w:tc>
        <w:tc>
          <w:tcPr>
            <w:tcW w:w="1234" w:type="dxa"/>
          </w:tcPr>
          <w:p w14:paraId="166CDBE0" w14:textId="77777777" w:rsidR="005503B4" w:rsidRPr="00EE6DD3" w:rsidRDefault="005503B4" w:rsidP="00D65017">
            <w:pPr>
              <w:jc w:val="center"/>
            </w:pPr>
            <w:r w:rsidRPr="00EE6DD3">
              <w:rPr>
                <w:rFonts w:eastAsia="SimSun"/>
                <w:sz w:val="15"/>
              </w:rPr>
              <w:t>0.5714</w:t>
            </w:r>
          </w:p>
        </w:tc>
      </w:tr>
      <w:tr w:rsidR="005503B4" w:rsidRPr="00EE6DD3" w14:paraId="58763369" w14:textId="77777777" w:rsidTr="00D65017">
        <w:tc>
          <w:tcPr>
            <w:tcW w:w="1234" w:type="dxa"/>
          </w:tcPr>
          <w:p w14:paraId="38D9113F" w14:textId="77777777" w:rsidR="005503B4" w:rsidRPr="00EE6DD3" w:rsidRDefault="005503B4" w:rsidP="00D65017">
            <w:r w:rsidRPr="00EE6DD3">
              <w:rPr>
                <w:rFonts w:eastAsia="SimSun"/>
                <w:sz w:val="15"/>
              </w:rPr>
              <w:t>2018</w:t>
            </w:r>
          </w:p>
        </w:tc>
        <w:tc>
          <w:tcPr>
            <w:tcW w:w="1234" w:type="dxa"/>
          </w:tcPr>
          <w:p w14:paraId="7A77654A" w14:textId="77777777" w:rsidR="005503B4" w:rsidRPr="00EE6DD3" w:rsidRDefault="005503B4" w:rsidP="00D65017">
            <w:pPr>
              <w:jc w:val="center"/>
            </w:pPr>
            <w:r w:rsidRPr="00EE6DD3">
              <w:rPr>
                <w:rFonts w:eastAsia="SimSun"/>
                <w:sz w:val="15"/>
              </w:rPr>
              <w:t>0.0965</w:t>
            </w:r>
          </w:p>
        </w:tc>
        <w:tc>
          <w:tcPr>
            <w:tcW w:w="1234" w:type="dxa"/>
          </w:tcPr>
          <w:p w14:paraId="5175CC0E" w14:textId="77777777" w:rsidR="005503B4" w:rsidRPr="00EE6DD3" w:rsidRDefault="005503B4" w:rsidP="00D65017">
            <w:pPr>
              <w:jc w:val="center"/>
            </w:pPr>
            <w:r w:rsidRPr="00EE6DD3">
              <w:rPr>
                <w:rFonts w:eastAsia="SimSun"/>
                <w:sz w:val="15"/>
              </w:rPr>
              <w:t>0.0833</w:t>
            </w:r>
          </w:p>
        </w:tc>
        <w:tc>
          <w:tcPr>
            <w:tcW w:w="1234" w:type="dxa"/>
          </w:tcPr>
          <w:p w14:paraId="2F221ED0" w14:textId="77777777" w:rsidR="005503B4" w:rsidRPr="00EE6DD3" w:rsidRDefault="005503B4" w:rsidP="00D65017">
            <w:pPr>
              <w:jc w:val="center"/>
            </w:pPr>
            <w:r w:rsidRPr="00EE6DD3">
              <w:rPr>
                <w:rFonts w:eastAsia="SimSun"/>
                <w:sz w:val="15"/>
              </w:rPr>
              <w:t>0.0923</w:t>
            </w:r>
          </w:p>
        </w:tc>
        <w:tc>
          <w:tcPr>
            <w:tcW w:w="1234" w:type="dxa"/>
          </w:tcPr>
          <w:p w14:paraId="4B04D05A" w14:textId="77777777" w:rsidR="005503B4" w:rsidRPr="00EE6DD3" w:rsidRDefault="005503B4" w:rsidP="00D65017">
            <w:pPr>
              <w:jc w:val="center"/>
            </w:pPr>
            <w:r w:rsidRPr="00EE6DD3">
              <w:rPr>
                <w:rFonts w:eastAsia="SimSun"/>
                <w:sz w:val="15"/>
              </w:rPr>
              <w:t>0.0833</w:t>
            </w:r>
          </w:p>
        </w:tc>
        <w:tc>
          <w:tcPr>
            <w:tcW w:w="1234" w:type="dxa"/>
          </w:tcPr>
          <w:p w14:paraId="12B9EEC8" w14:textId="77777777" w:rsidR="005503B4" w:rsidRPr="00EE6DD3" w:rsidRDefault="005503B4" w:rsidP="00D65017">
            <w:pPr>
              <w:jc w:val="center"/>
            </w:pPr>
            <w:r w:rsidRPr="00EE6DD3">
              <w:rPr>
                <w:rFonts w:eastAsia="SimSun"/>
                <w:sz w:val="15"/>
              </w:rPr>
              <w:t>0.5655</w:t>
            </w:r>
          </w:p>
        </w:tc>
        <w:tc>
          <w:tcPr>
            <w:tcW w:w="1234" w:type="dxa"/>
          </w:tcPr>
          <w:p w14:paraId="020A1938" w14:textId="77777777" w:rsidR="005503B4" w:rsidRPr="00EE6DD3" w:rsidRDefault="005503B4" w:rsidP="00D65017">
            <w:pPr>
              <w:jc w:val="center"/>
            </w:pPr>
            <w:r w:rsidRPr="00EE6DD3">
              <w:rPr>
                <w:rFonts w:eastAsia="SimSun"/>
                <w:sz w:val="15"/>
              </w:rPr>
              <w:t>0.5714</w:t>
            </w:r>
          </w:p>
        </w:tc>
      </w:tr>
      <w:tr w:rsidR="005503B4" w:rsidRPr="00EE6DD3" w14:paraId="49A2697E" w14:textId="77777777" w:rsidTr="00D65017">
        <w:tc>
          <w:tcPr>
            <w:tcW w:w="1234" w:type="dxa"/>
          </w:tcPr>
          <w:p w14:paraId="499F3A95" w14:textId="77777777" w:rsidR="005503B4" w:rsidRPr="00EE6DD3" w:rsidRDefault="005503B4" w:rsidP="00D65017">
            <w:r w:rsidRPr="00EE6DD3">
              <w:rPr>
                <w:rFonts w:eastAsia="SimSun"/>
                <w:sz w:val="15"/>
              </w:rPr>
              <w:t>2019</w:t>
            </w:r>
          </w:p>
        </w:tc>
        <w:tc>
          <w:tcPr>
            <w:tcW w:w="1234" w:type="dxa"/>
          </w:tcPr>
          <w:p w14:paraId="7C974522" w14:textId="77777777" w:rsidR="005503B4" w:rsidRPr="00EE6DD3" w:rsidRDefault="005503B4" w:rsidP="00D65017">
            <w:pPr>
              <w:jc w:val="center"/>
            </w:pPr>
            <w:r w:rsidRPr="00EE6DD3">
              <w:rPr>
                <w:rFonts w:eastAsia="SimSun"/>
                <w:sz w:val="15"/>
              </w:rPr>
              <w:t>0.0966</w:t>
            </w:r>
          </w:p>
        </w:tc>
        <w:tc>
          <w:tcPr>
            <w:tcW w:w="1234" w:type="dxa"/>
          </w:tcPr>
          <w:p w14:paraId="524435D7" w14:textId="77777777" w:rsidR="005503B4" w:rsidRPr="00EE6DD3" w:rsidRDefault="005503B4" w:rsidP="00D65017">
            <w:pPr>
              <w:jc w:val="center"/>
            </w:pPr>
            <w:r w:rsidRPr="00EE6DD3">
              <w:rPr>
                <w:rFonts w:eastAsia="SimSun"/>
                <w:sz w:val="15"/>
              </w:rPr>
              <w:t>0.0833</w:t>
            </w:r>
          </w:p>
        </w:tc>
        <w:tc>
          <w:tcPr>
            <w:tcW w:w="1234" w:type="dxa"/>
          </w:tcPr>
          <w:p w14:paraId="1DD26920" w14:textId="77777777" w:rsidR="005503B4" w:rsidRPr="00EE6DD3" w:rsidRDefault="005503B4" w:rsidP="00D65017">
            <w:pPr>
              <w:jc w:val="center"/>
            </w:pPr>
            <w:r w:rsidRPr="00EE6DD3">
              <w:rPr>
                <w:rFonts w:eastAsia="SimSun"/>
                <w:sz w:val="15"/>
              </w:rPr>
              <w:t>0.0922</w:t>
            </w:r>
          </w:p>
        </w:tc>
        <w:tc>
          <w:tcPr>
            <w:tcW w:w="1234" w:type="dxa"/>
          </w:tcPr>
          <w:p w14:paraId="2C17B94F" w14:textId="77777777" w:rsidR="005503B4" w:rsidRPr="00EE6DD3" w:rsidRDefault="005503B4" w:rsidP="00D65017">
            <w:pPr>
              <w:jc w:val="center"/>
            </w:pPr>
            <w:r w:rsidRPr="00EE6DD3">
              <w:rPr>
                <w:rFonts w:eastAsia="SimSun"/>
                <w:sz w:val="15"/>
              </w:rPr>
              <w:t>0.0833</w:t>
            </w:r>
          </w:p>
        </w:tc>
        <w:tc>
          <w:tcPr>
            <w:tcW w:w="1234" w:type="dxa"/>
          </w:tcPr>
          <w:p w14:paraId="252CC685" w14:textId="77777777" w:rsidR="005503B4" w:rsidRPr="00EE6DD3" w:rsidRDefault="005503B4" w:rsidP="00D65017">
            <w:pPr>
              <w:jc w:val="center"/>
            </w:pPr>
            <w:r w:rsidRPr="00EE6DD3">
              <w:rPr>
                <w:rFonts w:eastAsia="SimSun"/>
                <w:sz w:val="15"/>
              </w:rPr>
              <w:t>0.5706</w:t>
            </w:r>
          </w:p>
        </w:tc>
        <w:tc>
          <w:tcPr>
            <w:tcW w:w="1234" w:type="dxa"/>
          </w:tcPr>
          <w:p w14:paraId="41C8A659" w14:textId="77777777" w:rsidR="005503B4" w:rsidRPr="00EE6DD3" w:rsidRDefault="005503B4" w:rsidP="00D65017">
            <w:pPr>
              <w:jc w:val="center"/>
            </w:pPr>
            <w:r w:rsidRPr="00EE6DD3">
              <w:rPr>
                <w:rFonts w:eastAsia="SimSun"/>
                <w:sz w:val="15"/>
              </w:rPr>
              <w:t>0.5882</w:t>
            </w:r>
          </w:p>
        </w:tc>
      </w:tr>
      <w:tr w:rsidR="005503B4" w:rsidRPr="00EE6DD3" w14:paraId="7B822AB0" w14:textId="77777777" w:rsidTr="00D65017">
        <w:tc>
          <w:tcPr>
            <w:tcW w:w="1234" w:type="dxa"/>
          </w:tcPr>
          <w:p w14:paraId="76B5D359" w14:textId="77777777" w:rsidR="005503B4" w:rsidRPr="00EE6DD3" w:rsidRDefault="005503B4" w:rsidP="00D65017">
            <w:r w:rsidRPr="00EE6DD3">
              <w:rPr>
                <w:rFonts w:eastAsia="SimSun"/>
                <w:sz w:val="15"/>
              </w:rPr>
              <w:t>2020</w:t>
            </w:r>
          </w:p>
        </w:tc>
        <w:tc>
          <w:tcPr>
            <w:tcW w:w="1234" w:type="dxa"/>
          </w:tcPr>
          <w:p w14:paraId="3879EF99" w14:textId="77777777" w:rsidR="005503B4" w:rsidRPr="00EE6DD3" w:rsidRDefault="005503B4" w:rsidP="00D65017">
            <w:pPr>
              <w:jc w:val="center"/>
            </w:pPr>
            <w:r w:rsidRPr="00EE6DD3">
              <w:rPr>
                <w:rFonts w:eastAsia="SimSun"/>
                <w:sz w:val="15"/>
              </w:rPr>
              <w:t>0.0978</w:t>
            </w:r>
          </w:p>
        </w:tc>
        <w:tc>
          <w:tcPr>
            <w:tcW w:w="1234" w:type="dxa"/>
          </w:tcPr>
          <w:p w14:paraId="38E99A92" w14:textId="77777777" w:rsidR="005503B4" w:rsidRPr="00EE6DD3" w:rsidRDefault="005503B4" w:rsidP="00D65017">
            <w:pPr>
              <w:jc w:val="center"/>
            </w:pPr>
            <w:r w:rsidRPr="00EE6DD3">
              <w:rPr>
                <w:rFonts w:eastAsia="SimSun"/>
                <w:sz w:val="15"/>
              </w:rPr>
              <w:t>0.0833</w:t>
            </w:r>
          </w:p>
        </w:tc>
        <w:tc>
          <w:tcPr>
            <w:tcW w:w="1234" w:type="dxa"/>
          </w:tcPr>
          <w:p w14:paraId="74DBB2A5" w14:textId="77777777" w:rsidR="005503B4" w:rsidRPr="00EE6DD3" w:rsidRDefault="005503B4" w:rsidP="00D65017">
            <w:pPr>
              <w:jc w:val="center"/>
            </w:pPr>
            <w:r w:rsidRPr="00EE6DD3">
              <w:rPr>
                <w:rFonts w:eastAsia="SimSun"/>
                <w:sz w:val="15"/>
              </w:rPr>
              <w:t>0.0936</w:t>
            </w:r>
          </w:p>
        </w:tc>
        <w:tc>
          <w:tcPr>
            <w:tcW w:w="1234" w:type="dxa"/>
          </w:tcPr>
          <w:p w14:paraId="2B615B74" w14:textId="77777777" w:rsidR="005503B4" w:rsidRPr="00EE6DD3" w:rsidRDefault="005503B4" w:rsidP="00D65017">
            <w:pPr>
              <w:jc w:val="center"/>
            </w:pPr>
            <w:r w:rsidRPr="00EE6DD3">
              <w:rPr>
                <w:rFonts w:eastAsia="SimSun"/>
                <w:sz w:val="15"/>
              </w:rPr>
              <w:t>0.0833</w:t>
            </w:r>
          </w:p>
        </w:tc>
        <w:tc>
          <w:tcPr>
            <w:tcW w:w="1234" w:type="dxa"/>
          </w:tcPr>
          <w:p w14:paraId="50FE4030" w14:textId="77777777" w:rsidR="005503B4" w:rsidRPr="00EE6DD3" w:rsidRDefault="005503B4" w:rsidP="00D65017">
            <w:pPr>
              <w:jc w:val="center"/>
            </w:pPr>
            <w:r w:rsidRPr="00EE6DD3">
              <w:rPr>
                <w:rFonts w:eastAsia="SimSun"/>
                <w:sz w:val="15"/>
              </w:rPr>
              <w:t>0.5806</w:t>
            </w:r>
          </w:p>
        </w:tc>
        <w:tc>
          <w:tcPr>
            <w:tcW w:w="1234" w:type="dxa"/>
          </w:tcPr>
          <w:p w14:paraId="44F1637A" w14:textId="77777777" w:rsidR="005503B4" w:rsidRPr="00EE6DD3" w:rsidRDefault="005503B4" w:rsidP="00D65017">
            <w:pPr>
              <w:jc w:val="center"/>
            </w:pPr>
            <w:r w:rsidRPr="00EE6DD3">
              <w:rPr>
                <w:rFonts w:eastAsia="SimSun"/>
                <w:sz w:val="15"/>
              </w:rPr>
              <w:t>0.5882</w:t>
            </w:r>
          </w:p>
        </w:tc>
      </w:tr>
      <w:tr w:rsidR="005503B4" w:rsidRPr="00EE6DD3" w14:paraId="5B451BC5" w14:textId="77777777" w:rsidTr="00D65017">
        <w:tc>
          <w:tcPr>
            <w:tcW w:w="1234" w:type="dxa"/>
          </w:tcPr>
          <w:p w14:paraId="4BACAD4E" w14:textId="77777777" w:rsidR="005503B4" w:rsidRPr="00EE6DD3" w:rsidRDefault="005503B4" w:rsidP="00D65017">
            <w:r w:rsidRPr="00EE6DD3">
              <w:rPr>
                <w:rFonts w:eastAsia="SimSun"/>
                <w:sz w:val="15"/>
              </w:rPr>
              <w:t>2021</w:t>
            </w:r>
          </w:p>
        </w:tc>
        <w:tc>
          <w:tcPr>
            <w:tcW w:w="1234" w:type="dxa"/>
          </w:tcPr>
          <w:p w14:paraId="3A815D7B" w14:textId="77777777" w:rsidR="005503B4" w:rsidRPr="00EE6DD3" w:rsidRDefault="005503B4" w:rsidP="00D65017">
            <w:pPr>
              <w:jc w:val="center"/>
            </w:pPr>
            <w:r w:rsidRPr="00EE6DD3">
              <w:rPr>
                <w:rFonts w:eastAsia="SimSun"/>
                <w:sz w:val="15"/>
              </w:rPr>
              <w:t>0.0976</w:t>
            </w:r>
          </w:p>
        </w:tc>
        <w:tc>
          <w:tcPr>
            <w:tcW w:w="1234" w:type="dxa"/>
          </w:tcPr>
          <w:p w14:paraId="0FEC10DA" w14:textId="77777777" w:rsidR="005503B4" w:rsidRPr="00EE6DD3" w:rsidRDefault="005503B4" w:rsidP="00D65017">
            <w:pPr>
              <w:jc w:val="center"/>
            </w:pPr>
            <w:r w:rsidRPr="00EE6DD3">
              <w:rPr>
                <w:rFonts w:eastAsia="SimSun"/>
                <w:sz w:val="15"/>
              </w:rPr>
              <w:t>0.0833</w:t>
            </w:r>
          </w:p>
        </w:tc>
        <w:tc>
          <w:tcPr>
            <w:tcW w:w="1234" w:type="dxa"/>
          </w:tcPr>
          <w:p w14:paraId="6E4F3483" w14:textId="77777777" w:rsidR="005503B4" w:rsidRPr="00EE6DD3" w:rsidRDefault="005503B4" w:rsidP="00D65017">
            <w:pPr>
              <w:jc w:val="center"/>
            </w:pPr>
            <w:r w:rsidRPr="00EE6DD3">
              <w:rPr>
                <w:rFonts w:eastAsia="SimSun"/>
                <w:sz w:val="15"/>
              </w:rPr>
              <w:t>0.0942</w:t>
            </w:r>
          </w:p>
        </w:tc>
        <w:tc>
          <w:tcPr>
            <w:tcW w:w="1234" w:type="dxa"/>
          </w:tcPr>
          <w:p w14:paraId="6F9E8411" w14:textId="77777777" w:rsidR="005503B4" w:rsidRPr="00EE6DD3" w:rsidRDefault="005503B4" w:rsidP="00D65017">
            <w:pPr>
              <w:jc w:val="center"/>
            </w:pPr>
            <w:r w:rsidRPr="00EE6DD3">
              <w:rPr>
                <w:rFonts w:eastAsia="SimSun"/>
                <w:sz w:val="15"/>
              </w:rPr>
              <w:t>0.0833</w:t>
            </w:r>
          </w:p>
        </w:tc>
        <w:tc>
          <w:tcPr>
            <w:tcW w:w="1234" w:type="dxa"/>
          </w:tcPr>
          <w:p w14:paraId="2F3D7165" w14:textId="77777777" w:rsidR="005503B4" w:rsidRPr="00EE6DD3" w:rsidRDefault="005503B4" w:rsidP="00D65017">
            <w:pPr>
              <w:jc w:val="center"/>
            </w:pPr>
            <w:r w:rsidRPr="00EE6DD3">
              <w:rPr>
                <w:rFonts w:eastAsia="SimSun"/>
                <w:sz w:val="15"/>
              </w:rPr>
              <w:t>0.5840</w:t>
            </w:r>
          </w:p>
        </w:tc>
        <w:tc>
          <w:tcPr>
            <w:tcW w:w="1234" w:type="dxa"/>
          </w:tcPr>
          <w:p w14:paraId="6333F4D9" w14:textId="77777777" w:rsidR="005503B4" w:rsidRPr="00EE6DD3" w:rsidRDefault="005503B4" w:rsidP="00D65017">
            <w:pPr>
              <w:jc w:val="center"/>
            </w:pPr>
            <w:r w:rsidRPr="00EE6DD3">
              <w:rPr>
                <w:rFonts w:eastAsia="SimSun"/>
                <w:sz w:val="15"/>
              </w:rPr>
              <w:t>0.5882</w:t>
            </w:r>
          </w:p>
        </w:tc>
      </w:tr>
      <w:tr w:rsidR="005503B4" w:rsidRPr="00EE6DD3" w14:paraId="320F48DF" w14:textId="77777777" w:rsidTr="00D65017">
        <w:tc>
          <w:tcPr>
            <w:tcW w:w="1234" w:type="dxa"/>
          </w:tcPr>
          <w:p w14:paraId="054746D6" w14:textId="77777777" w:rsidR="005503B4" w:rsidRPr="00EE6DD3" w:rsidRDefault="005503B4" w:rsidP="00D65017">
            <w:r w:rsidRPr="00EE6DD3">
              <w:rPr>
                <w:rFonts w:eastAsia="SimSun"/>
                <w:sz w:val="15"/>
              </w:rPr>
              <w:t>2022</w:t>
            </w:r>
          </w:p>
        </w:tc>
        <w:tc>
          <w:tcPr>
            <w:tcW w:w="1234" w:type="dxa"/>
          </w:tcPr>
          <w:p w14:paraId="1A75334C" w14:textId="77777777" w:rsidR="005503B4" w:rsidRPr="00EE6DD3" w:rsidRDefault="005503B4" w:rsidP="00D65017">
            <w:pPr>
              <w:jc w:val="center"/>
            </w:pPr>
            <w:r w:rsidRPr="00EE6DD3">
              <w:rPr>
                <w:rFonts w:eastAsia="SimSun"/>
                <w:sz w:val="15"/>
              </w:rPr>
              <w:t>0.0985</w:t>
            </w:r>
          </w:p>
        </w:tc>
        <w:tc>
          <w:tcPr>
            <w:tcW w:w="1234" w:type="dxa"/>
          </w:tcPr>
          <w:p w14:paraId="1D3D9CE4" w14:textId="77777777" w:rsidR="005503B4" w:rsidRPr="00EE6DD3" w:rsidRDefault="005503B4" w:rsidP="00D65017">
            <w:pPr>
              <w:jc w:val="center"/>
            </w:pPr>
            <w:r w:rsidRPr="00EE6DD3">
              <w:rPr>
                <w:rFonts w:eastAsia="SimSun"/>
                <w:sz w:val="15"/>
              </w:rPr>
              <w:t>0.0833</w:t>
            </w:r>
          </w:p>
        </w:tc>
        <w:tc>
          <w:tcPr>
            <w:tcW w:w="1234" w:type="dxa"/>
          </w:tcPr>
          <w:p w14:paraId="5FB885BB" w14:textId="77777777" w:rsidR="005503B4" w:rsidRPr="00EE6DD3" w:rsidRDefault="005503B4" w:rsidP="00D65017">
            <w:pPr>
              <w:jc w:val="center"/>
            </w:pPr>
            <w:r w:rsidRPr="00EE6DD3">
              <w:rPr>
                <w:rFonts w:eastAsia="SimSun"/>
                <w:sz w:val="15"/>
              </w:rPr>
              <w:t>0.0952</w:t>
            </w:r>
          </w:p>
        </w:tc>
        <w:tc>
          <w:tcPr>
            <w:tcW w:w="1234" w:type="dxa"/>
          </w:tcPr>
          <w:p w14:paraId="44EF4BE6" w14:textId="77777777" w:rsidR="005503B4" w:rsidRPr="00EE6DD3" w:rsidRDefault="005503B4" w:rsidP="00D65017">
            <w:pPr>
              <w:jc w:val="center"/>
            </w:pPr>
            <w:r w:rsidRPr="00EE6DD3">
              <w:rPr>
                <w:rFonts w:eastAsia="SimSun"/>
                <w:sz w:val="15"/>
              </w:rPr>
              <w:t>0.0833</w:t>
            </w:r>
          </w:p>
        </w:tc>
        <w:tc>
          <w:tcPr>
            <w:tcW w:w="1234" w:type="dxa"/>
          </w:tcPr>
          <w:p w14:paraId="2B3F7ECA" w14:textId="77777777" w:rsidR="005503B4" w:rsidRPr="00EE6DD3" w:rsidRDefault="005503B4" w:rsidP="00D65017">
            <w:pPr>
              <w:jc w:val="center"/>
            </w:pPr>
            <w:r w:rsidRPr="00EE6DD3">
              <w:rPr>
                <w:rFonts w:eastAsia="SimSun"/>
                <w:sz w:val="15"/>
              </w:rPr>
              <w:t>0.5969</w:t>
            </w:r>
          </w:p>
        </w:tc>
        <w:tc>
          <w:tcPr>
            <w:tcW w:w="1234" w:type="dxa"/>
          </w:tcPr>
          <w:p w14:paraId="3DEFC2C1" w14:textId="77777777" w:rsidR="005503B4" w:rsidRPr="00EE6DD3" w:rsidRDefault="005503B4" w:rsidP="00D65017">
            <w:pPr>
              <w:jc w:val="center"/>
            </w:pPr>
            <w:r w:rsidRPr="00EE6DD3">
              <w:rPr>
                <w:rFonts w:eastAsia="SimSun"/>
                <w:sz w:val="15"/>
              </w:rPr>
              <w:t>0.6154</w:t>
            </w:r>
          </w:p>
        </w:tc>
      </w:tr>
      <w:tr w:rsidR="005503B4" w:rsidRPr="00EE6DD3" w14:paraId="629AAED1" w14:textId="77777777" w:rsidTr="00D65017">
        <w:tc>
          <w:tcPr>
            <w:tcW w:w="1234" w:type="dxa"/>
          </w:tcPr>
          <w:p w14:paraId="0F6B55ED" w14:textId="77777777" w:rsidR="005503B4" w:rsidRPr="00EE6DD3" w:rsidRDefault="005503B4" w:rsidP="00D65017">
            <w:r w:rsidRPr="00EE6DD3">
              <w:rPr>
                <w:rFonts w:eastAsia="SimSun"/>
                <w:sz w:val="15"/>
              </w:rPr>
              <w:t>2023</w:t>
            </w:r>
          </w:p>
        </w:tc>
        <w:tc>
          <w:tcPr>
            <w:tcW w:w="1234" w:type="dxa"/>
          </w:tcPr>
          <w:p w14:paraId="23CC2071" w14:textId="77777777" w:rsidR="005503B4" w:rsidRPr="00EE6DD3" w:rsidRDefault="005503B4" w:rsidP="00D65017">
            <w:pPr>
              <w:jc w:val="center"/>
            </w:pPr>
            <w:r w:rsidRPr="00EE6DD3">
              <w:rPr>
                <w:rFonts w:eastAsia="SimSun"/>
                <w:sz w:val="15"/>
              </w:rPr>
              <w:t>0.0981</w:t>
            </w:r>
          </w:p>
        </w:tc>
        <w:tc>
          <w:tcPr>
            <w:tcW w:w="1234" w:type="dxa"/>
          </w:tcPr>
          <w:p w14:paraId="6905637E" w14:textId="77777777" w:rsidR="005503B4" w:rsidRPr="00EE6DD3" w:rsidRDefault="005503B4" w:rsidP="00D65017">
            <w:pPr>
              <w:jc w:val="center"/>
            </w:pPr>
            <w:r w:rsidRPr="00EE6DD3">
              <w:rPr>
                <w:rFonts w:eastAsia="SimSun"/>
                <w:sz w:val="15"/>
              </w:rPr>
              <w:t>0.0833</w:t>
            </w:r>
          </w:p>
        </w:tc>
        <w:tc>
          <w:tcPr>
            <w:tcW w:w="1234" w:type="dxa"/>
          </w:tcPr>
          <w:p w14:paraId="0EC6CDD1" w14:textId="77777777" w:rsidR="005503B4" w:rsidRPr="00EE6DD3" w:rsidRDefault="005503B4" w:rsidP="00D65017">
            <w:pPr>
              <w:jc w:val="center"/>
            </w:pPr>
            <w:r w:rsidRPr="00EE6DD3">
              <w:rPr>
                <w:rFonts w:eastAsia="SimSun"/>
                <w:sz w:val="15"/>
              </w:rPr>
              <w:t>0.0957</w:t>
            </w:r>
          </w:p>
        </w:tc>
        <w:tc>
          <w:tcPr>
            <w:tcW w:w="1234" w:type="dxa"/>
          </w:tcPr>
          <w:p w14:paraId="7BD273C2" w14:textId="77777777" w:rsidR="005503B4" w:rsidRPr="00EE6DD3" w:rsidRDefault="005503B4" w:rsidP="00D65017">
            <w:pPr>
              <w:jc w:val="center"/>
            </w:pPr>
            <w:r w:rsidRPr="00EE6DD3">
              <w:rPr>
                <w:rFonts w:eastAsia="SimSun"/>
                <w:sz w:val="15"/>
              </w:rPr>
              <w:t>0.0833</w:t>
            </w:r>
          </w:p>
        </w:tc>
        <w:tc>
          <w:tcPr>
            <w:tcW w:w="1234" w:type="dxa"/>
          </w:tcPr>
          <w:p w14:paraId="53AFD974" w14:textId="77777777" w:rsidR="005503B4" w:rsidRPr="00EE6DD3" w:rsidRDefault="005503B4" w:rsidP="00D65017">
            <w:pPr>
              <w:jc w:val="center"/>
            </w:pPr>
            <w:r w:rsidRPr="00EE6DD3">
              <w:rPr>
                <w:rFonts w:eastAsia="SimSun"/>
                <w:sz w:val="15"/>
              </w:rPr>
              <w:t>0.6054</w:t>
            </w:r>
          </w:p>
        </w:tc>
        <w:tc>
          <w:tcPr>
            <w:tcW w:w="1234" w:type="dxa"/>
          </w:tcPr>
          <w:p w14:paraId="1C361A46" w14:textId="77777777" w:rsidR="005503B4" w:rsidRPr="00EE6DD3" w:rsidRDefault="005503B4" w:rsidP="00D65017">
            <w:pPr>
              <w:jc w:val="center"/>
            </w:pPr>
            <w:r w:rsidRPr="00EE6DD3">
              <w:rPr>
                <w:rFonts w:eastAsia="SimSun"/>
                <w:sz w:val="15"/>
              </w:rPr>
              <w:t>0.6250</w:t>
            </w:r>
          </w:p>
        </w:tc>
      </w:tr>
      <w:tr w:rsidR="005503B4" w:rsidRPr="00EE6DD3" w14:paraId="4DBA898E" w14:textId="77777777" w:rsidTr="00D65017">
        <w:tc>
          <w:tcPr>
            <w:tcW w:w="1234" w:type="dxa"/>
            <w:tcBorders>
              <w:bottom w:val="single" w:sz="4" w:space="0" w:color="000000"/>
            </w:tcBorders>
          </w:tcPr>
          <w:p w14:paraId="63317B63" w14:textId="77777777" w:rsidR="005503B4" w:rsidRPr="00EE6DD3" w:rsidRDefault="005503B4" w:rsidP="00D65017">
            <w:r w:rsidRPr="00EE6DD3">
              <w:rPr>
                <w:rFonts w:eastAsia="SimSun"/>
                <w:sz w:val="15"/>
              </w:rPr>
              <w:t>2024</w:t>
            </w:r>
          </w:p>
        </w:tc>
        <w:tc>
          <w:tcPr>
            <w:tcW w:w="1234" w:type="dxa"/>
            <w:tcBorders>
              <w:bottom w:val="single" w:sz="4" w:space="0" w:color="000000"/>
            </w:tcBorders>
          </w:tcPr>
          <w:p w14:paraId="7C5781A4" w14:textId="77777777" w:rsidR="005503B4" w:rsidRPr="00EE6DD3" w:rsidRDefault="005503B4" w:rsidP="00D65017">
            <w:pPr>
              <w:jc w:val="center"/>
            </w:pPr>
            <w:r w:rsidRPr="00EE6DD3">
              <w:rPr>
                <w:rFonts w:eastAsia="SimSun"/>
                <w:sz w:val="15"/>
              </w:rPr>
              <w:t>0.1018</w:t>
            </w:r>
          </w:p>
        </w:tc>
        <w:tc>
          <w:tcPr>
            <w:tcW w:w="1234" w:type="dxa"/>
            <w:tcBorders>
              <w:bottom w:val="single" w:sz="4" w:space="0" w:color="000000"/>
            </w:tcBorders>
          </w:tcPr>
          <w:p w14:paraId="44157A5F" w14:textId="77777777" w:rsidR="005503B4" w:rsidRPr="00EE6DD3" w:rsidRDefault="005503B4" w:rsidP="00D65017">
            <w:pPr>
              <w:jc w:val="center"/>
            </w:pPr>
            <w:r w:rsidRPr="00EE6DD3">
              <w:rPr>
                <w:rFonts w:eastAsia="SimSun"/>
                <w:sz w:val="15"/>
              </w:rPr>
              <w:t>0.0833</w:t>
            </w:r>
          </w:p>
        </w:tc>
        <w:tc>
          <w:tcPr>
            <w:tcW w:w="1234" w:type="dxa"/>
            <w:tcBorders>
              <w:bottom w:val="single" w:sz="4" w:space="0" w:color="000000"/>
            </w:tcBorders>
          </w:tcPr>
          <w:p w14:paraId="070469DA" w14:textId="77777777" w:rsidR="005503B4" w:rsidRPr="00EE6DD3" w:rsidRDefault="005503B4" w:rsidP="00D65017">
            <w:pPr>
              <w:jc w:val="center"/>
            </w:pPr>
            <w:r w:rsidRPr="00EE6DD3">
              <w:rPr>
                <w:rFonts w:eastAsia="SimSun"/>
                <w:sz w:val="15"/>
              </w:rPr>
              <w:t>0.0984</w:t>
            </w:r>
          </w:p>
        </w:tc>
        <w:tc>
          <w:tcPr>
            <w:tcW w:w="1234" w:type="dxa"/>
            <w:tcBorders>
              <w:bottom w:val="single" w:sz="4" w:space="0" w:color="000000"/>
            </w:tcBorders>
          </w:tcPr>
          <w:p w14:paraId="4F5D93C8" w14:textId="77777777" w:rsidR="005503B4" w:rsidRPr="00EE6DD3" w:rsidRDefault="005503B4" w:rsidP="00D65017">
            <w:pPr>
              <w:jc w:val="center"/>
            </w:pPr>
            <w:r w:rsidRPr="00EE6DD3">
              <w:rPr>
                <w:rFonts w:eastAsia="SimSun"/>
                <w:sz w:val="15"/>
              </w:rPr>
              <w:t>0.0909</w:t>
            </w:r>
          </w:p>
        </w:tc>
        <w:tc>
          <w:tcPr>
            <w:tcW w:w="1234" w:type="dxa"/>
            <w:tcBorders>
              <w:bottom w:val="single" w:sz="4" w:space="0" w:color="000000"/>
            </w:tcBorders>
          </w:tcPr>
          <w:p w14:paraId="53FB335A" w14:textId="77777777" w:rsidR="005503B4" w:rsidRPr="00EE6DD3" w:rsidRDefault="005503B4" w:rsidP="00D65017">
            <w:pPr>
              <w:jc w:val="center"/>
            </w:pPr>
            <w:r w:rsidRPr="00EE6DD3">
              <w:rPr>
                <w:rFonts w:eastAsia="SimSun"/>
                <w:sz w:val="15"/>
              </w:rPr>
              <w:t>0.6174</w:t>
            </w:r>
          </w:p>
        </w:tc>
        <w:tc>
          <w:tcPr>
            <w:tcW w:w="1234" w:type="dxa"/>
            <w:tcBorders>
              <w:bottom w:val="single" w:sz="4" w:space="0" w:color="000000"/>
            </w:tcBorders>
          </w:tcPr>
          <w:p w14:paraId="66EDD969" w14:textId="77777777" w:rsidR="005503B4" w:rsidRPr="00EE6DD3" w:rsidRDefault="005503B4" w:rsidP="00D65017">
            <w:pPr>
              <w:jc w:val="center"/>
            </w:pPr>
            <w:r w:rsidRPr="00EE6DD3">
              <w:rPr>
                <w:rFonts w:eastAsia="SimSun"/>
                <w:sz w:val="15"/>
              </w:rPr>
              <w:t>0.6471</w:t>
            </w:r>
          </w:p>
        </w:tc>
      </w:tr>
    </w:tbl>
    <w:p w14:paraId="083BE275" w14:textId="77777777" w:rsidR="005503B4" w:rsidRPr="00EE6DD3" w:rsidRDefault="005503B4" w:rsidP="005503B4">
      <w:pPr>
        <w:pStyle w:val="Caption"/>
        <w:rPr>
          <w:color w:val="auto"/>
        </w:rPr>
      </w:pPr>
      <w:r w:rsidRPr="00EE6DD3">
        <w:rPr>
          <w:b w:val="0"/>
          <w:color w:val="auto"/>
          <w:sz w:val="20"/>
        </w:rPr>
        <w:t>Table S2C. Field-wise document-level Jaccard overlap.</w:t>
      </w:r>
    </w:p>
    <w:tbl>
      <w:tblPr>
        <w:tblStyle w:val="PaperFormat"/>
        <w:tblW w:w="0" w:type="auto"/>
        <w:tblLook w:val="04A0" w:firstRow="1" w:lastRow="0" w:firstColumn="1" w:lastColumn="0" w:noHBand="0" w:noVBand="1"/>
      </w:tblPr>
      <w:tblGrid>
        <w:gridCol w:w="1233"/>
        <w:gridCol w:w="1232"/>
        <w:gridCol w:w="1233"/>
        <w:gridCol w:w="1233"/>
        <w:gridCol w:w="1233"/>
        <w:gridCol w:w="1233"/>
        <w:gridCol w:w="1233"/>
      </w:tblGrid>
      <w:tr w:rsidR="005503B4" w:rsidRPr="00EE6DD3" w14:paraId="69CC13B0" w14:textId="77777777" w:rsidTr="00D65017">
        <w:tc>
          <w:tcPr>
            <w:tcW w:w="1234" w:type="dxa"/>
          </w:tcPr>
          <w:p w14:paraId="7C6B5C1F" w14:textId="77777777" w:rsidR="005503B4" w:rsidRPr="00EE6DD3" w:rsidRDefault="005503B4" w:rsidP="00D65017">
            <w:r w:rsidRPr="00EE6DD3">
              <w:rPr>
                <w:rFonts w:eastAsia="SimSun"/>
                <w:b/>
                <w:sz w:val="14"/>
              </w:rPr>
              <w:t>Field</w:t>
            </w:r>
          </w:p>
        </w:tc>
        <w:tc>
          <w:tcPr>
            <w:tcW w:w="1234" w:type="dxa"/>
          </w:tcPr>
          <w:p w14:paraId="3DBA0540" w14:textId="77777777" w:rsidR="005503B4" w:rsidRPr="00EE6DD3" w:rsidRDefault="005503B4" w:rsidP="00D65017">
            <w:pPr>
              <w:jc w:val="center"/>
            </w:pPr>
            <w:r w:rsidRPr="00EE6DD3">
              <w:rPr>
                <w:rFonts w:eastAsia="SimSun"/>
                <w:b/>
                <w:sz w:val="14"/>
              </w:rPr>
              <w:t>Mean Jaccard (L,A)</w:t>
            </w:r>
          </w:p>
        </w:tc>
        <w:tc>
          <w:tcPr>
            <w:tcW w:w="1234" w:type="dxa"/>
          </w:tcPr>
          <w:p w14:paraId="246848FC" w14:textId="77777777" w:rsidR="005503B4" w:rsidRPr="00EE6DD3" w:rsidRDefault="005503B4" w:rsidP="00D65017">
            <w:pPr>
              <w:jc w:val="center"/>
            </w:pPr>
            <w:r w:rsidRPr="00EE6DD3">
              <w:rPr>
                <w:rFonts w:eastAsia="SimSun"/>
                <w:b/>
                <w:sz w:val="14"/>
              </w:rPr>
              <w:t>Median Jaccard (L,A)</w:t>
            </w:r>
          </w:p>
        </w:tc>
        <w:tc>
          <w:tcPr>
            <w:tcW w:w="1234" w:type="dxa"/>
          </w:tcPr>
          <w:p w14:paraId="4FC4B221" w14:textId="77777777" w:rsidR="005503B4" w:rsidRPr="00EE6DD3" w:rsidRDefault="005503B4" w:rsidP="00D65017">
            <w:pPr>
              <w:jc w:val="center"/>
            </w:pPr>
            <w:r w:rsidRPr="00EE6DD3">
              <w:rPr>
                <w:rFonts w:eastAsia="SimSun"/>
                <w:b/>
                <w:sz w:val="14"/>
              </w:rPr>
              <w:t>Mean Jaccard (L,E)</w:t>
            </w:r>
          </w:p>
        </w:tc>
        <w:tc>
          <w:tcPr>
            <w:tcW w:w="1234" w:type="dxa"/>
          </w:tcPr>
          <w:p w14:paraId="47F279E0" w14:textId="77777777" w:rsidR="005503B4" w:rsidRPr="00EE6DD3" w:rsidRDefault="005503B4" w:rsidP="00D65017">
            <w:pPr>
              <w:jc w:val="center"/>
            </w:pPr>
            <w:r w:rsidRPr="00EE6DD3">
              <w:rPr>
                <w:rFonts w:eastAsia="SimSun"/>
                <w:b/>
                <w:sz w:val="14"/>
              </w:rPr>
              <w:t>Median Jaccard (L,E)</w:t>
            </w:r>
          </w:p>
        </w:tc>
        <w:tc>
          <w:tcPr>
            <w:tcW w:w="1234" w:type="dxa"/>
          </w:tcPr>
          <w:p w14:paraId="3C3A50B4" w14:textId="77777777" w:rsidR="005503B4" w:rsidRPr="00EE6DD3" w:rsidRDefault="005503B4" w:rsidP="00D65017">
            <w:pPr>
              <w:jc w:val="center"/>
            </w:pPr>
            <w:r w:rsidRPr="00EE6DD3">
              <w:rPr>
                <w:rFonts w:eastAsia="SimSun"/>
                <w:b/>
                <w:sz w:val="14"/>
              </w:rPr>
              <w:t>Mean Jaccard (A,E)</w:t>
            </w:r>
          </w:p>
        </w:tc>
        <w:tc>
          <w:tcPr>
            <w:tcW w:w="1234" w:type="dxa"/>
          </w:tcPr>
          <w:p w14:paraId="2436EA6D" w14:textId="77777777" w:rsidR="005503B4" w:rsidRPr="00EE6DD3" w:rsidRDefault="005503B4" w:rsidP="00D65017">
            <w:pPr>
              <w:jc w:val="center"/>
            </w:pPr>
            <w:r w:rsidRPr="00EE6DD3">
              <w:rPr>
                <w:rFonts w:eastAsia="SimSun"/>
                <w:b/>
                <w:sz w:val="14"/>
              </w:rPr>
              <w:t>Median Jaccard (A,E)</w:t>
            </w:r>
          </w:p>
        </w:tc>
      </w:tr>
      <w:tr w:rsidR="005503B4" w:rsidRPr="00EE6DD3" w14:paraId="390BFE33" w14:textId="77777777" w:rsidTr="00D65017">
        <w:tc>
          <w:tcPr>
            <w:tcW w:w="1234" w:type="dxa"/>
          </w:tcPr>
          <w:p w14:paraId="551C3AB3" w14:textId="77777777" w:rsidR="005503B4" w:rsidRPr="00EE6DD3" w:rsidRDefault="005503B4" w:rsidP="00D65017">
            <w:r w:rsidRPr="00EE6DD3">
              <w:rPr>
                <w:rFonts w:eastAsia="SimSun"/>
                <w:sz w:val="14"/>
              </w:rPr>
              <w:t>Political science</w:t>
            </w:r>
          </w:p>
        </w:tc>
        <w:tc>
          <w:tcPr>
            <w:tcW w:w="1234" w:type="dxa"/>
          </w:tcPr>
          <w:p w14:paraId="3704D738" w14:textId="77777777" w:rsidR="005503B4" w:rsidRPr="00EE6DD3" w:rsidRDefault="005503B4" w:rsidP="00D65017">
            <w:pPr>
              <w:jc w:val="center"/>
            </w:pPr>
            <w:r w:rsidRPr="00EE6DD3">
              <w:rPr>
                <w:rFonts w:eastAsia="SimSun"/>
                <w:sz w:val="14"/>
              </w:rPr>
              <w:t>0.1382</w:t>
            </w:r>
          </w:p>
        </w:tc>
        <w:tc>
          <w:tcPr>
            <w:tcW w:w="1234" w:type="dxa"/>
          </w:tcPr>
          <w:p w14:paraId="4FC1524A" w14:textId="77777777" w:rsidR="005503B4" w:rsidRPr="00EE6DD3" w:rsidRDefault="005503B4" w:rsidP="00D65017">
            <w:pPr>
              <w:jc w:val="center"/>
            </w:pPr>
            <w:r w:rsidRPr="00EE6DD3">
              <w:rPr>
                <w:rFonts w:eastAsia="SimSun"/>
                <w:sz w:val="14"/>
              </w:rPr>
              <w:t>0.1250</w:t>
            </w:r>
          </w:p>
        </w:tc>
        <w:tc>
          <w:tcPr>
            <w:tcW w:w="1234" w:type="dxa"/>
          </w:tcPr>
          <w:p w14:paraId="467EBDA5" w14:textId="77777777" w:rsidR="005503B4" w:rsidRPr="00EE6DD3" w:rsidRDefault="005503B4" w:rsidP="00D65017">
            <w:pPr>
              <w:jc w:val="center"/>
            </w:pPr>
            <w:r w:rsidRPr="00EE6DD3">
              <w:rPr>
                <w:rFonts w:eastAsia="SimSun"/>
                <w:sz w:val="14"/>
              </w:rPr>
              <w:t>0.1162</w:t>
            </w:r>
          </w:p>
        </w:tc>
        <w:tc>
          <w:tcPr>
            <w:tcW w:w="1234" w:type="dxa"/>
          </w:tcPr>
          <w:p w14:paraId="073E37D7" w14:textId="77777777" w:rsidR="005503B4" w:rsidRPr="00EE6DD3" w:rsidRDefault="005503B4" w:rsidP="00D65017">
            <w:pPr>
              <w:jc w:val="center"/>
            </w:pPr>
            <w:r w:rsidRPr="00EE6DD3">
              <w:rPr>
                <w:rFonts w:eastAsia="SimSun"/>
                <w:sz w:val="14"/>
              </w:rPr>
              <w:t>0.1176</w:t>
            </w:r>
          </w:p>
        </w:tc>
        <w:tc>
          <w:tcPr>
            <w:tcW w:w="1234" w:type="dxa"/>
          </w:tcPr>
          <w:p w14:paraId="78F0DEDC" w14:textId="77777777" w:rsidR="005503B4" w:rsidRPr="00EE6DD3" w:rsidRDefault="005503B4" w:rsidP="00D65017">
            <w:pPr>
              <w:jc w:val="center"/>
            </w:pPr>
            <w:r w:rsidRPr="00EE6DD3">
              <w:rPr>
                <w:rFonts w:eastAsia="SimSun"/>
                <w:sz w:val="14"/>
              </w:rPr>
              <w:t>0.6941</w:t>
            </w:r>
          </w:p>
        </w:tc>
        <w:tc>
          <w:tcPr>
            <w:tcW w:w="1234" w:type="dxa"/>
          </w:tcPr>
          <w:p w14:paraId="4BA2A11F" w14:textId="77777777" w:rsidR="005503B4" w:rsidRPr="00EE6DD3" w:rsidRDefault="005503B4" w:rsidP="00D65017">
            <w:pPr>
              <w:jc w:val="center"/>
            </w:pPr>
            <w:r w:rsidRPr="00EE6DD3">
              <w:rPr>
                <w:rFonts w:eastAsia="SimSun"/>
                <w:sz w:val="14"/>
              </w:rPr>
              <w:t>0.7273</w:t>
            </w:r>
          </w:p>
        </w:tc>
      </w:tr>
      <w:tr w:rsidR="005503B4" w:rsidRPr="00EE6DD3" w14:paraId="607D631D" w14:textId="77777777" w:rsidTr="00D65017">
        <w:tc>
          <w:tcPr>
            <w:tcW w:w="1234" w:type="dxa"/>
          </w:tcPr>
          <w:p w14:paraId="1C23BF80" w14:textId="77777777" w:rsidR="005503B4" w:rsidRPr="00EE6DD3" w:rsidRDefault="005503B4" w:rsidP="00D65017">
            <w:r w:rsidRPr="00EE6DD3">
              <w:rPr>
                <w:rFonts w:eastAsia="SimSun"/>
                <w:sz w:val="14"/>
              </w:rPr>
              <w:t>Environmental science</w:t>
            </w:r>
          </w:p>
        </w:tc>
        <w:tc>
          <w:tcPr>
            <w:tcW w:w="1234" w:type="dxa"/>
          </w:tcPr>
          <w:p w14:paraId="2276443B" w14:textId="77777777" w:rsidR="005503B4" w:rsidRPr="00EE6DD3" w:rsidRDefault="005503B4" w:rsidP="00D65017">
            <w:pPr>
              <w:jc w:val="center"/>
            </w:pPr>
            <w:r w:rsidRPr="00EE6DD3">
              <w:rPr>
                <w:rFonts w:eastAsia="SimSun"/>
                <w:sz w:val="14"/>
              </w:rPr>
              <w:t>0.1364</w:t>
            </w:r>
          </w:p>
        </w:tc>
        <w:tc>
          <w:tcPr>
            <w:tcW w:w="1234" w:type="dxa"/>
          </w:tcPr>
          <w:p w14:paraId="2E243DC9" w14:textId="77777777" w:rsidR="005503B4" w:rsidRPr="00EE6DD3" w:rsidRDefault="005503B4" w:rsidP="00D65017">
            <w:pPr>
              <w:jc w:val="center"/>
            </w:pPr>
            <w:r w:rsidRPr="00EE6DD3">
              <w:rPr>
                <w:rFonts w:eastAsia="SimSun"/>
                <w:sz w:val="14"/>
              </w:rPr>
              <w:t>0.1250</w:t>
            </w:r>
          </w:p>
        </w:tc>
        <w:tc>
          <w:tcPr>
            <w:tcW w:w="1234" w:type="dxa"/>
          </w:tcPr>
          <w:p w14:paraId="3F632442" w14:textId="77777777" w:rsidR="005503B4" w:rsidRPr="00EE6DD3" w:rsidRDefault="005503B4" w:rsidP="00D65017">
            <w:pPr>
              <w:jc w:val="center"/>
            </w:pPr>
            <w:r w:rsidRPr="00EE6DD3">
              <w:rPr>
                <w:rFonts w:eastAsia="SimSun"/>
                <w:sz w:val="14"/>
              </w:rPr>
              <w:t>0.1372</w:t>
            </w:r>
          </w:p>
        </w:tc>
        <w:tc>
          <w:tcPr>
            <w:tcW w:w="1234" w:type="dxa"/>
          </w:tcPr>
          <w:p w14:paraId="5972C274" w14:textId="77777777" w:rsidR="005503B4" w:rsidRPr="00EE6DD3" w:rsidRDefault="005503B4" w:rsidP="00D65017">
            <w:pPr>
              <w:jc w:val="center"/>
            </w:pPr>
            <w:r w:rsidRPr="00EE6DD3">
              <w:rPr>
                <w:rFonts w:eastAsia="SimSun"/>
                <w:sz w:val="14"/>
              </w:rPr>
              <w:t>0.1333</w:t>
            </w:r>
          </w:p>
        </w:tc>
        <w:tc>
          <w:tcPr>
            <w:tcW w:w="1234" w:type="dxa"/>
          </w:tcPr>
          <w:p w14:paraId="229ACB1D" w14:textId="77777777" w:rsidR="005503B4" w:rsidRPr="00EE6DD3" w:rsidRDefault="005503B4" w:rsidP="00D65017">
            <w:pPr>
              <w:jc w:val="center"/>
            </w:pPr>
            <w:r w:rsidRPr="00EE6DD3">
              <w:rPr>
                <w:rFonts w:eastAsia="SimSun"/>
                <w:sz w:val="14"/>
              </w:rPr>
              <w:t>0.6981</w:t>
            </w:r>
          </w:p>
        </w:tc>
        <w:tc>
          <w:tcPr>
            <w:tcW w:w="1234" w:type="dxa"/>
          </w:tcPr>
          <w:p w14:paraId="276ECB63" w14:textId="77777777" w:rsidR="005503B4" w:rsidRPr="00EE6DD3" w:rsidRDefault="005503B4" w:rsidP="00D65017">
            <w:pPr>
              <w:jc w:val="center"/>
            </w:pPr>
            <w:r w:rsidRPr="00EE6DD3">
              <w:rPr>
                <w:rFonts w:eastAsia="SimSun"/>
                <w:sz w:val="14"/>
              </w:rPr>
              <w:t>0.7333</w:t>
            </w:r>
          </w:p>
        </w:tc>
      </w:tr>
      <w:tr w:rsidR="005503B4" w:rsidRPr="00EE6DD3" w14:paraId="116D3B85" w14:textId="77777777" w:rsidTr="00D65017">
        <w:tc>
          <w:tcPr>
            <w:tcW w:w="1234" w:type="dxa"/>
          </w:tcPr>
          <w:p w14:paraId="45503AAF" w14:textId="77777777" w:rsidR="005503B4" w:rsidRPr="00EE6DD3" w:rsidRDefault="005503B4" w:rsidP="00D65017">
            <w:r w:rsidRPr="00EE6DD3">
              <w:rPr>
                <w:rFonts w:eastAsia="SimSun"/>
                <w:sz w:val="14"/>
              </w:rPr>
              <w:t>Geography</w:t>
            </w:r>
          </w:p>
        </w:tc>
        <w:tc>
          <w:tcPr>
            <w:tcW w:w="1234" w:type="dxa"/>
          </w:tcPr>
          <w:p w14:paraId="31E81BAC" w14:textId="77777777" w:rsidR="005503B4" w:rsidRPr="00EE6DD3" w:rsidRDefault="005503B4" w:rsidP="00D65017">
            <w:pPr>
              <w:jc w:val="center"/>
            </w:pPr>
            <w:r w:rsidRPr="00EE6DD3">
              <w:rPr>
                <w:rFonts w:eastAsia="SimSun"/>
                <w:sz w:val="14"/>
              </w:rPr>
              <w:t>0.1304</w:t>
            </w:r>
          </w:p>
        </w:tc>
        <w:tc>
          <w:tcPr>
            <w:tcW w:w="1234" w:type="dxa"/>
          </w:tcPr>
          <w:p w14:paraId="307A75FE" w14:textId="77777777" w:rsidR="005503B4" w:rsidRPr="00EE6DD3" w:rsidRDefault="005503B4" w:rsidP="00D65017">
            <w:pPr>
              <w:jc w:val="center"/>
            </w:pPr>
            <w:r w:rsidRPr="00EE6DD3">
              <w:rPr>
                <w:rFonts w:eastAsia="SimSun"/>
                <w:sz w:val="14"/>
              </w:rPr>
              <w:t>0.1176</w:t>
            </w:r>
          </w:p>
        </w:tc>
        <w:tc>
          <w:tcPr>
            <w:tcW w:w="1234" w:type="dxa"/>
          </w:tcPr>
          <w:p w14:paraId="650D6950" w14:textId="77777777" w:rsidR="005503B4" w:rsidRPr="00EE6DD3" w:rsidRDefault="005503B4" w:rsidP="00D65017">
            <w:pPr>
              <w:jc w:val="center"/>
            </w:pPr>
            <w:r w:rsidRPr="00EE6DD3">
              <w:rPr>
                <w:rFonts w:eastAsia="SimSun"/>
                <w:sz w:val="14"/>
              </w:rPr>
              <w:t>0.1237</w:t>
            </w:r>
          </w:p>
        </w:tc>
        <w:tc>
          <w:tcPr>
            <w:tcW w:w="1234" w:type="dxa"/>
          </w:tcPr>
          <w:p w14:paraId="4E8E0C4F" w14:textId="77777777" w:rsidR="005503B4" w:rsidRPr="00EE6DD3" w:rsidRDefault="005503B4" w:rsidP="00D65017">
            <w:pPr>
              <w:jc w:val="center"/>
            </w:pPr>
            <w:r w:rsidRPr="00EE6DD3">
              <w:rPr>
                <w:rFonts w:eastAsia="SimSun"/>
                <w:sz w:val="14"/>
              </w:rPr>
              <w:t>0.1176</w:t>
            </w:r>
          </w:p>
        </w:tc>
        <w:tc>
          <w:tcPr>
            <w:tcW w:w="1234" w:type="dxa"/>
          </w:tcPr>
          <w:p w14:paraId="3A7B2245" w14:textId="77777777" w:rsidR="005503B4" w:rsidRPr="00EE6DD3" w:rsidRDefault="005503B4" w:rsidP="00D65017">
            <w:pPr>
              <w:jc w:val="center"/>
            </w:pPr>
            <w:r w:rsidRPr="00EE6DD3">
              <w:rPr>
                <w:rFonts w:eastAsia="SimSun"/>
                <w:sz w:val="14"/>
              </w:rPr>
              <w:t>0.6954</w:t>
            </w:r>
          </w:p>
        </w:tc>
        <w:tc>
          <w:tcPr>
            <w:tcW w:w="1234" w:type="dxa"/>
          </w:tcPr>
          <w:p w14:paraId="20DE764D" w14:textId="77777777" w:rsidR="005503B4" w:rsidRPr="00EE6DD3" w:rsidRDefault="005503B4" w:rsidP="00D65017">
            <w:pPr>
              <w:jc w:val="center"/>
            </w:pPr>
            <w:r w:rsidRPr="00EE6DD3">
              <w:rPr>
                <w:rFonts w:eastAsia="SimSun"/>
                <w:sz w:val="14"/>
              </w:rPr>
              <w:t>0.7333</w:t>
            </w:r>
          </w:p>
        </w:tc>
      </w:tr>
      <w:tr w:rsidR="005503B4" w:rsidRPr="00EE6DD3" w14:paraId="2969916C" w14:textId="77777777" w:rsidTr="00D65017">
        <w:tc>
          <w:tcPr>
            <w:tcW w:w="1234" w:type="dxa"/>
          </w:tcPr>
          <w:p w14:paraId="26912519" w14:textId="77777777" w:rsidR="005503B4" w:rsidRPr="00EE6DD3" w:rsidRDefault="005503B4" w:rsidP="00D65017">
            <w:r w:rsidRPr="00EE6DD3">
              <w:rPr>
                <w:rFonts w:eastAsia="SimSun"/>
                <w:sz w:val="14"/>
              </w:rPr>
              <w:t>Business</w:t>
            </w:r>
          </w:p>
        </w:tc>
        <w:tc>
          <w:tcPr>
            <w:tcW w:w="1234" w:type="dxa"/>
          </w:tcPr>
          <w:p w14:paraId="29490A5F" w14:textId="77777777" w:rsidR="005503B4" w:rsidRPr="00EE6DD3" w:rsidRDefault="005503B4" w:rsidP="00D65017">
            <w:pPr>
              <w:jc w:val="center"/>
            </w:pPr>
            <w:r w:rsidRPr="00EE6DD3">
              <w:rPr>
                <w:rFonts w:eastAsia="SimSun"/>
                <w:sz w:val="14"/>
              </w:rPr>
              <w:t>0.1294</w:t>
            </w:r>
          </w:p>
        </w:tc>
        <w:tc>
          <w:tcPr>
            <w:tcW w:w="1234" w:type="dxa"/>
          </w:tcPr>
          <w:p w14:paraId="721FB3A1" w14:textId="77777777" w:rsidR="005503B4" w:rsidRPr="00EE6DD3" w:rsidRDefault="005503B4" w:rsidP="00D65017">
            <w:pPr>
              <w:jc w:val="center"/>
            </w:pPr>
            <w:r w:rsidRPr="00EE6DD3">
              <w:rPr>
                <w:rFonts w:eastAsia="SimSun"/>
                <w:sz w:val="14"/>
              </w:rPr>
              <w:t>0.1250</w:t>
            </w:r>
          </w:p>
        </w:tc>
        <w:tc>
          <w:tcPr>
            <w:tcW w:w="1234" w:type="dxa"/>
          </w:tcPr>
          <w:p w14:paraId="453B0E84" w14:textId="77777777" w:rsidR="005503B4" w:rsidRPr="00EE6DD3" w:rsidRDefault="005503B4" w:rsidP="00D65017">
            <w:pPr>
              <w:jc w:val="center"/>
            </w:pPr>
            <w:r w:rsidRPr="00EE6DD3">
              <w:rPr>
                <w:rFonts w:eastAsia="SimSun"/>
                <w:sz w:val="14"/>
              </w:rPr>
              <w:t>0.1244</w:t>
            </w:r>
          </w:p>
        </w:tc>
        <w:tc>
          <w:tcPr>
            <w:tcW w:w="1234" w:type="dxa"/>
          </w:tcPr>
          <w:p w14:paraId="05A8AE81" w14:textId="77777777" w:rsidR="005503B4" w:rsidRPr="00EE6DD3" w:rsidRDefault="005503B4" w:rsidP="00D65017">
            <w:pPr>
              <w:jc w:val="center"/>
            </w:pPr>
            <w:r w:rsidRPr="00EE6DD3">
              <w:rPr>
                <w:rFonts w:eastAsia="SimSun"/>
                <w:sz w:val="14"/>
              </w:rPr>
              <w:t>0.1250</w:t>
            </w:r>
          </w:p>
        </w:tc>
        <w:tc>
          <w:tcPr>
            <w:tcW w:w="1234" w:type="dxa"/>
          </w:tcPr>
          <w:p w14:paraId="333B4875" w14:textId="77777777" w:rsidR="005503B4" w:rsidRPr="00EE6DD3" w:rsidRDefault="005503B4" w:rsidP="00D65017">
            <w:pPr>
              <w:jc w:val="center"/>
            </w:pPr>
            <w:r w:rsidRPr="00EE6DD3">
              <w:rPr>
                <w:rFonts w:eastAsia="SimSun"/>
                <w:sz w:val="14"/>
              </w:rPr>
              <w:t>0.7665</w:t>
            </w:r>
          </w:p>
        </w:tc>
        <w:tc>
          <w:tcPr>
            <w:tcW w:w="1234" w:type="dxa"/>
          </w:tcPr>
          <w:p w14:paraId="04576FD3" w14:textId="77777777" w:rsidR="005503B4" w:rsidRPr="00EE6DD3" w:rsidRDefault="005503B4" w:rsidP="00D65017">
            <w:pPr>
              <w:jc w:val="center"/>
            </w:pPr>
            <w:r w:rsidRPr="00EE6DD3">
              <w:rPr>
                <w:rFonts w:eastAsia="SimSun"/>
                <w:sz w:val="14"/>
              </w:rPr>
              <w:t>0.8125</w:t>
            </w:r>
          </w:p>
        </w:tc>
      </w:tr>
      <w:tr w:rsidR="005503B4" w:rsidRPr="00EE6DD3" w14:paraId="6B1ECB3D" w14:textId="77777777" w:rsidTr="00D65017">
        <w:tc>
          <w:tcPr>
            <w:tcW w:w="1234" w:type="dxa"/>
          </w:tcPr>
          <w:p w14:paraId="51FCB6AC" w14:textId="77777777" w:rsidR="005503B4" w:rsidRPr="00EE6DD3" w:rsidRDefault="005503B4" w:rsidP="00D65017">
            <w:r w:rsidRPr="00EE6DD3">
              <w:rPr>
                <w:rFonts w:eastAsia="SimSun"/>
                <w:sz w:val="14"/>
              </w:rPr>
              <w:t>Sociology</w:t>
            </w:r>
          </w:p>
        </w:tc>
        <w:tc>
          <w:tcPr>
            <w:tcW w:w="1234" w:type="dxa"/>
          </w:tcPr>
          <w:p w14:paraId="66F8C78A" w14:textId="77777777" w:rsidR="005503B4" w:rsidRPr="00EE6DD3" w:rsidRDefault="005503B4" w:rsidP="00D65017">
            <w:pPr>
              <w:jc w:val="center"/>
            </w:pPr>
            <w:r w:rsidRPr="00EE6DD3">
              <w:rPr>
                <w:rFonts w:eastAsia="SimSun"/>
                <w:sz w:val="14"/>
              </w:rPr>
              <w:t>0.1243</w:t>
            </w:r>
          </w:p>
        </w:tc>
        <w:tc>
          <w:tcPr>
            <w:tcW w:w="1234" w:type="dxa"/>
          </w:tcPr>
          <w:p w14:paraId="710BD7EA" w14:textId="77777777" w:rsidR="005503B4" w:rsidRPr="00EE6DD3" w:rsidRDefault="005503B4" w:rsidP="00D65017">
            <w:pPr>
              <w:jc w:val="center"/>
            </w:pPr>
            <w:r w:rsidRPr="00EE6DD3">
              <w:rPr>
                <w:rFonts w:eastAsia="SimSun"/>
                <w:sz w:val="14"/>
              </w:rPr>
              <w:t>0.1176</w:t>
            </w:r>
          </w:p>
        </w:tc>
        <w:tc>
          <w:tcPr>
            <w:tcW w:w="1234" w:type="dxa"/>
          </w:tcPr>
          <w:p w14:paraId="6E672397" w14:textId="77777777" w:rsidR="005503B4" w:rsidRPr="00EE6DD3" w:rsidRDefault="005503B4" w:rsidP="00D65017">
            <w:pPr>
              <w:jc w:val="center"/>
            </w:pPr>
            <w:r w:rsidRPr="00EE6DD3">
              <w:rPr>
                <w:rFonts w:eastAsia="SimSun"/>
                <w:sz w:val="14"/>
              </w:rPr>
              <w:t>0.1020</w:t>
            </w:r>
          </w:p>
        </w:tc>
        <w:tc>
          <w:tcPr>
            <w:tcW w:w="1234" w:type="dxa"/>
          </w:tcPr>
          <w:p w14:paraId="05CD542A" w14:textId="77777777" w:rsidR="005503B4" w:rsidRPr="00EE6DD3" w:rsidRDefault="005503B4" w:rsidP="00D65017">
            <w:pPr>
              <w:jc w:val="center"/>
            </w:pPr>
            <w:r w:rsidRPr="00EE6DD3">
              <w:rPr>
                <w:rFonts w:eastAsia="SimSun"/>
                <w:sz w:val="14"/>
              </w:rPr>
              <w:t>0.0909</w:t>
            </w:r>
          </w:p>
        </w:tc>
        <w:tc>
          <w:tcPr>
            <w:tcW w:w="1234" w:type="dxa"/>
          </w:tcPr>
          <w:p w14:paraId="31228FEC" w14:textId="77777777" w:rsidR="005503B4" w:rsidRPr="00EE6DD3" w:rsidRDefault="005503B4" w:rsidP="00D65017">
            <w:pPr>
              <w:jc w:val="center"/>
            </w:pPr>
            <w:r w:rsidRPr="00EE6DD3">
              <w:rPr>
                <w:rFonts w:eastAsia="SimSun"/>
                <w:sz w:val="14"/>
              </w:rPr>
              <w:t>0.5990</w:t>
            </w:r>
          </w:p>
        </w:tc>
        <w:tc>
          <w:tcPr>
            <w:tcW w:w="1234" w:type="dxa"/>
          </w:tcPr>
          <w:p w14:paraId="15F82136" w14:textId="77777777" w:rsidR="005503B4" w:rsidRPr="00EE6DD3" w:rsidRDefault="005503B4" w:rsidP="00D65017">
            <w:pPr>
              <w:jc w:val="center"/>
            </w:pPr>
            <w:r w:rsidRPr="00EE6DD3">
              <w:rPr>
                <w:rFonts w:eastAsia="SimSun"/>
                <w:sz w:val="14"/>
              </w:rPr>
              <w:t>0.6154</w:t>
            </w:r>
          </w:p>
        </w:tc>
      </w:tr>
      <w:tr w:rsidR="005503B4" w:rsidRPr="00EE6DD3" w14:paraId="3CD08F07" w14:textId="77777777" w:rsidTr="00D65017">
        <w:tc>
          <w:tcPr>
            <w:tcW w:w="1234" w:type="dxa"/>
          </w:tcPr>
          <w:p w14:paraId="1767CCF6" w14:textId="77777777" w:rsidR="005503B4" w:rsidRPr="00EE6DD3" w:rsidRDefault="005503B4" w:rsidP="00D65017">
            <w:r w:rsidRPr="00EE6DD3">
              <w:rPr>
                <w:rFonts w:eastAsia="SimSun"/>
                <w:sz w:val="14"/>
              </w:rPr>
              <w:t>Engineering</w:t>
            </w:r>
          </w:p>
        </w:tc>
        <w:tc>
          <w:tcPr>
            <w:tcW w:w="1234" w:type="dxa"/>
          </w:tcPr>
          <w:p w14:paraId="042EBF21" w14:textId="77777777" w:rsidR="005503B4" w:rsidRPr="00EE6DD3" w:rsidRDefault="005503B4" w:rsidP="00D65017">
            <w:pPr>
              <w:jc w:val="center"/>
            </w:pPr>
            <w:r w:rsidRPr="00EE6DD3">
              <w:rPr>
                <w:rFonts w:eastAsia="SimSun"/>
                <w:sz w:val="14"/>
              </w:rPr>
              <w:t>0.1198</w:t>
            </w:r>
          </w:p>
        </w:tc>
        <w:tc>
          <w:tcPr>
            <w:tcW w:w="1234" w:type="dxa"/>
          </w:tcPr>
          <w:p w14:paraId="10670C97" w14:textId="77777777" w:rsidR="005503B4" w:rsidRPr="00EE6DD3" w:rsidRDefault="005503B4" w:rsidP="00D65017">
            <w:pPr>
              <w:jc w:val="center"/>
            </w:pPr>
            <w:r w:rsidRPr="00EE6DD3">
              <w:rPr>
                <w:rFonts w:eastAsia="SimSun"/>
                <w:sz w:val="14"/>
              </w:rPr>
              <w:t>0.1176</w:t>
            </w:r>
          </w:p>
        </w:tc>
        <w:tc>
          <w:tcPr>
            <w:tcW w:w="1234" w:type="dxa"/>
          </w:tcPr>
          <w:p w14:paraId="5C5AA7CA" w14:textId="77777777" w:rsidR="005503B4" w:rsidRPr="00EE6DD3" w:rsidRDefault="005503B4" w:rsidP="00D65017">
            <w:pPr>
              <w:jc w:val="center"/>
            </w:pPr>
            <w:r w:rsidRPr="00EE6DD3">
              <w:rPr>
                <w:rFonts w:eastAsia="SimSun"/>
                <w:sz w:val="14"/>
              </w:rPr>
              <w:t>0.1345</w:t>
            </w:r>
          </w:p>
        </w:tc>
        <w:tc>
          <w:tcPr>
            <w:tcW w:w="1234" w:type="dxa"/>
          </w:tcPr>
          <w:p w14:paraId="1CE3CD4C" w14:textId="77777777" w:rsidR="005503B4" w:rsidRPr="00EE6DD3" w:rsidRDefault="005503B4" w:rsidP="00D65017">
            <w:pPr>
              <w:jc w:val="center"/>
            </w:pPr>
            <w:r w:rsidRPr="00EE6DD3">
              <w:rPr>
                <w:rFonts w:eastAsia="SimSun"/>
                <w:sz w:val="14"/>
              </w:rPr>
              <w:t>0.1333</w:t>
            </w:r>
          </w:p>
        </w:tc>
        <w:tc>
          <w:tcPr>
            <w:tcW w:w="1234" w:type="dxa"/>
          </w:tcPr>
          <w:p w14:paraId="6A479913" w14:textId="77777777" w:rsidR="005503B4" w:rsidRPr="00EE6DD3" w:rsidRDefault="005503B4" w:rsidP="00D65017">
            <w:pPr>
              <w:jc w:val="center"/>
            </w:pPr>
            <w:r w:rsidRPr="00EE6DD3">
              <w:rPr>
                <w:rFonts w:eastAsia="SimSun"/>
                <w:sz w:val="14"/>
              </w:rPr>
              <w:t>0.5741</w:t>
            </w:r>
          </w:p>
        </w:tc>
        <w:tc>
          <w:tcPr>
            <w:tcW w:w="1234" w:type="dxa"/>
          </w:tcPr>
          <w:p w14:paraId="57C85E25" w14:textId="77777777" w:rsidR="005503B4" w:rsidRPr="00EE6DD3" w:rsidRDefault="005503B4" w:rsidP="00D65017">
            <w:pPr>
              <w:jc w:val="center"/>
            </w:pPr>
            <w:r w:rsidRPr="00EE6DD3">
              <w:rPr>
                <w:rFonts w:eastAsia="SimSun"/>
                <w:sz w:val="14"/>
              </w:rPr>
              <w:t>0.5882</w:t>
            </w:r>
          </w:p>
        </w:tc>
      </w:tr>
      <w:tr w:rsidR="005503B4" w:rsidRPr="00EE6DD3" w14:paraId="08E3FE9A" w14:textId="77777777" w:rsidTr="00D65017">
        <w:tc>
          <w:tcPr>
            <w:tcW w:w="1234" w:type="dxa"/>
          </w:tcPr>
          <w:p w14:paraId="280BD45D" w14:textId="77777777" w:rsidR="005503B4" w:rsidRPr="00EE6DD3" w:rsidRDefault="005503B4" w:rsidP="00D65017">
            <w:r w:rsidRPr="00EE6DD3">
              <w:rPr>
                <w:rFonts w:eastAsia="SimSun"/>
                <w:sz w:val="14"/>
              </w:rPr>
              <w:t>Economics</w:t>
            </w:r>
          </w:p>
        </w:tc>
        <w:tc>
          <w:tcPr>
            <w:tcW w:w="1234" w:type="dxa"/>
          </w:tcPr>
          <w:p w14:paraId="68DEBEF0" w14:textId="77777777" w:rsidR="005503B4" w:rsidRPr="00EE6DD3" w:rsidRDefault="005503B4" w:rsidP="00D65017">
            <w:pPr>
              <w:jc w:val="center"/>
            </w:pPr>
            <w:r w:rsidRPr="00EE6DD3">
              <w:rPr>
                <w:rFonts w:eastAsia="SimSun"/>
                <w:sz w:val="14"/>
              </w:rPr>
              <w:t>0.1184</w:t>
            </w:r>
          </w:p>
        </w:tc>
        <w:tc>
          <w:tcPr>
            <w:tcW w:w="1234" w:type="dxa"/>
          </w:tcPr>
          <w:p w14:paraId="444FDE25" w14:textId="77777777" w:rsidR="005503B4" w:rsidRPr="00EE6DD3" w:rsidRDefault="005503B4" w:rsidP="00D65017">
            <w:pPr>
              <w:jc w:val="center"/>
            </w:pPr>
            <w:r w:rsidRPr="00EE6DD3">
              <w:rPr>
                <w:rFonts w:eastAsia="SimSun"/>
                <w:sz w:val="14"/>
              </w:rPr>
              <w:t>0.1176</w:t>
            </w:r>
          </w:p>
        </w:tc>
        <w:tc>
          <w:tcPr>
            <w:tcW w:w="1234" w:type="dxa"/>
          </w:tcPr>
          <w:p w14:paraId="470A0CEE" w14:textId="77777777" w:rsidR="005503B4" w:rsidRPr="00EE6DD3" w:rsidRDefault="005503B4" w:rsidP="00D65017">
            <w:pPr>
              <w:jc w:val="center"/>
            </w:pPr>
            <w:r w:rsidRPr="00EE6DD3">
              <w:rPr>
                <w:rFonts w:eastAsia="SimSun"/>
                <w:sz w:val="14"/>
              </w:rPr>
              <w:t>0.1097</w:t>
            </w:r>
          </w:p>
        </w:tc>
        <w:tc>
          <w:tcPr>
            <w:tcW w:w="1234" w:type="dxa"/>
          </w:tcPr>
          <w:p w14:paraId="679ED7FB" w14:textId="77777777" w:rsidR="005503B4" w:rsidRPr="00EE6DD3" w:rsidRDefault="005503B4" w:rsidP="00D65017">
            <w:pPr>
              <w:jc w:val="center"/>
            </w:pPr>
            <w:r w:rsidRPr="00EE6DD3">
              <w:rPr>
                <w:rFonts w:eastAsia="SimSun"/>
                <w:sz w:val="14"/>
              </w:rPr>
              <w:t>0.1111</w:t>
            </w:r>
          </w:p>
        </w:tc>
        <w:tc>
          <w:tcPr>
            <w:tcW w:w="1234" w:type="dxa"/>
          </w:tcPr>
          <w:p w14:paraId="53D0AA00" w14:textId="77777777" w:rsidR="005503B4" w:rsidRPr="00EE6DD3" w:rsidRDefault="005503B4" w:rsidP="00D65017">
            <w:pPr>
              <w:jc w:val="center"/>
            </w:pPr>
            <w:r w:rsidRPr="00EE6DD3">
              <w:rPr>
                <w:rFonts w:eastAsia="SimSun"/>
                <w:sz w:val="14"/>
              </w:rPr>
              <w:t>0.7230</w:t>
            </w:r>
          </w:p>
        </w:tc>
        <w:tc>
          <w:tcPr>
            <w:tcW w:w="1234" w:type="dxa"/>
          </w:tcPr>
          <w:p w14:paraId="07169879" w14:textId="77777777" w:rsidR="005503B4" w:rsidRPr="00EE6DD3" w:rsidRDefault="005503B4" w:rsidP="00D65017">
            <w:pPr>
              <w:jc w:val="center"/>
            </w:pPr>
            <w:r w:rsidRPr="00EE6DD3">
              <w:rPr>
                <w:rFonts w:eastAsia="SimSun"/>
                <w:sz w:val="14"/>
              </w:rPr>
              <w:t>0.7647</w:t>
            </w:r>
          </w:p>
        </w:tc>
      </w:tr>
      <w:tr w:rsidR="005503B4" w:rsidRPr="00EE6DD3" w14:paraId="358A2344" w14:textId="77777777" w:rsidTr="00D65017">
        <w:tc>
          <w:tcPr>
            <w:tcW w:w="1234" w:type="dxa"/>
          </w:tcPr>
          <w:p w14:paraId="2DAB069B" w14:textId="77777777" w:rsidR="005503B4" w:rsidRPr="00EE6DD3" w:rsidRDefault="005503B4" w:rsidP="00D65017">
            <w:r w:rsidRPr="00EE6DD3">
              <w:rPr>
                <w:rFonts w:eastAsia="SimSun"/>
                <w:sz w:val="14"/>
              </w:rPr>
              <w:t>Materials science</w:t>
            </w:r>
          </w:p>
        </w:tc>
        <w:tc>
          <w:tcPr>
            <w:tcW w:w="1234" w:type="dxa"/>
          </w:tcPr>
          <w:p w14:paraId="152925AE" w14:textId="77777777" w:rsidR="005503B4" w:rsidRPr="00EE6DD3" w:rsidRDefault="005503B4" w:rsidP="00D65017">
            <w:pPr>
              <w:jc w:val="center"/>
            </w:pPr>
            <w:r w:rsidRPr="00EE6DD3">
              <w:rPr>
                <w:rFonts w:eastAsia="SimSun"/>
                <w:sz w:val="14"/>
              </w:rPr>
              <w:t>0.0968</w:t>
            </w:r>
          </w:p>
        </w:tc>
        <w:tc>
          <w:tcPr>
            <w:tcW w:w="1234" w:type="dxa"/>
          </w:tcPr>
          <w:p w14:paraId="66972E9E" w14:textId="77777777" w:rsidR="005503B4" w:rsidRPr="00EE6DD3" w:rsidRDefault="005503B4" w:rsidP="00D65017">
            <w:pPr>
              <w:jc w:val="center"/>
            </w:pPr>
            <w:r w:rsidRPr="00EE6DD3">
              <w:rPr>
                <w:rFonts w:eastAsia="SimSun"/>
                <w:sz w:val="14"/>
              </w:rPr>
              <w:t>0.0909</w:t>
            </w:r>
          </w:p>
        </w:tc>
        <w:tc>
          <w:tcPr>
            <w:tcW w:w="1234" w:type="dxa"/>
          </w:tcPr>
          <w:p w14:paraId="50E45C42" w14:textId="77777777" w:rsidR="005503B4" w:rsidRPr="00EE6DD3" w:rsidRDefault="005503B4" w:rsidP="00D65017">
            <w:pPr>
              <w:jc w:val="center"/>
            </w:pPr>
            <w:r w:rsidRPr="00EE6DD3">
              <w:rPr>
                <w:rFonts w:eastAsia="SimSun"/>
                <w:sz w:val="14"/>
              </w:rPr>
              <w:t>0.1068</w:t>
            </w:r>
          </w:p>
        </w:tc>
        <w:tc>
          <w:tcPr>
            <w:tcW w:w="1234" w:type="dxa"/>
          </w:tcPr>
          <w:p w14:paraId="63B4294A" w14:textId="77777777" w:rsidR="005503B4" w:rsidRPr="00EE6DD3" w:rsidRDefault="005503B4" w:rsidP="00D65017">
            <w:pPr>
              <w:jc w:val="center"/>
            </w:pPr>
            <w:r w:rsidRPr="00EE6DD3">
              <w:rPr>
                <w:rFonts w:eastAsia="SimSun"/>
                <w:sz w:val="14"/>
              </w:rPr>
              <w:t>0.1000</w:t>
            </w:r>
          </w:p>
        </w:tc>
        <w:tc>
          <w:tcPr>
            <w:tcW w:w="1234" w:type="dxa"/>
          </w:tcPr>
          <w:p w14:paraId="11A0E982" w14:textId="77777777" w:rsidR="005503B4" w:rsidRPr="00EE6DD3" w:rsidRDefault="005503B4" w:rsidP="00D65017">
            <w:pPr>
              <w:jc w:val="center"/>
            </w:pPr>
            <w:r w:rsidRPr="00EE6DD3">
              <w:rPr>
                <w:rFonts w:eastAsia="SimSun"/>
                <w:sz w:val="14"/>
              </w:rPr>
              <w:t>0.5079</w:t>
            </w:r>
          </w:p>
        </w:tc>
        <w:tc>
          <w:tcPr>
            <w:tcW w:w="1234" w:type="dxa"/>
          </w:tcPr>
          <w:p w14:paraId="652AC9BC" w14:textId="77777777" w:rsidR="005503B4" w:rsidRPr="00EE6DD3" w:rsidRDefault="005503B4" w:rsidP="00D65017">
            <w:pPr>
              <w:jc w:val="center"/>
            </w:pPr>
            <w:r w:rsidRPr="00EE6DD3">
              <w:rPr>
                <w:rFonts w:eastAsia="SimSun"/>
                <w:sz w:val="14"/>
              </w:rPr>
              <w:t>0.5294</w:t>
            </w:r>
          </w:p>
        </w:tc>
      </w:tr>
      <w:tr w:rsidR="005503B4" w:rsidRPr="00EE6DD3" w14:paraId="54455856" w14:textId="77777777" w:rsidTr="00D65017">
        <w:tc>
          <w:tcPr>
            <w:tcW w:w="1234" w:type="dxa"/>
          </w:tcPr>
          <w:p w14:paraId="0F77A5BF" w14:textId="77777777" w:rsidR="005503B4" w:rsidRPr="00EE6DD3" w:rsidRDefault="005503B4" w:rsidP="00D65017">
            <w:r w:rsidRPr="00EE6DD3">
              <w:rPr>
                <w:rFonts w:eastAsia="SimSun"/>
                <w:sz w:val="14"/>
              </w:rPr>
              <w:t>Medicine</w:t>
            </w:r>
          </w:p>
        </w:tc>
        <w:tc>
          <w:tcPr>
            <w:tcW w:w="1234" w:type="dxa"/>
          </w:tcPr>
          <w:p w14:paraId="7C1E5325" w14:textId="77777777" w:rsidR="005503B4" w:rsidRPr="00EE6DD3" w:rsidRDefault="005503B4" w:rsidP="00D65017">
            <w:pPr>
              <w:jc w:val="center"/>
            </w:pPr>
            <w:r w:rsidRPr="00EE6DD3">
              <w:rPr>
                <w:rFonts w:eastAsia="SimSun"/>
                <w:sz w:val="14"/>
              </w:rPr>
              <w:t>0.0934</w:t>
            </w:r>
          </w:p>
        </w:tc>
        <w:tc>
          <w:tcPr>
            <w:tcW w:w="1234" w:type="dxa"/>
          </w:tcPr>
          <w:p w14:paraId="3268AC93" w14:textId="77777777" w:rsidR="005503B4" w:rsidRPr="00EE6DD3" w:rsidRDefault="005503B4" w:rsidP="00D65017">
            <w:pPr>
              <w:jc w:val="center"/>
            </w:pPr>
            <w:r w:rsidRPr="00EE6DD3">
              <w:rPr>
                <w:rFonts w:eastAsia="SimSun"/>
                <w:sz w:val="14"/>
              </w:rPr>
              <w:t>0.0769</w:t>
            </w:r>
          </w:p>
        </w:tc>
        <w:tc>
          <w:tcPr>
            <w:tcW w:w="1234" w:type="dxa"/>
          </w:tcPr>
          <w:p w14:paraId="74B16016" w14:textId="77777777" w:rsidR="005503B4" w:rsidRPr="00EE6DD3" w:rsidRDefault="005503B4" w:rsidP="00D65017">
            <w:pPr>
              <w:jc w:val="center"/>
            </w:pPr>
            <w:r w:rsidRPr="00EE6DD3">
              <w:rPr>
                <w:rFonts w:eastAsia="SimSun"/>
                <w:sz w:val="14"/>
              </w:rPr>
              <w:t>0.0822</w:t>
            </w:r>
          </w:p>
        </w:tc>
        <w:tc>
          <w:tcPr>
            <w:tcW w:w="1234" w:type="dxa"/>
          </w:tcPr>
          <w:p w14:paraId="53C02048" w14:textId="77777777" w:rsidR="005503B4" w:rsidRPr="00EE6DD3" w:rsidRDefault="005503B4" w:rsidP="00D65017">
            <w:pPr>
              <w:jc w:val="center"/>
            </w:pPr>
            <w:r w:rsidRPr="00EE6DD3">
              <w:rPr>
                <w:rFonts w:eastAsia="SimSun"/>
                <w:sz w:val="14"/>
              </w:rPr>
              <w:t>0.0769</w:t>
            </w:r>
          </w:p>
        </w:tc>
        <w:tc>
          <w:tcPr>
            <w:tcW w:w="1234" w:type="dxa"/>
          </w:tcPr>
          <w:p w14:paraId="0CA34067" w14:textId="77777777" w:rsidR="005503B4" w:rsidRPr="00EE6DD3" w:rsidRDefault="005503B4" w:rsidP="00D65017">
            <w:pPr>
              <w:jc w:val="center"/>
            </w:pPr>
            <w:r w:rsidRPr="00EE6DD3">
              <w:rPr>
                <w:rFonts w:eastAsia="SimSun"/>
                <w:sz w:val="14"/>
              </w:rPr>
              <w:t>0.5959</w:t>
            </w:r>
          </w:p>
        </w:tc>
        <w:tc>
          <w:tcPr>
            <w:tcW w:w="1234" w:type="dxa"/>
          </w:tcPr>
          <w:p w14:paraId="6DEA6584" w14:textId="77777777" w:rsidR="005503B4" w:rsidRPr="00EE6DD3" w:rsidRDefault="005503B4" w:rsidP="00D65017">
            <w:pPr>
              <w:jc w:val="center"/>
            </w:pPr>
            <w:r w:rsidRPr="00EE6DD3">
              <w:rPr>
                <w:rFonts w:eastAsia="SimSun"/>
                <w:sz w:val="14"/>
              </w:rPr>
              <w:t>0.6250</w:t>
            </w:r>
          </w:p>
        </w:tc>
      </w:tr>
      <w:tr w:rsidR="005503B4" w:rsidRPr="00EE6DD3" w14:paraId="1EFC380F" w14:textId="77777777" w:rsidTr="00D65017">
        <w:tc>
          <w:tcPr>
            <w:tcW w:w="1234" w:type="dxa"/>
          </w:tcPr>
          <w:p w14:paraId="035ABDED" w14:textId="77777777" w:rsidR="005503B4" w:rsidRPr="00EE6DD3" w:rsidRDefault="005503B4" w:rsidP="00D65017">
            <w:r w:rsidRPr="00EE6DD3">
              <w:rPr>
                <w:rFonts w:eastAsia="SimSun"/>
                <w:sz w:val="14"/>
              </w:rPr>
              <w:t>Psychology</w:t>
            </w:r>
          </w:p>
        </w:tc>
        <w:tc>
          <w:tcPr>
            <w:tcW w:w="1234" w:type="dxa"/>
          </w:tcPr>
          <w:p w14:paraId="4B34E90A" w14:textId="77777777" w:rsidR="005503B4" w:rsidRPr="00EE6DD3" w:rsidRDefault="005503B4" w:rsidP="00D65017">
            <w:pPr>
              <w:jc w:val="center"/>
            </w:pPr>
            <w:r w:rsidRPr="00EE6DD3">
              <w:rPr>
                <w:rFonts w:eastAsia="SimSun"/>
                <w:sz w:val="14"/>
              </w:rPr>
              <w:t>0.0917</w:t>
            </w:r>
          </w:p>
        </w:tc>
        <w:tc>
          <w:tcPr>
            <w:tcW w:w="1234" w:type="dxa"/>
          </w:tcPr>
          <w:p w14:paraId="47DD0A76" w14:textId="77777777" w:rsidR="005503B4" w:rsidRPr="00EE6DD3" w:rsidRDefault="005503B4" w:rsidP="00D65017">
            <w:pPr>
              <w:jc w:val="center"/>
            </w:pPr>
            <w:r w:rsidRPr="00EE6DD3">
              <w:rPr>
                <w:rFonts w:eastAsia="SimSun"/>
                <w:sz w:val="14"/>
              </w:rPr>
              <w:t>0.0769</w:t>
            </w:r>
          </w:p>
        </w:tc>
        <w:tc>
          <w:tcPr>
            <w:tcW w:w="1234" w:type="dxa"/>
          </w:tcPr>
          <w:p w14:paraId="05E724F1" w14:textId="77777777" w:rsidR="005503B4" w:rsidRPr="00EE6DD3" w:rsidRDefault="005503B4" w:rsidP="00D65017">
            <w:pPr>
              <w:jc w:val="center"/>
            </w:pPr>
            <w:r w:rsidRPr="00EE6DD3">
              <w:rPr>
                <w:rFonts w:eastAsia="SimSun"/>
                <w:sz w:val="14"/>
              </w:rPr>
              <w:t>0.0924</w:t>
            </w:r>
          </w:p>
        </w:tc>
        <w:tc>
          <w:tcPr>
            <w:tcW w:w="1234" w:type="dxa"/>
          </w:tcPr>
          <w:p w14:paraId="0F80DD63" w14:textId="77777777" w:rsidR="005503B4" w:rsidRPr="00EE6DD3" w:rsidRDefault="005503B4" w:rsidP="00D65017">
            <w:pPr>
              <w:jc w:val="center"/>
            </w:pPr>
            <w:r w:rsidRPr="00EE6DD3">
              <w:rPr>
                <w:rFonts w:eastAsia="SimSun"/>
                <w:sz w:val="14"/>
              </w:rPr>
              <w:t>0.0833</w:t>
            </w:r>
          </w:p>
        </w:tc>
        <w:tc>
          <w:tcPr>
            <w:tcW w:w="1234" w:type="dxa"/>
          </w:tcPr>
          <w:p w14:paraId="5DB9DC68" w14:textId="77777777" w:rsidR="005503B4" w:rsidRPr="00EE6DD3" w:rsidRDefault="005503B4" w:rsidP="00D65017">
            <w:pPr>
              <w:jc w:val="center"/>
            </w:pPr>
            <w:r w:rsidRPr="00EE6DD3">
              <w:rPr>
                <w:rFonts w:eastAsia="SimSun"/>
                <w:sz w:val="14"/>
              </w:rPr>
              <w:t>0.5958</w:t>
            </w:r>
          </w:p>
        </w:tc>
        <w:tc>
          <w:tcPr>
            <w:tcW w:w="1234" w:type="dxa"/>
          </w:tcPr>
          <w:p w14:paraId="3E495986" w14:textId="77777777" w:rsidR="005503B4" w:rsidRPr="00EE6DD3" w:rsidRDefault="005503B4" w:rsidP="00D65017">
            <w:pPr>
              <w:jc w:val="center"/>
            </w:pPr>
            <w:r w:rsidRPr="00EE6DD3">
              <w:rPr>
                <w:rFonts w:eastAsia="SimSun"/>
                <w:sz w:val="14"/>
              </w:rPr>
              <w:t>0.6000</w:t>
            </w:r>
          </w:p>
        </w:tc>
      </w:tr>
      <w:tr w:rsidR="005503B4" w:rsidRPr="00EE6DD3" w14:paraId="524E4392" w14:textId="77777777" w:rsidTr="00D65017">
        <w:tc>
          <w:tcPr>
            <w:tcW w:w="1234" w:type="dxa"/>
          </w:tcPr>
          <w:p w14:paraId="4CFF4AC6" w14:textId="77777777" w:rsidR="005503B4" w:rsidRPr="00EE6DD3" w:rsidRDefault="005503B4" w:rsidP="00D65017">
            <w:r w:rsidRPr="00EE6DD3">
              <w:rPr>
                <w:rFonts w:eastAsia="SimSun"/>
                <w:sz w:val="14"/>
              </w:rPr>
              <w:t>Computer science</w:t>
            </w:r>
          </w:p>
        </w:tc>
        <w:tc>
          <w:tcPr>
            <w:tcW w:w="1234" w:type="dxa"/>
          </w:tcPr>
          <w:p w14:paraId="78E47806" w14:textId="77777777" w:rsidR="005503B4" w:rsidRPr="00EE6DD3" w:rsidRDefault="005503B4" w:rsidP="00D65017">
            <w:pPr>
              <w:jc w:val="center"/>
            </w:pPr>
            <w:r w:rsidRPr="00EE6DD3">
              <w:rPr>
                <w:rFonts w:eastAsia="SimSun"/>
                <w:sz w:val="14"/>
              </w:rPr>
              <w:t>0.0897</w:t>
            </w:r>
          </w:p>
        </w:tc>
        <w:tc>
          <w:tcPr>
            <w:tcW w:w="1234" w:type="dxa"/>
          </w:tcPr>
          <w:p w14:paraId="6FDD862C" w14:textId="77777777" w:rsidR="005503B4" w:rsidRPr="00EE6DD3" w:rsidRDefault="005503B4" w:rsidP="00D65017">
            <w:pPr>
              <w:jc w:val="center"/>
            </w:pPr>
            <w:r w:rsidRPr="00EE6DD3">
              <w:rPr>
                <w:rFonts w:eastAsia="SimSun"/>
                <w:sz w:val="14"/>
              </w:rPr>
              <w:t>0.0769</w:t>
            </w:r>
          </w:p>
        </w:tc>
        <w:tc>
          <w:tcPr>
            <w:tcW w:w="1234" w:type="dxa"/>
          </w:tcPr>
          <w:p w14:paraId="207139E7" w14:textId="77777777" w:rsidR="005503B4" w:rsidRPr="00EE6DD3" w:rsidRDefault="005503B4" w:rsidP="00D65017">
            <w:pPr>
              <w:jc w:val="center"/>
            </w:pPr>
            <w:r w:rsidRPr="00EE6DD3">
              <w:rPr>
                <w:rFonts w:eastAsia="SimSun"/>
                <w:sz w:val="14"/>
              </w:rPr>
              <w:t>0.0979</w:t>
            </w:r>
          </w:p>
        </w:tc>
        <w:tc>
          <w:tcPr>
            <w:tcW w:w="1234" w:type="dxa"/>
          </w:tcPr>
          <w:p w14:paraId="32C70665" w14:textId="77777777" w:rsidR="005503B4" w:rsidRPr="00EE6DD3" w:rsidRDefault="005503B4" w:rsidP="00D65017">
            <w:pPr>
              <w:jc w:val="center"/>
            </w:pPr>
            <w:r w:rsidRPr="00EE6DD3">
              <w:rPr>
                <w:rFonts w:eastAsia="SimSun"/>
                <w:sz w:val="14"/>
              </w:rPr>
              <w:t>0.0909</w:t>
            </w:r>
          </w:p>
        </w:tc>
        <w:tc>
          <w:tcPr>
            <w:tcW w:w="1234" w:type="dxa"/>
          </w:tcPr>
          <w:p w14:paraId="184D225E" w14:textId="77777777" w:rsidR="005503B4" w:rsidRPr="00EE6DD3" w:rsidRDefault="005503B4" w:rsidP="00D65017">
            <w:pPr>
              <w:jc w:val="center"/>
            </w:pPr>
            <w:r w:rsidRPr="00EE6DD3">
              <w:rPr>
                <w:rFonts w:eastAsia="SimSun"/>
                <w:sz w:val="14"/>
              </w:rPr>
              <w:t>0.5604</w:t>
            </w:r>
          </w:p>
        </w:tc>
        <w:tc>
          <w:tcPr>
            <w:tcW w:w="1234" w:type="dxa"/>
          </w:tcPr>
          <w:p w14:paraId="622C232C" w14:textId="77777777" w:rsidR="005503B4" w:rsidRPr="00EE6DD3" w:rsidRDefault="005503B4" w:rsidP="00D65017">
            <w:pPr>
              <w:jc w:val="center"/>
            </w:pPr>
            <w:r w:rsidRPr="00EE6DD3">
              <w:rPr>
                <w:rFonts w:eastAsia="SimSun"/>
                <w:sz w:val="14"/>
              </w:rPr>
              <w:t>0.5714</w:t>
            </w:r>
          </w:p>
        </w:tc>
      </w:tr>
      <w:tr w:rsidR="005503B4" w:rsidRPr="00EE6DD3" w14:paraId="5B8BEEF2" w14:textId="77777777" w:rsidTr="00D65017">
        <w:tc>
          <w:tcPr>
            <w:tcW w:w="1234" w:type="dxa"/>
          </w:tcPr>
          <w:p w14:paraId="1F832A28" w14:textId="77777777" w:rsidR="005503B4" w:rsidRPr="00EE6DD3" w:rsidRDefault="005503B4" w:rsidP="00D65017">
            <w:r w:rsidRPr="00EE6DD3">
              <w:rPr>
                <w:rFonts w:eastAsia="SimSun"/>
                <w:sz w:val="14"/>
              </w:rPr>
              <w:t>History</w:t>
            </w:r>
          </w:p>
        </w:tc>
        <w:tc>
          <w:tcPr>
            <w:tcW w:w="1234" w:type="dxa"/>
          </w:tcPr>
          <w:p w14:paraId="05F50C83" w14:textId="77777777" w:rsidR="005503B4" w:rsidRPr="00EE6DD3" w:rsidRDefault="005503B4" w:rsidP="00D65017">
            <w:pPr>
              <w:jc w:val="center"/>
            </w:pPr>
            <w:r w:rsidRPr="00EE6DD3">
              <w:rPr>
                <w:rFonts w:eastAsia="SimSun"/>
                <w:sz w:val="14"/>
              </w:rPr>
              <w:t>0.0881</w:t>
            </w:r>
          </w:p>
        </w:tc>
        <w:tc>
          <w:tcPr>
            <w:tcW w:w="1234" w:type="dxa"/>
          </w:tcPr>
          <w:p w14:paraId="24EDB81C" w14:textId="77777777" w:rsidR="005503B4" w:rsidRPr="00EE6DD3" w:rsidRDefault="005503B4" w:rsidP="00D65017">
            <w:pPr>
              <w:jc w:val="center"/>
            </w:pPr>
            <w:r w:rsidRPr="00EE6DD3">
              <w:rPr>
                <w:rFonts w:eastAsia="SimSun"/>
                <w:sz w:val="14"/>
              </w:rPr>
              <w:t>0.0769</w:t>
            </w:r>
          </w:p>
        </w:tc>
        <w:tc>
          <w:tcPr>
            <w:tcW w:w="1234" w:type="dxa"/>
          </w:tcPr>
          <w:p w14:paraId="4EBCDEB1" w14:textId="77777777" w:rsidR="005503B4" w:rsidRPr="00EE6DD3" w:rsidRDefault="005503B4" w:rsidP="00D65017">
            <w:pPr>
              <w:jc w:val="center"/>
            </w:pPr>
            <w:r w:rsidRPr="00EE6DD3">
              <w:rPr>
                <w:rFonts w:eastAsia="SimSun"/>
                <w:sz w:val="14"/>
              </w:rPr>
              <w:t>0.0681</w:t>
            </w:r>
          </w:p>
        </w:tc>
        <w:tc>
          <w:tcPr>
            <w:tcW w:w="1234" w:type="dxa"/>
          </w:tcPr>
          <w:p w14:paraId="3EB801F2" w14:textId="77777777" w:rsidR="005503B4" w:rsidRPr="00EE6DD3" w:rsidRDefault="005503B4" w:rsidP="00D65017">
            <w:pPr>
              <w:jc w:val="center"/>
            </w:pPr>
            <w:r w:rsidRPr="00EE6DD3">
              <w:rPr>
                <w:rFonts w:eastAsia="SimSun"/>
                <w:sz w:val="14"/>
              </w:rPr>
              <w:t>0.0667</w:t>
            </w:r>
          </w:p>
        </w:tc>
        <w:tc>
          <w:tcPr>
            <w:tcW w:w="1234" w:type="dxa"/>
          </w:tcPr>
          <w:p w14:paraId="342F6BFE" w14:textId="77777777" w:rsidR="005503B4" w:rsidRPr="00EE6DD3" w:rsidRDefault="005503B4" w:rsidP="00D65017">
            <w:pPr>
              <w:jc w:val="center"/>
            </w:pPr>
            <w:r w:rsidRPr="00EE6DD3">
              <w:rPr>
                <w:rFonts w:eastAsia="SimSun"/>
                <w:sz w:val="14"/>
              </w:rPr>
              <w:t>0.4791</w:t>
            </w:r>
          </w:p>
        </w:tc>
        <w:tc>
          <w:tcPr>
            <w:tcW w:w="1234" w:type="dxa"/>
          </w:tcPr>
          <w:p w14:paraId="1A4EC944" w14:textId="77777777" w:rsidR="005503B4" w:rsidRPr="00EE6DD3" w:rsidRDefault="005503B4" w:rsidP="00D65017">
            <w:pPr>
              <w:jc w:val="center"/>
            </w:pPr>
            <w:r w:rsidRPr="00EE6DD3">
              <w:rPr>
                <w:rFonts w:eastAsia="SimSun"/>
                <w:sz w:val="14"/>
              </w:rPr>
              <w:t>0.4706</w:t>
            </w:r>
          </w:p>
        </w:tc>
      </w:tr>
      <w:tr w:rsidR="005503B4" w:rsidRPr="00EE6DD3" w14:paraId="04B658CA" w14:textId="77777777" w:rsidTr="00D65017">
        <w:tc>
          <w:tcPr>
            <w:tcW w:w="1234" w:type="dxa"/>
          </w:tcPr>
          <w:p w14:paraId="225AB16D" w14:textId="77777777" w:rsidR="005503B4" w:rsidRPr="00EE6DD3" w:rsidRDefault="005503B4" w:rsidP="00D65017">
            <w:r w:rsidRPr="00EE6DD3">
              <w:rPr>
                <w:rFonts w:eastAsia="SimSun"/>
                <w:sz w:val="14"/>
              </w:rPr>
              <w:t>Biology</w:t>
            </w:r>
          </w:p>
        </w:tc>
        <w:tc>
          <w:tcPr>
            <w:tcW w:w="1234" w:type="dxa"/>
          </w:tcPr>
          <w:p w14:paraId="0C557193" w14:textId="77777777" w:rsidR="005503B4" w:rsidRPr="00EE6DD3" w:rsidRDefault="005503B4" w:rsidP="00D65017">
            <w:pPr>
              <w:jc w:val="center"/>
            </w:pPr>
            <w:r w:rsidRPr="00EE6DD3">
              <w:rPr>
                <w:rFonts w:eastAsia="SimSun"/>
                <w:sz w:val="14"/>
              </w:rPr>
              <w:t>0.0863</w:t>
            </w:r>
          </w:p>
        </w:tc>
        <w:tc>
          <w:tcPr>
            <w:tcW w:w="1234" w:type="dxa"/>
          </w:tcPr>
          <w:p w14:paraId="44F2D91D" w14:textId="77777777" w:rsidR="005503B4" w:rsidRPr="00EE6DD3" w:rsidRDefault="005503B4" w:rsidP="00D65017">
            <w:pPr>
              <w:jc w:val="center"/>
            </w:pPr>
            <w:r w:rsidRPr="00EE6DD3">
              <w:rPr>
                <w:rFonts w:eastAsia="SimSun"/>
                <w:sz w:val="14"/>
              </w:rPr>
              <w:t>0.0714</w:t>
            </w:r>
          </w:p>
        </w:tc>
        <w:tc>
          <w:tcPr>
            <w:tcW w:w="1234" w:type="dxa"/>
          </w:tcPr>
          <w:p w14:paraId="337FF6AB" w14:textId="77777777" w:rsidR="005503B4" w:rsidRPr="00EE6DD3" w:rsidRDefault="005503B4" w:rsidP="00D65017">
            <w:pPr>
              <w:jc w:val="center"/>
            </w:pPr>
            <w:r w:rsidRPr="00EE6DD3">
              <w:rPr>
                <w:rFonts w:eastAsia="SimSun"/>
                <w:sz w:val="14"/>
              </w:rPr>
              <w:t>0.0814</w:t>
            </w:r>
          </w:p>
        </w:tc>
        <w:tc>
          <w:tcPr>
            <w:tcW w:w="1234" w:type="dxa"/>
          </w:tcPr>
          <w:p w14:paraId="4F26BC63" w14:textId="77777777" w:rsidR="005503B4" w:rsidRPr="00EE6DD3" w:rsidRDefault="005503B4" w:rsidP="00D65017">
            <w:pPr>
              <w:jc w:val="center"/>
            </w:pPr>
            <w:r w:rsidRPr="00EE6DD3">
              <w:rPr>
                <w:rFonts w:eastAsia="SimSun"/>
                <w:sz w:val="14"/>
              </w:rPr>
              <w:t>0.0769</w:t>
            </w:r>
          </w:p>
        </w:tc>
        <w:tc>
          <w:tcPr>
            <w:tcW w:w="1234" w:type="dxa"/>
          </w:tcPr>
          <w:p w14:paraId="1C15F9A2" w14:textId="77777777" w:rsidR="005503B4" w:rsidRPr="00EE6DD3" w:rsidRDefault="005503B4" w:rsidP="00D65017">
            <w:pPr>
              <w:jc w:val="center"/>
            </w:pPr>
            <w:r w:rsidRPr="00EE6DD3">
              <w:rPr>
                <w:rFonts w:eastAsia="SimSun"/>
                <w:sz w:val="14"/>
              </w:rPr>
              <w:t>0.5888</w:t>
            </w:r>
          </w:p>
        </w:tc>
        <w:tc>
          <w:tcPr>
            <w:tcW w:w="1234" w:type="dxa"/>
          </w:tcPr>
          <w:p w14:paraId="12168343" w14:textId="77777777" w:rsidR="005503B4" w:rsidRPr="00EE6DD3" w:rsidRDefault="005503B4" w:rsidP="00D65017">
            <w:pPr>
              <w:jc w:val="center"/>
            </w:pPr>
            <w:r w:rsidRPr="00EE6DD3">
              <w:rPr>
                <w:rFonts w:eastAsia="SimSun"/>
                <w:sz w:val="14"/>
              </w:rPr>
              <w:t>0.6000</w:t>
            </w:r>
          </w:p>
        </w:tc>
      </w:tr>
      <w:tr w:rsidR="005503B4" w:rsidRPr="00EE6DD3" w14:paraId="132B0727" w14:textId="77777777" w:rsidTr="00D65017">
        <w:tc>
          <w:tcPr>
            <w:tcW w:w="1234" w:type="dxa"/>
          </w:tcPr>
          <w:p w14:paraId="627900BE" w14:textId="77777777" w:rsidR="005503B4" w:rsidRPr="00EE6DD3" w:rsidRDefault="005503B4" w:rsidP="00D65017">
            <w:r w:rsidRPr="00EE6DD3">
              <w:rPr>
                <w:rFonts w:eastAsia="SimSun"/>
                <w:sz w:val="14"/>
              </w:rPr>
              <w:t>Chemistry</w:t>
            </w:r>
          </w:p>
        </w:tc>
        <w:tc>
          <w:tcPr>
            <w:tcW w:w="1234" w:type="dxa"/>
          </w:tcPr>
          <w:p w14:paraId="571E5E2D" w14:textId="77777777" w:rsidR="005503B4" w:rsidRPr="00EE6DD3" w:rsidRDefault="005503B4" w:rsidP="00D65017">
            <w:pPr>
              <w:jc w:val="center"/>
            </w:pPr>
            <w:r w:rsidRPr="00EE6DD3">
              <w:rPr>
                <w:rFonts w:eastAsia="SimSun"/>
                <w:sz w:val="14"/>
              </w:rPr>
              <w:t>0.0849</w:t>
            </w:r>
          </w:p>
        </w:tc>
        <w:tc>
          <w:tcPr>
            <w:tcW w:w="1234" w:type="dxa"/>
          </w:tcPr>
          <w:p w14:paraId="430FC66E" w14:textId="77777777" w:rsidR="005503B4" w:rsidRPr="00EE6DD3" w:rsidRDefault="005503B4" w:rsidP="00D65017">
            <w:pPr>
              <w:jc w:val="center"/>
            </w:pPr>
            <w:r w:rsidRPr="00EE6DD3">
              <w:rPr>
                <w:rFonts w:eastAsia="SimSun"/>
                <w:sz w:val="14"/>
              </w:rPr>
              <w:t>0.0714</w:t>
            </w:r>
          </w:p>
        </w:tc>
        <w:tc>
          <w:tcPr>
            <w:tcW w:w="1234" w:type="dxa"/>
          </w:tcPr>
          <w:p w14:paraId="4F3C3AE2" w14:textId="77777777" w:rsidR="005503B4" w:rsidRPr="00EE6DD3" w:rsidRDefault="005503B4" w:rsidP="00D65017">
            <w:pPr>
              <w:jc w:val="center"/>
            </w:pPr>
            <w:r w:rsidRPr="00EE6DD3">
              <w:rPr>
                <w:rFonts w:eastAsia="SimSun"/>
                <w:sz w:val="14"/>
              </w:rPr>
              <w:t>0.0811</w:t>
            </w:r>
          </w:p>
        </w:tc>
        <w:tc>
          <w:tcPr>
            <w:tcW w:w="1234" w:type="dxa"/>
          </w:tcPr>
          <w:p w14:paraId="54ABD089" w14:textId="77777777" w:rsidR="005503B4" w:rsidRPr="00EE6DD3" w:rsidRDefault="005503B4" w:rsidP="00D65017">
            <w:pPr>
              <w:jc w:val="center"/>
            </w:pPr>
            <w:r w:rsidRPr="00EE6DD3">
              <w:rPr>
                <w:rFonts w:eastAsia="SimSun"/>
                <w:sz w:val="14"/>
              </w:rPr>
              <w:t>0.0769</w:t>
            </w:r>
          </w:p>
        </w:tc>
        <w:tc>
          <w:tcPr>
            <w:tcW w:w="1234" w:type="dxa"/>
          </w:tcPr>
          <w:p w14:paraId="5E6BE8D7" w14:textId="77777777" w:rsidR="005503B4" w:rsidRPr="00EE6DD3" w:rsidRDefault="005503B4" w:rsidP="00D65017">
            <w:pPr>
              <w:jc w:val="center"/>
            </w:pPr>
            <w:r w:rsidRPr="00EE6DD3">
              <w:rPr>
                <w:rFonts w:eastAsia="SimSun"/>
                <w:sz w:val="14"/>
              </w:rPr>
              <w:t>0.5346</w:t>
            </w:r>
          </w:p>
        </w:tc>
        <w:tc>
          <w:tcPr>
            <w:tcW w:w="1234" w:type="dxa"/>
          </w:tcPr>
          <w:p w14:paraId="6CD06E79" w14:textId="77777777" w:rsidR="005503B4" w:rsidRPr="00EE6DD3" w:rsidRDefault="005503B4" w:rsidP="00D65017">
            <w:pPr>
              <w:jc w:val="center"/>
            </w:pPr>
            <w:r w:rsidRPr="00EE6DD3">
              <w:rPr>
                <w:rFonts w:eastAsia="SimSun"/>
                <w:sz w:val="14"/>
              </w:rPr>
              <w:t>0.5625</w:t>
            </w:r>
          </w:p>
        </w:tc>
      </w:tr>
      <w:tr w:rsidR="005503B4" w:rsidRPr="00EE6DD3" w14:paraId="1B68CA1B" w14:textId="77777777" w:rsidTr="00D65017">
        <w:tc>
          <w:tcPr>
            <w:tcW w:w="1234" w:type="dxa"/>
          </w:tcPr>
          <w:p w14:paraId="74BE2BEC" w14:textId="77777777" w:rsidR="005503B4" w:rsidRPr="00EE6DD3" w:rsidRDefault="005503B4" w:rsidP="00D65017">
            <w:r w:rsidRPr="00EE6DD3">
              <w:rPr>
                <w:rFonts w:eastAsia="SimSun"/>
                <w:sz w:val="14"/>
              </w:rPr>
              <w:t>Geology</w:t>
            </w:r>
          </w:p>
        </w:tc>
        <w:tc>
          <w:tcPr>
            <w:tcW w:w="1234" w:type="dxa"/>
          </w:tcPr>
          <w:p w14:paraId="3EA7E4E3" w14:textId="77777777" w:rsidR="005503B4" w:rsidRPr="00EE6DD3" w:rsidRDefault="005503B4" w:rsidP="00D65017">
            <w:pPr>
              <w:jc w:val="center"/>
            </w:pPr>
            <w:r w:rsidRPr="00EE6DD3">
              <w:rPr>
                <w:rFonts w:eastAsia="SimSun"/>
                <w:sz w:val="14"/>
              </w:rPr>
              <w:t>0.0770</w:t>
            </w:r>
          </w:p>
        </w:tc>
        <w:tc>
          <w:tcPr>
            <w:tcW w:w="1234" w:type="dxa"/>
          </w:tcPr>
          <w:p w14:paraId="4A049E5F" w14:textId="77777777" w:rsidR="005503B4" w:rsidRPr="00EE6DD3" w:rsidRDefault="005503B4" w:rsidP="00D65017">
            <w:pPr>
              <w:jc w:val="center"/>
            </w:pPr>
            <w:r w:rsidRPr="00EE6DD3">
              <w:rPr>
                <w:rFonts w:eastAsia="SimSun"/>
                <w:sz w:val="14"/>
              </w:rPr>
              <w:t>0.0714</w:t>
            </w:r>
          </w:p>
        </w:tc>
        <w:tc>
          <w:tcPr>
            <w:tcW w:w="1234" w:type="dxa"/>
          </w:tcPr>
          <w:p w14:paraId="2E3C8E69" w14:textId="77777777" w:rsidR="005503B4" w:rsidRPr="00EE6DD3" w:rsidRDefault="005503B4" w:rsidP="00D65017">
            <w:pPr>
              <w:jc w:val="center"/>
            </w:pPr>
            <w:r w:rsidRPr="00EE6DD3">
              <w:rPr>
                <w:rFonts w:eastAsia="SimSun"/>
                <w:sz w:val="14"/>
              </w:rPr>
              <w:t>0.0762</w:t>
            </w:r>
          </w:p>
        </w:tc>
        <w:tc>
          <w:tcPr>
            <w:tcW w:w="1234" w:type="dxa"/>
          </w:tcPr>
          <w:p w14:paraId="64301B33" w14:textId="77777777" w:rsidR="005503B4" w:rsidRPr="00EE6DD3" w:rsidRDefault="005503B4" w:rsidP="00D65017">
            <w:pPr>
              <w:jc w:val="center"/>
            </w:pPr>
            <w:r w:rsidRPr="00EE6DD3">
              <w:rPr>
                <w:rFonts w:eastAsia="SimSun"/>
                <w:sz w:val="14"/>
              </w:rPr>
              <w:t>0.0769</w:t>
            </w:r>
          </w:p>
        </w:tc>
        <w:tc>
          <w:tcPr>
            <w:tcW w:w="1234" w:type="dxa"/>
          </w:tcPr>
          <w:p w14:paraId="24905131" w14:textId="77777777" w:rsidR="005503B4" w:rsidRPr="00EE6DD3" w:rsidRDefault="005503B4" w:rsidP="00D65017">
            <w:pPr>
              <w:jc w:val="center"/>
            </w:pPr>
            <w:r w:rsidRPr="00EE6DD3">
              <w:rPr>
                <w:rFonts w:eastAsia="SimSun"/>
                <w:sz w:val="14"/>
              </w:rPr>
              <w:t>0.5287</w:t>
            </w:r>
          </w:p>
        </w:tc>
        <w:tc>
          <w:tcPr>
            <w:tcW w:w="1234" w:type="dxa"/>
          </w:tcPr>
          <w:p w14:paraId="4F877A39" w14:textId="77777777" w:rsidR="005503B4" w:rsidRPr="00EE6DD3" w:rsidRDefault="005503B4" w:rsidP="00D65017">
            <w:pPr>
              <w:jc w:val="center"/>
            </w:pPr>
            <w:r w:rsidRPr="00EE6DD3">
              <w:rPr>
                <w:rFonts w:eastAsia="SimSun"/>
                <w:sz w:val="14"/>
              </w:rPr>
              <w:t>0.5333</w:t>
            </w:r>
          </w:p>
        </w:tc>
      </w:tr>
      <w:tr w:rsidR="005503B4" w:rsidRPr="00EE6DD3" w14:paraId="464DFBB4" w14:textId="77777777" w:rsidTr="00D65017">
        <w:tc>
          <w:tcPr>
            <w:tcW w:w="1234" w:type="dxa"/>
          </w:tcPr>
          <w:p w14:paraId="1E1E28C8" w14:textId="77777777" w:rsidR="005503B4" w:rsidRPr="00EE6DD3" w:rsidRDefault="005503B4" w:rsidP="00D65017">
            <w:r w:rsidRPr="00EE6DD3">
              <w:rPr>
                <w:rFonts w:eastAsia="SimSun"/>
                <w:sz w:val="14"/>
              </w:rPr>
              <w:t>Art</w:t>
            </w:r>
          </w:p>
        </w:tc>
        <w:tc>
          <w:tcPr>
            <w:tcW w:w="1234" w:type="dxa"/>
          </w:tcPr>
          <w:p w14:paraId="060F3243" w14:textId="77777777" w:rsidR="005503B4" w:rsidRPr="00EE6DD3" w:rsidRDefault="005503B4" w:rsidP="00D65017">
            <w:pPr>
              <w:jc w:val="center"/>
            </w:pPr>
            <w:r w:rsidRPr="00EE6DD3">
              <w:rPr>
                <w:rFonts w:eastAsia="SimSun"/>
                <w:sz w:val="14"/>
              </w:rPr>
              <w:t>0.0662</w:t>
            </w:r>
          </w:p>
        </w:tc>
        <w:tc>
          <w:tcPr>
            <w:tcW w:w="1234" w:type="dxa"/>
          </w:tcPr>
          <w:p w14:paraId="1007F143" w14:textId="77777777" w:rsidR="005503B4" w:rsidRPr="00EE6DD3" w:rsidRDefault="005503B4" w:rsidP="00D65017">
            <w:pPr>
              <w:jc w:val="center"/>
            </w:pPr>
            <w:r w:rsidRPr="00EE6DD3">
              <w:rPr>
                <w:rFonts w:eastAsia="SimSun"/>
                <w:sz w:val="14"/>
              </w:rPr>
              <w:t>0.0000</w:t>
            </w:r>
          </w:p>
        </w:tc>
        <w:tc>
          <w:tcPr>
            <w:tcW w:w="1234" w:type="dxa"/>
          </w:tcPr>
          <w:p w14:paraId="1BBF3E4E" w14:textId="77777777" w:rsidR="005503B4" w:rsidRPr="00EE6DD3" w:rsidRDefault="005503B4" w:rsidP="00D65017">
            <w:pPr>
              <w:jc w:val="center"/>
            </w:pPr>
            <w:r w:rsidRPr="00EE6DD3">
              <w:rPr>
                <w:rFonts w:eastAsia="SimSun"/>
                <w:sz w:val="14"/>
              </w:rPr>
              <w:t>0.0587</w:t>
            </w:r>
          </w:p>
        </w:tc>
        <w:tc>
          <w:tcPr>
            <w:tcW w:w="1234" w:type="dxa"/>
          </w:tcPr>
          <w:p w14:paraId="12C5FB33" w14:textId="77777777" w:rsidR="005503B4" w:rsidRPr="00EE6DD3" w:rsidRDefault="005503B4" w:rsidP="00D65017">
            <w:pPr>
              <w:jc w:val="center"/>
            </w:pPr>
            <w:r w:rsidRPr="00EE6DD3">
              <w:rPr>
                <w:rFonts w:eastAsia="SimSun"/>
                <w:sz w:val="14"/>
              </w:rPr>
              <w:t>0.0000</w:t>
            </w:r>
          </w:p>
        </w:tc>
        <w:tc>
          <w:tcPr>
            <w:tcW w:w="1234" w:type="dxa"/>
          </w:tcPr>
          <w:p w14:paraId="5042843B" w14:textId="77777777" w:rsidR="005503B4" w:rsidRPr="00EE6DD3" w:rsidRDefault="005503B4" w:rsidP="00D65017">
            <w:pPr>
              <w:jc w:val="center"/>
            </w:pPr>
            <w:r w:rsidRPr="00EE6DD3">
              <w:rPr>
                <w:rFonts w:eastAsia="SimSun"/>
                <w:sz w:val="14"/>
              </w:rPr>
              <w:t>0.4352</w:t>
            </w:r>
          </w:p>
        </w:tc>
        <w:tc>
          <w:tcPr>
            <w:tcW w:w="1234" w:type="dxa"/>
          </w:tcPr>
          <w:p w14:paraId="22D7A7D3" w14:textId="77777777" w:rsidR="005503B4" w:rsidRPr="00EE6DD3" w:rsidRDefault="005503B4" w:rsidP="00D65017">
            <w:pPr>
              <w:jc w:val="center"/>
            </w:pPr>
            <w:r w:rsidRPr="00EE6DD3">
              <w:rPr>
                <w:rFonts w:eastAsia="SimSun"/>
                <w:sz w:val="14"/>
              </w:rPr>
              <w:t>0.4286</w:t>
            </w:r>
          </w:p>
        </w:tc>
      </w:tr>
      <w:tr w:rsidR="005503B4" w:rsidRPr="00EE6DD3" w14:paraId="29DF9764" w14:textId="77777777" w:rsidTr="00D65017">
        <w:tc>
          <w:tcPr>
            <w:tcW w:w="1234" w:type="dxa"/>
          </w:tcPr>
          <w:p w14:paraId="38BE0F1E" w14:textId="77777777" w:rsidR="005503B4" w:rsidRPr="00EE6DD3" w:rsidRDefault="005503B4" w:rsidP="00D65017">
            <w:r w:rsidRPr="00EE6DD3">
              <w:rPr>
                <w:rFonts w:eastAsia="SimSun"/>
                <w:sz w:val="14"/>
              </w:rPr>
              <w:lastRenderedPageBreak/>
              <w:t>Mathematics</w:t>
            </w:r>
          </w:p>
        </w:tc>
        <w:tc>
          <w:tcPr>
            <w:tcW w:w="1234" w:type="dxa"/>
          </w:tcPr>
          <w:p w14:paraId="6E56CCDC" w14:textId="77777777" w:rsidR="005503B4" w:rsidRPr="00EE6DD3" w:rsidRDefault="005503B4" w:rsidP="00D65017">
            <w:pPr>
              <w:jc w:val="center"/>
            </w:pPr>
            <w:r w:rsidRPr="00EE6DD3">
              <w:rPr>
                <w:rFonts w:eastAsia="SimSun"/>
                <w:sz w:val="14"/>
              </w:rPr>
              <w:t>0.0445</w:t>
            </w:r>
          </w:p>
        </w:tc>
        <w:tc>
          <w:tcPr>
            <w:tcW w:w="1234" w:type="dxa"/>
          </w:tcPr>
          <w:p w14:paraId="12FE0165" w14:textId="77777777" w:rsidR="005503B4" w:rsidRPr="00EE6DD3" w:rsidRDefault="005503B4" w:rsidP="00D65017">
            <w:pPr>
              <w:jc w:val="center"/>
            </w:pPr>
            <w:r w:rsidRPr="00EE6DD3">
              <w:rPr>
                <w:rFonts w:eastAsia="SimSun"/>
                <w:sz w:val="14"/>
              </w:rPr>
              <w:t>0.0000</w:t>
            </w:r>
          </w:p>
        </w:tc>
        <w:tc>
          <w:tcPr>
            <w:tcW w:w="1234" w:type="dxa"/>
          </w:tcPr>
          <w:p w14:paraId="358841B4" w14:textId="77777777" w:rsidR="005503B4" w:rsidRPr="00EE6DD3" w:rsidRDefault="005503B4" w:rsidP="00D65017">
            <w:pPr>
              <w:jc w:val="center"/>
            </w:pPr>
            <w:r w:rsidRPr="00EE6DD3">
              <w:rPr>
                <w:rFonts w:eastAsia="SimSun"/>
                <w:sz w:val="14"/>
              </w:rPr>
              <w:t>0.0457</w:t>
            </w:r>
          </w:p>
        </w:tc>
        <w:tc>
          <w:tcPr>
            <w:tcW w:w="1234" w:type="dxa"/>
          </w:tcPr>
          <w:p w14:paraId="474D7134" w14:textId="77777777" w:rsidR="005503B4" w:rsidRPr="00EE6DD3" w:rsidRDefault="005503B4" w:rsidP="00D65017">
            <w:pPr>
              <w:jc w:val="center"/>
            </w:pPr>
            <w:r w:rsidRPr="00EE6DD3">
              <w:rPr>
                <w:rFonts w:eastAsia="SimSun"/>
                <w:sz w:val="14"/>
              </w:rPr>
              <w:t>0.0000</w:t>
            </w:r>
          </w:p>
        </w:tc>
        <w:tc>
          <w:tcPr>
            <w:tcW w:w="1234" w:type="dxa"/>
          </w:tcPr>
          <w:p w14:paraId="00FCB76E" w14:textId="77777777" w:rsidR="005503B4" w:rsidRPr="00EE6DD3" w:rsidRDefault="005503B4" w:rsidP="00D65017">
            <w:pPr>
              <w:jc w:val="center"/>
            </w:pPr>
            <w:r w:rsidRPr="00EE6DD3">
              <w:rPr>
                <w:rFonts w:eastAsia="SimSun"/>
                <w:sz w:val="14"/>
              </w:rPr>
              <w:t>0.4279</w:t>
            </w:r>
          </w:p>
        </w:tc>
        <w:tc>
          <w:tcPr>
            <w:tcW w:w="1234" w:type="dxa"/>
          </w:tcPr>
          <w:p w14:paraId="7A159AC6" w14:textId="77777777" w:rsidR="005503B4" w:rsidRPr="00EE6DD3" w:rsidRDefault="005503B4" w:rsidP="00D65017">
            <w:pPr>
              <w:jc w:val="center"/>
            </w:pPr>
            <w:r w:rsidRPr="00EE6DD3">
              <w:rPr>
                <w:rFonts w:eastAsia="SimSun"/>
                <w:sz w:val="14"/>
              </w:rPr>
              <w:t>0.4167</w:t>
            </w:r>
          </w:p>
        </w:tc>
      </w:tr>
      <w:tr w:rsidR="005503B4" w:rsidRPr="00EE6DD3" w14:paraId="47869D77" w14:textId="77777777" w:rsidTr="00D65017">
        <w:tc>
          <w:tcPr>
            <w:tcW w:w="1234" w:type="dxa"/>
          </w:tcPr>
          <w:p w14:paraId="01BFA722" w14:textId="77777777" w:rsidR="005503B4" w:rsidRPr="00EE6DD3" w:rsidRDefault="005503B4" w:rsidP="00D65017">
            <w:r w:rsidRPr="00EE6DD3">
              <w:rPr>
                <w:rFonts w:eastAsia="SimSun"/>
                <w:sz w:val="14"/>
              </w:rPr>
              <w:t>Physics</w:t>
            </w:r>
          </w:p>
        </w:tc>
        <w:tc>
          <w:tcPr>
            <w:tcW w:w="1234" w:type="dxa"/>
          </w:tcPr>
          <w:p w14:paraId="307B61A0" w14:textId="77777777" w:rsidR="005503B4" w:rsidRPr="00EE6DD3" w:rsidRDefault="005503B4" w:rsidP="00D65017">
            <w:pPr>
              <w:jc w:val="center"/>
            </w:pPr>
            <w:r w:rsidRPr="00EE6DD3">
              <w:rPr>
                <w:rFonts w:eastAsia="SimSun"/>
                <w:sz w:val="14"/>
              </w:rPr>
              <w:t>0.0390</w:t>
            </w:r>
          </w:p>
        </w:tc>
        <w:tc>
          <w:tcPr>
            <w:tcW w:w="1234" w:type="dxa"/>
          </w:tcPr>
          <w:p w14:paraId="085CF94B" w14:textId="77777777" w:rsidR="005503B4" w:rsidRPr="00EE6DD3" w:rsidRDefault="005503B4" w:rsidP="00D65017">
            <w:pPr>
              <w:jc w:val="center"/>
            </w:pPr>
            <w:r w:rsidRPr="00EE6DD3">
              <w:rPr>
                <w:rFonts w:eastAsia="SimSun"/>
                <w:sz w:val="14"/>
              </w:rPr>
              <w:t>0.0000</w:t>
            </w:r>
          </w:p>
        </w:tc>
        <w:tc>
          <w:tcPr>
            <w:tcW w:w="1234" w:type="dxa"/>
          </w:tcPr>
          <w:p w14:paraId="71D46545" w14:textId="77777777" w:rsidR="005503B4" w:rsidRPr="00EE6DD3" w:rsidRDefault="005503B4" w:rsidP="00D65017">
            <w:pPr>
              <w:jc w:val="center"/>
            </w:pPr>
            <w:r w:rsidRPr="00EE6DD3">
              <w:rPr>
                <w:rFonts w:eastAsia="SimSun"/>
                <w:sz w:val="14"/>
              </w:rPr>
              <w:t>0.0426</w:t>
            </w:r>
          </w:p>
        </w:tc>
        <w:tc>
          <w:tcPr>
            <w:tcW w:w="1234" w:type="dxa"/>
          </w:tcPr>
          <w:p w14:paraId="7C3DFCA7" w14:textId="77777777" w:rsidR="005503B4" w:rsidRPr="00EE6DD3" w:rsidRDefault="005503B4" w:rsidP="00D65017">
            <w:pPr>
              <w:jc w:val="center"/>
            </w:pPr>
            <w:r w:rsidRPr="00EE6DD3">
              <w:rPr>
                <w:rFonts w:eastAsia="SimSun"/>
                <w:sz w:val="14"/>
              </w:rPr>
              <w:t>0.0000</w:t>
            </w:r>
          </w:p>
        </w:tc>
        <w:tc>
          <w:tcPr>
            <w:tcW w:w="1234" w:type="dxa"/>
          </w:tcPr>
          <w:p w14:paraId="711284C8" w14:textId="77777777" w:rsidR="005503B4" w:rsidRPr="00EE6DD3" w:rsidRDefault="005503B4" w:rsidP="00D65017">
            <w:pPr>
              <w:jc w:val="center"/>
            </w:pPr>
            <w:r w:rsidRPr="00EE6DD3">
              <w:rPr>
                <w:rFonts w:eastAsia="SimSun"/>
                <w:sz w:val="14"/>
              </w:rPr>
              <w:t>0.4035</w:t>
            </w:r>
          </w:p>
        </w:tc>
        <w:tc>
          <w:tcPr>
            <w:tcW w:w="1234" w:type="dxa"/>
          </w:tcPr>
          <w:p w14:paraId="6E7CDF12" w14:textId="77777777" w:rsidR="005503B4" w:rsidRPr="00EE6DD3" w:rsidRDefault="005503B4" w:rsidP="00D65017">
            <w:pPr>
              <w:jc w:val="center"/>
            </w:pPr>
            <w:r w:rsidRPr="00EE6DD3">
              <w:rPr>
                <w:rFonts w:eastAsia="SimSun"/>
                <w:sz w:val="14"/>
              </w:rPr>
              <w:t>0.4000</w:t>
            </w:r>
          </w:p>
        </w:tc>
      </w:tr>
      <w:tr w:rsidR="005503B4" w:rsidRPr="00EE6DD3" w14:paraId="39A6376B" w14:textId="77777777" w:rsidTr="00D65017">
        <w:tc>
          <w:tcPr>
            <w:tcW w:w="1234" w:type="dxa"/>
            <w:tcBorders>
              <w:bottom w:val="single" w:sz="4" w:space="0" w:color="000000"/>
            </w:tcBorders>
          </w:tcPr>
          <w:p w14:paraId="1253B5AD" w14:textId="77777777" w:rsidR="005503B4" w:rsidRPr="00EE6DD3" w:rsidRDefault="005503B4" w:rsidP="00D65017">
            <w:r w:rsidRPr="00EE6DD3">
              <w:rPr>
                <w:rFonts w:eastAsia="SimSun"/>
                <w:sz w:val="14"/>
              </w:rPr>
              <w:t>Philosophy</w:t>
            </w:r>
          </w:p>
        </w:tc>
        <w:tc>
          <w:tcPr>
            <w:tcW w:w="1234" w:type="dxa"/>
            <w:tcBorders>
              <w:bottom w:val="single" w:sz="4" w:space="0" w:color="000000"/>
            </w:tcBorders>
          </w:tcPr>
          <w:p w14:paraId="306D605A" w14:textId="77777777" w:rsidR="005503B4" w:rsidRPr="00EE6DD3" w:rsidRDefault="005503B4" w:rsidP="00D65017">
            <w:pPr>
              <w:jc w:val="center"/>
            </w:pPr>
            <w:r w:rsidRPr="00EE6DD3">
              <w:rPr>
                <w:rFonts w:eastAsia="SimSun"/>
                <w:sz w:val="14"/>
              </w:rPr>
              <w:t>0.0360</w:t>
            </w:r>
          </w:p>
        </w:tc>
        <w:tc>
          <w:tcPr>
            <w:tcW w:w="1234" w:type="dxa"/>
            <w:tcBorders>
              <w:bottom w:val="single" w:sz="4" w:space="0" w:color="000000"/>
            </w:tcBorders>
          </w:tcPr>
          <w:p w14:paraId="6F162081" w14:textId="77777777" w:rsidR="005503B4" w:rsidRPr="00EE6DD3" w:rsidRDefault="005503B4" w:rsidP="00D65017">
            <w:pPr>
              <w:jc w:val="center"/>
            </w:pPr>
            <w:r w:rsidRPr="00EE6DD3">
              <w:rPr>
                <w:rFonts w:eastAsia="SimSun"/>
                <w:sz w:val="14"/>
              </w:rPr>
              <w:t>0.0000</w:t>
            </w:r>
          </w:p>
        </w:tc>
        <w:tc>
          <w:tcPr>
            <w:tcW w:w="1234" w:type="dxa"/>
            <w:tcBorders>
              <w:bottom w:val="single" w:sz="4" w:space="0" w:color="000000"/>
            </w:tcBorders>
          </w:tcPr>
          <w:p w14:paraId="3EE9DD77" w14:textId="77777777" w:rsidR="005503B4" w:rsidRPr="00EE6DD3" w:rsidRDefault="005503B4" w:rsidP="00D65017">
            <w:pPr>
              <w:jc w:val="center"/>
            </w:pPr>
            <w:r w:rsidRPr="00EE6DD3">
              <w:rPr>
                <w:rFonts w:eastAsia="SimSun"/>
                <w:sz w:val="14"/>
              </w:rPr>
              <w:t>0.0277</w:t>
            </w:r>
          </w:p>
        </w:tc>
        <w:tc>
          <w:tcPr>
            <w:tcW w:w="1234" w:type="dxa"/>
            <w:tcBorders>
              <w:bottom w:val="single" w:sz="4" w:space="0" w:color="000000"/>
            </w:tcBorders>
          </w:tcPr>
          <w:p w14:paraId="2CE1E796" w14:textId="77777777" w:rsidR="005503B4" w:rsidRPr="00EE6DD3" w:rsidRDefault="005503B4" w:rsidP="00D65017">
            <w:pPr>
              <w:jc w:val="center"/>
            </w:pPr>
            <w:r w:rsidRPr="00EE6DD3">
              <w:rPr>
                <w:rFonts w:eastAsia="SimSun"/>
                <w:sz w:val="14"/>
              </w:rPr>
              <w:t>0.0000</w:t>
            </w:r>
          </w:p>
        </w:tc>
        <w:tc>
          <w:tcPr>
            <w:tcW w:w="1234" w:type="dxa"/>
            <w:tcBorders>
              <w:bottom w:val="single" w:sz="4" w:space="0" w:color="000000"/>
            </w:tcBorders>
          </w:tcPr>
          <w:p w14:paraId="717E38A9" w14:textId="77777777" w:rsidR="005503B4" w:rsidRPr="00EE6DD3" w:rsidRDefault="005503B4" w:rsidP="00D65017">
            <w:pPr>
              <w:jc w:val="center"/>
            </w:pPr>
            <w:r w:rsidRPr="00EE6DD3">
              <w:rPr>
                <w:rFonts w:eastAsia="SimSun"/>
                <w:sz w:val="14"/>
              </w:rPr>
              <w:t>0.3653</w:t>
            </w:r>
          </w:p>
        </w:tc>
        <w:tc>
          <w:tcPr>
            <w:tcW w:w="1234" w:type="dxa"/>
            <w:tcBorders>
              <w:bottom w:val="single" w:sz="4" w:space="0" w:color="000000"/>
            </w:tcBorders>
          </w:tcPr>
          <w:p w14:paraId="12509D10" w14:textId="77777777" w:rsidR="005503B4" w:rsidRPr="00EE6DD3" w:rsidRDefault="005503B4" w:rsidP="00D65017">
            <w:pPr>
              <w:jc w:val="center"/>
            </w:pPr>
            <w:r w:rsidRPr="00EE6DD3">
              <w:rPr>
                <w:rFonts w:eastAsia="SimSun"/>
                <w:sz w:val="14"/>
              </w:rPr>
              <w:t>0.3333</w:t>
            </w:r>
          </w:p>
        </w:tc>
      </w:tr>
    </w:tbl>
    <w:p w14:paraId="38A8DE16" w14:textId="77777777" w:rsidR="005503B4" w:rsidRPr="00EE6DD3" w:rsidRDefault="005503B4" w:rsidP="005503B4">
      <w:pPr>
        <w:pStyle w:val="Heading2"/>
        <w:rPr>
          <w:rFonts w:ascii="Times New Roman" w:hAnsi="Times New Roman" w:cs="Times New Roman"/>
          <w:color w:val="auto"/>
        </w:rPr>
      </w:pPr>
      <w:r w:rsidRPr="00EE6DD3">
        <w:rPr>
          <w:rFonts w:ascii="Times New Roman" w:hAnsi="Times New Roman" w:cs="Times New Roman"/>
          <w:color w:val="auto"/>
          <w:sz w:val="28"/>
        </w:rPr>
        <w:t>Supplementary Results for RQ3</w:t>
      </w:r>
    </w:p>
    <w:p w14:paraId="415CC025" w14:textId="77777777" w:rsidR="005503B4" w:rsidRPr="00EE6DD3" w:rsidRDefault="005503B4" w:rsidP="005503B4">
      <w:r w:rsidRPr="00EE6DD3">
        <w:rPr>
          <w:rFonts w:eastAsia="SimSun"/>
          <w:sz w:val="22"/>
        </w:rPr>
        <w:t>This section supplements RQ3 with the full aggregate metrics, structural profiles, and sources of heterogeneity in order to support the main-text interpretation that the LLM preserves relative structure while compressing absolute scale.</w:t>
      </w:r>
    </w:p>
    <w:p w14:paraId="1E44103A" w14:textId="77777777" w:rsidR="005503B4" w:rsidRPr="00EE6DD3" w:rsidRDefault="005503B4" w:rsidP="005503B4">
      <w:pPr>
        <w:pStyle w:val="Heading3"/>
        <w:rPr>
          <w:rFonts w:cs="Times New Roman"/>
          <w:color w:val="auto"/>
        </w:rPr>
      </w:pPr>
      <w:r w:rsidRPr="00EE6DD3">
        <w:rPr>
          <w:rFonts w:eastAsia="SimSun" w:cs="Times New Roman"/>
          <w:color w:val="auto"/>
        </w:rPr>
        <w:t>S3.1 Full Summary Metrics across Aggregation Levels</w:t>
      </w:r>
    </w:p>
    <w:p w14:paraId="342F512B" w14:textId="77777777" w:rsidR="005503B4" w:rsidRPr="00EE6DD3" w:rsidRDefault="005503B4" w:rsidP="005503B4">
      <w:r w:rsidRPr="00EE6DD3">
        <w:rPr>
          <w:rFonts w:eastAsia="SimSun"/>
          <w:sz w:val="22"/>
        </w:rPr>
        <w:t>Table S3A summarizes coverage, label density, MAE, RMSE, and JSD across the three aggregation levels of year, field, and country. It provides the numerical basis for the overall judgment presented in Figure 3 of the main text.</w:t>
      </w:r>
    </w:p>
    <w:p w14:paraId="1649BF22" w14:textId="77777777" w:rsidR="005503B4" w:rsidRPr="00EE6DD3" w:rsidRDefault="005503B4" w:rsidP="005503B4">
      <w:pPr>
        <w:pStyle w:val="Caption"/>
        <w:rPr>
          <w:color w:val="auto"/>
        </w:rPr>
      </w:pPr>
      <w:r w:rsidRPr="00EE6DD3">
        <w:rPr>
          <w:b w:val="0"/>
          <w:color w:val="auto"/>
          <w:sz w:val="20"/>
        </w:rPr>
        <w:t>Table S3A. Full aggregate-level summary metrics across year, field, and country.</w:t>
      </w:r>
    </w:p>
    <w:tbl>
      <w:tblPr>
        <w:tblStyle w:val="PaperFormat"/>
        <w:tblW w:w="0" w:type="auto"/>
        <w:tblLook w:val="04A0" w:firstRow="1" w:lastRow="0" w:firstColumn="1" w:lastColumn="0" w:noHBand="0" w:noVBand="1"/>
      </w:tblPr>
      <w:tblGrid>
        <w:gridCol w:w="460"/>
        <w:gridCol w:w="636"/>
        <w:gridCol w:w="752"/>
        <w:gridCol w:w="773"/>
        <w:gridCol w:w="583"/>
        <w:gridCol w:w="698"/>
        <w:gridCol w:w="719"/>
        <w:gridCol w:w="443"/>
        <w:gridCol w:w="439"/>
        <w:gridCol w:w="455"/>
        <w:gridCol w:w="468"/>
        <w:gridCol w:w="464"/>
        <w:gridCol w:w="480"/>
        <w:gridCol w:w="420"/>
        <w:gridCol w:w="420"/>
        <w:gridCol w:w="420"/>
      </w:tblGrid>
      <w:tr w:rsidR="005503B4" w:rsidRPr="00EE6DD3" w14:paraId="07536E0C" w14:textId="77777777" w:rsidTr="00D65017">
        <w:tc>
          <w:tcPr>
            <w:tcW w:w="540" w:type="dxa"/>
          </w:tcPr>
          <w:p w14:paraId="26362D08" w14:textId="77777777" w:rsidR="005503B4" w:rsidRPr="00EE6DD3" w:rsidRDefault="005503B4" w:rsidP="00D65017">
            <w:r w:rsidRPr="00EE6DD3">
              <w:rPr>
                <w:rFonts w:eastAsia="SimSun"/>
                <w:b/>
                <w:sz w:val="14"/>
              </w:rPr>
              <w:t>Level</w:t>
            </w:r>
          </w:p>
        </w:tc>
        <w:tc>
          <w:tcPr>
            <w:tcW w:w="540" w:type="dxa"/>
          </w:tcPr>
          <w:p w14:paraId="076A4FCC" w14:textId="77777777" w:rsidR="005503B4" w:rsidRPr="00EE6DD3" w:rsidRDefault="005503B4" w:rsidP="00D65017">
            <w:pPr>
              <w:jc w:val="center"/>
            </w:pPr>
            <w:r w:rsidRPr="00EE6DD3">
              <w:rPr>
                <w:rFonts w:eastAsia="SimSun"/>
                <w:b/>
                <w:sz w:val="14"/>
              </w:rPr>
              <w:t>coverage_llm</w:t>
            </w:r>
          </w:p>
        </w:tc>
        <w:tc>
          <w:tcPr>
            <w:tcW w:w="540" w:type="dxa"/>
          </w:tcPr>
          <w:p w14:paraId="1483E7F4" w14:textId="77777777" w:rsidR="005503B4" w:rsidRPr="00EE6DD3" w:rsidRDefault="005503B4" w:rsidP="00D65017">
            <w:pPr>
              <w:jc w:val="center"/>
            </w:pPr>
            <w:r w:rsidRPr="00EE6DD3">
              <w:rPr>
                <w:rFonts w:eastAsia="SimSun"/>
                <w:b/>
                <w:sz w:val="14"/>
              </w:rPr>
              <w:t>coverage_aurora</w:t>
            </w:r>
          </w:p>
        </w:tc>
        <w:tc>
          <w:tcPr>
            <w:tcW w:w="540" w:type="dxa"/>
          </w:tcPr>
          <w:p w14:paraId="236640E0" w14:textId="77777777" w:rsidR="005503B4" w:rsidRPr="00EE6DD3" w:rsidRDefault="005503B4" w:rsidP="00D65017">
            <w:pPr>
              <w:jc w:val="center"/>
            </w:pPr>
            <w:r w:rsidRPr="00EE6DD3">
              <w:rPr>
                <w:rFonts w:eastAsia="SimSun"/>
                <w:b/>
                <w:sz w:val="14"/>
              </w:rPr>
              <w:t>coverage_elsevier</w:t>
            </w:r>
          </w:p>
        </w:tc>
        <w:tc>
          <w:tcPr>
            <w:tcW w:w="540" w:type="dxa"/>
          </w:tcPr>
          <w:p w14:paraId="24D3A4EC" w14:textId="77777777" w:rsidR="005503B4" w:rsidRPr="00EE6DD3" w:rsidRDefault="005503B4" w:rsidP="00D65017">
            <w:pPr>
              <w:jc w:val="center"/>
            </w:pPr>
            <w:r w:rsidRPr="00EE6DD3">
              <w:rPr>
                <w:rFonts w:eastAsia="SimSun"/>
                <w:b/>
                <w:sz w:val="14"/>
              </w:rPr>
              <w:t>density_llm</w:t>
            </w:r>
          </w:p>
        </w:tc>
        <w:tc>
          <w:tcPr>
            <w:tcW w:w="540" w:type="dxa"/>
          </w:tcPr>
          <w:p w14:paraId="666AB983" w14:textId="77777777" w:rsidR="005503B4" w:rsidRPr="00EE6DD3" w:rsidRDefault="005503B4" w:rsidP="00D65017">
            <w:pPr>
              <w:jc w:val="center"/>
            </w:pPr>
            <w:r w:rsidRPr="00EE6DD3">
              <w:rPr>
                <w:rFonts w:eastAsia="SimSun"/>
                <w:b/>
                <w:sz w:val="14"/>
              </w:rPr>
              <w:t>density_aurora</w:t>
            </w:r>
          </w:p>
        </w:tc>
        <w:tc>
          <w:tcPr>
            <w:tcW w:w="540" w:type="dxa"/>
          </w:tcPr>
          <w:p w14:paraId="275BD73E" w14:textId="77777777" w:rsidR="005503B4" w:rsidRPr="00EE6DD3" w:rsidRDefault="005503B4" w:rsidP="00D65017">
            <w:pPr>
              <w:jc w:val="center"/>
            </w:pPr>
            <w:r w:rsidRPr="00EE6DD3">
              <w:rPr>
                <w:rFonts w:eastAsia="SimSun"/>
                <w:b/>
                <w:sz w:val="14"/>
              </w:rPr>
              <w:t>density_elsevier</w:t>
            </w:r>
          </w:p>
        </w:tc>
        <w:tc>
          <w:tcPr>
            <w:tcW w:w="540" w:type="dxa"/>
          </w:tcPr>
          <w:p w14:paraId="095D3AA5" w14:textId="77777777" w:rsidR="005503B4" w:rsidRPr="00EE6DD3" w:rsidRDefault="005503B4" w:rsidP="00D65017">
            <w:pPr>
              <w:jc w:val="center"/>
            </w:pPr>
            <w:r w:rsidRPr="00EE6DD3">
              <w:rPr>
                <w:rFonts w:eastAsia="SimSun"/>
                <w:b/>
                <w:sz w:val="14"/>
              </w:rPr>
              <w:t>mae_la</w:t>
            </w:r>
          </w:p>
        </w:tc>
        <w:tc>
          <w:tcPr>
            <w:tcW w:w="540" w:type="dxa"/>
          </w:tcPr>
          <w:p w14:paraId="589F8C9A" w14:textId="77777777" w:rsidR="005503B4" w:rsidRPr="00EE6DD3" w:rsidRDefault="005503B4" w:rsidP="00D65017">
            <w:pPr>
              <w:jc w:val="center"/>
            </w:pPr>
            <w:r w:rsidRPr="00EE6DD3">
              <w:rPr>
                <w:rFonts w:eastAsia="SimSun"/>
                <w:b/>
                <w:sz w:val="14"/>
              </w:rPr>
              <w:t>mae_le</w:t>
            </w:r>
          </w:p>
        </w:tc>
        <w:tc>
          <w:tcPr>
            <w:tcW w:w="540" w:type="dxa"/>
          </w:tcPr>
          <w:p w14:paraId="7BE1E6C7" w14:textId="77777777" w:rsidR="005503B4" w:rsidRPr="00EE6DD3" w:rsidRDefault="005503B4" w:rsidP="00D65017">
            <w:pPr>
              <w:jc w:val="center"/>
            </w:pPr>
            <w:r w:rsidRPr="00EE6DD3">
              <w:rPr>
                <w:rFonts w:eastAsia="SimSun"/>
                <w:b/>
                <w:sz w:val="14"/>
              </w:rPr>
              <w:t>mae_ae</w:t>
            </w:r>
          </w:p>
        </w:tc>
        <w:tc>
          <w:tcPr>
            <w:tcW w:w="540" w:type="dxa"/>
          </w:tcPr>
          <w:p w14:paraId="245F63A5" w14:textId="77777777" w:rsidR="005503B4" w:rsidRPr="00EE6DD3" w:rsidRDefault="005503B4" w:rsidP="00D65017">
            <w:pPr>
              <w:jc w:val="center"/>
            </w:pPr>
            <w:r w:rsidRPr="00EE6DD3">
              <w:rPr>
                <w:rFonts w:eastAsia="SimSun"/>
                <w:b/>
                <w:sz w:val="14"/>
              </w:rPr>
              <w:t>rmse_la</w:t>
            </w:r>
          </w:p>
        </w:tc>
        <w:tc>
          <w:tcPr>
            <w:tcW w:w="540" w:type="dxa"/>
          </w:tcPr>
          <w:p w14:paraId="7A7E7473" w14:textId="77777777" w:rsidR="005503B4" w:rsidRPr="00EE6DD3" w:rsidRDefault="005503B4" w:rsidP="00D65017">
            <w:pPr>
              <w:jc w:val="center"/>
            </w:pPr>
            <w:r w:rsidRPr="00EE6DD3">
              <w:rPr>
                <w:rFonts w:eastAsia="SimSun"/>
                <w:b/>
                <w:sz w:val="14"/>
              </w:rPr>
              <w:t>rmse_le</w:t>
            </w:r>
          </w:p>
        </w:tc>
        <w:tc>
          <w:tcPr>
            <w:tcW w:w="540" w:type="dxa"/>
          </w:tcPr>
          <w:p w14:paraId="604652DE" w14:textId="77777777" w:rsidR="005503B4" w:rsidRPr="00EE6DD3" w:rsidRDefault="005503B4" w:rsidP="00D65017">
            <w:pPr>
              <w:jc w:val="center"/>
            </w:pPr>
            <w:r w:rsidRPr="00EE6DD3">
              <w:rPr>
                <w:rFonts w:eastAsia="SimSun"/>
                <w:b/>
                <w:sz w:val="14"/>
              </w:rPr>
              <w:t>rmse_ae</w:t>
            </w:r>
          </w:p>
        </w:tc>
        <w:tc>
          <w:tcPr>
            <w:tcW w:w="540" w:type="dxa"/>
          </w:tcPr>
          <w:p w14:paraId="04E5E87E" w14:textId="77777777" w:rsidR="005503B4" w:rsidRPr="00EE6DD3" w:rsidRDefault="005503B4" w:rsidP="00D65017">
            <w:pPr>
              <w:jc w:val="center"/>
            </w:pPr>
            <w:r w:rsidRPr="00EE6DD3">
              <w:rPr>
                <w:rFonts w:eastAsia="SimSun"/>
                <w:b/>
                <w:sz w:val="14"/>
              </w:rPr>
              <w:t>jsd_la</w:t>
            </w:r>
          </w:p>
        </w:tc>
        <w:tc>
          <w:tcPr>
            <w:tcW w:w="540" w:type="dxa"/>
          </w:tcPr>
          <w:p w14:paraId="0314D516" w14:textId="77777777" w:rsidR="005503B4" w:rsidRPr="00EE6DD3" w:rsidRDefault="005503B4" w:rsidP="00D65017">
            <w:pPr>
              <w:jc w:val="center"/>
            </w:pPr>
            <w:r w:rsidRPr="00EE6DD3">
              <w:rPr>
                <w:rFonts w:eastAsia="SimSun"/>
                <w:b/>
                <w:sz w:val="14"/>
              </w:rPr>
              <w:t>jsd_le</w:t>
            </w:r>
          </w:p>
        </w:tc>
        <w:tc>
          <w:tcPr>
            <w:tcW w:w="540" w:type="dxa"/>
          </w:tcPr>
          <w:p w14:paraId="513F6005" w14:textId="77777777" w:rsidR="005503B4" w:rsidRPr="00EE6DD3" w:rsidRDefault="005503B4" w:rsidP="00D65017">
            <w:pPr>
              <w:jc w:val="center"/>
            </w:pPr>
            <w:r w:rsidRPr="00EE6DD3">
              <w:rPr>
                <w:rFonts w:eastAsia="SimSun"/>
                <w:b/>
                <w:sz w:val="14"/>
              </w:rPr>
              <w:t>jsd_ae</w:t>
            </w:r>
          </w:p>
        </w:tc>
      </w:tr>
      <w:tr w:rsidR="005503B4" w:rsidRPr="00EE6DD3" w14:paraId="70D795EF" w14:textId="77777777" w:rsidTr="00D65017">
        <w:tc>
          <w:tcPr>
            <w:tcW w:w="540" w:type="dxa"/>
          </w:tcPr>
          <w:p w14:paraId="26B17EC1" w14:textId="77777777" w:rsidR="005503B4" w:rsidRPr="00EE6DD3" w:rsidRDefault="005503B4" w:rsidP="00D65017">
            <w:r w:rsidRPr="00EE6DD3">
              <w:rPr>
                <w:rFonts w:eastAsia="SimSun"/>
                <w:sz w:val="14"/>
              </w:rPr>
              <w:t>Year</w:t>
            </w:r>
          </w:p>
        </w:tc>
        <w:tc>
          <w:tcPr>
            <w:tcW w:w="540" w:type="dxa"/>
          </w:tcPr>
          <w:p w14:paraId="02587507" w14:textId="77777777" w:rsidR="005503B4" w:rsidRPr="00EE6DD3" w:rsidRDefault="005503B4" w:rsidP="00D65017">
            <w:pPr>
              <w:jc w:val="center"/>
            </w:pPr>
            <w:r w:rsidRPr="00EE6DD3">
              <w:rPr>
                <w:rFonts w:eastAsia="SimSun"/>
                <w:sz w:val="14"/>
              </w:rPr>
              <w:t>0.8228</w:t>
            </w:r>
          </w:p>
        </w:tc>
        <w:tc>
          <w:tcPr>
            <w:tcW w:w="540" w:type="dxa"/>
          </w:tcPr>
          <w:p w14:paraId="168E48E4" w14:textId="77777777" w:rsidR="005503B4" w:rsidRPr="00EE6DD3" w:rsidRDefault="005503B4" w:rsidP="00D65017">
            <w:pPr>
              <w:jc w:val="center"/>
            </w:pPr>
            <w:r w:rsidRPr="00EE6DD3">
              <w:rPr>
                <w:rFonts w:eastAsia="SimSun"/>
                <w:sz w:val="14"/>
              </w:rPr>
              <w:t>1.0</w:t>
            </w:r>
          </w:p>
        </w:tc>
        <w:tc>
          <w:tcPr>
            <w:tcW w:w="540" w:type="dxa"/>
          </w:tcPr>
          <w:p w14:paraId="6B8F00E9" w14:textId="77777777" w:rsidR="005503B4" w:rsidRPr="00EE6DD3" w:rsidRDefault="005503B4" w:rsidP="00D65017">
            <w:pPr>
              <w:jc w:val="center"/>
            </w:pPr>
            <w:r w:rsidRPr="00EE6DD3">
              <w:rPr>
                <w:rFonts w:eastAsia="SimSun"/>
                <w:sz w:val="14"/>
              </w:rPr>
              <w:t>1.0</w:t>
            </w:r>
          </w:p>
        </w:tc>
        <w:tc>
          <w:tcPr>
            <w:tcW w:w="540" w:type="dxa"/>
          </w:tcPr>
          <w:p w14:paraId="6822D052" w14:textId="77777777" w:rsidR="005503B4" w:rsidRPr="00EE6DD3" w:rsidRDefault="005503B4" w:rsidP="00D65017">
            <w:pPr>
              <w:jc w:val="center"/>
            </w:pPr>
            <w:r w:rsidRPr="00EE6DD3">
              <w:rPr>
                <w:rFonts w:eastAsia="SimSun"/>
                <w:sz w:val="14"/>
              </w:rPr>
              <w:t>1.3091</w:t>
            </w:r>
          </w:p>
        </w:tc>
        <w:tc>
          <w:tcPr>
            <w:tcW w:w="540" w:type="dxa"/>
          </w:tcPr>
          <w:p w14:paraId="1A9EC65D" w14:textId="77777777" w:rsidR="005503B4" w:rsidRPr="00EE6DD3" w:rsidRDefault="005503B4" w:rsidP="00D65017">
            <w:pPr>
              <w:jc w:val="center"/>
            </w:pPr>
            <w:r w:rsidRPr="00EE6DD3">
              <w:rPr>
                <w:rFonts w:eastAsia="SimSun"/>
                <w:sz w:val="14"/>
              </w:rPr>
              <w:t>12.1772</w:t>
            </w:r>
          </w:p>
        </w:tc>
        <w:tc>
          <w:tcPr>
            <w:tcW w:w="540" w:type="dxa"/>
          </w:tcPr>
          <w:p w14:paraId="582C98D4" w14:textId="77777777" w:rsidR="005503B4" w:rsidRPr="00EE6DD3" w:rsidRDefault="005503B4" w:rsidP="00D65017">
            <w:pPr>
              <w:jc w:val="center"/>
            </w:pPr>
            <w:r w:rsidRPr="00EE6DD3">
              <w:rPr>
                <w:rFonts w:eastAsia="SimSun"/>
                <w:sz w:val="14"/>
              </w:rPr>
              <w:t>11.2756</w:t>
            </w:r>
          </w:p>
        </w:tc>
        <w:tc>
          <w:tcPr>
            <w:tcW w:w="540" w:type="dxa"/>
          </w:tcPr>
          <w:p w14:paraId="41EFDBF3" w14:textId="77777777" w:rsidR="005503B4" w:rsidRPr="00EE6DD3" w:rsidRDefault="005503B4" w:rsidP="00D65017">
            <w:pPr>
              <w:jc w:val="center"/>
            </w:pPr>
            <w:r w:rsidRPr="00EE6DD3">
              <w:rPr>
                <w:rFonts w:eastAsia="SimSun"/>
                <w:sz w:val="14"/>
              </w:rPr>
              <w:t>0.6393</w:t>
            </w:r>
          </w:p>
        </w:tc>
        <w:tc>
          <w:tcPr>
            <w:tcW w:w="540" w:type="dxa"/>
          </w:tcPr>
          <w:p w14:paraId="29D5D870" w14:textId="77777777" w:rsidR="005503B4" w:rsidRPr="00EE6DD3" w:rsidRDefault="005503B4" w:rsidP="00D65017">
            <w:pPr>
              <w:jc w:val="center"/>
            </w:pPr>
            <w:r w:rsidRPr="00EE6DD3">
              <w:rPr>
                <w:rFonts w:eastAsia="SimSun"/>
                <w:sz w:val="14"/>
              </w:rPr>
              <w:t>0.5863</w:t>
            </w:r>
          </w:p>
        </w:tc>
        <w:tc>
          <w:tcPr>
            <w:tcW w:w="540" w:type="dxa"/>
          </w:tcPr>
          <w:p w14:paraId="0BDD0E64" w14:textId="77777777" w:rsidR="005503B4" w:rsidRPr="00EE6DD3" w:rsidRDefault="005503B4" w:rsidP="00D65017">
            <w:pPr>
              <w:jc w:val="center"/>
            </w:pPr>
            <w:r w:rsidRPr="00EE6DD3">
              <w:rPr>
                <w:rFonts w:eastAsia="SimSun"/>
                <w:sz w:val="14"/>
              </w:rPr>
              <w:t>0.1924</w:t>
            </w:r>
          </w:p>
        </w:tc>
        <w:tc>
          <w:tcPr>
            <w:tcW w:w="540" w:type="dxa"/>
          </w:tcPr>
          <w:p w14:paraId="3A7DD3AB" w14:textId="77777777" w:rsidR="005503B4" w:rsidRPr="00EE6DD3" w:rsidRDefault="005503B4" w:rsidP="00D65017">
            <w:pPr>
              <w:jc w:val="center"/>
            </w:pPr>
            <w:r w:rsidRPr="00EE6DD3">
              <w:rPr>
                <w:rFonts w:eastAsia="SimSun"/>
                <w:sz w:val="14"/>
              </w:rPr>
              <w:t>0.6459</w:t>
            </w:r>
          </w:p>
        </w:tc>
        <w:tc>
          <w:tcPr>
            <w:tcW w:w="540" w:type="dxa"/>
          </w:tcPr>
          <w:p w14:paraId="082E0996" w14:textId="77777777" w:rsidR="005503B4" w:rsidRPr="00EE6DD3" w:rsidRDefault="005503B4" w:rsidP="00D65017">
            <w:pPr>
              <w:jc w:val="center"/>
            </w:pPr>
            <w:r w:rsidRPr="00EE6DD3">
              <w:rPr>
                <w:rFonts w:eastAsia="SimSun"/>
                <w:sz w:val="14"/>
              </w:rPr>
              <w:t>0.6264</w:t>
            </w:r>
          </w:p>
        </w:tc>
        <w:tc>
          <w:tcPr>
            <w:tcW w:w="540" w:type="dxa"/>
          </w:tcPr>
          <w:p w14:paraId="69327763" w14:textId="77777777" w:rsidR="005503B4" w:rsidRPr="00EE6DD3" w:rsidRDefault="005503B4" w:rsidP="00D65017">
            <w:pPr>
              <w:jc w:val="center"/>
            </w:pPr>
            <w:r w:rsidRPr="00EE6DD3">
              <w:rPr>
                <w:rFonts w:eastAsia="SimSun"/>
                <w:sz w:val="14"/>
              </w:rPr>
              <w:t>0.25</w:t>
            </w:r>
          </w:p>
        </w:tc>
        <w:tc>
          <w:tcPr>
            <w:tcW w:w="540" w:type="dxa"/>
          </w:tcPr>
          <w:p w14:paraId="501AFE22" w14:textId="77777777" w:rsidR="005503B4" w:rsidRPr="00EE6DD3" w:rsidRDefault="005503B4" w:rsidP="00D65017">
            <w:pPr>
              <w:jc w:val="center"/>
            </w:pPr>
            <w:r w:rsidRPr="00EE6DD3">
              <w:rPr>
                <w:rFonts w:eastAsia="SimSun"/>
                <w:sz w:val="14"/>
              </w:rPr>
              <w:t>0.2916</w:t>
            </w:r>
          </w:p>
        </w:tc>
        <w:tc>
          <w:tcPr>
            <w:tcW w:w="540" w:type="dxa"/>
          </w:tcPr>
          <w:p w14:paraId="36945125" w14:textId="77777777" w:rsidR="005503B4" w:rsidRPr="00EE6DD3" w:rsidRDefault="005503B4" w:rsidP="00D65017">
            <w:pPr>
              <w:jc w:val="center"/>
            </w:pPr>
            <w:r w:rsidRPr="00EE6DD3">
              <w:rPr>
                <w:rFonts w:eastAsia="SimSun"/>
                <w:sz w:val="14"/>
              </w:rPr>
              <w:t>0.3645</w:t>
            </w:r>
          </w:p>
        </w:tc>
        <w:tc>
          <w:tcPr>
            <w:tcW w:w="540" w:type="dxa"/>
          </w:tcPr>
          <w:p w14:paraId="72F9B668" w14:textId="77777777" w:rsidR="005503B4" w:rsidRPr="00EE6DD3" w:rsidRDefault="005503B4" w:rsidP="00D65017">
            <w:pPr>
              <w:jc w:val="center"/>
            </w:pPr>
            <w:r w:rsidRPr="00EE6DD3">
              <w:rPr>
                <w:rFonts w:eastAsia="SimSun"/>
                <w:sz w:val="14"/>
              </w:rPr>
              <w:t>0.1696</w:t>
            </w:r>
          </w:p>
        </w:tc>
      </w:tr>
      <w:tr w:rsidR="005503B4" w:rsidRPr="00EE6DD3" w14:paraId="34F2333D" w14:textId="77777777" w:rsidTr="00D65017">
        <w:tc>
          <w:tcPr>
            <w:tcW w:w="540" w:type="dxa"/>
          </w:tcPr>
          <w:p w14:paraId="199FF015" w14:textId="77777777" w:rsidR="005503B4" w:rsidRPr="00EE6DD3" w:rsidRDefault="005503B4" w:rsidP="00D65017">
            <w:r w:rsidRPr="00EE6DD3">
              <w:rPr>
                <w:rFonts w:eastAsia="SimSun"/>
                <w:sz w:val="14"/>
              </w:rPr>
              <w:t>Field</w:t>
            </w:r>
          </w:p>
        </w:tc>
        <w:tc>
          <w:tcPr>
            <w:tcW w:w="540" w:type="dxa"/>
          </w:tcPr>
          <w:p w14:paraId="27CA0BA7" w14:textId="77777777" w:rsidR="005503B4" w:rsidRPr="00EE6DD3" w:rsidRDefault="005503B4" w:rsidP="00D65017">
            <w:pPr>
              <w:jc w:val="center"/>
            </w:pPr>
            <w:r w:rsidRPr="00EE6DD3">
              <w:rPr>
                <w:rFonts w:eastAsia="SimSun"/>
                <w:sz w:val="14"/>
              </w:rPr>
              <w:t>0.7974</w:t>
            </w:r>
          </w:p>
        </w:tc>
        <w:tc>
          <w:tcPr>
            <w:tcW w:w="540" w:type="dxa"/>
          </w:tcPr>
          <w:p w14:paraId="0D2DDE16" w14:textId="77777777" w:rsidR="005503B4" w:rsidRPr="00EE6DD3" w:rsidRDefault="005503B4" w:rsidP="00D65017">
            <w:pPr>
              <w:jc w:val="center"/>
            </w:pPr>
            <w:r w:rsidRPr="00EE6DD3">
              <w:rPr>
                <w:rFonts w:eastAsia="SimSun"/>
                <w:sz w:val="14"/>
              </w:rPr>
              <w:t>1.0</w:t>
            </w:r>
          </w:p>
        </w:tc>
        <w:tc>
          <w:tcPr>
            <w:tcW w:w="540" w:type="dxa"/>
          </w:tcPr>
          <w:p w14:paraId="33ADB25B" w14:textId="77777777" w:rsidR="005503B4" w:rsidRPr="00EE6DD3" w:rsidRDefault="005503B4" w:rsidP="00D65017">
            <w:pPr>
              <w:jc w:val="center"/>
            </w:pPr>
            <w:r w:rsidRPr="00EE6DD3">
              <w:rPr>
                <w:rFonts w:eastAsia="SimSun"/>
                <w:sz w:val="14"/>
              </w:rPr>
              <w:t>1.0</w:t>
            </w:r>
          </w:p>
        </w:tc>
        <w:tc>
          <w:tcPr>
            <w:tcW w:w="540" w:type="dxa"/>
          </w:tcPr>
          <w:p w14:paraId="29A02806" w14:textId="77777777" w:rsidR="005503B4" w:rsidRPr="00EE6DD3" w:rsidRDefault="005503B4" w:rsidP="00D65017">
            <w:pPr>
              <w:jc w:val="center"/>
            </w:pPr>
            <w:r w:rsidRPr="00EE6DD3">
              <w:rPr>
                <w:rFonts w:eastAsia="SimSun"/>
                <w:sz w:val="14"/>
              </w:rPr>
              <w:t>1.2598</w:t>
            </w:r>
          </w:p>
        </w:tc>
        <w:tc>
          <w:tcPr>
            <w:tcW w:w="540" w:type="dxa"/>
          </w:tcPr>
          <w:p w14:paraId="002C354A" w14:textId="77777777" w:rsidR="005503B4" w:rsidRPr="00EE6DD3" w:rsidRDefault="005503B4" w:rsidP="00D65017">
            <w:pPr>
              <w:jc w:val="center"/>
            </w:pPr>
            <w:r w:rsidRPr="00EE6DD3">
              <w:rPr>
                <w:rFonts w:eastAsia="SimSun"/>
                <w:sz w:val="14"/>
              </w:rPr>
              <w:t>11.965</w:t>
            </w:r>
          </w:p>
        </w:tc>
        <w:tc>
          <w:tcPr>
            <w:tcW w:w="540" w:type="dxa"/>
          </w:tcPr>
          <w:p w14:paraId="3B0519D2" w14:textId="77777777" w:rsidR="005503B4" w:rsidRPr="00EE6DD3" w:rsidRDefault="005503B4" w:rsidP="00D65017">
            <w:pPr>
              <w:jc w:val="center"/>
            </w:pPr>
            <w:r w:rsidRPr="00EE6DD3">
              <w:rPr>
                <w:rFonts w:eastAsia="SimSun"/>
                <w:sz w:val="14"/>
              </w:rPr>
              <w:t>11.071</w:t>
            </w:r>
          </w:p>
        </w:tc>
        <w:tc>
          <w:tcPr>
            <w:tcW w:w="540" w:type="dxa"/>
          </w:tcPr>
          <w:p w14:paraId="4DBC6123" w14:textId="77777777" w:rsidR="005503B4" w:rsidRPr="00EE6DD3" w:rsidRDefault="005503B4" w:rsidP="00D65017">
            <w:pPr>
              <w:jc w:val="center"/>
            </w:pPr>
            <w:r w:rsidRPr="00EE6DD3">
              <w:rPr>
                <w:rFonts w:eastAsia="SimSun"/>
                <w:sz w:val="14"/>
              </w:rPr>
              <w:t>0.6302</w:t>
            </w:r>
          </w:p>
        </w:tc>
        <w:tc>
          <w:tcPr>
            <w:tcW w:w="540" w:type="dxa"/>
          </w:tcPr>
          <w:p w14:paraId="4EE74764" w14:textId="77777777" w:rsidR="005503B4" w:rsidRPr="00EE6DD3" w:rsidRDefault="005503B4" w:rsidP="00D65017">
            <w:pPr>
              <w:jc w:val="center"/>
            </w:pPr>
            <w:r w:rsidRPr="00EE6DD3">
              <w:rPr>
                <w:rFonts w:eastAsia="SimSun"/>
                <w:sz w:val="14"/>
              </w:rPr>
              <w:t>0.5792</w:t>
            </w:r>
          </w:p>
        </w:tc>
        <w:tc>
          <w:tcPr>
            <w:tcW w:w="540" w:type="dxa"/>
          </w:tcPr>
          <w:p w14:paraId="19AAB2B4" w14:textId="77777777" w:rsidR="005503B4" w:rsidRPr="00EE6DD3" w:rsidRDefault="005503B4" w:rsidP="00D65017">
            <w:pPr>
              <w:jc w:val="center"/>
            </w:pPr>
            <w:r w:rsidRPr="00EE6DD3">
              <w:rPr>
                <w:rFonts w:eastAsia="SimSun"/>
                <w:sz w:val="14"/>
              </w:rPr>
              <w:t>0.2055</w:t>
            </w:r>
          </w:p>
        </w:tc>
        <w:tc>
          <w:tcPr>
            <w:tcW w:w="540" w:type="dxa"/>
          </w:tcPr>
          <w:p w14:paraId="44966208" w14:textId="77777777" w:rsidR="005503B4" w:rsidRPr="00EE6DD3" w:rsidRDefault="005503B4" w:rsidP="00D65017">
            <w:pPr>
              <w:jc w:val="center"/>
            </w:pPr>
            <w:r w:rsidRPr="00EE6DD3">
              <w:rPr>
                <w:rFonts w:eastAsia="SimSun"/>
                <w:sz w:val="14"/>
              </w:rPr>
              <w:t>0.6455</w:t>
            </w:r>
          </w:p>
        </w:tc>
        <w:tc>
          <w:tcPr>
            <w:tcW w:w="540" w:type="dxa"/>
          </w:tcPr>
          <w:p w14:paraId="583BA10D" w14:textId="77777777" w:rsidR="005503B4" w:rsidRPr="00EE6DD3" w:rsidRDefault="005503B4" w:rsidP="00D65017">
            <w:pPr>
              <w:jc w:val="center"/>
            </w:pPr>
            <w:r w:rsidRPr="00EE6DD3">
              <w:rPr>
                <w:rFonts w:eastAsia="SimSun"/>
                <w:sz w:val="14"/>
              </w:rPr>
              <w:t>0.6275</w:t>
            </w:r>
          </w:p>
        </w:tc>
        <w:tc>
          <w:tcPr>
            <w:tcW w:w="540" w:type="dxa"/>
          </w:tcPr>
          <w:p w14:paraId="029E48E4" w14:textId="77777777" w:rsidR="005503B4" w:rsidRPr="00EE6DD3" w:rsidRDefault="005503B4" w:rsidP="00D65017">
            <w:pPr>
              <w:jc w:val="center"/>
            </w:pPr>
            <w:r w:rsidRPr="00EE6DD3">
              <w:rPr>
                <w:rFonts w:eastAsia="SimSun"/>
                <w:sz w:val="14"/>
              </w:rPr>
              <w:t>0.2619</w:t>
            </w:r>
          </w:p>
        </w:tc>
        <w:tc>
          <w:tcPr>
            <w:tcW w:w="540" w:type="dxa"/>
          </w:tcPr>
          <w:p w14:paraId="0D5F0C27" w14:textId="77777777" w:rsidR="005503B4" w:rsidRPr="00EE6DD3" w:rsidRDefault="005503B4" w:rsidP="00D65017">
            <w:pPr>
              <w:jc w:val="center"/>
            </w:pPr>
            <w:r w:rsidRPr="00EE6DD3">
              <w:rPr>
                <w:rFonts w:eastAsia="SimSun"/>
                <w:sz w:val="14"/>
              </w:rPr>
              <w:t>0.5405</w:t>
            </w:r>
          </w:p>
        </w:tc>
        <w:tc>
          <w:tcPr>
            <w:tcW w:w="540" w:type="dxa"/>
          </w:tcPr>
          <w:p w14:paraId="1261E5ED" w14:textId="77777777" w:rsidR="005503B4" w:rsidRPr="00EE6DD3" w:rsidRDefault="005503B4" w:rsidP="00D65017">
            <w:pPr>
              <w:jc w:val="center"/>
            </w:pPr>
            <w:r w:rsidRPr="00EE6DD3">
              <w:rPr>
                <w:rFonts w:eastAsia="SimSun"/>
                <w:sz w:val="14"/>
              </w:rPr>
              <w:t>0.562</w:t>
            </w:r>
          </w:p>
        </w:tc>
        <w:tc>
          <w:tcPr>
            <w:tcW w:w="540" w:type="dxa"/>
          </w:tcPr>
          <w:p w14:paraId="50BE7097" w14:textId="77777777" w:rsidR="005503B4" w:rsidRPr="00EE6DD3" w:rsidRDefault="005503B4" w:rsidP="00D65017">
            <w:pPr>
              <w:jc w:val="center"/>
            </w:pPr>
            <w:r w:rsidRPr="00EE6DD3">
              <w:rPr>
                <w:rFonts w:eastAsia="SimSun"/>
                <w:sz w:val="14"/>
              </w:rPr>
              <w:t>0.1943</w:t>
            </w:r>
          </w:p>
        </w:tc>
      </w:tr>
      <w:tr w:rsidR="005503B4" w:rsidRPr="00EE6DD3" w14:paraId="6E9C82BF" w14:textId="77777777" w:rsidTr="00D65017">
        <w:tc>
          <w:tcPr>
            <w:tcW w:w="540" w:type="dxa"/>
            <w:tcBorders>
              <w:bottom w:val="single" w:sz="4" w:space="0" w:color="000000"/>
            </w:tcBorders>
          </w:tcPr>
          <w:p w14:paraId="4AA47198" w14:textId="77777777" w:rsidR="005503B4" w:rsidRPr="00EE6DD3" w:rsidRDefault="005503B4" w:rsidP="00D65017">
            <w:r w:rsidRPr="00EE6DD3">
              <w:rPr>
                <w:rFonts w:eastAsia="SimSun"/>
                <w:sz w:val="14"/>
              </w:rPr>
              <w:t>Country</w:t>
            </w:r>
          </w:p>
        </w:tc>
        <w:tc>
          <w:tcPr>
            <w:tcW w:w="540" w:type="dxa"/>
            <w:tcBorders>
              <w:bottom w:val="single" w:sz="4" w:space="0" w:color="000000"/>
            </w:tcBorders>
          </w:tcPr>
          <w:p w14:paraId="21A6A42B" w14:textId="77777777" w:rsidR="005503B4" w:rsidRPr="00EE6DD3" w:rsidRDefault="005503B4" w:rsidP="00D65017">
            <w:pPr>
              <w:jc w:val="center"/>
            </w:pPr>
            <w:r w:rsidRPr="00EE6DD3">
              <w:rPr>
                <w:rFonts w:eastAsia="SimSun"/>
                <w:sz w:val="14"/>
              </w:rPr>
              <w:t>0.8246</w:t>
            </w:r>
          </w:p>
        </w:tc>
        <w:tc>
          <w:tcPr>
            <w:tcW w:w="540" w:type="dxa"/>
            <w:tcBorders>
              <w:bottom w:val="single" w:sz="4" w:space="0" w:color="000000"/>
            </w:tcBorders>
          </w:tcPr>
          <w:p w14:paraId="10F4D832" w14:textId="77777777" w:rsidR="005503B4" w:rsidRPr="00EE6DD3" w:rsidRDefault="005503B4" w:rsidP="00D65017">
            <w:pPr>
              <w:jc w:val="center"/>
            </w:pPr>
            <w:r w:rsidRPr="00EE6DD3">
              <w:rPr>
                <w:rFonts w:eastAsia="SimSun"/>
                <w:sz w:val="14"/>
              </w:rPr>
              <w:t>1.0</w:t>
            </w:r>
          </w:p>
        </w:tc>
        <w:tc>
          <w:tcPr>
            <w:tcW w:w="540" w:type="dxa"/>
            <w:tcBorders>
              <w:bottom w:val="single" w:sz="4" w:space="0" w:color="000000"/>
            </w:tcBorders>
          </w:tcPr>
          <w:p w14:paraId="1C16B016" w14:textId="77777777" w:rsidR="005503B4" w:rsidRPr="00EE6DD3" w:rsidRDefault="005503B4" w:rsidP="00D65017">
            <w:pPr>
              <w:jc w:val="center"/>
            </w:pPr>
            <w:r w:rsidRPr="00EE6DD3">
              <w:rPr>
                <w:rFonts w:eastAsia="SimSun"/>
                <w:sz w:val="14"/>
              </w:rPr>
              <w:t>1.0</w:t>
            </w:r>
          </w:p>
        </w:tc>
        <w:tc>
          <w:tcPr>
            <w:tcW w:w="540" w:type="dxa"/>
            <w:tcBorders>
              <w:bottom w:val="single" w:sz="4" w:space="0" w:color="000000"/>
            </w:tcBorders>
          </w:tcPr>
          <w:p w14:paraId="2D6DFF21" w14:textId="77777777" w:rsidR="005503B4" w:rsidRPr="00EE6DD3" w:rsidRDefault="005503B4" w:rsidP="00D65017">
            <w:pPr>
              <w:jc w:val="center"/>
            </w:pPr>
            <w:r w:rsidRPr="00EE6DD3">
              <w:rPr>
                <w:rFonts w:eastAsia="SimSun"/>
                <w:sz w:val="14"/>
              </w:rPr>
              <w:t>1.3236</w:t>
            </w:r>
          </w:p>
        </w:tc>
        <w:tc>
          <w:tcPr>
            <w:tcW w:w="540" w:type="dxa"/>
            <w:tcBorders>
              <w:bottom w:val="single" w:sz="4" w:space="0" w:color="000000"/>
            </w:tcBorders>
          </w:tcPr>
          <w:p w14:paraId="6FE1653C" w14:textId="77777777" w:rsidR="005503B4" w:rsidRPr="00EE6DD3" w:rsidRDefault="005503B4" w:rsidP="00D65017">
            <w:pPr>
              <w:jc w:val="center"/>
            </w:pPr>
            <w:r w:rsidRPr="00EE6DD3">
              <w:rPr>
                <w:rFonts w:eastAsia="SimSun"/>
                <w:sz w:val="14"/>
              </w:rPr>
              <w:t>12.2343</w:t>
            </w:r>
          </w:p>
        </w:tc>
        <w:tc>
          <w:tcPr>
            <w:tcW w:w="540" w:type="dxa"/>
            <w:tcBorders>
              <w:bottom w:val="single" w:sz="4" w:space="0" w:color="000000"/>
            </w:tcBorders>
          </w:tcPr>
          <w:p w14:paraId="34F59D3E" w14:textId="77777777" w:rsidR="005503B4" w:rsidRPr="00EE6DD3" w:rsidRDefault="005503B4" w:rsidP="00D65017">
            <w:pPr>
              <w:jc w:val="center"/>
            </w:pPr>
            <w:r w:rsidRPr="00EE6DD3">
              <w:rPr>
                <w:rFonts w:eastAsia="SimSun"/>
                <w:sz w:val="14"/>
              </w:rPr>
              <w:t>11.3477</w:t>
            </w:r>
          </w:p>
        </w:tc>
        <w:tc>
          <w:tcPr>
            <w:tcW w:w="540" w:type="dxa"/>
            <w:tcBorders>
              <w:bottom w:val="single" w:sz="4" w:space="0" w:color="000000"/>
            </w:tcBorders>
          </w:tcPr>
          <w:p w14:paraId="4D9E2352" w14:textId="77777777" w:rsidR="005503B4" w:rsidRPr="00EE6DD3" w:rsidRDefault="005503B4" w:rsidP="00D65017">
            <w:pPr>
              <w:jc w:val="center"/>
            </w:pPr>
            <w:r w:rsidRPr="00EE6DD3">
              <w:rPr>
                <w:rFonts w:eastAsia="SimSun"/>
                <w:sz w:val="14"/>
              </w:rPr>
              <w:t>0.6418</w:t>
            </w:r>
          </w:p>
        </w:tc>
        <w:tc>
          <w:tcPr>
            <w:tcW w:w="540" w:type="dxa"/>
            <w:tcBorders>
              <w:bottom w:val="single" w:sz="4" w:space="0" w:color="000000"/>
            </w:tcBorders>
          </w:tcPr>
          <w:p w14:paraId="46BDEBC9" w14:textId="77777777" w:rsidR="005503B4" w:rsidRPr="00EE6DD3" w:rsidRDefault="005503B4" w:rsidP="00D65017">
            <w:pPr>
              <w:jc w:val="center"/>
            </w:pPr>
            <w:r w:rsidRPr="00EE6DD3">
              <w:rPr>
                <w:rFonts w:eastAsia="SimSun"/>
                <w:sz w:val="14"/>
              </w:rPr>
              <w:t>0.5897</w:t>
            </w:r>
          </w:p>
        </w:tc>
        <w:tc>
          <w:tcPr>
            <w:tcW w:w="540" w:type="dxa"/>
            <w:tcBorders>
              <w:bottom w:val="single" w:sz="4" w:space="0" w:color="000000"/>
            </w:tcBorders>
          </w:tcPr>
          <w:p w14:paraId="7F0B668A" w14:textId="77777777" w:rsidR="005503B4" w:rsidRPr="00EE6DD3" w:rsidRDefault="005503B4" w:rsidP="00D65017">
            <w:pPr>
              <w:jc w:val="center"/>
            </w:pPr>
            <w:r w:rsidRPr="00EE6DD3">
              <w:rPr>
                <w:rFonts w:eastAsia="SimSun"/>
                <w:sz w:val="14"/>
              </w:rPr>
              <w:t>0.192</w:t>
            </w:r>
          </w:p>
        </w:tc>
        <w:tc>
          <w:tcPr>
            <w:tcW w:w="540" w:type="dxa"/>
            <w:tcBorders>
              <w:bottom w:val="single" w:sz="4" w:space="0" w:color="000000"/>
            </w:tcBorders>
          </w:tcPr>
          <w:p w14:paraId="7369CB3E" w14:textId="77777777" w:rsidR="005503B4" w:rsidRPr="00EE6DD3" w:rsidRDefault="005503B4" w:rsidP="00D65017">
            <w:pPr>
              <w:jc w:val="center"/>
            </w:pPr>
            <w:r w:rsidRPr="00EE6DD3">
              <w:rPr>
                <w:rFonts w:eastAsia="SimSun"/>
                <w:sz w:val="14"/>
              </w:rPr>
              <w:t>0.6492</w:t>
            </w:r>
          </w:p>
        </w:tc>
        <w:tc>
          <w:tcPr>
            <w:tcW w:w="540" w:type="dxa"/>
            <w:tcBorders>
              <w:bottom w:val="single" w:sz="4" w:space="0" w:color="000000"/>
            </w:tcBorders>
          </w:tcPr>
          <w:p w14:paraId="3CA7072E" w14:textId="77777777" w:rsidR="005503B4" w:rsidRPr="00EE6DD3" w:rsidRDefault="005503B4" w:rsidP="00D65017">
            <w:pPr>
              <w:jc w:val="center"/>
            </w:pPr>
            <w:r w:rsidRPr="00EE6DD3">
              <w:rPr>
                <w:rFonts w:eastAsia="SimSun"/>
                <w:sz w:val="14"/>
              </w:rPr>
              <w:t>0.6303</w:t>
            </w:r>
          </w:p>
        </w:tc>
        <w:tc>
          <w:tcPr>
            <w:tcW w:w="540" w:type="dxa"/>
            <w:tcBorders>
              <w:bottom w:val="single" w:sz="4" w:space="0" w:color="000000"/>
            </w:tcBorders>
          </w:tcPr>
          <w:p w14:paraId="6ECB3AB6" w14:textId="77777777" w:rsidR="005503B4" w:rsidRPr="00EE6DD3" w:rsidRDefault="005503B4" w:rsidP="00D65017">
            <w:pPr>
              <w:jc w:val="center"/>
            </w:pPr>
            <w:r w:rsidRPr="00EE6DD3">
              <w:rPr>
                <w:rFonts w:eastAsia="SimSun"/>
                <w:sz w:val="14"/>
              </w:rPr>
              <w:t>0.2492</w:t>
            </w:r>
          </w:p>
        </w:tc>
        <w:tc>
          <w:tcPr>
            <w:tcW w:w="540" w:type="dxa"/>
            <w:tcBorders>
              <w:bottom w:val="single" w:sz="4" w:space="0" w:color="000000"/>
            </w:tcBorders>
          </w:tcPr>
          <w:p w14:paraId="05985181" w14:textId="77777777" w:rsidR="005503B4" w:rsidRPr="00EE6DD3" w:rsidRDefault="005503B4" w:rsidP="00D65017">
            <w:pPr>
              <w:jc w:val="center"/>
            </w:pPr>
            <w:r w:rsidRPr="00EE6DD3">
              <w:rPr>
                <w:rFonts w:eastAsia="SimSun"/>
                <w:sz w:val="14"/>
              </w:rPr>
              <w:t>0.3239</w:t>
            </w:r>
          </w:p>
        </w:tc>
        <w:tc>
          <w:tcPr>
            <w:tcW w:w="540" w:type="dxa"/>
            <w:tcBorders>
              <w:bottom w:val="single" w:sz="4" w:space="0" w:color="000000"/>
            </w:tcBorders>
          </w:tcPr>
          <w:p w14:paraId="3F7B7F3B" w14:textId="77777777" w:rsidR="005503B4" w:rsidRPr="00EE6DD3" w:rsidRDefault="005503B4" w:rsidP="00D65017">
            <w:pPr>
              <w:jc w:val="center"/>
            </w:pPr>
            <w:r w:rsidRPr="00EE6DD3">
              <w:rPr>
                <w:rFonts w:eastAsia="SimSun"/>
                <w:sz w:val="14"/>
              </w:rPr>
              <w:t>0.3884</w:t>
            </w:r>
          </w:p>
        </w:tc>
        <w:tc>
          <w:tcPr>
            <w:tcW w:w="540" w:type="dxa"/>
            <w:tcBorders>
              <w:bottom w:val="single" w:sz="4" w:space="0" w:color="000000"/>
            </w:tcBorders>
          </w:tcPr>
          <w:p w14:paraId="7FCCCB34" w14:textId="77777777" w:rsidR="005503B4" w:rsidRPr="00EE6DD3" w:rsidRDefault="005503B4" w:rsidP="00D65017">
            <w:pPr>
              <w:jc w:val="center"/>
            </w:pPr>
            <w:r w:rsidRPr="00EE6DD3">
              <w:rPr>
                <w:rFonts w:eastAsia="SimSun"/>
                <w:sz w:val="14"/>
              </w:rPr>
              <w:t>0.1702</w:t>
            </w:r>
          </w:p>
        </w:tc>
      </w:tr>
    </w:tbl>
    <w:p w14:paraId="0550D925" w14:textId="77777777" w:rsidR="005503B4" w:rsidRPr="00EE6DD3" w:rsidRDefault="005503B4" w:rsidP="005503B4">
      <w:pPr>
        <w:pStyle w:val="Heading3"/>
        <w:rPr>
          <w:rFonts w:cs="Times New Roman"/>
          <w:color w:val="auto"/>
        </w:rPr>
      </w:pPr>
      <w:r w:rsidRPr="00EE6DD3">
        <w:rPr>
          <w:rFonts w:eastAsia="SimSun" w:cs="Times New Roman"/>
          <w:color w:val="auto"/>
        </w:rPr>
        <w:t>S3.2 Differences in Overall SDG Profiles</w:t>
      </w:r>
    </w:p>
    <w:p w14:paraId="09A70862" w14:textId="77777777" w:rsidR="005503B4" w:rsidRPr="00EE6DD3" w:rsidRDefault="005503B4" w:rsidP="005503B4">
      <w:r w:rsidRPr="00EE6DD3">
        <w:rPr>
          <w:rFonts w:eastAsia="SimSun"/>
          <w:sz w:val="22"/>
        </w:rPr>
        <w:t>Figure S3A shows the SDG frequency distribution of the three methods across the full sample. In line with the aggregate indicators in the main text, it most directly displays the concentration of LLM labels and the compression of the absolute scale.</w:t>
      </w:r>
    </w:p>
    <w:p w14:paraId="67F943F5" w14:textId="77777777" w:rsidR="005503B4" w:rsidRPr="00EE6DD3" w:rsidRDefault="005503B4" w:rsidP="005503B4">
      <w:r w:rsidRPr="00EE6DD3">
        <w:rPr>
          <w:noProof/>
        </w:rPr>
        <w:drawing>
          <wp:inline distT="0" distB="0" distL="0" distR="0" wp14:anchorId="2D91D79F" wp14:editId="4F09B3D8">
            <wp:extent cx="5120640" cy="25279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5120640" cy="2527911"/>
                    </a:xfrm>
                    <a:prstGeom prst="rect">
                      <a:avLst/>
                    </a:prstGeom>
                  </pic:spPr>
                </pic:pic>
              </a:graphicData>
            </a:graphic>
          </wp:inline>
        </w:drawing>
      </w:r>
    </w:p>
    <w:p w14:paraId="60B0FC39" w14:textId="77777777" w:rsidR="005503B4" w:rsidRPr="00EE6DD3" w:rsidRDefault="005503B4" w:rsidP="005503B4">
      <w:pPr>
        <w:pStyle w:val="Caption"/>
        <w:rPr>
          <w:color w:val="auto"/>
        </w:rPr>
      </w:pPr>
      <w:r w:rsidRPr="00EE6DD3">
        <w:rPr>
          <w:b w:val="0"/>
          <w:color w:val="auto"/>
          <w:sz w:val="20"/>
        </w:rPr>
        <w:t>Figure S3A. Overall SDG frequency distribution across the three systems.</w:t>
      </w:r>
    </w:p>
    <w:p w14:paraId="00C8F7F8" w14:textId="77777777" w:rsidR="005503B4" w:rsidRPr="00EE6DD3" w:rsidRDefault="005503B4" w:rsidP="005503B4">
      <w:pPr>
        <w:pStyle w:val="Heading3"/>
        <w:rPr>
          <w:rFonts w:cs="Times New Roman"/>
          <w:color w:val="auto"/>
        </w:rPr>
      </w:pPr>
      <w:r w:rsidRPr="00EE6DD3">
        <w:rPr>
          <w:rFonts w:eastAsia="SimSun" w:cs="Times New Roman"/>
          <w:color w:val="auto"/>
        </w:rPr>
        <w:t>S3.3 Additional Temporal Diagnostics</w:t>
      </w:r>
    </w:p>
    <w:p w14:paraId="38DD8FBB" w14:textId="77777777" w:rsidR="005503B4" w:rsidRPr="00EE6DD3" w:rsidRDefault="005503B4" w:rsidP="005503B4">
      <w:r w:rsidRPr="00EE6DD3">
        <w:rPr>
          <w:rFonts w:eastAsia="SimSun"/>
          <w:sz w:val="22"/>
        </w:rPr>
        <w:t>Figure S3B further shows the temporal evolution of coverage and label density. It indicates that LLM outputs are not static, but expand slowly over 2015-2024, while still remaining substantially below Aurora and Elsevier even at the end of the period.</w:t>
      </w:r>
    </w:p>
    <w:p w14:paraId="26DFB9F9" w14:textId="77777777" w:rsidR="005503B4" w:rsidRPr="00EE6DD3" w:rsidRDefault="005503B4" w:rsidP="005503B4">
      <w:r w:rsidRPr="00EE6DD3">
        <w:rPr>
          <w:noProof/>
        </w:rPr>
        <w:lastRenderedPageBreak/>
        <w:drawing>
          <wp:inline distT="0" distB="0" distL="0" distR="0" wp14:anchorId="42455171" wp14:editId="78522C12">
            <wp:extent cx="5120640" cy="17931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5120640" cy="1793148"/>
                    </a:xfrm>
                    <a:prstGeom prst="rect">
                      <a:avLst/>
                    </a:prstGeom>
                  </pic:spPr>
                </pic:pic>
              </a:graphicData>
            </a:graphic>
          </wp:inline>
        </w:drawing>
      </w:r>
    </w:p>
    <w:p w14:paraId="6FEE5DDF" w14:textId="77777777" w:rsidR="005503B4" w:rsidRPr="00EE6DD3" w:rsidRDefault="005503B4" w:rsidP="005503B4">
      <w:pPr>
        <w:pStyle w:val="Caption"/>
        <w:rPr>
          <w:color w:val="auto"/>
        </w:rPr>
      </w:pPr>
      <w:r w:rsidRPr="00EE6DD3">
        <w:rPr>
          <w:b w:val="0"/>
          <w:color w:val="auto"/>
          <w:sz w:val="20"/>
        </w:rPr>
        <w:t>Figure S3B. Year-wise coverage and label density trends. Panel A reports coverage over time; Panel B reports label density over time.</w:t>
      </w:r>
    </w:p>
    <w:p w14:paraId="26941ABE" w14:textId="77777777" w:rsidR="005503B4" w:rsidRPr="00EE6DD3" w:rsidRDefault="005503B4" w:rsidP="005503B4">
      <w:pPr>
        <w:pStyle w:val="Heading3"/>
        <w:rPr>
          <w:rFonts w:cs="Times New Roman"/>
          <w:color w:val="auto"/>
        </w:rPr>
      </w:pPr>
      <w:r w:rsidRPr="00EE6DD3">
        <w:rPr>
          <w:rFonts w:eastAsia="SimSun" w:cs="Times New Roman"/>
          <w:color w:val="auto"/>
        </w:rPr>
        <w:t>S3.4 Field-Level Heterogeneity</w:t>
      </w:r>
    </w:p>
    <w:p w14:paraId="1AD29FB3" w14:textId="77777777" w:rsidR="005503B4" w:rsidRPr="00EE6DD3" w:rsidRDefault="005503B4" w:rsidP="005503B4">
      <w:r w:rsidRPr="00EE6DD3">
        <w:rPr>
          <w:rFonts w:eastAsia="SimSun"/>
          <w:sz w:val="22"/>
        </w:rPr>
        <w:t>Figure S3C and Table S3B report the full field-level heterogeneity. Geography, Business, and Economics are closer to Aurora in compositional structure, whereas Medicine, Physics, and Materials science show the largest deviations.</w:t>
      </w:r>
    </w:p>
    <w:p w14:paraId="1D45641B" w14:textId="77777777" w:rsidR="005503B4" w:rsidRPr="00EE6DD3" w:rsidRDefault="005503B4" w:rsidP="005503B4">
      <w:r w:rsidRPr="00EE6DD3">
        <w:rPr>
          <w:noProof/>
        </w:rPr>
        <w:drawing>
          <wp:inline distT="0" distB="0" distL="0" distR="0" wp14:anchorId="0371AE72" wp14:editId="3B3E014A">
            <wp:extent cx="5120640" cy="428907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5120640" cy="4289074"/>
                    </a:xfrm>
                    <a:prstGeom prst="rect">
                      <a:avLst/>
                    </a:prstGeom>
                  </pic:spPr>
                </pic:pic>
              </a:graphicData>
            </a:graphic>
          </wp:inline>
        </w:drawing>
      </w:r>
    </w:p>
    <w:p w14:paraId="0A1E1DA1" w14:textId="77777777" w:rsidR="005503B4" w:rsidRPr="00EE6DD3" w:rsidRDefault="005503B4" w:rsidP="005503B4">
      <w:pPr>
        <w:pStyle w:val="Caption"/>
        <w:rPr>
          <w:b w:val="0"/>
          <w:color w:val="auto"/>
          <w:sz w:val="20"/>
        </w:rPr>
      </w:pPr>
      <w:r w:rsidRPr="00EE6DD3">
        <w:rPr>
          <w:b w:val="0"/>
          <w:color w:val="auto"/>
          <w:sz w:val="20"/>
        </w:rPr>
        <w:t>Figure S3C. Field-level comparison of prevalence mismatch and composition divergence. Panel A reports prevalence mismatch (MAE); Panel B reports composition divergence (JSD).</w:t>
      </w:r>
    </w:p>
    <w:p w14:paraId="40635758" w14:textId="77777777" w:rsidR="005503B4" w:rsidRPr="00EE6DD3" w:rsidRDefault="005503B4" w:rsidP="005503B4"/>
    <w:p w14:paraId="3E1AAB1A" w14:textId="77777777" w:rsidR="005503B4" w:rsidRPr="00EE6DD3" w:rsidRDefault="005503B4" w:rsidP="005503B4">
      <w:pPr>
        <w:pStyle w:val="Caption"/>
        <w:rPr>
          <w:color w:val="auto"/>
        </w:rPr>
      </w:pPr>
      <w:r w:rsidRPr="00EE6DD3">
        <w:rPr>
          <w:b w:val="0"/>
          <w:color w:val="auto"/>
          <w:sz w:val="20"/>
        </w:rPr>
        <w:t>Table S3B. Most and least aligned fields by LLM-Aurora composition distance.</w:t>
      </w:r>
    </w:p>
    <w:tbl>
      <w:tblPr>
        <w:tblStyle w:val="PaperFormat"/>
        <w:tblW w:w="0" w:type="auto"/>
        <w:tblLook w:val="04A0" w:firstRow="1" w:lastRow="0" w:firstColumn="1" w:lastColumn="0" w:noHBand="0" w:noVBand="1"/>
      </w:tblPr>
      <w:tblGrid>
        <w:gridCol w:w="1439"/>
        <w:gridCol w:w="1439"/>
        <w:gridCol w:w="1438"/>
        <w:gridCol w:w="1438"/>
        <w:gridCol w:w="1438"/>
        <w:gridCol w:w="1438"/>
      </w:tblGrid>
      <w:tr w:rsidR="005503B4" w:rsidRPr="00EE6DD3" w14:paraId="48E6BAD1" w14:textId="77777777" w:rsidTr="00D65017">
        <w:tc>
          <w:tcPr>
            <w:tcW w:w="1440" w:type="dxa"/>
          </w:tcPr>
          <w:p w14:paraId="2022E003" w14:textId="77777777" w:rsidR="005503B4" w:rsidRPr="00EE6DD3" w:rsidRDefault="005503B4" w:rsidP="00D65017">
            <w:r w:rsidRPr="00EE6DD3">
              <w:rPr>
                <w:rFonts w:eastAsia="SimSun"/>
                <w:b/>
                <w:sz w:val="15"/>
              </w:rPr>
              <w:t>Group</w:t>
            </w:r>
          </w:p>
        </w:tc>
        <w:tc>
          <w:tcPr>
            <w:tcW w:w="1440" w:type="dxa"/>
          </w:tcPr>
          <w:p w14:paraId="74F88537" w14:textId="77777777" w:rsidR="005503B4" w:rsidRPr="00EE6DD3" w:rsidRDefault="005503B4" w:rsidP="00D65017">
            <w:r w:rsidRPr="00EE6DD3">
              <w:rPr>
                <w:rFonts w:eastAsia="SimSun"/>
                <w:b/>
                <w:sz w:val="15"/>
              </w:rPr>
              <w:t>Field</w:t>
            </w:r>
          </w:p>
        </w:tc>
        <w:tc>
          <w:tcPr>
            <w:tcW w:w="1440" w:type="dxa"/>
          </w:tcPr>
          <w:p w14:paraId="7D1B7CAC" w14:textId="77777777" w:rsidR="005503B4" w:rsidRPr="00EE6DD3" w:rsidRDefault="005503B4" w:rsidP="00D65017">
            <w:pPr>
              <w:jc w:val="center"/>
            </w:pPr>
            <w:r w:rsidRPr="00EE6DD3">
              <w:rPr>
                <w:rFonts w:eastAsia="SimSun"/>
                <w:b/>
                <w:sz w:val="15"/>
              </w:rPr>
              <w:t>Coverage LLM</w:t>
            </w:r>
          </w:p>
        </w:tc>
        <w:tc>
          <w:tcPr>
            <w:tcW w:w="1440" w:type="dxa"/>
          </w:tcPr>
          <w:p w14:paraId="228ACFB1" w14:textId="77777777" w:rsidR="005503B4" w:rsidRPr="00EE6DD3" w:rsidRDefault="005503B4" w:rsidP="00D65017">
            <w:pPr>
              <w:jc w:val="center"/>
            </w:pPr>
            <w:r w:rsidRPr="00EE6DD3">
              <w:rPr>
                <w:rFonts w:eastAsia="SimSun"/>
                <w:b/>
                <w:sz w:val="15"/>
              </w:rPr>
              <w:t>Density LLM</w:t>
            </w:r>
          </w:p>
        </w:tc>
        <w:tc>
          <w:tcPr>
            <w:tcW w:w="1440" w:type="dxa"/>
          </w:tcPr>
          <w:p w14:paraId="424E80DC" w14:textId="77777777" w:rsidR="005503B4" w:rsidRPr="00EE6DD3" w:rsidRDefault="005503B4" w:rsidP="00D65017">
            <w:pPr>
              <w:jc w:val="center"/>
            </w:pPr>
            <w:r w:rsidRPr="00EE6DD3">
              <w:rPr>
                <w:rFonts w:eastAsia="SimSun"/>
                <w:b/>
                <w:sz w:val="15"/>
              </w:rPr>
              <w:t>JSD L-A</w:t>
            </w:r>
          </w:p>
        </w:tc>
        <w:tc>
          <w:tcPr>
            <w:tcW w:w="1440" w:type="dxa"/>
          </w:tcPr>
          <w:p w14:paraId="58B23D4E" w14:textId="77777777" w:rsidR="005503B4" w:rsidRPr="00EE6DD3" w:rsidRDefault="005503B4" w:rsidP="00D65017">
            <w:pPr>
              <w:jc w:val="center"/>
            </w:pPr>
            <w:r w:rsidRPr="00EE6DD3">
              <w:rPr>
                <w:rFonts w:eastAsia="SimSun"/>
                <w:b/>
                <w:sz w:val="15"/>
              </w:rPr>
              <w:t>JSD L-E</w:t>
            </w:r>
          </w:p>
        </w:tc>
      </w:tr>
      <w:tr w:rsidR="005503B4" w:rsidRPr="00EE6DD3" w14:paraId="39E6A941" w14:textId="77777777" w:rsidTr="00D65017">
        <w:tc>
          <w:tcPr>
            <w:tcW w:w="1440" w:type="dxa"/>
          </w:tcPr>
          <w:p w14:paraId="5699C9D4" w14:textId="77777777" w:rsidR="005503B4" w:rsidRPr="00EE6DD3" w:rsidRDefault="005503B4" w:rsidP="00D65017">
            <w:r w:rsidRPr="00EE6DD3">
              <w:rPr>
                <w:rFonts w:eastAsia="SimSun"/>
                <w:sz w:val="15"/>
              </w:rPr>
              <w:t>Most aligned</w:t>
            </w:r>
          </w:p>
        </w:tc>
        <w:tc>
          <w:tcPr>
            <w:tcW w:w="1440" w:type="dxa"/>
          </w:tcPr>
          <w:p w14:paraId="64E0A50D" w14:textId="77777777" w:rsidR="005503B4" w:rsidRPr="00EE6DD3" w:rsidRDefault="005503B4" w:rsidP="00D65017">
            <w:r w:rsidRPr="00EE6DD3">
              <w:rPr>
                <w:rFonts w:eastAsia="SimSun"/>
                <w:sz w:val="15"/>
              </w:rPr>
              <w:t>Geography</w:t>
            </w:r>
          </w:p>
        </w:tc>
        <w:tc>
          <w:tcPr>
            <w:tcW w:w="1440" w:type="dxa"/>
          </w:tcPr>
          <w:p w14:paraId="1928D82A" w14:textId="77777777" w:rsidR="005503B4" w:rsidRPr="00EE6DD3" w:rsidRDefault="005503B4" w:rsidP="00D65017">
            <w:pPr>
              <w:jc w:val="center"/>
            </w:pPr>
            <w:r w:rsidRPr="00EE6DD3">
              <w:rPr>
                <w:rFonts w:eastAsia="SimSun"/>
                <w:sz w:val="15"/>
              </w:rPr>
              <w:t>0.9627</w:t>
            </w:r>
          </w:p>
        </w:tc>
        <w:tc>
          <w:tcPr>
            <w:tcW w:w="1440" w:type="dxa"/>
          </w:tcPr>
          <w:p w14:paraId="4EF98113" w14:textId="77777777" w:rsidR="005503B4" w:rsidRPr="00EE6DD3" w:rsidRDefault="005503B4" w:rsidP="00D65017">
            <w:pPr>
              <w:jc w:val="center"/>
            </w:pPr>
            <w:r w:rsidRPr="00EE6DD3">
              <w:rPr>
                <w:rFonts w:eastAsia="SimSun"/>
                <w:sz w:val="15"/>
              </w:rPr>
              <w:t>1.7722</w:t>
            </w:r>
          </w:p>
        </w:tc>
        <w:tc>
          <w:tcPr>
            <w:tcW w:w="1440" w:type="dxa"/>
          </w:tcPr>
          <w:p w14:paraId="54D98A1F" w14:textId="77777777" w:rsidR="005503B4" w:rsidRPr="00EE6DD3" w:rsidRDefault="005503B4" w:rsidP="00D65017">
            <w:pPr>
              <w:jc w:val="center"/>
            </w:pPr>
            <w:r w:rsidRPr="00EE6DD3">
              <w:rPr>
                <w:rFonts w:eastAsia="SimSun"/>
                <w:sz w:val="15"/>
              </w:rPr>
              <w:t>0.3176</w:t>
            </w:r>
          </w:p>
        </w:tc>
        <w:tc>
          <w:tcPr>
            <w:tcW w:w="1440" w:type="dxa"/>
          </w:tcPr>
          <w:p w14:paraId="3894A765" w14:textId="77777777" w:rsidR="005503B4" w:rsidRPr="00EE6DD3" w:rsidRDefault="005503B4" w:rsidP="00D65017">
            <w:pPr>
              <w:jc w:val="center"/>
            </w:pPr>
            <w:r w:rsidRPr="00EE6DD3">
              <w:rPr>
                <w:rFonts w:eastAsia="SimSun"/>
                <w:sz w:val="15"/>
              </w:rPr>
              <w:t>0.3704</w:t>
            </w:r>
          </w:p>
        </w:tc>
      </w:tr>
      <w:tr w:rsidR="005503B4" w:rsidRPr="00EE6DD3" w14:paraId="11F76CCC" w14:textId="77777777" w:rsidTr="00D65017">
        <w:tc>
          <w:tcPr>
            <w:tcW w:w="1440" w:type="dxa"/>
          </w:tcPr>
          <w:p w14:paraId="60F7FB1A" w14:textId="77777777" w:rsidR="005503B4" w:rsidRPr="00EE6DD3" w:rsidRDefault="005503B4" w:rsidP="00D65017">
            <w:r w:rsidRPr="00EE6DD3">
              <w:rPr>
                <w:rFonts w:eastAsia="SimSun"/>
                <w:sz w:val="15"/>
              </w:rPr>
              <w:t>Most aligned</w:t>
            </w:r>
          </w:p>
        </w:tc>
        <w:tc>
          <w:tcPr>
            <w:tcW w:w="1440" w:type="dxa"/>
          </w:tcPr>
          <w:p w14:paraId="24690224" w14:textId="77777777" w:rsidR="005503B4" w:rsidRPr="00EE6DD3" w:rsidRDefault="005503B4" w:rsidP="00D65017">
            <w:r w:rsidRPr="00EE6DD3">
              <w:rPr>
                <w:rFonts w:eastAsia="SimSun"/>
                <w:sz w:val="15"/>
              </w:rPr>
              <w:t>Business</w:t>
            </w:r>
          </w:p>
        </w:tc>
        <w:tc>
          <w:tcPr>
            <w:tcW w:w="1440" w:type="dxa"/>
          </w:tcPr>
          <w:p w14:paraId="6B83F5EB" w14:textId="77777777" w:rsidR="005503B4" w:rsidRPr="00EE6DD3" w:rsidRDefault="005503B4" w:rsidP="00D65017">
            <w:pPr>
              <w:jc w:val="center"/>
            </w:pPr>
            <w:r w:rsidRPr="00EE6DD3">
              <w:rPr>
                <w:rFonts w:eastAsia="SimSun"/>
                <w:sz w:val="15"/>
              </w:rPr>
              <w:t>0.9341</w:t>
            </w:r>
          </w:p>
        </w:tc>
        <w:tc>
          <w:tcPr>
            <w:tcW w:w="1440" w:type="dxa"/>
          </w:tcPr>
          <w:p w14:paraId="407E2637" w14:textId="77777777" w:rsidR="005503B4" w:rsidRPr="00EE6DD3" w:rsidRDefault="005503B4" w:rsidP="00D65017">
            <w:pPr>
              <w:jc w:val="center"/>
            </w:pPr>
            <w:r w:rsidRPr="00EE6DD3">
              <w:rPr>
                <w:rFonts w:eastAsia="SimSun"/>
                <w:sz w:val="15"/>
              </w:rPr>
              <w:t>1.9818</w:t>
            </w:r>
          </w:p>
        </w:tc>
        <w:tc>
          <w:tcPr>
            <w:tcW w:w="1440" w:type="dxa"/>
          </w:tcPr>
          <w:p w14:paraId="428CF0C2" w14:textId="77777777" w:rsidR="005503B4" w:rsidRPr="00EE6DD3" w:rsidRDefault="005503B4" w:rsidP="00D65017">
            <w:pPr>
              <w:jc w:val="center"/>
            </w:pPr>
            <w:r w:rsidRPr="00EE6DD3">
              <w:rPr>
                <w:rFonts w:eastAsia="SimSun"/>
                <w:sz w:val="15"/>
              </w:rPr>
              <w:t>0.3705</w:t>
            </w:r>
          </w:p>
        </w:tc>
        <w:tc>
          <w:tcPr>
            <w:tcW w:w="1440" w:type="dxa"/>
          </w:tcPr>
          <w:p w14:paraId="33FD2815" w14:textId="77777777" w:rsidR="005503B4" w:rsidRPr="00EE6DD3" w:rsidRDefault="005503B4" w:rsidP="00D65017">
            <w:pPr>
              <w:jc w:val="center"/>
            </w:pPr>
            <w:r w:rsidRPr="00EE6DD3">
              <w:rPr>
                <w:rFonts w:eastAsia="SimSun"/>
                <w:sz w:val="15"/>
              </w:rPr>
              <w:t>0.4053</w:t>
            </w:r>
          </w:p>
        </w:tc>
      </w:tr>
      <w:tr w:rsidR="005503B4" w:rsidRPr="00EE6DD3" w14:paraId="483FD9A0" w14:textId="77777777" w:rsidTr="00D65017">
        <w:tc>
          <w:tcPr>
            <w:tcW w:w="1440" w:type="dxa"/>
          </w:tcPr>
          <w:p w14:paraId="5C15864E" w14:textId="77777777" w:rsidR="005503B4" w:rsidRPr="00EE6DD3" w:rsidRDefault="005503B4" w:rsidP="00D65017">
            <w:r w:rsidRPr="00EE6DD3">
              <w:rPr>
                <w:rFonts w:eastAsia="SimSun"/>
                <w:sz w:val="15"/>
              </w:rPr>
              <w:lastRenderedPageBreak/>
              <w:t>Most aligned</w:t>
            </w:r>
          </w:p>
        </w:tc>
        <w:tc>
          <w:tcPr>
            <w:tcW w:w="1440" w:type="dxa"/>
          </w:tcPr>
          <w:p w14:paraId="40CE4104" w14:textId="77777777" w:rsidR="005503B4" w:rsidRPr="00EE6DD3" w:rsidRDefault="005503B4" w:rsidP="00D65017">
            <w:r w:rsidRPr="00EE6DD3">
              <w:rPr>
                <w:rFonts w:eastAsia="SimSun"/>
                <w:sz w:val="15"/>
              </w:rPr>
              <w:t>Economics</w:t>
            </w:r>
          </w:p>
        </w:tc>
        <w:tc>
          <w:tcPr>
            <w:tcW w:w="1440" w:type="dxa"/>
          </w:tcPr>
          <w:p w14:paraId="43A118C2" w14:textId="77777777" w:rsidR="005503B4" w:rsidRPr="00EE6DD3" w:rsidRDefault="005503B4" w:rsidP="00D65017">
            <w:pPr>
              <w:jc w:val="center"/>
            </w:pPr>
            <w:r w:rsidRPr="00EE6DD3">
              <w:rPr>
                <w:rFonts w:eastAsia="SimSun"/>
                <w:sz w:val="15"/>
              </w:rPr>
              <w:t>0.8794</w:t>
            </w:r>
          </w:p>
        </w:tc>
        <w:tc>
          <w:tcPr>
            <w:tcW w:w="1440" w:type="dxa"/>
          </w:tcPr>
          <w:p w14:paraId="163FB04F" w14:textId="77777777" w:rsidR="005503B4" w:rsidRPr="00EE6DD3" w:rsidRDefault="005503B4" w:rsidP="00D65017">
            <w:pPr>
              <w:jc w:val="center"/>
            </w:pPr>
            <w:r w:rsidRPr="00EE6DD3">
              <w:rPr>
                <w:rFonts w:eastAsia="SimSun"/>
                <w:sz w:val="15"/>
              </w:rPr>
              <w:t>1.7247</w:t>
            </w:r>
          </w:p>
        </w:tc>
        <w:tc>
          <w:tcPr>
            <w:tcW w:w="1440" w:type="dxa"/>
          </w:tcPr>
          <w:p w14:paraId="245B7468" w14:textId="77777777" w:rsidR="005503B4" w:rsidRPr="00EE6DD3" w:rsidRDefault="005503B4" w:rsidP="00D65017">
            <w:pPr>
              <w:jc w:val="center"/>
            </w:pPr>
            <w:r w:rsidRPr="00EE6DD3">
              <w:rPr>
                <w:rFonts w:eastAsia="SimSun"/>
                <w:sz w:val="15"/>
              </w:rPr>
              <w:t>0.4344</w:t>
            </w:r>
          </w:p>
        </w:tc>
        <w:tc>
          <w:tcPr>
            <w:tcW w:w="1440" w:type="dxa"/>
          </w:tcPr>
          <w:p w14:paraId="638D8BFA" w14:textId="77777777" w:rsidR="005503B4" w:rsidRPr="00EE6DD3" w:rsidRDefault="005503B4" w:rsidP="00D65017">
            <w:pPr>
              <w:jc w:val="center"/>
            </w:pPr>
            <w:r w:rsidRPr="00EE6DD3">
              <w:rPr>
                <w:rFonts w:eastAsia="SimSun"/>
                <w:sz w:val="15"/>
              </w:rPr>
              <w:t>0.4719</w:t>
            </w:r>
          </w:p>
        </w:tc>
      </w:tr>
      <w:tr w:rsidR="005503B4" w:rsidRPr="00EE6DD3" w14:paraId="5CE6340A" w14:textId="77777777" w:rsidTr="00D65017">
        <w:tc>
          <w:tcPr>
            <w:tcW w:w="1440" w:type="dxa"/>
          </w:tcPr>
          <w:p w14:paraId="548CA6DD" w14:textId="77777777" w:rsidR="005503B4" w:rsidRPr="00EE6DD3" w:rsidRDefault="005503B4" w:rsidP="00D65017">
            <w:r w:rsidRPr="00EE6DD3">
              <w:rPr>
                <w:rFonts w:eastAsia="SimSun"/>
                <w:sz w:val="15"/>
              </w:rPr>
              <w:t>Most aligned</w:t>
            </w:r>
          </w:p>
        </w:tc>
        <w:tc>
          <w:tcPr>
            <w:tcW w:w="1440" w:type="dxa"/>
          </w:tcPr>
          <w:p w14:paraId="32EA6106" w14:textId="77777777" w:rsidR="005503B4" w:rsidRPr="00EE6DD3" w:rsidRDefault="005503B4" w:rsidP="00D65017">
            <w:r w:rsidRPr="00EE6DD3">
              <w:rPr>
                <w:rFonts w:eastAsia="SimSun"/>
                <w:sz w:val="15"/>
              </w:rPr>
              <w:t>Environmental science</w:t>
            </w:r>
          </w:p>
        </w:tc>
        <w:tc>
          <w:tcPr>
            <w:tcW w:w="1440" w:type="dxa"/>
          </w:tcPr>
          <w:p w14:paraId="6498FCDE" w14:textId="77777777" w:rsidR="005503B4" w:rsidRPr="00EE6DD3" w:rsidRDefault="005503B4" w:rsidP="00D65017">
            <w:pPr>
              <w:jc w:val="center"/>
            </w:pPr>
            <w:r w:rsidRPr="00EE6DD3">
              <w:rPr>
                <w:rFonts w:eastAsia="SimSun"/>
                <w:sz w:val="15"/>
              </w:rPr>
              <w:t>0.9721</w:t>
            </w:r>
          </w:p>
        </w:tc>
        <w:tc>
          <w:tcPr>
            <w:tcW w:w="1440" w:type="dxa"/>
          </w:tcPr>
          <w:p w14:paraId="5C29BABF" w14:textId="77777777" w:rsidR="005503B4" w:rsidRPr="00EE6DD3" w:rsidRDefault="005503B4" w:rsidP="00D65017">
            <w:pPr>
              <w:jc w:val="center"/>
            </w:pPr>
            <w:r w:rsidRPr="00EE6DD3">
              <w:rPr>
                <w:rFonts w:eastAsia="SimSun"/>
                <w:sz w:val="15"/>
              </w:rPr>
              <w:t>1.9533</w:t>
            </w:r>
          </w:p>
        </w:tc>
        <w:tc>
          <w:tcPr>
            <w:tcW w:w="1440" w:type="dxa"/>
          </w:tcPr>
          <w:p w14:paraId="47EE1305" w14:textId="77777777" w:rsidR="005503B4" w:rsidRPr="00EE6DD3" w:rsidRDefault="005503B4" w:rsidP="00D65017">
            <w:pPr>
              <w:jc w:val="center"/>
            </w:pPr>
            <w:r w:rsidRPr="00EE6DD3">
              <w:rPr>
                <w:rFonts w:eastAsia="SimSun"/>
                <w:sz w:val="15"/>
              </w:rPr>
              <w:t>0.4405</w:t>
            </w:r>
          </w:p>
        </w:tc>
        <w:tc>
          <w:tcPr>
            <w:tcW w:w="1440" w:type="dxa"/>
          </w:tcPr>
          <w:p w14:paraId="135C744C" w14:textId="77777777" w:rsidR="005503B4" w:rsidRPr="00EE6DD3" w:rsidRDefault="005503B4" w:rsidP="00D65017">
            <w:pPr>
              <w:jc w:val="center"/>
            </w:pPr>
            <w:r w:rsidRPr="00EE6DD3">
              <w:rPr>
                <w:rFonts w:eastAsia="SimSun"/>
                <w:sz w:val="15"/>
              </w:rPr>
              <w:t>0.4397</w:t>
            </w:r>
          </w:p>
        </w:tc>
      </w:tr>
      <w:tr w:rsidR="005503B4" w:rsidRPr="00EE6DD3" w14:paraId="064D5171" w14:textId="77777777" w:rsidTr="00D65017">
        <w:tc>
          <w:tcPr>
            <w:tcW w:w="1440" w:type="dxa"/>
          </w:tcPr>
          <w:p w14:paraId="066758D3" w14:textId="77777777" w:rsidR="005503B4" w:rsidRPr="00EE6DD3" w:rsidRDefault="005503B4" w:rsidP="00D65017">
            <w:r w:rsidRPr="00EE6DD3">
              <w:rPr>
                <w:rFonts w:eastAsia="SimSun"/>
                <w:sz w:val="15"/>
              </w:rPr>
              <w:t>Most aligned</w:t>
            </w:r>
          </w:p>
        </w:tc>
        <w:tc>
          <w:tcPr>
            <w:tcW w:w="1440" w:type="dxa"/>
          </w:tcPr>
          <w:p w14:paraId="45C74D6D" w14:textId="77777777" w:rsidR="005503B4" w:rsidRPr="00EE6DD3" w:rsidRDefault="005503B4" w:rsidP="00D65017">
            <w:r w:rsidRPr="00EE6DD3">
              <w:rPr>
                <w:rFonts w:eastAsia="SimSun"/>
                <w:sz w:val="15"/>
              </w:rPr>
              <w:t>Political science</w:t>
            </w:r>
          </w:p>
        </w:tc>
        <w:tc>
          <w:tcPr>
            <w:tcW w:w="1440" w:type="dxa"/>
          </w:tcPr>
          <w:p w14:paraId="09F21FF9" w14:textId="77777777" w:rsidR="005503B4" w:rsidRPr="00EE6DD3" w:rsidRDefault="005503B4" w:rsidP="00D65017">
            <w:pPr>
              <w:jc w:val="center"/>
            </w:pPr>
            <w:r w:rsidRPr="00EE6DD3">
              <w:rPr>
                <w:rFonts w:eastAsia="SimSun"/>
                <w:sz w:val="15"/>
              </w:rPr>
              <w:t>0.9835</w:t>
            </w:r>
          </w:p>
        </w:tc>
        <w:tc>
          <w:tcPr>
            <w:tcW w:w="1440" w:type="dxa"/>
          </w:tcPr>
          <w:p w14:paraId="28C150FA" w14:textId="77777777" w:rsidR="005503B4" w:rsidRPr="00EE6DD3" w:rsidRDefault="005503B4" w:rsidP="00D65017">
            <w:pPr>
              <w:jc w:val="center"/>
            </w:pPr>
            <w:r w:rsidRPr="00EE6DD3">
              <w:rPr>
                <w:rFonts w:eastAsia="SimSun"/>
                <w:sz w:val="15"/>
              </w:rPr>
              <w:t>1.8891</w:t>
            </w:r>
          </w:p>
        </w:tc>
        <w:tc>
          <w:tcPr>
            <w:tcW w:w="1440" w:type="dxa"/>
          </w:tcPr>
          <w:p w14:paraId="1B4C3F2B" w14:textId="77777777" w:rsidR="005503B4" w:rsidRPr="00EE6DD3" w:rsidRDefault="005503B4" w:rsidP="00D65017">
            <w:pPr>
              <w:jc w:val="center"/>
            </w:pPr>
            <w:r w:rsidRPr="00EE6DD3">
              <w:rPr>
                <w:rFonts w:eastAsia="SimSun"/>
                <w:sz w:val="15"/>
              </w:rPr>
              <w:t>0.4757</w:t>
            </w:r>
          </w:p>
        </w:tc>
        <w:tc>
          <w:tcPr>
            <w:tcW w:w="1440" w:type="dxa"/>
          </w:tcPr>
          <w:p w14:paraId="57201EE0" w14:textId="77777777" w:rsidR="005503B4" w:rsidRPr="00EE6DD3" w:rsidRDefault="005503B4" w:rsidP="00D65017">
            <w:pPr>
              <w:jc w:val="center"/>
            </w:pPr>
            <w:r w:rsidRPr="00EE6DD3">
              <w:rPr>
                <w:rFonts w:eastAsia="SimSun"/>
                <w:sz w:val="15"/>
              </w:rPr>
              <w:t>0.5049</w:t>
            </w:r>
          </w:p>
        </w:tc>
      </w:tr>
      <w:tr w:rsidR="005503B4" w:rsidRPr="00EE6DD3" w14:paraId="0606D6B1" w14:textId="77777777" w:rsidTr="00D65017">
        <w:tc>
          <w:tcPr>
            <w:tcW w:w="1440" w:type="dxa"/>
          </w:tcPr>
          <w:p w14:paraId="5F3A1C43" w14:textId="77777777" w:rsidR="005503B4" w:rsidRPr="00EE6DD3" w:rsidRDefault="005503B4" w:rsidP="00D65017">
            <w:r w:rsidRPr="00EE6DD3">
              <w:rPr>
                <w:rFonts w:eastAsia="SimSun"/>
                <w:sz w:val="15"/>
              </w:rPr>
              <w:t>Least aligned</w:t>
            </w:r>
          </w:p>
        </w:tc>
        <w:tc>
          <w:tcPr>
            <w:tcW w:w="1440" w:type="dxa"/>
          </w:tcPr>
          <w:p w14:paraId="535B29BB" w14:textId="77777777" w:rsidR="005503B4" w:rsidRPr="00EE6DD3" w:rsidRDefault="005503B4" w:rsidP="00D65017">
            <w:r w:rsidRPr="00EE6DD3">
              <w:rPr>
                <w:rFonts w:eastAsia="SimSun"/>
                <w:sz w:val="15"/>
              </w:rPr>
              <w:t>Medicine</w:t>
            </w:r>
          </w:p>
        </w:tc>
        <w:tc>
          <w:tcPr>
            <w:tcW w:w="1440" w:type="dxa"/>
          </w:tcPr>
          <w:p w14:paraId="6B5CBA48" w14:textId="77777777" w:rsidR="005503B4" w:rsidRPr="00EE6DD3" w:rsidRDefault="005503B4" w:rsidP="00D65017">
            <w:pPr>
              <w:jc w:val="center"/>
            </w:pPr>
            <w:r w:rsidRPr="00EE6DD3">
              <w:rPr>
                <w:rFonts w:eastAsia="SimSun"/>
                <w:sz w:val="15"/>
              </w:rPr>
              <w:t>0.9902</w:t>
            </w:r>
          </w:p>
        </w:tc>
        <w:tc>
          <w:tcPr>
            <w:tcW w:w="1440" w:type="dxa"/>
          </w:tcPr>
          <w:p w14:paraId="5F6343B5" w14:textId="77777777" w:rsidR="005503B4" w:rsidRPr="00EE6DD3" w:rsidRDefault="005503B4" w:rsidP="00D65017">
            <w:pPr>
              <w:jc w:val="center"/>
            </w:pPr>
            <w:r w:rsidRPr="00EE6DD3">
              <w:rPr>
                <w:rFonts w:eastAsia="SimSun"/>
                <w:sz w:val="15"/>
              </w:rPr>
              <w:t>1.1122</w:t>
            </w:r>
          </w:p>
        </w:tc>
        <w:tc>
          <w:tcPr>
            <w:tcW w:w="1440" w:type="dxa"/>
          </w:tcPr>
          <w:p w14:paraId="7E2951A3" w14:textId="77777777" w:rsidR="005503B4" w:rsidRPr="00EE6DD3" w:rsidRDefault="005503B4" w:rsidP="00D65017">
            <w:pPr>
              <w:jc w:val="center"/>
            </w:pPr>
            <w:r w:rsidRPr="00EE6DD3">
              <w:rPr>
                <w:rFonts w:eastAsia="SimSun"/>
                <w:sz w:val="15"/>
              </w:rPr>
              <w:t>0.7657</w:t>
            </w:r>
          </w:p>
        </w:tc>
        <w:tc>
          <w:tcPr>
            <w:tcW w:w="1440" w:type="dxa"/>
          </w:tcPr>
          <w:p w14:paraId="122DE715" w14:textId="77777777" w:rsidR="005503B4" w:rsidRPr="00EE6DD3" w:rsidRDefault="005503B4" w:rsidP="00D65017">
            <w:pPr>
              <w:jc w:val="center"/>
            </w:pPr>
            <w:r w:rsidRPr="00EE6DD3">
              <w:rPr>
                <w:rFonts w:eastAsia="SimSun"/>
                <w:sz w:val="15"/>
              </w:rPr>
              <w:t>0.7804</w:t>
            </w:r>
          </w:p>
        </w:tc>
      </w:tr>
      <w:tr w:rsidR="005503B4" w:rsidRPr="00EE6DD3" w14:paraId="06B21D8E" w14:textId="77777777" w:rsidTr="00D65017">
        <w:tc>
          <w:tcPr>
            <w:tcW w:w="1440" w:type="dxa"/>
          </w:tcPr>
          <w:p w14:paraId="4F66F168" w14:textId="77777777" w:rsidR="005503B4" w:rsidRPr="00EE6DD3" w:rsidRDefault="005503B4" w:rsidP="00D65017">
            <w:r w:rsidRPr="00EE6DD3">
              <w:rPr>
                <w:rFonts w:eastAsia="SimSun"/>
                <w:sz w:val="15"/>
              </w:rPr>
              <w:t>Least aligned</w:t>
            </w:r>
          </w:p>
        </w:tc>
        <w:tc>
          <w:tcPr>
            <w:tcW w:w="1440" w:type="dxa"/>
          </w:tcPr>
          <w:p w14:paraId="3B4809F5" w14:textId="77777777" w:rsidR="005503B4" w:rsidRPr="00EE6DD3" w:rsidRDefault="005503B4" w:rsidP="00D65017">
            <w:r w:rsidRPr="00EE6DD3">
              <w:rPr>
                <w:rFonts w:eastAsia="SimSun"/>
                <w:sz w:val="15"/>
              </w:rPr>
              <w:t>Physics</w:t>
            </w:r>
          </w:p>
        </w:tc>
        <w:tc>
          <w:tcPr>
            <w:tcW w:w="1440" w:type="dxa"/>
          </w:tcPr>
          <w:p w14:paraId="55B2DA6A" w14:textId="77777777" w:rsidR="005503B4" w:rsidRPr="00EE6DD3" w:rsidRDefault="005503B4" w:rsidP="00D65017">
            <w:pPr>
              <w:jc w:val="center"/>
            </w:pPr>
            <w:r w:rsidRPr="00EE6DD3">
              <w:rPr>
                <w:rFonts w:eastAsia="SimSun"/>
                <w:sz w:val="15"/>
              </w:rPr>
              <w:t>0.4673</w:t>
            </w:r>
          </w:p>
        </w:tc>
        <w:tc>
          <w:tcPr>
            <w:tcW w:w="1440" w:type="dxa"/>
          </w:tcPr>
          <w:p w14:paraId="4971E940" w14:textId="77777777" w:rsidR="005503B4" w:rsidRPr="00EE6DD3" w:rsidRDefault="005503B4" w:rsidP="00D65017">
            <w:pPr>
              <w:jc w:val="center"/>
            </w:pPr>
            <w:r w:rsidRPr="00EE6DD3">
              <w:rPr>
                <w:rFonts w:eastAsia="SimSun"/>
                <w:sz w:val="15"/>
              </w:rPr>
              <w:t>0.5288</w:t>
            </w:r>
          </w:p>
        </w:tc>
        <w:tc>
          <w:tcPr>
            <w:tcW w:w="1440" w:type="dxa"/>
          </w:tcPr>
          <w:p w14:paraId="320E26CD" w14:textId="77777777" w:rsidR="005503B4" w:rsidRPr="00EE6DD3" w:rsidRDefault="005503B4" w:rsidP="00D65017">
            <w:pPr>
              <w:jc w:val="center"/>
            </w:pPr>
            <w:r w:rsidRPr="00EE6DD3">
              <w:rPr>
                <w:rFonts w:eastAsia="SimSun"/>
                <w:sz w:val="15"/>
              </w:rPr>
              <w:t>0.7442</w:t>
            </w:r>
          </w:p>
        </w:tc>
        <w:tc>
          <w:tcPr>
            <w:tcW w:w="1440" w:type="dxa"/>
          </w:tcPr>
          <w:p w14:paraId="63F34530" w14:textId="77777777" w:rsidR="005503B4" w:rsidRPr="00EE6DD3" w:rsidRDefault="005503B4" w:rsidP="00D65017">
            <w:pPr>
              <w:jc w:val="center"/>
            </w:pPr>
            <w:r w:rsidRPr="00EE6DD3">
              <w:rPr>
                <w:rFonts w:eastAsia="SimSun"/>
                <w:sz w:val="15"/>
              </w:rPr>
              <w:t>0.738</w:t>
            </w:r>
          </w:p>
        </w:tc>
      </w:tr>
      <w:tr w:rsidR="005503B4" w:rsidRPr="00EE6DD3" w14:paraId="5BD0E3EC" w14:textId="77777777" w:rsidTr="00D65017">
        <w:tc>
          <w:tcPr>
            <w:tcW w:w="1440" w:type="dxa"/>
          </w:tcPr>
          <w:p w14:paraId="7A247F43" w14:textId="77777777" w:rsidR="005503B4" w:rsidRPr="00EE6DD3" w:rsidRDefault="005503B4" w:rsidP="00D65017">
            <w:r w:rsidRPr="00EE6DD3">
              <w:rPr>
                <w:rFonts w:eastAsia="SimSun"/>
                <w:sz w:val="15"/>
              </w:rPr>
              <w:t>Least aligned</w:t>
            </w:r>
          </w:p>
        </w:tc>
        <w:tc>
          <w:tcPr>
            <w:tcW w:w="1440" w:type="dxa"/>
          </w:tcPr>
          <w:p w14:paraId="653333C2" w14:textId="77777777" w:rsidR="005503B4" w:rsidRPr="00EE6DD3" w:rsidRDefault="005503B4" w:rsidP="00D65017">
            <w:r w:rsidRPr="00EE6DD3">
              <w:rPr>
                <w:rFonts w:eastAsia="SimSun"/>
                <w:sz w:val="15"/>
              </w:rPr>
              <w:t>Materials science</w:t>
            </w:r>
          </w:p>
        </w:tc>
        <w:tc>
          <w:tcPr>
            <w:tcW w:w="1440" w:type="dxa"/>
          </w:tcPr>
          <w:p w14:paraId="7855946E" w14:textId="77777777" w:rsidR="005503B4" w:rsidRPr="00EE6DD3" w:rsidRDefault="005503B4" w:rsidP="00D65017">
            <w:pPr>
              <w:jc w:val="center"/>
            </w:pPr>
            <w:r w:rsidRPr="00EE6DD3">
              <w:rPr>
                <w:rFonts w:eastAsia="SimSun"/>
                <w:sz w:val="15"/>
              </w:rPr>
              <w:t>0.9061</w:t>
            </w:r>
          </w:p>
        </w:tc>
        <w:tc>
          <w:tcPr>
            <w:tcW w:w="1440" w:type="dxa"/>
          </w:tcPr>
          <w:p w14:paraId="062C42F0" w14:textId="77777777" w:rsidR="005503B4" w:rsidRPr="00EE6DD3" w:rsidRDefault="005503B4" w:rsidP="00D65017">
            <w:pPr>
              <w:jc w:val="center"/>
            </w:pPr>
            <w:r w:rsidRPr="00EE6DD3">
              <w:rPr>
                <w:rFonts w:eastAsia="SimSun"/>
                <w:sz w:val="15"/>
              </w:rPr>
              <w:t>1.3061</w:t>
            </w:r>
          </w:p>
        </w:tc>
        <w:tc>
          <w:tcPr>
            <w:tcW w:w="1440" w:type="dxa"/>
          </w:tcPr>
          <w:p w14:paraId="6B10B824" w14:textId="77777777" w:rsidR="005503B4" w:rsidRPr="00EE6DD3" w:rsidRDefault="005503B4" w:rsidP="00D65017">
            <w:pPr>
              <w:jc w:val="center"/>
            </w:pPr>
            <w:r w:rsidRPr="00EE6DD3">
              <w:rPr>
                <w:rFonts w:eastAsia="SimSun"/>
                <w:sz w:val="15"/>
              </w:rPr>
              <w:t>0.6732</w:t>
            </w:r>
          </w:p>
        </w:tc>
        <w:tc>
          <w:tcPr>
            <w:tcW w:w="1440" w:type="dxa"/>
          </w:tcPr>
          <w:p w14:paraId="7B753DCD" w14:textId="77777777" w:rsidR="005503B4" w:rsidRPr="00EE6DD3" w:rsidRDefault="005503B4" w:rsidP="00D65017">
            <w:pPr>
              <w:jc w:val="center"/>
            </w:pPr>
            <w:r w:rsidRPr="00EE6DD3">
              <w:rPr>
                <w:rFonts w:eastAsia="SimSun"/>
                <w:sz w:val="15"/>
              </w:rPr>
              <w:t>0.6579</w:t>
            </w:r>
          </w:p>
        </w:tc>
      </w:tr>
      <w:tr w:rsidR="005503B4" w:rsidRPr="00EE6DD3" w14:paraId="2A221772" w14:textId="77777777" w:rsidTr="00D65017">
        <w:tc>
          <w:tcPr>
            <w:tcW w:w="1440" w:type="dxa"/>
          </w:tcPr>
          <w:p w14:paraId="77C4B7B6" w14:textId="77777777" w:rsidR="005503B4" w:rsidRPr="00EE6DD3" w:rsidRDefault="005503B4" w:rsidP="00D65017">
            <w:r w:rsidRPr="00EE6DD3">
              <w:rPr>
                <w:rFonts w:eastAsia="SimSun"/>
                <w:sz w:val="15"/>
              </w:rPr>
              <w:t>Least aligned</w:t>
            </w:r>
          </w:p>
        </w:tc>
        <w:tc>
          <w:tcPr>
            <w:tcW w:w="1440" w:type="dxa"/>
          </w:tcPr>
          <w:p w14:paraId="50C8BF4C" w14:textId="77777777" w:rsidR="005503B4" w:rsidRPr="00EE6DD3" w:rsidRDefault="005503B4" w:rsidP="00D65017">
            <w:r w:rsidRPr="00EE6DD3">
              <w:rPr>
                <w:rFonts w:eastAsia="SimSun"/>
                <w:sz w:val="15"/>
              </w:rPr>
              <w:t>Psychology</w:t>
            </w:r>
          </w:p>
        </w:tc>
        <w:tc>
          <w:tcPr>
            <w:tcW w:w="1440" w:type="dxa"/>
          </w:tcPr>
          <w:p w14:paraId="405F9BF4" w14:textId="77777777" w:rsidR="005503B4" w:rsidRPr="00EE6DD3" w:rsidRDefault="005503B4" w:rsidP="00D65017">
            <w:pPr>
              <w:jc w:val="center"/>
            </w:pPr>
            <w:r w:rsidRPr="00EE6DD3">
              <w:rPr>
                <w:rFonts w:eastAsia="SimSun"/>
                <w:sz w:val="15"/>
              </w:rPr>
              <w:t>0.8955</w:t>
            </w:r>
          </w:p>
        </w:tc>
        <w:tc>
          <w:tcPr>
            <w:tcW w:w="1440" w:type="dxa"/>
          </w:tcPr>
          <w:p w14:paraId="2EEEB536" w14:textId="77777777" w:rsidR="005503B4" w:rsidRPr="00EE6DD3" w:rsidRDefault="005503B4" w:rsidP="00D65017">
            <w:pPr>
              <w:jc w:val="center"/>
            </w:pPr>
            <w:r w:rsidRPr="00EE6DD3">
              <w:rPr>
                <w:rFonts w:eastAsia="SimSun"/>
                <w:sz w:val="15"/>
              </w:rPr>
              <w:t>1.2637</w:t>
            </w:r>
          </w:p>
        </w:tc>
        <w:tc>
          <w:tcPr>
            <w:tcW w:w="1440" w:type="dxa"/>
          </w:tcPr>
          <w:p w14:paraId="16AA9CBB" w14:textId="77777777" w:rsidR="005503B4" w:rsidRPr="00EE6DD3" w:rsidRDefault="005503B4" w:rsidP="00D65017">
            <w:pPr>
              <w:jc w:val="center"/>
            </w:pPr>
            <w:r w:rsidRPr="00EE6DD3">
              <w:rPr>
                <w:rFonts w:eastAsia="SimSun"/>
                <w:sz w:val="15"/>
              </w:rPr>
              <w:t>0.6166</w:t>
            </w:r>
          </w:p>
        </w:tc>
        <w:tc>
          <w:tcPr>
            <w:tcW w:w="1440" w:type="dxa"/>
          </w:tcPr>
          <w:p w14:paraId="2A4B69AF" w14:textId="77777777" w:rsidR="005503B4" w:rsidRPr="00EE6DD3" w:rsidRDefault="005503B4" w:rsidP="00D65017">
            <w:pPr>
              <w:jc w:val="center"/>
            </w:pPr>
            <w:r w:rsidRPr="00EE6DD3">
              <w:rPr>
                <w:rFonts w:eastAsia="SimSun"/>
                <w:sz w:val="15"/>
              </w:rPr>
              <w:t>0.6319</w:t>
            </w:r>
          </w:p>
        </w:tc>
      </w:tr>
      <w:tr w:rsidR="005503B4" w:rsidRPr="00EE6DD3" w14:paraId="10D7254F" w14:textId="77777777" w:rsidTr="00D65017">
        <w:tc>
          <w:tcPr>
            <w:tcW w:w="1440" w:type="dxa"/>
            <w:tcBorders>
              <w:bottom w:val="single" w:sz="4" w:space="0" w:color="000000"/>
            </w:tcBorders>
          </w:tcPr>
          <w:p w14:paraId="78EA4514" w14:textId="77777777" w:rsidR="005503B4" w:rsidRPr="00EE6DD3" w:rsidRDefault="005503B4" w:rsidP="00D65017">
            <w:r w:rsidRPr="00EE6DD3">
              <w:rPr>
                <w:rFonts w:eastAsia="SimSun"/>
                <w:sz w:val="15"/>
              </w:rPr>
              <w:t>Least aligned</w:t>
            </w:r>
          </w:p>
        </w:tc>
        <w:tc>
          <w:tcPr>
            <w:tcW w:w="1440" w:type="dxa"/>
            <w:tcBorders>
              <w:bottom w:val="single" w:sz="4" w:space="0" w:color="000000"/>
            </w:tcBorders>
          </w:tcPr>
          <w:p w14:paraId="4E691A35" w14:textId="77777777" w:rsidR="005503B4" w:rsidRPr="00EE6DD3" w:rsidRDefault="005503B4" w:rsidP="00D65017">
            <w:r w:rsidRPr="00EE6DD3">
              <w:rPr>
                <w:rFonts w:eastAsia="SimSun"/>
                <w:sz w:val="15"/>
              </w:rPr>
              <w:t>Biology</w:t>
            </w:r>
          </w:p>
        </w:tc>
        <w:tc>
          <w:tcPr>
            <w:tcW w:w="1440" w:type="dxa"/>
            <w:tcBorders>
              <w:bottom w:val="single" w:sz="4" w:space="0" w:color="000000"/>
            </w:tcBorders>
          </w:tcPr>
          <w:p w14:paraId="311F4C88" w14:textId="77777777" w:rsidR="005503B4" w:rsidRPr="00EE6DD3" w:rsidRDefault="005503B4" w:rsidP="00D65017">
            <w:pPr>
              <w:jc w:val="center"/>
            </w:pPr>
            <w:r w:rsidRPr="00EE6DD3">
              <w:rPr>
                <w:rFonts w:eastAsia="SimSun"/>
                <w:sz w:val="15"/>
              </w:rPr>
              <w:t>0.8793</w:t>
            </w:r>
          </w:p>
        </w:tc>
        <w:tc>
          <w:tcPr>
            <w:tcW w:w="1440" w:type="dxa"/>
            <w:tcBorders>
              <w:bottom w:val="single" w:sz="4" w:space="0" w:color="000000"/>
            </w:tcBorders>
          </w:tcPr>
          <w:p w14:paraId="18C7B8C1" w14:textId="77777777" w:rsidR="005503B4" w:rsidRPr="00EE6DD3" w:rsidRDefault="005503B4" w:rsidP="00D65017">
            <w:pPr>
              <w:jc w:val="center"/>
            </w:pPr>
            <w:r w:rsidRPr="00EE6DD3">
              <w:rPr>
                <w:rFonts w:eastAsia="SimSun"/>
                <w:sz w:val="15"/>
              </w:rPr>
              <w:t>1.0208</w:t>
            </w:r>
          </w:p>
        </w:tc>
        <w:tc>
          <w:tcPr>
            <w:tcW w:w="1440" w:type="dxa"/>
            <w:tcBorders>
              <w:bottom w:val="single" w:sz="4" w:space="0" w:color="000000"/>
            </w:tcBorders>
          </w:tcPr>
          <w:p w14:paraId="41077232" w14:textId="77777777" w:rsidR="005503B4" w:rsidRPr="00EE6DD3" w:rsidRDefault="005503B4" w:rsidP="00D65017">
            <w:pPr>
              <w:jc w:val="center"/>
            </w:pPr>
            <w:r w:rsidRPr="00EE6DD3">
              <w:rPr>
                <w:rFonts w:eastAsia="SimSun"/>
                <w:sz w:val="15"/>
              </w:rPr>
              <w:t>0.6153</w:t>
            </w:r>
          </w:p>
        </w:tc>
        <w:tc>
          <w:tcPr>
            <w:tcW w:w="1440" w:type="dxa"/>
            <w:tcBorders>
              <w:bottom w:val="single" w:sz="4" w:space="0" w:color="000000"/>
            </w:tcBorders>
          </w:tcPr>
          <w:p w14:paraId="55B4B6D6" w14:textId="77777777" w:rsidR="005503B4" w:rsidRPr="00EE6DD3" w:rsidRDefault="005503B4" w:rsidP="00D65017">
            <w:pPr>
              <w:jc w:val="center"/>
            </w:pPr>
            <w:r w:rsidRPr="00EE6DD3">
              <w:rPr>
                <w:rFonts w:eastAsia="SimSun"/>
                <w:sz w:val="15"/>
              </w:rPr>
              <w:t>0.6316</w:t>
            </w:r>
          </w:p>
        </w:tc>
      </w:tr>
    </w:tbl>
    <w:p w14:paraId="28BEFAF4" w14:textId="77777777" w:rsidR="005503B4" w:rsidRPr="00EE6DD3" w:rsidRDefault="005503B4" w:rsidP="005503B4">
      <w:pPr>
        <w:pStyle w:val="Heading3"/>
        <w:rPr>
          <w:rFonts w:cs="Times New Roman"/>
          <w:color w:val="auto"/>
        </w:rPr>
      </w:pPr>
      <w:r w:rsidRPr="00EE6DD3">
        <w:rPr>
          <w:rFonts w:eastAsia="SimSun" w:cs="Times New Roman"/>
          <w:color w:val="auto"/>
        </w:rPr>
        <w:t>S3.5 Country-Level Heterogeneity</w:t>
      </w:r>
    </w:p>
    <w:p w14:paraId="41AE1F68" w14:textId="77777777" w:rsidR="005503B4" w:rsidRPr="00EE6DD3" w:rsidRDefault="005503B4" w:rsidP="005503B4">
      <w:r w:rsidRPr="00EE6DD3">
        <w:rPr>
          <w:rFonts w:eastAsia="SimSun"/>
          <w:sz w:val="22"/>
        </w:rPr>
        <w:t>Figure S3D and Table S3C show that country-level differences are milder than field-level differences, but are not random fluctuations. Groups such as South Africa, Other, and Nigeria are closer to Aurora, whereas Taiwan, Japan, Korea, China, and Iran show larger deviations.</w:t>
      </w:r>
    </w:p>
    <w:p w14:paraId="4FF7BE89" w14:textId="77777777" w:rsidR="005503B4" w:rsidRPr="00EE6DD3" w:rsidRDefault="005503B4" w:rsidP="005503B4">
      <w:r w:rsidRPr="00EE6DD3">
        <w:rPr>
          <w:noProof/>
        </w:rPr>
        <w:drawing>
          <wp:inline distT="0" distB="0" distL="0" distR="0" wp14:anchorId="54C43E5C" wp14:editId="07993E65">
            <wp:extent cx="5120640" cy="55283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120640" cy="5528355"/>
                    </a:xfrm>
                    <a:prstGeom prst="rect">
                      <a:avLst/>
                    </a:prstGeom>
                  </pic:spPr>
                </pic:pic>
              </a:graphicData>
            </a:graphic>
          </wp:inline>
        </w:drawing>
      </w:r>
    </w:p>
    <w:p w14:paraId="6E555ADE" w14:textId="77777777" w:rsidR="005503B4" w:rsidRPr="00EE6DD3" w:rsidRDefault="005503B4" w:rsidP="005503B4">
      <w:pPr>
        <w:pStyle w:val="Caption"/>
        <w:rPr>
          <w:b w:val="0"/>
          <w:color w:val="auto"/>
          <w:sz w:val="20"/>
        </w:rPr>
      </w:pPr>
      <w:r w:rsidRPr="00EE6DD3">
        <w:rPr>
          <w:b w:val="0"/>
          <w:color w:val="auto"/>
          <w:sz w:val="20"/>
        </w:rPr>
        <w:t>Figure S3D. Country-level comparison of prevalence mismatch and composition divergence. Panel A reports prevalence mismatch (MAE); Panel B reports composition divergence (JSD).</w:t>
      </w:r>
    </w:p>
    <w:p w14:paraId="5B8BF354" w14:textId="77777777" w:rsidR="005503B4" w:rsidRPr="00EE6DD3" w:rsidRDefault="005503B4" w:rsidP="005503B4"/>
    <w:p w14:paraId="2302C0F3" w14:textId="77777777" w:rsidR="005503B4" w:rsidRPr="00EE6DD3" w:rsidRDefault="005503B4" w:rsidP="005503B4">
      <w:pPr>
        <w:pStyle w:val="Caption"/>
        <w:rPr>
          <w:color w:val="auto"/>
        </w:rPr>
      </w:pPr>
      <w:r w:rsidRPr="00EE6DD3">
        <w:rPr>
          <w:b w:val="0"/>
          <w:color w:val="auto"/>
          <w:sz w:val="20"/>
        </w:rPr>
        <w:t>Table S3C. Most and least aligned countries by LLM-Aurora composition distance.</w:t>
      </w:r>
    </w:p>
    <w:tbl>
      <w:tblPr>
        <w:tblStyle w:val="PaperFormat"/>
        <w:tblW w:w="0" w:type="auto"/>
        <w:tblLook w:val="04A0" w:firstRow="1" w:lastRow="0" w:firstColumn="1" w:lastColumn="0" w:noHBand="0" w:noVBand="1"/>
      </w:tblPr>
      <w:tblGrid>
        <w:gridCol w:w="1439"/>
        <w:gridCol w:w="1438"/>
        <w:gridCol w:w="1439"/>
        <w:gridCol w:w="1438"/>
        <w:gridCol w:w="1438"/>
        <w:gridCol w:w="1438"/>
      </w:tblGrid>
      <w:tr w:rsidR="005503B4" w:rsidRPr="00EE6DD3" w14:paraId="5814C307" w14:textId="77777777" w:rsidTr="00D65017">
        <w:tc>
          <w:tcPr>
            <w:tcW w:w="1440" w:type="dxa"/>
          </w:tcPr>
          <w:p w14:paraId="3BB0DF2D" w14:textId="77777777" w:rsidR="005503B4" w:rsidRPr="00EE6DD3" w:rsidRDefault="005503B4" w:rsidP="00D65017">
            <w:r w:rsidRPr="00EE6DD3">
              <w:rPr>
                <w:rFonts w:eastAsia="SimSun"/>
                <w:b/>
                <w:sz w:val="15"/>
              </w:rPr>
              <w:t>Group</w:t>
            </w:r>
          </w:p>
        </w:tc>
        <w:tc>
          <w:tcPr>
            <w:tcW w:w="1440" w:type="dxa"/>
          </w:tcPr>
          <w:p w14:paraId="0B6EA455" w14:textId="77777777" w:rsidR="005503B4" w:rsidRPr="00EE6DD3" w:rsidRDefault="005503B4" w:rsidP="00D65017">
            <w:r w:rsidRPr="00EE6DD3">
              <w:rPr>
                <w:rFonts w:eastAsia="SimSun"/>
                <w:b/>
                <w:sz w:val="15"/>
              </w:rPr>
              <w:t>Country</w:t>
            </w:r>
          </w:p>
        </w:tc>
        <w:tc>
          <w:tcPr>
            <w:tcW w:w="1440" w:type="dxa"/>
          </w:tcPr>
          <w:p w14:paraId="2EA30255" w14:textId="77777777" w:rsidR="005503B4" w:rsidRPr="00EE6DD3" w:rsidRDefault="005503B4" w:rsidP="00D65017">
            <w:pPr>
              <w:jc w:val="center"/>
            </w:pPr>
            <w:r w:rsidRPr="00EE6DD3">
              <w:rPr>
                <w:rFonts w:eastAsia="SimSun"/>
                <w:b/>
                <w:sz w:val="15"/>
              </w:rPr>
              <w:t>Coverage LLM</w:t>
            </w:r>
          </w:p>
        </w:tc>
        <w:tc>
          <w:tcPr>
            <w:tcW w:w="1440" w:type="dxa"/>
          </w:tcPr>
          <w:p w14:paraId="3E9D4C39" w14:textId="77777777" w:rsidR="005503B4" w:rsidRPr="00EE6DD3" w:rsidRDefault="005503B4" w:rsidP="00D65017">
            <w:pPr>
              <w:jc w:val="center"/>
            </w:pPr>
            <w:r w:rsidRPr="00EE6DD3">
              <w:rPr>
                <w:rFonts w:eastAsia="SimSun"/>
                <w:b/>
                <w:sz w:val="15"/>
              </w:rPr>
              <w:t>Density LLM</w:t>
            </w:r>
          </w:p>
        </w:tc>
        <w:tc>
          <w:tcPr>
            <w:tcW w:w="1440" w:type="dxa"/>
          </w:tcPr>
          <w:p w14:paraId="3381FC47" w14:textId="77777777" w:rsidR="005503B4" w:rsidRPr="00EE6DD3" w:rsidRDefault="005503B4" w:rsidP="00D65017">
            <w:pPr>
              <w:jc w:val="center"/>
            </w:pPr>
            <w:r w:rsidRPr="00EE6DD3">
              <w:rPr>
                <w:rFonts w:eastAsia="SimSun"/>
                <w:b/>
                <w:sz w:val="15"/>
              </w:rPr>
              <w:t>JSD L-A</w:t>
            </w:r>
          </w:p>
        </w:tc>
        <w:tc>
          <w:tcPr>
            <w:tcW w:w="1440" w:type="dxa"/>
          </w:tcPr>
          <w:p w14:paraId="1CB7F3E8" w14:textId="77777777" w:rsidR="005503B4" w:rsidRPr="00EE6DD3" w:rsidRDefault="005503B4" w:rsidP="00D65017">
            <w:pPr>
              <w:jc w:val="center"/>
            </w:pPr>
            <w:r w:rsidRPr="00EE6DD3">
              <w:rPr>
                <w:rFonts w:eastAsia="SimSun"/>
                <w:b/>
                <w:sz w:val="15"/>
              </w:rPr>
              <w:t>JSD L-E</w:t>
            </w:r>
          </w:p>
        </w:tc>
      </w:tr>
      <w:tr w:rsidR="005503B4" w:rsidRPr="00EE6DD3" w14:paraId="274B8224" w14:textId="77777777" w:rsidTr="00D65017">
        <w:tc>
          <w:tcPr>
            <w:tcW w:w="1440" w:type="dxa"/>
          </w:tcPr>
          <w:p w14:paraId="2F8AC2C7" w14:textId="77777777" w:rsidR="005503B4" w:rsidRPr="00EE6DD3" w:rsidRDefault="005503B4" w:rsidP="00D65017">
            <w:r w:rsidRPr="00EE6DD3">
              <w:rPr>
                <w:rFonts w:eastAsia="SimSun"/>
                <w:sz w:val="15"/>
              </w:rPr>
              <w:lastRenderedPageBreak/>
              <w:t>Most aligned</w:t>
            </w:r>
          </w:p>
        </w:tc>
        <w:tc>
          <w:tcPr>
            <w:tcW w:w="1440" w:type="dxa"/>
          </w:tcPr>
          <w:p w14:paraId="795F20F5" w14:textId="77777777" w:rsidR="005503B4" w:rsidRPr="00EE6DD3" w:rsidRDefault="005503B4" w:rsidP="00D65017">
            <w:r w:rsidRPr="00EE6DD3">
              <w:rPr>
                <w:rFonts w:eastAsia="SimSun"/>
                <w:sz w:val="15"/>
              </w:rPr>
              <w:t>ZA</w:t>
            </w:r>
          </w:p>
        </w:tc>
        <w:tc>
          <w:tcPr>
            <w:tcW w:w="1440" w:type="dxa"/>
          </w:tcPr>
          <w:p w14:paraId="518060F2" w14:textId="77777777" w:rsidR="005503B4" w:rsidRPr="00EE6DD3" w:rsidRDefault="005503B4" w:rsidP="00D65017">
            <w:pPr>
              <w:jc w:val="center"/>
            </w:pPr>
            <w:r w:rsidRPr="00EE6DD3">
              <w:rPr>
                <w:rFonts w:eastAsia="SimSun"/>
                <w:sz w:val="15"/>
              </w:rPr>
              <w:t>0.8576</w:t>
            </w:r>
          </w:p>
        </w:tc>
        <w:tc>
          <w:tcPr>
            <w:tcW w:w="1440" w:type="dxa"/>
          </w:tcPr>
          <w:p w14:paraId="45140D30" w14:textId="77777777" w:rsidR="005503B4" w:rsidRPr="00EE6DD3" w:rsidRDefault="005503B4" w:rsidP="00D65017">
            <w:pPr>
              <w:jc w:val="center"/>
            </w:pPr>
            <w:r w:rsidRPr="00EE6DD3">
              <w:rPr>
                <w:rFonts w:eastAsia="SimSun"/>
                <w:sz w:val="15"/>
              </w:rPr>
              <w:t>1.6263</w:t>
            </w:r>
          </w:p>
        </w:tc>
        <w:tc>
          <w:tcPr>
            <w:tcW w:w="1440" w:type="dxa"/>
          </w:tcPr>
          <w:p w14:paraId="2D4ACC25" w14:textId="77777777" w:rsidR="005503B4" w:rsidRPr="00EE6DD3" w:rsidRDefault="005503B4" w:rsidP="00D65017">
            <w:pPr>
              <w:jc w:val="center"/>
            </w:pPr>
            <w:r w:rsidRPr="00EE6DD3">
              <w:rPr>
                <w:rFonts w:eastAsia="SimSun"/>
                <w:sz w:val="15"/>
              </w:rPr>
              <w:t>0.2572</w:t>
            </w:r>
          </w:p>
        </w:tc>
        <w:tc>
          <w:tcPr>
            <w:tcW w:w="1440" w:type="dxa"/>
          </w:tcPr>
          <w:p w14:paraId="29867BE3" w14:textId="77777777" w:rsidR="005503B4" w:rsidRPr="00EE6DD3" w:rsidRDefault="005503B4" w:rsidP="00D65017">
            <w:pPr>
              <w:jc w:val="center"/>
            </w:pPr>
            <w:r w:rsidRPr="00EE6DD3">
              <w:rPr>
                <w:rFonts w:eastAsia="SimSun"/>
                <w:sz w:val="15"/>
              </w:rPr>
              <w:t>0.3253</w:t>
            </w:r>
          </w:p>
        </w:tc>
      </w:tr>
      <w:tr w:rsidR="005503B4" w:rsidRPr="00EE6DD3" w14:paraId="589E3143" w14:textId="77777777" w:rsidTr="00D65017">
        <w:tc>
          <w:tcPr>
            <w:tcW w:w="1440" w:type="dxa"/>
          </w:tcPr>
          <w:p w14:paraId="16CC6E48" w14:textId="77777777" w:rsidR="005503B4" w:rsidRPr="00EE6DD3" w:rsidRDefault="005503B4" w:rsidP="00D65017">
            <w:r w:rsidRPr="00EE6DD3">
              <w:rPr>
                <w:rFonts w:eastAsia="SimSun"/>
                <w:sz w:val="15"/>
              </w:rPr>
              <w:t>Most aligned</w:t>
            </w:r>
          </w:p>
        </w:tc>
        <w:tc>
          <w:tcPr>
            <w:tcW w:w="1440" w:type="dxa"/>
          </w:tcPr>
          <w:p w14:paraId="3BAF7368" w14:textId="77777777" w:rsidR="005503B4" w:rsidRPr="00EE6DD3" w:rsidRDefault="005503B4" w:rsidP="00D65017">
            <w:r w:rsidRPr="00EE6DD3">
              <w:rPr>
                <w:rFonts w:eastAsia="SimSun"/>
                <w:sz w:val="15"/>
              </w:rPr>
              <w:t>Other</w:t>
            </w:r>
          </w:p>
        </w:tc>
        <w:tc>
          <w:tcPr>
            <w:tcW w:w="1440" w:type="dxa"/>
          </w:tcPr>
          <w:p w14:paraId="54EB3FE9" w14:textId="77777777" w:rsidR="005503B4" w:rsidRPr="00EE6DD3" w:rsidRDefault="005503B4" w:rsidP="00D65017">
            <w:pPr>
              <w:jc w:val="center"/>
            </w:pPr>
            <w:r w:rsidRPr="00EE6DD3">
              <w:rPr>
                <w:rFonts w:eastAsia="SimSun"/>
                <w:sz w:val="15"/>
              </w:rPr>
              <w:t>0.8346</w:t>
            </w:r>
          </w:p>
        </w:tc>
        <w:tc>
          <w:tcPr>
            <w:tcW w:w="1440" w:type="dxa"/>
          </w:tcPr>
          <w:p w14:paraId="5FFFB365" w14:textId="77777777" w:rsidR="005503B4" w:rsidRPr="00EE6DD3" w:rsidRDefault="005503B4" w:rsidP="00D65017">
            <w:pPr>
              <w:jc w:val="center"/>
            </w:pPr>
            <w:r w:rsidRPr="00EE6DD3">
              <w:rPr>
                <w:rFonts w:eastAsia="SimSun"/>
                <w:sz w:val="15"/>
              </w:rPr>
              <w:t>1.3847</w:t>
            </w:r>
          </w:p>
        </w:tc>
        <w:tc>
          <w:tcPr>
            <w:tcW w:w="1440" w:type="dxa"/>
          </w:tcPr>
          <w:p w14:paraId="6F921D27" w14:textId="77777777" w:rsidR="005503B4" w:rsidRPr="00EE6DD3" w:rsidRDefault="005503B4" w:rsidP="00D65017">
            <w:pPr>
              <w:jc w:val="center"/>
            </w:pPr>
            <w:r w:rsidRPr="00EE6DD3">
              <w:rPr>
                <w:rFonts w:eastAsia="SimSun"/>
                <w:sz w:val="15"/>
              </w:rPr>
              <w:t>0.2593</w:t>
            </w:r>
          </w:p>
        </w:tc>
        <w:tc>
          <w:tcPr>
            <w:tcW w:w="1440" w:type="dxa"/>
          </w:tcPr>
          <w:p w14:paraId="53755DD9" w14:textId="77777777" w:rsidR="005503B4" w:rsidRPr="00EE6DD3" w:rsidRDefault="005503B4" w:rsidP="00D65017">
            <w:pPr>
              <w:jc w:val="center"/>
            </w:pPr>
            <w:r w:rsidRPr="00EE6DD3">
              <w:rPr>
                <w:rFonts w:eastAsia="SimSun"/>
                <w:sz w:val="15"/>
              </w:rPr>
              <w:t>0.326</w:t>
            </w:r>
          </w:p>
        </w:tc>
      </w:tr>
      <w:tr w:rsidR="005503B4" w:rsidRPr="00EE6DD3" w14:paraId="56FDF8AC" w14:textId="77777777" w:rsidTr="00D65017">
        <w:tc>
          <w:tcPr>
            <w:tcW w:w="1440" w:type="dxa"/>
          </w:tcPr>
          <w:p w14:paraId="47D4B29A" w14:textId="77777777" w:rsidR="005503B4" w:rsidRPr="00EE6DD3" w:rsidRDefault="005503B4" w:rsidP="00D65017">
            <w:r w:rsidRPr="00EE6DD3">
              <w:rPr>
                <w:rFonts w:eastAsia="SimSun"/>
                <w:sz w:val="15"/>
              </w:rPr>
              <w:t>Most aligned</w:t>
            </w:r>
          </w:p>
        </w:tc>
        <w:tc>
          <w:tcPr>
            <w:tcW w:w="1440" w:type="dxa"/>
          </w:tcPr>
          <w:p w14:paraId="45D4A0ED" w14:textId="77777777" w:rsidR="005503B4" w:rsidRPr="00EE6DD3" w:rsidRDefault="005503B4" w:rsidP="00D65017">
            <w:r w:rsidRPr="00EE6DD3">
              <w:rPr>
                <w:rFonts w:eastAsia="SimSun"/>
                <w:sz w:val="15"/>
              </w:rPr>
              <w:t>NG</w:t>
            </w:r>
          </w:p>
        </w:tc>
        <w:tc>
          <w:tcPr>
            <w:tcW w:w="1440" w:type="dxa"/>
          </w:tcPr>
          <w:p w14:paraId="092E7BEB" w14:textId="77777777" w:rsidR="005503B4" w:rsidRPr="00EE6DD3" w:rsidRDefault="005503B4" w:rsidP="00D65017">
            <w:pPr>
              <w:jc w:val="center"/>
            </w:pPr>
            <w:r w:rsidRPr="00EE6DD3">
              <w:rPr>
                <w:rFonts w:eastAsia="SimSun"/>
                <w:sz w:val="15"/>
              </w:rPr>
              <w:t>0.9158</w:t>
            </w:r>
          </w:p>
        </w:tc>
        <w:tc>
          <w:tcPr>
            <w:tcW w:w="1440" w:type="dxa"/>
          </w:tcPr>
          <w:p w14:paraId="5754955A" w14:textId="77777777" w:rsidR="005503B4" w:rsidRPr="00EE6DD3" w:rsidRDefault="005503B4" w:rsidP="00D65017">
            <w:pPr>
              <w:jc w:val="center"/>
            </w:pPr>
            <w:r w:rsidRPr="00EE6DD3">
              <w:rPr>
                <w:rFonts w:eastAsia="SimSun"/>
                <w:sz w:val="15"/>
              </w:rPr>
              <w:t>1.6408</w:t>
            </w:r>
          </w:p>
        </w:tc>
        <w:tc>
          <w:tcPr>
            <w:tcW w:w="1440" w:type="dxa"/>
          </w:tcPr>
          <w:p w14:paraId="62F27343" w14:textId="77777777" w:rsidR="005503B4" w:rsidRPr="00EE6DD3" w:rsidRDefault="005503B4" w:rsidP="00D65017">
            <w:pPr>
              <w:jc w:val="center"/>
            </w:pPr>
            <w:r w:rsidRPr="00EE6DD3">
              <w:rPr>
                <w:rFonts w:eastAsia="SimSun"/>
                <w:sz w:val="15"/>
              </w:rPr>
              <w:t>0.2624</w:t>
            </w:r>
          </w:p>
        </w:tc>
        <w:tc>
          <w:tcPr>
            <w:tcW w:w="1440" w:type="dxa"/>
          </w:tcPr>
          <w:p w14:paraId="0A3CBBD1" w14:textId="77777777" w:rsidR="005503B4" w:rsidRPr="00EE6DD3" w:rsidRDefault="005503B4" w:rsidP="00D65017">
            <w:pPr>
              <w:jc w:val="center"/>
            </w:pPr>
            <w:r w:rsidRPr="00EE6DD3">
              <w:rPr>
                <w:rFonts w:eastAsia="SimSun"/>
                <w:sz w:val="15"/>
              </w:rPr>
              <w:t>0.3067</w:t>
            </w:r>
          </w:p>
        </w:tc>
      </w:tr>
      <w:tr w:rsidR="005503B4" w:rsidRPr="00EE6DD3" w14:paraId="442E8379" w14:textId="77777777" w:rsidTr="00D65017">
        <w:tc>
          <w:tcPr>
            <w:tcW w:w="1440" w:type="dxa"/>
          </w:tcPr>
          <w:p w14:paraId="6839BDB7" w14:textId="77777777" w:rsidR="005503B4" w:rsidRPr="00EE6DD3" w:rsidRDefault="005503B4" w:rsidP="00D65017">
            <w:r w:rsidRPr="00EE6DD3">
              <w:rPr>
                <w:rFonts w:eastAsia="SimSun"/>
                <w:sz w:val="15"/>
              </w:rPr>
              <w:t>Most aligned</w:t>
            </w:r>
          </w:p>
        </w:tc>
        <w:tc>
          <w:tcPr>
            <w:tcW w:w="1440" w:type="dxa"/>
          </w:tcPr>
          <w:p w14:paraId="0A301084" w14:textId="77777777" w:rsidR="005503B4" w:rsidRPr="00EE6DD3" w:rsidRDefault="005503B4" w:rsidP="00D65017">
            <w:r w:rsidRPr="00EE6DD3">
              <w:rPr>
                <w:rFonts w:eastAsia="SimSun"/>
                <w:sz w:val="15"/>
              </w:rPr>
              <w:t>ES</w:t>
            </w:r>
          </w:p>
        </w:tc>
        <w:tc>
          <w:tcPr>
            <w:tcW w:w="1440" w:type="dxa"/>
          </w:tcPr>
          <w:p w14:paraId="70F6552B" w14:textId="77777777" w:rsidR="005503B4" w:rsidRPr="00EE6DD3" w:rsidRDefault="005503B4" w:rsidP="00D65017">
            <w:pPr>
              <w:jc w:val="center"/>
            </w:pPr>
            <w:r w:rsidRPr="00EE6DD3">
              <w:rPr>
                <w:rFonts w:eastAsia="SimSun"/>
                <w:sz w:val="15"/>
              </w:rPr>
              <w:t>0.7996</w:t>
            </w:r>
          </w:p>
        </w:tc>
        <w:tc>
          <w:tcPr>
            <w:tcW w:w="1440" w:type="dxa"/>
          </w:tcPr>
          <w:p w14:paraId="352E3BD2" w14:textId="77777777" w:rsidR="005503B4" w:rsidRPr="00EE6DD3" w:rsidRDefault="005503B4" w:rsidP="00D65017">
            <w:pPr>
              <w:jc w:val="center"/>
            </w:pPr>
            <w:r w:rsidRPr="00EE6DD3">
              <w:rPr>
                <w:rFonts w:eastAsia="SimSun"/>
                <w:sz w:val="15"/>
              </w:rPr>
              <w:t>1.2893</w:t>
            </w:r>
          </w:p>
        </w:tc>
        <w:tc>
          <w:tcPr>
            <w:tcW w:w="1440" w:type="dxa"/>
          </w:tcPr>
          <w:p w14:paraId="49B9C207" w14:textId="77777777" w:rsidR="005503B4" w:rsidRPr="00EE6DD3" w:rsidRDefault="005503B4" w:rsidP="00D65017">
            <w:pPr>
              <w:jc w:val="center"/>
            </w:pPr>
            <w:r w:rsidRPr="00EE6DD3">
              <w:rPr>
                <w:rFonts w:eastAsia="SimSun"/>
                <w:sz w:val="15"/>
              </w:rPr>
              <w:t>0.2684</w:t>
            </w:r>
          </w:p>
        </w:tc>
        <w:tc>
          <w:tcPr>
            <w:tcW w:w="1440" w:type="dxa"/>
          </w:tcPr>
          <w:p w14:paraId="76555F1B" w14:textId="77777777" w:rsidR="005503B4" w:rsidRPr="00EE6DD3" w:rsidRDefault="005503B4" w:rsidP="00D65017">
            <w:pPr>
              <w:jc w:val="center"/>
            </w:pPr>
            <w:r w:rsidRPr="00EE6DD3">
              <w:rPr>
                <w:rFonts w:eastAsia="SimSun"/>
                <w:sz w:val="15"/>
              </w:rPr>
              <w:t>0.347</w:t>
            </w:r>
          </w:p>
        </w:tc>
      </w:tr>
      <w:tr w:rsidR="005503B4" w:rsidRPr="00EE6DD3" w14:paraId="21C25BDD" w14:textId="77777777" w:rsidTr="00D65017">
        <w:tc>
          <w:tcPr>
            <w:tcW w:w="1440" w:type="dxa"/>
          </w:tcPr>
          <w:p w14:paraId="47768BC1" w14:textId="77777777" w:rsidR="005503B4" w:rsidRPr="00EE6DD3" w:rsidRDefault="005503B4" w:rsidP="00D65017">
            <w:r w:rsidRPr="00EE6DD3">
              <w:rPr>
                <w:rFonts w:eastAsia="SimSun"/>
                <w:sz w:val="15"/>
              </w:rPr>
              <w:t>Most aligned</w:t>
            </w:r>
          </w:p>
        </w:tc>
        <w:tc>
          <w:tcPr>
            <w:tcW w:w="1440" w:type="dxa"/>
          </w:tcPr>
          <w:p w14:paraId="29DC39F1" w14:textId="77777777" w:rsidR="005503B4" w:rsidRPr="00EE6DD3" w:rsidRDefault="005503B4" w:rsidP="00D65017">
            <w:r w:rsidRPr="00EE6DD3">
              <w:rPr>
                <w:rFonts w:eastAsia="SimSun"/>
                <w:sz w:val="15"/>
              </w:rPr>
              <w:t>AU</w:t>
            </w:r>
          </w:p>
        </w:tc>
        <w:tc>
          <w:tcPr>
            <w:tcW w:w="1440" w:type="dxa"/>
          </w:tcPr>
          <w:p w14:paraId="00A78954" w14:textId="77777777" w:rsidR="005503B4" w:rsidRPr="00EE6DD3" w:rsidRDefault="005503B4" w:rsidP="00D65017">
            <w:pPr>
              <w:jc w:val="center"/>
            </w:pPr>
            <w:r w:rsidRPr="00EE6DD3">
              <w:rPr>
                <w:rFonts w:eastAsia="SimSun"/>
                <w:sz w:val="15"/>
              </w:rPr>
              <w:t>0.8479</w:t>
            </w:r>
          </w:p>
        </w:tc>
        <w:tc>
          <w:tcPr>
            <w:tcW w:w="1440" w:type="dxa"/>
          </w:tcPr>
          <w:p w14:paraId="364C0686" w14:textId="77777777" w:rsidR="005503B4" w:rsidRPr="00EE6DD3" w:rsidRDefault="005503B4" w:rsidP="00D65017">
            <w:pPr>
              <w:jc w:val="center"/>
            </w:pPr>
            <w:r w:rsidRPr="00EE6DD3">
              <w:rPr>
                <w:rFonts w:eastAsia="SimSun"/>
                <w:sz w:val="15"/>
              </w:rPr>
              <w:t>1.4454</w:t>
            </w:r>
          </w:p>
        </w:tc>
        <w:tc>
          <w:tcPr>
            <w:tcW w:w="1440" w:type="dxa"/>
          </w:tcPr>
          <w:p w14:paraId="1DA32690" w14:textId="77777777" w:rsidR="005503B4" w:rsidRPr="00EE6DD3" w:rsidRDefault="005503B4" w:rsidP="00D65017">
            <w:pPr>
              <w:jc w:val="center"/>
            </w:pPr>
            <w:r w:rsidRPr="00EE6DD3">
              <w:rPr>
                <w:rFonts w:eastAsia="SimSun"/>
                <w:sz w:val="15"/>
              </w:rPr>
              <w:t>0.2753</w:t>
            </w:r>
          </w:p>
        </w:tc>
        <w:tc>
          <w:tcPr>
            <w:tcW w:w="1440" w:type="dxa"/>
          </w:tcPr>
          <w:p w14:paraId="170B2620" w14:textId="77777777" w:rsidR="005503B4" w:rsidRPr="00EE6DD3" w:rsidRDefault="005503B4" w:rsidP="00D65017">
            <w:pPr>
              <w:jc w:val="center"/>
            </w:pPr>
            <w:r w:rsidRPr="00EE6DD3">
              <w:rPr>
                <w:rFonts w:eastAsia="SimSun"/>
                <w:sz w:val="15"/>
              </w:rPr>
              <w:t>0.366</w:t>
            </w:r>
          </w:p>
        </w:tc>
      </w:tr>
      <w:tr w:rsidR="005503B4" w:rsidRPr="00EE6DD3" w14:paraId="0EBB9865" w14:textId="77777777" w:rsidTr="00D65017">
        <w:tc>
          <w:tcPr>
            <w:tcW w:w="1440" w:type="dxa"/>
          </w:tcPr>
          <w:p w14:paraId="384AF6A4" w14:textId="77777777" w:rsidR="005503B4" w:rsidRPr="00EE6DD3" w:rsidRDefault="005503B4" w:rsidP="00D65017">
            <w:r w:rsidRPr="00EE6DD3">
              <w:rPr>
                <w:rFonts w:eastAsia="SimSun"/>
                <w:sz w:val="15"/>
              </w:rPr>
              <w:t>Least aligned</w:t>
            </w:r>
          </w:p>
        </w:tc>
        <w:tc>
          <w:tcPr>
            <w:tcW w:w="1440" w:type="dxa"/>
          </w:tcPr>
          <w:p w14:paraId="2EE4C4C0" w14:textId="77777777" w:rsidR="005503B4" w:rsidRPr="00EE6DD3" w:rsidRDefault="005503B4" w:rsidP="00D65017">
            <w:r w:rsidRPr="00EE6DD3">
              <w:rPr>
                <w:rFonts w:eastAsia="SimSun"/>
                <w:sz w:val="15"/>
              </w:rPr>
              <w:t>TW</w:t>
            </w:r>
          </w:p>
        </w:tc>
        <w:tc>
          <w:tcPr>
            <w:tcW w:w="1440" w:type="dxa"/>
          </w:tcPr>
          <w:p w14:paraId="195CC50E" w14:textId="77777777" w:rsidR="005503B4" w:rsidRPr="00EE6DD3" w:rsidRDefault="005503B4" w:rsidP="00D65017">
            <w:pPr>
              <w:jc w:val="center"/>
            </w:pPr>
            <w:r w:rsidRPr="00EE6DD3">
              <w:rPr>
                <w:rFonts w:eastAsia="SimSun"/>
                <w:sz w:val="15"/>
              </w:rPr>
              <w:t>0.8512</w:t>
            </w:r>
          </w:p>
        </w:tc>
        <w:tc>
          <w:tcPr>
            <w:tcW w:w="1440" w:type="dxa"/>
          </w:tcPr>
          <w:p w14:paraId="1700729F" w14:textId="77777777" w:rsidR="005503B4" w:rsidRPr="00EE6DD3" w:rsidRDefault="005503B4" w:rsidP="00D65017">
            <w:pPr>
              <w:jc w:val="center"/>
            </w:pPr>
            <w:r w:rsidRPr="00EE6DD3">
              <w:rPr>
                <w:rFonts w:eastAsia="SimSun"/>
                <w:sz w:val="15"/>
              </w:rPr>
              <w:t>1.2002</w:t>
            </w:r>
          </w:p>
        </w:tc>
        <w:tc>
          <w:tcPr>
            <w:tcW w:w="1440" w:type="dxa"/>
          </w:tcPr>
          <w:p w14:paraId="0739EAA6" w14:textId="77777777" w:rsidR="005503B4" w:rsidRPr="00EE6DD3" w:rsidRDefault="005503B4" w:rsidP="00D65017">
            <w:pPr>
              <w:jc w:val="center"/>
            </w:pPr>
            <w:r w:rsidRPr="00EE6DD3">
              <w:rPr>
                <w:rFonts w:eastAsia="SimSun"/>
                <w:sz w:val="15"/>
              </w:rPr>
              <w:t>0.4386</w:t>
            </w:r>
          </w:p>
        </w:tc>
        <w:tc>
          <w:tcPr>
            <w:tcW w:w="1440" w:type="dxa"/>
          </w:tcPr>
          <w:p w14:paraId="53EB8E36" w14:textId="77777777" w:rsidR="005503B4" w:rsidRPr="00EE6DD3" w:rsidRDefault="005503B4" w:rsidP="00D65017">
            <w:pPr>
              <w:jc w:val="center"/>
            </w:pPr>
            <w:r w:rsidRPr="00EE6DD3">
              <w:rPr>
                <w:rFonts w:eastAsia="SimSun"/>
                <w:sz w:val="15"/>
              </w:rPr>
              <w:t>0.4653</w:t>
            </w:r>
          </w:p>
        </w:tc>
      </w:tr>
      <w:tr w:rsidR="005503B4" w:rsidRPr="00EE6DD3" w14:paraId="29760DA0" w14:textId="77777777" w:rsidTr="00D65017">
        <w:tc>
          <w:tcPr>
            <w:tcW w:w="1440" w:type="dxa"/>
          </w:tcPr>
          <w:p w14:paraId="4DD207F3" w14:textId="77777777" w:rsidR="005503B4" w:rsidRPr="00EE6DD3" w:rsidRDefault="005503B4" w:rsidP="00D65017">
            <w:r w:rsidRPr="00EE6DD3">
              <w:rPr>
                <w:rFonts w:eastAsia="SimSun"/>
                <w:sz w:val="15"/>
              </w:rPr>
              <w:t>Least aligned</w:t>
            </w:r>
          </w:p>
        </w:tc>
        <w:tc>
          <w:tcPr>
            <w:tcW w:w="1440" w:type="dxa"/>
          </w:tcPr>
          <w:p w14:paraId="0D87C408" w14:textId="77777777" w:rsidR="005503B4" w:rsidRPr="00EE6DD3" w:rsidRDefault="005503B4" w:rsidP="00D65017">
            <w:r w:rsidRPr="00EE6DD3">
              <w:rPr>
                <w:rFonts w:eastAsia="SimSun"/>
                <w:sz w:val="15"/>
              </w:rPr>
              <w:t>JP</w:t>
            </w:r>
          </w:p>
        </w:tc>
        <w:tc>
          <w:tcPr>
            <w:tcW w:w="1440" w:type="dxa"/>
          </w:tcPr>
          <w:p w14:paraId="2C7816B6" w14:textId="77777777" w:rsidR="005503B4" w:rsidRPr="00EE6DD3" w:rsidRDefault="005503B4" w:rsidP="00D65017">
            <w:pPr>
              <w:jc w:val="center"/>
            </w:pPr>
            <w:r w:rsidRPr="00EE6DD3">
              <w:rPr>
                <w:rFonts w:eastAsia="SimSun"/>
                <w:sz w:val="15"/>
              </w:rPr>
              <w:t>0.7755</w:t>
            </w:r>
          </w:p>
        </w:tc>
        <w:tc>
          <w:tcPr>
            <w:tcW w:w="1440" w:type="dxa"/>
          </w:tcPr>
          <w:p w14:paraId="160C199D" w14:textId="77777777" w:rsidR="005503B4" w:rsidRPr="00EE6DD3" w:rsidRDefault="005503B4" w:rsidP="00D65017">
            <w:pPr>
              <w:jc w:val="center"/>
            </w:pPr>
            <w:r w:rsidRPr="00EE6DD3">
              <w:rPr>
                <w:rFonts w:eastAsia="SimSun"/>
                <w:sz w:val="15"/>
              </w:rPr>
              <w:t>1.0904</w:t>
            </w:r>
          </w:p>
        </w:tc>
        <w:tc>
          <w:tcPr>
            <w:tcW w:w="1440" w:type="dxa"/>
          </w:tcPr>
          <w:p w14:paraId="693F592D" w14:textId="77777777" w:rsidR="005503B4" w:rsidRPr="00EE6DD3" w:rsidRDefault="005503B4" w:rsidP="00D65017">
            <w:pPr>
              <w:jc w:val="center"/>
            </w:pPr>
            <w:r w:rsidRPr="00EE6DD3">
              <w:rPr>
                <w:rFonts w:eastAsia="SimSun"/>
                <w:sz w:val="15"/>
              </w:rPr>
              <w:t>0.433</w:t>
            </w:r>
          </w:p>
        </w:tc>
        <w:tc>
          <w:tcPr>
            <w:tcW w:w="1440" w:type="dxa"/>
          </w:tcPr>
          <w:p w14:paraId="3E4CF594" w14:textId="77777777" w:rsidR="005503B4" w:rsidRPr="00EE6DD3" w:rsidRDefault="005503B4" w:rsidP="00D65017">
            <w:pPr>
              <w:jc w:val="center"/>
            </w:pPr>
            <w:r w:rsidRPr="00EE6DD3">
              <w:rPr>
                <w:rFonts w:eastAsia="SimSun"/>
                <w:sz w:val="15"/>
              </w:rPr>
              <w:t>0.4704</w:t>
            </w:r>
          </w:p>
        </w:tc>
      </w:tr>
      <w:tr w:rsidR="005503B4" w:rsidRPr="00EE6DD3" w14:paraId="72E0F8F7" w14:textId="77777777" w:rsidTr="00D65017">
        <w:tc>
          <w:tcPr>
            <w:tcW w:w="1440" w:type="dxa"/>
          </w:tcPr>
          <w:p w14:paraId="30F58B51" w14:textId="77777777" w:rsidR="005503B4" w:rsidRPr="00EE6DD3" w:rsidRDefault="005503B4" w:rsidP="00D65017">
            <w:r w:rsidRPr="00EE6DD3">
              <w:rPr>
                <w:rFonts w:eastAsia="SimSun"/>
                <w:sz w:val="15"/>
              </w:rPr>
              <w:t>Least aligned</w:t>
            </w:r>
          </w:p>
        </w:tc>
        <w:tc>
          <w:tcPr>
            <w:tcW w:w="1440" w:type="dxa"/>
          </w:tcPr>
          <w:p w14:paraId="56EE743F" w14:textId="77777777" w:rsidR="005503B4" w:rsidRPr="00EE6DD3" w:rsidRDefault="005503B4" w:rsidP="00D65017">
            <w:r w:rsidRPr="00EE6DD3">
              <w:rPr>
                <w:rFonts w:eastAsia="SimSun"/>
                <w:sz w:val="15"/>
              </w:rPr>
              <w:t>KR</w:t>
            </w:r>
          </w:p>
        </w:tc>
        <w:tc>
          <w:tcPr>
            <w:tcW w:w="1440" w:type="dxa"/>
          </w:tcPr>
          <w:p w14:paraId="14EE7C37" w14:textId="77777777" w:rsidR="005503B4" w:rsidRPr="00EE6DD3" w:rsidRDefault="005503B4" w:rsidP="00D65017">
            <w:pPr>
              <w:jc w:val="center"/>
            </w:pPr>
            <w:r w:rsidRPr="00EE6DD3">
              <w:rPr>
                <w:rFonts w:eastAsia="SimSun"/>
                <w:sz w:val="15"/>
              </w:rPr>
              <w:t>0.8715</w:t>
            </w:r>
          </w:p>
        </w:tc>
        <w:tc>
          <w:tcPr>
            <w:tcW w:w="1440" w:type="dxa"/>
          </w:tcPr>
          <w:p w14:paraId="1C200FF7" w14:textId="77777777" w:rsidR="005503B4" w:rsidRPr="00EE6DD3" w:rsidRDefault="005503B4" w:rsidP="00D65017">
            <w:pPr>
              <w:jc w:val="center"/>
            </w:pPr>
            <w:r w:rsidRPr="00EE6DD3">
              <w:rPr>
                <w:rFonts w:eastAsia="SimSun"/>
                <w:sz w:val="15"/>
              </w:rPr>
              <w:t>1.2715</w:t>
            </w:r>
          </w:p>
        </w:tc>
        <w:tc>
          <w:tcPr>
            <w:tcW w:w="1440" w:type="dxa"/>
          </w:tcPr>
          <w:p w14:paraId="1511433C" w14:textId="77777777" w:rsidR="005503B4" w:rsidRPr="00EE6DD3" w:rsidRDefault="005503B4" w:rsidP="00D65017">
            <w:pPr>
              <w:jc w:val="center"/>
            </w:pPr>
            <w:r w:rsidRPr="00EE6DD3">
              <w:rPr>
                <w:rFonts w:eastAsia="SimSun"/>
                <w:sz w:val="15"/>
              </w:rPr>
              <w:t>0.4267</w:t>
            </w:r>
          </w:p>
        </w:tc>
        <w:tc>
          <w:tcPr>
            <w:tcW w:w="1440" w:type="dxa"/>
          </w:tcPr>
          <w:p w14:paraId="524D19BB" w14:textId="77777777" w:rsidR="005503B4" w:rsidRPr="00EE6DD3" w:rsidRDefault="005503B4" w:rsidP="00D65017">
            <w:pPr>
              <w:jc w:val="center"/>
            </w:pPr>
            <w:r w:rsidRPr="00EE6DD3">
              <w:rPr>
                <w:rFonts w:eastAsia="SimSun"/>
                <w:sz w:val="15"/>
              </w:rPr>
              <w:t>0.4634</w:t>
            </w:r>
          </w:p>
        </w:tc>
      </w:tr>
      <w:tr w:rsidR="005503B4" w:rsidRPr="00EE6DD3" w14:paraId="365B2F58" w14:textId="77777777" w:rsidTr="00D65017">
        <w:tc>
          <w:tcPr>
            <w:tcW w:w="1440" w:type="dxa"/>
          </w:tcPr>
          <w:p w14:paraId="3BBC1A5C" w14:textId="77777777" w:rsidR="005503B4" w:rsidRPr="00EE6DD3" w:rsidRDefault="005503B4" w:rsidP="00D65017">
            <w:r w:rsidRPr="00EE6DD3">
              <w:rPr>
                <w:rFonts w:eastAsia="SimSun"/>
                <w:sz w:val="15"/>
              </w:rPr>
              <w:t>Least aligned</w:t>
            </w:r>
          </w:p>
        </w:tc>
        <w:tc>
          <w:tcPr>
            <w:tcW w:w="1440" w:type="dxa"/>
          </w:tcPr>
          <w:p w14:paraId="3A4C1436" w14:textId="77777777" w:rsidR="005503B4" w:rsidRPr="00EE6DD3" w:rsidRDefault="005503B4" w:rsidP="00D65017">
            <w:r w:rsidRPr="00EE6DD3">
              <w:rPr>
                <w:rFonts w:eastAsia="SimSun"/>
                <w:sz w:val="15"/>
              </w:rPr>
              <w:t>CN</w:t>
            </w:r>
          </w:p>
        </w:tc>
        <w:tc>
          <w:tcPr>
            <w:tcW w:w="1440" w:type="dxa"/>
          </w:tcPr>
          <w:p w14:paraId="13B03ED3" w14:textId="77777777" w:rsidR="005503B4" w:rsidRPr="00EE6DD3" w:rsidRDefault="005503B4" w:rsidP="00D65017">
            <w:pPr>
              <w:jc w:val="center"/>
            </w:pPr>
            <w:r w:rsidRPr="00EE6DD3">
              <w:rPr>
                <w:rFonts w:eastAsia="SimSun"/>
                <w:sz w:val="15"/>
              </w:rPr>
              <w:t>0.8448</w:t>
            </w:r>
          </w:p>
        </w:tc>
        <w:tc>
          <w:tcPr>
            <w:tcW w:w="1440" w:type="dxa"/>
          </w:tcPr>
          <w:p w14:paraId="6B66EB02" w14:textId="77777777" w:rsidR="005503B4" w:rsidRPr="00EE6DD3" w:rsidRDefault="005503B4" w:rsidP="00D65017">
            <w:pPr>
              <w:jc w:val="center"/>
            </w:pPr>
            <w:r w:rsidRPr="00EE6DD3">
              <w:rPr>
                <w:rFonts w:eastAsia="SimSun"/>
                <w:sz w:val="15"/>
              </w:rPr>
              <w:t>1.2431</w:t>
            </w:r>
          </w:p>
        </w:tc>
        <w:tc>
          <w:tcPr>
            <w:tcW w:w="1440" w:type="dxa"/>
          </w:tcPr>
          <w:p w14:paraId="66529B11" w14:textId="77777777" w:rsidR="005503B4" w:rsidRPr="00EE6DD3" w:rsidRDefault="005503B4" w:rsidP="00D65017">
            <w:pPr>
              <w:jc w:val="center"/>
            </w:pPr>
            <w:r w:rsidRPr="00EE6DD3">
              <w:rPr>
                <w:rFonts w:eastAsia="SimSun"/>
                <w:sz w:val="15"/>
              </w:rPr>
              <w:t>0.4251</w:t>
            </w:r>
          </w:p>
        </w:tc>
        <w:tc>
          <w:tcPr>
            <w:tcW w:w="1440" w:type="dxa"/>
          </w:tcPr>
          <w:p w14:paraId="0A13D83C" w14:textId="77777777" w:rsidR="005503B4" w:rsidRPr="00EE6DD3" w:rsidRDefault="005503B4" w:rsidP="00D65017">
            <w:pPr>
              <w:jc w:val="center"/>
            </w:pPr>
            <w:r w:rsidRPr="00EE6DD3">
              <w:rPr>
                <w:rFonts w:eastAsia="SimSun"/>
                <w:sz w:val="15"/>
              </w:rPr>
              <w:t>0.4511</w:t>
            </w:r>
          </w:p>
        </w:tc>
      </w:tr>
      <w:tr w:rsidR="005503B4" w:rsidRPr="00EE6DD3" w14:paraId="0A1CE0EC" w14:textId="77777777" w:rsidTr="00D65017">
        <w:tc>
          <w:tcPr>
            <w:tcW w:w="1440" w:type="dxa"/>
            <w:tcBorders>
              <w:bottom w:val="single" w:sz="4" w:space="0" w:color="000000"/>
            </w:tcBorders>
          </w:tcPr>
          <w:p w14:paraId="633409A0" w14:textId="77777777" w:rsidR="005503B4" w:rsidRPr="00EE6DD3" w:rsidRDefault="005503B4" w:rsidP="00D65017">
            <w:r w:rsidRPr="00EE6DD3">
              <w:rPr>
                <w:rFonts w:eastAsia="SimSun"/>
                <w:sz w:val="15"/>
              </w:rPr>
              <w:t>Least aligned</w:t>
            </w:r>
          </w:p>
        </w:tc>
        <w:tc>
          <w:tcPr>
            <w:tcW w:w="1440" w:type="dxa"/>
            <w:tcBorders>
              <w:bottom w:val="single" w:sz="4" w:space="0" w:color="000000"/>
            </w:tcBorders>
          </w:tcPr>
          <w:p w14:paraId="5E6223FA" w14:textId="77777777" w:rsidR="005503B4" w:rsidRPr="00EE6DD3" w:rsidRDefault="005503B4" w:rsidP="00D65017">
            <w:r w:rsidRPr="00EE6DD3">
              <w:rPr>
                <w:rFonts w:eastAsia="SimSun"/>
                <w:sz w:val="15"/>
              </w:rPr>
              <w:t>IR</w:t>
            </w:r>
          </w:p>
        </w:tc>
        <w:tc>
          <w:tcPr>
            <w:tcW w:w="1440" w:type="dxa"/>
            <w:tcBorders>
              <w:bottom w:val="single" w:sz="4" w:space="0" w:color="000000"/>
            </w:tcBorders>
          </w:tcPr>
          <w:p w14:paraId="760B1A63" w14:textId="77777777" w:rsidR="005503B4" w:rsidRPr="00EE6DD3" w:rsidRDefault="005503B4" w:rsidP="00D65017">
            <w:pPr>
              <w:jc w:val="center"/>
            </w:pPr>
            <w:r w:rsidRPr="00EE6DD3">
              <w:rPr>
                <w:rFonts w:eastAsia="SimSun"/>
                <w:sz w:val="15"/>
              </w:rPr>
              <w:t>0.8404</w:t>
            </w:r>
          </w:p>
        </w:tc>
        <w:tc>
          <w:tcPr>
            <w:tcW w:w="1440" w:type="dxa"/>
            <w:tcBorders>
              <w:bottom w:val="single" w:sz="4" w:space="0" w:color="000000"/>
            </w:tcBorders>
          </w:tcPr>
          <w:p w14:paraId="23004FBD" w14:textId="77777777" w:rsidR="005503B4" w:rsidRPr="00EE6DD3" w:rsidRDefault="005503B4" w:rsidP="00D65017">
            <w:pPr>
              <w:jc w:val="center"/>
            </w:pPr>
            <w:r w:rsidRPr="00EE6DD3">
              <w:rPr>
                <w:rFonts w:eastAsia="SimSun"/>
                <w:sz w:val="15"/>
              </w:rPr>
              <w:t>1.24</w:t>
            </w:r>
          </w:p>
        </w:tc>
        <w:tc>
          <w:tcPr>
            <w:tcW w:w="1440" w:type="dxa"/>
            <w:tcBorders>
              <w:bottom w:val="single" w:sz="4" w:space="0" w:color="000000"/>
            </w:tcBorders>
          </w:tcPr>
          <w:p w14:paraId="5DFFBE3B" w14:textId="77777777" w:rsidR="005503B4" w:rsidRPr="00EE6DD3" w:rsidRDefault="005503B4" w:rsidP="00D65017">
            <w:pPr>
              <w:jc w:val="center"/>
            </w:pPr>
            <w:r w:rsidRPr="00EE6DD3">
              <w:rPr>
                <w:rFonts w:eastAsia="SimSun"/>
                <w:sz w:val="15"/>
              </w:rPr>
              <w:t>0.3922</w:t>
            </w:r>
          </w:p>
        </w:tc>
        <w:tc>
          <w:tcPr>
            <w:tcW w:w="1440" w:type="dxa"/>
            <w:tcBorders>
              <w:bottom w:val="single" w:sz="4" w:space="0" w:color="000000"/>
            </w:tcBorders>
          </w:tcPr>
          <w:p w14:paraId="3731BC98" w14:textId="77777777" w:rsidR="005503B4" w:rsidRPr="00EE6DD3" w:rsidRDefault="005503B4" w:rsidP="00D65017">
            <w:pPr>
              <w:jc w:val="center"/>
            </w:pPr>
            <w:r w:rsidRPr="00EE6DD3">
              <w:rPr>
                <w:rFonts w:eastAsia="SimSun"/>
                <w:sz w:val="15"/>
              </w:rPr>
              <w:t>0.4168</w:t>
            </w:r>
          </w:p>
        </w:tc>
      </w:tr>
    </w:tbl>
    <w:p w14:paraId="10ED7F13" w14:textId="77777777" w:rsidR="005503B4" w:rsidRPr="00EE6DD3" w:rsidRDefault="005503B4" w:rsidP="005503B4">
      <w:pPr>
        <w:pStyle w:val="Heading3"/>
        <w:rPr>
          <w:rFonts w:cs="Times New Roman"/>
          <w:color w:val="auto"/>
        </w:rPr>
      </w:pPr>
      <w:r w:rsidRPr="00EE6DD3">
        <w:rPr>
          <w:rFonts w:eastAsia="SimSun" w:cs="Times New Roman"/>
          <w:color w:val="auto"/>
        </w:rPr>
        <w:t>S3.6 Which SDGs Drive Macro-Level Heterogeneity</w:t>
      </w:r>
    </w:p>
    <w:p w14:paraId="0230BE5E" w14:textId="77777777" w:rsidR="005503B4" w:rsidRPr="00EE6DD3" w:rsidRDefault="005503B4" w:rsidP="005503B4">
      <w:r w:rsidRPr="00EE6DD3">
        <w:rPr>
          <w:rFonts w:eastAsia="SimSun"/>
          <w:sz w:val="22"/>
        </w:rPr>
        <w:t>Figure S3E directly ranks the variance of LLM prevalence at the country level. The results show that macro-level heterogeneity is concentrated mainly in a small number of highly salient goals, especially SDG9, SDG16, and SDG3, rather than being evenly dispersed across all 17 SDGs.</w:t>
      </w:r>
    </w:p>
    <w:p w14:paraId="2303D40C" w14:textId="77777777" w:rsidR="005503B4" w:rsidRPr="00EE6DD3" w:rsidRDefault="005503B4" w:rsidP="005503B4">
      <w:r w:rsidRPr="00EE6DD3">
        <w:rPr>
          <w:noProof/>
        </w:rPr>
        <w:drawing>
          <wp:inline distT="0" distB="0" distL="0" distR="0" wp14:anchorId="1CFB5C8B" wp14:editId="721A0EA5">
            <wp:extent cx="5120640" cy="25279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120640" cy="2527911"/>
                    </a:xfrm>
                    <a:prstGeom prst="rect">
                      <a:avLst/>
                    </a:prstGeom>
                  </pic:spPr>
                </pic:pic>
              </a:graphicData>
            </a:graphic>
          </wp:inline>
        </w:drawing>
      </w:r>
    </w:p>
    <w:p w14:paraId="64EA972B" w14:textId="77777777" w:rsidR="005503B4" w:rsidRPr="00EE6DD3" w:rsidRDefault="005503B4" w:rsidP="005503B4">
      <w:pPr>
        <w:pStyle w:val="Caption"/>
        <w:rPr>
          <w:color w:val="auto"/>
        </w:rPr>
      </w:pPr>
      <w:r w:rsidRPr="00EE6DD3">
        <w:rPr>
          <w:b w:val="0"/>
          <w:color w:val="auto"/>
          <w:sz w:val="20"/>
        </w:rPr>
        <w:t>Figure S3E. SDGs driving cross-country heterogeneity in LLM aggregate prevalence.</w:t>
      </w:r>
    </w:p>
    <w:p w14:paraId="16B6300E" w14:textId="77777777" w:rsidR="005503B4" w:rsidRPr="00EE6DD3" w:rsidRDefault="005503B4" w:rsidP="005503B4">
      <w:pPr>
        <w:pStyle w:val="Heading2"/>
        <w:rPr>
          <w:rFonts w:ascii="Times New Roman" w:hAnsi="Times New Roman" w:cs="Times New Roman"/>
          <w:color w:val="auto"/>
        </w:rPr>
      </w:pPr>
      <w:r w:rsidRPr="00EE6DD3">
        <w:rPr>
          <w:rFonts w:ascii="Times New Roman" w:hAnsi="Times New Roman" w:cs="Times New Roman"/>
          <w:color w:val="auto"/>
          <w:sz w:val="28"/>
        </w:rPr>
        <w:t>Supplementary Results for RQ4</w:t>
      </w:r>
    </w:p>
    <w:p w14:paraId="665E3DFC" w14:textId="77777777" w:rsidR="005503B4" w:rsidRPr="00EE6DD3" w:rsidRDefault="005503B4" w:rsidP="005503B4">
      <w:r w:rsidRPr="00EE6DD3">
        <w:rPr>
          <w:rFonts w:eastAsia="SimSun"/>
          <w:sz w:val="22"/>
        </w:rPr>
        <w:t>This section supplements the main-text RQ4 results with robustness checks for behavior classification, full regression results, relative-preference distributions across fields and countries, and model diagnostics.</w:t>
      </w:r>
    </w:p>
    <w:p w14:paraId="487CCF87" w14:textId="77777777" w:rsidR="005503B4" w:rsidRPr="00EE6DD3" w:rsidRDefault="005503B4" w:rsidP="005503B4">
      <w:pPr>
        <w:pStyle w:val="Heading3"/>
        <w:rPr>
          <w:rFonts w:cs="Times New Roman"/>
          <w:color w:val="auto"/>
        </w:rPr>
      </w:pPr>
      <w:r w:rsidRPr="00EE6DD3">
        <w:rPr>
          <w:rFonts w:eastAsia="SimSun" w:cs="Times New Roman"/>
          <w:color w:val="auto"/>
        </w:rPr>
        <w:t>S4.1 Robustness of Behavior Classification</w:t>
      </w:r>
    </w:p>
    <w:p w14:paraId="773245DB" w14:textId="77777777" w:rsidR="005503B4" w:rsidRPr="00EE6DD3" w:rsidRDefault="005503B4" w:rsidP="005503B4">
      <w:r w:rsidRPr="00EE6DD3">
        <w:rPr>
          <w:rFonts w:eastAsia="SimSun"/>
          <w:sz w:val="22"/>
        </w:rPr>
        <w:t xml:space="preserve">Figure S4A and Table S4F show that after changing the behavior metric (F1 vs Jaccard) or the width of the middle interval </w:t>
      </w:r>
      <w:bookmarkStart w:id="1" w:name="OLE_LINK36"/>
      <w:r w:rsidRPr="00EE6DD3">
        <w:rPr>
          <w:rFonts w:eastAsia="SimSun"/>
          <w:sz w:val="22"/>
        </w:rPr>
        <w:t>(</w:t>
      </w:r>
      <w:bookmarkStart w:id="2" w:name="OLE_LINK38"/>
      <m:oMath>
        <m:r>
          <w:rPr>
            <w:rFonts w:ascii="Cambria Math" w:eastAsia="SimSun" w:hAnsi="Cambria Math"/>
            <w:sz w:val="22"/>
          </w:rPr>
          <m:t>δ</m:t>
        </m:r>
      </m:oMath>
      <w:bookmarkEnd w:id="2"/>
      <w:r w:rsidRPr="00EE6DD3">
        <w:rPr>
          <w:rFonts w:eastAsia="SimSun"/>
          <w:sz w:val="22"/>
        </w:rPr>
        <w:t xml:space="preserve">= 0.05 vs 0.10), </w:t>
      </w:r>
      <w:bookmarkEnd w:id="1"/>
      <w:r w:rsidRPr="00EE6DD3">
        <w:rPr>
          <w:rFonts w:eastAsia="SimSun"/>
          <w:sz w:val="22"/>
        </w:rPr>
        <w:t>middle still remains the overwhelmingly dominant category.</w:t>
      </w:r>
    </w:p>
    <w:p w14:paraId="5EAEDE43" w14:textId="77777777" w:rsidR="005503B4" w:rsidRPr="00EE6DD3" w:rsidRDefault="005503B4" w:rsidP="005503B4">
      <w:r w:rsidRPr="00EE6DD3">
        <w:rPr>
          <w:noProof/>
        </w:rPr>
        <w:lastRenderedPageBreak/>
        <w:drawing>
          <wp:inline distT="0" distB="0" distL="0" distR="0" wp14:anchorId="6CB0BB16" wp14:editId="53063174">
            <wp:extent cx="4937760" cy="28291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4937760" cy="2829193"/>
                    </a:xfrm>
                    <a:prstGeom prst="rect">
                      <a:avLst/>
                    </a:prstGeom>
                  </pic:spPr>
                </pic:pic>
              </a:graphicData>
            </a:graphic>
          </wp:inline>
        </w:drawing>
      </w:r>
    </w:p>
    <w:p w14:paraId="7591AC58" w14:textId="77777777" w:rsidR="005503B4" w:rsidRPr="00EE6DD3" w:rsidRDefault="005503B4" w:rsidP="005503B4">
      <w:pPr>
        <w:pStyle w:val="Caption"/>
        <w:rPr>
          <w:b w:val="0"/>
          <w:color w:val="auto"/>
          <w:sz w:val="20"/>
        </w:rPr>
      </w:pPr>
      <w:r w:rsidRPr="00EE6DD3">
        <w:rPr>
          <w:b w:val="0"/>
          <w:color w:val="auto"/>
          <w:sz w:val="20"/>
        </w:rPr>
        <w:t>Figure S4A. Sensitivity of behavior classification to the metric and delta threshold. Each stacked bar reports the shares of toward Aurora, middle, and toward Elsevier under one metric-threshold specification.</w:t>
      </w:r>
    </w:p>
    <w:p w14:paraId="708D9D68" w14:textId="77777777" w:rsidR="005503B4" w:rsidRPr="00EE6DD3" w:rsidRDefault="005503B4" w:rsidP="005503B4"/>
    <w:p w14:paraId="03DC9F23" w14:textId="77777777" w:rsidR="005503B4" w:rsidRPr="00EE6DD3" w:rsidRDefault="005503B4" w:rsidP="005503B4">
      <w:pPr>
        <w:pStyle w:val="Caption"/>
        <w:rPr>
          <w:color w:val="auto"/>
        </w:rPr>
      </w:pPr>
      <w:r w:rsidRPr="00EE6DD3">
        <w:rPr>
          <w:b w:val="0"/>
          <w:color w:val="auto"/>
          <w:sz w:val="20"/>
        </w:rPr>
        <w:t>Table S4F. Sensitivity of behavior shares to the metric and delta threshold.</w:t>
      </w:r>
    </w:p>
    <w:tbl>
      <w:tblPr>
        <w:tblStyle w:val="PaperFormat"/>
        <w:tblW w:w="0" w:type="auto"/>
        <w:tblLook w:val="04A0" w:firstRow="1" w:lastRow="0" w:firstColumn="1" w:lastColumn="0" w:noHBand="0" w:noVBand="1"/>
      </w:tblPr>
      <w:tblGrid>
        <w:gridCol w:w="1439"/>
        <w:gridCol w:w="1439"/>
        <w:gridCol w:w="1438"/>
        <w:gridCol w:w="1438"/>
        <w:gridCol w:w="1438"/>
        <w:gridCol w:w="1438"/>
      </w:tblGrid>
      <w:tr w:rsidR="005503B4" w:rsidRPr="00EE6DD3" w14:paraId="2B4D1614" w14:textId="77777777" w:rsidTr="00D65017">
        <w:tc>
          <w:tcPr>
            <w:tcW w:w="1440" w:type="dxa"/>
          </w:tcPr>
          <w:p w14:paraId="41D1BB09" w14:textId="77777777" w:rsidR="005503B4" w:rsidRPr="00EE6DD3" w:rsidRDefault="005503B4" w:rsidP="00D65017">
            <w:r w:rsidRPr="00EE6DD3">
              <w:rPr>
                <w:rFonts w:eastAsia="SimSun"/>
                <w:b/>
                <w:sz w:val="16"/>
              </w:rPr>
              <w:t>Metric</w:t>
            </w:r>
          </w:p>
        </w:tc>
        <w:tc>
          <w:tcPr>
            <w:tcW w:w="1440" w:type="dxa"/>
          </w:tcPr>
          <w:p w14:paraId="26012063" w14:textId="77777777" w:rsidR="005503B4" w:rsidRPr="00EE6DD3" w:rsidRDefault="005503B4" w:rsidP="00D65017">
            <w:pPr>
              <w:jc w:val="center"/>
            </w:pPr>
            <w:r w:rsidRPr="00EE6DD3">
              <w:rPr>
                <w:rFonts w:eastAsia="SimSun"/>
                <w:b/>
                <w:sz w:val="16"/>
              </w:rPr>
              <w:t>Delta threshold</w:t>
            </w:r>
          </w:p>
        </w:tc>
        <w:tc>
          <w:tcPr>
            <w:tcW w:w="1440" w:type="dxa"/>
          </w:tcPr>
          <w:p w14:paraId="144440D2" w14:textId="77777777" w:rsidR="005503B4" w:rsidRPr="00EE6DD3" w:rsidRDefault="005503B4" w:rsidP="00D65017">
            <w:pPr>
              <w:jc w:val="center"/>
            </w:pPr>
            <w:r w:rsidRPr="00EE6DD3">
              <w:rPr>
                <w:rFonts w:eastAsia="SimSun"/>
                <w:b/>
                <w:sz w:val="16"/>
              </w:rPr>
              <w:t>Toward Aurora share</w:t>
            </w:r>
          </w:p>
        </w:tc>
        <w:tc>
          <w:tcPr>
            <w:tcW w:w="1440" w:type="dxa"/>
          </w:tcPr>
          <w:p w14:paraId="19777D60" w14:textId="77777777" w:rsidR="005503B4" w:rsidRPr="00EE6DD3" w:rsidRDefault="005503B4" w:rsidP="00D65017">
            <w:pPr>
              <w:jc w:val="center"/>
            </w:pPr>
            <w:r w:rsidRPr="00EE6DD3">
              <w:rPr>
                <w:rFonts w:eastAsia="SimSun"/>
                <w:b/>
                <w:sz w:val="16"/>
              </w:rPr>
              <w:t>Middle share</w:t>
            </w:r>
          </w:p>
        </w:tc>
        <w:tc>
          <w:tcPr>
            <w:tcW w:w="1440" w:type="dxa"/>
          </w:tcPr>
          <w:p w14:paraId="1811917C" w14:textId="77777777" w:rsidR="005503B4" w:rsidRPr="00EE6DD3" w:rsidRDefault="005503B4" w:rsidP="00D65017">
            <w:pPr>
              <w:jc w:val="center"/>
            </w:pPr>
            <w:r w:rsidRPr="00EE6DD3">
              <w:rPr>
                <w:rFonts w:eastAsia="SimSun"/>
                <w:b/>
                <w:sz w:val="16"/>
              </w:rPr>
              <w:t>Toward Elsevier share</w:t>
            </w:r>
          </w:p>
        </w:tc>
        <w:tc>
          <w:tcPr>
            <w:tcW w:w="1440" w:type="dxa"/>
          </w:tcPr>
          <w:p w14:paraId="75071211" w14:textId="77777777" w:rsidR="005503B4" w:rsidRPr="00EE6DD3" w:rsidRDefault="005503B4" w:rsidP="00D65017">
            <w:pPr>
              <w:jc w:val="center"/>
            </w:pPr>
            <w:r w:rsidRPr="00EE6DD3">
              <w:rPr>
                <w:rFonts w:eastAsia="SimSun"/>
                <w:b/>
                <w:sz w:val="16"/>
              </w:rPr>
              <w:t>Sample size</w:t>
            </w:r>
          </w:p>
        </w:tc>
      </w:tr>
      <w:tr w:rsidR="005503B4" w:rsidRPr="00EE6DD3" w14:paraId="3983DEB2" w14:textId="77777777" w:rsidTr="00D65017">
        <w:tc>
          <w:tcPr>
            <w:tcW w:w="1440" w:type="dxa"/>
          </w:tcPr>
          <w:p w14:paraId="4754D981" w14:textId="77777777" w:rsidR="005503B4" w:rsidRPr="00EE6DD3" w:rsidRDefault="005503B4" w:rsidP="00D65017">
            <w:r w:rsidRPr="00EE6DD3">
              <w:rPr>
                <w:rFonts w:eastAsia="SimSun"/>
                <w:sz w:val="16"/>
              </w:rPr>
              <w:t>f1</w:t>
            </w:r>
          </w:p>
        </w:tc>
        <w:tc>
          <w:tcPr>
            <w:tcW w:w="1440" w:type="dxa"/>
          </w:tcPr>
          <w:p w14:paraId="1D28F458" w14:textId="77777777" w:rsidR="005503B4" w:rsidRPr="00EE6DD3" w:rsidRDefault="005503B4" w:rsidP="00D65017">
            <w:pPr>
              <w:jc w:val="center"/>
            </w:pPr>
            <w:r w:rsidRPr="00EE6DD3">
              <w:rPr>
                <w:rFonts w:eastAsia="SimSun"/>
                <w:sz w:val="16"/>
              </w:rPr>
              <w:t>0.05</w:t>
            </w:r>
          </w:p>
        </w:tc>
        <w:tc>
          <w:tcPr>
            <w:tcW w:w="1440" w:type="dxa"/>
          </w:tcPr>
          <w:p w14:paraId="47329C93" w14:textId="77777777" w:rsidR="005503B4" w:rsidRPr="00EE6DD3" w:rsidRDefault="005503B4" w:rsidP="00D65017">
            <w:pPr>
              <w:jc w:val="center"/>
            </w:pPr>
            <w:r w:rsidRPr="00EE6DD3">
              <w:rPr>
                <w:rFonts w:eastAsia="SimSun"/>
                <w:sz w:val="16"/>
              </w:rPr>
              <w:t>0.1713</w:t>
            </w:r>
          </w:p>
        </w:tc>
        <w:tc>
          <w:tcPr>
            <w:tcW w:w="1440" w:type="dxa"/>
          </w:tcPr>
          <w:p w14:paraId="7BAD8D9D" w14:textId="77777777" w:rsidR="005503B4" w:rsidRPr="00EE6DD3" w:rsidRDefault="005503B4" w:rsidP="00D65017">
            <w:pPr>
              <w:jc w:val="center"/>
            </w:pPr>
            <w:r w:rsidRPr="00EE6DD3">
              <w:rPr>
                <w:rFonts w:eastAsia="SimSun"/>
                <w:sz w:val="16"/>
              </w:rPr>
              <w:t>0.7009</w:t>
            </w:r>
          </w:p>
        </w:tc>
        <w:tc>
          <w:tcPr>
            <w:tcW w:w="1440" w:type="dxa"/>
          </w:tcPr>
          <w:p w14:paraId="4C1EB48C" w14:textId="77777777" w:rsidR="005503B4" w:rsidRPr="00EE6DD3" w:rsidRDefault="005503B4" w:rsidP="00D65017">
            <w:pPr>
              <w:jc w:val="center"/>
            </w:pPr>
            <w:r w:rsidRPr="00EE6DD3">
              <w:rPr>
                <w:rFonts w:eastAsia="SimSun"/>
                <w:sz w:val="16"/>
              </w:rPr>
              <w:t>0.1277</w:t>
            </w:r>
          </w:p>
        </w:tc>
        <w:tc>
          <w:tcPr>
            <w:tcW w:w="1440" w:type="dxa"/>
          </w:tcPr>
          <w:p w14:paraId="51014A15" w14:textId="77777777" w:rsidR="005503B4" w:rsidRPr="00EE6DD3" w:rsidRDefault="005503B4" w:rsidP="00D65017">
            <w:pPr>
              <w:jc w:val="center"/>
            </w:pPr>
            <w:r w:rsidRPr="00EE6DD3">
              <w:rPr>
                <w:rFonts w:eastAsia="SimSun"/>
                <w:sz w:val="16"/>
              </w:rPr>
              <w:t>1769169</w:t>
            </w:r>
          </w:p>
        </w:tc>
      </w:tr>
      <w:tr w:rsidR="005503B4" w:rsidRPr="00EE6DD3" w14:paraId="50A47030" w14:textId="77777777" w:rsidTr="00D65017">
        <w:tc>
          <w:tcPr>
            <w:tcW w:w="1440" w:type="dxa"/>
          </w:tcPr>
          <w:p w14:paraId="13032F0E" w14:textId="77777777" w:rsidR="005503B4" w:rsidRPr="00EE6DD3" w:rsidRDefault="005503B4" w:rsidP="00D65017">
            <w:r w:rsidRPr="00EE6DD3">
              <w:rPr>
                <w:rFonts w:eastAsia="SimSun"/>
                <w:sz w:val="16"/>
              </w:rPr>
              <w:t>f1</w:t>
            </w:r>
          </w:p>
        </w:tc>
        <w:tc>
          <w:tcPr>
            <w:tcW w:w="1440" w:type="dxa"/>
          </w:tcPr>
          <w:p w14:paraId="7C30DE22" w14:textId="77777777" w:rsidR="005503B4" w:rsidRPr="00EE6DD3" w:rsidRDefault="005503B4" w:rsidP="00D65017">
            <w:pPr>
              <w:jc w:val="center"/>
            </w:pPr>
            <w:r w:rsidRPr="00EE6DD3">
              <w:rPr>
                <w:rFonts w:eastAsia="SimSun"/>
                <w:sz w:val="16"/>
              </w:rPr>
              <w:t>0.1</w:t>
            </w:r>
          </w:p>
        </w:tc>
        <w:tc>
          <w:tcPr>
            <w:tcW w:w="1440" w:type="dxa"/>
          </w:tcPr>
          <w:p w14:paraId="79C6CB70" w14:textId="77777777" w:rsidR="005503B4" w:rsidRPr="00EE6DD3" w:rsidRDefault="005503B4" w:rsidP="00D65017">
            <w:pPr>
              <w:jc w:val="center"/>
            </w:pPr>
            <w:r w:rsidRPr="00EE6DD3">
              <w:rPr>
                <w:rFonts w:eastAsia="SimSun"/>
                <w:sz w:val="16"/>
              </w:rPr>
              <w:t>0.1170</w:t>
            </w:r>
          </w:p>
        </w:tc>
        <w:tc>
          <w:tcPr>
            <w:tcW w:w="1440" w:type="dxa"/>
          </w:tcPr>
          <w:p w14:paraId="5A778916" w14:textId="77777777" w:rsidR="005503B4" w:rsidRPr="00EE6DD3" w:rsidRDefault="005503B4" w:rsidP="00D65017">
            <w:pPr>
              <w:jc w:val="center"/>
            </w:pPr>
            <w:r w:rsidRPr="00EE6DD3">
              <w:rPr>
                <w:rFonts w:eastAsia="SimSun"/>
                <w:sz w:val="16"/>
              </w:rPr>
              <w:t>0.8223</w:t>
            </w:r>
          </w:p>
        </w:tc>
        <w:tc>
          <w:tcPr>
            <w:tcW w:w="1440" w:type="dxa"/>
          </w:tcPr>
          <w:p w14:paraId="36D30582" w14:textId="77777777" w:rsidR="005503B4" w:rsidRPr="00EE6DD3" w:rsidRDefault="005503B4" w:rsidP="00D65017">
            <w:pPr>
              <w:jc w:val="center"/>
            </w:pPr>
            <w:r w:rsidRPr="00EE6DD3">
              <w:rPr>
                <w:rFonts w:eastAsia="SimSun"/>
                <w:sz w:val="16"/>
              </w:rPr>
              <w:t>0.0607</w:t>
            </w:r>
          </w:p>
        </w:tc>
        <w:tc>
          <w:tcPr>
            <w:tcW w:w="1440" w:type="dxa"/>
          </w:tcPr>
          <w:p w14:paraId="58871102" w14:textId="77777777" w:rsidR="005503B4" w:rsidRPr="00EE6DD3" w:rsidRDefault="005503B4" w:rsidP="00D65017">
            <w:pPr>
              <w:jc w:val="center"/>
            </w:pPr>
            <w:r w:rsidRPr="00EE6DD3">
              <w:rPr>
                <w:rFonts w:eastAsia="SimSun"/>
                <w:sz w:val="16"/>
              </w:rPr>
              <w:t>1769169</w:t>
            </w:r>
          </w:p>
        </w:tc>
      </w:tr>
      <w:tr w:rsidR="005503B4" w:rsidRPr="00EE6DD3" w14:paraId="3018CFED" w14:textId="77777777" w:rsidTr="00D65017">
        <w:tc>
          <w:tcPr>
            <w:tcW w:w="1440" w:type="dxa"/>
          </w:tcPr>
          <w:p w14:paraId="4F70C1F2" w14:textId="77777777" w:rsidR="005503B4" w:rsidRPr="00EE6DD3" w:rsidRDefault="005503B4" w:rsidP="00D65017">
            <w:r w:rsidRPr="00EE6DD3">
              <w:rPr>
                <w:rFonts w:eastAsia="SimSun"/>
                <w:sz w:val="16"/>
              </w:rPr>
              <w:t>jaccard</w:t>
            </w:r>
          </w:p>
        </w:tc>
        <w:tc>
          <w:tcPr>
            <w:tcW w:w="1440" w:type="dxa"/>
          </w:tcPr>
          <w:p w14:paraId="33CD38F5" w14:textId="77777777" w:rsidR="005503B4" w:rsidRPr="00EE6DD3" w:rsidRDefault="005503B4" w:rsidP="00D65017">
            <w:pPr>
              <w:jc w:val="center"/>
            </w:pPr>
            <w:r w:rsidRPr="00EE6DD3">
              <w:rPr>
                <w:rFonts w:eastAsia="SimSun"/>
                <w:sz w:val="16"/>
              </w:rPr>
              <w:t>0.05</w:t>
            </w:r>
          </w:p>
        </w:tc>
        <w:tc>
          <w:tcPr>
            <w:tcW w:w="1440" w:type="dxa"/>
          </w:tcPr>
          <w:p w14:paraId="630ED2E3" w14:textId="77777777" w:rsidR="005503B4" w:rsidRPr="00EE6DD3" w:rsidRDefault="005503B4" w:rsidP="00D65017">
            <w:pPr>
              <w:jc w:val="center"/>
            </w:pPr>
            <w:r w:rsidRPr="00EE6DD3">
              <w:rPr>
                <w:rFonts w:eastAsia="SimSun"/>
                <w:sz w:val="16"/>
              </w:rPr>
              <w:t>0.1440</w:t>
            </w:r>
          </w:p>
        </w:tc>
        <w:tc>
          <w:tcPr>
            <w:tcW w:w="1440" w:type="dxa"/>
          </w:tcPr>
          <w:p w14:paraId="4ABD3E08" w14:textId="77777777" w:rsidR="005503B4" w:rsidRPr="00EE6DD3" w:rsidRDefault="005503B4" w:rsidP="00D65017">
            <w:pPr>
              <w:jc w:val="center"/>
            </w:pPr>
            <w:r w:rsidRPr="00EE6DD3">
              <w:rPr>
                <w:rFonts w:eastAsia="SimSun"/>
                <w:sz w:val="16"/>
              </w:rPr>
              <w:t>0.7765</w:t>
            </w:r>
          </w:p>
        </w:tc>
        <w:tc>
          <w:tcPr>
            <w:tcW w:w="1440" w:type="dxa"/>
          </w:tcPr>
          <w:p w14:paraId="5901A481" w14:textId="77777777" w:rsidR="005503B4" w:rsidRPr="00EE6DD3" w:rsidRDefault="005503B4" w:rsidP="00D65017">
            <w:pPr>
              <w:jc w:val="center"/>
            </w:pPr>
            <w:r w:rsidRPr="00EE6DD3">
              <w:rPr>
                <w:rFonts w:eastAsia="SimSun"/>
                <w:sz w:val="16"/>
              </w:rPr>
              <w:t>0.0795</w:t>
            </w:r>
          </w:p>
        </w:tc>
        <w:tc>
          <w:tcPr>
            <w:tcW w:w="1440" w:type="dxa"/>
          </w:tcPr>
          <w:p w14:paraId="2F10BC69" w14:textId="77777777" w:rsidR="005503B4" w:rsidRPr="00EE6DD3" w:rsidRDefault="005503B4" w:rsidP="00D65017">
            <w:pPr>
              <w:jc w:val="center"/>
            </w:pPr>
            <w:r w:rsidRPr="00EE6DD3">
              <w:rPr>
                <w:rFonts w:eastAsia="SimSun"/>
                <w:sz w:val="16"/>
              </w:rPr>
              <w:t>1769169</w:t>
            </w:r>
          </w:p>
        </w:tc>
      </w:tr>
      <w:tr w:rsidR="005503B4" w:rsidRPr="00EE6DD3" w14:paraId="29F5B09D" w14:textId="77777777" w:rsidTr="00D65017">
        <w:tc>
          <w:tcPr>
            <w:tcW w:w="1440" w:type="dxa"/>
            <w:tcBorders>
              <w:bottom w:val="single" w:sz="4" w:space="0" w:color="000000"/>
            </w:tcBorders>
          </w:tcPr>
          <w:p w14:paraId="42ED9163" w14:textId="77777777" w:rsidR="005503B4" w:rsidRPr="00EE6DD3" w:rsidRDefault="005503B4" w:rsidP="00D65017">
            <w:r w:rsidRPr="00EE6DD3">
              <w:rPr>
                <w:rFonts w:eastAsia="SimSun"/>
                <w:sz w:val="16"/>
              </w:rPr>
              <w:t>jaccard</w:t>
            </w:r>
          </w:p>
        </w:tc>
        <w:tc>
          <w:tcPr>
            <w:tcW w:w="1440" w:type="dxa"/>
            <w:tcBorders>
              <w:bottom w:val="single" w:sz="4" w:space="0" w:color="000000"/>
            </w:tcBorders>
          </w:tcPr>
          <w:p w14:paraId="2EEF5816" w14:textId="77777777" w:rsidR="005503B4" w:rsidRPr="00EE6DD3" w:rsidRDefault="005503B4" w:rsidP="00D65017">
            <w:pPr>
              <w:jc w:val="center"/>
            </w:pPr>
            <w:r w:rsidRPr="00EE6DD3">
              <w:rPr>
                <w:rFonts w:eastAsia="SimSun"/>
                <w:sz w:val="16"/>
              </w:rPr>
              <w:t>0.1</w:t>
            </w:r>
          </w:p>
        </w:tc>
        <w:tc>
          <w:tcPr>
            <w:tcW w:w="1440" w:type="dxa"/>
            <w:tcBorders>
              <w:bottom w:val="single" w:sz="4" w:space="0" w:color="000000"/>
            </w:tcBorders>
          </w:tcPr>
          <w:p w14:paraId="2F1304A8" w14:textId="77777777" w:rsidR="005503B4" w:rsidRPr="00EE6DD3" w:rsidRDefault="005503B4" w:rsidP="00D65017">
            <w:pPr>
              <w:jc w:val="center"/>
            </w:pPr>
            <w:r w:rsidRPr="00EE6DD3">
              <w:rPr>
                <w:rFonts w:eastAsia="SimSun"/>
                <w:sz w:val="16"/>
              </w:rPr>
              <w:t>0.0474</w:t>
            </w:r>
          </w:p>
        </w:tc>
        <w:tc>
          <w:tcPr>
            <w:tcW w:w="1440" w:type="dxa"/>
            <w:tcBorders>
              <w:bottom w:val="single" w:sz="4" w:space="0" w:color="000000"/>
            </w:tcBorders>
          </w:tcPr>
          <w:p w14:paraId="07A67182" w14:textId="77777777" w:rsidR="005503B4" w:rsidRPr="00EE6DD3" w:rsidRDefault="005503B4" w:rsidP="00D65017">
            <w:pPr>
              <w:jc w:val="center"/>
            </w:pPr>
            <w:r w:rsidRPr="00EE6DD3">
              <w:rPr>
                <w:rFonts w:eastAsia="SimSun"/>
                <w:sz w:val="16"/>
              </w:rPr>
              <w:t>0.9240</w:t>
            </w:r>
          </w:p>
        </w:tc>
        <w:tc>
          <w:tcPr>
            <w:tcW w:w="1440" w:type="dxa"/>
            <w:tcBorders>
              <w:bottom w:val="single" w:sz="4" w:space="0" w:color="000000"/>
            </w:tcBorders>
          </w:tcPr>
          <w:p w14:paraId="175D3EDA" w14:textId="77777777" w:rsidR="005503B4" w:rsidRPr="00EE6DD3" w:rsidRDefault="005503B4" w:rsidP="00D65017">
            <w:pPr>
              <w:jc w:val="center"/>
            </w:pPr>
            <w:r w:rsidRPr="00EE6DD3">
              <w:rPr>
                <w:rFonts w:eastAsia="SimSun"/>
                <w:sz w:val="16"/>
              </w:rPr>
              <w:t>0.0286</w:t>
            </w:r>
          </w:p>
        </w:tc>
        <w:tc>
          <w:tcPr>
            <w:tcW w:w="1440" w:type="dxa"/>
            <w:tcBorders>
              <w:bottom w:val="single" w:sz="4" w:space="0" w:color="000000"/>
            </w:tcBorders>
          </w:tcPr>
          <w:p w14:paraId="6F40F4A1" w14:textId="77777777" w:rsidR="005503B4" w:rsidRPr="00EE6DD3" w:rsidRDefault="005503B4" w:rsidP="00D65017">
            <w:pPr>
              <w:jc w:val="center"/>
            </w:pPr>
            <w:r w:rsidRPr="00EE6DD3">
              <w:rPr>
                <w:rFonts w:eastAsia="SimSun"/>
                <w:sz w:val="16"/>
              </w:rPr>
              <w:t>1769169</w:t>
            </w:r>
          </w:p>
        </w:tc>
      </w:tr>
    </w:tbl>
    <w:p w14:paraId="51852EB5" w14:textId="77777777" w:rsidR="005503B4" w:rsidRPr="00EE6DD3" w:rsidRDefault="005503B4" w:rsidP="005503B4">
      <w:pPr>
        <w:pStyle w:val="Heading3"/>
        <w:rPr>
          <w:rFonts w:cs="Times New Roman"/>
          <w:color w:val="auto"/>
        </w:rPr>
      </w:pPr>
      <w:r w:rsidRPr="00EE6DD3">
        <w:rPr>
          <w:rFonts w:eastAsia="SimSun" w:cs="Times New Roman"/>
          <w:color w:val="auto"/>
        </w:rPr>
        <w:t>S4.2 Full Regression Results and Robustness Checks</w:t>
      </w:r>
    </w:p>
    <w:p w14:paraId="7D5DAE04" w14:textId="77777777" w:rsidR="005503B4" w:rsidRPr="00EE6DD3" w:rsidRDefault="005503B4" w:rsidP="005503B4">
      <w:r w:rsidRPr="00EE6DD3">
        <w:rPr>
          <w:rFonts w:eastAsia="SimSun"/>
          <w:sz w:val="22"/>
        </w:rPr>
        <w:t>Table S4A reports the complete main effects from the joint F1 model, Table S4B reports the full field interactions, and Table S4C compares the robustness of key coefficients under the joint Jaccard model. Together, these three results point to the same conclusion: rule disagreement (d</w:t>
      </w:r>
      <w:r w:rsidRPr="00EE6DD3">
        <w:rPr>
          <w:rFonts w:eastAsia="SimSun"/>
          <w:sz w:val="22"/>
          <w:vertAlign w:val="subscript"/>
        </w:rPr>
        <w:t>JS</w:t>
      </w:r>
      <w:r w:rsidRPr="00EE6DD3">
        <w:rPr>
          <w:rFonts w:eastAsia="SimSun"/>
          <w:sz w:val="22"/>
        </w:rPr>
        <w:t>) is consistently the strongest negative factor, whereas LLM SDG count is consistently the strongest positive factor.</w:t>
      </w:r>
    </w:p>
    <w:p w14:paraId="0DE9CE9C" w14:textId="77777777" w:rsidR="005503B4" w:rsidRPr="00EE6DD3" w:rsidRDefault="005503B4" w:rsidP="005503B4">
      <w:pPr>
        <w:pStyle w:val="Caption"/>
        <w:rPr>
          <w:color w:val="auto"/>
        </w:rPr>
      </w:pPr>
      <w:r w:rsidRPr="00EE6DD3">
        <w:rPr>
          <w:b w:val="0"/>
          <w:color w:val="auto"/>
          <w:sz w:val="20"/>
        </w:rPr>
        <w:t>Table S4A. Complete main effects from the joint F1 model.</w:t>
      </w:r>
    </w:p>
    <w:tbl>
      <w:tblPr>
        <w:tblStyle w:val="PaperFormat"/>
        <w:tblW w:w="0" w:type="auto"/>
        <w:tblLook w:val="04A0" w:firstRow="1" w:lastRow="0" w:firstColumn="1" w:lastColumn="0" w:noHBand="0" w:noVBand="1"/>
      </w:tblPr>
      <w:tblGrid>
        <w:gridCol w:w="2284"/>
        <w:gridCol w:w="1138"/>
        <w:gridCol w:w="1052"/>
        <w:gridCol w:w="1052"/>
        <w:gridCol w:w="1052"/>
        <w:gridCol w:w="1052"/>
        <w:gridCol w:w="1000"/>
      </w:tblGrid>
      <w:tr w:rsidR="005503B4" w:rsidRPr="00EE6DD3" w14:paraId="74AF38D5" w14:textId="77777777" w:rsidTr="00D65017">
        <w:tc>
          <w:tcPr>
            <w:tcW w:w="1234" w:type="dxa"/>
          </w:tcPr>
          <w:p w14:paraId="5DA7F396" w14:textId="77777777" w:rsidR="005503B4" w:rsidRPr="00EE6DD3" w:rsidRDefault="005503B4" w:rsidP="00D65017">
            <w:r w:rsidRPr="00EE6DD3">
              <w:rPr>
                <w:rFonts w:eastAsia="SimSun"/>
                <w:b/>
                <w:sz w:val="15"/>
              </w:rPr>
              <w:t>Variable</w:t>
            </w:r>
          </w:p>
        </w:tc>
        <w:tc>
          <w:tcPr>
            <w:tcW w:w="1234" w:type="dxa"/>
          </w:tcPr>
          <w:p w14:paraId="0F38B52F" w14:textId="77777777" w:rsidR="005503B4" w:rsidRPr="00EE6DD3" w:rsidRDefault="005503B4" w:rsidP="00D65017">
            <w:pPr>
              <w:jc w:val="center"/>
            </w:pPr>
            <w:r w:rsidRPr="00EE6DD3">
              <w:rPr>
                <w:rFonts w:eastAsia="SimSun"/>
                <w:b/>
                <w:sz w:val="15"/>
              </w:rPr>
              <w:t>Coefficient</w:t>
            </w:r>
          </w:p>
        </w:tc>
        <w:tc>
          <w:tcPr>
            <w:tcW w:w="1234" w:type="dxa"/>
          </w:tcPr>
          <w:p w14:paraId="0D8B90F0" w14:textId="77777777" w:rsidR="005503B4" w:rsidRPr="00EE6DD3" w:rsidRDefault="005503B4" w:rsidP="00D65017">
            <w:pPr>
              <w:jc w:val="center"/>
            </w:pPr>
            <w:r w:rsidRPr="00EE6DD3">
              <w:rPr>
                <w:rFonts w:eastAsia="SimSun"/>
                <w:b/>
                <w:sz w:val="15"/>
              </w:rPr>
              <w:t>SE</w:t>
            </w:r>
          </w:p>
        </w:tc>
        <w:tc>
          <w:tcPr>
            <w:tcW w:w="1234" w:type="dxa"/>
          </w:tcPr>
          <w:p w14:paraId="3E43F7E4" w14:textId="77777777" w:rsidR="005503B4" w:rsidRPr="00EE6DD3" w:rsidRDefault="005503B4" w:rsidP="00D65017">
            <w:pPr>
              <w:jc w:val="center"/>
            </w:pPr>
            <w:r w:rsidRPr="00EE6DD3">
              <w:rPr>
                <w:rFonts w:eastAsia="SimSun"/>
                <w:b/>
                <w:sz w:val="15"/>
              </w:rPr>
              <w:t>95% CI lower</w:t>
            </w:r>
          </w:p>
        </w:tc>
        <w:tc>
          <w:tcPr>
            <w:tcW w:w="1234" w:type="dxa"/>
          </w:tcPr>
          <w:p w14:paraId="5089C237" w14:textId="77777777" w:rsidR="005503B4" w:rsidRPr="00EE6DD3" w:rsidRDefault="005503B4" w:rsidP="00D65017">
            <w:pPr>
              <w:jc w:val="center"/>
            </w:pPr>
            <w:r w:rsidRPr="00EE6DD3">
              <w:rPr>
                <w:rFonts w:eastAsia="SimSun"/>
                <w:b/>
                <w:sz w:val="15"/>
              </w:rPr>
              <w:t>95% CI upper</w:t>
            </w:r>
          </w:p>
        </w:tc>
        <w:tc>
          <w:tcPr>
            <w:tcW w:w="1234" w:type="dxa"/>
          </w:tcPr>
          <w:p w14:paraId="4FEC9065" w14:textId="77777777" w:rsidR="005503B4" w:rsidRPr="00EE6DD3" w:rsidRDefault="005503B4" w:rsidP="00D65017">
            <w:pPr>
              <w:jc w:val="center"/>
            </w:pPr>
            <w:r w:rsidRPr="00EE6DD3">
              <w:rPr>
                <w:rFonts w:eastAsia="SimSun"/>
                <w:b/>
                <w:sz w:val="15"/>
              </w:rPr>
              <w:t>p-value</w:t>
            </w:r>
          </w:p>
        </w:tc>
        <w:tc>
          <w:tcPr>
            <w:tcW w:w="1234" w:type="dxa"/>
          </w:tcPr>
          <w:p w14:paraId="416C596B" w14:textId="77777777" w:rsidR="005503B4" w:rsidRPr="00EE6DD3" w:rsidRDefault="005503B4" w:rsidP="00D65017">
            <w:pPr>
              <w:jc w:val="center"/>
            </w:pPr>
            <w:r w:rsidRPr="00EE6DD3">
              <w:rPr>
                <w:rFonts w:eastAsia="SimSun"/>
                <w:b/>
                <w:sz w:val="15"/>
              </w:rPr>
              <w:t>Sig.</w:t>
            </w:r>
          </w:p>
        </w:tc>
      </w:tr>
      <w:tr w:rsidR="005503B4" w:rsidRPr="00EE6DD3" w14:paraId="6E2B4C76" w14:textId="77777777" w:rsidTr="00D65017">
        <w:tc>
          <w:tcPr>
            <w:tcW w:w="1234" w:type="dxa"/>
          </w:tcPr>
          <w:p w14:paraId="012430DA" w14:textId="77777777" w:rsidR="005503B4" w:rsidRPr="00EE6DD3" w:rsidRDefault="005503B4" w:rsidP="00D65017">
            <w:r w:rsidRPr="00EE6DD3">
              <w:rPr>
                <w:rFonts w:eastAsia="SimSun"/>
                <w:sz w:val="15"/>
              </w:rPr>
              <w:t>const</w:t>
            </w:r>
          </w:p>
        </w:tc>
        <w:tc>
          <w:tcPr>
            <w:tcW w:w="1234" w:type="dxa"/>
          </w:tcPr>
          <w:p w14:paraId="6472DD35" w14:textId="77777777" w:rsidR="005503B4" w:rsidRPr="00EE6DD3" w:rsidRDefault="005503B4" w:rsidP="00D65017">
            <w:pPr>
              <w:jc w:val="center"/>
            </w:pPr>
            <w:r w:rsidRPr="00EE6DD3">
              <w:rPr>
                <w:rFonts w:eastAsia="SimSun"/>
                <w:sz w:val="15"/>
              </w:rPr>
              <w:t>-1.9522</w:t>
            </w:r>
          </w:p>
        </w:tc>
        <w:tc>
          <w:tcPr>
            <w:tcW w:w="1234" w:type="dxa"/>
          </w:tcPr>
          <w:p w14:paraId="259D1512" w14:textId="77777777" w:rsidR="005503B4" w:rsidRPr="00EE6DD3" w:rsidRDefault="005503B4" w:rsidP="00D65017">
            <w:pPr>
              <w:jc w:val="center"/>
            </w:pPr>
            <w:r w:rsidRPr="00EE6DD3">
              <w:rPr>
                <w:rFonts w:eastAsia="SimSun"/>
                <w:sz w:val="15"/>
              </w:rPr>
              <w:t>0.0053</w:t>
            </w:r>
          </w:p>
        </w:tc>
        <w:tc>
          <w:tcPr>
            <w:tcW w:w="1234" w:type="dxa"/>
          </w:tcPr>
          <w:p w14:paraId="163E182D" w14:textId="77777777" w:rsidR="005503B4" w:rsidRPr="00EE6DD3" w:rsidRDefault="005503B4" w:rsidP="00D65017">
            <w:pPr>
              <w:jc w:val="center"/>
            </w:pPr>
            <w:r w:rsidRPr="00EE6DD3">
              <w:rPr>
                <w:rFonts w:eastAsia="SimSun"/>
                <w:sz w:val="15"/>
              </w:rPr>
              <w:t>-1.9626</w:t>
            </w:r>
          </w:p>
        </w:tc>
        <w:tc>
          <w:tcPr>
            <w:tcW w:w="1234" w:type="dxa"/>
          </w:tcPr>
          <w:p w14:paraId="67323882" w14:textId="77777777" w:rsidR="005503B4" w:rsidRPr="00EE6DD3" w:rsidRDefault="005503B4" w:rsidP="00D65017">
            <w:pPr>
              <w:jc w:val="center"/>
            </w:pPr>
            <w:r w:rsidRPr="00EE6DD3">
              <w:rPr>
                <w:rFonts w:eastAsia="SimSun"/>
                <w:sz w:val="15"/>
              </w:rPr>
              <w:t>-1.9417</w:t>
            </w:r>
          </w:p>
        </w:tc>
        <w:tc>
          <w:tcPr>
            <w:tcW w:w="1234" w:type="dxa"/>
          </w:tcPr>
          <w:p w14:paraId="0CAEBBFB" w14:textId="77777777" w:rsidR="005503B4" w:rsidRPr="00EE6DD3" w:rsidRDefault="005503B4" w:rsidP="00D65017">
            <w:pPr>
              <w:jc w:val="center"/>
            </w:pPr>
            <w:r w:rsidRPr="00EE6DD3">
              <w:rPr>
                <w:rFonts w:eastAsia="SimSun"/>
                <w:sz w:val="15"/>
              </w:rPr>
              <w:t>0.0000</w:t>
            </w:r>
          </w:p>
        </w:tc>
        <w:tc>
          <w:tcPr>
            <w:tcW w:w="1234" w:type="dxa"/>
          </w:tcPr>
          <w:p w14:paraId="266E3D1D" w14:textId="77777777" w:rsidR="005503B4" w:rsidRPr="00EE6DD3" w:rsidRDefault="005503B4" w:rsidP="00D65017">
            <w:pPr>
              <w:jc w:val="center"/>
            </w:pPr>
            <w:r w:rsidRPr="00EE6DD3">
              <w:rPr>
                <w:rFonts w:eastAsia="SimSun"/>
                <w:sz w:val="15"/>
              </w:rPr>
              <w:t>***</w:t>
            </w:r>
          </w:p>
        </w:tc>
      </w:tr>
      <w:tr w:rsidR="005503B4" w:rsidRPr="00EE6DD3" w14:paraId="3BA65A30" w14:textId="77777777" w:rsidTr="00D65017">
        <w:tc>
          <w:tcPr>
            <w:tcW w:w="1234" w:type="dxa"/>
          </w:tcPr>
          <w:p w14:paraId="0E213D49" w14:textId="77777777" w:rsidR="005503B4" w:rsidRPr="00EE6DD3" w:rsidRDefault="005503B4" w:rsidP="00D65017">
            <w:r w:rsidRPr="00EE6DD3">
              <w:rPr>
                <w:rFonts w:eastAsia="SimSun"/>
                <w:sz w:val="15"/>
              </w:rPr>
              <w:t>Elsevier reference indicator (</w:t>
            </w:r>
            <w:bookmarkStart w:id="3" w:name="OLE_LINK35"/>
            <w:r w:rsidRPr="00EE6DD3">
              <w:rPr>
                <w:rFonts w:eastAsia="SimSun"/>
                <w:sz w:val="15"/>
              </w:rPr>
              <w:t>D</w:t>
            </w:r>
            <w:r w:rsidRPr="00EE6DD3">
              <w:rPr>
                <w:rFonts w:eastAsia="SimSun"/>
                <w:sz w:val="15"/>
                <w:vertAlign w:val="subscript"/>
              </w:rPr>
              <w:t>m</w:t>
            </w:r>
            <w:bookmarkEnd w:id="3"/>
            <w:r w:rsidRPr="00EE6DD3">
              <w:rPr>
                <w:rFonts w:eastAsia="SimSun"/>
                <w:sz w:val="15"/>
              </w:rPr>
              <w:t>)</w:t>
            </w:r>
          </w:p>
        </w:tc>
        <w:tc>
          <w:tcPr>
            <w:tcW w:w="1234" w:type="dxa"/>
          </w:tcPr>
          <w:p w14:paraId="2C38DB15" w14:textId="77777777" w:rsidR="005503B4" w:rsidRPr="00EE6DD3" w:rsidRDefault="005503B4" w:rsidP="00D65017">
            <w:pPr>
              <w:jc w:val="center"/>
            </w:pPr>
            <w:r w:rsidRPr="00EE6DD3">
              <w:rPr>
                <w:rFonts w:eastAsia="SimSun"/>
                <w:sz w:val="15"/>
              </w:rPr>
              <w:t>-0.0312</w:t>
            </w:r>
          </w:p>
        </w:tc>
        <w:tc>
          <w:tcPr>
            <w:tcW w:w="1234" w:type="dxa"/>
          </w:tcPr>
          <w:p w14:paraId="1C398BFF" w14:textId="77777777" w:rsidR="005503B4" w:rsidRPr="00EE6DD3" w:rsidRDefault="005503B4" w:rsidP="00D65017">
            <w:pPr>
              <w:jc w:val="center"/>
            </w:pPr>
            <w:r w:rsidRPr="00EE6DD3">
              <w:rPr>
                <w:rFonts w:eastAsia="SimSun"/>
                <w:sz w:val="15"/>
              </w:rPr>
              <w:t>0.0069</w:t>
            </w:r>
          </w:p>
        </w:tc>
        <w:tc>
          <w:tcPr>
            <w:tcW w:w="1234" w:type="dxa"/>
          </w:tcPr>
          <w:p w14:paraId="66BC8788" w14:textId="77777777" w:rsidR="005503B4" w:rsidRPr="00EE6DD3" w:rsidRDefault="005503B4" w:rsidP="00D65017">
            <w:pPr>
              <w:jc w:val="center"/>
            </w:pPr>
            <w:r w:rsidRPr="00EE6DD3">
              <w:rPr>
                <w:rFonts w:eastAsia="SimSun"/>
                <w:sz w:val="15"/>
              </w:rPr>
              <w:t>-0.0448</w:t>
            </w:r>
          </w:p>
        </w:tc>
        <w:tc>
          <w:tcPr>
            <w:tcW w:w="1234" w:type="dxa"/>
          </w:tcPr>
          <w:p w14:paraId="69A85AB3" w14:textId="77777777" w:rsidR="005503B4" w:rsidRPr="00EE6DD3" w:rsidRDefault="005503B4" w:rsidP="00D65017">
            <w:pPr>
              <w:jc w:val="center"/>
            </w:pPr>
            <w:r w:rsidRPr="00EE6DD3">
              <w:rPr>
                <w:rFonts w:eastAsia="SimSun"/>
                <w:sz w:val="15"/>
              </w:rPr>
              <w:t>-0.0176</w:t>
            </w:r>
          </w:p>
        </w:tc>
        <w:tc>
          <w:tcPr>
            <w:tcW w:w="1234" w:type="dxa"/>
          </w:tcPr>
          <w:p w14:paraId="7AAC6D40" w14:textId="77777777" w:rsidR="005503B4" w:rsidRPr="00EE6DD3" w:rsidRDefault="005503B4" w:rsidP="00D65017">
            <w:pPr>
              <w:jc w:val="center"/>
            </w:pPr>
            <w:r w:rsidRPr="00EE6DD3">
              <w:rPr>
                <w:rFonts w:eastAsia="SimSun"/>
                <w:sz w:val="15"/>
              </w:rPr>
              <w:t>0.0000</w:t>
            </w:r>
          </w:p>
        </w:tc>
        <w:tc>
          <w:tcPr>
            <w:tcW w:w="1234" w:type="dxa"/>
          </w:tcPr>
          <w:p w14:paraId="43E8237D" w14:textId="77777777" w:rsidR="005503B4" w:rsidRPr="00EE6DD3" w:rsidRDefault="005503B4" w:rsidP="00D65017">
            <w:pPr>
              <w:jc w:val="center"/>
            </w:pPr>
            <w:r w:rsidRPr="00EE6DD3">
              <w:rPr>
                <w:rFonts w:eastAsia="SimSun"/>
                <w:sz w:val="15"/>
              </w:rPr>
              <w:t>***</w:t>
            </w:r>
          </w:p>
        </w:tc>
      </w:tr>
      <w:tr w:rsidR="005503B4" w:rsidRPr="00EE6DD3" w14:paraId="001BF1FB" w14:textId="77777777" w:rsidTr="00D65017">
        <w:tc>
          <w:tcPr>
            <w:tcW w:w="1234" w:type="dxa"/>
          </w:tcPr>
          <w:p w14:paraId="77DEACDD" w14:textId="77777777" w:rsidR="005503B4" w:rsidRPr="00EE6DD3" w:rsidRDefault="005503B4" w:rsidP="00D65017">
            <w:r w:rsidRPr="00EE6DD3">
              <w:rPr>
                <w:rFonts w:eastAsia="SimSun"/>
                <w:sz w:val="15"/>
              </w:rPr>
              <w:t>Publication year (centered)</w:t>
            </w:r>
          </w:p>
        </w:tc>
        <w:tc>
          <w:tcPr>
            <w:tcW w:w="1234" w:type="dxa"/>
          </w:tcPr>
          <w:p w14:paraId="349A9ACA" w14:textId="77777777" w:rsidR="005503B4" w:rsidRPr="00EE6DD3" w:rsidRDefault="005503B4" w:rsidP="00D65017">
            <w:pPr>
              <w:jc w:val="center"/>
            </w:pPr>
            <w:r w:rsidRPr="00EE6DD3">
              <w:rPr>
                <w:rFonts w:eastAsia="SimSun"/>
                <w:sz w:val="15"/>
              </w:rPr>
              <w:t>-0.0004</w:t>
            </w:r>
          </w:p>
        </w:tc>
        <w:tc>
          <w:tcPr>
            <w:tcW w:w="1234" w:type="dxa"/>
          </w:tcPr>
          <w:p w14:paraId="2A30FEA4" w14:textId="77777777" w:rsidR="005503B4" w:rsidRPr="00EE6DD3" w:rsidRDefault="005503B4" w:rsidP="00D65017">
            <w:pPr>
              <w:jc w:val="center"/>
            </w:pPr>
            <w:r w:rsidRPr="00EE6DD3">
              <w:rPr>
                <w:rFonts w:eastAsia="SimSun"/>
                <w:sz w:val="15"/>
              </w:rPr>
              <w:t>0.0001</w:t>
            </w:r>
          </w:p>
        </w:tc>
        <w:tc>
          <w:tcPr>
            <w:tcW w:w="1234" w:type="dxa"/>
          </w:tcPr>
          <w:p w14:paraId="34A5A974" w14:textId="77777777" w:rsidR="005503B4" w:rsidRPr="00EE6DD3" w:rsidRDefault="005503B4" w:rsidP="00D65017">
            <w:pPr>
              <w:jc w:val="center"/>
            </w:pPr>
            <w:r w:rsidRPr="00EE6DD3">
              <w:rPr>
                <w:rFonts w:eastAsia="SimSun"/>
                <w:sz w:val="15"/>
              </w:rPr>
              <w:t>-0.0007</w:t>
            </w:r>
          </w:p>
        </w:tc>
        <w:tc>
          <w:tcPr>
            <w:tcW w:w="1234" w:type="dxa"/>
          </w:tcPr>
          <w:p w14:paraId="526292BE" w14:textId="77777777" w:rsidR="005503B4" w:rsidRPr="00EE6DD3" w:rsidRDefault="005503B4" w:rsidP="00D65017">
            <w:pPr>
              <w:jc w:val="center"/>
            </w:pPr>
            <w:r w:rsidRPr="00EE6DD3">
              <w:rPr>
                <w:rFonts w:eastAsia="SimSun"/>
                <w:sz w:val="15"/>
              </w:rPr>
              <w:t>-0.0001</w:t>
            </w:r>
          </w:p>
        </w:tc>
        <w:tc>
          <w:tcPr>
            <w:tcW w:w="1234" w:type="dxa"/>
          </w:tcPr>
          <w:p w14:paraId="2AA4676E" w14:textId="77777777" w:rsidR="005503B4" w:rsidRPr="00EE6DD3" w:rsidRDefault="005503B4" w:rsidP="00D65017">
            <w:pPr>
              <w:jc w:val="center"/>
            </w:pPr>
            <w:r w:rsidRPr="00EE6DD3">
              <w:rPr>
                <w:rFonts w:eastAsia="SimSun"/>
                <w:sz w:val="15"/>
              </w:rPr>
              <w:t>0.0086</w:t>
            </w:r>
          </w:p>
        </w:tc>
        <w:tc>
          <w:tcPr>
            <w:tcW w:w="1234" w:type="dxa"/>
          </w:tcPr>
          <w:p w14:paraId="0020A9BA" w14:textId="77777777" w:rsidR="005503B4" w:rsidRPr="00EE6DD3" w:rsidRDefault="005503B4" w:rsidP="00D65017">
            <w:pPr>
              <w:jc w:val="center"/>
            </w:pPr>
            <w:r w:rsidRPr="00EE6DD3">
              <w:rPr>
                <w:rFonts w:eastAsia="SimSun"/>
                <w:sz w:val="15"/>
              </w:rPr>
              <w:t>**</w:t>
            </w:r>
          </w:p>
        </w:tc>
      </w:tr>
      <w:tr w:rsidR="005503B4" w:rsidRPr="00EE6DD3" w14:paraId="47BC41BA" w14:textId="77777777" w:rsidTr="00D65017">
        <w:tc>
          <w:tcPr>
            <w:tcW w:w="1234" w:type="dxa"/>
          </w:tcPr>
          <w:p w14:paraId="4B1EE082" w14:textId="77777777" w:rsidR="005503B4" w:rsidRPr="00EE6DD3" w:rsidRDefault="005503B4" w:rsidP="00D65017">
            <w:r w:rsidRPr="00EE6DD3">
              <w:rPr>
                <w:rFonts w:eastAsia="SimSun"/>
                <w:sz w:val="15"/>
              </w:rPr>
              <w:t>Log abstract length (centered)</w:t>
            </w:r>
          </w:p>
        </w:tc>
        <w:tc>
          <w:tcPr>
            <w:tcW w:w="1234" w:type="dxa"/>
          </w:tcPr>
          <w:p w14:paraId="7A97B786" w14:textId="77777777" w:rsidR="005503B4" w:rsidRPr="00EE6DD3" w:rsidRDefault="005503B4" w:rsidP="00D65017">
            <w:pPr>
              <w:jc w:val="center"/>
            </w:pPr>
            <w:r w:rsidRPr="00EE6DD3">
              <w:rPr>
                <w:rFonts w:eastAsia="SimSun"/>
                <w:sz w:val="15"/>
              </w:rPr>
              <w:t>-0.0528</w:t>
            </w:r>
          </w:p>
        </w:tc>
        <w:tc>
          <w:tcPr>
            <w:tcW w:w="1234" w:type="dxa"/>
          </w:tcPr>
          <w:p w14:paraId="296881DF" w14:textId="77777777" w:rsidR="005503B4" w:rsidRPr="00EE6DD3" w:rsidRDefault="005503B4" w:rsidP="00D65017">
            <w:pPr>
              <w:jc w:val="center"/>
            </w:pPr>
            <w:r w:rsidRPr="00EE6DD3">
              <w:rPr>
                <w:rFonts w:eastAsia="SimSun"/>
                <w:sz w:val="15"/>
              </w:rPr>
              <w:t>0.0011</w:t>
            </w:r>
          </w:p>
        </w:tc>
        <w:tc>
          <w:tcPr>
            <w:tcW w:w="1234" w:type="dxa"/>
          </w:tcPr>
          <w:p w14:paraId="294B1AF6" w14:textId="77777777" w:rsidR="005503B4" w:rsidRPr="00EE6DD3" w:rsidRDefault="005503B4" w:rsidP="00D65017">
            <w:pPr>
              <w:jc w:val="center"/>
            </w:pPr>
            <w:r w:rsidRPr="00EE6DD3">
              <w:rPr>
                <w:rFonts w:eastAsia="SimSun"/>
                <w:sz w:val="15"/>
              </w:rPr>
              <w:t>-0.0550</w:t>
            </w:r>
          </w:p>
        </w:tc>
        <w:tc>
          <w:tcPr>
            <w:tcW w:w="1234" w:type="dxa"/>
          </w:tcPr>
          <w:p w14:paraId="415605C4" w14:textId="77777777" w:rsidR="005503B4" w:rsidRPr="00EE6DD3" w:rsidRDefault="005503B4" w:rsidP="00D65017">
            <w:pPr>
              <w:jc w:val="center"/>
            </w:pPr>
            <w:r w:rsidRPr="00EE6DD3">
              <w:rPr>
                <w:rFonts w:eastAsia="SimSun"/>
                <w:sz w:val="15"/>
              </w:rPr>
              <w:t>-0.0506</w:t>
            </w:r>
          </w:p>
        </w:tc>
        <w:tc>
          <w:tcPr>
            <w:tcW w:w="1234" w:type="dxa"/>
          </w:tcPr>
          <w:p w14:paraId="1C280519" w14:textId="77777777" w:rsidR="005503B4" w:rsidRPr="00EE6DD3" w:rsidRDefault="005503B4" w:rsidP="00D65017">
            <w:pPr>
              <w:jc w:val="center"/>
            </w:pPr>
            <w:r w:rsidRPr="00EE6DD3">
              <w:rPr>
                <w:rFonts w:eastAsia="SimSun"/>
                <w:sz w:val="15"/>
              </w:rPr>
              <w:t>0.0000</w:t>
            </w:r>
          </w:p>
        </w:tc>
        <w:tc>
          <w:tcPr>
            <w:tcW w:w="1234" w:type="dxa"/>
          </w:tcPr>
          <w:p w14:paraId="46586234" w14:textId="77777777" w:rsidR="005503B4" w:rsidRPr="00EE6DD3" w:rsidRDefault="005503B4" w:rsidP="00D65017">
            <w:pPr>
              <w:jc w:val="center"/>
            </w:pPr>
            <w:r w:rsidRPr="00EE6DD3">
              <w:rPr>
                <w:rFonts w:eastAsia="SimSun"/>
                <w:sz w:val="15"/>
              </w:rPr>
              <w:t>***</w:t>
            </w:r>
          </w:p>
        </w:tc>
      </w:tr>
      <w:tr w:rsidR="005503B4" w:rsidRPr="00EE6DD3" w14:paraId="22E5C7E4" w14:textId="77777777" w:rsidTr="00D65017">
        <w:tc>
          <w:tcPr>
            <w:tcW w:w="1234" w:type="dxa"/>
          </w:tcPr>
          <w:p w14:paraId="1C32586F" w14:textId="77777777" w:rsidR="005503B4" w:rsidRPr="00EE6DD3" w:rsidRDefault="005503B4" w:rsidP="00D65017">
            <w:r w:rsidRPr="00EE6DD3">
              <w:rPr>
                <w:rFonts w:eastAsia="SimSun"/>
                <w:sz w:val="15"/>
              </w:rPr>
              <w:t>LLM score entropy (centered)</w:t>
            </w:r>
          </w:p>
        </w:tc>
        <w:tc>
          <w:tcPr>
            <w:tcW w:w="1234" w:type="dxa"/>
          </w:tcPr>
          <w:p w14:paraId="52776853" w14:textId="77777777" w:rsidR="005503B4" w:rsidRPr="00EE6DD3" w:rsidRDefault="005503B4" w:rsidP="00D65017">
            <w:pPr>
              <w:jc w:val="center"/>
            </w:pPr>
            <w:r w:rsidRPr="00EE6DD3">
              <w:rPr>
                <w:rFonts w:eastAsia="SimSun"/>
                <w:sz w:val="15"/>
              </w:rPr>
              <w:t>0.0169</w:t>
            </w:r>
          </w:p>
        </w:tc>
        <w:tc>
          <w:tcPr>
            <w:tcW w:w="1234" w:type="dxa"/>
          </w:tcPr>
          <w:p w14:paraId="49EA155D" w14:textId="77777777" w:rsidR="005503B4" w:rsidRPr="00EE6DD3" w:rsidRDefault="005503B4" w:rsidP="00D65017">
            <w:pPr>
              <w:jc w:val="center"/>
            </w:pPr>
            <w:r w:rsidRPr="00EE6DD3">
              <w:rPr>
                <w:rFonts w:eastAsia="SimSun"/>
                <w:sz w:val="15"/>
              </w:rPr>
              <w:t>0.0007</w:t>
            </w:r>
          </w:p>
        </w:tc>
        <w:tc>
          <w:tcPr>
            <w:tcW w:w="1234" w:type="dxa"/>
          </w:tcPr>
          <w:p w14:paraId="34426920" w14:textId="77777777" w:rsidR="005503B4" w:rsidRPr="00EE6DD3" w:rsidRDefault="005503B4" w:rsidP="00D65017">
            <w:pPr>
              <w:jc w:val="center"/>
            </w:pPr>
            <w:r w:rsidRPr="00EE6DD3">
              <w:rPr>
                <w:rFonts w:eastAsia="SimSun"/>
                <w:sz w:val="15"/>
              </w:rPr>
              <w:t>0.0155</w:t>
            </w:r>
          </w:p>
        </w:tc>
        <w:tc>
          <w:tcPr>
            <w:tcW w:w="1234" w:type="dxa"/>
          </w:tcPr>
          <w:p w14:paraId="72C7D061" w14:textId="77777777" w:rsidR="005503B4" w:rsidRPr="00EE6DD3" w:rsidRDefault="005503B4" w:rsidP="00D65017">
            <w:pPr>
              <w:jc w:val="center"/>
            </w:pPr>
            <w:r w:rsidRPr="00EE6DD3">
              <w:rPr>
                <w:rFonts w:eastAsia="SimSun"/>
                <w:sz w:val="15"/>
              </w:rPr>
              <w:t>0.0184</w:t>
            </w:r>
          </w:p>
        </w:tc>
        <w:tc>
          <w:tcPr>
            <w:tcW w:w="1234" w:type="dxa"/>
          </w:tcPr>
          <w:p w14:paraId="76921EAF" w14:textId="77777777" w:rsidR="005503B4" w:rsidRPr="00EE6DD3" w:rsidRDefault="005503B4" w:rsidP="00D65017">
            <w:pPr>
              <w:jc w:val="center"/>
            </w:pPr>
            <w:r w:rsidRPr="00EE6DD3">
              <w:rPr>
                <w:rFonts w:eastAsia="SimSun"/>
                <w:sz w:val="15"/>
              </w:rPr>
              <w:t>0.0000</w:t>
            </w:r>
          </w:p>
        </w:tc>
        <w:tc>
          <w:tcPr>
            <w:tcW w:w="1234" w:type="dxa"/>
          </w:tcPr>
          <w:p w14:paraId="5EB00CBE" w14:textId="77777777" w:rsidR="005503B4" w:rsidRPr="00EE6DD3" w:rsidRDefault="005503B4" w:rsidP="00D65017">
            <w:pPr>
              <w:jc w:val="center"/>
            </w:pPr>
            <w:r w:rsidRPr="00EE6DD3">
              <w:rPr>
                <w:rFonts w:eastAsia="SimSun"/>
                <w:sz w:val="15"/>
              </w:rPr>
              <w:t>***</w:t>
            </w:r>
          </w:p>
        </w:tc>
      </w:tr>
      <w:tr w:rsidR="005503B4" w:rsidRPr="00EE6DD3" w14:paraId="031105E4" w14:textId="77777777" w:rsidTr="00D65017">
        <w:tc>
          <w:tcPr>
            <w:tcW w:w="1234" w:type="dxa"/>
          </w:tcPr>
          <w:p w14:paraId="64323AC3" w14:textId="77777777" w:rsidR="005503B4" w:rsidRPr="00EE6DD3" w:rsidRDefault="005503B4" w:rsidP="00D65017">
            <w:r w:rsidRPr="00EE6DD3">
              <w:rPr>
                <w:rFonts w:eastAsia="SimSun"/>
                <w:sz w:val="15"/>
              </w:rPr>
              <w:t>LLM SDG count (centered)</w:t>
            </w:r>
          </w:p>
        </w:tc>
        <w:tc>
          <w:tcPr>
            <w:tcW w:w="1234" w:type="dxa"/>
          </w:tcPr>
          <w:p w14:paraId="760528DF" w14:textId="77777777" w:rsidR="005503B4" w:rsidRPr="00EE6DD3" w:rsidRDefault="005503B4" w:rsidP="00D65017">
            <w:pPr>
              <w:jc w:val="center"/>
            </w:pPr>
            <w:r w:rsidRPr="00EE6DD3">
              <w:rPr>
                <w:rFonts w:eastAsia="SimSun"/>
                <w:sz w:val="15"/>
              </w:rPr>
              <w:t>0.6900</w:t>
            </w:r>
          </w:p>
        </w:tc>
        <w:tc>
          <w:tcPr>
            <w:tcW w:w="1234" w:type="dxa"/>
          </w:tcPr>
          <w:p w14:paraId="3EFDF1A4" w14:textId="77777777" w:rsidR="005503B4" w:rsidRPr="00EE6DD3" w:rsidRDefault="005503B4" w:rsidP="00D65017">
            <w:pPr>
              <w:jc w:val="center"/>
            </w:pPr>
            <w:r w:rsidRPr="00EE6DD3">
              <w:rPr>
                <w:rFonts w:eastAsia="SimSun"/>
                <w:sz w:val="15"/>
              </w:rPr>
              <w:t>0.0008</w:t>
            </w:r>
          </w:p>
        </w:tc>
        <w:tc>
          <w:tcPr>
            <w:tcW w:w="1234" w:type="dxa"/>
          </w:tcPr>
          <w:p w14:paraId="2F2BF95F" w14:textId="77777777" w:rsidR="005503B4" w:rsidRPr="00EE6DD3" w:rsidRDefault="005503B4" w:rsidP="00D65017">
            <w:pPr>
              <w:jc w:val="center"/>
            </w:pPr>
            <w:r w:rsidRPr="00EE6DD3">
              <w:rPr>
                <w:rFonts w:eastAsia="SimSun"/>
                <w:sz w:val="15"/>
              </w:rPr>
              <w:t>0.6884</w:t>
            </w:r>
          </w:p>
        </w:tc>
        <w:tc>
          <w:tcPr>
            <w:tcW w:w="1234" w:type="dxa"/>
          </w:tcPr>
          <w:p w14:paraId="450A6E5A" w14:textId="77777777" w:rsidR="005503B4" w:rsidRPr="00EE6DD3" w:rsidRDefault="005503B4" w:rsidP="00D65017">
            <w:pPr>
              <w:jc w:val="center"/>
            </w:pPr>
            <w:r w:rsidRPr="00EE6DD3">
              <w:rPr>
                <w:rFonts w:eastAsia="SimSun"/>
                <w:sz w:val="15"/>
              </w:rPr>
              <w:t>0.6915</w:t>
            </w:r>
          </w:p>
        </w:tc>
        <w:tc>
          <w:tcPr>
            <w:tcW w:w="1234" w:type="dxa"/>
          </w:tcPr>
          <w:p w14:paraId="3C385F6B" w14:textId="77777777" w:rsidR="005503B4" w:rsidRPr="00EE6DD3" w:rsidRDefault="005503B4" w:rsidP="00D65017">
            <w:pPr>
              <w:jc w:val="center"/>
            </w:pPr>
            <w:r w:rsidRPr="00EE6DD3">
              <w:rPr>
                <w:rFonts w:eastAsia="SimSun"/>
                <w:sz w:val="15"/>
              </w:rPr>
              <w:t>0.0000</w:t>
            </w:r>
          </w:p>
        </w:tc>
        <w:tc>
          <w:tcPr>
            <w:tcW w:w="1234" w:type="dxa"/>
          </w:tcPr>
          <w:p w14:paraId="59B154DA" w14:textId="77777777" w:rsidR="005503B4" w:rsidRPr="00EE6DD3" w:rsidRDefault="005503B4" w:rsidP="00D65017">
            <w:pPr>
              <w:jc w:val="center"/>
            </w:pPr>
            <w:r w:rsidRPr="00EE6DD3">
              <w:rPr>
                <w:rFonts w:eastAsia="SimSun"/>
                <w:sz w:val="15"/>
              </w:rPr>
              <w:t>***</w:t>
            </w:r>
          </w:p>
        </w:tc>
      </w:tr>
      <w:tr w:rsidR="005503B4" w:rsidRPr="00EE6DD3" w14:paraId="49E69F51" w14:textId="77777777" w:rsidTr="00D65017">
        <w:tc>
          <w:tcPr>
            <w:tcW w:w="1234" w:type="dxa"/>
          </w:tcPr>
          <w:p w14:paraId="3F1BB560" w14:textId="77777777" w:rsidR="005503B4" w:rsidRPr="00EE6DD3" w:rsidRDefault="005503B4" w:rsidP="00D65017">
            <w:r w:rsidRPr="00EE6DD3">
              <w:rPr>
                <w:rFonts w:eastAsia="SimSun"/>
                <w:sz w:val="15"/>
              </w:rPr>
              <w:t>Rule disagreement (d</w:t>
            </w:r>
            <w:r w:rsidRPr="00EE6DD3">
              <w:rPr>
                <w:rFonts w:eastAsia="SimSun"/>
                <w:sz w:val="15"/>
                <w:vertAlign w:val="subscript"/>
              </w:rPr>
              <w:t>JS</w:t>
            </w:r>
            <w:r w:rsidRPr="00EE6DD3">
              <w:rPr>
                <w:rFonts w:eastAsia="SimSun"/>
                <w:sz w:val="15"/>
              </w:rPr>
              <w:t>, centered)</w:t>
            </w:r>
          </w:p>
        </w:tc>
        <w:tc>
          <w:tcPr>
            <w:tcW w:w="1234" w:type="dxa"/>
          </w:tcPr>
          <w:p w14:paraId="2509EA89" w14:textId="77777777" w:rsidR="005503B4" w:rsidRPr="00EE6DD3" w:rsidRDefault="005503B4" w:rsidP="00D65017">
            <w:pPr>
              <w:jc w:val="center"/>
            </w:pPr>
            <w:r w:rsidRPr="00EE6DD3">
              <w:rPr>
                <w:rFonts w:eastAsia="SimSun"/>
                <w:sz w:val="15"/>
              </w:rPr>
              <w:t>-0.4221</w:t>
            </w:r>
          </w:p>
        </w:tc>
        <w:tc>
          <w:tcPr>
            <w:tcW w:w="1234" w:type="dxa"/>
          </w:tcPr>
          <w:p w14:paraId="08775F44" w14:textId="77777777" w:rsidR="005503B4" w:rsidRPr="00EE6DD3" w:rsidRDefault="005503B4" w:rsidP="00D65017">
            <w:pPr>
              <w:jc w:val="center"/>
            </w:pPr>
            <w:r w:rsidRPr="00EE6DD3">
              <w:rPr>
                <w:rFonts w:eastAsia="SimSun"/>
                <w:sz w:val="15"/>
              </w:rPr>
              <w:t>0.0057</w:t>
            </w:r>
          </w:p>
        </w:tc>
        <w:tc>
          <w:tcPr>
            <w:tcW w:w="1234" w:type="dxa"/>
          </w:tcPr>
          <w:p w14:paraId="668E70D8" w14:textId="77777777" w:rsidR="005503B4" w:rsidRPr="00EE6DD3" w:rsidRDefault="005503B4" w:rsidP="00D65017">
            <w:pPr>
              <w:jc w:val="center"/>
            </w:pPr>
            <w:r w:rsidRPr="00EE6DD3">
              <w:rPr>
                <w:rFonts w:eastAsia="SimSun"/>
                <w:sz w:val="15"/>
              </w:rPr>
              <w:t>-0.4333</w:t>
            </w:r>
          </w:p>
        </w:tc>
        <w:tc>
          <w:tcPr>
            <w:tcW w:w="1234" w:type="dxa"/>
          </w:tcPr>
          <w:p w14:paraId="018BF0B4" w14:textId="77777777" w:rsidR="005503B4" w:rsidRPr="00EE6DD3" w:rsidRDefault="005503B4" w:rsidP="00D65017">
            <w:pPr>
              <w:jc w:val="center"/>
            </w:pPr>
            <w:r w:rsidRPr="00EE6DD3">
              <w:rPr>
                <w:rFonts w:eastAsia="SimSun"/>
                <w:sz w:val="15"/>
              </w:rPr>
              <w:t>-0.4108</w:t>
            </w:r>
          </w:p>
        </w:tc>
        <w:tc>
          <w:tcPr>
            <w:tcW w:w="1234" w:type="dxa"/>
          </w:tcPr>
          <w:p w14:paraId="709DE1E2" w14:textId="77777777" w:rsidR="005503B4" w:rsidRPr="00EE6DD3" w:rsidRDefault="005503B4" w:rsidP="00D65017">
            <w:pPr>
              <w:jc w:val="center"/>
            </w:pPr>
            <w:r w:rsidRPr="00EE6DD3">
              <w:rPr>
                <w:rFonts w:eastAsia="SimSun"/>
                <w:sz w:val="15"/>
              </w:rPr>
              <w:t>0.0000</w:t>
            </w:r>
          </w:p>
        </w:tc>
        <w:tc>
          <w:tcPr>
            <w:tcW w:w="1234" w:type="dxa"/>
          </w:tcPr>
          <w:p w14:paraId="73EF99A7" w14:textId="77777777" w:rsidR="005503B4" w:rsidRPr="00EE6DD3" w:rsidRDefault="005503B4" w:rsidP="00D65017">
            <w:pPr>
              <w:jc w:val="center"/>
            </w:pPr>
            <w:r w:rsidRPr="00EE6DD3">
              <w:rPr>
                <w:rFonts w:eastAsia="SimSun"/>
                <w:sz w:val="15"/>
              </w:rPr>
              <w:t>***</w:t>
            </w:r>
          </w:p>
        </w:tc>
      </w:tr>
      <w:tr w:rsidR="005503B4" w:rsidRPr="00EE6DD3" w14:paraId="58DEEB4B" w14:textId="77777777" w:rsidTr="00D65017">
        <w:tc>
          <w:tcPr>
            <w:tcW w:w="1234" w:type="dxa"/>
          </w:tcPr>
          <w:p w14:paraId="2F7AC5D0" w14:textId="77777777" w:rsidR="005503B4" w:rsidRPr="00EE6DD3" w:rsidRDefault="005503B4" w:rsidP="00D65017">
            <w:r w:rsidRPr="00EE6DD3">
              <w:rPr>
                <w:rFonts w:eastAsia="SimSun"/>
                <w:sz w:val="15"/>
              </w:rPr>
              <w:t>Reference SDG count (centered)</w:t>
            </w:r>
          </w:p>
        </w:tc>
        <w:tc>
          <w:tcPr>
            <w:tcW w:w="1234" w:type="dxa"/>
          </w:tcPr>
          <w:p w14:paraId="140378CF" w14:textId="77777777" w:rsidR="005503B4" w:rsidRPr="00EE6DD3" w:rsidRDefault="005503B4" w:rsidP="00D65017">
            <w:pPr>
              <w:jc w:val="center"/>
            </w:pPr>
            <w:r w:rsidRPr="00EE6DD3">
              <w:rPr>
                <w:rFonts w:eastAsia="SimSun"/>
                <w:sz w:val="15"/>
              </w:rPr>
              <w:t>-0.0521</w:t>
            </w:r>
          </w:p>
        </w:tc>
        <w:tc>
          <w:tcPr>
            <w:tcW w:w="1234" w:type="dxa"/>
          </w:tcPr>
          <w:p w14:paraId="643E522C" w14:textId="77777777" w:rsidR="005503B4" w:rsidRPr="00EE6DD3" w:rsidRDefault="005503B4" w:rsidP="00D65017">
            <w:pPr>
              <w:jc w:val="center"/>
            </w:pPr>
            <w:r w:rsidRPr="00EE6DD3">
              <w:rPr>
                <w:rFonts w:eastAsia="SimSun"/>
                <w:sz w:val="15"/>
              </w:rPr>
              <w:t>0.0003</w:t>
            </w:r>
          </w:p>
        </w:tc>
        <w:tc>
          <w:tcPr>
            <w:tcW w:w="1234" w:type="dxa"/>
          </w:tcPr>
          <w:p w14:paraId="45E34BEF" w14:textId="77777777" w:rsidR="005503B4" w:rsidRPr="00EE6DD3" w:rsidRDefault="005503B4" w:rsidP="00D65017">
            <w:pPr>
              <w:jc w:val="center"/>
            </w:pPr>
            <w:r w:rsidRPr="00EE6DD3">
              <w:rPr>
                <w:rFonts w:eastAsia="SimSun"/>
                <w:sz w:val="15"/>
              </w:rPr>
              <w:t>-0.0527</w:t>
            </w:r>
          </w:p>
        </w:tc>
        <w:tc>
          <w:tcPr>
            <w:tcW w:w="1234" w:type="dxa"/>
          </w:tcPr>
          <w:p w14:paraId="3BE4E385" w14:textId="77777777" w:rsidR="005503B4" w:rsidRPr="00EE6DD3" w:rsidRDefault="005503B4" w:rsidP="00D65017">
            <w:pPr>
              <w:jc w:val="center"/>
            </w:pPr>
            <w:r w:rsidRPr="00EE6DD3">
              <w:rPr>
                <w:rFonts w:eastAsia="SimSun"/>
                <w:sz w:val="15"/>
              </w:rPr>
              <w:t>-0.0515</w:t>
            </w:r>
          </w:p>
        </w:tc>
        <w:tc>
          <w:tcPr>
            <w:tcW w:w="1234" w:type="dxa"/>
          </w:tcPr>
          <w:p w14:paraId="56F93B09" w14:textId="77777777" w:rsidR="005503B4" w:rsidRPr="00EE6DD3" w:rsidRDefault="005503B4" w:rsidP="00D65017">
            <w:pPr>
              <w:jc w:val="center"/>
            </w:pPr>
            <w:r w:rsidRPr="00EE6DD3">
              <w:rPr>
                <w:rFonts w:eastAsia="SimSun"/>
                <w:sz w:val="15"/>
              </w:rPr>
              <w:t>0.0000</w:t>
            </w:r>
          </w:p>
        </w:tc>
        <w:tc>
          <w:tcPr>
            <w:tcW w:w="1234" w:type="dxa"/>
          </w:tcPr>
          <w:p w14:paraId="325A9A51" w14:textId="77777777" w:rsidR="005503B4" w:rsidRPr="00EE6DD3" w:rsidRDefault="005503B4" w:rsidP="00D65017">
            <w:pPr>
              <w:jc w:val="center"/>
            </w:pPr>
            <w:r w:rsidRPr="00EE6DD3">
              <w:rPr>
                <w:rFonts w:eastAsia="SimSun"/>
                <w:sz w:val="15"/>
              </w:rPr>
              <w:t>***</w:t>
            </w:r>
          </w:p>
        </w:tc>
      </w:tr>
      <w:tr w:rsidR="005503B4" w:rsidRPr="00EE6DD3" w14:paraId="39CF74CC" w14:textId="77777777" w:rsidTr="00D65017">
        <w:tc>
          <w:tcPr>
            <w:tcW w:w="1234" w:type="dxa"/>
          </w:tcPr>
          <w:p w14:paraId="7AF57C3A" w14:textId="77777777" w:rsidR="005503B4" w:rsidRPr="00EE6DD3" w:rsidRDefault="005503B4" w:rsidP="00D65017">
            <w:r w:rsidRPr="00EE6DD3">
              <w:rPr>
                <w:rFonts w:eastAsia="SimSun"/>
                <w:sz w:val="15"/>
              </w:rPr>
              <w:t>level0_concept_id_Biology</w:t>
            </w:r>
          </w:p>
        </w:tc>
        <w:tc>
          <w:tcPr>
            <w:tcW w:w="1234" w:type="dxa"/>
          </w:tcPr>
          <w:p w14:paraId="36ABB10F" w14:textId="77777777" w:rsidR="005503B4" w:rsidRPr="00EE6DD3" w:rsidRDefault="005503B4" w:rsidP="00D65017">
            <w:pPr>
              <w:jc w:val="center"/>
            </w:pPr>
            <w:r w:rsidRPr="00EE6DD3">
              <w:rPr>
                <w:rFonts w:eastAsia="SimSun"/>
                <w:sz w:val="15"/>
              </w:rPr>
              <w:t>0.3562</w:t>
            </w:r>
          </w:p>
        </w:tc>
        <w:tc>
          <w:tcPr>
            <w:tcW w:w="1234" w:type="dxa"/>
          </w:tcPr>
          <w:p w14:paraId="73B46D2E" w14:textId="77777777" w:rsidR="005503B4" w:rsidRPr="00EE6DD3" w:rsidRDefault="005503B4" w:rsidP="00D65017">
            <w:pPr>
              <w:jc w:val="center"/>
            </w:pPr>
            <w:r w:rsidRPr="00EE6DD3">
              <w:rPr>
                <w:rFonts w:eastAsia="SimSun"/>
                <w:sz w:val="15"/>
              </w:rPr>
              <w:t>0.0050</w:t>
            </w:r>
          </w:p>
        </w:tc>
        <w:tc>
          <w:tcPr>
            <w:tcW w:w="1234" w:type="dxa"/>
          </w:tcPr>
          <w:p w14:paraId="6BCD6AA8" w14:textId="77777777" w:rsidR="005503B4" w:rsidRPr="00EE6DD3" w:rsidRDefault="005503B4" w:rsidP="00D65017">
            <w:pPr>
              <w:jc w:val="center"/>
            </w:pPr>
            <w:r w:rsidRPr="00EE6DD3">
              <w:rPr>
                <w:rFonts w:eastAsia="SimSun"/>
                <w:sz w:val="15"/>
              </w:rPr>
              <w:t>0.3465</w:t>
            </w:r>
          </w:p>
        </w:tc>
        <w:tc>
          <w:tcPr>
            <w:tcW w:w="1234" w:type="dxa"/>
          </w:tcPr>
          <w:p w14:paraId="42818CEB" w14:textId="77777777" w:rsidR="005503B4" w:rsidRPr="00EE6DD3" w:rsidRDefault="005503B4" w:rsidP="00D65017">
            <w:pPr>
              <w:jc w:val="center"/>
            </w:pPr>
            <w:r w:rsidRPr="00EE6DD3">
              <w:rPr>
                <w:rFonts w:eastAsia="SimSun"/>
                <w:sz w:val="15"/>
              </w:rPr>
              <w:t>0.3660</w:t>
            </w:r>
          </w:p>
        </w:tc>
        <w:tc>
          <w:tcPr>
            <w:tcW w:w="1234" w:type="dxa"/>
          </w:tcPr>
          <w:p w14:paraId="7F07DDC5" w14:textId="77777777" w:rsidR="005503B4" w:rsidRPr="00EE6DD3" w:rsidRDefault="005503B4" w:rsidP="00D65017">
            <w:pPr>
              <w:jc w:val="center"/>
            </w:pPr>
            <w:r w:rsidRPr="00EE6DD3">
              <w:rPr>
                <w:rFonts w:eastAsia="SimSun"/>
                <w:sz w:val="15"/>
              </w:rPr>
              <w:t>0.0000</w:t>
            </w:r>
          </w:p>
        </w:tc>
        <w:tc>
          <w:tcPr>
            <w:tcW w:w="1234" w:type="dxa"/>
          </w:tcPr>
          <w:p w14:paraId="6BD3DCEE" w14:textId="77777777" w:rsidR="005503B4" w:rsidRPr="00EE6DD3" w:rsidRDefault="005503B4" w:rsidP="00D65017">
            <w:pPr>
              <w:jc w:val="center"/>
            </w:pPr>
            <w:r w:rsidRPr="00EE6DD3">
              <w:rPr>
                <w:rFonts w:eastAsia="SimSun"/>
                <w:sz w:val="15"/>
              </w:rPr>
              <w:t>***</w:t>
            </w:r>
          </w:p>
        </w:tc>
      </w:tr>
      <w:tr w:rsidR="005503B4" w:rsidRPr="00EE6DD3" w14:paraId="236013E5" w14:textId="77777777" w:rsidTr="00D65017">
        <w:tc>
          <w:tcPr>
            <w:tcW w:w="1234" w:type="dxa"/>
          </w:tcPr>
          <w:p w14:paraId="66C083F5" w14:textId="77777777" w:rsidR="005503B4" w:rsidRPr="00EE6DD3" w:rsidRDefault="005503B4" w:rsidP="00D65017">
            <w:r w:rsidRPr="00EE6DD3">
              <w:rPr>
                <w:rFonts w:eastAsia="SimSun"/>
                <w:sz w:val="15"/>
              </w:rPr>
              <w:t>level0_concept_id_Business</w:t>
            </w:r>
          </w:p>
        </w:tc>
        <w:tc>
          <w:tcPr>
            <w:tcW w:w="1234" w:type="dxa"/>
          </w:tcPr>
          <w:p w14:paraId="029343A5" w14:textId="77777777" w:rsidR="005503B4" w:rsidRPr="00EE6DD3" w:rsidRDefault="005503B4" w:rsidP="00D65017">
            <w:pPr>
              <w:jc w:val="center"/>
            </w:pPr>
            <w:r w:rsidRPr="00EE6DD3">
              <w:rPr>
                <w:rFonts w:eastAsia="SimSun"/>
                <w:sz w:val="15"/>
              </w:rPr>
              <w:t>0.0771</w:t>
            </w:r>
          </w:p>
        </w:tc>
        <w:tc>
          <w:tcPr>
            <w:tcW w:w="1234" w:type="dxa"/>
          </w:tcPr>
          <w:p w14:paraId="6696CB29" w14:textId="77777777" w:rsidR="005503B4" w:rsidRPr="00EE6DD3" w:rsidRDefault="005503B4" w:rsidP="00D65017">
            <w:pPr>
              <w:jc w:val="center"/>
            </w:pPr>
            <w:r w:rsidRPr="00EE6DD3">
              <w:rPr>
                <w:rFonts w:eastAsia="SimSun"/>
                <w:sz w:val="15"/>
              </w:rPr>
              <w:t>0.0049</w:t>
            </w:r>
          </w:p>
        </w:tc>
        <w:tc>
          <w:tcPr>
            <w:tcW w:w="1234" w:type="dxa"/>
          </w:tcPr>
          <w:p w14:paraId="41FCC2E8" w14:textId="77777777" w:rsidR="005503B4" w:rsidRPr="00EE6DD3" w:rsidRDefault="005503B4" w:rsidP="00D65017">
            <w:pPr>
              <w:jc w:val="center"/>
            </w:pPr>
            <w:r w:rsidRPr="00EE6DD3">
              <w:rPr>
                <w:rFonts w:eastAsia="SimSun"/>
                <w:sz w:val="15"/>
              </w:rPr>
              <w:t>0.0675</w:t>
            </w:r>
          </w:p>
        </w:tc>
        <w:tc>
          <w:tcPr>
            <w:tcW w:w="1234" w:type="dxa"/>
          </w:tcPr>
          <w:p w14:paraId="18CE150D" w14:textId="77777777" w:rsidR="005503B4" w:rsidRPr="00EE6DD3" w:rsidRDefault="005503B4" w:rsidP="00D65017">
            <w:pPr>
              <w:jc w:val="center"/>
            </w:pPr>
            <w:r w:rsidRPr="00EE6DD3">
              <w:rPr>
                <w:rFonts w:eastAsia="SimSun"/>
                <w:sz w:val="15"/>
              </w:rPr>
              <w:t>0.0867</w:t>
            </w:r>
          </w:p>
        </w:tc>
        <w:tc>
          <w:tcPr>
            <w:tcW w:w="1234" w:type="dxa"/>
          </w:tcPr>
          <w:p w14:paraId="350A543D" w14:textId="77777777" w:rsidR="005503B4" w:rsidRPr="00EE6DD3" w:rsidRDefault="005503B4" w:rsidP="00D65017">
            <w:pPr>
              <w:jc w:val="center"/>
            </w:pPr>
            <w:r w:rsidRPr="00EE6DD3">
              <w:rPr>
                <w:rFonts w:eastAsia="SimSun"/>
                <w:sz w:val="15"/>
              </w:rPr>
              <w:t>0.0000</w:t>
            </w:r>
          </w:p>
        </w:tc>
        <w:tc>
          <w:tcPr>
            <w:tcW w:w="1234" w:type="dxa"/>
          </w:tcPr>
          <w:p w14:paraId="684E6AB2" w14:textId="77777777" w:rsidR="005503B4" w:rsidRPr="00EE6DD3" w:rsidRDefault="005503B4" w:rsidP="00D65017">
            <w:pPr>
              <w:jc w:val="center"/>
            </w:pPr>
            <w:r w:rsidRPr="00EE6DD3">
              <w:rPr>
                <w:rFonts w:eastAsia="SimSun"/>
                <w:sz w:val="15"/>
              </w:rPr>
              <w:t>***</w:t>
            </w:r>
          </w:p>
        </w:tc>
      </w:tr>
      <w:tr w:rsidR="005503B4" w:rsidRPr="00EE6DD3" w14:paraId="3F9E66D3" w14:textId="77777777" w:rsidTr="00D65017">
        <w:tc>
          <w:tcPr>
            <w:tcW w:w="1234" w:type="dxa"/>
          </w:tcPr>
          <w:p w14:paraId="37E7FAE1" w14:textId="77777777" w:rsidR="005503B4" w:rsidRPr="00EE6DD3" w:rsidRDefault="005503B4" w:rsidP="00D65017">
            <w:r w:rsidRPr="00EE6DD3">
              <w:rPr>
                <w:rFonts w:eastAsia="SimSun"/>
                <w:sz w:val="15"/>
              </w:rPr>
              <w:t>level0_concept_id_Chemistry</w:t>
            </w:r>
          </w:p>
        </w:tc>
        <w:tc>
          <w:tcPr>
            <w:tcW w:w="1234" w:type="dxa"/>
          </w:tcPr>
          <w:p w14:paraId="5990568A" w14:textId="77777777" w:rsidR="005503B4" w:rsidRPr="00EE6DD3" w:rsidRDefault="005503B4" w:rsidP="00D65017">
            <w:pPr>
              <w:jc w:val="center"/>
            </w:pPr>
            <w:r w:rsidRPr="00EE6DD3">
              <w:rPr>
                <w:rFonts w:eastAsia="SimSun"/>
                <w:sz w:val="15"/>
              </w:rPr>
              <w:t>0.2077</w:t>
            </w:r>
          </w:p>
        </w:tc>
        <w:tc>
          <w:tcPr>
            <w:tcW w:w="1234" w:type="dxa"/>
          </w:tcPr>
          <w:p w14:paraId="1154CCF1" w14:textId="77777777" w:rsidR="005503B4" w:rsidRPr="00EE6DD3" w:rsidRDefault="005503B4" w:rsidP="00D65017">
            <w:pPr>
              <w:jc w:val="center"/>
            </w:pPr>
            <w:r w:rsidRPr="00EE6DD3">
              <w:rPr>
                <w:rFonts w:eastAsia="SimSun"/>
                <w:sz w:val="15"/>
              </w:rPr>
              <w:t>0.0050</w:t>
            </w:r>
          </w:p>
        </w:tc>
        <w:tc>
          <w:tcPr>
            <w:tcW w:w="1234" w:type="dxa"/>
          </w:tcPr>
          <w:p w14:paraId="7D470719" w14:textId="77777777" w:rsidR="005503B4" w:rsidRPr="00EE6DD3" w:rsidRDefault="005503B4" w:rsidP="00D65017">
            <w:pPr>
              <w:jc w:val="center"/>
            </w:pPr>
            <w:r w:rsidRPr="00EE6DD3">
              <w:rPr>
                <w:rFonts w:eastAsia="SimSun"/>
                <w:sz w:val="15"/>
              </w:rPr>
              <w:t>0.1978</w:t>
            </w:r>
          </w:p>
        </w:tc>
        <w:tc>
          <w:tcPr>
            <w:tcW w:w="1234" w:type="dxa"/>
          </w:tcPr>
          <w:p w14:paraId="28E84A36" w14:textId="77777777" w:rsidR="005503B4" w:rsidRPr="00EE6DD3" w:rsidRDefault="005503B4" w:rsidP="00D65017">
            <w:pPr>
              <w:jc w:val="center"/>
            </w:pPr>
            <w:r w:rsidRPr="00EE6DD3">
              <w:rPr>
                <w:rFonts w:eastAsia="SimSun"/>
                <w:sz w:val="15"/>
              </w:rPr>
              <w:t>0.2176</w:t>
            </w:r>
          </w:p>
        </w:tc>
        <w:tc>
          <w:tcPr>
            <w:tcW w:w="1234" w:type="dxa"/>
          </w:tcPr>
          <w:p w14:paraId="7273C451" w14:textId="77777777" w:rsidR="005503B4" w:rsidRPr="00EE6DD3" w:rsidRDefault="005503B4" w:rsidP="00D65017">
            <w:pPr>
              <w:jc w:val="center"/>
            </w:pPr>
            <w:r w:rsidRPr="00EE6DD3">
              <w:rPr>
                <w:rFonts w:eastAsia="SimSun"/>
                <w:sz w:val="15"/>
              </w:rPr>
              <w:t>0.0000</w:t>
            </w:r>
          </w:p>
        </w:tc>
        <w:tc>
          <w:tcPr>
            <w:tcW w:w="1234" w:type="dxa"/>
          </w:tcPr>
          <w:p w14:paraId="5E3F5B4C" w14:textId="77777777" w:rsidR="005503B4" w:rsidRPr="00EE6DD3" w:rsidRDefault="005503B4" w:rsidP="00D65017">
            <w:pPr>
              <w:jc w:val="center"/>
            </w:pPr>
            <w:r w:rsidRPr="00EE6DD3">
              <w:rPr>
                <w:rFonts w:eastAsia="SimSun"/>
                <w:sz w:val="15"/>
              </w:rPr>
              <w:t>***</w:t>
            </w:r>
          </w:p>
        </w:tc>
      </w:tr>
      <w:tr w:rsidR="005503B4" w:rsidRPr="00EE6DD3" w14:paraId="01D0D997" w14:textId="77777777" w:rsidTr="00D65017">
        <w:tc>
          <w:tcPr>
            <w:tcW w:w="1234" w:type="dxa"/>
          </w:tcPr>
          <w:p w14:paraId="3ADB7BED" w14:textId="77777777" w:rsidR="005503B4" w:rsidRPr="00EE6DD3" w:rsidRDefault="005503B4" w:rsidP="00D65017">
            <w:r w:rsidRPr="00EE6DD3">
              <w:rPr>
                <w:rFonts w:eastAsia="SimSun"/>
                <w:sz w:val="15"/>
              </w:rPr>
              <w:t>level0_concept_id_Computer science</w:t>
            </w:r>
          </w:p>
        </w:tc>
        <w:tc>
          <w:tcPr>
            <w:tcW w:w="1234" w:type="dxa"/>
          </w:tcPr>
          <w:p w14:paraId="112E13AF" w14:textId="77777777" w:rsidR="005503B4" w:rsidRPr="00EE6DD3" w:rsidRDefault="005503B4" w:rsidP="00D65017">
            <w:pPr>
              <w:jc w:val="center"/>
            </w:pPr>
            <w:r w:rsidRPr="00EE6DD3">
              <w:rPr>
                <w:rFonts w:eastAsia="SimSun"/>
                <w:sz w:val="15"/>
              </w:rPr>
              <w:t>0.2677</w:t>
            </w:r>
          </w:p>
        </w:tc>
        <w:tc>
          <w:tcPr>
            <w:tcW w:w="1234" w:type="dxa"/>
          </w:tcPr>
          <w:p w14:paraId="2FB5D939" w14:textId="77777777" w:rsidR="005503B4" w:rsidRPr="00EE6DD3" w:rsidRDefault="005503B4" w:rsidP="00D65017">
            <w:pPr>
              <w:jc w:val="center"/>
            </w:pPr>
            <w:r w:rsidRPr="00EE6DD3">
              <w:rPr>
                <w:rFonts w:eastAsia="SimSun"/>
                <w:sz w:val="15"/>
              </w:rPr>
              <w:t>0.0049</w:t>
            </w:r>
          </w:p>
        </w:tc>
        <w:tc>
          <w:tcPr>
            <w:tcW w:w="1234" w:type="dxa"/>
          </w:tcPr>
          <w:p w14:paraId="6E5B1F78" w14:textId="77777777" w:rsidR="005503B4" w:rsidRPr="00EE6DD3" w:rsidRDefault="005503B4" w:rsidP="00D65017">
            <w:pPr>
              <w:jc w:val="center"/>
            </w:pPr>
            <w:r w:rsidRPr="00EE6DD3">
              <w:rPr>
                <w:rFonts w:eastAsia="SimSun"/>
                <w:sz w:val="15"/>
              </w:rPr>
              <w:t>0.2581</w:t>
            </w:r>
          </w:p>
        </w:tc>
        <w:tc>
          <w:tcPr>
            <w:tcW w:w="1234" w:type="dxa"/>
          </w:tcPr>
          <w:p w14:paraId="38D32E8A" w14:textId="77777777" w:rsidR="005503B4" w:rsidRPr="00EE6DD3" w:rsidRDefault="005503B4" w:rsidP="00D65017">
            <w:pPr>
              <w:jc w:val="center"/>
            </w:pPr>
            <w:r w:rsidRPr="00EE6DD3">
              <w:rPr>
                <w:rFonts w:eastAsia="SimSun"/>
                <w:sz w:val="15"/>
              </w:rPr>
              <w:t>0.2773</w:t>
            </w:r>
          </w:p>
        </w:tc>
        <w:tc>
          <w:tcPr>
            <w:tcW w:w="1234" w:type="dxa"/>
          </w:tcPr>
          <w:p w14:paraId="18AD25D9" w14:textId="77777777" w:rsidR="005503B4" w:rsidRPr="00EE6DD3" w:rsidRDefault="005503B4" w:rsidP="00D65017">
            <w:pPr>
              <w:jc w:val="center"/>
            </w:pPr>
            <w:r w:rsidRPr="00EE6DD3">
              <w:rPr>
                <w:rFonts w:eastAsia="SimSun"/>
                <w:sz w:val="15"/>
              </w:rPr>
              <w:t>0.0000</w:t>
            </w:r>
          </w:p>
        </w:tc>
        <w:tc>
          <w:tcPr>
            <w:tcW w:w="1234" w:type="dxa"/>
          </w:tcPr>
          <w:p w14:paraId="4591B4C6" w14:textId="77777777" w:rsidR="005503B4" w:rsidRPr="00EE6DD3" w:rsidRDefault="005503B4" w:rsidP="00D65017">
            <w:pPr>
              <w:jc w:val="center"/>
            </w:pPr>
            <w:r w:rsidRPr="00EE6DD3">
              <w:rPr>
                <w:rFonts w:eastAsia="SimSun"/>
                <w:sz w:val="15"/>
              </w:rPr>
              <w:t>***</w:t>
            </w:r>
          </w:p>
        </w:tc>
      </w:tr>
      <w:tr w:rsidR="005503B4" w:rsidRPr="00EE6DD3" w14:paraId="3C695944" w14:textId="77777777" w:rsidTr="00D65017">
        <w:tc>
          <w:tcPr>
            <w:tcW w:w="1234" w:type="dxa"/>
          </w:tcPr>
          <w:p w14:paraId="4438182C" w14:textId="77777777" w:rsidR="005503B4" w:rsidRPr="00EE6DD3" w:rsidRDefault="005503B4" w:rsidP="00D65017">
            <w:r w:rsidRPr="00EE6DD3">
              <w:rPr>
                <w:rFonts w:eastAsia="SimSun"/>
                <w:sz w:val="15"/>
              </w:rPr>
              <w:t>level0_concept_id_Economics</w:t>
            </w:r>
          </w:p>
        </w:tc>
        <w:tc>
          <w:tcPr>
            <w:tcW w:w="1234" w:type="dxa"/>
          </w:tcPr>
          <w:p w14:paraId="3704312B" w14:textId="77777777" w:rsidR="005503B4" w:rsidRPr="00EE6DD3" w:rsidRDefault="005503B4" w:rsidP="00D65017">
            <w:pPr>
              <w:jc w:val="center"/>
            </w:pPr>
            <w:r w:rsidRPr="00EE6DD3">
              <w:rPr>
                <w:rFonts w:eastAsia="SimSun"/>
                <w:sz w:val="15"/>
              </w:rPr>
              <w:t>0.1166</w:t>
            </w:r>
          </w:p>
        </w:tc>
        <w:tc>
          <w:tcPr>
            <w:tcW w:w="1234" w:type="dxa"/>
          </w:tcPr>
          <w:p w14:paraId="36DF1FA7" w14:textId="77777777" w:rsidR="005503B4" w:rsidRPr="00EE6DD3" w:rsidRDefault="005503B4" w:rsidP="00D65017">
            <w:pPr>
              <w:jc w:val="center"/>
            </w:pPr>
            <w:r w:rsidRPr="00EE6DD3">
              <w:rPr>
                <w:rFonts w:eastAsia="SimSun"/>
                <w:sz w:val="15"/>
              </w:rPr>
              <w:t>0.0049</w:t>
            </w:r>
          </w:p>
        </w:tc>
        <w:tc>
          <w:tcPr>
            <w:tcW w:w="1234" w:type="dxa"/>
          </w:tcPr>
          <w:p w14:paraId="28CE2C20" w14:textId="77777777" w:rsidR="005503B4" w:rsidRPr="00EE6DD3" w:rsidRDefault="005503B4" w:rsidP="00D65017">
            <w:pPr>
              <w:jc w:val="center"/>
            </w:pPr>
            <w:r w:rsidRPr="00EE6DD3">
              <w:rPr>
                <w:rFonts w:eastAsia="SimSun"/>
                <w:sz w:val="15"/>
              </w:rPr>
              <w:t>0.1070</w:t>
            </w:r>
          </w:p>
        </w:tc>
        <w:tc>
          <w:tcPr>
            <w:tcW w:w="1234" w:type="dxa"/>
          </w:tcPr>
          <w:p w14:paraId="087F9508" w14:textId="77777777" w:rsidR="005503B4" w:rsidRPr="00EE6DD3" w:rsidRDefault="005503B4" w:rsidP="00D65017">
            <w:pPr>
              <w:jc w:val="center"/>
            </w:pPr>
            <w:r w:rsidRPr="00EE6DD3">
              <w:rPr>
                <w:rFonts w:eastAsia="SimSun"/>
                <w:sz w:val="15"/>
              </w:rPr>
              <w:t>0.1262</w:t>
            </w:r>
          </w:p>
        </w:tc>
        <w:tc>
          <w:tcPr>
            <w:tcW w:w="1234" w:type="dxa"/>
          </w:tcPr>
          <w:p w14:paraId="2184F95F" w14:textId="77777777" w:rsidR="005503B4" w:rsidRPr="00EE6DD3" w:rsidRDefault="005503B4" w:rsidP="00D65017">
            <w:pPr>
              <w:jc w:val="center"/>
            </w:pPr>
            <w:r w:rsidRPr="00EE6DD3">
              <w:rPr>
                <w:rFonts w:eastAsia="SimSun"/>
                <w:sz w:val="15"/>
              </w:rPr>
              <w:t>0.0000</w:t>
            </w:r>
          </w:p>
        </w:tc>
        <w:tc>
          <w:tcPr>
            <w:tcW w:w="1234" w:type="dxa"/>
          </w:tcPr>
          <w:p w14:paraId="055F8476" w14:textId="77777777" w:rsidR="005503B4" w:rsidRPr="00EE6DD3" w:rsidRDefault="005503B4" w:rsidP="00D65017">
            <w:pPr>
              <w:jc w:val="center"/>
            </w:pPr>
            <w:r w:rsidRPr="00EE6DD3">
              <w:rPr>
                <w:rFonts w:eastAsia="SimSun"/>
                <w:sz w:val="15"/>
              </w:rPr>
              <w:t>***</w:t>
            </w:r>
          </w:p>
        </w:tc>
      </w:tr>
      <w:tr w:rsidR="005503B4" w:rsidRPr="00EE6DD3" w14:paraId="36842B41" w14:textId="77777777" w:rsidTr="00D65017">
        <w:tc>
          <w:tcPr>
            <w:tcW w:w="1234" w:type="dxa"/>
          </w:tcPr>
          <w:p w14:paraId="30925A99" w14:textId="77777777" w:rsidR="005503B4" w:rsidRPr="00EE6DD3" w:rsidRDefault="005503B4" w:rsidP="00D65017">
            <w:r w:rsidRPr="00EE6DD3">
              <w:rPr>
                <w:rFonts w:eastAsia="SimSun"/>
                <w:sz w:val="15"/>
              </w:rPr>
              <w:t>level0_concept_id_Engineering</w:t>
            </w:r>
          </w:p>
        </w:tc>
        <w:tc>
          <w:tcPr>
            <w:tcW w:w="1234" w:type="dxa"/>
          </w:tcPr>
          <w:p w14:paraId="79AA71B3" w14:textId="77777777" w:rsidR="005503B4" w:rsidRPr="00EE6DD3" w:rsidRDefault="005503B4" w:rsidP="00D65017">
            <w:pPr>
              <w:jc w:val="center"/>
            </w:pPr>
            <w:r w:rsidRPr="00EE6DD3">
              <w:rPr>
                <w:rFonts w:eastAsia="SimSun"/>
                <w:sz w:val="15"/>
              </w:rPr>
              <w:t>0.2827</w:t>
            </w:r>
          </w:p>
        </w:tc>
        <w:tc>
          <w:tcPr>
            <w:tcW w:w="1234" w:type="dxa"/>
          </w:tcPr>
          <w:p w14:paraId="1AD8E33B" w14:textId="77777777" w:rsidR="005503B4" w:rsidRPr="00EE6DD3" w:rsidRDefault="005503B4" w:rsidP="00D65017">
            <w:pPr>
              <w:jc w:val="center"/>
            </w:pPr>
            <w:r w:rsidRPr="00EE6DD3">
              <w:rPr>
                <w:rFonts w:eastAsia="SimSun"/>
                <w:sz w:val="15"/>
              </w:rPr>
              <w:t>0.0049</w:t>
            </w:r>
          </w:p>
        </w:tc>
        <w:tc>
          <w:tcPr>
            <w:tcW w:w="1234" w:type="dxa"/>
          </w:tcPr>
          <w:p w14:paraId="0D920403" w14:textId="77777777" w:rsidR="005503B4" w:rsidRPr="00EE6DD3" w:rsidRDefault="005503B4" w:rsidP="00D65017">
            <w:pPr>
              <w:jc w:val="center"/>
            </w:pPr>
            <w:r w:rsidRPr="00EE6DD3">
              <w:rPr>
                <w:rFonts w:eastAsia="SimSun"/>
                <w:sz w:val="15"/>
              </w:rPr>
              <w:t>0.2731</w:t>
            </w:r>
          </w:p>
        </w:tc>
        <w:tc>
          <w:tcPr>
            <w:tcW w:w="1234" w:type="dxa"/>
          </w:tcPr>
          <w:p w14:paraId="35B095B2" w14:textId="77777777" w:rsidR="005503B4" w:rsidRPr="00EE6DD3" w:rsidRDefault="005503B4" w:rsidP="00D65017">
            <w:pPr>
              <w:jc w:val="center"/>
            </w:pPr>
            <w:r w:rsidRPr="00EE6DD3">
              <w:rPr>
                <w:rFonts w:eastAsia="SimSun"/>
                <w:sz w:val="15"/>
              </w:rPr>
              <w:t>0.2922</w:t>
            </w:r>
          </w:p>
        </w:tc>
        <w:tc>
          <w:tcPr>
            <w:tcW w:w="1234" w:type="dxa"/>
          </w:tcPr>
          <w:p w14:paraId="526BA6C1" w14:textId="77777777" w:rsidR="005503B4" w:rsidRPr="00EE6DD3" w:rsidRDefault="005503B4" w:rsidP="00D65017">
            <w:pPr>
              <w:jc w:val="center"/>
            </w:pPr>
            <w:r w:rsidRPr="00EE6DD3">
              <w:rPr>
                <w:rFonts w:eastAsia="SimSun"/>
                <w:sz w:val="15"/>
              </w:rPr>
              <w:t>0.0000</w:t>
            </w:r>
          </w:p>
        </w:tc>
        <w:tc>
          <w:tcPr>
            <w:tcW w:w="1234" w:type="dxa"/>
          </w:tcPr>
          <w:p w14:paraId="06E912D5" w14:textId="77777777" w:rsidR="005503B4" w:rsidRPr="00EE6DD3" w:rsidRDefault="005503B4" w:rsidP="00D65017">
            <w:pPr>
              <w:jc w:val="center"/>
            </w:pPr>
            <w:r w:rsidRPr="00EE6DD3">
              <w:rPr>
                <w:rFonts w:eastAsia="SimSun"/>
                <w:sz w:val="15"/>
              </w:rPr>
              <w:t>***</w:t>
            </w:r>
          </w:p>
        </w:tc>
      </w:tr>
      <w:tr w:rsidR="005503B4" w:rsidRPr="00EE6DD3" w14:paraId="1D9AE5D7" w14:textId="77777777" w:rsidTr="00D65017">
        <w:tc>
          <w:tcPr>
            <w:tcW w:w="1234" w:type="dxa"/>
          </w:tcPr>
          <w:p w14:paraId="077C2719" w14:textId="77777777" w:rsidR="005503B4" w:rsidRPr="00EE6DD3" w:rsidRDefault="005503B4" w:rsidP="00D65017">
            <w:r w:rsidRPr="00EE6DD3">
              <w:rPr>
                <w:rFonts w:eastAsia="SimSun"/>
                <w:sz w:val="15"/>
              </w:rPr>
              <w:t>level0_concept_id_Environmental science</w:t>
            </w:r>
          </w:p>
        </w:tc>
        <w:tc>
          <w:tcPr>
            <w:tcW w:w="1234" w:type="dxa"/>
          </w:tcPr>
          <w:p w14:paraId="40F48C53" w14:textId="77777777" w:rsidR="005503B4" w:rsidRPr="00EE6DD3" w:rsidRDefault="005503B4" w:rsidP="00D65017">
            <w:pPr>
              <w:jc w:val="center"/>
            </w:pPr>
            <w:r w:rsidRPr="00EE6DD3">
              <w:rPr>
                <w:rFonts w:eastAsia="SimSun"/>
                <w:sz w:val="15"/>
              </w:rPr>
              <w:t>0.2328</w:t>
            </w:r>
          </w:p>
        </w:tc>
        <w:tc>
          <w:tcPr>
            <w:tcW w:w="1234" w:type="dxa"/>
          </w:tcPr>
          <w:p w14:paraId="00B8265F" w14:textId="77777777" w:rsidR="005503B4" w:rsidRPr="00EE6DD3" w:rsidRDefault="005503B4" w:rsidP="00D65017">
            <w:pPr>
              <w:jc w:val="center"/>
            </w:pPr>
            <w:r w:rsidRPr="00EE6DD3">
              <w:rPr>
                <w:rFonts w:eastAsia="SimSun"/>
                <w:sz w:val="15"/>
              </w:rPr>
              <w:t>0.0048</w:t>
            </w:r>
          </w:p>
        </w:tc>
        <w:tc>
          <w:tcPr>
            <w:tcW w:w="1234" w:type="dxa"/>
          </w:tcPr>
          <w:p w14:paraId="33A4B24D" w14:textId="77777777" w:rsidR="005503B4" w:rsidRPr="00EE6DD3" w:rsidRDefault="005503B4" w:rsidP="00D65017">
            <w:pPr>
              <w:jc w:val="center"/>
            </w:pPr>
            <w:r w:rsidRPr="00EE6DD3">
              <w:rPr>
                <w:rFonts w:eastAsia="SimSun"/>
                <w:sz w:val="15"/>
              </w:rPr>
              <w:t>0.2233</w:t>
            </w:r>
          </w:p>
        </w:tc>
        <w:tc>
          <w:tcPr>
            <w:tcW w:w="1234" w:type="dxa"/>
          </w:tcPr>
          <w:p w14:paraId="5058F8C2" w14:textId="77777777" w:rsidR="005503B4" w:rsidRPr="00EE6DD3" w:rsidRDefault="005503B4" w:rsidP="00D65017">
            <w:pPr>
              <w:jc w:val="center"/>
            </w:pPr>
            <w:r w:rsidRPr="00EE6DD3">
              <w:rPr>
                <w:rFonts w:eastAsia="SimSun"/>
                <w:sz w:val="15"/>
              </w:rPr>
              <w:t>0.2422</w:t>
            </w:r>
          </w:p>
        </w:tc>
        <w:tc>
          <w:tcPr>
            <w:tcW w:w="1234" w:type="dxa"/>
          </w:tcPr>
          <w:p w14:paraId="004C0615" w14:textId="77777777" w:rsidR="005503B4" w:rsidRPr="00EE6DD3" w:rsidRDefault="005503B4" w:rsidP="00D65017">
            <w:pPr>
              <w:jc w:val="center"/>
            </w:pPr>
            <w:r w:rsidRPr="00EE6DD3">
              <w:rPr>
                <w:rFonts w:eastAsia="SimSun"/>
                <w:sz w:val="15"/>
              </w:rPr>
              <w:t>0.0000</w:t>
            </w:r>
          </w:p>
        </w:tc>
        <w:tc>
          <w:tcPr>
            <w:tcW w:w="1234" w:type="dxa"/>
          </w:tcPr>
          <w:p w14:paraId="7F91F618" w14:textId="77777777" w:rsidR="005503B4" w:rsidRPr="00EE6DD3" w:rsidRDefault="005503B4" w:rsidP="00D65017">
            <w:pPr>
              <w:jc w:val="center"/>
            </w:pPr>
            <w:r w:rsidRPr="00EE6DD3">
              <w:rPr>
                <w:rFonts w:eastAsia="SimSun"/>
                <w:sz w:val="15"/>
              </w:rPr>
              <w:t>***</w:t>
            </w:r>
          </w:p>
        </w:tc>
      </w:tr>
      <w:tr w:rsidR="005503B4" w:rsidRPr="00EE6DD3" w14:paraId="06D88942" w14:textId="77777777" w:rsidTr="00D65017">
        <w:tc>
          <w:tcPr>
            <w:tcW w:w="1234" w:type="dxa"/>
          </w:tcPr>
          <w:p w14:paraId="5A703934" w14:textId="77777777" w:rsidR="005503B4" w:rsidRPr="00EE6DD3" w:rsidRDefault="005503B4" w:rsidP="00D65017">
            <w:r w:rsidRPr="00EE6DD3">
              <w:rPr>
                <w:rFonts w:eastAsia="SimSun"/>
                <w:sz w:val="15"/>
              </w:rPr>
              <w:t>level0_concept_id_Geography</w:t>
            </w:r>
          </w:p>
        </w:tc>
        <w:tc>
          <w:tcPr>
            <w:tcW w:w="1234" w:type="dxa"/>
          </w:tcPr>
          <w:p w14:paraId="1E4F6067" w14:textId="77777777" w:rsidR="005503B4" w:rsidRPr="00EE6DD3" w:rsidRDefault="005503B4" w:rsidP="00D65017">
            <w:pPr>
              <w:jc w:val="center"/>
            </w:pPr>
            <w:r w:rsidRPr="00EE6DD3">
              <w:rPr>
                <w:rFonts w:eastAsia="SimSun"/>
                <w:sz w:val="15"/>
              </w:rPr>
              <w:t>0.2422</w:t>
            </w:r>
          </w:p>
        </w:tc>
        <w:tc>
          <w:tcPr>
            <w:tcW w:w="1234" w:type="dxa"/>
          </w:tcPr>
          <w:p w14:paraId="66320118" w14:textId="77777777" w:rsidR="005503B4" w:rsidRPr="00EE6DD3" w:rsidRDefault="005503B4" w:rsidP="00D65017">
            <w:pPr>
              <w:jc w:val="center"/>
            </w:pPr>
            <w:r w:rsidRPr="00EE6DD3">
              <w:rPr>
                <w:rFonts w:eastAsia="SimSun"/>
                <w:sz w:val="15"/>
              </w:rPr>
              <w:t>0.0050</w:t>
            </w:r>
          </w:p>
        </w:tc>
        <w:tc>
          <w:tcPr>
            <w:tcW w:w="1234" w:type="dxa"/>
          </w:tcPr>
          <w:p w14:paraId="2760DFF8" w14:textId="77777777" w:rsidR="005503B4" w:rsidRPr="00EE6DD3" w:rsidRDefault="005503B4" w:rsidP="00D65017">
            <w:pPr>
              <w:jc w:val="center"/>
            </w:pPr>
            <w:r w:rsidRPr="00EE6DD3">
              <w:rPr>
                <w:rFonts w:eastAsia="SimSun"/>
                <w:sz w:val="15"/>
              </w:rPr>
              <w:t>0.2325</w:t>
            </w:r>
          </w:p>
        </w:tc>
        <w:tc>
          <w:tcPr>
            <w:tcW w:w="1234" w:type="dxa"/>
          </w:tcPr>
          <w:p w14:paraId="4A7CF64C" w14:textId="77777777" w:rsidR="005503B4" w:rsidRPr="00EE6DD3" w:rsidRDefault="005503B4" w:rsidP="00D65017">
            <w:pPr>
              <w:jc w:val="center"/>
            </w:pPr>
            <w:r w:rsidRPr="00EE6DD3">
              <w:rPr>
                <w:rFonts w:eastAsia="SimSun"/>
                <w:sz w:val="15"/>
              </w:rPr>
              <w:t>0.2519</w:t>
            </w:r>
          </w:p>
        </w:tc>
        <w:tc>
          <w:tcPr>
            <w:tcW w:w="1234" w:type="dxa"/>
          </w:tcPr>
          <w:p w14:paraId="3701AD35" w14:textId="77777777" w:rsidR="005503B4" w:rsidRPr="00EE6DD3" w:rsidRDefault="005503B4" w:rsidP="00D65017">
            <w:pPr>
              <w:jc w:val="center"/>
            </w:pPr>
            <w:r w:rsidRPr="00EE6DD3">
              <w:rPr>
                <w:rFonts w:eastAsia="SimSun"/>
                <w:sz w:val="15"/>
              </w:rPr>
              <w:t>0.0000</w:t>
            </w:r>
          </w:p>
        </w:tc>
        <w:tc>
          <w:tcPr>
            <w:tcW w:w="1234" w:type="dxa"/>
          </w:tcPr>
          <w:p w14:paraId="565E9DCC" w14:textId="77777777" w:rsidR="005503B4" w:rsidRPr="00EE6DD3" w:rsidRDefault="005503B4" w:rsidP="00D65017">
            <w:pPr>
              <w:jc w:val="center"/>
            </w:pPr>
            <w:r w:rsidRPr="00EE6DD3">
              <w:rPr>
                <w:rFonts w:eastAsia="SimSun"/>
                <w:sz w:val="15"/>
              </w:rPr>
              <w:t>***</w:t>
            </w:r>
          </w:p>
        </w:tc>
      </w:tr>
      <w:tr w:rsidR="005503B4" w:rsidRPr="00EE6DD3" w14:paraId="3EAB9C76" w14:textId="77777777" w:rsidTr="00D65017">
        <w:tc>
          <w:tcPr>
            <w:tcW w:w="1234" w:type="dxa"/>
          </w:tcPr>
          <w:p w14:paraId="3C165CE7" w14:textId="77777777" w:rsidR="005503B4" w:rsidRPr="00EE6DD3" w:rsidRDefault="005503B4" w:rsidP="00D65017">
            <w:r w:rsidRPr="00EE6DD3">
              <w:rPr>
                <w:rFonts w:eastAsia="SimSun"/>
                <w:sz w:val="15"/>
              </w:rPr>
              <w:t>level0_concept_id_Geology</w:t>
            </w:r>
          </w:p>
        </w:tc>
        <w:tc>
          <w:tcPr>
            <w:tcW w:w="1234" w:type="dxa"/>
          </w:tcPr>
          <w:p w14:paraId="40F6DF09" w14:textId="77777777" w:rsidR="005503B4" w:rsidRPr="00EE6DD3" w:rsidRDefault="005503B4" w:rsidP="00D65017">
            <w:pPr>
              <w:jc w:val="center"/>
            </w:pPr>
            <w:r w:rsidRPr="00EE6DD3">
              <w:rPr>
                <w:rFonts w:eastAsia="SimSun"/>
                <w:sz w:val="15"/>
              </w:rPr>
              <w:t>0.1425</w:t>
            </w:r>
          </w:p>
        </w:tc>
        <w:tc>
          <w:tcPr>
            <w:tcW w:w="1234" w:type="dxa"/>
          </w:tcPr>
          <w:p w14:paraId="59D7434B" w14:textId="77777777" w:rsidR="005503B4" w:rsidRPr="00EE6DD3" w:rsidRDefault="005503B4" w:rsidP="00D65017">
            <w:pPr>
              <w:jc w:val="center"/>
            </w:pPr>
            <w:r w:rsidRPr="00EE6DD3">
              <w:rPr>
                <w:rFonts w:eastAsia="SimSun"/>
                <w:sz w:val="15"/>
              </w:rPr>
              <w:t>0.0050</w:t>
            </w:r>
          </w:p>
        </w:tc>
        <w:tc>
          <w:tcPr>
            <w:tcW w:w="1234" w:type="dxa"/>
          </w:tcPr>
          <w:p w14:paraId="323D8B15" w14:textId="77777777" w:rsidR="005503B4" w:rsidRPr="00EE6DD3" w:rsidRDefault="005503B4" w:rsidP="00D65017">
            <w:pPr>
              <w:jc w:val="center"/>
            </w:pPr>
            <w:r w:rsidRPr="00EE6DD3">
              <w:rPr>
                <w:rFonts w:eastAsia="SimSun"/>
                <w:sz w:val="15"/>
              </w:rPr>
              <w:t>0.1326</w:t>
            </w:r>
          </w:p>
        </w:tc>
        <w:tc>
          <w:tcPr>
            <w:tcW w:w="1234" w:type="dxa"/>
          </w:tcPr>
          <w:p w14:paraId="7E0D819D" w14:textId="77777777" w:rsidR="005503B4" w:rsidRPr="00EE6DD3" w:rsidRDefault="005503B4" w:rsidP="00D65017">
            <w:pPr>
              <w:jc w:val="center"/>
            </w:pPr>
            <w:r w:rsidRPr="00EE6DD3">
              <w:rPr>
                <w:rFonts w:eastAsia="SimSun"/>
                <w:sz w:val="15"/>
              </w:rPr>
              <w:t>0.1523</w:t>
            </w:r>
          </w:p>
        </w:tc>
        <w:tc>
          <w:tcPr>
            <w:tcW w:w="1234" w:type="dxa"/>
          </w:tcPr>
          <w:p w14:paraId="67324DD5" w14:textId="77777777" w:rsidR="005503B4" w:rsidRPr="00EE6DD3" w:rsidRDefault="005503B4" w:rsidP="00D65017">
            <w:pPr>
              <w:jc w:val="center"/>
            </w:pPr>
            <w:r w:rsidRPr="00EE6DD3">
              <w:rPr>
                <w:rFonts w:eastAsia="SimSun"/>
                <w:sz w:val="15"/>
              </w:rPr>
              <w:t>0.0000</w:t>
            </w:r>
          </w:p>
        </w:tc>
        <w:tc>
          <w:tcPr>
            <w:tcW w:w="1234" w:type="dxa"/>
          </w:tcPr>
          <w:p w14:paraId="0FE0D081" w14:textId="77777777" w:rsidR="005503B4" w:rsidRPr="00EE6DD3" w:rsidRDefault="005503B4" w:rsidP="00D65017">
            <w:pPr>
              <w:jc w:val="center"/>
            </w:pPr>
            <w:r w:rsidRPr="00EE6DD3">
              <w:rPr>
                <w:rFonts w:eastAsia="SimSun"/>
                <w:sz w:val="15"/>
              </w:rPr>
              <w:t>***</w:t>
            </w:r>
          </w:p>
        </w:tc>
      </w:tr>
      <w:tr w:rsidR="005503B4" w:rsidRPr="00EE6DD3" w14:paraId="5BB35A05" w14:textId="77777777" w:rsidTr="00D65017">
        <w:tc>
          <w:tcPr>
            <w:tcW w:w="1234" w:type="dxa"/>
          </w:tcPr>
          <w:p w14:paraId="589E2C2A" w14:textId="77777777" w:rsidR="005503B4" w:rsidRPr="00EE6DD3" w:rsidRDefault="005503B4" w:rsidP="00D65017">
            <w:r w:rsidRPr="00EE6DD3">
              <w:rPr>
                <w:rFonts w:eastAsia="SimSun"/>
                <w:sz w:val="15"/>
              </w:rPr>
              <w:t>level0_concept_id_History</w:t>
            </w:r>
          </w:p>
        </w:tc>
        <w:tc>
          <w:tcPr>
            <w:tcW w:w="1234" w:type="dxa"/>
          </w:tcPr>
          <w:p w14:paraId="4711242B" w14:textId="77777777" w:rsidR="005503B4" w:rsidRPr="00EE6DD3" w:rsidRDefault="005503B4" w:rsidP="00D65017">
            <w:pPr>
              <w:jc w:val="center"/>
            </w:pPr>
            <w:r w:rsidRPr="00EE6DD3">
              <w:rPr>
                <w:rFonts w:eastAsia="SimSun"/>
                <w:sz w:val="15"/>
              </w:rPr>
              <w:t>0.0565</w:t>
            </w:r>
          </w:p>
        </w:tc>
        <w:tc>
          <w:tcPr>
            <w:tcW w:w="1234" w:type="dxa"/>
          </w:tcPr>
          <w:p w14:paraId="77A56873" w14:textId="77777777" w:rsidR="005503B4" w:rsidRPr="00EE6DD3" w:rsidRDefault="005503B4" w:rsidP="00D65017">
            <w:pPr>
              <w:jc w:val="center"/>
            </w:pPr>
            <w:r w:rsidRPr="00EE6DD3">
              <w:rPr>
                <w:rFonts w:eastAsia="SimSun"/>
                <w:sz w:val="15"/>
              </w:rPr>
              <w:t>0.0054</w:t>
            </w:r>
          </w:p>
        </w:tc>
        <w:tc>
          <w:tcPr>
            <w:tcW w:w="1234" w:type="dxa"/>
          </w:tcPr>
          <w:p w14:paraId="1FA4F406" w14:textId="77777777" w:rsidR="005503B4" w:rsidRPr="00EE6DD3" w:rsidRDefault="005503B4" w:rsidP="00D65017">
            <w:pPr>
              <w:jc w:val="center"/>
            </w:pPr>
            <w:r w:rsidRPr="00EE6DD3">
              <w:rPr>
                <w:rFonts w:eastAsia="SimSun"/>
                <w:sz w:val="15"/>
              </w:rPr>
              <w:t>0.0460</w:t>
            </w:r>
          </w:p>
        </w:tc>
        <w:tc>
          <w:tcPr>
            <w:tcW w:w="1234" w:type="dxa"/>
          </w:tcPr>
          <w:p w14:paraId="16324168" w14:textId="77777777" w:rsidR="005503B4" w:rsidRPr="00EE6DD3" w:rsidRDefault="005503B4" w:rsidP="00D65017">
            <w:pPr>
              <w:jc w:val="center"/>
            </w:pPr>
            <w:r w:rsidRPr="00EE6DD3">
              <w:rPr>
                <w:rFonts w:eastAsia="SimSun"/>
                <w:sz w:val="15"/>
              </w:rPr>
              <w:t>0.0669</w:t>
            </w:r>
          </w:p>
        </w:tc>
        <w:tc>
          <w:tcPr>
            <w:tcW w:w="1234" w:type="dxa"/>
          </w:tcPr>
          <w:p w14:paraId="2103E13D" w14:textId="77777777" w:rsidR="005503B4" w:rsidRPr="00EE6DD3" w:rsidRDefault="005503B4" w:rsidP="00D65017">
            <w:pPr>
              <w:jc w:val="center"/>
            </w:pPr>
            <w:r w:rsidRPr="00EE6DD3">
              <w:rPr>
                <w:rFonts w:eastAsia="SimSun"/>
                <w:sz w:val="15"/>
              </w:rPr>
              <w:t>0.0000</w:t>
            </w:r>
          </w:p>
        </w:tc>
        <w:tc>
          <w:tcPr>
            <w:tcW w:w="1234" w:type="dxa"/>
          </w:tcPr>
          <w:p w14:paraId="2CE4AC51" w14:textId="77777777" w:rsidR="005503B4" w:rsidRPr="00EE6DD3" w:rsidRDefault="005503B4" w:rsidP="00D65017">
            <w:pPr>
              <w:jc w:val="center"/>
            </w:pPr>
            <w:r w:rsidRPr="00EE6DD3">
              <w:rPr>
                <w:rFonts w:eastAsia="SimSun"/>
                <w:sz w:val="15"/>
              </w:rPr>
              <w:t>***</w:t>
            </w:r>
          </w:p>
        </w:tc>
      </w:tr>
      <w:tr w:rsidR="005503B4" w:rsidRPr="00EE6DD3" w14:paraId="321144BF" w14:textId="77777777" w:rsidTr="00D65017">
        <w:tc>
          <w:tcPr>
            <w:tcW w:w="1234" w:type="dxa"/>
          </w:tcPr>
          <w:p w14:paraId="0A914D4F" w14:textId="77777777" w:rsidR="005503B4" w:rsidRPr="00EE6DD3" w:rsidRDefault="005503B4" w:rsidP="00D65017">
            <w:r w:rsidRPr="00EE6DD3">
              <w:rPr>
                <w:rFonts w:eastAsia="SimSun"/>
                <w:sz w:val="15"/>
              </w:rPr>
              <w:lastRenderedPageBreak/>
              <w:t>level0_concept_id_Materials science</w:t>
            </w:r>
          </w:p>
        </w:tc>
        <w:tc>
          <w:tcPr>
            <w:tcW w:w="1234" w:type="dxa"/>
          </w:tcPr>
          <w:p w14:paraId="034F7ADD" w14:textId="77777777" w:rsidR="005503B4" w:rsidRPr="00EE6DD3" w:rsidRDefault="005503B4" w:rsidP="00D65017">
            <w:pPr>
              <w:jc w:val="center"/>
            </w:pPr>
            <w:r w:rsidRPr="00EE6DD3">
              <w:rPr>
                <w:rFonts w:eastAsia="SimSun"/>
                <w:sz w:val="15"/>
              </w:rPr>
              <w:t>0.2632</w:t>
            </w:r>
          </w:p>
        </w:tc>
        <w:tc>
          <w:tcPr>
            <w:tcW w:w="1234" w:type="dxa"/>
          </w:tcPr>
          <w:p w14:paraId="1B291561" w14:textId="77777777" w:rsidR="005503B4" w:rsidRPr="00EE6DD3" w:rsidRDefault="005503B4" w:rsidP="00D65017">
            <w:pPr>
              <w:jc w:val="center"/>
            </w:pPr>
            <w:r w:rsidRPr="00EE6DD3">
              <w:rPr>
                <w:rFonts w:eastAsia="SimSun"/>
                <w:sz w:val="15"/>
              </w:rPr>
              <w:t>0.0050</w:t>
            </w:r>
          </w:p>
        </w:tc>
        <w:tc>
          <w:tcPr>
            <w:tcW w:w="1234" w:type="dxa"/>
          </w:tcPr>
          <w:p w14:paraId="1225DA59" w14:textId="77777777" w:rsidR="005503B4" w:rsidRPr="00EE6DD3" w:rsidRDefault="005503B4" w:rsidP="00D65017">
            <w:pPr>
              <w:jc w:val="center"/>
            </w:pPr>
            <w:r w:rsidRPr="00EE6DD3">
              <w:rPr>
                <w:rFonts w:eastAsia="SimSun"/>
                <w:sz w:val="15"/>
              </w:rPr>
              <w:t>0.2535</w:t>
            </w:r>
          </w:p>
        </w:tc>
        <w:tc>
          <w:tcPr>
            <w:tcW w:w="1234" w:type="dxa"/>
          </w:tcPr>
          <w:p w14:paraId="513643F9" w14:textId="77777777" w:rsidR="005503B4" w:rsidRPr="00EE6DD3" w:rsidRDefault="005503B4" w:rsidP="00D65017">
            <w:pPr>
              <w:jc w:val="center"/>
            </w:pPr>
            <w:r w:rsidRPr="00EE6DD3">
              <w:rPr>
                <w:rFonts w:eastAsia="SimSun"/>
                <w:sz w:val="15"/>
              </w:rPr>
              <w:t>0.2730</w:t>
            </w:r>
          </w:p>
        </w:tc>
        <w:tc>
          <w:tcPr>
            <w:tcW w:w="1234" w:type="dxa"/>
          </w:tcPr>
          <w:p w14:paraId="29DA97C7" w14:textId="77777777" w:rsidR="005503B4" w:rsidRPr="00EE6DD3" w:rsidRDefault="005503B4" w:rsidP="00D65017">
            <w:pPr>
              <w:jc w:val="center"/>
            </w:pPr>
            <w:r w:rsidRPr="00EE6DD3">
              <w:rPr>
                <w:rFonts w:eastAsia="SimSun"/>
                <w:sz w:val="15"/>
              </w:rPr>
              <w:t>0.0000</w:t>
            </w:r>
          </w:p>
        </w:tc>
        <w:tc>
          <w:tcPr>
            <w:tcW w:w="1234" w:type="dxa"/>
          </w:tcPr>
          <w:p w14:paraId="41FD6B7C" w14:textId="77777777" w:rsidR="005503B4" w:rsidRPr="00EE6DD3" w:rsidRDefault="005503B4" w:rsidP="00D65017">
            <w:pPr>
              <w:jc w:val="center"/>
            </w:pPr>
            <w:r w:rsidRPr="00EE6DD3">
              <w:rPr>
                <w:rFonts w:eastAsia="SimSun"/>
                <w:sz w:val="15"/>
              </w:rPr>
              <w:t>***</w:t>
            </w:r>
          </w:p>
        </w:tc>
      </w:tr>
      <w:tr w:rsidR="005503B4" w:rsidRPr="00EE6DD3" w14:paraId="794CA4B8" w14:textId="77777777" w:rsidTr="00D65017">
        <w:tc>
          <w:tcPr>
            <w:tcW w:w="1234" w:type="dxa"/>
          </w:tcPr>
          <w:p w14:paraId="5B871EEA" w14:textId="77777777" w:rsidR="005503B4" w:rsidRPr="00EE6DD3" w:rsidRDefault="005503B4" w:rsidP="00D65017">
            <w:r w:rsidRPr="00EE6DD3">
              <w:rPr>
                <w:rFonts w:eastAsia="SimSun"/>
                <w:sz w:val="15"/>
              </w:rPr>
              <w:t>level0_concept_id_Mathematics</w:t>
            </w:r>
          </w:p>
        </w:tc>
        <w:tc>
          <w:tcPr>
            <w:tcW w:w="1234" w:type="dxa"/>
          </w:tcPr>
          <w:p w14:paraId="69B9D471" w14:textId="77777777" w:rsidR="005503B4" w:rsidRPr="00EE6DD3" w:rsidRDefault="005503B4" w:rsidP="00D65017">
            <w:pPr>
              <w:jc w:val="center"/>
            </w:pPr>
            <w:r w:rsidRPr="00EE6DD3">
              <w:rPr>
                <w:rFonts w:eastAsia="SimSun"/>
                <w:sz w:val="15"/>
              </w:rPr>
              <w:t>-0.2231</w:t>
            </w:r>
          </w:p>
        </w:tc>
        <w:tc>
          <w:tcPr>
            <w:tcW w:w="1234" w:type="dxa"/>
          </w:tcPr>
          <w:p w14:paraId="1917E04D" w14:textId="77777777" w:rsidR="005503B4" w:rsidRPr="00EE6DD3" w:rsidRDefault="005503B4" w:rsidP="00D65017">
            <w:pPr>
              <w:jc w:val="center"/>
            </w:pPr>
            <w:r w:rsidRPr="00EE6DD3">
              <w:rPr>
                <w:rFonts w:eastAsia="SimSun"/>
                <w:sz w:val="15"/>
              </w:rPr>
              <w:t>0.0057</w:t>
            </w:r>
          </w:p>
        </w:tc>
        <w:tc>
          <w:tcPr>
            <w:tcW w:w="1234" w:type="dxa"/>
          </w:tcPr>
          <w:p w14:paraId="44049701" w14:textId="77777777" w:rsidR="005503B4" w:rsidRPr="00EE6DD3" w:rsidRDefault="005503B4" w:rsidP="00D65017">
            <w:pPr>
              <w:jc w:val="center"/>
            </w:pPr>
            <w:r w:rsidRPr="00EE6DD3">
              <w:rPr>
                <w:rFonts w:eastAsia="SimSun"/>
                <w:sz w:val="15"/>
              </w:rPr>
              <w:t>-0.2343</w:t>
            </w:r>
          </w:p>
        </w:tc>
        <w:tc>
          <w:tcPr>
            <w:tcW w:w="1234" w:type="dxa"/>
          </w:tcPr>
          <w:p w14:paraId="7F21E191" w14:textId="77777777" w:rsidR="005503B4" w:rsidRPr="00EE6DD3" w:rsidRDefault="005503B4" w:rsidP="00D65017">
            <w:pPr>
              <w:jc w:val="center"/>
            </w:pPr>
            <w:r w:rsidRPr="00EE6DD3">
              <w:rPr>
                <w:rFonts w:eastAsia="SimSun"/>
                <w:sz w:val="15"/>
              </w:rPr>
              <w:t>-0.2119</w:t>
            </w:r>
          </w:p>
        </w:tc>
        <w:tc>
          <w:tcPr>
            <w:tcW w:w="1234" w:type="dxa"/>
          </w:tcPr>
          <w:p w14:paraId="51D78092" w14:textId="77777777" w:rsidR="005503B4" w:rsidRPr="00EE6DD3" w:rsidRDefault="005503B4" w:rsidP="00D65017">
            <w:pPr>
              <w:jc w:val="center"/>
            </w:pPr>
            <w:r w:rsidRPr="00EE6DD3">
              <w:rPr>
                <w:rFonts w:eastAsia="SimSun"/>
                <w:sz w:val="15"/>
              </w:rPr>
              <w:t>0.0000</w:t>
            </w:r>
          </w:p>
        </w:tc>
        <w:tc>
          <w:tcPr>
            <w:tcW w:w="1234" w:type="dxa"/>
          </w:tcPr>
          <w:p w14:paraId="536C357B" w14:textId="77777777" w:rsidR="005503B4" w:rsidRPr="00EE6DD3" w:rsidRDefault="005503B4" w:rsidP="00D65017">
            <w:pPr>
              <w:jc w:val="center"/>
            </w:pPr>
            <w:r w:rsidRPr="00EE6DD3">
              <w:rPr>
                <w:rFonts w:eastAsia="SimSun"/>
                <w:sz w:val="15"/>
              </w:rPr>
              <w:t>***</w:t>
            </w:r>
          </w:p>
        </w:tc>
      </w:tr>
      <w:tr w:rsidR="005503B4" w:rsidRPr="00EE6DD3" w14:paraId="5B9AEA76" w14:textId="77777777" w:rsidTr="00D65017">
        <w:tc>
          <w:tcPr>
            <w:tcW w:w="1234" w:type="dxa"/>
          </w:tcPr>
          <w:p w14:paraId="0C581C69" w14:textId="77777777" w:rsidR="005503B4" w:rsidRPr="00EE6DD3" w:rsidRDefault="005503B4" w:rsidP="00D65017">
            <w:r w:rsidRPr="00EE6DD3">
              <w:rPr>
                <w:rFonts w:eastAsia="SimSun"/>
                <w:sz w:val="15"/>
              </w:rPr>
              <w:t>level0_concept_id_Medicine</w:t>
            </w:r>
          </w:p>
        </w:tc>
        <w:tc>
          <w:tcPr>
            <w:tcW w:w="1234" w:type="dxa"/>
          </w:tcPr>
          <w:p w14:paraId="2B469B79" w14:textId="77777777" w:rsidR="005503B4" w:rsidRPr="00EE6DD3" w:rsidRDefault="005503B4" w:rsidP="00D65017">
            <w:pPr>
              <w:jc w:val="center"/>
            </w:pPr>
            <w:r w:rsidRPr="00EE6DD3">
              <w:rPr>
                <w:rFonts w:eastAsia="SimSun"/>
                <w:sz w:val="15"/>
              </w:rPr>
              <w:t>0.4060</w:t>
            </w:r>
          </w:p>
        </w:tc>
        <w:tc>
          <w:tcPr>
            <w:tcW w:w="1234" w:type="dxa"/>
          </w:tcPr>
          <w:p w14:paraId="4EC734B1" w14:textId="77777777" w:rsidR="005503B4" w:rsidRPr="00EE6DD3" w:rsidRDefault="005503B4" w:rsidP="00D65017">
            <w:pPr>
              <w:jc w:val="center"/>
            </w:pPr>
            <w:r w:rsidRPr="00EE6DD3">
              <w:rPr>
                <w:rFonts w:eastAsia="SimSun"/>
                <w:sz w:val="15"/>
              </w:rPr>
              <w:t>0.0049</w:t>
            </w:r>
          </w:p>
        </w:tc>
        <w:tc>
          <w:tcPr>
            <w:tcW w:w="1234" w:type="dxa"/>
          </w:tcPr>
          <w:p w14:paraId="4B3D4BEF" w14:textId="77777777" w:rsidR="005503B4" w:rsidRPr="00EE6DD3" w:rsidRDefault="005503B4" w:rsidP="00D65017">
            <w:pPr>
              <w:jc w:val="center"/>
            </w:pPr>
            <w:r w:rsidRPr="00EE6DD3">
              <w:rPr>
                <w:rFonts w:eastAsia="SimSun"/>
                <w:sz w:val="15"/>
              </w:rPr>
              <w:t>0.3965</w:t>
            </w:r>
          </w:p>
        </w:tc>
        <w:tc>
          <w:tcPr>
            <w:tcW w:w="1234" w:type="dxa"/>
          </w:tcPr>
          <w:p w14:paraId="0996DD4E" w14:textId="77777777" w:rsidR="005503B4" w:rsidRPr="00EE6DD3" w:rsidRDefault="005503B4" w:rsidP="00D65017">
            <w:pPr>
              <w:jc w:val="center"/>
            </w:pPr>
            <w:r w:rsidRPr="00EE6DD3">
              <w:rPr>
                <w:rFonts w:eastAsia="SimSun"/>
                <w:sz w:val="15"/>
              </w:rPr>
              <w:t>0.4155</w:t>
            </w:r>
          </w:p>
        </w:tc>
        <w:tc>
          <w:tcPr>
            <w:tcW w:w="1234" w:type="dxa"/>
          </w:tcPr>
          <w:p w14:paraId="7BB4A5C4" w14:textId="77777777" w:rsidR="005503B4" w:rsidRPr="00EE6DD3" w:rsidRDefault="005503B4" w:rsidP="00D65017">
            <w:pPr>
              <w:jc w:val="center"/>
            </w:pPr>
            <w:r w:rsidRPr="00EE6DD3">
              <w:rPr>
                <w:rFonts w:eastAsia="SimSun"/>
                <w:sz w:val="15"/>
              </w:rPr>
              <w:t>0.0000</w:t>
            </w:r>
          </w:p>
        </w:tc>
        <w:tc>
          <w:tcPr>
            <w:tcW w:w="1234" w:type="dxa"/>
          </w:tcPr>
          <w:p w14:paraId="5C484564" w14:textId="77777777" w:rsidR="005503B4" w:rsidRPr="00EE6DD3" w:rsidRDefault="005503B4" w:rsidP="00D65017">
            <w:pPr>
              <w:jc w:val="center"/>
            </w:pPr>
            <w:r w:rsidRPr="00EE6DD3">
              <w:rPr>
                <w:rFonts w:eastAsia="SimSun"/>
                <w:sz w:val="15"/>
              </w:rPr>
              <w:t>***</w:t>
            </w:r>
          </w:p>
        </w:tc>
      </w:tr>
      <w:tr w:rsidR="005503B4" w:rsidRPr="00EE6DD3" w14:paraId="006CED93" w14:textId="77777777" w:rsidTr="00D65017">
        <w:tc>
          <w:tcPr>
            <w:tcW w:w="1234" w:type="dxa"/>
          </w:tcPr>
          <w:p w14:paraId="6121A89A" w14:textId="77777777" w:rsidR="005503B4" w:rsidRPr="00EE6DD3" w:rsidRDefault="005503B4" w:rsidP="00D65017">
            <w:r w:rsidRPr="00EE6DD3">
              <w:rPr>
                <w:rFonts w:eastAsia="SimSun"/>
                <w:sz w:val="15"/>
              </w:rPr>
              <w:t>level0_concept_id_Philosophy</w:t>
            </w:r>
          </w:p>
        </w:tc>
        <w:tc>
          <w:tcPr>
            <w:tcW w:w="1234" w:type="dxa"/>
          </w:tcPr>
          <w:p w14:paraId="634DFFD3" w14:textId="77777777" w:rsidR="005503B4" w:rsidRPr="00EE6DD3" w:rsidRDefault="005503B4" w:rsidP="00D65017">
            <w:pPr>
              <w:jc w:val="center"/>
            </w:pPr>
            <w:r w:rsidRPr="00EE6DD3">
              <w:rPr>
                <w:rFonts w:eastAsia="SimSun"/>
                <w:sz w:val="15"/>
              </w:rPr>
              <w:t>-0.5041</w:t>
            </w:r>
          </w:p>
        </w:tc>
        <w:tc>
          <w:tcPr>
            <w:tcW w:w="1234" w:type="dxa"/>
          </w:tcPr>
          <w:p w14:paraId="425C205D" w14:textId="77777777" w:rsidR="005503B4" w:rsidRPr="00EE6DD3" w:rsidRDefault="005503B4" w:rsidP="00D65017">
            <w:pPr>
              <w:jc w:val="center"/>
            </w:pPr>
            <w:r w:rsidRPr="00EE6DD3">
              <w:rPr>
                <w:rFonts w:eastAsia="SimSun"/>
                <w:sz w:val="15"/>
              </w:rPr>
              <w:t>0.0091</w:t>
            </w:r>
          </w:p>
        </w:tc>
        <w:tc>
          <w:tcPr>
            <w:tcW w:w="1234" w:type="dxa"/>
          </w:tcPr>
          <w:p w14:paraId="63525A0A" w14:textId="77777777" w:rsidR="005503B4" w:rsidRPr="00EE6DD3" w:rsidRDefault="005503B4" w:rsidP="00D65017">
            <w:pPr>
              <w:jc w:val="center"/>
            </w:pPr>
            <w:r w:rsidRPr="00EE6DD3">
              <w:rPr>
                <w:rFonts w:eastAsia="SimSun"/>
                <w:sz w:val="15"/>
              </w:rPr>
              <w:t>-0.5218</w:t>
            </w:r>
          </w:p>
        </w:tc>
        <w:tc>
          <w:tcPr>
            <w:tcW w:w="1234" w:type="dxa"/>
          </w:tcPr>
          <w:p w14:paraId="69550BB2" w14:textId="77777777" w:rsidR="005503B4" w:rsidRPr="00EE6DD3" w:rsidRDefault="005503B4" w:rsidP="00D65017">
            <w:pPr>
              <w:jc w:val="center"/>
            </w:pPr>
            <w:r w:rsidRPr="00EE6DD3">
              <w:rPr>
                <w:rFonts w:eastAsia="SimSun"/>
                <w:sz w:val="15"/>
              </w:rPr>
              <w:t>-0.4863</w:t>
            </w:r>
          </w:p>
        </w:tc>
        <w:tc>
          <w:tcPr>
            <w:tcW w:w="1234" w:type="dxa"/>
          </w:tcPr>
          <w:p w14:paraId="7EAE923D" w14:textId="77777777" w:rsidR="005503B4" w:rsidRPr="00EE6DD3" w:rsidRDefault="005503B4" w:rsidP="00D65017">
            <w:pPr>
              <w:jc w:val="center"/>
            </w:pPr>
            <w:r w:rsidRPr="00EE6DD3">
              <w:rPr>
                <w:rFonts w:eastAsia="SimSun"/>
                <w:sz w:val="15"/>
              </w:rPr>
              <w:t>0.0000</w:t>
            </w:r>
          </w:p>
        </w:tc>
        <w:tc>
          <w:tcPr>
            <w:tcW w:w="1234" w:type="dxa"/>
          </w:tcPr>
          <w:p w14:paraId="0A2D218E" w14:textId="77777777" w:rsidR="005503B4" w:rsidRPr="00EE6DD3" w:rsidRDefault="005503B4" w:rsidP="00D65017">
            <w:pPr>
              <w:jc w:val="center"/>
            </w:pPr>
            <w:r w:rsidRPr="00EE6DD3">
              <w:rPr>
                <w:rFonts w:eastAsia="SimSun"/>
                <w:sz w:val="15"/>
              </w:rPr>
              <w:t>***</w:t>
            </w:r>
          </w:p>
        </w:tc>
      </w:tr>
      <w:tr w:rsidR="005503B4" w:rsidRPr="00EE6DD3" w14:paraId="43C0977A" w14:textId="77777777" w:rsidTr="00D65017">
        <w:tc>
          <w:tcPr>
            <w:tcW w:w="1234" w:type="dxa"/>
          </w:tcPr>
          <w:p w14:paraId="6DE2E196" w14:textId="77777777" w:rsidR="005503B4" w:rsidRPr="00EE6DD3" w:rsidRDefault="005503B4" w:rsidP="00D65017">
            <w:r w:rsidRPr="00EE6DD3">
              <w:rPr>
                <w:rFonts w:eastAsia="SimSun"/>
                <w:sz w:val="15"/>
              </w:rPr>
              <w:t>level0_concept_id_Physics</w:t>
            </w:r>
          </w:p>
        </w:tc>
        <w:tc>
          <w:tcPr>
            <w:tcW w:w="1234" w:type="dxa"/>
          </w:tcPr>
          <w:p w14:paraId="33F538BF" w14:textId="77777777" w:rsidR="005503B4" w:rsidRPr="00EE6DD3" w:rsidRDefault="005503B4" w:rsidP="00D65017">
            <w:pPr>
              <w:jc w:val="center"/>
            </w:pPr>
            <w:r w:rsidRPr="00EE6DD3">
              <w:rPr>
                <w:rFonts w:eastAsia="SimSun"/>
                <w:sz w:val="15"/>
              </w:rPr>
              <w:t>-0.2550</w:t>
            </w:r>
          </w:p>
        </w:tc>
        <w:tc>
          <w:tcPr>
            <w:tcW w:w="1234" w:type="dxa"/>
          </w:tcPr>
          <w:p w14:paraId="618EC2FD" w14:textId="77777777" w:rsidR="005503B4" w:rsidRPr="00EE6DD3" w:rsidRDefault="005503B4" w:rsidP="00D65017">
            <w:pPr>
              <w:jc w:val="center"/>
            </w:pPr>
            <w:r w:rsidRPr="00EE6DD3">
              <w:rPr>
                <w:rFonts w:eastAsia="SimSun"/>
                <w:sz w:val="15"/>
              </w:rPr>
              <w:t>0.0060</w:t>
            </w:r>
          </w:p>
        </w:tc>
        <w:tc>
          <w:tcPr>
            <w:tcW w:w="1234" w:type="dxa"/>
          </w:tcPr>
          <w:p w14:paraId="3CDB4851" w14:textId="77777777" w:rsidR="005503B4" w:rsidRPr="00EE6DD3" w:rsidRDefault="005503B4" w:rsidP="00D65017">
            <w:pPr>
              <w:jc w:val="center"/>
            </w:pPr>
            <w:r w:rsidRPr="00EE6DD3">
              <w:rPr>
                <w:rFonts w:eastAsia="SimSun"/>
                <w:sz w:val="15"/>
              </w:rPr>
              <w:t>-0.2668</w:t>
            </w:r>
          </w:p>
        </w:tc>
        <w:tc>
          <w:tcPr>
            <w:tcW w:w="1234" w:type="dxa"/>
          </w:tcPr>
          <w:p w14:paraId="43720E30" w14:textId="77777777" w:rsidR="005503B4" w:rsidRPr="00EE6DD3" w:rsidRDefault="005503B4" w:rsidP="00D65017">
            <w:pPr>
              <w:jc w:val="center"/>
            </w:pPr>
            <w:r w:rsidRPr="00EE6DD3">
              <w:rPr>
                <w:rFonts w:eastAsia="SimSun"/>
                <w:sz w:val="15"/>
              </w:rPr>
              <w:t>-0.2433</w:t>
            </w:r>
          </w:p>
        </w:tc>
        <w:tc>
          <w:tcPr>
            <w:tcW w:w="1234" w:type="dxa"/>
          </w:tcPr>
          <w:p w14:paraId="09971B36" w14:textId="77777777" w:rsidR="005503B4" w:rsidRPr="00EE6DD3" w:rsidRDefault="005503B4" w:rsidP="00D65017">
            <w:pPr>
              <w:jc w:val="center"/>
            </w:pPr>
            <w:r w:rsidRPr="00EE6DD3">
              <w:rPr>
                <w:rFonts w:eastAsia="SimSun"/>
                <w:sz w:val="15"/>
              </w:rPr>
              <w:t>0.0000</w:t>
            </w:r>
          </w:p>
        </w:tc>
        <w:tc>
          <w:tcPr>
            <w:tcW w:w="1234" w:type="dxa"/>
          </w:tcPr>
          <w:p w14:paraId="04FB9CF2" w14:textId="77777777" w:rsidR="005503B4" w:rsidRPr="00EE6DD3" w:rsidRDefault="005503B4" w:rsidP="00D65017">
            <w:pPr>
              <w:jc w:val="center"/>
            </w:pPr>
            <w:r w:rsidRPr="00EE6DD3">
              <w:rPr>
                <w:rFonts w:eastAsia="SimSun"/>
                <w:sz w:val="15"/>
              </w:rPr>
              <w:t>***</w:t>
            </w:r>
          </w:p>
        </w:tc>
      </w:tr>
      <w:tr w:rsidR="005503B4" w:rsidRPr="00EE6DD3" w14:paraId="5C1F2C89" w14:textId="77777777" w:rsidTr="00D65017">
        <w:tc>
          <w:tcPr>
            <w:tcW w:w="1234" w:type="dxa"/>
          </w:tcPr>
          <w:p w14:paraId="4E7FF990" w14:textId="77777777" w:rsidR="005503B4" w:rsidRPr="00EE6DD3" w:rsidRDefault="005503B4" w:rsidP="00D65017">
            <w:r w:rsidRPr="00EE6DD3">
              <w:rPr>
                <w:rFonts w:eastAsia="SimSun"/>
                <w:sz w:val="15"/>
              </w:rPr>
              <w:t>level0_concept_id_Political science</w:t>
            </w:r>
          </w:p>
        </w:tc>
        <w:tc>
          <w:tcPr>
            <w:tcW w:w="1234" w:type="dxa"/>
          </w:tcPr>
          <w:p w14:paraId="1E95E5C7" w14:textId="77777777" w:rsidR="005503B4" w:rsidRPr="00EE6DD3" w:rsidRDefault="005503B4" w:rsidP="00D65017">
            <w:pPr>
              <w:jc w:val="center"/>
            </w:pPr>
            <w:r w:rsidRPr="00EE6DD3">
              <w:rPr>
                <w:rFonts w:eastAsia="SimSun"/>
                <w:sz w:val="15"/>
              </w:rPr>
              <w:t>0.1494</w:t>
            </w:r>
          </w:p>
        </w:tc>
        <w:tc>
          <w:tcPr>
            <w:tcW w:w="1234" w:type="dxa"/>
          </w:tcPr>
          <w:p w14:paraId="779CBC4F" w14:textId="77777777" w:rsidR="005503B4" w:rsidRPr="00EE6DD3" w:rsidRDefault="005503B4" w:rsidP="00D65017">
            <w:pPr>
              <w:jc w:val="center"/>
            </w:pPr>
            <w:r w:rsidRPr="00EE6DD3">
              <w:rPr>
                <w:rFonts w:eastAsia="SimSun"/>
                <w:sz w:val="15"/>
              </w:rPr>
              <w:t>0.0049</w:t>
            </w:r>
          </w:p>
        </w:tc>
        <w:tc>
          <w:tcPr>
            <w:tcW w:w="1234" w:type="dxa"/>
          </w:tcPr>
          <w:p w14:paraId="52F12BAB" w14:textId="77777777" w:rsidR="005503B4" w:rsidRPr="00EE6DD3" w:rsidRDefault="005503B4" w:rsidP="00D65017">
            <w:pPr>
              <w:jc w:val="center"/>
            </w:pPr>
            <w:r w:rsidRPr="00EE6DD3">
              <w:rPr>
                <w:rFonts w:eastAsia="SimSun"/>
                <w:sz w:val="15"/>
              </w:rPr>
              <w:t>0.1398</w:t>
            </w:r>
          </w:p>
        </w:tc>
        <w:tc>
          <w:tcPr>
            <w:tcW w:w="1234" w:type="dxa"/>
          </w:tcPr>
          <w:p w14:paraId="09251A76" w14:textId="77777777" w:rsidR="005503B4" w:rsidRPr="00EE6DD3" w:rsidRDefault="005503B4" w:rsidP="00D65017">
            <w:pPr>
              <w:jc w:val="center"/>
            </w:pPr>
            <w:r w:rsidRPr="00EE6DD3">
              <w:rPr>
                <w:rFonts w:eastAsia="SimSun"/>
                <w:sz w:val="15"/>
              </w:rPr>
              <w:t>0.1591</w:t>
            </w:r>
          </w:p>
        </w:tc>
        <w:tc>
          <w:tcPr>
            <w:tcW w:w="1234" w:type="dxa"/>
          </w:tcPr>
          <w:p w14:paraId="6F74E473" w14:textId="77777777" w:rsidR="005503B4" w:rsidRPr="00EE6DD3" w:rsidRDefault="005503B4" w:rsidP="00D65017">
            <w:pPr>
              <w:jc w:val="center"/>
            </w:pPr>
            <w:r w:rsidRPr="00EE6DD3">
              <w:rPr>
                <w:rFonts w:eastAsia="SimSun"/>
                <w:sz w:val="15"/>
              </w:rPr>
              <w:t>0.0000</w:t>
            </w:r>
          </w:p>
        </w:tc>
        <w:tc>
          <w:tcPr>
            <w:tcW w:w="1234" w:type="dxa"/>
          </w:tcPr>
          <w:p w14:paraId="726D09D5" w14:textId="77777777" w:rsidR="005503B4" w:rsidRPr="00EE6DD3" w:rsidRDefault="005503B4" w:rsidP="00D65017">
            <w:pPr>
              <w:jc w:val="center"/>
            </w:pPr>
            <w:r w:rsidRPr="00EE6DD3">
              <w:rPr>
                <w:rFonts w:eastAsia="SimSun"/>
                <w:sz w:val="15"/>
              </w:rPr>
              <w:t>***</w:t>
            </w:r>
          </w:p>
        </w:tc>
      </w:tr>
      <w:tr w:rsidR="005503B4" w:rsidRPr="00EE6DD3" w14:paraId="44EA3DF9" w14:textId="77777777" w:rsidTr="00D65017">
        <w:tc>
          <w:tcPr>
            <w:tcW w:w="1234" w:type="dxa"/>
          </w:tcPr>
          <w:p w14:paraId="32FC5CDC" w14:textId="77777777" w:rsidR="005503B4" w:rsidRPr="00EE6DD3" w:rsidRDefault="005503B4" w:rsidP="00D65017">
            <w:r w:rsidRPr="00EE6DD3">
              <w:rPr>
                <w:rFonts w:eastAsia="SimSun"/>
                <w:sz w:val="15"/>
              </w:rPr>
              <w:t>level0_concept_id_Psychology</w:t>
            </w:r>
          </w:p>
        </w:tc>
        <w:tc>
          <w:tcPr>
            <w:tcW w:w="1234" w:type="dxa"/>
          </w:tcPr>
          <w:p w14:paraId="16833CA4" w14:textId="77777777" w:rsidR="005503B4" w:rsidRPr="00EE6DD3" w:rsidRDefault="005503B4" w:rsidP="00D65017">
            <w:pPr>
              <w:jc w:val="center"/>
            </w:pPr>
            <w:r w:rsidRPr="00EE6DD3">
              <w:rPr>
                <w:rFonts w:eastAsia="SimSun"/>
                <w:sz w:val="15"/>
              </w:rPr>
              <w:t>0.2731</w:t>
            </w:r>
          </w:p>
        </w:tc>
        <w:tc>
          <w:tcPr>
            <w:tcW w:w="1234" w:type="dxa"/>
          </w:tcPr>
          <w:p w14:paraId="43BA1574" w14:textId="77777777" w:rsidR="005503B4" w:rsidRPr="00EE6DD3" w:rsidRDefault="005503B4" w:rsidP="00D65017">
            <w:pPr>
              <w:jc w:val="center"/>
            </w:pPr>
            <w:r w:rsidRPr="00EE6DD3">
              <w:rPr>
                <w:rFonts w:eastAsia="SimSun"/>
                <w:sz w:val="15"/>
              </w:rPr>
              <w:t>0.0049</w:t>
            </w:r>
          </w:p>
        </w:tc>
        <w:tc>
          <w:tcPr>
            <w:tcW w:w="1234" w:type="dxa"/>
          </w:tcPr>
          <w:p w14:paraId="54D5CD9E" w14:textId="77777777" w:rsidR="005503B4" w:rsidRPr="00EE6DD3" w:rsidRDefault="005503B4" w:rsidP="00D65017">
            <w:pPr>
              <w:jc w:val="center"/>
            </w:pPr>
            <w:r w:rsidRPr="00EE6DD3">
              <w:rPr>
                <w:rFonts w:eastAsia="SimSun"/>
                <w:sz w:val="15"/>
              </w:rPr>
              <w:t>0.2635</w:t>
            </w:r>
          </w:p>
        </w:tc>
        <w:tc>
          <w:tcPr>
            <w:tcW w:w="1234" w:type="dxa"/>
          </w:tcPr>
          <w:p w14:paraId="293E155E" w14:textId="77777777" w:rsidR="005503B4" w:rsidRPr="00EE6DD3" w:rsidRDefault="005503B4" w:rsidP="00D65017">
            <w:pPr>
              <w:jc w:val="center"/>
            </w:pPr>
            <w:r w:rsidRPr="00EE6DD3">
              <w:rPr>
                <w:rFonts w:eastAsia="SimSun"/>
                <w:sz w:val="15"/>
              </w:rPr>
              <w:t>0.2827</w:t>
            </w:r>
          </w:p>
        </w:tc>
        <w:tc>
          <w:tcPr>
            <w:tcW w:w="1234" w:type="dxa"/>
          </w:tcPr>
          <w:p w14:paraId="4DC6915D" w14:textId="77777777" w:rsidR="005503B4" w:rsidRPr="00EE6DD3" w:rsidRDefault="005503B4" w:rsidP="00D65017">
            <w:pPr>
              <w:jc w:val="center"/>
            </w:pPr>
            <w:r w:rsidRPr="00EE6DD3">
              <w:rPr>
                <w:rFonts w:eastAsia="SimSun"/>
                <w:sz w:val="15"/>
              </w:rPr>
              <w:t>0.0000</w:t>
            </w:r>
          </w:p>
        </w:tc>
        <w:tc>
          <w:tcPr>
            <w:tcW w:w="1234" w:type="dxa"/>
          </w:tcPr>
          <w:p w14:paraId="55C36AEF" w14:textId="77777777" w:rsidR="005503B4" w:rsidRPr="00EE6DD3" w:rsidRDefault="005503B4" w:rsidP="00D65017">
            <w:pPr>
              <w:jc w:val="center"/>
            </w:pPr>
            <w:r w:rsidRPr="00EE6DD3">
              <w:rPr>
                <w:rFonts w:eastAsia="SimSun"/>
                <w:sz w:val="15"/>
              </w:rPr>
              <w:t>***</w:t>
            </w:r>
          </w:p>
        </w:tc>
      </w:tr>
      <w:tr w:rsidR="005503B4" w:rsidRPr="00EE6DD3" w14:paraId="7A915DE0" w14:textId="77777777" w:rsidTr="00D65017">
        <w:tc>
          <w:tcPr>
            <w:tcW w:w="1234" w:type="dxa"/>
          </w:tcPr>
          <w:p w14:paraId="6958498E" w14:textId="77777777" w:rsidR="005503B4" w:rsidRPr="00EE6DD3" w:rsidRDefault="005503B4" w:rsidP="00D65017">
            <w:r w:rsidRPr="00EE6DD3">
              <w:rPr>
                <w:rFonts w:eastAsia="SimSun"/>
                <w:sz w:val="15"/>
              </w:rPr>
              <w:t>level0_concept_id_Sociology</w:t>
            </w:r>
          </w:p>
        </w:tc>
        <w:tc>
          <w:tcPr>
            <w:tcW w:w="1234" w:type="dxa"/>
          </w:tcPr>
          <w:p w14:paraId="7B0AAD17" w14:textId="77777777" w:rsidR="005503B4" w:rsidRPr="00EE6DD3" w:rsidRDefault="005503B4" w:rsidP="00D65017">
            <w:pPr>
              <w:jc w:val="center"/>
            </w:pPr>
            <w:r w:rsidRPr="00EE6DD3">
              <w:rPr>
                <w:rFonts w:eastAsia="SimSun"/>
                <w:sz w:val="15"/>
              </w:rPr>
              <w:t>0.1522</w:t>
            </w:r>
          </w:p>
        </w:tc>
        <w:tc>
          <w:tcPr>
            <w:tcW w:w="1234" w:type="dxa"/>
          </w:tcPr>
          <w:p w14:paraId="639F49C2" w14:textId="77777777" w:rsidR="005503B4" w:rsidRPr="00EE6DD3" w:rsidRDefault="005503B4" w:rsidP="00D65017">
            <w:pPr>
              <w:jc w:val="center"/>
            </w:pPr>
            <w:r w:rsidRPr="00EE6DD3">
              <w:rPr>
                <w:rFonts w:eastAsia="SimSun"/>
                <w:sz w:val="15"/>
              </w:rPr>
              <w:t>0.0049</w:t>
            </w:r>
          </w:p>
        </w:tc>
        <w:tc>
          <w:tcPr>
            <w:tcW w:w="1234" w:type="dxa"/>
          </w:tcPr>
          <w:p w14:paraId="70DD81CC" w14:textId="77777777" w:rsidR="005503B4" w:rsidRPr="00EE6DD3" w:rsidRDefault="005503B4" w:rsidP="00D65017">
            <w:pPr>
              <w:jc w:val="center"/>
            </w:pPr>
            <w:r w:rsidRPr="00EE6DD3">
              <w:rPr>
                <w:rFonts w:eastAsia="SimSun"/>
                <w:sz w:val="15"/>
              </w:rPr>
              <w:t>0.1425</w:t>
            </w:r>
          </w:p>
        </w:tc>
        <w:tc>
          <w:tcPr>
            <w:tcW w:w="1234" w:type="dxa"/>
          </w:tcPr>
          <w:p w14:paraId="7CC965A4" w14:textId="77777777" w:rsidR="005503B4" w:rsidRPr="00EE6DD3" w:rsidRDefault="005503B4" w:rsidP="00D65017">
            <w:pPr>
              <w:jc w:val="center"/>
            </w:pPr>
            <w:r w:rsidRPr="00EE6DD3">
              <w:rPr>
                <w:rFonts w:eastAsia="SimSun"/>
                <w:sz w:val="15"/>
              </w:rPr>
              <w:t>0.1618</w:t>
            </w:r>
          </w:p>
        </w:tc>
        <w:tc>
          <w:tcPr>
            <w:tcW w:w="1234" w:type="dxa"/>
          </w:tcPr>
          <w:p w14:paraId="554D526B" w14:textId="77777777" w:rsidR="005503B4" w:rsidRPr="00EE6DD3" w:rsidRDefault="005503B4" w:rsidP="00D65017">
            <w:pPr>
              <w:jc w:val="center"/>
            </w:pPr>
            <w:r w:rsidRPr="00EE6DD3">
              <w:rPr>
                <w:rFonts w:eastAsia="SimSun"/>
                <w:sz w:val="15"/>
              </w:rPr>
              <w:t>0.0000</w:t>
            </w:r>
          </w:p>
        </w:tc>
        <w:tc>
          <w:tcPr>
            <w:tcW w:w="1234" w:type="dxa"/>
          </w:tcPr>
          <w:p w14:paraId="125FA6DE" w14:textId="77777777" w:rsidR="005503B4" w:rsidRPr="00EE6DD3" w:rsidRDefault="005503B4" w:rsidP="00D65017">
            <w:pPr>
              <w:jc w:val="center"/>
            </w:pPr>
            <w:r w:rsidRPr="00EE6DD3">
              <w:rPr>
                <w:rFonts w:eastAsia="SimSun"/>
                <w:sz w:val="15"/>
              </w:rPr>
              <w:t>***</w:t>
            </w:r>
          </w:p>
        </w:tc>
      </w:tr>
      <w:tr w:rsidR="005503B4" w:rsidRPr="00EE6DD3" w14:paraId="7DD30C7C" w14:textId="77777777" w:rsidTr="00D65017">
        <w:tc>
          <w:tcPr>
            <w:tcW w:w="1234" w:type="dxa"/>
          </w:tcPr>
          <w:p w14:paraId="35CB424D" w14:textId="77777777" w:rsidR="005503B4" w:rsidRPr="00EE6DD3" w:rsidRDefault="005503B4" w:rsidP="00D65017">
            <w:r w:rsidRPr="00EE6DD3">
              <w:rPr>
                <w:rFonts w:eastAsia="SimSun"/>
                <w:sz w:val="15"/>
              </w:rPr>
              <w:t>country_group_BE</w:t>
            </w:r>
          </w:p>
        </w:tc>
        <w:tc>
          <w:tcPr>
            <w:tcW w:w="1234" w:type="dxa"/>
          </w:tcPr>
          <w:p w14:paraId="51BB5B6A" w14:textId="77777777" w:rsidR="005503B4" w:rsidRPr="00EE6DD3" w:rsidRDefault="005503B4" w:rsidP="00D65017">
            <w:pPr>
              <w:jc w:val="center"/>
            </w:pPr>
            <w:r w:rsidRPr="00EE6DD3">
              <w:rPr>
                <w:rFonts w:eastAsia="SimSun"/>
                <w:sz w:val="15"/>
              </w:rPr>
              <w:t>-0.0035</w:t>
            </w:r>
          </w:p>
        </w:tc>
        <w:tc>
          <w:tcPr>
            <w:tcW w:w="1234" w:type="dxa"/>
          </w:tcPr>
          <w:p w14:paraId="1BAECA60" w14:textId="77777777" w:rsidR="005503B4" w:rsidRPr="00EE6DD3" w:rsidRDefault="005503B4" w:rsidP="00D65017">
            <w:pPr>
              <w:jc w:val="center"/>
            </w:pPr>
            <w:r w:rsidRPr="00EE6DD3">
              <w:rPr>
                <w:rFonts w:eastAsia="SimSun"/>
                <w:sz w:val="15"/>
              </w:rPr>
              <w:t>0.0061</w:t>
            </w:r>
          </w:p>
        </w:tc>
        <w:tc>
          <w:tcPr>
            <w:tcW w:w="1234" w:type="dxa"/>
          </w:tcPr>
          <w:p w14:paraId="1B9688B0" w14:textId="77777777" w:rsidR="005503B4" w:rsidRPr="00EE6DD3" w:rsidRDefault="005503B4" w:rsidP="00D65017">
            <w:pPr>
              <w:jc w:val="center"/>
            </w:pPr>
            <w:r w:rsidRPr="00EE6DD3">
              <w:rPr>
                <w:rFonts w:eastAsia="SimSun"/>
                <w:sz w:val="15"/>
              </w:rPr>
              <w:t>-0.0154</w:t>
            </w:r>
          </w:p>
        </w:tc>
        <w:tc>
          <w:tcPr>
            <w:tcW w:w="1234" w:type="dxa"/>
          </w:tcPr>
          <w:p w14:paraId="79068A2C" w14:textId="77777777" w:rsidR="005503B4" w:rsidRPr="00EE6DD3" w:rsidRDefault="005503B4" w:rsidP="00D65017">
            <w:pPr>
              <w:jc w:val="center"/>
            </w:pPr>
            <w:r w:rsidRPr="00EE6DD3">
              <w:rPr>
                <w:rFonts w:eastAsia="SimSun"/>
                <w:sz w:val="15"/>
              </w:rPr>
              <w:t>0.0085</w:t>
            </w:r>
          </w:p>
        </w:tc>
        <w:tc>
          <w:tcPr>
            <w:tcW w:w="1234" w:type="dxa"/>
          </w:tcPr>
          <w:p w14:paraId="0AEFA9B5" w14:textId="77777777" w:rsidR="005503B4" w:rsidRPr="00EE6DD3" w:rsidRDefault="005503B4" w:rsidP="00D65017">
            <w:pPr>
              <w:jc w:val="center"/>
            </w:pPr>
            <w:r w:rsidRPr="00EE6DD3">
              <w:rPr>
                <w:rFonts w:eastAsia="SimSun"/>
                <w:sz w:val="15"/>
              </w:rPr>
              <w:t>0.5703</w:t>
            </w:r>
          </w:p>
        </w:tc>
        <w:tc>
          <w:tcPr>
            <w:tcW w:w="1234" w:type="dxa"/>
          </w:tcPr>
          <w:p w14:paraId="274E31A3" w14:textId="77777777" w:rsidR="005503B4" w:rsidRPr="00EE6DD3" w:rsidRDefault="005503B4" w:rsidP="00D65017">
            <w:pPr>
              <w:jc w:val="center"/>
            </w:pPr>
          </w:p>
        </w:tc>
      </w:tr>
      <w:tr w:rsidR="005503B4" w:rsidRPr="00EE6DD3" w14:paraId="320527AD" w14:textId="77777777" w:rsidTr="00D65017">
        <w:tc>
          <w:tcPr>
            <w:tcW w:w="1234" w:type="dxa"/>
          </w:tcPr>
          <w:p w14:paraId="2492DBD2" w14:textId="77777777" w:rsidR="005503B4" w:rsidRPr="00EE6DD3" w:rsidRDefault="005503B4" w:rsidP="00D65017">
            <w:r w:rsidRPr="00EE6DD3">
              <w:rPr>
                <w:rFonts w:eastAsia="SimSun"/>
                <w:sz w:val="15"/>
              </w:rPr>
              <w:t>country_group_BR</w:t>
            </w:r>
          </w:p>
        </w:tc>
        <w:tc>
          <w:tcPr>
            <w:tcW w:w="1234" w:type="dxa"/>
          </w:tcPr>
          <w:p w14:paraId="3107DAFC" w14:textId="77777777" w:rsidR="005503B4" w:rsidRPr="00EE6DD3" w:rsidRDefault="005503B4" w:rsidP="00D65017">
            <w:pPr>
              <w:jc w:val="center"/>
            </w:pPr>
            <w:r w:rsidRPr="00EE6DD3">
              <w:rPr>
                <w:rFonts w:eastAsia="SimSun"/>
                <w:sz w:val="15"/>
              </w:rPr>
              <w:t>0.0529</w:t>
            </w:r>
          </w:p>
        </w:tc>
        <w:tc>
          <w:tcPr>
            <w:tcW w:w="1234" w:type="dxa"/>
          </w:tcPr>
          <w:p w14:paraId="1568CB45" w14:textId="77777777" w:rsidR="005503B4" w:rsidRPr="00EE6DD3" w:rsidRDefault="005503B4" w:rsidP="00D65017">
            <w:pPr>
              <w:jc w:val="center"/>
            </w:pPr>
            <w:r w:rsidRPr="00EE6DD3">
              <w:rPr>
                <w:rFonts w:eastAsia="SimSun"/>
                <w:sz w:val="15"/>
              </w:rPr>
              <w:t>0.0038</w:t>
            </w:r>
          </w:p>
        </w:tc>
        <w:tc>
          <w:tcPr>
            <w:tcW w:w="1234" w:type="dxa"/>
          </w:tcPr>
          <w:p w14:paraId="704AC1BF" w14:textId="77777777" w:rsidR="005503B4" w:rsidRPr="00EE6DD3" w:rsidRDefault="005503B4" w:rsidP="00D65017">
            <w:pPr>
              <w:jc w:val="center"/>
            </w:pPr>
            <w:r w:rsidRPr="00EE6DD3">
              <w:rPr>
                <w:rFonts w:eastAsia="SimSun"/>
                <w:sz w:val="15"/>
              </w:rPr>
              <w:t>0.0455</w:t>
            </w:r>
          </w:p>
        </w:tc>
        <w:tc>
          <w:tcPr>
            <w:tcW w:w="1234" w:type="dxa"/>
          </w:tcPr>
          <w:p w14:paraId="7EF7B89D" w14:textId="77777777" w:rsidR="005503B4" w:rsidRPr="00EE6DD3" w:rsidRDefault="005503B4" w:rsidP="00D65017">
            <w:pPr>
              <w:jc w:val="center"/>
            </w:pPr>
            <w:r w:rsidRPr="00EE6DD3">
              <w:rPr>
                <w:rFonts w:eastAsia="SimSun"/>
                <w:sz w:val="15"/>
              </w:rPr>
              <w:t>0.0604</w:t>
            </w:r>
          </w:p>
        </w:tc>
        <w:tc>
          <w:tcPr>
            <w:tcW w:w="1234" w:type="dxa"/>
          </w:tcPr>
          <w:p w14:paraId="00726563" w14:textId="77777777" w:rsidR="005503B4" w:rsidRPr="00EE6DD3" w:rsidRDefault="005503B4" w:rsidP="00D65017">
            <w:pPr>
              <w:jc w:val="center"/>
            </w:pPr>
            <w:r w:rsidRPr="00EE6DD3">
              <w:rPr>
                <w:rFonts w:eastAsia="SimSun"/>
                <w:sz w:val="15"/>
              </w:rPr>
              <w:t>0.0000</w:t>
            </w:r>
          </w:p>
        </w:tc>
        <w:tc>
          <w:tcPr>
            <w:tcW w:w="1234" w:type="dxa"/>
          </w:tcPr>
          <w:p w14:paraId="3FA82E4D" w14:textId="77777777" w:rsidR="005503B4" w:rsidRPr="00EE6DD3" w:rsidRDefault="005503B4" w:rsidP="00D65017">
            <w:pPr>
              <w:jc w:val="center"/>
            </w:pPr>
            <w:r w:rsidRPr="00EE6DD3">
              <w:rPr>
                <w:rFonts w:eastAsia="SimSun"/>
                <w:sz w:val="15"/>
              </w:rPr>
              <w:t>***</w:t>
            </w:r>
          </w:p>
        </w:tc>
      </w:tr>
      <w:tr w:rsidR="005503B4" w:rsidRPr="00EE6DD3" w14:paraId="51D7EA12" w14:textId="77777777" w:rsidTr="00D65017">
        <w:tc>
          <w:tcPr>
            <w:tcW w:w="1234" w:type="dxa"/>
          </w:tcPr>
          <w:p w14:paraId="0ACFE5C7" w14:textId="77777777" w:rsidR="005503B4" w:rsidRPr="00EE6DD3" w:rsidRDefault="005503B4" w:rsidP="00D65017">
            <w:r w:rsidRPr="00EE6DD3">
              <w:rPr>
                <w:rFonts w:eastAsia="SimSun"/>
                <w:sz w:val="15"/>
              </w:rPr>
              <w:t>country_group_CA</w:t>
            </w:r>
          </w:p>
        </w:tc>
        <w:tc>
          <w:tcPr>
            <w:tcW w:w="1234" w:type="dxa"/>
          </w:tcPr>
          <w:p w14:paraId="64AEB32C" w14:textId="77777777" w:rsidR="005503B4" w:rsidRPr="00EE6DD3" w:rsidRDefault="005503B4" w:rsidP="00D65017">
            <w:pPr>
              <w:jc w:val="center"/>
            </w:pPr>
            <w:r w:rsidRPr="00EE6DD3">
              <w:rPr>
                <w:rFonts w:eastAsia="SimSun"/>
                <w:sz w:val="15"/>
              </w:rPr>
              <w:t>-0.0138</w:t>
            </w:r>
          </w:p>
        </w:tc>
        <w:tc>
          <w:tcPr>
            <w:tcW w:w="1234" w:type="dxa"/>
          </w:tcPr>
          <w:p w14:paraId="1D1C7B73" w14:textId="77777777" w:rsidR="005503B4" w:rsidRPr="00EE6DD3" w:rsidRDefault="005503B4" w:rsidP="00D65017">
            <w:pPr>
              <w:jc w:val="center"/>
            </w:pPr>
            <w:r w:rsidRPr="00EE6DD3">
              <w:rPr>
                <w:rFonts w:eastAsia="SimSun"/>
                <w:sz w:val="15"/>
              </w:rPr>
              <w:t>0.0038</w:t>
            </w:r>
          </w:p>
        </w:tc>
        <w:tc>
          <w:tcPr>
            <w:tcW w:w="1234" w:type="dxa"/>
          </w:tcPr>
          <w:p w14:paraId="68B8A3CC" w14:textId="77777777" w:rsidR="005503B4" w:rsidRPr="00EE6DD3" w:rsidRDefault="005503B4" w:rsidP="00D65017">
            <w:pPr>
              <w:jc w:val="center"/>
            </w:pPr>
            <w:r w:rsidRPr="00EE6DD3">
              <w:rPr>
                <w:rFonts w:eastAsia="SimSun"/>
                <w:sz w:val="15"/>
              </w:rPr>
              <w:t>-0.0212</w:t>
            </w:r>
          </w:p>
        </w:tc>
        <w:tc>
          <w:tcPr>
            <w:tcW w:w="1234" w:type="dxa"/>
          </w:tcPr>
          <w:p w14:paraId="0E70ABB8" w14:textId="77777777" w:rsidR="005503B4" w:rsidRPr="00EE6DD3" w:rsidRDefault="005503B4" w:rsidP="00D65017">
            <w:pPr>
              <w:jc w:val="center"/>
            </w:pPr>
            <w:r w:rsidRPr="00EE6DD3">
              <w:rPr>
                <w:rFonts w:eastAsia="SimSun"/>
                <w:sz w:val="15"/>
              </w:rPr>
              <w:t>-0.0064</w:t>
            </w:r>
          </w:p>
        </w:tc>
        <w:tc>
          <w:tcPr>
            <w:tcW w:w="1234" w:type="dxa"/>
          </w:tcPr>
          <w:p w14:paraId="137866D2" w14:textId="77777777" w:rsidR="005503B4" w:rsidRPr="00EE6DD3" w:rsidRDefault="005503B4" w:rsidP="00D65017">
            <w:pPr>
              <w:jc w:val="center"/>
            </w:pPr>
            <w:r w:rsidRPr="00EE6DD3">
              <w:rPr>
                <w:rFonts w:eastAsia="SimSun"/>
                <w:sz w:val="15"/>
              </w:rPr>
              <w:t>0.0003</w:t>
            </w:r>
          </w:p>
        </w:tc>
        <w:tc>
          <w:tcPr>
            <w:tcW w:w="1234" w:type="dxa"/>
          </w:tcPr>
          <w:p w14:paraId="0D0D49E1" w14:textId="77777777" w:rsidR="005503B4" w:rsidRPr="00EE6DD3" w:rsidRDefault="005503B4" w:rsidP="00D65017">
            <w:pPr>
              <w:jc w:val="center"/>
            </w:pPr>
            <w:r w:rsidRPr="00EE6DD3">
              <w:rPr>
                <w:rFonts w:eastAsia="SimSun"/>
                <w:sz w:val="15"/>
              </w:rPr>
              <w:t>***</w:t>
            </w:r>
          </w:p>
        </w:tc>
      </w:tr>
      <w:tr w:rsidR="005503B4" w:rsidRPr="00EE6DD3" w14:paraId="77E4A397" w14:textId="77777777" w:rsidTr="00D65017">
        <w:tc>
          <w:tcPr>
            <w:tcW w:w="1234" w:type="dxa"/>
          </w:tcPr>
          <w:p w14:paraId="633B8A41" w14:textId="77777777" w:rsidR="005503B4" w:rsidRPr="00EE6DD3" w:rsidRDefault="005503B4" w:rsidP="00D65017">
            <w:r w:rsidRPr="00EE6DD3">
              <w:rPr>
                <w:rFonts w:eastAsia="SimSun"/>
                <w:sz w:val="15"/>
              </w:rPr>
              <w:t>country_group_CH</w:t>
            </w:r>
          </w:p>
        </w:tc>
        <w:tc>
          <w:tcPr>
            <w:tcW w:w="1234" w:type="dxa"/>
          </w:tcPr>
          <w:p w14:paraId="7E33D805" w14:textId="77777777" w:rsidR="005503B4" w:rsidRPr="00EE6DD3" w:rsidRDefault="005503B4" w:rsidP="00D65017">
            <w:pPr>
              <w:jc w:val="center"/>
            </w:pPr>
            <w:r w:rsidRPr="00EE6DD3">
              <w:rPr>
                <w:rFonts w:eastAsia="SimSun"/>
                <w:sz w:val="15"/>
              </w:rPr>
              <w:t>-0.0049</w:t>
            </w:r>
          </w:p>
        </w:tc>
        <w:tc>
          <w:tcPr>
            <w:tcW w:w="1234" w:type="dxa"/>
          </w:tcPr>
          <w:p w14:paraId="25F3340D" w14:textId="77777777" w:rsidR="005503B4" w:rsidRPr="00EE6DD3" w:rsidRDefault="005503B4" w:rsidP="00D65017">
            <w:pPr>
              <w:jc w:val="center"/>
            </w:pPr>
            <w:r w:rsidRPr="00EE6DD3">
              <w:rPr>
                <w:rFonts w:eastAsia="SimSun"/>
                <w:sz w:val="15"/>
              </w:rPr>
              <w:t>0.0055</w:t>
            </w:r>
          </w:p>
        </w:tc>
        <w:tc>
          <w:tcPr>
            <w:tcW w:w="1234" w:type="dxa"/>
          </w:tcPr>
          <w:p w14:paraId="7E209057" w14:textId="77777777" w:rsidR="005503B4" w:rsidRPr="00EE6DD3" w:rsidRDefault="005503B4" w:rsidP="00D65017">
            <w:pPr>
              <w:jc w:val="center"/>
            </w:pPr>
            <w:r w:rsidRPr="00EE6DD3">
              <w:rPr>
                <w:rFonts w:eastAsia="SimSun"/>
                <w:sz w:val="15"/>
              </w:rPr>
              <w:t>-0.0156</w:t>
            </w:r>
          </w:p>
        </w:tc>
        <w:tc>
          <w:tcPr>
            <w:tcW w:w="1234" w:type="dxa"/>
          </w:tcPr>
          <w:p w14:paraId="424E4D98" w14:textId="77777777" w:rsidR="005503B4" w:rsidRPr="00EE6DD3" w:rsidRDefault="005503B4" w:rsidP="00D65017">
            <w:pPr>
              <w:jc w:val="center"/>
            </w:pPr>
            <w:r w:rsidRPr="00EE6DD3">
              <w:rPr>
                <w:rFonts w:eastAsia="SimSun"/>
                <w:sz w:val="15"/>
              </w:rPr>
              <w:t>0.0058</w:t>
            </w:r>
          </w:p>
        </w:tc>
        <w:tc>
          <w:tcPr>
            <w:tcW w:w="1234" w:type="dxa"/>
          </w:tcPr>
          <w:p w14:paraId="5103A0F3" w14:textId="77777777" w:rsidR="005503B4" w:rsidRPr="00EE6DD3" w:rsidRDefault="005503B4" w:rsidP="00D65017">
            <w:pPr>
              <w:jc w:val="center"/>
            </w:pPr>
            <w:r w:rsidRPr="00EE6DD3">
              <w:rPr>
                <w:rFonts w:eastAsia="SimSun"/>
                <w:sz w:val="15"/>
              </w:rPr>
              <w:t>0.3703</w:t>
            </w:r>
          </w:p>
        </w:tc>
        <w:tc>
          <w:tcPr>
            <w:tcW w:w="1234" w:type="dxa"/>
          </w:tcPr>
          <w:p w14:paraId="1342773A" w14:textId="77777777" w:rsidR="005503B4" w:rsidRPr="00EE6DD3" w:rsidRDefault="005503B4" w:rsidP="00D65017">
            <w:pPr>
              <w:jc w:val="center"/>
            </w:pPr>
          </w:p>
        </w:tc>
      </w:tr>
      <w:tr w:rsidR="005503B4" w:rsidRPr="00EE6DD3" w14:paraId="4AB5B48E" w14:textId="77777777" w:rsidTr="00D65017">
        <w:tc>
          <w:tcPr>
            <w:tcW w:w="1234" w:type="dxa"/>
          </w:tcPr>
          <w:p w14:paraId="1964C88D" w14:textId="77777777" w:rsidR="005503B4" w:rsidRPr="00EE6DD3" w:rsidRDefault="005503B4" w:rsidP="00D65017">
            <w:r w:rsidRPr="00EE6DD3">
              <w:rPr>
                <w:rFonts w:eastAsia="SimSun"/>
                <w:sz w:val="15"/>
              </w:rPr>
              <w:t>country_group_CN</w:t>
            </w:r>
          </w:p>
        </w:tc>
        <w:tc>
          <w:tcPr>
            <w:tcW w:w="1234" w:type="dxa"/>
          </w:tcPr>
          <w:p w14:paraId="4A6E83E4" w14:textId="77777777" w:rsidR="005503B4" w:rsidRPr="00EE6DD3" w:rsidRDefault="005503B4" w:rsidP="00D65017">
            <w:pPr>
              <w:jc w:val="center"/>
            </w:pPr>
            <w:r w:rsidRPr="00EE6DD3">
              <w:rPr>
                <w:rFonts w:eastAsia="SimSun"/>
                <w:sz w:val="15"/>
              </w:rPr>
              <w:t>0.0495</w:t>
            </w:r>
          </w:p>
        </w:tc>
        <w:tc>
          <w:tcPr>
            <w:tcW w:w="1234" w:type="dxa"/>
          </w:tcPr>
          <w:p w14:paraId="0CC6A44A" w14:textId="77777777" w:rsidR="005503B4" w:rsidRPr="00EE6DD3" w:rsidRDefault="005503B4" w:rsidP="00D65017">
            <w:pPr>
              <w:jc w:val="center"/>
            </w:pPr>
            <w:r w:rsidRPr="00EE6DD3">
              <w:rPr>
                <w:rFonts w:eastAsia="SimSun"/>
                <w:sz w:val="15"/>
              </w:rPr>
              <w:t>0.0029</w:t>
            </w:r>
          </w:p>
        </w:tc>
        <w:tc>
          <w:tcPr>
            <w:tcW w:w="1234" w:type="dxa"/>
          </w:tcPr>
          <w:p w14:paraId="3B9951EC" w14:textId="77777777" w:rsidR="005503B4" w:rsidRPr="00EE6DD3" w:rsidRDefault="005503B4" w:rsidP="00D65017">
            <w:pPr>
              <w:jc w:val="center"/>
            </w:pPr>
            <w:r w:rsidRPr="00EE6DD3">
              <w:rPr>
                <w:rFonts w:eastAsia="SimSun"/>
                <w:sz w:val="15"/>
              </w:rPr>
              <w:t>0.0438</w:t>
            </w:r>
          </w:p>
        </w:tc>
        <w:tc>
          <w:tcPr>
            <w:tcW w:w="1234" w:type="dxa"/>
          </w:tcPr>
          <w:p w14:paraId="03E89691" w14:textId="77777777" w:rsidR="005503B4" w:rsidRPr="00EE6DD3" w:rsidRDefault="005503B4" w:rsidP="00D65017">
            <w:pPr>
              <w:jc w:val="center"/>
            </w:pPr>
            <w:r w:rsidRPr="00EE6DD3">
              <w:rPr>
                <w:rFonts w:eastAsia="SimSun"/>
                <w:sz w:val="15"/>
              </w:rPr>
              <w:t>0.0551</w:t>
            </w:r>
          </w:p>
        </w:tc>
        <w:tc>
          <w:tcPr>
            <w:tcW w:w="1234" w:type="dxa"/>
          </w:tcPr>
          <w:p w14:paraId="0CE4E543" w14:textId="77777777" w:rsidR="005503B4" w:rsidRPr="00EE6DD3" w:rsidRDefault="005503B4" w:rsidP="00D65017">
            <w:pPr>
              <w:jc w:val="center"/>
            </w:pPr>
            <w:r w:rsidRPr="00EE6DD3">
              <w:rPr>
                <w:rFonts w:eastAsia="SimSun"/>
                <w:sz w:val="15"/>
              </w:rPr>
              <w:t>0.0000</w:t>
            </w:r>
          </w:p>
        </w:tc>
        <w:tc>
          <w:tcPr>
            <w:tcW w:w="1234" w:type="dxa"/>
          </w:tcPr>
          <w:p w14:paraId="443BF1BD" w14:textId="77777777" w:rsidR="005503B4" w:rsidRPr="00EE6DD3" w:rsidRDefault="005503B4" w:rsidP="00D65017">
            <w:pPr>
              <w:jc w:val="center"/>
            </w:pPr>
            <w:r w:rsidRPr="00EE6DD3">
              <w:rPr>
                <w:rFonts w:eastAsia="SimSun"/>
                <w:sz w:val="15"/>
              </w:rPr>
              <w:t>***</w:t>
            </w:r>
          </w:p>
        </w:tc>
      </w:tr>
      <w:tr w:rsidR="005503B4" w:rsidRPr="00EE6DD3" w14:paraId="74652F44" w14:textId="77777777" w:rsidTr="00D65017">
        <w:tc>
          <w:tcPr>
            <w:tcW w:w="1234" w:type="dxa"/>
          </w:tcPr>
          <w:p w14:paraId="37DC7DB5" w14:textId="77777777" w:rsidR="005503B4" w:rsidRPr="00EE6DD3" w:rsidRDefault="005503B4" w:rsidP="00D65017">
            <w:r w:rsidRPr="00EE6DD3">
              <w:rPr>
                <w:rFonts w:eastAsia="SimSun"/>
                <w:sz w:val="15"/>
              </w:rPr>
              <w:t>country_group_CZ</w:t>
            </w:r>
          </w:p>
        </w:tc>
        <w:tc>
          <w:tcPr>
            <w:tcW w:w="1234" w:type="dxa"/>
          </w:tcPr>
          <w:p w14:paraId="20CF6598" w14:textId="77777777" w:rsidR="005503B4" w:rsidRPr="00EE6DD3" w:rsidRDefault="005503B4" w:rsidP="00D65017">
            <w:pPr>
              <w:jc w:val="center"/>
            </w:pPr>
            <w:r w:rsidRPr="00EE6DD3">
              <w:rPr>
                <w:rFonts w:eastAsia="SimSun"/>
                <w:sz w:val="15"/>
              </w:rPr>
              <w:t>0.0298</w:t>
            </w:r>
          </w:p>
        </w:tc>
        <w:tc>
          <w:tcPr>
            <w:tcW w:w="1234" w:type="dxa"/>
          </w:tcPr>
          <w:p w14:paraId="4F792DB8" w14:textId="77777777" w:rsidR="005503B4" w:rsidRPr="00EE6DD3" w:rsidRDefault="005503B4" w:rsidP="00D65017">
            <w:pPr>
              <w:jc w:val="center"/>
            </w:pPr>
            <w:r w:rsidRPr="00EE6DD3">
              <w:rPr>
                <w:rFonts w:eastAsia="SimSun"/>
                <w:sz w:val="15"/>
              </w:rPr>
              <w:t>0.0064</w:t>
            </w:r>
          </w:p>
        </w:tc>
        <w:tc>
          <w:tcPr>
            <w:tcW w:w="1234" w:type="dxa"/>
          </w:tcPr>
          <w:p w14:paraId="76DBB9D7" w14:textId="77777777" w:rsidR="005503B4" w:rsidRPr="00EE6DD3" w:rsidRDefault="005503B4" w:rsidP="00D65017">
            <w:pPr>
              <w:jc w:val="center"/>
            </w:pPr>
            <w:r w:rsidRPr="00EE6DD3">
              <w:rPr>
                <w:rFonts w:eastAsia="SimSun"/>
                <w:sz w:val="15"/>
              </w:rPr>
              <w:t>0.0173</w:t>
            </w:r>
          </w:p>
        </w:tc>
        <w:tc>
          <w:tcPr>
            <w:tcW w:w="1234" w:type="dxa"/>
          </w:tcPr>
          <w:p w14:paraId="667570AD" w14:textId="77777777" w:rsidR="005503B4" w:rsidRPr="00EE6DD3" w:rsidRDefault="005503B4" w:rsidP="00D65017">
            <w:pPr>
              <w:jc w:val="center"/>
            </w:pPr>
            <w:r w:rsidRPr="00EE6DD3">
              <w:rPr>
                <w:rFonts w:eastAsia="SimSun"/>
                <w:sz w:val="15"/>
              </w:rPr>
              <w:t>0.0423</w:t>
            </w:r>
          </w:p>
        </w:tc>
        <w:tc>
          <w:tcPr>
            <w:tcW w:w="1234" w:type="dxa"/>
          </w:tcPr>
          <w:p w14:paraId="42709B8D" w14:textId="77777777" w:rsidR="005503B4" w:rsidRPr="00EE6DD3" w:rsidRDefault="005503B4" w:rsidP="00D65017">
            <w:pPr>
              <w:jc w:val="center"/>
            </w:pPr>
            <w:r w:rsidRPr="00EE6DD3">
              <w:rPr>
                <w:rFonts w:eastAsia="SimSun"/>
                <w:sz w:val="15"/>
              </w:rPr>
              <w:t>0.0000</w:t>
            </w:r>
          </w:p>
        </w:tc>
        <w:tc>
          <w:tcPr>
            <w:tcW w:w="1234" w:type="dxa"/>
          </w:tcPr>
          <w:p w14:paraId="750C4FFA" w14:textId="77777777" w:rsidR="005503B4" w:rsidRPr="00EE6DD3" w:rsidRDefault="005503B4" w:rsidP="00D65017">
            <w:pPr>
              <w:jc w:val="center"/>
            </w:pPr>
            <w:r w:rsidRPr="00EE6DD3">
              <w:rPr>
                <w:rFonts w:eastAsia="SimSun"/>
                <w:sz w:val="15"/>
              </w:rPr>
              <w:t>***</w:t>
            </w:r>
          </w:p>
        </w:tc>
      </w:tr>
      <w:tr w:rsidR="005503B4" w:rsidRPr="00EE6DD3" w14:paraId="42C08520" w14:textId="77777777" w:rsidTr="00D65017">
        <w:tc>
          <w:tcPr>
            <w:tcW w:w="1234" w:type="dxa"/>
          </w:tcPr>
          <w:p w14:paraId="68D330DF" w14:textId="77777777" w:rsidR="005503B4" w:rsidRPr="00EE6DD3" w:rsidRDefault="005503B4" w:rsidP="00D65017">
            <w:r w:rsidRPr="00EE6DD3">
              <w:rPr>
                <w:rFonts w:eastAsia="SimSun"/>
                <w:sz w:val="15"/>
              </w:rPr>
              <w:t>country_group_DE</w:t>
            </w:r>
          </w:p>
        </w:tc>
        <w:tc>
          <w:tcPr>
            <w:tcW w:w="1234" w:type="dxa"/>
          </w:tcPr>
          <w:p w14:paraId="0906CDE1" w14:textId="77777777" w:rsidR="005503B4" w:rsidRPr="00EE6DD3" w:rsidRDefault="005503B4" w:rsidP="00D65017">
            <w:pPr>
              <w:jc w:val="center"/>
            </w:pPr>
            <w:r w:rsidRPr="00EE6DD3">
              <w:rPr>
                <w:rFonts w:eastAsia="SimSun"/>
                <w:sz w:val="15"/>
              </w:rPr>
              <w:t>-0.0186</w:t>
            </w:r>
          </w:p>
        </w:tc>
        <w:tc>
          <w:tcPr>
            <w:tcW w:w="1234" w:type="dxa"/>
          </w:tcPr>
          <w:p w14:paraId="6514F5AC" w14:textId="77777777" w:rsidR="005503B4" w:rsidRPr="00EE6DD3" w:rsidRDefault="005503B4" w:rsidP="00D65017">
            <w:pPr>
              <w:jc w:val="center"/>
            </w:pPr>
            <w:r w:rsidRPr="00EE6DD3">
              <w:rPr>
                <w:rFonts w:eastAsia="SimSun"/>
                <w:sz w:val="15"/>
              </w:rPr>
              <w:t>0.0036</w:t>
            </w:r>
          </w:p>
        </w:tc>
        <w:tc>
          <w:tcPr>
            <w:tcW w:w="1234" w:type="dxa"/>
          </w:tcPr>
          <w:p w14:paraId="7021A584" w14:textId="77777777" w:rsidR="005503B4" w:rsidRPr="00EE6DD3" w:rsidRDefault="005503B4" w:rsidP="00D65017">
            <w:pPr>
              <w:jc w:val="center"/>
            </w:pPr>
            <w:r w:rsidRPr="00EE6DD3">
              <w:rPr>
                <w:rFonts w:eastAsia="SimSun"/>
                <w:sz w:val="15"/>
              </w:rPr>
              <w:t>-0.0256</w:t>
            </w:r>
          </w:p>
        </w:tc>
        <w:tc>
          <w:tcPr>
            <w:tcW w:w="1234" w:type="dxa"/>
          </w:tcPr>
          <w:p w14:paraId="55D7B795" w14:textId="77777777" w:rsidR="005503B4" w:rsidRPr="00EE6DD3" w:rsidRDefault="005503B4" w:rsidP="00D65017">
            <w:pPr>
              <w:jc w:val="center"/>
            </w:pPr>
            <w:r w:rsidRPr="00EE6DD3">
              <w:rPr>
                <w:rFonts w:eastAsia="SimSun"/>
                <w:sz w:val="15"/>
              </w:rPr>
              <w:t>-0.0116</w:t>
            </w:r>
          </w:p>
        </w:tc>
        <w:tc>
          <w:tcPr>
            <w:tcW w:w="1234" w:type="dxa"/>
          </w:tcPr>
          <w:p w14:paraId="4FAAA7EB" w14:textId="77777777" w:rsidR="005503B4" w:rsidRPr="00EE6DD3" w:rsidRDefault="005503B4" w:rsidP="00D65017">
            <w:pPr>
              <w:jc w:val="center"/>
            </w:pPr>
            <w:r w:rsidRPr="00EE6DD3">
              <w:rPr>
                <w:rFonts w:eastAsia="SimSun"/>
                <w:sz w:val="15"/>
              </w:rPr>
              <w:t>0.0000</w:t>
            </w:r>
          </w:p>
        </w:tc>
        <w:tc>
          <w:tcPr>
            <w:tcW w:w="1234" w:type="dxa"/>
          </w:tcPr>
          <w:p w14:paraId="60F8C593" w14:textId="77777777" w:rsidR="005503B4" w:rsidRPr="00EE6DD3" w:rsidRDefault="005503B4" w:rsidP="00D65017">
            <w:pPr>
              <w:jc w:val="center"/>
            </w:pPr>
            <w:r w:rsidRPr="00EE6DD3">
              <w:rPr>
                <w:rFonts w:eastAsia="SimSun"/>
                <w:sz w:val="15"/>
              </w:rPr>
              <w:t>***</w:t>
            </w:r>
          </w:p>
        </w:tc>
      </w:tr>
      <w:tr w:rsidR="005503B4" w:rsidRPr="00EE6DD3" w14:paraId="46DD6573" w14:textId="77777777" w:rsidTr="00D65017">
        <w:tc>
          <w:tcPr>
            <w:tcW w:w="1234" w:type="dxa"/>
          </w:tcPr>
          <w:p w14:paraId="6EBFE59A" w14:textId="77777777" w:rsidR="005503B4" w:rsidRPr="00EE6DD3" w:rsidRDefault="005503B4" w:rsidP="00D65017">
            <w:r w:rsidRPr="00EE6DD3">
              <w:rPr>
                <w:rFonts w:eastAsia="SimSun"/>
                <w:sz w:val="15"/>
              </w:rPr>
              <w:t>country_group_EG</w:t>
            </w:r>
          </w:p>
        </w:tc>
        <w:tc>
          <w:tcPr>
            <w:tcW w:w="1234" w:type="dxa"/>
          </w:tcPr>
          <w:p w14:paraId="52D84200" w14:textId="77777777" w:rsidR="005503B4" w:rsidRPr="00EE6DD3" w:rsidRDefault="005503B4" w:rsidP="00D65017">
            <w:pPr>
              <w:jc w:val="center"/>
            </w:pPr>
            <w:r w:rsidRPr="00EE6DD3">
              <w:rPr>
                <w:rFonts w:eastAsia="SimSun"/>
                <w:sz w:val="15"/>
              </w:rPr>
              <w:t>0.0718</w:t>
            </w:r>
          </w:p>
        </w:tc>
        <w:tc>
          <w:tcPr>
            <w:tcW w:w="1234" w:type="dxa"/>
          </w:tcPr>
          <w:p w14:paraId="4D68D9FC" w14:textId="77777777" w:rsidR="005503B4" w:rsidRPr="00EE6DD3" w:rsidRDefault="005503B4" w:rsidP="00D65017">
            <w:pPr>
              <w:jc w:val="center"/>
            </w:pPr>
            <w:r w:rsidRPr="00EE6DD3">
              <w:rPr>
                <w:rFonts w:eastAsia="SimSun"/>
                <w:sz w:val="15"/>
              </w:rPr>
              <w:t>0.0048</w:t>
            </w:r>
          </w:p>
        </w:tc>
        <w:tc>
          <w:tcPr>
            <w:tcW w:w="1234" w:type="dxa"/>
          </w:tcPr>
          <w:p w14:paraId="4A7F662C" w14:textId="77777777" w:rsidR="005503B4" w:rsidRPr="00EE6DD3" w:rsidRDefault="005503B4" w:rsidP="00D65017">
            <w:pPr>
              <w:jc w:val="center"/>
            </w:pPr>
            <w:r w:rsidRPr="00EE6DD3">
              <w:rPr>
                <w:rFonts w:eastAsia="SimSun"/>
                <w:sz w:val="15"/>
              </w:rPr>
              <w:t>0.0623</w:t>
            </w:r>
          </w:p>
        </w:tc>
        <w:tc>
          <w:tcPr>
            <w:tcW w:w="1234" w:type="dxa"/>
          </w:tcPr>
          <w:p w14:paraId="147F86B8" w14:textId="77777777" w:rsidR="005503B4" w:rsidRPr="00EE6DD3" w:rsidRDefault="005503B4" w:rsidP="00D65017">
            <w:pPr>
              <w:jc w:val="center"/>
            </w:pPr>
            <w:r w:rsidRPr="00EE6DD3">
              <w:rPr>
                <w:rFonts w:eastAsia="SimSun"/>
                <w:sz w:val="15"/>
              </w:rPr>
              <w:t>0.0812</w:t>
            </w:r>
          </w:p>
        </w:tc>
        <w:tc>
          <w:tcPr>
            <w:tcW w:w="1234" w:type="dxa"/>
          </w:tcPr>
          <w:p w14:paraId="7B60076C" w14:textId="77777777" w:rsidR="005503B4" w:rsidRPr="00EE6DD3" w:rsidRDefault="005503B4" w:rsidP="00D65017">
            <w:pPr>
              <w:jc w:val="center"/>
            </w:pPr>
            <w:r w:rsidRPr="00EE6DD3">
              <w:rPr>
                <w:rFonts w:eastAsia="SimSun"/>
                <w:sz w:val="15"/>
              </w:rPr>
              <w:t>0.0000</w:t>
            </w:r>
          </w:p>
        </w:tc>
        <w:tc>
          <w:tcPr>
            <w:tcW w:w="1234" w:type="dxa"/>
          </w:tcPr>
          <w:p w14:paraId="2E09BE7C" w14:textId="77777777" w:rsidR="005503B4" w:rsidRPr="00EE6DD3" w:rsidRDefault="005503B4" w:rsidP="00D65017">
            <w:pPr>
              <w:jc w:val="center"/>
            </w:pPr>
            <w:r w:rsidRPr="00EE6DD3">
              <w:rPr>
                <w:rFonts w:eastAsia="SimSun"/>
                <w:sz w:val="15"/>
              </w:rPr>
              <w:t>***</w:t>
            </w:r>
          </w:p>
        </w:tc>
      </w:tr>
      <w:tr w:rsidR="005503B4" w:rsidRPr="00EE6DD3" w14:paraId="5F1DC4B4" w14:textId="77777777" w:rsidTr="00D65017">
        <w:tc>
          <w:tcPr>
            <w:tcW w:w="1234" w:type="dxa"/>
          </w:tcPr>
          <w:p w14:paraId="3689D4C7" w14:textId="77777777" w:rsidR="005503B4" w:rsidRPr="00EE6DD3" w:rsidRDefault="005503B4" w:rsidP="00D65017">
            <w:r w:rsidRPr="00EE6DD3">
              <w:rPr>
                <w:rFonts w:eastAsia="SimSun"/>
                <w:sz w:val="15"/>
              </w:rPr>
              <w:t>country_group_ES</w:t>
            </w:r>
          </w:p>
        </w:tc>
        <w:tc>
          <w:tcPr>
            <w:tcW w:w="1234" w:type="dxa"/>
          </w:tcPr>
          <w:p w14:paraId="60B4B4A0" w14:textId="77777777" w:rsidR="005503B4" w:rsidRPr="00EE6DD3" w:rsidRDefault="005503B4" w:rsidP="00D65017">
            <w:pPr>
              <w:jc w:val="center"/>
            </w:pPr>
            <w:r w:rsidRPr="00EE6DD3">
              <w:rPr>
                <w:rFonts w:eastAsia="SimSun"/>
                <w:sz w:val="15"/>
              </w:rPr>
              <w:t>0.0184</w:t>
            </w:r>
          </w:p>
        </w:tc>
        <w:tc>
          <w:tcPr>
            <w:tcW w:w="1234" w:type="dxa"/>
          </w:tcPr>
          <w:p w14:paraId="0F825244" w14:textId="77777777" w:rsidR="005503B4" w:rsidRPr="00EE6DD3" w:rsidRDefault="005503B4" w:rsidP="00D65017">
            <w:pPr>
              <w:jc w:val="center"/>
            </w:pPr>
            <w:r w:rsidRPr="00EE6DD3">
              <w:rPr>
                <w:rFonts w:eastAsia="SimSun"/>
                <w:sz w:val="15"/>
              </w:rPr>
              <w:t>0.0039</w:t>
            </w:r>
          </w:p>
        </w:tc>
        <w:tc>
          <w:tcPr>
            <w:tcW w:w="1234" w:type="dxa"/>
          </w:tcPr>
          <w:p w14:paraId="159AC303" w14:textId="77777777" w:rsidR="005503B4" w:rsidRPr="00EE6DD3" w:rsidRDefault="005503B4" w:rsidP="00D65017">
            <w:pPr>
              <w:jc w:val="center"/>
            </w:pPr>
            <w:r w:rsidRPr="00EE6DD3">
              <w:rPr>
                <w:rFonts w:eastAsia="SimSun"/>
                <w:sz w:val="15"/>
              </w:rPr>
              <w:t>0.0107</w:t>
            </w:r>
          </w:p>
        </w:tc>
        <w:tc>
          <w:tcPr>
            <w:tcW w:w="1234" w:type="dxa"/>
          </w:tcPr>
          <w:p w14:paraId="6D38086E" w14:textId="77777777" w:rsidR="005503B4" w:rsidRPr="00EE6DD3" w:rsidRDefault="005503B4" w:rsidP="00D65017">
            <w:pPr>
              <w:jc w:val="center"/>
            </w:pPr>
            <w:r w:rsidRPr="00EE6DD3">
              <w:rPr>
                <w:rFonts w:eastAsia="SimSun"/>
                <w:sz w:val="15"/>
              </w:rPr>
              <w:t>0.0261</w:t>
            </w:r>
          </w:p>
        </w:tc>
        <w:tc>
          <w:tcPr>
            <w:tcW w:w="1234" w:type="dxa"/>
          </w:tcPr>
          <w:p w14:paraId="19A84299" w14:textId="77777777" w:rsidR="005503B4" w:rsidRPr="00EE6DD3" w:rsidRDefault="005503B4" w:rsidP="00D65017">
            <w:pPr>
              <w:jc w:val="center"/>
            </w:pPr>
            <w:r w:rsidRPr="00EE6DD3">
              <w:rPr>
                <w:rFonts w:eastAsia="SimSun"/>
                <w:sz w:val="15"/>
              </w:rPr>
              <w:t>0.0000</w:t>
            </w:r>
          </w:p>
        </w:tc>
        <w:tc>
          <w:tcPr>
            <w:tcW w:w="1234" w:type="dxa"/>
          </w:tcPr>
          <w:p w14:paraId="670FAAF1" w14:textId="77777777" w:rsidR="005503B4" w:rsidRPr="00EE6DD3" w:rsidRDefault="005503B4" w:rsidP="00D65017">
            <w:pPr>
              <w:jc w:val="center"/>
            </w:pPr>
            <w:r w:rsidRPr="00EE6DD3">
              <w:rPr>
                <w:rFonts w:eastAsia="SimSun"/>
                <w:sz w:val="15"/>
              </w:rPr>
              <w:t>***</w:t>
            </w:r>
          </w:p>
        </w:tc>
      </w:tr>
      <w:tr w:rsidR="005503B4" w:rsidRPr="00EE6DD3" w14:paraId="42B847CA" w14:textId="77777777" w:rsidTr="00D65017">
        <w:tc>
          <w:tcPr>
            <w:tcW w:w="1234" w:type="dxa"/>
          </w:tcPr>
          <w:p w14:paraId="14100F7A" w14:textId="77777777" w:rsidR="005503B4" w:rsidRPr="00EE6DD3" w:rsidRDefault="005503B4" w:rsidP="00D65017">
            <w:r w:rsidRPr="00EE6DD3">
              <w:rPr>
                <w:rFonts w:eastAsia="SimSun"/>
                <w:sz w:val="15"/>
              </w:rPr>
              <w:t>country_group_FR</w:t>
            </w:r>
          </w:p>
        </w:tc>
        <w:tc>
          <w:tcPr>
            <w:tcW w:w="1234" w:type="dxa"/>
          </w:tcPr>
          <w:p w14:paraId="472E65E1" w14:textId="77777777" w:rsidR="005503B4" w:rsidRPr="00EE6DD3" w:rsidRDefault="005503B4" w:rsidP="00D65017">
            <w:pPr>
              <w:jc w:val="center"/>
            </w:pPr>
            <w:r w:rsidRPr="00EE6DD3">
              <w:rPr>
                <w:rFonts w:eastAsia="SimSun"/>
                <w:sz w:val="15"/>
              </w:rPr>
              <w:t>-0.0450</w:t>
            </w:r>
          </w:p>
        </w:tc>
        <w:tc>
          <w:tcPr>
            <w:tcW w:w="1234" w:type="dxa"/>
          </w:tcPr>
          <w:p w14:paraId="5A07492B" w14:textId="77777777" w:rsidR="005503B4" w:rsidRPr="00EE6DD3" w:rsidRDefault="005503B4" w:rsidP="00D65017">
            <w:pPr>
              <w:jc w:val="center"/>
            </w:pPr>
            <w:r w:rsidRPr="00EE6DD3">
              <w:rPr>
                <w:rFonts w:eastAsia="SimSun"/>
                <w:sz w:val="15"/>
              </w:rPr>
              <w:t>0.0045</w:t>
            </w:r>
          </w:p>
        </w:tc>
        <w:tc>
          <w:tcPr>
            <w:tcW w:w="1234" w:type="dxa"/>
          </w:tcPr>
          <w:p w14:paraId="648EEE0E" w14:textId="77777777" w:rsidR="005503B4" w:rsidRPr="00EE6DD3" w:rsidRDefault="005503B4" w:rsidP="00D65017">
            <w:pPr>
              <w:jc w:val="center"/>
            </w:pPr>
            <w:r w:rsidRPr="00EE6DD3">
              <w:rPr>
                <w:rFonts w:eastAsia="SimSun"/>
                <w:sz w:val="15"/>
              </w:rPr>
              <w:t>-0.0538</w:t>
            </w:r>
          </w:p>
        </w:tc>
        <w:tc>
          <w:tcPr>
            <w:tcW w:w="1234" w:type="dxa"/>
          </w:tcPr>
          <w:p w14:paraId="5A4F7D74" w14:textId="77777777" w:rsidR="005503B4" w:rsidRPr="00EE6DD3" w:rsidRDefault="005503B4" w:rsidP="00D65017">
            <w:pPr>
              <w:jc w:val="center"/>
            </w:pPr>
            <w:r w:rsidRPr="00EE6DD3">
              <w:rPr>
                <w:rFonts w:eastAsia="SimSun"/>
                <w:sz w:val="15"/>
              </w:rPr>
              <w:t>-0.0361</w:t>
            </w:r>
          </w:p>
        </w:tc>
        <w:tc>
          <w:tcPr>
            <w:tcW w:w="1234" w:type="dxa"/>
          </w:tcPr>
          <w:p w14:paraId="368CBA56" w14:textId="77777777" w:rsidR="005503B4" w:rsidRPr="00EE6DD3" w:rsidRDefault="005503B4" w:rsidP="00D65017">
            <w:pPr>
              <w:jc w:val="center"/>
            </w:pPr>
            <w:r w:rsidRPr="00EE6DD3">
              <w:rPr>
                <w:rFonts w:eastAsia="SimSun"/>
                <w:sz w:val="15"/>
              </w:rPr>
              <w:t>0.0000</w:t>
            </w:r>
          </w:p>
        </w:tc>
        <w:tc>
          <w:tcPr>
            <w:tcW w:w="1234" w:type="dxa"/>
          </w:tcPr>
          <w:p w14:paraId="4FD53DFF" w14:textId="77777777" w:rsidR="005503B4" w:rsidRPr="00EE6DD3" w:rsidRDefault="005503B4" w:rsidP="00D65017">
            <w:pPr>
              <w:jc w:val="center"/>
            </w:pPr>
            <w:r w:rsidRPr="00EE6DD3">
              <w:rPr>
                <w:rFonts w:eastAsia="SimSun"/>
                <w:sz w:val="15"/>
              </w:rPr>
              <w:t>***</w:t>
            </w:r>
          </w:p>
        </w:tc>
      </w:tr>
      <w:tr w:rsidR="005503B4" w:rsidRPr="00EE6DD3" w14:paraId="431F4D89" w14:textId="77777777" w:rsidTr="00D65017">
        <w:tc>
          <w:tcPr>
            <w:tcW w:w="1234" w:type="dxa"/>
          </w:tcPr>
          <w:p w14:paraId="32A6D64B" w14:textId="77777777" w:rsidR="005503B4" w:rsidRPr="00EE6DD3" w:rsidRDefault="005503B4" w:rsidP="00D65017">
            <w:r w:rsidRPr="00EE6DD3">
              <w:rPr>
                <w:rFonts w:eastAsia="SimSun"/>
                <w:sz w:val="15"/>
              </w:rPr>
              <w:t>country_group_GB</w:t>
            </w:r>
          </w:p>
        </w:tc>
        <w:tc>
          <w:tcPr>
            <w:tcW w:w="1234" w:type="dxa"/>
          </w:tcPr>
          <w:p w14:paraId="4577C0C8" w14:textId="77777777" w:rsidR="005503B4" w:rsidRPr="00EE6DD3" w:rsidRDefault="005503B4" w:rsidP="00D65017">
            <w:pPr>
              <w:jc w:val="center"/>
            </w:pPr>
            <w:r w:rsidRPr="00EE6DD3">
              <w:rPr>
                <w:rFonts w:eastAsia="SimSun"/>
                <w:sz w:val="15"/>
              </w:rPr>
              <w:t>-0.0084</w:t>
            </w:r>
          </w:p>
        </w:tc>
        <w:tc>
          <w:tcPr>
            <w:tcW w:w="1234" w:type="dxa"/>
          </w:tcPr>
          <w:p w14:paraId="1E2B81B7" w14:textId="77777777" w:rsidR="005503B4" w:rsidRPr="00EE6DD3" w:rsidRDefault="005503B4" w:rsidP="00D65017">
            <w:pPr>
              <w:jc w:val="center"/>
            </w:pPr>
            <w:r w:rsidRPr="00EE6DD3">
              <w:rPr>
                <w:rFonts w:eastAsia="SimSun"/>
                <w:sz w:val="15"/>
              </w:rPr>
              <w:t>0.0032</w:t>
            </w:r>
          </w:p>
        </w:tc>
        <w:tc>
          <w:tcPr>
            <w:tcW w:w="1234" w:type="dxa"/>
          </w:tcPr>
          <w:p w14:paraId="061C00C8" w14:textId="77777777" w:rsidR="005503B4" w:rsidRPr="00EE6DD3" w:rsidRDefault="005503B4" w:rsidP="00D65017">
            <w:pPr>
              <w:jc w:val="center"/>
            </w:pPr>
            <w:r w:rsidRPr="00EE6DD3">
              <w:rPr>
                <w:rFonts w:eastAsia="SimSun"/>
                <w:sz w:val="15"/>
              </w:rPr>
              <w:t>-0.0147</w:t>
            </w:r>
          </w:p>
        </w:tc>
        <w:tc>
          <w:tcPr>
            <w:tcW w:w="1234" w:type="dxa"/>
          </w:tcPr>
          <w:p w14:paraId="7B56AE14" w14:textId="77777777" w:rsidR="005503B4" w:rsidRPr="00EE6DD3" w:rsidRDefault="005503B4" w:rsidP="00D65017">
            <w:pPr>
              <w:jc w:val="center"/>
            </w:pPr>
            <w:r w:rsidRPr="00EE6DD3">
              <w:rPr>
                <w:rFonts w:eastAsia="SimSun"/>
                <w:sz w:val="15"/>
              </w:rPr>
              <w:t>-0.0020</w:t>
            </w:r>
          </w:p>
        </w:tc>
        <w:tc>
          <w:tcPr>
            <w:tcW w:w="1234" w:type="dxa"/>
          </w:tcPr>
          <w:p w14:paraId="476122A9" w14:textId="77777777" w:rsidR="005503B4" w:rsidRPr="00EE6DD3" w:rsidRDefault="005503B4" w:rsidP="00D65017">
            <w:pPr>
              <w:jc w:val="center"/>
            </w:pPr>
            <w:r w:rsidRPr="00EE6DD3">
              <w:rPr>
                <w:rFonts w:eastAsia="SimSun"/>
                <w:sz w:val="15"/>
              </w:rPr>
              <w:t>0.0100</w:t>
            </w:r>
          </w:p>
        </w:tc>
        <w:tc>
          <w:tcPr>
            <w:tcW w:w="1234" w:type="dxa"/>
          </w:tcPr>
          <w:p w14:paraId="747B8EB9" w14:textId="77777777" w:rsidR="005503B4" w:rsidRPr="00EE6DD3" w:rsidRDefault="005503B4" w:rsidP="00D65017">
            <w:pPr>
              <w:jc w:val="center"/>
            </w:pPr>
            <w:r w:rsidRPr="00EE6DD3">
              <w:rPr>
                <w:rFonts w:eastAsia="SimSun"/>
                <w:sz w:val="15"/>
              </w:rPr>
              <w:t>**</w:t>
            </w:r>
          </w:p>
        </w:tc>
      </w:tr>
      <w:tr w:rsidR="005503B4" w:rsidRPr="00EE6DD3" w14:paraId="012ADC85" w14:textId="77777777" w:rsidTr="00D65017">
        <w:tc>
          <w:tcPr>
            <w:tcW w:w="1234" w:type="dxa"/>
          </w:tcPr>
          <w:p w14:paraId="22EE640D" w14:textId="77777777" w:rsidR="005503B4" w:rsidRPr="00EE6DD3" w:rsidRDefault="005503B4" w:rsidP="00D65017">
            <w:r w:rsidRPr="00EE6DD3">
              <w:rPr>
                <w:rFonts w:eastAsia="SimSun"/>
                <w:sz w:val="15"/>
              </w:rPr>
              <w:t>country_group_ID</w:t>
            </w:r>
          </w:p>
        </w:tc>
        <w:tc>
          <w:tcPr>
            <w:tcW w:w="1234" w:type="dxa"/>
          </w:tcPr>
          <w:p w14:paraId="2E81140D" w14:textId="77777777" w:rsidR="005503B4" w:rsidRPr="00EE6DD3" w:rsidRDefault="005503B4" w:rsidP="00D65017">
            <w:pPr>
              <w:jc w:val="center"/>
            </w:pPr>
            <w:r w:rsidRPr="00EE6DD3">
              <w:rPr>
                <w:rFonts w:eastAsia="SimSun"/>
                <w:sz w:val="15"/>
              </w:rPr>
              <w:t>0.1032</w:t>
            </w:r>
          </w:p>
        </w:tc>
        <w:tc>
          <w:tcPr>
            <w:tcW w:w="1234" w:type="dxa"/>
          </w:tcPr>
          <w:p w14:paraId="28EAFB95" w14:textId="77777777" w:rsidR="005503B4" w:rsidRPr="00EE6DD3" w:rsidRDefault="005503B4" w:rsidP="00D65017">
            <w:pPr>
              <w:jc w:val="center"/>
            </w:pPr>
            <w:r w:rsidRPr="00EE6DD3">
              <w:rPr>
                <w:rFonts w:eastAsia="SimSun"/>
                <w:sz w:val="15"/>
              </w:rPr>
              <w:t>0.0032</w:t>
            </w:r>
          </w:p>
        </w:tc>
        <w:tc>
          <w:tcPr>
            <w:tcW w:w="1234" w:type="dxa"/>
          </w:tcPr>
          <w:p w14:paraId="59C25A32" w14:textId="77777777" w:rsidR="005503B4" w:rsidRPr="00EE6DD3" w:rsidRDefault="005503B4" w:rsidP="00D65017">
            <w:pPr>
              <w:jc w:val="center"/>
            </w:pPr>
            <w:r w:rsidRPr="00EE6DD3">
              <w:rPr>
                <w:rFonts w:eastAsia="SimSun"/>
                <w:sz w:val="15"/>
              </w:rPr>
              <w:t>0.0969</w:t>
            </w:r>
          </w:p>
        </w:tc>
        <w:tc>
          <w:tcPr>
            <w:tcW w:w="1234" w:type="dxa"/>
          </w:tcPr>
          <w:p w14:paraId="100B0C8E" w14:textId="77777777" w:rsidR="005503B4" w:rsidRPr="00EE6DD3" w:rsidRDefault="005503B4" w:rsidP="00D65017">
            <w:pPr>
              <w:jc w:val="center"/>
            </w:pPr>
            <w:r w:rsidRPr="00EE6DD3">
              <w:rPr>
                <w:rFonts w:eastAsia="SimSun"/>
                <w:sz w:val="15"/>
              </w:rPr>
              <w:t>0.1095</w:t>
            </w:r>
          </w:p>
        </w:tc>
        <w:tc>
          <w:tcPr>
            <w:tcW w:w="1234" w:type="dxa"/>
          </w:tcPr>
          <w:p w14:paraId="12ED55A4" w14:textId="77777777" w:rsidR="005503B4" w:rsidRPr="00EE6DD3" w:rsidRDefault="005503B4" w:rsidP="00D65017">
            <w:pPr>
              <w:jc w:val="center"/>
            </w:pPr>
            <w:r w:rsidRPr="00EE6DD3">
              <w:rPr>
                <w:rFonts w:eastAsia="SimSun"/>
                <w:sz w:val="15"/>
              </w:rPr>
              <w:t>0.0000</w:t>
            </w:r>
          </w:p>
        </w:tc>
        <w:tc>
          <w:tcPr>
            <w:tcW w:w="1234" w:type="dxa"/>
          </w:tcPr>
          <w:p w14:paraId="35FB34F1" w14:textId="77777777" w:rsidR="005503B4" w:rsidRPr="00EE6DD3" w:rsidRDefault="005503B4" w:rsidP="00D65017">
            <w:pPr>
              <w:jc w:val="center"/>
            </w:pPr>
            <w:r w:rsidRPr="00EE6DD3">
              <w:rPr>
                <w:rFonts w:eastAsia="SimSun"/>
                <w:sz w:val="15"/>
              </w:rPr>
              <w:t>***</w:t>
            </w:r>
          </w:p>
        </w:tc>
      </w:tr>
      <w:tr w:rsidR="005503B4" w:rsidRPr="00EE6DD3" w14:paraId="676E91F7" w14:textId="77777777" w:rsidTr="00D65017">
        <w:tc>
          <w:tcPr>
            <w:tcW w:w="1234" w:type="dxa"/>
          </w:tcPr>
          <w:p w14:paraId="645A7B0F" w14:textId="77777777" w:rsidR="005503B4" w:rsidRPr="00EE6DD3" w:rsidRDefault="005503B4" w:rsidP="00D65017">
            <w:r w:rsidRPr="00EE6DD3">
              <w:rPr>
                <w:rFonts w:eastAsia="SimSun"/>
                <w:sz w:val="15"/>
              </w:rPr>
              <w:t>country_group_IN</w:t>
            </w:r>
          </w:p>
        </w:tc>
        <w:tc>
          <w:tcPr>
            <w:tcW w:w="1234" w:type="dxa"/>
          </w:tcPr>
          <w:p w14:paraId="7E2FD6BF" w14:textId="77777777" w:rsidR="005503B4" w:rsidRPr="00EE6DD3" w:rsidRDefault="005503B4" w:rsidP="00D65017">
            <w:pPr>
              <w:jc w:val="center"/>
            </w:pPr>
            <w:r w:rsidRPr="00EE6DD3">
              <w:rPr>
                <w:rFonts w:eastAsia="SimSun"/>
                <w:sz w:val="15"/>
              </w:rPr>
              <w:t>0.0602</w:t>
            </w:r>
          </w:p>
        </w:tc>
        <w:tc>
          <w:tcPr>
            <w:tcW w:w="1234" w:type="dxa"/>
          </w:tcPr>
          <w:p w14:paraId="0C4E6310" w14:textId="77777777" w:rsidR="005503B4" w:rsidRPr="00EE6DD3" w:rsidRDefault="005503B4" w:rsidP="00D65017">
            <w:pPr>
              <w:jc w:val="center"/>
            </w:pPr>
            <w:r w:rsidRPr="00EE6DD3">
              <w:rPr>
                <w:rFonts w:eastAsia="SimSun"/>
                <w:sz w:val="15"/>
              </w:rPr>
              <w:t>0.0032</w:t>
            </w:r>
          </w:p>
        </w:tc>
        <w:tc>
          <w:tcPr>
            <w:tcW w:w="1234" w:type="dxa"/>
          </w:tcPr>
          <w:p w14:paraId="363B1216" w14:textId="77777777" w:rsidR="005503B4" w:rsidRPr="00EE6DD3" w:rsidRDefault="005503B4" w:rsidP="00D65017">
            <w:pPr>
              <w:jc w:val="center"/>
            </w:pPr>
            <w:r w:rsidRPr="00EE6DD3">
              <w:rPr>
                <w:rFonts w:eastAsia="SimSun"/>
                <w:sz w:val="15"/>
              </w:rPr>
              <w:t>0.0539</w:t>
            </w:r>
          </w:p>
        </w:tc>
        <w:tc>
          <w:tcPr>
            <w:tcW w:w="1234" w:type="dxa"/>
          </w:tcPr>
          <w:p w14:paraId="1331B574" w14:textId="77777777" w:rsidR="005503B4" w:rsidRPr="00EE6DD3" w:rsidRDefault="005503B4" w:rsidP="00D65017">
            <w:pPr>
              <w:jc w:val="center"/>
            </w:pPr>
            <w:r w:rsidRPr="00EE6DD3">
              <w:rPr>
                <w:rFonts w:eastAsia="SimSun"/>
                <w:sz w:val="15"/>
              </w:rPr>
              <w:t>0.0666</w:t>
            </w:r>
          </w:p>
        </w:tc>
        <w:tc>
          <w:tcPr>
            <w:tcW w:w="1234" w:type="dxa"/>
          </w:tcPr>
          <w:p w14:paraId="750AE659" w14:textId="77777777" w:rsidR="005503B4" w:rsidRPr="00EE6DD3" w:rsidRDefault="005503B4" w:rsidP="00D65017">
            <w:pPr>
              <w:jc w:val="center"/>
            </w:pPr>
            <w:r w:rsidRPr="00EE6DD3">
              <w:rPr>
                <w:rFonts w:eastAsia="SimSun"/>
                <w:sz w:val="15"/>
              </w:rPr>
              <w:t>0.0000</w:t>
            </w:r>
          </w:p>
        </w:tc>
        <w:tc>
          <w:tcPr>
            <w:tcW w:w="1234" w:type="dxa"/>
          </w:tcPr>
          <w:p w14:paraId="3E33E1EA" w14:textId="77777777" w:rsidR="005503B4" w:rsidRPr="00EE6DD3" w:rsidRDefault="005503B4" w:rsidP="00D65017">
            <w:pPr>
              <w:jc w:val="center"/>
            </w:pPr>
            <w:r w:rsidRPr="00EE6DD3">
              <w:rPr>
                <w:rFonts w:eastAsia="SimSun"/>
                <w:sz w:val="15"/>
              </w:rPr>
              <w:t>***</w:t>
            </w:r>
          </w:p>
        </w:tc>
      </w:tr>
      <w:tr w:rsidR="005503B4" w:rsidRPr="00EE6DD3" w14:paraId="2FBF2ECE" w14:textId="77777777" w:rsidTr="00D65017">
        <w:tc>
          <w:tcPr>
            <w:tcW w:w="1234" w:type="dxa"/>
          </w:tcPr>
          <w:p w14:paraId="17E2A745" w14:textId="77777777" w:rsidR="005503B4" w:rsidRPr="00EE6DD3" w:rsidRDefault="005503B4" w:rsidP="00D65017">
            <w:r w:rsidRPr="00EE6DD3">
              <w:rPr>
                <w:rFonts w:eastAsia="SimSun"/>
                <w:sz w:val="15"/>
              </w:rPr>
              <w:t>country_group_IR</w:t>
            </w:r>
          </w:p>
        </w:tc>
        <w:tc>
          <w:tcPr>
            <w:tcW w:w="1234" w:type="dxa"/>
          </w:tcPr>
          <w:p w14:paraId="6D37C32D" w14:textId="77777777" w:rsidR="005503B4" w:rsidRPr="00EE6DD3" w:rsidRDefault="005503B4" w:rsidP="00D65017">
            <w:pPr>
              <w:jc w:val="center"/>
            </w:pPr>
            <w:r w:rsidRPr="00EE6DD3">
              <w:rPr>
                <w:rFonts w:eastAsia="SimSun"/>
                <w:sz w:val="15"/>
              </w:rPr>
              <w:t>0.0796</w:t>
            </w:r>
          </w:p>
        </w:tc>
        <w:tc>
          <w:tcPr>
            <w:tcW w:w="1234" w:type="dxa"/>
          </w:tcPr>
          <w:p w14:paraId="0F478FA2" w14:textId="77777777" w:rsidR="005503B4" w:rsidRPr="00EE6DD3" w:rsidRDefault="005503B4" w:rsidP="00D65017">
            <w:pPr>
              <w:jc w:val="center"/>
            </w:pPr>
            <w:r w:rsidRPr="00EE6DD3">
              <w:rPr>
                <w:rFonts w:eastAsia="SimSun"/>
                <w:sz w:val="15"/>
              </w:rPr>
              <w:t>0.0043</w:t>
            </w:r>
          </w:p>
        </w:tc>
        <w:tc>
          <w:tcPr>
            <w:tcW w:w="1234" w:type="dxa"/>
          </w:tcPr>
          <w:p w14:paraId="475DFE1C" w14:textId="77777777" w:rsidR="005503B4" w:rsidRPr="00EE6DD3" w:rsidRDefault="005503B4" w:rsidP="00D65017">
            <w:pPr>
              <w:jc w:val="center"/>
            </w:pPr>
            <w:r w:rsidRPr="00EE6DD3">
              <w:rPr>
                <w:rFonts w:eastAsia="SimSun"/>
                <w:sz w:val="15"/>
              </w:rPr>
              <w:t>0.0712</w:t>
            </w:r>
          </w:p>
        </w:tc>
        <w:tc>
          <w:tcPr>
            <w:tcW w:w="1234" w:type="dxa"/>
          </w:tcPr>
          <w:p w14:paraId="7BEA6437" w14:textId="77777777" w:rsidR="005503B4" w:rsidRPr="00EE6DD3" w:rsidRDefault="005503B4" w:rsidP="00D65017">
            <w:pPr>
              <w:jc w:val="center"/>
            </w:pPr>
            <w:r w:rsidRPr="00EE6DD3">
              <w:rPr>
                <w:rFonts w:eastAsia="SimSun"/>
                <w:sz w:val="15"/>
              </w:rPr>
              <w:t>0.0879</w:t>
            </w:r>
          </w:p>
        </w:tc>
        <w:tc>
          <w:tcPr>
            <w:tcW w:w="1234" w:type="dxa"/>
          </w:tcPr>
          <w:p w14:paraId="6A138F55" w14:textId="77777777" w:rsidR="005503B4" w:rsidRPr="00EE6DD3" w:rsidRDefault="005503B4" w:rsidP="00D65017">
            <w:pPr>
              <w:jc w:val="center"/>
            </w:pPr>
            <w:r w:rsidRPr="00EE6DD3">
              <w:rPr>
                <w:rFonts w:eastAsia="SimSun"/>
                <w:sz w:val="15"/>
              </w:rPr>
              <w:t>0.0000</w:t>
            </w:r>
          </w:p>
        </w:tc>
        <w:tc>
          <w:tcPr>
            <w:tcW w:w="1234" w:type="dxa"/>
          </w:tcPr>
          <w:p w14:paraId="0B6EABBD" w14:textId="77777777" w:rsidR="005503B4" w:rsidRPr="00EE6DD3" w:rsidRDefault="005503B4" w:rsidP="00D65017">
            <w:pPr>
              <w:jc w:val="center"/>
            </w:pPr>
            <w:r w:rsidRPr="00EE6DD3">
              <w:rPr>
                <w:rFonts w:eastAsia="SimSun"/>
                <w:sz w:val="15"/>
              </w:rPr>
              <w:t>***</w:t>
            </w:r>
          </w:p>
        </w:tc>
      </w:tr>
      <w:tr w:rsidR="005503B4" w:rsidRPr="00EE6DD3" w14:paraId="68026FCA" w14:textId="77777777" w:rsidTr="00D65017">
        <w:tc>
          <w:tcPr>
            <w:tcW w:w="1234" w:type="dxa"/>
          </w:tcPr>
          <w:p w14:paraId="547350B4" w14:textId="77777777" w:rsidR="005503B4" w:rsidRPr="00EE6DD3" w:rsidRDefault="005503B4" w:rsidP="00D65017">
            <w:r w:rsidRPr="00EE6DD3">
              <w:rPr>
                <w:rFonts w:eastAsia="SimSun"/>
                <w:sz w:val="15"/>
              </w:rPr>
              <w:t>country_group_IT</w:t>
            </w:r>
          </w:p>
        </w:tc>
        <w:tc>
          <w:tcPr>
            <w:tcW w:w="1234" w:type="dxa"/>
          </w:tcPr>
          <w:p w14:paraId="66EBE83F" w14:textId="77777777" w:rsidR="005503B4" w:rsidRPr="00EE6DD3" w:rsidRDefault="005503B4" w:rsidP="00D65017">
            <w:pPr>
              <w:jc w:val="center"/>
            </w:pPr>
            <w:r w:rsidRPr="00EE6DD3">
              <w:rPr>
                <w:rFonts w:eastAsia="SimSun"/>
                <w:sz w:val="15"/>
              </w:rPr>
              <w:t>0.0170</w:t>
            </w:r>
          </w:p>
        </w:tc>
        <w:tc>
          <w:tcPr>
            <w:tcW w:w="1234" w:type="dxa"/>
          </w:tcPr>
          <w:p w14:paraId="0339B772" w14:textId="77777777" w:rsidR="005503B4" w:rsidRPr="00EE6DD3" w:rsidRDefault="005503B4" w:rsidP="00D65017">
            <w:pPr>
              <w:jc w:val="center"/>
            </w:pPr>
            <w:r w:rsidRPr="00EE6DD3">
              <w:rPr>
                <w:rFonts w:eastAsia="SimSun"/>
                <w:sz w:val="15"/>
              </w:rPr>
              <w:t>0.0036</w:t>
            </w:r>
          </w:p>
        </w:tc>
        <w:tc>
          <w:tcPr>
            <w:tcW w:w="1234" w:type="dxa"/>
          </w:tcPr>
          <w:p w14:paraId="583F3BDF" w14:textId="77777777" w:rsidR="005503B4" w:rsidRPr="00EE6DD3" w:rsidRDefault="005503B4" w:rsidP="00D65017">
            <w:pPr>
              <w:jc w:val="center"/>
            </w:pPr>
            <w:r w:rsidRPr="00EE6DD3">
              <w:rPr>
                <w:rFonts w:eastAsia="SimSun"/>
                <w:sz w:val="15"/>
              </w:rPr>
              <w:t>0.0099</w:t>
            </w:r>
          </w:p>
        </w:tc>
        <w:tc>
          <w:tcPr>
            <w:tcW w:w="1234" w:type="dxa"/>
          </w:tcPr>
          <w:p w14:paraId="0CE8C158" w14:textId="77777777" w:rsidR="005503B4" w:rsidRPr="00EE6DD3" w:rsidRDefault="005503B4" w:rsidP="00D65017">
            <w:pPr>
              <w:jc w:val="center"/>
            </w:pPr>
            <w:r w:rsidRPr="00EE6DD3">
              <w:rPr>
                <w:rFonts w:eastAsia="SimSun"/>
                <w:sz w:val="15"/>
              </w:rPr>
              <w:t>0.0242</w:t>
            </w:r>
          </w:p>
        </w:tc>
        <w:tc>
          <w:tcPr>
            <w:tcW w:w="1234" w:type="dxa"/>
          </w:tcPr>
          <w:p w14:paraId="584E0397" w14:textId="77777777" w:rsidR="005503B4" w:rsidRPr="00EE6DD3" w:rsidRDefault="005503B4" w:rsidP="00D65017">
            <w:pPr>
              <w:jc w:val="center"/>
            </w:pPr>
            <w:r w:rsidRPr="00EE6DD3">
              <w:rPr>
                <w:rFonts w:eastAsia="SimSun"/>
                <w:sz w:val="15"/>
              </w:rPr>
              <w:t>0.0000</w:t>
            </w:r>
          </w:p>
        </w:tc>
        <w:tc>
          <w:tcPr>
            <w:tcW w:w="1234" w:type="dxa"/>
          </w:tcPr>
          <w:p w14:paraId="43ECA1A8" w14:textId="77777777" w:rsidR="005503B4" w:rsidRPr="00EE6DD3" w:rsidRDefault="005503B4" w:rsidP="00D65017">
            <w:pPr>
              <w:jc w:val="center"/>
            </w:pPr>
            <w:r w:rsidRPr="00EE6DD3">
              <w:rPr>
                <w:rFonts w:eastAsia="SimSun"/>
                <w:sz w:val="15"/>
              </w:rPr>
              <w:t>***</w:t>
            </w:r>
          </w:p>
        </w:tc>
      </w:tr>
      <w:tr w:rsidR="005503B4" w:rsidRPr="00EE6DD3" w14:paraId="4F2D29B9" w14:textId="77777777" w:rsidTr="00D65017">
        <w:tc>
          <w:tcPr>
            <w:tcW w:w="1234" w:type="dxa"/>
          </w:tcPr>
          <w:p w14:paraId="40877658" w14:textId="77777777" w:rsidR="005503B4" w:rsidRPr="00EE6DD3" w:rsidRDefault="005503B4" w:rsidP="00D65017">
            <w:r w:rsidRPr="00EE6DD3">
              <w:rPr>
                <w:rFonts w:eastAsia="SimSun"/>
                <w:sz w:val="15"/>
              </w:rPr>
              <w:t>country_group_JP</w:t>
            </w:r>
          </w:p>
        </w:tc>
        <w:tc>
          <w:tcPr>
            <w:tcW w:w="1234" w:type="dxa"/>
          </w:tcPr>
          <w:p w14:paraId="27D3DF45" w14:textId="77777777" w:rsidR="005503B4" w:rsidRPr="00EE6DD3" w:rsidRDefault="005503B4" w:rsidP="00D65017">
            <w:pPr>
              <w:jc w:val="center"/>
            </w:pPr>
            <w:r w:rsidRPr="00EE6DD3">
              <w:rPr>
                <w:rFonts w:eastAsia="SimSun"/>
                <w:sz w:val="15"/>
              </w:rPr>
              <w:t>0.0025</w:t>
            </w:r>
          </w:p>
        </w:tc>
        <w:tc>
          <w:tcPr>
            <w:tcW w:w="1234" w:type="dxa"/>
          </w:tcPr>
          <w:p w14:paraId="0629109E" w14:textId="77777777" w:rsidR="005503B4" w:rsidRPr="00EE6DD3" w:rsidRDefault="005503B4" w:rsidP="00D65017">
            <w:pPr>
              <w:jc w:val="center"/>
            </w:pPr>
            <w:r w:rsidRPr="00EE6DD3">
              <w:rPr>
                <w:rFonts w:eastAsia="SimSun"/>
                <w:sz w:val="15"/>
              </w:rPr>
              <w:t>0.0039</w:t>
            </w:r>
          </w:p>
        </w:tc>
        <w:tc>
          <w:tcPr>
            <w:tcW w:w="1234" w:type="dxa"/>
          </w:tcPr>
          <w:p w14:paraId="706F39DD" w14:textId="77777777" w:rsidR="005503B4" w:rsidRPr="00EE6DD3" w:rsidRDefault="005503B4" w:rsidP="00D65017">
            <w:pPr>
              <w:jc w:val="center"/>
            </w:pPr>
            <w:r w:rsidRPr="00EE6DD3">
              <w:rPr>
                <w:rFonts w:eastAsia="SimSun"/>
                <w:sz w:val="15"/>
              </w:rPr>
              <w:t>-0.0051</w:t>
            </w:r>
          </w:p>
        </w:tc>
        <w:tc>
          <w:tcPr>
            <w:tcW w:w="1234" w:type="dxa"/>
          </w:tcPr>
          <w:p w14:paraId="760BC386" w14:textId="77777777" w:rsidR="005503B4" w:rsidRPr="00EE6DD3" w:rsidRDefault="005503B4" w:rsidP="00D65017">
            <w:pPr>
              <w:jc w:val="center"/>
            </w:pPr>
            <w:r w:rsidRPr="00EE6DD3">
              <w:rPr>
                <w:rFonts w:eastAsia="SimSun"/>
                <w:sz w:val="15"/>
              </w:rPr>
              <w:t>0.0101</w:t>
            </w:r>
          </w:p>
        </w:tc>
        <w:tc>
          <w:tcPr>
            <w:tcW w:w="1234" w:type="dxa"/>
          </w:tcPr>
          <w:p w14:paraId="3C58EFA1" w14:textId="77777777" w:rsidR="005503B4" w:rsidRPr="00EE6DD3" w:rsidRDefault="005503B4" w:rsidP="00D65017">
            <w:pPr>
              <w:jc w:val="center"/>
            </w:pPr>
            <w:r w:rsidRPr="00EE6DD3">
              <w:rPr>
                <w:rFonts w:eastAsia="SimSun"/>
                <w:sz w:val="15"/>
              </w:rPr>
              <w:t>0.5171</w:t>
            </w:r>
          </w:p>
        </w:tc>
        <w:tc>
          <w:tcPr>
            <w:tcW w:w="1234" w:type="dxa"/>
          </w:tcPr>
          <w:p w14:paraId="3AEDC862" w14:textId="77777777" w:rsidR="005503B4" w:rsidRPr="00EE6DD3" w:rsidRDefault="005503B4" w:rsidP="00D65017">
            <w:pPr>
              <w:jc w:val="center"/>
            </w:pPr>
          </w:p>
        </w:tc>
      </w:tr>
      <w:tr w:rsidR="005503B4" w:rsidRPr="00EE6DD3" w14:paraId="6D16BF50" w14:textId="77777777" w:rsidTr="00D65017">
        <w:tc>
          <w:tcPr>
            <w:tcW w:w="1234" w:type="dxa"/>
          </w:tcPr>
          <w:p w14:paraId="12A67B0C" w14:textId="77777777" w:rsidR="005503B4" w:rsidRPr="00EE6DD3" w:rsidRDefault="005503B4" w:rsidP="00D65017">
            <w:r w:rsidRPr="00EE6DD3">
              <w:rPr>
                <w:rFonts w:eastAsia="SimSun"/>
                <w:sz w:val="15"/>
              </w:rPr>
              <w:t>country_group_KR</w:t>
            </w:r>
          </w:p>
        </w:tc>
        <w:tc>
          <w:tcPr>
            <w:tcW w:w="1234" w:type="dxa"/>
          </w:tcPr>
          <w:p w14:paraId="17CB30DC" w14:textId="77777777" w:rsidR="005503B4" w:rsidRPr="00EE6DD3" w:rsidRDefault="005503B4" w:rsidP="00D65017">
            <w:pPr>
              <w:jc w:val="center"/>
            </w:pPr>
            <w:r w:rsidRPr="00EE6DD3">
              <w:rPr>
                <w:rFonts w:eastAsia="SimSun"/>
                <w:sz w:val="15"/>
              </w:rPr>
              <w:t>0.0668</w:t>
            </w:r>
          </w:p>
        </w:tc>
        <w:tc>
          <w:tcPr>
            <w:tcW w:w="1234" w:type="dxa"/>
          </w:tcPr>
          <w:p w14:paraId="691E35EC" w14:textId="77777777" w:rsidR="005503B4" w:rsidRPr="00EE6DD3" w:rsidRDefault="005503B4" w:rsidP="00D65017">
            <w:pPr>
              <w:jc w:val="center"/>
            </w:pPr>
            <w:r w:rsidRPr="00EE6DD3">
              <w:rPr>
                <w:rFonts w:eastAsia="SimSun"/>
                <w:sz w:val="15"/>
              </w:rPr>
              <w:t>0.0039</w:t>
            </w:r>
          </w:p>
        </w:tc>
        <w:tc>
          <w:tcPr>
            <w:tcW w:w="1234" w:type="dxa"/>
          </w:tcPr>
          <w:p w14:paraId="47077BF2" w14:textId="77777777" w:rsidR="005503B4" w:rsidRPr="00EE6DD3" w:rsidRDefault="005503B4" w:rsidP="00D65017">
            <w:pPr>
              <w:jc w:val="center"/>
            </w:pPr>
            <w:r w:rsidRPr="00EE6DD3">
              <w:rPr>
                <w:rFonts w:eastAsia="SimSun"/>
                <w:sz w:val="15"/>
              </w:rPr>
              <w:t>0.0591</w:t>
            </w:r>
          </w:p>
        </w:tc>
        <w:tc>
          <w:tcPr>
            <w:tcW w:w="1234" w:type="dxa"/>
          </w:tcPr>
          <w:p w14:paraId="052ACB42" w14:textId="77777777" w:rsidR="005503B4" w:rsidRPr="00EE6DD3" w:rsidRDefault="005503B4" w:rsidP="00D65017">
            <w:pPr>
              <w:jc w:val="center"/>
            </w:pPr>
            <w:r w:rsidRPr="00EE6DD3">
              <w:rPr>
                <w:rFonts w:eastAsia="SimSun"/>
                <w:sz w:val="15"/>
              </w:rPr>
              <w:t>0.0745</w:t>
            </w:r>
          </w:p>
        </w:tc>
        <w:tc>
          <w:tcPr>
            <w:tcW w:w="1234" w:type="dxa"/>
          </w:tcPr>
          <w:p w14:paraId="55C45C5F" w14:textId="77777777" w:rsidR="005503B4" w:rsidRPr="00EE6DD3" w:rsidRDefault="005503B4" w:rsidP="00D65017">
            <w:pPr>
              <w:jc w:val="center"/>
            </w:pPr>
            <w:r w:rsidRPr="00EE6DD3">
              <w:rPr>
                <w:rFonts w:eastAsia="SimSun"/>
                <w:sz w:val="15"/>
              </w:rPr>
              <w:t>0.0000</w:t>
            </w:r>
          </w:p>
        </w:tc>
        <w:tc>
          <w:tcPr>
            <w:tcW w:w="1234" w:type="dxa"/>
          </w:tcPr>
          <w:p w14:paraId="69188798" w14:textId="77777777" w:rsidR="005503B4" w:rsidRPr="00EE6DD3" w:rsidRDefault="005503B4" w:rsidP="00D65017">
            <w:pPr>
              <w:jc w:val="center"/>
            </w:pPr>
            <w:r w:rsidRPr="00EE6DD3">
              <w:rPr>
                <w:rFonts w:eastAsia="SimSun"/>
                <w:sz w:val="15"/>
              </w:rPr>
              <w:t>***</w:t>
            </w:r>
          </w:p>
        </w:tc>
      </w:tr>
      <w:tr w:rsidR="005503B4" w:rsidRPr="00EE6DD3" w14:paraId="7B79107C" w14:textId="77777777" w:rsidTr="00D65017">
        <w:tc>
          <w:tcPr>
            <w:tcW w:w="1234" w:type="dxa"/>
          </w:tcPr>
          <w:p w14:paraId="1CB64BE3" w14:textId="77777777" w:rsidR="005503B4" w:rsidRPr="00EE6DD3" w:rsidRDefault="005503B4" w:rsidP="00D65017">
            <w:r w:rsidRPr="00EE6DD3">
              <w:rPr>
                <w:rFonts w:eastAsia="SimSun"/>
                <w:sz w:val="15"/>
              </w:rPr>
              <w:t>country_group_MY</w:t>
            </w:r>
          </w:p>
        </w:tc>
        <w:tc>
          <w:tcPr>
            <w:tcW w:w="1234" w:type="dxa"/>
          </w:tcPr>
          <w:p w14:paraId="188A05A1" w14:textId="77777777" w:rsidR="005503B4" w:rsidRPr="00EE6DD3" w:rsidRDefault="005503B4" w:rsidP="00D65017">
            <w:pPr>
              <w:jc w:val="center"/>
            </w:pPr>
            <w:r w:rsidRPr="00EE6DD3">
              <w:rPr>
                <w:rFonts w:eastAsia="SimSun"/>
                <w:sz w:val="15"/>
              </w:rPr>
              <w:t>0.0802</w:t>
            </w:r>
          </w:p>
        </w:tc>
        <w:tc>
          <w:tcPr>
            <w:tcW w:w="1234" w:type="dxa"/>
          </w:tcPr>
          <w:p w14:paraId="0206B3E1" w14:textId="77777777" w:rsidR="005503B4" w:rsidRPr="00EE6DD3" w:rsidRDefault="005503B4" w:rsidP="00D65017">
            <w:pPr>
              <w:jc w:val="center"/>
            </w:pPr>
            <w:r w:rsidRPr="00EE6DD3">
              <w:rPr>
                <w:rFonts w:eastAsia="SimSun"/>
                <w:sz w:val="15"/>
              </w:rPr>
              <w:t>0.0041</w:t>
            </w:r>
          </w:p>
        </w:tc>
        <w:tc>
          <w:tcPr>
            <w:tcW w:w="1234" w:type="dxa"/>
          </w:tcPr>
          <w:p w14:paraId="562F6FAA" w14:textId="77777777" w:rsidR="005503B4" w:rsidRPr="00EE6DD3" w:rsidRDefault="005503B4" w:rsidP="00D65017">
            <w:pPr>
              <w:jc w:val="center"/>
            </w:pPr>
            <w:r w:rsidRPr="00EE6DD3">
              <w:rPr>
                <w:rFonts w:eastAsia="SimSun"/>
                <w:sz w:val="15"/>
              </w:rPr>
              <w:t>0.0721</w:t>
            </w:r>
          </w:p>
        </w:tc>
        <w:tc>
          <w:tcPr>
            <w:tcW w:w="1234" w:type="dxa"/>
          </w:tcPr>
          <w:p w14:paraId="74DBBE0D" w14:textId="77777777" w:rsidR="005503B4" w:rsidRPr="00EE6DD3" w:rsidRDefault="005503B4" w:rsidP="00D65017">
            <w:pPr>
              <w:jc w:val="center"/>
            </w:pPr>
            <w:r w:rsidRPr="00EE6DD3">
              <w:rPr>
                <w:rFonts w:eastAsia="SimSun"/>
                <w:sz w:val="15"/>
              </w:rPr>
              <w:t>0.0883</w:t>
            </w:r>
          </w:p>
        </w:tc>
        <w:tc>
          <w:tcPr>
            <w:tcW w:w="1234" w:type="dxa"/>
          </w:tcPr>
          <w:p w14:paraId="2D16DBC8" w14:textId="77777777" w:rsidR="005503B4" w:rsidRPr="00EE6DD3" w:rsidRDefault="005503B4" w:rsidP="00D65017">
            <w:pPr>
              <w:jc w:val="center"/>
            </w:pPr>
            <w:r w:rsidRPr="00EE6DD3">
              <w:rPr>
                <w:rFonts w:eastAsia="SimSun"/>
                <w:sz w:val="15"/>
              </w:rPr>
              <w:t>0.0000</w:t>
            </w:r>
          </w:p>
        </w:tc>
        <w:tc>
          <w:tcPr>
            <w:tcW w:w="1234" w:type="dxa"/>
          </w:tcPr>
          <w:p w14:paraId="60FA4013" w14:textId="77777777" w:rsidR="005503B4" w:rsidRPr="00EE6DD3" w:rsidRDefault="005503B4" w:rsidP="00D65017">
            <w:pPr>
              <w:jc w:val="center"/>
            </w:pPr>
            <w:r w:rsidRPr="00EE6DD3">
              <w:rPr>
                <w:rFonts w:eastAsia="SimSun"/>
                <w:sz w:val="15"/>
              </w:rPr>
              <w:t>***</w:t>
            </w:r>
          </w:p>
        </w:tc>
      </w:tr>
      <w:tr w:rsidR="005503B4" w:rsidRPr="00EE6DD3" w14:paraId="13851ECB" w14:textId="77777777" w:rsidTr="00D65017">
        <w:tc>
          <w:tcPr>
            <w:tcW w:w="1234" w:type="dxa"/>
          </w:tcPr>
          <w:p w14:paraId="6E7A615A" w14:textId="77777777" w:rsidR="005503B4" w:rsidRPr="00EE6DD3" w:rsidRDefault="005503B4" w:rsidP="00D65017">
            <w:r w:rsidRPr="00EE6DD3">
              <w:rPr>
                <w:rFonts w:eastAsia="SimSun"/>
                <w:sz w:val="15"/>
              </w:rPr>
              <w:t>country_group_NG</w:t>
            </w:r>
          </w:p>
        </w:tc>
        <w:tc>
          <w:tcPr>
            <w:tcW w:w="1234" w:type="dxa"/>
          </w:tcPr>
          <w:p w14:paraId="67F5A0B8" w14:textId="77777777" w:rsidR="005503B4" w:rsidRPr="00EE6DD3" w:rsidRDefault="005503B4" w:rsidP="00D65017">
            <w:pPr>
              <w:jc w:val="center"/>
            </w:pPr>
            <w:r w:rsidRPr="00EE6DD3">
              <w:rPr>
                <w:rFonts w:eastAsia="SimSun"/>
                <w:sz w:val="15"/>
              </w:rPr>
              <w:t>0.0403</w:t>
            </w:r>
          </w:p>
        </w:tc>
        <w:tc>
          <w:tcPr>
            <w:tcW w:w="1234" w:type="dxa"/>
          </w:tcPr>
          <w:p w14:paraId="5523A9C1" w14:textId="77777777" w:rsidR="005503B4" w:rsidRPr="00EE6DD3" w:rsidRDefault="005503B4" w:rsidP="00D65017">
            <w:pPr>
              <w:jc w:val="center"/>
            </w:pPr>
            <w:r w:rsidRPr="00EE6DD3">
              <w:rPr>
                <w:rFonts w:eastAsia="SimSun"/>
                <w:sz w:val="15"/>
              </w:rPr>
              <w:t>0.0043</w:t>
            </w:r>
          </w:p>
        </w:tc>
        <w:tc>
          <w:tcPr>
            <w:tcW w:w="1234" w:type="dxa"/>
          </w:tcPr>
          <w:p w14:paraId="54343511" w14:textId="77777777" w:rsidR="005503B4" w:rsidRPr="00EE6DD3" w:rsidRDefault="005503B4" w:rsidP="00D65017">
            <w:pPr>
              <w:jc w:val="center"/>
            </w:pPr>
            <w:r w:rsidRPr="00EE6DD3">
              <w:rPr>
                <w:rFonts w:eastAsia="SimSun"/>
                <w:sz w:val="15"/>
              </w:rPr>
              <w:t>0.0319</w:t>
            </w:r>
          </w:p>
        </w:tc>
        <w:tc>
          <w:tcPr>
            <w:tcW w:w="1234" w:type="dxa"/>
          </w:tcPr>
          <w:p w14:paraId="71E4B2DA" w14:textId="77777777" w:rsidR="005503B4" w:rsidRPr="00EE6DD3" w:rsidRDefault="005503B4" w:rsidP="00D65017">
            <w:pPr>
              <w:jc w:val="center"/>
            </w:pPr>
            <w:r w:rsidRPr="00EE6DD3">
              <w:rPr>
                <w:rFonts w:eastAsia="SimSun"/>
                <w:sz w:val="15"/>
              </w:rPr>
              <w:t>0.0487</w:t>
            </w:r>
          </w:p>
        </w:tc>
        <w:tc>
          <w:tcPr>
            <w:tcW w:w="1234" w:type="dxa"/>
          </w:tcPr>
          <w:p w14:paraId="6DAE41B0" w14:textId="77777777" w:rsidR="005503B4" w:rsidRPr="00EE6DD3" w:rsidRDefault="005503B4" w:rsidP="00D65017">
            <w:pPr>
              <w:jc w:val="center"/>
            </w:pPr>
            <w:r w:rsidRPr="00EE6DD3">
              <w:rPr>
                <w:rFonts w:eastAsia="SimSun"/>
                <w:sz w:val="15"/>
              </w:rPr>
              <w:t>0.0000</w:t>
            </w:r>
          </w:p>
        </w:tc>
        <w:tc>
          <w:tcPr>
            <w:tcW w:w="1234" w:type="dxa"/>
          </w:tcPr>
          <w:p w14:paraId="511AFDBD" w14:textId="77777777" w:rsidR="005503B4" w:rsidRPr="00EE6DD3" w:rsidRDefault="005503B4" w:rsidP="00D65017">
            <w:pPr>
              <w:jc w:val="center"/>
            </w:pPr>
            <w:r w:rsidRPr="00EE6DD3">
              <w:rPr>
                <w:rFonts w:eastAsia="SimSun"/>
                <w:sz w:val="15"/>
              </w:rPr>
              <w:t>***</w:t>
            </w:r>
          </w:p>
        </w:tc>
      </w:tr>
      <w:tr w:rsidR="005503B4" w:rsidRPr="00EE6DD3" w14:paraId="4C37D832" w14:textId="77777777" w:rsidTr="00D65017">
        <w:tc>
          <w:tcPr>
            <w:tcW w:w="1234" w:type="dxa"/>
          </w:tcPr>
          <w:p w14:paraId="74FB1122" w14:textId="77777777" w:rsidR="005503B4" w:rsidRPr="00EE6DD3" w:rsidRDefault="005503B4" w:rsidP="00D65017">
            <w:r w:rsidRPr="00EE6DD3">
              <w:rPr>
                <w:rFonts w:eastAsia="SimSun"/>
                <w:sz w:val="15"/>
              </w:rPr>
              <w:t>country_group_NL</w:t>
            </w:r>
          </w:p>
        </w:tc>
        <w:tc>
          <w:tcPr>
            <w:tcW w:w="1234" w:type="dxa"/>
          </w:tcPr>
          <w:p w14:paraId="5ECD38D1" w14:textId="77777777" w:rsidR="005503B4" w:rsidRPr="00EE6DD3" w:rsidRDefault="005503B4" w:rsidP="00D65017">
            <w:pPr>
              <w:jc w:val="center"/>
            </w:pPr>
            <w:r w:rsidRPr="00EE6DD3">
              <w:rPr>
                <w:rFonts w:eastAsia="SimSun"/>
                <w:sz w:val="15"/>
              </w:rPr>
              <w:t>-0.0081</w:t>
            </w:r>
          </w:p>
        </w:tc>
        <w:tc>
          <w:tcPr>
            <w:tcW w:w="1234" w:type="dxa"/>
          </w:tcPr>
          <w:p w14:paraId="02098052" w14:textId="77777777" w:rsidR="005503B4" w:rsidRPr="00EE6DD3" w:rsidRDefault="005503B4" w:rsidP="00D65017">
            <w:pPr>
              <w:jc w:val="center"/>
            </w:pPr>
            <w:r w:rsidRPr="00EE6DD3">
              <w:rPr>
                <w:rFonts w:eastAsia="SimSun"/>
                <w:sz w:val="15"/>
              </w:rPr>
              <w:t>0.0044</w:t>
            </w:r>
          </w:p>
        </w:tc>
        <w:tc>
          <w:tcPr>
            <w:tcW w:w="1234" w:type="dxa"/>
          </w:tcPr>
          <w:p w14:paraId="418C8DD3" w14:textId="77777777" w:rsidR="005503B4" w:rsidRPr="00EE6DD3" w:rsidRDefault="005503B4" w:rsidP="00D65017">
            <w:pPr>
              <w:jc w:val="center"/>
            </w:pPr>
            <w:r w:rsidRPr="00EE6DD3">
              <w:rPr>
                <w:rFonts w:eastAsia="SimSun"/>
                <w:sz w:val="15"/>
              </w:rPr>
              <w:t>-0.0168</w:t>
            </w:r>
          </w:p>
        </w:tc>
        <w:tc>
          <w:tcPr>
            <w:tcW w:w="1234" w:type="dxa"/>
          </w:tcPr>
          <w:p w14:paraId="4829AECC" w14:textId="77777777" w:rsidR="005503B4" w:rsidRPr="00EE6DD3" w:rsidRDefault="005503B4" w:rsidP="00D65017">
            <w:pPr>
              <w:jc w:val="center"/>
            </w:pPr>
            <w:r w:rsidRPr="00EE6DD3">
              <w:rPr>
                <w:rFonts w:eastAsia="SimSun"/>
                <w:sz w:val="15"/>
              </w:rPr>
              <w:t>0.0006</w:t>
            </w:r>
          </w:p>
        </w:tc>
        <w:tc>
          <w:tcPr>
            <w:tcW w:w="1234" w:type="dxa"/>
          </w:tcPr>
          <w:p w14:paraId="02239C1C" w14:textId="77777777" w:rsidR="005503B4" w:rsidRPr="00EE6DD3" w:rsidRDefault="005503B4" w:rsidP="00D65017">
            <w:pPr>
              <w:jc w:val="center"/>
            </w:pPr>
            <w:r w:rsidRPr="00EE6DD3">
              <w:rPr>
                <w:rFonts w:eastAsia="SimSun"/>
                <w:sz w:val="15"/>
              </w:rPr>
              <w:t>0.0675</w:t>
            </w:r>
          </w:p>
        </w:tc>
        <w:tc>
          <w:tcPr>
            <w:tcW w:w="1234" w:type="dxa"/>
          </w:tcPr>
          <w:p w14:paraId="2B28830A" w14:textId="77777777" w:rsidR="005503B4" w:rsidRPr="00EE6DD3" w:rsidRDefault="005503B4" w:rsidP="00D65017">
            <w:pPr>
              <w:jc w:val="center"/>
            </w:pPr>
            <w:r w:rsidRPr="00EE6DD3">
              <w:rPr>
                <w:rFonts w:eastAsia="SimSun"/>
                <w:sz w:val="15"/>
              </w:rPr>
              <w:t>.</w:t>
            </w:r>
          </w:p>
        </w:tc>
      </w:tr>
      <w:tr w:rsidR="005503B4" w:rsidRPr="00EE6DD3" w14:paraId="7F69A17D" w14:textId="77777777" w:rsidTr="00D65017">
        <w:tc>
          <w:tcPr>
            <w:tcW w:w="1234" w:type="dxa"/>
          </w:tcPr>
          <w:p w14:paraId="156DE489" w14:textId="77777777" w:rsidR="005503B4" w:rsidRPr="00EE6DD3" w:rsidRDefault="005503B4" w:rsidP="00D65017">
            <w:r w:rsidRPr="00EE6DD3">
              <w:rPr>
                <w:rFonts w:eastAsia="SimSun"/>
                <w:sz w:val="15"/>
              </w:rPr>
              <w:t>country_group_NO</w:t>
            </w:r>
          </w:p>
        </w:tc>
        <w:tc>
          <w:tcPr>
            <w:tcW w:w="1234" w:type="dxa"/>
          </w:tcPr>
          <w:p w14:paraId="33E5249A" w14:textId="77777777" w:rsidR="005503B4" w:rsidRPr="00EE6DD3" w:rsidRDefault="005503B4" w:rsidP="00D65017">
            <w:pPr>
              <w:jc w:val="center"/>
            </w:pPr>
            <w:r w:rsidRPr="00EE6DD3">
              <w:rPr>
                <w:rFonts w:eastAsia="SimSun"/>
                <w:sz w:val="15"/>
              </w:rPr>
              <w:t>0.0189</w:t>
            </w:r>
          </w:p>
        </w:tc>
        <w:tc>
          <w:tcPr>
            <w:tcW w:w="1234" w:type="dxa"/>
          </w:tcPr>
          <w:p w14:paraId="78B9F0B3" w14:textId="77777777" w:rsidR="005503B4" w:rsidRPr="00EE6DD3" w:rsidRDefault="005503B4" w:rsidP="00D65017">
            <w:pPr>
              <w:jc w:val="center"/>
            </w:pPr>
            <w:r w:rsidRPr="00EE6DD3">
              <w:rPr>
                <w:rFonts w:eastAsia="SimSun"/>
                <w:sz w:val="15"/>
              </w:rPr>
              <w:t>0.0053</w:t>
            </w:r>
          </w:p>
        </w:tc>
        <w:tc>
          <w:tcPr>
            <w:tcW w:w="1234" w:type="dxa"/>
          </w:tcPr>
          <w:p w14:paraId="1053EB2E" w14:textId="77777777" w:rsidR="005503B4" w:rsidRPr="00EE6DD3" w:rsidRDefault="005503B4" w:rsidP="00D65017">
            <w:pPr>
              <w:jc w:val="center"/>
            </w:pPr>
            <w:r w:rsidRPr="00EE6DD3">
              <w:rPr>
                <w:rFonts w:eastAsia="SimSun"/>
                <w:sz w:val="15"/>
              </w:rPr>
              <w:t>0.0085</w:t>
            </w:r>
          </w:p>
        </w:tc>
        <w:tc>
          <w:tcPr>
            <w:tcW w:w="1234" w:type="dxa"/>
          </w:tcPr>
          <w:p w14:paraId="7E72099E" w14:textId="77777777" w:rsidR="005503B4" w:rsidRPr="00EE6DD3" w:rsidRDefault="005503B4" w:rsidP="00D65017">
            <w:pPr>
              <w:jc w:val="center"/>
            </w:pPr>
            <w:r w:rsidRPr="00EE6DD3">
              <w:rPr>
                <w:rFonts w:eastAsia="SimSun"/>
                <w:sz w:val="15"/>
              </w:rPr>
              <w:t>0.0294</w:t>
            </w:r>
          </w:p>
        </w:tc>
        <w:tc>
          <w:tcPr>
            <w:tcW w:w="1234" w:type="dxa"/>
          </w:tcPr>
          <w:p w14:paraId="77E7DE4B" w14:textId="77777777" w:rsidR="005503B4" w:rsidRPr="00EE6DD3" w:rsidRDefault="005503B4" w:rsidP="00D65017">
            <w:pPr>
              <w:jc w:val="center"/>
            </w:pPr>
            <w:r w:rsidRPr="00EE6DD3">
              <w:rPr>
                <w:rFonts w:eastAsia="SimSun"/>
                <w:sz w:val="15"/>
              </w:rPr>
              <w:t>0.0004</w:t>
            </w:r>
          </w:p>
        </w:tc>
        <w:tc>
          <w:tcPr>
            <w:tcW w:w="1234" w:type="dxa"/>
          </w:tcPr>
          <w:p w14:paraId="1547D2AB" w14:textId="77777777" w:rsidR="005503B4" w:rsidRPr="00EE6DD3" w:rsidRDefault="005503B4" w:rsidP="00D65017">
            <w:pPr>
              <w:jc w:val="center"/>
            </w:pPr>
            <w:r w:rsidRPr="00EE6DD3">
              <w:rPr>
                <w:rFonts w:eastAsia="SimSun"/>
                <w:sz w:val="15"/>
              </w:rPr>
              <w:t>***</w:t>
            </w:r>
          </w:p>
        </w:tc>
      </w:tr>
      <w:tr w:rsidR="005503B4" w:rsidRPr="00EE6DD3" w14:paraId="707FA722" w14:textId="77777777" w:rsidTr="00D65017">
        <w:tc>
          <w:tcPr>
            <w:tcW w:w="1234" w:type="dxa"/>
          </w:tcPr>
          <w:p w14:paraId="12654188" w14:textId="77777777" w:rsidR="005503B4" w:rsidRPr="00EE6DD3" w:rsidRDefault="005503B4" w:rsidP="00D65017">
            <w:r w:rsidRPr="00EE6DD3">
              <w:rPr>
                <w:rFonts w:eastAsia="SimSun"/>
                <w:sz w:val="15"/>
              </w:rPr>
              <w:t>country_group_Other</w:t>
            </w:r>
          </w:p>
        </w:tc>
        <w:tc>
          <w:tcPr>
            <w:tcW w:w="1234" w:type="dxa"/>
          </w:tcPr>
          <w:p w14:paraId="518FC151" w14:textId="77777777" w:rsidR="005503B4" w:rsidRPr="00EE6DD3" w:rsidRDefault="005503B4" w:rsidP="00D65017">
            <w:pPr>
              <w:jc w:val="center"/>
            </w:pPr>
            <w:r w:rsidRPr="00EE6DD3">
              <w:rPr>
                <w:rFonts w:eastAsia="SimSun"/>
                <w:sz w:val="15"/>
              </w:rPr>
              <w:t>0.0307</w:t>
            </w:r>
          </w:p>
        </w:tc>
        <w:tc>
          <w:tcPr>
            <w:tcW w:w="1234" w:type="dxa"/>
          </w:tcPr>
          <w:p w14:paraId="12F82223" w14:textId="77777777" w:rsidR="005503B4" w:rsidRPr="00EE6DD3" w:rsidRDefault="005503B4" w:rsidP="00D65017">
            <w:pPr>
              <w:jc w:val="center"/>
            </w:pPr>
            <w:r w:rsidRPr="00EE6DD3">
              <w:rPr>
                <w:rFonts w:eastAsia="SimSun"/>
                <w:sz w:val="15"/>
              </w:rPr>
              <w:t>0.0028</w:t>
            </w:r>
          </w:p>
        </w:tc>
        <w:tc>
          <w:tcPr>
            <w:tcW w:w="1234" w:type="dxa"/>
          </w:tcPr>
          <w:p w14:paraId="544246CB" w14:textId="77777777" w:rsidR="005503B4" w:rsidRPr="00EE6DD3" w:rsidRDefault="005503B4" w:rsidP="00D65017">
            <w:pPr>
              <w:jc w:val="center"/>
            </w:pPr>
            <w:r w:rsidRPr="00EE6DD3">
              <w:rPr>
                <w:rFonts w:eastAsia="SimSun"/>
                <w:sz w:val="15"/>
              </w:rPr>
              <w:t>0.0251</w:t>
            </w:r>
          </w:p>
        </w:tc>
        <w:tc>
          <w:tcPr>
            <w:tcW w:w="1234" w:type="dxa"/>
          </w:tcPr>
          <w:p w14:paraId="0DA2CECA" w14:textId="77777777" w:rsidR="005503B4" w:rsidRPr="00EE6DD3" w:rsidRDefault="005503B4" w:rsidP="00D65017">
            <w:pPr>
              <w:jc w:val="center"/>
            </w:pPr>
            <w:r w:rsidRPr="00EE6DD3">
              <w:rPr>
                <w:rFonts w:eastAsia="SimSun"/>
                <w:sz w:val="15"/>
              </w:rPr>
              <w:t>0.0362</w:t>
            </w:r>
          </w:p>
        </w:tc>
        <w:tc>
          <w:tcPr>
            <w:tcW w:w="1234" w:type="dxa"/>
          </w:tcPr>
          <w:p w14:paraId="39E3C438" w14:textId="77777777" w:rsidR="005503B4" w:rsidRPr="00EE6DD3" w:rsidRDefault="005503B4" w:rsidP="00D65017">
            <w:pPr>
              <w:jc w:val="center"/>
            </w:pPr>
            <w:r w:rsidRPr="00EE6DD3">
              <w:rPr>
                <w:rFonts w:eastAsia="SimSun"/>
                <w:sz w:val="15"/>
              </w:rPr>
              <w:t>0.0000</w:t>
            </w:r>
          </w:p>
        </w:tc>
        <w:tc>
          <w:tcPr>
            <w:tcW w:w="1234" w:type="dxa"/>
          </w:tcPr>
          <w:p w14:paraId="71EB71F5" w14:textId="77777777" w:rsidR="005503B4" w:rsidRPr="00EE6DD3" w:rsidRDefault="005503B4" w:rsidP="00D65017">
            <w:pPr>
              <w:jc w:val="center"/>
            </w:pPr>
            <w:r w:rsidRPr="00EE6DD3">
              <w:rPr>
                <w:rFonts w:eastAsia="SimSun"/>
                <w:sz w:val="15"/>
              </w:rPr>
              <w:t>***</w:t>
            </w:r>
          </w:p>
        </w:tc>
      </w:tr>
      <w:tr w:rsidR="005503B4" w:rsidRPr="00EE6DD3" w14:paraId="3F1D482F" w14:textId="77777777" w:rsidTr="00D65017">
        <w:tc>
          <w:tcPr>
            <w:tcW w:w="1234" w:type="dxa"/>
          </w:tcPr>
          <w:p w14:paraId="6C3BA92D" w14:textId="77777777" w:rsidR="005503B4" w:rsidRPr="00EE6DD3" w:rsidRDefault="005503B4" w:rsidP="00D65017">
            <w:r w:rsidRPr="00EE6DD3">
              <w:rPr>
                <w:rFonts w:eastAsia="SimSun"/>
                <w:sz w:val="15"/>
              </w:rPr>
              <w:t>country_group_PK</w:t>
            </w:r>
          </w:p>
        </w:tc>
        <w:tc>
          <w:tcPr>
            <w:tcW w:w="1234" w:type="dxa"/>
          </w:tcPr>
          <w:p w14:paraId="47D61DDB" w14:textId="77777777" w:rsidR="005503B4" w:rsidRPr="00EE6DD3" w:rsidRDefault="005503B4" w:rsidP="00D65017">
            <w:pPr>
              <w:jc w:val="center"/>
            </w:pPr>
            <w:r w:rsidRPr="00EE6DD3">
              <w:rPr>
                <w:rFonts w:eastAsia="SimSun"/>
                <w:sz w:val="15"/>
              </w:rPr>
              <w:t>0.0329</w:t>
            </w:r>
          </w:p>
        </w:tc>
        <w:tc>
          <w:tcPr>
            <w:tcW w:w="1234" w:type="dxa"/>
          </w:tcPr>
          <w:p w14:paraId="7C4433CB" w14:textId="77777777" w:rsidR="005503B4" w:rsidRPr="00EE6DD3" w:rsidRDefault="005503B4" w:rsidP="00D65017">
            <w:pPr>
              <w:jc w:val="center"/>
            </w:pPr>
            <w:r w:rsidRPr="00EE6DD3">
              <w:rPr>
                <w:rFonts w:eastAsia="SimSun"/>
                <w:sz w:val="15"/>
              </w:rPr>
              <w:t>0.0050</w:t>
            </w:r>
          </w:p>
        </w:tc>
        <w:tc>
          <w:tcPr>
            <w:tcW w:w="1234" w:type="dxa"/>
          </w:tcPr>
          <w:p w14:paraId="5F83FFC2" w14:textId="77777777" w:rsidR="005503B4" w:rsidRPr="00EE6DD3" w:rsidRDefault="005503B4" w:rsidP="00D65017">
            <w:pPr>
              <w:jc w:val="center"/>
            </w:pPr>
            <w:r w:rsidRPr="00EE6DD3">
              <w:rPr>
                <w:rFonts w:eastAsia="SimSun"/>
                <w:sz w:val="15"/>
              </w:rPr>
              <w:t>0.0232</w:t>
            </w:r>
          </w:p>
        </w:tc>
        <w:tc>
          <w:tcPr>
            <w:tcW w:w="1234" w:type="dxa"/>
          </w:tcPr>
          <w:p w14:paraId="65F7AFD5" w14:textId="77777777" w:rsidR="005503B4" w:rsidRPr="00EE6DD3" w:rsidRDefault="005503B4" w:rsidP="00D65017">
            <w:pPr>
              <w:jc w:val="center"/>
            </w:pPr>
            <w:r w:rsidRPr="00EE6DD3">
              <w:rPr>
                <w:rFonts w:eastAsia="SimSun"/>
                <w:sz w:val="15"/>
              </w:rPr>
              <w:t>0.0426</w:t>
            </w:r>
          </w:p>
        </w:tc>
        <w:tc>
          <w:tcPr>
            <w:tcW w:w="1234" w:type="dxa"/>
          </w:tcPr>
          <w:p w14:paraId="6A216FF8" w14:textId="77777777" w:rsidR="005503B4" w:rsidRPr="00EE6DD3" w:rsidRDefault="005503B4" w:rsidP="00D65017">
            <w:pPr>
              <w:jc w:val="center"/>
            </w:pPr>
            <w:r w:rsidRPr="00EE6DD3">
              <w:rPr>
                <w:rFonts w:eastAsia="SimSun"/>
                <w:sz w:val="15"/>
              </w:rPr>
              <w:t>0.0000</w:t>
            </w:r>
          </w:p>
        </w:tc>
        <w:tc>
          <w:tcPr>
            <w:tcW w:w="1234" w:type="dxa"/>
          </w:tcPr>
          <w:p w14:paraId="1FD16506" w14:textId="77777777" w:rsidR="005503B4" w:rsidRPr="00EE6DD3" w:rsidRDefault="005503B4" w:rsidP="00D65017">
            <w:pPr>
              <w:jc w:val="center"/>
            </w:pPr>
            <w:r w:rsidRPr="00EE6DD3">
              <w:rPr>
                <w:rFonts w:eastAsia="SimSun"/>
                <w:sz w:val="15"/>
              </w:rPr>
              <w:t>***</w:t>
            </w:r>
          </w:p>
        </w:tc>
      </w:tr>
      <w:tr w:rsidR="005503B4" w:rsidRPr="00EE6DD3" w14:paraId="6D2942A4" w14:textId="77777777" w:rsidTr="00D65017">
        <w:tc>
          <w:tcPr>
            <w:tcW w:w="1234" w:type="dxa"/>
          </w:tcPr>
          <w:p w14:paraId="616704F8" w14:textId="77777777" w:rsidR="005503B4" w:rsidRPr="00EE6DD3" w:rsidRDefault="005503B4" w:rsidP="00D65017">
            <w:r w:rsidRPr="00EE6DD3">
              <w:rPr>
                <w:rFonts w:eastAsia="SimSun"/>
                <w:sz w:val="15"/>
              </w:rPr>
              <w:t>country_group_PL</w:t>
            </w:r>
          </w:p>
        </w:tc>
        <w:tc>
          <w:tcPr>
            <w:tcW w:w="1234" w:type="dxa"/>
          </w:tcPr>
          <w:p w14:paraId="48368C63" w14:textId="77777777" w:rsidR="005503B4" w:rsidRPr="00EE6DD3" w:rsidRDefault="005503B4" w:rsidP="00D65017">
            <w:pPr>
              <w:jc w:val="center"/>
            </w:pPr>
            <w:r w:rsidRPr="00EE6DD3">
              <w:rPr>
                <w:rFonts w:eastAsia="SimSun"/>
                <w:sz w:val="15"/>
              </w:rPr>
              <w:t>0.0317</w:t>
            </w:r>
          </w:p>
        </w:tc>
        <w:tc>
          <w:tcPr>
            <w:tcW w:w="1234" w:type="dxa"/>
          </w:tcPr>
          <w:p w14:paraId="6FB49A30" w14:textId="77777777" w:rsidR="005503B4" w:rsidRPr="00EE6DD3" w:rsidRDefault="005503B4" w:rsidP="00D65017">
            <w:pPr>
              <w:jc w:val="center"/>
            </w:pPr>
            <w:r w:rsidRPr="00EE6DD3">
              <w:rPr>
                <w:rFonts w:eastAsia="SimSun"/>
                <w:sz w:val="15"/>
              </w:rPr>
              <w:t>0.0041</w:t>
            </w:r>
          </w:p>
        </w:tc>
        <w:tc>
          <w:tcPr>
            <w:tcW w:w="1234" w:type="dxa"/>
          </w:tcPr>
          <w:p w14:paraId="7E8C16AC" w14:textId="77777777" w:rsidR="005503B4" w:rsidRPr="00EE6DD3" w:rsidRDefault="005503B4" w:rsidP="00D65017">
            <w:pPr>
              <w:jc w:val="center"/>
            </w:pPr>
            <w:r w:rsidRPr="00EE6DD3">
              <w:rPr>
                <w:rFonts w:eastAsia="SimSun"/>
                <w:sz w:val="15"/>
              </w:rPr>
              <w:t>0.0236</w:t>
            </w:r>
          </w:p>
        </w:tc>
        <w:tc>
          <w:tcPr>
            <w:tcW w:w="1234" w:type="dxa"/>
          </w:tcPr>
          <w:p w14:paraId="5F4ED29F" w14:textId="77777777" w:rsidR="005503B4" w:rsidRPr="00EE6DD3" w:rsidRDefault="005503B4" w:rsidP="00D65017">
            <w:pPr>
              <w:jc w:val="center"/>
            </w:pPr>
            <w:r w:rsidRPr="00EE6DD3">
              <w:rPr>
                <w:rFonts w:eastAsia="SimSun"/>
                <w:sz w:val="15"/>
              </w:rPr>
              <w:t>0.0397</w:t>
            </w:r>
          </w:p>
        </w:tc>
        <w:tc>
          <w:tcPr>
            <w:tcW w:w="1234" w:type="dxa"/>
          </w:tcPr>
          <w:p w14:paraId="6DF30DA1" w14:textId="77777777" w:rsidR="005503B4" w:rsidRPr="00EE6DD3" w:rsidRDefault="005503B4" w:rsidP="00D65017">
            <w:pPr>
              <w:jc w:val="center"/>
            </w:pPr>
            <w:r w:rsidRPr="00EE6DD3">
              <w:rPr>
                <w:rFonts w:eastAsia="SimSun"/>
                <w:sz w:val="15"/>
              </w:rPr>
              <w:t>0.0000</w:t>
            </w:r>
          </w:p>
        </w:tc>
        <w:tc>
          <w:tcPr>
            <w:tcW w:w="1234" w:type="dxa"/>
          </w:tcPr>
          <w:p w14:paraId="205EBA99" w14:textId="77777777" w:rsidR="005503B4" w:rsidRPr="00EE6DD3" w:rsidRDefault="005503B4" w:rsidP="00D65017">
            <w:pPr>
              <w:jc w:val="center"/>
            </w:pPr>
            <w:r w:rsidRPr="00EE6DD3">
              <w:rPr>
                <w:rFonts w:eastAsia="SimSun"/>
                <w:sz w:val="15"/>
              </w:rPr>
              <w:t>***</w:t>
            </w:r>
          </w:p>
        </w:tc>
      </w:tr>
      <w:tr w:rsidR="005503B4" w:rsidRPr="00EE6DD3" w14:paraId="34BA3ECF" w14:textId="77777777" w:rsidTr="00D65017">
        <w:tc>
          <w:tcPr>
            <w:tcW w:w="1234" w:type="dxa"/>
          </w:tcPr>
          <w:p w14:paraId="62EE7D38" w14:textId="77777777" w:rsidR="005503B4" w:rsidRPr="00EE6DD3" w:rsidRDefault="005503B4" w:rsidP="00D65017">
            <w:r w:rsidRPr="00EE6DD3">
              <w:rPr>
                <w:rFonts w:eastAsia="SimSun"/>
                <w:sz w:val="15"/>
              </w:rPr>
              <w:t>country_group_RO</w:t>
            </w:r>
          </w:p>
        </w:tc>
        <w:tc>
          <w:tcPr>
            <w:tcW w:w="1234" w:type="dxa"/>
          </w:tcPr>
          <w:p w14:paraId="7246BFE8" w14:textId="77777777" w:rsidR="005503B4" w:rsidRPr="00EE6DD3" w:rsidRDefault="005503B4" w:rsidP="00D65017">
            <w:pPr>
              <w:jc w:val="center"/>
            </w:pPr>
            <w:r w:rsidRPr="00EE6DD3">
              <w:rPr>
                <w:rFonts w:eastAsia="SimSun"/>
                <w:sz w:val="15"/>
              </w:rPr>
              <w:t>0.0310</w:t>
            </w:r>
          </w:p>
        </w:tc>
        <w:tc>
          <w:tcPr>
            <w:tcW w:w="1234" w:type="dxa"/>
          </w:tcPr>
          <w:p w14:paraId="1F3D1D12" w14:textId="77777777" w:rsidR="005503B4" w:rsidRPr="00EE6DD3" w:rsidRDefault="005503B4" w:rsidP="00D65017">
            <w:pPr>
              <w:jc w:val="center"/>
            </w:pPr>
            <w:r w:rsidRPr="00EE6DD3">
              <w:rPr>
                <w:rFonts w:eastAsia="SimSun"/>
                <w:sz w:val="15"/>
              </w:rPr>
              <w:t>0.0058</w:t>
            </w:r>
          </w:p>
        </w:tc>
        <w:tc>
          <w:tcPr>
            <w:tcW w:w="1234" w:type="dxa"/>
          </w:tcPr>
          <w:p w14:paraId="069103B3" w14:textId="77777777" w:rsidR="005503B4" w:rsidRPr="00EE6DD3" w:rsidRDefault="005503B4" w:rsidP="00D65017">
            <w:pPr>
              <w:jc w:val="center"/>
            </w:pPr>
            <w:r w:rsidRPr="00EE6DD3">
              <w:rPr>
                <w:rFonts w:eastAsia="SimSun"/>
                <w:sz w:val="15"/>
              </w:rPr>
              <w:t>0.0196</w:t>
            </w:r>
          </w:p>
        </w:tc>
        <w:tc>
          <w:tcPr>
            <w:tcW w:w="1234" w:type="dxa"/>
          </w:tcPr>
          <w:p w14:paraId="04479A6F" w14:textId="77777777" w:rsidR="005503B4" w:rsidRPr="00EE6DD3" w:rsidRDefault="005503B4" w:rsidP="00D65017">
            <w:pPr>
              <w:jc w:val="center"/>
            </w:pPr>
            <w:r w:rsidRPr="00EE6DD3">
              <w:rPr>
                <w:rFonts w:eastAsia="SimSun"/>
                <w:sz w:val="15"/>
              </w:rPr>
              <w:t>0.0423</w:t>
            </w:r>
          </w:p>
        </w:tc>
        <w:tc>
          <w:tcPr>
            <w:tcW w:w="1234" w:type="dxa"/>
          </w:tcPr>
          <w:p w14:paraId="49FC54D6" w14:textId="77777777" w:rsidR="005503B4" w:rsidRPr="00EE6DD3" w:rsidRDefault="005503B4" w:rsidP="00D65017">
            <w:pPr>
              <w:jc w:val="center"/>
            </w:pPr>
            <w:r w:rsidRPr="00EE6DD3">
              <w:rPr>
                <w:rFonts w:eastAsia="SimSun"/>
                <w:sz w:val="15"/>
              </w:rPr>
              <w:t>0.0000</w:t>
            </w:r>
          </w:p>
        </w:tc>
        <w:tc>
          <w:tcPr>
            <w:tcW w:w="1234" w:type="dxa"/>
          </w:tcPr>
          <w:p w14:paraId="704F7EA4" w14:textId="77777777" w:rsidR="005503B4" w:rsidRPr="00EE6DD3" w:rsidRDefault="005503B4" w:rsidP="00D65017">
            <w:pPr>
              <w:jc w:val="center"/>
            </w:pPr>
            <w:r w:rsidRPr="00EE6DD3">
              <w:rPr>
                <w:rFonts w:eastAsia="SimSun"/>
                <w:sz w:val="15"/>
              </w:rPr>
              <w:t>***</w:t>
            </w:r>
          </w:p>
        </w:tc>
      </w:tr>
      <w:tr w:rsidR="005503B4" w:rsidRPr="00EE6DD3" w14:paraId="49F280FC" w14:textId="77777777" w:rsidTr="00D65017">
        <w:tc>
          <w:tcPr>
            <w:tcW w:w="1234" w:type="dxa"/>
          </w:tcPr>
          <w:p w14:paraId="68084DF5" w14:textId="77777777" w:rsidR="005503B4" w:rsidRPr="00EE6DD3" w:rsidRDefault="005503B4" w:rsidP="00D65017">
            <w:r w:rsidRPr="00EE6DD3">
              <w:rPr>
                <w:rFonts w:eastAsia="SimSun"/>
                <w:sz w:val="15"/>
              </w:rPr>
              <w:t>country_group_RU</w:t>
            </w:r>
          </w:p>
        </w:tc>
        <w:tc>
          <w:tcPr>
            <w:tcW w:w="1234" w:type="dxa"/>
          </w:tcPr>
          <w:p w14:paraId="21A3AA24" w14:textId="77777777" w:rsidR="005503B4" w:rsidRPr="00EE6DD3" w:rsidRDefault="005503B4" w:rsidP="00D65017">
            <w:pPr>
              <w:jc w:val="center"/>
            </w:pPr>
            <w:r w:rsidRPr="00EE6DD3">
              <w:rPr>
                <w:rFonts w:eastAsia="SimSun"/>
                <w:sz w:val="15"/>
              </w:rPr>
              <w:t>0.0106</w:t>
            </w:r>
          </w:p>
        </w:tc>
        <w:tc>
          <w:tcPr>
            <w:tcW w:w="1234" w:type="dxa"/>
          </w:tcPr>
          <w:p w14:paraId="1EC2DD67" w14:textId="77777777" w:rsidR="005503B4" w:rsidRPr="00EE6DD3" w:rsidRDefault="005503B4" w:rsidP="00D65017">
            <w:pPr>
              <w:jc w:val="center"/>
            </w:pPr>
            <w:r w:rsidRPr="00EE6DD3">
              <w:rPr>
                <w:rFonts w:eastAsia="SimSun"/>
                <w:sz w:val="15"/>
              </w:rPr>
              <w:t>0.0035</w:t>
            </w:r>
          </w:p>
        </w:tc>
        <w:tc>
          <w:tcPr>
            <w:tcW w:w="1234" w:type="dxa"/>
          </w:tcPr>
          <w:p w14:paraId="34B48658" w14:textId="77777777" w:rsidR="005503B4" w:rsidRPr="00EE6DD3" w:rsidRDefault="005503B4" w:rsidP="00D65017">
            <w:pPr>
              <w:jc w:val="center"/>
            </w:pPr>
            <w:r w:rsidRPr="00EE6DD3">
              <w:rPr>
                <w:rFonts w:eastAsia="SimSun"/>
                <w:sz w:val="15"/>
              </w:rPr>
              <w:t>0.0037</w:t>
            </w:r>
          </w:p>
        </w:tc>
        <w:tc>
          <w:tcPr>
            <w:tcW w:w="1234" w:type="dxa"/>
          </w:tcPr>
          <w:p w14:paraId="0C92B437" w14:textId="77777777" w:rsidR="005503B4" w:rsidRPr="00EE6DD3" w:rsidRDefault="005503B4" w:rsidP="00D65017">
            <w:pPr>
              <w:jc w:val="center"/>
            </w:pPr>
            <w:r w:rsidRPr="00EE6DD3">
              <w:rPr>
                <w:rFonts w:eastAsia="SimSun"/>
                <w:sz w:val="15"/>
              </w:rPr>
              <w:t>0.0176</w:t>
            </w:r>
          </w:p>
        </w:tc>
        <w:tc>
          <w:tcPr>
            <w:tcW w:w="1234" w:type="dxa"/>
          </w:tcPr>
          <w:p w14:paraId="73185813" w14:textId="77777777" w:rsidR="005503B4" w:rsidRPr="00EE6DD3" w:rsidRDefault="005503B4" w:rsidP="00D65017">
            <w:pPr>
              <w:jc w:val="center"/>
            </w:pPr>
            <w:r w:rsidRPr="00EE6DD3">
              <w:rPr>
                <w:rFonts w:eastAsia="SimSun"/>
                <w:sz w:val="15"/>
              </w:rPr>
              <w:t>0.0026</w:t>
            </w:r>
          </w:p>
        </w:tc>
        <w:tc>
          <w:tcPr>
            <w:tcW w:w="1234" w:type="dxa"/>
          </w:tcPr>
          <w:p w14:paraId="07F7D6A7" w14:textId="77777777" w:rsidR="005503B4" w:rsidRPr="00EE6DD3" w:rsidRDefault="005503B4" w:rsidP="00D65017">
            <w:pPr>
              <w:jc w:val="center"/>
            </w:pPr>
            <w:r w:rsidRPr="00EE6DD3">
              <w:rPr>
                <w:rFonts w:eastAsia="SimSun"/>
                <w:sz w:val="15"/>
              </w:rPr>
              <w:t>**</w:t>
            </w:r>
          </w:p>
        </w:tc>
      </w:tr>
      <w:tr w:rsidR="005503B4" w:rsidRPr="00EE6DD3" w14:paraId="47FCBABE" w14:textId="77777777" w:rsidTr="00D65017">
        <w:tc>
          <w:tcPr>
            <w:tcW w:w="1234" w:type="dxa"/>
          </w:tcPr>
          <w:p w14:paraId="774B25DA" w14:textId="77777777" w:rsidR="005503B4" w:rsidRPr="00EE6DD3" w:rsidRDefault="005503B4" w:rsidP="00D65017">
            <w:r w:rsidRPr="00EE6DD3">
              <w:rPr>
                <w:rFonts w:eastAsia="SimSun"/>
                <w:sz w:val="15"/>
              </w:rPr>
              <w:t>country_group_SE</w:t>
            </w:r>
          </w:p>
        </w:tc>
        <w:tc>
          <w:tcPr>
            <w:tcW w:w="1234" w:type="dxa"/>
          </w:tcPr>
          <w:p w14:paraId="18F80207" w14:textId="77777777" w:rsidR="005503B4" w:rsidRPr="00EE6DD3" w:rsidRDefault="005503B4" w:rsidP="00D65017">
            <w:pPr>
              <w:jc w:val="center"/>
            </w:pPr>
            <w:r w:rsidRPr="00EE6DD3">
              <w:rPr>
                <w:rFonts w:eastAsia="SimSun"/>
                <w:sz w:val="15"/>
              </w:rPr>
              <w:t>0.0033</w:t>
            </w:r>
          </w:p>
        </w:tc>
        <w:tc>
          <w:tcPr>
            <w:tcW w:w="1234" w:type="dxa"/>
          </w:tcPr>
          <w:p w14:paraId="7D727452" w14:textId="77777777" w:rsidR="005503B4" w:rsidRPr="00EE6DD3" w:rsidRDefault="005503B4" w:rsidP="00D65017">
            <w:pPr>
              <w:jc w:val="center"/>
            </w:pPr>
            <w:r w:rsidRPr="00EE6DD3">
              <w:rPr>
                <w:rFonts w:eastAsia="SimSun"/>
                <w:sz w:val="15"/>
              </w:rPr>
              <w:t>0.0049</w:t>
            </w:r>
          </w:p>
        </w:tc>
        <w:tc>
          <w:tcPr>
            <w:tcW w:w="1234" w:type="dxa"/>
          </w:tcPr>
          <w:p w14:paraId="2AE56D52" w14:textId="77777777" w:rsidR="005503B4" w:rsidRPr="00EE6DD3" w:rsidRDefault="005503B4" w:rsidP="00D65017">
            <w:pPr>
              <w:jc w:val="center"/>
            </w:pPr>
            <w:r w:rsidRPr="00EE6DD3">
              <w:rPr>
                <w:rFonts w:eastAsia="SimSun"/>
                <w:sz w:val="15"/>
              </w:rPr>
              <w:t>-0.0062</w:t>
            </w:r>
          </w:p>
        </w:tc>
        <w:tc>
          <w:tcPr>
            <w:tcW w:w="1234" w:type="dxa"/>
          </w:tcPr>
          <w:p w14:paraId="3E9F9C1C" w14:textId="77777777" w:rsidR="005503B4" w:rsidRPr="00EE6DD3" w:rsidRDefault="005503B4" w:rsidP="00D65017">
            <w:pPr>
              <w:jc w:val="center"/>
            </w:pPr>
            <w:r w:rsidRPr="00EE6DD3">
              <w:rPr>
                <w:rFonts w:eastAsia="SimSun"/>
                <w:sz w:val="15"/>
              </w:rPr>
              <w:t>0.0129</w:t>
            </w:r>
          </w:p>
        </w:tc>
        <w:tc>
          <w:tcPr>
            <w:tcW w:w="1234" w:type="dxa"/>
          </w:tcPr>
          <w:p w14:paraId="0C34B64B" w14:textId="77777777" w:rsidR="005503B4" w:rsidRPr="00EE6DD3" w:rsidRDefault="005503B4" w:rsidP="00D65017">
            <w:pPr>
              <w:jc w:val="center"/>
            </w:pPr>
            <w:r w:rsidRPr="00EE6DD3">
              <w:rPr>
                <w:rFonts w:eastAsia="SimSun"/>
                <w:sz w:val="15"/>
              </w:rPr>
              <w:t>0.4930</w:t>
            </w:r>
          </w:p>
        </w:tc>
        <w:tc>
          <w:tcPr>
            <w:tcW w:w="1234" w:type="dxa"/>
          </w:tcPr>
          <w:p w14:paraId="5D41FFBC" w14:textId="77777777" w:rsidR="005503B4" w:rsidRPr="00EE6DD3" w:rsidRDefault="005503B4" w:rsidP="00D65017">
            <w:pPr>
              <w:jc w:val="center"/>
            </w:pPr>
          </w:p>
        </w:tc>
      </w:tr>
      <w:tr w:rsidR="005503B4" w:rsidRPr="00EE6DD3" w14:paraId="50B9754B" w14:textId="77777777" w:rsidTr="00D65017">
        <w:tc>
          <w:tcPr>
            <w:tcW w:w="1234" w:type="dxa"/>
          </w:tcPr>
          <w:p w14:paraId="4594F6FF" w14:textId="77777777" w:rsidR="005503B4" w:rsidRPr="00EE6DD3" w:rsidRDefault="005503B4" w:rsidP="00D65017">
            <w:r w:rsidRPr="00EE6DD3">
              <w:rPr>
                <w:rFonts w:eastAsia="SimSun"/>
                <w:sz w:val="15"/>
              </w:rPr>
              <w:t>country_group_TR</w:t>
            </w:r>
          </w:p>
        </w:tc>
        <w:tc>
          <w:tcPr>
            <w:tcW w:w="1234" w:type="dxa"/>
          </w:tcPr>
          <w:p w14:paraId="7ED464A8" w14:textId="77777777" w:rsidR="005503B4" w:rsidRPr="00EE6DD3" w:rsidRDefault="005503B4" w:rsidP="00D65017">
            <w:pPr>
              <w:jc w:val="center"/>
            </w:pPr>
            <w:r w:rsidRPr="00EE6DD3">
              <w:rPr>
                <w:rFonts w:eastAsia="SimSun"/>
                <w:sz w:val="15"/>
              </w:rPr>
              <w:t>0.0843</w:t>
            </w:r>
          </w:p>
        </w:tc>
        <w:tc>
          <w:tcPr>
            <w:tcW w:w="1234" w:type="dxa"/>
          </w:tcPr>
          <w:p w14:paraId="352680EF" w14:textId="77777777" w:rsidR="005503B4" w:rsidRPr="00EE6DD3" w:rsidRDefault="005503B4" w:rsidP="00D65017">
            <w:pPr>
              <w:jc w:val="center"/>
            </w:pPr>
            <w:r w:rsidRPr="00EE6DD3">
              <w:rPr>
                <w:rFonts w:eastAsia="SimSun"/>
                <w:sz w:val="15"/>
              </w:rPr>
              <w:t>0.0041</w:t>
            </w:r>
          </w:p>
        </w:tc>
        <w:tc>
          <w:tcPr>
            <w:tcW w:w="1234" w:type="dxa"/>
          </w:tcPr>
          <w:p w14:paraId="212D2D10" w14:textId="77777777" w:rsidR="005503B4" w:rsidRPr="00EE6DD3" w:rsidRDefault="005503B4" w:rsidP="00D65017">
            <w:pPr>
              <w:jc w:val="center"/>
            </w:pPr>
            <w:r w:rsidRPr="00EE6DD3">
              <w:rPr>
                <w:rFonts w:eastAsia="SimSun"/>
                <w:sz w:val="15"/>
              </w:rPr>
              <w:t>0.0763</w:t>
            </w:r>
          </w:p>
        </w:tc>
        <w:tc>
          <w:tcPr>
            <w:tcW w:w="1234" w:type="dxa"/>
          </w:tcPr>
          <w:p w14:paraId="5D26894A" w14:textId="77777777" w:rsidR="005503B4" w:rsidRPr="00EE6DD3" w:rsidRDefault="005503B4" w:rsidP="00D65017">
            <w:pPr>
              <w:jc w:val="center"/>
            </w:pPr>
            <w:r w:rsidRPr="00EE6DD3">
              <w:rPr>
                <w:rFonts w:eastAsia="SimSun"/>
                <w:sz w:val="15"/>
              </w:rPr>
              <w:t>0.0924</w:t>
            </w:r>
          </w:p>
        </w:tc>
        <w:tc>
          <w:tcPr>
            <w:tcW w:w="1234" w:type="dxa"/>
          </w:tcPr>
          <w:p w14:paraId="2A6DCADA" w14:textId="77777777" w:rsidR="005503B4" w:rsidRPr="00EE6DD3" w:rsidRDefault="005503B4" w:rsidP="00D65017">
            <w:pPr>
              <w:jc w:val="center"/>
            </w:pPr>
            <w:r w:rsidRPr="00EE6DD3">
              <w:rPr>
                <w:rFonts w:eastAsia="SimSun"/>
                <w:sz w:val="15"/>
              </w:rPr>
              <w:t>0.0000</w:t>
            </w:r>
          </w:p>
        </w:tc>
        <w:tc>
          <w:tcPr>
            <w:tcW w:w="1234" w:type="dxa"/>
          </w:tcPr>
          <w:p w14:paraId="510BE769" w14:textId="77777777" w:rsidR="005503B4" w:rsidRPr="00EE6DD3" w:rsidRDefault="005503B4" w:rsidP="00D65017">
            <w:pPr>
              <w:jc w:val="center"/>
            </w:pPr>
            <w:r w:rsidRPr="00EE6DD3">
              <w:rPr>
                <w:rFonts w:eastAsia="SimSun"/>
                <w:sz w:val="15"/>
              </w:rPr>
              <w:t>***</w:t>
            </w:r>
          </w:p>
        </w:tc>
      </w:tr>
      <w:tr w:rsidR="005503B4" w:rsidRPr="00EE6DD3" w14:paraId="02EFBD5C" w14:textId="77777777" w:rsidTr="00D65017">
        <w:tc>
          <w:tcPr>
            <w:tcW w:w="1234" w:type="dxa"/>
          </w:tcPr>
          <w:p w14:paraId="75D5A964" w14:textId="77777777" w:rsidR="005503B4" w:rsidRPr="00EE6DD3" w:rsidRDefault="005503B4" w:rsidP="00D65017">
            <w:r w:rsidRPr="00EE6DD3">
              <w:rPr>
                <w:rFonts w:eastAsia="SimSun"/>
                <w:sz w:val="15"/>
              </w:rPr>
              <w:t>country_group_TW</w:t>
            </w:r>
          </w:p>
        </w:tc>
        <w:tc>
          <w:tcPr>
            <w:tcW w:w="1234" w:type="dxa"/>
          </w:tcPr>
          <w:p w14:paraId="20D057CB" w14:textId="77777777" w:rsidR="005503B4" w:rsidRPr="00EE6DD3" w:rsidRDefault="005503B4" w:rsidP="00D65017">
            <w:pPr>
              <w:jc w:val="center"/>
            </w:pPr>
            <w:r w:rsidRPr="00EE6DD3">
              <w:rPr>
                <w:rFonts w:eastAsia="SimSun"/>
                <w:sz w:val="15"/>
              </w:rPr>
              <w:t>0.0719</w:t>
            </w:r>
          </w:p>
        </w:tc>
        <w:tc>
          <w:tcPr>
            <w:tcW w:w="1234" w:type="dxa"/>
          </w:tcPr>
          <w:p w14:paraId="73C4C0F6" w14:textId="77777777" w:rsidR="005503B4" w:rsidRPr="00EE6DD3" w:rsidRDefault="005503B4" w:rsidP="00D65017">
            <w:pPr>
              <w:jc w:val="center"/>
            </w:pPr>
            <w:r w:rsidRPr="00EE6DD3">
              <w:rPr>
                <w:rFonts w:eastAsia="SimSun"/>
                <w:sz w:val="15"/>
              </w:rPr>
              <w:t>0.0052</w:t>
            </w:r>
          </w:p>
        </w:tc>
        <w:tc>
          <w:tcPr>
            <w:tcW w:w="1234" w:type="dxa"/>
          </w:tcPr>
          <w:p w14:paraId="5E2BA2BD" w14:textId="77777777" w:rsidR="005503B4" w:rsidRPr="00EE6DD3" w:rsidRDefault="005503B4" w:rsidP="00D65017">
            <w:pPr>
              <w:jc w:val="center"/>
            </w:pPr>
            <w:r w:rsidRPr="00EE6DD3">
              <w:rPr>
                <w:rFonts w:eastAsia="SimSun"/>
                <w:sz w:val="15"/>
              </w:rPr>
              <w:t>0.0617</w:t>
            </w:r>
          </w:p>
        </w:tc>
        <w:tc>
          <w:tcPr>
            <w:tcW w:w="1234" w:type="dxa"/>
          </w:tcPr>
          <w:p w14:paraId="4B0F12C9" w14:textId="77777777" w:rsidR="005503B4" w:rsidRPr="00EE6DD3" w:rsidRDefault="005503B4" w:rsidP="00D65017">
            <w:pPr>
              <w:jc w:val="center"/>
            </w:pPr>
            <w:r w:rsidRPr="00EE6DD3">
              <w:rPr>
                <w:rFonts w:eastAsia="SimSun"/>
                <w:sz w:val="15"/>
              </w:rPr>
              <w:t>0.0822</w:t>
            </w:r>
          </w:p>
        </w:tc>
        <w:tc>
          <w:tcPr>
            <w:tcW w:w="1234" w:type="dxa"/>
          </w:tcPr>
          <w:p w14:paraId="1C5098F7" w14:textId="77777777" w:rsidR="005503B4" w:rsidRPr="00EE6DD3" w:rsidRDefault="005503B4" w:rsidP="00D65017">
            <w:pPr>
              <w:jc w:val="center"/>
            </w:pPr>
            <w:r w:rsidRPr="00EE6DD3">
              <w:rPr>
                <w:rFonts w:eastAsia="SimSun"/>
                <w:sz w:val="15"/>
              </w:rPr>
              <w:t>0.0000</w:t>
            </w:r>
          </w:p>
        </w:tc>
        <w:tc>
          <w:tcPr>
            <w:tcW w:w="1234" w:type="dxa"/>
          </w:tcPr>
          <w:p w14:paraId="5B08FD71" w14:textId="77777777" w:rsidR="005503B4" w:rsidRPr="00EE6DD3" w:rsidRDefault="005503B4" w:rsidP="00D65017">
            <w:pPr>
              <w:jc w:val="center"/>
            </w:pPr>
            <w:r w:rsidRPr="00EE6DD3">
              <w:rPr>
                <w:rFonts w:eastAsia="SimSun"/>
                <w:sz w:val="15"/>
              </w:rPr>
              <w:t>***</w:t>
            </w:r>
          </w:p>
        </w:tc>
      </w:tr>
      <w:tr w:rsidR="005503B4" w:rsidRPr="00EE6DD3" w14:paraId="4CE33220" w14:textId="77777777" w:rsidTr="00D65017">
        <w:tc>
          <w:tcPr>
            <w:tcW w:w="1234" w:type="dxa"/>
          </w:tcPr>
          <w:p w14:paraId="424015B7" w14:textId="77777777" w:rsidR="005503B4" w:rsidRPr="00EE6DD3" w:rsidRDefault="005503B4" w:rsidP="00D65017">
            <w:r w:rsidRPr="00EE6DD3">
              <w:rPr>
                <w:rFonts w:eastAsia="SimSun"/>
                <w:sz w:val="15"/>
              </w:rPr>
              <w:t>country_group_UA</w:t>
            </w:r>
          </w:p>
        </w:tc>
        <w:tc>
          <w:tcPr>
            <w:tcW w:w="1234" w:type="dxa"/>
          </w:tcPr>
          <w:p w14:paraId="2F8DD62A" w14:textId="77777777" w:rsidR="005503B4" w:rsidRPr="00EE6DD3" w:rsidRDefault="005503B4" w:rsidP="00D65017">
            <w:pPr>
              <w:jc w:val="center"/>
            </w:pPr>
            <w:r w:rsidRPr="00EE6DD3">
              <w:rPr>
                <w:rFonts w:eastAsia="SimSun"/>
                <w:sz w:val="15"/>
              </w:rPr>
              <w:t>-0.0003</w:t>
            </w:r>
          </w:p>
        </w:tc>
        <w:tc>
          <w:tcPr>
            <w:tcW w:w="1234" w:type="dxa"/>
          </w:tcPr>
          <w:p w14:paraId="6F5DDB14" w14:textId="77777777" w:rsidR="005503B4" w:rsidRPr="00EE6DD3" w:rsidRDefault="005503B4" w:rsidP="00D65017">
            <w:pPr>
              <w:jc w:val="center"/>
            </w:pPr>
            <w:r w:rsidRPr="00EE6DD3">
              <w:rPr>
                <w:rFonts w:eastAsia="SimSun"/>
                <w:sz w:val="15"/>
              </w:rPr>
              <w:t>0.0047</w:t>
            </w:r>
          </w:p>
        </w:tc>
        <w:tc>
          <w:tcPr>
            <w:tcW w:w="1234" w:type="dxa"/>
          </w:tcPr>
          <w:p w14:paraId="7EAA7597" w14:textId="77777777" w:rsidR="005503B4" w:rsidRPr="00EE6DD3" w:rsidRDefault="005503B4" w:rsidP="00D65017">
            <w:pPr>
              <w:jc w:val="center"/>
            </w:pPr>
            <w:r w:rsidRPr="00EE6DD3">
              <w:rPr>
                <w:rFonts w:eastAsia="SimSun"/>
                <w:sz w:val="15"/>
              </w:rPr>
              <w:t>-0.0095</w:t>
            </w:r>
          </w:p>
        </w:tc>
        <w:tc>
          <w:tcPr>
            <w:tcW w:w="1234" w:type="dxa"/>
          </w:tcPr>
          <w:p w14:paraId="6C6E0E46" w14:textId="77777777" w:rsidR="005503B4" w:rsidRPr="00EE6DD3" w:rsidRDefault="005503B4" w:rsidP="00D65017">
            <w:pPr>
              <w:jc w:val="center"/>
            </w:pPr>
            <w:r w:rsidRPr="00EE6DD3">
              <w:rPr>
                <w:rFonts w:eastAsia="SimSun"/>
                <w:sz w:val="15"/>
              </w:rPr>
              <w:t>0.0089</w:t>
            </w:r>
          </w:p>
        </w:tc>
        <w:tc>
          <w:tcPr>
            <w:tcW w:w="1234" w:type="dxa"/>
          </w:tcPr>
          <w:p w14:paraId="55268D56" w14:textId="77777777" w:rsidR="005503B4" w:rsidRPr="00EE6DD3" w:rsidRDefault="005503B4" w:rsidP="00D65017">
            <w:pPr>
              <w:jc w:val="center"/>
            </w:pPr>
            <w:r w:rsidRPr="00EE6DD3">
              <w:rPr>
                <w:rFonts w:eastAsia="SimSun"/>
                <w:sz w:val="15"/>
              </w:rPr>
              <w:t>0.9515</w:t>
            </w:r>
          </w:p>
        </w:tc>
        <w:tc>
          <w:tcPr>
            <w:tcW w:w="1234" w:type="dxa"/>
          </w:tcPr>
          <w:p w14:paraId="43090A76" w14:textId="77777777" w:rsidR="005503B4" w:rsidRPr="00EE6DD3" w:rsidRDefault="005503B4" w:rsidP="00D65017">
            <w:pPr>
              <w:jc w:val="center"/>
            </w:pPr>
          </w:p>
        </w:tc>
      </w:tr>
      <w:tr w:rsidR="005503B4" w:rsidRPr="00EE6DD3" w14:paraId="2B6C0D9D" w14:textId="77777777" w:rsidTr="00D65017">
        <w:tc>
          <w:tcPr>
            <w:tcW w:w="1234" w:type="dxa"/>
          </w:tcPr>
          <w:p w14:paraId="4306C69F" w14:textId="77777777" w:rsidR="005503B4" w:rsidRPr="00EE6DD3" w:rsidRDefault="005503B4" w:rsidP="00D65017">
            <w:r w:rsidRPr="00EE6DD3">
              <w:rPr>
                <w:rFonts w:eastAsia="SimSun"/>
                <w:sz w:val="15"/>
              </w:rPr>
              <w:t>country_group_US</w:t>
            </w:r>
          </w:p>
        </w:tc>
        <w:tc>
          <w:tcPr>
            <w:tcW w:w="1234" w:type="dxa"/>
          </w:tcPr>
          <w:p w14:paraId="75FEA929" w14:textId="77777777" w:rsidR="005503B4" w:rsidRPr="00EE6DD3" w:rsidRDefault="005503B4" w:rsidP="00D65017">
            <w:pPr>
              <w:jc w:val="center"/>
            </w:pPr>
            <w:r w:rsidRPr="00EE6DD3">
              <w:rPr>
                <w:rFonts w:eastAsia="SimSun"/>
                <w:sz w:val="15"/>
              </w:rPr>
              <w:t>-0.0022</w:t>
            </w:r>
          </w:p>
        </w:tc>
        <w:tc>
          <w:tcPr>
            <w:tcW w:w="1234" w:type="dxa"/>
          </w:tcPr>
          <w:p w14:paraId="45AC7D36" w14:textId="77777777" w:rsidR="005503B4" w:rsidRPr="00EE6DD3" w:rsidRDefault="005503B4" w:rsidP="00D65017">
            <w:pPr>
              <w:jc w:val="center"/>
            </w:pPr>
            <w:r w:rsidRPr="00EE6DD3">
              <w:rPr>
                <w:rFonts w:eastAsia="SimSun"/>
                <w:sz w:val="15"/>
              </w:rPr>
              <w:t>0.0028</w:t>
            </w:r>
          </w:p>
        </w:tc>
        <w:tc>
          <w:tcPr>
            <w:tcW w:w="1234" w:type="dxa"/>
          </w:tcPr>
          <w:p w14:paraId="054C4914" w14:textId="77777777" w:rsidR="005503B4" w:rsidRPr="00EE6DD3" w:rsidRDefault="005503B4" w:rsidP="00D65017">
            <w:pPr>
              <w:jc w:val="center"/>
            </w:pPr>
            <w:r w:rsidRPr="00EE6DD3">
              <w:rPr>
                <w:rFonts w:eastAsia="SimSun"/>
                <w:sz w:val="15"/>
              </w:rPr>
              <w:t>-0.0077</w:t>
            </w:r>
          </w:p>
        </w:tc>
        <w:tc>
          <w:tcPr>
            <w:tcW w:w="1234" w:type="dxa"/>
          </w:tcPr>
          <w:p w14:paraId="5A9C2A2E" w14:textId="77777777" w:rsidR="005503B4" w:rsidRPr="00EE6DD3" w:rsidRDefault="005503B4" w:rsidP="00D65017">
            <w:pPr>
              <w:jc w:val="center"/>
            </w:pPr>
            <w:r w:rsidRPr="00EE6DD3">
              <w:rPr>
                <w:rFonts w:eastAsia="SimSun"/>
                <w:sz w:val="15"/>
              </w:rPr>
              <w:t>0.0034</w:t>
            </w:r>
          </w:p>
        </w:tc>
        <w:tc>
          <w:tcPr>
            <w:tcW w:w="1234" w:type="dxa"/>
          </w:tcPr>
          <w:p w14:paraId="340AFD1B" w14:textId="77777777" w:rsidR="005503B4" w:rsidRPr="00EE6DD3" w:rsidRDefault="005503B4" w:rsidP="00D65017">
            <w:pPr>
              <w:jc w:val="center"/>
            </w:pPr>
            <w:r w:rsidRPr="00EE6DD3">
              <w:rPr>
                <w:rFonts w:eastAsia="SimSun"/>
                <w:sz w:val="15"/>
              </w:rPr>
              <w:t>0.4436</w:t>
            </w:r>
          </w:p>
        </w:tc>
        <w:tc>
          <w:tcPr>
            <w:tcW w:w="1234" w:type="dxa"/>
          </w:tcPr>
          <w:p w14:paraId="249CB8D8" w14:textId="77777777" w:rsidR="005503B4" w:rsidRPr="00EE6DD3" w:rsidRDefault="005503B4" w:rsidP="00D65017">
            <w:pPr>
              <w:jc w:val="center"/>
            </w:pPr>
          </w:p>
        </w:tc>
      </w:tr>
      <w:tr w:rsidR="005503B4" w:rsidRPr="00EE6DD3" w14:paraId="0290A04C" w14:textId="77777777" w:rsidTr="00D65017">
        <w:tc>
          <w:tcPr>
            <w:tcW w:w="1234" w:type="dxa"/>
          </w:tcPr>
          <w:p w14:paraId="6B52FD06" w14:textId="77777777" w:rsidR="005503B4" w:rsidRPr="00EE6DD3" w:rsidRDefault="005503B4" w:rsidP="00D65017">
            <w:r w:rsidRPr="00EE6DD3">
              <w:rPr>
                <w:rFonts w:eastAsia="SimSun"/>
                <w:sz w:val="15"/>
              </w:rPr>
              <w:t>country_group_Unknown</w:t>
            </w:r>
          </w:p>
        </w:tc>
        <w:tc>
          <w:tcPr>
            <w:tcW w:w="1234" w:type="dxa"/>
          </w:tcPr>
          <w:p w14:paraId="69C1C9D6" w14:textId="77777777" w:rsidR="005503B4" w:rsidRPr="00EE6DD3" w:rsidRDefault="005503B4" w:rsidP="00D65017">
            <w:pPr>
              <w:jc w:val="center"/>
            </w:pPr>
            <w:r w:rsidRPr="00EE6DD3">
              <w:rPr>
                <w:rFonts w:eastAsia="SimSun"/>
                <w:sz w:val="15"/>
              </w:rPr>
              <w:t>0.0611</w:t>
            </w:r>
          </w:p>
        </w:tc>
        <w:tc>
          <w:tcPr>
            <w:tcW w:w="1234" w:type="dxa"/>
          </w:tcPr>
          <w:p w14:paraId="4A68FDEB" w14:textId="77777777" w:rsidR="005503B4" w:rsidRPr="00EE6DD3" w:rsidRDefault="005503B4" w:rsidP="00D65017">
            <w:pPr>
              <w:jc w:val="center"/>
            </w:pPr>
            <w:r w:rsidRPr="00EE6DD3">
              <w:rPr>
                <w:rFonts w:eastAsia="SimSun"/>
                <w:sz w:val="15"/>
              </w:rPr>
              <w:t>0.0047</w:t>
            </w:r>
          </w:p>
        </w:tc>
        <w:tc>
          <w:tcPr>
            <w:tcW w:w="1234" w:type="dxa"/>
          </w:tcPr>
          <w:p w14:paraId="38E1FEC8" w14:textId="77777777" w:rsidR="005503B4" w:rsidRPr="00EE6DD3" w:rsidRDefault="005503B4" w:rsidP="00D65017">
            <w:pPr>
              <w:jc w:val="center"/>
            </w:pPr>
            <w:r w:rsidRPr="00EE6DD3">
              <w:rPr>
                <w:rFonts w:eastAsia="SimSun"/>
                <w:sz w:val="15"/>
              </w:rPr>
              <w:t>0.0519</w:t>
            </w:r>
          </w:p>
        </w:tc>
        <w:tc>
          <w:tcPr>
            <w:tcW w:w="1234" w:type="dxa"/>
          </w:tcPr>
          <w:p w14:paraId="50F81366" w14:textId="77777777" w:rsidR="005503B4" w:rsidRPr="00EE6DD3" w:rsidRDefault="005503B4" w:rsidP="00D65017">
            <w:pPr>
              <w:jc w:val="center"/>
            </w:pPr>
            <w:r w:rsidRPr="00EE6DD3">
              <w:rPr>
                <w:rFonts w:eastAsia="SimSun"/>
                <w:sz w:val="15"/>
              </w:rPr>
              <w:t>0.0704</w:t>
            </w:r>
          </w:p>
        </w:tc>
        <w:tc>
          <w:tcPr>
            <w:tcW w:w="1234" w:type="dxa"/>
          </w:tcPr>
          <w:p w14:paraId="580D1A9A" w14:textId="77777777" w:rsidR="005503B4" w:rsidRPr="00EE6DD3" w:rsidRDefault="005503B4" w:rsidP="00D65017">
            <w:pPr>
              <w:jc w:val="center"/>
            </w:pPr>
            <w:r w:rsidRPr="00EE6DD3">
              <w:rPr>
                <w:rFonts w:eastAsia="SimSun"/>
                <w:sz w:val="15"/>
              </w:rPr>
              <w:t>0.0000</w:t>
            </w:r>
          </w:p>
        </w:tc>
        <w:tc>
          <w:tcPr>
            <w:tcW w:w="1234" w:type="dxa"/>
          </w:tcPr>
          <w:p w14:paraId="09C26B07" w14:textId="77777777" w:rsidR="005503B4" w:rsidRPr="00EE6DD3" w:rsidRDefault="005503B4" w:rsidP="00D65017">
            <w:pPr>
              <w:jc w:val="center"/>
            </w:pPr>
            <w:r w:rsidRPr="00EE6DD3">
              <w:rPr>
                <w:rFonts w:eastAsia="SimSun"/>
                <w:sz w:val="15"/>
              </w:rPr>
              <w:t>***</w:t>
            </w:r>
          </w:p>
        </w:tc>
      </w:tr>
      <w:tr w:rsidR="005503B4" w:rsidRPr="00EE6DD3" w14:paraId="09D03965" w14:textId="77777777" w:rsidTr="00D65017">
        <w:tc>
          <w:tcPr>
            <w:tcW w:w="1234" w:type="dxa"/>
            <w:tcBorders>
              <w:bottom w:val="single" w:sz="4" w:space="0" w:color="000000"/>
            </w:tcBorders>
          </w:tcPr>
          <w:p w14:paraId="0162324B" w14:textId="77777777" w:rsidR="005503B4" w:rsidRPr="00EE6DD3" w:rsidRDefault="005503B4" w:rsidP="00D65017">
            <w:r w:rsidRPr="00EE6DD3">
              <w:rPr>
                <w:rFonts w:eastAsia="SimSun"/>
                <w:sz w:val="15"/>
              </w:rPr>
              <w:t>country_group_ZA</w:t>
            </w:r>
          </w:p>
        </w:tc>
        <w:tc>
          <w:tcPr>
            <w:tcW w:w="1234" w:type="dxa"/>
            <w:tcBorders>
              <w:bottom w:val="single" w:sz="4" w:space="0" w:color="000000"/>
            </w:tcBorders>
          </w:tcPr>
          <w:p w14:paraId="2F3020F2" w14:textId="77777777" w:rsidR="005503B4" w:rsidRPr="00EE6DD3" w:rsidRDefault="005503B4" w:rsidP="00D65017">
            <w:pPr>
              <w:jc w:val="center"/>
            </w:pPr>
            <w:r w:rsidRPr="00EE6DD3">
              <w:rPr>
                <w:rFonts w:eastAsia="SimSun"/>
                <w:sz w:val="15"/>
              </w:rPr>
              <w:t>-0.0114</w:t>
            </w:r>
          </w:p>
        </w:tc>
        <w:tc>
          <w:tcPr>
            <w:tcW w:w="1234" w:type="dxa"/>
            <w:tcBorders>
              <w:bottom w:val="single" w:sz="4" w:space="0" w:color="000000"/>
            </w:tcBorders>
          </w:tcPr>
          <w:p w14:paraId="646CA924" w14:textId="77777777" w:rsidR="005503B4" w:rsidRPr="00EE6DD3" w:rsidRDefault="005503B4" w:rsidP="00D65017">
            <w:pPr>
              <w:jc w:val="center"/>
            </w:pPr>
            <w:r w:rsidRPr="00EE6DD3">
              <w:rPr>
                <w:rFonts w:eastAsia="SimSun"/>
                <w:sz w:val="15"/>
              </w:rPr>
              <w:t>0.0046</w:t>
            </w:r>
          </w:p>
        </w:tc>
        <w:tc>
          <w:tcPr>
            <w:tcW w:w="1234" w:type="dxa"/>
            <w:tcBorders>
              <w:bottom w:val="single" w:sz="4" w:space="0" w:color="000000"/>
            </w:tcBorders>
          </w:tcPr>
          <w:p w14:paraId="37A1B0E1" w14:textId="77777777" w:rsidR="005503B4" w:rsidRPr="00EE6DD3" w:rsidRDefault="005503B4" w:rsidP="00D65017">
            <w:pPr>
              <w:jc w:val="center"/>
            </w:pPr>
            <w:r w:rsidRPr="00EE6DD3">
              <w:rPr>
                <w:rFonts w:eastAsia="SimSun"/>
                <w:sz w:val="15"/>
              </w:rPr>
              <w:t>-0.0203</w:t>
            </w:r>
          </w:p>
        </w:tc>
        <w:tc>
          <w:tcPr>
            <w:tcW w:w="1234" w:type="dxa"/>
            <w:tcBorders>
              <w:bottom w:val="single" w:sz="4" w:space="0" w:color="000000"/>
            </w:tcBorders>
          </w:tcPr>
          <w:p w14:paraId="510B89AB" w14:textId="77777777" w:rsidR="005503B4" w:rsidRPr="00EE6DD3" w:rsidRDefault="005503B4" w:rsidP="00D65017">
            <w:pPr>
              <w:jc w:val="center"/>
            </w:pPr>
            <w:r w:rsidRPr="00EE6DD3">
              <w:rPr>
                <w:rFonts w:eastAsia="SimSun"/>
                <w:sz w:val="15"/>
              </w:rPr>
              <w:t>-0.0024</w:t>
            </w:r>
          </w:p>
        </w:tc>
        <w:tc>
          <w:tcPr>
            <w:tcW w:w="1234" w:type="dxa"/>
            <w:tcBorders>
              <w:bottom w:val="single" w:sz="4" w:space="0" w:color="000000"/>
            </w:tcBorders>
          </w:tcPr>
          <w:p w14:paraId="42AD4E78" w14:textId="77777777" w:rsidR="005503B4" w:rsidRPr="00EE6DD3" w:rsidRDefault="005503B4" w:rsidP="00D65017">
            <w:pPr>
              <w:jc w:val="center"/>
            </w:pPr>
            <w:r w:rsidRPr="00EE6DD3">
              <w:rPr>
                <w:rFonts w:eastAsia="SimSun"/>
                <w:sz w:val="15"/>
              </w:rPr>
              <w:t>0.0131</w:t>
            </w:r>
          </w:p>
        </w:tc>
        <w:tc>
          <w:tcPr>
            <w:tcW w:w="1234" w:type="dxa"/>
            <w:tcBorders>
              <w:bottom w:val="single" w:sz="4" w:space="0" w:color="000000"/>
            </w:tcBorders>
          </w:tcPr>
          <w:p w14:paraId="0DA83A46" w14:textId="77777777" w:rsidR="005503B4" w:rsidRPr="00EE6DD3" w:rsidRDefault="005503B4" w:rsidP="00D65017">
            <w:pPr>
              <w:jc w:val="center"/>
            </w:pPr>
            <w:r w:rsidRPr="00EE6DD3">
              <w:rPr>
                <w:rFonts w:eastAsia="SimSun"/>
                <w:sz w:val="15"/>
              </w:rPr>
              <w:t>*</w:t>
            </w:r>
          </w:p>
        </w:tc>
      </w:tr>
    </w:tbl>
    <w:p w14:paraId="14368061" w14:textId="77777777" w:rsidR="005503B4" w:rsidRPr="00EE6DD3" w:rsidRDefault="005503B4" w:rsidP="005503B4">
      <w:pPr>
        <w:pStyle w:val="Caption"/>
        <w:rPr>
          <w:color w:val="auto"/>
        </w:rPr>
      </w:pPr>
      <w:r w:rsidRPr="00EE6DD3">
        <w:rPr>
          <w:b w:val="0"/>
          <w:color w:val="auto"/>
          <w:sz w:val="20"/>
        </w:rPr>
        <w:t>Table S4B. Complete field interactions from the joint F1 model.</w:t>
      </w:r>
    </w:p>
    <w:tbl>
      <w:tblPr>
        <w:tblStyle w:val="PaperFormat"/>
        <w:tblW w:w="0" w:type="auto"/>
        <w:tblLook w:val="04A0" w:firstRow="1" w:lastRow="0" w:firstColumn="1" w:lastColumn="0" w:noHBand="0" w:noVBand="1"/>
      </w:tblPr>
      <w:tblGrid>
        <w:gridCol w:w="1233"/>
        <w:gridCol w:w="1233"/>
        <w:gridCol w:w="1233"/>
        <w:gridCol w:w="1233"/>
        <w:gridCol w:w="1233"/>
        <w:gridCol w:w="1233"/>
        <w:gridCol w:w="1232"/>
      </w:tblGrid>
      <w:tr w:rsidR="005503B4" w:rsidRPr="00EE6DD3" w14:paraId="0C764F95" w14:textId="77777777" w:rsidTr="00D65017">
        <w:tc>
          <w:tcPr>
            <w:tcW w:w="1234" w:type="dxa"/>
          </w:tcPr>
          <w:p w14:paraId="09E7D4EB" w14:textId="77777777" w:rsidR="005503B4" w:rsidRPr="00EE6DD3" w:rsidRDefault="005503B4" w:rsidP="00D65017">
            <w:r w:rsidRPr="00EE6DD3">
              <w:rPr>
                <w:rFonts w:eastAsia="SimSun"/>
                <w:b/>
                <w:sz w:val="15"/>
              </w:rPr>
              <w:t>Variable</w:t>
            </w:r>
          </w:p>
        </w:tc>
        <w:tc>
          <w:tcPr>
            <w:tcW w:w="1234" w:type="dxa"/>
          </w:tcPr>
          <w:p w14:paraId="1DE00062" w14:textId="77777777" w:rsidR="005503B4" w:rsidRPr="00EE6DD3" w:rsidRDefault="005503B4" w:rsidP="00D65017">
            <w:pPr>
              <w:jc w:val="center"/>
            </w:pPr>
            <w:r w:rsidRPr="00EE6DD3">
              <w:rPr>
                <w:rFonts w:eastAsia="SimSun"/>
                <w:b/>
                <w:sz w:val="15"/>
              </w:rPr>
              <w:t>Coefficient</w:t>
            </w:r>
          </w:p>
        </w:tc>
        <w:tc>
          <w:tcPr>
            <w:tcW w:w="1234" w:type="dxa"/>
          </w:tcPr>
          <w:p w14:paraId="357B6E3E" w14:textId="77777777" w:rsidR="005503B4" w:rsidRPr="00EE6DD3" w:rsidRDefault="005503B4" w:rsidP="00D65017">
            <w:pPr>
              <w:jc w:val="center"/>
            </w:pPr>
            <w:r w:rsidRPr="00EE6DD3">
              <w:rPr>
                <w:rFonts w:eastAsia="SimSun"/>
                <w:b/>
                <w:sz w:val="15"/>
              </w:rPr>
              <w:t>SE</w:t>
            </w:r>
          </w:p>
        </w:tc>
        <w:tc>
          <w:tcPr>
            <w:tcW w:w="1234" w:type="dxa"/>
          </w:tcPr>
          <w:p w14:paraId="5B4114AB" w14:textId="77777777" w:rsidR="005503B4" w:rsidRPr="00EE6DD3" w:rsidRDefault="005503B4" w:rsidP="00D65017">
            <w:pPr>
              <w:jc w:val="center"/>
            </w:pPr>
            <w:r w:rsidRPr="00EE6DD3">
              <w:rPr>
                <w:rFonts w:eastAsia="SimSun"/>
                <w:b/>
                <w:sz w:val="15"/>
              </w:rPr>
              <w:t>95% CI lower</w:t>
            </w:r>
          </w:p>
        </w:tc>
        <w:tc>
          <w:tcPr>
            <w:tcW w:w="1234" w:type="dxa"/>
          </w:tcPr>
          <w:p w14:paraId="6AC2BD49" w14:textId="77777777" w:rsidR="005503B4" w:rsidRPr="00EE6DD3" w:rsidRDefault="005503B4" w:rsidP="00D65017">
            <w:pPr>
              <w:jc w:val="center"/>
            </w:pPr>
            <w:r w:rsidRPr="00EE6DD3">
              <w:rPr>
                <w:rFonts w:eastAsia="SimSun"/>
                <w:b/>
                <w:sz w:val="15"/>
              </w:rPr>
              <w:t>95% CI upper</w:t>
            </w:r>
          </w:p>
        </w:tc>
        <w:tc>
          <w:tcPr>
            <w:tcW w:w="1234" w:type="dxa"/>
          </w:tcPr>
          <w:p w14:paraId="4BE47934" w14:textId="77777777" w:rsidR="005503B4" w:rsidRPr="00EE6DD3" w:rsidRDefault="005503B4" w:rsidP="00D65017">
            <w:pPr>
              <w:jc w:val="center"/>
            </w:pPr>
            <w:r w:rsidRPr="00EE6DD3">
              <w:rPr>
                <w:rFonts w:eastAsia="SimSun"/>
                <w:b/>
                <w:sz w:val="15"/>
              </w:rPr>
              <w:t>p-value</w:t>
            </w:r>
          </w:p>
        </w:tc>
        <w:tc>
          <w:tcPr>
            <w:tcW w:w="1234" w:type="dxa"/>
          </w:tcPr>
          <w:p w14:paraId="170A9802" w14:textId="77777777" w:rsidR="005503B4" w:rsidRPr="00EE6DD3" w:rsidRDefault="005503B4" w:rsidP="00D65017">
            <w:pPr>
              <w:jc w:val="center"/>
            </w:pPr>
            <w:r w:rsidRPr="00EE6DD3">
              <w:rPr>
                <w:rFonts w:eastAsia="SimSun"/>
                <w:b/>
                <w:sz w:val="15"/>
              </w:rPr>
              <w:t>Sig.</w:t>
            </w:r>
          </w:p>
        </w:tc>
      </w:tr>
      <w:tr w:rsidR="005503B4" w:rsidRPr="00EE6DD3" w14:paraId="0B1C0E0E" w14:textId="77777777" w:rsidTr="00D65017">
        <w:tc>
          <w:tcPr>
            <w:tcW w:w="1234" w:type="dxa"/>
          </w:tcPr>
          <w:p w14:paraId="31D7CC37" w14:textId="77777777" w:rsidR="005503B4" w:rsidRPr="00EE6DD3" w:rsidRDefault="005503B4" w:rsidP="00D65017">
            <w:r w:rsidRPr="00EE6DD3">
              <w:rPr>
                <w:rFonts w:eastAsia="SimSun"/>
                <w:sz w:val="15"/>
              </w:rPr>
              <w:t>Physics × D</w:t>
            </w:r>
            <w:r w:rsidRPr="00EE6DD3">
              <w:rPr>
                <w:rFonts w:eastAsia="SimSun"/>
                <w:sz w:val="15"/>
                <w:vertAlign w:val="subscript"/>
              </w:rPr>
              <w:t>m</w:t>
            </w:r>
          </w:p>
        </w:tc>
        <w:tc>
          <w:tcPr>
            <w:tcW w:w="1234" w:type="dxa"/>
          </w:tcPr>
          <w:p w14:paraId="3EC21F97" w14:textId="77777777" w:rsidR="005503B4" w:rsidRPr="00EE6DD3" w:rsidRDefault="005503B4" w:rsidP="00D65017">
            <w:pPr>
              <w:jc w:val="center"/>
            </w:pPr>
            <w:r w:rsidRPr="00EE6DD3">
              <w:rPr>
                <w:rFonts w:eastAsia="SimSun"/>
                <w:sz w:val="15"/>
              </w:rPr>
              <w:t>0.1292</w:t>
            </w:r>
          </w:p>
        </w:tc>
        <w:tc>
          <w:tcPr>
            <w:tcW w:w="1234" w:type="dxa"/>
          </w:tcPr>
          <w:p w14:paraId="3842B3E1" w14:textId="77777777" w:rsidR="005503B4" w:rsidRPr="00EE6DD3" w:rsidRDefault="005503B4" w:rsidP="00D65017">
            <w:pPr>
              <w:jc w:val="center"/>
            </w:pPr>
            <w:r w:rsidRPr="00EE6DD3">
              <w:rPr>
                <w:rFonts w:eastAsia="SimSun"/>
                <w:sz w:val="15"/>
              </w:rPr>
              <w:t>0.0078</w:t>
            </w:r>
          </w:p>
        </w:tc>
        <w:tc>
          <w:tcPr>
            <w:tcW w:w="1234" w:type="dxa"/>
          </w:tcPr>
          <w:p w14:paraId="71FB9846" w14:textId="77777777" w:rsidR="005503B4" w:rsidRPr="00EE6DD3" w:rsidRDefault="005503B4" w:rsidP="00D65017">
            <w:pPr>
              <w:jc w:val="center"/>
            </w:pPr>
            <w:r w:rsidRPr="00EE6DD3">
              <w:rPr>
                <w:rFonts w:eastAsia="SimSun"/>
                <w:sz w:val="15"/>
              </w:rPr>
              <w:t>0.1140</w:t>
            </w:r>
          </w:p>
        </w:tc>
        <w:tc>
          <w:tcPr>
            <w:tcW w:w="1234" w:type="dxa"/>
          </w:tcPr>
          <w:p w14:paraId="5C0DB7F4" w14:textId="77777777" w:rsidR="005503B4" w:rsidRPr="00EE6DD3" w:rsidRDefault="005503B4" w:rsidP="00D65017">
            <w:pPr>
              <w:jc w:val="center"/>
            </w:pPr>
            <w:r w:rsidRPr="00EE6DD3">
              <w:rPr>
                <w:rFonts w:eastAsia="SimSun"/>
                <w:sz w:val="15"/>
              </w:rPr>
              <w:t>0.1444</w:t>
            </w:r>
          </w:p>
        </w:tc>
        <w:tc>
          <w:tcPr>
            <w:tcW w:w="1234" w:type="dxa"/>
          </w:tcPr>
          <w:p w14:paraId="1556F584" w14:textId="77777777" w:rsidR="005503B4" w:rsidRPr="00EE6DD3" w:rsidRDefault="005503B4" w:rsidP="00D65017">
            <w:pPr>
              <w:jc w:val="center"/>
            </w:pPr>
            <w:r w:rsidRPr="00EE6DD3">
              <w:rPr>
                <w:rFonts w:eastAsia="SimSun"/>
                <w:sz w:val="15"/>
              </w:rPr>
              <w:t>0.0000</w:t>
            </w:r>
          </w:p>
        </w:tc>
        <w:tc>
          <w:tcPr>
            <w:tcW w:w="1234" w:type="dxa"/>
          </w:tcPr>
          <w:p w14:paraId="441595AE" w14:textId="77777777" w:rsidR="005503B4" w:rsidRPr="00EE6DD3" w:rsidRDefault="005503B4" w:rsidP="00D65017">
            <w:pPr>
              <w:jc w:val="center"/>
            </w:pPr>
            <w:r w:rsidRPr="00EE6DD3">
              <w:rPr>
                <w:rFonts w:eastAsia="SimSun"/>
                <w:sz w:val="15"/>
              </w:rPr>
              <w:t>***</w:t>
            </w:r>
          </w:p>
        </w:tc>
      </w:tr>
      <w:tr w:rsidR="005503B4" w:rsidRPr="00EE6DD3" w14:paraId="6EDA2ABD" w14:textId="77777777" w:rsidTr="00D65017">
        <w:tc>
          <w:tcPr>
            <w:tcW w:w="1234" w:type="dxa"/>
          </w:tcPr>
          <w:p w14:paraId="4E53DA65" w14:textId="77777777" w:rsidR="005503B4" w:rsidRPr="00EE6DD3" w:rsidRDefault="005503B4" w:rsidP="00D65017">
            <w:r w:rsidRPr="00EE6DD3">
              <w:rPr>
                <w:rFonts w:eastAsia="SimSun"/>
                <w:sz w:val="15"/>
              </w:rPr>
              <w:t>Materials science × D</w:t>
            </w:r>
            <w:r w:rsidRPr="00EE6DD3">
              <w:rPr>
                <w:rFonts w:eastAsia="SimSun"/>
                <w:sz w:val="15"/>
                <w:vertAlign w:val="subscript"/>
              </w:rPr>
              <w:t>m</w:t>
            </w:r>
          </w:p>
        </w:tc>
        <w:tc>
          <w:tcPr>
            <w:tcW w:w="1234" w:type="dxa"/>
          </w:tcPr>
          <w:p w14:paraId="01EE2E16" w14:textId="77777777" w:rsidR="005503B4" w:rsidRPr="00EE6DD3" w:rsidRDefault="005503B4" w:rsidP="00D65017">
            <w:pPr>
              <w:jc w:val="center"/>
            </w:pPr>
            <w:r w:rsidRPr="00EE6DD3">
              <w:rPr>
                <w:rFonts w:eastAsia="SimSun"/>
                <w:sz w:val="15"/>
              </w:rPr>
              <w:t>0.1235</w:t>
            </w:r>
          </w:p>
        </w:tc>
        <w:tc>
          <w:tcPr>
            <w:tcW w:w="1234" w:type="dxa"/>
          </w:tcPr>
          <w:p w14:paraId="296AA9DB" w14:textId="77777777" w:rsidR="005503B4" w:rsidRPr="00EE6DD3" w:rsidRDefault="005503B4" w:rsidP="00D65017">
            <w:pPr>
              <w:jc w:val="center"/>
            </w:pPr>
            <w:r w:rsidRPr="00EE6DD3">
              <w:rPr>
                <w:rFonts w:eastAsia="SimSun"/>
                <w:sz w:val="15"/>
              </w:rPr>
              <w:t>0.0067</w:t>
            </w:r>
          </w:p>
        </w:tc>
        <w:tc>
          <w:tcPr>
            <w:tcW w:w="1234" w:type="dxa"/>
          </w:tcPr>
          <w:p w14:paraId="7C03024F" w14:textId="77777777" w:rsidR="005503B4" w:rsidRPr="00EE6DD3" w:rsidRDefault="005503B4" w:rsidP="00D65017">
            <w:pPr>
              <w:jc w:val="center"/>
            </w:pPr>
            <w:r w:rsidRPr="00EE6DD3">
              <w:rPr>
                <w:rFonts w:eastAsia="SimSun"/>
                <w:sz w:val="15"/>
              </w:rPr>
              <w:t>0.1104</w:t>
            </w:r>
          </w:p>
        </w:tc>
        <w:tc>
          <w:tcPr>
            <w:tcW w:w="1234" w:type="dxa"/>
          </w:tcPr>
          <w:p w14:paraId="1A7C9A0C" w14:textId="77777777" w:rsidR="005503B4" w:rsidRPr="00EE6DD3" w:rsidRDefault="005503B4" w:rsidP="00D65017">
            <w:pPr>
              <w:jc w:val="center"/>
            </w:pPr>
            <w:r w:rsidRPr="00EE6DD3">
              <w:rPr>
                <w:rFonts w:eastAsia="SimSun"/>
                <w:sz w:val="15"/>
              </w:rPr>
              <w:t>0.1367</w:t>
            </w:r>
          </w:p>
        </w:tc>
        <w:tc>
          <w:tcPr>
            <w:tcW w:w="1234" w:type="dxa"/>
          </w:tcPr>
          <w:p w14:paraId="392E6FE3" w14:textId="77777777" w:rsidR="005503B4" w:rsidRPr="00EE6DD3" w:rsidRDefault="005503B4" w:rsidP="00D65017">
            <w:pPr>
              <w:jc w:val="center"/>
            </w:pPr>
            <w:r w:rsidRPr="00EE6DD3">
              <w:rPr>
                <w:rFonts w:eastAsia="SimSun"/>
                <w:sz w:val="15"/>
              </w:rPr>
              <w:t>0.0000</w:t>
            </w:r>
          </w:p>
        </w:tc>
        <w:tc>
          <w:tcPr>
            <w:tcW w:w="1234" w:type="dxa"/>
          </w:tcPr>
          <w:p w14:paraId="458733C7" w14:textId="77777777" w:rsidR="005503B4" w:rsidRPr="00EE6DD3" w:rsidRDefault="005503B4" w:rsidP="00D65017">
            <w:pPr>
              <w:jc w:val="center"/>
            </w:pPr>
            <w:r w:rsidRPr="00EE6DD3">
              <w:rPr>
                <w:rFonts w:eastAsia="SimSun"/>
                <w:sz w:val="15"/>
              </w:rPr>
              <w:t>***</w:t>
            </w:r>
          </w:p>
        </w:tc>
      </w:tr>
      <w:tr w:rsidR="005503B4" w:rsidRPr="00EE6DD3" w14:paraId="7C99F351" w14:textId="77777777" w:rsidTr="00D65017">
        <w:tc>
          <w:tcPr>
            <w:tcW w:w="1234" w:type="dxa"/>
          </w:tcPr>
          <w:p w14:paraId="42A67F82" w14:textId="77777777" w:rsidR="005503B4" w:rsidRPr="00EE6DD3" w:rsidRDefault="005503B4" w:rsidP="00D65017">
            <w:r w:rsidRPr="00EE6DD3">
              <w:rPr>
                <w:rFonts w:eastAsia="SimSun"/>
                <w:sz w:val="15"/>
              </w:rPr>
              <w:t>Engineering × D</w:t>
            </w:r>
            <w:r w:rsidRPr="00EE6DD3">
              <w:rPr>
                <w:rFonts w:eastAsia="SimSun"/>
                <w:sz w:val="15"/>
                <w:vertAlign w:val="subscript"/>
              </w:rPr>
              <w:t>m</w:t>
            </w:r>
          </w:p>
        </w:tc>
        <w:tc>
          <w:tcPr>
            <w:tcW w:w="1234" w:type="dxa"/>
          </w:tcPr>
          <w:p w14:paraId="087678D2" w14:textId="77777777" w:rsidR="005503B4" w:rsidRPr="00EE6DD3" w:rsidRDefault="005503B4" w:rsidP="00D65017">
            <w:pPr>
              <w:jc w:val="center"/>
            </w:pPr>
            <w:r w:rsidRPr="00EE6DD3">
              <w:rPr>
                <w:rFonts w:eastAsia="SimSun"/>
                <w:sz w:val="15"/>
              </w:rPr>
              <w:t>0.1126</w:t>
            </w:r>
          </w:p>
        </w:tc>
        <w:tc>
          <w:tcPr>
            <w:tcW w:w="1234" w:type="dxa"/>
          </w:tcPr>
          <w:p w14:paraId="4405B48E" w14:textId="77777777" w:rsidR="005503B4" w:rsidRPr="00EE6DD3" w:rsidRDefault="005503B4" w:rsidP="00D65017">
            <w:pPr>
              <w:jc w:val="center"/>
            </w:pPr>
            <w:r w:rsidRPr="00EE6DD3">
              <w:rPr>
                <w:rFonts w:eastAsia="SimSun"/>
                <w:sz w:val="15"/>
              </w:rPr>
              <w:t>0.0065</w:t>
            </w:r>
          </w:p>
        </w:tc>
        <w:tc>
          <w:tcPr>
            <w:tcW w:w="1234" w:type="dxa"/>
          </w:tcPr>
          <w:p w14:paraId="29EC8221" w14:textId="77777777" w:rsidR="005503B4" w:rsidRPr="00EE6DD3" w:rsidRDefault="005503B4" w:rsidP="00D65017">
            <w:pPr>
              <w:jc w:val="center"/>
            </w:pPr>
            <w:r w:rsidRPr="00EE6DD3">
              <w:rPr>
                <w:rFonts w:eastAsia="SimSun"/>
                <w:sz w:val="15"/>
              </w:rPr>
              <w:t>0.0998</w:t>
            </w:r>
          </w:p>
        </w:tc>
        <w:tc>
          <w:tcPr>
            <w:tcW w:w="1234" w:type="dxa"/>
          </w:tcPr>
          <w:p w14:paraId="7148FDF5" w14:textId="77777777" w:rsidR="005503B4" w:rsidRPr="00EE6DD3" w:rsidRDefault="005503B4" w:rsidP="00D65017">
            <w:pPr>
              <w:jc w:val="center"/>
            </w:pPr>
            <w:r w:rsidRPr="00EE6DD3">
              <w:rPr>
                <w:rFonts w:eastAsia="SimSun"/>
                <w:sz w:val="15"/>
              </w:rPr>
              <w:t>0.1254</w:t>
            </w:r>
          </w:p>
        </w:tc>
        <w:tc>
          <w:tcPr>
            <w:tcW w:w="1234" w:type="dxa"/>
          </w:tcPr>
          <w:p w14:paraId="18439545" w14:textId="77777777" w:rsidR="005503B4" w:rsidRPr="00EE6DD3" w:rsidRDefault="005503B4" w:rsidP="00D65017">
            <w:pPr>
              <w:jc w:val="center"/>
            </w:pPr>
            <w:r w:rsidRPr="00EE6DD3">
              <w:rPr>
                <w:rFonts w:eastAsia="SimSun"/>
                <w:sz w:val="15"/>
              </w:rPr>
              <w:t>0.0000</w:t>
            </w:r>
          </w:p>
        </w:tc>
        <w:tc>
          <w:tcPr>
            <w:tcW w:w="1234" w:type="dxa"/>
          </w:tcPr>
          <w:p w14:paraId="73C235E1" w14:textId="77777777" w:rsidR="005503B4" w:rsidRPr="00EE6DD3" w:rsidRDefault="005503B4" w:rsidP="00D65017">
            <w:pPr>
              <w:jc w:val="center"/>
            </w:pPr>
            <w:r w:rsidRPr="00EE6DD3">
              <w:rPr>
                <w:rFonts w:eastAsia="SimSun"/>
                <w:sz w:val="15"/>
              </w:rPr>
              <w:t>***</w:t>
            </w:r>
          </w:p>
        </w:tc>
      </w:tr>
      <w:tr w:rsidR="005503B4" w:rsidRPr="00EE6DD3" w14:paraId="4794F92E" w14:textId="77777777" w:rsidTr="00D65017">
        <w:tc>
          <w:tcPr>
            <w:tcW w:w="1234" w:type="dxa"/>
          </w:tcPr>
          <w:p w14:paraId="391870EC" w14:textId="77777777" w:rsidR="005503B4" w:rsidRPr="00EE6DD3" w:rsidRDefault="005503B4" w:rsidP="00D65017">
            <w:r w:rsidRPr="00EE6DD3">
              <w:rPr>
                <w:rFonts w:eastAsia="SimSun"/>
                <w:sz w:val="15"/>
              </w:rPr>
              <w:t>Mathematics × D</w:t>
            </w:r>
            <w:r w:rsidRPr="00EE6DD3">
              <w:rPr>
                <w:rFonts w:eastAsia="SimSun"/>
                <w:sz w:val="15"/>
                <w:vertAlign w:val="subscript"/>
              </w:rPr>
              <w:t>m</w:t>
            </w:r>
          </w:p>
        </w:tc>
        <w:tc>
          <w:tcPr>
            <w:tcW w:w="1234" w:type="dxa"/>
          </w:tcPr>
          <w:p w14:paraId="79B0E95E" w14:textId="77777777" w:rsidR="005503B4" w:rsidRPr="00EE6DD3" w:rsidRDefault="005503B4" w:rsidP="00D65017">
            <w:pPr>
              <w:jc w:val="center"/>
            </w:pPr>
            <w:r w:rsidRPr="00EE6DD3">
              <w:rPr>
                <w:rFonts w:eastAsia="SimSun"/>
                <w:sz w:val="15"/>
              </w:rPr>
              <w:t>0.0559</w:t>
            </w:r>
          </w:p>
        </w:tc>
        <w:tc>
          <w:tcPr>
            <w:tcW w:w="1234" w:type="dxa"/>
          </w:tcPr>
          <w:p w14:paraId="12F5C0F9" w14:textId="77777777" w:rsidR="005503B4" w:rsidRPr="00EE6DD3" w:rsidRDefault="005503B4" w:rsidP="00D65017">
            <w:pPr>
              <w:jc w:val="center"/>
            </w:pPr>
            <w:r w:rsidRPr="00EE6DD3">
              <w:rPr>
                <w:rFonts w:eastAsia="SimSun"/>
                <w:sz w:val="15"/>
              </w:rPr>
              <w:t>0.0070</w:t>
            </w:r>
          </w:p>
        </w:tc>
        <w:tc>
          <w:tcPr>
            <w:tcW w:w="1234" w:type="dxa"/>
          </w:tcPr>
          <w:p w14:paraId="78F8D3AA" w14:textId="77777777" w:rsidR="005503B4" w:rsidRPr="00EE6DD3" w:rsidRDefault="005503B4" w:rsidP="00D65017">
            <w:pPr>
              <w:jc w:val="center"/>
            </w:pPr>
            <w:r w:rsidRPr="00EE6DD3">
              <w:rPr>
                <w:rFonts w:eastAsia="SimSun"/>
                <w:sz w:val="15"/>
              </w:rPr>
              <w:t>0.0422</w:t>
            </w:r>
          </w:p>
        </w:tc>
        <w:tc>
          <w:tcPr>
            <w:tcW w:w="1234" w:type="dxa"/>
          </w:tcPr>
          <w:p w14:paraId="7CDD1E56" w14:textId="77777777" w:rsidR="005503B4" w:rsidRPr="00EE6DD3" w:rsidRDefault="005503B4" w:rsidP="00D65017">
            <w:pPr>
              <w:jc w:val="center"/>
            </w:pPr>
            <w:r w:rsidRPr="00EE6DD3">
              <w:rPr>
                <w:rFonts w:eastAsia="SimSun"/>
                <w:sz w:val="15"/>
              </w:rPr>
              <w:t>0.0697</w:t>
            </w:r>
          </w:p>
        </w:tc>
        <w:tc>
          <w:tcPr>
            <w:tcW w:w="1234" w:type="dxa"/>
          </w:tcPr>
          <w:p w14:paraId="49E1B391" w14:textId="77777777" w:rsidR="005503B4" w:rsidRPr="00EE6DD3" w:rsidRDefault="005503B4" w:rsidP="00D65017">
            <w:pPr>
              <w:jc w:val="center"/>
            </w:pPr>
            <w:r w:rsidRPr="00EE6DD3">
              <w:rPr>
                <w:rFonts w:eastAsia="SimSun"/>
                <w:sz w:val="15"/>
              </w:rPr>
              <w:t>0.0000</w:t>
            </w:r>
          </w:p>
        </w:tc>
        <w:tc>
          <w:tcPr>
            <w:tcW w:w="1234" w:type="dxa"/>
          </w:tcPr>
          <w:p w14:paraId="72B291EC" w14:textId="77777777" w:rsidR="005503B4" w:rsidRPr="00EE6DD3" w:rsidRDefault="005503B4" w:rsidP="00D65017">
            <w:pPr>
              <w:jc w:val="center"/>
            </w:pPr>
            <w:r w:rsidRPr="00EE6DD3">
              <w:rPr>
                <w:rFonts w:eastAsia="SimSun"/>
                <w:sz w:val="15"/>
              </w:rPr>
              <w:t>***</w:t>
            </w:r>
          </w:p>
        </w:tc>
      </w:tr>
      <w:tr w:rsidR="005503B4" w:rsidRPr="00EE6DD3" w14:paraId="03706748" w14:textId="77777777" w:rsidTr="00D65017">
        <w:tc>
          <w:tcPr>
            <w:tcW w:w="1234" w:type="dxa"/>
          </w:tcPr>
          <w:p w14:paraId="39282983" w14:textId="77777777" w:rsidR="005503B4" w:rsidRPr="00EE6DD3" w:rsidRDefault="005503B4" w:rsidP="00D65017">
            <w:r w:rsidRPr="00EE6DD3">
              <w:rPr>
                <w:rFonts w:eastAsia="SimSun"/>
                <w:sz w:val="15"/>
              </w:rPr>
              <w:t>Computer science × D</w:t>
            </w:r>
            <w:r w:rsidRPr="00EE6DD3">
              <w:rPr>
                <w:rFonts w:eastAsia="SimSun"/>
                <w:sz w:val="15"/>
                <w:vertAlign w:val="subscript"/>
              </w:rPr>
              <w:t>m</w:t>
            </w:r>
          </w:p>
        </w:tc>
        <w:tc>
          <w:tcPr>
            <w:tcW w:w="1234" w:type="dxa"/>
          </w:tcPr>
          <w:p w14:paraId="54CD4B39" w14:textId="77777777" w:rsidR="005503B4" w:rsidRPr="00EE6DD3" w:rsidRDefault="005503B4" w:rsidP="00D65017">
            <w:pPr>
              <w:jc w:val="center"/>
            </w:pPr>
            <w:r w:rsidRPr="00EE6DD3">
              <w:rPr>
                <w:rFonts w:eastAsia="SimSun"/>
                <w:sz w:val="15"/>
              </w:rPr>
              <w:t>0.0526</w:t>
            </w:r>
          </w:p>
        </w:tc>
        <w:tc>
          <w:tcPr>
            <w:tcW w:w="1234" w:type="dxa"/>
          </w:tcPr>
          <w:p w14:paraId="62CBB23B" w14:textId="77777777" w:rsidR="005503B4" w:rsidRPr="00EE6DD3" w:rsidRDefault="005503B4" w:rsidP="00D65017">
            <w:pPr>
              <w:jc w:val="center"/>
            </w:pPr>
            <w:r w:rsidRPr="00EE6DD3">
              <w:rPr>
                <w:rFonts w:eastAsia="SimSun"/>
                <w:sz w:val="15"/>
              </w:rPr>
              <w:t>0.0065</w:t>
            </w:r>
          </w:p>
        </w:tc>
        <w:tc>
          <w:tcPr>
            <w:tcW w:w="1234" w:type="dxa"/>
          </w:tcPr>
          <w:p w14:paraId="3B816A2F" w14:textId="77777777" w:rsidR="005503B4" w:rsidRPr="00EE6DD3" w:rsidRDefault="005503B4" w:rsidP="00D65017">
            <w:pPr>
              <w:jc w:val="center"/>
            </w:pPr>
            <w:r w:rsidRPr="00EE6DD3">
              <w:rPr>
                <w:rFonts w:eastAsia="SimSun"/>
                <w:sz w:val="15"/>
              </w:rPr>
              <w:t>0.0398</w:t>
            </w:r>
          </w:p>
        </w:tc>
        <w:tc>
          <w:tcPr>
            <w:tcW w:w="1234" w:type="dxa"/>
          </w:tcPr>
          <w:p w14:paraId="6ED3645D" w14:textId="77777777" w:rsidR="005503B4" w:rsidRPr="00EE6DD3" w:rsidRDefault="005503B4" w:rsidP="00D65017">
            <w:pPr>
              <w:jc w:val="center"/>
            </w:pPr>
            <w:r w:rsidRPr="00EE6DD3">
              <w:rPr>
                <w:rFonts w:eastAsia="SimSun"/>
                <w:sz w:val="15"/>
              </w:rPr>
              <w:t>0.0654</w:t>
            </w:r>
          </w:p>
        </w:tc>
        <w:tc>
          <w:tcPr>
            <w:tcW w:w="1234" w:type="dxa"/>
          </w:tcPr>
          <w:p w14:paraId="3EBE3514" w14:textId="77777777" w:rsidR="005503B4" w:rsidRPr="00EE6DD3" w:rsidRDefault="005503B4" w:rsidP="00D65017">
            <w:pPr>
              <w:jc w:val="center"/>
            </w:pPr>
            <w:r w:rsidRPr="00EE6DD3">
              <w:rPr>
                <w:rFonts w:eastAsia="SimSun"/>
                <w:sz w:val="15"/>
              </w:rPr>
              <w:t>0.0000</w:t>
            </w:r>
          </w:p>
        </w:tc>
        <w:tc>
          <w:tcPr>
            <w:tcW w:w="1234" w:type="dxa"/>
          </w:tcPr>
          <w:p w14:paraId="22070C52" w14:textId="77777777" w:rsidR="005503B4" w:rsidRPr="00EE6DD3" w:rsidRDefault="005503B4" w:rsidP="00D65017">
            <w:pPr>
              <w:jc w:val="center"/>
            </w:pPr>
            <w:r w:rsidRPr="00EE6DD3">
              <w:rPr>
                <w:rFonts w:eastAsia="SimSun"/>
                <w:sz w:val="15"/>
              </w:rPr>
              <w:t>***</w:t>
            </w:r>
          </w:p>
        </w:tc>
      </w:tr>
      <w:tr w:rsidR="005503B4" w:rsidRPr="00EE6DD3" w14:paraId="7A24FBC0" w14:textId="77777777" w:rsidTr="00D65017">
        <w:tc>
          <w:tcPr>
            <w:tcW w:w="1234" w:type="dxa"/>
          </w:tcPr>
          <w:p w14:paraId="0A36DF32" w14:textId="77777777" w:rsidR="005503B4" w:rsidRPr="00EE6DD3" w:rsidRDefault="005503B4" w:rsidP="00D65017">
            <w:r w:rsidRPr="00EE6DD3">
              <w:rPr>
                <w:rFonts w:eastAsia="SimSun"/>
                <w:sz w:val="15"/>
              </w:rPr>
              <w:t>Geology × D</w:t>
            </w:r>
            <w:r w:rsidRPr="00EE6DD3">
              <w:rPr>
                <w:rFonts w:eastAsia="SimSun"/>
                <w:sz w:val="15"/>
                <w:vertAlign w:val="subscript"/>
              </w:rPr>
              <w:t>m</w:t>
            </w:r>
          </w:p>
        </w:tc>
        <w:tc>
          <w:tcPr>
            <w:tcW w:w="1234" w:type="dxa"/>
          </w:tcPr>
          <w:p w14:paraId="761D30D1" w14:textId="77777777" w:rsidR="005503B4" w:rsidRPr="00EE6DD3" w:rsidRDefault="005503B4" w:rsidP="00D65017">
            <w:pPr>
              <w:jc w:val="center"/>
            </w:pPr>
            <w:r w:rsidRPr="00EE6DD3">
              <w:rPr>
                <w:rFonts w:eastAsia="SimSun"/>
                <w:sz w:val="15"/>
              </w:rPr>
              <w:t>0.0184</w:t>
            </w:r>
          </w:p>
        </w:tc>
        <w:tc>
          <w:tcPr>
            <w:tcW w:w="1234" w:type="dxa"/>
          </w:tcPr>
          <w:p w14:paraId="58E6AFD8" w14:textId="77777777" w:rsidR="005503B4" w:rsidRPr="00EE6DD3" w:rsidRDefault="005503B4" w:rsidP="00D65017">
            <w:pPr>
              <w:jc w:val="center"/>
            </w:pPr>
            <w:r w:rsidRPr="00EE6DD3">
              <w:rPr>
                <w:rFonts w:eastAsia="SimSun"/>
                <w:sz w:val="15"/>
              </w:rPr>
              <w:t>0.0066</w:t>
            </w:r>
          </w:p>
        </w:tc>
        <w:tc>
          <w:tcPr>
            <w:tcW w:w="1234" w:type="dxa"/>
          </w:tcPr>
          <w:p w14:paraId="24F4DD4B" w14:textId="77777777" w:rsidR="005503B4" w:rsidRPr="00EE6DD3" w:rsidRDefault="005503B4" w:rsidP="00D65017">
            <w:pPr>
              <w:jc w:val="center"/>
            </w:pPr>
            <w:r w:rsidRPr="00EE6DD3">
              <w:rPr>
                <w:rFonts w:eastAsia="SimSun"/>
                <w:sz w:val="15"/>
              </w:rPr>
              <w:t>0.0054</w:t>
            </w:r>
          </w:p>
        </w:tc>
        <w:tc>
          <w:tcPr>
            <w:tcW w:w="1234" w:type="dxa"/>
          </w:tcPr>
          <w:p w14:paraId="60DA4855" w14:textId="77777777" w:rsidR="005503B4" w:rsidRPr="00EE6DD3" w:rsidRDefault="005503B4" w:rsidP="00D65017">
            <w:pPr>
              <w:jc w:val="center"/>
            </w:pPr>
            <w:r w:rsidRPr="00EE6DD3">
              <w:rPr>
                <w:rFonts w:eastAsia="SimSun"/>
                <w:sz w:val="15"/>
              </w:rPr>
              <w:t>0.0313</w:t>
            </w:r>
          </w:p>
        </w:tc>
        <w:tc>
          <w:tcPr>
            <w:tcW w:w="1234" w:type="dxa"/>
          </w:tcPr>
          <w:p w14:paraId="3115C6A9" w14:textId="77777777" w:rsidR="005503B4" w:rsidRPr="00EE6DD3" w:rsidRDefault="005503B4" w:rsidP="00D65017">
            <w:pPr>
              <w:jc w:val="center"/>
            </w:pPr>
            <w:r w:rsidRPr="00EE6DD3">
              <w:rPr>
                <w:rFonts w:eastAsia="SimSun"/>
                <w:sz w:val="15"/>
              </w:rPr>
              <w:t>0.0056</w:t>
            </w:r>
          </w:p>
        </w:tc>
        <w:tc>
          <w:tcPr>
            <w:tcW w:w="1234" w:type="dxa"/>
          </w:tcPr>
          <w:p w14:paraId="2B731CCF" w14:textId="77777777" w:rsidR="005503B4" w:rsidRPr="00EE6DD3" w:rsidRDefault="005503B4" w:rsidP="00D65017">
            <w:pPr>
              <w:jc w:val="center"/>
            </w:pPr>
            <w:r w:rsidRPr="00EE6DD3">
              <w:rPr>
                <w:rFonts w:eastAsia="SimSun"/>
                <w:sz w:val="15"/>
              </w:rPr>
              <w:t>**</w:t>
            </w:r>
          </w:p>
        </w:tc>
      </w:tr>
      <w:tr w:rsidR="005503B4" w:rsidRPr="00EE6DD3" w14:paraId="6B8049DC" w14:textId="77777777" w:rsidTr="00D65017">
        <w:tc>
          <w:tcPr>
            <w:tcW w:w="1234" w:type="dxa"/>
          </w:tcPr>
          <w:p w14:paraId="77DAEAAF" w14:textId="77777777" w:rsidR="005503B4" w:rsidRPr="00EE6DD3" w:rsidRDefault="005503B4" w:rsidP="00D65017">
            <w:r w:rsidRPr="00EE6DD3">
              <w:rPr>
                <w:rFonts w:eastAsia="SimSun"/>
                <w:sz w:val="15"/>
              </w:rPr>
              <w:t>Environmental science × D</w:t>
            </w:r>
            <w:r w:rsidRPr="00EE6DD3">
              <w:rPr>
                <w:rFonts w:eastAsia="SimSun"/>
                <w:sz w:val="15"/>
                <w:vertAlign w:val="subscript"/>
              </w:rPr>
              <w:t>m</w:t>
            </w:r>
          </w:p>
        </w:tc>
        <w:tc>
          <w:tcPr>
            <w:tcW w:w="1234" w:type="dxa"/>
          </w:tcPr>
          <w:p w14:paraId="246A3808" w14:textId="77777777" w:rsidR="005503B4" w:rsidRPr="00EE6DD3" w:rsidRDefault="005503B4" w:rsidP="00D65017">
            <w:pPr>
              <w:jc w:val="center"/>
            </w:pPr>
            <w:r w:rsidRPr="00EE6DD3">
              <w:rPr>
                <w:rFonts w:eastAsia="SimSun"/>
                <w:sz w:val="15"/>
              </w:rPr>
              <w:t>0.0095</w:t>
            </w:r>
          </w:p>
        </w:tc>
        <w:tc>
          <w:tcPr>
            <w:tcW w:w="1234" w:type="dxa"/>
          </w:tcPr>
          <w:p w14:paraId="19F45982" w14:textId="77777777" w:rsidR="005503B4" w:rsidRPr="00EE6DD3" w:rsidRDefault="005503B4" w:rsidP="00D65017">
            <w:pPr>
              <w:jc w:val="center"/>
            </w:pPr>
            <w:r w:rsidRPr="00EE6DD3">
              <w:rPr>
                <w:rFonts w:eastAsia="SimSun"/>
                <w:sz w:val="15"/>
              </w:rPr>
              <w:t>0.0063</w:t>
            </w:r>
          </w:p>
        </w:tc>
        <w:tc>
          <w:tcPr>
            <w:tcW w:w="1234" w:type="dxa"/>
          </w:tcPr>
          <w:p w14:paraId="4E1A9875" w14:textId="77777777" w:rsidR="005503B4" w:rsidRPr="00EE6DD3" w:rsidRDefault="005503B4" w:rsidP="00D65017">
            <w:pPr>
              <w:jc w:val="center"/>
            </w:pPr>
            <w:r w:rsidRPr="00EE6DD3">
              <w:rPr>
                <w:rFonts w:eastAsia="SimSun"/>
                <w:sz w:val="15"/>
              </w:rPr>
              <w:t>-0.0028</w:t>
            </w:r>
          </w:p>
        </w:tc>
        <w:tc>
          <w:tcPr>
            <w:tcW w:w="1234" w:type="dxa"/>
          </w:tcPr>
          <w:p w14:paraId="6D579E3D" w14:textId="77777777" w:rsidR="005503B4" w:rsidRPr="00EE6DD3" w:rsidRDefault="005503B4" w:rsidP="00D65017">
            <w:pPr>
              <w:jc w:val="center"/>
            </w:pPr>
            <w:r w:rsidRPr="00EE6DD3">
              <w:rPr>
                <w:rFonts w:eastAsia="SimSun"/>
                <w:sz w:val="15"/>
              </w:rPr>
              <w:t>0.0219</w:t>
            </w:r>
          </w:p>
        </w:tc>
        <w:tc>
          <w:tcPr>
            <w:tcW w:w="1234" w:type="dxa"/>
          </w:tcPr>
          <w:p w14:paraId="555E6CEA" w14:textId="77777777" w:rsidR="005503B4" w:rsidRPr="00EE6DD3" w:rsidRDefault="005503B4" w:rsidP="00D65017">
            <w:pPr>
              <w:jc w:val="center"/>
            </w:pPr>
            <w:r w:rsidRPr="00EE6DD3">
              <w:rPr>
                <w:rFonts w:eastAsia="SimSun"/>
                <w:sz w:val="15"/>
              </w:rPr>
              <w:t>0.1316</w:t>
            </w:r>
          </w:p>
        </w:tc>
        <w:tc>
          <w:tcPr>
            <w:tcW w:w="1234" w:type="dxa"/>
          </w:tcPr>
          <w:p w14:paraId="22853649" w14:textId="77777777" w:rsidR="005503B4" w:rsidRPr="00EE6DD3" w:rsidRDefault="005503B4" w:rsidP="00D65017">
            <w:pPr>
              <w:jc w:val="center"/>
            </w:pPr>
          </w:p>
        </w:tc>
      </w:tr>
      <w:tr w:rsidR="005503B4" w:rsidRPr="00EE6DD3" w14:paraId="0D396EBA" w14:textId="77777777" w:rsidTr="00D65017">
        <w:tc>
          <w:tcPr>
            <w:tcW w:w="1234" w:type="dxa"/>
          </w:tcPr>
          <w:p w14:paraId="339E77BB" w14:textId="77777777" w:rsidR="005503B4" w:rsidRPr="00EE6DD3" w:rsidRDefault="005503B4" w:rsidP="00D65017">
            <w:r w:rsidRPr="00EE6DD3">
              <w:rPr>
                <w:rFonts w:eastAsia="SimSun"/>
                <w:sz w:val="15"/>
              </w:rPr>
              <w:t>Chemistry × D</w:t>
            </w:r>
            <w:r w:rsidRPr="00EE6DD3">
              <w:rPr>
                <w:rFonts w:eastAsia="SimSun"/>
                <w:sz w:val="15"/>
                <w:vertAlign w:val="subscript"/>
              </w:rPr>
              <w:t>m</w:t>
            </w:r>
          </w:p>
        </w:tc>
        <w:tc>
          <w:tcPr>
            <w:tcW w:w="1234" w:type="dxa"/>
          </w:tcPr>
          <w:p w14:paraId="61640FAE" w14:textId="77777777" w:rsidR="005503B4" w:rsidRPr="00EE6DD3" w:rsidRDefault="005503B4" w:rsidP="00D65017">
            <w:pPr>
              <w:jc w:val="center"/>
            </w:pPr>
            <w:r w:rsidRPr="00EE6DD3">
              <w:rPr>
                <w:rFonts w:eastAsia="SimSun"/>
                <w:sz w:val="15"/>
              </w:rPr>
              <w:t>-0.0051</w:t>
            </w:r>
          </w:p>
        </w:tc>
        <w:tc>
          <w:tcPr>
            <w:tcW w:w="1234" w:type="dxa"/>
          </w:tcPr>
          <w:p w14:paraId="56BA82BE" w14:textId="77777777" w:rsidR="005503B4" w:rsidRPr="00EE6DD3" w:rsidRDefault="005503B4" w:rsidP="00D65017">
            <w:pPr>
              <w:jc w:val="center"/>
            </w:pPr>
            <w:r w:rsidRPr="00EE6DD3">
              <w:rPr>
                <w:rFonts w:eastAsia="SimSun"/>
                <w:sz w:val="15"/>
              </w:rPr>
              <w:t>0.0067</w:t>
            </w:r>
          </w:p>
        </w:tc>
        <w:tc>
          <w:tcPr>
            <w:tcW w:w="1234" w:type="dxa"/>
          </w:tcPr>
          <w:p w14:paraId="4C368884" w14:textId="77777777" w:rsidR="005503B4" w:rsidRPr="00EE6DD3" w:rsidRDefault="005503B4" w:rsidP="00D65017">
            <w:pPr>
              <w:jc w:val="center"/>
            </w:pPr>
            <w:r w:rsidRPr="00EE6DD3">
              <w:rPr>
                <w:rFonts w:eastAsia="SimSun"/>
                <w:sz w:val="15"/>
              </w:rPr>
              <w:t>-0.0182</w:t>
            </w:r>
          </w:p>
        </w:tc>
        <w:tc>
          <w:tcPr>
            <w:tcW w:w="1234" w:type="dxa"/>
          </w:tcPr>
          <w:p w14:paraId="63201375" w14:textId="77777777" w:rsidR="005503B4" w:rsidRPr="00EE6DD3" w:rsidRDefault="005503B4" w:rsidP="00D65017">
            <w:pPr>
              <w:jc w:val="center"/>
            </w:pPr>
            <w:r w:rsidRPr="00EE6DD3">
              <w:rPr>
                <w:rFonts w:eastAsia="SimSun"/>
                <w:sz w:val="15"/>
              </w:rPr>
              <w:t>0.0080</w:t>
            </w:r>
          </w:p>
        </w:tc>
        <w:tc>
          <w:tcPr>
            <w:tcW w:w="1234" w:type="dxa"/>
          </w:tcPr>
          <w:p w14:paraId="609751BC" w14:textId="77777777" w:rsidR="005503B4" w:rsidRPr="00EE6DD3" w:rsidRDefault="005503B4" w:rsidP="00D65017">
            <w:pPr>
              <w:jc w:val="center"/>
            </w:pPr>
            <w:r w:rsidRPr="00EE6DD3">
              <w:rPr>
                <w:rFonts w:eastAsia="SimSun"/>
                <w:sz w:val="15"/>
              </w:rPr>
              <w:t>0.4444</w:t>
            </w:r>
          </w:p>
        </w:tc>
        <w:tc>
          <w:tcPr>
            <w:tcW w:w="1234" w:type="dxa"/>
          </w:tcPr>
          <w:p w14:paraId="28277828" w14:textId="77777777" w:rsidR="005503B4" w:rsidRPr="00EE6DD3" w:rsidRDefault="005503B4" w:rsidP="00D65017">
            <w:pPr>
              <w:jc w:val="center"/>
            </w:pPr>
          </w:p>
        </w:tc>
      </w:tr>
      <w:tr w:rsidR="005503B4" w:rsidRPr="00EE6DD3" w14:paraId="786C1B85" w14:textId="77777777" w:rsidTr="00D65017">
        <w:tc>
          <w:tcPr>
            <w:tcW w:w="1234" w:type="dxa"/>
          </w:tcPr>
          <w:p w14:paraId="6F598107" w14:textId="77777777" w:rsidR="005503B4" w:rsidRPr="00EE6DD3" w:rsidRDefault="005503B4" w:rsidP="00D65017">
            <w:r w:rsidRPr="00EE6DD3">
              <w:rPr>
                <w:rFonts w:eastAsia="SimSun"/>
                <w:sz w:val="15"/>
              </w:rPr>
              <w:t>Biology × D</w:t>
            </w:r>
            <w:r w:rsidRPr="00EE6DD3">
              <w:rPr>
                <w:rFonts w:eastAsia="SimSun"/>
                <w:sz w:val="15"/>
                <w:vertAlign w:val="subscript"/>
              </w:rPr>
              <w:t>m</w:t>
            </w:r>
          </w:p>
        </w:tc>
        <w:tc>
          <w:tcPr>
            <w:tcW w:w="1234" w:type="dxa"/>
          </w:tcPr>
          <w:p w14:paraId="57B7D0DE" w14:textId="77777777" w:rsidR="005503B4" w:rsidRPr="00EE6DD3" w:rsidRDefault="005503B4" w:rsidP="00D65017">
            <w:pPr>
              <w:jc w:val="center"/>
            </w:pPr>
            <w:r w:rsidRPr="00EE6DD3">
              <w:rPr>
                <w:rFonts w:eastAsia="SimSun"/>
                <w:sz w:val="15"/>
              </w:rPr>
              <w:t>-0.0102</w:t>
            </w:r>
          </w:p>
        </w:tc>
        <w:tc>
          <w:tcPr>
            <w:tcW w:w="1234" w:type="dxa"/>
          </w:tcPr>
          <w:p w14:paraId="41D4C112" w14:textId="77777777" w:rsidR="005503B4" w:rsidRPr="00EE6DD3" w:rsidRDefault="005503B4" w:rsidP="00D65017">
            <w:pPr>
              <w:jc w:val="center"/>
            </w:pPr>
            <w:r w:rsidRPr="00EE6DD3">
              <w:rPr>
                <w:rFonts w:eastAsia="SimSun"/>
                <w:sz w:val="15"/>
              </w:rPr>
              <w:t>0.0065</w:t>
            </w:r>
          </w:p>
        </w:tc>
        <w:tc>
          <w:tcPr>
            <w:tcW w:w="1234" w:type="dxa"/>
          </w:tcPr>
          <w:p w14:paraId="19FFA303" w14:textId="77777777" w:rsidR="005503B4" w:rsidRPr="00EE6DD3" w:rsidRDefault="005503B4" w:rsidP="00D65017">
            <w:pPr>
              <w:jc w:val="center"/>
            </w:pPr>
            <w:r w:rsidRPr="00EE6DD3">
              <w:rPr>
                <w:rFonts w:eastAsia="SimSun"/>
                <w:sz w:val="15"/>
              </w:rPr>
              <w:t>-0.0229</w:t>
            </w:r>
          </w:p>
        </w:tc>
        <w:tc>
          <w:tcPr>
            <w:tcW w:w="1234" w:type="dxa"/>
          </w:tcPr>
          <w:p w14:paraId="7F1D6AE6" w14:textId="77777777" w:rsidR="005503B4" w:rsidRPr="00EE6DD3" w:rsidRDefault="005503B4" w:rsidP="00D65017">
            <w:pPr>
              <w:jc w:val="center"/>
            </w:pPr>
            <w:r w:rsidRPr="00EE6DD3">
              <w:rPr>
                <w:rFonts w:eastAsia="SimSun"/>
                <w:sz w:val="15"/>
              </w:rPr>
              <w:t>0.0026</w:t>
            </w:r>
          </w:p>
        </w:tc>
        <w:tc>
          <w:tcPr>
            <w:tcW w:w="1234" w:type="dxa"/>
          </w:tcPr>
          <w:p w14:paraId="269AFE54" w14:textId="77777777" w:rsidR="005503B4" w:rsidRPr="00EE6DD3" w:rsidRDefault="005503B4" w:rsidP="00D65017">
            <w:pPr>
              <w:jc w:val="center"/>
            </w:pPr>
            <w:r w:rsidRPr="00EE6DD3">
              <w:rPr>
                <w:rFonts w:eastAsia="SimSun"/>
                <w:sz w:val="15"/>
              </w:rPr>
              <w:t>0.1184</w:t>
            </w:r>
          </w:p>
        </w:tc>
        <w:tc>
          <w:tcPr>
            <w:tcW w:w="1234" w:type="dxa"/>
          </w:tcPr>
          <w:p w14:paraId="231BB143" w14:textId="77777777" w:rsidR="005503B4" w:rsidRPr="00EE6DD3" w:rsidRDefault="005503B4" w:rsidP="00D65017">
            <w:pPr>
              <w:jc w:val="center"/>
            </w:pPr>
          </w:p>
        </w:tc>
      </w:tr>
      <w:tr w:rsidR="005503B4" w:rsidRPr="00EE6DD3" w14:paraId="18C7D6F0" w14:textId="77777777" w:rsidTr="00D65017">
        <w:tc>
          <w:tcPr>
            <w:tcW w:w="1234" w:type="dxa"/>
          </w:tcPr>
          <w:p w14:paraId="6668C8C2" w14:textId="77777777" w:rsidR="005503B4" w:rsidRPr="00EE6DD3" w:rsidRDefault="005503B4" w:rsidP="00D65017">
            <w:r w:rsidRPr="00EE6DD3">
              <w:rPr>
                <w:rFonts w:eastAsia="SimSun"/>
                <w:sz w:val="15"/>
              </w:rPr>
              <w:t>Psychology × D</w:t>
            </w:r>
            <w:r w:rsidRPr="00EE6DD3">
              <w:rPr>
                <w:rFonts w:eastAsia="SimSun"/>
                <w:sz w:val="15"/>
                <w:vertAlign w:val="subscript"/>
              </w:rPr>
              <w:t>m</w:t>
            </w:r>
          </w:p>
        </w:tc>
        <w:tc>
          <w:tcPr>
            <w:tcW w:w="1234" w:type="dxa"/>
          </w:tcPr>
          <w:p w14:paraId="5CEA95AA" w14:textId="77777777" w:rsidR="005503B4" w:rsidRPr="00EE6DD3" w:rsidRDefault="005503B4" w:rsidP="00D65017">
            <w:pPr>
              <w:jc w:val="center"/>
            </w:pPr>
            <w:r w:rsidRPr="00EE6DD3">
              <w:rPr>
                <w:rFonts w:eastAsia="SimSun"/>
                <w:sz w:val="15"/>
              </w:rPr>
              <w:t>-0.0419</w:t>
            </w:r>
          </w:p>
        </w:tc>
        <w:tc>
          <w:tcPr>
            <w:tcW w:w="1234" w:type="dxa"/>
          </w:tcPr>
          <w:p w14:paraId="2E7C76C5" w14:textId="77777777" w:rsidR="005503B4" w:rsidRPr="00EE6DD3" w:rsidRDefault="005503B4" w:rsidP="00D65017">
            <w:pPr>
              <w:jc w:val="center"/>
            </w:pPr>
            <w:r w:rsidRPr="00EE6DD3">
              <w:rPr>
                <w:rFonts w:eastAsia="SimSun"/>
                <w:sz w:val="15"/>
              </w:rPr>
              <w:t>0.0065</w:t>
            </w:r>
          </w:p>
        </w:tc>
        <w:tc>
          <w:tcPr>
            <w:tcW w:w="1234" w:type="dxa"/>
          </w:tcPr>
          <w:p w14:paraId="77E53F80" w14:textId="77777777" w:rsidR="005503B4" w:rsidRPr="00EE6DD3" w:rsidRDefault="005503B4" w:rsidP="00D65017">
            <w:pPr>
              <w:jc w:val="center"/>
            </w:pPr>
            <w:r w:rsidRPr="00EE6DD3">
              <w:rPr>
                <w:rFonts w:eastAsia="SimSun"/>
                <w:sz w:val="15"/>
              </w:rPr>
              <w:t>-0.0545</w:t>
            </w:r>
          </w:p>
        </w:tc>
        <w:tc>
          <w:tcPr>
            <w:tcW w:w="1234" w:type="dxa"/>
          </w:tcPr>
          <w:p w14:paraId="30C20CD5" w14:textId="77777777" w:rsidR="005503B4" w:rsidRPr="00EE6DD3" w:rsidRDefault="005503B4" w:rsidP="00D65017">
            <w:pPr>
              <w:jc w:val="center"/>
            </w:pPr>
            <w:r w:rsidRPr="00EE6DD3">
              <w:rPr>
                <w:rFonts w:eastAsia="SimSun"/>
                <w:sz w:val="15"/>
              </w:rPr>
              <w:t>-0.0292</w:t>
            </w:r>
          </w:p>
        </w:tc>
        <w:tc>
          <w:tcPr>
            <w:tcW w:w="1234" w:type="dxa"/>
          </w:tcPr>
          <w:p w14:paraId="1F732079" w14:textId="77777777" w:rsidR="005503B4" w:rsidRPr="00EE6DD3" w:rsidRDefault="005503B4" w:rsidP="00D65017">
            <w:pPr>
              <w:jc w:val="center"/>
            </w:pPr>
            <w:r w:rsidRPr="00EE6DD3">
              <w:rPr>
                <w:rFonts w:eastAsia="SimSun"/>
                <w:sz w:val="15"/>
              </w:rPr>
              <w:t>0.0000</w:t>
            </w:r>
          </w:p>
        </w:tc>
        <w:tc>
          <w:tcPr>
            <w:tcW w:w="1234" w:type="dxa"/>
          </w:tcPr>
          <w:p w14:paraId="1EB17450" w14:textId="77777777" w:rsidR="005503B4" w:rsidRPr="00EE6DD3" w:rsidRDefault="005503B4" w:rsidP="00D65017">
            <w:pPr>
              <w:jc w:val="center"/>
            </w:pPr>
            <w:r w:rsidRPr="00EE6DD3">
              <w:rPr>
                <w:rFonts w:eastAsia="SimSun"/>
                <w:sz w:val="15"/>
              </w:rPr>
              <w:t>***</w:t>
            </w:r>
          </w:p>
        </w:tc>
      </w:tr>
      <w:tr w:rsidR="005503B4" w:rsidRPr="00EE6DD3" w14:paraId="47EEE8F2" w14:textId="77777777" w:rsidTr="00D65017">
        <w:tc>
          <w:tcPr>
            <w:tcW w:w="1234" w:type="dxa"/>
          </w:tcPr>
          <w:p w14:paraId="458D7FAB" w14:textId="77777777" w:rsidR="005503B4" w:rsidRPr="00EE6DD3" w:rsidRDefault="005503B4" w:rsidP="00D65017">
            <w:r w:rsidRPr="00EE6DD3">
              <w:rPr>
                <w:rFonts w:eastAsia="SimSun"/>
                <w:sz w:val="15"/>
              </w:rPr>
              <w:t>Geography × D</w:t>
            </w:r>
            <w:r w:rsidRPr="00EE6DD3">
              <w:rPr>
                <w:rFonts w:eastAsia="SimSun"/>
                <w:sz w:val="15"/>
                <w:vertAlign w:val="subscript"/>
              </w:rPr>
              <w:t>m</w:t>
            </w:r>
          </w:p>
        </w:tc>
        <w:tc>
          <w:tcPr>
            <w:tcW w:w="1234" w:type="dxa"/>
          </w:tcPr>
          <w:p w14:paraId="60678BBA" w14:textId="77777777" w:rsidR="005503B4" w:rsidRPr="00EE6DD3" w:rsidRDefault="005503B4" w:rsidP="00D65017">
            <w:pPr>
              <w:jc w:val="center"/>
            </w:pPr>
            <w:r w:rsidRPr="00EE6DD3">
              <w:rPr>
                <w:rFonts w:eastAsia="SimSun"/>
                <w:sz w:val="15"/>
              </w:rPr>
              <w:t>-0.0490</w:t>
            </w:r>
          </w:p>
        </w:tc>
        <w:tc>
          <w:tcPr>
            <w:tcW w:w="1234" w:type="dxa"/>
          </w:tcPr>
          <w:p w14:paraId="7F6838C8" w14:textId="77777777" w:rsidR="005503B4" w:rsidRPr="00EE6DD3" w:rsidRDefault="005503B4" w:rsidP="00D65017">
            <w:pPr>
              <w:jc w:val="center"/>
            </w:pPr>
            <w:r w:rsidRPr="00EE6DD3">
              <w:rPr>
                <w:rFonts w:eastAsia="SimSun"/>
                <w:sz w:val="15"/>
              </w:rPr>
              <w:t>0.0064</w:t>
            </w:r>
          </w:p>
        </w:tc>
        <w:tc>
          <w:tcPr>
            <w:tcW w:w="1234" w:type="dxa"/>
          </w:tcPr>
          <w:p w14:paraId="5C57452B" w14:textId="77777777" w:rsidR="005503B4" w:rsidRPr="00EE6DD3" w:rsidRDefault="005503B4" w:rsidP="00D65017">
            <w:pPr>
              <w:jc w:val="center"/>
            </w:pPr>
            <w:r w:rsidRPr="00EE6DD3">
              <w:rPr>
                <w:rFonts w:eastAsia="SimSun"/>
                <w:sz w:val="15"/>
              </w:rPr>
              <w:t>-0.0615</w:t>
            </w:r>
          </w:p>
        </w:tc>
        <w:tc>
          <w:tcPr>
            <w:tcW w:w="1234" w:type="dxa"/>
          </w:tcPr>
          <w:p w14:paraId="1B056DD9" w14:textId="77777777" w:rsidR="005503B4" w:rsidRPr="00EE6DD3" w:rsidRDefault="005503B4" w:rsidP="00D65017">
            <w:pPr>
              <w:jc w:val="center"/>
            </w:pPr>
            <w:r w:rsidRPr="00EE6DD3">
              <w:rPr>
                <w:rFonts w:eastAsia="SimSun"/>
                <w:sz w:val="15"/>
              </w:rPr>
              <w:t>-0.0366</w:t>
            </w:r>
          </w:p>
        </w:tc>
        <w:tc>
          <w:tcPr>
            <w:tcW w:w="1234" w:type="dxa"/>
          </w:tcPr>
          <w:p w14:paraId="3A53CE89" w14:textId="77777777" w:rsidR="005503B4" w:rsidRPr="00EE6DD3" w:rsidRDefault="005503B4" w:rsidP="00D65017">
            <w:pPr>
              <w:jc w:val="center"/>
            </w:pPr>
            <w:r w:rsidRPr="00EE6DD3">
              <w:rPr>
                <w:rFonts w:eastAsia="SimSun"/>
                <w:sz w:val="15"/>
              </w:rPr>
              <w:t>0.0000</w:t>
            </w:r>
          </w:p>
        </w:tc>
        <w:tc>
          <w:tcPr>
            <w:tcW w:w="1234" w:type="dxa"/>
          </w:tcPr>
          <w:p w14:paraId="3C273A28" w14:textId="77777777" w:rsidR="005503B4" w:rsidRPr="00EE6DD3" w:rsidRDefault="005503B4" w:rsidP="00D65017">
            <w:pPr>
              <w:jc w:val="center"/>
            </w:pPr>
            <w:r w:rsidRPr="00EE6DD3">
              <w:rPr>
                <w:rFonts w:eastAsia="SimSun"/>
                <w:sz w:val="15"/>
              </w:rPr>
              <w:t>***</w:t>
            </w:r>
          </w:p>
        </w:tc>
      </w:tr>
      <w:tr w:rsidR="005503B4" w:rsidRPr="00EE6DD3" w14:paraId="6E2E4402" w14:textId="77777777" w:rsidTr="00D65017">
        <w:tc>
          <w:tcPr>
            <w:tcW w:w="1234" w:type="dxa"/>
          </w:tcPr>
          <w:p w14:paraId="336B72A4" w14:textId="77777777" w:rsidR="005503B4" w:rsidRPr="00EE6DD3" w:rsidRDefault="005503B4" w:rsidP="00D65017">
            <w:r w:rsidRPr="00EE6DD3">
              <w:rPr>
                <w:rFonts w:eastAsia="SimSun"/>
                <w:sz w:val="15"/>
              </w:rPr>
              <w:t>Business × D</w:t>
            </w:r>
            <w:r w:rsidRPr="00EE6DD3">
              <w:rPr>
                <w:rFonts w:eastAsia="SimSun"/>
                <w:sz w:val="15"/>
                <w:vertAlign w:val="subscript"/>
              </w:rPr>
              <w:t>m</w:t>
            </w:r>
          </w:p>
        </w:tc>
        <w:tc>
          <w:tcPr>
            <w:tcW w:w="1234" w:type="dxa"/>
          </w:tcPr>
          <w:p w14:paraId="3C19D88B" w14:textId="77777777" w:rsidR="005503B4" w:rsidRPr="00EE6DD3" w:rsidRDefault="005503B4" w:rsidP="00D65017">
            <w:pPr>
              <w:jc w:val="center"/>
            </w:pPr>
            <w:r w:rsidRPr="00EE6DD3">
              <w:rPr>
                <w:rFonts w:eastAsia="SimSun"/>
                <w:sz w:val="15"/>
              </w:rPr>
              <w:t>-0.0915</w:t>
            </w:r>
          </w:p>
        </w:tc>
        <w:tc>
          <w:tcPr>
            <w:tcW w:w="1234" w:type="dxa"/>
          </w:tcPr>
          <w:p w14:paraId="4695139A" w14:textId="77777777" w:rsidR="005503B4" w:rsidRPr="00EE6DD3" w:rsidRDefault="005503B4" w:rsidP="00D65017">
            <w:pPr>
              <w:jc w:val="center"/>
            </w:pPr>
            <w:r w:rsidRPr="00EE6DD3">
              <w:rPr>
                <w:rFonts w:eastAsia="SimSun"/>
                <w:sz w:val="15"/>
              </w:rPr>
              <w:t>0.0063</w:t>
            </w:r>
          </w:p>
        </w:tc>
        <w:tc>
          <w:tcPr>
            <w:tcW w:w="1234" w:type="dxa"/>
          </w:tcPr>
          <w:p w14:paraId="601DE33E" w14:textId="77777777" w:rsidR="005503B4" w:rsidRPr="00EE6DD3" w:rsidRDefault="005503B4" w:rsidP="00D65017">
            <w:pPr>
              <w:jc w:val="center"/>
            </w:pPr>
            <w:r w:rsidRPr="00EE6DD3">
              <w:rPr>
                <w:rFonts w:eastAsia="SimSun"/>
                <w:sz w:val="15"/>
              </w:rPr>
              <w:t>-0.1040</w:t>
            </w:r>
          </w:p>
        </w:tc>
        <w:tc>
          <w:tcPr>
            <w:tcW w:w="1234" w:type="dxa"/>
          </w:tcPr>
          <w:p w14:paraId="75A3BBBB" w14:textId="77777777" w:rsidR="005503B4" w:rsidRPr="00EE6DD3" w:rsidRDefault="005503B4" w:rsidP="00D65017">
            <w:pPr>
              <w:jc w:val="center"/>
            </w:pPr>
            <w:r w:rsidRPr="00EE6DD3">
              <w:rPr>
                <w:rFonts w:eastAsia="SimSun"/>
                <w:sz w:val="15"/>
              </w:rPr>
              <w:t>-0.0791</w:t>
            </w:r>
          </w:p>
        </w:tc>
        <w:tc>
          <w:tcPr>
            <w:tcW w:w="1234" w:type="dxa"/>
          </w:tcPr>
          <w:p w14:paraId="2565D897" w14:textId="77777777" w:rsidR="005503B4" w:rsidRPr="00EE6DD3" w:rsidRDefault="005503B4" w:rsidP="00D65017">
            <w:pPr>
              <w:jc w:val="center"/>
            </w:pPr>
            <w:r w:rsidRPr="00EE6DD3">
              <w:rPr>
                <w:rFonts w:eastAsia="SimSun"/>
                <w:sz w:val="15"/>
              </w:rPr>
              <w:t>0.0000</w:t>
            </w:r>
          </w:p>
        </w:tc>
        <w:tc>
          <w:tcPr>
            <w:tcW w:w="1234" w:type="dxa"/>
          </w:tcPr>
          <w:p w14:paraId="4F32E2A9" w14:textId="77777777" w:rsidR="005503B4" w:rsidRPr="00EE6DD3" w:rsidRDefault="005503B4" w:rsidP="00D65017">
            <w:pPr>
              <w:jc w:val="center"/>
            </w:pPr>
            <w:r w:rsidRPr="00EE6DD3">
              <w:rPr>
                <w:rFonts w:eastAsia="SimSun"/>
                <w:sz w:val="15"/>
              </w:rPr>
              <w:t>***</w:t>
            </w:r>
          </w:p>
        </w:tc>
      </w:tr>
      <w:tr w:rsidR="005503B4" w:rsidRPr="00EE6DD3" w14:paraId="78FC9AE9" w14:textId="77777777" w:rsidTr="00D65017">
        <w:tc>
          <w:tcPr>
            <w:tcW w:w="1234" w:type="dxa"/>
          </w:tcPr>
          <w:p w14:paraId="7FF40007" w14:textId="77777777" w:rsidR="005503B4" w:rsidRPr="00EE6DD3" w:rsidRDefault="005503B4" w:rsidP="00D65017">
            <w:r w:rsidRPr="00EE6DD3">
              <w:rPr>
                <w:rFonts w:eastAsia="SimSun"/>
                <w:sz w:val="15"/>
              </w:rPr>
              <w:t>Economics × D</w:t>
            </w:r>
            <w:r w:rsidRPr="00EE6DD3">
              <w:rPr>
                <w:rFonts w:eastAsia="SimSun"/>
                <w:sz w:val="15"/>
                <w:vertAlign w:val="subscript"/>
              </w:rPr>
              <w:t>m</w:t>
            </w:r>
          </w:p>
        </w:tc>
        <w:tc>
          <w:tcPr>
            <w:tcW w:w="1234" w:type="dxa"/>
          </w:tcPr>
          <w:p w14:paraId="4EB1FDC2" w14:textId="77777777" w:rsidR="005503B4" w:rsidRPr="00EE6DD3" w:rsidRDefault="005503B4" w:rsidP="00D65017">
            <w:pPr>
              <w:jc w:val="center"/>
            </w:pPr>
            <w:r w:rsidRPr="00EE6DD3">
              <w:rPr>
                <w:rFonts w:eastAsia="SimSun"/>
                <w:sz w:val="15"/>
              </w:rPr>
              <w:t>-0.1008</w:t>
            </w:r>
          </w:p>
        </w:tc>
        <w:tc>
          <w:tcPr>
            <w:tcW w:w="1234" w:type="dxa"/>
          </w:tcPr>
          <w:p w14:paraId="1D60E700" w14:textId="77777777" w:rsidR="005503B4" w:rsidRPr="00EE6DD3" w:rsidRDefault="005503B4" w:rsidP="00D65017">
            <w:pPr>
              <w:jc w:val="center"/>
            </w:pPr>
            <w:r w:rsidRPr="00EE6DD3">
              <w:rPr>
                <w:rFonts w:eastAsia="SimSun"/>
                <w:sz w:val="15"/>
              </w:rPr>
              <w:t>0.0064</w:t>
            </w:r>
          </w:p>
        </w:tc>
        <w:tc>
          <w:tcPr>
            <w:tcW w:w="1234" w:type="dxa"/>
          </w:tcPr>
          <w:p w14:paraId="298AB794" w14:textId="77777777" w:rsidR="005503B4" w:rsidRPr="00EE6DD3" w:rsidRDefault="005503B4" w:rsidP="00D65017">
            <w:pPr>
              <w:jc w:val="center"/>
            </w:pPr>
            <w:r w:rsidRPr="00EE6DD3">
              <w:rPr>
                <w:rFonts w:eastAsia="SimSun"/>
                <w:sz w:val="15"/>
              </w:rPr>
              <w:t>-0.1133</w:t>
            </w:r>
          </w:p>
        </w:tc>
        <w:tc>
          <w:tcPr>
            <w:tcW w:w="1234" w:type="dxa"/>
          </w:tcPr>
          <w:p w14:paraId="49B174AB" w14:textId="77777777" w:rsidR="005503B4" w:rsidRPr="00EE6DD3" w:rsidRDefault="005503B4" w:rsidP="00D65017">
            <w:pPr>
              <w:jc w:val="center"/>
            </w:pPr>
            <w:r w:rsidRPr="00EE6DD3">
              <w:rPr>
                <w:rFonts w:eastAsia="SimSun"/>
                <w:sz w:val="15"/>
              </w:rPr>
              <w:t>-0.0884</w:t>
            </w:r>
          </w:p>
        </w:tc>
        <w:tc>
          <w:tcPr>
            <w:tcW w:w="1234" w:type="dxa"/>
          </w:tcPr>
          <w:p w14:paraId="37D59E09" w14:textId="77777777" w:rsidR="005503B4" w:rsidRPr="00EE6DD3" w:rsidRDefault="005503B4" w:rsidP="00D65017">
            <w:pPr>
              <w:jc w:val="center"/>
            </w:pPr>
            <w:r w:rsidRPr="00EE6DD3">
              <w:rPr>
                <w:rFonts w:eastAsia="SimSun"/>
                <w:sz w:val="15"/>
              </w:rPr>
              <w:t>0.0000</w:t>
            </w:r>
          </w:p>
        </w:tc>
        <w:tc>
          <w:tcPr>
            <w:tcW w:w="1234" w:type="dxa"/>
          </w:tcPr>
          <w:p w14:paraId="191C97EA" w14:textId="77777777" w:rsidR="005503B4" w:rsidRPr="00EE6DD3" w:rsidRDefault="005503B4" w:rsidP="00D65017">
            <w:pPr>
              <w:jc w:val="center"/>
            </w:pPr>
            <w:r w:rsidRPr="00EE6DD3">
              <w:rPr>
                <w:rFonts w:eastAsia="SimSun"/>
                <w:sz w:val="15"/>
              </w:rPr>
              <w:t>***</w:t>
            </w:r>
          </w:p>
        </w:tc>
      </w:tr>
      <w:tr w:rsidR="005503B4" w:rsidRPr="00EE6DD3" w14:paraId="4E89AFE5" w14:textId="77777777" w:rsidTr="00D65017">
        <w:tc>
          <w:tcPr>
            <w:tcW w:w="1234" w:type="dxa"/>
          </w:tcPr>
          <w:p w14:paraId="0DCFD19C" w14:textId="77777777" w:rsidR="005503B4" w:rsidRPr="00EE6DD3" w:rsidRDefault="005503B4" w:rsidP="00D65017">
            <w:r w:rsidRPr="00EE6DD3">
              <w:rPr>
                <w:rFonts w:eastAsia="SimSun"/>
                <w:sz w:val="15"/>
              </w:rPr>
              <w:t>Medicine × D</w:t>
            </w:r>
            <w:r w:rsidRPr="00EE6DD3">
              <w:rPr>
                <w:rFonts w:eastAsia="SimSun"/>
                <w:sz w:val="15"/>
                <w:vertAlign w:val="subscript"/>
              </w:rPr>
              <w:t>m</w:t>
            </w:r>
          </w:p>
        </w:tc>
        <w:tc>
          <w:tcPr>
            <w:tcW w:w="1234" w:type="dxa"/>
          </w:tcPr>
          <w:p w14:paraId="78A915F9" w14:textId="77777777" w:rsidR="005503B4" w:rsidRPr="00EE6DD3" w:rsidRDefault="005503B4" w:rsidP="00D65017">
            <w:pPr>
              <w:jc w:val="center"/>
            </w:pPr>
            <w:r w:rsidRPr="00EE6DD3">
              <w:rPr>
                <w:rFonts w:eastAsia="SimSun"/>
                <w:sz w:val="15"/>
              </w:rPr>
              <w:t>-0.1151</w:t>
            </w:r>
          </w:p>
        </w:tc>
        <w:tc>
          <w:tcPr>
            <w:tcW w:w="1234" w:type="dxa"/>
          </w:tcPr>
          <w:p w14:paraId="09BCFC87" w14:textId="77777777" w:rsidR="005503B4" w:rsidRPr="00EE6DD3" w:rsidRDefault="005503B4" w:rsidP="00D65017">
            <w:pPr>
              <w:jc w:val="center"/>
            </w:pPr>
            <w:r w:rsidRPr="00EE6DD3">
              <w:rPr>
                <w:rFonts w:eastAsia="SimSun"/>
                <w:sz w:val="15"/>
              </w:rPr>
              <w:t>0.0065</w:t>
            </w:r>
          </w:p>
        </w:tc>
        <w:tc>
          <w:tcPr>
            <w:tcW w:w="1234" w:type="dxa"/>
          </w:tcPr>
          <w:p w14:paraId="32307F51" w14:textId="77777777" w:rsidR="005503B4" w:rsidRPr="00EE6DD3" w:rsidRDefault="005503B4" w:rsidP="00D65017">
            <w:pPr>
              <w:jc w:val="center"/>
            </w:pPr>
            <w:r w:rsidRPr="00EE6DD3">
              <w:rPr>
                <w:rFonts w:eastAsia="SimSun"/>
                <w:sz w:val="15"/>
              </w:rPr>
              <w:t>-0.1279</w:t>
            </w:r>
          </w:p>
        </w:tc>
        <w:tc>
          <w:tcPr>
            <w:tcW w:w="1234" w:type="dxa"/>
          </w:tcPr>
          <w:p w14:paraId="099109B7" w14:textId="77777777" w:rsidR="005503B4" w:rsidRPr="00EE6DD3" w:rsidRDefault="005503B4" w:rsidP="00D65017">
            <w:pPr>
              <w:jc w:val="center"/>
            </w:pPr>
            <w:r w:rsidRPr="00EE6DD3">
              <w:rPr>
                <w:rFonts w:eastAsia="SimSun"/>
                <w:sz w:val="15"/>
              </w:rPr>
              <w:t>-0.1023</w:t>
            </w:r>
          </w:p>
        </w:tc>
        <w:tc>
          <w:tcPr>
            <w:tcW w:w="1234" w:type="dxa"/>
          </w:tcPr>
          <w:p w14:paraId="1C2E694E" w14:textId="77777777" w:rsidR="005503B4" w:rsidRPr="00EE6DD3" w:rsidRDefault="005503B4" w:rsidP="00D65017">
            <w:pPr>
              <w:jc w:val="center"/>
            </w:pPr>
            <w:r w:rsidRPr="00EE6DD3">
              <w:rPr>
                <w:rFonts w:eastAsia="SimSun"/>
                <w:sz w:val="15"/>
              </w:rPr>
              <w:t>0.0000</w:t>
            </w:r>
          </w:p>
        </w:tc>
        <w:tc>
          <w:tcPr>
            <w:tcW w:w="1234" w:type="dxa"/>
          </w:tcPr>
          <w:p w14:paraId="3B8A952D" w14:textId="77777777" w:rsidR="005503B4" w:rsidRPr="00EE6DD3" w:rsidRDefault="005503B4" w:rsidP="00D65017">
            <w:pPr>
              <w:jc w:val="center"/>
            </w:pPr>
            <w:r w:rsidRPr="00EE6DD3">
              <w:rPr>
                <w:rFonts w:eastAsia="SimSun"/>
                <w:sz w:val="15"/>
              </w:rPr>
              <w:t>***</w:t>
            </w:r>
          </w:p>
        </w:tc>
      </w:tr>
      <w:tr w:rsidR="005503B4" w:rsidRPr="00EE6DD3" w14:paraId="6B996CAE" w14:textId="77777777" w:rsidTr="00D65017">
        <w:tc>
          <w:tcPr>
            <w:tcW w:w="1234" w:type="dxa"/>
          </w:tcPr>
          <w:p w14:paraId="132DC826" w14:textId="77777777" w:rsidR="005503B4" w:rsidRPr="00EE6DD3" w:rsidRDefault="005503B4" w:rsidP="00D65017">
            <w:r w:rsidRPr="00EE6DD3">
              <w:rPr>
                <w:rFonts w:eastAsia="SimSun"/>
                <w:sz w:val="15"/>
              </w:rPr>
              <w:t>Philosophy × D</w:t>
            </w:r>
            <w:r w:rsidRPr="00EE6DD3">
              <w:rPr>
                <w:rFonts w:eastAsia="SimSun"/>
                <w:sz w:val="15"/>
                <w:vertAlign w:val="subscript"/>
              </w:rPr>
              <w:t>m</w:t>
            </w:r>
          </w:p>
        </w:tc>
        <w:tc>
          <w:tcPr>
            <w:tcW w:w="1234" w:type="dxa"/>
          </w:tcPr>
          <w:p w14:paraId="5E64191E" w14:textId="77777777" w:rsidR="005503B4" w:rsidRPr="00EE6DD3" w:rsidRDefault="005503B4" w:rsidP="00D65017">
            <w:pPr>
              <w:jc w:val="center"/>
            </w:pPr>
            <w:r w:rsidRPr="00EE6DD3">
              <w:rPr>
                <w:rFonts w:eastAsia="SimSun"/>
                <w:sz w:val="15"/>
              </w:rPr>
              <w:t>-0.1632</w:t>
            </w:r>
          </w:p>
        </w:tc>
        <w:tc>
          <w:tcPr>
            <w:tcW w:w="1234" w:type="dxa"/>
          </w:tcPr>
          <w:p w14:paraId="41248065" w14:textId="77777777" w:rsidR="005503B4" w:rsidRPr="00EE6DD3" w:rsidRDefault="005503B4" w:rsidP="00D65017">
            <w:pPr>
              <w:jc w:val="center"/>
            </w:pPr>
            <w:r w:rsidRPr="00EE6DD3">
              <w:rPr>
                <w:rFonts w:eastAsia="SimSun"/>
                <w:sz w:val="15"/>
              </w:rPr>
              <w:t>0.0110</w:t>
            </w:r>
          </w:p>
        </w:tc>
        <w:tc>
          <w:tcPr>
            <w:tcW w:w="1234" w:type="dxa"/>
          </w:tcPr>
          <w:p w14:paraId="305E7D22" w14:textId="77777777" w:rsidR="005503B4" w:rsidRPr="00EE6DD3" w:rsidRDefault="005503B4" w:rsidP="00D65017">
            <w:pPr>
              <w:jc w:val="center"/>
            </w:pPr>
            <w:r w:rsidRPr="00EE6DD3">
              <w:rPr>
                <w:rFonts w:eastAsia="SimSun"/>
                <w:sz w:val="15"/>
              </w:rPr>
              <w:t>-0.1847</w:t>
            </w:r>
          </w:p>
        </w:tc>
        <w:tc>
          <w:tcPr>
            <w:tcW w:w="1234" w:type="dxa"/>
          </w:tcPr>
          <w:p w14:paraId="33F33E0B" w14:textId="77777777" w:rsidR="005503B4" w:rsidRPr="00EE6DD3" w:rsidRDefault="005503B4" w:rsidP="00D65017">
            <w:pPr>
              <w:jc w:val="center"/>
            </w:pPr>
            <w:r w:rsidRPr="00EE6DD3">
              <w:rPr>
                <w:rFonts w:eastAsia="SimSun"/>
                <w:sz w:val="15"/>
              </w:rPr>
              <w:t>-0.1417</w:t>
            </w:r>
          </w:p>
        </w:tc>
        <w:tc>
          <w:tcPr>
            <w:tcW w:w="1234" w:type="dxa"/>
          </w:tcPr>
          <w:p w14:paraId="15A00AC9" w14:textId="77777777" w:rsidR="005503B4" w:rsidRPr="00EE6DD3" w:rsidRDefault="005503B4" w:rsidP="00D65017">
            <w:pPr>
              <w:jc w:val="center"/>
            </w:pPr>
            <w:r w:rsidRPr="00EE6DD3">
              <w:rPr>
                <w:rFonts w:eastAsia="SimSun"/>
                <w:sz w:val="15"/>
              </w:rPr>
              <w:t>0.0000</w:t>
            </w:r>
          </w:p>
        </w:tc>
        <w:tc>
          <w:tcPr>
            <w:tcW w:w="1234" w:type="dxa"/>
          </w:tcPr>
          <w:p w14:paraId="37CA6BE1" w14:textId="77777777" w:rsidR="005503B4" w:rsidRPr="00EE6DD3" w:rsidRDefault="005503B4" w:rsidP="00D65017">
            <w:pPr>
              <w:jc w:val="center"/>
            </w:pPr>
            <w:r w:rsidRPr="00EE6DD3">
              <w:rPr>
                <w:rFonts w:eastAsia="SimSun"/>
                <w:sz w:val="15"/>
              </w:rPr>
              <w:t>***</w:t>
            </w:r>
          </w:p>
        </w:tc>
      </w:tr>
      <w:tr w:rsidR="005503B4" w:rsidRPr="00EE6DD3" w14:paraId="758306EB" w14:textId="77777777" w:rsidTr="00D65017">
        <w:tc>
          <w:tcPr>
            <w:tcW w:w="1234" w:type="dxa"/>
          </w:tcPr>
          <w:p w14:paraId="77EB3629" w14:textId="77777777" w:rsidR="005503B4" w:rsidRPr="00EE6DD3" w:rsidRDefault="005503B4" w:rsidP="00D65017">
            <w:r w:rsidRPr="00EE6DD3">
              <w:rPr>
                <w:rFonts w:eastAsia="SimSun"/>
                <w:sz w:val="15"/>
              </w:rPr>
              <w:lastRenderedPageBreak/>
              <w:t>History × D</w:t>
            </w:r>
            <w:r w:rsidRPr="00EE6DD3">
              <w:rPr>
                <w:rFonts w:eastAsia="SimSun"/>
                <w:sz w:val="15"/>
                <w:vertAlign w:val="subscript"/>
              </w:rPr>
              <w:t>m</w:t>
            </w:r>
          </w:p>
        </w:tc>
        <w:tc>
          <w:tcPr>
            <w:tcW w:w="1234" w:type="dxa"/>
          </w:tcPr>
          <w:p w14:paraId="1589B2C4" w14:textId="77777777" w:rsidR="005503B4" w:rsidRPr="00EE6DD3" w:rsidRDefault="005503B4" w:rsidP="00D65017">
            <w:pPr>
              <w:jc w:val="center"/>
            </w:pPr>
            <w:r w:rsidRPr="00EE6DD3">
              <w:rPr>
                <w:rFonts w:eastAsia="SimSun"/>
                <w:sz w:val="15"/>
              </w:rPr>
              <w:t>-0.1836</w:t>
            </w:r>
          </w:p>
        </w:tc>
        <w:tc>
          <w:tcPr>
            <w:tcW w:w="1234" w:type="dxa"/>
          </w:tcPr>
          <w:p w14:paraId="5E9BC405" w14:textId="77777777" w:rsidR="005503B4" w:rsidRPr="00EE6DD3" w:rsidRDefault="005503B4" w:rsidP="00D65017">
            <w:pPr>
              <w:jc w:val="center"/>
            </w:pPr>
            <w:r w:rsidRPr="00EE6DD3">
              <w:rPr>
                <w:rFonts w:eastAsia="SimSun"/>
                <w:sz w:val="15"/>
              </w:rPr>
              <w:t>0.0072</w:t>
            </w:r>
          </w:p>
        </w:tc>
        <w:tc>
          <w:tcPr>
            <w:tcW w:w="1234" w:type="dxa"/>
          </w:tcPr>
          <w:p w14:paraId="18BBE436" w14:textId="77777777" w:rsidR="005503B4" w:rsidRPr="00EE6DD3" w:rsidRDefault="005503B4" w:rsidP="00D65017">
            <w:pPr>
              <w:jc w:val="center"/>
            </w:pPr>
            <w:r w:rsidRPr="00EE6DD3">
              <w:rPr>
                <w:rFonts w:eastAsia="SimSun"/>
                <w:sz w:val="15"/>
              </w:rPr>
              <w:t>-0.1977</w:t>
            </w:r>
          </w:p>
        </w:tc>
        <w:tc>
          <w:tcPr>
            <w:tcW w:w="1234" w:type="dxa"/>
          </w:tcPr>
          <w:p w14:paraId="7B2EB0C6" w14:textId="77777777" w:rsidR="005503B4" w:rsidRPr="00EE6DD3" w:rsidRDefault="005503B4" w:rsidP="00D65017">
            <w:pPr>
              <w:jc w:val="center"/>
            </w:pPr>
            <w:r w:rsidRPr="00EE6DD3">
              <w:rPr>
                <w:rFonts w:eastAsia="SimSun"/>
                <w:sz w:val="15"/>
              </w:rPr>
              <w:t>-0.1695</w:t>
            </w:r>
          </w:p>
        </w:tc>
        <w:tc>
          <w:tcPr>
            <w:tcW w:w="1234" w:type="dxa"/>
          </w:tcPr>
          <w:p w14:paraId="49408EDF" w14:textId="77777777" w:rsidR="005503B4" w:rsidRPr="00EE6DD3" w:rsidRDefault="005503B4" w:rsidP="00D65017">
            <w:pPr>
              <w:jc w:val="center"/>
            </w:pPr>
            <w:r w:rsidRPr="00EE6DD3">
              <w:rPr>
                <w:rFonts w:eastAsia="SimSun"/>
                <w:sz w:val="15"/>
              </w:rPr>
              <w:t>0.0000</w:t>
            </w:r>
          </w:p>
        </w:tc>
        <w:tc>
          <w:tcPr>
            <w:tcW w:w="1234" w:type="dxa"/>
          </w:tcPr>
          <w:p w14:paraId="4CB5CCEA" w14:textId="77777777" w:rsidR="005503B4" w:rsidRPr="00EE6DD3" w:rsidRDefault="005503B4" w:rsidP="00D65017">
            <w:pPr>
              <w:jc w:val="center"/>
            </w:pPr>
            <w:r w:rsidRPr="00EE6DD3">
              <w:rPr>
                <w:rFonts w:eastAsia="SimSun"/>
                <w:sz w:val="15"/>
              </w:rPr>
              <w:t>***</w:t>
            </w:r>
          </w:p>
        </w:tc>
      </w:tr>
      <w:tr w:rsidR="005503B4" w:rsidRPr="00EE6DD3" w14:paraId="1F1EB0B9" w14:textId="77777777" w:rsidTr="00D65017">
        <w:tc>
          <w:tcPr>
            <w:tcW w:w="1234" w:type="dxa"/>
          </w:tcPr>
          <w:p w14:paraId="3EAD6460" w14:textId="77777777" w:rsidR="005503B4" w:rsidRPr="00EE6DD3" w:rsidRDefault="005503B4" w:rsidP="00D65017">
            <w:r w:rsidRPr="00EE6DD3">
              <w:rPr>
                <w:rFonts w:eastAsia="SimSun"/>
                <w:sz w:val="15"/>
              </w:rPr>
              <w:t>Sociology × D</w:t>
            </w:r>
            <w:r w:rsidRPr="00EE6DD3">
              <w:rPr>
                <w:rFonts w:eastAsia="SimSun"/>
                <w:sz w:val="15"/>
                <w:vertAlign w:val="subscript"/>
              </w:rPr>
              <w:t>m</w:t>
            </w:r>
          </w:p>
        </w:tc>
        <w:tc>
          <w:tcPr>
            <w:tcW w:w="1234" w:type="dxa"/>
          </w:tcPr>
          <w:p w14:paraId="1CF08C39" w14:textId="77777777" w:rsidR="005503B4" w:rsidRPr="00EE6DD3" w:rsidRDefault="005503B4" w:rsidP="00D65017">
            <w:pPr>
              <w:jc w:val="center"/>
            </w:pPr>
            <w:r w:rsidRPr="00EE6DD3">
              <w:rPr>
                <w:rFonts w:eastAsia="SimSun"/>
                <w:sz w:val="15"/>
              </w:rPr>
              <w:t>-0.2009</w:t>
            </w:r>
          </w:p>
        </w:tc>
        <w:tc>
          <w:tcPr>
            <w:tcW w:w="1234" w:type="dxa"/>
          </w:tcPr>
          <w:p w14:paraId="534015E9" w14:textId="77777777" w:rsidR="005503B4" w:rsidRPr="00EE6DD3" w:rsidRDefault="005503B4" w:rsidP="00D65017">
            <w:pPr>
              <w:jc w:val="center"/>
            </w:pPr>
            <w:r w:rsidRPr="00EE6DD3">
              <w:rPr>
                <w:rFonts w:eastAsia="SimSun"/>
                <w:sz w:val="15"/>
              </w:rPr>
              <w:t>0.0066</w:t>
            </w:r>
          </w:p>
        </w:tc>
        <w:tc>
          <w:tcPr>
            <w:tcW w:w="1234" w:type="dxa"/>
          </w:tcPr>
          <w:p w14:paraId="5C95761E" w14:textId="77777777" w:rsidR="005503B4" w:rsidRPr="00EE6DD3" w:rsidRDefault="005503B4" w:rsidP="00D65017">
            <w:pPr>
              <w:jc w:val="center"/>
            </w:pPr>
            <w:r w:rsidRPr="00EE6DD3">
              <w:rPr>
                <w:rFonts w:eastAsia="SimSun"/>
                <w:sz w:val="15"/>
              </w:rPr>
              <w:t>-0.2138</w:t>
            </w:r>
          </w:p>
        </w:tc>
        <w:tc>
          <w:tcPr>
            <w:tcW w:w="1234" w:type="dxa"/>
          </w:tcPr>
          <w:p w14:paraId="6CE13B02" w14:textId="77777777" w:rsidR="005503B4" w:rsidRPr="00EE6DD3" w:rsidRDefault="005503B4" w:rsidP="00D65017">
            <w:pPr>
              <w:jc w:val="center"/>
            </w:pPr>
            <w:r w:rsidRPr="00EE6DD3">
              <w:rPr>
                <w:rFonts w:eastAsia="SimSun"/>
                <w:sz w:val="15"/>
              </w:rPr>
              <w:t>-0.1880</w:t>
            </w:r>
          </w:p>
        </w:tc>
        <w:tc>
          <w:tcPr>
            <w:tcW w:w="1234" w:type="dxa"/>
          </w:tcPr>
          <w:p w14:paraId="17A19AF7" w14:textId="77777777" w:rsidR="005503B4" w:rsidRPr="00EE6DD3" w:rsidRDefault="005503B4" w:rsidP="00D65017">
            <w:pPr>
              <w:jc w:val="center"/>
            </w:pPr>
            <w:r w:rsidRPr="00EE6DD3">
              <w:rPr>
                <w:rFonts w:eastAsia="SimSun"/>
                <w:sz w:val="15"/>
              </w:rPr>
              <w:t>0.0000</w:t>
            </w:r>
          </w:p>
        </w:tc>
        <w:tc>
          <w:tcPr>
            <w:tcW w:w="1234" w:type="dxa"/>
          </w:tcPr>
          <w:p w14:paraId="2DC2A41D" w14:textId="77777777" w:rsidR="005503B4" w:rsidRPr="00EE6DD3" w:rsidRDefault="005503B4" w:rsidP="00D65017">
            <w:pPr>
              <w:jc w:val="center"/>
            </w:pPr>
            <w:r w:rsidRPr="00EE6DD3">
              <w:rPr>
                <w:rFonts w:eastAsia="SimSun"/>
                <w:sz w:val="15"/>
              </w:rPr>
              <w:t>***</w:t>
            </w:r>
          </w:p>
        </w:tc>
      </w:tr>
      <w:tr w:rsidR="005503B4" w:rsidRPr="00EE6DD3" w14:paraId="0E471B3B" w14:textId="77777777" w:rsidTr="00D65017">
        <w:tc>
          <w:tcPr>
            <w:tcW w:w="1234" w:type="dxa"/>
            <w:tcBorders>
              <w:bottom w:val="single" w:sz="4" w:space="0" w:color="000000"/>
            </w:tcBorders>
          </w:tcPr>
          <w:p w14:paraId="776E67EB" w14:textId="77777777" w:rsidR="005503B4" w:rsidRPr="00EE6DD3" w:rsidRDefault="005503B4" w:rsidP="00D65017">
            <w:r w:rsidRPr="00EE6DD3">
              <w:rPr>
                <w:rFonts w:eastAsia="SimSun"/>
                <w:sz w:val="15"/>
              </w:rPr>
              <w:t>Political science × D</w:t>
            </w:r>
            <w:r w:rsidRPr="00EE6DD3">
              <w:rPr>
                <w:rFonts w:eastAsia="SimSun"/>
                <w:sz w:val="15"/>
                <w:vertAlign w:val="subscript"/>
              </w:rPr>
              <w:t>m</w:t>
            </w:r>
          </w:p>
        </w:tc>
        <w:tc>
          <w:tcPr>
            <w:tcW w:w="1234" w:type="dxa"/>
            <w:tcBorders>
              <w:bottom w:val="single" w:sz="4" w:space="0" w:color="000000"/>
            </w:tcBorders>
          </w:tcPr>
          <w:p w14:paraId="6195A3D8" w14:textId="77777777" w:rsidR="005503B4" w:rsidRPr="00EE6DD3" w:rsidRDefault="005503B4" w:rsidP="00D65017">
            <w:pPr>
              <w:jc w:val="center"/>
            </w:pPr>
            <w:r w:rsidRPr="00EE6DD3">
              <w:rPr>
                <w:rFonts w:eastAsia="SimSun"/>
                <w:sz w:val="15"/>
              </w:rPr>
              <w:t>-0.2056</w:t>
            </w:r>
          </w:p>
        </w:tc>
        <w:tc>
          <w:tcPr>
            <w:tcW w:w="1234" w:type="dxa"/>
            <w:tcBorders>
              <w:bottom w:val="single" w:sz="4" w:space="0" w:color="000000"/>
            </w:tcBorders>
          </w:tcPr>
          <w:p w14:paraId="44BB90E0" w14:textId="77777777" w:rsidR="005503B4" w:rsidRPr="00EE6DD3" w:rsidRDefault="005503B4" w:rsidP="00D65017">
            <w:pPr>
              <w:jc w:val="center"/>
            </w:pPr>
            <w:r w:rsidRPr="00EE6DD3">
              <w:rPr>
                <w:rFonts w:eastAsia="SimSun"/>
                <w:sz w:val="15"/>
              </w:rPr>
              <w:t>0.0065</w:t>
            </w:r>
          </w:p>
        </w:tc>
        <w:tc>
          <w:tcPr>
            <w:tcW w:w="1234" w:type="dxa"/>
            <w:tcBorders>
              <w:bottom w:val="single" w:sz="4" w:space="0" w:color="000000"/>
            </w:tcBorders>
          </w:tcPr>
          <w:p w14:paraId="6AB1C16E" w14:textId="77777777" w:rsidR="005503B4" w:rsidRPr="00EE6DD3" w:rsidRDefault="005503B4" w:rsidP="00D65017">
            <w:pPr>
              <w:jc w:val="center"/>
            </w:pPr>
            <w:r w:rsidRPr="00EE6DD3">
              <w:rPr>
                <w:rFonts w:eastAsia="SimSun"/>
                <w:sz w:val="15"/>
              </w:rPr>
              <w:t>-0.2184</w:t>
            </w:r>
          </w:p>
        </w:tc>
        <w:tc>
          <w:tcPr>
            <w:tcW w:w="1234" w:type="dxa"/>
            <w:tcBorders>
              <w:bottom w:val="single" w:sz="4" w:space="0" w:color="000000"/>
            </w:tcBorders>
          </w:tcPr>
          <w:p w14:paraId="405693EB" w14:textId="77777777" w:rsidR="005503B4" w:rsidRPr="00EE6DD3" w:rsidRDefault="005503B4" w:rsidP="00D65017">
            <w:pPr>
              <w:jc w:val="center"/>
            </w:pPr>
            <w:r w:rsidRPr="00EE6DD3">
              <w:rPr>
                <w:rFonts w:eastAsia="SimSun"/>
                <w:sz w:val="15"/>
              </w:rPr>
              <w:t>-0.1927</w:t>
            </w:r>
          </w:p>
        </w:tc>
        <w:tc>
          <w:tcPr>
            <w:tcW w:w="1234" w:type="dxa"/>
            <w:tcBorders>
              <w:bottom w:val="single" w:sz="4" w:space="0" w:color="000000"/>
            </w:tcBorders>
          </w:tcPr>
          <w:p w14:paraId="54757AFB" w14:textId="77777777" w:rsidR="005503B4" w:rsidRPr="00EE6DD3" w:rsidRDefault="005503B4" w:rsidP="00D65017">
            <w:pPr>
              <w:jc w:val="center"/>
            </w:pPr>
            <w:r w:rsidRPr="00EE6DD3">
              <w:rPr>
                <w:rFonts w:eastAsia="SimSun"/>
                <w:sz w:val="15"/>
              </w:rPr>
              <w:t>0.0000</w:t>
            </w:r>
          </w:p>
        </w:tc>
        <w:tc>
          <w:tcPr>
            <w:tcW w:w="1234" w:type="dxa"/>
            <w:tcBorders>
              <w:bottom w:val="single" w:sz="4" w:space="0" w:color="000000"/>
            </w:tcBorders>
          </w:tcPr>
          <w:p w14:paraId="39FBDC81" w14:textId="77777777" w:rsidR="005503B4" w:rsidRPr="00EE6DD3" w:rsidRDefault="005503B4" w:rsidP="00D65017">
            <w:pPr>
              <w:jc w:val="center"/>
            </w:pPr>
            <w:r w:rsidRPr="00EE6DD3">
              <w:rPr>
                <w:rFonts w:eastAsia="SimSun"/>
                <w:sz w:val="15"/>
              </w:rPr>
              <w:t>***</w:t>
            </w:r>
          </w:p>
        </w:tc>
      </w:tr>
    </w:tbl>
    <w:p w14:paraId="58EC5C28" w14:textId="77777777" w:rsidR="005503B4" w:rsidRPr="00EE6DD3" w:rsidRDefault="005503B4" w:rsidP="005503B4">
      <w:pPr>
        <w:pStyle w:val="Caption"/>
        <w:rPr>
          <w:color w:val="auto"/>
        </w:rPr>
      </w:pPr>
      <w:r w:rsidRPr="00EE6DD3">
        <w:rPr>
          <w:b w:val="0"/>
          <w:color w:val="auto"/>
          <w:sz w:val="20"/>
        </w:rPr>
        <w:t>Table S4C. Robustness of key coefficients across joint F1 and joint Jaccard models.</w:t>
      </w:r>
    </w:p>
    <w:tbl>
      <w:tblPr>
        <w:tblStyle w:val="PaperFormat"/>
        <w:tblW w:w="0" w:type="auto"/>
        <w:tblLook w:val="04A0" w:firstRow="1" w:lastRow="0" w:firstColumn="1" w:lastColumn="0" w:noHBand="0" w:noVBand="1"/>
      </w:tblPr>
      <w:tblGrid>
        <w:gridCol w:w="1726"/>
        <w:gridCol w:w="1727"/>
        <w:gridCol w:w="1726"/>
        <w:gridCol w:w="1726"/>
        <w:gridCol w:w="1725"/>
      </w:tblGrid>
      <w:tr w:rsidR="005503B4" w:rsidRPr="00EE6DD3" w14:paraId="35BCF4D6" w14:textId="77777777" w:rsidTr="00D65017">
        <w:tc>
          <w:tcPr>
            <w:tcW w:w="1728" w:type="dxa"/>
          </w:tcPr>
          <w:p w14:paraId="7E984D6F" w14:textId="77777777" w:rsidR="005503B4" w:rsidRPr="00EE6DD3" w:rsidRDefault="005503B4" w:rsidP="00D65017">
            <w:r w:rsidRPr="00EE6DD3">
              <w:rPr>
                <w:rFonts w:eastAsia="SimSun"/>
                <w:b/>
                <w:sz w:val="15"/>
              </w:rPr>
              <w:t>Model</w:t>
            </w:r>
          </w:p>
        </w:tc>
        <w:tc>
          <w:tcPr>
            <w:tcW w:w="1728" w:type="dxa"/>
          </w:tcPr>
          <w:p w14:paraId="33DF9289" w14:textId="77777777" w:rsidR="005503B4" w:rsidRPr="00EE6DD3" w:rsidRDefault="005503B4" w:rsidP="00D65017">
            <w:r w:rsidRPr="00EE6DD3">
              <w:rPr>
                <w:rFonts w:eastAsia="SimSun"/>
                <w:b/>
                <w:sz w:val="15"/>
              </w:rPr>
              <w:t>Variable</w:t>
            </w:r>
          </w:p>
        </w:tc>
        <w:tc>
          <w:tcPr>
            <w:tcW w:w="1728" w:type="dxa"/>
          </w:tcPr>
          <w:p w14:paraId="23056B50" w14:textId="77777777" w:rsidR="005503B4" w:rsidRPr="00EE6DD3" w:rsidRDefault="005503B4" w:rsidP="00D65017">
            <w:pPr>
              <w:jc w:val="center"/>
            </w:pPr>
            <w:r w:rsidRPr="00EE6DD3">
              <w:rPr>
                <w:rFonts w:eastAsia="SimSun"/>
                <w:b/>
                <w:sz w:val="15"/>
              </w:rPr>
              <w:t>Coefficient</w:t>
            </w:r>
          </w:p>
        </w:tc>
        <w:tc>
          <w:tcPr>
            <w:tcW w:w="1728" w:type="dxa"/>
          </w:tcPr>
          <w:p w14:paraId="21F291DD" w14:textId="77777777" w:rsidR="005503B4" w:rsidRPr="00EE6DD3" w:rsidRDefault="005503B4" w:rsidP="00D65017">
            <w:pPr>
              <w:jc w:val="center"/>
            </w:pPr>
            <w:r w:rsidRPr="00EE6DD3">
              <w:rPr>
                <w:rFonts w:eastAsia="SimSun"/>
                <w:b/>
                <w:sz w:val="15"/>
              </w:rPr>
              <w:t>SE</w:t>
            </w:r>
          </w:p>
        </w:tc>
        <w:tc>
          <w:tcPr>
            <w:tcW w:w="1728" w:type="dxa"/>
          </w:tcPr>
          <w:p w14:paraId="71D28ECB" w14:textId="77777777" w:rsidR="005503B4" w:rsidRPr="00EE6DD3" w:rsidRDefault="005503B4" w:rsidP="00D65017">
            <w:pPr>
              <w:jc w:val="center"/>
            </w:pPr>
            <w:r w:rsidRPr="00EE6DD3">
              <w:rPr>
                <w:rFonts w:eastAsia="SimSun"/>
                <w:b/>
                <w:sz w:val="15"/>
              </w:rPr>
              <w:t>Sig.</w:t>
            </w:r>
          </w:p>
        </w:tc>
      </w:tr>
      <w:tr w:rsidR="005503B4" w:rsidRPr="00EE6DD3" w14:paraId="00ED4DF3" w14:textId="77777777" w:rsidTr="00D65017">
        <w:tc>
          <w:tcPr>
            <w:tcW w:w="1728" w:type="dxa"/>
          </w:tcPr>
          <w:p w14:paraId="2D098F95" w14:textId="77777777" w:rsidR="005503B4" w:rsidRPr="00EE6DD3" w:rsidRDefault="005503B4" w:rsidP="00D65017">
            <w:r w:rsidRPr="00EE6DD3">
              <w:rPr>
                <w:rFonts w:eastAsia="SimSun"/>
                <w:sz w:val="15"/>
              </w:rPr>
              <w:t>Joint F1</w:t>
            </w:r>
          </w:p>
        </w:tc>
        <w:tc>
          <w:tcPr>
            <w:tcW w:w="1728" w:type="dxa"/>
          </w:tcPr>
          <w:p w14:paraId="62D618CD" w14:textId="77777777" w:rsidR="005503B4" w:rsidRPr="00EE6DD3" w:rsidRDefault="005503B4" w:rsidP="00D65017">
            <w:r w:rsidRPr="00EE6DD3">
              <w:rPr>
                <w:rFonts w:eastAsia="SimSun"/>
                <w:sz w:val="15"/>
              </w:rPr>
              <w:t>Elsevier reference indicator (D</w:t>
            </w:r>
            <w:r w:rsidRPr="00EE6DD3">
              <w:rPr>
                <w:rFonts w:eastAsia="SimSun"/>
                <w:sz w:val="15"/>
                <w:vertAlign w:val="subscript"/>
              </w:rPr>
              <w:t>m</w:t>
            </w:r>
            <w:r w:rsidRPr="00EE6DD3">
              <w:rPr>
                <w:rFonts w:eastAsia="SimSun"/>
                <w:sz w:val="15"/>
              </w:rPr>
              <w:t>)</w:t>
            </w:r>
          </w:p>
        </w:tc>
        <w:tc>
          <w:tcPr>
            <w:tcW w:w="1728" w:type="dxa"/>
          </w:tcPr>
          <w:p w14:paraId="4A8249DD" w14:textId="77777777" w:rsidR="005503B4" w:rsidRPr="00EE6DD3" w:rsidRDefault="005503B4" w:rsidP="00D65017">
            <w:pPr>
              <w:jc w:val="center"/>
            </w:pPr>
            <w:r w:rsidRPr="00EE6DD3">
              <w:rPr>
                <w:rFonts w:eastAsia="SimSun"/>
                <w:sz w:val="15"/>
              </w:rPr>
              <w:t>-0.0312</w:t>
            </w:r>
          </w:p>
        </w:tc>
        <w:tc>
          <w:tcPr>
            <w:tcW w:w="1728" w:type="dxa"/>
          </w:tcPr>
          <w:p w14:paraId="03587184" w14:textId="77777777" w:rsidR="005503B4" w:rsidRPr="00EE6DD3" w:rsidRDefault="005503B4" w:rsidP="00D65017">
            <w:pPr>
              <w:jc w:val="center"/>
            </w:pPr>
            <w:r w:rsidRPr="00EE6DD3">
              <w:rPr>
                <w:rFonts w:eastAsia="SimSun"/>
                <w:sz w:val="15"/>
              </w:rPr>
              <w:t>0.0069</w:t>
            </w:r>
          </w:p>
        </w:tc>
        <w:tc>
          <w:tcPr>
            <w:tcW w:w="1728" w:type="dxa"/>
          </w:tcPr>
          <w:p w14:paraId="73077A57" w14:textId="77777777" w:rsidR="005503B4" w:rsidRPr="00EE6DD3" w:rsidRDefault="005503B4" w:rsidP="00D65017">
            <w:pPr>
              <w:jc w:val="center"/>
            </w:pPr>
            <w:r w:rsidRPr="00EE6DD3">
              <w:rPr>
                <w:rFonts w:eastAsia="SimSun"/>
                <w:sz w:val="15"/>
              </w:rPr>
              <w:t>***</w:t>
            </w:r>
          </w:p>
        </w:tc>
      </w:tr>
      <w:tr w:rsidR="005503B4" w:rsidRPr="00EE6DD3" w14:paraId="0C68D9F3" w14:textId="77777777" w:rsidTr="00D65017">
        <w:tc>
          <w:tcPr>
            <w:tcW w:w="1728" w:type="dxa"/>
          </w:tcPr>
          <w:p w14:paraId="2AD41DCC" w14:textId="77777777" w:rsidR="005503B4" w:rsidRPr="00EE6DD3" w:rsidRDefault="005503B4" w:rsidP="00D65017">
            <w:r w:rsidRPr="00EE6DD3">
              <w:rPr>
                <w:rFonts w:eastAsia="SimSun"/>
                <w:sz w:val="15"/>
              </w:rPr>
              <w:t>Joint Jaccard</w:t>
            </w:r>
          </w:p>
        </w:tc>
        <w:tc>
          <w:tcPr>
            <w:tcW w:w="1728" w:type="dxa"/>
          </w:tcPr>
          <w:p w14:paraId="2687EFA2" w14:textId="77777777" w:rsidR="005503B4" w:rsidRPr="00EE6DD3" w:rsidRDefault="005503B4" w:rsidP="00D65017">
            <w:r w:rsidRPr="00EE6DD3">
              <w:rPr>
                <w:rFonts w:eastAsia="SimSun"/>
                <w:sz w:val="15"/>
              </w:rPr>
              <w:t>Elsevier reference indicator (D</w:t>
            </w:r>
            <w:r w:rsidRPr="00EE6DD3">
              <w:rPr>
                <w:rFonts w:eastAsia="SimSun"/>
                <w:sz w:val="15"/>
                <w:vertAlign w:val="subscript"/>
              </w:rPr>
              <w:t>m</w:t>
            </w:r>
            <w:r w:rsidRPr="00EE6DD3">
              <w:rPr>
                <w:rFonts w:eastAsia="SimSun"/>
                <w:sz w:val="15"/>
              </w:rPr>
              <w:t>)</w:t>
            </w:r>
          </w:p>
        </w:tc>
        <w:tc>
          <w:tcPr>
            <w:tcW w:w="1728" w:type="dxa"/>
          </w:tcPr>
          <w:p w14:paraId="4800D4A2" w14:textId="77777777" w:rsidR="005503B4" w:rsidRPr="00EE6DD3" w:rsidRDefault="005503B4" w:rsidP="00D65017">
            <w:pPr>
              <w:jc w:val="center"/>
            </w:pPr>
            <w:r w:rsidRPr="00EE6DD3">
              <w:rPr>
                <w:rFonts w:eastAsia="SimSun"/>
                <w:sz w:val="15"/>
              </w:rPr>
              <w:t>-0.0346</w:t>
            </w:r>
          </w:p>
        </w:tc>
        <w:tc>
          <w:tcPr>
            <w:tcW w:w="1728" w:type="dxa"/>
          </w:tcPr>
          <w:p w14:paraId="62EA2494" w14:textId="77777777" w:rsidR="005503B4" w:rsidRPr="00EE6DD3" w:rsidRDefault="005503B4" w:rsidP="00D65017">
            <w:pPr>
              <w:jc w:val="center"/>
            </w:pPr>
            <w:r w:rsidRPr="00EE6DD3">
              <w:rPr>
                <w:rFonts w:eastAsia="SimSun"/>
                <w:sz w:val="15"/>
              </w:rPr>
              <w:t>0.0078</w:t>
            </w:r>
          </w:p>
        </w:tc>
        <w:tc>
          <w:tcPr>
            <w:tcW w:w="1728" w:type="dxa"/>
          </w:tcPr>
          <w:p w14:paraId="4B8A1C34" w14:textId="77777777" w:rsidR="005503B4" w:rsidRPr="00EE6DD3" w:rsidRDefault="005503B4" w:rsidP="00D65017">
            <w:pPr>
              <w:jc w:val="center"/>
            </w:pPr>
            <w:r w:rsidRPr="00EE6DD3">
              <w:rPr>
                <w:rFonts w:eastAsia="SimSun"/>
                <w:sz w:val="15"/>
              </w:rPr>
              <w:t>***</w:t>
            </w:r>
          </w:p>
        </w:tc>
      </w:tr>
      <w:tr w:rsidR="005503B4" w:rsidRPr="00EE6DD3" w14:paraId="23C6AD82" w14:textId="77777777" w:rsidTr="00D65017">
        <w:tc>
          <w:tcPr>
            <w:tcW w:w="1728" w:type="dxa"/>
          </w:tcPr>
          <w:p w14:paraId="2D7DF7B3" w14:textId="77777777" w:rsidR="005503B4" w:rsidRPr="00EE6DD3" w:rsidRDefault="005503B4" w:rsidP="00D65017">
            <w:r w:rsidRPr="00EE6DD3">
              <w:rPr>
                <w:rFonts w:eastAsia="SimSun"/>
                <w:sz w:val="15"/>
              </w:rPr>
              <w:t>Joint F1</w:t>
            </w:r>
          </w:p>
        </w:tc>
        <w:tc>
          <w:tcPr>
            <w:tcW w:w="1728" w:type="dxa"/>
          </w:tcPr>
          <w:p w14:paraId="54945F40" w14:textId="77777777" w:rsidR="005503B4" w:rsidRPr="00EE6DD3" w:rsidRDefault="005503B4" w:rsidP="00D65017">
            <w:r w:rsidRPr="00EE6DD3">
              <w:rPr>
                <w:rFonts w:eastAsia="SimSun"/>
                <w:sz w:val="15"/>
              </w:rPr>
              <w:t>Rule disagreement (d</w:t>
            </w:r>
            <w:r w:rsidRPr="00EE6DD3">
              <w:rPr>
                <w:rFonts w:eastAsia="SimSun"/>
                <w:sz w:val="15"/>
                <w:vertAlign w:val="subscript"/>
              </w:rPr>
              <w:t>JS</w:t>
            </w:r>
            <w:r w:rsidRPr="00EE6DD3">
              <w:rPr>
                <w:rFonts w:eastAsia="SimSun"/>
                <w:sz w:val="15"/>
              </w:rPr>
              <w:t>, centered)</w:t>
            </w:r>
          </w:p>
        </w:tc>
        <w:tc>
          <w:tcPr>
            <w:tcW w:w="1728" w:type="dxa"/>
          </w:tcPr>
          <w:p w14:paraId="5B16F031" w14:textId="77777777" w:rsidR="005503B4" w:rsidRPr="00EE6DD3" w:rsidRDefault="005503B4" w:rsidP="00D65017">
            <w:pPr>
              <w:jc w:val="center"/>
            </w:pPr>
            <w:r w:rsidRPr="00EE6DD3">
              <w:rPr>
                <w:rFonts w:eastAsia="SimSun"/>
                <w:sz w:val="15"/>
              </w:rPr>
              <w:t>-0.4221</w:t>
            </w:r>
          </w:p>
        </w:tc>
        <w:tc>
          <w:tcPr>
            <w:tcW w:w="1728" w:type="dxa"/>
          </w:tcPr>
          <w:p w14:paraId="1A096EC1" w14:textId="77777777" w:rsidR="005503B4" w:rsidRPr="00EE6DD3" w:rsidRDefault="005503B4" w:rsidP="00D65017">
            <w:pPr>
              <w:jc w:val="center"/>
            </w:pPr>
            <w:r w:rsidRPr="00EE6DD3">
              <w:rPr>
                <w:rFonts w:eastAsia="SimSun"/>
                <w:sz w:val="15"/>
              </w:rPr>
              <w:t>0.0057</w:t>
            </w:r>
          </w:p>
        </w:tc>
        <w:tc>
          <w:tcPr>
            <w:tcW w:w="1728" w:type="dxa"/>
          </w:tcPr>
          <w:p w14:paraId="76EAAB9D" w14:textId="77777777" w:rsidR="005503B4" w:rsidRPr="00EE6DD3" w:rsidRDefault="005503B4" w:rsidP="00D65017">
            <w:pPr>
              <w:jc w:val="center"/>
            </w:pPr>
            <w:r w:rsidRPr="00EE6DD3">
              <w:rPr>
                <w:rFonts w:eastAsia="SimSun"/>
                <w:sz w:val="15"/>
              </w:rPr>
              <w:t>***</w:t>
            </w:r>
          </w:p>
        </w:tc>
      </w:tr>
      <w:tr w:rsidR="005503B4" w:rsidRPr="00EE6DD3" w14:paraId="2DD8A330" w14:textId="77777777" w:rsidTr="00D65017">
        <w:tc>
          <w:tcPr>
            <w:tcW w:w="1728" w:type="dxa"/>
          </w:tcPr>
          <w:p w14:paraId="17FB174A" w14:textId="77777777" w:rsidR="005503B4" w:rsidRPr="00EE6DD3" w:rsidRDefault="005503B4" w:rsidP="00D65017">
            <w:r w:rsidRPr="00EE6DD3">
              <w:rPr>
                <w:rFonts w:eastAsia="SimSun"/>
                <w:sz w:val="15"/>
              </w:rPr>
              <w:t>Joint Jaccard</w:t>
            </w:r>
          </w:p>
        </w:tc>
        <w:tc>
          <w:tcPr>
            <w:tcW w:w="1728" w:type="dxa"/>
          </w:tcPr>
          <w:p w14:paraId="16B93B2A" w14:textId="77777777" w:rsidR="005503B4" w:rsidRPr="00EE6DD3" w:rsidRDefault="005503B4" w:rsidP="00D65017">
            <w:r w:rsidRPr="00EE6DD3">
              <w:rPr>
                <w:rFonts w:eastAsia="SimSun"/>
                <w:sz w:val="15"/>
              </w:rPr>
              <w:t>Rule disagreement (d</w:t>
            </w:r>
            <w:r w:rsidRPr="00EE6DD3">
              <w:rPr>
                <w:rFonts w:eastAsia="SimSun"/>
                <w:sz w:val="15"/>
                <w:vertAlign w:val="subscript"/>
              </w:rPr>
              <w:t>JS</w:t>
            </w:r>
            <w:r w:rsidRPr="00EE6DD3">
              <w:rPr>
                <w:rFonts w:eastAsia="SimSun"/>
                <w:sz w:val="15"/>
              </w:rPr>
              <w:t>, centered)</w:t>
            </w:r>
          </w:p>
        </w:tc>
        <w:tc>
          <w:tcPr>
            <w:tcW w:w="1728" w:type="dxa"/>
          </w:tcPr>
          <w:p w14:paraId="5B1F8675" w14:textId="77777777" w:rsidR="005503B4" w:rsidRPr="00EE6DD3" w:rsidRDefault="005503B4" w:rsidP="00D65017">
            <w:pPr>
              <w:jc w:val="center"/>
            </w:pPr>
            <w:r w:rsidRPr="00EE6DD3">
              <w:rPr>
                <w:rFonts w:eastAsia="SimSun"/>
                <w:sz w:val="15"/>
              </w:rPr>
              <w:t>-0.4817</w:t>
            </w:r>
          </w:p>
        </w:tc>
        <w:tc>
          <w:tcPr>
            <w:tcW w:w="1728" w:type="dxa"/>
          </w:tcPr>
          <w:p w14:paraId="63762C4A" w14:textId="77777777" w:rsidR="005503B4" w:rsidRPr="00EE6DD3" w:rsidRDefault="005503B4" w:rsidP="00D65017">
            <w:pPr>
              <w:jc w:val="center"/>
            </w:pPr>
            <w:r w:rsidRPr="00EE6DD3">
              <w:rPr>
                <w:rFonts w:eastAsia="SimSun"/>
                <w:sz w:val="15"/>
              </w:rPr>
              <w:t>0.0072</w:t>
            </w:r>
          </w:p>
        </w:tc>
        <w:tc>
          <w:tcPr>
            <w:tcW w:w="1728" w:type="dxa"/>
          </w:tcPr>
          <w:p w14:paraId="478E0167" w14:textId="77777777" w:rsidR="005503B4" w:rsidRPr="00EE6DD3" w:rsidRDefault="005503B4" w:rsidP="00D65017">
            <w:pPr>
              <w:jc w:val="center"/>
            </w:pPr>
            <w:r w:rsidRPr="00EE6DD3">
              <w:rPr>
                <w:rFonts w:eastAsia="SimSun"/>
                <w:sz w:val="15"/>
              </w:rPr>
              <w:t>***</w:t>
            </w:r>
          </w:p>
        </w:tc>
      </w:tr>
      <w:tr w:rsidR="005503B4" w:rsidRPr="00EE6DD3" w14:paraId="5D4E883F" w14:textId="77777777" w:rsidTr="00D65017">
        <w:tc>
          <w:tcPr>
            <w:tcW w:w="1728" w:type="dxa"/>
          </w:tcPr>
          <w:p w14:paraId="6AF928F3" w14:textId="77777777" w:rsidR="005503B4" w:rsidRPr="00EE6DD3" w:rsidRDefault="005503B4" w:rsidP="00D65017">
            <w:r w:rsidRPr="00EE6DD3">
              <w:rPr>
                <w:rFonts w:eastAsia="SimSun"/>
                <w:sz w:val="15"/>
              </w:rPr>
              <w:t>Joint F1</w:t>
            </w:r>
          </w:p>
        </w:tc>
        <w:tc>
          <w:tcPr>
            <w:tcW w:w="1728" w:type="dxa"/>
          </w:tcPr>
          <w:p w14:paraId="73A4DB2D" w14:textId="77777777" w:rsidR="005503B4" w:rsidRPr="00EE6DD3" w:rsidRDefault="005503B4" w:rsidP="00D65017">
            <w:r w:rsidRPr="00EE6DD3">
              <w:rPr>
                <w:rFonts w:eastAsia="SimSun"/>
                <w:sz w:val="15"/>
              </w:rPr>
              <w:t>LLM SDG count (centered)</w:t>
            </w:r>
          </w:p>
        </w:tc>
        <w:tc>
          <w:tcPr>
            <w:tcW w:w="1728" w:type="dxa"/>
          </w:tcPr>
          <w:p w14:paraId="16793294" w14:textId="77777777" w:rsidR="005503B4" w:rsidRPr="00EE6DD3" w:rsidRDefault="005503B4" w:rsidP="00D65017">
            <w:pPr>
              <w:jc w:val="center"/>
            </w:pPr>
            <w:r w:rsidRPr="00EE6DD3">
              <w:rPr>
                <w:rFonts w:eastAsia="SimSun"/>
                <w:sz w:val="15"/>
              </w:rPr>
              <w:t>0.6900</w:t>
            </w:r>
          </w:p>
        </w:tc>
        <w:tc>
          <w:tcPr>
            <w:tcW w:w="1728" w:type="dxa"/>
          </w:tcPr>
          <w:p w14:paraId="42961A87" w14:textId="77777777" w:rsidR="005503B4" w:rsidRPr="00EE6DD3" w:rsidRDefault="005503B4" w:rsidP="00D65017">
            <w:pPr>
              <w:jc w:val="center"/>
            </w:pPr>
            <w:r w:rsidRPr="00EE6DD3">
              <w:rPr>
                <w:rFonts w:eastAsia="SimSun"/>
                <w:sz w:val="15"/>
              </w:rPr>
              <w:t>0.0008</w:t>
            </w:r>
          </w:p>
        </w:tc>
        <w:tc>
          <w:tcPr>
            <w:tcW w:w="1728" w:type="dxa"/>
          </w:tcPr>
          <w:p w14:paraId="138480D1" w14:textId="77777777" w:rsidR="005503B4" w:rsidRPr="00EE6DD3" w:rsidRDefault="005503B4" w:rsidP="00D65017">
            <w:pPr>
              <w:jc w:val="center"/>
            </w:pPr>
            <w:r w:rsidRPr="00EE6DD3">
              <w:rPr>
                <w:rFonts w:eastAsia="SimSun"/>
                <w:sz w:val="15"/>
              </w:rPr>
              <w:t>***</w:t>
            </w:r>
          </w:p>
        </w:tc>
      </w:tr>
      <w:tr w:rsidR="005503B4" w:rsidRPr="00EE6DD3" w14:paraId="3C79452D" w14:textId="77777777" w:rsidTr="00D65017">
        <w:tc>
          <w:tcPr>
            <w:tcW w:w="1728" w:type="dxa"/>
          </w:tcPr>
          <w:p w14:paraId="28CDCD2D" w14:textId="77777777" w:rsidR="005503B4" w:rsidRPr="00EE6DD3" w:rsidRDefault="005503B4" w:rsidP="00D65017">
            <w:r w:rsidRPr="00EE6DD3">
              <w:rPr>
                <w:rFonts w:eastAsia="SimSun"/>
                <w:sz w:val="15"/>
              </w:rPr>
              <w:t>Joint Jaccard</w:t>
            </w:r>
          </w:p>
        </w:tc>
        <w:tc>
          <w:tcPr>
            <w:tcW w:w="1728" w:type="dxa"/>
          </w:tcPr>
          <w:p w14:paraId="7A450D96" w14:textId="77777777" w:rsidR="005503B4" w:rsidRPr="00EE6DD3" w:rsidRDefault="005503B4" w:rsidP="00D65017">
            <w:r w:rsidRPr="00EE6DD3">
              <w:rPr>
                <w:rFonts w:eastAsia="SimSun"/>
                <w:sz w:val="15"/>
              </w:rPr>
              <w:t>LLM SDG count (centered)</w:t>
            </w:r>
          </w:p>
        </w:tc>
        <w:tc>
          <w:tcPr>
            <w:tcW w:w="1728" w:type="dxa"/>
          </w:tcPr>
          <w:p w14:paraId="46273651" w14:textId="77777777" w:rsidR="005503B4" w:rsidRPr="00EE6DD3" w:rsidRDefault="005503B4" w:rsidP="00D65017">
            <w:pPr>
              <w:jc w:val="center"/>
            </w:pPr>
            <w:r w:rsidRPr="00EE6DD3">
              <w:rPr>
                <w:rFonts w:eastAsia="SimSun"/>
                <w:sz w:val="15"/>
              </w:rPr>
              <w:t>0.6340</w:t>
            </w:r>
          </w:p>
        </w:tc>
        <w:tc>
          <w:tcPr>
            <w:tcW w:w="1728" w:type="dxa"/>
          </w:tcPr>
          <w:p w14:paraId="695BA0CF" w14:textId="77777777" w:rsidR="005503B4" w:rsidRPr="00EE6DD3" w:rsidRDefault="005503B4" w:rsidP="00D65017">
            <w:pPr>
              <w:jc w:val="center"/>
            </w:pPr>
            <w:r w:rsidRPr="00EE6DD3">
              <w:rPr>
                <w:rFonts w:eastAsia="SimSun"/>
                <w:sz w:val="15"/>
              </w:rPr>
              <w:t>0.0009</w:t>
            </w:r>
          </w:p>
        </w:tc>
        <w:tc>
          <w:tcPr>
            <w:tcW w:w="1728" w:type="dxa"/>
          </w:tcPr>
          <w:p w14:paraId="7B3507CD" w14:textId="77777777" w:rsidR="005503B4" w:rsidRPr="00EE6DD3" w:rsidRDefault="005503B4" w:rsidP="00D65017">
            <w:pPr>
              <w:jc w:val="center"/>
            </w:pPr>
            <w:r w:rsidRPr="00EE6DD3">
              <w:rPr>
                <w:rFonts w:eastAsia="SimSun"/>
                <w:sz w:val="15"/>
              </w:rPr>
              <w:t>***</w:t>
            </w:r>
          </w:p>
        </w:tc>
      </w:tr>
      <w:tr w:rsidR="005503B4" w:rsidRPr="00EE6DD3" w14:paraId="058D7A24" w14:textId="77777777" w:rsidTr="00D65017">
        <w:tc>
          <w:tcPr>
            <w:tcW w:w="1728" w:type="dxa"/>
          </w:tcPr>
          <w:p w14:paraId="135F9303" w14:textId="77777777" w:rsidR="005503B4" w:rsidRPr="00EE6DD3" w:rsidRDefault="005503B4" w:rsidP="00D65017">
            <w:r w:rsidRPr="00EE6DD3">
              <w:rPr>
                <w:rFonts w:eastAsia="SimSun"/>
                <w:sz w:val="15"/>
              </w:rPr>
              <w:t>Joint F1</w:t>
            </w:r>
          </w:p>
        </w:tc>
        <w:tc>
          <w:tcPr>
            <w:tcW w:w="1728" w:type="dxa"/>
          </w:tcPr>
          <w:p w14:paraId="54978E64" w14:textId="77777777" w:rsidR="005503B4" w:rsidRPr="00EE6DD3" w:rsidRDefault="005503B4" w:rsidP="00D65017">
            <w:r w:rsidRPr="00EE6DD3">
              <w:rPr>
                <w:rFonts w:eastAsia="SimSun"/>
                <w:sz w:val="15"/>
              </w:rPr>
              <w:t>LLM score entropy (centered)</w:t>
            </w:r>
          </w:p>
        </w:tc>
        <w:tc>
          <w:tcPr>
            <w:tcW w:w="1728" w:type="dxa"/>
          </w:tcPr>
          <w:p w14:paraId="553E63ED" w14:textId="77777777" w:rsidR="005503B4" w:rsidRPr="00EE6DD3" w:rsidRDefault="005503B4" w:rsidP="00D65017">
            <w:pPr>
              <w:jc w:val="center"/>
            </w:pPr>
            <w:r w:rsidRPr="00EE6DD3">
              <w:rPr>
                <w:rFonts w:eastAsia="SimSun"/>
                <w:sz w:val="15"/>
              </w:rPr>
              <w:t>0.0169</w:t>
            </w:r>
          </w:p>
        </w:tc>
        <w:tc>
          <w:tcPr>
            <w:tcW w:w="1728" w:type="dxa"/>
          </w:tcPr>
          <w:p w14:paraId="558C4D85" w14:textId="77777777" w:rsidR="005503B4" w:rsidRPr="00EE6DD3" w:rsidRDefault="005503B4" w:rsidP="00D65017">
            <w:pPr>
              <w:jc w:val="center"/>
            </w:pPr>
            <w:r w:rsidRPr="00EE6DD3">
              <w:rPr>
                <w:rFonts w:eastAsia="SimSun"/>
                <w:sz w:val="15"/>
              </w:rPr>
              <w:t>0.0007</w:t>
            </w:r>
          </w:p>
        </w:tc>
        <w:tc>
          <w:tcPr>
            <w:tcW w:w="1728" w:type="dxa"/>
          </w:tcPr>
          <w:p w14:paraId="0286B9AB" w14:textId="77777777" w:rsidR="005503B4" w:rsidRPr="00EE6DD3" w:rsidRDefault="005503B4" w:rsidP="00D65017">
            <w:pPr>
              <w:jc w:val="center"/>
            </w:pPr>
            <w:r w:rsidRPr="00EE6DD3">
              <w:rPr>
                <w:rFonts w:eastAsia="SimSun"/>
                <w:sz w:val="15"/>
              </w:rPr>
              <w:t>***</w:t>
            </w:r>
          </w:p>
        </w:tc>
      </w:tr>
      <w:tr w:rsidR="005503B4" w:rsidRPr="00EE6DD3" w14:paraId="5853BB29" w14:textId="77777777" w:rsidTr="00D65017">
        <w:tc>
          <w:tcPr>
            <w:tcW w:w="1728" w:type="dxa"/>
          </w:tcPr>
          <w:p w14:paraId="1F936038" w14:textId="77777777" w:rsidR="005503B4" w:rsidRPr="00EE6DD3" w:rsidRDefault="005503B4" w:rsidP="00D65017">
            <w:r w:rsidRPr="00EE6DD3">
              <w:rPr>
                <w:rFonts w:eastAsia="SimSun"/>
                <w:sz w:val="15"/>
              </w:rPr>
              <w:t>Joint Jaccard</w:t>
            </w:r>
          </w:p>
        </w:tc>
        <w:tc>
          <w:tcPr>
            <w:tcW w:w="1728" w:type="dxa"/>
          </w:tcPr>
          <w:p w14:paraId="73DF041A" w14:textId="77777777" w:rsidR="005503B4" w:rsidRPr="00EE6DD3" w:rsidRDefault="005503B4" w:rsidP="00D65017">
            <w:r w:rsidRPr="00EE6DD3">
              <w:rPr>
                <w:rFonts w:eastAsia="SimSun"/>
                <w:sz w:val="15"/>
              </w:rPr>
              <w:t>LLM score entropy (centered)</w:t>
            </w:r>
          </w:p>
        </w:tc>
        <w:tc>
          <w:tcPr>
            <w:tcW w:w="1728" w:type="dxa"/>
          </w:tcPr>
          <w:p w14:paraId="4DAD41BF" w14:textId="77777777" w:rsidR="005503B4" w:rsidRPr="00EE6DD3" w:rsidRDefault="005503B4" w:rsidP="00D65017">
            <w:pPr>
              <w:jc w:val="center"/>
            </w:pPr>
            <w:r w:rsidRPr="00EE6DD3">
              <w:rPr>
                <w:rFonts w:eastAsia="SimSun"/>
                <w:sz w:val="15"/>
              </w:rPr>
              <w:t>0.0291</w:t>
            </w:r>
          </w:p>
        </w:tc>
        <w:tc>
          <w:tcPr>
            <w:tcW w:w="1728" w:type="dxa"/>
          </w:tcPr>
          <w:p w14:paraId="0AC0103C" w14:textId="77777777" w:rsidR="005503B4" w:rsidRPr="00EE6DD3" w:rsidRDefault="005503B4" w:rsidP="00D65017">
            <w:pPr>
              <w:jc w:val="center"/>
            </w:pPr>
            <w:r w:rsidRPr="00EE6DD3">
              <w:rPr>
                <w:rFonts w:eastAsia="SimSun"/>
                <w:sz w:val="15"/>
              </w:rPr>
              <w:t>0.0008</w:t>
            </w:r>
          </w:p>
        </w:tc>
        <w:tc>
          <w:tcPr>
            <w:tcW w:w="1728" w:type="dxa"/>
          </w:tcPr>
          <w:p w14:paraId="053B8B18" w14:textId="77777777" w:rsidR="005503B4" w:rsidRPr="00EE6DD3" w:rsidRDefault="005503B4" w:rsidP="00D65017">
            <w:pPr>
              <w:jc w:val="center"/>
            </w:pPr>
            <w:r w:rsidRPr="00EE6DD3">
              <w:rPr>
                <w:rFonts w:eastAsia="SimSun"/>
                <w:sz w:val="15"/>
              </w:rPr>
              <w:t>***</w:t>
            </w:r>
          </w:p>
        </w:tc>
      </w:tr>
      <w:tr w:rsidR="005503B4" w:rsidRPr="00EE6DD3" w14:paraId="66BBDF13" w14:textId="77777777" w:rsidTr="00D65017">
        <w:tc>
          <w:tcPr>
            <w:tcW w:w="1728" w:type="dxa"/>
          </w:tcPr>
          <w:p w14:paraId="1F3FEA84" w14:textId="77777777" w:rsidR="005503B4" w:rsidRPr="00EE6DD3" w:rsidRDefault="005503B4" w:rsidP="00D65017">
            <w:r w:rsidRPr="00EE6DD3">
              <w:rPr>
                <w:rFonts w:eastAsia="SimSun"/>
                <w:sz w:val="15"/>
              </w:rPr>
              <w:t>Joint F1</w:t>
            </w:r>
          </w:p>
        </w:tc>
        <w:tc>
          <w:tcPr>
            <w:tcW w:w="1728" w:type="dxa"/>
          </w:tcPr>
          <w:p w14:paraId="72147C87" w14:textId="77777777" w:rsidR="005503B4" w:rsidRPr="00EE6DD3" w:rsidRDefault="005503B4" w:rsidP="00D65017">
            <w:r w:rsidRPr="00EE6DD3">
              <w:rPr>
                <w:rFonts w:eastAsia="SimSun"/>
                <w:sz w:val="15"/>
              </w:rPr>
              <w:t>Log abstract length (centered)</w:t>
            </w:r>
          </w:p>
        </w:tc>
        <w:tc>
          <w:tcPr>
            <w:tcW w:w="1728" w:type="dxa"/>
          </w:tcPr>
          <w:p w14:paraId="16FA3830" w14:textId="77777777" w:rsidR="005503B4" w:rsidRPr="00EE6DD3" w:rsidRDefault="005503B4" w:rsidP="00D65017">
            <w:pPr>
              <w:jc w:val="center"/>
            </w:pPr>
            <w:r w:rsidRPr="00EE6DD3">
              <w:rPr>
                <w:rFonts w:eastAsia="SimSun"/>
                <w:sz w:val="15"/>
              </w:rPr>
              <w:t>-0.0528</w:t>
            </w:r>
          </w:p>
        </w:tc>
        <w:tc>
          <w:tcPr>
            <w:tcW w:w="1728" w:type="dxa"/>
          </w:tcPr>
          <w:p w14:paraId="184A478E" w14:textId="77777777" w:rsidR="005503B4" w:rsidRPr="00EE6DD3" w:rsidRDefault="005503B4" w:rsidP="00D65017">
            <w:pPr>
              <w:jc w:val="center"/>
            </w:pPr>
            <w:r w:rsidRPr="00EE6DD3">
              <w:rPr>
                <w:rFonts w:eastAsia="SimSun"/>
                <w:sz w:val="15"/>
              </w:rPr>
              <w:t>0.0011</w:t>
            </w:r>
          </w:p>
        </w:tc>
        <w:tc>
          <w:tcPr>
            <w:tcW w:w="1728" w:type="dxa"/>
          </w:tcPr>
          <w:p w14:paraId="74A7DC50" w14:textId="77777777" w:rsidR="005503B4" w:rsidRPr="00EE6DD3" w:rsidRDefault="005503B4" w:rsidP="00D65017">
            <w:pPr>
              <w:jc w:val="center"/>
            </w:pPr>
            <w:r w:rsidRPr="00EE6DD3">
              <w:rPr>
                <w:rFonts w:eastAsia="SimSun"/>
                <w:sz w:val="15"/>
              </w:rPr>
              <w:t>***</w:t>
            </w:r>
          </w:p>
        </w:tc>
      </w:tr>
      <w:tr w:rsidR="005503B4" w:rsidRPr="00EE6DD3" w14:paraId="2ADAB616" w14:textId="77777777" w:rsidTr="00D65017">
        <w:tc>
          <w:tcPr>
            <w:tcW w:w="1728" w:type="dxa"/>
          </w:tcPr>
          <w:p w14:paraId="5069B90A" w14:textId="77777777" w:rsidR="005503B4" w:rsidRPr="00EE6DD3" w:rsidRDefault="005503B4" w:rsidP="00D65017">
            <w:r w:rsidRPr="00EE6DD3">
              <w:rPr>
                <w:rFonts w:eastAsia="SimSun"/>
                <w:sz w:val="15"/>
              </w:rPr>
              <w:t>Joint Jaccard</w:t>
            </w:r>
          </w:p>
        </w:tc>
        <w:tc>
          <w:tcPr>
            <w:tcW w:w="1728" w:type="dxa"/>
          </w:tcPr>
          <w:p w14:paraId="02EC8602" w14:textId="77777777" w:rsidR="005503B4" w:rsidRPr="00EE6DD3" w:rsidRDefault="005503B4" w:rsidP="00D65017">
            <w:r w:rsidRPr="00EE6DD3">
              <w:rPr>
                <w:rFonts w:eastAsia="SimSun"/>
                <w:sz w:val="15"/>
              </w:rPr>
              <w:t>Log abstract length (centered)</w:t>
            </w:r>
          </w:p>
        </w:tc>
        <w:tc>
          <w:tcPr>
            <w:tcW w:w="1728" w:type="dxa"/>
          </w:tcPr>
          <w:p w14:paraId="46DDB83E" w14:textId="77777777" w:rsidR="005503B4" w:rsidRPr="00EE6DD3" w:rsidRDefault="005503B4" w:rsidP="00D65017">
            <w:pPr>
              <w:jc w:val="center"/>
            </w:pPr>
            <w:r w:rsidRPr="00EE6DD3">
              <w:rPr>
                <w:rFonts w:eastAsia="SimSun"/>
                <w:sz w:val="15"/>
              </w:rPr>
              <w:t>-0.0692</w:t>
            </w:r>
          </w:p>
        </w:tc>
        <w:tc>
          <w:tcPr>
            <w:tcW w:w="1728" w:type="dxa"/>
          </w:tcPr>
          <w:p w14:paraId="42F2013C" w14:textId="77777777" w:rsidR="005503B4" w:rsidRPr="00EE6DD3" w:rsidRDefault="005503B4" w:rsidP="00D65017">
            <w:pPr>
              <w:jc w:val="center"/>
            </w:pPr>
            <w:r w:rsidRPr="00EE6DD3">
              <w:rPr>
                <w:rFonts w:eastAsia="SimSun"/>
                <w:sz w:val="15"/>
              </w:rPr>
              <w:t>0.0012</w:t>
            </w:r>
          </w:p>
        </w:tc>
        <w:tc>
          <w:tcPr>
            <w:tcW w:w="1728" w:type="dxa"/>
          </w:tcPr>
          <w:p w14:paraId="59263C0D" w14:textId="77777777" w:rsidR="005503B4" w:rsidRPr="00EE6DD3" w:rsidRDefault="005503B4" w:rsidP="00D65017">
            <w:pPr>
              <w:jc w:val="center"/>
            </w:pPr>
            <w:r w:rsidRPr="00EE6DD3">
              <w:rPr>
                <w:rFonts w:eastAsia="SimSun"/>
                <w:sz w:val="15"/>
              </w:rPr>
              <w:t>***</w:t>
            </w:r>
          </w:p>
        </w:tc>
      </w:tr>
      <w:tr w:rsidR="005503B4" w:rsidRPr="00EE6DD3" w14:paraId="67E0AB29" w14:textId="77777777" w:rsidTr="00D65017">
        <w:tc>
          <w:tcPr>
            <w:tcW w:w="1728" w:type="dxa"/>
          </w:tcPr>
          <w:p w14:paraId="23882B08" w14:textId="77777777" w:rsidR="005503B4" w:rsidRPr="00EE6DD3" w:rsidRDefault="005503B4" w:rsidP="00D65017">
            <w:r w:rsidRPr="00EE6DD3">
              <w:rPr>
                <w:rFonts w:eastAsia="SimSun"/>
                <w:sz w:val="15"/>
              </w:rPr>
              <w:t>Joint F1</w:t>
            </w:r>
          </w:p>
        </w:tc>
        <w:tc>
          <w:tcPr>
            <w:tcW w:w="1728" w:type="dxa"/>
          </w:tcPr>
          <w:p w14:paraId="39E79EDC" w14:textId="77777777" w:rsidR="005503B4" w:rsidRPr="00EE6DD3" w:rsidRDefault="005503B4" w:rsidP="00D65017">
            <w:r w:rsidRPr="00EE6DD3">
              <w:rPr>
                <w:rFonts w:eastAsia="SimSun"/>
                <w:sz w:val="15"/>
              </w:rPr>
              <w:t>Publication year (centered)</w:t>
            </w:r>
          </w:p>
        </w:tc>
        <w:tc>
          <w:tcPr>
            <w:tcW w:w="1728" w:type="dxa"/>
          </w:tcPr>
          <w:p w14:paraId="05C6264E" w14:textId="77777777" w:rsidR="005503B4" w:rsidRPr="00EE6DD3" w:rsidRDefault="005503B4" w:rsidP="00D65017">
            <w:pPr>
              <w:jc w:val="center"/>
            </w:pPr>
            <w:r w:rsidRPr="00EE6DD3">
              <w:rPr>
                <w:rFonts w:eastAsia="SimSun"/>
                <w:sz w:val="15"/>
              </w:rPr>
              <w:t>-0.0004</w:t>
            </w:r>
          </w:p>
        </w:tc>
        <w:tc>
          <w:tcPr>
            <w:tcW w:w="1728" w:type="dxa"/>
          </w:tcPr>
          <w:p w14:paraId="1DB843A6" w14:textId="77777777" w:rsidR="005503B4" w:rsidRPr="00EE6DD3" w:rsidRDefault="005503B4" w:rsidP="00D65017">
            <w:pPr>
              <w:jc w:val="center"/>
            </w:pPr>
            <w:r w:rsidRPr="00EE6DD3">
              <w:rPr>
                <w:rFonts w:eastAsia="SimSun"/>
                <w:sz w:val="15"/>
              </w:rPr>
              <w:t>0.0001</w:t>
            </w:r>
          </w:p>
        </w:tc>
        <w:tc>
          <w:tcPr>
            <w:tcW w:w="1728" w:type="dxa"/>
          </w:tcPr>
          <w:p w14:paraId="4107EB74" w14:textId="77777777" w:rsidR="005503B4" w:rsidRPr="00EE6DD3" w:rsidRDefault="005503B4" w:rsidP="00D65017">
            <w:pPr>
              <w:jc w:val="center"/>
            </w:pPr>
            <w:r w:rsidRPr="00EE6DD3">
              <w:rPr>
                <w:rFonts w:eastAsia="SimSun"/>
                <w:sz w:val="15"/>
              </w:rPr>
              <w:t>**</w:t>
            </w:r>
          </w:p>
        </w:tc>
      </w:tr>
      <w:tr w:rsidR="005503B4" w:rsidRPr="00EE6DD3" w14:paraId="30973C1F" w14:textId="77777777" w:rsidTr="00D65017">
        <w:tc>
          <w:tcPr>
            <w:tcW w:w="1728" w:type="dxa"/>
          </w:tcPr>
          <w:p w14:paraId="311344EC" w14:textId="77777777" w:rsidR="005503B4" w:rsidRPr="00EE6DD3" w:rsidRDefault="005503B4" w:rsidP="00D65017">
            <w:r w:rsidRPr="00EE6DD3">
              <w:rPr>
                <w:rFonts w:eastAsia="SimSun"/>
                <w:sz w:val="15"/>
              </w:rPr>
              <w:t>Joint Jaccard</w:t>
            </w:r>
          </w:p>
        </w:tc>
        <w:tc>
          <w:tcPr>
            <w:tcW w:w="1728" w:type="dxa"/>
          </w:tcPr>
          <w:p w14:paraId="4B47E355" w14:textId="77777777" w:rsidR="005503B4" w:rsidRPr="00EE6DD3" w:rsidRDefault="005503B4" w:rsidP="00D65017">
            <w:r w:rsidRPr="00EE6DD3">
              <w:rPr>
                <w:rFonts w:eastAsia="SimSun"/>
                <w:sz w:val="15"/>
              </w:rPr>
              <w:t>Publication year (centered)</w:t>
            </w:r>
          </w:p>
        </w:tc>
        <w:tc>
          <w:tcPr>
            <w:tcW w:w="1728" w:type="dxa"/>
          </w:tcPr>
          <w:p w14:paraId="1FE9064D" w14:textId="77777777" w:rsidR="005503B4" w:rsidRPr="00EE6DD3" w:rsidRDefault="005503B4" w:rsidP="00D65017">
            <w:pPr>
              <w:jc w:val="center"/>
            </w:pPr>
            <w:r w:rsidRPr="00EE6DD3">
              <w:rPr>
                <w:rFonts w:eastAsia="SimSun"/>
                <w:sz w:val="15"/>
              </w:rPr>
              <w:t>-0.0001</w:t>
            </w:r>
          </w:p>
        </w:tc>
        <w:tc>
          <w:tcPr>
            <w:tcW w:w="1728" w:type="dxa"/>
          </w:tcPr>
          <w:p w14:paraId="49A38A52" w14:textId="77777777" w:rsidR="005503B4" w:rsidRPr="00EE6DD3" w:rsidRDefault="005503B4" w:rsidP="00D65017">
            <w:pPr>
              <w:jc w:val="center"/>
            </w:pPr>
            <w:r w:rsidRPr="00EE6DD3">
              <w:rPr>
                <w:rFonts w:eastAsia="SimSun"/>
                <w:sz w:val="15"/>
              </w:rPr>
              <w:t>0.0001</w:t>
            </w:r>
          </w:p>
        </w:tc>
        <w:tc>
          <w:tcPr>
            <w:tcW w:w="1728" w:type="dxa"/>
          </w:tcPr>
          <w:p w14:paraId="21FE372B" w14:textId="77777777" w:rsidR="005503B4" w:rsidRPr="00EE6DD3" w:rsidRDefault="005503B4" w:rsidP="00D65017">
            <w:pPr>
              <w:jc w:val="center"/>
            </w:pPr>
          </w:p>
        </w:tc>
      </w:tr>
      <w:tr w:rsidR="005503B4" w:rsidRPr="00EE6DD3" w14:paraId="1DF73475" w14:textId="77777777" w:rsidTr="00D65017">
        <w:tc>
          <w:tcPr>
            <w:tcW w:w="1728" w:type="dxa"/>
          </w:tcPr>
          <w:p w14:paraId="34EA4063" w14:textId="77777777" w:rsidR="005503B4" w:rsidRPr="00EE6DD3" w:rsidRDefault="005503B4" w:rsidP="00D65017">
            <w:r w:rsidRPr="00EE6DD3">
              <w:rPr>
                <w:rFonts w:eastAsia="SimSun"/>
                <w:sz w:val="15"/>
              </w:rPr>
              <w:t>Joint F1</w:t>
            </w:r>
          </w:p>
        </w:tc>
        <w:tc>
          <w:tcPr>
            <w:tcW w:w="1728" w:type="dxa"/>
          </w:tcPr>
          <w:p w14:paraId="19B4E89D" w14:textId="77777777" w:rsidR="005503B4" w:rsidRPr="00EE6DD3" w:rsidRDefault="005503B4" w:rsidP="00D65017">
            <w:r w:rsidRPr="00EE6DD3">
              <w:rPr>
                <w:rFonts w:eastAsia="SimSun"/>
                <w:sz w:val="15"/>
              </w:rPr>
              <w:t>Reference SDG count (centered)</w:t>
            </w:r>
          </w:p>
        </w:tc>
        <w:tc>
          <w:tcPr>
            <w:tcW w:w="1728" w:type="dxa"/>
          </w:tcPr>
          <w:p w14:paraId="4C4C8FEC" w14:textId="77777777" w:rsidR="005503B4" w:rsidRPr="00EE6DD3" w:rsidRDefault="005503B4" w:rsidP="00D65017">
            <w:pPr>
              <w:jc w:val="center"/>
            </w:pPr>
            <w:r w:rsidRPr="00EE6DD3">
              <w:rPr>
                <w:rFonts w:eastAsia="SimSun"/>
                <w:sz w:val="15"/>
              </w:rPr>
              <w:t>-0.0521</w:t>
            </w:r>
          </w:p>
        </w:tc>
        <w:tc>
          <w:tcPr>
            <w:tcW w:w="1728" w:type="dxa"/>
          </w:tcPr>
          <w:p w14:paraId="303A361D" w14:textId="77777777" w:rsidR="005503B4" w:rsidRPr="00EE6DD3" w:rsidRDefault="005503B4" w:rsidP="00D65017">
            <w:pPr>
              <w:jc w:val="center"/>
            </w:pPr>
            <w:r w:rsidRPr="00EE6DD3">
              <w:rPr>
                <w:rFonts w:eastAsia="SimSun"/>
                <w:sz w:val="15"/>
              </w:rPr>
              <w:t>0.0003</w:t>
            </w:r>
          </w:p>
        </w:tc>
        <w:tc>
          <w:tcPr>
            <w:tcW w:w="1728" w:type="dxa"/>
          </w:tcPr>
          <w:p w14:paraId="443AC728" w14:textId="77777777" w:rsidR="005503B4" w:rsidRPr="00EE6DD3" w:rsidRDefault="005503B4" w:rsidP="00D65017">
            <w:pPr>
              <w:jc w:val="center"/>
            </w:pPr>
            <w:r w:rsidRPr="00EE6DD3">
              <w:rPr>
                <w:rFonts w:eastAsia="SimSun"/>
                <w:sz w:val="15"/>
              </w:rPr>
              <w:t>***</w:t>
            </w:r>
          </w:p>
        </w:tc>
      </w:tr>
      <w:tr w:rsidR="005503B4" w:rsidRPr="00EE6DD3" w14:paraId="1888CFBE" w14:textId="77777777" w:rsidTr="00D65017">
        <w:tc>
          <w:tcPr>
            <w:tcW w:w="1728" w:type="dxa"/>
            <w:tcBorders>
              <w:bottom w:val="single" w:sz="4" w:space="0" w:color="000000"/>
            </w:tcBorders>
          </w:tcPr>
          <w:p w14:paraId="2FA427B3" w14:textId="77777777" w:rsidR="005503B4" w:rsidRPr="00EE6DD3" w:rsidRDefault="005503B4" w:rsidP="00D65017">
            <w:r w:rsidRPr="00EE6DD3">
              <w:rPr>
                <w:rFonts w:eastAsia="SimSun"/>
                <w:sz w:val="15"/>
              </w:rPr>
              <w:t>Joint Jaccard</w:t>
            </w:r>
          </w:p>
        </w:tc>
        <w:tc>
          <w:tcPr>
            <w:tcW w:w="1728" w:type="dxa"/>
            <w:tcBorders>
              <w:bottom w:val="single" w:sz="4" w:space="0" w:color="000000"/>
            </w:tcBorders>
          </w:tcPr>
          <w:p w14:paraId="4793C489" w14:textId="77777777" w:rsidR="005503B4" w:rsidRPr="00EE6DD3" w:rsidRDefault="005503B4" w:rsidP="00D65017">
            <w:r w:rsidRPr="00EE6DD3">
              <w:rPr>
                <w:rFonts w:eastAsia="SimSun"/>
                <w:sz w:val="15"/>
              </w:rPr>
              <w:t>Reference SDG count (centered)</w:t>
            </w:r>
          </w:p>
        </w:tc>
        <w:tc>
          <w:tcPr>
            <w:tcW w:w="1728" w:type="dxa"/>
            <w:tcBorders>
              <w:bottom w:val="single" w:sz="4" w:space="0" w:color="000000"/>
            </w:tcBorders>
          </w:tcPr>
          <w:p w14:paraId="0AE792B1" w14:textId="77777777" w:rsidR="005503B4" w:rsidRPr="00EE6DD3" w:rsidRDefault="005503B4" w:rsidP="00D65017">
            <w:pPr>
              <w:jc w:val="center"/>
            </w:pPr>
            <w:r w:rsidRPr="00EE6DD3">
              <w:rPr>
                <w:rFonts w:eastAsia="SimSun"/>
                <w:sz w:val="15"/>
              </w:rPr>
              <w:t>-0.0640</w:t>
            </w:r>
          </w:p>
        </w:tc>
        <w:tc>
          <w:tcPr>
            <w:tcW w:w="1728" w:type="dxa"/>
            <w:tcBorders>
              <w:bottom w:val="single" w:sz="4" w:space="0" w:color="000000"/>
            </w:tcBorders>
          </w:tcPr>
          <w:p w14:paraId="70F33862" w14:textId="77777777" w:rsidR="005503B4" w:rsidRPr="00EE6DD3" w:rsidRDefault="005503B4" w:rsidP="00D65017">
            <w:pPr>
              <w:jc w:val="center"/>
            </w:pPr>
            <w:r w:rsidRPr="00EE6DD3">
              <w:rPr>
                <w:rFonts w:eastAsia="SimSun"/>
                <w:sz w:val="15"/>
              </w:rPr>
              <w:t>0.0004</w:t>
            </w:r>
          </w:p>
        </w:tc>
        <w:tc>
          <w:tcPr>
            <w:tcW w:w="1728" w:type="dxa"/>
            <w:tcBorders>
              <w:bottom w:val="single" w:sz="4" w:space="0" w:color="000000"/>
            </w:tcBorders>
          </w:tcPr>
          <w:p w14:paraId="3DC70E9F" w14:textId="77777777" w:rsidR="005503B4" w:rsidRPr="00EE6DD3" w:rsidRDefault="005503B4" w:rsidP="00D65017">
            <w:pPr>
              <w:jc w:val="center"/>
            </w:pPr>
            <w:r w:rsidRPr="00EE6DD3">
              <w:rPr>
                <w:rFonts w:eastAsia="SimSun"/>
                <w:sz w:val="15"/>
              </w:rPr>
              <w:t>***</w:t>
            </w:r>
          </w:p>
        </w:tc>
      </w:tr>
    </w:tbl>
    <w:p w14:paraId="539667AA" w14:textId="77777777" w:rsidR="005503B4" w:rsidRPr="00EE6DD3" w:rsidRDefault="005503B4" w:rsidP="005503B4">
      <w:pPr>
        <w:pStyle w:val="Heading3"/>
        <w:rPr>
          <w:rFonts w:cs="Times New Roman"/>
          <w:color w:val="auto"/>
        </w:rPr>
      </w:pPr>
      <w:r w:rsidRPr="00EE6DD3">
        <w:rPr>
          <w:rFonts w:eastAsia="SimSun" w:cs="Times New Roman"/>
          <w:color w:val="auto"/>
        </w:rPr>
        <w:t>S4.3 Relative Preference across Fields and Countries</w:t>
      </w:r>
    </w:p>
    <w:p w14:paraId="4C13D513" w14:textId="77777777" w:rsidR="005503B4" w:rsidRPr="00EE6DD3" w:rsidRDefault="005503B4" w:rsidP="005503B4">
      <w:r w:rsidRPr="00EE6DD3">
        <w:rPr>
          <w:rFonts w:eastAsia="SimSun"/>
          <w:sz w:val="22"/>
        </w:rPr>
        <w:t>Figure S4B and Table S4D express relative preference as the model-implied mean predicted difference (</w:t>
      </w:r>
      <w:bookmarkStart w:id="4" w:name="OLE_LINK37"/>
      <m:oMath>
        <m:sSup>
          <m:sSupPr>
            <m:ctrlPr>
              <w:rPr>
                <w:rFonts w:ascii="Cambria Math" w:eastAsia="SimSun" w:hAnsi="Cambria Math"/>
                <w:i/>
                <w:sz w:val="22"/>
              </w:rPr>
            </m:ctrlPr>
          </m:sSupPr>
          <m:e>
            <m:acc>
              <m:accPr>
                <m:ctrlPr>
                  <w:rPr>
                    <w:rFonts w:ascii="Cambria Math" w:eastAsia="SimSun" w:hAnsi="Cambria Math"/>
                    <w:i/>
                    <w:sz w:val="22"/>
                  </w:rPr>
                </m:ctrlPr>
              </m:accPr>
              <m:e>
                <m:r>
                  <w:rPr>
                    <w:rFonts w:ascii="Cambria Math" w:eastAsia="SimSun" w:hAnsi="Cambria Math"/>
                    <w:sz w:val="22"/>
                  </w:rPr>
                  <m:t>y</m:t>
                </m:r>
              </m:e>
            </m:acc>
          </m:e>
          <m:sup>
            <m:r>
              <w:rPr>
                <w:rFonts w:ascii="Cambria Math" w:eastAsia="SimSun" w:hAnsi="Cambria Math"/>
                <w:sz w:val="22"/>
              </w:rPr>
              <m:t>A</m:t>
            </m:r>
          </m:sup>
        </m:sSup>
      </m:oMath>
      <w:bookmarkEnd w:id="4"/>
      <w:r w:rsidRPr="00EE6DD3">
        <w:rPr>
          <w:rFonts w:eastAsia="SimSun"/>
          <w:sz w:val="22"/>
        </w:rPr>
        <w:t xml:space="preserve"> minus </w:t>
      </w:r>
      <m:oMath>
        <m:sSup>
          <m:sSupPr>
            <m:ctrlPr>
              <w:rPr>
                <w:rFonts w:ascii="Cambria Math" w:eastAsia="SimSun" w:hAnsi="Cambria Math"/>
                <w:i/>
                <w:sz w:val="22"/>
              </w:rPr>
            </m:ctrlPr>
          </m:sSupPr>
          <m:e>
            <m:acc>
              <m:accPr>
                <m:ctrlPr>
                  <w:rPr>
                    <w:rFonts w:ascii="Cambria Math" w:eastAsia="SimSun" w:hAnsi="Cambria Math"/>
                    <w:i/>
                    <w:sz w:val="22"/>
                  </w:rPr>
                </m:ctrlPr>
              </m:accPr>
              <m:e>
                <m:r>
                  <w:rPr>
                    <w:rFonts w:ascii="Cambria Math" w:eastAsia="SimSun" w:hAnsi="Cambria Math"/>
                    <w:sz w:val="22"/>
                  </w:rPr>
                  <m:t>y</m:t>
                </m:r>
              </m:e>
            </m:acc>
          </m:e>
          <m:sup>
            <m:r>
              <w:rPr>
                <w:rFonts w:ascii="Cambria Math" w:eastAsia="SimSun" w:hAnsi="Cambria Math"/>
                <w:sz w:val="22"/>
              </w:rPr>
              <m:t>E</m:t>
            </m:r>
          </m:sup>
        </m:sSup>
      </m:oMath>
      <w:r w:rsidRPr="00EE6DD3">
        <w:rPr>
          <w:rFonts w:eastAsia="SimSun"/>
          <w:sz w:val="22"/>
        </w:rPr>
        <w:t>). The results are consistent with the main-text observations: Political science, Sociology, and History lie closer to Aurora, whereas Engineering, Materials science, and Computer science lie closer to Elsevier.</w:t>
      </w:r>
    </w:p>
    <w:p w14:paraId="2FE21E75" w14:textId="77777777" w:rsidR="005503B4" w:rsidRPr="00EE6DD3" w:rsidRDefault="005503B4" w:rsidP="005503B4">
      <w:r w:rsidRPr="00EE6DD3">
        <w:rPr>
          <w:noProof/>
        </w:rPr>
        <w:drawing>
          <wp:inline distT="0" distB="0" distL="0" distR="0" wp14:anchorId="2FA40FB9" wp14:editId="43FC0B37">
            <wp:extent cx="4937760" cy="302817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4937760" cy="3028176"/>
                    </a:xfrm>
                    <a:prstGeom prst="rect">
                      <a:avLst/>
                    </a:prstGeom>
                  </pic:spPr>
                </pic:pic>
              </a:graphicData>
            </a:graphic>
          </wp:inline>
        </w:drawing>
      </w:r>
    </w:p>
    <w:p w14:paraId="10B73F34" w14:textId="77777777" w:rsidR="005503B4" w:rsidRPr="00EE6DD3" w:rsidRDefault="005503B4" w:rsidP="005503B4">
      <w:pPr>
        <w:pStyle w:val="Caption"/>
        <w:rPr>
          <w:b w:val="0"/>
          <w:color w:val="auto"/>
          <w:sz w:val="20"/>
        </w:rPr>
      </w:pPr>
      <w:r w:rsidRPr="00EE6DD3">
        <w:rPr>
          <w:b w:val="0"/>
          <w:color w:val="auto"/>
          <w:sz w:val="20"/>
        </w:rPr>
        <w:t>Figure S4B. Model-implied relative preference by field. Positive values indicate a model-implied shift toward Aurora; negative values indicate a shift toward Elsevier.</w:t>
      </w:r>
    </w:p>
    <w:p w14:paraId="6100796B" w14:textId="77777777" w:rsidR="005503B4" w:rsidRPr="00EE6DD3" w:rsidRDefault="005503B4" w:rsidP="005503B4"/>
    <w:p w14:paraId="6A3EDB4E" w14:textId="77777777" w:rsidR="005503B4" w:rsidRPr="00EE6DD3" w:rsidRDefault="005503B4" w:rsidP="005503B4">
      <w:pPr>
        <w:pStyle w:val="Caption"/>
        <w:rPr>
          <w:color w:val="auto"/>
        </w:rPr>
      </w:pPr>
      <w:r w:rsidRPr="00EE6DD3">
        <w:rPr>
          <w:b w:val="0"/>
          <w:color w:val="auto"/>
          <w:sz w:val="20"/>
        </w:rPr>
        <w:t>Table S4D. Model-implied relative preference by field.</w:t>
      </w:r>
    </w:p>
    <w:tbl>
      <w:tblPr>
        <w:tblStyle w:val="PaperFormat"/>
        <w:tblW w:w="0" w:type="auto"/>
        <w:tblLook w:val="04A0" w:firstRow="1" w:lastRow="0" w:firstColumn="1" w:lastColumn="0" w:noHBand="0" w:noVBand="1"/>
      </w:tblPr>
      <w:tblGrid>
        <w:gridCol w:w="1233"/>
        <w:gridCol w:w="1232"/>
        <w:gridCol w:w="1233"/>
        <w:gridCol w:w="1233"/>
        <w:gridCol w:w="1233"/>
        <w:gridCol w:w="1233"/>
        <w:gridCol w:w="1233"/>
      </w:tblGrid>
      <w:tr w:rsidR="005503B4" w:rsidRPr="00EE6DD3" w14:paraId="628F6462" w14:textId="77777777" w:rsidTr="00D65017">
        <w:tc>
          <w:tcPr>
            <w:tcW w:w="1234" w:type="dxa"/>
          </w:tcPr>
          <w:p w14:paraId="08702C96" w14:textId="77777777" w:rsidR="005503B4" w:rsidRPr="00EE6DD3" w:rsidRDefault="005503B4" w:rsidP="00D65017">
            <w:r w:rsidRPr="00EE6DD3">
              <w:rPr>
                <w:rFonts w:eastAsia="SimSun"/>
                <w:b/>
                <w:sz w:val="14"/>
              </w:rPr>
              <w:t>Field</w:t>
            </w:r>
          </w:p>
        </w:tc>
        <w:tc>
          <w:tcPr>
            <w:tcW w:w="1234" w:type="dxa"/>
          </w:tcPr>
          <w:p w14:paraId="526B2386" w14:textId="77777777" w:rsidR="005503B4" w:rsidRPr="00EE6DD3" w:rsidRDefault="005503B4" w:rsidP="00D65017">
            <w:pPr>
              <w:jc w:val="center"/>
            </w:pPr>
            <w:r w:rsidRPr="00EE6DD3">
              <w:rPr>
                <w:rFonts w:eastAsia="SimSun"/>
                <w:b/>
                <w:sz w:val="14"/>
              </w:rPr>
              <w:t>Mean delta_hat</w:t>
            </w:r>
          </w:p>
        </w:tc>
        <w:tc>
          <w:tcPr>
            <w:tcW w:w="1234" w:type="dxa"/>
          </w:tcPr>
          <w:p w14:paraId="733EABE3" w14:textId="77777777" w:rsidR="005503B4" w:rsidRPr="00EE6DD3" w:rsidRDefault="005503B4" w:rsidP="00D65017">
            <w:pPr>
              <w:jc w:val="center"/>
            </w:pPr>
            <w:r w:rsidRPr="00EE6DD3">
              <w:rPr>
                <w:rFonts w:eastAsia="SimSun"/>
                <w:b/>
                <w:sz w:val="14"/>
              </w:rPr>
              <w:t>Median delta_hat</w:t>
            </w:r>
          </w:p>
        </w:tc>
        <w:tc>
          <w:tcPr>
            <w:tcW w:w="1234" w:type="dxa"/>
          </w:tcPr>
          <w:p w14:paraId="465505FF" w14:textId="77777777" w:rsidR="005503B4" w:rsidRPr="00EE6DD3" w:rsidRDefault="005503B4" w:rsidP="00D65017">
            <w:pPr>
              <w:jc w:val="center"/>
            </w:pPr>
            <w:r w:rsidRPr="00EE6DD3">
              <w:rPr>
                <w:rFonts w:eastAsia="SimSun"/>
                <w:b/>
                <w:sz w:val="14"/>
              </w:rPr>
              <w:t>Prefer Aurora %</w:t>
            </w:r>
          </w:p>
        </w:tc>
        <w:tc>
          <w:tcPr>
            <w:tcW w:w="1234" w:type="dxa"/>
          </w:tcPr>
          <w:p w14:paraId="46D3DC15" w14:textId="77777777" w:rsidR="005503B4" w:rsidRPr="00EE6DD3" w:rsidRDefault="005503B4" w:rsidP="00D65017">
            <w:pPr>
              <w:jc w:val="center"/>
            </w:pPr>
            <w:r w:rsidRPr="00EE6DD3">
              <w:rPr>
                <w:rFonts w:eastAsia="SimSun"/>
                <w:b/>
                <w:sz w:val="14"/>
              </w:rPr>
              <w:t>Neutral %</w:t>
            </w:r>
          </w:p>
        </w:tc>
        <w:tc>
          <w:tcPr>
            <w:tcW w:w="1234" w:type="dxa"/>
          </w:tcPr>
          <w:p w14:paraId="48AEE04E" w14:textId="77777777" w:rsidR="005503B4" w:rsidRPr="00EE6DD3" w:rsidRDefault="005503B4" w:rsidP="00D65017">
            <w:pPr>
              <w:jc w:val="center"/>
            </w:pPr>
            <w:r w:rsidRPr="00EE6DD3">
              <w:rPr>
                <w:rFonts w:eastAsia="SimSun"/>
                <w:b/>
                <w:sz w:val="14"/>
              </w:rPr>
              <w:t>Prefer Elsevier %</w:t>
            </w:r>
          </w:p>
        </w:tc>
        <w:tc>
          <w:tcPr>
            <w:tcW w:w="1234" w:type="dxa"/>
          </w:tcPr>
          <w:p w14:paraId="77DFDF88" w14:textId="77777777" w:rsidR="005503B4" w:rsidRPr="00EE6DD3" w:rsidRDefault="005503B4" w:rsidP="00D65017">
            <w:pPr>
              <w:jc w:val="center"/>
            </w:pPr>
            <w:r w:rsidRPr="00EE6DD3">
              <w:rPr>
                <w:rFonts w:eastAsia="SimSun"/>
                <w:b/>
                <w:sz w:val="14"/>
              </w:rPr>
              <w:t>Sample size</w:t>
            </w:r>
          </w:p>
        </w:tc>
      </w:tr>
      <w:tr w:rsidR="005503B4" w:rsidRPr="00EE6DD3" w14:paraId="7C41F936" w14:textId="77777777" w:rsidTr="00D65017">
        <w:tc>
          <w:tcPr>
            <w:tcW w:w="1234" w:type="dxa"/>
          </w:tcPr>
          <w:p w14:paraId="320AE6BC" w14:textId="77777777" w:rsidR="005503B4" w:rsidRPr="00EE6DD3" w:rsidRDefault="005503B4" w:rsidP="00D65017">
            <w:r w:rsidRPr="00EE6DD3">
              <w:rPr>
                <w:rFonts w:eastAsia="SimSun"/>
                <w:sz w:val="14"/>
              </w:rPr>
              <w:t>Political science</w:t>
            </w:r>
          </w:p>
        </w:tc>
        <w:tc>
          <w:tcPr>
            <w:tcW w:w="1234" w:type="dxa"/>
          </w:tcPr>
          <w:p w14:paraId="674279AF" w14:textId="77777777" w:rsidR="005503B4" w:rsidRPr="00EE6DD3" w:rsidRDefault="005503B4" w:rsidP="00D65017">
            <w:pPr>
              <w:jc w:val="center"/>
            </w:pPr>
            <w:r w:rsidRPr="00EE6DD3">
              <w:rPr>
                <w:rFonts w:eastAsia="SimSun"/>
                <w:sz w:val="14"/>
              </w:rPr>
              <w:t>0.0348</w:t>
            </w:r>
          </w:p>
        </w:tc>
        <w:tc>
          <w:tcPr>
            <w:tcW w:w="1234" w:type="dxa"/>
          </w:tcPr>
          <w:p w14:paraId="7C432209" w14:textId="77777777" w:rsidR="005503B4" w:rsidRPr="00EE6DD3" w:rsidRDefault="005503B4" w:rsidP="00D65017">
            <w:pPr>
              <w:jc w:val="center"/>
            </w:pPr>
            <w:r w:rsidRPr="00EE6DD3">
              <w:rPr>
                <w:rFonts w:eastAsia="SimSun"/>
                <w:sz w:val="14"/>
              </w:rPr>
              <w:t>0.0293</w:t>
            </w:r>
          </w:p>
        </w:tc>
        <w:tc>
          <w:tcPr>
            <w:tcW w:w="1234" w:type="dxa"/>
          </w:tcPr>
          <w:p w14:paraId="367DAFF3" w14:textId="77777777" w:rsidR="005503B4" w:rsidRPr="00EE6DD3" w:rsidRDefault="005503B4" w:rsidP="00D65017">
            <w:pPr>
              <w:jc w:val="center"/>
            </w:pPr>
            <w:r w:rsidRPr="00EE6DD3">
              <w:rPr>
                <w:rFonts w:eastAsia="SimSun"/>
                <w:sz w:val="14"/>
              </w:rPr>
              <w:t>24.05</w:t>
            </w:r>
          </w:p>
        </w:tc>
        <w:tc>
          <w:tcPr>
            <w:tcW w:w="1234" w:type="dxa"/>
          </w:tcPr>
          <w:p w14:paraId="0ED3E0B6" w14:textId="77777777" w:rsidR="005503B4" w:rsidRPr="00EE6DD3" w:rsidRDefault="005503B4" w:rsidP="00D65017">
            <w:pPr>
              <w:jc w:val="center"/>
            </w:pPr>
            <w:r w:rsidRPr="00EE6DD3">
              <w:rPr>
                <w:rFonts w:eastAsia="SimSun"/>
                <w:sz w:val="14"/>
              </w:rPr>
              <w:t>75.95</w:t>
            </w:r>
          </w:p>
        </w:tc>
        <w:tc>
          <w:tcPr>
            <w:tcW w:w="1234" w:type="dxa"/>
          </w:tcPr>
          <w:p w14:paraId="71605B04" w14:textId="77777777" w:rsidR="005503B4" w:rsidRPr="00EE6DD3" w:rsidRDefault="005503B4" w:rsidP="00D65017">
            <w:pPr>
              <w:jc w:val="center"/>
            </w:pPr>
            <w:r w:rsidRPr="00EE6DD3">
              <w:rPr>
                <w:rFonts w:eastAsia="SimSun"/>
                <w:sz w:val="14"/>
              </w:rPr>
              <w:t>0.00</w:t>
            </w:r>
          </w:p>
        </w:tc>
        <w:tc>
          <w:tcPr>
            <w:tcW w:w="1234" w:type="dxa"/>
          </w:tcPr>
          <w:p w14:paraId="18908B70" w14:textId="77777777" w:rsidR="005503B4" w:rsidRPr="00EE6DD3" w:rsidRDefault="005503B4" w:rsidP="00D65017">
            <w:pPr>
              <w:jc w:val="center"/>
            </w:pPr>
            <w:r w:rsidRPr="00EE6DD3">
              <w:rPr>
                <w:rFonts w:eastAsia="SimSun"/>
                <w:sz w:val="14"/>
              </w:rPr>
              <w:t>99988</w:t>
            </w:r>
          </w:p>
        </w:tc>
      </w:tr>
      <w:tr w:rsidR="005503B4" w:rsidRPr="00EE6DD3" w14:paraId="30EC234C" w14:textId="77777777" w:rsidTr="00D65017">
        <w:tc>
          <w:tcPr>
            <w:tcW w:w="1234" w:type="dxa"/>
          </w:tcPr>
          <w:p w14:paraId="0A028F4C" w14:textId="77777777" w:rsidR="005503B4" w:rsidRPr="00EE6DD3" w:rsidRDefault="005503B4" w:rsidP="00D65017">
            <w:r w:rsidRPr="00EE6DD3">
              <w:rPr>
                <w:rFonts w:eastAsia="SimSun"/>
                <w:sz w:val="14"/>
              </w:rPr>
              <w:t>Sociology</w:t>
            </w:r>
          </w:p>
        </w:tc>
        <w:tc>
          <w:tcPr>
            <w:tcW w:w="1234" w:type="dxa"/>
          </w:tcPr>
          <w:p w14:paraId="1F4001B2" w14:textId="77777777" w:rsidR="005503B4" w:rsidRPr="00EE6DD3" w:rsidRDefault="005503B4" w:rsidP="00D65017">
            <w:pPr>
              <w:jc w:val="center"/>
            </w:pPr>
            <w:r w:rsidRPr="00EE6DD3">
              <w:rPr>
                <w:rFonts w:eastAsia="SimSun"/>
                <w:sz w:val="14"/>
              </w:rPr>
              <w:t>0.0334</w:t>
            </w:r>
          </w:p>
        </w:tc>
        <w:tc>
          <w:tcPr>
            <w:tcW w:w="1234" w:type="dxa"/>
          </w:tcPr>
          <w:p w14:paraId="758DCE25" w14:textId="77777777" w:rsidR="005503B4" w:rsidRPr="00EE6DD3" w:rsidRDefault="005503B4" w:rsidP="00D65017">
            <w:pPr>
              <w:jc w:val="center"/>
            </w:pPr>
            <w:r w:rsidRPr="00EE6DD3">
              <w:rPr>
                <w:rFonts w:eastAsia="SimSun"/>
                <w:sz w:val="14"/>
              </w:rPr>
              <w:t>0.0267</w:t>
            </w:r>
          </w:p>
        </w:tc>
        <w:tc>
          <w:tcPr>
            <w:tcW w:w="1234" w:type="dxa"/>
          </w:tcPr>
          <w:p w14:paraId="5C2A6264" w14:textId="77777777" w:rsidR="005503B4" w:rsidRPr="00EE6DD3" w:rsidRDefault="005503B4" w:rsidP="00D65017">
            <w:pPr>
              <w:jc w:val="center"/>
            </w:pPr>
            <w:r w:rsidRPr="00EE6DD3">
              <w:rPr>
                <w:rFonts w:eastAsia="SimSun"/>
                <w:sz w:val="14"/>
              </w:rPr>
              <w:t>23.99</w:t>
            </w:r>
          </w:p>
        </w:tc>
        <w:tc>
          <w:tcPr>
            <w:tcW w:w="1234" w:type="dxa"/>
          </w:tcPr>
          <w:p w14:paraId="610D8765" w14:textId="77777777" w:rsidR="005503B4" w:rsidRPr="00EE6DD3" w:rsidRDefault="005503B4" w:rsidP="00D65017">
            <w:pPr>
              <w:jc w:val="center"/>
            </w:pPr>
            <w:r w:rsidRPr="00EE6DD3">
              <w:rPr>
                <w:rFonts w:eastAsia="SimSun"/>
                <w:sz w:val="14"/>
              </w:rPr>
              <w:t>76.01</w:t>
            </w:r>
          </w:p>
        </w:tc>
        <w:tc>
          <w:tcPr>
            <w:tcW w:w="1234" w:type="dxa"/>
          </w:tcPr>
          <w:p w14:paraId="5F100B33" w14:textId="77777777" w:rsidR="005503B4" w:rsidRPr="00EE6DD3" w:rsidRDefault="005503B4" w:rsidP="00D65017">
            <w:pPr>
              <w:jc w:val="center"/>
            </w:pPr>
            <w:r w:rsidRPr="00EE6DD3">
              <w:rPr>
                <w:rFonts w:eastAsia="SimSun"/>
                <w:sz w:val="14"/>
              </w:rPr>
              <w:t>0.00</w:t>
            </w:r>
          </w:p>
        </w:tc>
        <w:tc>
          <w:tcPr>
            <w:tcW w:w="1234" w:type="dxa"/>
          </w:tcPr>
          <w:p w14:paraId="058A97BF" w14:textId="77777777" w:rsidR="005503B4" w:rsidRPr="00EE6DD3" w:rsidRDefault="005503B4" w:rsidP="00D65017">
            <w:pPr>
              <w:jc w:val="center"/>
            </w:pPr>
            <w:r w:rsidRPr="00EE6DD3">
              <w:rPr>
                <w:rFonts w:eastAsia="SimSun"/>
                <w:sz w:val="14"/>
              </w:rPr>
              <w:t>99986</w:t>
            </w:r>
          </w:p>
        </w:tc>
      </w:tr>
      <w:tr w:rsidR="005503B4" w:rsidRPr="00EE6DD3" w14:paraId="42F099EC" w14:textId="77777777" w:rsidTr="00D65017">
        <w:tc>
          <w:tcPr>
            <w:tcW w:w="1234" w:type="dxa"/>
          </w:tcPr>
          <w:p w14:paraId="6E12FB31" w14:textId="77777777" w:rsidR="005503B4" w:rsidRPr="00EE6DD3" w:rsidRDefault="005503B4" w:rsidP="00D65017">
            <w:r w:rsidRPr="00EE6DD3">
              <w:rPr>
                <w:rFonts w:eastAsia="SimSun"/>
                <w:sz w:val="14"/>
              </w:rPr>
              <w:t>History</w:t>
            </w:r>
          </w:p>
        </w:tc>
        <w:tc>
          <w:tcPr>
            <w:tcW w:w="1234" w:type="dxa"/>
          </w:tcPr>
          <w:p w14:paraId="693B65CF" w14:textId="77777777" w:rsidR="005503B4" w:rsidRPr="00EE6DD3" w:rsidRDefault="005503B4" w:rsidP="00D65017">
            <w:pPr>
              <w:jc w:val="center"/>
            </w:pPr>
            <w:r w:rsidRPr="00EE6DD3">
              <w:rPr>
                <w:rFonts w:eastAsia="SimSun"/>
                <w:sz w:val="14"/>
              </w:rPr>
              <w:t>0.0300</w:t>
            </w:r>
          </w:p>
        </w:tc>
        <w:tc>
          <w:tcPr>
            <w:tcW w:w="1234" w:type="dxa"/>
          </w:tcPr>
          <w:p w14:paraId="26BD9C54" w14:textId="77777777" w:rsidR="005503B4" w:rsidRPr="00EE6DD3" w:rsidRDefault="005503B4" w:rsidP="00D65017">
            <w:pPr>
              <w:jc w:val="center"/>
            </w:pPr>
            <w:r w:rsidRPr="00EE6DD3">
              <w:rPr>
                <w:rFonts w:eastAsia="SimSun"/>
                <w:sz w:val="14"/>
              </w:rPr>
              <w:t>0.0238</w:t>
            </w:r>
          </w:p>
        </w:tc>
        <w:tc>
          <w:tcPr>
            <w:tcW w:w="1234" w:type="dxa"/>
          </w:tcPr>
          <w:p w14:paraId="53230C18" w14:textId="77777777" w:rsidR="005503B4" w:rsidRPr="00EE6DD3" w:rsidRDefault="005503B4" w:rsidP="00D65017">
            <w:pPr>
              <w:jc w:val="center"/>
            </w:pPr>
            <w:r w:rsidRPr="00EE6DD3">
              <w:rPr>
                <w:rFonts w:eastAsia="SimSun"/>
                <w:sz w:val="14"/>
              </w:rPr>
              <w:t>19.91</w:t>
            </w:r>
          </w:p>
        </w:tc>
        <w:tc>
          <w:tcPr>
            <w:tcW w:w="1234" w:type="dxa"/>
          </w:tcPr>
          <w:p w14:paraId="0293DCCC" w14:textId="77777777" w:rsidR="005503B4" w:rsidRPr="00EE6DD3" w:rsidRDefault="005503B4" w:rsidP="00D65017">
            <w:pPr>
              <w:jc w:val="center"/>
            </w:pPr>
            <w:r w:rsidRPr="00EE6DD3">
              <w:rPr>
                <w:rFonts w:eastAsia="SimSun"/>
                <w:sz w:val="14"/>
              </w:rPr>
              <w:t>80.09</w:t>
            </w:r>
          </w:p>
        </w:tc>
        <w:tc>
          <w:tcPr>
            <w:tcW w:w="1234" w:type="dxa"/>
          </w:tcPr>
          <w:p w14:paraId="7D8A3D0C" w14:textId="77777777" w:rsidR="005503B4" w:rsidRPr="00EE6DD3" w:rsidRDefault="005503B4" w:rsidP="00D65017">
            <w:pPr>
              <w:jc w:val="center"/>
            </w:pPr>
            <w:r w:rsidRPr="00EE6DD3">
              <w:rPr>
                <w:rFonts w:eastAsia="SimSun"/>
                <w:sz w:val="14"/>
              </w:rPr>
              <w:t>0.00</w:t>
            </w:r>
          </w:p>
        </w:tc>
        <w:tc>
          <w:tcPr>
            <w:tcW w:w="1234" w:type="dxa"/>
          </w:tcPr>
          <w:p w14:paraId="3B54E561" w14:textId="77777777" w:rsidR="005503B4" w:rsidRPr="00EE6DD3" w:rsidRDefault="005503B4" w:rsidP="00D65017">
            <w:pPr>
              <w:jc w:val="center"/>
            </w:pPr>
            <w:r w:rsidRPr="00EE6DD3">
              <w:rPr>
                <w:rFonts w:eastAsia="SimSun"/>
                <w:sz w:val="14"/>
              </w:rPr>
              <w:t>87125</w:t>
            </w:r>
          </w:p>
        </w:tc>
      </w:tr>
      <w:tr w:rsidR="005503B4" w:rsidRPr="00EE6DD3" w14:paraId="578AC93B" w14:textId="77777777" w:rsidTr="00D65017">
        <w:tc>
          <w:tcPr>
            <w:tcW w:w="1234" w:type="dxa"/>
          </w:tcPr>
          <w:p w14:paraId="234DCADA" w14:textId="77777777" w:rsidR="005503B4" w:rsidRPr="00EE6DD3" w:rsidRDefault="005503B4" w:rsidP="00D65017">
            <w:r w:rsidRPr="00EE6DD3">
              <w:rPr>
                <w:rFonts w:eastAsia="SimSun"/>
                <w:sz w:val="14"/>
              </w:rPr>
              <w:t>Medicine</w:t>
            </w:r>
          </w:p>
        </w:tc>
        <w:tc>
          <w:tcPr>
            <w:tcW w:w="1234" w:type="dxa"/>
          </w:tcPr>
          <w:p w14:paraId="7A6BD80C" w14:textId="77777777" w:rsidR="005503B4" w:rsidRPr="00EE6DD3" w:rsidRDefault="005503B4" w:rsidP="00D65017">
            <w:pPr>
              <w:jc w:val="center"/>
            </w:pPr>
            <w:r w:rsidRPr="00EE6DD3">
              <w:rPr>
                <w:rFonts w:eastAsia="SimSun"/>
                <w:sz w:val="14"/>
              </w:rPr>
              <w:t>0.0169</w:t>
            </w:r>
          </w:p>
        </w:tc>
        <w:tc>
          <w:tcPr>
            <w:tcW w:w="1234" w:type="dxa"/>
          </w:tcPr>
          <w:p w14:paraId="164C2FCF" w14:textId="77777777" w:rsidR="005503B4" w:rsidRPr="00EE6DD3" w:rsidRDefault="005503B4" w:rsidP="00D65017">
            <w:pPr>
              <w:jc w:val="center"/>
            </w:pPr>
            <w:r w:rsidRPr="00EE6DD3">
              <w:rPr>
                <w:rFonts w:eastAsia="SimSun"/>
                <w:sz w:val="14"/>
              </w:rPr>
              <w:t>0.0103</w:t>
            </w:r>
          </w:p>
        </w:tc>
        <w:tc>
          <w:tcPr>
            <w:tcW w:w="1234" w:type="dxa"/>
          </w:tcPr>
          <w:p w14:paraId="03D2DDD0" w14:textId="77777777" w:rsidR="005503B4" w:rsidRPr="00EE6DD3" w:rsidRDefault="005503B4" w:rsidP="00D65017">
            <w:pPr>
              <w:jc w:val="center"/>
            </w:pPr>
            <w:r w:rsidRPr="00EE6DD3">
              <w:rPr>
                <w:rFonts w:eastAsia="SimSun"/>
                <w:sz w:val="14"/>
              </w:rPr>
              <w:t>12.50</w:t>
            </w:r>
          </w:p>
        </w:tc>
        <w:tc>
          <w:tcPr>
            <w:tcW w:w="1234" w:type="dxa"/>
          </w:tcPr>
          <w:p w14:paraId="4B941E39" w14:textId="77777777" w:rsidR="005503B4" w:rsidRPr="00EE6DD3" w:rsidRDefault="005503B4" w:rsidP="00D65017">
            <w:pPr>
              <w:jc w:val="center"/>
            </w:pPr>
            <w:r w:rsidRPr="00EE6DD3">
              <w:rPr>
                <w:rFonts w:eastAsia="SimSun"/>
                <w:sz w:val="14"/>
              </w:rPr>
              <w:t>87.49</w:t>
            </w:r>
          </w:p>
        </w:tc>
        <w:tc>
          <w:tcPr>
            <w:tcW w:w="1234" w:type="dxa"/>
          </w:tcPr>
          <w:p w14:paraId="0C584A40" w14:textId="77777777" w:rsidR="005503B4" w:rsidRPr="00EE6DD3" w:rsidRDefault="005503B4" w:rsidP="00D65017">
            <w:pPr>
              <w:jc w:val="center"/>
            </w:pPr>
            <w:r w:rsidRPr="00EE6DD3">
              <w:rPr>
                <w:rFonts w:eastAsia="SimSun"/>
                <w:sz w:val="14"/>
              </w:rPr>
              <w:t>0.01</w:t>
            </w:r>
          </w:p>
        </w:tc>
        <w:tc>
          <w:tcPr>
            <w:tcW w:w="1234" w:type="dxa"/>
          </w:tcPr>
          <w:p w14:paraId="32252F0D" w14:textId="77777777" w:rsidR="005503B4" w:rsidRPr="00EE6DD3" w:rsidRDefault="005503B4" w:rsidP="00D65017">
            <w:pPr>
              <w:jc w:val="center"/>
            </w:pPr>
            <w:r w:rsidRPr="00EE6DD3">
              <w:rPr>
                <w:rFonts w:eastAsia="SimSun"/>
                <w:sz w:val="14"/>
              </w:rPr>
              <w:t>99994</w:t>
            </w:r>
          </w:p>
        </w:tc>
      </w:tr>
      <w:tr w:rsidR="005503B4" w:rsidRPr="00EE6DD3" w14:paraId="57180E68" w14:textId="77777777" w:rsidTr="00D65017">
        <w:tc>
          <w:tcPr>
            <w:tcW w:w="1234" w:type="dxa"/>
          </w:tcPr>
          <w:p w14:paraId="0256CF87" w14:textId="77777777" w:rsidR="005503B4" w:rsidRPr="00EE6DD3" w:rsidRDefault="005503B4" w:rsidP="00D65017">
            <w:r w:rsidRPr="00EE6DD3">
              <w:rPr>
                <w:rFonts w:eastAsia="SimSun"/>
                <w:sz w:val="14"/>
              </w:rPr>
              <w:t>Economics</w:t>
            </w:r>
          </w:p>
        </w:tc>
        <w:tc>
          <w:tcPr>
            <w:tcW w:w="1234" w:type="dxa"/>
          </w:tcPr>
          <w:p w14:paraId="57642185" w14:textId="77777777" w:rsidR="005503B4" w:rsidRPr="00EE6DD3" w:rsidRDefault="005503B4" w:rsidP="00D65017">
            <w:pPr>
              <w:jc w:val="center"/>
            </w:pPr>
            <w:r w:rsidRPr="00EE6DD3">
              <w:rPr>
                <w:rFonts w:eastAsia="SimSun"/>
                <w:sz w:val="14"/>
              </w:rPr>
              <w:t>0.0134</w:t>
            </w:r>
          </w:p>
        </w:tc>
        <w:tc>
          <w:tcPr>
            <w:tcW w:w="1234" w:type="dxa"/>
          </w:tcPr>
          <w:p w14:paraId="3766BCFE" w14:textId="77777777" w:rsidR="005503B4" w:rsidRPr="00EE6DD3" w:rsidRDefault="005503B4" w:rsidP="00D65017">
            <w:pPr>
              <w:jc w:val="center"/>
            </w:pPr>
            <w:r w:rsidRPr="00EE6DD3">
              <w:rPr>
                <w:rFonts w:eastAsia="SimSun"/>
                <w:sz w:val="14"/>
              </w:rPr>
              <w:t>0.0086</w:t>
            </w:r>
          </w:p>
        </w:tc>
        <w:tc>
          <w:tcPr>
            <w:tcW w:w="1234" w:type="dxa"/>
          </w:tcPr>
          <w:p w14:paraId="7B6D264D" w14:textId="77777777" w:rsidR="005503B4" w:rsidRPr="00EE6DD3" w:rsidRDefault="005503B4" w:rsidP="00D65017">
            <w:pPr>
              <w:jc w:val="center"/>
            </w:pPr>
            <w:r w:rsidRPr="00EE6DD3">
              <w:rPr>
                <w:rFonts w:eastAsia="SimSun"/>
                <w:sz w:val="14"/>
              </w:rPr>
              <w:t>6.35</w:t>
            </w:r>
          </w:p>
        </w:tc>
        <w:tc>
          <w:tcPr>
            <w:tcW w:w="1234" w:type="dxa"/>
          </w:tcPr>
          <w:p w14:paraId="2563437F" w14:textId="77777777" w:rsidR="005503B4" w:rsidRPr="00EE6DD3" w:rsidRDefault="005503B4" w:rsidP="00D65017">
            <w:pPr>
              <w:jc w:val="center"/>
            </w:pPr>
            <w:r w:rsidRPr="00EE6DD3">
              <w:rPr>
                <w:rFonts w:eastAsia="SimSun"/>
                <w:sz w:val="14"/>
              </w:rPr>
              <w:t>93.64</w:t>
            </w:r>
          </w:p>
        </w:tc>
        <w:tc>
          <w:tcPr>
            <w:tcW w:w="1234" w:type="dxa"/>
          </w:tcPr>
          <w:p w14:paraId="6C212BC9" w14:textId="77777777" w:rsidR="005503B4" w:rsidRPr="00EE6DD3" w:rsidRDefault="005503B4" w:rsidP="00D65017">
            <w:pPr>
              <w:jc w:val="center"/>
            </w:pPr>
            <w:r w:rsidRPr="00EE6DD3">
              <w:rPr>
                <w:rFonts w:eastAsia="SimSun"/>
                <w:sz w:val="14"/>
              </w:rPr>
              <w:t>0.01</w:t>
            </w:r>
          </w:p>
        </w:tc>
        <w:tc>
          <w:tcPr>
            <w:tcW w:w="1234" w:type="dxa"/>
          </w:tcPr>
          <w:p w14:paraId="4F99B741" w14:textId="77777777" w:rsidR="005503B4" w:rsidRPr="00EE6DD3" w:rsidRDefault="005503B4" w:rsidP="00D65017">
            <w:pPr>
              <w:jc w:val="center"/>
            </w:pPr>
            <w:r w:rsidRPr="00EE6DD3">
              <w:rPr>
                <w:rFonts w:eastAsia="SimSun"/>
                <w:sz w:val="14"/>
              </w:rPr>
              <w:t>99999</w:t>
            </w:r>
          </w:p>
        </w:tc>
      </w:tr>
      <w:tr w:rsidR="005503B4" w:rsidRPr="00EE6DD3" w14:paraId="567BC64B" w14:textId="77777777" w:rsidTr="00D65017">
        <w:tc>
          <w:tcPr>
            <w:tcW w:w="1234" w:type="dxa"/>
          </w:tcPr>
          <w:p w14:paraId="50ED84CC" w14:textId="77777777" w:rsidR="005503B4" w:rsidRPr="00EE6DD3" w:rsidRDefault="005503B4" w:rsidP="00D65017">
            <w:r w:rsidRPr="00EE6DD3">
              <w:rPr>
                <w:rFonts w:eastAsia="SimSun"/>
                <w:sz w:val="14"/>
              </w:rPr>
              <w:t>Philosophy</w:t>
            </w:r>
          </w:p>
        </w:tc>
        <w:tc>
          <w:tcPr>
            <w:tcW w:w="1234" w:type="dxa"/>
          </w:tcPr>
          <w:p w14:paraId="430C57DB" w14:textId="77777777" w:rsidR="005503B4" w:rsidRPr="00EE6DD3" w:rsidRDefault="005503B4" w:rsidP="00D65017">
            <w:pPr>
              <w:jc w:val="center"/>
            </w:pPr>
            <w:r w:rsidRPr="00EE6DD3">
              <w:rPr>
                <w:rFonts w:eastAsia="SimSun"/>
                <w:sz w:val="14"/>
              </w:rPr>
              <w:t>0.0130</w:t>
            </w:r>
          </w:p>
        </w:tc>
        <w:tc>
          <w:tcPr>
            <w:tcW w:w="1234" w:type="dxa"/>
          </w:tcPr>
          <w:p w14:paraId="4B934CEA" w14:textId="77777777" w:rsidR="005503B4" w:rsidRPr="00EE6DD3" w:rsidRDefault="005503B4" w:rsidP="00D65017">
            <w:pPr>
              <w:jc w:val="center"/>
            </w:pPr>
            <w:r w:rsidRPr="00EE6DD3">
              <w:rPr>
                <w:rFonts w:eastAsia="SimSun"/>
                <w:sz w:val="14"/>
              </w:rPr>
              <w:t>0.0109</w:t>
            </w:r>
          </w:p>
        </w:tc>
        <w:tc>
          <w:tcPr>
            <w:tcW w:w="1234" w:type="dxa"/>
          </w:tcPr>
          <w:p w14:paraId="6CFA9D79" w14:textId="77777777" w:rsidR="005503B4" w:rsidRPr="00EE6DD3" w:rsidRDefault="005503B4" w:rsidP="00D65017">
            <w:pPr>
              <w:jc w:val="center"/>
            </w:pPr>
            <w:r w:rsidRPr="00EE6DD3">
              <w:rPr>
                <w:rFonts w:eastAsia="SimSun"/>
                <w:sz w:val="14"/>
              </w:rPr>
              <w:t>1.94</w:t>
            </w:r>
          </w:p>
        </w:tc>
        <w:tc>
          <w:tcPr>
            <w:tcW w:w="1234" w:type="dxa"/>
          </w:tcPr>
          <w:p w14:paraId="65781D72" w14:textId="77777777" w:rsidR="005503B4" w:rsidRPr="00EE6DD3" w:rsidRDefault="005503B4" w:rsidP="00D65017">
            <w:pPr>
              <w:jc w:val="center"/>
            </w:pPr>
            <w:r w:rsidRPr="00EE6DD3">
              <w:rPr>
                <w:rFonts w:eastAsia="SimSun"/>
                <w:sz w:val="14"/>
              </w:rPr>
              <w:t>98.06</w:t>
            </w:r>
          </w:p>
        </w:tc>
        <w:tc>
          <w:tcPr>
            <w:tcW w:w="1234" w:type="dxa"/>
          </w:tcPr>
          <w:p w14:paraId="4C0E8D3C" w14:textId="77777777" w:rsidR="005503B4" w:rsidRPr="00EE6DD3" w:rsidRDefault="005503B4" w:rsidP="00D65017">
            <w:pPr>
              <w:jc w:val="center"/>
            </w:pPr>
            <w:r w:rsidRPr="00EE6DD3">
              <w:rPr>
                <w:rFonts w:eastAsia="SimSun"/>
                <w:sz w:val="14"/>
              </w:rPr>
              <w:t>0.00</w:t>
            </w:r>
          </w:p>
        </w:tc>
        <w:tc>
          <w:tcPr>
            <w:tcW w:w="1234" w:type="dxa"/>
          </w:tcPr>
          <w:p w14:paraId="654D0312" w14:textId="77777777" w:rsidR="005503B4" w:rsidRPr="00EE6DD3" w:rsidRDefault="005503B4" w:rsidP="00D65017">
            <w:pPr>
              <w:jc w:val="center"/>
            </w:pPr>
            <w:r w:rsidRPr="00EE6DD3">
              <w:rPr>
                <w:rFonts w:eastAsia="SimSun"/>
                <w:sz w:val="14"/>
              </w:rPr>
              <w:t>40305</w:t>
            </w:r>
          </w:p>
        </w:tc>
      </w:tr>
      <w:tr w:rsidR="005503B4" w:rsidRPr="00EE6DD3" w14:paraId="0879AA38" w14:textId="77777777" w:rsidTr="00D65017">
        <w:tc>
          <w:tcPr>
            <w:tcW w:w="1234" w:type="dxa"/>
          </w:tcPr>
          <w:p w14:paraId="657315A4" w14:textId="77777777" w:rsidR="005503B4" w:rsidRPr="00EE6DD3" w:rsidRDefault="005503B4" w:rsidP="00D65017">
            <w:r w:rsidRPr="00EE6DD3">
              <w:rPr>
                <w:rFonts w:eastAsia="SimSun"/>
                <w:sz w:val="14"/>
              </w:rPr>
              <w:t>Art</w:t>
            </w:r>
          </w:p>
        </w:tc>
        <w:tc>
          <w:tcPr>
            <w:tcW w:w="1234" w:type="dxa"/>
          </w:tcPr>
          <w:p w14:paraId="0B123216" w14:textId="77777777" w:rsidR="005503B4" w:rsidRPr="00EE6DD3" w:rsidRDefault="005503B4" w:rsidP="00D65017">
            <w:pPr>
              <w:jc w:val="center"/>
            </w:pPr>
            <w:r w:rsidRPr="00EE6DD3">
              <w:rPr>
                <w:rFonts w:eastAsia="SimSun"/>
                <w:sz w:val="14"/>
              </w:rPr>
              <w:t>0.0098</w:t>
            </w:r>
          </w:p>
        </w:tc>
        <w:tc>
          <w:tcPr>
            <w:tcW w:w="1234" w:type="dxa"/>
          </w:tcPr>
          <w:p w14:paraId="541832FC" w14:textId="77777777" w:rsidR="005503B4" w:rsidRPr="00EE6DD3" w:rsidRDefault="005503B4" w:rsidP="00D65017">
            <w:pPr>
              <w:jc w:val="center"/>
            </w:pPr>
            <w:r w:rsidRPr="00EE6DD3">
              <w:rPr>
                <w:rFonts w:eastAsia="SimSun"/>
                <w:sz w:val="14"/>
              </w:rPr>
              <w:t>0.0063</w:t>
            </w:r>
          </w:p>
        </w:tc>
        <w:tc>
          <w:tcPr>
            <w:tcW w:w="1234" w:type="dxa"/>
          </w:tcPr>
          <w:p w14:paraId="3F68C1D7" w14:textId="77777777" w:rsidR="005503B4" w:rsidRPr="00EE6DD3" w:rsidRDefault="005503B4" w:rsidP="00D65017">
            <w:pPr>
              <w:jc w:val="center"/>
            </w:pPr>
            <w:r w:rsidRPr="00EE6DD3">
              <w:rPr>
                <w:rFonts w:eastAsia="SimSun"/>
                <w:sz w:val="14"/>
              </w:rPr>
              <w:t>4.79</w:t>
            </w:r>
          </w:p>
        </w:tc>
        <w:tc>
          <w:tcPr>
            <w:tcW w:w="1234" w:type="dxa"/>
          </w:tcPr>
          <w:p w14:paraId="30E13C35" w14:textId="77777777" w:rsidR="005503B4" w:rsidRPr="00EE6DD3" w:rsidRDefault="005503B4" w:rsidP="00D65017">
            <w:pPr>
              <w:jc w:val="center"/>
            </w:pPr>
            <w:r w:rsidRPr="00EE6DD3">
              <w:rPr>
                <w:rFonts w:eastAsia="SimSun"/>
                <w:sz w:val="14"/>
              </w:rPr>
              <w:t>95.17</w:t>
            </w:r>
          </w:p>
        </w:tc>
        <w:tc>
          <w:tcPr>
            <w:tcW w:w="1234" w:type="dxa"/>
          </w:tcPr>
          <w:p w14:paraId="4BCF94B2" w14:textId="77777777" w:rsidR="005503B4" w:rsidRPr="00EE6DD3" w:rsidRDefault="005503B4" w:rsidP="00D65017">
            <w:pPr>
              <w:jc w:val="center"/>
            </w:pPr>
            <w:r w:rsidRPr="00EE6DD3">
              <w:rPr>
                <w:rFonts w:eastAsia="SimSun"/>
                <w:sz w:val="14"/>
              </w:rPr>
              <w:t>0.04</w:t>
            </w:r>
          </w:p>
        </w:tc>
        <w:tc>
          <w:tcPr>
            <w:tcW w:w="1234" w:type="dxa"/>
          </w:tcPr>
          <w:p w14:paraId="75884987" w14:textId="77777777" w:rsidR="005503B4" w:rsidRPr="00EE6DD3" w:rsidRDefault="005503B4" w:rsidP="00D65017">
            <w:pPr>
              <w:jc w:val="center"/>
            </w:pPr>
            <w:r w:rsidRPr="00EE6DD3">
              <w:rPr>
                <w:rFonts w:eastAsia="SimSun"/>
                <w:sz w:val="14"/>
              </w:rPr>
              <w:t>42110</w:t>
            </w:r>
          </w:p>
        </w:tc>
      </w:tr>
      <w:tr w:rsidR="005503B4" w:rsidRPr="00EE6DD3" w14:paraId="325F024C" w14:textId="77777777" w:rsidTr="00D65017">
        <w:tc>
          <w:tcPr>
            <w:tcW w:w="1234" w:type="dxa"/>
          </w:tcPr>
          <w:p w14:paraId="3E83E8A8" w14:textId="77777777" w:rsidR="005503B4" w:rsidRPr="00EE6DD3" w:rsidRDefault="005503B4" w:rsidP="00D65017">
            <w:r w:rsidRPr="00EE6DD3">
              <w:rPr>
                <w:rFonts w:eastAsia="SimSun"/>
                <w:sz w:val="14"/>
              </w:rPr>
              <w:t>Business</w:t>
            </w:r>
          </w:p>
        </w:tc>
        <w:tc>
          <w:tcPr>
            <w:tcW w:w="1234" w:type="dxa"/>
          </w:tcPr>
          <w:p w14:paraId="6581455A" w14:textId="77777777" w:rsidR="005503B4" w:rsidRPr="00EE6DD3" w:rsidRDefault="005503B4" w:rsidP="00D65017">
            <w:pPr>
              <w:jc w:val="center"/>
            </w:pPr>
            <w:r w:rsidRPr="00EE6DD3">
              <w:rPr>
                <w:rFonts w:eastAsia="SimSun"/>
                <w:sz w:val="14"/>
              </w:rPr>
              <w:t>0.0085</w:t>
            </w:r>
          </w:p>
        </w:tc>
        <w:tc>
          <w:tcPr>
            <w:tcW w:w="1234" w:type="dxa"/>
          </w:tcPr>
          <w:p w14:paraId="2B4E831C" w14:textId="77777777" w:rsidR="005503B4" w:rsidRPr="00EE6DD3" w:rsidRDefault="005503B4" w:rsidP="00D65017">
            <w:pPr>
              <w:jc w:val="center"/>
            </w:pPr>
            <w:r w:rsidRPr="00EE6DD3">
              <w:rPr>
                <w:rFonts w:eastAsia="SimSun"/>
                <w:sz w:val="14"/>
              </w:rPr>
              <w:t>0.0047</w:t>
            </w:r>
          </w:p>
        </w:tc>
        <w:tc>
          <w:tcPr>
            <w:tcW w:w="1234" w:type="dxa"/>
          </w:tcPr>
          <w:p w14:paraId="7E0894D9" w14:textId="77777777" w:rsidR="005503B4" w:rsidRPr="00EE6DD3" w:rsidRDefault="005503B4" w:rsidP="00D65017">
            <w:pPr>
              <w:jc w:val="center"/>
            </w:pPr>
            <w:r w:rsidRPr="00EE6DD3">
              <w:rPr>
                <w:rFonts w:eastAsia="SimSun"/>
                <w:sz w:val="14"/>
              </w:rPr>
              <w:t>3.68</w:t>
            </w:r>
          </w:p>
        </w:tc>
        <w:tc>
          <w:tcPr>
            <w:tcW w:w="1234" w:type="dxa"/>
          </w:tcPr>
          <w:p w14:paraId="2A433435" w14:textId="77777777" w:rsidR="005503B4" w:rsidRPr="00EE6DD3" w:rsidRDefault="005503B4" w:rsidP="00D65017">
            <w:pPr>
              <w:jc w:val="center"/>
            </w:pPr>
            <w:r w:rsidRPr="00EE6DD3">
              <w:rPr>
                <w:rFonts w:eastAsia="SimSun"/>
                <w:sz w:val="14"/>
              </w:rPr>
              <w:t>96.32</w:t>
            </w:r>
          </w:p>
        </w:tc>
        <w:tc>
          <w:tcPr>
            <w:tcW w:w="1234" w:type="dxa"/>
          </w:tcPr>
          <w:p w14:paraId="6F3693F7" w14:textId="77777777" w:rsidR="005503B4" w:rsidRPr="00EE6DD3" w:rsidRDefault="005503B4" w:rsidP="00D65017">
            <w:pPr>
              <w:jc w:val="center"/>
            </w:pPr>
            <w:r w:rsidRPr="00EE6DD3">
              <w:rPr>
                <w:rFonts w:eastAsia="SimSun"/>
                <w:sz w:val="14"/>
              </w:rPr>
              <w:t>0.01</w:t>
            </w:r>
          </w:p>
        </w:tc>
        <w:tc>
          <w:tcPr>
            <w:tcW w:w="1234" w:type="dxa"/>
          </w:tcPr>
          <w:p w14:paraId="1BD76C36" w14:textId="77777777" w:rsidR="005503B4" w:rsidRPr="00EE6DD3" w:rsidRDefault="005503B4" w:rsidP="00D65017">
            <w:pPr>
              <w:jc w:val="center"/>
            </w:pPr>
            <w:r w:rsidRPr="00EE6DD3">
              <w:rPr>
                <w:rFonts w:eastAsia="SimSun"/>
                <w:sz w:val="14"/>
              </w:rPr>
              <w:t>99994</w:t>
            </w:r>
          </w:p>
        </w:tc>
      </w:tr>
      <w:tr w:rsidR="005503B4" w:rsidRPr="00EE6DD3" w14:paraId="083DC60A" w14:textId="77777777" w:rsidTr="00D65017">
        <w:tc>
          <w:tcPr>
            <w:tcW w:w="1234" w:type="dxa"/>
          </w:tcPr>
          <w:p w14:paraId="01E7FDAC" w14:textId="77777777" w:rsidR="005503B4" w:rsidRPr="00EE6DD3" w:rsidRDefault="005503B4" w:rsidP="00D65017">
            <w:r w:rsidRPr="00EE6DD3">
              <w:rPr>
                <w:rFonts w:eastAsia="SimSun"/>
                <w:sz w:val="14"/>
              </w:rPr>
              <w:t>Geography</w:t>
            </w:r>
          </w:p>
        </w:tc>
        <w:tc>
          <w:tcPr>
            <w:tcW w:w="1234" w:type="dxa"/>
          </w:tcPr>
          <w:p w14:paraId="3BFB5DB7" w14:textId="77777777" w:rsidR="005503B4" w:rsidRPr="00EE6DD3" w:rsidRDefault="005503B4" w:rsidP="00D65017">
            <w:pPr>
              <w:jc w:val="center"/>
            </w:pPr>
            <w:r w:rsidRPr="00EE6DD3">
              <w:rPr>
                <w:rFonts w:eastAsia="SimSun"/>
                <w:sz w:val="14"/>
              </w:rPr>
              <w:t>0.0081</w:t>
            </w:r>
          </w:p>
        </w:tc>
        <w:tc>
          <w:tcPr>
            <w:tcW w:w="1234" w:type="dxa"/>
          </w:tcPr>
          <w:p w14:paraId="35471218" w14:textId="77777777" w:rsidR="005503B4" w:rsidRPr="00EE6DD3" w:rsidRDefault="005503B4" w:rsidP="00D65017">
            <w:pPr>
              <w:jc w:val="center"/>
            </w:pPr>
            <w:r w:rsidRPr="00EE6DD3">
              <w:rPr>
                <w:rFonts w:eastAsia="SimSun"/>
                <w:sz w:val="14"/>
              </w:rPr>
              <w:t>0.0026</w:t>
            </w:r>
          </w:p>
        </w:tc>
        <w:tc>
          <w:tcPr>
            <w:tcW w:w="1234" w:type="dxa"/>
          </w:tcPr>
          <w:p w14:paraId="028E00AF" w14:textId="77777777" w:rsidR="005503B4" w:rsidRPr="00EE6DD3" w:rsidRDefault="005503B4" w:rsidP="00D65017">
            <w:pPr>
              <w:jc w:val="center"/>
            </w:pPr>
            <w:r w:rsidRPr="00EE6DD3">
              <w:rPr>
                <w:rFonts w:eastAsia="SimSun"/>
                <w:sz w:val="14"/>
              </w:rPr>
              <w:t>6.70</w:t>
            </w:r>
          </w:p>
        </w:tc>
        <w:tc>
          <w:tcPr>
            <w:tcW w:w="1234" w:type="dxa"/>
          </w:tcPr>
          <w:p w14:paraId="1CBCE483" w14:textId="77777777" w:rsidR="005503B4" w:rsidRPr="00EE6DD3" w:rsidRDefault="005503B4" w:rsidP="00D65017">
            <w:pPr>
              <w:jc w:val="center"/>
            </w:pPr>
            <w:r w:rsidRPr="00EE6DD3">
              <w:rPr>
                <w:rFonts w:eastAsia="SimSun"/>
                <w:sz w:val="14"/>
              </w:rPr>
              <w:t>93.26</w:t>
            </w:r>
          </w:p>
        </w:tc>
        <w:tc>
          <w:tcPr>
            <w:tcW w:w="1234" w:type="dxa"/>
          </w:tcPr>
          <w:p w14:paraId="15972C25" w14:textId="77777777" w:rsidR="005503B4" w:rsidRPr="00EE6DD3" w:rsidRDefault="005503B4" w:rsidP="00D65017">
            <w:pPr>
              <w:jc w:val="center"/>
            </w:pPr>
            <w:r w:rsidRPr="00EE6DD3">
              <w:rPr>
                <w:rFonts w:eastAsia="SimSun"/>
                <w:sz w:val="14"/>
              </w:rPr>
              <w:t>0.04</w:t>
            </w:r>
          </w:p>
        </w:tc>
        <w:tc>
          <w:tcPr>
            <w:tcW w:w="1234" w:type="dxa"/>
          </w:tcPr>
          <w:p w14:paraId="6385348C" w14:textId="77777777" w:rsidR="005503B4" w:rsidRPr="00EE6DD3" w:rsidRDefault="005503B4" w:rsidP="00D65017">
            <w:pPr>
              <w:jc w:val="center"/>
            </w:pPr>
            <w:r w:rsidRPr="00EE6DD3">
              <w:rPr>
                <w:rFonts w:eastAsia="SimSun"/>
                <w:sz w:val="14"/>
              </w:rPr>
              <w:t>99993</w:t>
            </w:r>
          </w:p>
        </w:tc>
      </w:tr>
      <w:tr w:rsidR="005503B4" w:rsidRPr="00EE6DD3" w14:paraId="0485BD04" w14:textId="77777777" w:rsidTr="00D65017">
        <w:tc>
          <w:tcPr>
            <w:tcW w:w="1234" w:type="dxa"/>
          </w:tcPr>
          <w:p w14:paraId="44E325AE" w14:textId="77777777" w:rsidR="005503B4" w:rsidRPr="00EE6DD3" w:rsidRDefault="005503B4" w:rsidP="00D65017">
            <w:r w:rsidRPr="00EE6DD3">
              <w:rPr>
                <w:rFonts w:eastAsia="SimSun"/>
                <w:sz w:val="14"/>
              </w:rPr>
              <w:t>Biology</w:t>
            </w:r>
          </w:p>
        </w:tc>
        <w:tc>
          <w:tcPr>
            <w:tcW w:w="1234" w:type="dxa"/>
          </w:tcPr>
          <w:p w14:paraId="592958F4" w14:textId="77777777" w:rsidR="005503B4" w:rsidRPr="00EE6DD3" w:rsidRDefault="005503B4" w:rsidP="00D65017">
            <w:pPr>
              <w:jc w:val="center"/>
            </w:pPr>
            <w:r w:rsidRPr="00EE6DD3">
              <w:rPr>
                <w:rFonts w:eastAsia="SimSun"/>
                <w:sz w:val="14"/>
              </w:rPr>
              <w:t>0.0052</w:t>
            </w:r>
          </w:p>
        </w:tc>
        <w:tc>
          <w:tcPr>
            <w:tcW w:w="1234" w:type="dxa"/>
          </w:tcPr>
          <w:p w14:paraId="22467331" w14:textId="77777777" w:rsidR="005503B4" w:rsidRPr="00EE6DD3" w:rsidRDefault="005503B4" w:rsidP="00D65017">
            <w:pPr>
              <w:jc w:val="center"/>
            </w:pPr>
            <w:r w:rsidRPr="00EE6DD3">
              <w:rPr>
                <w:rFonts w:eastAsia="SimSun"/>
                <w:sz w:val="14"/>
              </w:rPr>
              <w:t>-0.0000</w:t>
            </w:r>
          </w:p>
        </w:tc>
        <w:tc>
          <w:tcPr>
            <w:tcW w:w="1234" w:type="dxa"/>
          </w:tcPr>
          <w:p w14:paraId="03BDDD85" w14:textId="77777777" w:rsidR="005503B4" w:rsidRPr="00EE6DD3" w:rsidRDefault="005503B4" w:rsidP="00D65017">
            <w:pPr>
              <w:jc w:val="center"/>
            </w:pPr>
            <w:r w:rsidRPr="00EE6DD3">
              <w:rPr>
                <w:rFonts w:eastAsia="SimSun"/>
                <w:sz w:val="14"/>
              </w:rPr>
              <w:t>6.12</w:t>
            </w:r>
          </w:p>
        </w:tc>
        <w:tc>
          <w:tcPr>
            <w:tcW w:w="1234" w:type="dxa"/>
          </w:tcPr>
          <w:p w14:paraId="25E7EC11" w14:textId="77777777" w:rsidR="005503B4" w:rsidRPr="00EE6DD3" w:rsidRDefault="005503B4" w:rsidP="00D65017">
            <w:pPr>
              <w:jc w:val="center"/>
            </w:pPr>
            <w:r w:rsidRPr="00EE6DD3">
              <w:rPr>
                <w:rFonts w:eastAsia="SimSun"/>
                <w:sz w:val="14"/>
              </w:rPr>
              <w:t>93.79</w:t>
            </w:r>
          </w:p>
        </w:tc>
        <w:tc>
          <w:tcPr>
            <w:tcW w:w="1234" w:type="dxa"/>
          </w:tcPr>
          <w:p w14:paraId="4D581D38" w14:textId="77777777" w:rsidR="005503B4" w:rsidRPr="00EE6DD3" w:rsidRDefault="005503B4" w:rsidP="00D65017">
            <w:pPr>
              <w:jc w:val="center"/>
            </w:pPr>
            <w:r w:rsidRPr="00EE6DD3">
              <w:rPr>
                <w:rFonts w:eastAsia="SimSun"/>
                <w:sz w:val="14"/>
              </w:rPr>
              <w:t>0.10</w:t>
            </w:r>
          </w:p>
        </w:tc>
        <w:tc>
          <w:tcPr>
            <w:tcW w:w="1234" w:type="dxa"/>
          </w:tcPr>
          <w:p w14:paraId="4865CD67" w14:textId="77777777" w:rsidR="005503B4" w:rsidRPr="00EE6DD3" w:rsidRDefault="005503B4" w:rsidP="00D65017">
            <w:pPr>
              <w:jc w:val="center"/>
            </w:pPr>
            <w:r w:rsidRPr="00EE6DD3">
              <w:rPr>
                <w:rFonts w:eastAsia="SimSun"/>
                <w:sz w:val="14"/>
              </w:rPr>
              <w:t>99992</w:t>
            </w:r>
          </w:p>
        </w:tc>
      </w:tr>
      <w:tr w:rsidR="005503B4" w:rsidRPr="00EE6DD3" w14:paraId="7F9CCA15" w14:textId="77777777" w:rsidTr="00D65017">
        <w:tc>
          <w:tcPr>
            <w:tcW w:w="1234" w:type="dxa"/>
          </w:tcPr>
          <w:p w14:paraId="19B0F8B4" w14:textId="77777777" w:rsidR="005503B4" w:rsidRPr="00EE6DD3" w:rsidRDefault="005503B4" w:rsidP="00D65017">
            <w:r w:rsidRPr="00EE6DD3">
              <w:rPr>
                <w:rFonts w:eastAsia="SimSun"/>
                <w:sz w:val="14"/>
              </w:rPr>
              <w:t>Chemistry</w:t>
            </w:r>
          </w:p>
        </w:tc>
        <w:tc>
          <w:tcPr>
            <w:tcW w:w="1234" w:type="dxa"/>
          </w:tcPr>
          <w:p w14:paraId="3541D859" w14:textId="77777777" w:rsidR="005503B4" w:rsidRPr="00EE6DD3" w:rsidRDefault="005503B4" w:rsidP="00D65017">
            <w:pPr>
              <w:jc w:val="center"/>
            </w:pPr>
            <w:r w:rsidRPr="00EE6DD3">
              <w:rPr>
                <w:rFonts w:eastAsia="SimSun"/>
                <w:sz w:val="14"/>
              </w:rPr>
              <w:t>0.0042</w:t>
            </w:r>
          </w:p>
        </w:tc>
        <w:tc>
          <w:tcPr>
            <w:tcW w:w="1234" w:type="dxa"/>
          </w:tcPr>
          <w:p w14:paraId="3A15A8B2" w14:textId="77777777" w:rsidR="005503B4" w:rsidRPr="00EE6DD3" w:rsidRDefault="005503B4" w:rsidP="00D65017">
            <w:pPr>
              <w:jc w:val="center"/>
            </w:pPr>
            <w:r w:rsidRPr="00EE6DD3">
              <w:rPr>
                <w:rFonts w:eastAsia="SimSun"/>
                <w:sz w:val="14"/>
              </w:rPr>
              <w:t>-0.0003</w:t>
            </w:r>
          </w:p>
        </w:tc>
        <w:tc>
          <w:tcPr>
            <w:tcW w:w="1234" w:type="dxa"/>
          </w:tcPr>
          <w:p w14:paraId="6BF590C0" w14:textId="77777777" w:rsidR="005503B4" w:rsidRPr="00EE6DD3" w:rsidRDefault="005503B4" w:rsidP="00D65017">
            <w:pPr>
              <w:jc w:val="center"/>
            </w:pPr>
            <w:r w:rsidRPr="00EE6DD3">
              <w:rPr>
                <w:rFonts w:eastAsia="SimSun"/>
                <w:sz w:val="14"/>
              </w:rPr>
              <w:t>5.20</w:t>
            </w:r>
          </w:p>
        </w:tc>
        <w:tc>
          <w:tcPr>
            <w:tcW w:w="1234" w:type="dxa"/>
          </w:tcPr>
          <w:p w14:paraId="46BEF8A8" w14:textId="77777777" w:rsidR="005503B4" w:rsidRPr="00EE6DD3" w:rsidRDefault="005503B4" w:rsidP="00D65017">
            <w:pPr>
              <w:jc w:val="center"/>
            </w:pPr>
            <w:r w:rsidRPr="00EE6DD3">
              <w:rPr>
                <w:rFonts w:eastAsia="SimSun"/>
                <w:sz w:val="14"/>
              </w:rPr>
              <w:t>94.53</w:t>
            </w:r>
          </w:p>
        </w:tc>
        <w:tc>
          <w:tcPr>
            <w:tcW w:w="1234" w:type="dxa"/>
          </w:tcPr>
          <w:p w14:paraId="275615E1" w14:textId="77777777" w:rsidR="005503B4" w:rsidRPr="00EE6DD3" w:rsidRDefault="005503B4" w:rsidP="00D65017">
            <w:pPr>
              <w:jc w:val="center"/>
            </w:pPr>
            <w:r w:rsidRPr="00EE6DD3">
              <w:rPr>
                <w:rFonts w:eastAsia="SimSun"/>
                <w:sz w:val="14"/>
              </w:rPr>
              <w:t>0.27</w:t>
            </w:r>
          </w:p>
        </w:tc>
        <w:tc>
          <w:tcPr>
            <w:tcW w:w="1234" w:type="dxa"/>
          </w:tcPr>
          <w:p w14:paraId="2C923234" w14:textId="77777777" w:rsidR="005503B4" w:rsidRPr="00EE6DD3" w:rsidRDefault="005503B4" w:rsidP="00D65017">
            <w:pPr>
              <w:jc w:val="center"/>
            </w:pPr>
            <w:r w:rsidRPr="00EE6DD3">
              <w:rPr>
                <w:rFonts w:eastAsia="SimSun"/>
                <w:sz w:val="14"/>
              </w:rPr>
              <w:t>99999</w:t>
            </w:r>
          </w:p>
        </w:tc>
      </w:tr>
      <w:tr w:rsidR="005503B4" w:rsidRPr="00EE6DD3" w14:paraId="1B99E891" w14:textId="77777777" w:rsidTr="00D65017">
        <w:tc>
          <w:tcPr>
            <w:tcW w:w="1234" w:type="dxa"/>
          </w:tcPr>
          <w:p w14:paraId="3D0175A0" w14:textId="77777777" w:rsidR="005503B4" w:rsidRPr="00EE6DD3" w:rsidRDefault="005503B4" w:rsidP="00D65017">
            <w:r w:rsidRPr="00EE6DD3">
              <w:rPr>
                <w:rFonts w:eastAsia="SimSun"/>
                <w:sz w:val="14"/>
              </w:rPr>
              <w:t>Geology</w:t>
            </w:r>
          </w:p>
        </w:tc>
        <w:tc>
          <w:tcPr>
            <w:tcW w:w="1234" w:type="dxa"/>
          </w:tcPr>
          <w:p w14:paraId="7C0A4779" w14:textId="77777777" w:rsidR="005503B4" w:rsidRPr="00EE6DD3" w:rsidRDefault="005503B4" w:rsidP="00D65017">
            <w:pPr>
              <w:jc w:val="center"/>
            </w:pPr>
            <w:r w:rsidRPr="00EE6DD3">
              <w:rPr>
                <w:rFonts w:eastAsia="SimSun"/>
                <w:sz w:val="14"/>
              </w:rPr>
              <w:t>0.0012</w:t>
            </w:r>
          </w:p>
        </w:tc>
        <w:tc>
          <w:tcPr>
            <w:tcW w:w="1234" w:type="dxa"/>
          </w:tcPr>
          <w:p w14:paraId="3164F0AF" w14:textId="77777777" w:rsidR="005503B4" w:rsidRPr="00EE6DD3" w:rsidRDefault="005503B4" w:rsidP="00D65017">
            <w:pPr>
              <w:jc w:val="center"/>
            </w:pPr>
            <w:r w:rsidRPr="00EE6DD3">
              <w:rPr>
                <w:rFonts w:eastAsia="SimSun"/>
                <w:sz w:val="14"/>
              </w:rPr>
              <w:t>-0.0015</w:t>
            </w:r>
          </w:p>
        </w:tc>
        <w:tc>
          <w:tcPr>
            <w:tcW w:w="1234" w:type="dxa"/>
          </w:tcPr>
          <w:p w14:paraId="0872297E" w14:textId="77777777" w:rsidR="005503B4" w:rsidRPr="00EE6DD3" w:rsidRDefault="005503B4" w:rsidP="00D65017">
            <w:pPr>
              <w:jc w:val="center"/>
            </w:pPr>
            <w:r w:rsidRPr="00EE6DD3">
              <w:rPr>
                <w:rFonts w:eastAsia="SimSun"/>
                <w:sz w:val="14"/>
              </w:rPr>
              <w:t>2.72</w:t>
            </w:r>
          </w:p>
        </w:tc>
        <w:tc>
          <w:tcPr>
            <w:tcW w:w="1234" w:type="dxa"/>
          </w:tcPr>
          <w:p w14:paraId="1EAE77EE" w14:textId="77777777" w:rsidR="005503B4" w:rsidRPr="00EE6DD3" w:rsidRDefault="005503B4" w:rsidP="00D65017">
            <w:pPr>
              <w:jc w:val="center"/>
            </w:pPr>
            <w:r w:rsidRPr="00EE6DD3">
              <w:rPr>
                <w:rFonts w:eastAsia="SimSun"/>
                <w:sz w:val="14"/>
              </w:rPr>
              <w:t>96.94</w:t>
            </w:r>
          </w:p>
        </w:tc>
        <w:tc>
          <w:tcPr>
            <w:tcW w:w="1234" w:type="dxa"/>
          </w:tcPr>
          <w:p w14:paraId="263B9EEF" w14:textId="77777777" w:rsidR="005503B4" w:rsidRPr="00EE6DD3" w:rsidRDefault="005503B4" w:rsidP="00D65017">
            <w:pPr>
              <w:jc w:val="center"/>
            </w:pPr>
            <w:r w:rsidRPr="00EE6DD3">
              <w:rPr>
                <w:rFonts w:eastAsia="SimSun"/>
                <w:sz w:val="14"/>
              </w:rPr>
              <w:t>0.33</w:t>
            </w:r>
          </w:p>
        </w:tc>
        <w:tc>
          <w:tcPr>
            <w:tcW w:w="1234" w:type="dxa"/>
          </w:tcPr>
          <w:p w14:paraId="584CF683" w14:textId="77777777" w:rsidR="005503B4" w:rsidRPr="00EE6DD3" w:rsidRDefault="005503B4" w:rsidP="00D65017">
            <w:pPr>
              <w:jc w:val="center"/>
            </w:pPr>
            <w:r w:rsidRPr="00EE6DD3">
              <w:rPr>
                <w:rFonts w:eastAsia="SimSun"/>
                <w:sz w:val="14"/>
              </w:rPr>
              <w:t>99987</w:t>
            </w:r>
          </w:p>
        </w:tc>
      </w:tr>
      <w:tr w:rsidR="005503B4" w:rsidRPr="00EE6DD3" w14:paraId="0AD3C00B" w14:textId="77777777" w:rsidTr="00D65017">
        <w:tc>
          <w:tcPr>
            <w:tcW w:w="1234" w:type="dxa"/>
          </w:tcPr>
          <w:p w14:paraId="7A7BC881" w14:textId="77777777" w:rsidR="005503B4" w:rsidRPr="00EE6DD3" w:rsidRDefault="005503B4" w:rsidP="00D65017">
            <w:r w:rsidRPr="00EE6DD3">
              <w:rPr>
                <w:rFonts w:eastAsia="SimSun"/>
                <w:sz w:val="14"/>
              </w:rPr>
              <w:t>Psychology</w:t>
            </w:r>
          </w:p>
        </w:tc>
        <w:tc>
          <w:tcPr>
            <w:tcW w:w="1234" w:type="dxa"/>
          </w:tcPr>
          <w:p w14:paraId="79C80827" w14:textId="77777777" w:rsidR="005503B4" w:rsidRPr="00EE6DD3" w:rsidRDefault="005503B4" w:rsidP="00D65017">
            <w:pPr>
              <w:jc w:val="center"/>
            </w:pPr>
            <w:r w:rsidRPr="00EE6DD3">
              <w:rPr>
                <w:rFonts w:eastAsia="SimSun"/>
                <w:sz w:val="14"/>
              </w:rPr>
              <w:t>-0.0011</w:t>
            </w:r>
          </w:p>
        </w:tc>
        <w:tc>
          <w:tcPr>
            <w:tcW w:w="1234" w:type="dxa"/>
          </w:tcPr>
          <w:p w14:paraId="09EDB3C9" w14:textId="77777777" w:rsidR="005503B4" w:rsidRPr="00EE6DD3" w:rsidRDefault="005503B4" w:rsidP="00D65017">
            <w:pPr>
              <w:jc w:val="center"/>
            </w:pPr>
            <w:r w:rsidRPr="00EE6DD3">
              <w:rPr>
                <w:rFonts w:eastAsia="SimSun"/>
                <w:sz w:val="14"/>
              </w:rPr>
              <w:t>-0.0053</w:t>
            </w:r>
          </w:p>
        </w:tc>
        <w:tc>
          <w:tcPr>
            <w:tcW w:w="1234" w:type="dxa"/>
          </w:tcPr>
          <w:p w14:paraId="7F16E3FB" w14:textId="77777777" w:rsidR="005503B4" w:rsidRPr="00EE6DD3" w:rsidRDefault="005503B4" w:rsidP="00D65017">
            <w:pPr>
              <w:jc w:val="center"/>
            </w:pPr>
            <w:r w:rsidRPr="00EE6DD3">
              <w:rPr>
                <w:rFonts w:eastAsia="SimSun"/>
                <w:sz w:val="14"/>
              </w:rPr>
              <w:t>3.32</w:t>
            </w:r>
          </w:p>
        </w:tc>
        <w:tc>
          <w:tcPr>
            <w:tcW w:w="1234" w:type="dxa"/>
          </w:tcPr>
          <w:p w14:paraId="2C351CB4" w14:textId="77777777" w:rsidR="005503B4" w:rsidRPr="00EE6DD3" w:rsidRDefault="005503B4" w:rsidP="00D65017">
            <w:pPr>
              <w:jc w:val="center"/>
            </w:pPr>
            <w:r w:rsidRPr="00EE6DD3">
              <w:rPr>
                <w:rFonts w:eastAsia="SimSun"/>
                <w:sz w:val="14"/>
              </w:rPr>
              <w:t>96.39</w:t>
            </w:r>
          </w:p>
        </w:tc>
        <w:tc>
          <w:tcPr>
            <w:tcW w:w="1234" w:type="dxa"/>
          </w:tcPr>
          <w:p w14:paraId="0C9AFD49" w14:textId="77777777" w:rsidR="005503B4" w:rsidRPr="00EE6DD3" w:rsidRDefault="005503B4" w:rsidP="00D65017">
            <w:pPr>
              <w:jc w:val="center"/>
            </w:pPr>
            <w:r w:rsidRPr="00EE6DD3">
              <w:rPr>
                <w:rFonts w:eastAsia="SimSun"/>
                <w:sz w:val="14"/>
              </w:rPr>
              <w:t>0.29</w:t>
            </w:r>
          </w:p>
        </w:tc>
        <w:tc>
          <w:tcPr>
            <w:tcW w:w="1234" w:type="dxa"/>
          </w:tcPr>
          <w:p w14:paraId="30F38F78" w14:textId="77777777" w:rsidR="005503B4" w:rsidRPr="00EE6DD3" w:rsidRDefault="005503B4" w:rsidP="00D65017">
            <w:pPr>
              <w:jc w:val="center"/>
            </w:pPr>
            <w:r w:rsidRPr="00EE6DD3">
              <w:rPr>
                <w:rFonts w:eastAsia="SimSun"/>
                <w:sz w:val="14"/>
              </w:rPr>
              <w:t>99985</w:t>
            </w:r>
          </w:p>
        </w:tc>
      </w:tr>
      <w:tr w:rsidR="005503B4" w:rsidRPr="00EE6DD3" w14:paraId="1BF89DAD" w14:textId="77777777" w:rsidTr="00D65017">
        <w:tc>
          <w:tcPr>
            <w:tcW w:w="1234" w:type="dxa"/>
          </w:tcPr>
          <w:p w14:paraId="787B2A7A" w14:textId="77777777" w:rsidR="005503B4" w:rsidRPr="00EE6DD3" w:rsidRDefault="005503B4" w:rsidP="00D65017">
            <w:r w:rsidRPr="00EE6DD3">
              <w:rPr>
                <w:rFonts w:eastAsia="SimSun"/>
                <w:sz w:val="14"/>
              </w:rPr>
              <w:t>Environmental science</w:t>
            </w:r>
          </w:p>
        </w:tc>
        <w:tc>
          <w:tcPr>
            <w:tcW w:w="1234" w:type="dxa"/>
          </w:tcPr>
          <w:p w14:paraId="28198B46" w14:textId="77777777" w:rsidR="005503B4" w:rsidRPr="00EE6DD3" w:rsidRDefault="005503B4" w:rsidP="00D65017">
            <w:pPr>
              <w:jc w:val="center"/>
            </w:pPr>
            <w:r w:rsidRPr="00EE6DD3">
              <w:rPr>
                <w:rFonts w:eastAsia="SimSun"/>
                <w:sz w:val="14"/>
              </w:rPr>
              <w:t>-0.0015</w:t>
            </w:r>
          </w:p>
        </w:tc>
        <w:tc>
          <w:tcPr>
            <w:tcW w:w="1234" w:type="dxa"/>
          </w:tcPr>
          <w:p w14:paraId="7700C721" w14:textId="77777777" w:rsidR="005503B4" w:rsidRPr="00EE6DD3" w:rsidRDefault="005503B4" w:rsidP="00D65017">
            <w:pPr>
              <w:jc w:val="center"/>
            </w:pPr>
            <w:r w:rsidRPr="00EE6DD3">
              <w:rPr>
                <w:rFonts w:eastAsia="SimSun"/>
                <w:sz w:val="14"/>
              </w:rPr>
              <w:t>-0.0061</w:t>
            </w:r>
          </w:p>
        </w:tc>
        <w:tc>
          <w:tcPr>
            <w:tcW w:w="1234" w:type="dxa"/>
          </w:tcPr>
          <w:p w14:paraId="73E440DC" w14:textId="77777777" w:rsidR="005503B4" w:rsidRPr="00EE6DD3" w:rsidRDefault="005503B4" w:rsidP="00D65017">
            <w:pPr>
              <w:jc w:val="center"/>
            </w:pPr>
            <w:r w:rsidRPr="00EE6DD3">
              <w:rPr>
                <w:rFonts w:eastAsia="SimSun"/>
                <w:sz w:val="14"/>
              </w:rPr>
              <w:t>3.97</w:t>
            </w:r>
          </w:p>
        </w:tc>
        <w:tc>
          <w:tcPr>
            <w:tcW w:w="1234" w:type="dxa"/>
          </w:tcPr>
          <w:p w14:paraId="16992C23" w14:textId="77777777" w:rsidR="005503B4" w:rsidRPr="00EE6DD3" w:rsidRDefault="005503B4" w:rsidP="00D65017">
            <w:pPr>
              <w:jc w:val="center"/>
            </w:pPr>
            <w:r w:rsidRPr="00EE6DD3">
              <w:rPr>
                <w:rFonts w:eastAsia="SimSun"/>
                <w:sz w:val="14"/>
              </w:rPr>
              <w:t>95.48</w:t>
            </w:r>
          </w:p>
        </w:tc>
        <w:tc>
          <w:tcPr>
            <w:tcW w:w="1234" w:type="dxa"/>
          </w:tcPr>
          <w:p w14:paraId="0D3F0A11" w14:textId="77777777" w:rsidR="005503B4" w:rsidRPr="00EE6DD3" w:rsidRDefault="005503B4" w:rsidP="00D65017">
            <w:pPr>
              <w:jc w:val="center"/>
            </w:pPr>
            <w:r w:rsidRPr="00EE6DD3">
              <w:rPr>
                <w:rFonts w:eastAsia="SimSun"/>
                <w:sz w:val="14"/>
              </w:rPr>
              <w:t>0.55</w:t>
            </w:r>
          </w:p>
        </w:tc>
        <w:tc>
          <w:tcPr>
            <w:tcW w:w="1234" w:type="dxa"/>
          </w:tcPr>
          <w:p w14:paraId="4671EF5D" w14:textId="77777777" w:rsidR="005503B4" w:rsidRPr="00EE6DD3" w:rsidRDefault="005503B4" w:rsidP="00D65017">
            <w:pPr>
              <w:jc w:val="center"/>
            </w:pPr>
            <w:r w:rsidRPr="00EE6DD3">
              <w:rPr>
                <w:rFonts w:eastAsia="SimSun"/>
                <w:sz w:val="14"/>
              </w:rPr>
              <w:t>99998</w:t>
            </w:r>
          </w:p>
        </w:tc>
      </w:tr>
      <w:tr w:rsidR="005503B4" w:rsidRPr="00EE6DD3" w14:paraId="7240D638" w14:textId="77777777" w:rsidTr="00D65017">
        <w:tc>
          <w:tcPr>
            <w:tcW w:w="1234" w:type="dxa"/>
          </w:tcPr>
          <w:p w14:paraId="2BC5B5FD" w14:textId="77777777" w:rsidR="005503B4" w:rsidRPr="00EE6DD3" w:rsidRDefault="005503B4" w:rsidP="00D65017">
            <w:r w:rsidRPr="00EE6DD3">
              <w:rPr>
                <w:rFonts w:eastAsia="SimSun"/>
                <w:sz w:val="14"/>
              </w:rPr>
              <w:t>Mathematics</w:t>
            </w:r>
          </w:p>
        </w:tc>
        <w:tc>
          <w:tcPr>
            <w:tcW w:w="1234" w:type="dxa"/>
          </w:tcPr>
          <w:p w14:paraId="5AE370F7" w14:textId="77777777" w:rsidR="005503B4" w:rsidRPr="00EE6DD3" w:rsidRDefault="005503B4" w:rsidP="00D65017">
            <w:pPr>
              <w:jc w:val="center"/>
            </w:pPr>
            <w:r w:rsidRPr="00EE6DD3">
              <w:rPr>
                <w:rFonts w:eastAsia="SimSun"/>
                <w:sz w:val="14"/>
              </w:rPr>
              <w:t>-0.0018</w:t>
            </w:r>
          </w:p>
        </w:tc>
        <w:tc>
          <w:tcPr>
            <w:tcW w:w="1234" w:type="dxa"/>
          </w:tcPr>
          <w:p w14:paraId="6271AD90" w14:textId="77777777" w:rsidR="005503B4" w:rsidRPr="00EE6DD3" w:rsidRDefault="005503B4" w:rsidP="00D65017">
            <w:pPr>
              <w:jc w:val="center"/>
            </w:pPr>
            <w:r w:rsidRPr="00EE6DD3">
              <w:rPr>
                <w:rFonts w:eastAsia="SimSun"/>
                <w:sz w:val="14"/>
              </w:rPr>
              <w:t>-0.0021</w:t>
            </w:r>
          </w:p>
        </w:tc>
        <w:tc>
          <w:tcPr>
            <w:tcW w:w="1234" w:type="dxa"/>
          </w:tcPr>
          <w:p w14:paraId="3E1C547D" w14:textId="77777777" w:rsidR="005503B4" w:rsidRPr="00EE6DD3" w:rsidRDefault="005503B4" w:rsidP="00D65017">
            <w:pPr>
              <w:jc w:val="center"/>
            </w:pPr>
            <w:r w:rsidRPr="00EE6DD3">
              <w:rPr>
                <w:rFonts w:eastAsia="SimSun"/>
                <w:sz w:val="14"/>
              </w:rPr>
              <w:t>0.26</w:t>
            </w:r>
          </w:p>
        </w:tc>
        <w:tc>
          <w:tcPr>
            <w:tcW w:w="1234" w:type="dxa"/>
          </w:tcPr>
          <w:p w14:paraId="5FE21DD1" w14:textId="77777777" w:rsidR="005503B4" w:rsidRPr="00EE6DD3" w:rsidRDefault="005503B4" w:rsidP="00D65017">
            <w:pPr>
              <w:jc w:val="center"/>
            </w:pPr>
            <w:r w:rsidRPr="00EE6DD3">
              <w:rPr>
                <w:rFonts w:eastAsia="SimSun"/>
                <w:sz w:val="14"/>
              </w:rPr>
              <w:t>99.57</w:t>
            </w:r>
          </w:p>
        </w:tc>
        <w:tc>
          <w:tcPr>
            <w:tcW w:w="1234" w:type="dxa"/>
          </w:tcPr>
          <w:p w14:paraId="009ED60A" w14:textId="77777777" w:rsidR="005503B4" w:rsidRPr="00EE6DD3" w:rsidRDefault="005503B4" w:rsidP="00D65017">
            <w:pPr>
              <w:jc w:val="center"/>
            </w:pPr>
            <w:r w:rsidRPr="00EE6DD3">
              <w:rPr>
                <w:rFonts w:eastAsia="SimSun"/>
                <w:sz w:val="14"/>
              </w:rPr>
              <w:t>0.17</w:t>
            </w:r>
          </w:p>
        </w:tc>
        <w:tc>
          <w:tcPr>
            <w:tcW w:w="1234" w:type="dxa"/>
          </w:tcPr>
          <w:p w14:paraId="6885DB74" w14:textId="77777777" w:rsidR="005503B4" w:rsidRPr="00EE6DD3" w:rsidRDefault="005503B4" w:rsidP="00D65017">
            <w:pPr>
              <w:jc w:val="center"/>
            </w:pPr>
            <w:r w:rsidRPr="00EE6DD3">
              <w:rPr>
                <w:rFonts w:eastAsia="SimSun"/>
                <w:sz w:val="14"/>
              </w:rPr>
              <w:t>99728</w:t>
            </w:r>
          </w:p>
        </w:tc>
      </w:tr>
      <w:tr w:rsidR="005503B4" w:rsidRPr="00EE6DD3" w14:paraId="0832F359" w14:textId="77777777" w:rsidTr="00D65017">
        <w:tc>
          <w:tcPr>
            <w:tcW w:w="1234" w:type="dxa"/>
          </w:tcPr>
          <w:p w14:paraId="3C6708EC" w14:textId="77777777" w:rsidR="005503B4" w:rsidRPr="00EE6DD3" w:rsidRDefault="005503B4" w:rsidP="00D65017">
            <w:r w:rsidRPr="00EE6DD3">
              <w:rPr>
                <w:rFonts w:eastAsia="SimSun"/>
                <w:sz w:val="14"/>
              </w:rPr>
              <w:t>Physics</w:t>
            </w:r>
          </w:p>
        </w:tc>
        <w:tc>
          <w:tcPr>
            <w:tcW w:w="1234" w:type="dxa"/>
          </w:tcPr>
          <w:p w14:paraId="57CE12D6" w14:textId="77777777" w:rsidR="005503B4" w:rsidRPr="00EE6DD3" w:rsidRDefault="005503B4" w:rsidP="00D65017">
            <w:pPr>
              <w:jc w:val="center"/>
            </w:pPr>
            <w:r w:rsidRPr="00EE6DD3">
              <w:rPr>
                <w:rFonts w:eastAsia="SimSun"/>
                <w:sz w:val="14"/>
              </w:rPr>
              <w:t>-0.0054</w:t>
            </w:r>
          </w:p>
        </w:tc>
        <w:tc>
          <w:tcPr>
            <w:tcW w:w="1234" w:type="dxa"/>
          </w:tcPr>
          <w:p w14:paraId="17B57210" w14:textId="77777777" w:rsidR="005503B4" w:rsidRPr="00EE6DD3" w:rsidRDefault="005503B4" w:rsidP="00D65017">
            <w:pPr>
              <w:jc w:val="center"/>
            </w:pPr>
            <w:r w:rsidRPr="00EE6DD3">
              <w:rPr>
                <w:rFonts w:eastAsia="SimSun"/>
                <w:sz w:val="14"/>
              </w:rPr>
              <w:t>-0.0051</w:t>
            </w:r>
          </w:p>
        </w:tc>
        <w:tc>
          <w:tcPr>
            <w:tcW w:w="1234" w:type="dxa"/>
          </w:tcPr>
          <w:p w14:paraId="26E58CE2" w14:textId="77777777" w:rsidR="005503B4" w:rsidRPr="00EE6DD3" w:rsidRDefault="005503B4" w:rsidP="00D65017">
            <w:pPr>
              <w:jc w:val="center"/>
            </w:pPr>
            <w:r w:rsidRPr="00EE6DD3">
              <w:rPr>
                <w:rFonts w:eastAsia="SimSun"/>
                <w:sz w:val="14"/>
              </w:rPr>
              <w:t>0.10</w:t>
            </w:r>
          </w:p>
        </w:tc>
        <w:tc>
          <w:tcPr>
            <w:tcW w:w="1234" w:type="dxa"/>
          </w:tcPr>
          <w:p w14:paraId="4F5A6F00" w14:textId="77777777" w:rsidR="005503B4" w:rsidRPr="00EE6DD3" w:rsidRDefault="005503B4" w:rsidP="00D65017">
            <w:pPr>
              <w:jc w:val="center"/>
            </w:pPr>
            <w:r w:rsidRPr="00EE6DD3">
              <w:rPr>
                <w:rFonts w:eastAsia="SimSun"/>
                <w:sz w:val="14"/>
              </w:rPr>
              <w:t>99.54</w:t>
            </w:r>
          </w:p>
        </w:tc>
        <w:tc>
          <w:tcPr>
            <w:tcW w:w="1234" w:type="dxa"/>
          </w:tcPr>
          <w:p w14:paraId="5B6135FB" w14:textId="77777777" w:rsidR="005503B4" w:rsidRPr="00EE6DD3" w:rsidRDefault="005503B4" w:rsidP="00D65017">
            <w:pPr>
              <w:jc w:val="center"/>
            </w:pPr>
            <w:r w:rsidRPr="00EE6DD3">
              <w:rPr>
                <w:rFonts w:eastAsia="SimSun"/>
                <w:sz w:val="14"/>
              </w:rPr>
              <w:t>0.36</w:t>
            </w:r>
          </w:p>
        </w:tc>
        <w:tc>
          <w:tcPr>
            <w:tcW w:w="1234" w:type="dxa"/>
          </w:tcPr>
          <w:p w14:paraId="3B60B600" w14:textId="77777777" w:rsidR="005503B4" w:rsidRPr="00EE6DD3" w:rsidRDefault="005503B4" w:rsidP="00D65017">
            <w:pPr>
              <w:jc w:val="center"/>
            </w:pPr>
            <w:r w:rsidRPr="00EE6DD3">
              <w:rPr>
                <w:rFonts w:eastAsia="SimSun"/>
                <w:sz w:val="14"/>
              </w:rPr>
              <w:t>99997</w:t>
            </w:r>
          </w:p>
        </w:tc>
      </w:tr>
      <w:tr w:rsidR="005503B4" w:rsidRPr="00EE6DD3" w14:paraId="14320EA5" w14:textId="77777777" w:rsidTr="00D65017">
        <w:tc>
          <w:tcPr>
            <w:tcW w:w="1234" w:type="dxa"/>
          </w:tcPr>
          <w:p w14:paraId="25AE4C8A" w14:textId="77777777" w:rsidR="005503B4" w:rsidRPr="00EE6DD3" w:rsidRDefault="005503B4" w:rsidP="00D65017">
            <w:r w:rsidRPr="00EE6DD3">
              <w:rPr>
                <w:rFonts w:eastAsia="SimSun"/>
                <w:sz w:val="14"/>
              </w:rPr>
              <w:t>Computer science</w:t>
            </w:r>
          </w:p>
        </w:tc>
        <w:tc>
          <w:tcPr>
            <w:tcW w:w="1234" w:type="dxa"/>
          </w:tcPr>
          <w:p w14:paraId="2ABB0E3F" w14:textId="77777777" w:rsidR="005503B4" w:rsidRPr="00EE6DD3" w:rsidRDefault="005503B4" w:rsidP="00D65017">
            <w:pPr>
              <w:jc w:val="center"/>
            </w:pPr>
            <w:r w:rsidRPr="00EE6DD3">
              <w:rPr>
                <w:rFonts w:eastAsia="SimSun"/>
                <w:sz w:val="14"/>
              </w:rPr>
              <w:t>-0.0129</w:t>
            </w:r>
          </w:p>
        </w:tc>
        <w:tc>
          <w:tcPr>
            <w:tcW w:w="1234" w:type="dxa"/>
          </w:tcPr>
          <w:p w14:paraId="651E3EA2" w14:textId="77777777" w:rsidR="005503B4" w:rsidRPr="00EE6DD3" w:rsidRDefault="005503B4" w:rsidP="00D65017">
            <w:pPr>
              <w:jc w:val="center"/>
            </w:pPr>
            <w:r w:rsidRPr="00EE6DD3">
              <w:rPr>
                <w:rFonts w:eastAsia="SimSun"/>
                <w:sz w:val="14"/>
              </w:rPr>
              <w:t>-0.0163</w:t>
            </w:r>
          </w:p>
        </w:tc>
        <w:tc>
          <w:tcPr>
            <w:tcW w:w="1234" w:type="dxa"/>
          </w:tcPr>
          <w:p w14:paraId="5455AC16" w14:textId="77777777" w:rsidR="005503B4" w:rsidRPr="00EE6DD3" w:rsidRDefault="005503B4" w:rsidP="00D65017">
            <w:pPr>
              <w:jc w:val="center"/>
            </w:pPr>
            <w:r w:rsidRPr="00EE6DD3">
              <w:rPr>
                <w:rFonts w:eastAsia="SimSun"/>
                <w:sz w:val="14"/>
              </w:rPr>
              <w:t>1.56</w:t>
            </w:r>
          </w:p>
        </w:tc>
        <w:tc>
          <w:tcPr>
            <w:tcW w:w="1234" w:type="dxa"/>
          </w:tcPr>
          <w:p w14:paraId="75B79CA9" w14:textId="77777777" w:rsidR="005503B4" w:rsidRPr="00EE6DD3" w:rsidRDefault="005503B4" w:rsidP="00D65017">
            <w:pPr>
              <w:jc w:val="center"/>
            </w:pPr>
            <w:r w:rsidRPr="00EE6DD3">
              <w:rPr>
                <w:rFonts w:eastAsia="SimSun"/>
                <w:sz w:val="14"/>
              </w:rPr>
              <w:t>95.33</w:t>
            </w:r>
          </w:p>
        </w:tc>
        <w:tc>
          <w:tcPr>
            <w:tcW w:w="1234" w:type="dxa"/>
          </w:tcPr>
          <w:p w14:paraId="2001E2FA" w14:textId="77777777" w:rsidR="005503B4" w:rsidRPr="00EE6DD3" w:rsidRDefault="005503B4" w:rsidP="00D65017">
            <w:pPr>
              <w:jc w:val="center"/>
            </w:pPr>
            <w:r w:rsidRPr="00EE6DD3">
              <w:rPr>
                <w:rFonts w:eastAsia="SimSun"/>
                <w:sz w:val="14"/>
              </w:rPr>
              <w:t>3.11</w:t>
            </w:r>
          </w:p>
        </w:tc>
        <w:tc>
          <w:tcPr>
            <w:tcW w:w="1234" w:type="dxa"/>
          </w:tcPr>
          <w:p w14:paraId="036D53BC" w14:textId="77777777" w:rsidR="005503B4" w:rsidRPr="00EE6DD3" w:rsidRDefault="005503B4" w:rsidP="00D65017">
            <w:pPr>
              <w:jc w:val="center"/>
            </w:pPr>
            <w:r w:rsidRPr="00EE6DD3">
              <w:rPr>
                <w:rFonts w:eastAsia="SimSun"/>
                <w:sz w:val="14"/>
              </w:rPr>
              <w:t>99993</w:t>
            </w:r>
          </w:p>
        </w:tc>
      </w:tr>
      <w:tr w:rsidR="005503B4" w:rsidRPr="00EE6DD3" w14:paraId="2A2857B9" w14:textId="77777777" w:rsidTr="00D65017">
        <w:tc>
          <w:tcPr>
            <w:tcW w:w="1234" w:type="dxa"/>
          </w:tcPr>
          <w:p w14:paraId="5F687E05" w14:textId="77777777" w:rsidR="005503B4" w:rsidRPr="00EE6DD3" w:rsidRDefault="005503B4" w:rsidP="00D65017">
            <w:r w:rsidRPr="00EE6DD3">
              <w:rPr>
                <w:rFonts w:eastAsia="SimSun"/>
                <w:sz w:val="14"/>
              </w:rPr>
              <w:t>Materials science</w:t>
            </w:r>
          </w:p>
        </w:tc>
        <w:tc>
          <w:tcPr>
            <w:tcW w:w="1234" w:type="dxa"/>
          </w:tcPr>
          <w:p w14:paraId="46B77ADB" w14:textId="77777777" w:rsidR="005503B4" w:rsidRPr="00EE6DD3" w:rsidRDefault="005503B4" w:rsidP="00D65017">
            <w:pPr>
              <w:jc w:val="center"/>
            </w:pPr>
            <w:r w:rsidRPr="00EE6DD3">
              <w:rPr>
                <w:rFonts w:eastAsia="SimSun"/>
                <w:sz w:val="14"/>
              </w:rPr>
              <w:t>-0.0154</w:t>
            </w:r>
          </w:p>
        </w:tc>
        <w:tc>
          <w:tcPr>
            <w:tcW w:w="1234" w:type="dxa"/>
          </w:tcPr>
          <w:p w14:paraId="07F0F2C3" w14:textId="77777777" w:rsidR="005503B4" w:rsidRPr="00EE6DD3" w:rsidRDefault="005503B4" w:rsidP="00D65017">
            <w:pPr>
              <w:jc w:val="center"/>
            </w:pPr>
            <w:r w:rsidRPr="00EE6DD3">
              <w:rPr>
                <w:rFonts w:eastAsia="SimSun"/>
                <w:sz w:val="14"/>
              </w:rPr>
              <w:t>-0.0178</w:t>
            </w:r>
          </w:p>
        </w:tc>
        <w:tc>
          <w:tcPr>
            <w:tcW w:w="1234" w:type="dxa"/>
          </w:tcPr>
          <w:p w14:paraId="419DD617" w14:textId="77777777" w:rsidR="005503B4" w:rsidRPr="00EE6DD3" w:rsidRDefault="005503B4" w:rsidP="00D65017">
            <w:pPr>
              <w:jc w:val="center"/>
            </w:pPr>
            <w:r w:rsidRPr="00EE6DD3">
              <w:rPr>
                <w:rFonts w:eastAsia="SimSun"/>
                <w:sz w:val="14"/>
              </w:rPr>
              <w:t>1.76</w:t>
            </w:r>
          </w:p>
        </w:tc>
        <w:tc>
          <w:tcPr>
            <w:tcW w:w="1234" w:type="dxa"/>
          </w:tcPr>
          <w:p w14:paraId="5F2B137C" w14:textId="77777777" w:rsidR="005503B4" w:rsidRPr="00EE6DD3" w:rsidRDefault="005503B4" w:rsidP="00D65017">
            <w:pPr>
              <w:jc w:val="center"/>
            </w:pPr>
            <w:r w:rsidRPr="00EE6DD3">
              <w:rPr>
                <w:rFonts w:eastAsia="SimSun"/>
                <w:sz w:val="14"/>
              </w:rPr>
              <w:t>88.93</w:t>
            </w:r>
          </w:p>
        </w:tc>
        <w:tc>
          <w:tcPr>
            <w:tcW w:w="1234" w:type="dxa"/>
          </w:tcPr>
          <w:p w14:paraId="129761CD" w14:textId="77777777" w:rsidR="005503B4" w:rsidRPr="00EE6DD3" w:rsidRDefault="005503B4" w:rsidP="00D65017">
            <w:pPr>
              <w:jc w:val="center"/>
            </w:pPr>
            <w:r w:rsidRPr="00EE6DD3">
              <w:rPr>
                <w:rFonts w:eastAsia="SimSun"/>
                <w:sz w:val="14"/>
              </w:rPr>
              <w:t>9.31</w:t>
            </w:r>
          </w:p>
        </w:tc>
        <w:tc>
          <w:tcPr>
            <w:tcW w:w="1234" w:type="dxa"/>
          </w:tcPr>
          <w:p w14:paraId="548FC293" w14:textId="77777777" w:rsidR="005503B4" w:rsidRPr="00EE6DD3" w:rsidRDefault="005503B4" w:rsidP="00D65017">
            <w:pPr>
              <w:jc w:val="center"/>
            </w:pPr>
            <w:r w:rsidRPr="00EE6DD3">
              <w:rPr>
                <w:rFonts w:eastAsia="SimSun"/>
                <w:sz w:val="14"/>
              </w:rPr>
              <w:t>99998</w:t>
            </w:r>
          </w:p>
        </w:tc>
      </w:tr>
      <w:tr w:rsidR="005503B4" w:rsidRPr="00EE6DD3" w14:paraId="3FE845EB" w14:textId="77777777" w:rsidTr="00D65017">
        <w:tc>
          <w:tcPr>
            <w:tcW w:w="1234" w:type="dxa"/>
            <w:tcBorders>
              <w:bottom w:val="single" w:sz="4" w:space="0" w:color="000000"/>
            </w:tcBorders>
          </w:tcPr>
          <w:p w14:paraId="68BA1145" w14:textId="77777777" w:rsidR="005503B4" w:rsidRPr="00EE6DD3" w:rsidRDefault="005503B4" w:rsidP="00D65017">
            <w:r w:rsidRPr="00EE6DD3">
              <w:rPr>
                <w:rFonts w:eastAsia="SimSun"/>
                <w:sz w:val="14"/>
              </w:rPr>
              <w:t>Engineering</w:t>
            </w:r>
          </w:p>
        </w:tc>
        <w:tc>
          <w:tcPr>
            <w:tcW w:w="1234" w:type="dxa"/>
            <w:tcBorders>
              <w:bottom w:val="single" w:sz="4" w:space="0" w:color="000000"/>
            </w:tcBorders>
          </w:tcPr>
          <w:p w14:paraId="453585B1" w14:textId="77777777" w:rsidR="005503B4" w:rsidRPr="00EE6DD3" w:rsidRDefault="005503B4" w:rsidP="00D65017">
            <w:pPr>
              <w:jc w:val="center"/>
            </w:pPr>
            <w:r w:rsidRPr="00EE6DD3">
              <w:rPr>
                <w:rFonts w:eastAsia="SimSun"/>
                <w:sz w:val="14"/>
              </w:rPr>
              <w:t>-0.0224</w:t>
            </w:r>
          </w:p>
        </w:tc>
        <w:tc>
          <w:tcPr>
            <w:tcW w:w="1234" w:type="dxa"/>
            <w:tcBorders>
              <w:bottom w:val="single" w:sz="4" w:space="0" w:color="000000"/>
            </w:tcBorders>
          </w:tcPr>
          <w:p w14:paraId="3156BA48" w14:textId="77777777" w:rsidR="005503B4" w:rsidRPr="00EE6DD3" w:rsidRDefault="005503B4" w:rsidP="00D65017">
            <w:pPr>
              <w:jc w:val="center"/>
            </w:pPr>
            <w:r w:rsidRPr="00EE6DD3">
              <w:rPr>
                <w:rFonts w:eastAsia="SimSun"/>
                <w:sz w:val="14"/>
              </w:rPr>
              <w:t>-0.0270</w:t>
            </w:r>
          </w:p>
        </w:tc>
        <w:tc>
          <w:tcPr>
            <w:tcW w:w="1234" w:type="dxa"/>
            <w:tcBorders>
              <w:bottom w:val="single" w:sz="4" w:space="0" w:color="000000"/>
            </w:tcBorders>
          </w:tcPr>
          <w:p w14:paraId="673533F8" w14:textId="77777777" w:rsidR="005503B4" w:rsidRPr="00EE6DD3" w:rsidRDefault="005503B4" w:rsidP="00D65017">
            <w:pPr>
              <w:jc w:val="center"/>
            </w:pPr>
            <w:r w:rsidRPr="00EE6DD3">
              <w:rPr>
                <w:rFonts w:eastAsia="SimSun"/>
                <w:sz w:val="14"/>
              </w:rPr>
              <w:t>1.78</w:t>
            </w:r>
          </w:p>
        </w:tc>
        <w:tc>
          <w:tcPr>
            <w:tcW w:w="1234" w:type="dxa"/>
            <w:tcBorders>
              <w:bottom w:val="single" w:sz="4" w:space="0" w:color="000000"/>
            </w:tcBorders>
          </w:tcPr>
          <w:p w14:paraId="7F17ACCC" w14:textId="77777777" w:rsidR="005503B4" w:rsidRPr="00EE6DD3" w:rsidRDefault="005503B4" w:rsidP="00D65017">
            <w:pPr>
              <w:jc w:val="center"/>
            </w:pPr>
            <w:r w:rsidRPr="00EE6DD3">
              <w:rPr>
                <w:rFonts w:eastAsia="SimSun"/>
                <w:sz w:val="14"/>
              </w:rPr>
              <w:t>83.58</w:t>
            </w:r>
          </w:p>
        </w:tc>
        <w:tc>
          <w:tcPr>
            <w:tcW w:w="1234" w:type="dxa"/>
            <w:tcBorders>
              <w:bottom w:val="single" w:sz="4" w:space="0" w:color="000000"/>
            </w:tcBorders>
          </w:tcPr>
          <w:p w14:paraId="4A4D0A0A" w14:textId="77777777" w:rsidR="005503B4" w:rsidRPr="00EE6DD3" w:rsidRDefault="005503B4" w:rsidP="00D65017">
            <w:pPr>
              <w:jc w:val="center"/>
            </w:pPr>
            <w:r w:rsidRPr="00EE6DD3">
              <w:rPr>
                <w:rFonts w:eastAsia="SimSun"/>
                <w:sz w:val="14"/>
              </w:rPr>
              <w:t>14.64</w:t>
            </w:r>
          </w:p>
        </w:tc>
        <w:tc>
          <w:tcPr>
            <w:tcW w:w="1234" w:type="dxa"/>
            <w:tcBorders>
              <w:bottom w:val="single" w:sz="4" w:space="0" w:color="000000"/>
            </w:tcBorders>
          </w:tcPr>
          <w:p w14:paraId="08870C1C" w14:textId="77777777" w:rsidR="005503B4" w:rsidRPr="00EE6DD3" w:rsidRDefault="005503B4" w:rsidP="00D65017">
            <w:pPr>
              <w:jc w:val="center"/>
            </w:pPr>
            <w:r w:rsidRPr="00EE6DD3">
              <w:rPr>
                <w:rFonts w:eastAsia="SimSun"/>
                <w:sz w:val="14"/>
              </w:rPr>
              <w:t>99998</w:t>
            </w:r>
          </w:p>
        </w:tc>
      </w:tr>
    </w:tbl>
    <w:p w14:paraId="4CCF279B" w14:textId="77777777" w:rsidR="005503B4" w:rsidRPr="00EE6DD3" w:rsidRDefault="005503B4" w:rsidP="005503B4">
      <w:pPr>
        <w:pStyle w:val="Caption"/>
        <w:rPr>
          <w:color w:val="auto"/>
        </w:rPr>
      </w:pPr>
      <w:r w:rsidRPr="00EE6DD3">
        <w:rPr>
          <w:b w:val="0"/>
          <w:color w:val="auto"/>
          <w:sz w:val="20"/>
        </w:rPr>
        <w:t>Table S4E. Country-level extremes in model-implied relative preference.</w:t>
      </w:r>
    </w:p>
    <w:tbl>
      <w:tblPr>
        <w:tblStyle w:val="PaperFormat"/>
        <w:tblW w:w="0" w:type="auto"/>
        <w:tblLook w:val="04A0" w:firstRow="1" w:lastRow="0" w:firstColumn="1" w:lastColumn="0" w:noHBand="0" w:noVBand="1"/>
      </w:tblPr>
      <w:tblGrid>
        <w:gridCol w:w="1078"/>
        <w:gridCol w:w="1078"/>
        <w:gridCol w:w="1079"/>
        <w:gridCol w:w="1079"/>
        <w:gridCol w:w="1079"/>
        <w:gridCol w:w="1079"/>
        <w:gridCol w:w="1079"/>
        <w:gridCol w:w="1079"/>
      </w:tblGrid>
      <w:tr w:rsidR="005503B4" w:rsidRPr="00EE6DD3" w14:paraId="68359B58" w14:textId="77777777" w:rsidTr="00D65017">
        <w:tc>
          <w:tcPr>
            <w:tcW w:w="1080" w:type="dxa"/>
          </w:tcPr>
          <w:p w14:paraId="422F39FA" w14:textId="77777777" w:rsidR="005503B4" w:rsidRPr="00EE6DD3" w:rsidRDefault="005503B4" w:rsidP="00D65017">
            <w:r w:rsidRPr="00EE6DD3">
              <w:rPr>
                <w:rFonts w:eastAsia="SimSun"/>
                <w:b/>
                <w:sz w:val="14"/>
              </w:rPr>
              <w:t>Group</w:t>
            </w:r>
          </w:p>
        </w:tc>
        <w:tc>
          <w:tcPr>
            <w:tcW w:w="1080" w:type="dxa"/>
          </w:tcPr>
          <w:p w14:paraId="28D00F67" w14:textId="77777777" w:rsidR="005503B4" w:rsidRPr="00EE6DD3" w:rsidRDefault="005503B4" w:rsidP="00D65017">
            <w:r w:rsidRPr="00EE6DD3">
              <w:rPr>
                <w:rFonts w:eastAsia="SimSun"/>
                <w:b/>
                <w:sz w:val="14"/>
              </w:rPr>
              <w:t>Country</w:t>
            </w:r>
          </w:p>
        </w:tc>
        <w:tc>
          <w:tcPr>
            <w:tcW w:w="1080" w:type="dxa"/>
          </w:tcPr>
          <w:p w14:paraId="50EBA541" w14:textId="77777777" w:rsidR="005503B4" w:rsidRPr="00EE6DD3" w:rsidRDefault="005503B4" w:rsidP="00D65017">
            <w:pPr>
              <w:jc w:val="center"/>
            </w:pPr>
            <w:r w:rsidRPr="00EE6DD3">
              <w:rPr>
                <w:rFonts w:eastAsia="SimSun"/>
                <w:b/>
                <w:sz w:val="14"/>
              </w:rPr>
              <w:t>Mean delta_hat</w:t>
            </w:r>
          </w:p>
        </w:tc>
        <w:tc>
          <w:tcPr>
            <w:tcW w:w="1080" w:type="dxa"/>
          </w:tcPr>
          <w:p w14:paraId="7B2F8959" w14:textId="77777777" w:rsidR="005503B4" w:rsidRPr="00EE6DD3" w:rsidRDefault="005503B4" w:rsidP="00D65017">
            <w:pPr>
              <w:jc w:val="center"/>
            </w:pPr>
            <w:r w:rsidRPr="00EE6DD3">
              <w:rPr>
                <w:rFonts w:eastAsia="SimSun"/>
                <w:b/>
                <w:sz w:val="14"/>
              </w:rPr>
              <w:t>Median delta_hat</w:t>
            </w:r>
          </w:p>
        </w:tc>
        <w:tc>
          <w:tcPr>
            <w:tcW w:w="1080" w:type="dxa"/>
          </w:tcPr>
          <w:p w14:paraId="69B51A42" w14:textId="77777777" w:rsidR="005503B4" w:rsidRPr="00EE6DD3" w:rsidRDefault="005503B4" w:rsidP="00D65017">
            <w:pPr>
              <w:jc w:val="center"/>
            </w:pPr>
            <w:r w:rsidRPr="00EE6DD3">
              <w:rPr>
                <w:rFonts w:eastAsia="SimSun"/>
                <w:b/>
                <w:sz w:val="14"/>
              </w:rPr>
              <w:t>Prefer Aurora %</w:t>
            </w:r>
          </w:p>
        </w:tc>
        <w:tc>
          <w:tcPr>
            <w:tcW w:w="1080" w:type="dxa"/>
          </w:tcPr>
          <w:p w14:paraId="63BD4AA3" w14:textId="77777777" w:rsidR="005503B4" w:rsidRPr="00EE6DD3" w:rsidRDefault="005503B4" w:rsidP="00D65017">
            <w:pPr>
              <w:jc w:val="center"/>
            </w:pPr>
            <w:r w:rsidRPr="00EE6DD3">
              <w:rPr>
                <w:rFonts w:eastAsia="SimSun"/>
                <w:b/>
                <w:sz w:val="14"/>
              </w:rPr>
              <w:t>Neutral %</w:t>
            </w:r>
          </w:p>
        </w:tc>
        <w:tc>
          <w:tcPr>
            <w:tcW w:w="1080" w:type="dxa"/>
          </w:tcPr>
          <w:p w14:paraId="6FE5484C" w14:textId="77777777" w:rsidR="005503B4" w:rsidRPr="00EE6DD3" w:rsidRDefault="005503B4" w:rsidP="00D65017">
            <w:pPr>
              <w:jc w:val="center"/>
            </w:pPr>
            <w:r w:rsidRPr="00EE6DD3">
              <w:rPr>
                <w:rFonts w:eastAsia="SimSun"/>
                <w:b/>
                <w:sz w:val="14"/>
              </w:rPr>
              <w:t>Prefer Elsevier %</w:t>
            </w:r>
          </w:p>
        </w:tc>
        <w:tc>
          <w:tcPr>
            <w:tcW w:w="1080" w:type="dxa"/>
          </w:tcPr>
          <w:p w14:paraId="4A1379D4" w14:textId="77777777" w:rsidR="005503B4" w:rsidRPr="00EE6DD3" w:rsidRDefault="005503B4" w:rsidP="00D65017">
            <w:pPr>
              <w:jc w:val="center"/>
            </w:pPr>
            <w:r w:rsidRPr="00EE6DD3">
              <w:rPr>
                <w:rFonts w:eastAsia="SimSun"/>
                <w:b/>
                <w:sz w:val="14"/>
              </w:rPr>
              <w:t>Sample size</w:t>
            </w:r>
          </w:p>
        </w:tc>
      </w:tr>
      <w:tr w:rsidR="005503B4" w:rsidRPr="00EE6DD3" w14:paraId="5EAB2E4E" w14:textId="77777777" w:rsidTr="00D65017">
        <w:tc>
          <w:tcPr>
            <w:tcW w:w="1080" w:type="dxa"/>
          </w:tcPr>
          <w:p w14:paraId="6B957D4C" w14:textId="77777777" w:rsidR="005503B4" w:rsidRPr="00EE6DD3" w:rsidRDefault="005503B4" w:rsidP="00D65017">
            <w:r w:rsidRPr="00EE6DD3">
              <w:rPr>
                <w:rFonts w:eastAsia="SimSun"/>
                <w:sz w:val="14"/>
              </w:rPr>
              <w:t>Top Aurora-leaning</w:t>
            </w:r>
          </w:p>
        </w:tc>
        <w:tc>
          <w:tcPr>
            <w:tcW w:w="1080" w:type="dxa"/>
          </w:tcPr>
          <w:p w14:paraId="60F4AFE3" w14:textId="77777777" w:rsidR="005503B4" w:rsidRPr="00EE6DD3" w:rsidRDefault="005503B4" w:rsidP="00D65017">
            <w:r w:rsidRPr="00EE6DD3">
              <w:rPr>
                <w:rFonts w:eastAsia="SimSun"/>
                <w:sz w:val="14"/>
              </w:rPr>
              <w:t>GB</w:t>
            </w:r>
          </w:p>
        </w:tc>
        <w:tc>
          <w:tcPr>
            <w:tcW w:w="1080" w:type="dxa"/>
          </w:tcPr>
          <w:p w14:paraId="260C8B3B" w14:textId="77777777" w:rsidR="005503B4" w:rsidRPr="00EE6DD3" w:rsidRDefault="005503B4" w:rsidP="00D65017">
            <w:pPr>
              <w:jc w:val="center"/>
            </w:pPr>
            <w:r w:rsidRPr="00EE6DD3">
              <w:rPr>
                <w:rFonts w:eastAsia="SimSun"/>
                <w:sz w:val="14"/>
              </w:rPr>
              <w:t>0.0157</w:t>
            </w:r>
          </w:p>
        </w:tc>
        <w:tc>
          <w:tcPr>
            <w:tcW w:w="1080" w:type="dxa"/>
          </w:tcPr>
          <w:p w14:paraId="4A462243" w14:textId="77777777" w:rsidR="005503B4" w:rsidRPr="00EE6DD3" w:rsidRDefault="005503B4" w:rsidP="00D65017">
            <w:pPr>
              <w:jc w:val="center"/>
            </w:pPr>
            <w:r w:rsidRPr="00EE6DD3">
              <w:rPr>
                <w:rFonts w:eastAsia="SimSun"/>
                <w:sz w:val="14"/>
              </w:rPr>
              <w:t>0.0105</w:t>
            </w:r>
          </w:p>
        </w:tc>
        <w:tc>
          <w:tcPr>
            <w:tcW w:w="1080" w:type="dxa"/>
          </w:tcPr>
          <w:p w14:paraId="7F9D3748" w14:textId="77777777" w:rsidR="005503B4" w:rsidRPr="00EE6DD3" w:rsidRDefault="005503B4" w:rsidP="00D65017">
            <w:pPr>
              <w:jc w:val="center"/>
            </w:pPr>
            <w:r w:rsidRPr="00EE6DD3">
              <w:rPr>
                <w:rFonts w:eastAsia="SimSun"/>
                <w:sz w:val="14"/>
              </w:rPr>
              <w:t>12.19</w:t>
            </w:r>
          </w:p>
        </w:tc>
        <w:tc>
          <w:tcPr>
            <w:tcW w:w="1080" w:type="dxa"/>
          </w:tcPr>
          <w:p w14:paraId="4D5EC848" w14:textId="77777777" w:rsidR="005503B4" w:rsidRPr="00EE6DD3" w:rsidRDefault="005503B4" w:rsidP="00D65017">
            <w:pPr>
              <w:jc w:val="center"/>
            </w:pPr>
            <w:r w:rsidRPr="00EE6DD3">
              <w:rPr>
                <w:rFonts w:eastAsia="SimSun"/>
                <w:sz w:val="14"/>
              </w:rPr>
              <w:t>87.26</w:t>
            </w:r>
          </w:p>
        </w:tc>
        <w:tc>
          <w:tcPr>
            <w:tcW w:w="1080" w:type="dxa"/>
          </w:tcPr>
          <w:p w14:paraId="4836470D" w14:textId="77777777" w:rsidR="005503B4" w:rsidRPr="00EE6DD3" w:rsidRDefault="005503B4" w:rsidP="00D65017">
            <w:pPr>
              <w:jc w:val="center"/>
            </w:pPr>
            <w:r w:rsidRPr="00EE6DD3">
              <w:rPr>
                <w:rFonts w:eastAsia="SimSun"/>
                <w:sz w:val="14"/>
              </w:rPr>
              <w:t>0.55</w:t>
            </w:r>
          </w:p>
        </w:tc>
        <w:tc>
          <w:tcPr>
            <w:tcW w:w="1080" w:type="dxa"/>
          </w:tcPr>
          <w:p w14:paraId="65508FD8" w14:textId="77777777" w:rsidR="005503B4" w:rsidRPr="00EE6DD3" w:rsidRDefault="005503B4" w:rsidP="00D65017">
            <w:pPr>
              <w:jc w:val="center"/>
            </w:pPr>
            <w:r w:rsidRPr="00EE6DD3">
              <w:rPr>
                <w:rFonts w:eastAsia="SimSun"/>
                <w:sz w:val="14"/>
              </w:rPr>
              <w:t>97792</w:t>
            </w:r>
          </w:p>
        </w:tc>
      </w:tr>
      <w:tr w:rsidR="005503B4" w:rsidRPr="00EE6DD3" w14:paraId="12665558" w14:textId="77777777" w:rsidTr="00D65017">
        <w:tc>
          <w:tcPr>
            <w:tcW w:w="1080" w:type="dxa"/>
          </w:tcPr>
          <w:p w14:paraId="681C4232" w14:textId="77777777" w:rsidR="005503B4" w:rsidRPr="00EE6DD3" w:rsidRDefault="005503B4" w:rsidP="00D65017">
            <w:r w:rsidRPr="00EE6DD3">
              <w:rPr>
                <w:rFonts w:eastAsia="SimSun"/>
                <w:sz w:val="14"/>
              </w:rPr>
              <w:t>Top Aurora-leaning</w:t>
            </w:r>
          </w:p>
        </w:tc>
        <w:tc>
          <w:tcPr>
            <w:tcW w:w="1080" w:type="dxa"/>
          </w:tcPr>
          <w:p w14:paraId="1F246C88" w14:textId="77777777" w:rsidR="005503B4" w:rsidRPr="00EE6DD3" w:rsidRDefault="005503B4" w:rsidP="00D65017">
            <w:r w:rsidRPr="00EE6DD3">
              <w:rPr>
                <w:rFonts w:eastAsia="SimSun"/>
                <w:sz w:val="14"/>
              </w:rPr>
              <w:t>ZA</w:t>
            </w:r>
          </w:p>
        </w:tc>
        <w:tc>
          <w:tcPr>
            <w:tcW w:w="1080" w:type="dxa"/>
          </w:tcPr>
          <w:p w14:paraId="53645441" w14:textId="77777777" w:rsidR="005503B4" w:rsidRPr="00EE6DD3" w:rsidRDefault="005503B4" w:rsidP="00D65017">
            <w:pPr>
              <w:jc w:val="center"/>
            </w:pPr>
            <w:r w:rsidRPr="00EE6DD3">
              <w:rPr>
                <w:rFonts w:eastAsia="SimSun"/>
                <w:sz w:val="14"/>
              </w:rPr>
              <w:t>0.0138</w:t>
            </w:r>
          </w:p>
        </w:tc>
        <w:tc>
          <w:tcPr>
            <w:tcW w:w="1080" w:type="dxa"/>
          </w:tcPr>
          <w:p w14:paraId="4B0119F4" w14:textId="77777777" w:rsidR="005503B4" w:rsidRPr="00EE6DD3" w:rsidRDefault="005503B4" w:rsidP="00D65017">
            <w:pPr>
              <w:jc w:val="center"/>
            </w:pPr>
            <w:r w:rsidRPr="00EE6DD3">
              <w:rPr>
                <w:rFonts w:eastAsia="SimSun"/>
                <w:sz w:val="14"/>
              </w:rPr>
              <w:t>0.0093</w:t>
            </w:r>
          </w:p>
        </w:tc>
        <w:tc>
          <w:tcPr>
            <w:tcW w:w="1080" w:type="dxa"/>
          </w:tcPr>
          <w:p w14:paraId="044D8567" w14:textId="77777777" w:rsidR="005503B4" w:rsidRPr="00EE6DD3" w:rsidRDefault="005503B4" w:rsidP="00D65017">
            <w:pPr>
              <w:jc w:val="center"/>
            </w:pPr>
            <w:r w:rsidRPr="00EE6DD3">
              <w:rPr>
                <w:rFonts w:eastAsia="SimSun"/>
                <w:sz w:val="14"/>
              </w:rPr>
              <w:t>10.29</w:t>
            </w:r>
          </w:p>
        </w:tc>
        <w:tc>
          <w:tcPr>
            <w:tcW w:w="1080" w:type="dxa"/>
          </w:tcPr>
          <w:p w14:paraId="2D037924" w14:textId="77777777" w:rsidR="005503B4" w:rsidRPr="00EE6DD3" w:rsidRDefault="005503B4" w:rsidP="00D65017">
            <w:pPr>
              <w:jc w:val="center"/>
            </w:pPr>
            <w:r w:rsidRPr="00EE6DD3">
              <w:rPr>
                <w:rFonts w:eastAsia="SimSun"/>
                <w:sz w:val="14"/>
              </w:rPr>
              <w:t>89.00</w:t>
            </w:r>
          </w:p>
        </w:tc>
        <w:tc>
          <w:tcPr>
            <w:tcW w:w="1080" w:type="dxa"/>
          </w:tcPr>
          <w:p w14:paraId="794B20CF" w14:textId="77777777" w:rsidR="005503B4" w:rsidRPr="00EE6DD3" w:rsidRDefault="005503B4" w:rsidP="00D65017">
            <w:pPr>
              <w:jc w:val="center"/>
            </w:pPr>
            <w:r w:rsidRPr="00EE6DD3">
              <w:rPr>
                <w:rFonts w:eastAsia="SimSun"/>
                <w:sz w:val="14"/>
              </w:rPr>
              <w:t>0.70</w:t>
            </w:r>
          </w:p>
        </w:tc>
        <w:tc>
          <w:tcPr>
            <w:tcW w:w="1080" w:type="dxa"/>
          </w:tcPr>
          <w:p w14:paraId="52369105" w14:textId="77777777" w:rsidR="005503B4" w:rsidRPr="00EE6DD3" w:rsidRDefault="005503B4" w:rsidP="00D65017">
            <w:pPr>
              <w:jc w:val="center"/>
            </w:pPr>
            <w:r w:rsidRPr="00EE6DD3">
              <w:rPr>
                <w:rFonts w:eastAsia="SimSun"/>
                <w:sz w:val="14"/>
              </w:rPr>
              <w:t>17312</w:t>
            </w:r>
          </w:p>
        </w:tc>
      </w:tr>
      <w:tr w:rsidR="005503B4" w:rsidRPr="00EE6DD3" w14:paraId="4297E20B" w14:textId="77777777" w:rsidTr="00D65017">
        <w:tc>
          <w:tcPr>
            <w:tcW w:w="1080" w:type="dxa"/>
          </w:tcPr>
          <w:p w14:paraId="7AE4D35A" w14:textId="77777777" w:rsidR="005503B4" w:rsidRPr="00EE6DD3" w:rsidRDefault="005503B4" w:rsidP="00D65017">
            <w:r w:rsidRPr="00EE6DD3">
              <w:rPr>
                <w:rFonts w:eastAsia="SimSun"/>
                <w:sz w:val="14"/>
              </w:rPr>
              <w:t>Top Aurora-leaning</w:t>
            </w:r>
          </w:p>
        </w:tc>
        <w:tc>
          <w:tcPr>
            <w:tcW w:w="1080" w:type="dxa"/>
          </w:tcPr>
          <w:p w14:paraId="378D215A" w14:textId="77777777" w:rsidR="005503B4" w:rsidRPr="00EE6DD3" w:rsidRDefault="005503B4" w:rsidP="00D65017">
            <w:r w:rsidRPr="00EE6DD3">
              <w:rPr>
                <w:rFonts w:eastAsia="SimSun"/>
                <w:sz w:val="14"/>
              </w:rPr>
              <w:t>AU</w:t>
            </w:r>
          </w:p>
        </w:tc>
        <w:tc>
          <w:tcPr>
            <w:tcW w:w="1080" w:type="dxa"/>
          </w:tcPr>
          <w:p w14:paraId="3C4544B3" w14:textId="77777777" w:rsidR="005503B4" w:rsidRPr="00EE6DD3" w:rsidRDefault="005503B4" w:rsidP="00D65017">
            <w:pPr>
              <w:jc w:val="center"/>
            </w:pPr>
            <w:r w:rsidRPr="00EE6DD3">
              <w:rPr>
                <w:rFonts w:eastAsia="SimSun"/>
                <w:sz w:val="14"/>
              </w:rPr>
              <w:t>0.0131</w:t>
            </w:r>
          </w:p>
        </w:tc>
        <w:tc>
          <w:tcPr>
            <w:tcW w:w="1080" w:type="dxa"/>
          </w:tcPr>
          <w:p w14:paraId="48695A0C" w14:textId="77777777" w:rsidR="005503B4" w:rsidRPr="00EE6DD3" w:rsidRDefault="005503B4" w:rsidP="00D65017">
            <w:pPr>
              <w:jc w:val="center"/>
            </w:pPr>
            <w:r w:rsidRPr="00EE6DD3">
              <w:rPr>
                <w:rFonts w:eastAsia="SimSun"/>
                <w:sz w:val="14"/>
              </w:rPr>
              <w:t>0.0079</w:t>
            </w:r>
          </w:p>
        </w:tc>
        <w:tc>
          <w:tcPr>
            <w:tcW w:w="1080" w:type="dxa"/>
          </w:tcPr>
          <w:p w14:paraId="0CB06218" w14:textId="77777777" w:rsidR="005503B4" w:rsidRPr="00EE6DD3" w:rsidRDefault="005503B4" w:rsidP="00D65017">
            <w:pPr>
              <w:jc w:val="center"/>
            </w:pPr>
            <w:r w:rsidRPr="00EE6DD3">
              <w:rPr>
                <w:rFonts w:eastAsia="SimSun"/>
                <w:sz w:val="14"/>
              </w:rPr>
              <w:t>10.94</w:t>
            </w:r>
          </w:p>
        </w:tc>
        <w:tc>
          <w:tcPr>
            <w:tcW w:w="1080" w:type="dxa"/>
          </w:tcPr>
          <w:p w14:paraId="65AFDD20" w14:textId="77777777" w:rsidR="005503B4" w:rsidRPr="00EE6DD3" w:rsidRDefault="005503B4" w:rsidP="00D65017">
            <w:pPr>
              <w:jc w:val="center"/>
            </w:pPr>
            <w:r w:rsidRPr="00EE6DD3">
              <w:rPr>
                <w:rFonts w:eastAsia="SimSun"/>
                <w:sz w:val="14"/>
              </w:rPr>
              <w:t>88.53</w:t>
            </w:r>
          </w:p>
        </w:tc>
        <w:tc>
          <w:tcPr>
            <w:tcW w:w="1080" w:type="dxa"/>
          </w:tcPr>
          <w:p w14:paraId="26C30D7C" w14:textId="77777777" w:rsidR="005503B4" w:rsidRPr="00EE6DD3" w:rsidRDefault="005503B4" w:rsidP="00D65017">
            <w:pPr>
              <w:jc w:val="center"/>
            </w:pPr>
            <w:r w:rsidRPr="00EE6DD3">
              <w:rPr>
                <w:rFonts w:eastAsia="SimSun"/>
                <w:sz w:val="14"/>
              </w:rPr>
              <w:t>0.54</w:t>
            </w:r>
          </w:p>
        </w:tc>
        <w:tc>
          <w:tcPr>
            <w:tcW w:w="1080" w:type="dxa"/>
          </w:tcPr>
          <w:p w14:paraId="23E9275D" w14:textId="77777777" w:rsidR="005503B4" w:rsidRPr="00EE6DD3" w:rsidRDefault="005503B4" w:rsidP="00D65017">
            <w:pPr>
              <w:jc w:val="center"/>
            </w:pPr>
            <w:r w:rsidRPr="00EE6DD3">
              <w:rPr>
                <w:rFonts w:eastAsia="SimSun"/>
                <w:sz w:val="14"/>
              </w:rPr>
              <w:t>39809</w:t>
            </w:r>
          </w:p>
        </w:tc>
      </w:tr>
      <w:tr w:rsidR="005503B4" w:rsidRPr="00EE6DD3" w14:paraId="4981B0F9" w14:textId="77777777" w:rsidTr="00D65017">
        <w:tc>
          <w:tcPr>
            <w:tcW w:w="1080" w:type="dxa"/>
          </w:tcPr>
          <w:p w14:paraId="57C78FDE" w14:textId="77777777" w:rsidR="005503B4" w:rsidRPr="00EE6DD3" w:rsidRDefault="005503B4" w:rsidP="00D65017">
            <w:r w:rsidRPr="00EE6DD3">
              <w:rPr>
                <w:rFonts w:eastAsia="SimSun"/>
                <w:sz w:val="14"/>
              </w:rPr>
              <w:t>Top Aurora-leaning</w:t>
            </w:r>
          </w:p>
        </w:tc>
        <w:tc>
          <w:tcPr>
            <w:tcW w:w="1080" w:type="dxa"/>
          </w:tcPr>
          <w:p w14:paraId="1DE7299E" w14:textId="77777777" w:rsidR="005503B4" w:rsidRPr="00EE6DD3" w:rsidRDefault="005503B4" w:rsidP="00D65017">
            <w:r w:rsidRPr="00EE6DD3">
              <w:rPr>
                <w:rFonts w:eastAsia="SimSun"/>
                <w:sz w:val="14"/>
              </w:rPr>
              <w:t>CA</w:t>
            </w:r>
          </w:p>
        </w:tc>
        <w:tc>
          <w:tcPr>
            <w:tcW w:w="1080" w:type="dxa"/>
          </w:tcPr>
          <w:p w14:paraId="48345070" w14:textId="77777777" w:rsidR="005503B4" w:rsidRPr="00EE6DD3" w:rsidRDefault="005503B4" w:rsidP="00D65017">
            <w:pPr>
              <w:jc w:val="center"/>
            </w:pPr>
            <w:r w:rsidRPr="00EE6DD3">
              <w:rPr>
                <w:rFonts w:eastAsia="SimSun"/>
                <w:sz w:val="14"/>
              </w:rPr>
              <w:t>0.0130</w:t>
            </w:r>
          </w:p>
        </w:tc>
        <w:tc>
          <w:tcPr>
            <w:tcW w:w="1080" w:type="dxa"/>
          </w:tcPr>
          <w:p w14:paraId="19FEC1D1" w14:textId="77777777" w:rsidR="005503B4" w:rsidRPr="00EE6DD3" w:rsidRDefault="005503B4" w:rsidP="00D65017">
            <w:pPr>
              <w:jc w:val="center"/>
            </w:pPr>
            <w:r w:rsidRPr="00EE6DD3">
              <w:rPr>
                <w:rFonts w:eastAsia="SimSun"/>
                <w:sz w:val="14"/>
              </w:rPr>
              <w:t>0.0075</w:t>
            </w:r>
          </w:p>
        </w:tc>
        <w:tc>
          <w:tcPr>
            <w:tcW w:w="1080" w:type="dxa"/>
          </w:tcPr>
          <w:p w14:paraId="5D5E1C55" w14:textId="77777777" w:rsidR="005503B4" w:rsidRPr="00EE6DD3" w:rsidRDefault="005503B4" w:rsidP="00D65017">
            <w:pPr>
              <w:jc w:val="center"/>
            </w:pPr>
            <w:r w:rsidRPr="00EE6DD3">
              <w:rPr>
                <w:rFonts w:eastAsia="SimSun"/>
                <w:sz w:val="14"/>
              </w:rPr>
              <w:t>11.09</w:t>
            </w:r>
          </w:p>
        </w:tc>
        <w:tc>
          <w:tcPr>
            <w:tcW w:w="1080" w:type="dxa"/>
          </w:tcPr>
          <w:p w14:paraId="7E71C590" w14:textId="77777777" w:rsidR="005503B4" w:rsidRPr="00EE6DD3" w:rsidRDefault="005503B4" w:rsidP="00D65017">
            <w:pPr>
              <w:jc w:val="center"/>
            </w:pPr>
            <w:r w:rsidRPr="00EE6DD3">
              <w:rPr>
                <w:rFonts w:eastAsia="SimSun"/>
                <w:sz w:val="14"/>
              </w:rPr>
              <w:t>88.19</w:t>
            </w:r>
          </w:p>
        </w:tc>
        <w:tc>
          <w:tcPr>
            <w:tcW w:w="1080" w:type="dxa"/>
          </w:tcPr>
          <w:p w14:paraId="6DB51999" w14:textId="77777777" w:rsidR="005503B4" w:rsidRPr="00EE6DD3" w:rsidRDefault="005503B4" w:rsidP="00D65017">
            <w:pPr>
              <w:jc w:val="center"/>
            </w:pPr>
            <w:r w:rsidRPr="00EE6DD3">
              <w:rPr>
                <w:rFonts w:eastAsia="SimSun"/>
                <w:sz w:val="14"/>
              </w:rPr>
              <w:t>0.73</w:t>
            </w:r>
          </w:p>
        </w:tc>
        <w:tc>
          <w:tcPr>
            <w:tcW w:w="1080" w:type="dxa"/>
          </w:tcPr>
          <w:p w14:paraId="57A3FF30" w14:textId="77777777" w:rsidR="005503B4" w:rsidRPr="00EE6DD3" w:rsidRDefault="005503B4" w:rsidP="00D65017">
            <w:pPr>
              <w:jc w:val="center"/>
            </w:pPr>
            <w:r w:rsidRPr="00EE6DD3">
              <w:rPr>
                <w:rFonts w:eastAsia="SimSun"/>
                <w:sz w:val="14"/>
              </w:rPr>
              <w:t>42367</w:t>
            </w:r>
          </w:p>
        </w:tc>
      </w:tr>
      <w:tr w:rsidR="005503B4" w:rsidRPr="00EE6DD3" w14:paraId="1E205689" w14:textId="77777777" w:rsidTr="00D65017">
        <w:tc>
          <w:tcPr>
            <w:tcW w:w="1080" w:type="dxa"/>
          </w:tcPr>
          <w:p w14:paraId="0F6F26D0" w14:textId="77777777" w:rsidR="005503B4" w:rsidRPr="00EE6DD3" w:rsidRDefault="005503B4" w:rsidP="00D65017">
            <w:r w:rsidRPr="00EE6DD3">
              <w:rPr>
                <w:rFonts w:eastAsia="SimSun"/>
                <w:sz w:val="14"/>
              </w:rPr>
              <w:t>Top Aurora-leaning</w:t>
            </w:r>
          </w:p>
        </w:tc>
        <w:tc>
          <w:tcPr>
            <w:tcW w:w="1080" w:type="dxa"/>
          </w:tcPr>
          <w:p w14:paraId="3630B1AF" w14:textId="77777777" w:rsidR="005503B4" w:rsidRPr="00EE6DD3" w:rsidRDefault="005503B4" w:rsidP="00D65017">
            <w:r w:rsidRPr="00EE6DD3">
              <w:rPr>
                <w:rFonts w:eastAsia="SimSun"/>
                <w:sz w:val="14"/>
              </w:rPr>
              <w:t>NL</w:t>
            </w:r>
          </w:p>
        </w:tc>
        <w:tc>
          <w:tcPr>
            <w:tcW w:w="1080" w:type="dxa"/>
          </w:tcPr>
          <w:p w14:paraId="051D624A" w14:textId="77777777" w:rsidR="005503B4" w:rsidRPr="00EE6DD3" w:rsidRDefault="005503B4" w:rsidP="00D65017">
            <w:pPr>
              <w:jc w:val="center"/>
            </w:pPr>
            <w:r w:rsidRPr="00EE6DD3">
              <w:rPr>
                <w:rFonts w:eastAsia="SimSun"/>
                <w:sz w:val="14"/>
              </w:rPr>
              <w:t>0.0127</w:t>
            </w:r>
          </w:p>
        </w:tc>
        <w:tc>
          <w:tcPr>
            <w:tcW w:w="1080" w:type="dxa"/>
          </w:tcPr>
          <w:p w14:paraId="535070F2" w14:textId="77777777" w:rsidR="005503B4" w:rsidRPr="00EE6DD3" w:rsidRDefault="005503B4" w:rsidP="00D65017">
            <w:pPr>
              <w:jc w:val="center"/>
            </w:pPr>
            <w:r w:rsidRPr="00EE6DD3">
              <w:rPr>
                <w:rFonts w:eastAsia="SimSun"/>
                <w:sz w:val="14"/>
              </w:rPr>
              <w:t>0.0084</w:t>
            </w:r>
          </w:p>
        </w:tc>
        <w:tc>
          <w:tcPr>
            <w:tcW w:w="1080" w:type="dxa"/>
          </w:tcPr>
          <w:p w14:paraId="5009D95E" w14:textId="77777777" w:rsidR="005503B4" w:rsidRPr="00EE6DD3" w:rsidRDefault="005503B4" w:rsidP="00D65017">
            <w:pPr>
              <w:jc w:val="center"/>
            </w:pPr>
            <w:r w:rsidRPr="00EE6DD3">
              <w:rPr>
                <w:rFonts w:eastAsia="SimSun"/>
                <w:sz w:val="14"/>
              </w:rPr>
              <w:t>10.05</w:t>
            </w:r>
          </w:p>
        </w:tc>
        <w:tc>
          <w:tcPr>
            <w:tcW w:w="1080" w:type="dxa"/>
          </w:tcPr>
          <w:p w14:paraId="24E4C2BE" w14:textId="77777777" w:rsidR="005503B4" w:rsidRPr="00EE6DD3" w:rsidRDefault="005503B4" w:rsidP="00D65017">
            <w:pPr>
              <w:jc w:val="center"/>
            </w:pPr>
            <w:r w:rsidRPr="00EE6DD3">
              <w:rPr>
                <w:rFonts w:eastAsia="SimSun"/>
                <w:sz w:val="14"/>
              </w:rPr>
              <w:t>89.43</w:t>
            </w:r>
          </w:p>
        </w:tc>
        <w:tc>
          <w:tcPr>
            <w:tcW w:w="1080" w:type="dxa"/>
          </w:tcPr>
          <w:p w14:paraId="770FB375" w14:textId="77777777" w:rsidR="005503B4" w:rsidRPr="00EE6DD3" w:rsidRDefault="005503B4" w:rsidP="00D65017">
            <w:pPr>
              <w:jc w:val="center"/>
            </w:pPr>
            <w:r w:rsidRPr="00EE6DD3">
              <w:rPr>
                <w:rFonts w:eastAsia="SimSun"/>
                <w:sz w:val="14"/>
              </w:rPr>
              <w:t>0.51</w:t>
            </w:r>
          </w:p>
        </w:tc>
        <w:tc>
          <w:tcPr>
            <w:tcW w:w="1080" w:type="dxa"/>
          </w:tcPr>
          <w:p w14:paraId="306497CD" w14:textId="77777777" w:rsidR="005503B4" w:rsidRPr="00EE6DD3" w:rsidRDefault="005503B4" w:rsidP="00D65017">
            <w:pPr>
              <w:jc w:val="center"/>
            </w:pPr>
            <w:r w:rsidRPr="00EE6DD3">
              <w:rPr>
                <w:rFonts w:eastAsia="SimSun"/>
                <w:sz w:val="14"/>
              </w:rPr>
              <w:t>22736</w:t>
            </w:r>
          </w:p>
        </w:tc>
      </w:tr>
      <w:tr w:rsidR="005503B4" w:rsidRPr="00EE6DD3" w14:paraId="0E486438" w14:textId="77777777" w:rsidTr="00D65017">
        <w:tc>
          <w:tcPr>
            <w:tcW w:w="1080" w:type="dxa"/>
          </w:tcPr>
          <w:p w14:paraId="59A48F0C" w14:textId="77777777" w:rsidR="005503B4" w:rsidRPr="00EE6DD3" w:rsidRDefault="005503B4" w:rsidP="00D65017">
            <w:r w:rsidRPr="00EE6DD3">
              <w:rPr>
                <w:rFonts w:eastAsia="SimSun"/>
                <w:sz w:val="14"/>
              </w:rPr>
              <w:t>Top Aurora-leaning</w:t>
            </w:r>
          </w:p>
        </w:tc>
        <w:tc>
          <w:tcPr>
            <w:tcW w:w="1080" w:type="dxa"/>
          </w:tcPr>
          <w:p w14:paraId="1910B1ED" w14:textId="77777777" w:rsidR="005503B4" w:rsidRPr="00EE6DD3" w:rsidRDefault="005503B4" w:rsidP="00D65017">
            <w:r w:rsidRPr="00EE6DD3">
              <w:rPr>
                <w:rFonts w:eastAsia="SimSun"/>
                <w:sz w:val="14"/>
              </w:rPr>
              <w:t>US</w:t>
            </w:r>
          </w:p>
        </w:tc>
        <w:tc>
          <w:tcPr>
            <w:tcW w:w="1080" w:type="dxa"/>
          </w:tcPr>
          <w:p w14:paraId="3086A086" w14:textId="77777777" w:rsidR="005503B4" w:rsidRPr="00EE6DD3" w:rsidRDefault="005503B4" w:rsidP="00D65017">
            <w:pPr>
              <w:jc w:val="center"/>
            </w:pPr>
            <w:r w:rsidRPr="00EE6DD3">
              <w:rPr>
                <w:rFonts w:eastAsia="SimSun"/>
                <w:sz w:val="14"/>
              </w:rPr>
              <w:t>0.0127</w:t>
            </w:r>
          </w:p>
        </w:tc>
        <w:tc>
          <w:tcPr>
            <w:tcW w:w="1080" w:type="dxa"/>
          </w:tcPr>
          <w:p w14:paraId="37C8FCD6" w14:textId="77777777" w:rsidR="005503B4" w:rsidRPr="00EE6DD3" w:rsidRDefault="005503B4" w:rsidP="00D65017">
            <w:pPr>
              <w:jc w:val="center"/>
            </w:pPr>
            <w:r w:rsidRPr="00EE6DD3">
              <w:rPr>
                <w:rFonts w:eastAsia="SimSun"/>
                <w:sz w:val="14"/>
              </w:rPr>
              <w:t>0.0076</w:t>
            </w:r>
          </w:p>
        </w:tc>
        <w:tc>
          <w:tcPr>
            <w:tcW w:w="1080" w:type="dxa"/>
          </w:tcPr>
          <w:p w14:paraId="34987483" w14:textId="77777777" w:rsidR="005503B4" w:rsidRPr="00EE6DD3" w:rsidRDefault="005503B4" w:rsidP="00D65017">
            <w:pPr>
              <w:jc w:val="center"/>
            </w:pPr>
            <w:r w:rsidRPr="00EE6DD3">
              <w:rPr>
                <w:rFonts w:eastAsia="SimSun"/>
                <w:sz w:val="14"/>
              </w:rPr>
              <w:t>10.55</w:t>
            </w:r>
          </w:p>
        </w:tc>
        <w:tc>
          <w:tcPr>
            <w:tcW w:w="1080" w:type="dxa"/>
          </w:tcPr>
          <w:p w14:paraId="57BA861A" w14:textId="77777777" w:rsidR="005503B4" w:rsidRPr="00EE6DD3" w:rsidRDefault="005503B4" w:rsidP="00D65017">
            <w:pPr>
              <w:jc w:val="center"/>
            </w:pPr>
            <w:r w:rsidRPr="00EE6DD3">
              <w:rPr>
                <w:rFonts w:eastAsia="SimSun"/>
                <w:sz w:val="14"/>
              </w:rPr>
              <w:t>88.90</w:t>
            </w:r>
          </w:p>
        </w:tc>
        <w:tc>
          <w:tcPr>
            <w:tcW w:w="1080" w:type="dxa"/>
          </w:tcPr>
          <w:p w14:paraId="29B77C59" w14:textId="77777777" w:rsidR="005503B4" w:rsidRPr="00EE6DD3" w:rsidRDefault="005503B4" w:rsidP="00D65017">
            <w:pPr>
              <w:jc w:val="center"/>
            </w:pPr>
            <w:r w:rsidRPr="00EE6DD3">
              <w:rPr>
                <w:rFonts w:eastAsia="SimSun"/>
                <w:sz w:val="14"/>
              </w:rPr>
              <w:t>0.55</w:t>
            </w:r>
          </w:p>
        </w:tc>
        <w:tc>
          <w:tcPr>
            <w:tcW w:w="1080" w:type="dxa"/>
          </w:tcPr>
          <w:p w14:paraId="7F2A2131" w14:textId="77777777" w:rsidR="005503B4" w:rsidRPr="00EE6DD3" w:rsidRDefault="005503B4" w:rsidP="00D65017">
            <w:pPr>
              <w:jc w:val="center"/>
            </w:pPr>
            <w:r w:rsidRPr="00EE6DD3">
              <w:rPr>
                <w:rFonts w:eastAsia="SimSun"/>
                <w:sz w:val="14"/>
              </w:rPr>
              <w:t>303823</w:t>
            </w:r>
          </w:p>
        </w:tc>
      </w:tr>
      <w:tr w:rsidR="005503B4" w:rsidRPr="00EE6DD3" w14:paraId="29FE92AD" w14:textId="77777777" w:rsidTr="00D65017">
        <w:tc>
          <w:tcPr>
            <w:tcW w:w="1080" w:type="dxa"/>
          </w:tcPr>
          <w:p w14:paraId="0A395EC9" w14:textId="77777777" w:rsidR="005503B4" w:rsidRPr="00EE6DD3" w:rsidRDefault="005503B4" w:rsidP="00D65017">
            <w:r w:rsidRPr="00EE6DD3">
              <w:rPr>
                <w:rFonts w:eastAsia="SimSun"/>
                <w:sz w:val="14"/>
              </w:rPr>
              <w:t>Top Aurora-leaning</w:t>
            </w:r>
          </w:p>
        </w:tc>
        <w:tc>
          <w:tcPr>
            <w:tcW w:w="1080" w:type="dxa"/>
          </w:tcPr>
          <w:p w14:paraId="55F5FF76" w14:textId="77777777" w:rsidR="005503B4" w:rsidRPr="00EE6DD3" w:rsidRDefault="005503B4" w:rsidP="00D65017">
            <w:r w:rsidRPr="00EE6DD3">
              <w:rPr>
                <w:rFonts w:eastAsia="SimSun"/>
                <w:sz w:val="14"/>
              </w:rPr>
              <w:t>BE</w:t>
            </w:r>
          </w:p>
        </w:tc>
        <w:tc>
          <w:tcPr>
            <w:tcW w:w="1080" w:type="dxa"/>
          </w:tcPr>
          <w:p w14:paraId="595645C8" w14:textId="77777777" w:rsidR="005503B4" w:rsidRPr="00EE6DD3" w:rsidRDefault="005503B4" w:rsidP="00D65017">
            <w:pPr>
              <w:jc w:val="center"/>
            </w:pPr>
            <w:r w:rsidRPr="00EE6DD3">
              <w:rPr>
                <w:rFonts w:eastAsia="SimSun"/>
                <w:sz w:val="14"/>
              </w:rPr>
              <w:t>0.0116</w:t>
            </w:r>
          </w:p>
        </w:tc>
        <w:tc>
          <w:tcPr>
            <w:tcW w:w="1080" w:type="dxa"/>
          </w:tcPr>
          <w:p w14:paraId="5DBFE36B" w14:textId="77777777" w:rsidR="005503B4" w:rsidRPr="00EE6DD3" w:rsidRDefault="005503B4" w:rsidP="00D65017">
            <w:pPr>
              <w:jc w:val="center"/>
            </w:pPr>
            <w:r w:rsidRPr="00EE6DD3">
              <w:rPr>
                <w:rFonts w:eastAsia="SimSun"/>
                <w:sz w:val="14"/>
              </w:rPr>
              <w:t>0.0075</w:t>
            </w:r>
          </w:p>
        </w:tc>
        <w:tc>
          <w:tcPr>
            <w:tcW w:w="1080" w:type="dxa"/>
          </w:tcPr>
          <w:p w14:paraId="258470F1" w14:textId="77777777" w:rsidR="005503B4" w:rsidRPr="00EE6DD3" w:rsidRDefault="005503B4" w:rsidP="00D65017">
            <w:pPr>
              <w:jc w:val="center"/>
            </w:pPr>
            <w:r w:rsidRPr="00EE6DD3">
              <w:rPr>
                <w:rFonts w:eastAsia="SimSun"/>
                <w:sz w:val="14"/>
              </w:rPr>
              <w:t>9.27</w:t>
            </w:r>
          </w:p>
        </w:tc>
        <w:tc>
          <w:tcPr>
            <w:tcW w:w="1080" w:type="dxa"/>
          </w:tcPr>
          <w:p w14:paraId="64ED84B2" w14:textId="77777777" w:rsidR="005503B4" w:rsidRPr="00EE6DD3" w:rsidRDefault="005503B4" w:rsidP="00D65017">
            <w:pPr>
              <w:jc w:val="center"/>
            </w:pPr>
            <w:r w:rsidRPr="00EE6DD3">
              <w:rPr>
                <w:rFonts w:eastAsia="SimSun"/>
                <w:sz w:val="14"/>
              </w:rPr>
              <w:t>90.07</w:t>
            </w:r>
          </w:p>
        </w:tc>
        <w:tc>
          <w:tcPr>
            <w:tcW w:w="1080" w:type="dxa"/>
          </w:tcPr>
          <w:p w14:paraId="070894E2" w14:textId="77777777" w:rsidR="005503B4" w:rsidRPr="00EE6DD3" w:rsidRDefault="005503B4" w:rsidP="00D65017">
            <w:pPr>
              <w:jc w:val="center"/>
            </w:pPr>
            <w:r w:rsidRPr="00EE6DD3">
              <w:rPr>
                <w:rFonts w:eastAsia="SimSun"/>
                <w:sz w:val="14"/>
              </w:rPr>
              <w:t>0.66</w:t>
            </w:r>
          </w:p>
        </w:tc>
        <w:tc>
          <w:tcPr>
            <w:tcW w:w="1080" w:type="dxa"/>
          </w:tcPr>
          <w:p w14:paraId="6F444B03" w14:textId="77777777" w:rsidR="005503B4" w:rsidRPr="00EE6DD3" w:rsidRDefault="005503B4" w:rsidP="00D65017">
            <w:pPr>
              <w:jc w:val="center"/>
            </w:pPr>
            <w:r w:rsidRPr="00EE6DD3">
              <w:rPr>
                <w:rFonts w:eastAsia="SimSun"/>
                <w:sz w:val="14"/>
              </w:rPr>
              <w:t>10124</w:t>
            </w:r>
          </w:p>
        </w:tc>
      </w:tr>
      <w:tr w:rsidR="005503B4" w:rsidRPr="00EE6DD3" w14:paraId="7D2710AC" w14:textId="77777777" w:rsidTr="00D65017">
        <w:tc>
          <w:tcPr>
            <w:tcW w:w="1080" w:type="dxa"/>
          </w:tcPr>
          <w:p w14:paraId="264DAF92" w14:textId="77777777" w:rsidR="005503B4" w:rsidRPr="00EE6DD3" w:rsidRDefault="005503B4" w:rsidP="00D65017">
            <w:r w:rsidRPr="00EE6DD3">
              <w:rPr>
                <w:rFonts w:eastAsia="SimSun"/>
                <w:sz w:val="14"/>
              </w:rPr>
              <w:t>Top Aurora-leaning</w:t>
            </w:r>
          </w:p>
        </w:tc>
        <w:tc>
          <w:tcPr>
            <w:tcW w:w="1080" w:type="dxa"/>
          </w:tcPr>
          <w:p w14:paraId="0D553AC6" w14:textId="77777777" w:rsidR="005503B4" w:rsidRPr="00EE6DD3" w:rsidRDefault="005503B4" w:rsidP="00D65017">
            <w:r w:rsidRPr="00EE6DD3">
              <w:rPr>
                <w:rFonts w:eastAsia="SimSun"/>
                <w:sz w:val="14"/>
              </w:rPr>
              <w:t>PL</w:t>
            </w:r>
          </w:p>
        </w:tc>
        <w:tc>
          <w:tcPr>
            <w:tcW w:w="1080" w:type="dxa"/>
          </w:tcPr>
          <w:p w14:paraId="19BC8364" w14:textId="77777777" w:rsidR="005503B4" w:rsidRPr="00EE6DD3" w:rsidRDefault="005503B4" w:rsidP="00D65017">
            <w:pPr>
              <w:jc w:val="center"/>
            </w:pPr>
            <w:r w:rsidRPr="00EE6DD3">
              <w:rPr>
                <w:rFonts w:eastAsia="SimSun"/>
                <w:sz w:val="14"/>
              </w:rPr>
              <w:t>0.0100</w:t>
            </w:r>
          </w:p>
        </w:tc>
        <w:tc>
          <w:tcPr>
            <w:tcW w:w="1080" w:type="dxa"/>
          </w:tcPr>
          <w:p w14:paraId="7009556A" w14:textId="77777777" w:rsidR="005503B4" w:rsidRPr="00EE6DD3" w:rsidRDefault="005503B4" w:rsidP="00D65017">
            <w:pPr>
              <w:jc w:val="center"/>
            </w:pPr>
            <w:r w:rsidRPr="00EE6DD3">
              <w:rPr>
                <w:rFonts w:eastAsia="SimSun"/>
                <w:sz w:val="14"/>
              </w:rPr>
              <w:t>0.0072</w:t>
            </w:r>
          </w:p>
        </w:tc>
        <w:tc>
          <w:tcPr>
            <w:tcW w:w="1080" w:type="dxa"/>
          </w:tcPr>
          <w:p w14:paraId="311EA54A" w14:textId="77777777" w:rsidR="005503B4" w:rsidRPr="00EE6DD3" w:rsidRDefault="005503B4" w:rsidP="00D65017">
            <w:pPr>
              <w:jc w:val="center"/>
            </w:pPr>
            <w:r w:rsidRPr="00EE6DD3">
              <w:rPr>
                <w:rFonts w:eastAsia="SimSun"/>
                <w:sz w:val="14"/>
              </w:rPr>
              <w:t>8.17</w:t>
            </w:r>
          </w:p>
        </w:tc>
        <w:tc>
          <w:tcPr>
            <w:tcW w:w="1080" w:type="dxa"/>
          </w:tcPr>
          <w:p w14:paraId="7FB7E35E" w14:textId="77777777" w:rsidR="005503B4" w:rsidRPr="00EE6DD3" w:rsidRDefault="005503B4" w:rsidP="00D65017">
            <w:pPr>
              <w:jc w:val="center"/>
            </w:pPr>
            <w:r w:rsidRPr="00EE6DD3">
              <w:rPr>
                <w:rFonts w:eastAsia="SimSun"/>
                <w:sz w:val="14"/>
              </w:rPr>
              <w:t>90.78</w:t>
            </w:r>
          </w:p>
        </w:tc>
        <w:tc>
          <w:tcPr>
            <w:tcW w:w="1080" w:type="dxa"/>
          </w:tcPr>
          <w:p w14:paraId="4C9A8509" w14:textId="77777777" w:rsidR="005503B4" w:rsidRPr="00EE6DD3" w:rsidRDefault="005503B4" w:rsidP="00D65017">
            <w:pPr>
              <w:jc w:val="center"/>
            </w:pPr>
            <w:r w:rsidRPr="00EE6DD3">
              <w:rPr>
                <w:rFonts w:eastAsia="SimSun"/>
                <w:sz w:val="14"/>
              </w:rPr>
              <w:t>1.05</w:t>
            </w:r>
          </w:p>
        </w:tc>
        <w:tc>
          <w:tcPr>
            <w:tcW w:w="1080" w:type="dxa"/>
          </w:tcPr>
          <w:p w14:paraId="5EEE75B9" w14:textId="77777777" w:rsidR="005503B4" w:rsidRPr="00EE6DD3" w:rsidRDefault="005503B4" w:rsidP="00D65017">
            <w:pPr>
              <w:jc w:val="center"/>
            </w:pPr>
            <w:r w:rsidRPr="00EE6DD3">
              <w:rPr>
                <w:rFonts w:eastAsia="SimSun"/>
                <w:sz w:val="14"/>
              </w:rPr>
              <w:t>31499</w:t>
            </w:r>
          </w:p>
        </w:tc>
      </w:tr>
      <w:tr w:rsidR="005503B4" w:rsidRPr="00EE6DD3" w14:paraId="0D0B1112" w14:textId="77777777" w:rsidTr="00D65017">
        <w:tc>
          <w:tcPr>
            <w:tcW w:w="1080" w:type="dxa"/>
          </w:tcPr>
          <w:p w14:paraId="5EB787D9" w14:textId="77777777" w:rsidR="005503B4" w:rsidRPr="00EE6DD3" w:rsidRDefault="005503B4" w:rsidP="00D65017">
            <w:r w:rsidRPr="00EE6DD3">
              <w:rPr>
                <w:rFonts w:eastAsia="SimSun"/>
                <w:sz w:val="14"/>
              </w:rPr>
              <w:t>Top Aurora-leaning</w:t>
            </w:r>
          </w:p>
        </w:tc>
        <w:tc>
          <w:tcPr>
            <w:tcW w:w="1080" w:type="dxa"/>
          </w:tcPr>
          <w:p w14:paraId="41E3894A" w14:textId="77777777" w:rsidR="005503B4" w:rsidRPr="00EE6DD3" w:rsidRDefault="005503B4" w:rsidP="00D65017">
            <w:r w:rsidRPr="00EE6DD3">
              <w:rPr>
                <w:rFonts w:eastAsia="SimSun"/>
                <w:sz w:val="14"/>
              </w:rPr>
              <w:t>SE</w:t>
            </w:r>
          </w:p>
        </w:tc>
        <w:tc>
          <w:tcPr>
            <w:tcW w:w="1080" w:type="dxa"/>
          </w:tcPr>
          <w:p w14:paraId="5116C694" w14:textId="77777777" w:rsidR="005503B4" w:rsidRPr="00EE6DD3" w:rsidRDefault="005503B4" w:rsidP="00D65017">
            <w:pPr>
              <w:jc w:val="center"/>
            </w:pPr>
            <w:r w:rsidRPr="00EE6DD3">
              <w:rPr>
                <w:rFonts w:eastAsia="SimSun"/>
                <w:sz w:val="14"/>
              </w:rPr>
              <w:t>0.0073</w:t>
            </w:r>
          </w:p>
        </w:tc>
        <w:tc>
          <w:tcPr>
            <w:tcW w:w="1080" w:type="dxa"/>
          </w:tcPr>
          <w:p w14:paraId="71CD0EC7" w14:textId="77777777" w:rsidR="005503B4" w:rsidRPr="00EE6DD3" w:rsidRDefault="005503B4" w:rsidP="00D65017">
            <w:pPr>
              <w:jc w:val="center"/>
            </w:pPr>
            <w:r w:rsidRPr="00EE6DD3">
              <w:rPr>
                <w:rFonts w:eastAsia="SimSun"/>
                <w:sz w:val="14"/>
              </w:rPr>
              <w:t>0.0034</w:t>
            </w:r>
          </w:p>
        </w:tc>
        <w:tc>
          <w:tcPr>
            <w:tcW w:w="1080" w:type="dxa"/>
          </w:tcPr>
          <w:p w14:paraId="62BCE186" w14:textId="77777777" w:rsidR="005503B4" w:rsidRPr="00EE6DD3" w:rsidRDefault="005503B4" w:rsidP="00D65017">
            <w:pPr>
              <w:jc w:val="center"/>
            </w:pPr>
            <w:r w:rsidRPr="00EE6DD3">
              <w:rPr>
                <w:rFonts w:eastAsia="SimSun"/>
                <w:sz w:val="14"/>
              </w:rPr>
              <w:t>7.74</w:t>
            </w:r>
          </w:p>
        </w:tc>
        <w:tc>
          <w:tcPr>
            <w:tcW w:w="1080" w:type="dxa"/>
          </w:tcPr>
          <w:p w14:paraId="0324CDD7" w14:textId="77777777" w:rsidR="005503B4" w:rsidRPr="00EE6DD3" w:rsidRDefault="005503B4" w:rsidP="00D65017">
            <w:pPr>
              <w:jc w:val="center"/>
            </w:pPr>
            <w:r w:rsidRPr="00EE6DD3">
              <w:rPr>
                <w:rFonts w:eastAsia="SimSun"/>
                <w:sz w:val="14"/>
              </w:rPr>
              <w:t>91.01</w:t>
            </w:r>
          </w:p>
        </w:tc>
        <w:tc>
          <w:tcPr>
            <w:tcW w:w="1080" w:type="dxa"/>
          </w:tcPr>
          <w:p w14:paraId="35F963C2" w14:textId="77777777" w:rsidR="005503B4" w:rsidRPr="00EE6DD3" w:rsidRDefault="005503B4" w:rsidP="00D65017">
            <w:pPr>
              <w:jc w:val="center"/>
            </w:pPr>
            <w:r w:rsidRPr="00EE6DD3">
              <w:rPr>
                <w:rFonts w:eastAsia="SimSun"/>
                <w:sz w:val="14"/>
              </w:rPr>
              <w:t>1.25</w:t>
            </w:r>
          </w:p>
        </w:tc>
        <w:tc>
          <w:tcPr>
            <w:tcW w:w="1080" w:type="dxa"/>
          </w:tcPr>
          <w:p w14:paraId="3B74DB3A" w14:textId="77777777" w:rsidR="005503B4" w:rsidRPr="00EE6DD3" w:rsidRDefault="005503B4" w:rsidP="00D65017">
            <w:pPr>
              <w:jc w:val="center"/>
            </w:pPr>
            <w:r w:rsidRPr="00EE6DD3">
              <w:rPr>
                <w:rFonts w:eastAsia="SimSun"/>
                <w:sz w:val="14"/>
              </w:rPr>
              <w:t>15887</w:t>
            </w:r>
          </w:p>
        </w:tc>
      </w:tr>
      <w:tr w:rsidR="005503B4" w:rsidRPr="00EE6DD3" w14:paraId="0473D381" w14:textId="77777777" w:rsidTr="00D65017">
        <w:tc>
          <w:tcPr>
            <w:tcW w:w="1080" w:type="dxa"/>
          </w:tcPr>
          <w:p w14:paraId="7C9AA093" w14:textId="77777777" w:rsidR="005503B4" w:rsidRPr="00EE6DD3" w:rsidRDefault="005503B4" w:rsidP="00D65017">
            <w:r w:rsidRPr="00EE6DD3">
              <w:rPr>
                <w:rFonts w:eastAsia="SimSun"/>
                <w:sz w:val="14"/>
              </w:rPr>
              <w:t>Top Aurora-leaning</w:t>
            </w:r>
          </w:p>
        </w:tc>
        <w:tc>
          <w:tcPr>
            <w:tcW w:w="1080" w:type="dxa"/>
          </w:tcPr>
          <w:p w14:paraId="530F1AB7" w14:textId="77777777" w:rsidR="005503B4" w:rsidRPr="00EE6DD3" w:rsidRDefault="005503B4" w:rsidP="00D65017">
            <w:r w:rsidRPr="00EE6DD3">
              <w:rPr>
                <w:rFonts w:eastAsia="SimSun"/>
                <w:sz w:val="14"/>
              </w:rPr>
              <w:t>NG</w:t>
            </w:r>
          </w:p>
        </w:tc>
        <w:tc>
          <w:tcPr>
            <w:tcW w:w="1080" w:type="dxa"/>
          </w:tcPr>
          <w:p w14:paraId="0580CD4E" w14:textId="77777777" w:rsidR="005503B4" w:rsidRPr="00EE6DD3" w:rsidRDefault="005503B4" w:rsidP="00D65017">
            <w:pPr>
              <w:jc w:val="center"/>
            </w:pPr>
            <w:r w:rsidRPr="00EE6DD3">
              <w:rPr>
                <w:rFonts w:eastAsia="SimSun"/>
                <w:sz w:val="14"/>
              </w:rPr>
              <w:t>0.0071</w:t>
            </w:r>
          </w:p>
        </w:tc>
        <w:tc>
          <w:tcPr>
            <w:tcW w:w="1080" w:type="dxa"/>
          </w:tcPr>
          <w:p w14:paraId="3950CF40" w14:textId="77777777" w:rsidR="005503B4" w:rsidRPr="00EE6DD3" w:rsidRDefault="005503B4" w:rsidP="00D65017">
            <w:pPr>
              <w:jc w:val="center"/>
            </w:pPr>
            <w:r w:rsidRPr="00EE6DD3">
              <w:rPr>
                <w:rFonts w:eastAsia="SimSun"/>
                <w:sz w:val="14"/>
              </w:rPr>
              <w:t>0.0040</w:t>
            </w:r>
          </w:p>
        </w:tc>
        <w:tc>
          <w:tcPr>
            <w:tcW w:w="1080" w:type="dxa"/>
          </w:tcPr>
          <w:p w14:paraId="6C2BA0A4" w14:textId="77777777" w:rsidR="005503B4" w:rsidRPr="00EE6DD3" w:rsidRDefault="005503B4" w:rsidP="00D65017">
            <w:pPr>
              <w:jc w:val="center"/>
            </w:pPr>
            <w:r w:rsidRPr="00EE6DD3">
              <w:rPr>
                <w:rFonts w:eastAsia="SimSun"/>
                <w:sz w:val="14"/>
              </w:rPr>
              <w:t>5.33</w:t>
            </w:r>
          </w:p>
        </w:tc>
        <w:tc>
          <w:tcPr>
            <w:tcW w:w="1080" w:type="dxa"/>
          </w:tcPr>
          <w:p w14:paraId="60BE9DFA" w14:textId="77777777" w:rsidR="005503B4" w:rsidRPr="00EE6DD3" w:rsidRDefault="005503B4" w:rsidP="00D65017">
            <w:pPr>
              <w:jc w:val="center"/>
            </w:pPr>
            <w:r w:rsidRPr="00EE6DD3">
              <w:rPr>
                <w:rFonts w:eastAsia="SimSun"/>
                <w:sz w:val="14"/>
              </w:rPr>
              <w:t>93.81</w:t>
            </w:r>
          </w:p>
        </w:tc>
        <w:tc>
          <w:tcPr>
            <w:tcW w:w="1080" w:type="dxa"/>
          </w:tcPr>
          <w:p w14:paraId="0BBF56F7" w14:textId="77777777" w:rsidR="005503B4" w:rsidRPr="00EE6DD3" w:rsidRDefault="005503B4" w:rsidP="00D65017">
            <w:pPr>
              <w:jc w:val="center"/>
            </w:pPr>
            <w:r w:rsidRPr="00EE6DD3">
              <w:rPr>
                <w:rFonts w:eastAsia="SimSun"/>
                <w:sz w:val="14"/>
              </w:rPr>
              <w:t>0.85</w:t>
            </w:r>
          </w:p>
        </w:tc>
        <w:tc>
          <w:tcPr>
            <w:tcW w:w="1080" w:type="dxa"/>
          </w:tcPr>
          <w:p w14:paraId="4677FEB9" w14:textId="77777777" w:rsidR="005503B4" w:rsidRPr="00EE6DD3" w:rsidRDefault="005503B4" w:rsidP="00D65017">
            <w:pPr>
              <w:jc w:val="center"/>
            </w:pPr>
            <w:r w:rsidRPr="00EE6DD3">
              <w:rPr>
                <w:rFonts w:eastAsia="SimSun"/>
                <w:sz w:val="14"/>
              </w:rPr>
              <w:t>15505</w:t>
            </w:r>
          </w:p>
        </w:tc>
      </w:tr>
      <w:tr w:rsidR="005503B4" w:rsidRPr="00EE6DD3" w14:paraId="152D0B99" w14:textId="77777777" w:rsidTr="00D65017">
        <w:tc>
          <w:tcPr>
            <w:tcW w:w="1080" w:type="dxa"/>
          </w:tcPr>
          <w:p w14:paraId="6A85BC99" w14:textId="77777777" w:rsidR="005503B4" w:rsidRPr="00EE6DD3" w:rsidRDefault="005503B4" w:rsidP="00D65017">
            <w:r w:rsidRPr="00EE6DD3">
              <w:rPr>
                <w:rFonts w:eastAsia="SimSun"/>
                <w:sz w:val="14"/>
              </w:rPr>
              <w:t>Top Elsevier-leaning</w:t>
            </w:r>
          </w:p>
        </w:tc>
        <w:tc>
          <w:tcPr>
            <w:tcW w:w="1080" w:type="dxa"/>
          </w:tcPr>
          <w:p w14:paraId="27A13763" w14:textId="77777777" w:rsidR="005503B4" w:rsidRPr="00EE6DD3" w:rsidRDefault="005503B4" w:rsidP="00D65017">
            <w:r w:rsidRPr="00EE6DD3">
              <w:rPr>
                <w:rFonts w:eastAsia="SimSun"/>
                <w:sz w:val="14"/>
              </w:rPr>
              <w:t>TW</w:t>
            </w:r>
          </w:p>
        </w:tc>
        <w:tc>
          <w:tcPr>
            <w:tcW w:w="1080" w:type="dxa"/>
          </w:tcPr>
          <w:p w14:paraId="6ED6A9D4" w14:textId="77777777" w:rsidR="005503B4" w:rsidRPr="00EE6DD3" w:rsidRDefault="005503B4" w:rsidP="00D65017">
            <w:pPr>
              <w:jc w:val="center"/>
            </w:pPr>
            <w:r w:rsidRPr="00EE6DD3">
              <w:rPr>
                <w:rFonts w:eastAsia="SimSun"/>
                <w:sz w:val="14"/>
              </w:rPr>
              <w:t>-0.0053</w:t>
            </w:r>
          </w:p>
        </w:tc>
        <w:tc>
          <w:tcPr>
            <w:tcW w:w="1080" w:type="dxa"/>
          </w:tcPr>
          <w:p w14:paraId="3C3E1431" w14:textId="77777777" w:rsidR="005503B4" w:rsidRPr="00EE6DD3" w:rsidRDefault="005503B4" w:rsidP="00D65017">
            <w:pPr>
              <w:jc w:val="center"/>
            </w:pPr>
            <w:r w:rsidRPr="00EE6DD3">
              <w:rPr>
                <w:rFonts w:eastAsia="SimSun"/>
                <w:sz w:val="14"/>
              </w:rPr>
              <w:t>-0.0062</w:t>
            </w:r>
          </w:p>
        </w:tc>
        <w:tc>
          <w:tcPr>
            <w:tcW w:w="1080" w:type="dxa"/>
          </w:tcPr>
          <w:p w14:paraId="34995E1D" w14:textId="77777777" w:rsidR="005503B4" w:rsidRPr="00EE6DD3" w:rsidRDefault="005503B4" w:rsidP="00D65017">
            <w:pPr>
              <w:jc w:val="center"/>
            </w:pPr>
            <w:r w:rsidRPr="00EE6DD3">
              <w:rPr>
                <w:rFonts w:eastAsia="SimSun"/>
                <w:sz w:val="14"/>
              </w:rPr>
              <w:t>3.38</w:t>
            </w:r>
          </w:p>
        </w:tc>
        <w:tc>
          <w:tcPr>
            <w:tcW w:w="1080" w:type="dxa"/>
          </w:tcPr>
          <w:p w14:paraId="7ABC4EDB" w14:textId="77777777" w:rsidR="005503B4" w:rsidRPr="00EE6DD3" w:rsidRDefault="005503B4" w:rsidP="00D65017">
            <w:pPr>
              <w:jc w:val="center"/>
            </w:pPr>
            <w:r w:rsidRPr="00EE6DD3">
              <w:rPr>
                <w:rFonts w:eastAsia="SimSun"/>
                <w:sz w:val="14"/>
              </w:rPr>
              <w:t>92.02</w:t>
            </w:r>
          </w:p>
        </w:tc>
        <w:tc>
          <w:tcPr>
            <w:tcW w:w="1080" w:type="dxa"/>
          </w:tcPr>
          <w:p w14:paraId="252A1CF9" w14:textId="77777777" w:rsidR="005503B4" w:rsidRPr="00EE6DD3" w:rsidRDefault="005503B4" w:rsidP="00D65017">
            <w:pPr>
              <w:jc w:val="center"/>
            </w:pPr>
            <w:r w:rsidRPr="00EE6DD3">
              <w:rPr>
                <w:rFonts w:eastAsia="SimSun"/>
                <w:sz w:val="14"/>
              </w:rPr>
              <w:t>4.60</w:t>
            </w:r>
          </w:p>
        </w:tc>
        <w:tc>
          <w:tcPr>
            <w:tcW w:w="1080" w:type="dxa"/>
          </w:tcPr>
          <w:p w14:paraId="5BA64835" w14:textId="77777777" w:rsidR="005503B4" w:rsidRPr="00EE6DD3" w:rsidRDefault="005503B4" w:rsidP="00D65017">
            <w:pPr>
              <w:jc w:val="center"/>
            </w:pPr>
            <w:r w:rsidRPr="00EE6DD3">
              <w:rPr>
                <w:rFonts w:eastAsia="SimSun"/>
                <w:sz w:val="14"/>
              </w:rPr>
              <w:t>12733</w:t>
            </w:r>
          </w:p>
        </w:tc>
      </w:tr>
      <w:tr w:rsidR="005503B4" w:rsidRPr="00EE6DD3" w14:paraId="1F3176DB" w14:textId="77777777" w:rsidTr="00D65017">
        <w:tc>
          <w:tcPr>
            <w:tcW w:w="1080" w:type="dxa"/>
          </w:tcPr>
          <w:p w14:paraId="7C22A719" w14:textId="77777777" w:rsidR="005503B4" w:rsidRPr="00EE6DD3" w:rsidRDefault="005503B4" w:rsidP="00D65017">
            <w:r w:rsidRPr="00EE6DD3">
              <w:rPr>
                <w:rFonts w:eastAsia="SimSun"/>
                <w:sz w:val="14"/>
              </w:rPr>
              <w:t>Top Elsevier-leaning</w:t>
            </w:r>
          </w:p>
        </w:tc>
        <w:tc>
          <w:tcPr>
            <w:tcW w:w="1080" w:type="dxa"/>
          </w:tcPr>
          <w:p w14:paraId="587164F7" w14:textId="77777777" w:rsidR="005503B4" w:rsidRPr="00EE6DD3" w:rsidRDefault="005503B4" w:rsidP="00D65017">
            <w:r w:rsidRPr="00EE6DD3">
              <w:rPr>
                <w:rFonts w:eastAsia="SimSun"/>
                <w:sz w:val="14"/>
              </w:rPr>
              <w:t>KR</w:t>
            </w:r>
          </w:p>
        </w:tc>
        <w:tc>
          <w:tcPr>
            <w:tcW w:w="1080" w:type="dxa"/>
          </w:tcPr>
          <w:p w14:paraId="113B2D60" w14:textId="77777777" w:rsidR="005503B4" w:rsidRPr="00EE6DD3" w:rsidRDefault="005503B4" w:rsidP="00D65017">
            <w:pPr>
              <w:jc w:val="center"/>
            </w:pPr>
            <w:r w:rsidRPr="00EE6DD3">
              <w:rPr>
                <w:rFonts w:eastAsia="SimSun"/>
                <w:sz w:val="14"/>
              </w:rPr>
              <w:t>-0.0034</w:t>
            </w:r>
          </w:p>
        </w:tc>
        <w:tc>
          <w:tcPr>
            <w:tcW w:w="1080" w:type="dxa"/>
          </w:tcPr>
          <w:p w14:paraId="264886F4" w14:textId="77777777" w:rsidR="005503B4" w:rsidRPr="00EE6DD3" w:rsidRDefault="005503B4" w:rsidP="00D65017">
            <w:pPr>
              <w:jc w:val="center"/>
            </w:pPr>
            <w:r w:rsidRPr="00EE6DD3">
              <w:rPr>
                <w:rFonts w:eastAsia="SimSun"/>
                <w:sz w:val="14"/>
              </w:rPr>
              <w:t>-0.0050</w:t>
            </w:r>
          </w:p>
        </w:tc>
        <w:tc>
          <w:tcPr>
            <w:tcW w:w="1080" w:type="dxa"/>
          </w:tcPr>
          <w:p w14:paraId="476E18A1" w14:textId="77777777" w:rsidR="005503B4" w:rsidRPr="00EE6DD3" w:rsidRDefault="005503B4" w:rsidP="00D65017">
            <w:pPr>
              <w:jc w:val="center"/>
            </w:pPr>
            <w:r w:rsidRPr="00EE6DD3">
              <w:rPr>
                <w:rFonts w:eastAsia="SimSun"/>
                <w:sz w:val="14"/>
              </w:rPr>
              <w:t>4.32</w:t>
            </w:r>
          </w:p>
        </w:tc>
        <w:tc>
          <w:tcPr>
            <w:tcW w:w="1080" w:type="dxa"/>
          </w:tcPr>
          <w:p w14:paraId="65B3B818" w14:textId="77777777" w:rsidR="005503B4" w:rsidRPr="00EE6DD3" w:rsidRDefault="005503B4" w:rsidP="00D65017">
            <w:pPr>
              <w:jc w:val="center"/>
            </w:pPr>
            <w:r w:rsidRPr="00EE6DD3">
              <w:rPr>
                <w:rFonts w:eastAsia="SimSun"/>
                <w:sz w:val="14"/>
              </w:rPr>
              <w:t>91.18</w:t>
            </w:r>
          </w:p>
        </w:tc>
        <w:tc>
          <w:tcPr>
            <w:tcW w:w="1080" w:type="dxa"/>
          </w:tcPr>
          <w:p w14:paraId="3AAA683B" w14:textId="77777777" w:rsidR="005503B4" w:rsidRPr="00EE6DD3" w:rsidRDefault="005503B4" w:rsidP="00D65017">
            <w:pPr>
              <w:jc w:val="center"/>
            </w:pPr>
            <w:r w:rsidRPr="00EE6DD3">
              <w:rPr>
                <w:rFonts w:eastAsia="SimSun"/>
                <w:sz w:val="14"/>
              </w:rPr>
              <w:t>4.50</w:t>
            </w:r>
          </w:p>
        </w:tc>
        <w:tc>
          <w:tcPr>
            <w:tcW w:w="1080" w:type="dxa"/>
          </w:tcPr>
          <w:p w14:paraId="366D6E69" w14:textId="77777777" w:rsidR="005503B4" w:rsidRPr="00EE6DD3" w:rsidRDefault="005503B4" w:rsidP="00D65017">
            <w:pPr>
              <w:jc w:val="center"/>
            </w:pPr>
            <w:r w:rsidRPr="00EE6DD3">
              <w:rPr>
                <w:rFonts w:eastAsia="SimSun"/>
                <w:sz w:val="14"/>
              </w:rPr>
              <w:t>30579</w:t>
            </w:r>
          </w:p>
        </w:tc>
      </w:tr>
      <w:tr w:rsidR="005503B4" w:rsidRPr="00EE6DD3" w14:paraId="72DCBCBD" w14:textId="77777777" w:rsidTr="00D65017">
        <w:tc>
          <w:tcPr>
            <w:tcW w:w="1080" w:type="dxa"/>
          </w:tcPr>
          <w:p w14:paraId="47A978B0" w14:textId="77777777" w:rsidR="005503B4" w:rsidRPr="00EE6DD3" w:rsidRDefault="005503B4" w:rsidP="00D65017">
            <w:r w:rsidRPr="00EE6DD3">
              <w:rPr>
                <w:rFonts w:eastAsia="SimSun"/>
                <w:sz w:val="14"/>
              </w:rPr>
              <w:t>Top Elsevier-leaning</w:t>
            </w:r>
          </w:p>
        </w:tc>
        <w:tc>
          <w:tcPr>
            <w:tcW w:w="1080" w:type="dxa"/>
          </w:tcPr>
          <w:p w14:paraId="4B87DC91" w14:textId="77777777" w:rsidR="005503B4" w:rsidRPr="00EE6DD3" w:rsidRDefault="005503B4" w:rsidP="00D65017">
            <w:r w:rsidRPr="00EE6DD3">
              <w:rPr>
                <w:rFonts w:eastAsia="SimSun"/>
                <w:sz w:val="14"/>
              </w:rPr>
              <w:t>CN</w:t>
            </w:r>
          </w:p>
        </w:tc>
        <w:tc>
          <w:tcPr>
            <w:tcW w:w="1080" w:type="dxa"/>
          </w:tcPr>
          <w:p w14:paraId="36257E58" w14:textId="77777777" w:rsidR="005503B4" w:rsidRPr="00EE6DD3" w:rsidRDefault="005503B4" w:rsidP="00D65017">
            <w:pPr>
              <w:jc w:val="center"/>
            </w:pPr>
            <w:r w:rsidRPr="00EE6DD3">
              <w:rPr>
                <w:rFonts w:eastAsia="SimSun"/>
                <w:sz w:val="14"/>
              </w:rPr>
              <w:t>-0.0029</w:t>
            </w:r>
          </w:p>
        </w:tc>
        <w:tc>
          <w:tcPr>
            <w:tcW w:w="1080" w:type="dxa"/>
          </w:tcPr>
          <w:p w14:paraId="576CBD60" w14:textId="77777777" w:rsidR="005503B4" w:rsidRPr="00EE6DD3" w:rsidRDefault="005503B4" w:rsidP="00D65017">
            <w:pPr>
              <w:jc w:val="center"/>
            </w:pPr>
            <w:r w:rsidRPr="00EE6DD3">
              <w:rPr>
                <w:rFonts w:eastAsia="SimSun"/>
                <w:sz w:val="14"/>
              </w:rPr>
              <w:t>-0.0044</w:t>
            </w:r>
          </w:p>
        </w:tc>
        <w:tc>
          <w:tcPr>
            <w:tcW w:w="1080" w:type="dxa"/>
          </w:tcPr>
          <w:p w14:paraId="01A9E9B0" w14:textId="77777777" w:rsidR="005503B4" w:rsidRPr="00EE6DD3" w:rsidRDefault="005503B4" w:rsidP="00D65017">
            <w:pPr>
              <w:jc w:val="center"/>
            </w:pPr>
            <w:r w:rsidRPr="00EE6DD3">
              <w:rPr>
                <w:rFonts w:eastAsia="SimSun"/>
                <w:sz w:val="14"/>
              </w:rPr>
              <w:t>3.58</w:t>
            </w:r>
          </w:p>
        </w:tc>
        <w:tc>
          <w:tcPr>
            <w:tcW w:w="1080" w:type="dxa"/>
          </w:tcPr>
          <w:p w14:paraId="6E76C84C" w14:textId="77777777" w:rsidR="005503B4" w:rsidRPr="00EE6DD3" w:rsidRDefault="005503B4" w:rsidP="00D65017">
            <w:pPr>
              <w:jc w:val="center"/>
            </w:pPr>
            <w:r w:rsidRPr="00EE6DD3">
              <w:rPr>
                <w:rFonts w:eastAsia="SimSun"/>
                <w:sz w:val="14"/>
              </w:rPr>
              <w:t>93.45</w:t>
            </w:r>
          </w:p>
        </w:tc>
        <w:tc>
          <w:tcPr>
            <w:tcW w:w="1080" w:type="dxa"/>
          </w:tcPr>
          <w:p w14:paraId="5DEEF0C3" w14:textId="77777777" w:rsidR="005503B4" w:rsidRPr="00EE6DD3" w:rsidRDefault="005503B4" w:rsidP="00D65017">
            <w:pPr>
              <w:jc w:val="center"/>
            </w:pPr>
            <w:r w:rsidRPr="00EE6DD3">
              <w:rPr>
                <w:rFonts w:eastAsia="SimSun"/>
                <w:sz w:val="14"/>
              </w:rPr>
              <w:t>2.97</w:t>
            </w:r>
          </w:p>
        </w:tc>
        <w:tc>
          <w:tcPr>
            <w:tcW w:w="1080" w:type="dxa"/>
          </w:tcPr>
          <w:p w14:paraId="32975676" w14:textId="77777777" w:rsidR="005503B4" w:rsidRPr="00EE6DD3" w:rsidRDefault="005503B4" w:rsidP="00D65017">
            <w:pPr>
              <w:jc w:val="center"/>
            </w:pPr>
            <w:r w:rsidRPr="00EE6DD3">
              <w:rPr>
                <w:rFonts w:eastAsia="SimSun"/>
                <w:sz w:val="14"/>
              </w:rPr>
              <w:t>242477</w:t>
            </w:r>
          </w:p>
        </w:tc>
      </w:tr>
      <w:tr w:rsidR="005503B4" w:rsidRPr="00EE6DD3" w14:paraId="624C44BF" w14:textId="77777777" w:rsidTr="00D65017">
        <w:tc>
          <w:tcPr>
            <w:tcW w:w="1080" w:type="dxa"/>
          </w:tcPr>
          <w:p w14:paraId="194190A1" w14:textId="77777777" w:rsidR="005503B4" w:rsidRPr="00EE6DD3" w:rsidRDefault="005503B4" w:rsidP="00D65017">
            <w:r w:rsidRPr="00EE6DD3">
              <w:rPr>
                <w:rFonts w:eastAsia="SimSun"/>
                <w:sz w:val="14"/>
              </w:rPr>
              <w:t>Top Elsevier-leaning</w:t>
            </w:r>
          </w:p>
        </w:tc>
        <w:tc>
          <w:tcPr>
            <w:tcW w:w="1080" w:type="dxa"/>
          </w:tcPr>
          <w:p w14:paraId="03562E9C" w14:textId="77777777" w:rsidR="005503B4" w:rsidRPr="00EE6DD3" w:rsidRDefault="005503B4" w:rsidP="00D65017">
            <w:r w:rsidRPr="00EE6DD3">
              <w:rPr>
                <w:rFonts w:eastAsia="SimSun"/>
                <w:sz w:val="14"/>
              </w:rPr>
              <w:t>JP</w:t>
            </w:r>
          </w:p>
        </w:tc>
        <w:tc>
          <w:tcPr>
            <w:tcW w:w="1080" w:type="dxa"/>
          </w:tcPr>
          <w:p w14:paraId="1C46BA0A" w14:textId="77777777" w:rsidR="005503B4" w:rsidRPr="00EE6DD3" w:rsidRDefault="005503B4" w:rsidP="00D65017">
            <w:pPr>
              <w:jc w:val="center"/>
            </w:pPr>
            <w:r w:rsidRPr="00EE6DD3">
              <w:rPr>
                <w:rFonts w:eastAsia="SimSun"/>
                <w:sz w:val="14"/>
              </w:rPr>
              <w:t>-0.0024</w:t>
            </w:r>
          </w:p>
        </w:tc>
        <w:tc>
          <w:tcPr>
            <w:tcW w:w="1080" w:type="dxa"/>
          </w:tcPr>
          <w:p w14:paraId="605BE148" w14:textId="77777777" w:rsidR="005503B4" w:rsidRPr="00EE6DD3" w:rsidRDefault="005503B4" w:rsidP="00D65017">
            <w:pPr>
              <w:jc w:val="center"/>
            </w:pPr>
            <w:r w:rsidRPr="00EE6DD3">
              <w:rPr>
                <w:rFonts w:eastAsia="SimSun"/>
                <w:sz w:val="14"/>
              </w:rPr>
              <w:t>-0.0039</w:t>
            </w:r>
          </w:p>
        </w:tc>
        <w:tc>
          <w:tcPr>
            <w:tcW w:w="1080" w:type="dxa"/>
          </w:tcPr>
          <w:p w14:paraId="3FDE6438" w14:textId="77777777" w:rsidR="005503B4" w:rsidRPr="00EE6DD3" w:rsidRDefault="005503B4" w:rsidP="00D65017">
            <w:pPr>
              <w:jc w:val="center"/>
            </w:pPr>
            <w:r w:rsidRPr="00EE6DD3">
              <w:rPr>
                <w:rFonts w:eastAsia="SimSun"/>
                <w:sz w:val="14"/>
              </w:rPr>
              <w:t>4.26</w:t>
            </w:r>
          </w:p>
        </w:tc>
        <w:tc>
          <w:tcPr>
            <w:tcW w:w="1080" w:type="dxa"/>
          </w:tcPr>
          <w:p w14:paraId="51B782BF" w14:textId="77777777" w:rsidR="005503B4" w:rsidRPr="00EE6DD3" w:rsidRDefault="005503B4" w:rsidP="00D65017">
            <w:pPr>
              <w:jc w:val="center"/>
            </w:pPr>
            <w:r w:rsidRPr="00EE6DD3">
              <w:rPr>
                <w:rFonts w:eastAsia="SimSun"/>
                <w:sz w:val="14"/>
              </w:rPr>
              <w:t>92.02</w:t>
            </w:r>
          </w:p>
        </w:tc>
        <w:tc>
          <w:tcPr>
            <w:tcW w:w="1080" w:type="dxa"/>
          </w:tcPr>
          <w:p w14:paraId="081FC164" w14:textId="77777777" w:rsidR="005503B4" w:rsidRPr="00EE6DD3" w:rsidRDefault="005503B4" w:rsidP="00D65017">
            <w:pPr>
              <w:jc w:val="center"/>
            </w:pPr>
            <w:r w:rsidRPr="00EE6DD3">
              <w:rPr>
                <w:rFonts w:eastAsia="SimSun"/>
                <w:sz w:val="14"/>
              </w:rPr>
              <w:t>3.72</w:t>
            </w:r>
          </w:p>
        </w:tc>
        <w:tc>
          <w:tcPr>
            <w:tcW w:w="1080" w:type="dxa"/>
          </w:tcPr>
          <w:p w14:paraId="454AD14D" w14:textId="77777777" w:rsidR="005503B4" w:rsidRPr="00EE6DD3" w:rsidRDefault="005503B4" w:rsidP="00D65017">
            <w:pPr>
              <w:jc w:val="center"/>
            </w:pPr>
            <w:r w:rsidRPr="00EE6DD3">
              <w:rPr>
                <w:rFonts w:eastAsia="SimSun"/>
                <w:sz w:val="14"/>
              </w:rPr>
              <w:t>47383</w:t>
            </w:r>
          </w:p>
        </w:tc>
      </w:tr>
      <w:tr w:rsidR="005503B4" w:rsidRPr="00EE6DD3" w14:paraId="585E01F9" w14:textId="77777777" w:rsidTr="00D65017">
        <w:tc>
          <w:tcPr>
            <w:tcW w:w="1080" w:type="dxa"/>
          </w:tcPr>
          <w:p w14:paraId="22F6420F" w14:textId="77777777" w:rsidR="005503B4" w:rsidRPr="00EE6DD3" w:rsidRDefault="005503B4" w:rsidP="00D65017">
            <w:r w:rsidRPr="00EE6DD3">
              <w:rPr>
                <w:rFonts w:eastAsia="SimSun"/>
                <w:sz w:val="14"/>
              </w:rPr>
              <w:t>Top Elsevier-leaning</w:t>
            </w:r>
          </w:p>
        </w:tc>
        <w:tc>
          <w:tcPr>
            <w:tcW w:w="1080" w:type="dxa"/>
          </w:tcPr>
          <w:p w14:paraId="5C50F7CA" w14:textId="77777777" w:rsidR="005503B4" w:rsidRPr="00EE6DD3" w:rsidRDefault="005503B4" w:rsidP="00D65017">
            <w:r w:rsidRPr="00EE6DD3">
              <w:rPr>
                <w:rFonts w:eastAsia="SimSun"/>
                <w:sz w:val="14"/>
              </w:rPr>
              <w:t>IR</w:t>
            </w:r>
          </w:p>
        </w:tc>
        <w:tc>
          <w:tcPr>
            <w:tcW w:w="1080" w:type="dxa"/>
          </w:tcPr>
          <w:p w14:paraId="293EDF05" w14:textId="77777777" w:rsidR="005503B4" w:rsidRPr="00EE6DD3" w:rsidRDefault="005503B4" w:rsidP="00D65017">
            <w:pPr>
              <w:jc w:val="center"/>
            </w:pPr>
            <w:r w:rsidRPr="00EE6DD3">
              <w:rPr>
                <w:rFonts w:eastAsia="SimSun"/>
                <w:sz w:val="14"/>
              </w:rPr>
              <w:t>-0.0011</w:t>
            </w:r>
          </w:p>
        </w:tc>
        <w:tc>
          <w:tcPr>
            <w:tcW w:w="1080" w:type="dxa"/>
          </w:tcPr>
          <w:p w14:paraId="6BFE861A" w14:textId="77777777" w:rsidR="005503B4" w:rsidRPr="00EE6DD3" w:rsidRDefault="005503B4" w:rsidP="00D65017">
            <w:pPr>
              <w:jc w:val="center"/>
            </w:pPr>
            <w:r w:rsidRPr="00EE6DD3">
              <w:rPr>
                <w:rFonts w:eastAsia="SimSun"/>
                <w:sz w:val="14"/>
              </w:rPr>
              <w:t>-0.0035</w:t>
            </w:r>
          </w:p>
        </w:tc>
        <w:tc>
          <w:tcPr>
            <w:tcW w:w="1080" w:type="dxa"/>
          </w:tcPr>
          <w:p w14:paraId="1E6B71A2" w14:textId="77777777" w:rsidR="005503B4" w:rsidRPr="00EE6DD3" w:rsidRDefault="005503B4" w:rsidP="00D65017">
            <w:pPr>
              <w:jc w:val="center"/>
            </w:pPr>
            <w:r w:rsidRPr="00EE6DD3">
              <w:rPr>
                <w:rFonts w:eastAsia="SimSun"/>
                <w:sz w:val="14"/>
              </w:rPr>
              <w:t>5.63</w:t>
            </w:r>
          </w:p>
        </w:tc>
        <w:tc>
          <w:tcPr>
            <w:tcW w:w="1080" w:type="dxa"/>
          </w:tcPr>
          <w:p w14:paraId="1AF313C5" w14:textId="77777777" w:rsidR="005503B4" w:rsidRPr="00EE6DD3" w:rsidRDefault="005503B4" w:rsidP="00D65017">
            <w:pPr>
              <w:jc w:val="center"/>
            </w:pPr>
            <w:r w:rsidRPr="00EE6DD3">
              <w:rPr>
                <w:rFonts w:eastAsia="SimSun"/>
                <w:sz w:val="14"/>
              </w:rPr>
              <w:t>90.82</w:t>
            </w:r>
          </w:p>
        </w:tc>
        <w:tc>
          <w:tcPr>
            <w:tcW w:w="1080" w:type="dxa"/>
          </w:tcPr>
          <w:p w14:paraId="7A4A1DB7" w14:textId="77777777" w:rsidR="005503B4" w:rsidRPr="00EE6DD3" w:rsidRDefault="005503B4" w:rsidP="00D65017">
            <w:pPr>
              <w:jc w:val="center"/>
            </w:pPr>
            <w:r w:rsidRPr="00EE6DD3">
              <w:rPr>
                <w:rFonts w:eastAsia="SimSun"/>
                <w:sz w:val="14"/>
              </w:rPr>
              <w:t>3.55</w:t>
            </w:r>
          </w:p>
        </w:tc>
        <w:tc>
          <w:tcPr>
            <w:tcW w:w="1080" w:type="dxa"/>
          </w:tcPr>
          <w:p w14:paraId="0862FBAE" w14:textId="77777777" w:rsidR="005503B4" w:rsidRPr="00EE6DD3" w:rsidRDefault="005503B4" w:rsidP="00D65017">
            <w:pPr>
              <w:jc w:val="center"/>
            </w:pPr>
            <w:r w:rsidRPr="00EE6DD3">
              <w:rPr>
                <w:rFonts w:eastAsia="SimSun"/>
                <w:sz w:val="14"/>
              </w:rPr>
              <w:t>25436</w:t>
            </w:r>
          </w:p>
        </w:tc>
      </w:tr>
      <w:tr w:rsidR="005503B4" w:rsidRPr="00EE6DD3" w14:paraId="193EC995" w14:textId="77777777" w:rsidTr="00D65017">
        <w:tc>
          <w:tcPr>
            <w:tcW w:w="1080" w:type="dxa"/>
          </w:tcPr>
          <w:p w14:paraId="297E9D67" w14:textId="77777777" w:rsidR="005503B4" w:rsidRPr="00EE6DD3" w:rsidRDefault="005503B4" w:rsidP="00D65017">
            <w:r w:rsidRPr="00EE6DD3">
              <w:rPr>
                <w:rFonts w:eastAsia="SimSun"/>
                <w:sz w:val="14"/>
              </w:rPr>
              <w:t>Top Elsevier-leaning</w:t>
            </w:r>
          </w:p>
        </w:tc>
        <w:tc>
          <w:tcPr>
            <w:tcW w:w="1080" w:type="dxa"/>
          </w:tcPr>
          <w:p w14:paraId="79693A20" w14:textId="77777777" w:rsidR="005503B4" w:rsidRPr="00EE6DD3" w:rsidRDefault="005503B4" w:rsidP="00D65017">
            <w:r w:rsidRPr="00EE6DD3">
              <w:rPr>
                <w:rFonts w:eastAsia="SimSun"/>
                <w:sz w:val="14"/>
              </w:rPr>
              <w:t>ID</w:t>
            </w:r>
          </w:p>
        </w:tc>
        <w:tc>
          <w:tcPr>
            <w:tcW w:w="1080" w:type="dxa"/>
          </w:tcPr>
          <w:p w14:paraId="54E7E94A" w14:textId="77777777" w:rsidR="005503B4" w:rsidRPr="00EE6DD3" w:rsidRDefault="005503B4" w:rsidP="00D65017">
            <w:pPr>
              <w:jc w:val="center"/>
            </w:pPr>
            <w:r w:rsidRPr="00EE6DD3">
              <w:rPr>
                <w:rFonts w:eastAsia="SimSun"/>
                <w:sz w:val="14"/>
              </w:rPr>
              <w:t>-0.0007</w:t>
            </w:r>
          </w:p>
        </w:tc>
        <w:tc>
          <w:tcPr>
            <w:tcW w:w="1080" w:type="dxa"/>
          </w:tcPr>
          <w:p w14:paraId="5FEDABE6" w14:textId="77777777" w:rsidR="005503B4" w:rsidRPr="00EE6DD3" w:rsidRDefault="005503B4" w:rsidP="00D65017">
            <w:pPr>
              <w:jc w:val="center"/>
            </w:pPr>
            <w:r w:rsidRPr="00EE6DD3">
              <w:rPr>
                <w:rFonts w:eastAsia="SimSun"/>
                <w:sz w:val="14"/>
              </w:rPr>
              <w:t>-0.0023</w:t>
            </w:r>
          </w:p>
        </w:tc>
        <w:tc>
          <w:tcPr>
            <w:tcW w:w="1080" w:type="dxa"/>
          </w:tcPr>
          <w:p w14:paraId="3BE88599" w14:textId="77777777" w:rsidR="005503B4" w:rsidRPr="00EE6DD3" w:rsidRDefault="005503B4" w:rsidP="00D65017">
            <w:pPr>
              <w:jc w:val="center"/>
            </w:pPr>
            <w:r w:rsidRPr="00EE6DD3">
              <w:rPr>
                <w:rFonts w:eastAsia="SimSun"/>
                <w:sz w:val="14"/>
              </w:rPr>
              <w:t>3.59</w:t>
            </w:r>
          </w:p>
        </w:tc>
        <w:tc>
          <w:tcPr>
            <w:tcW w:w="1080" w:type="dxa"/>
          </w:tcPr>
          <w:p w14:paraId="625A1FC3" w14:textId="77777777" w:rsidR="005503B4" w:rsidRPr="00EE6DD3" w:rsidRDefault="005503B4" w:rsidP="00D65017">
            <w:pPr>
              <w:jc w:val="center"/>
            </w:pPr>
            <w:r w:rsidRPr="00EE6DD3">
              <w:rPr>
                <w:rFonts w:eastAsia="SimSun"/>
                <w:sz w:val="14"/>
              </w:rPr>
              <w:t>94.25</w:t>
            </w:r>
          </w:p>
        </w:tc>
        <w:tc>
          <w:tcPr>
            <w:tcW w:w="1080" w:type="dxa"/>
          </w:tcPr>
          <w:p w14:paraId="36816C3C" w14:textId="77777777" w:rsidR="005503B4" w:rsidRPr="00EE6DD3" w:rsidRDefault="005503B4" w:rsidP="00D65017">
            <w:pPr>
              <w:jc w:val="center"/>
            </w:pPr>
            <w:r w:rsidRPr="00EE6DD3">
              <w:rPr>
                <w:rFonts w:eastAsia="SimSun"/>
                <w:sz w:val="14"/>
              </w:rPr>
              <w:t>2.16</w:t>
            </w:r>
          </w:p>
        </w:tc>
        <w:tc>
          <w:tcPr>
            <w:tcW w:w="1080" w:type="dxa"/>
          </w:tcPr>
          <w:p w14:paraId="1E21FEF5" w14:textId="77777777" w:rsidR="005503B4" w:rsidRPr="00EE6DD3" w:rsidRDefault="005503B4" w:rsidP="00D65017">
            <w:pPr>
              <w:jc w:val="center"/>
            </w:pPr>
            <w:r w:rsidRPr="00EE6DD3">
              <w:rPr>
                <w:rFonts w:eastAsia="SimSun"/>
                <w:sz w:val="14"/>
              </w:rPr>
              <w:t>62486</w:t>
            </w:r>
          </w:p>
        </w:tc>
      </w:tr>
      <w:tr w:rsidR="005503B4" w:rsidRPr="00EE6DD3" w14:paraId="7EF96C45" w14:textId="77777777" w:rsidTr="00D65017">
        <w:tc>
          <w:tcPr>
            <w:tcW w:w="1080" w:type="dxa"/>
          </w:tcPr>
          <w:p w14:paraId="18C82509" w14:textId="77777777" w:rsidR="005503B4" w:rsidRPr="00EE6DD3" w:rsidRDefault="005503B4" w:rsidP="00D65017">
            <w:r w:rsidRPr="00EE6DD3">
              <w:rPr>
                <w:rFonts w:eastAsia="SimSun"/>
                <w:sz w:val="14"/>
              </w:rPr>
              <w:t>Top Elsevier-leaning</w:t>
            </w:r>
          </w:p>
        </w:tc>
        <w:tc>
          <w:tcPr>
            <w:tcW w:w="1080" w:type="dxa"/>
          </w:tcPr>
          <w:p w14:paraId="51417DD2" w14:textId="77777777" w:rsidR="005503B4" w:rsidRPr="00EE6DD3" w:rsidRDefault="005503B4" w:rsidP="00D65017">
            <w:r w:rsidRPr="00EE6DD3">
              <w:rPr>
                <w:rFonts w:eastAsia="SimSun"/>
                <w:sz w:val="14"/>
              </w:rPr>
              <w:t>MY</w:t>
            </w:r>
          </w:p>
        </w:tc>
        <w:tc>
          <w:tcPr>
            <w:tcW w:w="1080" w:type="dxa"/>
          </w:tcPr>
          <w:p w14:paraId="5884B9EE" w14:textId="77777777" w:rsidR="005503B4" w:rsidRPr="00EE6DD3" w:rsidRDefault="005503B4" w:rsidP="00D65017">
            <w:pPr>
              <w:jc w:val="center"/>
            </w:pPr>
            <w:r w:rsidRPr="00EE6DD3">
              <w:rPr>
                <w:rFonts w:eastAsia="SimSun"/>
                <w:sz w:val="14"/>
              </w:rPr>
              <w:t>-0.0000</w:t>
            </w:r>
          </w:p>
        </w:tc>
        <w:tc>
          <w:tcPr>
            <w:tcW w:w="1080" w:type="dxa"/>
          </w:tcPr>
          <w:p w14:paraId="76DDB4BA" w14:textId="77777777" w:rsidR="005503B4" w:rsidRPr="00EE6DD3" w:rsidRDefault="005503B4" w:rsidP="00D65017">
            <w:pPr>
              <w:jc w:val="center"/>
            </w:pPr>
            <w:r w:rsidRPr="00EE6DD3">
              <w:rPr>
                <w:rFonts w:eastAsia="SimSun"/>
                <w:sz w:val="14"/>
              </w:rPr>
              <w:t>-0.0011</w:t>
            </w:r>
          </w:p>
        </w:tc>
        <w:tc>
          <w:tcPr>
            <w:tcW w:w="1080" w:type="dxa"/>
          </w:tcPr>
          <w:p w14:paraId="326B3889" w14:textId="77777777" w:rsidR="005503B4" w:rsidRPr="00EE6DD3" w:rsidRDefault="005503B4" w:rsidP="00D65017">
            <w:pPr>
              <w:jc w:val="center"/>
            </w:pPr>
            <w:r w:rsidRPr="00EE6DD3">
              <w:rPr>
                <w:rFonts w:eastAsia="SimSun"/>
                <w:sz w:val="14"/>
              </w:rPr>
              <w:t>4.50</w:t>
            </w:r>
          </w:p>
        </w:tc>
        <w:tc>
          <w:tcPr>
            <w:tcW w:w="1080" w:type="dxa"/>
          </w:tcPr>
          <w:p w14:paraId="5664A813" w14:textId="77777777" w:rsidR="005503B4" w:rsidRPr="00EE6DD3" w:rsidRDefault="005503B4" w:rsidP="00D65017">
            <w:pPr>
              <w:jc w:val="center"/>
            </w:pPr>
            <w:r w:rsidRPr="00EE6DD3">
              <w:rPr>
                <w:rFonts w:eastAsia="SimSun"/>
                <w:sz w:val="14"/>
              </w:rPr>
              <w:t>92.47</w:t>
            </w:r>
          </w:p>
        </w:tc>
        <w:tc>
          <w:tcPr>
            <w:tcW w:w="1080" w:type="dxa"/>
          </w:tcPr>
          <w:p w14:paraId="6E90C59A" w14:textId="77777777" w:rsidR="005503B4" w:rsidRPr="00EE6DD3" w:rsidRDefault="005503B4" w:rsidP="00D65017">
            <w:pPr>
              <w:jc w:val="center"/>
            </w:pPr>
            <w:r w:rsidRPr="00EE6DD3">
              <w:rPr>
                <w:rFonts w:eastAsia="SimSun"/>
                <w:sz w:val="14"/>
              </w:rPr>
              <w:t>3.04</w:t>
            </w:r>
          </w:p>
        </w:tc>
        <w:tc>
          <w:tcPr>
            <w:tcW w:w="1080" w:type="dxa"/>
          </w:tcPr>
          <w:p w14:paraId="42F9A9F1" w14:textId="77777777" w:rsidR="005503B4" w:rsidRPr="00EE6DD3" w:rsidRDefault="005503B4" w:rsidP="00D65017">
            <w:pPr>
              <w:jc w:val="center"/>
            </w:pPr>
            <w:r w:rsidRPr="00EE6DD3">
              <w:rPr>
                <w:rFonts w:eastAsia="SimSun"/>
                <w:sz w:val="14"/>
              </w:rPr>
              <w:t>18572</w:t>
            </w:r>
          </w:p>
        </w:tc>
      </w:tr>
      <w:tr w:rsidR="005503B4" w:rsidRPr="00EE6DD3" w14:paraId="760D264A" w14:textId="77777777" w:rsidTr="00D65017">
        <w:tc>
          <w:tcPr>
            <w:tcW w:w="1080" w:type="dxa"/>
          </w:tcPr>
          <w:p w14:paraId="41BB9E95" w14:textId="77777777" w:rsidR="005503B4" w:rsidRPr="00EE6DD3" w:rsidRDefault="005503B4" w:rsidP="00D65017">
            <w:r w:rsidRPr="00EE6DD3">
              <w:rPr>
                <w:rFonts w:eastAsia="SimSun"/>
                <w:sz w:val="14"/>
              </w:rPr>
              <w:t>Top Elsevier-leaning</w:t>
            </w:r>
          </w:p>
        </w:tc>
        <w:tc>
          <w:tcPr>
            <w:tcW w:w="1080" w:type="dxa"/>
          </w:tcPr>
          <w:p w14:paraId="55BF9C36" w14:textId="77777777" w:rsidR="005503B4" w:rsidRPr="00EE6DD3" w:rsidRDefault="005503B4" w:rsidP="00D65017">
            <w:r w:rsidRPr="00EE6DD3">
              <w:rPr>
                <w:rFonts w:eastAsia="SimSun"/>
                <w:sz w:val="14"/>
              </w:rPr>
              <w:t>IT</w:t>
            </w:r>
          </w:p>
        </w:tc>
        <w:tc>
          <w:tcPr>
            <w:tcW w:w="1080" w:type="dxa"/>
          </w:tcPr>
          <w:p w14:paraId="32D8948A" w14:textId="77777777" w:rsidR="005503B4" w:rsidRPr="00EE6DD3" w:rsidRDefault="005503B4" w:rsidP="00D65017">
            <w:pPr>
              <w:jc w:val="center"/>
            </w:pPr>
            <w:r w:rsidRPr="00EE6DD3">
              <w:rPr>
                <w:rFonts w:eastAsia="SimSun"/>
                <w:sz w:val="14"/>
              </w:rPr>
              <w:t>0.0016</w:t>
            </w:r>
          </w:p>
        </w:tc>
        <w:tc>
          <w:tcPr>
            <w:tcW w:w="1080" w:type="dxa"/>
          </w:tcPr>
          <w:p w14:paraId="39C75291" w14:textId="77777777" w:rsidR="005503B4" w:rsidRPr="00EE6DD3" w:rsidRDefault="005503B4" w:rsidP="00D65017">
            <w:pPr>
              <w:jc w:val="center"/>
            </w:pPr>
            <w:r w:rsidRPr="00EE6DD3">
              <w:rPr>
                <w:rFonts w:eastAsia="SimSun"/>
                <w:sz w:val="14"/>
              </w:rPr>
              <w:t>-0.0008</w:t>
            </w:r>
          </w:p>
        </w:tc>
        <w:tc>
          <w:tcPr>
            <w:tcW w:w="1080" w:type="dxa"/>
          </w:tcPr>
          <w:p w14:paraId="2EB755C0" w14:textId="77777777" w:rsidR="005503B4" w:rsidRPr="00EE6DD3" w:rsidRDefault="005503B4" w:rsidP="00D65017">
            <w:pPr>
              <w:jc w:val="center"/>
            </w:pPr>
            <w:r w:rsidRPr="00EE6DD3">
              <w:rPr>
                <w:rFonts w:eastAsia="SimSun"/>
                <w:sz w:val="14"/>
              </w:rPr>
              <w:t>4.92</w:t>
            </w:r>
          </w:p>
        </w:tc>
        <w:tc>
          <w:tcPr>
            <w:tcW w:w="1080" w:type="dxa"/>
          </w:tcPr>
          <w:p w14:paraId="4A616EC1" w14:textId="77777777" w:rsidR="005503B4" w:rsidRPr="00EE6DD3" w:rsidRDefault="005503B4" w:rsidP="00D65017">
            <w:pPr>
              <w:jc w:val="center"/>
            </w:pPr>
            <w:r w:rsidRPr="00EE6DD3">
              <w:rPr>
                <w:rFonts w:eastAsia="SimSun"/>
                <w:sz w:val="14"/>
              </w:rPr>
              <w:t>93.10</w:t>
            </w:r>
          </w:p>
        </w:tc>
        <w:tc>
          <w:tcPr>
            <w:tcW w:w="1080" w:type="dxa"/>
          </w:tcPr>
          <w:p w14:paraId="16E2D14F" w14:textId="77777777" w:rsidR="005503B4" w:rsidRPr="00EE6DD3" w:rsidRDefault="005503B4" w:rsidP="00D65017">
            <w:pPr>
              <w:jc w:val="center"/>
            </w:pPr>
            <w:r w:rsidRPr="00EE6DD3">
              <w:rPr>
                <w:rFonts w:eastAsia="SimSun"/>
                <w:sz w:val="14"/>
              </w:rPr>
              <w:t>1.98</w:t>
            </w:r>
          </w:p>
        </w:tc>
        <w:tc>
          <w:tcPr>
            <w:tcW w:w="1080" w:type="dxa"/>
          </w:tcPr>
          <w:p w14:paraId="16848C75" w14:textId="77777777" w:rsidR="005503B4" w:rsidRPr="00EE6DD3" w:rsidRDefault="005503B4" w:rsidP="00D65017">
            <w:pPr>
              <w:jc w:val="center"/>
            </w:pPr>
            <w:r w:rsidRPr="00EE6DD3">
              <w:rPr>
                <w:rFonts w:eastAsia="SimSun"/>
                <w:sz w:val="14"/>
              </w:rPr>
              <w:t>45317</w:t>
            </w:r>
          </w:p>
        </w:tc>
      </w:tr>
      <w:tr w:rsidR="005503B4" w:rsidRPr="00EE6DD3" w14:paraId="06EB0E1F" w14:textId="77777777" w:rsidTr="00D65017">
        <w:tc>
          <w:tcPr>
            <w:tcW w:w="1080" w:type="dxa"/>
          </w:tcPr>
          <w:p w14:paraId="7182D127" w14:textId="77777777" w:rsidR="005503B4" w:rsidRPr="00EE6DD3" w:rsidRDefault="005503B4" w:rsidP="00D65017">
            <w:r w:rsidRPr="00EE6DD3">
              <w:rPr>
                <w:rFonts w:eastAsia="SimSun"/>
                <w:sz w:val="14"/>
              </w:rPr>
              <w:t>Top Elsevier-leaning</w:t>
            </w:r>
          </w:p>
        </w:tc>
        <w:tc>
          <w:tcPr>
            <w:tcW w:w="1080" w:type="dxa"/>
          </w:tcPr>
          <w:p w14:paraId="429EB124" w14:textId="77777777" w:rsidR="005503B4" w:rsidRPr="00EE6DD3" w:rsidRDefault="005503B4" w:rsidP="00D65017">
            <w:r w:rsidRPr="00EE6DD3">
              <w:rPr>
                <w:rFonts w:eastAsia="SimSun"/>
                <w:sz w:val="14"/>
              </w:rPr>
              <w:t>EG</w:t>
            </w:r>
          </w:p>
        </w:tc>
        <w:tc>
          <w:tcPr>
            <w:tcW w:w="1080" w:type="dxa"/>
          </w:tcPr>
          <w:p w14:paraId="5CFE822D" w14:textId="77777777" w:rsidR="005503B4" w:rsidRPr="00EE6DD3" w:rsidRDefault="005503B4" w:rsidP="00D65017">
            <w:pPr>
              <w:jc w:val="center"/>
            </w:pPr>
            <w:r w:rsidRPr="00EE6DD3">
              <w:rPr>
                <w:rFonts w:eastAsia="SimSun"/>
                <w:sz w:val="14"/>
              </w:rPr>
              <w:t>0.0021</w:t>
            </w:r>
          </w:p>
        </w:tc>
        <w:tc>
          <w:tcPr>
            <w:tcW w:w="1080" w:type="dxa"/>
          </w:tcPr>
          <w:p w14:paraId="2AD4D8DB" w14:textId="77777777" w:rsidR="005503B4" w:rsidRPr="00EE6DD3" w:rsidRDefault="005503B4" w:rsidP="00D65017">
            <w:pPr>
              <w:jc w:val="center"/>
            </w:pPr>
            <w:r w:rsidRPr="00EE6DD3">
              <w:rPr>
                <w:rFonts w:eastAsia="SimSun"/>
                <w:sz w:val="14"/>
              </w:rPr>
              <w:t>-0.0006</w:t>
            </w:r>
          </w:p>
        </w:tc>
        <w:tc>
          <w:tcPr>
            <w:tcW w:w="1080" w:type="dxa"/>
          </w:tcPr>
          <w:p w14:paraId="42902199" w14:textId="77777777" w:rsidR="005503B4" w:rsidRPr="00EE6DD3" w:rsidRDefault="005503B4" w:rsidP="00D65017">
            <w:pPr>
              <w:jc w:val="center"/>
            </w:pPr>
            <w:r w:rsidRPr="00EE6DD3">
              <w:rPr>
                <w:rFonts w:eastAsia="SimSun"/>
                <w:sz w:val="14"/>
              </w:rPr>
              <w:t>5.47</w:t>
            </w:r>
          </w:p>
        </w:tc>
        <w:tc>
          <w:tcPr>
            <w:tcW w:w="1080" w:type="dxa"/>
          </w:tcPr>
          <w:p w14:paraId="2E65D4D5" w14:textId="77777777" w:rsidR="005503B4" w:rsidRPr="00EE6DD3" w:rsidRDefault="005503B4" w:rsidP="00D65017">
            <w:pPr>
              <w:jc w:val="center"/>
            </w:pPr>
            <w:r w:rsidRPr="00EE6DD3">
              <w:rPr>
                <w:rFonts w:eastAsia="SimSun"/>
                <w:sz w:val="14"/>
              </w:rPr>
              <w:t>92.21</w:t>
            </w:r>
          </w:p>
        </w:tc>
        <w:tc>
          <w:tcPr>
            <w:tcW w:w="1080" w:type="dxa"/>
          </w:tcPr>
          <w:p w14:paraId="13A2B896" w14:textId="77777777" w:rsidR="005503B4" w:rsidRPr="00EE6DD3" w:rsidRDefault="005503B4" w:rsidP="00D65017">
            <w:pPr>
              <w:jc w:val="center"/>
            </w:pPr>
            <w:r w:rsidRPr="00EE6DD3">
              <w:rPr>
                <w:rFonts w:eastAsia="SimSun"/>
                <w:sz w:val="14"/>
              </w:rPr>
              <w:t>2.32</w:t>
            </w:r>
          </w:p>
        </w:tc>
        <w:tc>
          <w:tcPr>
            <w:tcW w:w="1080" w:type="dxa"/>
          </w:tcPr>
          <w:p w14:paraId="649017B9" w14:textId="77777777" w:rsidR="005503B4" w:rsidRPr="00EE6DD3" w:rsidRDefault="005503B4" w:rsidP="00D65017">
            <w:pPr>
              <w:jc w:val="center"/>
            </w:pPr>
            <w:r w:rsidRPr="00EE6DD3">
              <w:rPr>
                <w:rFonts w:eastAsia="SimSun"/>
                <w:sz w:val="14"/>
              </w:rPr>
              <w:t>13401</w:t>
            </w:r>
          </w:p>
        </w:tc>
      </w:tr>
      <w:tr w:rsidR="005503B4" w:rsidRPr="00EE6DD3" w14:paraId="41CEA829" w14:textId="77777777" w:rsidTr="00D65017">
        <w:tc>
          <w:tcPr>
            <w:tcW w:w="1080" w:type="dxa"/>
            <w:tcBorders>
              <w:bottom w:val="single" w:sz="4" w:space="0" w:color="000000"/>
            </w:tcBorders>
          </w:tcPr>
          <w:p w14:paraId="02895CAF" w14:textId="77777777" w:rsidR="005503B4" w:rsidRPr="00EE6DD3" w:rsidRDefault="005503B4" w:rsidP="00D65017">
            <w:r w:rsidRPr="00EE6DD3">
              <w:rPr>
                <w:rFonts w:eastAsia="SimSun"/>
                <w:sz w:val="14"/>
              </w:rPr>
              <w:t>Top Elsevier-leaning</w:t>
            </w:r>
          </w:p>
        </w:tc>
        <w:tc>
          <w:tcPr>
            <w:tcW w:w="1080" w:type="dxa"/>
            <w:tcBorders>
              <w:bottom w:val="single" w:sz="4" w:space="0" w:color="000000"/>
            </w:tcBorders>
          </w:tcPr>
          <w:p w14:paraId="6AB5597F" w14:textId="77777777" w:rsidR="005503B4" w:rsidRPr="00EE6DD3" w:rsidRDefault="005503B4" w:rsidP="00D65017">
            <w:r w:rsidRPr="00EE6DD3">
              <w:rPr>
                <w:rFonts w:eastAsia="SimSun"/>
                <w:sz w:val="14"/>
              </w:rPr>
              <w:t>Unknown</w:t>
            </w:r>
          </w:p>
        </w:tc>
        <w:tc>
          <w:tcPr>
            <w:tcW w:w="1080" w:type="dxa"/>
            <w:tcBorders>
              <w:bottom w:val="single" w:sz="4" w:space="0" w:color="000000"/>
            </w:tcBorders>
          </w:tcPr>
          <w:p w14:paraId="4A37589F" w14:textId="77777777" w:rsidR="005503B4" w:rsidRPr="00EE6DD3" w:rsidRDefault="005503B4" w:rsidP="00D65017">
            <w:pPr>
              <w:jc w:val="center"/>
            </w:pPr>
            <w:r w:rsidRPr="00EE6DD3">
              <w:rPr>
                <w:rFonts w:eastAsia="SimSun"/>
                <w:sz w:val="14"/>
              </w:rPr>
              <w:t>0.0029</w:t>
            </w:r>
          </w:p>
        </w:tc>
        <w:tc>
          <w:tcPr>
            <w:tcW w:w="1080" w:type="dxa"/>
            <w:tcBorders>
              <w:bottom w:val="single" w:sz="4" w:space="0" w:color="000000"/>
            </w:tcBorders>
          </w:tcPr>
          <w:p w14:paraId="484FA36D" w14:textId="77777777" w:rsidR="005503B4" w:rsidRPr="00EE6DD3" w:rsidRDefault="005503B4" w:rsidP="00D65017">
            <w:pPr>
              <w:jc w:val="center"/>
            </w:pPr>
            <w:r w:rsidRPr="00EE6DD3">
              <w:rPr>
                <w:rFonts w:eastAsia="SimSun"/>
                <w:sz w:val="14"/>
              </w:rPr>
              <w:t>0.0005</w:t>
            </w:r>
          </w:p>
        </w:tc>
        <w:tc>
          <w:tcPr>
            <w:tcW w:w="1080" w:type="dxa"/>
            <w:tcBorders>
              <w:bottom w:val="single" w:sz="4" w:space="0" w:color="000000"/>
            </w:tcBorders>
          </w:tcPr>
          <w:p w14:paraId="323D7A5E" w14:textId="77777777" w:rsidR="005503B4" w:rsidRPr="00EE6DD3" w:rsidRDefault="005503B4" w:rsidP="00D65017">
            <w:pPr>
              <w:jc w:val="center"/>
            </w:pPr>
            <w:r w:rsidRPr="00EE6DD3">
              <w:rPr>
                <w:rFonts w:eastAsia="SimSun"/>
                <w:sz w:val="14"/>
              </w:rPr>
              <w:t>6.16</w:t>
            </w:r>
          </w:p>
        </w:tc>
        <w:tc>
          <w:tcPr>
            <w:tcW w:w="1080" w:type="dxa"/>
            <w:tcBorders>
              <w:bottom w:val="single" w:sz="4" w:space="0" w:color="000000"/>
            </w:tcBorders>
          </w:tcPr>
          <w:p w14:paraId="7B8C45F5" w14:textId="77777777" w:rsidR="005503B4" w:rsidRPr="00EE6DD3" w:rsidRDefault="005503B4" w:rsidP="00D65017">
            <w:pPr>
              <w:jc w:val="center"/>
            </w:pPr>
            <w:r w:rsidRPr="00EE6DD3">
              <w:rPr>
                <w:rFonts w:eastAsia="SimSun"/>
                <w:sz w:val="14"/>
              </w:rPr>
              <w:t>91.25</w:t>
            </w:r>
          </w:p>
        </w:tc>
        <w:tc>
          <w:tcPr>
            <w:tcW w:w="1080" w:type="dxa"/>
            <w:tcBorders>
              <w:bottom w:val="single" w:sz="4" w:space="0" w:color="000000"/>
            </w:tcBorders>
          </w:tcPr>
          <w:p w14:paraId="4F64B1BA" w14:textId="77777777" w:rsidR="005503B4" w:rsidRPr="00EE6DD3" w:rsidRDefault="005503B4" w:rsidP="00D65017">
            <w:pPr>
              <w:jc w:val="center"/>
            </w:pPr>
            <w:r w:rsidRPr="00EE6DD3">
              <w:rPr>
                <w:rFonts w:eastAsia="SimSun"/>
                <w:sz w:val="14"/>
              </w:rPr>
              <w:t>2.59</w:t>
            </w:r>
          </w:p>
        </w:tc>
        <w:tc>
          <w:tcPr>
            <w:tcW w:w="1080" w:type="dxa"/>
            <w:tcBorders>
              <w:bottom w:val="single" w:sz="4" w:space="0" w:color="000000"/>
            </w:tcBorders>
          </w:tcPr>
          <w:p w14:paraId="650311CC" w14:textId="77777777" w:rsidR="005503B4" w:rsidRPr="00EE6DD3" w:rsidRDefault="005503B4" w:rsidP="00D65017">
            <w:pPr>
              <w:jc w:val="center"/>
            </w:pPr>
            <w:r w:rsidRPr="00EE6DD3">
              <w:rPr>
                <w:rFonts w:eastAsia="SimSun"/>
                <w:sz w:val="14"/>
              </w:rPr>
              <w:t>16384</w:t>
            </w:r>
          </w:p>
        </w:tc>
      </w:tr>
    </w:tbl>
    <w:p w14:paraId="3015F9B3" w14:textId="77777777" w:rsidR="005503B4" w:rsidRPr="00EE6DD3" w:rsidRDefault="005503B4" w:rsidP="005503B4">
      <w:pPr>
        <w:pStyle w:val="Heading3"/>
        <w:rPr>
          <w:rFonts w:cs="Times New Roman"/>
          <w:color w:val="auto"/>
        </w:rPr>
      </w:pPr>
      <w:bookmarkStart w:id="5" w:name="OLE_LINK41"/>
      <w:r w:rsidRPr="00EE6DD3">
        <w:rPr>
          <w:rFonts w:eastAsia="SimSun" w:cs="Times New Roman"/>
          <w:color w:val="auto"/>
        </w:rPr>
        <w:t>S4.4 Model Diagnostics</w:t>
      </w:r>
    </w:p>
    <w:bookmarkEnd w:id="5"/>
    <w:p w14:paraId="56190278" w14:textId="77777777" w:rsidR="005503B4" w:rsidRPr="00EE6DD3" w:rsidRDefault="005503B4" w:rsidP="005503B4">
      <w:pPr>
        <w:rPr>
          <w:rFonts w:eastAsia="SimSun"/>
          <w:sz w:val="22"/>
        </w:rPr>
      </w:pPr>
      <w:r w:rsidRPr="00EE6DD3">
        <w:rPr>
          <w:rFonts w:eastAsia="SimSun"/>
          <w:sz w:val="22"/>
        </w:rPr>
        <w:t xml:space="preserve">Table S4G and Table S4H suggest that the RQ4 joint model does not suffer from serious multicollinearity. Pairwise correlations among the main covariates remain low overall, and the VIF results also stay within a diagnostically acceptable range. This means that although some </w:t>
      </w:r>
      <w:r w:rsidRPr="00EE6DD3">
        <w:rPr>
          <w:rFonts w:eastAsia="SimSun"/>
          <w:sz w:val="22"/>
        </w:rPr>
        <w:lastRenderedPageBreak/>
        <w:t xml:space="preserve">dependence is expected given the fixed effects, interaction terms, and stacked design, the specification does not exhibit the kind of redundancy that would render the main coefficients unstable or hard to interpret. </w:t>
      </w:r>
    </w:p>
    <w:p w14:paraId="1880A983" w14:textId="77777777" w:rsidR="005503B4" w:rsidRPr="00EE6DD3" w:rsidRDefault="005503B4" w:rsidP="005503B4">
      <w:pPr>
        <w:pStyle w:val="Caption"/>
        <w:rPr>
          <w:b w:val="0"/>
          <w:color w:val="auto"/>
          <w:sz w:val="20"/>
        </w:rPr>
      </w:pPr>
      <w:bookmarkStart w:id="6" w:name="OLE_LINK42"/>
      <w:r w:rsidRPr="00EE6DD3">
        <w:rPr>
          <w:b w:val="0"/>
          <w:color w:val="auto"/>
          <w:sz w:val="20"/>
        </w:rPr>
        <w:t>Table S4G. Correlation matrix for the RQ4 joint model.</w:t>
      </w:r>
    </w:p>
    <w:tbl>
      <w:tblPr>
        <w:tblStyle w:val="PaperFormat"/>
        <w:tblW w:w="0" w:type="auto"/>
        <w:tblLook w:val="04A0" w:firstRow="1" w:lastRow="0" w:firstColumn="1" w:lastColumn="0" w:noHBand="0" w:noVBand="1"/>
      </w:tblPr>
      <w:tblGrid>
        <w:gridCol w:w="1366"/>
        <w:gridCol w:w="821"/>
        <w:gridCol w:w="679"/>
        <w:gridCol w:w="679"/>
        <w:gridCol w:w="679"/>
        <w:gridCol w:w="679"/>
        <w:gridCol w:w="679"/>
        <w:gridCol w:w="554"/>
      </w:tblGrid>
      <w:tr w:rsidR="005503B4" w:rsidRPr="00EE6DD3" w14:paraId="2CDD3B52" w14:textId="77777777" w:rsidTr="00D65017">
        <w:trPr>
          <w:trHeight w:val="20"/>
        </w:trPr>
        <w:tc>
          <w:tcPr>
            <w:tcW w:w="0" w:type="auto"/>
            <w:noWrap/>
            <w:hideMark/>
          </w:tcPr>
          <w:p w14:paraId="1AF3B9FE" w14:textId="77777777" w:rsidR="005503B4" w:rsidRPr="00EE6DD3" w:rsidRDefault="005503B4" w:rsidP="00D65017">
            <w:pPr>
              <w:rPr>
                <w:sz w:val="15"/>
                <w:szCs w:val="15"/>
              </w:rPr>
            </w:pPr>
            <w:r w:rsidRPr="00EE6DD3">
              <w:rPr>
                <w:sz w:val="15"/>
                <w:szCs w:val="15"/>
              </w:rPr>
              <w:t>Variable</w:t>
            </w:r>
          </w:p>
        </w:tc>
        <w:tc>
          <w:tcPr>
            <w:tcW w:w="0" w:type="auto"/>
            <w:noWrap/>
            <w:hideMark/>
          </w:tcPr>
          <w:p w14:paraId="13330FFB" w14:textId="77777777" w:rsidR="005503B4" w:rsidRPr="00EE6DD3" w:rsidRDefault="005503B4" w:rsidP="00D65017">
            <w:pPr>
              <w:jc w:val="right"/>
              <w:rPr>
                <w:sz w:val="15"/>
                <w:szCs w:val="15"/>
              </w:rPr>
            </w:pPr>
            <w:r w:rsidRPr="00EE6DD3">
              <w:rPr>
                <w:sz w:val="15"/>
                <w:szCs w:val="15"/>
              </w:rPr>
              <w:t>1</w:t>
            </w:r>
          </w:p>
        </w:tc>
        <w:tc>
          <w:tcPr>
            <w:tcW w:w="0" w:type="auto"/>
            <w:noWrap/>
            <w:hideMark/>
          </w:tcPr>
          <w:p w14:paraId="28F8C755" w14:textId="77777777" w:rsidR="005503B4" w:rsidRPr="00EE6DD3" w:rsidRDefault="005503B4" w:rsidP="00D65017">
            <w:pPr>
              <w:jc w:val="right"/>
              <w:rPr>
                <w:sz w:val="15"/>
                <w:szCs w:val="15"/>
              </w:rPr>
            </w:pPr>
            <w:r w:rsidRPr="00EE6DD3">
              <w:rPr>
                <w:sz w:val="15"/>
                <w:szCs w:val="15"/>
              </w:rPr>
              <w:t>2</w:t>
            </w:r>
          </w:p>
        </w:tc>
        <w:tc>
          <w:tcPr>
            <w:tcW w:w="0" w:type="auto"/>
            <w:noWrap/>
            <w:hideMark/>
          </w:tcPr>
          <w:p w14:paraId="6B03D5BA" w14:textId="77777777" w:rsidR="005503B4" w:rsidRPr="00EE6DD3" w:rsidRDefault="005503B4" w:rsidP="00D65017">
            <w:pPr>
              <w:jc w:val="right"/>
              <w:rPr>
                <w:sz w:val="15"/>
                <w:szCs w:val="15"/>
              </w:rPr>
            </w:pPr>
            <w:r w:rsidRPr="00EE6DD3">
              <w:rPr>
                <w:sz w:val="15"/>
                <w:szCs w:val="15"/>
              </w:rPr>
              <w:t>3</w:t>
            </w:r>
          </w:p>
        </w:tc>
        <w:tc>
          <w:tcPr>
            <w:tcW w:w="0" w:type="auto"/>
            <w:noWrap/>
            <w:hideMark/>
          </w:tcPr>
          <w:p w14:paraId="0D2B3636" w14:textId="77777777" w:rsidR="005503B4" w:rsidRPr="00EE6DD3" w:rsidRDefault="005503B4" w:rsidP="00D65017">
            <w:pPr>
              <w:jc w:val="right"/>
              <w:rPr>
                <w:sz w:val="15"/>
                <w:szCs w:val="15"/>
              </w:rPr>
            </w:pPr>
            <w:r w:rsidRPr="00EE6DD3">
              <w:rPr>
                <w:sz w:val="15"/>
                <w:szCs w:val="15"/>
              </w:rPr>
              <w:t>4</w:t>
            </w:r>
          </w:p>
        </w:tc>
        <w:tc>
          <w:tcPr>
            <w:tcW w:w="0" w:type="auto"/>
            <w:noWrap/>
            <w:hideMark/>
          </w:tcPr>
          <w:p w14:paraId="4DCB6FD6" w14:textId="77777777" w:rsidR="005503B4" w:rsidRPr="00EE6DD3" w:rsidRDefault="005503B4" w:rsidP="00D65017">
            <w:pPr>
              <w:jc w:val="right"/>
              <w:rPr>
                <w:sz w:val="15"/>
                <w:szCs w:val="15"/>
              </w:rPr>
            </w:pPr>
            <w:r w:rsidRPr="00EE6DD3">
              <w:rPr>
                <w:sz w:val="15"/>
                <w:szCs w:val="15"/>
              </w:rPr>
              <w:t>5</w:t>
            </w:r>
          </w:p>
        </w:tc>
        <w:tc>
          <w:tcPr>
            <w:tcW w:w="0" w:type="auto"/>
            <w:noWrap/>
            <w:hideMark/>
          </w:tcPr>
          <w:p w14:paraId="108E43C1" w14:textId="77777777" w:rsidR="005503B4" w:rsidRPr="00EE6DD3" w:rsidRDefault="005503B4" w:rsidP="00D65017">
            <w:pPr>
              <w:jc w:val="right"/>
              <w:rPr>
                <w:sz w:val="15"/>
                <w:szCs w:val="15"/>
              </w:rPr>
            </w:pPr>
            <w:r w:rsidRPr="00EE6DD3">
              <w:rPr>
                <w:sz w:val="15"/>
                <w:szCs w:val="15"/>
              </w:rPr>
              <w:t>6</w:t>
            </w:r>
          </w:p>
        </w:tc>
        <w:tc>
          <w:tcPr>
            <w:tcW w:w="0" w:type="auto"/>
            <w:noWrap/>
            <w:hideMark/>
          </w:tcPr>
          <w:p w14:paraId="3CCA02E1" w14:textId="77777777" w:rsidR="005503B4" w:rsidRPr="00EE6DD3" w:rsidRDefault="005503B4" w:rsidP="00D65017">
            <w:pPr>
              <w:jc w:val="right"/>
              <w:rPr>
                <w:sz w:val="15"/>
                <w:szCs w:val="15"/>
              </w:rPr>
            </w:pPr>
            <w:r w:rsidRPr="00EE6DD3">
              <w:rPr>
                <w:sz w:val="15"/>
                <w:szCs w:val="15"/>
              </w:rPr>
              <w:t>7</w:t>
            </w:r>
          </w:p>
        </w:tc>
      </w:tr>
      <w:tr w:rsidR="005503B4" w:rsidRPr="00EE6DD3" w14:paraId="7817C8C6" w14:textId="77777777" w:rsidTr="00D65017">
        <w:trPr>
          <w:trHeight w:val="20"/>
        </w:trPr>
        <w:tc>
          <w:tcPr>
            <w:tcW w:w="0" w:type="auto"/>
            <w:noWrap/>
            <w:hideMark/>
          </w:tcPr>
          <w:p w14:paraId="3E397A80" w14:textId="77777777" w:rsidR="005503B4" w:rsidRPr="00EE6DD3" w:rsidRDefault="005503B4" w:rsidP="00D65017">
            <w:pPr>
              <w:rPr>
                <w:sz w:val="15"/>
                <w:szCs w:val="15"/>
              </w:rPr>
            </w:pPr>
            <w:r w:rsidRPr="00EE6DD3">
              <w:rPr>
                <w:sz w:val="15"/>
                <w:szCs w:val="15"/>
              </w:rPr>
              <w:t>D</w:t>
            </w:r>
            <w:r w:rsidRPr="00EE6DD3">
              <w:rPr>
                <w:sz w:val="15"/>
                <w:szCs w:val="15"/>
                <w:vertAlign w:val="subscript"/>
              </w:rPr>
              <w:t>m</w:t>
            </w:r>
          </w:p>
        </w:tc>
        <w:tc>
          <w:tcPr>
            <w:tcW w:w="0" w:type="auto"/>
            <w:noWrap/>
            <w:hideMark/>
          </w:tcPr>
          <w:p w14:paraId="3E1D65CE" w14:textId="77777777" w:rsidR="005503B4" w:rsidRPr="00EE6DD3" w:rsidRDefault="005503B4" w:rsidP="00D65017">
            <w:pPr>
              <w:jc w:val="right"/>
              <w:rPr>
                <w:sz w:val="15"/>
                <w:szCs w:val="15"/>
              </w:rPr>
            </w:pPr>
            <w:r w:rsidRPr="00EE6DD3">
              <w:rPr>
                <w:sz w:val="15"/>
                <w:szCs w:val="15"/>
              </w:rPr>
              <w:t>1.000</w:t>
            </w:r>
          </w:p>
        </w:tc>
        <w:tc>
          <w:tcPr>
            <w:tcW w:w="0" w:type="auto"/>
            <w:noWrap/>
            <w:hideMark/>
          </w:tcPr>
          <w:p w14:paraId="08D7597F" w14:textId="77777777" w:rsidR="005503B4" w:rsidRPr="00EE6DD3" w:rsidRDefault="005503B4" w:rsidP="00D65017">
            <w:pPr>
              <w:rPr>
                <w:sz w:val="15"/>
                <w:szCs w:val="15"/>
              </w:rPr>
            </w:pPr>
            <w:r w:rsidRPr="00EE6DD3">
              <w:rPr>
                <w:sz w:val="15"/>
                <w:szCs w:val="15"/>
              </w:rPr>
              <w:t>—</w:t>
            </w:r>
          </w:p>
        </w:tc>
        <w:tc>
          <w:tcPr>
            <w:tcW w:w="0" w:type="auto"/>
            <w:noWrap/>
            <w:hideMark/>
          </w:tcPr>
          <w:p w14:paraId="4890FF74" w14:textId="77777777" w:rsidR="005503B4" w:rsidRPr="00EE6DD3" w:rsidRDefault="005503B4" w:rsidP="00D65017">
            <w:pPr>
              <w:rPr>
                <w:sz w:val="15"/>
                <w:szCs w:val="15"/>
              </w:rPr>
            </w:pPr>
            <w:r w:rsidRPr="00EE6DD3">
              <w:rPr>
                <w:sz w:val="15"/>
                <w:szCs w:val="15"/>
              </w:rPr>
              <w:t>—</w:t>
            </w:r>
          </w:p>
        </w:tc>
        <w:tc>
          <w:tcPr>
            <w:tcW w:w="0" w:type="auto"/>
            <w:noWrap/>
            <w:hideMark/>
          </w:tcPr>
          <w:p w14:paraId="7DA4E652" w14:textId="77777777" w:rsidR="005503B4" w:rsidRPr="00EE6DD3" w:rsidRDefault="005503B4" w:rsidP="00D65017">
            <w:pPr>
              <w:rPr>
                <w:sz w:val="15"/>
                <w:szCs w:val="15"/>
              </w:rPr>
            </w:pPr>
            <w:r w:rsidRPr="00EE6DD3">
              <w:rPr>
                <w:sz w:val="15"/>
                <w:szCs w:val="15"/>
              </w:rPr>
              <w:t>—</w:t>
            </w:r>
          </w:p>
        </w:tc>
        <w:tc>
          <w:tcPr>
            <w:tcW w:w="0" w:type="auto"/>
            <w:noWrap/>
            <w:hideMark/>
          </w:tcPr>
          <w:p w14:paraId="3A24C82F" w14:textId="77777777" w:rsidR="005503B4" w:rsidRPr="00EE6DD3" w:rsidRDefault="005503B4" w:rsidP="00D65017">
            <w:pPr>
              <w:rPr>
                <w:sz w:val="15"/>
                <w:szCs w:val="15"/>
              </w:rPr>
            </w:pPr>
            <w:r w:rsidRPr="00EE6DD3">
              <w:rPr>
                <w:sz w:val="15"/>
                <w:szCs w:val="15"/>
              </w:rPr>
              <w:t>—</w:t>
            </w:r>
          </w:p>
        </w:tc>
        <w:tc>
          <w:tcPr>
            <w:tcW w:w="0" w:type="auto"/>
            <w:noWrap/>
            <w:hideMark/>
          </w:tcPr>
          <w:p w14:paraId="3020783C" w14:textId="77777777" w:rsidR="005503B4" w:rsidRPr="00EE6DD3" w:rsidRDefault="005503B4" w:rsidP="00D65017">
            <w:pPr>
              <w:rPr>
                <w:sz w:val="15"/>
                <w:szCs w:val="15"/>
              </w:rPr>
            </w:pPr>
            <w:r w:rsidRPr="00EE6DD3">
              <w:rPr>
                <w:sz w:val="15"/>
                <w:szCs w:val="15"/>
              </w:rPr>
              <w:t>—</w:t>
            </w:r>
          </w:p>
        </w:tc>
        <w:tc>
          <w:tcPr>
            <w:tcW w:w="0" w:type="auto"/>
            <w:noWrap/>
            <w:hideMark/>
          </w:tcPr>
          <w:p w14:paraId="68B1625F" w14:textId="77777777" w:rsidR="005503B4" w:rsidRPr="00EE6DD3" w:rsidRDefault="005503B4" w:rsidP="00D65017">
            <w:pPr>
              <w:rPr>
                <w:sz w:val="15"/>
                <w:szCs w:val="15"/>
              </w:rPr>
            </w:pPr>
            <w:r w:rsidRPr="00EE6DD3">
              <w:rPr>
                <w:sz w:val="15"/>
                <w:szCs w:val="15"/>
              </w:rPr>
              <w:t>—</w:t>
            </w:r>
          </w:p>
        </w:tc>
      </w:tr>
      <w:tr w:rsidR="005503B4" w:rsidRPr="00EE6DD3" w14:paraId="744A1AF9" w14:textId="77777777" w:rsidTr="00D65017">
        <w:trPr>
          <w:trHeight w:val="20"/>
        </w:trPr>
        <w:tc>
          <w:tcPr>
            <w:tcW w:w="0" w:type="auto"/>
            <w:noWrap/>
            <w:hideMark/>
          </w:tcPr>
          <w:p w14:paraId="437E5435" w14:textId="77777777" w:rsidR="005503B4" w:rsidRPr="00EE6DD3" w:rsidRDefault="005503B4" w:rsidP="00D65017">
            <w:pPr>
              <w:rPr>
                <w:sz w:val="15"/>
                <w:szCs w:val="15"/>
              </w:rPr>
            </w:pPr>
            <w:r w:rsidRPr="00EE6DD3">
              <w:rPr>
                <w:sz w:val="15"/>
                <w:szCs w:val="15"/>
              </w:rPr>
              <w:t>publication_year_c</w:t>
            </w:r>
          </w:p>
        </w:tc>
        <w:tc>
          <w:tcPr>
            <w:tcW w:w="0" w:type="auto"/>
            <w:noWrap/>
            <w:hideMark/>
          </w:tcPr>
          <w:p w14:paraId="60714DE4" w14:textId="77777777" w:rsidR="005503B4" w:rsidRPr="00EE6DD3" w:rsidRDefault="005503B4" w:rsidP="00D65017">
            <w:pPr>
              <w:jc w:val="right"/>
              <w:rPr>
                <w:sz w:val="15"/>
                <w:szCs w:val="15"/>
              </w:rPr>
            </w:pPr>
            <w:r w:rsidRPr="00EE6DD3">
              <w:rPr>
                <w:sz w:val="15"/>
                <w:szCs w:val="15"/>
              </w:rPr>
              <w:t>8.80E-16</w:t>
            </w:r>
          </w:p>
        </w:tc>
        <w:tc>
          <w:tcPr>
            <w:tcW w:w="0" w:type="auto"/>
            <w:noWrap/>
            <w:hideMark/>
          </w:tcPr>
          <w:p w14:paraId="75C61F75" w14:textId="77777777" w:rsidR="005503B4" w:rsidRPr="00EE6DD3" w:rsidRDefault="005503B4" w:rsidP="00D65017">
            <w:pPr>
              <w:jc w:val="right"/>
              <w:rPr>
                <w:sz w:val="15"/>
                <w:szCs w:val="15"/>
              </w:rPr>
            </w:pPr>
            <w:r w:rsidRPr="00EE6DD3">
              <w:rPr>
                <w:sz w:val="15"/>
                <w:szCs w:val="15"/>
              </w:rPr>
              <w:t>1.000</w:t>
            </w:r>
          </w:p>
        </w:tc>
        <w:tc>
          <w:tcPr>
            <w:tcW w:w="0" w:type="auto"/>
            <w:noWrap/>
            <w:hideMark/>
          </w:tcPr>
          <w:p w14:paraId="4CB1C077" w14:textId="77777777" w:rsidR="005503B4" w:rsidRPr="00EE6DD3" w:rsidRDefault="005503B4" w:rsidP="00D65017">
            <w:pPr>
              <w:rPr>
                <w:sz w:val="15"/>
                <w:szCs w:val="15"/>
              </w:rPr>
            </w:pPr>
            <w:r w:rsidRPr="00EE6DD3">
              <w:rPr>
                <w:sz w:val="15"/>
                <w:szCs w:val="15"/>
              </w:rPr>
              <w:t>—</w:t>
            </w:r>
          </w:p>
        </w:tc>
        <w:tc>
          <w:tcPr>
            <w:tcW w:w="0" w:type="auto"/>
            <w:noWrap/>
            <w:hideMark/>
          </w:tcPr>
          <w:p w14:paraId="5A3183E6" w14:textId="77777777" w:rsidR="005503B4" w:rsidRPr="00EE6DD3" w:rsidRDefault="005503B4" w:rsidP="00D65017">
            <w:pPr>
              <w:rPr>
                <w:sz w:val="15"/>
                <w:szCs w:val="15"/>
              </w:rPr>
            </w:pPr>
            <w:r w:rsidRPr="00EE6DD3">
              <w:rPr>
                <w:sz w:val="15"/>
                <w:szCs w:val="15"/>
              </w:rPr>
              <w:t>—</w:t>
            </w:r>
          </w:p>
        </w:tc>
        <w:tc>
          <w:tcPr>
            <w:tcW w:w="0" w:type="auto"/>
            <w:noWrap/>
            <w:hideMark/>
          </w:tcPr>
          <w:p w14:paraId="389DF342" w14:textId="77777777" w:rsidR="005503B4" w:rsidRPr="00EE6DD3" w:rsidRDefault="005503B4" w:rsidP="00D65017">
            <w:pPr>
              <w:rPr>
                <w:sz w:val="15"/>
                <w:szCs w:val="15"/>
              </w:rPr>
            </w:pPr>
            <w:r w:rsidRPr="00EE6DD3">
              <w:rPr>
                <w:sz w:val="15"/>
                <w:szCs w:val="15"/>
              </w:rPr>
              <w:t>—</w:t>
            </w:r>
          </w:p>
        </w:tc>
        <w:tc>
          <w:tcPr>
            <w:tcW w:w="0" w:type="auto"/>
            <w:noWrap/>
            <w:hideMark/>
          </w:tcPr>
          <w:p w14:paraId="1E8A099D" w14:textId="77777777" w:rsidR="005503B4" w:rsidRPr="00EE6DD3" w:rsidRDefault="005503B4" w:rsidP="00D65017">
            <w:pPr>
              <w:rPr>
                <w:sz w:val="15"/>
                <w:szCs w:val="15"/>
              </w:rPr>
            </w:pPr>
            <w:r w:rsidRPr="00EE6DD3">
              <w:rPr>
                <w:sz w:val="15"/>
                <w:szCs w:val="15"/>
              </w:rPr>
              <w:t>—</w:t>
            </w:r>
          </w:p>
        </w:tc>
        <w:tc>
          <w:tcPr>
            <w:tcW w:w="0" w:type="auto"/>
            <w:noWrap/>
            <w:hideMark/>
          </w:tcPr>
          <w:p w14:paraId="309F8F52" w14:textId="77777777" w:rsidR="005503B4" w:rsidRPr="00EE6DD3" w:rsidRDefault="005503B4" w:rsidP="00D65017">
            <w:pPr>
              <w:rPr>
                <w:sz w:val="15"/>
                <w:szCs w:val="15"/>
              </w:rPr>
            </w:pPr>
            <w:r w:rsidRPr="00EE6DD3">
              <w:rPr>
                <w:sz w:val="15"/>
                <w:szCs w:val="15"/>
              </w:rPr>
              <w:t>—</w:t>
            </w:r>
          </w:p>
        </w:tc>
      </w:tr>
      <w:tr w:rsidR="005503B4" w:rsidRPr="00EE6DD3" w14:paraId="64D3243B" w14:textId="77777777" w:rsidTr="00D65017">
        <w:trPr>
          <w:trHeight w:val="20"/>
        </w:trPr>
        <w:tc>
          <w:tcPr>
            <w:tcW w:w="0" w:type="auto"/>
            <w:noWrap/>
            <w:hideMark/>
          </w:tcPr>
          <w:p w14:paraId="59F9A8A8" w14:textId="77777777" w:rsidR="005503B4" w:rsidRPr="00EE6DD3" w:rsidRDefault="005503B4" w:rsidP="00D65017">
            <w:pPr>
              <w:rPr>
                <w:sz w:val="15"/>
                <w:szCs w:val="15"/>
              </w:rPr>
            </w:pPr>
            <w:r w:rsidRPr="00EE6DD3">
              <w:rPr>
                <w:sz w:val="15"/>
                <w:szCs w:val="15"/>
              </w:rPr>
              <w:t>log_abstract_len_c</w:t>
            </w:r>
          </w:p>
        </w:tc>
        <w:tc>
          <w:tcPr>
            <w:tcW w:w="0" w:type="auto"/>
            <w:noWrap/>
            <w:hideMark/>
          </w:tcPr>
          <w:p w14:paraId="59C82BF1" w14:textId="77777777" w:rsidR="005503B4" w:rsidRPr="00EE6DD3" w:rsidRDefault="005503B4" w:rsidP="00D65017">
            <w:pPr>
              <w:jc w:val="right"/>
              <w:rPr>
                <w:sz w:val="15"/>
                <w:szCs w:val="15"/>
              </w:rPr>
            </w:pPr>
            <w:r w:rsidRPr="00EE6DD3">
              <w:rPr>
                <w:sz w:val="15"/>
                <w:szCs w:val="15"/>
              </w:rPr>
              <w:t>-6.60E-16</w:t>
            </w:r>
          </w:p>
        </w:tc>
        <w:tc>
          <w:tcPr>
            <w:tcW w:w="0" w:type="auto"/>
            <w:noWrap/>
            <w:hideMark/>
          </w:tcPr>
          <w:p w14:paraId="6F4AA081" w14:textId="77777777" w:rsidR="005503B4" w:rsidRPr="00EE6DD3" w:rsidRDefault="005503B4" w:rsidP="00D65017">
            <w:pPr>
              <w:jc w:val="right"/>
              <w:rPr>
                <w:sz w:val="15"/>
                <w:szCs w:val="15"/>
              </w:rPr>
            </w:pPr>
            <w:r w:rsidRPr="00EE6DD3">
              <w:rPr>
                <w:sz w:val="15"/>
                <w:szCs w:val="15"/>
              </w:rPr>
              <w:t>0.1029</w:t>
            </w:r>
          </w:p>
        </w:tc>
        <w:tc>
          <w:tcPr>
            <w:tcW w:w="0" w:type="auto"/>
            <w:noWrap/>
            <w:hideMark/>
          </w:tcPr>
          <w:p w14:paraId="1CFC5A8B" w14:textId="77777777" w:rsidR="005503B4" w:rsidRPr="00EE6DD3" w:rsidRDefault="005503B4" w:rsidP="00D65017">
            <w:pPr>
              <w:jc w:val="right"/>
              <w:rPr>
                <w:sz w:val="15"/>
                <w:szCs w:val="15"/>
              </w:rPr>
            </w:pPr>
            <w:r w:rsidRPr="00EE6DD3">
              <w:rPr>
                <w:sz w:val="15"/>
                <w:szCs w:val="15"/>
              </w:rPr>
              <w:t>1.000</w:t>
            </w:r>
          </w:p>
        </w:tc>
        <w:tc>
          <w:tcPr>
            <w:tcW w:w="0" w:type="auto"/>
            <w:noWrap/>
            <w:hideMark/>
          </w:tcPr>
          <w:p w14:paraId="182A4CB5" w14:textId="77777777" w:rsidR="005503B4" w:rsidRPr="00EE6DD3" w:rsidRDefault="005503B4" w:rsidP="00D65017">
            <w:pPr>
              <w:rPr>
                <w:sz w:val="15"/>
                <w:szCs w:val="15"/>
              </w:rPr>
            </w:pPr>
            <w:r w:rsidRPr="00EE6DD3">
              <w:rPr>
                <w:sz w:val="15"/>
                <w:szCs w:val="15"/>
              </w:rPr>
              <w:t>—</w:t>
            </w:r>
          </w:p>
        </w:tc>
        <w:tc>
          <w:tcPr>
            <w:tcW w:w="0" w:type="auto"/>
            <w:noWrap/>
            <w:hideMark/>
          </w:tcPr>
          <w:p w14:paraId="29CD76CD" w14:textId="77777777" w:rsidR="005503B4" w:rsidRPr="00EE6DD3" w:rsidRDefault="005503B4" w:rsidP="00D65017">
            <w:pPr>
              <w:rPr>
                <w:sz w:val="15"/>
                <w:szCs w:val="15"/>
              </w:rPr>
            </w:pPr>
            <w:r w:rsidRPr="00EE6DD3">
              <w:rPr>
                <w:sz w:val="15"/>
                <w:szCs w:val="15"/>
              </w:rPr>
              <w:t>—</w:t>
            </w:r>
          </w:p>
        </w:tc>
        <w:tc>
          <w:tcPr>
            <w:tcW w:w="0" w:type="auto"/>
            <w:noWrap/>
            <w:hideMark/>
          </w:tcPr>
          <w:p w14:paraId="4A534F0B" w14:textId="77777777" w:rsidR="005503B4" w:rsidRPr="00EE6DD3" w:rsidRDefault="005503B4" w:rsidP="00D65017">
            <w:pPr>
              <w:rPr>
                <w:sz w:val="15"/>
                <w:szCs w:val="15"/>
              </w:rPr>
            </w:pPr>
            <w:r w:rsidRPr="00EE6DD3">
              <w:rPr>
                <w:sz w:val="15"/>
                <w:szCs w:val="15"/>
              </w:rPr>
              <w:t>—</w:t>
            </w:r>
          </w:p>
        </w:tc>
        <w:tc>
          <w:tcPr>
            <w:tcW w:w="0" w:type="auto"/>
            <w:noWrap/>
            <w:hideMark/>
          </w:tcPr>
          <w:p w14:paraId="790C3827" w14:textId="77777777" w:rsidR="005503B4" w:rsidRPr="00EE6DD3" w:rsidRDefault="005503B4" w:rsidP="00D65017">
            <w:pPr>
              <w:rPr>
                <w:sz w:val="15"/>
                <w:szCs w:val="15"/>
              </w:rPr>
            </w:pPr>
            <w:r w:rsidRPr="00EE6DD3">
              <w:rPr>
                <w:sz w:val="15"/>
                <w:szCs w:val="15"/>
              </w:rPr>
              <w:t>—</w:t>
            </w:r>
          </w:p>
        </w:tc>
      </w:tr>
      <w:tr w:rsidR="005503B4" w:rsidRPr="00EE6DD3" w14:paraId="3B025424" w14:textId="77777777" w:rsidTr="00D65017">
        <w:trPr>
          <w:trHeight w:val="20"/>
        </w:trPr>
        <w:tc>
          <w:tcPr>
            <w:tcW w:w="0" w:type="auto"/>
            <w:noWrap/>
            <w:hideMark/>
          </w:tcPr>
          <w:p w14:paraId="1321D336" w14:textId="77777777" w:rsidR="005503B4" w:rsidRPr="00EE6DD3" w:rsidRDefault="005503B4" w:rsidP="00D65017">
            <w:pPr>
              <w:rPr>
                <w:sz w:val="15"/>
                <w:szCs w:val="15"/>
              </w:rPr>
            </w:pPr>
            <w:r w:rsidRPr="00EE6DD3">
              <w:rPr>
                <w:sz w:val="15"/>
                <w:szCs w:val="15"/>
              </w:rPr>
              <w:t>llm_entropy_c</w:t>
            </w:r>
          </w:p>
        </w:tc>
        <w:tc>
          <w:tcPr>
            <w:tcW w:w="0" w:type="auto"/>
            <w:noWrap/>
            <w:hideMark/>
          </w:tcPr>
          <w:p w14:paraId="13B0880D" w14:textId="77777777" w:rsidR="005503B4" w:rsidRPr="00EE6DD3" w:rsidRDefault="005503B4" w:rsidP="00D65017">
            <w:pPr>
              <w:jc w:val="right"/>
              <w:rPr>
                <w:sz w:val="15"/>
                <w:szCs w:val="15"/>
              </w:rPr>
            </w:pPr>
            <w:r w:rsidRPr="00EE6DD3">
              <w:rPr>
                <w:sz w:val="15"/>
                <w:szCs w:val="15"/>
              </w:rPr>
              <w:t>6.43E-16</w:t>
            </w:r>
          </w:p>
        </w:tc>
        <w:tc>
          <w:tcPr>
            <w:tcW w:w="0" w:type="auto"/>
            <w:noWrap/>
            <w:hideMark/>
          </w:tcPr>
          <w:p w14:paraId="76600E7F" w14:textId="77777777" w:rsidR="005503B4" w:rsidRPr="00EE6DD3" w:rsidRDefault="005503B4" w:rsidP="00D65017">
            <w:pPr>
              <w:jc w:val="right"/>
              <w:rPr>
                <w:sz w:val="15"/>
                <w:szCs w:val="15"/>
              </w:rPr>
            </w:pPr>
            <w:r w:rsidRPr="00EE6DD3">
              <w:rPr>
                <w:sz w:val="15"/>
                <w:szCs w:val="15"/>
              </w:rPr>
              <w:t>0.0670</w:t>
            </w:r>
          </w:p>
        </w:tc>
        <w:tc>
          <w:tcPr>
            <w:tcW w:w="0" w:type="auto"/>
            <w:noWrap/>
            <w:hideMark/>
          </w:tcPr>
          <w:p w14:paraId="5E190BAE" w14:textId="77777777" w:rsidR="005503B4" w:rsidRPr="00EE6DD3" w:rsidRDefault="005503B4" w:rsidP="00D65017">
            <w:pPr>
              <w:jc w:val="right"/>
              <w:rPr>
                <w:sz w:val="15"/>
                <w:szCs w:val="15"/>
              </w:rPr>
            </w:pPr>
            <w:r w:rsidRPr="00EE6DD3">
              <w:rPr>
                <w:sz w:val="15"/>
                <w:szCs w:val="15"/>
              </w:rPr>
              <w:t>0.1762</w:t>
            </w:r>
          </w:p>
        </w:tc>
        <w:tc>
          <w:tcPr>
            <w:tcW w:w="0" w:type="auto"/>
            <w:noWrap/>
            <w:hideMark/>
          </w:tcPr>
          <w:p w14:paraId="01E2017C" w14:textId="77777777" w:rsidR="005503B4" w:rsidRPr="00EE6DD3" w:rsidRDefault="005503B4" w:rsidP="00D65017">
            <w:pPr>
              <w:jc w:val="right"/>
              <w:rPr>
                <w:sz w:val="15"/>
                <w:szCs w:val="15"/>
              </w:rPr>
            </w:pPr>
            <w:r w:rsidRPr="00EE6DD3">
              <w:rPr>
                <w:sz w:val="15"/>
                <w:szCs w:val="15"/>
              </w:rPr>
              <w:t>1.000</w:t>
            </w:r>
          </w:p>
        </w:tc>
        <w:tc>
          <w:tcPr>
            <w:tcW w:w="0" w:type="auto"/>
            <w:noWrap/>
            <w:hideMark/>
          </w:tcPr>
          <w:p w14:paraId="565F9B68" w14:textId="77777777" w:rsidR="005503B4" w:rsidRPr="00EE6DD3" w:rsidRDefault="005503B4" w:rsidP="00D65017">
            <w:pPr>
              <w:rPr>
                <w:sz w:val="15"/>
                <w:szCs w:val="15"/>
              </w:rPr>
            </w:pPr>
            <w:r w:rsidRPr="00EE6DD3">
              <w:rPr>
                <w:sz w:val="15"/>
                <w:szCs w:val="15"/>
              </w:rPr>
              <w:t>—</w:t>
            </w:r>
          </w:p>
        </w:tc>
        <w:tc>
          <w:tcPr>
            <w:tcW w:w="0" w:type="auto"/>
            <w:noWrap/>
            <w:hideMark/>
          </w:tcPr>
          <w:p w14:paraId="2CD9C8D0" w14:textId="77777777" w:rsidR="005503B4" w:rsidRPr="00EE6DD3" w:rsidRDefault="005503B4" w:rsidP="00D65017">
            <w:pPr>
              <w:rPr>
                <w:sz w:val="15"/>
                <w:szCs w:val="15"/>
              </w:rPr>
            </w:pPr>
            <w:r w:rsidRPr="00EE6DD3">
              <w:rPr>
                <w:sz w:val="15"/>
                <w:szCs w:val="15"/>
              </w:rPr>
              <w:t>—</w:t>
            </w:r>
          </w:p>
        </w:tc>
        <w:tc>
          <w:tcPr>
            <w:tcW w:w="0" w:type="auto"/>
            <w:noWrap/>
            <w:hideMark/>
          </w:tcPr>
          <w:p w14:paraId="39F9B0D9" w14:textId="77777777" w:rsidR="005503B4" w:rsidRPr="00EE6DD3" w:rsidRDefault="005503B4" w:rsidP="00D65017">
            <w:pPr>
              <w:rPr>
                <w:sz w:val="15"/>
                <w:szCs w:val="15"/>
              </w:rPr>
            </w:pPr>
            <w:r w:rsidRPr="00EE6DD3">
              <w:rPr>
                <w:sz w:val="15"/>
                <w:szCs w:val="15"/>
              </w:rPr>
              <w:t>—</w:t>
            </w:r>
          </w:p>
        </w:tc>
      </w:tr>
      <w:tr w:rsidR="005503B4" w:rsidRPr="00EE6DD3" w14:paraId="45062D5D" w14:textId="77777777" w:rsidTr="00D65017">
        <w:trPr>
          <w:trHeight w:val="20"/>
        </w:trPr>
        <w:tc>
          <w:tcPr>
            <w:tcW w:w="0" w:type="auto"/>
            <w:noWrap/>
            <w:hideMark/>
          </w:tcPr>
          <w:p w14:paraId="6362C4B7" w14:textId="77777777" w:rsidR="005503B4" w:rsidRPr="00EE6DD3" w:rsidRDefault="005503B4" w:rsidP="00D65017">
            <w:pPr>
              <w:rPr>
                <w:sz w:val="15"/>
                <w:szCs w:val="15"/>
              </w:rPr>
            </w:pPr>
            <w:r w:rsidRPr="00EE6DD3">
              <w:rPr>
                <w:sz w:val="15"/>
                <w:szCs w:val="15"/>
              </w:rPr>
              <w:t>llm_sdg_count_c</w:t>
            </w:r>
          </w:p>
        </w:tc>
        <w:tc>
          <w:tcPr>
            <w:tcW w:w="0" w:type="auto"/>
            <w:noWrap/>
            <w:hideMark/>
          </w:tcPr>
          <w:p w14:paraId="5F217FF0" w14:textId="77777777" w:rsidR="005503B4" w:rsidRPr="00EE6DD3" w:rsidRDefault="005503B4" w:rsidP="00D65017">
            <w:pPr>
              <w:jc w:val="right"/>
              <w:rPr>
                <w:sz w:val="15"/>
                <w:szCs w:val="15"/>
              </w:rPr>
            </w:pPr>
            <w:r w:rsidRPr="00EE6DD3">
              <w:rPr>
                <w:sz w:val="15"/>
                <w:szCs w:val="15"/>
              </w:rPr>
              <w:t>6.14E-16</w:t>
            </w:r>
          </w:p>
        </w:tc>
        <w:tc>
          <w:tcPr>
            <w:tcW w:w="0" w:type="auto"/>
            <w:noWrap/>
            <w:hideMark/>
          </w:tcPr>
          <w:p w14:paraId="233603C3" w14:textId="77777777" w:rsidR="005503B4" w:rsidRPr="00EE6DD3" w:rsidRDefault="005503B4" w:rsidP="00D65017">
            <w:pPr>
              <w:jc w:val="right"/>
              <w:rPr>
                <w:sz w:val="15"/>
                <w:szCs w:val="15"/>
              </w:rPr>
            </w:pPr>
            <w:r w:rsidRPr="00EE6DD3">
              <w:rPr>
                <w:sz w:val="15"/>
                <w:szCs w:val="15"/>
              </w:rPr>
              <w:t>0.0533</w:t>
            </w:r>
          </w:p>
        </w:tc>
        <w:tc>
          <w:tcPr>
            <w:tcW w:w="0" w:type="auto"/>
            <w:noWrap/>
            <w:hideMark/>
          </w:tcPr>
          <w:p w14:paraId="6A3B270E" w14:textId="77777777" w:rsidR="005503B4" w:rsidRPr="00EE6DD3" w:rsidRDefault="005503B4" w:rsidP="00D65017">
            <w:pPr>
              <w:jc w:val="right"/>
              <w:rPr>
                <w:sz w:val="15"/>
                <w:szCs w:val="15"/>
              </w:rPr>
            </w:pPr>
            <w:r w:rsidRPr="00EE6DD3">
              <w:rPr>
                <w:sz w:val="15"/>
                <w:szCs w:val="15"/>
              </w:rPr>
              <w:t>0.1552</w:t>
            </w:r>
          </w:p>
        </w:tc>
        <w:tc>
          <w:tcPr>
            <w:tcW w:w="0" w:type="auto"/>
            <w:noWrap/>
            <w:hideMark/>
          </w:tcPr>
          <w:p w14:paraId="7A562E68" w14:textId="77777777" w:rsidR="005503B4" w:rsidRPr="00EE6DD3" w:rsidRDefault="005503B4" w:rsidP="00D65017">
            <w:pPr>
              <w:jc w:val="right"/>
              <w:rPr>
                <w:sz w:val="15"/>
                <w:szCs w:val="15"/>
              </w:rPr>
            </w:pPr>
            <w:r w:rsidRPr="00EE6DD3">
              <w:rPr>
                <w:sz w:val="15"/>
                <w:szCs w:val="15"/>
              </w:rPr>
              <w:t>0.0639</w:t>
            </w:r>
          </w:p>
        </w:tc>
        <w:tc>
          <w:tcPr>
            <w:tcW w:w="0" w:type="auto"/>
            <w:noWrap/>
            <w:hideMark/>
          </w:tcPr>
          <w:p w14:paraId="573F4251" w14:textId="77777777" w:rsidR="005503B4" w:rsidRPr="00EE6DD3" w:rsidRDefault="005503B4" w:rsidP="00D65017">
            <w:pPr>
              <w:jc w:val="right"/>
              <w:rPr>
                <w:sz w:val="15"/>
                <w:szCs w:val="15"/>
              </w:rPr>
            </w:pPr>
            <w:r w:rsidRPr="00EE6DD3">
              <w:rPr>
                <w:sz w:val="15"/>
                <w:szCs w:val="15"/>
              </w:rPr>
              <w:t>1.000</w:t>
            </w:r>
          </w:p>
        </w:tc>
        <w:tc>
          <w:tcPr>
            <w:tcW w:w="0" w:type="auto"/>
            <w:noWrap/>
            <w:hideMark/>
          </w:tcPr>
          <w:p w14:paraId="30E004E7" w14:textId="77777777" w:rsidR="005503B4" w:rsidRPr="00EE6DD3" w:rsidRDefault="005503B4" w:rsidP="00D65017">
            <w:pPr>
              <w:rPr>
                <w:sz w:val="15"/>
                <w:szCs w:val="15"/>
              </w:rPr>
            </w:pPr>
            <w:r w:rsidRPr="00EE6DD3">
              <w:rPr>
                <w:sz w:val="15"/>
                <w:szCs w:val="15"/>
              </w:rPr>
              <w:t>—</w:t>
            </w:r>
          </w:p>
        </w:tc>
        <w:tc>
          <w:tcPr>
            <w:tcW w:w="0" w:type="auto"/>
            <w:noWrap/>
            <w:hideMark/>
          </w:tcPr>
          <w:p w14:paraId="1D28E5D7" w14:textId="77777777" w:rsidR="005503B4" w:rsidRPr="00EE6DD3" w:rsidRDefault="005503B4" w:rsidP="00D65017">
            <w:pPr>
              <w:rPr>
                <w:sz w:val="15"/>
                <w:szCs w:val="15"/>
              </w:rPr>
            </w:pPr>
            <w:r w:rsidRPr="00EE6DD3">
              <w:rPr>
                <w:sz w:val="15"/>
                <w:szCs w:val="15"/>
              </w:rPr>
              <w:t>—</w:t>
            </w:r>
          </w:p>
        </w:tc>
      </w:tr>
      <w:tr w:rsidR="005503B4" w:rsidRPr="00EE6DD3" w14:paraId="3A8CABEC" w14:textId="77777777" w:rsidTr="00D65017">
        <w:trPr>
          <w:trHeight w:val="20"/>
        </w:trPr>
        <w:tc>
          <w:tcPr>
            <w:tcW w:w="0" w:type="auto"/>
            <w:noWrap/>
            <w:hideMark/>
          </w:tcPr>
          <w:p w14:paraId="190734D6" w14:textId="77777777" w:rsidR="005503B4" w:rsidRPr="00EE6DD3" w:rsidRDefault="005503B4" w:rsidP="00D65017">
            <w:pPr>
              <w:rPr>
                <w:sz w:val="15"/>
                <w:szCs w:val="15"/>
              </w:rPr>
            </w:pPr>
            <w:r w:rsidRPr="00EE6DD3">
              <w:rPr>
                <w:sz w:val="15"/>
                <w:szCs w:val="15"/>
              </w:rPr>
              <w:t>d_js_c</w:t>
            </w:r>
          </w:p>
        </w:tc>
        <w:tc>
          <w:tcPr>
            <w:tcW w:w="0" w:type="auto"/>
            <w:noWrap/>
            <w:hideMark/>
          </w:tcPr>
          <w:p w14:paraId="4482A65F" w14:textId="77777777" w:rsidR="005503B4" w:rsidRPr="00EE6DD3" w:rsidRDefault="005503B4" w:rsidP="00D65017">
            <w:pPr>
              <w:jc w:val="right"/>
              <w:rPr>
                <w:sz w:val="15"/>
                <w:szCs w:val="15"/>
              </w:rPr>
            </w:pPr>
            <w:r w:rsidRPr="00EE6DD3">
              <w:rPr>
                <w:sz w:val="15"/>
                <w:szCs w:val="15"/>
              </w:rPr>
              <w:t>4.36E-15</w:t>
            </w:r>
          </w:p>
        </w:tc>
        <w:tc>
          <w:tcPr>
            <w:tcW w:w="0" w:type="auto"/>
            <w:noWrap/>
            <w:hideMark/>
          </w:tcPr>
          <w:p w14:paraId="63355FEE" w14:textId="77777777" w:rsidR="005503B4" w:rsidRPr="00EE6DD3" w:rsidRDefault="005503B4" w:rsidP="00D65017">
            <w:pPr>
              <w:jc w:val="right"/>
              <w:rPr>
                <w:sz w:val="15"/>
                <w:szCs w:val="15"/>
              </w:rPr>
            </w:pPr>
            <w:r w:rsidRPr="00EE6DD3">
              <w:rPr>
                <w:sz w:val="15"/>
                <w:szCs w:val="15"/>
              </w:rPr>
              <w:t>-0.0921</w:t>
            </w:r>
          </w:p>
        </w:tc>
        <w:tc>
          <w:tcPr>
            <w:tcW w:w="0" w:type="auto"/>
            <w:noWrap/>
            <w:hideMark/>
          </w:tcPr>
          <w:p w14:paraId="11AE0A00" w14:textId="77777777" w:rsidR="005503B4" w:rsidRPr="00EE6DD3" w:rsidRDefault="005503B4" w:rsidP="00D65017">
            <w:pPr>
              <w:jc w:val="right"/>
              <w:rPr>
                <w:sz w:val="15"/>
                <w:szCs w:val="15"/>
              </w:rPr>
            </w:pPr>
            <w:r w:rsidRPr="00EE6DD3">
              <w:rPr>
                <w:sz w:val="15"/>
                <w:szCs w:val="15"/>
              </w:rPr>
              <w:t>-0.0409</w:t>
            </w:r>
          </w:p>
        </w:tc>
        <w:tc>
          <w:tcPr>
            <w:tcW w:w="0" w:type="auto"/>
            <w:noWrap/>
            <w:hideMark/>
          </w:tcPr>
          <w:p w14:paraId="5CC261FD" w14:textId="77777777" w:rsidR="005503B4" w:rsidRPr="00EE6DD3" w:rsidRDefault="005503B4" w:rsidP="00D65017">
            <w:pPr>
              <w:jc w:val="right"/>
              <w:rPr>
                <w:sz w:val="15"/>
                <w:szCs w:val="15"/>
              </w:rPr>
            </w:pPr>
            <w:r w:rsidRPr="00EE6DD3">
              <w:rPr>
                <w:sz w:val="15"/>
                <w:szCs w:val="15"/>
              </w:rPr>
              <w:t>-0.0529</w:t>
            </w:r>
          </w:p>
        </w:tc>
        <w:tc>
          <w:tcPr>
            <w:tcW w:w="0" w:type="auto"/>
            <w:noWrap/>
            <w:hideMark/>
          </w:tcPr>
          <w:p w14:paraId="28360566" w14:textId="77777777" w:rsidR="005503B4" w:rsidRPr="00EE6DD3" w:rsidRDefault="005503B4" w:rsidP="00D65017">
            <w:pPr>
              <w:jc w:val="right"/>
              <w:rPr>
                <w:sz w:val="15"/>
                <w:szCs w:val="15"/>
              </w:rPr>
            </w:pPr>
            <w:r w:rsidRPr="00EE6DD3">
              <w:rPr>
                <w:sz w:val="15"/>
                <w:szCs w:val="15"/>
              </w:rPr>
              <w:t>-0.0502</w:t>
            </w:r>
          </w:p>
        </w:tc>
        <w:tc>
          <w:tcPr>
            <w:tcW w:w="0" w:type="auto"/>
            <w:noWrap/>
            <w:hideMark/>
          </w:tcPr>
          <w:p w14:paraId="3B79CF67" w14:textId="77777777" w:rsidR="005503B4" w:rsidRPr="00EE6DD3" w:rsidRDefault="005503B4" w:rsidP="00D65017">
            <w:pPr>
              <w:jc w:val="right"/>
              <w:rPr>
                <w:sz w:val="15"/>
                <w:szCs w:val="15"/>
              </w:rPr>
            </w:pPr>
            <w:r w:rsidRPr="00EE6DD3">
              <w:rPr>
                <w:sz w:val="15"/>
                <w:szCs w:val="15"/>
              </w:rPr>
              <w:t>1.000</w:t>
            </w:r>
          </w:p>
        </w:tc>
        <w:tc>
          <w:tcPr>
            <w:tcW w:w="0" w:type="auto"/>
            <w:noWrap/>
            <w:hideMark/>
          </w:tcPr>
          <w:p w14:paraId="4B1688D8" w14:textId="77777777" w:rsidR="005503B4" w:rsidRPr="00EE6DD3" w:rsidRDefault="005503B4" w:rsidP="00D65017">
            <w:pPr>
              <w:rPr>
                <w:sz w:val="15"/>
                <w:szCs w:val="15"/>
              </w:rPr>
            </w:pPr>
            <w:r w:rsidRPr="00EE6DD3">
              <w:rPr>
                <w:sz w:val="15"/>
                <w:szCs w:val="15"/>
              </w:rPr>
              <w:t>—</w:t>
            </w:r>
          </w:p>
        </w:tc>
      </w:tr>
      <w:tr w:rsidR="005503B4" w:rsidRPr="00EE6DD3" w14:paraId="2FB150F1" w14:textId="77777777" w:rsidTr="00D65017">
        <w:trPr>
          <w:trHeight w:val="20"/>
        </w:trPr>
        <w:tc>
          <w:tcPr>
            <w:tcW w:w="0" w:type="auto"/>
            <w:tcBorders>
              <w:bottom w:val="single" w:sz="4" w:space="0" w:color="000000"/>
            </w:tcBorders>
            <w:noWrap/>
            <w:hideMark/>
          </w:tcPr>
          <w:p w14:paraId="41AC5453" w14:textId="77777777" w:rsidR="005503B4" w:rsidRPr="00EE6DD3" w:rsidRDefault="005503B4" w:rsidP="00D65017">
            <w:pPr>
              <w:rPr>
                <w:sz w:val="15"/>
                <w:szCs w:val="15"/>
              </w:rPr>
            </w:pPr>
            <w:r w:rsidRPr="00EE6DD3">
              <w:rPr>
                <w:sz w:val="15"/>
                <w:szCs w:val="15"/>
              </w:rPr>
              <w:t>sdg_count_ref_c</w:t>
            </w:r>
          </w:p>
        </w:tc>
        <w:tc>
          <w:tcPr>
            <w:tcW w:w="0" w:type="auto"/>
            <w:tcBorders>
              <w:bottom w:val="single" w:sz="4" w:space="0" w:color="000000"/>
            </w:tcBorders>
            <w:noWrap/>
            <w:hideMark/>
          </w:tcPr>
          <w:p w14:paraId="0B2BDAF5" w14:textId="77777777" w:rsidR="005503B4" w:rsidRPr="00EE6DD3" w:rsidRDefault="005503B4" w:rsidP="00D65017">
            <w:pPr>
              <w:jc w:val="right"/>
              <w:rPr>
                <w:sz w:val="15"/>
                <w:szCs w:val="15"/>
              </w:rPr>
            </w:pPr>
            <w:r w:rsidRPr="00EE6DD3">
              <w:rPr>
                <w:sz w:val="15"/>
                <w:szCs w:val="15"/>
              </w:rPr>
              <w:t>-7.59E-09</w:t>
            </w:r>
          </w:p>
        </w:tc>
        <w:tc>
          <w:tcPr>
            <w:tcW w:w="0" w:type="auto"/>
            <w:tcBorders>
              <w:bottom w:val="single" w:sz="4" w:space="0" w:color="000000"/>
            </w:tcBorders>
            <w:noWrap/>
            <w:hideMark/>
          </w:tcPr>
          <w:p w14:paraId="2C7BA493" w14:textId="77777777" w:rsidR="005503B4" w:rsidRPr="00EE6DD3" w:rsidRDefault="005503B4" w:rsidP="00D65017">
            <w:pPr>
              <w:jc w:val="right"/>
              <w:rPr>
                <w:sz w:val="15"/>
                <w:szCs w:val="15"/>
              </w:rPr>
            </w:pPr>
            <w:r w:rsidRPr="00EE6DD3">
              <w:rPr>
                <w:sz w:val="15"/>
                <w:szCs w:val="15"/>
              </w:rPr>
              <w:t>0.0882</w:t>
            </w:r>
          </w:p>
        </w:tc>
        <w:tc>
          <w:tcPr>
            <w:tcW w:w="0" w:type="auto"/>
            <w:tcBorders>
              <w:bottom w:val="single" w:sz="4" w:space="0" w:color="000000"/>
            </w:tcBorders>
            <w:noWrap/>
            <w:hideMark/>
          </w:tcPr>
          <w:p w14:paraId="1E655E64" w14:textId="77777777" w:rsidR="005503B4" w:rsidRPr="00EE6DD3" w:rsidRDefault="005503B4" w:rsidP="00D65017">
            <w:pPr>
              <w:jc w:val="right"/>
              <w:rPr>
                <w:sz w:val="15"/>
                <w:szCs w:val="15"/>
              </w:rPr>
            </w:pPr>
            <w:r w:rsidRPr="00EE6DD3">
              <w:rPr>
                <w:sz w:val="15"/>
                <w:szCs w:val="15"/>
              </w:rPr>
              <w:t>0.0503</w:t>
            </w:r>
          </w:p>
        </w:tc>
        <w:tc>
          <w:tcPr>
            <w:tcW w:w="0" w:type="auto"/>
            <w:tcBorders>
              <w:bottom w:val="single" w:sz="4" w:space="0" w:color="000000"/>
            </w:tcBorders>
            <w:noWrap/>
            <w:hideMark/>
          </w:tcPr>
          <w:p w14:paraId="31E2E4A4" w14:textId="77777777" w:rsidR="005503B4" w:rsidRPr="00EE6DD3" w:rsidRDefault="005503B4" w:rsidP="00D65017">
            <w:pPr>
              <w:jc w:val="right"/>
              <w:rPr>
                <w:sz w:val="15"/>
                <w:szCs w:val="15"/>
              </w:rPr>
            </w:pPr>
            <w:r w:rsidRPr="00EE6DD3">
              <w:rPr>
                <w:sz w:val="15"/>
                <w:szCs w:val="15"/>
              </w:rPr>
              <w:t>0.0491</w:t>
            </w:r>
          </w:p>
        </w:tc>
        <w:tc>
          <w:tcPr>
            <w:tcW w:w="0" w:type="auto"/>
            <w:tcBorders>
              <w:bottom w:val="single" w:sz="4" w:space="0" w:color="000000"/>
            </w:tcBorders>
            <w:noWrap/>
            <w:hideMark/>
          </w:tcPr>
          <w:p w14:paraId="686A37E6" w14:textId="77777777" w:rsidR="005503B4" w:rsidRPr="00EE6DD3" w:rsidRDefault="005503B4" w:rsidP="00D65017">
            <w:pPr>
              <w:jc w:val="right"/>
              <w:rPr>
                <w:sz w:val="15"/>
                <w:szCs w:val="15"/>
              </w:rPr>
            </w:pPr>
            <w:r w:rsidRPr="00EE6DD3">
              <w:rPr>
                <w:sz w:val="15"/>
                <w:szCs w:val="15"/>
              </w:rPr>
              <w:t>0.0450</w:t>
            </w:r>
          </w:p>
        </w:tc>
        <w:tc>
          <w:tcPr>
            <w:tcW w:w="0" w:type="auto"/>
            <w:tcBorders>
              <w:bottom w:val="single" w:sz="4" w:space="0" w:color="000000"/>
            </w:tcBorders>
            <w:noWrap/>
            <w:hideMark/>
          </w:tcPr>
          <w:p w14:paraId="4DEF67F7" w14:textId="77777777" w:rsidR="005503B4" w:rsidRPr="00EE6DD3" w:rsidRDefault="005503B4" w:rsidP="00D65017">
            <w:pPr>
              <w:jc w:val="right"/>
              <w:rPr>
                <w:sz w:val="15"/>
                <w:szCs w:val="15"/>
              </w:rPr>
            </w:pPr>
            <w:r w:rsidRPr="00EE6DD3">
              <w:rPr>
                <w:sz w:val="15"/>
                <w:szCs w:val="15"/>
              </w:rPr>
              <w:t>-0.0809</w:t>
            </w:r>
          </w:p>
        </w:tc>
        <w:tc>
          <w:tcPr>
            <w:tcW w:w="0" w:type="auto"/>
            <w:tcBorders>
              <w:bottom w:val="single" w:sz="4" w:space="0" w:color="000000"/>
            </w:tcBorders>
            <w:noWrap/>
            <w:hideMark/>
          </w:tcPr>
          <w:p w14:paraId="747460C5" w14:textId="77777777" w:rsidR="005503B4" w:rsidRPr="00EE6DD3" w:rsidRDefault="005503B4" w:rsidP="00D65017">
            <w:pPr>
              <w:jc w:val="right"/>
              <w:rPr>
                <w:sz w:val="15"/>
                <w:szCs w:val="15"/>
              </w:rPr>
            </w:pPr>
            <w:r w:rsidRPr="00EE6DD3">
              <w:rPr>
                <w:sz w:val="15"/>
                <w:szCs w:val="15"/>
              </w:rPr>
              <w:t>1.000</w:t>
            </w:r>
          </w:p>
        </w:tc>
      </w:tr>
    </w:tbl>
    <w:p w14:paraId="407AEC44" w14:textId="77777777" w:rsidR="005503B4" w:rsidRPr="00EE6DD3" w:rsidRDefault="005503B4" w:rsidP="005503B4"/>
    <w:p w14:paraId="46C6C7D1" w14:textId="77777777" w:rsidR="005503B4" w:rsidRPr="00EE6DD3" w:rsidRDefault="005503B4" w:rsidP="005503B4">
      <w:pPr>
        <w:pStyle w:val="Caption"/>
        <w:rPr>
          <w:color w:val="auto"/>
        </w:rPr>
      </w:pPr>
      <w:r w:rsidRPr="00EE6DD3">
        <w:rPr>
          <w:b w:val="0"/>
          <w:color w:val="auto"/>
          <w:sz w:val="20"/>
        </w:rPr>
        <w:t>Table S4H. Highest-VIF terms in the RQ4 joint model.</w:t>
      </w:r>
    </w:p>
    <w:tbl>
      <w:tblPr>
        <w:tblStyle w:val="PaperFormat"/>
        <w:tblW w:w="0" w:type="auto"/>
        <w:tblLook w:val="04A0" w:firstRow="1" w:lastRow="0" w:firstColumn="1" w:lastColumn="0" w:noHBand="0" w:noVBand="1"/>
      </w:tblPr>
      <w:tblGrid>
        <w:gridCol w:w="2261"/>
        <w:gridCol w:w="629"/>
        <w:gridCol w:w="849"/>
      </w:tblGrid>
      <w:tr w:rsidR="005503B4" w:rsidRPr="00EE6DD3" w14:paraId="720CA073" w14:textId="77777777" w:rsidTr="00D65017">
        <w:tc>
          <w:tcPr>
            <w:tcW w:w="0" w:type="auto"/>
          </w:tcPr>
          <w:p w14:paraId="52EC71F8" w14:textId="77777777" w:rsidR="005503B4" w:rsidRPr="00EE6DD3" w:rsidRDefault="005503B4" w:rsidP="00D65017">
            <w:r w:rsidRPr="00EE6DD3">
              <w:rPr>
                <w:rFonts w:eastAsia="SimSun"/>
                <w:b/>
                <w:sz w:val="15"/>
              </w:rPr>
              <w:t>Feature</w:t>
            </w:r>
          </w:p>
        </w:tc>
        <w:tc>
          <w:tcPr>
            <w:tcW w:w="0" w:type="auto"/>
          </w:tcPr>
          <w:p w14:paraId="53DD1727" w14:textId="77777777" w:rsidR="005503B4" w:rsidRPr="00EE6DD3" w:rsidRDefault="005503B4" w:rsidP="00D65017">
            <w:pPr>
              <w:jc w:val="center"/>
            </w:pPr>
            <w:r w:rsidRPr="00EE6DD3">
              <w:rPr>
                <w:rFonts w:eastAsia="SimSun"/>
                <w:b/>
                <w:sz w:val="15"/>
              </w:rPr>
              <w:t>VIF</w:t>
            </w:r>
          </w:p>
        </w:tc>
        <w:tc>
          <w:tcPr>
            <w:tcW w:w="0" w:type="auto"/>
          </w:tcPr>
          <w:p w14:paraId="63CE07C3" w14:textId="77777777" w:rsidR="005503B4" w:rsidRPr="00EE6DD3" w:rsidRDefault="005503B4" w:rsidP="00D65017">
            <w:r w:rsidRPr="00EE6DD3">
              <w:rPr>
                <w:rFonts w:eastAsia="SimSun"/>
                <w:b/>
                <w:sz w:val="15"/>
              </w:rPr>
              <w:t>Severity</w:t>
            </w:r>
          </w:p>
        </w:tc>
      </w:tr>
      <w:tr w:rsidR="005503B4" w:rsidRPr="00EE6DD3" w14:paraId="1057964D" w14:textId="77777777" w:rsidTr="00D65017">
        <w:tc>
          <w:tcPr>
            <w:tcW w:w="0" w:type="auto"/>
          </w:tcPr>
          <w:p w14:paraId="69744918" w14:textId="173C97C0" w:rsidR="005503B4" w:rsidRPr="00EE6DD3" w:rsidRDefault="005503B4" w:rsidP="00D65017">
            <w:r w:rsidRPr="00EE6DD3">
              <w:rPr>
                <w:rFonts w:eastAsia="SimSun"/>
                <w:sz w:val="15"/>
              </w:rPr>
              <w:t>Dm</w:t>
            </w:r>
          </w:p>
        </w:tc>
        <w:tc>
          <w:tcPr>
            <w:tcW w:w="0" w:type="auto"/>
          </w:tcPr>
          <w:p w14:paraId="2D251E86" w14:textId="77777777" w:rsidR="005503B4" w:rsidRPr="00EE6DD3" w:rsidRDefault="005503B4" w:rsidP="00D65017">
            <w:pPr>
              <w:jc w:val="center"/>
            </w:pPr>
            <w:r w:rsidRPr="00EE6DD3">
              <w:rPr>
                <w:rFonts w:eastAsia="SimSun"/>
                <w:sz w:val="15"/>
              </w:rPr>
              <w:t>3.8348</w:t>
            </w:r>
          </w:p>
        </w:tc>
        <w:tc>
          <w:tcPr>
            <w:tcW w:w="0" w:type="auto"/>
          </w:tcPr>
          <w:p w14:paraId="0410B760" w14:textId="77777777" w:rsidR="005503B4" w:rsidRPr="00EE6DD3" w:rsidRDefault="005503B4" w:rsidP="00D65017">
            <w:bookmarkStart w:id="7" w:name="OLE_LINK39"/>
            <w:r w:rsidRPr="00EE6DD3">
              <w:rPr>
                <w:rFonts w:eastAsia="SimSun"/>
                <w:sz w:val="15"/>
              </w:rPr>
              <w:t>acceptable</w:t>
            </w:r>
            <w:bookmarkEnd w:id="7"/>
          </w:p>
        </w:tc>
      </w:tr>
      <w:tr w:rsidR="005503B4" w:rsidRPr="00EE6DD3" w14:paraId="3104B588" w14:textId="77777777" w:rsidTr="00D65017">
        <w:tc>
          <w:tcPr>
            <w:tcW w:w="0" w:type="auto"/>
          </w:tcPr>
          <w:p w14:paraId="0B2DB2D6" w14:textId="77777777" w:rsidR="005503B4" w:rsidRPr="00EE6DD3" w:rsidRDefault="005503B4" w:rsidP="00D65017">
            <w:r w:rsidRPr="00EE6DD3">
              <w:rPr>
                <w:rFonts w:eastAsia="SimSun"/>
                <w:sz w:val="15"/>
              </w:rPr>
              <w:t>country_group_US x</w:t>
            </w:r>
            <w:bookmarkStart w:id="8" w:name="OLE_LINK40"/>
            <w:r w:rsidRPr="00EE6DD3">
              <w:rPr>
                <w:rFonts w:eastAsia="SimSun"/>
                <w:sz w:val="15"/>
              </w:rPr>
              <w:t xml:space="preserve"> D</w:t>
            </w:r>
            <w:r w:rsidRPr="00EE6DD3">
              <w:rPr>
                <w:rFonts w:eastAsia="SimSun"/>
                <w:sz w:val="15"/>
                <w:vertAlign w:val="subscript"/>
              </w:rPr>
              <w:t>m</w:t>
            </w:r>
            <w:bookmarkEnd w:id="8"/>
          </w:p>
        </w:tc>
        <w:tc>
          <w:tcPr>
            <w:tcW w:w="0" w:type="auto"/>
          </w:tcPr>
          <w:p w14:paraId="73326B52" w14:textId="77777777" w:rsidR="005503B4" w:rsidRPr="00EE6DD3" w:rsidRDefault="005503B4" w:rsidP="00D65017">
            <w:pPr>
              <w:jc w:val="center"/>
            </w:pPr>
            <w:r w:rsidRPr="00EE6DD3">
              <w:rPr>
                <w:rFonts w:eastAsia="SimSun"/>
                <w:sz w:val="15"/>
              </w:rPr>
              <w:t>3.6279</w:t>
            </w:r>
          </w:p>
        </w:tc>
        <w:tc>
          <w:tcPr>
            <w:tcW w:w="0" w:type="auto"/>
          </w:tcPr>
          <w:p w14:paraId="704C0FBD" w14:textId="77777777" w:rsidR="005503B4" w:rsidRPr="00EE6DD3" w:rsidRDefault="005503B4" w:rsidP="00D65017">
            <w:r w:rsidRPr="00EE6DD3">
              <w:rPr>
                <w:rFonts w:eastAsia="SimSun"/>
                <w:sz w:val="15"/>
              </w:rPr>
              <w:t>acceptable</w:t>
            </w:r>
          </w:p>
        </w:tc>
      </w:tr>
      <w:tr w:rsidR="005503B4" w:rsidRPr="00EE6DD3" w14:paraId="514AACE2" w14:textId="77777777" w:rsidTr="00D65017">
        <w:tc>
          <w:tcPr>
            <w:tcW w:w="0" w:type="auto"/>
          </w:tcPr>
          <w:p w14:paraId="1CB4DD3A" w14:textId="77777777" w:rsidR="005503B4" w:rsidRPr="00EE6DD3" w:rsidRDefault="005503B4" w:rsidP="00D65017">
            <w:r w:rsidRPr="00EE6DD3">
              <w:rPr>
                <w:rFonts w:eastAsia="SimSun"/>
                <w:sz w:val="15"/>
              </w:rPr>
              <w:t>country_group_Other x D</w:t>
            </w:r>
            <w:r w:rsidRPr="00EE6DD3">
              <w:rPr>
                <w:rFonts w:eastAsia="SimSun"/>
                <w:sz w:val="15"/>
                <w:vertAlign w:val="subscript"/>
              </w:rPr>
              <w:t>m</w:t>
            </w:r>
            <w:r w:rsidRPr="00EE6DD3">
              <w:rPr>
                <w:rFonts w:eastAsia="SimSun"/>
                <w:sz w:val="15"/>
              </w:rPr>
              <w:t xml:space="preserve"> </w:t>
            </w:r>
          </w:p>
        </w:tc>
        <w:tc>
          <w:tcPr>
            <w:tcW w:w="0" w:type="auto"/>
          </w:tcPr>
          <w:p w14:paraId="6197C419" w14:textId="77777777" w:rsidR="005503B4" w:rsidRPr="00EE6DD3" w:rsidRDefault="005503B4" w:rsidP="00D65017">
            <w:pPr>
              <w:jc w:val="center"/>
            </w:pPr>
            <w:r w:rsidRPr="00EE6DD3">
              <w:rPr>
                <w:rFonts w:eastAsia="SimSun"/>
                <w:sz w:val="15"/>
              </w:rPr>
              <w:t>3.5804</w:t>
            </w:r>
          </w:p>
        </w:tc>
        <w:tc>
          <w:tcPr>
            <w:tcW w:w="0" w:type="auto"/>
          </w:tcPr>
          <w:p w14:paraId="164ADE9B" w14:textId="77777777" w:rsidR="005503B4" w:rsidRPr="00EE6DD3" w:rsidRDefault="005503B4" w:rsidP="00D65017">
            <w:r w:rsidRPr="00EE6DD3">
              <w:rPr>
                <w:rFonts w:eastAsia="SimSun"/>
                <w:sz w:val="15"/>
              </w:rPr>
              <w:t>acceptable</w:t>
            </w:r>
          </w:p>
        </w:tc>
      </w:tr>
      <w:tr w:rsidR="005503B4" w:rsidRPr="00EE6DD3" w14:paraId="61C6A968" w14:textId="77777777" w:rsidTr="00D65017">
        <w:tc>
          <w:tcPr>
            <w:tcW w:w="0" w:type="auto"/>
          </w:tcPr>
          <w:p w14:paraId="38D74C5E" w14:textId="77777777" w:rsidR="005503B4" w:rsidRPr="00EE6DD3" w:rsidRDefault="005503B4" w:rsidP="00D65017">
            <w:pPr>
              <w:rPr>
                <w:sz w:val="15"/>
                <w:szCs w:val="15"/>
              </w:rPr>
            </w:pPr>
            <w:r w:rsidRPr="00EE6DD3">
              <w:rPr>
                <w:rFonts w:eastAsia="SimSun"/>
                <w:sz w:val="15"/>
                <w:szCs w:val="15"/>
              </w:rPr>
              <w:t>country_group_CN x</w:t>
            </w:r>
            <w:r w:rsidRPr="00EE6DD3">
              <w:rPr>
                <w:rFonts w:eastAsia="SimSun"/>
                <w:sz w:val="15"/>
              </w:rPr>
              <w:t xml:space="preserve"> D</w:t>
            </w:r>
            <w:r w:rsidRPr="00EE6DD3">
              <w:rPr>
                <w:rFonts w:eastAsia="SimSun"/>
                <w:sz w:val="15"/>
                <w:vertAlign w:val="subscript"/>
              </w:rPr>
              <w:t>m</w:t>
            </w:r>
          </w:p>
        </w:tc>
        <w:tc>
          <w:tcPr>
            <w:tcW w:w="0" w:type="auto"/>
            <w:vAlign w:val="bottom"/>
          </w:tcPr>
          <w:p w14:paraId="36998C10" w14:textId="77777777" w:rsidR="005503B4" w:rsidRPr="00EE6DD3" w:rsidRDefault="005503B4" w:rsidP="00D65017">
            <w:pPr>
              <w:jc w:val="center"/>
              <w:rPr>
                <w:sz w:val="15"/>
                <w:szCs w:val="15"/>
              </w:rPr>
            </w:pPr>
            <w:r w:rsidRPr="00EE6DD3">
              <w:rPr>
                <w:sz w:val="15"/>
                <w:szCs w:val="15"/>
              </w:rPr>
              <w:t>3.5597</w:t>
            </w:r>
          </w:p>
        </w:tc>
        <w:tc>
          <w:tcPr>
            <w:tcW w:w="0" w:type="auto"/>
          </w:tcPr>
          <w:p w14:paraId="3B9F1A74" w14:textId="77777777" w:rsidR="005503B4" w:rsidRPr="00EE6DD3" w:rsidRDefault="005503B4" w:rsidP="00D65017">
            <w:pPr>
              <w:rPr>
                <w:sz w:val="15"/>
                <w:szCs w:val="15"/>
              </w:rPr>
            </w:pPr>
            <w:r w:rsidRPr="00EE6DD3">
              <w:rPr>
                <w:rFonts w:eastAsia="SimSun"/>
                <w:sz w:val="15"/>
                <w:szCs w:val="15"/>
              </w:rPr>
              <w:t>acceptable</w:t>
            </w:r>
          </w:p>
        </w:tc>
      </w:tr>
      <w:tr w:rsidR="005503B4" w:rsidRPr="00EE6DD3" w14:paraId="1415041C" w14:textId="77777777" w:rsidTr="00D65017">
        <w:tc>
          <w:tcPr>
            <w:tcW w:w="0" w:type="auto"/>
          </w:tcPr>
          <w:p w14:paraId="1D5DEFBF" w14:textId="77777777" w:rsidR="005503B4" w:rsidRPr="00EE6DD3" w:rsidRDefault="005503B4" w:rsidP="00D65017">
            <w:pPr>
              <w:rPr>
                <w:sz w:val="15"/>
                <w:szCs w:val="15"/>
              </w:rPr>
            </w:pPr>
            <w:r w:rsidRPr="00EE6DD3">
              <w:rPr>
                <w:rFonts w:eastAsia="SimSun"/>
                <w:sz w:val="15"/>
                <w:szCs w:val="15"/>
              </w:rPr>
              <w:t>country_group_US</w:t>
            </w:r>
          </w:p>
        </w:tc>
        <w:tc>
          <w:tcPr>
            <w:tcW w:w="0" w:type="auto"/>
            <w:vAlign w:val="bottom"/>
          </w:tcPr>
          <w:p w14:paraId="37C33A9E" w14:textId="77777777" w:rsidR="005503B4" w:rsidRPr="00EE6DD3" w:rsidRDefault="005503B4" w:rsidP="00D65017">
            <w:pPr>
              <w:jc w:val="center"/>
              <w:rPr>
                <w:sz w:val="15"/>
                <w:szCs w:val="15"/>
              </w:rPr>
            </w:pPr>
            <w:r w:rsidRPr="00EE6DD3">
              <w:rPr>
                <w:sz w:val="15"/>
                <w:szCs w:val="15"/>
              </w:rPr>
              <w:t>3.5512</w:t>
            </w:r>
          </w:p>
        </w:tc>
        <w:tc>
          <w:tcPr>
            <w:tcW w:w="0" w:type="auto"/>
          </w:tcPr>
          <w:p w14:paraId="57AC9D22" w14:textId="77777777" w:rsidR="005503B4" w:rsidRPr="00EE6DD3" w:rsidRDefault="005503B4" w:rsidP="00D65017">
            <w:pPr>
              <w:rPr>
                <w:sz w:val="15"/>
                <w:szCs w:val="15"/>
              </w:rPr>
            </w:pPr>
            <w:r w:rsidRPr="00EE6DD3">
              <w:rPr>
                <w:rFonts w:eastAsia="SimSun"/>
                <w:sz w:val="15"/>
                <w:szCs w:val="15"/>
              </w:rPr>
              <w:t>acceptable</w:t>
            </w:r>
          </w:p>
        </w:tc>
      </w:tr>
      <w:tr w:rsidR="005503B4" w:rsidRPr="00EE6DD3" w14:paraId="21EA359D" w14:textId="77777777" w:rsidTr="00D65017">
        <w:tc>
          <w:tcPr>
            <w:tcW w:w="0" w:type="auto"/>
          </w:tcPr>
          <w:p w14:paraId="054B6916" w14:textId="77777777" w:rsidR="005503B4" w:rsidRPr="00EE6DD3" w:rsidRDefault="005503B4" w:rsidP="00D65017">
            <w:pPr>
              <w:rPr>
                <w:sz w:val="15"/>
                <w:szCs w:val="15"/>
              </w:rPr>
            </w:pPr>
            <w:r w:rsidRPr="00EE6DD3">
              <w:rPr>
                <w:rFonts w:eastAsia="SimSun"/>
                <w:sz w:val="15"/>
                <w:szCs w:val="15"/>
              </w:rPr>
              <w:t>country_group_CN</w:t>
            </w:r>
          </w:p>
        </w:tc>
        <w:tc>
          <w:tcPr>
            <w:tcW w:w="0" w:type="auto"/>
            <w:vAlign w:val="bottom"/>
          </w:tcPr>
          <w:p w14:paraId="390B2C56" w14:textId="77777777" w:rsidR="005503B4" w:rsidRPr="00EE6DD3" w:rsidRDefault="005503B4" w:rsidP="00D65017">
            <w:pPr>
              <w:jc w:val="center"/>
              <w:rPr>
                <w:sz w:val="15"/>
                <w:szCs w:val="15"/>
              </w:rPr>
            </w:pPr>
            <w:r w:rsidRPr="00EE6DD3">
              <w:rPr>
                <w:sz w:val="15"/>
                <w:szCs w:val="15"/>
              </w:rPr>
              <w:t>3.5508</w:t>
            </w:r>
          </w:p>
        </w:tc>
        <w:tc>
          <w:tcPr>
            <w:tcW w:w="0" w:type="auto"/>
          </w:tcPr>
          <w:p w14:paraId="7CB0B3AF" w14:textId="77777777" w:rsidR="005503B4" w:rsidRPr="00EE6DD3" w:rsidRDefault="005503B4" w:rsidP="00D65017">
            <w:pPr>
              <w:rPr>
                <w:sz w:val="15"/>
                <w:szCs w:val="15"/>
              </w:rPr>
            </w:pPr>
            <w:r w:rsidRPr="00EE6DD3">
              <w:rPr>
                <w:rFonts w:eastAsia="SimSun"/>
                <w:sz w:val="15"/>
                <w:szCs w:val="15"/>
              </w:rPr>
              <w:t>acceptable</w:t>
            </w:r>
          </w:p>
        </w:tc>
      </w:tr>
      <w:tr w:rsidR="005503B4" w:rsidRPr="00EE6DD3" w14:paraId="5965E842" w14:textId="77777777" w:rsidTr="00D65017">
        <w:tc>
          <w:tcPr>
            <w:tcW w:w="0" w:type="auto"/>
          </w:tcPr>
          <w:p w14:paraId="3117973C" w14:textId="77777777" w:rsidR="005503B4" w:rsidRPr="00EE6DD3" w:rsidRDefault="005503B4" w:rsidP="00D65017">
            <w:pPr>
              <w:rPr>
                <w:sz w:val="15"/>
                <w:szCs w:val="15"/>
              </w:rPr>
            </w:pPr>
            <w:r w:rsidRPr="00EE6DD3">
              <w:rPr>
                <w:rFonts w:eastAsia="SimSun"/>
                <w:sz w:val="15"/>
                <w:szCs w:val="15"/>
              </w:rPr>
              <w:t>country_group_Other</w:t>
            </w:r>
          </w:p>
        </w:tc>
        <w:tc>
          <w:tcPr>
            <w:tcW w:w="0" w:type="auto"/>
            <w:vAlign w:val="bottom"/>
          </w:tcPr>
          <w:p w14:paraId="7111B269" w14:textId="77777777" w:rsidR="005503B4" w:rsidRPr="00EE6DD3" w:rsidRDefault="005503B4" w:rsidP="00D65017">
            <w:pPr>
              <w:jc w:val="center"/>
              <w:rPr>
                <w:sz w:val="15"/>
                <w:szCs w:val="15"/>
              </w:rPr>
            </w:pPr>
            <w:r w:rsidRPr="00EE6DD3">
              <w:rPr>
                <w:sz w:val="15"/>
                <w:szCs w:val="15"/>
              </w:rPr>
              <w:t>3.5434</w:t>
            </w:r>
          </w:p>
        </w:tc>
        <w:tc>
          <w:tcPr>
            <w:tcW w:w="0" w:type="auto"/>
          </w:tcPr>
          <w:p w14:paraId="4EF64946" w14:textId="77777777" w:rsidR="005503B4" w:rsidRPr="00EE6DD3" w:rsidRDefault="005503B4" w:rsidP="00D65017">
            <w:pPr>
              <w:rPr>
                <w:sz w:val="15"/>
                <w:szCs w:val="15"/>
              </w:rPr>
            </w:pPr>
            <w:r w:rsidRPr="00EE6DD3">
              <w:rPr>
                <w:rFonts w:eastAsia="SimSun"/>
                <w:sz w:val="15"/>
                <w:szCs w:val="15"/>
              </w:rPr>
              <w:t>acceptable</w:t>
            </w:r>
          </w:p>
        </w:tc>
      </w:tr>
      <w:tr w:rsidR="005503B4" w:rsidRPr="00EE6DD3" w14:paraId="5FC38111" w14:textId="77777777" w:rsidTr="00D65017">
        <w:tc>
          <w:tcPr>
            <w:tcW w:w="0" w:type="auto"/>
          </w:tcPr>
          <w:p w14:paraId="358C000C" w14:textId="77777777" w:rsidR="005503B4" w:rsidRPr="00EE6DD3" w:rsidRDefault="005503B4" w:rsidP="00D65017">
            <w:pPr>
              <w:rPr>
                <w:sz w:val="15"/>
                <w:szCs w:val="15"/>
              </w:rPr>
            </w:pPr>
            <w:r w:rsidRPr="00EE6DD3">
              <w:rPr>
                <w:rFonts w:eastAsia="SimSun"/>
                <w:sz w:val="15"/>
                <w:szCs w:val="15"/>
              </w:rPr>
              <w:t xml:space="preserve">sdg_count_ref_c x </w:t>
            </w:r>
            <w:r w:rsidRPr="00EE6DD3">
              <w:rPr>
                <w:rFonts w:eastAsia="SimSun"/>
                <w:sz w:val="15"/>
              </w:rPr>
              <w:t>D</w:t>
            </w:r>
            <w:r w:rsidRPr="00EE6DD3">
              <w:rPr>
                <w:rFonts w:eastAsia="SimSun"/>
                <w:sz w:val="15"/>
                <w:vertAlign w:val="subscript"/>
              </w:rPr>
              <w:t>m</w:t>
            </w:r>
          </w:p>
        </w:tc>
        <w:tc>
          <w:tcPr>
            <w:tcW w:w="0" w:type="auto"/>
            <w:vAlign w:val="bottom"/>
          </w:tcPr>
          <w:p w14:paraId="56EA9E8E" w14:textId="77777777" w:rsidR="005503B4" w:rsidRPr="00EE6DD3" w:rsidRDefault="005503B4" w:rsidP="00D65017">
            <w:pPr>
              <w:jc w:val="center"/>
              <w:rPr>
                <w:sz w:val="15"/>
                <w:szCs w:val="15"/>
              </w:rPr>
            </w:pPr>
            <w:r w:rsidRPr="00EE6DD3">
              <w:rPr>
                <w:sz w:val="15"/>
                <w:szCs w:val="15"/>
              </w:rPr>
              <w:t>3.5248</w:t>
            </w:r>
          </w:p>
        </w:tc>
        <w:tc>
          <w:tcPr>
            <w:tcW w:w="0" w:type="auto"/>
          </w:tcPr>
          <w:p w14:paraId="01D19165" w14:textId="77777777" w:rsidR="005503B4" w:rsidRPr="00EE6DD3" w:rsidRDefault="005503B4" w:rsidP="00D65017">
            <w:pPr>
              <w:rPr>
                <w:sz w:val="15"/>
                <w:szCs w:val="15"/>
              </w:rPr>
            </w:pPr>
            <w:r w:rsidRPr="00EE6DD3">
              <w:rPr>
                <w:rFonts w:eastAsia="SimSun"/>
                <w:sz w:val="15"/>
                <w:szCs w:val="15"/>
              </w:rPr>
              <w:t>acceptable</w:t>
            </w:r>
          </w:p>
        </w:tc>
      </w:tr>
      <w:tr w:rsidR="005503B4" w:rsidRPr="00EE6DD3" w14:paraId="00721FE9" w14:textId="77777777" w:rsidTr="00D65017">
        <w:tc>
          <w:tcPr>
            <w:tcW w:w="0" w:type="auto"/>
          </w:tcPr>
          <w:p w14:paraId="6A3B5DEA" w14:textId="77777777" w:rsidR="005503B4" w:rsidRPr="00EE6DD3" w:rsidRDefault="005503B4" w:rsidP="00D65017">
            <w:pPr>
              <w:rPr>
                <w:sz w:val="15"/>
                <w:szCs w:val="15"/>
              </w:rPr>
            </w:pPr>
            <w:r w:rsidRPr="00EE6DD3">
              <w:rPr>
                <w:rFonts w:eastAsia="SimSun"/>
                <w:sz w:val="15"/>
                <w:szCs w:val="15"/>
              </w:rPr>
              <w:t>sdg_count_ref_c</w:t>
            </w:r>
          </w:p>
        </w:tc>
        <w:tc>
          <w:tcPr>
            <w:tcW w:w="0" w:type="auto"/>
            <w:vAlign w:val="bottom"/>
          </w:tcPr>
          <w:p w14:paraId="028ECAB4" w14:textId="77777777" w:rsidR="005503B4" w:rsidRPr="00EE6DD3" w:rsidRDefault="005503B4" w:rsidP="00D65017">
            <w:pPr>
              <w:jc w:val="center"/>
              <w:rPr>
                <w:sz w:val="15"/>
                <w:szCs w:val="15"/>
              </w:rPr>
            </w:pPr>
            <w:r w:rsidRPr="00EE6DD3">
              <w:rPr>
                <w:sz w:val="15"/>
                <w:szCs w:val="15"/>
              </w:rPr>
              <w:t>3.5099</w:t>
            </w:r>
          </w:p>
        </w:tc>
        <w:tc>
          <w:tcPr>
            <w:tcW w:w="0" w:type="auto"/>
          </w:tcPr>
          <w:p w14:paraId="3B03160F" w14:textId="77777777" w:rsidR="005503B4" w:rsidRPr="00EE6DD3" w:rsidRDefault="005503B4" w:rsidP="00D65017">
            <w:pPr>
              <w:rPr>
                <w:sz w:val="15"/>
                <w:szCs w:val="15"/>
              </w:rPr>
            </w:pPr>
            <w:r w:rsidRPr="00EE6DD3">
              <w:rPr>
                <w:rFonts w:eastAsia="SimSun"/>
                <w:sz w:val="15"/>
                <w:szCs w:val="15"/>
              </w:rPr>
              <w:t>acceptable</w:t>
            </w:r>
          </w:p>
        </w:tc>
      </w:tr>
      <w:tr w:rsidR="005503B4" w:rsidRPr="00EE6DD3" w14:paraId="539641FB" w14:textId="77777777" w:rsidTr="00D65017">
        <w:tc>
          <w:tcPr>
            <w:tcW w:w="0" w:type="auto"/>
            <w:tcBorders>
              <w:bottom w:val="single" w:sz="4" w:space="0" w:color="000000"/>
            </w:tcBorders>
          </w:tcPr>
          <w:p w14:paraId="353EEBB0" w14:textId="77777777" w:rsidR="005503B4" w:rsidRPr="00EE6DD3" w:rsidRDefault="005503B4" w:rsidP="00D65017">
            <w:pPr>
              <w:rPr>
                <w:sz w:val="15"/>
                <w:szCs w:val="15"/>
              </w:rPr>
            </w:pPr>
            <w:r w:rsidRPr="00EE6DD3">
              <w:rPr>
                <w:rFonts w:eastAsia="SimSun"/>
                <w:sz w:val="15"/>
                <w:szCs w:val="15"/>
              </w:rPr>
              <w:t xml:space="preserve">level0_concept_id_Business x </w:t>
            </w:r>
            <w:r w:rsidRPr="00EE6DD3">
              <w:rPr>
                <w:rFonts w:eastAsia="SimSun"/>
                <w:sz w:val="15"/>
              </w:rPr>
              <w:t>D</w:t>
            </w:r>
            <w:r w:rsidRPr="00EE6DD3">
              <w:rPr>
                <w:rFonts w:eastAsia="SimSun"/>
                <w:sz w:val="15"/>
                <w:vertAlign w:val="subscript"/>
              </w:rPr>
              <w:t>m</w:t>
            </w:r>
          </w:p>
        </w:tc>
        <w:tc>
          <w:tcPr>
            <w:tcW w:w="0" w:type="auto"/>
            <w:tcBorders>
              <w:bottom w:val="single" w:sz="4" w:space="0" w:color="000000"/>
            </w:tcBorders>
            <w:vAlign w:val="bottom"/>
          </w:tcPr>
          <w:p w14:paraId="49E481B3" w14:textId="77777777" w:rsidR="005503B4" w:rsidRPr="00EE6DD3" w:rsidRDefault="005503B4" w:rsidP="00D65017">
            <w:pPr>
              <w:jc w:val="center"/>
              <w:rPr>
                <w:sz w:val="15"/>
                <w:szCs w:val="15"/>
              </w:rPr>
            </w:pPr>
            <w:r w:rsidRPr="00EE6DD3">
              <w:rPr>
                <w:sz w:val="15"/>
                <w:szCs w:val="15"/>
              </w:rPr>
              <w:t>3.4935</w:t>
            </w:r>
          </w:p>
        </w:tc>
        <w:tc>
          <w:tcPr>
            <w:tcW w:w="0" w:type="auto"/>
            <w:tcBorders>
              <w:bottom w:val="single" w:sz="4" w:space="0" w:color="000000"/>
            </w:tcBorders>
          </w:tcPr>
          <w:p w14:paraId="5E508F4C" w14:textId="77777777" w:rsidR="005503B4" w:rsidRPr="00EE6DD3" w:rsidRDefault="005503B4" w:rsidP="00D65017">
            <w:pPr>
              <w:rPr>
                <w:sz w:val="15"/>
                <w:szCs w:val="15"/>
              </w:rPr>
            </w:pPr>
            <w:r w:rsidRPr="00EE6DD3">
              <w:rPr>
                <w:rFonts w:eastAsia="SimSun"/>
                <w:sz w:val="15"/>
                <w:szCs w:val="15"/>
              </w:rPr>
              <w:t>acceptable</w:t>
            </w:r>
          </w:p>
        </w:tc>
      </w:tr>
      <w:bookmarkEnd w:id="6"/>
    </w:tbl>
    <w:p w14:paraId="466E1F30" w14:textId="77777777" w:rsidR="005503B4" w:rsidRPr="00EE6DD3" w:rsidRDefault="005503B4" w:rsidP="005503B4">
      <w:pPr>
        <w:rPr>
          <w:sz w:val="15"/>
          <w:szCs w:val="15"/>
        </w:rPr>
      </w:pPr>
    </w:p>
    <w:p w14:paraId="49C1CB71" w14:textId="77777777" w:rsidR="0097155A" w:rsidRPr="00EE6DD3" w:rsidRDefault="0097155A"/>
    <w:sectPr w:rsidR="0097155A" w:rsidRPr="00EE6DD3" w:rsidSect="005503B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ourier">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8392510">
    <w:abstractNumId w:val="8"/>
  </w:num>
  <w:num w:numId="2" w16cid:durableId="380398947">
    <w:abstractNumId w:val="6"/>
  </w:num>
  <w:num w:numId="3" w16cid:durableId="176965381">
    <w:abstractNumId w:val="5"/>
  </w:num>
  <w:num w:numId="4" w16cid:durableId="389888691">
    <w:abstractNumId w:val="4"/>
  </w:num>
  <w:num w:numId="5" w16cid:durableId="124854210">
    <w:abstractNumId w:val="7"/>
  </w:num>
  <w:num w:numId="6" w16cid:durableId="1375807813">
    <w:abstractNumId w:val="3"/>
  </w:num>
  <w:num w:numId="7" w16cid:durableId="2105222856">
    <w:abstractNumId w:val="2"/>
  </w:num>
  <w:num w:numId="8" w16cid:durableId="548763891">
    <w:abstractNumId w:val="1"/>
  </w:num>
  <w:num w:numId="9" w16cid:durableId="105450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B4"/>
    <w:rsid w:val="000006C6"/>
    <w:rsid w:val="000018EC"/>
    <w:rsid w:val="00002035"/>
    <w:rsid w:val="00004C1A"/>
    <w:rsid w:val="00005723"/>
    <w:rsid w:val="0000649A"/>
    <w:rsid w:val="00006E62"/>
    <w:rsid w:val="00007633"/>
    <w:rsid w:val="00010AAA"/>
    <w:rsid w:val="00010FE7"/>
    <w:rsid w:val="0001147F"/>
    <w:rsid w:val="00012C09"/>
    <w:rsid w:val="000170FC"/>
    <w:rsid w:val="000175BD"/>
    <w:rsid w:val="000175EF"/>
    <w:rsid w:val="000177B4"/>
    <w:rsid w:val="00017FB4"/>
    <w:rsid w:val="00020D3E"/>
    <w:rsid w:val="0002343E"/>
    <w:rsid w:val="00023D06"/>
    <w:rsid w:val="0003112E"/>
    <w:rsid w:val="00032D55"/>
    <w:rsid w:val="00034150"/>
    <w:rsid w:val="00034F0F"/>
    <w:rsid w:val="00035114"/>
    <w:rsid w:val="00035940"/>
    <w:rsid w:val="00036AA0"/>
    <w:rsid w:val="0003794E"/>
    <w:rsid w:val="00040741"/>
    <w:rsid w:val="00041EFF"/>
    <w:rsid w:val="00042206"/>
    <w:rsid w:val="000428C3"/>
    <w:rsid w:val="000434F9"/>
    <w:rsid w:val="0004571A"/>
    <w:rsid w:val="00045A89"/>
    <w:rsid w:val="0005051A"/>
    <w:rsid w:val="00053A8B"/>
    <w:rsid w:val="00053F35"/>
    <w:rsid w:val="00054873"/>
    <w:rsid w:val="00055368"/>
    <w:rsid w:val="000601E0"/>
    <w:rsid w:val="00061B4B"/>
    <w:rsid w:val="00062C63"/>
    <w:rsid w:val="0006307E"/>
    <w:rsid w:val="00063C77"/>
    <w:rsid w:val="00063CF6"/>
    <w:rsid w:val="00065F31"/>
    <w:rsid w:val="000702CE"/>
    <w:rsid w:val="00072DFA"/>
    <w:rsid w:val="00072E71"/>
    <w:rsid w:val="00074115"/>
    <w:rsid w:val="00074A10"/>
    <w:rsid w:val="00080068"/>
    <w:rsid w:val="00081BF7"/>
    <w:rsid w:val="00081EA1"/>
    <w:rsid w:val="00081F44"/>
    <w:rsid w:val="00082BB4"/>
    <w:rsid w:val="0008306C"/>
    <w:rsid w:val="00083DCC"/>
    <w:rsid w:val="00084FF8"/>
    <w:rsid w:val="000859AA"/>
    <w:rsid w:val="00085D51"/>
    <w:rsid w:val="00086EEC"/>
    <w:rsid w:val="000877F3"/>
    <w:rsid w:val="00090AAB"/>
    <w:rsid w:val="0009133A"/>
    <w:rsid w:val="00091ED1"/>
    <w:rsid w:val="00092524"/>
    <w:rsid w:val="00092690"/>
    <w:rsid w:val="00092893"/>
    <w:rsid w:val="00093E7B"/>
    <w:rsid w:val="00094A45"/>
    <w:rsid w:val="00094E45"/>
    <w:rsid w:val="00095871"/>
    <w:rsid w:val="00096660"/>
    <w:rsid w:val="00096EC1"/>
    <w:rsid w:val="00097959"/>
    <w:rsid w:val="000A0AE9"/>
    <w:rsid w:val="000A1128"/>
    <w:rsid w:val="000A1A0B"/>
    <w:rsid w:val="000A2AE6"/>
    <w:rsid w:val="000A3E9D"/>
    <w:rsid w:val="000A42CE"/>
    <w:rsid w:val="000A7382"/>
    <w:rsid w:val="000B2D4F"/>
    <w:rsid w:val="000B43E9"/>
    <w:rsid w:val="000B4B76"/>
    <w:rsid w:val="000B58A4"/>
    <w:rsid w:val="000B7C23"/>
    <w:rsid w:val="000C0655"/>
    <w:rsid w:val="000C073D"/>
    <w:rsid w:val="000C3861"/>
    <w:rsid w:val="000C4158"/>
    <w:rsid w:val="000C4F09"/>
    <w:rsid w:val="000C50AE"/>
    <w:rsid w:val="000C5EBC"/>
    <w:rsid w:val="000C6798"/>
    <w:rsid w:val="000C6EFD"/>
    <w:rsid w:val="000C755D"/>
    <w:rsid w:val="000D010F"/>
    <w:rsid w:val="000D09E7"/>
    <w:rsid w:val="000D1886"/>
    <w:rsid w:val="000D4E61"/>
    <w:rsid w:val="000D571B"/>
    <w:rsid w:val="000D5EF3"/>
    <w:rsid w:val="000D6971"/>
    <w:rsid w:val="000D6A5E"/>
    <w:rsid w:val="000D7674"/>
    <w:rsid w:val="000D7790"/>
    <w:rsid w:val="000E088F"/>
    <w:rsid w:val="000E13D5"/>
    <w:rsid w:val="000E1438"/>
    <w:rsid w:val="000E419F"/>
    <w:rsid w:val="000E7ACC"/>
    <w:rsid w:val="000F0ECA"/>
    <w:rsid w:val="000F14CA"/>
    <w:rsid w:val="000F2426"/>
    <w:rsid w:val="000F690B"/>
    <w:rsid w:val="000F6B3F"/>
    <w:rsid w:val="000F6E11"/>
    <w:rsid w:val="000F6F56"/>
    <w:rsid w:val="000F7F3A"/>
    <w:rsid w:val="000F7F3F"/>
    <w:rsid w:val="0010039B"/>
    <w:rsid w:val="00101205"/>
    <w:rsid w:val="00102CB9"/>
    <w:rsid w:val="0010343E"/>
    <w:rsid w:val="00103729"/>
    <w:rsid w:val="00104EAA"/>
    <w:rsid w:val="00106D87"/>
    <w:rsid w:val="00111119"/>
    <w:rsid w:val="00111C78"/>
    <w:rsid w:val="00111E10"/>
    <w:rsid w:val="00111F5D"/>
    <w:rsid w:val="00115F73"/>
    <w:rsid w:val="00117449"/>
    <w:rsid w:val="001207D1"/>
    <w:rsid w:val="001211FB"/>
    <w:rsid w:val="00122677"/>
    <w:rsid w:val="00126E8F"/>
    <w:rsid w:val="0013018E"/>
    <w:rsid w:val="001323A4"/>
    <w:rsid w:val="001328EE"/>
    <w:rsid w:val="00132AA9"/>
    <w:rsid w:val="00132CE1"/>
    <w:rsid w:val="00132ECC"/>
    <w:rsid w:val="00134EC5"/>
    <w:rsid w:val="00135177"/>
    <w:rsid w:val="00135C66"/>
    <w:rsid w:val="001375D9"/>
    <w:rsid w:val="00137F56"/>
    <w:rsid w:val="001405BF"/>
    <w:rsid w:val="001410AC"/>
    <w:rsid w:val="00141D04"/>
    <w:rsid w:val="00142D16"/>
    <w:rsid w:val="0014471E"/>
    <w:rsid w:val="00144B4B"/>
    <w:rsid w:val="00146F08"/>
    <w:rsid w:val="001475E9"/>
    <w:rsid w:val="00151344"/>
    <w:rsid w:val="00151B78"/>
    <w:rsid w:val="001522C0"/>
    <w:rsid w:val="00153E94"/>
    <w:rsid w:val="00155140"/>
    <w:rsid w:val="00160C88"/>
    <w:rsid w:val="00161184"/>
    <w:rsid w:val="0016208E"/>
    <w:rsid w:val="00162119"/>
    <w:rsid w:val="00163B97"/>
    <w:rsid w:val="00163FFF"/>
    <w:rsid w:val="0016703E"/>
    <w:rsid w:val="00174F0D"/>
    <w:rsid w:val="00175A5C"/>
    <w:rsid w:val="00176017"/>
    <w:rsid w:val="00176E59"/>
    <w:rsid w:val="00177F71"/>
    <w:rsid w:val="00181C0F"/>
    <w:rsid w:val="0018208B"/>
    <w:rsid w:val="00182B6B"/>
    <w:rsid w:val="00183D8F"/>
    <w:rsid w:val="00183F30"/>
    <w:rsid w:val="00184C2C"/>
    <w:rsid w:val="00185B39"/>
    <w:rsid w:val="0018672B"/>
    <w:rsid w:val="00186B1F"/>
    <w:rsid w:val="00187523"/>
    <w:rsid w:val="001878B1"/>
    <w:rsid w:val="001903FF"/>
    <w:rsid w:val="0019361D"/>
    <w:rsid w:val="001965C9"/>
    <w:rsid w:val="00196F2C"/>
    <w:rsid w:val="00197AF8"/>
    <w:rsid w:val="001A1210"/>
    <w:rsid w:val="001A1717"/>
    <w:rsid w:val="001A3E3B"/>
    <w:rsid w:val="001A4911"/>
    <w:rsid w:val="001A4F6F"/>
    <w:rsid w:val="001A5287"/>
    <w:rsid w:val="001A6DB7"/>
    <w:rsid w:val="001C04FB"/>
    <w:rsid w:val="001C0A13"/>
    <w:rsid w:val="001C545B"/>
    <w:rsid w:val="001C5522"/>
    <w:rsid w:val="001C6ABF"/>
    <w:rsid w:val="001C6B48"/>
    <w:rsid w:val="001C72C3"/>
    <w:rsid w:val="001D0527"/>
    <w:rsid w:val="001D079A"/>
    <w:rsid w:val="001D15E3"/>
    <w:rsid w:val="001D3339"/>
    <w:rsid w:val="001D3958"/>
    <w:rsid w:val="001D3EB7"/>
    <w:rsid w:val="001D4A6F"/>
    <w:rsid w:val="001D53B3"/>
    <w:rsid w:val="001D60AF"/>
    <w:rsid w:val="001E04CB"/>
    <w:rsid w:val="001E0CA4"/>
    <w:rsid w:val="001E26BF"/>
    <w:rsid w:val="001E3904"/>
    <w:rsid w:val="001E6359"/>
    <w:rsid w:val="001E7BF0"/>
    <w:rsid w:val="001F1D36"/>
    <w:rsid w:val="001F1F5E"/>
    <w:rsid w:val="001F3BC0"/>
    <w:rsid w:val="001F408B"/>
    <w:rsid w:val="001F54BA"/>
    <w:rsid w:val="001F7EAB"/>
    <w:rsid w:val="00200583"/>
    <w:rsid w:val="0020116F"/>
    <w:rsid w:val="002021E3"/>
    <w:rsid w:val="00202233"/>
    <w:rsid w:val="00202F25"/>
    <w:rsid w:val="002034EB"/>
    <w:rsid w:val="00203E3F"/>
    <w:rsid w:val="00204216"/>
    <w:rsid w:val="00204D3B"/>
    <w:rsid w:val="00210128"/>
    <w:rsid w:val="00212080"/>
    <w:rsid w:val="00212D42"/>
    <w:rsid w:val="00214978"/>
    <w:rsid w:val="00216043"/>
    <w:rsid w:val="002166F9"/>
    <w:rsid w:val="0021675B"/>
    <w:rsid w:val="002171D9"/>
    <w:rsid w:val="002206D5"/>
    <w:rsid w:val="0022074B"/>
    <w:rsid w:val="002218A6"/>
    <w:rsid w:val="00221B72"/>
    <w:rsid w:val="00221E23"/>
    <w:rsid w:val="00223747"/>
    <w:rsid w:val="00224D9A"/>
    <w:rsid w:val="002260F9"/>
    <w:rsid w:val="00226EBE"/>
    <w:rsid w:val="00230A44"/>
    <w:rsid w:val="00234417"/>
    <w:rsid w:val="00234791"/>
    <w:rsid w:val="0023558B"/>
    <w:rsid w:val="002370C8"/>
    <w:rsid w:val="00237F2F"/>
    <w:rsid w:val="002411D7"/>
    <w:rsid w:val="00246535"/>
    <w:rsid w:val="00246ACC"/>
    <w:rsid w:val="002505C7"/>
    <w:rsid w:val="00252AE9"/>
    <w:rsid w:val="002536BA"/>
    <w:rsid w:val="0025782E"/>
    <w:rsid w:val="00261A04"/>
    <w:rsid w:val="00261F52"/>
    <w:rsid w:val="00262161"/>
    <w:rsid w:val="00262437"/>
    <w:rsid w:val="0026625D"/>
    <w:rsid w:val="002666E3"/>
    <w:rsid w:val="0026686B"/>
    <w:rsid w:val="00271D70"/>
    <w:rsid w:val="00276ED0"/>
    <w:rsid w:val="0028181E"/>
    <w:rsid w:val="002819EA"/>
    <w:rsid w:val="00281A38"/>
    <w:rsid w:val="00281FB3"/>
    <w:rsid w:val="00283D39"/>
    <w:rsid w:val="00285309"/>
    <w:rsid w:val="002879EE"/>
    <w:rsid w:val="00292906"/>
    <w:rsid w:val="00293EE7"/>
    <w:rsid w:val="00293FF4"/>
    <w:rsid w:val="00295BC3"/>
    <w:rsid w:val="00295CB0"/>
    <w:rsid w:val="0029609D"/>
    <w:rsid w:val="00297E41"/>
    <w:rsid w:val="002A143C"/>
    <w:rsid w:val="002A27B4"/>
    <w:rsid w:val="002A2FF1"/>
    <w:rsid w:val="002A334E"/>
    <w:rsid w:val="002A4652"/>
    <w:rsid w:val="002A4760"/>
    <w:rsid w:val="002A7DC0"/>
    <w:rsid w:val="002B225C"/>
    <w:rsid w:val="002B2FEF"/>
    <w:rsid w:val="002B5C50"/>
    <w:rsid w:val="002B5D43"/>
    <w:rsid w:val="002B797F"/>
    <w:rsid w:val="002B7A11"/>
    <w:rsid w:val="002B7B1A"/>
    <w:rsid w:val="002C1566"/>
    <w:rsid w:val="002C3298"/>
    <w:rsid w:val="002C47A7"/>
    <w:rsid w:val="002C4B22"/>
    <w:rsid w:val="002C5C16"/>
    <w:rsid w:val="002C621C"/>
    <w:rsid w:val="002C6D69"/>
    <w:rsid w:val="002C77DE"/>
    <w:rsid w:val="002D2254"/>
    <w:rsid w:val="002D738C"/>
    <w:rsid w:val="002E020B"/>
    <w:rsid w:val="002E0BDF"/>
    <w:rsid w:val="002E3BE8"/>
    <w:rsid w:val="002E4CD5"/>
    <w:rsid w:val="002E4DB6"/>
    <w:rsid w:val="002F2464"/>
    <w:rsid w:val="002F4D59"/>
    <w:rsid w:val="00300B4A"/>
    <w:rsid w:val="00301603"/>
    <w:rsid w:val="0030329D"/>
    <w:rsid w:val="00310962"/>
    <w:rsid w:val="00310D46"/>
    <w:rsid w:val="003138CE"/>
    <w:rsid w:val="00315367"/>
    <w:rsid w:val="003156E9"/>
    <w:rsid w:val="003161CE"/>
    <w:rsid w:val="00316429"/>
    <w:rsid w:val="0031693A"/>
    <w:rsid w:val="0032075A"/>
    <w:rsid w:val="00320BD2"/>
    <w:rsid w:val="00323C65"/>
    <w:rsid w:val="0032470A"/>
    <w:rsid w:val="00326119"/>
    <w:rsid w:val="00326701"/>
    <w:rsid w:val="00327077"/>
    <w:rsid w:val="003308FC"/>
    <w:rsid w:val="00331D4E"/>
    <w:rsid w:val="00332E97"/>
    <w:rsid w:val="00333761"/>
    <w:rsid w:val="00335864"/>
    <w:rsid w:val="00336F8D"/>
    <w:rsid w:val="00337ACE"/>
    <w:rsid w:val="003413B7"/>
    <w:rsid w:val="003413BB"/>
    <w:rsid w:val="003428AD"/>
    <w:rsid w:val="00345E85"/>
    <w:rsid w:val="003535F4"/>
    <w:rsid w:val="00355090"/>
    <w:rsid w:val="00355797"/>
    <w:rsid w:val="00357BFE"/>
    <w:rsid w:val="00357C19"/>
    <w:rsid w:val="00360AF4"/>
    <w:rsid w:val="00363635"/>
    <w:rsid w:val="00371263"/>
    <w:rsid w:val="003715AE"/>
    <w:rsid w:val="00371C58"/>
    <w:rsid w:val="00380190"/>
    <w:rsid w:val="003802FC"/>
    <w:rsid w:val="00381CB7"/>
    <w:rsid w:val="00381F7F"/>
    <w:rsid w:val="0038276B"/>
    <w:rsid w:val="00382FD5"/>
    <w:rsid w:val="00384021"/>
    <w:rsid w:val="003856FD"/>
    <w:rsid w:val="0038672E"/>
    <w:rsid w:val="003902C4"/>
    <w:rsid w:val="003917EE"/>
    <w:rsid w:val="00391F01"/>
    <w:rsid w:val="0039392E"/>
    <w:rsid w:val="003944FE"/>
    <w:rsid w:val="003979EF"/>
    <w:rsid w:val="003A01B0"/>
    <w:rsid w:val="003A06D7"/>
    <w:rsid w:val="003A09E3"/>
    <w:rsid w:val="003A1544"/>
    <w:rsid w:val="003A1741"/>
    <w:rsid w:val="003A325B"/>
    <w:rsid w:val="003A3527"/>
    <w:rsid w:val="003A4B05"/>
    <w:rsid w:val="003A5E3A"/>
    <w:rsid w:val="003B14C2"/>
    <w:rsid w:val="003B2C1E"/>
    <w:rsid w:val="003B2F5B"/>
    <w:rsid w:val="003B3E35"/>
    <w:rsid w:val="003B4F42"/>
    <w:rsid w:val="003B7C79"/>
    <w:rsid w:val="003C1988"/>
    <w:rsid w:val="003C2F33"/>
    <w:rsid w:val="003C47A5"/>
    <w:rsid w:val="003C4AA9"/>
    <w:rsid w:val="003C4BDB"/>
    <w:rsid w:val="003C6F38"/>
    <w:rsid w:val="003D3BF6"/>
    <w:rsid w:val="003D5311"/>
    <w:rsid w:val="003D53E9"/>
    <w:rsid w:val="003D6236"/>
    <w:rsid w:val="003D6250"/>
    <w:rsid w:val="003E22ED"/>
    <w:rsid w:val="003E3DEB"/>
    <w:rsid w:val="003E6452"/>
    <w:rsid w:val="003E66CF"/>
    <w:rsid w:val="003E6F09"/>
    <w:rsid w:val="003E70B7"/>
    <w:rsid w:val="003F0C01"/>
    <w:rsid w:val="003F0C16"/>
    <w:rsid w:val="003F0D4A"/>
    <w:rsid w:val="003F2076"/>
    <w:rsid w:val="003F3F08"/>
    <w:rsid w:val="003F47E8"/>
    <w:rsid w:val="003F6D73"/>
    <w:rsid w:val="004006BB"/>
    <w:rsid w:val="00400C3E"/>
    <w:rsid w:val="0040324B"/>
    <w:rsid w:val="004043B2"/>
    <w:rsid w:val="00405816"/>
    <w:rsid w:val="0041170C"/>
    <w:rsid w:val="004126CA"/>
    <w:rsid w:val="00415283"/>
    <w:rsid w:val="004152C9"/>
    <w:rsid w:val="00415897"/>
    <w:rsid w:val="00416873"/>
    <w:rsid w:val="00417A6F"/>
    <w:rsid w:val="00420C4A"/>
    <w:rsid w:val="00423BF5"/>
    <w:rsid w:val="004246EF"/>
    <w:rsid w:val="00424811"/>
    <w:rsid w:val="00424ABF"/>
    <w:rsid w:val="00426C43"/>
    <w:rsid w:val="0043196A"/>
    <w:rsid w:val="00434F24"/>
    <w:rsid w:val="00435B5E"/>
    <w:rsid w:val="00435CF0"/>
    <w:rsid w:val="00436764"/>
    <w:rsid w:val="00437509"/>
    <w:rsid w:val="004410AD"/>
    <w:rsid w:val="004421EA"/>
    <w:rsid w:val="00443C01"/>
    <w:rsid w:val="004451EC"/>
    <w:rsid w:val="004457F1"/>
    <w:rsid w:val="004462B6"/>
    <w:rsid w:val="0044640B"/>
    <w:rsid w:val="00446B6C"/>
    <w:rsid w:val="00446C60"/>
    <w:rsid w:val="004471CD"/>
    <w:rsid w:val="004478C8"/>
    <w:rsid w:val="004503C1"/>
    <w:rsid w:val="00450869"/>
    <w:rsid w:val="00450893"/>
    <w:rsid w:val="004518FB"/>
    <w:rsid w:val="00451A4A"/>
    <w:rsid w:val="00452E84"/>
    <w:rsid w:val="00454346"/>
    <w:rsid w:val="00454DD2"/>
    <w:rsid w:val="004551BF"/>
    <w:rsid w:val="004566F2"/>
    <w:rsid w:val="004577A6"/>
    <w:rsid w:val="00457F57"/>
    <w:rsid w:val="004624CA"/>
    <w:rsid w:val="004626A7"/>
    <w:rsid w:val="00462C91"/>
    <w:rsid w:val="00463E97"/>
    <w:rsid w:val="00465076"/>
    <w:rsid w:val="00465322"/>
    <w:rsid w:val="0046666C"/>
    <w:rsid w:val="00467312"/>
    <w:rsid w:val="004718E7"/>
    <w:rsid w:val="00471ACD"/>
    <w:rsid w:val="00472EEF"/>
    <w:rsid w:val="00473413"/>
    <w:rsid w:val="00475519"/>
    <w:rsid w:val="00477F6D"/>
    <w:rsid w:val="00480B93"/>
    <w:rsid w:val="00481702"/>
    <w:rsid w:val="0048344A"/>
    <w:rsid w:val="00486048"/>
    <w:rsid w:val="004909D4"/>
    <w:rsid w:val="004918FA"/>
    <w:rsid w:val="004925A6"/>
    <w:rsid w:val="004A0621"/>
    <w:rsid w:val="004A5501"/>
    <w:rsid w:val="004A55E1"/>
    <w:rsid w:val="004A59B1"/>
    <w:rsid w:val="004A6BFD"/>
    <w:rsid w:val="004A7F19"/>
    <w:rsid w:val="004B0674"/>
    <w:rsid w:val="004B0C0A"/>
    <w:rsid w:val="004B0EDC"/>
    <w:rsid w:val="004B19ED"/>
    <w:rsid w:val="004B4138"/>
    <w:rsid w:val="004B43D7"/>
    <w:rsid w:val="004B5A67"/>
    <w:rsid w:val="004B62F6"/>
    <w:rsid w:val="004C155F"/>
    <w:rsid w:val="004C28CA"/>
    <w:rsid w:val="004C3438"/>
    <w:rsid w:val="004C371F"/>
    <w:rsid w:val="004C5766"/>
    <w:rsid w:val="004C6B00"/>
    <w:rsid w:val="004C72BB"/>
    <w:rsid w:val="004C7DAA"/>
    <w:rsid w:val="004D176F"/>
    <w:rsid w:val="004D1AB1"/>
    <w:rsid w:val="004D1CB0"/>
    <w:rsid w:val="004D2B27"/>
    <w:rsid w:val="004D310B"/>
    <w:rsid w:val="004D35F3"/>
    <w:rsid w:val="004D3A4C"/>
    <w:rsid w:val="004D3ECF"/>
    <w:rsid w:val="004D605B"/>
    <w:rsid w:val="004D6B45"/>
    <w:rsid w:val="004D773C"/>
    <w:rsid w:val="004D7A00"/>
    <w:rsid w:val="004E1F21"/>
    <w:rsid w:val="004E2F62"/>
    <w:rsid w:val="004E4102"/>
    <w:rsid w:val="004E786F"/>
    <w:rsid w:val="004F007E"/>
    <w:rsid w:val="004F2EA1"/>
    <w:rsid w:val="004F4A53"/>
    <w:rsid w:val="004F521E"/>
    <w:rsid w:val="004F5F5D"/>
    <w:rsid w:val="004F62BE"/>
    <w:rsid w:val="004F67A2"/>
    <w:rsid w:val="004F7C21"/>
    <w:rsid w:val="00502A37"/>
    <w:rsid w:val="00503AFA"/>
    <w:rsid w:val="005045B1"/>
    <w:rsid w:val="00506626"/>
    <w:rsid w:val="00506A51"/>
    <w:rsid w:val="00506BA3"/>
    <w:rsid w:val="00513F73"/>
    <w:rsid w:val="00514D33"/>
    <w:rsid w:val="00516D09"/>
    <w:rsid w:val="00516FDA"/>
    <w:rsid w:val="005176BC"/>
    <w:rsid w:val="00521278"/>
    <w:rsid w:val="00521996"/>
    <w:rsid w:val="00526F06"/>
    <w:rsid w:val="00531DE8"/>
    <w:rsid w:val="00533709"/>
    <w:rsid w:val="0053432E"/>
    <w:rsid w:val="005369DA"/>
    <w:rsid w:val="005373CC"/>
    <w:rsid w:val="005373FA"/>
    <w:rsid w:val="0053771F"/>
    <w:rsid w:val="00541883"/>
    <w:rsid w:val="00541A67"/>
    <w:rsid w:val="00543463"/>
    <w:rsid w:val="0054732A"/>
    <w:rsid w:val="005503B4"/>
    <w:rsid w:val="005527AD"/>
    <w:rsid w:val="00552D7F"/>
    <w:rsid w:val="0055373C"/>
    <w:rsid w:val="00553FDE"/>
    <w:rsid w:val="005542AA"/>
    <w:rsid w:val="00556D86"/>
    <w:rsid w:val="00560100"/>
    <w:rsid w:val="005605C1"/>
    <w:rsid w:val="00560F55"/>
    <w:rsid w:val="00561F90"/>
    <w:rsid w:val="0056257C"/>
    <w:rsid w:val="005627DE"/>
    <w:rsid w:val="00562DE7"/>
    <w:rsid w:val="0056430A"/>
    <w:rsid w:val="00565C38"/>
    <w:rsid w:val="00566DF1"/>
    <w:rsid w:val="00567940"/>
    <w:rsid w:val="005679BA"/>
    <w:rsid w:val="0057760F"/>
    <w:rsid w:val="005800D6"/>
    <w:rsid w:val="0058224C"/>
    <w:rsid w:val="00582A4E"/>
    <w:rsid w:val="005835A1"/>
    <w:rsid w:val="0058456A"/>
    <w:rsid w:val="005858C2"/>
    <w:rsid w:val="00590898"/>
    <w:rsid w:val="005909D4"/>
    <w:rsid w:val="005916A7"/>
    <w:rsid w:val="00592A40"/>
    <w:rsid w:val="0059418C"/>
    <w:rsid w:val="00596BEA"/>
    <w:rsid w:val="0059774C"/>
    <w:rsid w:val="00597FA6"/>
    <w:rsid w:val="005A03F7"/>
    <w:rsid w:val="005A30EF"/>
    <w:rsid w:val="005A4122"/>
    <w:rsid w:val="005A6982"/>
    <w:rsid w:val="005A6DE1"/>
    <w:rsid w:val="005A755D"/>
    <w:rsid w:val="005A79CD"/>
    <w:rsid w:val="005B080D"/>
    <w:rsid w:val="005B0C9D"/>
    <w:rsid w:val="005B10A7"/>
    <w:rsid w:val="005B15CD"/>
    <w:rsid w:val="005B181E"/>
    <w:rsid w:val="005B18F1"/>
    <w:rsid w:val="005B282C"/>
    <w:rsid w:val="005B2B55"/>
    <w:rsid w:val="005B3184"/>
    <w:rsid w:val="005B389C"/>
    <w:rsid w:val="005B4997"/>
    <w:rsid w:val="005B60AB"/>
    <w:rsid w:val="005B7892"/>
    <w:rsid w:val="005C25FD"/>
    <w:rsid w:val="005D2D11"/>
    <w:rsid w:val="005D3BD8"/>
    <w:rsid w:val="005D3F3A"/>
    <w:rsid w:val="005D51F5"/>
    <w:rsid w:val="005D7000"/>
    <w:rsid w:val="005E3835"/>
    <w:rsid w:val="005E46C8"/>
    <w:rsid w:val="005E66B2"/>
    <w:rsid w:val="005F1F2E"/>
    <w:rsid w:val="005F203D"/>
    <w:rsid w:val="005F2363"/>
    <w:rsid w:val="005F24D3"/>
    <w:rsid w:val="005F29BD"/>
    <w:rsid w:val="005F3AED"/>
    <w:rsid w:val="005F4C73"/>
    <w:rsid w:val="005F691B"/>
    <w:rsid w:val="005F7F9E"/>
    <w:rsid w:val="005F7FD5"/>
    <w:rsid w:val="00600E63"/>
    <w:rsid w:val="0060378E"/>
    <w:rsid w:val="00605302"/>
    <w:rsid w:val="00605A62"/>
    <w:rsid w:val="00610A90"/>
    <w:rsid w:val="00613CF1"/>
    <w:rsid w:val="00616222"/>
    <w:rsid w:val="00617B45"/>
    <w:rsid w:val="0062046F"/>
    <w:rsid w:val="00620C40"/>
    <w:rsid w:val="0062220D"/>
    <w:rsid w:val="00622227"/>
    <w:rsid w:val="00623B38"/>
    <w:rsid w:val="00627CDD"/>
    <w:rsid w:val="006309D7"/>
    <w:rsid w:val="006332AB"/>
    <w:rsid w:val="0063357C"/>
    <w:rsid w:val="0063568E"/>
    <w:rsid w:val="00635C8A"/>
    <w:rsid w:val="00640B88"/>
    <w:rsid w:val="0064141D"/>
    <w:rsid w:val="00643B7A"/>
    <w:rsid w:val="00645DDC"/>
    <w:rsid w:val="006472A9"/>
    <w:rsid w:val="006472FB"/>
    <w:rsid w:val="00651F15"/>
    <w:rsid w:val="006533D4"/>
    <w:rsid w:val="00653EB1"/>
    <w:rsid w:val="00653F53"/>
    <w:rsid w:val="0065411E"/>
    <w:rsid w:val="006549B1"/>
    <w:rsid w:val="00654BB0"/>
    <w:rsid w:val="00656FAE"/>
    <w:rsid w:val="0065796F"/>
    <w:rsid w:val="00657BF2"/>
    <w:rsid w:val="0066087D"/>
    <w:rsid w:val="00662D08"/>
    <w:rsid w:val="006630EA"/>
    <w:rsid w:val="00664264"/>
    <w:rsid w:val="00667ECE"/>
    <w:rsid w:val="00674E9E"/>
    <w:rsid w:val="0067556C"/>
    <w:rsid w:val="006834A1"/>
    <w:rsid w:val="00686CC4"/>
    <w:rsid w:val="00687A86"/>
    <w:rsid w:val="00687B2D"/>
    <w:rsid w:val="00687C35"/>
    <w:rsid w:val="00690DA7"/>
    <w:rsid w:val="006921CF"/>
    <w:rsid w:val="00693A03"/>
    <w:rsid w:val="0069578D"/>
    <w:rsid w:val="00696870"/>
    <w:rsid w:val="00696B1F"/>
    <w:rsid w:val="00696E7E"/>
    <w:rsid w:val="006A0A65"/>
    <w:rsid w:val="006A126C"/>
    <w:rsid w:val="006A3883"/>
    <w:rsid w:val="006A4F5A"/>
    <w:rsid w:val="006A7AAB"/>
    <w:rsid w:val="006B163D"/>
    <w:rsid w:val="006B3969"/>
    <w:rsid w:val="006B49EF"/>
    <w:rsid w:val="006B5FF9"/>
    <w:rsid w:val="006B6AE7"/>
    <w:rsid w:val="006C1650"/>
    <w:rsid w:val="006C3596"/>
    <w:rsid w:val="006C3EBB"/>
    <w:rsid w:val="006C43E9"/>
    <w:rsid w:val="006C5C0C"/>
    <w:rsid w:val="006C6C98"/>
    <w:rsid w:val="006D0051"/>
    <w:rsid w:val="006D0DF8"/>
    <w:rsid w:val="006D3CEF"/>
    <w:rsid w:val="006D47AE"/>
    <w:rsid w:val="006D52A1"/>
    <w:rsid w:val="006E14EE"/>
    <w:rsid w:val="006E1E93"/>
    <w:rsid w:val="006E32EA"/>
    <w:rsid w:val="006E41C6"/>
    <w:rsid w:val="006E4B87"/>
    <w:rsid w:val="006E5BF7"/>
    <w:rsid w:val="006E7317"/>
    <w:rsid w:val="006F04FA"/>
    <w:rsid w:val="006F3275"/>
    <w:rsid w:val="006F420A"/>
    <w:rsid w:val="006F54DC"/>
    <w:rsid w:val="006F5BEC"/>
    <w:rsid w:val="006F6037"/>
    <w:rsid w:val="006F6114"/>
    <w:rsid w:val="006F66AF"/>
    <w:rsid w:val="006F6DFA"/>
    <w:rsid w:val="00700C22"/>
    <w:rsid w:val="00702367"/>
    <w:rsid w:val="00702B78"/>
    <w:rsid w:val="00706D2A"/>
    <w:rsid w:val="0070721E"/>
    <w:rsid w:val="007104D4"/>
    <w:rsid w:val="00710B8C"/>
    <w:rsid w:val="00713913"/>
    <w:rsid w:val="00715440"/>
    <w:rsid w:val="00720D0F"/>
    <w:rsid w:val="00721BD0"/>
    <w:rsid w:val="00721BD4"/>
    <w:rsid w:val="00723A00"/>
    <w:rsid w:val="007265AA"/>
    <w:rsid w:val="0073070A"/>
    <w:rsid w:val="007316DF"/>
    <w:rsid w:val="00731BD7"/>
    <w:rsid w:val="00732A28"/>
    <w:rsid w:val="00735648"/>
    <w:rsid w:val="00736D9C"/>
    <w:rsid w:val="00737367"/>
    <w:rsid w:val="007375CE"/>
    <w:rsid w:val="00740279"/>
    <w:rsid w:val="00741664"/>
    <w:rsid w:val="00744BFF"/>
    <w:rsid w:val="007532E1"/>
    <w:rsid w:val="007619BB"/>
    <w:rsid w:val="00762E5C"/>
    <w:rsid w:val="00762F64"/>
    <w:rsid w:val="007633EB"/>
    <w:rsid w:val="00765E3A"/>
    <w:rsid w:val="0077074B"/>
    <w:rsid w:val="00770BFF"/>
    <w:rsid w:val="0077224D"/>
    <w:rsid w:val="00773A4D"/>
    <w:rsid w:val="00773FEB"/>
    <w:rsid w:val="00775404"/>
    <w:rsid w:val="0078069C"/>
    <w:rsid w:val="00782C3A"/>
    <w:rsid w:val="00783EE3"/>
    <w:rsid w:val="00784EF0"/>
    <w:rsid w:val="007856B0"/>
    <w:rsid w:val="00791866"/>
    <w:rsid w:val="00791FF1"/>
    <w:rsid w:val="00793251"/>
    <w:rsid w:val="00794A4F"/>
    <w:rsid w:val="00794F9E"/>
    <w:rsid w:val="00795D8C"/>
    <w:rsid w:val="007A0C08"/>
    <w:rsid w:val="007A2EBF"/>
    <w:rsid w:val="007A586C"/>
    <w:rsid w:val="007A76A5"/>
    <w:rsid w:val="007A7968"/>
    <w:rsid w:val="007B03D0"/>
    <w:rsid w:val="007B0AF8"/>
    <w:rsid w:val="007B1A53"/>
    <w:rsid w:val="007B467A"/>
    <w:rsid w:val="007B47A8"/>
    <w:rsid w:val="007B6068"/>
    <w:rsid w:val="007B61CB"/>
    <w:rsid w:val="007B6743"/>
    <w:rsid w:val="007B6E25"/>
    <w:rsid w:val="007B7DFD"/>
    <w:rsid w:val="007C7B72"/>
    <w:rsid w:val="007D020B"/>
    <w:rsid w:val="007D0338"/>
    <w:rsid w:val="007D1506"/>
    <w:rsid w:val="007D22AD"/>
    <w:rsid w:val="007D25FC"/>
    <w:rsid w:val="007D3783"/>
    <w:rsid w:val="007D3998"/>
    <w:rsid w:val="007D69FB"/>
    <w:rsid w:val="007E076E"/>
    <w:rsid w:val="007E0B9F"/>
    <w:rsid w:val="007E1C94"/>
    <w:rsid w:val="007E480F"/>
    <w:rsid w:val="007E5490"/>
    <w:rsid w:val="007E7188"/>
    <w:rsid w:val="007E7F22"/>
    <w:rsid w:val="007F0CF5"/>
    <w:rsid w:val="007F3175"/>
    <w:rsid w:val="007F34EC"/>
    <w:rsid w:val="007F375C"/>
    <w:rsid w:val="007F439C"/>
    <w:rsid w:val="007F526B"/>
    <w:rsid w:val="007F5529"/>
    <w:rsid w:val="007F728C"/>
    <w:rsid w:val="00800005"/>
    <w:rsid w:val="00800EB2"/>
    <w:rsid w:val="00800FCB"/>
    <w:rsid w:val="00802EAB"/>
    <w:rsid w:val="00804BA7"/>
    <w:rsid w:val="00807808"/>
    <w:rsid w:val="00810B05"/>
    <w:rsid w:val="00812218"/>
    <w:rsid w:val="00817191"/>
    <w:rsid w:val="00817285"/>
    <w:rsid w:val="00820DE8"/>
    <w:rsid w:val="00823D60"/>
    <w:rsid w:val="00825D25"/>
    <w:rsid w:val="0082705A"/>
    <w:rsid w:val="008319DE"/>
    <w:rsid w:val="00831A39"/>
    <w:rsid w:val="00831ADE"/>
    <w:rsid w:val="0083335F"/>
    <w:rsid w:val="00833829"/>
    <w:rsid w:val="00833EB9"/>
    <w:rsid w:val="0083401B"/>
    <w:rsid w:val="0083519D"/>
    <w:rsid w:val="00842BEA"/>
    <w:rsid w:val="00842FD5"/>
    <w:rsid w:val="008445BB"/>
    <w:rsid w:val="0084570D"/>
    <w:rsid w:val="00847FD1"/>
    <w:rsid w:val="008503C0"/>
    <w:rsid w:val="00850B3F"/>
    <w:rsid w:val="00851C36"/>
    <w:rsid w:val="00851FC3"/>
    <w:rsid w:val="00852A4B"/>
    <w:rsid w:val="00853052"/>
    <w:rsid w:val="008536B0"/>
    <w:rsid w:val="00853CA8"/>
    <w:rsid w:val="00855080"/>
    <w:rsid w:val="008604E6"/>
    <w:rsid w:val="0086170E"/>
    <w:rsid w:val="00861A43"/>
    <w:rsid w:val="0087018A"/>
    <w:rsid w:val="008714F1"/>
    <w:rsid w:val="008715E9"/>
    <w:rsid w:val="00871A60"/>
    <w:rsid w:val="00871E01"/>
    <w:rsid w:val="00873446"/>
    <w:rsid w:val="008746C1"/>
    <w:rsid w:val="00874E30"/>
    <w:rsid w:val="00875671"/>
    <w:rsid w:val="008804BA"/>
    <w:rsid w:val="00880E7E"/>
    <w:rsid w:val="00881689"/>
    <w:rsid w:val="00881822"/>
    <w:rsid w:val="008818AB"/>
    <w:rsid w:val="0088270A"/>
    <w:rsid w:val="0088282E"/>
    <w:rsid w:val="00883A2A"/>
    <w:rsid w:val="00883CF1"/>
    <w:rsid w:val="00884215"/>
    <w:rsid w:val="008865BF"/>
    <w:rsid w:val="00886D5B"/>
    <w:rsid w:val="00887ECD"/>
    <w:rsid w:val="00890AB0"/>
    <w:rsid w:val="0089559D"/>
    <w:rsid w:val="008A0246"/>
    <w:rsid w:val="008A24B9"/>
    <w:rsid w:val="008A2964"/>
    <w:rsid w:val="008A6B6F"/>
    <w:rsid w:val="008A74A3"/>
    <w:rsid w:val="008B1732"/>
    <w:rsid w:val="008B2DFE"/>
    <w:rsid w:val="008B343F"/>
    <w:rsid w:val="008B3EA4"/>
    <w:rsid w:val="008B4715"/>
    <w:rsid w:val="008B5F4F"/>
    <w:rsid w:val="008B6D4D"/>
    <w:rsid w:val="008C00A6"/>
    <w:rsid w:val="008C2BD3"/>
    <w:rsid w:val="008C37F7"/>
    <w:rsid w:val="008C3995"/>
    <w:rsid w:val="008C4341"/>
    <w:rsid w:val="008C4840"/>
    <w:rsid w:val="008C5B79"/>
    <w:rsid w:val="008C6231"/>
    <w:rsid w:val="008C64DA"/>
    <w:rsid w:val="008D316D"/>
    <w:rsid w:val="008D3D12"/>
    <w:rsid w:val="008D4783"/>
    <w:rsid w:val="008D6194"/>
    <w:rsid w:val="008D6FC8"/>
    <w:rsid w:val="008D7F55"/>
    <w:rsid w:val="008E356D"/>
    <w:rsid w:val="008E35EC"/>
    <w:rsid w:val="008E3C2E"/>
    <w:rsid w:val="008E4B30"/>
    <w:rsid w:val="008E5C15"/>
    <w:rsid w:val="008E70F8"/>
    <w:rsid w:val="008F01B5"/>
    <w:rsid w:val="008F7293"/>
    <w:rsid w:val="009003D8"/>
    <w:rsid w:val="00901D6E"/>
    <w:rsid w:val="00902695"/>
    <w:rsid w:val="00902B44"/>
    <w:rsid w:val="00906F5A"/>
    <w:rsid w:val="0091186A"/>
    <w:rsid w:val="00912BFD"/>
    <w:rsid w:val="00912C86"/>
    <w:rsid w:val="009130E8"/>
    <w:rsid w:val="00913388"/>
    <w:rsid w:val="009144B6"/>
    <w:rsid w:val="00915357"/>
    <w:rsid w:val="00915B46"/>
    <w:rsid w:val="00915E95"/>
    <w:rsid w:val="00916B24"/>
    <w:rsid w:val="00916C8D"/>
    <w:rsid w:val="00916DB0"/>
    <w:rsid w:val="0092057D"/>
    <w:rsid w:val="00920856"/>
    <w:rsid w:val="00921364"/>
    <w:rsid w:val="009214FA"/>
    <w:rsid w:val="009216FB"/>
    <w:rsid w:val="009241B0"/>
    <w:rsid w:val="00925961"/>
    <w:rsid w:val="009261A3"/>
    <w:rsid w:val="009270B3"/>
    <w:rsid w:val="009279B8"/>
    <w:rsid w:val="00930DFA"/>
    <w:rsid w:val="0093268E"/>
    <w:rsid w:val="009326B6"/>
    <w:rsid w:val="009330A8"/>
    <w:rsid w:val="0093522B"/>
    <w:rsid w:val="00936525"/>
    <w:rsid w:val="0093736B"/>
    <w:rsid w:val="009428ED"/>
    <w:rsid w:val="00945232"/>
    <w:rsid w:val="009454FF"/>
    <w:rsid w:val="009504A3"/>
    <w:rsid w:val="00950B16"/>
    <w:rsid w:val="00950FC9"/>
    <w:rsid w:val="009537F8"/>
    <w:rsid w:val="00955296"/>
    <w:rsid w:val="009552F7"/>
    <w:rsid w:val="00956E1F"/>
    <w:rsid w:val="0095723E"/>
    <w:rsid w:val="00961AB3"/>
    <w:rsid w:val="00962373"/>
    <w:rsid w:val="00970A72"/>
    <w:rsid w:val="00970E72"/>
    <w:rsid w:val="00971413"/>
    <w:rsid w:val="0097155A"/>
    <w:rsid w:val="00971D31"/>
    <w:rsid w:val="00971F5F"/>
    <w:rsid w:val="00974296"/>
    <w:rsid w:val="00974783"/>
    <w:rsid w:val="0097531E"/>
    <w:rsid w:val="00975D7F"/>
    <w:rsid w:val="00976627"/>
    <w:rsid w:val="00977577"/>
    <w:rsid w:val="00980B3D"/>
    <w:rsid w:val="00980ED4"/>
    <w:rsid w:val="009813AA"/>
    <w:rsid w:val="0098257F"/>
    <w:rsid w:val="00984B5D"/>
    <w:rsid w:val="009876DF"/>
    <w:rsid w:val="0099145C"/>
    <w:rsid w:val="00991648"/>
    <w:rsid w:val="00991B94"/>
    <w:rsid w:val="00993548"/>
    <w:rsid w:val="0099515C"/>
    <w:rsid w:val="00996251"/>
    <w:rsid w:val="009970D6"/>
    <w:rsid w:val="00997244"/>
    <w:rsid w:val="00997EEB"/>
    <w:rsid w:val="009A0896"/>
    <w:rsid w:val="009A5EEF"/>
    <w:rsid w:val="009B0ABD"/>
    <w:rsid w:val="009B1C12"/>
    <w:rsid w:val="009B23BE"/>
    <w:rsid w:val="009B596B"/>
    <w:rsid w:val="009B5DF4"/>
    <w:rsid w:val="009B6400"/>
    <w:rsid w:val="009B7859"/>
    <w:rsid w:val="009C093B"/>
    <w:rsid w:val="009C2604"/>
    <w:rsid w:val="009C392F"/>
    <w:rsid w:val="009C3986"/>
    <w:rsid w:val="009C4583"/>
    <w:rsid w:val="009D14AA"/>
    <w:rsid w:val="009D425B"/>
    <w:rsid w:val="009E0C36"/>
    <w:rsid w:val="009E29A4"/>
    <w:rsid w:val="009E2FCE"/>
    <w:rsid w:val="009E3BFD"/>
    <w:rsid w:val="009E4462"/>
    <w:rsid w:val="009E577B"/>
    <w:rsid w:val="009E6FD6"/>
    <w:rsid w:val="009E79A4"/>
    <w:rsid w:val="009F22EE"/>
    <w:rsid w:val="009F2667"/>
    <w:rsid w:val="009F3D06"/>
    <w:rsid w:val="009F3F80"/>
    <w:rsid w:val="009F44C2"/>
    <w:rsid w:val="009F4D1C"/>
    <w:rsid w:val="009F4EB7"/>
    <w:rsid w:val="009F56EF"/>
    <w:rsid w:val="009F709A"/>
    <w:rsid w:val="00A00443"/>
    <w:rsid w:val="00A01CFB"/>
    <w:rsid w:val="00A01F84"/>
    <w:rsid w:val="00A02A52"/>
    <w:rsid w:val="00A0455E"/>
    <w:rsid w:val="00A05569"/>
    <w:rsid w:val="00A07B1E"/>
    <w:rsid w:val="00A100C7"/>
    <w:rsid w:val="00A10158"/>
    <w:rsid w:val="00A11B2A"/>
    <w:rsid w:val="00A11E15"/>
    <w:rsid w:val="00A13E80"/>
    <w:rsid w:val="00A13FC7"/>
    <w:rsid w:val="00A14F30"/>
    <w:rsid w:val="00A154A4"/>
    <w:rsid w:val="00A15C02"/>
    <w:rsid w:val="00A16D6B"/>
    <w:rsid w:val="00A16D73"/>
    <w:rsid w:val="00A22115"/>
    <w:rsid w:val="00A24435"/>
    <w:rsid w:val="00A246AA"/>
    <w:rsid w:val="00A24E4C"/>
    <w:rsid w:val="00A260E2"/>
    <w:rsid w:val="00A279C9"/>
    <w:rsid w:val="00A279CD"/>
    <w:rsid w:val="00A27C2B"/>
    <w:rsid w:val="00A27E42"/>
    <w:rsid w:val="00A325EC"/>
    <w:rsid w:val="00A326F6"/>
    <w:rsid w:val="00A32E00"/>
    <w:rsid w:val="00A33E24"/>
    <w:rsid w:val="00A340A9"/>
    <w:rsid w:val="00A34419"/>
    <w:rsid w:val="00A36F08"/>
    <w:rsid w:val="00A37B61"/>
    <w:rsid w:val="00A4018D"/>
    <w:rsid w:val="00A403A0"/>
    <w:rsid w:val="00A40A00"/>
    <w:rsid w:val="00A41214"/>
    <w:rsid w:val="00A4150E"/>
    <w:rsid w:val="00A41ECC"/>
    <w:rsid w:val="00A42CD0"/>
    <w:rsid w:val="00A43283"/>
    <w:rsid w:val="00A43EF4"/>
    <w:rsid w:val="00A44116"/>
    <w:rsid w:val="00A44544"/>
    <w:rsid w:val="00A44F60"/>
    <w:rsid w:val="00A46231"/>
    <w:rsid w:val="00A4799E"/>
    <w:rsid w:val="00A5022A"/>
    <w:rsid w:val="00A503F6"/>
    <w:rsid w:val="00A5201C"/>
    <w:rsid w:val="00A52291"/>
    <w:rsid w:val="00A52C0C"/>
    <w:rsid w:val="00A52F51"/>
    <w:rsid w:val="00A531D2"/>
    <w:rsid w:val="00A538CE"/>
    <w:rsid w:val="00A542E2"/>
    <w:rsid w:val="00A55215"/>
    <w:rsid w:val="00A559DA"/>
    <w:rsid w:val="00A56350"/>
    <w:rsid w:val="00A61588"/>
    <w:rsid w:val="00A630AE"/>
    <w:rsid w:val="00A645E8"/>
    <w:rsid w:val="00A64F59"/>
    <w:rsid w:val="00A666B4"/>
    <w:rsid w:val="00A66EB0"/>
    <w:rsid w:val="00A67139"/>
    <w:rsid w:val="00A67C47"/>
    <w:rsid w:val="00A71EBC"/>
    <w:rsid w:val="00A7301B"/>
    <w:rsid w:val="00A731C5"/>
    <w:rsid w:val="00A732BB"/>
    <w:rsid w:val="00A7646B"/>
    <w:rsid w:val="00A7688F"/>
    <w:rsid w:val="00A77283"/>
    <w:rsid w:val="00A81D2B"/>
    <w:rsid w:val="00A85904"/>
    <w:rsid w:val="00A87131"/>
    <w:rsid w:val="00A8791D"/>
    <w:rsid w:val="00A90121"/>
    <w:rsid w:val="00A9423D"/>
    <w:rsid w:val="00A955A2"/>
    <w:rsid w:val="00A979AC"/>
    <w:rsid w:val="00AA3DFF"/>
    <w:rsid w:val="00AA4C76"/>
    <w:rsid w:val="00AA535F"/>
    <w:rsid w:val="00AA5712"/>
    <w:rsid w:val="00AA6750"/>
    <w:rsid w:val="00AA72D0"/>
    <w:rsid w:val="00AA79C8"/>
    <w:rsid w:val="00AB0AEB"/>
    <w:rsid w:val="00AB1CC8"/>
    <w:rsid w:val="00AB4393"/>
    <w:rsid w:val="00AB6204"/>
    <w:rsid w:val="00AB7DEA"/>
    <w:rsid w:val="00AC237F"/>
    <w:rsid w:val="00AC3662"/>
    <w:rsid w:val="00AC5AF9"/>
    <w:rsid w:val="00AC6C71"/>
    <w:rsid w:val="00AC6D5F"/>
    <w:rsid w:val="00AC6F26"/>
    <w:rsid w:val="00AC6FED"/>
    <w:rsid w:val="00AC78AA"/>
    <w:rsid w:val="00AD19C9"/>
    <w:rsid w:val="00AD2FB8"/>
    <w:rsid w:val="00AD56F4"/>
    <w:rsid w:val="00AD5AB5"/>
    <w:rsid w:val="00AD63A6"/>
    <w:rsid w:val="00AE7920"/>
    <w:rsid w:val="00AF405E"/>
    <w:rsid w:val="00AF4A3E"/>
    <w:rsid w:val="00AF585D"/>
    <w:rsid w:val="00AF5CD8"/>
    <w:rsid w:val="00AF5E73"/>
    <w:rsid w:val="00B001A0"/>
    <w:rsid w:val="00B001C4"/>
    <w:rsid w:val="00B00D7C"/>
    <w:rsid w:val="00B020B7"/>
    <w:rsid w:val="00B04891"/>
    <w:rsid w:val="00B05EB2"/>
    <w:rsid w:val="00B1311E"/>
    <w:rsid w:val="00B13369"/>
    <w:rsid w:val="00B14BDB"/>
    <w:rsid w:val="00B15E26"/>
    <w:rsid w:val="00B15EC9"/>
    <w:rsid w:val="00B176AC"/>
    <w:rsid w:val="00B2012A"/>
    <w:rsid w:val="00B21C37"/>
    <w:rsid w:val="00B23342"/>
    <w:rsid w:val="00B2426E"/>
    <w:rsid w:val="00B26D64"/>
    <w:rsid w:val="00B31FE6"/>
    <w:rsid w:val="00B32AD6"/>
    <w:rsid w:val="00B33863"/>
    <w:rsid w:val="00B33D0F"/>
    <w:rsid w:val="00B35262"/>
    <w:rsid w:val="00B3559D"/>
    <w:rsid w:val="00B40C2E"/>
    <w:rsid w:val="00B417EF"/>
    <w:rsid w:val="00B41C03"/>
    <w:rsid w:val="00B42BA5"/>
    <w:rsid w:val="00B435A5"/>
    <w:rsid w:val="00B43956"/>
    <w:rsid w:val="00B44E04"/>
    <w:rsid w:val="00B45B45"/>
    <w:rsid w:val="00B45B77"/>
    <w:rsid w:val="00B461C4"/>
    <w:rsid w:val="00B46632"/>
    <w:rsid w:val="00B50A94"/>
    <w:rsid w:val="00B50D4F"/>
    <w:rsid w:val="00B51000"/>
    <w:rsid w:val="00B510AF"/>
    <w:rsid w:val="00B51518"/>
    <w:rsid w:val="00B51E3C"/>
    <w:rsid w:val="00B5208A"/>
    <w:rsid w:val="00B53870"/>
    <w:rsid w:val="00B53CE3"/>
    <w:rsid w:val="00B564E8"/>
    <w:rsid w:val="00B56B3C"/>
    <w:rsid w:val="00B572CD"/>
    <w:rsid w:val="00B573F8"/>
    <w:rsid w:val="00B6017D"/>
    <w:rsid w:val="00B610E6"/>
    <w:rsid w:val="00B6167E"/>
    <w:rsid w:val="00B62A1C"/>
    <w:rsid w:val="00B63845"/>
    <w:rsid w:val="00B64362"/>
    <w:rsid w:val="00B643EB"/>
    <w:rsid w:val="00B653E0"/>
    <w:rsid w:val="00B67FAE"/>
    <w:rsid w:val="00B70558"/>
    <w:rsid w:val="00B72556"/>
    <w:rsid w:val="00B72D38"/>
    <w:rsid w:val="00B73346"/>
    <w:rsid w:val="00B734A8"/>
    <w:rsid w:val="00B74964"/>
    <w:rsid w:val="00B7525D"/>
    <w:rsid w:val="00B76876"/>
    <w:rsid w:val="00B76C7A"/>
    <w:rsid w:val="00B7705A"/>
    <w:rsid w:val="00B77E9B"/>
    <w:rsid w:val="00B8021F"/>
    <w:rsid w:val="00B8512A"/>
    <w:rsid w:val="00B85AC0"/>
    <w:rsid w:val="00B862CA"/>
    <w:rsid w:val="00B8747E"/>
    <w:rsid w:val="00B87880"/>
    <w:rsid w:val="00B91A97"/>
    <w:rsid w:val="00B930F0"/>
    <w:rsid w:val="00B93A54"/>
    <w:rsid w:val="00B93F5B"/>
    <w:rsid w:val="00B94172"/>
    <w:rsid w:val="00B95624"/>
    <w:rsid w:val="00B96FD1"/>
    <w:rsid w:val="00B97A98"/>
    <w:rsid w:val="00BA216E"/>
    <w:rsid w:val="00BA2C82"/>
    <w:rsid w:val="00BA3B2C"/>
    <w:rsid w:val="00BA50E6"/>
    <w:rsid w:val="00BA514F"/>
    <w:rsid w:val="00BA5D3A"/>
    <w:rsid w:val="00BA7C3A"/>
    <w:rsid w:val="00BA7DA1"/>
    <w:rsid w:val="00BB1035"/>
    <w:rsid w:val="00BB132A"/>
    <w:rsid w:val="00BB1916"/>
    <w:rsid w:val="00BB1E21"/>
    <w:rsid w:val="00BB2055"/>
    <w:rsid w:val="00BB263C"/>
    <w:rsid w:val="00BB2829"/>
    <w:rsid w:val="00BB33C6"/>
    <w:rsid w:val="00BB716D"/>
    <w:rsid w:val="00BB7A2E"/>
    <w:rsid w:val="00BB7F26"/>
    <w:rsid w:val="00BC10DF"/>
    <w:rsid w:val="00BC1CB3"/>
    <w:rsid w:val="00BC2EA6"/>
    <w:rsid w:val="00BC7C23"/>
    <w:rsid w:val="00BD0D3E"/>
    <w:rsid w:val="00BD1E75"/>
    <w:rsid w:val="00BD22CB"/>
    <w:rsid w:val="00BD357B"/>
    <w:rsid w:val="00BD3E46"/>
    <w:rsid w:val="00BD53D7"/>
    <w:rsid w:val="00BE1687"/>
    <w:rsid w:val="00BE35CD"/>
    <w:rsid w:val="00BE4596"/>
    <w:rsid w:val="00BE6EED"/>
    <w:rsid w:val="00BF124B"/>
    <w:rsid w:val="00BF1329"/>
    <w:rsid w:val="00BF1988"/>
    <w:rsid w:val="00BF253A"/>
    <w:rsid w:val="00BF2BF7"/>
    <w:rsid w:val="00BF31E2"/>
    <w:rsid w:val="00BF5BD5"/>
    <w:rsid w:val="00BF6A72"/>
    <w:rsid w:val="00BF6F1A"/>
    <w:rsid w:val="00C03098"/>
    <w:rsid w:val="00C0341F"/>
    <w:rsid w:val="00C04983"/>
    <w:rsid w:val="00C04A16"/>
    <w:rsid w:val="00C0504C"/>
    <w:rsid w:val="00C0560F"/>
    <w:rsid w:val="00C0579E"/>
    <w:rsid w:val="00C058FE"/>
    <w:rsid w:val="00C10B20"/>
    <w:rsid w:val="00C10EC5"/>
    <w:rsid w:val="00C1160E"/>
    <w:rsid w:val="00C1373A"/>
    <w:rsid w:val="00C14C1A"/>
    <w:rsid w:val="00C168FF"/>
    <w:rsid w:val="00C20624"/>
    <w:rsid w:val="00C2140A"/>
    <w:rsid w:val="00C22A89"/>
    <w:rsid w:val="00C2449E"/>
    <w:rsid w:val="00C24B75"/>
    <w:rsid w:val="00C24C0F"/>
    <w:rsid w:val="00C25C28"/>
    <w:rsid w:val="00C26608"/>
    <w:rsid w:val="00C27928"/>
    <w:rsid w:val="00C3028C"/>
    <w:rsid w:val="00C31F6A"/>
    <w:rsid w:val="00C345AF"/>
    <w:rsid w:val="00C3634E"/>
    <w:rsid w:val="00C367EB"/>
    <w:rsid w:val="00C36E9C"/>
    <w:rsid w:val="00C37C18"/>
    <w:rsid w:val="00C40626"/>
    <w:rsid w:val="00C4083A"/>
    <w:rsid w:val="00C426A0"/>
    <w:rsid w:val="00C43652"/>
    <w:rsid w:val="00C4718F"/>
    <w:rsid w:val="00C4741B"/>
    <w:rsid w:val="00C47854"/>
    <w:rsid w:val="00C52453"/>
    <w:rsid w:val="00C544BA"/>
    <w:rsid w:val="00C55A06"/>
    <w:rsid w:val="00C563A2"/>
    <w:rsid w:val="00C60402"/>
    <w:rsid w:val="00C605C0"/>
    <w:rsid w:val="00C6135D"/>
    <w:rsid w:val="00C61D44"/>
    <w:rsid w:val="00C62D86"/>
    <w:rsid w:val="00C63286"/>
    <w:rsid w:val="00C64D81"/>
    <w:rsid w:val="00C67749"/>
    <w:rsid w:val="00C717B7"/>
    <w:rsid w:val="00C7619C"/>
    <w:rsid w:val="00C76A5C"/>
    <w:rsid w:val="00C7757A"/>
    <w:rsid w:val="00C779F5"/>
    <w:rsid w:val="00C77EFD"/>
    <w:rsid w:val="00C816CE"/>
    <w:rsid w:val="00C817EC"/>
    <w:rsid w:val="00C856DC"/>
    <w:rsid w:val="00C857F2"/>
    <w:rsid w:val="00C85F98"/>
    <w:rsid w:val="00C869AD"/>
    <w:rsid w:val="00C872AD"/>
    <w:rsid w:val="00C8750A"/>
    <w:rsid w:val="00C91E47"/>
    <w:rsid w:val="00C92D2B"/>
    <w:rsid w:val="00C9303A"/>
    <w:rsid w:val="00C9340E"/>
    <w:rsid w:val="00C945DA"/>
    <w:rsid w:val="00C9530B"/>
    <w:rsid w:val="00C97C32"/>
    <w:rsid w:val="00CA354F"/>
    <w:rsid w:val="00CA3CC1"/>
    <w:rsid w:val="00CA4127"/>
    <w:rsid w:val="00CA74E0"/>
    <w:rsid w:val="00CA75AA"/>
    <w:rsid w:val="00CB1CAB"/>
    <w:rsid w:val="00CB4C5F"/>
    <w:rsid w:val="00CB4EBC"/>
    <w:rsid w:val="00CB5CD5"/>
    <w:rsid w:val="00CB7841"/>
    <w:rsid w:val="00CB7B3E"/>
    <w:rsid w:val="00CC07AD"/>
    <w:rsid w:val="00CC3950"/>
    <w:rsid w:val="00CC3CFE"/>
    <w:rsid w:val="00CC4033"/>
    <w:rsid w:val="00CC4340"/>
    <w:rsid w:val="00CC53C2"/>
    <w:rsid w:val="00CC59D6"/>
    <w:rsid w:val="00CC5BC9"/>
    <w:rsid w:val="00CC684B"/>
    <w:rsid w:val="00CD0328"/>
    <w:rsid w:val="00CD3F9C"/>
    <w:rsid w:val="00CD406B"/>
    <w:rsid w:val="00CD430A"/>
    <w:rsid w:val="00CD45C4"/>
    <w:rsid w:val="00CD4B6C"/>
    <w:rsid w:val="00CD6DCE"/>
    <w:rsid w:val="00CD78CA"/>
    <w:rsid w:val="00CE3690"/>
    <w:rsid w:val="00CE4A75"/>
    <w:rsid w:val="00CE515D"/>
    <w:rsid w:val="00CE55A7"/>
    <w:rsid w:val="00CE5BA6"/>
    <w:rsid w:val="00CE61D0"/>
    <w:rsid w:val="00CE7481"/>
    <w:rsid w:val="00CE7E62"/>
    <w:rsid w:val="00CF07AC"/>
    <w:rsid w:val="00CF1A1B"/>
    <w:rsid w:val="00CF256C"/>
    <w:rsid w:val="00CF56E0"/>
    <w:rsid w:val="00CF7A03"/>
    <w:rsid w:val="00D00A11"/>
    <w:rsid w:val="00D019B5"/>
    <w:rsid w:val="00D01A7D"/>
    <w:rsid w:val="00D05B73"/>
    <w:rsid w:val="00D0700B"/>
    <w:rsid w:val="00D121ED"/>
    <w:rsid w:val="00D1345B"/>
    <w:rsid w:val="00D13C7B"/>
    <w:rsid w:val="00D15352"/>
    <w:rsid w:val="00D1549E"/>
    <w:rsid w:val="00D162FF"/>
    <w:rsid w:val="00D163B8"/>
    <w:rsid w:val="00D16416"/>
    <w:rsid w:val="00D16BAE"/>
    <w:rsid w:val="00D1730F"/>
    <w:rsid w:val="00D2182B"/>
    <w:rsid w:val="00D223BB"/>
    <w:rsid w:val="00D25180"/>
    <w:rsid w:val="00D25714"/>
    <w:rsid w:val="00D2798C"/>
    <w:rsid w:val="00D35576"/>
    <w:rsid w:val="00D35B7F"/>
    <w:rsid w:val="00D3612F"/>
    <w:rsid w:val="00D37BB4"/>
    <w:rsid w:val="00D472C2"/>
    <w:rsid w:val="00D54ADF"/>
    <w:rsid w:val="00D5615D"/>
    <w:rsid w:val="00D56770"/>
    <w:rsid w:val="00D56C12"/>
    <w:rsid w:val="00D57F81"/>
    <w:rsid w:val="00D629E4"/>
    <w:rsid w:val="00D64181"/>
    <w:rsid w:val="00D658B4"/>
    <w:rsid w:val="00D70048"/>
    <w:rsid w:val="00D713F3"/>
    <w:rsid w:val="00D71F87"/>
    <w:rsid w:val="00D80573"/>
    <w:rsid w:val="00D82F9F"/>
    <w:rsid w:val="00D86EB0"/>
    <w:rsid w:val="00D87EA4"/>
    <w:rsid w:val="00D91B9E"/>
    <w:rsid w:val="00D9232A"/>
    <w:rsid w:val="00D92EEB"/>
    <w:rsid w:val="00D950A4"/>
    <w:rsid w:val="00D96788"/>
    <w:rsid w:val="00D97FDA"/>
    <w:rsid w:val="00DA1599"/>
    <w:rsid w:val="00DA396F"/>
    <w:rsid w:val="00DA475C"/>
    <w:rsid w:val="00DA6DAA"/>
    <w:rsid w:val="00DA787A"/>
    <w:rsid w:val="00DB1934"/>
    <w:rsid w:val="00DB1A7E"/>
    <w:rsid w:val="00DB2B24"/>
    <w:rsid w:val="00DB39C5"/>
    <w:rsid w:val="00DB475C"/>
    <w:rsid w:val="00DC09C0"/>
    <w:rsid w:val="00DC114E"/>
    <w:rsid w:val="00DC1657"/>
    <w:rsid w:val="00DC4E10"/>
    <w:rsid w:val="00DC74C8"/>
    <w:rsid w:val="00DD0133"/>
    <w:rsid w:val="00DD03A7"/>
    <w:rsid w:val="00DD099D"/>
    <w:rsid w:val="00DD19A3"/>
    <w:rsid w:val="00DD2853"/>
    <w:rsid w:val="00DD4872"/>
    <w:rsid w:val="00DD6116"/>
    <w:rsid w:val="00DE035D"/>
    <w:rsid w:val="00DE0661"/>
    <w:rsid w:val="00DE0A46"/>
    <w:rsid w:val="00DE3669"/>
    <w:rsid w:val="00DE54F8"/>
    <w:rsid w:val="00DE6778"/>
    <w:rsid w:val="00DE7980"/>
    <w:rsid w:val="00DF0DCE"/>
    <w:rsid w:val="00DF3437"/>
    <w:rsid w:val="00DF4C6C"/>
    <w:rsid w:val="00DF76F5"/>
    <w:rsid w:val="00E01535"/>
    <w:rsid w:val="00E016EA"/>
    <w:rsid w:val="00E01747"/>
    <w:rsid w:val="00E0679F"/>
    <w:rsid w:val="00E06940"/>
    <w:rsid w:val="00E06E9E"/>
    <w:rsid w:val="00E07C5B"/>
    <w:rsid w:val="00E07E97"/>
    <w:rsid w:val="00E10BDE"/>
    <w:rsid w:val="00E13D0E"/>
    <w:rsid w:val="00E154E3"/>
    <w:rsid w:val="00E155DF"/>
    <w:rsid w:val="00E168C7"/>
    <w:rsid w:val="00E17D23"/>
    <w:rsid w:val="00E20834"/>
    <w:rsid w:val="00E20951"/>
    <w:rsid w:val="00E23B98"/>
    <w:rsid w:val="00E23F6C"/>
    <w:rsid w:val="00E24EFE"/>
    <w:rsid w:val="00E25753"/>
    <w:rsid w:val="00E26767"/>
    <w:rsid w:val="00E26EBC"/>
    <w:rsid w:val="00E35A5D"/>
    <w:rsid w:val="00E36068"/>
    <w:rsid w:val="00E3639C"/>
    <w:rsid w:val="00E36FA8"/>
    <w:rsid w:val="00E37775"/>
    <w:rsid w:val="00E40914"/>
    <w:rsid w:val="00E40CF8"/>
    <w:rsid w:val="00E419AB"/>
    <w:rsid w:val="00E41A49"/>
    <w:rsid w:val="00E42876"/>
    <w:rsid w:val="00E43B38"/>
    <w:rsid w:val="00E43EBC"/>
    <w:rsid w:val="00E45C2A"/>
    <w:rsid w:val="00E51F36"/>
    <w:rsid w:val="00E53565"/>
    <w:rsid w:val="00E53B8A"/>
    <w:rsid w:val="00E549E6"/>
    <w:rsid w:val="00E55920"/>
    <w:rsid w:val="00E55E3A"/>
    <w:rsid w:val="00E5728E"/>
    <w:rsid w:val="00E61D8C"/>
    <w:rsid w:val="00E62EC4"/>
    <w:rsid w:val="00E64954"/>
    <w:rsid w:val="00E66F73"/>
    <w:rsid w:val="00E679B1"/>
    <w:rsid w:val="00E71DD8"/>
    <w:rsid w:val="00E7473F"/>
    <w:rsid w:val="00E763A2"/>
    <w:rsid w:val="00E765C4"/>
    <w:rsid w:val="00E76690"/>
    <w:rsid w:val="00E773E6"/>
    <w:rsid w:val="00E84552"/>
    <w:rsid w:val="00E846A3"/>
    <w:rsid w:val="00E84AB4"/>
    <w:rsid w:val="00E84F57"/>
    <w:rsid w:val="00E8541B"/>
    <w:rsid w:val="00E863B5"/>
    <w:rsid w:val="00E86644"/>
    <w:rsid w:val="00E86A9C"/>
    <w:rsid w:val="00E901BD"/>
    <w:rsid w:val="00E91287"/>
    <w:rsid w:val="00E9268B"/>
    <w:rsid w:val="00E92B88"/>
    <w:rsid w:val="00E9498B"/>
    <w:rsid w:val="00E96AA1"/>
    <w:rsid w:val="00E97FA2"/>
    <w:rsid w:val="00EA0F91"/>
    <w:rsid w:val="00EA1792"/>
    <w:rsid w:val="00EA44D7"/>
    <w:rsid w:val="00EA7122"/>
    <w:rsid w:val="00EB0FF8"/>
    <w:rsid w:val="00EB2E97"/>
    <w:rsid w:val="00EB4DC2"/>
    <w:rsid w:val="00EC00B2"/>
    <w:rsid w:val="00EC06D0"/>
    <w:rsid w:val="00EC10B6"/>
    <w:rsid w:val="00EC1AC5"/>
    <w:rsid w:val="00EC1E0C"/>
    <w:rsid w:val="00EC2DFC"/>
    <w:rsid w:val="00EC336B"/>
    <w:rsid w:val="00EC3AFF"/>
    <w:rsid w:val="00EC3FE5"/>
    <w:rsid w:val="00EC62B5"/>
    <w:rsid w:val="00EC6F3A"/>
    <w:rsid w:val="00EC7223"/>
    <w:rsid w:val="00ED0E94"/>
    <w:rsid w:val="00ED1053"/>
    <w:rsid w:val="00ED3597"/>
    <w:rsid w:val="00ED5410"/>
    <w:rsid w:val="00ED58A6"/>
    <w:rsid w:val="00ED694A"/>
    <w:rsid w:val="00ED6C15"/>
    <w:rsid w:val="00EE006E"/>
    <w:rsid w:val="00EE1F9A"/>
    <w:rsid w:val="00EE5708"/>
    <w:rsid w:val="00EE5E52"/>
    <w:rsid w:val="00EE6DD3"/>
    <w:rsid w:val="00EF0BF7"/>
    <w:rsid w:val="00EF1309"/>
    <w:rsid w:val="00EF17CA"/>
    <w:rsid w:val="00EF2518"/>
    <w:rsid w:val="00EF2564"/>
    <w:rsid w:val="00EF3357"/>
    <w:rsid w:val="00EF5016"/>
    <w:rsid w:val="00F002E4"/>
    <w:rsid w:val="00F0073C"/>
    <w:rsid w:val="00F03490"/>
    <w:rsid w:val="00F05ACD"/>
    <w:rsid w:val="00F07610"/>
    <w:rsid w:val="00F077B9"/>
    <w:rsid w:val="00F10305"/>
    <w:rsid w:val="00F10C1F"/>
    <w:rsid w:val="00F11F5E"/>
    <w:rsid w:val="00F1401A"/>
    <w:rsid w:val="00F14DBD"/>
    <w:rsid w:val="00F26C0E"/>
    <w:rsid w:val="00F274C1"/>
    <w:rsid w:val="00F33057"/>
    <w:rsid w:val="00F34705"/>
    <w:rsid w:val="00F34893"/>
    <w:rsid w:val="00F35D86"/>
    <w:rsid w:val="00F3617B"/>
    <w:rsid w:val="00F361B3"/>
    <w:rsid w:val="00F43680"/>
    <w:rsid w:val="00F45BE0"/>
    <w:rsid w:val="00F45C18"/>
    <w:rsid w:val="00F45D37"/>
    <w:rsid w:val="00F47D1D"/>
    <w:rsid w:val="00F508B5"/>
    <w:rsid w:val="00F50CA6"/>
    <w:rsid w:val="00F54077"/>
    <w:rsid w:val="00F5510C"/>
    <w:rsid w:val="00F55285"/>
    <w:rsid w:val="00F568F3"/>
    <w:rsid w:val="00F57606"/>
    <w:rsid w:val="00F57CEA"/>
    <w:rsid w:val="00F57D0A"/>
    <w:rsid w:val="00F608AE"/>
    <w:rsid w:val="00F61A2E"/>
    <w:rsid w:val="00F61C2E"/>
    <w:rsid w:val="00F61D2F"/>
    <w:rsid w:val="00F64B58"/>
    <w:rsid w:val="00F663A8"/>
    <w:rsid w:val="00F67378"/>
    <w:rsid w:val="00F675C9"/>
    <w:rsid w:val="00F70E43"/>
    <w:rsid w:val="00F71774"/>
    <w:rsid w:val="00F71BEE"/>
    <w:rsid w:val="00F7239A"/>
    <w:rsid w:val="00F73BCF"/>
    <w:rsid w:val="00F745DE"/>
    <w:rsid w:val="00F74F89"/>
    <w:rsid w:val="00F759B2"/>
    <w:rsid w:val="00F75A24"/>
    <w:rsid w:val="00F75AA0"/>
    <w:rsid w:val="00F75D32"/>
    <w:rsid w:val="00F80316"/>
    <w:rsid w:val="00F822FD"/>
    <w:rsid w:val="00F86B89"/>
    <w:rsid w:val="00F86C42"/>
    <w:rsid w:val="00F907EC"/>
    <w:rsid w:val="00F92E6F"/>
    <w:rsid w:val="00F932C5"/>
    <w:rsid w:val="00F9333C"/>
    <w:rsid w:val="00F936D7"/>
    <w:rsid w:val="00F9501A"/>
    <w:rsid w:val="00F96E12"/>
    <w:rsid w:val="00F971C1"/>
    <w:rsid w:val="00F974BB"/>
    <w:rsid w:val="00F97565"/>
    <w:rsid w:val="00FA0C38"/>
    <w:rsid w:val="00FA4B26"/>
    <w:rsid w:val="00FA4F31"/>
    <w:rsid w:val="00FB02E8"/>
    <w:rsid w:val="00FB1047"/>
    <w:rsid w:val="00FB4AB6"/>
    <w:rsid w:val="00FB5522"/>
    <w:rsid w:val="00FB5715"/>
    <w:rsid w:val="00FC0D46"/>
    <w:rsid w:val="00FC0D48"/>
    <w:rsid w:val="00FC2480"/>
    <w:rsid w:val="00FC2896"/>
    <w:rsid w:val="00FC4ECE"/>
    <w:rsid w:val="00FC5641"/>
    <w:rsid w:val="00FD105E"/>
    <w:rsid w:val="00FD36E0"/>
    <w:rsid w:val="00FD6744"/>
    <w:rsid w:val="00FD67AF"/>
    <w:rsid w:val="00FE4683"/>
    <w:rsid w:val="00FF0179"/>
    <w:rsid w:val="00FF0276"/>
    <w:rsid w:val="00FF0445"/>
    <w:rsid w:val="00FF09D0"/>
    <w:rsid w:val="00FF0A03"/>
    <w:rsid w:val="00FF0F2F"/>
    <w:rsid w:val="00FF334B"/>
    <w:rsid w:val="00FF52F9"/>
    <w:rsid w:val="00FF556F"/>
    <w:rsid w:val="00FF7198"/>
    <w:rsid w:val="00FF78FD"/>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E022927"/>
  <w15:chartTrackingRefBased/>
  <w15:docId w15:val="{80C58155-FDC6-DC4F-8E97-F5D24D56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3B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503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503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503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03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03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03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3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3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3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3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503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503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03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03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03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3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3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3B4"/>
    <w:rPr>
      <w:rFonts w:eastAsiaTheme="majorEastAsia" w:cstheme="majorBidi"/>
      <w:color w:val="272727" w:themeColor="text1" w:themeTint="D8"/>
    </w:rPr>
  </w:style>
  <w:style w:type="paragraph" w:styleId="Title">
    <w:name w:val="Title"/>
    <w:basedOn w:val="Normal"/>
    <w:next w:val="Normal"/>
    <w:link w:val="TitleChar"/>
    <w:uiPriority w:val="10"/>
    <w:qFormat/>
    <w:rsid w:val="005503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3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3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3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3B4"/>
    <w:pPr>
      <w:spacing w:before="160"/>
      <w:jc w:val="center"/>
    </w:pPr>
    <w:rPr>
      <w:i/>
      <w:iCs/>
      <w:color w:val="404040" w:themeColor="text1" w:themeTint="BF"/>
    </w:rPr>
  </w:style>
  <w:style w:type="character" w:customStyle="1" w:styleId="QuoteChar">
    <w:name w:val="Quote Char"/>
    <w:basedOn w:val="DefaultParagraphFont"/>
    <w:link w:val="Quote"/>
    <w:uiPriority w:val="29"/>
    <w:rsid w:val="005503B4"/>
    <w:rPr>
      <w:i/>
      <w:iCs/>
      <w:color w:val="404040" w:themeColor="text1" w:themeTint="BF"/>
    </w:rPr>
  </w:style>
  <w:style w:type="paragraph" w:styleId="ListParagraph">
    <w:name w:val="List Paragraph"/>
    <w:basedOn w:val="Normal"/>
    <w:uiPriority w:val="34"/>
    <w:qFormat/>
    <w:rsid w:val="005503B4"/>
    <w:pPr>
      <w:ind w:left="720"/>
      <w:contextualSpacing/>
    </w:pPr>
  </w:style>
  <w:style w:type="character" w:styleId="IntenseEmphasis">
    <w:name w:val="Intense Emphasis"/>
    <w:basedOn w:val="DefaultParagraphFont"/>
    <w:uiPriority w:val="21"/>
    <w:qFormat/>
    <w:rsid w:val="005503B4"/>
    <w:rPr>
      <w:i/>
      <w:iCs/>
      <w:color w:val="2F5496" w:themeColor="accent1" w:themeShade="BF"/>
    </w:rPr>
  </w:style>
  <w:style w:type="paragraph" w:styleId="IntenseQuote">
    <w:name w:val="Intense Quote"/>
    <w:basedOn w:val="Normal"/>
    <w:next w:val="Normal"/>
    <w:link w:val="IntenseQuoteChar"/>
    <w:uiPriority w:val="30"/>
    <w:qFormat/>
    <w:rsid w:val="005503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03B4"/>
    <w:rPr>
      <w:i/>
      <w:iCs/>
      <w:color w:val="2F5496" w:themeColor="accent1" w:themeShade="BF"/>
    </w:rPr>
  </w:style>
  <w:style w:type="character" w:styleId="IntenseReference">
    <w:name w:val="Intense Reference"/>
    <w:basedOn w:val="DefaultParagraphFont"/>
    <w:uiPriority w:val="32"/>
    <w:qFormat/>
    <w:rsid w:val="005503B4"/>
    <w:rPr>
      <w:b/>
      <w:bCs/>
      <w:smallCaps/>
      <w:color w:val="2F5496" w:themeColor="accent1" w:themeShade="BF"/>
      <w:spacing w:val="5"/>
    </w:rPr>
  </w:style>
  <w:style w:type="paragraph" w:styleId="Header">
    <w:name w:val="header"/>
    <w:basedOn w:val="Normal"/>
    <w:link w:val="HeaderChar"/>
    <w:uiPriority w:val="99"/>
    <w:unhideWhenUsed/>
    <w:rsid w:val="005503B4"/>
    <w:pPr>
      <w:tabs>
        <w:tab w:val="center" w:pos="4680"/>
        <w:tab w:val="right" w:pos="9360"/>
      </w:tabs>
    </w:pPr>
    <w:rPr>
      <w:rFonts w:eastAsia="SimSun"/>
    </w:rPr>
  </w:style>
  <w:style w:type="character" w:customStyle="1" w:styleId="HeaderChar">
    <w:name w:val="Header Char"/>
    <w:basedOn w:val="DefaultParagraphFont"/>
    <w:link w:val="Header"/>
    <w:uiPriority w:val="99"/>
    <w:rsid w:val="005503B4"/>
    <w:rPr>
      <w:rFonts w:ascii="Times New Roman" w:eastAsia="SimSun" w:hAnsi="Times New Roman" w:cs="Times New Roman"/>
      <w:kern w:val="0"/>
      <w14:ligatures w14:val="none"/>
    </w:rPr>
  </w:style>
  <w:style w:type="paragraph" w:styleId="Footer">
    <w:name w:val="footer"/>
    <w:basedOn w:val="Normal"/>
    <w:link w:val="FooterChar"/>
    <w:uiPriority w:val="99"/>
    <w:unhideWhenUsed/>
    <w:rsid w:val="005503B4"/>
    <w:pPr>
      <w:tabs>
        <w:tab w:val="center" w:pos="4680"/>
        <w:tab w:val="right" w:pos="9360"/>
      </w:tabs>
    </w:pPr>
    <w:rPr>
      <w:rFonts w:eastAsia="SimSun"/>
    </w:rPr>
  </w:style>
  <w:style w:type="character" w:customStyle="1" w:styleId="FooterChar">
    <w:name w:val="Footer Char"/>
    <w:basedOn w:val="DefaultParagraphFont"/>
    <w:link w:val="Footer"/>
    <w:uiPriority w:val="99"/>
    <w:rsid w:val="005503B4"/>
    <w:rPr>
      <w:rFonts w:ascii="Times New Roman" w:eastAsia="SimSun" w:hAnsi="Times New Roman" w:cs="Times New Roman"/>
      <w:kern w:val="0"/>
      <w14:ligatures w14:val="none"/>
    </w:rPr>
  </w:style>
  <w:style w:type="paragraph" w:styleId="NoSpacing">
    <w:name w:val="No Spacing"/>
    <w:uiPriority w:val="1"/>
    <w:qFormat/>
    <w:rsid w:val="005503B4"/>
    <w:pPr>
      <w:spacing w:after="0" w:line="240" w:lineRule="auto"/>
    </w:pPr>
    <w:rPr>
      <w:kern w:val="0"/>
      <w:sz w:val="22"/>
      <w:szCs w:val="22"/>
      <w:lang w:val="en-US" w:eastAsia="en-US"/>
      <w14:ligatures w14:val="none"/>
    </w:rPr>
  </w:style>
  <w:style w:type="paragraph" w:styleId="BodyText">
    <w:name w:val="Body Text"/>
    <w:basedOn w:val="Normal"/>
    <w:link w:val="BodyTextChar"/>
    <w:uiPriority w:val="99"/>
    <w:unhideWhenUsed/>
    <w:rsid w:val="005503B4"/>
    <w:pPr>
      <w:spacing w:after="120"/>
    </w:pPr>
    <w:rPr>
      <w:rFonts w:eastAsia="SimSun"/>
    </w:rPr>
  </w:style>
  <w:style w:type="character" w:customStyle="1" w:styleId="BodyTextChar">
    <w:name w:val="Body Text Char"/>
    <w:basedOn w:val="DefaultParagraphFont"/>
    <w:link w:val="BodyText"/>
    <w:uiPriority w:val="99"/>
    <w:rsid w:val="005503B4"/>
    <w:rPr>
      <w:rFonts w:ascii="Times New Roman" w:eastAsia="SimSun" w:hAnsi="Times New Roman" w:cs="Times New Roman"/>
      <w:kern w:val="0"/>
      <w14:ligatures w14:val="none"/>
    </w:rPr>
  </w:style>
  <w:style w:type="paragraph" w:styleId="BodyText2">
    <w:name w:val="Body Text 2"/>
    <w:basedOn w:val="Normal"/>
    <w:link w:val="BodyText2Char"/>
    <w:uiPriority w:val="99"/>
    <w:unhideWhenUsed/>
    <w:rsid w:val="005503B4"/>
    <w:pPr>
      <w:spacing w:after="120" w:line="480" w:lineRule="auto"/>
    </w:pPr>
    <w:rPr>
      <w:rFonts w:eastAsia="SimSun"/>
    </w:rPr>
  </w:style>
  <w:style w:type="character" w:customStyle="1" w:styleId="BodyText2Char">
    <w:name w:val="Body Text 2 Char"/>
    <w:basedOn w:val="DefaultParagraphFont"/>
    <w:link w:val="BodyText2"/>
    <w:uiPriority w:val="99"/>
    <w:rsid w:val="005503B4"/>
    <w:rPr>
      <w:rFonts w:ascii="Times New Roman" w:eastAsia="SimSun" w:hAnsi="Times New Roman" w:cs="Times New Roman"/>
      <w:kern w:val="0"/>
      <w14:ligatures w14:val="none"/>
    </w:rPr>
  </w:style>
  <w:style w:type="paragraph" w:styleId="BodyText3">
    <w:name w:val="Body Text 3"/>
    <w:basedOn w:val="Normal"/>
    <w:link w:val="BodyText3Char"/>
    <w:uiPriority w:val="99"/>
    <w:unhideWhenUsed/>
    <w:rsid w:val="005503B4"/>
    <w:pPr>
      <w:spacing w:after="120"/>
    </w:pPr>
    <w:rPr>
      <w:rFonts w:eastAsia="SimSun"/>
      <w:sz w:val="16"/>
      <w:szCs w:val="16"/>
    </w:rPr>
  </w:style>
  <w:style w:type="character" w:customStyle="1" w:styleId="BodyText3Char">
    <w:name w:val="Body Text 3 Char"/>
    <w:basedOn w:val="DefaultParagraphFont"/>
    <w:link w:val="BodyText3"/>
    <w:uiPriority w:val="99"/>
    <w:rsid w:val="005503B4"/>
    <w:rPr>
      <w:rFonts w:ascii="Times New Roman" w:eastAsia="SimSun" w:hAnsi="Times New Roman" w:cs="Times New Roman"/>
      <w:kern w:val="0"/>
      <w:sz w:val="16"/>
      <w:szCs w:val="16"/>
      <w14:ligatures w14:val="none"/>
    </w:rPr>
  </w:style>
  <w:style w:type="paragraph" w:styleId="List">
    <w:name w:val="List"/>
    <w:basedOn w:val="Normal"/>
    <w:uiPriority w:val="99"/>
    <w:unhideWhenUsed/>
    <w:rsid w:val="005503B4"/>
    <w:pPr>
      <w:ind w:left="360" w:hanging="360"/>
      <w:contextualSpacing/>
    </w:pPr>
    <w:rPr>
      <w:rFonts w:eastAsia="SimSun"/>
    </w:rPr>
  </w:style>
  <w:style w:type="paragraph" w:styleId="List2">
    <w:name w:val="List 2"/>
    <w:basedOn w:val="Normal"/>
    <w:uiPriority w:val="99"/>
    <w:unhideWhenUsed/>
    <w:rsid w:val="005503B4"/>
    <w:pPr>
      <w:ind w:left="720" w:hanging="360"/>
      <w:contextualSpacing/>
    </w:pPr>
    <w:rPr>
      <w:rFonts w:eastAsia="SimSun"/>
    </w:rPr>
  </w:style>
  <w:style w:type="paragraph" w:styleId="List3">
    <w:name w:val="List 3"/>
    <w:basedOn w:val="Normal"/>
    <w:uiPriority w:val="99"/>
    <w:unhideWhenUsed/>
    <w:rsid w:val="005503B4"/>
    <w:pPr>
      <w:ind w:left="1080" w:hanging="360"/>
      <w:contextualSpacing/>
    </w:pPr>
    <w:rPr>
      <w:rFonts w:eastAsia="SimSun"/>
    </w:rPr>
  </w:style>
  <w:style w:type="paragraph" w:styleId="ListBullet">
    <w:name w:val="List Bullet"/>
    <w:basedOn w:val="Normal"/>
    <w:uiPriority w:val="99"/>
    <w:unhideWhenUsed/>
    <w:rsid w:val="005503B4"/>
    <w:pPr>
      <w:numPr>
        <w:numId w:val="1"/>
      </w:numPr>
      <w:tabs>
        <w:tab w:val="clear" w:pos="360"/>
      </w:tabs>
      <w:ind w:left="0" w:firstLine="0"/>
      <w:contextualSpacing/>
    </w:pPr>
    <w:rPr>
      <w:rFonts w:eastAsia="SimSun"/>
    </w:rPr>
  </w:style>
  <w:style w:type="paragraph" w:styleId="ListBullet2">
    <w:name w:val="List Bullet 2"/>
    <w:basedOn w:val="Normal"/>
    <w:uiPriority w:val="99"/>
    <w:unhideWhenUsed/>
    <w:rsid w:val="005503B4"/>
    <w:pPr>
      <w:numPr>
        <w:numId w:val="2"/>
      </w:numPr>
      <w:tabs>
        <w:tab w:val="clear" w:pos="720"/>
      </w:tabs>
      <w:ind w:left="0" w:firstLine="0"/>
      <w:contextualSpacing/>
    </w:pPr>
    <w:rPr>
      <w:rFonts w:eastAsia="SimSun"/>
    </w:rPr>
  </w:style>
  <w:style w:type="paragraph" w:styleId="ListBullet3">
    <w:name w:val="List Bullet 3"/>
    <w:basedOn w:val="Normal"/>
    <w:uiPriority w:val="99"/>
    <w:unhideWhenUsed/>
    <w:rsid w:val="005503B4"/>
    <w:pPr>
      <w:numPr>
        <w:numId w:val="3"/>
      </w:numPr>
      <w:tabs>
        <w:tab w:val="clear" w:pos="1080"/>
      </w:tabs>
      <w:ind w:left="0" w:firstLine="0"/>
      <w:contextualSpacing/>
    </w:pPr>
    <w:rPr>
      <w:rFonts w:eastAsia="SimSun"/>
    </w:rPr>
  </w:style>
  <w:style w:type="paragraph" w:styleId="ListNumber">
    <w:name w:val="List Number"/>
    <w:basedOn w:val="Normal"/>
    <w:uiPriority w:val="99"/>
    <w:unhideWhenUsed/>
    <w:rsid w:val="005503B4"/>
    <w:pPr>
      <w:numPr>
        <w:numId w:val="5"/>
      </w:numPr>
      <w:tabs>
        <w:tab w:val="clear" w:pos="360"/>
      </w:tabs>
      <w:ind w:left="0" w:firstLine="0"/>
      <w:contextualSpacing/>
    </w:pPr>
    <w:rPr>
      <w:rFonts w:eastAsia="SimSun"/>
    </w:rPr>
  </w:style>
  <w:style w:type="paragraph" w:styleId="ListNumber2">
    <w:name w:val="List Number 2"/>
    <w:basedOn w:val="Normal"/>
    <w:uiPriority w:val="99"/>
    <w:unhideWhenUsed/>
    <w:rsid w:val="005503B4"/>
    <w:pPr>
      <w:numPr>
        <w:numId w:val="6"/>
      </w:numPr>
      <w:tabs>
        <w:tab w:val="clear" w:pos="720"/>
      </w:tabs>
      <w:ind w:left="0" w:firstLine="0"/>
      <w:contextualSpacing/>
    </w:pPr>
    <w:rPr>
      <w:rFonts w:eastAsia="SimSun"/>
    </w:rPr>
  </w:style>
  <w:style w:type="paragraph" w:styleId="ListNumber3">
    <w:name w:val="List Number 3"/>
    <w:basedOn w:val="Normal"/>
    <w:uiPriority w:val="99"/>
    <w:unhideWhenUsed/>
    <w:rsid w:val="005503B4"/>
    <w:pPr>
      <w:numPr>
        <w:numId w:val="7"/>
      </w:numPr>
      <w:tabs>
        <w:tab w:val="clear" w:pos="1080"/>
      </w:tabs>
      <w:ind w:left="0" w:firstLine="0"/>
      <w:contextualSpacing/>
    </w:pPr>
    <w:rPr>
      <w:rFonts w:eastAsia="SimSun"/>
    </w:rPr>
  </w:style>
  <w:style w:type="paragraph" w:styleId="ListContinue">
    <w:name w:val="List Continue"/>
    <w:basedOn w:val="Normal"/>
    <w:uiPriority w:val="99"/>
    <w:unhideWhenUsed/>
    <w:rsid w:val="005503B4"/>
    <w:pPr>
      <w:spacing w:after="120"/>
      <w:ind w:left="360"/>
      <w:contextualSpacing/>
    </w:pPr>
    <w:rPr>
      <w:rFonts w:eastAsia="SimSun"/>
    </w:rPr>
  </w:style>
  <w:style w:type="paragraph" w:styleId="ListContinue2">
    <w:name w:val="List Continue 2"/>
    <w:basedOn w:val="Normal"/>
    <w:uiPriority w:val="99"/>
    <w:unhideWhenUsed/>
    <w:rsid w:val="005503B4"/>
    <w:pPr>
      <w:spacing w:after="120"/>
      <w:ind w:left="720"/>
      <w:contextualSpacing/>
    </w:pPr>
    <w:rPr>
      <w:rFonts w:eastAsia="SimSun"/>
    </w:rPr>
  </w:style>
  <w:style w:type="paragraph" w:styleId="ListContinue3">
    <w:name w:val="List Continue 3"/>
    <w:basedOn w:val="Normal"/>
    <w:uiPriority w:val="99"/>
    <w:unhideWhenUsed/>
    <w:rsid w:val="005503B4"/>
    <w:pPr>
      <w:spacing w:after="120"/>
      <w:ind w:left="1080"/>
      <w:contextualSpacing/>
    </w:pPr>
    <w:rPr>
      <w:rFonts w:eastAsia="SimSun"/>
    </w:rPr>
  </w:style>
  <w:style w:type="paragraph" w:styleId="MacroText">
    <w:name w:val="macro"/>
    <w:link w:val="MacroTextChar"/>
    <w:uiPriority w:val="99"/>
    <w:unhideWhenUsed/>
    <w:rsid w:val="005503B4"/>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val="en-US" w:eastAsia="en-US"/>
      <w14:ligatures w14:val="none"/>
    </w:rPr>
  </w:style>
  <w:style w:type="character" w:customStyle="1" w:styleId="MacroTextChar">
    <w:name w:val="Macro Text Char"/>
    <w:basedOn w:val="DefaultParagraphFont"/>
    <w:link w:val="MacroText"/>
    <w:uiPriority w:val="99"/>
    <w:rsid w:val="005503B4"/>
    <w:rPr>
      <w:rFonts w:ascii="Courier" w:hAnsi="Courier"/>
      <w:kern w:val="0"/>
      <w:sz w:val="20"/>
      <w:szCs w:val="20"/>
      <w:lang w:val="en-US" w:eastAsia="en-US"/>
      <w14:ligatures w14:val="none"/>
    </w:rPr>
  </w:style>
  <w:style w:type="paragraph" w:styleId="Caption">
    <w:name w:val="caption"/>
    <w:basedOn w:val="Normal"/>
    <w:next w:val="Normal"/>
    <w:uiPriority w:val="35"/>
    <w:unhideWhenUsed/>
    <w:qFormat/>
    <w:rsid w:val="005503B4"/>
    <w:rPr>
      <w:rFonts w:eastAsia="SimSun"/>
      <w:b/>
      <w:bCs/>
      <w:color w:val="4472C4" w:themeColor="accent1"/>
      <w:szCs w:val="18"/>
    </w:rPr>
  </w:style>
  <w:style w:type="character" w:styleId="Strong">
    <w:name w:val="Strong"/>
    <w:basedOn w:val="DefaultParagraphFont"/>
    <w:uiPriority w:val="22"/>
    <w:qFormat/>
    <w:rsid w:val="005503B4"/>
    <w:rPr>
      <w:b/>
      <w:bCs/>
    </w:rPr>
  </w:style>
  <w:style w:type="character" w:styleId="Emphasis">
    <w:name w:val="Emphasis"/>
    <w:basedOn w:val="DefaultParagraphFont"/>
    <w:uiPriority w:val="20"/>
    <w:qFormat/>
    <w:rsid w:val="005503B4"/>
    <w:rPr>
      <w:i/>
      <w:iCs/>
    </w:rPr>
  </w:style>
  <w:style w:type="character" w:styleId="SubtleEmphasis">
    <w:name w:val="Subtle Emphasis"/>
    <w:basedOn w:val="DefaultParagraphFont"/>
    <w:uiPriority w:val="19"/>
    <w:qFormat/>
    <w:rsid w:val="005503B4"/>
    <w:rPr>
      <w:i/>
      <w:iCs/>
      <w:color w:val="808080" w:themeColor="text1" w:themeTint="7F"/>
    </w:rPr>
  </w:style>
  <w:style w:type="character" w:styleId="SubtleReference">
    <w:name w:val="Subtle Reference"/>
    <w:basedOn w:val="DefaultParagraphFont"/>
    <w:uiPriority w:val="31"/>
    <w:qFormat/>
    <w:rsid w:val="005503B4"/>
    <w:rPr>
      <w:smallCaps/>
      <w:color w:val="ED7D31" w:themeColor="accent2"/>
      <w:u w:val="single"/>
    </w:rPr>
  </w:style>
  <w:style w:type="character" w:styleId="BookTitle">
    <w:name w:val="Book Title"/>
    <w:basedOn w:val="DefaultParagraphFont"/>
    <w:uiPriority w:val="33"/>
    <w:qFormat/>
    <w:rsid w:val="005503B4"/>
    <w:rPr>
      <w:b/>
      <w:bCs/>
      <w:smallCaps/>
      <w:spacing w:val="5"/>
    </w:rPr>
  </w:style>
  <w:style w:type="paragraph" w:styleId="TOCHeading">
    <w:name w:val="TOC Heading"/>
    <w:basedOn w:val="Heading1"/>
    <w:next w:val="Normal"/>
    <w:uiPriority w:val="39"/>
    <w:semiHidden/>
    <w:unhideWhenUsed/>
    <w:qFormat/>
    <w:rsid w:val="005503B4"/>
    <w:pPr>
      <w:spacing w:before="480" w:after="0"/>
      <w:outlineLvl w:val="9"/>
    </w:pPr>
    <w:rPr>
      <w:rFonts w:ascii="Times New Roman" w:eastAsia="SimSun" w:hAnsi="Times New Roman"/>
      <w:b/>
      <w:bCs/>
      <w:sz w:val="32"/>
      <w:szCs w:val="28"/>
    </w:rPr>
  </w:style>
  <w:style w:type="table" w:styleId="TableGrid">
    <w:name w:val="Table Grid"/>
    <w:basedOn w:val="TableNormal"/>
    <w:uiPriority w:val="59"/>
    <w:rsid w:val="005503B4"/>
    <w:pPr>
      <w:spacing w:after="0" w:line="240" w:lineRule="auto"/>
    </w:pPr>
    <w:rPr>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503B4"/>
    <w:pPr>
      <w:spacing w:after="0" w:line="240" w:lineRule="auto"/>
    </w:pPr>
    <w:rPr>
      <w:color w:val="000000" w:themeColor="text1" w:themeShade="BF"/>
      <w:kern w:val="0"/>
      <w:sz w:val="22"/>
      <w:szCs w:val="22"/>
      <w:lang w:val="en-US"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503B4"/>
    <w:pPr>
      <w:spacing w:after="0" w:line="240" w:lineRule="auto"/>
    </w:pPr>
    <w:rPr>
      <w:color w:val="2F5496" w:themeColor="accent1" w:themeShade="BF"/>
      <w:kern w:val="0"/>
      <w:sz w:val="22"/>
      <w:szCs w:val="22"/>
      <w:lang w:val="en-US" w:eastAsia="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5503B4"/>
    <w:pPr>
      <w:spacing w:after="0" w:line="240" w:lineRule="auto"/>
    </w:pPr>
    <w:rPr>
      <w:color w:val="C45911" w:themeColor="accent2" w:themeShade="BF"/>
      <w:kern w:val="0"/>
      <w:sz w:val="22"/>
      <w:szCs w:val="22"/>
      <w:lang w:val="en-US" w:eastAsia="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5503B4"/>
    <w:pPr>
      <w:spacing w:after="0" w:line="240" w:lineRule="auto"/>
    </w:pPr>
    <w:rPr>
      <w:color w:val="7B7B7B" w:themeColor="accent3" w:themeShade="BF"/>
      <w:kern w:val="0"/>
      <w:sz w:val="22"/>
      <w:szCs w:val="22"/>
      <w:lang w:val="en-US" w:eastAsia="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5503B4"/>
    <w:pPr>
      <w:spacing w:after="0" w:line="240" w:lineRule="auto"/>
    </w:pPr>
    <w:rPr>
      <w:color w:val="BF8F00" w:themeColor="accent4" w:themeShade="BF"/>
      <w:kern w:val="0"/>
      <w:sz w:val="22"/>
      <w:szCs w:val="22"/>
      <w:lang w:val="en-US" w:eastAsia="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5503B4"/>
    <w:pPr>
      <w:spacing w:after="0" w:line="240" w:lineRule="auto"/>
    </w:pPr>
    <w:rPr>
      <w:color w:val="2E74B5" w:themeColor="accent5" w:themeShade="BF"/>
      <w:kern w:val="0"/>
      <w:sz w:val="22"/>
      <w:szCs w:val="22"/>
      <w:lang w:val="en-US" w:eastAsia="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5503B4"/>
    <w:pPr>
      <w:spacing w:after="0" w:line="240" w:lineRule="auto"/>
    </w:pPr>
    <w:rPr>
      <w:color w:val="538135" w:themeColor="accent6" w:themeShade="BF"/>
      <w:kern w:val="0"/>
      <w:sz w:val="22"/>
      <w:szCs w:val="22"/>
      <w:lang w:val="en-US" w:eastAsia="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5503B4"/>
    <w:pPr>
      <w:spacing w:after="0" w:line="240" w:lineRule="auto"/>
    </w:pPr>
    <w:rPr>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503B4"/>
    <w:pPr>
      <w:spacing w:after="0" w:line="240" w:lineRule="auto"/>
    </w:pPr>
    <w:rPr>
      <w:kern w:val="0"/>
      <w:sz w:val="22"/>
      <w:szCs w:val="22"/>
      <w:lang w:val="en-US"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5503B4"/>
    <w:pPr>
      <w:spacing w:after="0" w:line="240" w:lineRule="auto"/>
    </w:pPr>
    <w:rPr>
      <w:kern w:val="0"/>
      <w:sz w:val="22"/>
      <w:szCs w:val="22"/>
      <w:lang w:val="en-US"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5503B4"/>
    <w:pPr>
      <w:spacing w:after="0" w:line="240" w:lineRule="auto"/>
    </w:pPr>
    <w:rPr>
      <w:kern w:val="0"/>
      <w:sz w:val="22"/>
      <w:szCs w:val="22"/>
      <w:lang w:val="en-US"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5503B4"/>
    <w:pPr>
      <w:spacing w:after="0" w:line="240" w:lineRule="auto"/>
    </w:pPr>
    <w:rPr>
      <w:kern w:val="0"/>
      <w:sz w:val="22"/>
      <w:szCs w:val="22"/>
      <w:lang w:val="en-US"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5503B4"/>
    <w:pPr>
      <w:spacing w:after="0" w:line="240" w:lineRule="auto"/>
    </w:pPr>
    <w:rPr>
      <w:kern w:val="0"/>
      <w:sz w:val="22"/>
      <w:szCs w:val="22"/>
      <w:lang w:val="en-US"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5503B4"/>
    <w:pPr>
      <w:spacing w:after="0" w:line="240" w:lineRule="auto"/>
    </w:pPr>
    <w:rPr>
      <w:kern w:val="0"/>
      <w:sz w:val="22"/>
      <w:szCs w:val="22"/>
      <w:lang w:val="en-US"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5503B4"/>
    <w:pPr>
      <w:spacing w:after="0" w:line="240" w:lineRule="auto"/>
    </w:pPr>
    <w:rPr>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503B4"/>
    <w:pPr>
      <w:spacing w:after="0" w:line="240" w:lineRule="auto"/>
    </w:pPr>
    <w:rPr>
      <w:kern w:val="0"/>
      <w:sz w:val="22"/>
      <w:szCs w:val="22"/>
      <w:lang w:val="en-US"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5503B4"/>
    <w:pPr>
      <w:spacing w:after="0" w:line="240" w:lineRule="auto"/>
    </w:pPr>
    <w:rPr>
      <w:kern w:val="0"/>
      <w:sz w:val="22"/>
      <w:szCs w:val="22"/>
      <w:lang w:val="en-US"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5503B4"/>
    <w:pPr>
      <w:spacing w:after="0" w:line="240" w:lineRule="auto"/>
    </w:pPr>
    <w:rPr>
      <w:kern w:val="0"/>
      <w:sz w:val="22"/>
      <w:szCs w:val="22"/>
      <w:lang w:val="en-US"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5503B4"/>
    <w:pPr>
      <w:spacing w:after="0" w:line="240" w:lineRule="auto"/>
    </w:pPr>
    <w:rPr>
      <w:kern w:val="0"/>
      <w:sz w:val="22"/>
      <w:szCs w:val="22"/>
      <w:lang w:val="en-US"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5503B4"/>
    <w:pPr>
      <w:spacing w:after="0" w:line="240" w:lineRule="auto"/>
    </w:pPr>
    <w:rPr>
      <w:kern w:val="0"/>
      <w:sz w:val="22"/>
      <w:szCs w:val="22"/>
      <w:lang w:val="en-US"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5503B4"/>
    <w:pPr>
      <w:spacing w:after="0" w:line="240" w:lineRule="auto"/>
    </w:pPr>
    <w:rPr>
      <w:kern w:val="0"/>
      <w:sz w:val="22"/>
      <w:szCs w:val="22"/>
      <w:lang w:val="en-US"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5503B4"/>
    <w:pPr>
      <w:spacing w:after="0" w:line="240" w:lineRule="auto"/>
    </w:pPr>
    <w:rPr>
      <w:kern w:val="0"/>
      <w:sz w:val="22"/>
      <w:szCs w:val="22"/>
      <w:lang w:val="en-US"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503B4"/>
    <w:pPr>
      <w:spacing w:after="0" w:line="240" w:lineRule="auto"/>
    </w:pPr>
    <w:rPr>
      <w:kern w:val="0"/>
      <w:sz w:val="22"/>
      <w:szCs w:val="22"/>
      <w:lang w:val="en-US" w:eastAsia="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503B4"/>
    <w:pPr>
      <w:spacing w:after="0" w:line="240" w:lineRule="auto"/>
    </w:pPr>
    <w:rPr>
      <w:kern w:val="0"/>
      <w:sz w:val="22"/>
      <w:szCs w:val="22"/>
      <w:lang w:val="en-US" w:eastAsia="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503B4"/>
    <w:pPr>
      <w:spacing w:after="0" w:line="240" w:lineRule="auto"/>
    </w:pPr>
    <w:rPr>
      <w:kern w:val="0"/>
      <w:sz w:val="22"/>
      <w:szCs w:val="22"/>
      <w:lang w:val="en-US" w:eastAsia="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503B4"/>
    <w:pPr>
      <w:spacing w:after="0" w:line="240" w:lineRule="auto"/>
    </w:pPr>
    <w:rPr>
      <w:kern w:val="0"/>
      <w:sz w:val="22"/>
      <w:szCs w:val="22"/>
      <w:lang w:val="en-US" w:eastAsia="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503B4"/>
    <w:pPr>
      <w:spacing w:after="0" w:line="240" w:lineRule="auto"/>
    </w:pPr>
    <w:rPr>
      <w:kern w:val="0"/>
      <w:sz w:val="22"/>
      <w:szCs w:val="22"/>
      <w:lang w:val="en-US" w:eastAsia="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503B4"/>
    <w:pPr>
      <w:spacing w:after="0" w:line="240" w:lineRule="auto"/>
    </w:pPr>
    <w:rPr>
      <w:kern w:val="0"/>
      <w:sz w:val="22"/>
      <w:szCs w:val="22"/>
      <w:lang w:val="en-US" w:eastAsia="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503B4"/>
    <w:pPr>
      <w:spacing w:after="0" w:line="240" w:lineRule="auto"/>
    </w:pPr>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503B4"/>
    <w:pPr>
      <w:spacing w:after="0" w:line="240" w:lineRule="auto"/>
    </w:pPr>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503B4"/>
    <w:pPr>
      <w:spacing w:after="0" w:line="240" w:lineRule="auto"/>
    </w:pPr>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503B4"/>
    <w:pPr>
      <w:spacing w:after="0" w:line="240" w:lineRule="auto"/>
    </w:pPr>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503B4"/>
    <w:pPr>
      <w:spacing w:after="0" w:line="240" w:lineRule="auto"/>
    </w:pPr>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503B4"/>
    <w:pPr>
      <w:spacing w:after="0" w:line="240" w:lineRule="auto"/>
    </w:pPr>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503B4"/>
    <w:pPr>
      <w:spacing w:after="0" w:line="240" w:lineRule="auto"/>
    </w:pPr>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5503B4"/>
    <w:pPr>
      <w:spacing w:after="0" w:line="240" w:lineRule="auto"/>
    </w:pPr>
    <w:rPr>
      <w:kern w:val="0"/>
      <w:sz w:val="22"/>
      <w:szCs w:val="22"/>
      <w:lang w:val="en-US"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503B4"/>
    <w:pPr>
      <w:spacing w:after="0" w:line="240" w:lineRule="auto"/>
    </w:pPr>
    <w:rPr>
      <w:kern w:val="0"/>
      <w:sz w:val="22"/>
      <w:szCs w:val="22"/>
      <w:lang w:val="en-US" w:eastAsia="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5503B4"/>
    <w:pPr>
      <w:spacing w:after="0" w:line="240" w:lineRule="auto"/>
    </w:pPr>
    <w:rPr>
      <w:kern w:val="0"/>
      <w:sz w:val="22"/>
      <w:szCs w:val="22"/>
      <w:lang w:val="en-US" w:eastAsia="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5503B4"/>
    <w:pPr>
      <w:spacing w:after="0" w:line="240" w:lineRule="auto"/>
    </w:pPr>
    <w:rPr>
      <w:kern w:val="0"/>
      <w:sz w:val="22"/>
      <w:szCs w:val="22"/>
      <w:lang w:val="en-US" w:eastAsia="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5503B4"/>
    <w:pPr>
      <w:spacing w:after="0" w:line="240" w:lineRule="auto"/>
    </w:pPr>
    <w:rPr>
      <w:kern w:val="0"/>
      <w:sz w:val="22"/>
      <w:szCs w:val="22"/>
      <w:lang w:val="en-US" w:eastAsia="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5503B4"/>
    <w:pPr>
      <w:spacing w:after="0" w:line="240" w:lineRule="auto"/>
    </w:pPr>
    <w:rPr>
      <w:kern w:val="0"/>
      <w:sz w:val="22"/>
      <w:szCs w:val="22"/>
      <w:lang w:val="en-US" w:eastAsia="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5503B4"/>
    <w:pPr>
      <w:spacing w:after="0" w:line="240" w:lineRule="auto"/>
    </w:pPr>
    <w:rPr>
      <w:kern w:val="0"/>
      <w:sz w:val="22"/>
      <w:szCs w:val="22"/>
      <w:lang w:val="en-US" w:eastAsia="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503B4"/>
    <w:pPr>
      <w:spacing w:after="0" w:line="240" w:lineRule="auto"/>
    </w:pPr>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503B4"/>
    <w:pPr>
      <w:spacing w:after="0" w:line="240" w:lineRule="auto"/>
    </w:pPr>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503B4"/>
    <w:pPr>
      <w:spacing w:after="0" w:line="240" w:lineRule="auto"/>
    </w:pPr>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5503B4"/>
    <w:pPr>
      <w:spacing w:after="0" w:line="240" w:lineRule="auto"/>
    </w:pPr>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5503B4"/>
    <w:pPr>
      <w:spacing w:after="0" w:line="240" w:lineRule="auto"/>
    </w:pPr>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5503B4"/>
    <w:pPr>
      <w:spacing w:after="0" w:line="240" w:lineRule="auto"/>
    </w:pPr>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5503B4"/>
    <w:pPr>
      <w:spacing w:after="0" w:line="240" w:lineRule="auto"/>
    </w:pPr>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5503B4"/>
    <w:pPr>
      <w:spacing w:after="0" w:line="240" w:lineRule="auto"/>
    </w:pPr>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5503B4"/>
    <w:pPr>
      <w:spacing w:after="0" w:line="240" w:lineRule="auto"/>
    </w:pPr>
    <w:rPr>
      <w:color w:val="FFFFFF" w:themeColor="background1"/>
      <w:kern w:val="0"/>
      <w:sz w:val="22"/>
      <w:szCs w:val="22"/>
      <w:lang w:val="en-US" w:eastAsia="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503B4"/>
    <w:pPr>
      <w:spacing w:after="0" w:line="240" w:lineRule="auto"/>
    </w:pPr>
    <w:rPr>
      <w:color w:val="FFFFFF" w:themeColor="background1"/>
      <w:kern w:val="0"/>
      <w:sz w:val="22"/>
      <w:szCs w:val="22"/>
      <w:lang w:val="en-US" w:eastAsia="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5503B4"/>
    <w:pPr>
      <w:spacing w:after="0" w:line="240" w:lineRule="auto"/>
    </w:pPr>
    <w:rPr>
      <w:color w:val="FFFFFF" w:themeColor="background1"/>
      <w:kern w:val="0"/>
      <w:sz w:val="22"/>
      <w:szCs w:val="22"/>
      <w:lang w:val="en-US" w:eastAsia="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5503B4"/>
    <w:pPr>
      <w:spacing w:after="0" w:line="240" w:lineRule="auto"/>
    </w:pPr>
    <w:rPr>
      <w:color w:val="FFFFFF" w:themeColor="background1"/>
      <w:kern w:val="0"/>
      <w:sz w:val="22"/>
      <w:szCs w:val="22"/>
      <w:lang w:val="en-US" w:eastAsia="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5503B4"/>
    <w:pPr>
      <w:spacing w:after="0" w:line="240" w:lineRule="auto"/>
    </w:pPr>
    <w:rPr>
      <w:color w:val="FFFFFF" w:themeColor="background1"/>
      <w:kern w:val="0"/>
      <w:sz w:val="22"/>
      <w:szCs w:val="22"/>
      <w:lang w:val="en-US" w:eastAsia="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5503B4"/>
    <w:pPr>
      <w:spacing w:after="0" w:line="240" w:lineRule="auto"/>
    </w:pPr>
    <w:rPr>
      <w:color w:val="FFFFFF" w:themeColor="background1"/>
      <w:kern w:val="0"/>
      <w:sz w:val="22"/>
      <w:szCs w:val="22"/>
      <w:lang w:val="en-US" w:eastAsia="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5503B4"/>
    <w:pPr>
      <w:spacing w:after="0" w:line="240" w:lineRule="auto"/>
    </w:pPr>
    <w:rPr>
      <w:color w:val="FFFFFF" w:themeColor="background1"/>
      <w:kern w:val="0"/>
      <w:sz w:val="22"/>
      <w:szCs w:val="22"/>
      <w:lang w:val="en-US" w:eastAsia="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503B4"/>
    <w:pPr>
      <w:spacing w:after="0" w:line="240" w:lineRule="auto"/>
    </w:pPr>
    <w:rPr>
      <w:color w:val="000000" w:themeColor="text1"/>
      <w:kern w:val="0"/>
      <w:sz w:val="22"/>
      <w:szCs w:val="22"/>
      <w:lang w:val="en-US" w:eastAsia="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5503B4"/>
    <w:pPr>
      <w:spacing w:after="0" w:line="240" w:lineRule="auto"/>
    </w:pPr>
    <w:rPr>
      <w:color w:val="000000" w:themeColor="text1"/>
      <w:kern w:val="0"/>
      <w:sz w:val="22"/>
      <w:szCs w:val="22"/>
      <w:lang w:val="en-US" w:eastAsia="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503B4"/>
    <w:pPr>
      <w:spacing w:after="0" w:line="240" w:lineRule="auto"/>
    </w:pPr>
    <w:rPr>
      <w:color w:val="000000" w:themeColor="text1"/>
      <w:kern w:val="0"/>
      <w:sz w:val="22"/>
      <w:szCs w:val="22"/>
      <w:lang w:val="en-US" w:eastAsia="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5503B4"/>
    <w:pPr>
      <w:spacing w:after="0" w:line="240" w:lineRule="auto"/>
    </w:pPr>
    <w:rPr>
      <w:color w:val="000000" w:themeColor="text1"/>
      <w:kern w:val="0"/>
      <w:sz w:val="22"/>
      <w:szCs w:val="22"/>
      <w:lang w:val="en-US" w:eastAsia="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5503B4"/>
    <w:pPr>
      <w:spacing w:after="0" w:line="240" w:lineRule="auto"/>
    </w:pPr>
    <w:rPr>
      <w:color w:val="000000" w:themeColor="text1"/>
      <w:kern w:val="0"/>
      <w:sz w:val="22"/>
      <w:szCs w:val="22"/>
      <w:lang w:val="en-US" w:eastAsia="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5503B4"/>
    <w:pPr>
      <w:spacing w:after="0" w:line="240" w:lineRule="auto"/>
    </w:pPr>
    <w:rPr>
      <w:color w:val="000000" w:themeColor="text1"/>
      <w:kern w:val="0"/>
      <w:sz w:val="22"/>
      <w:szCs w:val="22"/>
      <w:lang w:val="en-US" w:eastAsia="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5503B4"/>
    <w:pPr>
      <w:spacing w:after="0" w:line="240" w:lineRule="auto"/>
    </w:pPr>
    <w:rPr>
      <w:color w:val="000000" w:themeColor="text1"/>
      <w:kern w:val="0"/>
      <w:sz w:val="22"/>
      <w:szCs w:val="22"/>
      <w:lang w:val="en-US" w:eastAsia="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5503B4"/>
    <w:pPr>
      <w:spacing w:after="0" w:line="240" w:lineRule="auto"/>
    </w:pPr>
    <w:rPr>
      <w:color w:val="000000" w:themeColor="text1"/>
      <w:kern w:val="0"/>
      <w:sz w:val="22"/>
      <w:szCs w:val="22"/>
      <w:lang w:val="en-US" w:eastAsia="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5503B4"/>
    <w:pPr>
      <w:spacing w:after="0" w:line="240" w:lineRule="auto"/>
    </w:pPr>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503B4"/>
    <w:pPr>
      <w:spacing w:after="0" w:line="240" w:lineRule="auto"/>
    </w:pPr>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5503B4"/>
    <w:pPr>
      <w:spacing w:after="0" w:line="240" w:lineRule="auto"/>
    </w:pPr>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5503B4"/>
    <w:pPr>
      <w:spacing w:after="0" w:line="240" w:lineRule="auto"/>
    </w:pPr>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5503B4"/>
    <w:pPr>
      <w:spacing w:after="0" w:line="240" w:lineRule="auto"/>
    </w:pPr>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5503B4"/>
    <w:pPr>
      <w:spacing w:after="0" w:line="240" w:lineRule="auto"/>
    </w:pPr>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5503B4"/>
    <w:pPr>
      <w:spacing w:after="0" w:line="240" w:lineRule="auto"/>
    </w:pPr>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CommentReference">
    <w:name w:val="annotation reference"/>
    <w:basedOn w:val="DefaultParagraphFont"/>
    <w:uiPriority w:val="99"/>
    <w:semiHidden/>
    <w:unhideWhenUsed/>
    <w:rsid w:val="005503B4"/>
    <w:rPr>
      <w:sz w:val="16"/>
      <w:szCs w:val="16"/>
    </w:rPr>
  </w:style>
  <w:style w:type="paragraph" w:styleId="CommentText">
    <w:name w:val="annotation text"/>
    <w:basedOn w:val="Normal"/>
    <w:link w:val="CommentTextChar"/>
    <w:uiPriority w:val="99"/>
    <w:semiHidden/>
    <w:unhideWhenUsed/>
    <w:rsid w:val="005503B4"/>
    <w:rPr>
      <w:rFonts w:eastAsia="SimSun"/>
      <w:sz w:val="20"/>
      <w:szCs w:val="20"/>
    </w:rPr>
  </w:style>
  <w:style w:type="character" w:customStyle="1" w:styleId="CommentTextChar">
    <w:name w:val="Comment Text Char"/>
    <w:basedOn w:val="DefaultParagraphFont"/>
    <w:link w:val="CommentText"/>
    <w:uiPriority w:val="99"/>
    <w:semiHidden/>
    <w:rsid w:val="005503B4"/>
    <w:rPr>
      <w:rFonts w:ascii="Times New Roman" w:eastAsia="SimSu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503B4"/>
    <w:rPr>
      <w:b/>
      <w:bCs/>
    </w:rPr>
  </w:style>
  <w:style w:type="character" w:customStyle="1" w:styleId="CommentSubjectChar">
    <w:name w:val="Comment Subject Char"/>
    <w:basedOn w:val="CommentTextChar"/>
    <w:link w:val="CommentSubject"/>
    <w:uiPriority w:val="99"/>
    <w:semiHidden/>
    <w:rsid w:val="005503B4"/>
    <w:rPr>
      <w:rFonts w:ascii="Times New Roman" w:eastAsia="SimSun" w:hAnsi="Times New Roman" w:cs="Times New Roman"/>
      <w:b/>
      <w:bCs/>
      <w:kern w:val="0"/>
      <w:sz w:val="20"/>
      <w:szCs w:val="20"/>
      <w14:ligatures w14:val="none"/>
    </w:rPr>
  </w:style>
  <w:style w:type="paragraph" w:styleId="NormalWeb">
    <w:name w:val="Normal (Web)"/>
    <w:basedOn w:val="Normal"/>
    <w:uiPriority w:val="99"/>
    <w:semiHidden/>
    <w:unhideWhenUsed/>
    <w:rsid w:val="005503B4"/>
    <w:pPr>
      <w:spacing w:before="100" w:beforeAutospacing="1" w:after="100" w:afterAutospacing="1"/>
    </w:pPr>
  </w:style>
  <w:style w:type="table" w:customStyle="1" w:styleId="PaperFormat">
    <w:name w:val="Paper Format"/>
    <w:basedOn w:val="TableGridLight"/>
    <w:uiPriority w:val="99"/>
    <w:rsid w:val="005503B4"/>
    <w:tblPr/>
  </w:style>
  <w:style w:type="table" w:styleId="TableGridLight">
    <w:name w:val="Grid Table Light"/>
    <w:basedOn w:val="TableNormal"/>
    <w:uiPriority w:val="99"/>
    <w:rsid w:val="005503B4"/>
    <w:pPr>
      <w:spacing w:after="0" w:line="240" w:lineRule="auto"/>
    </w:pPr>
    <w:rPr>
      <w:kern w:val="0"/>
      <w:sz w:val="22"/>
      <w:szCs w:val="22"/>
      <w:lang w:val="en-US"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5503B4"/>
    <w:rPr>
      <w:color w:val="0563C1" w:themeColor="hyperlink"/>
      <w:u w:val="single"/>
    </w:rPr>
  </w:style>
  <w:style w:type="character" w:styleId="UnresolvedMention">
    <w:name w:val="Unresolved Mention"/>
    <w:basedOn w:val="DefaultParagraphFont"/>
    <w:uiPriority w:val="99"/>
    <w:semiHidden/>
    <w:unhideWhenUsed/>
    <w:rsid w:val="005503B4"/>
    <w:rPr>
      <w:color w:val="605E5C"/>
      <w:shd w:val="clear" w:color="auto" w:fill="E1DFDD"/>
    </w:rPr>
  </w:style>
  <w:style w:type="paragraph" w:customStyle="1" w:styleId="EndNoteBibliographyTitle">
    <w:name w:val="EndNote Bibliography Title"/>
    <w:basedOn w:val="Normal"/>
    <w:link w:val="EndNoteBibliographyTitleChar"/>
    <w:rsid w:val="005503B4"/>
    <w:pPr>
      <w:jc w:val="center"/>
    </w:pPr>
    <w:rPr>
      <w:sz w:val="22"/>
    </w:rPr>
  </w:style>
  <w:style w:type="character" w:customStyle="1" w:styleId="EndNoteBibliographyTitleChar">
    <w:name w:val="EndNote Bibliography Title Char"/>
    <w:basedOn w:val="DefaultParagraphFont"/>
    <w:link w:val="EndNoteBibliographyTitle"/>
    <w:rsid w:val="005503B4"/>
    <w:rPr>
      <w:rFonts w:ascii="Times New Roman" w:eastAsia="Times New Roman" w:hAnsi="Times New Roman" w:cs="Times New Roman"/>
      <w:kern w:val="0"/>
      <w:sz w:val="22"/>
      <w14:ligatures w14:val="none"/>
    </w:rPr>
  </w:style>
  <w:style w:type="paragraph" w:customStyle="1" w:styleId="EndNoteBibliography">
    <w:name w:val="EndNote Bibliography"/>
    <w:basedOn w:val="Normal"/>
    <w:link w:val="EndNoteBibliographyChar"/>
    <w:rsid w:val="005503B4"/>
    <w:rPr>
      <w:sz w:val="22"/>
    </w:rPr>
  </w:style>
  <w:style w:type="character" w:customStyle="1" w:styleId="EndNoteBibliographyChar">
    <w:name w:val="EndNote Bibliography Char"/>
    <w:basedOn w:val="DefaultParagraphFont"/>
    <w:link w:val="EndNoteBibliography"/>
    <w:rsid w:val="005503B4"/>
    <w:rPr>
      <w:rFonts w:ascii="Times New Roman" w:eastAsia="Times New Roman" w:hAnsi="Times New Roman" w:cs="Times New Roman"/>
      <w:kern w:val="0"/>
      <w:sz w:val="22"/>
      <w14:ligatures w14:val="none"/>
    </w:rPr>
  </w:style>
  <w:style w:type="character" w:styleId="PlaceholderText">
    <w:name w:val="Placeholder Text"/>
    <w:basedOn w:val="DefaultParagraphFont"/>
    <w:uiPriority w:val="99"/>
    <w:semiHidden/>
    <w:rsid w:val="005503B4"/>
    <w:rPr>
      <w:color w:val="666666"/>
    </w:rPr>
  </w:style>
  <w:style w:type="character" w:styleId="FollowedHyperlink">
    <w:name w:val="FollowedHyperlink"/>
    <w:basedOn w:val="DefaultParagraphFont"/>
    <w:uiPriority w:val="99"/>
    <w:semiHidden/>
    <w:unhideWhenUsed/>
    <w:rsid w:val="005503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4184</Words>
  <Characters>23854</Characters>
  <Application>Microsoft Office Word</Application>
  <DocSecurity>0</DocSecurity>
  <Lines>198</Lines>
  <Paragraphs>55</Paragraphs>
  <ScaleCrop>false</ScaleCrop>
  <Company/>
  <LinksUpToDate>false</LinksUpToDate>
  <CharactersWithSpaces>27983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Hongren Wang</dc:creator>
  <cp:keywords/>
  <dc:description/>
  <cp:lastModifiedBy>Hongren Wang</cp:lastModifiedBy>
  <cp:revision>3</cp:revision>
  <cp:lastPrinted>2026-03-20T03:27:00Z</cp:lastPrinted>
  <dcterms:created xsi:type="dcterms:W3CDTF">2026-03-20T03:27:00Z</dcterms:created>
  <dcterms:modified xsi:type="dcterms:W3CDTF">2026-03-20T03:27:00Z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BEEEFCFA-E829-4B0E-AEC3-5617121B52D6</vt:lpwstr>
  </property>
</Properties>
</file>