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CONSORT 2010 Checklist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Section/Topic</w:t>
            </w:r>
          </w:p>
        </w:tc>
        <w:tc>
          <w:tcPr>
            <w:tcW w:type="dxa" w:w="2160"/>
          </w:tcPr>
          <w:p>
            <w:r>
              <w:t>Item No</w:t>
            </w:r>
          </w:p>
        </w:tc>
        <w:tc>
          <w:tcPr>
            <w:tcW w:type="dxa" w:w="2160"/>
          </w:tcPr>
          <w:p>
            <w:r>
              <w:t>Description</w:t>
            </w:r>
          </w:p>
        </w:tc>
        <w:tc>
          <w:tcPr>
            <w:tcW w:type="dxa" w:w="2160"/>
          </w:tcPr>
          <w:p>
            <w:r>
              <w:t>Reported on Page No</w:t>
            </w:r>
          </w:p>
        </w:tc>
      </w:tr>
      <w:tr>
        <w:tc>
          <w:tcPr>
            <w:tcW w:type="dxa" w:w="2160"/>
          </w:tcPr>
          <w:p>
            <w:r>
              <w:t>Title/Abstract</w:t>
            </w:r>
          </w:p>
        </w:tc>
        <w:tc>
          <w:tcPr>
            <w:tcW w:type="dxa" w:w="2160"/>
          </w:tcPr>
          <w:p>
            <w:r>
              <w:t>1a</w:t>
            </w:r>
          </w:p>
        </w:tc>
        <w:tc>
          <w:tcPr>
            <w:tcW w:type="dxa" w:w="2160"/>
          </w:tcPr>
          <w:p>
            <w:r>
              <w:t>Identification as a randomized trial in title</w:t>
            </w:r>
          </w:p>
        </w:tc>
        <w:tc>
          <w:tcPr>
            <w:tcW w:type="dxa" w:w="2160"/>
          </w:tcPr>
          <w:p>
            <w:r>
              <w:t>Title page</w:t>
            </w:r>
          </w:p>
        </w:tc>
      </w:tr>
      <w:tr>
        <w:tc>
          <w:tcPr>
            <w:tcW w:type="dxa" w:w="2160"/>
          </w:tcPr>
          <w:p>
            <w:r>
              <w:t>Title/Abstract</w:t>
            </w:r>
          </w:p>
        </w:tc>
        <w:tc>
          <w:tcPr>
            <w:tcW w:type="dxa" w:w="2160"/>
          </w:tcPr>
          <w:p>
            <w:r>
              <w:t>1b</w:t>
            </w:r>
          </w:p>
        </w:tc>
        <w:tc>
          <w:tcPr>
            <w:tcW w:type="dxa" w:w="2160"/>
          </w:tcPr>
          <w:p>
            <w:r>
              <w:t>Structured summary of trial design, methods, results</w:t>
            </w:r>
          </w:p>
        </w:tc>
        <w:tc>
          <w:tcPr>
            <w:tcW w:type="dxa" w:w="2160"/>
          </w:tcPr>
          <w:p>
            <w:r>
              <w:t>Abstract</w:t>
            </w:r>
          </w:p>
        </w:tc>
      </w:tr>
      <w:tr>
        <w:tc>
          <w:tcPr>
            <w:tcW w:type="dxa" w:w="2160"/>
          </w:tcPr>
          <w:p>
            <w:r>
              <w:t>Introduction</w:t>
            </w:r>
          </w:p>
        </w:tc>
        <w:tc>
          <w:tcPr>
            <w:tcW w:type="dxa" w:w="2160"/>
          </w:tcPr>
          <w:p>
            <w:r>
              <w:t>2a</w:t>
            </w:r>
          </w:p>
        </w:tc>
        <w:tc>
          <w:tcPr>
            <w:tcW w:type="dxa" w:w="2160"/>
          </w:tcPr>
          <w:p>
            <w:r>
              <w:t>Scientific background and explanation</w:t>
            </w:r>
          </w:p>
        </w:tc>
        <w:tc>
          <w:tcPr>
            <w:tcW w:type="dxa" w:w="2160"/>
          </w:tcPr>
          <w:p>
            <w:r>
              <w:t>Introduction</w:t>
            </w:r>
          </w:p>
        </w:tc>
      </w:tr>
      <w:tr>
        <w:tc>
          <w:tcPr>
            <w:tcW w:type="dxa" w:w="2160"/>
          </w:tcPr>
          <w:p>
            <w:r>
              <w:t>Introduction</w:t>
            </w:r>
          </w:p>
        </w:tc>
        <w:tc>
          <w:tcPr>
            <w:tcW w:type="dxa" w:w="2160"/>
          </w:tcPr>
          <w:p>
            <w:r>
              <w:t>2b</w:t>
            </w:r>
          </w:p>
        </w:tc>
        <w:tc>
          <w:tcPr>
            <w:tcW w:type="dxa" w:w="2160"/>
          </w:tcPr>
          <w:p>
            <w:r>
              <w:t>Specific objectives or hypotheses</w:t>
            </w:r>
          </w:p>
        </w:tc>
        <w:tc>
          <w:tcPr>
            <w:tcW w:type="dxa" w:w="2160"/>
          </w:tcPr>
          <w:p>
            <w:r>
              <w:t>Introduction</w:t>
            </w:r>
          </w:p>
        </w:tc>
      </w:tr>
      <w:tr>
        <w:tc>
          <w:tcPr>
            <w:tcW w:type="dxa" w:w="2160"/>
          </w:tcPr>
          <w:p>
            <w:r>
              <w:t>Methods</w:t>
            </w:r>
          </w:p>
        </w:tc>
        <w:tc>
          <w:tcPr>
            <w:tcW w:type="dxa" w:w="2160"/>
          </w:tcPr>
          <w:p>
            <w:r>
              <w:t>3a</w:t>
            </w:r>
          </w:p>
        </w:tc>
        <w:tc>
          <w:tcPr>
            <w:tcW w:type="dxa" w:w="2160"/>
          </w:tcPr>
          <w:p>
            <w:r>
              <w:t>Trial design description</w:t>
            </w:r>
          </w:p>
        </w:tc>
        <w:tc>
          <w:tcPr>
            <w:tcW w:type="dxa" w:w="2160"/>
          </w:tcPr>
          <w:p>
            <w:r>
              <w:t>Methods</w:t>
            </w:r>
          </w:p>
        </w:tc>
      </w:tr>
      <w:tr>
        <w:tc>
          <w:tcPr>
            <w:tcW w:type="dxa" w:w="2160"/>
          </w:tcPr>
          <w:p>
            <w:r>
              <w:t>Methods</w:t>
            </w:r>
          </w:p>
        </w:tc>
        <w:tc>
          <w:tcPr>
            <w:tcW w:type="dxa" w:w="2160"/>
          </w:tcPr>
          <w:p>
            <w:r>
              <w:t>4a</w:t>
            </w:r>
          </w:p>
        </w:tc>
        <w:tc>
          <w:tcPr>
            <w:tcW w:type="dxa" w:w="2160"/>
          </w:tcPr>
          <w:p>
            <w:r>
              <w:t>Eligibility criteria</w:t>
            </w:r>
          </w:p>
        </w:tc>
        <w:tc>
          <w:tcPr>
            <w:tcW w:type="dxa" w:w="2160"/>
          </w:tcPr>
          <w:p>
            <w:r>
              <w:t>Methods</w:t>
            </w:r>
          </w:p>
        </w:tc>
      </w:tr>
      <w:tr>
        <w:tc>
          <w:tcPr>
            <w:tcW w:type="dxa" w:w="2160"/>
          </w:tcPr>
          <w:p>
            <w:r>
              <w:t>Methods</w:t>
            </w:r>
          </w:p>
        </w:tc>
        <w:tc>
          <w:tcPr>
            <w:tcW w:type="dxa" w:w="2160"/>
          </w:tcPr>
          <w:p>
            <w:r>
              <w:t>4b</w:t>
            </w:r>
          </w:p>
        </w:tc>
        <w:tc>
          <w:tcPr>
            <w:tcW w:type="dxa" w:w="2160"/>
          </w:tcPr>
          <w:p>
            <w:r>
              <w:t>Settings and locations</w:t>
            </w:r>
          </w:p>
        </w:tc>
        <w:tc>
          <w:tcPr>
            <w:tcW w:type="dxa" w:w="2160"/>
          </w:tcPr>
          <w:p>
            <w:r>
              <w:t>Methods</w:t>
            </w:r>
          </w:p>
        </w:tc>
      </w:tr>
      <w:tr>
        <w:tc>
          <w:tcPr>
            <w:tcW w:type="dxa" w:w="2160"/>
          </w:tcPr>
          <w:p>
            <w:r>
              <w:t>Methods</w:t>
            </w:r>
          </w:p>
        </w:tc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Interventions</w:t>
            </w:r>
          </w:p>
        </w:tc>
        <w:tc>
          <w:tcPr>
            <w:tcW w:type="dxa" w:w="2160"/>
          </w:tcPr>
          <w:p>
            <w:r>
              <w:t>Methods</w:t>
            </w:r>
          </w:p>
        </w:tc>
      </w:tr>
      <w:tr>
        <w:tc>
          <w:tcPr>
            <w:tcW w:type="dxa" w:w="2160"/>
          </w:tcPr>
          <w:p>
            <w:r>
              <w:t>Methods</w:t>
            </w:r>
          </w:p>
        </w:tc>
        <w:tc>
          <w:tcPr>
            <w:tcW w:type="dxa" w:w="2160"/>
          </w:tcPr>
          <w:p>
            <w:r>
              <w:t>6a</w:t>
            </w:r>
          </w:p>
        </w:tc>
        <w:tc>
          <w:tcPr>
            <w:tcW w:type="dxa" w:w="2160"/>
          </w:tcPr>
          <w:p>
            <w:r>
              <w:t>Outcome measures</w:t>
            </w:r>
          </w:p>
        </w:tc>
        <w:tc>
          <w:tcPr>
            <w:tcW w:type="dxa" w:w="2160"/>
          </w:tcPr>
          <w:p>
            <w:r>
              <w:t>Methods</w:t>
            </w:r>
          </w:p>
        </w:tc>
      </w:tr>
      <w:tr>
        <w:tc>
          <w:tcPr>
            <w:tcW w:type="dxa" w:w="2160"/>
          </w:tcPr>
          <w:p>
            <w:r>
              <w:t>Methods</w:t>
            </w:r>
          </w:p>
        </w:tc>
        <w:tc>
          <w:tcPr>
            <w:tcW w:type="dxa" w:w="2160"/>
          </w:tcPr>
          <w:p>
            <w:r>
              <w:t>7a</w:t>
            </w:r>
          </w:p>
        </w:tc>
        <w:tc>
          <w:tcPr>
            <w:tcW w:type="dxa" w:w="2160"/>
          </w:tcPr>
          <w:p>
            <w:r>
              <w:t>Sample size</w:t>
            </w:r>
          </w:p>
        </w:tc>
        <w:tc>
          <w:tcPr>
            <w:tcW w:type="dxa" w:w="2160"/>
          </w:tcPr>
          <w:p>
            <w:r>
              <w:t>Methods</w:t>
            </w:r>
          </w:p>
        </w:tc>
      </w:tr>
      <w:tr>
        <w:tc>
          <w:tcPr>
            <w:tcW w:type="dxa" w:w="2160"/>
          </w:tcPr>
          <w:p>
            <w:r>
              <w:t>Methods</w:t>
            </w:r>
          </w:p>
        </w:tc>
        <w:tc>
          <w:tcPr>
            <w:tcW w:type="dxa" w:w="2160"/>
          </w:tcPr>
          <w:p>
            <w:r>
              <w:t>8a</w:t>
            </w:r>
          </w:p>
        </w:tc>
        <w:tc>
          <w:tcPr>
            <w:tcW w:type="dxa" w:w="2160"/>
          </w:tcPr>
          <w:p>
            <w:r>
              <w:t>Randomization sequence</w:t>
            </w:r>
          </w:p>
        </w:tc>
        <w:tc>
          <w:tcPr>
            <w:tcW w:type="dxa" w:w="2160"/>
          </w:tcPr>
          <w:p>
            <w:r>
              <w:t>Methods</w:t>
            </w:r>
          </w:p>
        </w:tc>
      </w:tr>
      <w:tr>
        <w:tc>
          <w:tcPr>
            <w:tcW w:type="dxa" w:w="2160"/>
          </w:tcPr>
          <w:p>
            <w:r>
              <w:t>Methods</w:t>
            </w:r>
          </w:p>
        </w:tc>
        <w:tc>
          <w:tcPr>
            <w:tcW w:type="dxa" w:w="2160"/>
          </w:tcPr>
          <w:p>
            <w:r>
              <w:t>9</w:t>
            </w:r>
          </w:p>
        </w:tc>
        <w:tc>
          <w:tcPr>
            <w:tcW w:type="dxa" w:w="2160"/>
          </w:tcPr>
          <w:p>
            <w:r>
              <w:t>Allocation concealment</w:t>
            </w:r>
          </w:p>
        </w:tc>
        <w:tc>
          <w:tcPr>
            <w:tcW w:type="dxa" w:w="2160"/>
          </w:tcPr>
          <w:p>
            <w:r>
              <w:t>Methods</w:t>
            </w:r>
          </w:p>
        </w:tc>
      </w:tr>
      <w:tr>
        <w:tc>
          <w:tcPr>
            <w:tcW w:type="dxa" w:w="2160"/>
          </w:tcPr>
          <w:p>
            <w:r>
              <w:t>Methods</w:t>
            </w:r>
          </w:p>
        </w:tc>
        <w:tc>
          <w:tcPr>
            <w:tcW w:type="dxa" w:w="2160"/>
          </w:tcPr>
          <w:p>
            <w:r>
              <w:t>11a</w:t>
            </w:r>
          </w:p>
        </w:tc>
        <w:tc>
          <w:tcPr>
            <w:tcW w:type="dxa" w:w="2160"/>
          </w:tcPr>
          <w:p>
            <w:r>
              <w:t>Blinding</w:t>
            </w:r>
          </w:p>
        </w:tc>
        <w:tc>
          <w:tcPr>
            <w:tcW w:type="dxa" w:w="2160"/>
          </w:tcPr>
          <w:p>
            <w:r>
              <w:t>Methods</w:t>
            </w:r>
          </w:p>
        </w:tc>
      </w:tr>
      <w:tr>
        <w:tc>
          <w:tcPr>
            <w:tcW w:type="dxa" w:w="2160"/>
          </w:tcPr>
          <w:p>
            <w:r>
              <w:t>Results</w:t>
            </w:r>
          </w:p>
        </w:tc>
        <w:tc>
          <w:tcPr>
            <w:tcW w:type="dxa" w:w="2160"/>
          </w:tcPr>
          <w:p>
            <w:r>
              <w:t>13a</w:t>
            </w:r>
          </w:p>
        </w:tc>
        <w:tc>
          <w:tcPr>
            <w:tcW w:type="dxa" w:w="2160"/>
          </w:tcPr>
          <w:p>
            <w:r>
              <w:t>Participant flow</w:t>
            </w:r>
          </w:p>
        </w:tc>
        <w:tc>
          <w:tcPr>
            <w:tcW w:type="dxa" w:w="2160"/>
          </w:tcPr>
          <w:p>
            <w:r>
              <w:t>Results/Figure 1</w:t>
            </w:r>
          </w:p>
        </w:tc>
      </w:tr>
      <w:tr>
        <w:tc>
          <w:tcPr>
            <w:tcW w:type="dxa" w:w="2160"/>
          </w:tcPr>
          <w:p>
            <w:r>
              <w:t>Results</w:t>
            </w:r>
          </w:p>
        </w:tc>
        <w:tc>
          <w:tcPr>
            <w:tcW w:type="dxa" w:w="2160"/>
          </w:tcPr>
          <w:p>
            <w:r>
              <w:t>15</w:t>
            </w:r>
          </w:p>
        </w:tc>
        <w:tc>
          <w:tcPr>
            <w:tcW w:type="dxa" w:w="2160"/>
          </w:tcPr>
          <w:p>
            <w:r>
              <w:t>Baseline data</w:t>
            </w:r>
          </w:p>
        </w:tc>
        <w:tc>
          <w:tcPr>
            <w:tcW w:type="dxa" w:w="2160"/>
          </w:tcPr>
          <w:p>
            <w:r>
              <w:t>Results</w:t>
            </w:r>
          </w:p>
        </w:tc>
      </w:tr>
      <w:tr>
        <w:tc>
          <w:tcPr>
            <w:tcW w:type="dxa" w:w="2160"/>
          </w:tcPr>
          <w:p>
            <w:r>
              <w:t>Results</w:t>
            </w:r>
          </w:p>
        </w:tc>
        <w:tc>
          <w:tcPr>
            <w:tcW w:type="dxa" w:w="2160"/>
          </w:tcPr>
          <w:p>
            <w:r>
              <w:t>17</w:t>
            </w:r>
          </w:p>
        </w:tc>
        <w:tc>
          <w:tcPr>
            <w:tcW w:type="dxa" w:w="2160"/>
          </w:tcPr>
          <w:p>
            <w:r>
              <w:t>Outcomes and estimation</w:t>
            </w:r>
          </w:p>
        </w:tc>
        <w:tc>
          <w:tcPr>
            <w:tcW w:type="dxa" w:w="2160"/>
          </w:tcPr>
          <w:p>
            <w:r>
              <w:t>Results</w:t>
            </w:r>
          </w:p>
        </w:tc>
      </w:tr>
      <w:tr>
        <w:tc>
          <w:tcPr>
            <w:tcW w:type="dxa" w:w="2160"/>
          </w:tcPr>
          <w:p>
            <w:r>
              <w:t>Discussion</w:t>
            </w:r>
          </w:p>
        </w:tc>
        <w:tc>
          <w:tcPr>
            <w:tcW w:type="dxa" w:w="2160"/>
          </w:tcPr>
          <w:p>
            <w:r>
              <w:t>20</w:t>
            </w:r>
          </w:p>
        </w:tc>
        <w:tc>
          <w:tcPr>
            <w:tcW w:type="dxa" w:w="2160"/>
          </w:tcPr>
          <w:p>
            <w:r>
              <w:t>Limitations</w:t>
            </w:r>
          </w:p>
        </w:tc>
        <w:tc>
          <w:tcPr>
            <w:tcW w:type="dxa" w:w="2160"/>
          </w:tcPr>
          <w:p>
            <w:r>
              <w:t>Discussion</w:t>
            </w:r>
          </w:p>
        </w:tc>
      </w:tr>
      <w:tr>
        <w:tc>
          <w:tcPr>
            <w:tcW w:type="dxa" w:w="2160"/>
          </w:tcPr>
          <w:p>
            <w:r>
              <w:t>Other</w:t>
            </w:r>
          </w:p>
        </w:tc>
        <w:tc>
          <w:tcPr>
            <w:tcW w:type="dxa" w:w="2160"/>
          </w:tcPr>
          <w:p>
            <w:r>
              <w:t>23</w:t>
            </w:r>
          </w:p>
        </w:tc>
        <w:tc>
          <w:tcPr>
            <w:tcW w:type="dxa" w:w="2160"/>
          </w:tcPr>
          <w:p>
            <w:r>
              <w:t>Registration</w:t>
            </w:r>
          </w:p>
        </w:tc>
        <w:tc>
          <w:tcPr>
            <w:tcW w:type="dxa" w:w="2160"/>
          </w:tcPr>
          <w:p>
            <w:r>
              <w:t>Methods</w:t>
            </w:r>
          </w:p>
        </w:tc>
      </w:tr>
      <w:tr>
        <w:tc>
          <w:tcPr>
            <w:tcW w:type="dxa" w:w="2160"/>
          </w:tcPr>
          <w:p>
            <w:r>
              <w:t>Other</w:t>
            </w:r>
          </w:p>
        </w:tc>
        <w:tc>
          <w:tcPr>
            <w:tcW w:type="dxa" w:w="2160"/>
          </w:tcPr>
          <w:p>
            <w:r>
              <w:t>24</w:t>
            </w:r>
          </w:p>
        </w:tc>
        <w:tc>
          <w:tcPr>
            <w:tcW w:type="dxa" w:w="2160"/>
          </w:tcPr>
          <w:p>
            <w:r>
              <w:t>Protocol</w:t>
            </w:r>
          </w:p>
        </w:tc>
        <w:tc>
          <w:tcPr>
            <w:tcW w:type="dxa" w:w="2160"/>
          </w:tcPr>
          <w:p>
            <w:r>
              <w:t>Methods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