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FF8A0" w14:textId="66A5D5CD" w:rsidR="00545A18" w:rsidRPr="0024705C" w:rsidRDefault="00532726" w:rsidP="0024705C">
      <w:pPr>
        <w:pStyle w:val="Heading1"/>
        <w:spacing w:before="0" w:line="48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4705C">
        <w:rPr>
          <w:rFonts w:ascii="Times New Roman" w:hAnsi="Times New Roman" w:cs="Times New Roman"/>
          <w:color w:val="auto"/>
          <w:sz w:val="24"/>
          <w:szCs w:val="24"/>
        </w:rPr>
        <w:t>In-depth Interview Guide</w:t>
      </w:r>
    </w:p>
    <w:p w14:paraId="75C30F7D" w14:textId="77777777" w:rsidR="00D37798" w:rsidRPr="0024705C" w:rsidRDefault="00D37798" w:rsidP="0024705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94B8411" w14:textId="224B5FBB" w:rsidR="00545A18" w:rsidRPr="00BF3E58" w:rsidRDefault="0024705C" w:rsidP="0024705C">
      <w:pPr>
        <w:spacing w:after="0" w:line="480" w:lineRule="auto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 w:rsidRPr="00BF3E58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Topic: </w:t>
      </w:r>
      <w:r w:rsidRPr="00BF3E58">
        <w:rPr>
          <w:rFonts w:ascii="Times New Roman" w:hAnsi="Times New Roman" w:cs="Times New Roman"/>
          <w:sz w:val="24"/>
          <w:szCs w:val="24"/>
          <w:lang w:bidi="th-TH"/>
        </w:rPr>
        <w:t>Community Engagement in Clinical Field Vaccine Trials, Nakhon Phanom Province</w:t>
      </w:r>
    </w:p>
    <w:p w14:paraId="7E984592" w14:textId="173AC0F7" w:rsidR="0024705C" w:rsidRPr="00BF3E58" w:rsidRDefault="0024705C" w:rsidP="0024705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3E58">
        <w:rPr>
          <w:rFonts w:ascii="Times New Roman" w:hAnsi="Times New Roman" w:cs="Times New Roman"/>
          <w:b/>
          <w:bCs/>
          <w:sz w:val="24"/>
          <w:szCs w:val="24"/>
        </w:rPr>
        <w:t xml:space="preserve">Conceptual framework: </w:t>
      </w:r>
      <w:r w:rsidRPr="00BF3E58">
        <w:rPr>
          <w:rFonts w:ascii="Times New Roman" w:hAnsi="Times New Roman" w:cs="Times New Roman"/>
          <w:sz w:val="24"/>
          <w:szCs w:val="24"/>
        </w:rPr>
        <w:t>Health Belief Model (HBM) and Health Literacy</w:t>
      </w:r>
    </w:p>
    <w:p w14:paraId="71166029" w14:textId="04FFD2E5" w:rsidR="00545A18" w:rsidRPr="00BF3E58" w:rsidRDefault="0024705C" w:rsidP="0024705C">
      <w:pPr>
        <w:pStyle w:val="Heading2"/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F3E58">
        <w:rPr>
          <w:rFonts w:ascii="Times New Roman" w:hAnsi="Times New Roman" w:cs="Times New Roman"/>
          <w:color w:val="auto"/>
          <w:sz w:val="24"/>
          <w:szCs w:val="24"/>
          <w:lang w:bidi="th-TH"/>
        </w:rPr>
        <w:t>Part 1: General Participant Information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9450"/>
      </w:tblGrid>
      <w:tr w:rsidR="0011282D" w:rsidRPr="0024705C" w14:paraId="3021AA9D" w14:textId="77777777" w:rsidTr="0011282D">
        <w:tc>
          <w:tcPr>
            <w:tcW w:w="9450" w:type="dxa"/>
          </w:tcPr>
          <w:p w14:paraId="0273E987" w14:textId="6BE65742" w:rsidR="0011282D" w:rsidRPr="0024705C" w:rsidRDefault="0011282D" w:rsidP="0024705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</w:pPr>
            <w:r w:rsidRPr="0024705C">
              <w:rPr>
                <w:rFonts w:ascii="Times New Roman" w:hAnsi="Times New Roman" w:cs="Times New Roman"/>
                <w:sz w:val="24"/>
                <w:szCs w:val="24"/>
              </w:rPr>
              <w:t>Participant code:</w:t>
            </w:r>
            <w:r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>.................................................</w:t>
            </w:r>
          </w:p>
        </w:tc>
      </w:tr>
      <w:tr w:rsidR="0011282D" w:rsidRPr="0024705C" w14:paraId="5892AF61" w14:textId="77777777" w:rsidTr="0011282D">
        <w:tc>
          <w:tcPr>
            <w:tcW w:w="9450" w:type="dxa"/>
          </w:tcPr>
          <w:p w14:paraId="169B135E" w14:textId="29C1AA5F" w:rsidR="0011282D" w:rsidRPr="0024705C" w:rsidRDefault="0011282D" w:rsidP="0024705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</w:pPr>
            <w:r w:rsidRPr="0024705C">
              <w:rPr>
                <w:rFonts w:ascii="Times New Roman" w:hAnsi="Times New Roman" w:cs="Times New Roman"/>
                <w:sz w:val="24"/>
                <w:szCs w:val="24"/>
              </w:rPr>
              <w:t>Sex:</w:t>
            </w:r>
            <w:r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>.......................</w:t>
            </w:r>
          </w:p>
        </w:tc>
      </w:tr>
      <w:tr w:rsidR="0011282D" w:rsidRPr="0024705C" w14:paraId="4227A4BF" w14:textId="77777777" w:rsidTr="0011282D">
        <w:tc>
          <w:tcPr>
            <w:tcW w:w="9450" w:type="dxa"/>
          </w:tcPr>
          <w:p w14:paraId="0E5F1001" w14:textId="4383BC63" w:rsidR="0011282D" w:rsidRPr="0024705C" w:rsidRDefault="0011282D" w:rsidP="0024705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</w:pPr>
            <w:r w:rsidRPr="0024705C">
              <w:rPr>
                <w:rFonts w:ascii="Times New Roman" w:hAnsi="Times New Roman" w:cs="Times New Roman"/>
                <w:sz w:val="24"/>
                <w:szCs w:val="24"/>
              </w:rPr>
              <w:t>Age:</w:t>
            </w:r>
            <w:r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>...........................</w:t>
            </w:r>
          </w:p>
        </w:tc>
      </w:tr>
      <w:tr w:rsidR="0011282D" w:rsidRPr="0024705C" w14:paraId="06114D0B" w14:textId="77777777" w:rsidTr="0011282D">
        <w:tc>
          <w:tcPr>
            <w:tcW w:w="9450" w:type="dxa"/>
          </w:tcPr>
          <w:p w14:paraId="05E8103A" w14:textId="106CD00C" w:rsidR="0011282D" w:rsidRPr="0024705C" w:rsidRDefault="0011282D" w:rsidP="0024705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</w:pPr>
            <w:r w:rsidRPr="0024705C">
              <w:rPr>
                <w:rFonts w:ascii="Times New Roman" w:hAnsi="Times New Roman" w:cs="Times New Roman"/>
                <w:sz w:val="24"/>
                <w:szCs w:val="24"/>
              </w:rPr>
              <w:t>Occupation:</w:t>
            </w:r>
            <w:r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>....................................</w:t>
            </w:r>
          </w:p>
        </w:tc>
      </w:tr>
      <w:tr w:rsidR="0011282D" w:rsidRPr="0024705C" w14:paraId="464D3FF5" w14:textId="77777777" w:rsidTr="0011282D">
        <w:tc>
          <w:tcPr>
            <w:tcW w:w="9450" w:type="dxa"/>
          </w:tcPr>
          <w:p w14:paraId="60C555D8" w14:textId="75BF6711" w:rsidR="0011282D" w:rsidRPr="0024705C" w:rsidRDefault="0011282D" w:rsidP="0024705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</w:pPr>
            <w:r w:rsidRPr="0024705C">
              <w:rPr>
                <w:rFonts w:ascii="Times New Roman" w:hAnsi="Times New Roman" w:cs="Times New Roman"/>
                <w:sz w:val="24"/>
                <w:szCs w:val="24"/>
              </w:rPr>
              <w:t>Position / Role in community:</w:t>
            </w:r>
            <w:r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>.................................</w:t>
            </w:r>
          </w:p>
        </w:tc>
      </w:tr>
      <w:tr w:rsidR="0011282D" w:rsidRPr="0024705C" w14:paraId="5DD1EDD0" w14:textId="77777777" w:rsidTr="0011282D">
        <w:tc>
          <w:tcPr>
            <w:tcW w:w="9450" w:type="dxa"/>
          </w:tcPr>
          <w:p w14:paraId="1C9B7917" w14:textId="0EC0F35B" w:rsidR="0011282D" w:rsidRPr="0024705C" w:rsidRDefault="0011282D" w:rsidP="0024705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</w:pPr>
            <w:r w:rsidRPr="0024705C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Length of residence in the area:</w:t>
            </w:r>
            <w:r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>............................</w:t>
            </w:r>
          </w:p>
        </w:tc>
      </w:tr>
      <w:tr w:rsidR="0011282D" w:rsidRPr="0024705C" w14:paraId="631F1F6C" w14:textId="77777777" w:rsidTr="0011282D">
        <w:tc>
          <w:tcPr>
            <w:tcW w:w="9450" w:type="dxa"/>
          </w:tcPr>
          <w:p w14:paraId="541B3B1A" w14:textId="77777777" w:rsidR="0011282D" w:rsidRPr="0024705C" w:rsidRDefault="0011282D" w:rsidP="0024705C">
            <w:pPr>
              <w:spacing w:after="0" w:line="480" w:lineRule="auto"/>
              <w:ind w:right="-722"/>
              <w:rPr>
                <w:rFonts w:ascii="Times New Roman" w:hAnsi="Times New Roman" w:cs="Times New Roman"/>
                <w:sz w:val="24"/>
                <w:szCs w:val="24"/>
                <w:lang w:bidi="th-TH"/>
              </w:rPr>
            </w:pPr>
            <w:r w:rsidRPr="0024705C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Previous involvement in clinical vaccine trials:</w:t>
            </w:r>
          </w:p>
          <w:p w14:paraId="599D2D03" w14:textId="09FCC71E" w:rsidR="0011282D" w:rsidRPr="0024705C" w:rsidRDefault="0011282D" w:rsidP="0011282D">
            <w:pPr>
              <w:spacing w:after="0" w:line="480" w:lineRule="auto"/>
              <w:ind w:right="-19"/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</w:pPr>
            <w:r w:rsidRPr="0024705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0" locked="0" layoutInCell="1" allowOverlap="1" wp14:anchorId="15F3451F" wp14:editId="425664CC">
                  <wp:simplePos x="0" y="0"/>
                  <wp:positionH relativeFrom="column">
                    <wp:posOffset>562008</wp:posOffset>
                  </wp:positionH>
                  <wp:positionV relativeFrom="paragraph">
                    <wp:posOffset>36830</wp:posOffset>
                  </wp:positionV>
                  <wp:extent cx="176530" cy="158750"/>
                  <wp:effectExtent l="0" t="0" r="1270" b="6350"/>
                  <wp:wrapNone/>
                  <wp:docPr id="37560340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4705C">
              <w:rPr>
                <w:rFonts w:ascii="Times New Roman" w:hAnsi="Times New Roman" w:cs="Times New Roman"/>
                <w:noProof/>
                <w:sz w:val="24"/>
                <w:szCs w:val="24"/>
                <w:lang w:val="th-TH" w:bidi="th-TH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5039560" wp14:editId="5FE5F87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41666</wp:posOffset>
                      </wp:positionV>
                      <wp:extent cx="153866" cy="128661"/>
                      <wp:effectExtent l="0" t="0" r="17780" b="24130"/>
                      <wp:wrapNone/>
                      <wp:docPr id="1435449258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866" cy="12866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C85BC" id="สี่เหลี่ยมผืนผ้า 1" o:spid="_x0000_s1026" style="position:absolute;margin-left:.8pt;margin-top:3.3pt;width:12.1pt;height:10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" fillcolor="white [3201]" strokecolor="black [3200]" strokeweight="2pt"/>
                  </w:pict>
                </mc:Fallback>
              </mc:AlternateContent>
            </w:r>
            <w:r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No</w:t>
            </w:r>
            <w:r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 xml:space="preserve">Yes, </w:t>
            </w:r>
            <w:r w:rsidRPr="0011282D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please specify trial(s) and position / role:</w:t>
            </w:r>
            <w:r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>.............................................</w:t>
            </w:r>
            <w:r w:rsidR="00BE2E6D" w:rsidRPr="0024705C">
              <w:rPr>
                <w:rFonts w:ascii="Times New Roman" w:hAnsi="Times New Roman" w:cs="Times New Roman"/>
                <w:sz w:val="24"/>
                <w:szCs w:val="24"/>
                <w:cs/>
                <w:lang w:bidi="th-TH"/>
              </w:rPr>
              <w:t>.............</w:t>
            </w:r>
          </w:p>
        </w:tc>
      </w:tr>
      <w:tr w:rsidR="0011282D" w:rsidRPr="0024705C" w14:paraId="2D0BB51E" w14:textId="77777777" w:rsidTr="0011282D">
        <w:tc>
          <w:tcPr>
            <w:tcW w:w="9450" w:type="dxa"/>
          </w:tcPr>
          <w:p w14:paraId="3C056327" w14:textId="2D622088" w:rsidR="0011282D" w:rsidRPr="0024705C" w:rsidRDefault="0011282D" w:rsidP="0024705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98C7E2" w14:textId="77777777" w:rsidR="00C05EB2" w:rsidRPr="00BF3E58" w:rsidRDefault="00C05EB2" w:rsidP="0024705C">
      <w:pPr>
        <w:pStyle w:val="Heading3"/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  <w:lang w:bidi="th-TH"/>
        </w:rPr>
      </w:pPr>
      <w:r w:rsidRPr="00BF3E58">
        <w:rPr>
          <w:rFonts w:ascii="Times New Roman" w:hAnsi="Times New Roman" w:cs="Times New Roman"/>
          <w:color w:val="auto"/>
          <w:sz w:val="24"/>
          <w:szCs w:val="24"/>
          <w:lang w:bidi="th-TH"/>
        </w:rPr>
        <w:t>Part 2: In-depth Interview Question Guide</w:t>
      </w:r>
    </w:p>
    <w:p w14:paraId="727E4E04" w14:textId="436B532F" w:rsidR="00292B54" w:rsidRPr="00BF3E58" w:rsidRDefault="006F1AF6" w:rsidP="0011282D">
      <w:pPr>
        <w:pStyle w:val="Heading3"/>
        <w:spacing w:before="0" w:line="480" w:lineRule="auto"/>
        <w:ind w:right="-900"/>
        <w:rPr>
          <w:rFonts w:ascii="Times New Roman" w:hAnsi="Times New Roman" w:cs="Times New Roman"/>
          <w:color w:val="auto"/>
          <w:sz w:val="24"/>
          <w:szCs w:val="24"/>
          <w:lang w:bidi="th-TH"/>
        </w:rPr>
      </w:pPr>
      <w:r w:rsidRPr="00BF3E58">
        <w:rPr>
          <w:rFonts w:ascii="Times New Roman" w:hAnsi="Times New Roman" w:cs="Times New Roman"/>
          <w:color w:val="auto"/>
          <w:sz w:val="24"/>
          <w:szCs w:val="24"/>
          <w:lang w:bidi="th-TH"/>
        </w:rPr>
        <w:t xml:space="preserve">Domain 1: </w:t>
      </w:r>
      <w:r w:rsidRPr="00BF3E5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th-TH"/>
        </w:rPr>
        <w:t>Perceived susceptibility and severity of health risk (Perceived Susceptibility &amp; Severity — HBM)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3239"/>
        <w:gridCol w:w="3241"/>
        <w:gridCol w:w="2970"/>
      </w:tblGrid>
      <w:tr w:rsidR="0011282D" w:rsidRPr="0024705C" w14:paraId="42A92E45" w14:textId="77777777" w:rsidTr="0011282D">
        <w:tc>
          <w:tcPr>
            <w:tcW w:w="3239" w:type="dxa"/>
          </w:tcPr>
          <w:p w14:paraId="7513D5C6" w14:textId="3D918610" w:rsidR="0011282D" w:rsidRPr="00BF3E5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E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 question</w:t>
            </w:r>
          </w:p>
        </w:tc>
        <w:tc>
          <w:tcPr>
            <w:tcW w:w="3241" w:type="dxa"/>
          </w:tcPr>
          <w:p w14:paraId="14FD15AD" w14:textId="763F5A0F" w:rsidR="0011282D" w:rsidRPr="00BF3E5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E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Probing / follow-up questions</w:t>
            </w:r>
          </w:p>
        </w:tc>
        <w:tc>
          <w:tcPr>
            <w:tcW w:w="2970" w:type="dxa"/>
          </w:tcPr>
          <w:p w14:paraId="4C35545B" w14:textId="7439BC6F" w:rsidR="0011282D" w:rsidRPr="00BF3E5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E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Rationale</w:t>
            </w:r>
          </w:p>
        </w:tc>
      </w:tr>
      <w:tr w:rsidR="0011282D" w:rsidRPr="0024705C" w14:paraId="65CE0271" w14:textId="77777777" w:rsidTr="0011282D">
        <w:tc>
          <w:tcPr>
            <w:tcW w:w="3239" w:type="dxa"/>
          </w:tcPr>
          <w:p w14:paraId="6F60EDB9" w14:textId="042185BE" w:rsidR="0011282D" w:rsidRPr="00C42117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17">
              <w:rPr>
                <w:rFonts w:ascii="Times New Roman" w:hAnsi="Times New Roman" w:cs="Times New Roman"/>
                <w:sz w:val="24"/>
                <w:szCs w:val="24"/>
              </w:rPr>
              <w:t>How significant do you consider the disease targeted by the vaccine to be as a health problem in your community?</w:t>
            </w:r>
          </w:p>
        </w:tc>
        <w:tc>
          <w:tcPr>
            <w:tcW w:w="3241" w:type="dxa"/>
          </w:tcPr>
          <w:p w14:paraId="748CB82E" w14:textId="3186B8B9" w:rsidR="0011282D" w:rsidRPr="00C42117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17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Have you had any personal experience with this disease? / How much risk do you think the community faces?</w:t>
            </w:r>
          </w:p>
        </w:tc>
        <w:tc>
          <w:tcPr>
            <w:tcW w:w="2970" w:type="dxa"/>
          </w:tcPr>
          <w:p w14:paraId="5582C528" w14:textId="6AC3EAC3" w:rsidR="0011282D" w:rsidRPr="00C42117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117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 xml:space="preserve">To explore perceived severity and likelihood of disease occurrence in the community, which influences motivation to </w:t>
            </w:r>
            <w:r w:rsidRPr="00C42117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lastRenderedPageBreak/>
              <w:t xml:space="preserve">participate in the vaccine </w:t>
            </w:r>
            <w:proofErr w:type="spellStart"/>
            <w:r w:rsidRPr="00C42117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programme</w:t>
            </w:r>
            <w:proofErr w:type="spellEnd"/>
          </w:p>
        </w:tc>
      </w:tr>
      <w:tr w:rsidR="0011282D" w:rsidRPr="0024705C" w14:paraId="60C6F04C" w14:textId="77777777" w:rsidTr="0011282D">
        <w:tc>
          <w:tcPr>
            <w:tcW w:w="3239" w:type="dxa"/>
          </w:tcPr>
          <w:p w14:paraId="2B409C5E" w14:textId="0F952207" w:rsidR="0011282D" w:rsidRPr="00B47820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820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lastRenderedPageBreak/>
              <w:t>What do you know or understand about clinical vaccine trials?</w:t>
            </w:r>
          </w:p>
        </w:tc>
        <w:tc>
          <w:tcPr>
            <w:tcW w:w="3241" w:type="dxa"/>
          </w:tcPr>
          <w:p w14:paraId="68BB8A87" w14:textId="57745402" w:rsidR="0011282D" w:rsidRPr="00B47820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820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Do you perceive it as an experiment or as treatment? / Do you understand the procedures, benefits, or risks involved?</w:t>
            </w:r>
          </w:p>
        </w:tc>
        <w:tc>
          <w:tcPr>
            <w:tcW w:w="2970" w:type="dxa"/>
          </w:tcPr>
          <w:p w14:paraId="7DBE48B6" w14:textId="0ED7F33A" w:rsidR="0011282D" w:rsidRPr="00B47820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820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To assess baseline knowledge and initial understanding of clinical vaccine trials</w:t>
            </w:r>
          </w:p>
        </w:tc>
      </w:tr>
    </w:tbl>
    <w:p w14:paraId="4AFD6E46" w14:textId="11D9BA44" w:rsidR="00545A18" w:rsidRPr="006F1AF6" w:rsidRDefault="006F1AF6" w:rsidP="0024705C">
      <w:pPr>
        <w:pStyle w:val="Heading3"/>
        <w:spacing w:before="0" w:line="48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F3E58">
        <w:rPr>
          <w:rFonts w:ascii="Times New Roman" w:hAnsi="Times New Roman" w:cs="Times New Roman"/>
          <w:color w:val="auto"/>
          <w:sz w:val="24"/>
          <w:szCs w:val="24"/>
          <w:lang w:bidi="th-TH"/>
        </w:rPr>
        <w:t>Domain 2:</w:t>
      </w:r>
      <w:r w:rsidRPr="006F1AF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th-TH"/>
        </w:rPr>
        <w:t xml:space="preserve"> Perceived benefits and barriers to participation (Perceived Benefits &amp; Barriers — HBM)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3240"/>
        <w:gridCol w:w="3240"/>
        <w:gridCol w:w="2970"/>
      </w:tblGrid>
      <w:tr w:rsidR="0011282D" w:rsidRPr="0024705C" w14:paraId="19EC7C50" w14:textId="77777777" w:rsidTr="0011282D">
        <w:tc>
          <w:tcPr>
            <w:tcW w:w="3240" w:type="dxa"/>
          </w:tcPr>
          <w:p w14:paraId="777C4506" w14:textId="7DFAA376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 question</w:t>
            </w:r>
          </w:p>
        </w:tc>
        <w:tc>
          <w:tcPr>
            <w:tcW w:w="3240" w:type="dxa"/>
          </w:tcPr>
          <w:p w14:paraId="7570EFF6" w14:textId="11E8EDF7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Probing / follow-up questions</w:t>
            </w:r>
          </w:p>
        </w:tc>
        <w:tc>
          <w:tcPr>
            <w:tcW w:w="2970" w:type="dxa"/>
          </w:tcPr>
          <w:p w14:paraId="08B2A915" w14:textId="38122873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Rationale</w:t>
            </w:r>
          </w:p>
        </w:tc>
      </w:tr>
      <w:tr w:rsidR="0011282D" w:rsidRPr="0024705C" w14:paraId="090AEB61" w14:textId="77777777" w:rsidTr="0011282D">
        <w:tc>
          <w:tcPr>
            <w:tcW w:w="3240" w:type="dxa"/>
          </w:tcPr>
          <w:p w14:paraId="2069D411" w14:textId="4D6B9D3A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What do you see as the benefits of participating in a vaccine trial, for your community and for yourself personally?</w:t>
            </w:r>
          </w:p>
        </w:tc>
        <w:tc>
          <w:tcPr>
            <w:tcW w:w="3240" w:type="dxa"/>
          </w:tcPr>
          <w:p w14:paraId="16F96333" w14:textId="23D69DAD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Health benefits / knowledge / social benefits</w:t>
            </w:r>
          </w:p>
        </w:tc>
        <w:tc>
          <w:tcPr>
            <w:tcW w:w="2970" w:type="dxa"/>
          </w:tcPr>
          <w:p w14:paraId="785F58E4" w14:textId="05161549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To explore positive motivations for participation</w:t>
            </w:r>
          </w:p>
        </w:tc>
      </w:tr>
      <w:tr w:rsidR="0011282D" w:rsidRPr="0024705C" w14:paraId="1B97F6D2" w14:textId="77777777" w:rsidTr="0011282D">
        <w:tc>
          <w:tcPr>
            <w:tcW w:w="3240" w:type="dxa"/>
          </w:tcPr>
          <w:p w14:paraId="02F4A935" w14:textId="4CC4A1F7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What factors caused you to hesitate or feel uncertain about participating?</w:t>
            </w:r>
          </w:p>
        </w:tc>
        <w:tc>
          <w:tcPr>
            <w:tcW w:w="3240" w:type="dxa"/>
          </w:tcPr>
          <w:p w14:paraId="7F0BF5DF" w14:textId="44FBE416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Fear / distrust / misconceptions</w:t>
            </w:r>
          </w:p>
        </w:tc>
        <w:tc>
          <w:tcPr>
            <w:tcW w:w="2970" w:type="dxa"/>
          </w:tcPr>
          <w:p w14:paraId="08E45EE2" w14:textId="3F4AD3F8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To identify cognitive and emotional barriers that impede participation</w:t>
            </w:r>
          </w:p>
        </w:tc>
      </w:tr>
    </w:tbl>
    <w:p w14:paraId="2FE48904" w14:textId="3134AF1E" w:rsidR="00545A18" w:rsidRPr="008F7A98" w:rsidRDefault="008F7A98" w:rsidP="0024705C">
      <w:pPr>
        <w:pStyle w:val="Heading3"/>
        <w:spacing w:before="0" w:line="48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F3E58">
        <w:rPr>
          <w:rFonts w:ascii="Times New Roman" w:hAnsi="Times New Roman" w:cs="Times New Roman"/>
          <w:color w:val="auto"/>
          <w:sz w:val="24"/>
          <w:szCs w:val="24"/>
          <w:lang w:bidi="th-TH"/>
        </w:rPr>
        <w:t>Domain 3:</w:t>
      </w:r>
      <w:r w:rsidRPr="008F7A9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th-TH"/>
        </w:rPr>
        <w:t xml:space="preserve"> Cues to action (Cues to Action — HBM)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3240"/>
        <w:gridCol w:w="3240"/>
        <w:gridCol w:w="2970"/>
      </w:tblGrid>
      <w:tr w:rsidR="0011282D" w:rsidRPr="008F7A98" w14:paraId="0A9E1C3C" w14:textId="77777777" w:rsidTr="0011282D">
        <w:tc>
          <w:tcPr>
            <w:tcW w:w="3240" w:type="dxa"/>
          </w:tcPr>
          <w:p w14:paraId="6D69372A" w14:textId="16464171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 question</w:t>
            </w:r>
          </w:p>
        </w:tc>
        <w:tc>
          <w:tcPr>
            <w:tcW w:w="3240" w:type="dxa"/>
          </w:tcPr>
          <w:p w14:paraId="787648DB" w14:textId="363382EA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Probing / follow-up questions</w:t>
            </w:r>
          </w:p>
        </w:tc>
        <w:tc>
          <w:tcPr>
            <w:tcW w:w="2970" w:type="dxa"/>
          </w:tcPr>
          <w:p w14:paraId="6CD5EA79" w14:textId="2804F550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Rationale</w:t>
            </w:r>
          </w:p>
        </w:tc>
      </w:tr>
      <w:tr w:rsidR="0011282D" w:rsidRPr="008F7A98" w14:paraId="4D54780A" w14:textId="77777777" w:rsidTr="0011282D">
        <w:tc>
          <w:tcPr>
            <w:tcW w:w="3240" w:type="dxa"/>
          </w:tcPr>
          <w:p w14:paraId="6EADD4CE" w14:textId="652D4241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 xml:space="preserve">What factors or events prompted you to decide to </w:t>
            </w: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lastRenderedPageBreak/>
              <w:t>participate in or support the vaccine trial?</w:t>
            </w:r>
          </w:p>
        </w:tc>
        <w:tc>
          <w:tcPr>
            <w:tcW w:w="3240" w:type="dxa"/>
          </w:tcPr>
          <w:p w14:paraId="1DC9C6B8" w14:textId="5EAE34A8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lastRenderedPageBreak/>
              <w:t xml:space="preserve">Information from health authorities / encouragement </w:t>
            </w: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lastRenderedPageBreak/>
              <w:t>from community leaders / events within the community</w:t>
            </w:r>
          </w:p>
        </w:tc>
        <w:tc>
          <w:tcPr>
            <w:tcW w:w="2970" w:type="dxa"/>
          </w:tcPr>
          <w:p w14:paraId="60D93943" w14:textId="0EE8E33F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lastRenderedPageBreak/>
              <w:t xml:space="preserve">To understand the communication channels </w:t>
            </w: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lastRenderedPageBreak/>
              <w:t>and formats that influenced community decision-making</w:t>
            </w:r>
          </w:p>
        </w:tc>
      </w:tr>
    </w:tbl>
    <w:p w14:paraId="3C8DFE96" w14:textId="2BB1C914" w:rsidR="00545A18" w:rsidRPr="008F7A98" w:rsidRDefault="008F7A98" w:rsidP="0024705C">
      <w:pPr>
        <w:pStyle w:val="Heading3"/>
        <w:spacing w:before="0" w:line="48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F3E58">
        <w:rPr>
          <w:rFonts w:ascii="Times New Roman" w:hAnsi="Times New Roman" w:cs="Times New Roman"/>
          <w:color w:val="auto"/>
          <w:sz w:val="24"/>
          <w:szCs w:val="24"/>
          <w:lang w:bidi="th-TH"/>
        </w:rPr>
        <w:lastRenderedPageBreak/>
        <w:t>Domain 4:</w:t>
      </w:r>
      <w:r w:rsidRPr="008F7A98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th-TH"/>
        </w:rPr>
        <w:t xml:space="preserve"> Health literacy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3240"/>
        <w:gridCol w:w="3240"/>
        <w:gridCol w:w="2970"/>
      </w:tblGrid>
      <w:tr w:rsidR="0011282D" w:rsidRPr="0024705C" w14:paraId="013F1AA8" w14:textId="77777777" w:rsidTr="0011282D">
        <w:tc>
          <w:tcPr>
            <w:tcW w:w="3240" w:type="dxa"/>
          </w:tcPr>
          <w:p w14:paraId="2E6C8A00" w14:textId="4BA5D84D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 question</w:t>
            </w:r>
          </w:p>
        </w:tc>
        <w:tc>
          <w:tcPr>
            <w:tcW w:w="3240" w:type="dxa"/>
          </w:tcPr>
          <w:p w14:paraId="14F6DCBF" w14:textId="0F4EAD67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Probing / follow-up questions</w:t>
            </w:r>
          </w:p>
        </w:tc>
        <w:tc>
          <w:tcPr>
            <w:tcW w:w="2970" w:type="dxa"/>
          </w:tcPr>
          <w:p w14:paraId="5D7F4E72" w14:textId="4EB034D6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Rationale</w:t>
            </w:r>
          </w:p>
        </w:tc>
      </w:tr>
      <w:tr w:rsidR="0011282D" w:rsidRPr="0024705C" w14:paraId="76FF9311" w14:textId="77777777" w:rsidTr="0011282D">
        <w:tc>
          <w:tcPr>
            <w:tcW w:w="3240" w:type="dxa"/>
          </w:tcPr>
          <w:p w14:paraId="6CEE482A" w14:textId="25A69FC5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From what sources did you receive information about the vaccine trial?</w:t>
            </w:r>
          </w:p>
        </w:tc>
        <w:tc>
          <w:tcPr>
            <w:tcW w:w="3240" w:type="dxa"/>
          </w:tcPr>
          <w:p w14:paraId="0C5368C0" w14:textId="7AE22E46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Hospital / public health services / online media / perceived credibility of the information</w:t>
            </w:r>
          </w:p>
        </w:tc>
        <w:tc>
          <w:tcPr>
            <w:tcW w:w="2970" w:type="dxa"/>
          </w:tcPr>
          <w:p w14:paraId="76E64592" w14:textId="27D0B24A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 xml:space="preserve">To </w:t>
            </w:r>
            <w:proofErr w:type="spellStart"/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analyse</w:t>
            </w:r>
            <w:proofErr w:type="spellEnd"/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 xml:space="preserve"> the level of access to health information and the sources used</w:t>
            </w:r>
          </w:p>
        </w:tc>
      </w:tr>
      <w:tr w:rsidR="0011282D" w:rsidRPr="0024705C" w14:paraId="1B6EC25A" w14:textId="77777777" w:rsidTr="0011282D">
        <w:tc>
          <w:tcPr>
            <w:tcW w:w="3240" w:type="dxa"/>
          </w:tcPr>
          <w:p w14:paraId="45B9FD91" w14:textId="48670DD7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After receiving the information, were you able to understand it and explain it to others?</w:t>
            </w:r>
          </w:p>
        </w:tc>
        <w:tc>
          <w:tcPr>
            <w:tcW w:w="3240" w:type="dxa"/>
          </w:tcPr>
          <w:p w14:paraId="0B419066" w14:textId="51F7CB0C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Topics that were difficult to understand / information exchange within the community</w:t>
            </w:r>
          </w:p>
        </w:tc>
        <w:tc>
          <w:tcPr>
            <w:tcW w:w="2970" w:type="dxa"/>
          </w:tcPr>
          <w:p w14:paraId="6D4D6208" w14:textId="32E80730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To assess individual and community-level comprehension and knowledge transmission</w:t>
            </w:r>
          </w:p>
        </w:tc>
      </w:tr>
      <w:tr w:rsidR="0011282D" w:rsidRPr="0024705C" w14:paraId="2A5104B3" w14:textId="77777777" w:rsidTr="0011282D">
        <w:tc>
          <w:tcPr>
            <w:tcW w:w="3240" w:type="dxa"/>
          </w:tcPr>
          <w:p w14:paraId="0322C453" w14:textId="4141454A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Were you able to make the decision independently, or did you consult someone before deciding to participate?</w:t>
            </w:r>
          </w:p>
        </w:tc>
        <w:tc>
          <w:tcPr>
            <w:tcW w:w="3240" w:type="dxa"/>
          </w:tcPr>
          <w:p w14:paraId="67D25E85" w14:textId="4B26BAAD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Role of family / community leaders / health personnel</w:t>
            </w:r>
          </w:p>
        </w:tc>
        <w:tc>
          <w:tcPr>
            <w:tcW w:w="2970" w:type="dxa"/>
          </w:tcPr>
          <w:p w14:paraId="0C810145" w14:textId="149186BE" w:rsidR="0011282D" w:rsidRPr="008F7A98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 xml:space="preserve">To assess health information </w:t>
            </w:r>
            <w:proofErr w:type="spellStart"/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utilisation</w:t>
            </w:r>
            <w:proofErr w:type="spellEnd"/>
            <w:r w:rsidRPr="008F7A98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 xml:space="preserve"> skills and health-related decision-making</w:t>
            </w:r>
          </w:p>
        </w:tc>
      </w:tr>
    </w:tbl>
    <w:p w14:paraId="012E0286" w14:textId="24CBBA2A" w:rsidR="00545A18" w:rsidRPr="00292B54" w:rsidRDefault="008F7A98" w:rsidP="0024705C">
      <w:pPr>
        <w:pStyle w:val="Heading3"/>
        <w:spacing w:before="0" w:line="48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F3E58">
        <w:rPr>
          <w:rFonts w:ascii="Times New Roman" w:hAnsi="Times New Roman" w:cs="Times New Roman"/>
          <w:color w:val="auto"/>
          <w:sz w:val="24"/>
          <w:szCs w:val="24"/>
          <w:lang w:bidi="th-TH"/>
        </w:rPr>
        <w:t>Domain 5:</w:t>
      </w:r>
      <w:r w:rsidRPr="00292B54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bidi="th-TH"/>
        </w:rPr>
        <w:t xml:space="preserve"> Community participation experience (Community Participation)</w:t>
      </w: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3240"/>
        <w:gridCol w:w="3240"/>
        <w:gridCol w:w="2970"/>
      </w:tblGrid>
      <w:tr w:rsidR="0011282D" w:rsidRPr="00292B54" w14:paraId="6864DAB0" w14:textId="77777777" w:rsidTr="0011282D">
        <w:tc>
          <w:tcPr>
            <w:tcW w:w="3240" w:type="dxa"/>
          </w:tcPr>
          <w:p w14:paraId="5D238AB2" w14:textId="7BBB1FE2" w:rsidR="0011282D" w:rsidRPr="00292B54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 question</w:t>
            </w:r>
          </w:p>
        </w:tc>
        <w:tc>
          <w:tcPr>
            <w:tcW w:w="3240" w:type="dxa"/>
          </w:tcPr>
          <w:p w14:paraId="378CBB76" w14:textId="5A12DF6A" w:rsidR="0011282D" w:rsidRPr="00292B54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Probing / follow-up questions</w:t>
            </w:r>
          </w:p>
        </w:tc>
        <w:tc>
          <w:tcPr>
            <w:tcW w:w="2970" w:type="dxa"/>
          </w:tcPr>
          <w:p w14:paraId="2D007948" w14:textId="410BE953" w:rsidR="0011282D" w:rsidRPr="00292B54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Rationale</w:t>
            </w:r>
          </w:p>
        </w:tc>
      </w:tr>
      <w:tr w:rsidR="0011282D" w:rsidRPr="00292B54" w14:paraId="31DBF0CF" w14:textId="77777777" w:rsidTr="0011282D">
        <w:tc>
          <w:tcPr>
            <w:tcW w:w="3240" w:type="dxa"/>
          </w:tcPr>
          <w:p w14:paraId="00268E66" w14:textId="7F087976" w:rsidR="0011282D" w:rsidRPr="00292B54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54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In what ways has your community been involved in the vaccine trial process?</w:t>
            </w:r>
          </w:p>
        </w:tc>
        <w:tc>
          <w:tcPr>
            <w:tcW w:w="3240" w:type="dxa"/>
          </w:tcPr>
          <w:p w14:paraId="62318737" w14:textId="626FFF93" w:rsidR="0011282D" w:rsidRPr="00292B54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54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Providing information / recruiting volunteers / monitoring and follow-up</w:t>
            </w:r>
          </w:p>
        </w:tc>
        <w:tc>
          <w:tcPr>
            <w:tcW w:w="2970" w:type="dxa"/>
          </w:tcPr>
          <w:p w14:paraId="211D309C" w14:textId="6360D147" w:rsidR="0011282D" w:rsidRPr="00292B54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54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To explore the level and forms of community participation</w:t>
            </w:r>
          </w:p>
        </w:tc>
      </w:tr>
      <w:tr w:rsidR="0011282D" w:rsidRPr="00292B54" w14:paraId="63881582" w14:textId="77777777" w:rsidTr="0011282D">
        <w:tc>
          <w:tcPr>
            <w:tcW w:w="3240" w:type="dxa"/>
          </w:tcPr>
          <w:p w14:paraId="5DB20A17" w14:textId="1FE15EEC" w:rsidR="0011282D" w:rsidRPr="00292B54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54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lastRenderedPageBreak/>
              <w:t>What recommendations would you offer for developing and strengthening community participation in future vaccine trials?</w:t>
            </w:r>
          </w:p>
        </w:tc>
        <w:tc>
          <w:tcPr>
            <w:tcW w:w="3240" w:type="dxa"/>
          </w:tcPr>
          <w:p w14:paraId="123A0CD8" w14:textId="69DEB01D" w:rsidR="0011282D" w:rsidRPr="00292B54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54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Communication / building trust / information provision</w:t>
            </w:r>
          </w:p>
        </w:tc>
        <w:tc>
          <w:tcPr>
            <w:tcW w:w="2970" w:type="dxa"/>
          </w:tcPr>
          <w:p w14:paraId="580B70F1" w14:textId="13AC11BB" w:rsidR="0011282D" w:rsidRPr="00292B54" w:rsidRDefault="0011282D" w:rsidP="00BF3E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B54">
              <w:rPr>
                <w:rFonts w:ascii="Times New Roman" w:hAnsi="Times New Roman" w:cs="Times New Roman"/>
                <w:sz w:val="24"/>
                <w:szCs w:val="24"/>
                <w:lang w:bidi="th-TH"/>
              </w:rPr>
              <w:t>To gather policy-relevant recommendations and future development directions</w:t>
            </w:r>
          </w:p>
        </w:tc>
      </w:tr>
    </w:tbl>
    <w:p w14:paraId="06654100" w14:textId="77777777" w:rsidR="00292B54" w:rsidRPr="00292B54" w:rsidRDefault="00292B54" w:rsidP="00292B54">
      <w:pPr>
        <w:spacing w:after="0" w:line="480" w:lineRule="auto"/>
        <w:rPr>
          <w:rFonts w:ascii="Times New Roman" w:eastAsiaTheme="majorEastAsia" w:hAnsi="Times New Roman" w:cs="Times New Roman"/>
          <w:b/>
          <w:bCs/>
          <w:sz w:val="24"/>
          <w:szCs w:val="24"/>
          <w:lang w:bidi="th-TH"/>
        </w:rPr>
      </w:pPr>
      <w:r w:rsidRPr="00292B54">
        <w:rPr>
          <w:rFonts w:ascii="Times New Roman" w:eastAsiaTheme="majorEastAsia" w:hAnsi="Times New Roman" w:cs="Times New Roman"/>
          <w:b/>
          <w:bCs/>
          <w:sz w:val="24"/>
          <w:szCs w:val="24"/>
          <w:lang w:bidi="th-TH"/>
        </w:rPr>
        <w:t>Part 3: Additional comments summary</w:t>
      </w:r>
    </w:p>
    <w:p w14:paraId="757B4190" w14:textId="77777777" w:rsidR="00292B54" w:rsidRPr="00292B54" w:rsidRDefault="00292B54" w:rsidP="00292B54">
      <w:pPr>
        <w:spacing w:after="0" w:line="480" w:lineRule="auto"/>
        <w:rPr>
          <w:rFonts w:ascii="Times New Roman" w:eastAsiaTheme="majorEastAsia" w:hAnsi="Times New Roman" w:cs="Times New Roman"/>
          <w:sz w:val="24"/>
          <w:szCs w:val="24"/>
          <w:lang w:bidi="th-TH"/>
        </w:rPr>
      </w:pPr>
      <w:r w:rsidRPr="00292B54">
        <w:rPr>
          <w:rFonts w:ascii="Times New Roman" w:eastAsiaTheme="majorEastAsia" w:hAnsi="Times New Roman" w:cs="Times New Roman"/>
          <w:sz w:val="24"/>
          <w:szCs w:val="24"/>
          <w:lang w:bidi="th-TH"/>
        </w:rPr>
        <w:t>Is there anything you would like to add regarding your experiences, feelings, or suggestions about vaccine trials in your community?</w:t>
      </w:r>
    </w:p>
    <w:p w14:paraId="2D00395B" w14:textId="77777777" w:rsidR="00292B54" w:rsidRPr="00292B54" w:rsidRDefault="00292B54" w:rsidP="0024705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bidi="th-TH"/>
        </w:rPr>
      </w:pPr>
      <w:r w:rsidRPr="00292B54">
        <w:rPr>
          <w:rFonts w:ascii="Times New Roman" w:hAnsi="Times New Roman" w:cs="Times New Roman"/>
          <w:b/>
          <w:bCs/>
          <w:sz w:val="24"/>
          <w:szCs w:val="24"/>
          <w:lang w:bidi="th-TH"/>
        </w:rPr>
        <w:t xml:space="preserve">Part 4: For researcher use </w:t>
      </w:r>
    </w:p>
    <w:p w14:paraId="7D874F12" w14:textId="07714684" w:rsidR="00545A18" w:rsidRPr="00292B54" w:rsidRDefault="00292B54" w:rsidP="0024705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92B54">
        <w:rPr>
          <w:rFonts w:ascii="Times New Roman" w:hAnsi="Times New Roman" w:cs="Times New Roman"/>
          <w:sz w:val="24"/>
          <w:szCs w:val="24"/>
          <w:lang w:bidi="th-TH"/>
        </w:rPr>
        <w:t>Date of interview</w:t>
      </w:r>
      <w:r w:rsidR="00532726" w:rsidRPr="00292B54">
        <w:rPr>
          <w:rFonts w:ascii="Times New Roman" w:hAnsi="Times New Roman" w:cs="Times New Roman"/>
          <w:sz w:val="24"/>
          <w:szCs w:val="24"/>
        </w:rPr>
        <w:t>: ____________________</w:t>
      </w:r>
    </w:p>
    <w:p w14:paraId="4AF151BC" w14:textId="1928B1B7" w:rsidR="00545A18" w:rsidRPr="00292B54" w:rsidRDefault="00292B54" w:rsidP="0024705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92B54">
        <w:rPr>
          <w:rFonts w:ascii="Times New Roman" w:hAnsi="Times New Roman" w:cs="Times New Roman"/>
          <w:sz w:val="24"/>
          <w:szCs w:val="24"/>
          <w:lang w:bidi="th-TH"/>
        </w:rPr>
        <w:t>Location of interview</w:t>
      </w:r>
      <w:r w:rsidR="00532726" w:rsidRPr="00292B54">
        <w:rPr>
          <w:rFonts w:ascii="Times New Roman" w:hAnsi="Times New Roman" w:cs="Times New Roman"/>
          <w:sz w:val="24"/>
          <w:szCs w:val="24"/>
        </w:rPr>
        <w:t>: __________________</w:t>
      </w:r>
    </w:p>
    <w:p w14:paraId="26D97E3A" w14:textId="6BE1EBFB" w:rsidR="00545A18" w:rsidRPr="00292B54" w:rsidRDefault="00292B54" w:rsidP="0024705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92B54">
        <w:rPr>
          <w:rFonts w:ascii="Times New Roman" w:hAnsi="Times New Roman" w:cs="Times New Roman"/>
          <w:sz w:val="24"/>
          <w:szCs w:val="24"/>
          <w:lang w:bidi="th-TH"/>
        </w:rPr>
        <w:t>Interviewer name</w:t>
      </w:r>
      <w:r w:rsidR="00532726" w:rsidRPr="00292B54">
        <w:rPr>
          <w:rFonts w:ascii="Times New Roman" w:hAnsi="Times New Roman" w:cs="Times New Roman"/>
          <w:sz w:val="24"/>
          <w:szCs w:val="24"/>
        </w:rPr>
        <w:t>: ____________________</w:t>
      </w:r>
    </w:p>
    <w:p w14:paraId="00CC4440" w14:textId="2DD2E7F9" w:rsidR="00545A18" w:rsidRPr="00292B54" w:rsidRDefault="00292B54" w:rsidP="0024705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92B54">
        <w:rPr>
          <w:rFonts w:ascii="Times New Roman" w:hAnsi="Times New Roman" w:cs="Times New Roman"/>
          <w:sz w:val="24"/>
          <w:szCs w:val="24"/>
          <w:lang w:bidi="th-TH"/>
        </w:rPr>
        <w:t>Interview duration</w:t>
      </w:r>
      <w:r w:rsidR="00532726" w:rsidRPr="00292B54">
        <w:rPr>
          <w:rFonts w:ascii="Times New Roman" w:hAnsi="Times New Roman" w:cs="Times New Roman"/>
          <w:sz w:val="24"/>
          <w:szCs w:val="24"/>
        </w:rPr>
        <w:t>: _______________</w:t>
      </w:r>
    </w:p>
    <w:sectPr w:rsidR="00545A18" w:rsidRPr="00292B54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810D2" w14:textId="77777777" w:rsidR="00170806" w:rsidRDefault="00170806" w:rsidP="008C2973">
      <w:pPr>
        <w:spacing w:after="0" w:line="240" w:lineRule="auto"/>
      </w:pPr>
      <w:r>
        <w:separator/>
      </w:r>
    </w:p>
  </w:endnote>
  <w:endnote w:type="continuationSeparator" w:id="0">
    <w:p w14:paraId="324CCFF4" w14:textId="77777777" w:rsidR="00170806" w:rsidRDefault="00170806" w:rsidP="008C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DCAD8" w14:textId="46DDCF21" w:rsidR="008C2973" w:rsidRPr="002673F8" w:rsidRDefault="008C2973">
    <w:pPr>
      <w:pStyle w:val="Footer"/>
      <w:rPr>
        <w:rFonts w:ascii="TH SarabunPSK" w:hAnsi="TH SarabunPSK" w:cs="TH SarabunPSK"/>
        <w:sz w:val="32"/>
        <w:szCs w:val="32"/>
        <w:lang w:bidi="th-TH"/>
      </w:rPr>
    </w:pPr>
    <w:r w:rsidRPr="002673F8">
      <w:rPr>
        <w:rFonts w:ascii="TH SarabunPSK" w:hAnsi="TH SarabunPSK" w:cs="TH SarabunPSK"/>
        <w:sz w:val="32"/>
        <w:szCs w:val="32"/>
      </w:rPr>
      <w:t>Ver</w:t>
    </w:r>
    <w:r w:rsidR="002673F8" w:rsidRPr="002673F8">
      <w:rPr>
        <w:rFonts w:ascii="TH SarabunPSK" w:hAnsi="TH SarabunPSK" w:cs="TH SarabunPSK"/>
        <w:sz w:val="32"/>
        <w:szCs w:val="32"/>
      </w:rPr>
      <w:t>sion 1.0 (</w:t>
    </w:r>
    <w:r w:rsidR="002673F8" w:rsidRPr="002673F8">
      <w:rPr>
        <w:rFonts w:ascii="TH SarabunPSK" w:hAnsi="TH SarabunPSK" w:cs="TH SarabunPSK"/>
        <w:sz w:val="32"/>
        <w:szCs w:val="32"/>
        <w:lang w:bidi="th-TH"/>
      </w:rPr>
      <w:t>9</w:t>
    </w:r>
    <w:r w:rsidR="00292B54">
      <w:rPr>
        <w:rFonts w:ascii="TH SarabunPSK" w:hAnsi="TH SarabunPSK" w:cs="TH SarabunPSK"/>
        <w:sz w:val="32"/>
        <w:szCs w:val="32"/>
        <w:lang w:bidi="th-TH"/>
      </w:rPr>
      <w:t xml:space="preserve"> October</w:t>
    </w:r>
    <w:r w:rsidR="002673F8" w:rsidRPr="002673F8">
      <w:rPr>
        <w:rFonts w:ascii="TH SarabunPSK" w:hAnsi="TH SarabunPSK" w:cs="TH SarabunPSK"/>
        <w:sz w:val="32"/>
        <w:szCs w:val="32"/>
        <w:cs/>
        <w:lang w:bidi="th-TH"/>
      </w:rPr>
      <w:t xml:space="preserve"> </w:t>
    </w:r>
    <w:r w:rsidR="002673F8" w:rsidRPr="002673F8">
      <w:rPr>
        <w:rFonts w:ascii="TH SarabunPSK" w:hAnsi="TH SarabunPSK" w:cs="TH SarabunPSK"/>
        <w:sz w:val="32"/>
        <w:szCs w:val="32"/>
        <w:lang w:bidi="th-TH"/>
      </w:rPr>
      <w:t>2</w:t>
    </w:r>
    <w:r w:rsidR="00292B54">
      <w:rPr>
        <w:rFonts w:ascii="TH SarabunPSK" w:hAnsi="TH SarabunPSK" w:cs="TH SarabunPSK"/>
        <w:sz w:val="32"/>
        <w:szCs w:val="32"/>
        <w:lang w:bidi="th-TH"/>
      </w:rPr>
      <w:t>025</w:t>
    </w:r>
    <w:r w:rsidR="002673F8" w:rsidRPr="002673F8">
      <w:rPr>
        <w:rFonts w:ascii="TH SarabunPSK" w:hAnsi="TH SarabunPSK" w:cs="TH SarabunPSK"/>
        <w:sz w:val="32"/>
        <w:szCs w:val="32"/>
        <w:lang w:bidi="th-TH"/>
      </w:rPr>
      <w:t>)</w:t>
    </w:r>
  </w:p>
  <w:p w14:paraId="2FFD454A" w14:textId="77777777" w:rsidR="008C2973" w:rsidRDefault="008C2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9E6FC" w14:textId="77777777" w:rsidR="00170806" w:rsidRDefault="00170806" w:rsidP="008C2973">
      <w:pPr>
        <w:spacing w:after="0" w:line="240" w:lineRule="auto"/>
      </w:pPr>
      <w:r>
        <w:separator/>
      </w:r>
    </w:p>
  </w:footnote>
  <w:footnote w:type="continuationSeparator" w:id="0">
    <w:p w14:paraId="304C2178" w14:textId="77777777" w:rsidR="00170806" w:rsidRDefault="00170806" w:rsidP="008C2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2449709">
    <w:abstractNumId w:val="8"/>
  </w:num>
  <w:num w:numId="2" w16cid:durableId="1035539515">
    <w:abstractNumId w:val="6"/>
  </w:num>
  <w:num w:numId="3" w16cid:durableId="966469670">
    <w:abstractNumId w:val="5"/>
  </w:num>
  <w:num w:numId="4" w16cid:durableId="1858619796">
    <w:abstractNumId w:val="4"/>
  </w:num>
  <w:num w:numId="5" w16cid:durableId="1273826577">
    <w:abstractNumId w:val="7"/>
  </w:num>
  <w:num w:numId="6" w16cid:durableId="1084839341">
    <w:abstractNumId w:val="3"/>
  </w:num>
  <w:num w:numId="7" w16cid:durableId="649747908">
    <w:abstractNumId w:val="2"/>
  </w:num>
  <w:num w:numId="8" w16cid:durableId="31659037">
    <w:abstractNumId w:val="1"/>
  </w:num>
  <w:num w:numId="9" w16cid:durableId="2015037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82D"/>
    <w:rsid w:val="0015074B"/>
    <w:rsid w:val="00170806"/>
    <w:rsid w:val="001F527E"/>
    <w:rsid w:val="0024705C"/>
    <w:rsid w:val="0026069B"/>
    <w:rsid w:val="00264D99"/>
    <w:rsid w:val="002673F8"/>
    <w:rsid w:val="00292B54"/>
    <w:rsid w:val="0029639D"/>
    <w:rsid w:val="00326F90"/>
    <w:rsid w:val="003679CD"/>
    <w:rsid w:val="003D07B0"/>
    <w:rsid w:val="003E4809"/>
    <w:rsid w:val="004116B4"/>
    <w:rsid w:val="004932BC"/>
    <w:rsid w:val="004C74E3"/>
    <w:rsid w:val="004E571F"/>
    <w:rsid w:val="00532726"/>
    <w:rsid w:val="00545A18"/>
    <w:rsid w:val="005B2A81"/>
    <w:rsid w:val="005B5A94"/>
    <w:rsid w:val="006D60C9"/>
    <w:rsid w:val="006F1AF6"/>
    <w:rsid w:val="00741F48"/>
    <w:rsid w:val="007B075A"/>
    <w:rsid w:val="007B6194"/>
    <w:rsid w:val="007F398F"/>
    <w:rsid w:val="00802379"/>
    <w:rsid w:val="008115F8"/>
    <w:rsid w:val="00871FF2"/>
    <w:rsid w:val="008C2973"/>
    <w:rsid w:val="008C5BD0"/>
    <w:rsid w:val="008F7A98"/>
    <w:rsid w:val="00914984"/>
    <w:rsid w:val="00A71893"/>
    <w:rsid w:val="00AA1D8D"/>
    <w:rsid w:val="00B32D7D"/>
    <w:rsid w:val="00B47730"/>
    <w:rsid w:val="00B47820"/>
    <w:rsid w:val="00BA517E"/>
    <w:rsid w:val="00BC26A2"/>
    <w:rsid w:val="00BE2E6D"/>
    <w:rsid w:val="00BF3E58"/>
    <w:rsid w:val="00C05EB2"/>
    <w:rsid w:val="00C42117"/>
    <w:rsid w:val="00CB0664"/>
    <w:rsid w:val="00D22805"/>
    <w:rsid w:val="00D37798"/>
    <w:rsid w:val="00DC18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8CBED5F-52C5-4110-8937-8DB30614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Prabda Praphasiri</cp:lastModifiedBy>
  <cp:revision>2</cp:revision>
  <cp:lastPrinted>2026-04-16T05:07:00Z</cp:lastPrinted>
  <dcterms:created xsi:type="dcterms:W3CDTF">2026-04-17T03:34:00Z</dcterms:created>
  <dcterms:modified xsi:type="dcterms:W3CDTF">2026-04-17T03:34:00Z</dcterms:modified>
  <cp:category/>
</cp:coreProperties>
</file>