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Supplementary File 1</w:t>
      </w:r>
    </w:p>
    <w:p>
      <w:pPr>
        <w:pStyle w:val="Heading1"/>
      </w:pPr>
      <w:r>
        <w:t>Semi-Structured Interview Guide (English Version)</w:t>
      </w:r>
    </w:p>
    <w:p>
      <w:r>
        <w:t>Study Title:</w:t>
      </w:r>
    </w:p>
    <w:p>
      <w:r>
        <w:t>Beyond the Pill: Lived Experiences and Multidimensional Barriers to Adequate Nutrition among Undernourished Adults on Antiretroviral Therapy in Rural Southwest Ethiopia</w:t>
      </w:r>
    </w:p>
    <w:p/>
    <w:p>
      <w:r>
        <w:t>Introduction to Participants</w:t>
      </w:r>
    </w:p>
    <w:p>
      <w:r>
        <w:t>- Can you briefly describe your daily life and routine?</w:t>
      </w:r>
    </w:p>
    <w:p>
      <w:r>
        <w:t>- How long have you been on antiretroviral therapy (ART)?</w:t>
      </w:r>
    </w:p>
    <w:p/>
    <w:p>
      <w:r>
        <w:t>Domain 1: Daily Dietary Practices</w:t>
      </w:r>
    </w:p>
    <w:p>
      <w:r>
        <w:t>- Can you describe what you typically eat in a day (morning, afternoon, evening)?</w:t>
      </w:r>
    </w:p>
    <w:p>
      <w:r>
        <w:t>- How many meals do you usually eat per day?</w:t>
      </w:r>
    </w:p>
    <w:p>
      <w:r>
        <w:t>- Do you feel that the food you eat is sufficient for your health? Why or why not?</w:t>
      </w:r>
    </w:p>
    <w:p/>
    <w:p>
      <w:r>
        <w:t>Domain 2: Barriers to Accessing Food</w:t>
      </w:r>
    </w:p>
    <w:p>
      <w:r>
        <w:t>- What challenges do you face in accessing adequate or preferred foods?</w:t>
      </w:r>
    </w:p>
    <w:p>
      <w:r>
        <w:t>- Are there times when you skip meals? Why?</w:t>
      </w:r>
    </w:p>
    <w:p/>
    <w:p>
      <w:r>
        <w:t>Domain 3: ART and Dietary Experience</w:t>
      </w:r>
    </w:p>
    <w:p>
      <w:r>
        <w:t>- How has starting ART affected your appetite or eating habits?</w:t>
      </w:r>
    </w:p>
    <w:p>
      <w:r>
        <w:t>- Do you experience any side effects that affect your eating?</w:t>
      </w:r>
    </w:p>
    <w:p/>
    <w:p>
      <w:r>
        <w:t>Domain 4: Nutritional Knowledge and Support</w:t>
      </w:r>
    </w:p>
    <w:p>
      <w:r>
        <w:t>- What advice have you received from health professionals about diet?</w:t>
      </w:r>
    </w:p>
    <w:p>
      <w:r>
        <w:t>- Do you feel this advice is helpful and practical?</w:t>
      </w:r>
    </w:p>
    <w:p/>
    <w:p>
      <w:r>
        <w:t>Domain 5: Social and Economic Support</w:t>
      </w:r>
    </w:p>
    <w:p>
      <w:r>
        <w:t>- Do you receive any support from family, friends, or organizations?</w:t>
      </w:r>
    </w:p>
    <w:p>
      <w:r>
        <w:t>- How does your financial situation affect your diet?</w:t>
      </w:r>
    </w:p>
    <w:p/>
    <w:p>
      <w:r>
        <w:t>Closing Question</w:t>
      </w:r>
    </w:p>
    <w:p>
      <w:r>
        <w:t>- Is there anything else you would like to share about your experience with food and health while on ART?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