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BD259" w14:textId="77777777" w:rsidR="00B31470" w:rsidRDefault="00E116F2">
      <w:pPr>
        <w:jc w:val="center"/>
      </w:pPr>
      <w:r>
        <w:rPr>
          <w:b/>
          <w:sz w:val="28"/>
        </w:rPr>
        <w:t>STARD 2015 checklist</w:t>
      </w:r>
    </w:p>
    <w:p w14:paraId="19A1991E" w14:textId="77777777" w:rsidR="00B31470" w:rsidRDefault="00E116F2">
      <w:pPr>
        <w:jc w:val="center"/>
      </w:pPr>
      <w:r>
        <w:rPr>
          <w:i/>
        </w:rPr>
        <w:t>Completed for: Translation and validation of the Thai Version of The Family - Confusion Assessment Method (FAM-CAM)</w:t>
      </w:r>
    </w:p>
    <w:p w14:paraId="677BE63E" w14:textId="77777777" w:rsidR="00B31470" w:rsidRDefault="00E116F2">
      <w:r>
        <w:rPr>
          <w:sz w:val="16"/>
        </w:rPr>
        <w:t>Instructions: Report the manuscript page number(s) where each item is addressed. Use N/A if an item is not reported or not applicable in the current manuscript version.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228"/>
        <w:gridCol w:w="672"/>
        <w:gridCol w:w="9559"/>
        <w:gridCol w:w="1671"/>
      </w:tblGrid>
      <w:tr w:rsidR="00B31470" w14:paraId="7931B654" w14:textId="77777777">
        <w:trPr>
          <w:jc w:val="center"/>
        </w:trPr>
        <w:tc>
          <w:tcPr>
            <w:tcW w:w="2268" w:type="dxa"/>
            <w:shd w:val="clear" w:color="auto" w:fill="D9EAF7"/>
            <w:vAlign w:val="center"/>
          </w:tcPr>
          <w:p w14:paraId="173CCA44" w14:textId="77777777" w:rsidR="00B31470" w:rsidRDefault="00E116F2">
            <w:pPr>
              <w:jc w:val="center"/>
            </w:pPr>
            <w:r>
              <w:rPr>
                <w:b/>
              </w:rPr>
              <w:t>Section/topic</w:t>
            </w:r>
          </w:p>
        </w:tc>
        <w:tc>
          <w:tcPr>
            <w:tcW w:w="680" w:type="dxa"/>
            <w:shd w:val="clear" w:color="auto" w:fill="D9EAF7"/>
            <w:vAlign w:val="center"/>
          </w:tcPr>
          <w:p w14:paraId="12286235" w14:textId="77777777" w:rsidR="00B31470" w:rsidRDefault="00E116F2">
            <w:pPr>
              <w:jc w:val="center"/>
            </w:pPr>
            <w:r>
              <w:rPr>
                <w:b/>
              </w:rPr>
              <w:t>No.</w:t>
            </w:r>
          </w:p>
        </w:tc>
        <w:tc>
          <w:tcPr>
            <w:tcW w:w="9921" w:type="dxa"/>
            <w:shd w:val="clear" w:color="auto" w:fill="D9EAF7"/>
            <w:vAlign w:val="center"/>
          </w:tcPr>
          <w:p w14:paraId="324C3404" w14:textId="77777777" w:rsidR="00B31470" w:rsidRDefault="00E116F2">
            <w:pPr>
              <w:jc w:val="center"/>
            </w:pPr>
            <w:r>
              <w:rPr>
                <w:b/>
              </w:rPr>
              <w:t>Item</w:t>
            </w:r>
          </w:p>
        </w:tc>
        <w:tc>
          <w:tcPr>
            <w:tcW w:w="1701" w:type="dxa"/>
            <w:shd w:val="clear" w:color="auto" w:fill="D9EAF7"/>
            <w:vAlign w:val="center"/>
          </w:tcPr>
          <w:p w14:paraId="3074501A" w14:textId="77777777" w:rsidR="00B31470" w:rsidRDefault="00E116F2">
            <w:pPr>
              <w:jc w:val="center"/>
            </w:pPr>
            <w:r>
              <w:rPr>
                <w:b/>
              </w:rPr>
              <w:t>Reported on page No.</w:t>
            </w:r>
          </w:p>
        </w:tc>
      </w:tr>
      <w:tr w:rsidR="00B31470" w14:paraId="6B0A383D" w14:textId="77777777">
        <w:trPr>
          <w:jc w:val="center"/>
        </w:trPr>
        <w:tc>
          <w:tcPr>
            <w:tcW w:w="2268" w:type="dxa"/>
            <w:vAlign w:val="center"/>
          </w:tcPr>
          <w:p w14:paraId="032CC043" w14:textId="77777777" w:rsidR="00B31470" w:rsidRDefault="00E116F2">
            <w:r>
              <w:rPr>
                <w:sz w:val="17"/>
              </w:rPr>
              <w:t>Title or Abstract</w:t>
            </w:r>
          </w:p>
        </w:tc>
        <w:tc>
          <w:tcPr>
            <w:tcW w:w="680" w:type="dxa"/>
            <w:vAlign w:val="center"/>
          </w:tcPr>
          <w:p w14:paraId="66D874AC" w14:textId="77777777" w:rsidR="00B31470" w:rsidRDefault="00E116F2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9921" w:type="dxa"/>
            <w:vAlign w:val="center"/>
          </w:tcPr>
          <w:p w14:paraId="1900DC61" w14:textId="77777777" w:rsidR="00B31470" w:rsidRDefault="00E116F2">
            <w:r>
              <w:rPr>
                <w:sz w:val="17"/>
              </w:rPr>
              <w:t>Identification as a study of diagnostic accuracy using at least one measure of accuracy (such as sensitivity, specificity, predictive values, or AUC)</w:t>
            </w:r>
          </w:p>
        </w:tc>
        <w:tc>
          <w:tcPr>
            <w:tcW w:w="1701" w:type="dxa"/>
            <w:vAlign w:val="center"/>
          </w:tcPr>
          <w:p w14:paraId="51134350" w14:textId="77777777" w:rsidR="006A39F1" w:rsidRDefault="00101300">
            <w:r>
              <w:t>1-2</w:t>
            </w:r>
          </w:p>
        </w:tc>
      </w:tr>
      <w:tr w:rsidR="00B31470" w14:paraId="5412A13F" w14:textId="77777777">
        <w:trPr>
          <w:jc w:val="center"/>
        </w:trPr>
        <w:tc>
          <w:tcPr>
            <w:tcW w:w="2268" w:type="dxa"/>
            <w:vAlign w:val="center"/>
          </w:tcPr>
          <w:p w14:paraId="021C76BF" w14:textId="77777777" w:rsidR="00B31470" w:rsidRDefault="00E116F2">
            <w:r>
              <w:rPr>
                <w:sz w:val="17"/>
              </w:rPr>
              <w:t>Abstract</w:t>
            </w:r>
          </w:p>
        </w:tc>
        <w:tc>
          <w:tcPr>
            <w:tcW w:w="680" w:type="dxa"/>
            <w:vAlign w:val="center"/>
          </w:tcPr>
          <w:p w14:paraId="19043729" w14:textId="77777777" w:rsidR="00B31470" w:rsidRDefault="00E116F2">
            <w:pPr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9921" w:type="dxa"/>
            <w:vAlign w:val="center"/>
          </w:tcPr>
          <w:p w14:paraId="51C4D518" w14:textId="77777777" w:rsidR="00B31470" w:rsidRDefault="00E116F2">
            <w:r>
              <w:rPr>
                <w:sz w:val="17"/>
              </w:rPr>
              <w:t>Structured summary of study design, methods, results, and conclusions</w:t>
            </w:r>
          </w:p>
        </w:tc>
        <w:tc>
          <w:tcPr>
            <w:tcW w:w="1701" w:type="dxa"/>
            <w:vAlign w:val="center"/>
          </w:tcPr>
          <w:p w14:paraId="072FE937" w14:textId="77777777" w:rsidR="006A39F1" w:rsidRDefault="00101300">
            <w:r>
              <w:t>1-2</w:t>
            </w:r>
          </w:p>
        </w:tc>
      </w:tr>
      <w:tr w:rsidR="00B31470" w14:paraId="0B1ACDDA" w14:textId="77777777">
        <w:trPr>
          <w:jc w:val="center"/>
        </w:trPr>
        <w:tc>
          <w:tcPr>
            <w:tcW w:w="2268" w:type="dxa"/>
            <w:vAlign w:val="center"/>
          </w:tcPr>
          <w:p w14:paraId="69C0C58D" w14:textId="77777777" w:rsidR="00B31470" w:rsidRDefault="00E116F2">
            <w:r>
              <w:rPr>
                <w:sz w:val="17"/>
              </w:rPr>
              <w:t>Introduction</w:t>
            </w:r>
          </w:p>
        </w:tc>
        <w:tc>
          <w:tcPr>
            <w:tcW w:w="680" w:type="dxa"/>
            <w:vAlign w:val="center"/>
          </w:tcPr>
          <w:p w14:paraId="23679FFF" w14:textId="77777777" w:rsidR="00B31470" w:rsidRDefault="00E116F2">
            <w:pPr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9921" w:type="dxa"/>
            <w:vAlign w:val="center"/>
          </w:tcPr>
          <w:p w14:paraId="5971B115" w14:textId="77777777" w:rsidR="00B31470" w:rsidRDefault="00E116F2">
            <w:r>
              <w:rPr>
                <w:sz w:val="17"/>
              </w:rPr>
              <w:t>Scientific and clinical background, including the intended use and clinical role of the index test</w:t>
            </w:r>
          </w:p>
        </w:tc>
        <w:tc>
          <w:tcPr>
            <w:tcW w:w="1701" w:type="dxa"/>
            <w:vAlign w:val="center"/>
          </w:tcPr>
          <w:p w14:paraId="79A35C59" w14:textId="77777777" w:rsidR="006A39F1" w:rsidRDefault="00101300">
            <w:r>
              <w:t>3-4</w:t>
            </w:r>
          </w:p>
        </w:tc>
      </w:tr>
      <w:tr w:rsidR="00B31470" w14:paraId="0FAFCF73" w14:textId="77777777">
        <w:trPr>
          <w:jc w:val="center"/>
        </w:trPr>
        <w:tc>
          <w:tcPr>
            <w:tcW w:w="2268" w:type="dxa"/>
            <w:vAlign w:val="center"/>
          </w:tcPr>
          <w:p w14:paraId="1E57E011" w14:textId="77777777" w:rsidR="00B31470" w:rsidRDefault="00E116F2">
            <w:r>
              <w:rPr>
                <w:sz w:val="17"/>
              </w:rPr>
              <w:t>Introduction</w:t>
            </w:r>
          </w:p>
        </w:tc>
        <w:tc>
          <w:tcPr>
            <w:tcW w:w="680" w:type="dxa"/>
            <w:vAlign w:val="center"/>
          </w:tcPr>
          <w:p w14:paraId="2C3BA4AC" w14:textId="77777777" w:rsidR="00B31470" w:rsidRDefault="00E116F2">
            <w:pPr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9921" w:type="dxa"/>
            <w:vAlign w:val="center"/>
          </w:tcPr>
          <w:p w14:paraId="072932AE" w14:textId="77777777" w:rsidR="00B31470" w:rsidRDefault="00E116F2">
            <w:r>
              <w:rPr>
                <w:sz w:val="17"/>
              </w:rPr>
              <w:t>Study objectives and hypotheses</w:t>
            </w:r>
          </w:p>
        </w:tc>
        <w:tc>
          <w:tcPr>
            <w:tcW w:w="1701" w:type="dxa"/>
            <w:vAlign w:val="center"/>
          </w:tcPr>
          <w:p w14:paraId="5289E8AB" w14:textId="77777777" w:rsidR="006A39F1" w:rsidRDefault="00101300">
            <w:r>
              <w:t>4</w:t>
            </w:r>
          </w:p>
        </w:tc>
      </w:tr>
      <w:tr w:rsidR="00B31470" w14:paraId="289E38E8" w14:textId="77777777">
        <w:trPr>
          <w:jc w:val="center"/>
        </w:trPr>
        <w:tc>
          <w:tcPr>
            <w:tcW w:w="2268" w:type="dxa"/>
            <w:vAlign w:val="center"/>
          </w:tcPr>
          <w:p w14:paraId="66B634C2" w14:textId="77777777" w:rsidR="00B31470" w:rsidRDefault="00E116F2">
            <w:r>
              <w:rPr>
                <w:sz w:val="17"/>
              </w:rPr>
              <w:t>Methods - Study design</w:t>
            </w:r>
          </w:p>
        </w:tc>
        <w:tc>
          <w:tcPr>
            <w:tcW w:w="680" w:type="dxa"/>
            <w:vAlign w:val="center"/>
          </w:tcPr>
          <w:p w14:paraId="7712E957" w14:textId="77777777" w:rsidR="00B31470" w:rsidRDefault="00E116F2">
            <w:pPr>
              <w:jc w:val="center"/>
            </w:pPr>
            <w:r>
              <w:rPr>
                <w:sz w:val="17"/>
              </w:rPr>
              <w:t>5</w:t>
            </w:r>
          </w:p>
        </w:tc>
        <w:tc>
          <w:tcPr>
            <w:tcW w:w="9921" w:type="dxa"/>
            <w:vAlign w:val="center"/>
          </w:tcPr>
          <w:p w14:paraId="2B8E99E8" w14:textId="77777777" w:rsidR="00B31470" w:rsidRDefault="00E116F2">
            <w:r>
              <w:rPr>
                <w:sz w:val="17"/>
              </w:rPr>
              <w:t>Whether data collection was planned before the index test and reference standard were performed</w:t>
            </w:r>
          </w:p>
        </w:tc>
        <w:tc>
          <w:tcPr>
            <w:tcW w:w="1701" w:type="dxa"/>
            <w:vAlign w:val="center"/>
          </w:tcPr>
          <w:p w14:paraId="18B310F5" w14:textId="77777777" w:rsidR="006A39F1" w:rsidRDefault="00101300">
            <w:r>
              <w:t>4-5</w:t>
            </w:r>
          </w:p>
        </w:tc>
      </w:tr>
      <w:tr w:rsidR="00B31470" w14:paraId="3500EFFE" w14:textId="77777777">
        <w:trPr>
          <w:jc w:val="center"/>
        </w:trPr>
        <w:tc>
          <w:tcPr>
            <w:tcW w:w="2268" w:type="dxa"/>
            <w:vAlign w:val="center"/>
          </w:tcPr>
          <w:p w14:paraId="58F9F512" w14:textId="77777777" w:rsidR="00B31470" w:rsidRDefault="00E116F2">
            <w:r>
              <w:rPr>
                <w:sz w:val="17"/>
              </w:rPr>
              <w:t>Methods - Participants</w:t>
            </w:r>
          </w:p>
        </w:tc>
        <w:tc>
          <w:tcPr>
            <w:tcW w:w="680" w:type="dxa"/>
            <w:vAlign w:val="center"/>
          </w:tcPr>
          <w:p w14:paraId="083B96BF" w14:textId="77777777" w:rsidR="00B31470" w:rsidRDefault="00E116F2">
            <w:pPr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9921" w:type="dxa"/>
            <w:vAlign w:val="center"/>
          </w:tcPr>
          <w:p w14:paraId="7112E3BE" w14:textId="77777777" w:rsidR="00B31470" w:rsidRDefault="00E116F2">
            <w:r>
              <w:rPr>
                <w:sz w:val="17"/>
              </w:rPr>
              <w:t>Eligibility criteria</w:t>
            </w:r>
          </w:p>
        </w:tc>
        <w:tc>
          <w:tcPr>
            <w:tcW w:w="1701" w:type="dxa"/>
            <w:vAlign w:val="center"/>
          </w:tcPr>
          <w:p w14:paraId="7CB7DF5D" w14:textId="77777777" w:rsidR="006A39F1" w:rsidRDefault="00101300">
            <w:r>
              <w:t>5</w:t>
            </w:r>
          </w:p>
        </w:tc>
      </w:tr>
      <w:tr w:rsidR="00B31470" w14:paraId="3F5D707A" w14:textId="77777777">
        <w:trPr>
          <w:jc w:val="center"/>
        </w:trPr>
        <w:tc>
          <w:tcPr>
            <w:tcW w:w="2268" w:type="dxa"/>
            <w:vAlign w:val="center"/>
          </w:tcPr>
          <w:p w14:paraId="0003AAD6" w14:textId="77777777" w:rsidR="00B31470" w:rsidRDefault="00E116F2">
            <w:r>
              <w:rPr>
                <w:sz w:val="17"/>
              </w:rPr>
              <w:t>Methods - Participants</w:t>
            </w:r>
          </w:p>
        </w:tc>
        <w:tc>
          <w:tcPr>
            <w:tcW w:w="680" w:type="dxa"/>
            <w:vAlign w:val="center"/>
          </w:tcPr>
          <w:p w14:paraId="27BD72C4" w14:textId="77777777" w:rsidR="00B31470" w:rsidRDefault="00E116F2">
            <w:pPr>
              <w:jc w:val="center"/>
            </w:pPr>
            <w:r>
              <w:rPr>
                <w:sz w:val="17"/>
              </w:rPr>
              <w:t>7</w:t>
            </w:r>
          </w:p>
        </w:tc>
        <w:tc>
          <w:tcPr>
            <w:tcW w:w="9921" w:type="dxa"/>
            <w:vAlign w:val="center"/>
          </w:tcPr>
          <w:p w14:paraId="29E88453" w14:textId="77777777" w:rsidR="00B31470" w:rsidRDefault="00E116F2">
            <w:r>
              <w:rPr>
                <w:sz w:val="17"/>
              </w:rPr>
              <w:t>On what basis potentially eligible participants were identified (such as symptoms, results from previous tests, inclusion in registry)</w:t>
            </w:r>
          </w:p>
        </w:tc>
        <w:tc>
          <w:tcPr>
            <w:tcW w:w="1701" w:type="dxa"/>
            <w:vAlign w:val="center"/>
          </w:tcPr>
          <w:p w14:paraId="58293184" w14:textId="77777777" w:rsidR="006A39F1" w:rsidRDefault="00101300">
            <w:r>
              <w:t>5</w:t>
            </w:r>
          </w:p>
        </w:tc>
      </w:tr>
      <w:tr w:rsidR="00B31470" w14:paraId="45257A8A" w14:textId="77777777">
        <w:trPr>
          <w:jc w:val="center"/>
        </w:trPr>
        <w:tc>
          <w:tcPr>
            <w:tcW w:w="2268" w:type="dxa"/>
            <w:vAlign w:val="center"/>
          </w:tcPr>
          <w:p w14:paraId="7EB0E078" w14:textId="77777777" w:rsidR="00B31470" w:rsidRDefault="00E116F2">
            <w:r>
              <w:rPr>
                <w:sz w:val="17"/>
              </w:rPr>
              <w:t>Methods - Participants</w:t>
            </w:r>
          </w:p>
        </w:tc>
        <w:tc>
          <w:tcPr>
            <w:tcW w:w="680" w:type="dxa"/>
            <w:vAlign w:val="center"/>
          </w:tcPr>
          <w:p w14:paraId="62A047DD" w14:textId="77777777" w:rsidR="00B31470" w:rsidRDefault="00E116F2">
            <w:pPr>
              <w:jc w:val="center"/>
            </w:pPr>
            <w:r>
              <w:rPr>
                <w:sz w:val="17"/>
              </w:rPr>
              <w:t>8</w:t>
            </w:r>
          </w:p>
        </w:tc>
        <w:tc>
          <w:tcPr>
            <w:tcW w:w="9921" w:type="dxa"/>
            <w:vAlign w:val="center"/>
          </w:tcPr>
          <w:p w14:paraId="39F1D542" w14:textId="77777777" w:rsidR="00B31470" w:rsidRDefault="00E116F2">
            <w:r>
              <w:rPr>
                <w:sz w:val="17"/>
              </w:rPr>
              <w:t>Where and when potentially eligible participants were identified (setting, location, and dates)</w:t>
            </w:r>
          </w:p>
        </w:tc>
        <w:tc>
          <w:tcPr>
            <w:tcW w:w="1701" w:type="dxa"/>
            <w:vAlign w:val="center"/>
          </w:tcPr>
          <w:p w14:paraId="0D8F1501" w14:textId="77777777" w:rsidR="006A39F1" w:rsidRDefault="00101300">
            <w:r>
              <w:t>4-5</w:t>
            </w:r>
          </w:p>
        </w:tc>
      </w:tr>
      <w:tr w:rsidR="00B31470" w14:paraId="5ACD866C" w14:textId="77777777">
        <w:trPr>
          <w:jc w:val="center"/>
        </w:trPr>
        <w:tc>
          <w:tcPr>
            <w:tcW w:w="2268" w:type="dxa"/>
            <w:vAlign w:val="center"/>
          </w:tcPr>
          <w:p w14:paraId="49DADC4B" w14:textId="77777777" w:rsidR="00B31470" w:rsidRDefault="00E116F2">
            <w:r>
              <w:rPr>
                <w:sz w:val="17"/>
              </w:rPr>
              <w:t>Methods - Participants</w:t>
            </w:r>
          </w:p>
        </w:tc>
        <w:tc>
          <w:tcPr>
            <w:tcW w:w="680" w:type="dxa"/>
            <w:vAlign w:val="center"/>
          </w:tcPr>
          <w:p w14:paraId="6C42131E" w14:textId="77777777" w:rsidR="00B31470" w:rsidRDefault="00E116F2">
            <w:pPr>
              <w:jc w:val="center"/>
            </w:pPr>
            <w:r>
              <w:rPr>
                <w:sz w:val="17"/>
              </w:rPr>
              <w:t>9</w:t>
            </w:r>
          </w:p>
        </w:tc>
        <w:tc>
          <w:tcPr>
            <w:tcW w:w="9921" w:type="dxa"/>
            <w:vAlign w:val="center"/>
          </w:tcPr>
          <w:p w14:paraId="3DE458FD" w14:textId="77777777" w:rsidR="00B31470" w:rsidRDefault="00E116F2">
            <w:r>
              <w:rPr>
                <w:sz w:val="17"/>
              </w:rPr>
              <w:t>Whether participants formed a consecutive, random, or convenience series</w:t>
            </w:r>
          </w:p>
        </w:tc>
        <w:tc>
          <w:tcPr>
            <w:tcW w:w="1701" w:type="dxa"/>
            <w:vAlign w:val="center"/>
          </w:tcPr>
          <w:p w14:paraId="7C36BBBF" w14:textId="77777777" w:rsidR="006A39F1" w:rsidRDefault="00101300">
            <w:r>
              <w:t>5</w:t>
            </w:r>
          </w:p>
        </w:tc>
      </w:tr>
      <w:tr w:rsidR="00B31470" w14:paraId="5DB90CBB" w14:textId="77777777">
        <w:trPr>
          <w:jc w:val="center"/>
        </w:trPr>
        <w:tc>
          <w:tcPr>
            <w:tcW w:w="2268" w:type="dxa"/>
            <w:vAlign w:val="center"/>
          </w:tcPr>
          <w:p w14:paraId="19AAB6C7" w14:textId="77777777" w:rsidR="00B31470" w:rsidRDefault="00E116F2">
            <w:r>
              <w:rPr>
                <w:sz w:val="17"/>
              </w:rPr>
              <w:t>Methods - Test methods</w:t>
            </w:r>
          </w:p>
        </w:tc>
        <w:tc>
          <w:tcPr>
            <w:tcW w:w="680" w:type="dxa"/>
            <w:vAlign w:val="center"/>
          </w:tcPr>
          <w:p w14:paraId="4532A617" w14:textId="77777777" w:rsidR="00B31470" w:rsidRDefault="00E116F2">
            <w:pPr>
              <w:jc w:val="center"/>
            </w:pPr>
            <w:r>
              <w:rPr>
                <w:sz w:val="17"/>
              </w:rPr>
              <w:t>10a</w:t>
            </w:r>
          </w:p>
        </w:tc>
        <w:tc>
          <w:tcPr>
            <w:tcW w:w="9921" w:type="dxa"/>
            <w:vAlign w:val="center"/>
          </w:tcPr>
          <w:p w14:paraId="431AAA3B" w14:textId="77777777" w:rsidR="00B31470" w:rsidRDefault="00E116F2">
            <w:r>
              <w:rPr>
                <w:sz w:val="17"/>
              </w:rPr>
              <w:t>Index test, in sufficient detail to allow replication</w:t>
            </w:r>
          </w:p>
        </w:tc>
        <w:tc>
          <w:tcPr>
            <w:tcW w:w="1701" w:type="dxa"/>
            <w:vAlign w:val="center"/>
          </w:tcPr>
          <w:p w14:paraId="71016628" w14:textId="77777777" w:rsidR="006A39F1" w:rsidRDefault="00101300">
            <w:r>
              <w:t>5</w:t>
            </w:r>
          </w:p>
        </w:tc>
      </w:tr>
      <w:tr w:rsidR="00B31470" w14:paraId="716FA66B" w14:textId="77777777">
        <w:trPr>
          <w:jc w:val="center"/>
        </w:trPr>
        <w:tc>
          <w:tcPr>
            <w:tcW w:w="2268" w:type="dxa"/>
            <w:vAlign w:val="center"/>
          </w:tcPr>
          <w:p w14:paraId="1F2A5A0C" w14:textId="77777777" w:rsidR="00B31470" w:rsidRDefault="00E116F2">
            <w:r>
              <w:rPr>
                <w:sz w:val="17"/>
              </w:rPr>
              <w:t>Methods - Test methods</w:t>
            </w:r>
          </w:p>
        </w:tc>
        <w:tc>
          <w:tcPr>
            <w:tcW w:w="680" w:type="dxa"/>
            <w:vAlign w:val="center"/>
          </w:tcPr>
          <w:p w14:paraId="36CD385B" w14:textId="77777777" w:rsidR="00B31470" w:rsidRDefault="00E116F2">
            <w:pPr>
              <w:jc w:val="center"/>
            </w:pPr>
            <w:r>
              <w:rPr>
                <w:sz w:val="17"/>
              </w:rPr>
              <w:t>10b</w:t>
            </w:r>
          </w:p>
        </w:tc>
        <w:tc>
          <w:tcPr>
            <w:tcW w:w="9921" w:type="dxa"/>
            <w:vAlign w:val="center"/>
          </w:tcPr>
          <w:p w14:paraId="79F7C529" w14:textId="77777777" w:rsidR="00B31470" w:rsidRDefault="00E116F2">
            <w:r>
              <w:rPr>
                <w:sz w:val="17"/>
              </w:rPr>
              <w:t>Reference standard, in sufficient detail to allow replication</w:t>
            </w:r>
          </w:p>
        </w:tc>
        <w:tc>
          <w:tcPr>
            <w:tcW w:w="1701" w:type="dxa"/>
            <w:vAlign w:val="center"/>
          </w:tcPr>
          <w:p w14:paraId="3153A863" w14:textId="77777777" w:rsidR="006A39F1" w:rsidRDefault="00101300">
            <w:r>
              <w:t>5</w:t>
            </w:r>
          </w:p>
        </w:tc>
      </w:tr>
      <w:tr w:rsidR="00B31470" w14:paraId="12B464E8" w14:textId="77777777">
        <w:trPr>
          <w:jc w:val="center"/>
        </w:trPr>
        <w:tc>
          <w:tcPr>
            <w:tcW w:w="2268" w:type="dxa"/>
            <w:vAlign w:val="center"/>
          </w:tcPr>
          <w:p w14:paraId="63504982" w14:textId="77777777" w:rsidR="00B31470" w:rsidRDefault="00E116F2">
            <w:r>
              <w:rPr>
                <w:sz w:val="17"/>
              </w:rPr>
              <w:t>Methods - Test methods</w:t>
            </w:r>
          </w:p>
        </w:tc>
        <w:tc>
          <w:tcPr>
            <w:tcW w:w="680" w:type="dxa"/>
            <w:vAlign w:val="center"/>
          </w:tcPr>
          <w:p w14:paraId="1A20FD22" w14:textId="77777777" w:rsidR="00B31470" w:rsidRDefault="00E116F2">
            <w:pPr>
              <w:jc w:val="center"/>
            </w:pPr>
            <w:r>
              <w:rPr>
                <w:sz w:val="17"/>
              </w:rPr>
              <w:t>11</w:t>
            </w:r>
          </w:p>
        </w:tc>
        <w:tc>
          <w:tcPr>
            <w:tcW w:w="9921" w:type="dxa"/>
            <w:vAlign w:val="center"/>
          </w:tcPr>
          <w:p w14:paraId="7E9BD352" w14:textId="77777777" w:rsidR="00B31470" w:rsidRDefault="00E116F2">
            <w:r>
              <w:rPr>
                <w:sz w:val="17"/>
              </w:rPr>
              <w:t>Rationale for choosing the reference standard (if alternatives exist)</w:t>
            </w:r>
          </w:p>
        </w:tc>
        <w:tc>
          <w:tcPr>
            <w:tcW w:w="1701" w:type="dxa"/>
            <w:vAlign w:val="center"/>
          </w:tcPr>
          <w:p w14:paraId="3B06E60D" w14:textId="64F50AF6" w:rsidR="006A39F1" w:rsidRDefault="00A73CD1">
            <w:r>
              <w:t>5</w:t>
            </w:r>
          </w:p>
        </w:tc>
      </w:tr>
      <w:tr w:rsidR="00B31470" w14:paraId="45DB5D26" w14:textId="77777777">
        <w:trPr>
          <w:jc w:val="center"/>
        </w:trPr>
        <w:tc>
          <w:tcPr>
            <w:tcW w:w="2268" w:type="dxa"/>
            <w:vAlign w:val="center"/>
          </w:tcPr>
          <w:p w14:paraId="2D8FC624" w14:textId="77777777" w:rsidR="00B31470" w:rsidRDefault="00E116F2">
            <w:r>
              <w:rPr>
                <w:sz w:val="17"/>
              </w:rPr>
              <w:t>Methods - Test methods</w:t>
            </w:r>
          </w:p>
        </w:tc>
        <w:tc>
          <w:tcPr>
            <w:tcW w:w="680" w:type="dxa"/>
            <w:vAlign w:val="center"/>
          </w:tcPr>
          <w:p w14:paraId="7FB10CD8" w14:textId="77777777" w:rsidR="00B31470" w:rsidRDefault="00E116F2">
            <w:pPr>
              <w:jc w:val="center"/>
            </w:pPr>
            <w:r>
              <w:rPr>
                <w:sz w:val="17"/>
              </w:rPr>
              <w:t>12a</w:t>
            </w:r>
          </w:p>
        </w:tc>
        <w:tc>
          <w:tcPr>
            <w:tcW w:w="9921" w:type="dxa"/>
            <w:vAlign w:val="center"/>
          </w:tcPr>
          <w:p w14:paraId="4646BC65" w14:textId="77777777" w:rsidR="00B31470" w:rsidRDefault="00E116F2">
            <w:r>
              <w:rPr>
                <w:sz w:val="17"/>
              </w:rPr>
              <w:t>Definition of and rationale for test positivity cut-offs or result categories of the index test, distinguishing pre-specified from exploratory</w:t>
            </w:r>
          </w:p>
        </w:tc>
        <w:tc>
          <w:tcPr>
            <w:tcW w:w="1701" w:type="dxa"/>
            <w:vAlign w:val="center"/>
          </w:tcPr>
          <w:p w14:paraId="22B64755" w14:textId="77777777" w:rsidR="006A39F1" w:rsidRDefault="00101300">
            <w:r>
              <w:t>5</w:t>
            </w:r>
          </w:p>
        </w:tc>
      </w:tr>
      <w:tr w:rsidR="00B31470" w14:paraId="07EA9B36" w14:textId="77777777">
        <w:trPr>
          <w:jc w:val="center"/>
        </w:trPr>
        <w:tc>
          <w:tcPr>
            <w:tcW w:w="2268" w:type="dxa"/>
            <w:vAlign w:val="center"/>
          </w:tcPr>
          <w:p w14:paraId="0B914968" w14:textId="77777777" w:rsidR="00B31470" w:rsidRDefault="00E116F2">
            <w:r>
              <w:rPr>
                <w:sz w:val="17"/>
              </w:rPr>
              <w:t>Methods - Test methods</w:t>
            </w:r>
          </w:p>
        </w:tc>
        <w:tc>
          <w:tcPr>
            <w:tcW w:w="680" w:type="dxa"/>
            <w:vAlign w:val="center"/>
          </w:tcPr>
          <w:p w14:paraId="5FB9E303" w14:textId="77777777" w:rsidR="00B31470" w:rsidRDefault="00E116F2">
            <w:pPr>
              <w:jc w:val="center"/>
            </w:pPr>
            <w:r>
              <w:rPr>
                <w:sz w:val="17"/>
              </w:rPr>
              <w:t>12b</w:t>
            </w:r>
          </w:p>
        </w:tc>
        <w:tc>
          <w:tcPr>
            <w:tcW w:w="9921" w:type="dxa"/>
            <w:vAlign w:val="center"/>
          </w:tcPr>
          <w:p w14:paraId="7946C7D2" w14:textId="77777777" w:rsidR="00B31470" w:rsidRDefault="00E116F2">
            <w:r>
              <w:rPr>
                <w:sz w:val="17"/>
              </w:rPr>
              <w:t>Definition of and rationale for test positivity cut-offs or result categories of the reference standard, distinguishing pre-specified from exploratory</w:t>
            </w:r>
          </w:p>
        </w:tc>
        <w:tc>
          <w:tcPr>
            <w:tcW w:w="1701" w:type="dxa"/>
            <w:vAlign w:val="center"/>
          </w:tcPr>
          <w:p w14:paraId="2B6CCC69" w14:textId="77777777" w:rsidR="006A39F1" w:rsidRDefault="00101300">
            <w:r>
              <w:t>5</w:t>
            </w:r>
          </w:p>
        </w:tc>
      </w:tr>
      <w:tr w:rsidR="00B31470" w14:paraId="083057D2" w14:textId="77777777">
        <w:trPr>
          <w:jc w:val="center"/>
        </w:trPr>
        <w:tc>
          <w:tcPr>
            <w:tcW w:w="2268" w:type="dxa"/>
            <w:vAlign w:val="center"/>
          </w:tcPr>
          <w:p w14:paraId="4E510989" w14:textId="77777777" w:rsidR="00B31470" w:rsidRDefault="00E116F2">
            <w:r>
              <w:rPr>
                <w:sz w:val="17"/>
              </w:rPr>
              <w:t>Methods - Test methods</w:t>
            </w:r>
          </w:p>
        </w:tc>
        <w:tc>
          <w:tcPr>
            <w:tcW w:w="680" w:type="dxa"/>
            <w:vAlign w:val="center"/>
          </w:tcPr>
          <w:p w14:paraId="15E798F9" w14:textId="77777777" w:rsidR="00B31470" w:rsidRDefault="00E116F2">
            <w:pPr>
              <w:jc w:val="center"/>
            </w:pPr>
            <w:r>
              <w:rPr>
                <w:sz w:val="17"/>
              </w:rPr>
              <w:t>13a</w:t>
            </w:r>
          </w:p>
        </w:tc>
        <w:tc>
          <w:tcPr>
            <w:tcW w:w="9921" w:type="dxa"/>
            <w:vAlign w:val="center"/>
          </w:tcPr>
          <w:p w14:paraId="70E457E1" w14:textId="77777777" w:rsidR="00B31470" w:rsidRDefault="00E116F2">
            <w:r>
              <w:rPr>
                <w:sz w:val="17"/>
              </w:rPr>
              <w:t>Whether clinical information and reference standard results were available to the performers/readers of the index test</w:t>
            </w:r>
          </w:p>
        </w:tc>
        <w:tc>
          <w:tcPr>
            <w:tcW w:w="1701" w:type="dxa"/>
            <w:vAlign w:val="center"/>
          </w:tcPr>
          <w:p w14:paraId="030C4143" w14:textId="77777777" w:rsidR="006A39F1" w:rsidRDefault="00101300">
            <w:r>
              <w:t>N/A</w:t>
            </w:r>
          </w:p>
        </w:tc>
      </w:tr>
      <w:tr w:rsidR="00B31470" w14:paraId="6AA54CE6" w14:textId="77777777">
        <w:trPr>
          <w:jc w:val="center"/>
        </w:trPr>
        <w:tc>
          <w:tcPr>
            <w:tcW w:w="2268" w:type="dxa"/>
            <w:vAlign w:val="center"/>
          </w:tcPr>
          <w:p w14:paraId="41A5DAC6" w14:textId="77777777" w:rsidR="00B31470" w:rsidRDefault="00E116F2">
            <w:r>
              <w:rPr>
                <w:sz w:val="17"/>
              </w:rPr>
              <w:t>Methods - Test methods</w:t>
            </w:r>
          </w:p>
        </w:tc>
        <w:tc>
          <w:tcPr>
            <w:tcW w:w="680" w:type="dxa"/>
            <w:vAlign w:val="center"/>
          </w:tcPr>
          <w:p w14:paraId="12C6B357" w14:textId="77777777" w:rsidR="00B31470" w:rsidRDefault="00E116F2">
            <w:pPr>
              <w:jc w:val="center"/>
            </w:pPr>
            <w:r>
              <w:rPr>
                <w:sz w:val="17"/>
              </w:rPr>
              <w:t>13b</w:t>
            </w:r>
          </w:p>
        </w:tc>
        <w:tc>
          <w:tcPr>
            <w:tcW w:w="9921" w:type="dxa"/>
            <w:vAlign w:val="center"/>
          </w:tcPr>
          <w:p w14:paraId="6BDADDDB" w14:textId="77777777" w:rsidR="00B31470" w:rsidRDefault="00E116F2">
            <w:r>
              <w:rPr>
                <w:sz w:val="17"/>
              </w:rPr>
              <w:t>Whether clinical information and index test results were available to the assessors of the reference standard</w:t>
            </w:r>
          </w:p>
        </w:tc>
        <w:tc>
          <w:tcPr>
            <w:tcW w:w="1701" w:type="dxa"/>
            <w:vAlign w:val="center"/>
          </w:tcPr>
          <w:p w14:paraId="467DFED0" w14:textId="77777777" w:rsidR="006A39F1" w:rsidRDefault="00101300">
            <w:r>
              <w:t>5</w:t>
            </w:r>
          </w:p>
        </w:tc>
      </w:tr>
      <w:tr w:rsidR="00B31470" w14:paraId="0AC1A17E" w14:textId="77777777">
        <w:trPr>
          <w:jc w:val="center"/>
        </w:trPr>
        <w:tc>
          <w:tcPr>
            <w:tcW w:w="2268" w:type="dxa"/>
            <w:vAlign w:val="center"/>
          </w:tcPr>
          <w:p w14:paraId="6283FD80" w14:textId="77777777" w:rsidR="00B31470" w:rsidRDefault="00E116F2">
            <w:r>
              <w:rPr>
                <w:sz w:val="17"/>
              </w:rPr>
              <w:t>Methods - Analysis</w:t>
            </w:r>
          </w:p>
        </w:tc>
        <w:tc>
          <w:tcPr>
            <w:tcW w:w="680" w:type="dxa"/>
            <w:vAlign w:val="center"/>
          </w:tcPr>
          <w:p w14:paraId="7CA1118E" w14:textId="77777777" w:rsidR="00B31470" w:rsidRDefault="00E116F2">
            <w:pPr>
              <w:jc w:val="center"/>
            </w:pPr>
            <w:r>
              <w:rPr>
                <w:sz w:val="17"/>
              </w:rPr>
              <w:t>14</w:t>
            </w:r>
          </w:p>
        </w:tc>
        <w:tc>
          <w:tcPr>
            <w:tcW w:w="9921" w:type="dxa"/>
            <w:vAlign w:val="center"/>
          </w:tcPr>
          <w:p w14:paraId="4A2B70AB" w14:textId="77777777" w:rsidR="00B31470" w:rsidRDefault="00E116F2">
            <w:r>
              <w:rPr>
                <w:sz w:val="17"/>
              </w:rPr>
              <w:t>Methods for estimating or comparing measures of diagnostic accuracy</w:t>
            </w:r>
          </w:p>
        </w:tc>
        <w:tc>
          <w:tcPr>
            <w:tcW w:w="1701" w:type="dxa"/>
            <w:vAlign w:val="center"/>
          </w:tcPr>
          <w:p w14:paraId="7F8E222A" w14:textId="77777777" w:rsidR="006A39F1" w:rsidRDefault="00101300">
            <w:r>
              <w:t>6, 15-16</w:t>
            </w:r>
          </w:p>
        </w:tc>
      </w:tr>
      <w:tr w:rsidR="00B31470" w14:paraId="046E9FF3" w14:textId="77777777">
        <w:trPr>
          <w:jc w:val="center"/>
        </w:trPr>
        <w:tc>
          <w:tcPr>
            <w:tcW w:w="2268" w:type="dxa"/>
            <w:vAlign w:val="center"/>
          </w:tcPr>
          <w:p w14:paraId="415D188B" w14:textId="77777777" w:rsidR="00B31470" w:rsidRDefault="00E116F2">
            <w:r>
              <w:rPr>
                <w:sz w:val="17"/>
              </w:rPr>
              <w:t>Methods - Analysis</w:t>
            </w:r>
          </w:p>
        </w:tc>
        <w:tc>
          <w:tcPr>
            <w:tcW w:w="680" w:type="dxa"/>
            <w:vAlign w:val="center"/>
          </w:tcPr>
          <w:p w14:paraId="2B83680F" w14:textId="77777777" w:rsidR="00B31470" w:rsidRDefault="00E116F2">
            <w:pPr>
              <w:jc w:val="center"/>
            </w:pPr>
            <w:r>
              <w:rPr>
                <w:sz w:val="17"/>
              </w:rPr>
              <w:t>15</w:t>
            </w:r>
          </w:p>
        </w:tc>
        <w:tc>
          <w:tcPr>
            <w:tcW w:w="9921" w:type="dxa"/>
            <w:vAlign w:val="center"/>
          </w:tcPr>
          <w:p w14:paraId="6B3BDFF0" w14:textId="77777777" w:rsidR="00B31470" w:rsidRDefault="00E116F2">
            <w:r>
              <w:rPr>
                <w:sz w:val="17"/>
              </w:rPr>
              <w:t>How indeterminate index test or reference standard results were handled</w:t>
            </w:r>
          </w:p>
        </w:tc>
        <w:tc>
          <w:tcPr>
            <w:tcW w:w="1701" w:type="dxa"/>
            <w:vAlign w:val="center"/>
          </w:tcPr>
          <w:p w14:paraId="730AE7E1" w14:textId="77777777" w:rsidR="006A39F1" w:rsidRDefault="00101300">
            <w:r>
              <w:t>6</w:t>
            </w:r>
          </w:p>
        </w:tc>
      </w:tr>
      <w:tr w:rsidR="00B31470" w14:paraId="5EE62D3A" w14:textId="77777777">
        <w:trPr>
          <w:jc w:val="center"/>
        </w:trPr>
        <w:tc>
          <w:tcPr>
            <w:tcW w:w="2268" w:type="dxa"/>
            <w:vAlign w:val="center"/>
          </w:tcPr>
          <w:p w14:paraId="22FACE79" w14:textId="77777777" w:rsidR="00B31470" w:rsidRDefault="00E116F2">
            <w:r>
              <w:rPr>
                <w:sz w:val="17"/>
              </w:rPr>
              <w:t>Methods - Analysis</w:t>
            </w:r>
          </w:p>
        </w:tc>
        <w:tc>
          <w:tcPr>
            <w:tcW w:w="680" w:type="dxa"/>
            <w:vAlign w:val="center"/>
          </w:tcPr>
          <w:p w14:paraId="0ACFBD58" w14:textId="77777777" w:rsidR="00B31470" w:rsidRDefault="00E116F2">
            <w:pPr>
              <w:jc w:val="center"/>
            </w:pPr>
            <w:r>
              <w:rPr>
                <w:sz w:val="17"/>
              </w:rPr>
              <w:t>16</w:t>
            </w:r>
          </w:p>
        </w:tc>
        <w:tc>
          <w:tcPr>
            <w:tcW w:w="9921" w:type="dxa"/>
            <w:vAlign w:val="center"/>
          </w:tcPr>
          <w:p w14:paraId="5E9F9416" w14:textId="77777777" w:rsidR="00B31470" w:rsidRDefault="00E116F2">
            <w:r>
              <w:rPr>
                <w:sz w:val="17"/>
              </w:rPr>
              <w:t>How missing data on the index test and reference standard were handled</w:t>
            </w:r>
          </w:p>
        </w:tc>
        <w:tc>
          <w:tcPr>
            <w:tcW w:w="1701" w:type="dxa"/>
            <w:vAlign w:val="center"/>
          </w:tcPr>
          <w:p w14:paraId="2B00F5E5" w14:textId="77777777" w:rsidR="006A39F1" w:rsidRDefault="00101300">
            <w:r>
              <w:t>6</w:t>
            </w:r>
          </w:p>
        </w:tc>
      </w:tr>
      <w:tr w:rsidR="00B31470" w14:paraId="3C9CC6EA" w14:textId="77777777">
        <w:trPr>
          <w:jc w:val="center"/>
        </w:trPr>
        <w:tc>
          <w:tcPr>
            <w:tcW w:w="2268" w:type="dxa"/>
            <w:vAlign w:val="center"/>
          </w:tcPr>
          <w:p w14:paraId="3F61FE82" w14:textId="77777777" w:rsidR="00B31470" w:rsidRDefault="00E116F2">
            <w:r>
              <w:rPr>
                <w:sz w:val="17"/>
              </w:rPr>
              <w:t>Methods - Analysis</w:t>
            </w:r>
          </w:p>
        </w:tc>
        <w:tc>
          <w:tcPr>
            <w:tcW w:w="680" w:type="dxa"/>
            <w:vAlign w:val="center"/>
          </w:tcPr>
          <w:p w14:paraId="2D6DA568" w14:textId="77777777" w:rsidR="00B31470" w:rsidRDefault="00E116F2">
            <w:pPr>
              <w:jc w:val="center"/>
            </w:pPr>
            <w:r>
              <w:rPr>
                <w:sz w:val="17"/>
              </w:rPr>
              <w:t>17</w:t>
            </w:r>
          </w:p>
        </w:tc>
        <w:tc>
          <w:tcPr>
            <w:tcW w:w="9921" w:type="dxa"/>
            <w:vAlign w:val="center"/>
          </w:tcPr>
          <w:p w14:paraId="626F5B00" w14:textId="77777777" w:rsidR="00B31470" w:rsidRDefault="00E116F2">
            <w:r>
              <w:rPr>
                <w:sz w:val="17"/>
              </w:rPr>
              <w:t>Any analyses of variability in diagnostic accuracy, distinguishing pre-specified from exploratory</w:t>
            </w:r>
          </w:p>
        </w:tc>
        <w:tc>
          <w:tcPr>
            <w:tcW w:w="1701" w:type="dxa"/>
            <w:vAlign w:val="center"/>
          </w:tcPr>
          <w:p w14:paraId="6502EF22" w14:textId="77777777" w:rsidR="006A39F1" w:rsidRDefault="00101300">
            <w:r>
              <w:t>N/A</w:t>
            </w:r>
          </w:p>
        </w:tc>
      </w:tr>
      <w:tr w:rsidR="00B31470" w14:paraId="14CC8238" w14:textId="77777777">
        <w:trPr>
          <w:jc w:val="center"/>
        </w:trPr>
        <w:tc>
          <w:tcPr>
            <w:tcW w:w="2268" w:type="dxa"/>
            <w:vAlign w:val="center"/>
          </w:tcPr>
          <w:p w14:paraId="6587D77F" w14:textId="77777777" w:rsidR="00B31470" w:rsidRDefault="00E116F2">
            <w:r>
              <w:rPr>
                <w:sz w:val="17"/>
              </w:rPr>
              <w:t>Methods - Analysis</w:t>
            </w:r>
          </w:p>
        </w:tc>
        <w:tc>
          <w:tcPr>
            <w:tcW w:w="680" w:type="dxa"/>
            <w:vAlign w:val="center"/>
          </w:tcPr>
          <w:p w14:paraId="276310D5" w14:textId="77777777" w:rsidR="00B31470" w:rsidRDefault="00E116F2">
            <w:pPr>
              <w:jc w:val="center"/>
            </w:pPr>
            <w:r>
              <w:rPr>
                <w:sz w:val="17"/>
              </w:rPr>
              <w:t>18</w:t>
            </w:r>
          </w:p>
        </w:tc>
        <w:tc>
          <w:tcPr>
            <w:tcW w:w="9921" w:type="dxa"/>
            <w:vAlign w:val="center"/>
          </w:tcPr>
          <w:p w14:paraId="1E899239" w14:textId="77777777" w:rsidR="00B31470" w:rsidRDefault="00E116F2">
            <w:r>
              <w:rPr>
                <w:sz w:val="17"/>
              </w:rPr>
              <w:t>Intended sample size and how it was determined</w:t>
            </w:r>
          </w:p>
        </w:tc>
        <w:tc>
          <w:tcPr>
            <w:tcW w:w="1701" w:type="dxa"/>
            <w:vAlign w:val="center"/>
          </w:tcPr>
          <w:p w14:paraId="1EBB5C31" w14:textId="77777777" w:rsidR="006A39F1" w:rsidRDefault="00101300">
            <w:r>
              <w:t>6</w:t>
            </w:r>
          </w:p>
        </w:tc>
      </w:tr>
      <w:tr w:rsidR="00B31470" w14:paraId="29D2AE14" w14:textId="77777777">
        <w:trPr>
          <w:jc w:val="center"/>
        </w:trPr>
        <w:tc>
          <w:tcPr>
            <w:tcW w:w="2268" w:type="dxa"/>
            <w:vAlign w:val="center"/>
          </w:tcPr>
          <w:p w14:paraId="04AC5D96" w14:textId="77777777" w:rsidR="00B31470" w:rsidRDefault="00E116F2">
            <w:r>
              <w:rPr>
                <w:sz w:val="17"/>
              </w:rPr>
              <w:t>Results - Participants</w:t>
            </w:r>
          </w:p>
        </w:tc>
        <w:tc>
          <w:tcPr>
            <w:tcW w:w="680" w:type="dxa"/>
            <w:vAlign w:val="center"/>
          </w:tcPr>
          <w:p w14:paraId="638F02A8" w14:textId="77777777" w:rsidR="00B31470" w:rsidRDefault="00E116F2">
            <w:pPr>
              <w:jc w:val="center"/>
            </w:pPr>
            <w:r>
              <w:rPr>
                <w:sz w:val="17"/>
              </w:rPr>
              <w:t>19</w:t>
            </w:r>
          </w:p>
        </w:tc>
        <w:tc>
          <w:tcPr>
            <w:tcW w:w="9921" w:type="dxa"/>
            <w:vAlign w:val="center"/>
          </w:tcPr>
          <w:p w14:paraId="0065C598" w14:textId="77777777" w:rsidR="00B31470" w:rsidRDefault="00E116F2">
            <w:r>
              <w:rPr>
                <w:sz w:val="17"/>
              </w:rPr>
              <w:t>Flow of participants, using a diagram</w:t>
            </w:r>
          </w:p>
        </w:tc>
        <w:tc>
          <w:tcPr>
            <w:tcW w:w="1701" w:type="dxa"/>
            <w:vAlign w:val="center"/>
          </w:tcPr>
          <w:p w14:paraId="5B5A1489" w14:textId="77777777" w:rsidR="006A39F1" w:rsidRDefault="00101300">
            <w:r>
              <w:t>6, 17</w:t>
            </w:r>
          </w:p>
        </w:tc>
      </w:tr>
      <w:tr w:rsidR="00B31470" w14:paraId="60CDC592" w14:textId="77777777">
        <w:trPr>
          <w:jc w:val="center"/>
        </w:trPr>
        <w:tc>
          <w:tcPr>
            <w:tcW w:w="2268" w:type="dxa"/>
            <w:vAlign w:val="center"/>
          </w:tcPr>
          <w:p w14:paraId="126D031F" w14:textId="77777777" w:rsidR="00B31470" w:rsidRDefault="00E116F2">
            <w:r>
              <w:rPr>
                <w:sz w:val="17"/>
              </w:rPr>
              <w:t>Results - Participants</w:t>
            </w:r>
          </w:p>
        </w:tc>
        <w:tc>
          <w:tcPr>
            <w:tcW w:w="680" w:type="dxa"/>
            <w:vAlign w:val="center"/>
          </w:tcPr>
          <w:p w14:paraId="7B1D652B" w14:textId="77777777" w:rsidR="00B31470" w:rsidRDefault="00E116F2">
            <w:pPr>
              <w:jc w:val="center"/>
            </w:pPr>
            <w:r>
              <w:rPr>
                <w:sz w:val="17"/>
              </w:rPr>
              <w:t>20</w:t>
            </w:r>
          </w:p>
        </w:tc>
        <w:tc>
          <w:tcPr>
            <w:tcW w:w="9921" w:type="dxa"/>
            <w:vAlign w:val="center"/>
          </w:tcPr>
          <w:p w14:paraId="31BF2991" w14:textId="77777777" w:rsidR="00B31470" w:rsidRDefault="00E116F2">
            <w:r>
              <w:rPr>
                <w:sz w:val="17"/>
              </w:rPr>
              <w:t>Baseline demographic and clinical characteristics of participants</w:t>
            </w:r>
          </w:p>
        </w:tc>
        <w:tc>
          <w:tcPr>
            <w:tcW w:w="1701" w:type="dxa"/>
            <w:vAlign w:val="center"/>
          </w:tcPr>
          <w:p w14:paraId="0DAA7EC3" w14:textId="77777777" w:rsidR="006A39F1" w:rsidRDefault="00101300">
            <w:r>
              <w:t>7-8, 12-14</w:t>
            </w:r>
          </w:p>
        </w:tc>
      </w:tr>
      <w:tr w:rsidR="00B31470" w14:paraId="7D74B0F2" w14:textId="77777777">
        <w:trPr>
          <w:jc w:val="center"/>
        </w:trPr>
        <w:tc>
          <w:tcPr>
            <w:tcW w:w="2268" w:type="dxa"/>
            <w:vAlign w:val="center"/>
          </w:tcPr>
          <w:p w14:paraId="51215DDC" w14:textId="77777777" w:rsidR="00B31470" w:rsidRDefault="00E116F2">
            <w:r>
              <w:rPr>
                <w:sz w:val="17"/>
              </w:rPr>
              <w:t>Results - Participants</w:t>
            </w:r>
          </w:p>
        </w:tc>
        <w:tc>
          <w:tcPr>
            <w:tcW w:w="680" w:type="dxa"/>
            <w:vAlign w:val="center"/>
          </w:tcPr>
          <w:p w14:paraId="081AA960" w14:textId="77777777" w:rsidR="00B31470" w:rsidRDefault="00E116F2">
            <w:pPr>
              <w:jc w:val="center"/>
            </w:pPr>
            <w:r>
              <w:rPr>
                <w:sz w:val="17"/>
              </w:rPr>
              <w:t>21a</w:t>
            </w:r>
          </w:p>
        </w:tc>
        <w:tc>
          <w:tcPr>
            <w:tcW w:w="9921" w:type="dxa"/>
            <w:vAlign w:val="center"/>
          </w:tcPr>
          <w:p w14:paraId="01E0834C" w14:textId="77777777" w:rsidR="00B31470" w:rsidRDefault="00E116F2">
            <w:r>
              <w:rPr>
                <w:sz w:val="17"/>
              </w:rPr>
              <w:t>Distribution of severity of disease in those with the target condition</w:t>
            </w:r>
          </w:p>
        </w:tc>
        <w:tc>
          <w:tcPr>
            <w:tcW w:w="1701" w:type="dxa"/>
            <w:vAlign w:val="center"/>
          </w:tcPr>
          <w:p w14:paraId="1D19AFA9" w14:textId="77777777" w:rsidR="006A39F1" w:rsidRDefault="00101300">
            <w:r>
              <w:t>8</w:t>
            </w:r>
          </w:p>
        </w:tc>
      </w:tr>
      <w:tr w:rsidR="00B31470" w14:paraId="6ACF0E55" w14:textId="77777777">
        <w:trPr>
          <w:jc w:val="center"/>
        </w:trPr>
        <w:tc>
          <w:tcPr>
            <w:tcW w:w="2268" w:type="dxa"/>
            <w:vAlign w:val="center"/>
          </w:tcPr>
          <w:p w14:paraId="00B540DC" w14:textId="77777777" w:rsidR="00B31470" w:rsidRDefault="00E116F2">
            <w:r>
              <w:rPr>
                <w:sz w:val="17"/>
              </w:rPr>
              <w:t>Results - Participants</w:t>
            </w:r>
          </w:p>
        </w:tc>
        <w:tc>
          <w:tcPr>
            <w:tcW w:w="680" w:type="dxa"/>
            <w:vAlign w:val="center"/>
          </w:tcPr>
          <w:p w14:paraId="4485DEA9" w14:textId="77777777" w:rsidR="00B31470" w:rsidRDefault="00E116F2">
            <w:pPr>
              <w:jc w:val="center"/>
            </w:pPr>
            <w:r>
              <w:rPr>
                <w:sz w:val="17"/>
              </w:rPr>
              <w:t>21b</w:t>
            </w:r>
          </w:p>
        </w:tc>
        <w:tc>
          <w:tcPr>
            <w:tcW w:w="9921" w:type="dxa"/>
            <w:vAlign w:val="center"/>
          </w:tcPr>
          <w:p w14:paraId="5EBBCFB6" w14:textId="77777777" w:rsidR="00B31470" w:rsidRDefault="00E116F2">
            <w:r>
              <w:rPr>
                <w:sz w:val="17"/>
              </w:rPr>
              <w:t>Distribution of alternative diagnoses in those without the target condition</w:t>
            </w:r>
          </w:p>
        </w:tc>
        <w:tc>
          <w:tcPr>
            <w:tcW w:w="1701" w:type="dxa"/>
            <w:vAlign w:val="center"/>
          </w:tcPr>
          <w:p w14:paraId="661C6802" w14:textId="77777777" w:rsidR="006A39F1" w:rsidRDefault="00101300">
            <w:r>
              <w:t>8</w:t>
            </w:r>
          </w:p>
        </w:tc>
      </w:tr>
      <w:tr w:rsidR="00B31470" w14:paraId="1DAC7DCC" w14:textId="77777777">
        <w:trPr>
          <w:jc w:val="center"/>
        </w:trPr>
        <w:tc>
          <w:tcPr>
            <w:tcW w:w="2268" w:type="dxa"/>
            <w:vAlign w:val="center"/>
          </w:tcPr>
          <w:p w14:paraId="2465CB84" w14:textId="77777777" w:rsidR="00B31470" w:rsidRDefault="00E116F2">
            <w:r>
              <w:rPr>
                <w:sz w:val="17"/>
              </w:rPr>
              <w:t>Results - Participants</w:t>
            </w:r>
          </w:p>
        </w:tc>
        <w:tc>
          <w:tcPr>
            <w:tcW w:w="680" w:type="dxa"/>
            <w:vAlign w:val="center"/>
          </w:tcPr>
          <w:p w14:paraId="703D4B83" w14:textId="77777777" w:rsidR="00B31470" w:rsidRDefault="00E116F2">
            <w:pPr>
              <w:jc w:val="center"/>
            </w:pPr>
            <w:r>
              <w:rPr>
                <w:sz w:val="17"/>
              </w:rPr>
              <w:t>22</w:t>
            </w:r>
          </w:p>
        </w:tc>
        <w:tc>
          <w:tcPr>
            <w:tcW w:w="9921" w:type="dxa"/>
            <w:vAlign w:val="center"/>
          </w:tcPr>
          <w:p w14:paraId="7A86C225" w14:textId="77777777" w:rsidR="00B31470" w:rsidRDefault="00E116F2">
            <w:r>
              <w:rPr>
                <w:sz w:val="17"/>
              </w:rPr>
              <w:t>Time interval and any clinical interventions between index test and reference standard</w:t>
            </w:r>
          </w:p>
        </w:tc>
        <w:tc>
          <w:tcPr>
            <w:tcW w:w="1701" w:type="dxa"/>
            <w:vAlign w:val="center"/>
          </w:tcPr>
          <w:p w14:paraId="1ED2F277" w14:textId="77777777" w:rsidR="006A39F1" w:rsidRDefault="00101300">
            <w:r>
              <w:t>5</w:t>
            </w:r>
          </w:p>
        </w:tc>
      </w:tr>
      <w:tr w:rsidR="00B31470" w14:paraId="2FAA2A9E" w14:textId="77777777">
        <w:trPr>
          <w:jc w:val="center"/>
        </w:trPr>
        <w:tc>
          <w:tcPr>
            <w:tcW w:w="2268" w:type="dxa"/>
            <w:vAlign w:val="center"/>
          </w:tcPr>
          <w:p w14:paraId="7D62C848" w14:textId="77777777" w:rsidR="00B31470" w:rsidRDefault="00E116F2">
            <w:r>
              <w:rPr>
                <w:sz w:val="17"/>
              </w:rPr>
              <w:t>Results - Test results</w:t>
            </w:r>
          </w:p>
        </w:tc>
        <w:tc>
          <w:tcPr>
            <w:tcW w:w="680" w:type="dxa"/>
            <w:vAlign w:val="center"/>
          </w:tcPr>
          <w:p w14:paraId="51AA75CE" w14:textId="77777777" w:rsidR="00B31470" w:rsidRDefault="00E116F2">
            <w:pPr>
              <w:jc w:val="center"/>
            </w:pPr>
            <w:r>
              <w:rPr>
                <w:sz w:val="17"/>
              </w:rPr>
              <w:t>23</w:t>
            </w:r>
          </w:p>
        </w:tc>
        <w:tc>
          <w:tcPr>
            <w:tcW w:w="9921" w:type="dxa"/>
            <w:vAlign w:val="center"/>
          </w:tcPr>
          <w:p w14:paraId="13763F39" w14:textId="77777777" w:rsidR="00B31470" w:rsidRDefault="00E116F2">
            <w:r>
              <w:rPr>
                <w:sz w:val="17"/>
              </w:rPr>
              <w:t>Cross tabulation of the index test results by the results of the reference standard</w:t>
            </w:r>
          </w:p>
        </w:tc>
        <w:tc>
          <w:tcPr>
            <w:tcW w:w="1701" w:type="dxa"/>
            <w:vAlign w:val="center"/>
          </w:tcPr>
          <w:p w14:paraId="3A6429F3" w14:textId="77777777" w:rsidR="006A39F1" w:rsidRDefault="00101300">
            <w:r>
              <w:t>15</w:t>
            </w:r>
          </w:p>
        </w:tc>
      </w:tr>
      <w:tr w:rsidR="00B31470" w14:paraId="2C7747E9" w14:textId="77777777">
        <w:trPr>
          <w:jc w:val="center"/>
        </w:trPr>
        <w:tc>
          <w:tcPr>
            <w:tcW w:w="2268" w:type="dxa"/>
            <w:vAlign w:val="center"/>
          </w:tcPr>
          <w:p w14:paraId="2E31B2FC" w14:textId="77777777" w:rsidR="00B31470" w:rsidRDefault="00E116F2">
            <w:r>
              <w:rPr>
                <w:sz w:val="17"/>
              </w:rPr>
              <w:t>Results - Test results</w:t>
            </w:r>
          </w:p>
        </w:tc>
        <w:tc>
          <w:tcPr>
            <w:tcW w:w="680" w:type="dxa"/>
            <w:vAlign w:val="center"/>
          </w:tcPr>
          <w:p w14:paraId="43AC413E" w14:textId="77777777" w:rsidR="00B31470" w:rsidRDefault="00E116F2">
            <w:pPr>
              <w:jc w:val="center"/>
            </w:pPr>
            <w:r>
              <w:rPr>
                <w:sz w:val="17"/>
              </w:rPr>
              <w:t>24</w:t>
            </w:r>
          </w:p>
        </w:tc>
        <w:tc>
          <w:tcPr>
            <w:tcW w:w="9921" w:type="dxa"/>
            <w:vAlign w:val="center"/>
          </w:tcPr>
          <w:p w14:paraId="424FBD3E" w14:textId="77777777" w:rsidR="00B31470" w:rsidRDefault="00E116F2">
            <w:r>
              <w:rPr>
                <w:sz w:val="17"/>
              </w:rPr>
              <w:t>Estimates of diagnostic accuracy and their precision (such as 95% confidence intervals)</w:t>
            </w:r>
          </w:p>
        </w:tc>
        <w:tc>
          <w:tcPr>
            <w:tcW w:w="1701" w:type="dxa"/>
            <w:vAlign w:val="center"/>
          </w:tcPr>
          <w:p w14:paraId="081BC593" w14:textId="77777777" w:rsidR="006A39F1" w:rsidRDefault="00101300">
            <w:r>
              <w:t>8, 15-16</w:t>
            </w:r>
          </w:p>
        </w:tc>
      </w:tr>
      <w:tr w:rsidR="00B31470" w14:paraId="5A4B7622" w14:textId="77777777">
        <w:trPr>
          <w:jc w:val="center"/>
        </w:trPr>
        <w:tc>
          <w:tcPr>
            <w:tcW w:w="2268" w:type="dxa"/>
            <w:vAlign w:val="center"/>
          </w:tcPr>
          <w:p w14:paraId="770E6F43" w14:textId="77777777" w:rsidR="00B31470" w:rsidRDefault="00E116F2">
            <w:r>
              <w:rPr>
                <w:sz w:val="17"/>
              </w:rPr>
              <w:t>Results - Test results</w:t>
            </w:r>
          </w:p>
        </w:tc>
        <w:tc>
          <w:tcPr>
            <w:tcW w:w="680" w:type="dxa"/>
            <w:vAlign w:val="center"/>
          </w:tcPr>
          <w:p w14:paraId="7FCF5153" w14:textId="77777777" w:rsidR="00B31470" w:rsidRDefault="00E116F2">
            <w:pPr>
              <w:jc w:val="center"/>
            </w:pPr>
            <w:r>
              <w:rPr>
                <w:sz w:val="17"/>
              </w:rPr>
              <w:t>25</w:t>
            </w:r>
          </w:p>
        </w:tc>
        <w:tc>
          <w:tcPr>
            <w:tcW w:w="9921" w:type="dxa"/>
            <w:vAlign w:val="center"/>
          </w:tcPr>
          <w:p w14:paraId="4F6FE43F" w14:textId="77777777" w:rsidR="00B31470" w:rsidRDefault="00E116F2">
            <w:r>
              <w:rPr>
                <w:sz w:val="17"/>
              </w:rPr>
              <w:t>Any adverse events from performing the index test or the reference standard</w:t>
            </w:r>
          </w:p>
        </w:tc>
        <w:tc>
          <w:tcPr>
            <w:tcW w:w="1701" w:type="dxa"/>
            <w:vAlign w:val="center"/>
          </w:tcPr>
          <w:p w14:paraId="129431E9" w14:textId="77777777" w:rsidR="006A39F1" w:rsidRDefault="00101300">
            <w:r>
              <w:t>8</w:t>
            </w:r>
          </w:p>
        </w:tc>
      </w:tr>
      <w:tr w:rsidR="00B31470" w14:paraId="18A34FF4" w14:textId="77777777">
        <w:trPr>
          <w:jc w:val="center"/>
        </w:trPr>
        <w:tc>
          <w:tcPr>
            <w:tcW w:w="2268" w:type="dxa"/>
            <w:vAlign w:val="center"/>
          </w:tcPr>
          <w:p w14:paraId="1BFFE2ED" w14:textId="77777777" w:rsidR="00B31470" w:rsidRDefault="00E116F2">
            <w:r>
              <w:rPr>
                <w:sz w:val="17"/>
              </w:rPr>
              <w:t>Discussion</w:t>
            </w:r>
          </w:p>
        </w:tc>
        <w:tc>
          <w:tcPr>
            <w:tcW w:w="680" w:type="dxa"/>
            <w:vAlign w:val="center"/>
          </w:tcPr>
          <w:p w14:paraId="42B15924" w14:textId="77777777" w:rsidR="00B31470" w:rsidRDefault="00E116F2">
            <w:pPr>
              <w:jc w:val="center"/>
            </w:pPr>
            <w:r>
              <w:rPr>
                <w:sz w:val="17"/>
              </w:rPr>
              <w:t>26</w:t>
            </w:r>
          </w:p>
        </w:tc>
        <w:tc>
          <w:tcPr>
            <w:tcW w:w="9921" w:type="dxa"/>
            <w:vAlign w:val="center"/>
          </w:tcPr>
          <w:p w14:paraId="28B59904" w14:textId="77777777" w:rsidR="00B31470" w:rsidRDefault="00E116F2">
            <w:r>
              <w:rPr>
                <w:sz w:val="17"/>
              </w:rPr>
              <w:t>Study limitations, including sources of potential bias, statistical uncertainty, and generalisability</w:t>
            </w:r>
          </w:p>
        </w:tc>
        <w:tc>
          <w:tcPr>
            <w:tcW w:w="1701" w:type="dxa"/>
            <w:vAlign w:val="center"/>
          </w:tcPr>
          <w:p w14:paraId="59BBE73F" w14:textId="77777777" w:rsidR="006A39F1" w:rsidRDefault="00101300">
            <w:r>
              <w:t>9-10</w:t>
            </w:r>
          </w:p>
        </w:tc>
      </w:tr>
      <w:tr w:rsidR="00B31470" w14:paraId="4224C374" w14:textId="77777777">
        <w:trPr>
          <w:jc w:val="center"/>
        </w:trPr>
        <w:tc>
          <w:tcPr>
            <w:tcW w:w="2268" w:type="dxa"/>
            <w:vAlign w:val="center"/>
          </w:tcPr>
          <w:p w14:paraId="4C3F04FA" w14:textId="77777777" w:rsidR="00B31470" w:rsidRDefault="00E116F2">
            <w:r>
              <w:rPr>
                <w:sz w:val="17"/>
              </w:rPr>
              <w:t>Discussion</w:t>
            </w:r>
          </w:p>
        </w:tc>
        <w:tc>
          <w:tcPr>
            <w:tcW w:w="680" w:type="dxa"/>
            <w:vAlign w:val="center"/>
          </w:tcPr>
          <w:p w14:paraId="28AED3A6" w14:textId="77777777" w:rsidR="00B31470" w:rsidRDefault="00E116F2">
            <w:pPr>
              <w:jc w:val="center"/>
            </w:pPr>
            <w:r>
              <w:rPr>
                <w:sz w:val="17"/>
              </w:rPr>
              <w:t>27</w:t>
            </w:r>
          </w:p>
        </w:tc>
        <w:tc>
          <w:tcPr>
            <w:tcW w:w="9921" w:type="dxa"/>
            <w:vAlign w:val="center"/>
          </w:tcPr>
          <w:p w14:paraId="55FA3F33" w14:textId="77777777" w:rsidR="00B31470" w:rsidRDefault="00E116F2">
            <w:r>
              <w:rPr>
                <w:sz w:val="17"/>
              </w:rPr>
              <w:t>Implications for practice, including the intended use and clinical role of the index test</w:t>
            </w:r>
          </w:p>
        </w:tc>
        <w:tc>
          <w:tcPr>
            <w:tcW w:w="1701" w:type="dxa"/>
            <w:vAlign w:val="center"/>
          </w:tcPr>
          <w:p w14:paraId="7C5774B2" w14:textId="77777777" w:rsidR="006A39F1" w:rsidRDefault="00101300">
            <w:r>
              <w:t>8-10</w:t>
            </w:r>
          </w:p>
        </w:tc>
      </w:tr>
      <w:tr w:rsidR="00B31470" w14:paraId="58379246" w14:textId="77777777">
        <w:trPr>
          <w:jc w:val="center"/>
        </w:trPr>
        <w:tc>
          <w:tcPr>
            <w:tcW w:w="2268" w:type="dxa"/>
            <w:vAlign w:val="center"/>
          </w:tcPr>
          <w:p w14:paraId="176B1D79" w14:textId="77777777" w:rsidR="00B31470" w:rsidRDefault="00E116F2">
            <w:r>
              <w:rPr>
                <w:sz w:val="17"/>
              </w:rPr>
              <w:t>Other information</w:t>
            </w:r>
          </w:p>
        </w:tc>
        <w:tc>
          <w:tcPr>
            <w:tcW w:w="680" w:type="dxa"/>
            <w:vAlign w:val="center"/>
          </w:tcPr>
          <w:p w14:paraId="035666C1" w14:textId="77777777" w:rsidR="00B31470" w:rsidRDefault="00E116F2">
            <w:pPr>
              <w:jc w:val="center"/>
            </w:pPr>
            <w:r>
              <w:rPr>
                <w:sz w:val="17"/>
              </w:rPr>
              <w:t>28</w:t>
            </w:r>
          </w:p>
        </w:tc>
        <w:tc>
          <w:tcPr>
            <w:tcW w:w="9921" w:type="dxa"/>
            <w:vAlign w:val="center"/>
          </w:tcPr>
          <w:p w14:paraId="24B0ABA5" w14:textId="77777777" w:rsidR="00B31470" w:rsidRDefault="00E116F2">
            <w:r>
              <w:rPr>
                <w:sz w:val="17"/>
              </w:rPr>
              <w:t>Registration number and name of registry</w:t>
            </w:r>
          </w:p>
        </w:tc>
        <w:tc>
          <w:tcPr>
            <w:tcW w:w="1701" w:type="dxa"/>
            <w:vAlign w:val="center"/>
          </w:tcPr>
          <w:p w14:paraId="28B58EE4" w14:textId="77777777" w:rsidR="006A39F1" w:rsidRDefault="00101300">
            <w:r>
              <w:t>11</w:t>
            </w:r>
          </w:p>
        </w:tc>
      </w:tr>
      <w:tr w:rsidR="00B31470" w14:paraId="3CE873CB" w14:textId="77777777">
        <w:trPr>
          <w:jc w:val="center"/>
        </w:trPr>
        <w:tc>
          <w:tcPr>
            <w:tcW w:w="2268" w:type="dxa"/>
            <w:vAlign w:val="center"/>
          </w:tcPr>
          <w:p w14:paraId="66F37246" w14:textId="77777777" w:rsidR="00B31470" w:rsidRDefault="00E116F2">
            <w:r>
              <w:rPr>
                <w:sz w:val="17"/>
              </w:rPr>
              <w:t>Other information</w:t>
            </w:r>
          </w:p>
        </w:tc>
        <w:tc>
          <w:tcPr>
            <w:tcW w:w="680" w:type="dxa"/>
            <w:vAlign w:val="center"/>
          </w:tcPr>
          <w:p w14:paraId="2473E862" w14:textId="77777777" w:rsidR="00B31470" w:rsidRDefault="00E116F2">
            <w:pPr>
              <w:jc w:val="center"/>
            </w:pPr>
            <w:r>
              <w:rPr>
                <w:sz w:val="17"/>
              </w:rPr>
              <w:t>29</w:t>
            </w:r>
          </w:p>
        </w:tc>
        <w:tc>
          <w:tcPr>
            <w:tcW w:w="9921" w:type="dxa"/>
            <w:vAlign w:val="center"/>
          </w:tcPr>
          <w:p w14:paraId="0DA6C23C" w14:textId="77777777" w:rsidR="00B31470" w:rsidRDefault="00E116F2">
            <w:r>
              <w:rPr>
                <w:sz w:val="17"/>
              </w:rPr>
              <w:t>Where the full study protocol can be accessed</w:t>
            </w:r>
          </w:p>
        </w:tc>
        <w:tc>
          <w:tcPr>
            <w:tcW w:w="1701" w:type="dxa"/>
            <w:vAlign w:val="center"/>
          </w:tcPr>
          <w:p w14:paraId="517627FA" w14:textId="77777777" w:rsidR="006A39F1" w:rsidRDefault="00101300">
            <w:r>
              <w:t>11</w:t>
            </w:r>
          </w:p>
        </w:tc>
      </w:tr>
      <w:tr w:rsidR="00B31470" w14:paraId="3F531B49" w14:textId="77777777">
        <w:trPr>
          <w:jc w:val="center"/>
        </w:trPr>
        <w:tc>
          <w:tcPr>
            <w:tcW w:w="2268" w:type="dxa"/>
            <w:vAlign w:val="center"/>
          </w:tcPr>
          <w:p w14:paraId="3CAF01A5" w14:textId="77777777" w:rsidR="00B31470" w:rsidRDefault="00E116F2">
            <w:r>
              <w:rPr>
                <w:sz w:val="17"/>
              </w:rPr>
              <w:t>Other information</w:t>
            </w:r>
          </w:p>
        </w:tc>
        <w:tc>
          <w:tcPr>
            <w:tcW w:w="680" w:type="dxa"/>
            <w:vAlign w:val="center"/>
          </w:tcPr>
          <w:p w14:paraId="20DEFB0C" w14:textId="77777777" w:rsidR="00B31470" w:rsidRDefault="00E116F2">
            <w:pPr>
              <w:jc w:val="center"/>
            </w:pPr>
            <w:r>
              <w:rPr>
                <w:sz w:val="17"/>
              </w:rPr>
              <w:t>30</w:t>
            </w:r>
          </w:p>
        </w:tc>
        <w:tc>
          <w:tcPr>
            <w:tcW w:w="9921" w:type="dxa"/>
            <w:vAlign w:val="center"/>
          </w:tcPr>
          <w:p w14:paraId="2551C89D" w14:textId="77777777" w:rsidR="00B31470" w:rsidRDefault="00E116F2">
            <w:r>
              <w:rPr>
                <w:sz w:val="17"/>
              </w:rPr>
              <w:t>Sources of funding and other support; role of funders</w:t>
            </w:r>
          </w:p>
        </w:tc>
        <w:tc>
          <w:tcPr>
            <w:tcW w:w="1701" w:type="dxa"/>
            <w:vAlign w:val="center"/>
          </w:tcPr>
          <w:p w14:paraId="4D89ECED" w14:textId="77777777" w:rsidR="006A39F1" w:rsidRDefault="00101300">
            <w:r>
              <w:t>11</w:t>
            </w:r>
          </w:p>
        </w:tc>
      </w:tr>
    </w:tbl>
    <w:p w14:paraId="724A9B87" w14:textId="77777777" w:rsidR="00B31470" w:rsidRDefault="00B31470"/>
    <w:p w14:paraId="333D8C58" w14:textId="77777777" w:rsidR="00B31470" w:rsidRDefault="00E116F2">
      <w:r>
        <w:lastRenderedPageBreak/>
        <w:t>Note: Page numbers are based on the current manuscript version reviewed for this submission and should be rechecked if the manuscript layout is revised further before final submission.</w:t>
      </w:r>
    </w:p>
    <w:sectPr w:rsidR="00B31470" w:rsidSect="00034616">
      <w:pgSz w:w="15840" w:h="12240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4386950">
    <w:abstractNumId w:val="8"/>
  </w:num>
  <w:num w:numId="2" w16cid:durableId="1229653597">
    <w:abstractNumId w:val="6"/>
  </w:num>
  <w:num w:numId="3" w16cid:durableId="1996714938">
    <w:abstractNumId w:val="5"/>
  </w:num>
  <w:num w:numId="4" w16cid:durableId="382604380">
    <w:abstractNumId w:val="4"/>
  </w:num>
  <w:num w:numId="5" w16cid:durableId="2070834862">
    <w:abstractNumId w:val="7"/>
  </w:num>
  <w:num w:numId="6" w16cid:durableId="1163744703">
    <w:abstractNumId w:val="3"/>
  </w:num>
  <w:num w:numId="7" w16cid:durableId="620376757">
    <w:abstractNumId w:val="2"/>
  </w:num>
  <w:num w:numId="8" w16cid:durableId="32730755">
    <w:abstractNumId w:val="1"/>
  </w:num>
  <w:num w:numId="9" w16cid:durableId="1240483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4F7A"/>
    <w:rsid w:val="00326F90"/>
    <w:rsid w:val="006A39F1"/>
    <w:rsid w:val="008027DA"/>
    <w:rsid w:val="00981437"/>
    <w:rsid w:val="00A73CD1"/>
    <w:rsid w:val="00AA1D8D"/>
    <w:rsid w:val="00B31470"/>
    <w:rsid w:val="00B47730"/>
    <w:rsid w:val="00CB0664"/>
    <w:rsid w:val="00E116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7563BE"/>
  <w14:defaultImageDpi w14:val="300"/>
  <w15:docId w15:val="{7D4CB7FC-6042-4DE6-8F3E-089371727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ชื่อเรื่อง อักขระ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ชื่อเรื่องรอง อักขระ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เนื้อความ อักขระ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ข้อความแมโคร อักขระ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คำอ้างอิง อักขระ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ทำให้คำอ้างอิงเป็นสีเข้มขึ้น อักขระ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rattaphol seangrung</cp:lastModifiedBy>
  <cp:revision>2</cp:revision>
  <dcterms:created xsi:type="dcterms:W3CDTF">2026-04-02T17:56:00Z</dcterms:created>
  <dcterms:modified xsi:type="dcterms:W3CDTF">2026-04-02T17:56:00Z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1ae9b016-4ae4-4115-86b7-8d98c991779d</vt:lpwstr>
  </property>
</Properties>
</file>