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B33F" w14:textId="6B91C98E" w:rsidR="00137DF6" w:rsidRPr="005B2B71" w:rsidRDefault="00BD2AE2">
      <w:pPr>
        <w:rPr>
          <w:rFonts w:ascii="Times New Roman" w:hAnsi="Times New Roman" w:cs="Times New Roman"/>
        </w:rPr>
      </w:pPr>
      <w:bookmarkStart w:id="0" w:name="OLE_LINK1"/>
      <w:bookmarkStart w:id="1" w:name="OLE_LINK2"/>
      <w:r w:rsidRPr="005B2B71">
        <w:rPr>
          <w:rFonts w:ascii="Times New Roman" w:hAnsi="Times New Roman" w:cs="Times New Roman"/>
          <w:b/>
          <w:bCs/>
        </w:rPr>
        <w:t xml:space="preserve">Supplement </w:t>
      </w:r>
      <w:r w:rsidR="00137DF6" w:rsidRPr="005B2B71">
        <w:rPr>
          <w:rFonts w:ascii="Times New Roman" w:hAnsi="Times New Roman" w:cs="Times New Roman"/>
          <w:b/>
          <w:bCs/>
        </w:rPr>
        <w:t>1</w:t>
      </w:r>
      <w:r w:rsidRPr="005B2B71">
        <w:rPr>
          <w:rFonts w:ascii="Times New Roman" w:hAnsi="Times New Roman" w:cs="Times New Roman"/>
        </w:rPr>
        <w:t xml:space="preserve"> </w:t>
      </w:r>
      <w:r w:rsidR="00D468F1" w:rsidRPr="005B2B71">
        <w:rPr>
          <w:rFonts w:ascii="Times New Roman" w:hAnsi="Times New Roman" w:cs="Times New Roman"/>
        </w:rPr>
        <w:t>Qualitative questionnaire assessing AI use and perceptions among online public health students</w:t>
      </w:r>
    </w:p>
    <w:tbl>
      <w:tblPr>
        <w:tblW w:w="8666" w:type="dxa"/>
        <w:tblLook w:val="04A0" w:firstRow="1" w:lastRow="0" w:firstColumn="1" w:lastColumn="0" w:noHBand="0" w:noVBand="1"/>
      </w:tblPr>
      <w:tblGrid>
        <w:gridCol w:w="1800"/>
        <w:gridCol w:w="6866"/>
      </w:tblGrid>
      <w:tr w:rsidR="000C1088" w:rsidRPr="005B2B71" w14:paraId="79BDD0C9" w14:textId="77777777" w:rsidTr="0010047E">
        <w:trPr>
          <w:trHeight w:val="25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EF3024" w14:textId="05435AF7" w:rsidR="008648C0" w:rsidRPr="005B2B71" w:rsidRDefault="00137DF6" w:rsidP="008648C0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>Questions about AI use and beliefs</w:t>
            </w:r>
          </w:p>
          <w:p w14:paraId="204F9437" w14:textId="77777777" w:rsidR="000C1088" w:rsidRPr="005B2B71" w:rsidRDefault="000C1088">
            <w:pPr>
              <w:rPr>
                <w:rFonts w:ascii="Times New Roman" w:hAnsi="Times New Roman" w:cs="Times New Roman"/>
              </w:rPr>
            </w:pPr>
          </w:p>
          <w:p w14:paraId="1C722ACF" w14:textId="77777777" w:rsidR="00137DF6" w:rsidRPr="005B2B71" w:rsidRDefault="00137DF6">
            <w:pPr>
              <w:rPr>
                <w:rFonts w:ascii="Times New Roman" w:hAnsi="Times New Roman" w:cs="Times New Roman"/>
              </w:rPr>
            </w:pPr>
          </w:p>
          <w:p w14:paraId="70A95AB8" w14:textId="77777777" w:rsidR="00137DF6" w:rsidRPr="005B2B71" w:rsidRDefault="00137DF6">
            <w:pPr>
              <w:rPr>
                <w:rFonts w:ascii="Times New Roman" w:hAnsi="Times New Roman" w:cs="Times New Roman"/>
              </w:rPr>
            </w:pPr>
          </w:p>
          <w:p w14:paraId="1D029D68" w14:textId="77777777" w:rsidR="00137DF6" w:rsidRPr="005B2B71" w:rsidRDefault="00137DF6">
            <w:pPr>
              <w:rPr>
                <w:rFonts w:ascii="Times New Roman" w:hAnsi="Times New Roman" w:cs="Times New Roman"/>
              </w:rPr>
            </w:pPr>
          </w:p>
          <w:p w14:paraId="02C43624" w14:textId="77777777" w:rsidR="00137DF6" w:rsidRPr="005B2B71" w:rsidRDefault="00137DF6">
            <w:pPr>
              <w:rPr>
                <w:rFonts w:ascii="Times New Roman" w:hAnsi="Times New Roman" w:cs="Times New Roman"/>
              </w:rPr>
            </w:pPr>
          </w:p>
          <w:p w14:paraId="6F59F7FA" w14:textId="77777777" w:rsidR="00137DF6" w:rsidRPr="005B2B71" w:rsidRDefault="00137DF6">
            <w:pPr>
              <w:rPr>
                <w:rFonts w:ascii="Times New Roman" w:hAnsi="Times New Roman" w:cs="Times New Roman"/>
              </w:rPr>
            </w:pPr>
          </w:p>
          <w:p w14:paraId="1AB1F173" w14:textId="77777777" w:rsidR="00137DF6" w:rsidRPr="005B2B71" w:rsidRDefault="00137DF6">
            <w:pPr>
              <w:rPr>
                <w:rFonts w:ascii="Times New Roman" w:hAnsi="Times New Roman" w:cs="Times New Roman"/>
              </w:rPr>
            </w:pPr>
          </w:p>
          <w:p w14:paraId="0A6CB748" w14:textId="77777777" w:rsidR="00137DF6" w:rsidRPr="005B2B71" w:rsidRDefault="00137DF6">
            <w:pPr>
              <w:rPr>
                <w:rFonts w:ascii="Times New Roman" w:hAnsi="Times New Roman" w:cs="Times New Roman"/>
              </w:rPr>
            </w:pPr>
          </w:p>
          <w:p w14:paraId="68BB2727" w14:textId="77777777" w:rsidR="00137DF6" w:rsidRPr="005B2B71" w:rsidRDefault="00137DF6">
            <w:pPr>
              <w:rPr>
                <w:rFonts w:ascii="Times New Roman" w:hAnsi="Times New Roman" w:cs="Times New Roman"/>
              </w:rPr>
            </w:pPr>
          </w:p>
          <w:p w14:paraId="3B86D348" w14:textId="77777777" w:rsidR="00137DF6" w:rsidRPr="005B2B71" w:rsidRDefault="00137DF6">
            <w:pPr>
              <w:rPr>
                <w:rFonts w:ascii="Times New Roman" w:hAnsi="Times New Roman" w:cs="Times New Roman"/>
              </w:rPr>
            </w:pPr>
          </w:p>
          <w:p w14:paraId="26E33E3A" w14:textId="77777777" w:rsidR="00137DF6" w:rsidRPr="005B2B71" w:rsidRDefault="00137DF6">
            <w:pPr>
              <w:rPr>
                <w:rFonts w:ascii="Times New Roman" w:hAnsi="Times New Roman" w:cs="Times New Roman"/>
              </w:rPr>
            </w:pPr>
          </w:p>
          <w:p w14:paraId="30FEAB5B" w14:textId="77777777" w:rsidR="00137DF6" w:rsidRPr="005B2B71" w:rsidRDefault="00137DF6">
            <w:pPr>
              <w:rPr>
                <w:rFonts w:ascii="Times New Roman" w:hAnsi="Times New Roman" w:cs="Times New Roman"/>
              </w:rPr>
            </w:pPr>
          </w:p>
          <w:p w14:paraId="721C273A" w14:textId="77777777" w:rsidR="00137DF6" w:rsidRPr="005B2B71" w:rsidRDefault="00137DF6">
            <w:pPr>
              <w:rPr>
                <w:rFonts w:ascii="Times New Roman" w:hAnsi="Times New Roman" w:cs="Times New Roman"/>
              </w:rPr>
            </w:pPr>
          </w:p>
          <w:p w14:paraId="5BF05FFE" w14:textId="2A5E6F6C" w:rsidR="00137DF6" w:rsidRPr="005B2B71" w:rsidRDefault="00137DF6" w:rsidP="00137DF6">
            <w:pPr>
              <w:rPr>
                <w:rFonts w:ascii="Times New Roman" w:hAnsi="Times New Roman" w:cs="Times New Roman"/>
              </w:rPr>
            </w:pPr>
          </w:p>
          <w:p w14:paraId="0516A40E" w14:textId="33093FBD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>Is AI harmful or helpful?</w:t>
            </w:r>
          </w:p>
        </w:tc>
        <w:tc>
          <w:tcPr>
            <w:tcW w:w="6866" w:type="dxa"/>
            <w:tcBorders>
              <w:top w:val="single" w:sz="4" w:space="0" w:color="auto"/>
              <w:bottom w:val="single" w:sz="4" w:space="0" w:color="auto"/>
            </w:tcBorders>
          </w:tcPr>
          <w:p w14:paraId="50A071CB" w14:textId="747E9201" w:rsidR="000C1088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>1. Explain whether you have ever used AI to complete written coursework (either with or without the permission of the university</w:t>
            </w:r>
            <w:proofErr w:type="gramStart"/>
            <w:r w:rsidRPr="005B2B71">
              <w:rPr>
                <w:rFonts w:ascii="Times New Roman" w:hAnsi="Times New Roman" w:cs="Times New Roman"/>
              </w:rPr>
              <w:t>).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</w:t>
            </w:r>
            <w:r w:rsidRPr="005B2B71">
              <w:rPr>
                <w:rFonts w:ascii="Times New Roman" w:hAnsi="Times New Roman" w:cs="Times New Roman"/>
              </w:rPr>
              <w:br/>
            </w:r>
            <w:r w:rsidRPr="005B2B71">
              <w:rPr>
                <w:rFonts w:ascii="Times New Roman" w:hAnsi="Times New Roman" w:cs="Times New Roman"/>
              </w:rPr>
              <w:br/>
              <w:t xml:space="preserve">2. How do you think your classmates are using (or used) AI to complete their written </w:t>
            </w:r>
            <w:proofErr w:type="gramStart"/>
            <w:r w:rsidRPr="005B2B71">
              <w:rPr>
                <w:rFonts w:ascii="Times New Roman" w:hAnsi="Times New Roman" w:cs="Times New Roman"/>
              </w:rPr>
              <w:t>coursework?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Pr="005B2B71">
              <w:rPr>
                <w:rFonts w:ascii="Times New Roman" w:hAnsi="Times New Roman" w:cs="Times New Roman"/>
              </w:rPr>
              <w:br/>
            </w:r>
            <w:r w:rsidRPr="005B2B71">
              <w:rPr>
                <w:rFonts w:ascii="Times New Roman" w:hAnsi="Times New Roman" w:cs="Times New Roman"/>
              </w:rPr>
              <w:br/>
              <w:t xml:space="preserve">3. Explain whether you think that using AI is </w:t>
            </w:r>
            <w:proofErr w:type="gramStart"/>
            <w:r w:rsidRPr="005B2B71">
              <w:rPr>
                <w:rFonts w:ascii="Times New Roman" w:hAnsi="Times New Roman" w:cs="Times New Roman"/>
              </w:rPr>
              <w:t>cheating.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Pr="005B2B71">
              <w:rPr>
                <w:rFonts w:ascii="Times New Roman" w:hAnsi="Times New Roman" w:cs="Times New Roman"/>
              </w:rPr>
              <w:br/>
            </w:r>
            <w:r w:rsidRPr="005B2B71">
              <w:rPr>
                <w:rFonts w:ascii="Times New Roman" w:hAnsi="Times New Roman" w:cs="Times New Roman"/>
              </w:rPr>
              <w:br/>
              <w:t xml:space="preserve">4. Explain whether you think that using AI is </w:t>
            </w:r>
            <w:proofErr w:type="gramStart"/>
            <w:r w:rsidRPr="005B2B71">
              <w:rPr>
                <w:rFonts w:ascii="Times New Roman" w:hAnsi="Times New Roman" w:cs="Times New Roman"/>
              </w:rPr>
              <w:t>helpful.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</w:p>
          <w:p w14:paraId="5CE4D0A6" w14:textId="7529AF11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5. Explain whether you think that using AI is </w:t>
            </w:r>
            <w:proofErr w:type="gramStart"/>
            <w:r w:rsidRPr="005B2B71">
              <w:rPr>
                <w:rFonts w:ascii="Times New Roman" w:hAnsi="Times New Roman" w:cs="Times New Roman"/>
              </w:rPr>
              <w:t>harmful.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</w:p>
          <w:p w14:paraId="14A2F356" w14:textId="367F0177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6. Explain whether you think professors </w:t>
            </w:r>
            <w:proofErr w:type="gramStart"/>
            <w:r w:rsidRPr="005B2B71">
              <w:rPr>
                <w:rFonts w:ascii="Times New Roman" w:hAnsi="Times New Roman" w:cs="Times New Roman"/>
              </w:rPr>
              <w:t>are capable of detecting</w:t>
            </w:r>
            <w:proofErr w:type="gramEnd"/>
            <w:r w:rsidRPr="005B2B71">
              <w:rPr>
                <w:rFonts w:ascii="Times New Roman" w:hAnsi="Times New Roman" w:cs="Times New Roman"/>
              </w:rPr>
              <w:t xml:space="preserve"> AI use through AI detection </w:t>
            </w:r>
            <w:proofErr w:type="gramStart"/>
            <w:r w:rsidRPr="005B2B71">
              <w:rPr>
                <w:rFonts w:ascii="Times New Roman" w:hAnsi="Times New Roman" w:cs="Times New Roman"/>
              </w:rPr>
              <w:t>software.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</w:t>
            </w:r>
          </w:p>
          <w:p w14:paraId="0505A90A" w14:textId="4E988C3D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7. Explain whether you think professors </w:t>
            </w:r>
            <w:proofErr w:type="gramStart"/>
            <w:r w:rsidRPr="005B2B71">
              <w:rPr>
                <w:rFonts w:ascii="Times New Roman" w:hAnsi="Times New Roman" w:cs="Times New Roman"/>
              </w:rPr>
              <w:t>are capable of detecting</w:t>
            </w:r>
            <w:proofErr w:type="gramEnd"/>
            <w:r w:rsidRPr="005B2B71">
              <w:rPr>
                <w:rFonts w:ascii="Times New Roman" w:hAnsi="Times New Roman" w:cs="Times New Roman"/>
              </w:rPr>
              <w:t xml:space="preserve"> AI use through direct observations of written </w:t>
            </w:r>
            <w:proofErr w:type="gramStart"/>
            <w:r w:rsidRPr="005B2B71">
              <w:rPr>
                <w:rFonts w:ascii="Times New Roman" w:hAnsi="Times New Roman" w:cs="Times New Roman"/>
              </w:rPr>
              <w:t>coursework.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</w:t>
            </w:r>
          </w:p>
          <w:p w14:paraId="0B21CAC2" w14:textId="7EC06517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8. Explain whether you think that using AI could help your ability to learn about public </w:t>
            </w:r>
            <w:proofErr w:type="gramStart"/>
            <w:r w:rsidRPr="005B2B71">
              <w:rPr>
                <w:rFonts w:ascii="Times New Roman" w:hAnsi="Times New Roman" w:cs="Times New Roman"/>
              </w:rPr>
              <w:t>health.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</w:t>
            </w:r>
          </w:p>
          <w:p w14:paraId="3E0DFE0E" w14:textId="4CA20B85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9. Explain whether you think that using AI could harm your ability to learn about public </w:t>
            </w:r>
            <w:proofErr w:type="gramStart"/>
            <w:r w:rsidRPr="005B2B71">
              <w:rPr>
                <w:rFonts w:ascii="Times New Roman" w:hAnsi="Times New Roman" w:cs="Times New Roman"/>
              </w:rPr>
              <w:t>health.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</w:t>
            </w:r>
          </w:p>
          <w:p w14:paraId="12B9409E" w14:textId="7D5B18CD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10. Explain whether you think that AI could help your future as a public health </w:t>
            </w:r>
            <w:proofErr w:type="gramStart"/>
            <w:r w:rsidRPr="005B2B71">
              <w:rPr>
                <w:rFonts w:ascii="Times New Roman" w:hAnsi="Times New Roman" w:cs="Times New Roman"/>
              </w:rPr>
              <w:t>professional</w:t>
            </w:r>
            <w:r w:rsidR="002A4C55" w:rsidRPr="005B2B71">
              <w:rPr>
                <w:rFonts w:ascii="Times New Roman" w:hAnsi="Times New Roman" w:cs="Times New Roman"/>
              </w:rPr>
              <w:t>.*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**</w:t>
            </w:r>
          </w:p>
          <w:p w14:paraId="29F3C51A" w14:textId="2AD359D3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11. Explain whether you think that AI could harm your future as a public health </w:t>
            </w:r>
            <w:proofErr w:type="gramStart"/>
            <w:r w:rsidRPr="005B2B71">
              <w:rPr>
                <w:rFonts w:ascii="Times New Roman" w:hAnsi="Times New Roman" w:cs="Times New Roman"/>
              </w:rPr>
              <w:t>professional.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**</w:t>
            </w:r>
          </w:p>
          <w:p w14:paraId="7E6DF9D7" w14:textId="203C54CC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12. What is your career </w:t>
            </w:r>
            <w:proofErr w:type="gramStart"/>
            <w:r w:rsidRPr="005B2B71">
              <w:rPr>
                <w:rFonts w:ascii="Times New Roman" w:hAnsi="Times New Roman" w:cs="Times New Roman"/>
              </w:rPr>
              <w:t>goal?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**</w:t>
            </w:r>
          </w:p>
          <w:p w14:paraId="3EE82731" w14:textId="0929B61E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13. Explain how you think AI is more likely to help or hurt your achievement of this career </w:t>
            </w:r>
            <w:proofErr w:type="gramStart"/>
            <w:r w:rsidRPr="005B2B71">
              <w:rPr>
                <w:rFonts w:ascii="Times New Roman" w:hAnsi="Times New Roman" w:cs="Times New Roman"/>
              </w:rPr>
              <w:t>goal.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**</w:t>
            </w:r>
          </w:p>
          <w:p w14:paraId="637F87A0" w14:textId="7B9F4FAF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14. How is AI likely to help your career </w:t>
            </w:r>
            <w:proofErr w:type="gramStart"/>
            <w:r w:rsidRPr="005B2B71">
              <w:rPr>
                <w:rFonts w:ascii="Times New Roman" w:hAnsi="Times New Roman" w:cs="Times New Roman"/>
              </w:rPr>
              <w:t>goal?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**</w:t>
            </w:r>
          </w:p>
          <w:p w14:paraId="53A04E3D" w14:textId="29C0F206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15. How is AI likely to harm your career </w:t>
            </w:r>
            <w:proofErr w:type="gramStart"/>
            <w:r w:rsidRPr="005B2B71">
              <w:rPr>
                <w:rFonts w:ascii="Times New Roman" w:hAnsi="Times New Roman" w:cs="Times New Roman"/>
              </w:rPr>
              <w:t>goal?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**</w:t>
            </w:r>
          </w:p>
          <w:p w14:paraId="6923EE75" w14:textId="560DBAD0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16. How do you think AI might help (or have helped) with your written coursework </w:t>
            </w:r>
            <w:proofErr w:type="gramStart"/>
            <w:r w:rsidRPr="005B2B71">
              <w:rPr>
                <w:rFonts w:ascii="Times New Roman" w:hAnsi="Times New Roman" w:cs="Times New Roman"/>
              </w:rPr>
              <w:t>performance?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</w:t>
            </w:r>
          </w:p>
          <w:p w14:paraId="0E138FB6" w14:textId="7FC82FDB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17. How do you think AI might harm (or have harmed) your written coursework </w:t>
            </w:r>
            <w:proofErr w:type="gramStart"/>
            <w:r w:rsidRPr="005B2B71">
              <w:rPr>
                <w:rFonts w:ascii="Times New Roman" w:hAnsi="Times New Roman" w:cs="Times New Roman"/>
              </w:rPr>
              <w:t>performance?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</w:t>
            </w:r>
          </w:p>
          <w:p w14:paraId="0FEC7296" w14:textId="7924CE08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lastRenderedPageBreak/>
              <w:t xml:space="preserve">18. How do you think AI might help (or have helped) you learn public health </w:t>
            </w:r>
            <w:proofErr w:type="gramStart"/>
            <w:r w:rsidRPr="005B2B71">
              <w:rPr>
                <w:rFonts w:ascii="Times New Roman" w:hAnsi="Times New Roman" w:cs="Times New Roman"/>
              </w:rPr>
              <w:t>knowledge?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</w:t>
            </w:r>
          </w:p>
          <w:p w14:paraId="193EEADD" w14:textId="03718F68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19. How do you think AI might harm (or have harmed) your ability to learn public health </w:t>
            </w:r>
            <w:proofErr w:type="gramStart"/>
            <w:r w:rsidRPr="005B2B71">
              <w:rPr>
                <w:rFonts w:ascii="Times New Roman" w:hAnsi="Times New Roman" w:cs="Times New Roman"/>
              </w:rPr>
              <w:t>knowledge?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</w:t>
            </w:r>
          </w:p>
          <w:p w14:paraId="0660627A" w14:textId="3116AB93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>20. How do you think AI might help (or have helped</w:t>
            </w:r>
            <w:proofErr w:type="gramStart"/>
            <w:r w:rsidRPr="005B2B71">
              <w:rPr>
                <w:rFonts w:ascii="Times New Roman" w:hAnsi="Times New Roman" w:cs="Times New Roman"/>
              </w:rPr>
              <w:t>) you</w:t>
            </w:r>
            <w:proofErr w:type="gramEnd"/>
            <w:r w:rsidRPr="005B2B71">
              <w:rPr>
                <w:rFonts w:ascii="Times New Roman" w:hAnsi="Times New Roman" w:cs="Times New Roman"/>
              </w:rPr>
              <w:t xml:space="preserve"> retain public health </w:t>
            </w:r>
            <w:proofErr w:type="gramStart"/>
            <w:r w:rsidRPr="005B2B71">
              <w:rPr>
                <w:rFonts w:ascii="Times New Roman" w:hAnsi="Times New Roman" w:cs="Times New Roman"/>
              </w:rPr>
              <w:t>knowledge?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**</w:t>
            </w:r>
          </w:p>
          <w:p w14:paraId="5B3C0CC6" w14:textId="0781A567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21. How do you think AI might harm (or have harmed) your ability to retain public health </w:t>
            </w:r>
            <w:proofErr w:type="gramStart"/>
            <w:r w:rsidRPr="005B2B71">
              <w:rPr>
                <w:rFonts w:ascii="Times New Roman" w:hAnsi="Times New Roman" w:cs="Times New Roman"/>
              </w:rPr>
              <w:t>knowledge?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**</w:t>
            </w:r>
          </w:p>
          <w:p w14:paraId="71026C56" w14:textId="646810B4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22. How do you think AI might help (or have helped) you use public health </w:t>
            </w:r>
            <w:proofErr w:type="gramStart"/>
            <w:r w:rsidRPr="005B2B71">
              <w:rPr>
                <w:rFonts w:ascii="Times New Roman" w:hAnsi="Times New Roman" w:cs="Times New Roman"/>
              </w:rPr>
              <w:t>knowledge?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  <w:r w:rsidR="002A4C55" w:rsidRPr="005B2B71">
              <w:rPr>
                <w:rFonts w:ascii="Times New Roman" w:hAnsi="Times New Roman" w:cs="Times New Roman"/>
              </w:rPr>
              <w:t>*</w:t>
            </w:r>
          </w:p>
          <w:p w14:paraId="1C26E553" w14:textId="5B2E170F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23. How do you think AI might harm (or have harmed) your ability to use public health </w:t>
            </w:r>
            <w:proofErr w:type="gramStart"/>
            <w:r w:rsidRPr="005B2B71">
              <w:rPr>
                <w:rFonts w:ascii="Times New Roman" w:hAnsi="Times New Roman" w:cs="Times New Roman"/>
              </w:rPr>
              <w:t>knowledge?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</w:p>
          <w:p w14:paraId="438F881D" w14:textId="12378C45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24. Have you ever encountered work posted by your classmates that looked AI-generated? What impact, if any, did this have on your </w:t>
            </w:r>
            <w:proofErr w:type="gramStart"/>
            <w:r w:rsidRPr="005B2B71">
              <w:rPr>
                <w:rFonts w:ascii="Times New Roman" w:hAnsi="Times New Roman" w:cs="Times New Roman"/>
              </w:rPr>
              <w:t>learning?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</w:p>
          <w:p w14:paraId="363A683E" w14:textId="780CE32B" w:rsidR="00137DF6" w:rsidRPr="005B2B71" w:rsidRDefault="00137DF6">
            <w:pPr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 xml:space="preserve">25. Did your program permit students to use AI for one or more assignments? What impact, if any, did this have on your </w:t>
            </w:r>
            <w:proofErr w:type="gramStart"/>
            <w:r w:rsidRPr="005B2B71">
              <w:rPr>
                <w:rFonts w:ascii="Times New Roman" w:hAnsi="Times New Roman" w:cs="Times New Roman"/>
              </w:rPr>
              <w:t>learning?</w:t>
            </w:r>
            <w:r w:rsidR="002A4C55" w:rsidRPr="005B2B71">
              <w:rPr>
                <w:rFonts w:ascii="Times New Roman" w:hAnsi="Times New Roman" w:cs="Times New Roman"/>
              </w:rPr>
              <w:t>*</w:t>
            </w:r>
            <w:proofErr w:type="gramEnd"/>
          </w:p>
        </w:tc>
      </w:tr>
      <w:bookmarkEnd w:id="0"/>
      <w:bookmarkEnd w:id="1"/>
      <w:tr w:rsidR="002A4C55" w:rsidRPr="005B2B71" w14:paraId="37963256" w14:textId="77777777" w:rsidTr="00D65699">
        <w:trPr>
          <w:trHeight w:val="332"/>
        </w:trPr>
        <w:tc>
          <w:tcPr>
            <w:tcW w:w="86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7BE95D" w14:textId="77777777" w:rsidR="002A4C55" w:rsidRPr="005B2B71" w:rsidRDefault="002A4C55" w:rsidP="002A4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lastRenderedPageBreak/>
              <w:t>*</w:t>
            </w:r>
            <w:proofErr w:type="gramStart"/>
            <w:r w:rsidRPr="005B2B71">
              <w:rPr>
                <w:rFonts w:ascii="Times New Roman" w:hAnsi="Times New Roman" w:cs="Times New Roman"/>
              </w:rPr>
              <w:t>acquiring</w:t>
            </w:r>
            <w:proofErr w:type="gramEnd"/>
            <w:r w:rsidRPr="005B2B71">
              <w:rPr>
                <w:rFonts w:ascii="Times New Roman" w:hAnsi="Times New Roman" w:cs="Times New Roman"/>
              </w:rPr>
              <w:t xml:space="preserve"> public health knowledge</w:t>
            </w:r>
          </w:p>
          <w:p w14:paraId="6319A6FF" w14:textId="6A5F6DB0" w:rsidR="002A4C55" w:rsidRPr="005B2B71" w:rsidRDefault="002A4C55" w:rsidP="002A4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>*</w:t>
            </w:r>
            <w:r w:rsidR="00EF09A5" w:rsidRPr="005B2B71">
              <w:rPr>
                <w:rFonts w:ascii="Times New Roman" w:hAnsi="Times New Roman" w:cs="Times New Roman"/>
              </w:rPr>
              <w:t>*</w:t>
            </w:r>
            <w:r w:rsidRPr="005B2B71">
              <w:rPr>
                <w:rFonts w:ascii="Times New Roman" w:hAnsi="Times New Roman" w:cs="Times New Roman"/>
              </w:rPr>
              <w:t>developing public health knowledge</w:t>
            </w:r>
          </w:p>
          <w:p w14:paraId="59E4BF92" w14:textId="190BEE06" w:rsidR="002A4C55" w:rsidRPr="005B2B71" w:rsidRDefault="002A4C55" w:rsidP="002A4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B71">
              <w:rPr>
                <w:rFonts w:ascii="Times New Roman" w:hAnsi="Times New Roman" w:cs="Times New Roman"/>
              </w:rPr>
              <w:t>*</w:t>
            </w:r>
            <w:r w:rsidR="00EF09A5" w:rsidRPr="005B2B71">
              <w:rPr>
                <w:rFonts w:ascii="Times New Roman" w:hAnsi="Times New Roman" w:cs="Times New Roman"/>
              </w:rPr>
              <w:t>**</w:t>
            </w:r>
            <w:r w:rsidRPr="005B2B71">
              <w:rPr>
                <w:rFonts w:ascii="Times New Roman" w:hAnsi="Times New Roman" w:cs="Times New Roman"/>
              </w:rPr>
              <w:t>retaining public health knowledge</w:t>
            </w:r>
          </w:p>
        </w:tc>
      </w:tr>
    </w:tbl>
    <w:p w14:paraId="0684F68C" w14:textId="77777777" w:rsidR="000C1088" w:rsidRPr="0012043E" w:rsidRDefault="000C1088" w:rsidP="008648C0">
      <w:pPr>
        <w:rPr>
          <w:rFonts w:ascii="Garamond" w:hAnsi="Garamond"/>
          <w:sz w:val="20"/>
          <w:szCs w:val="20"/>
        </w:rPr>
      </w:pPr>
    </w:p>
    <w:sectPr w:rsidR="000C1088" w:rsidRPr="0012043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1461993">
    <w:abstractNumId w:val="8"/>
  </w:num>
  <w:num w:numId="2" w16cid:durableId="199057703">
    <w:abstractNumId w:val="6"/>
  </w:num>
  <w:num w:numId="3" w16cid:durableId="387726683">
    <w:abstractNumId w:val="5"/>
  </w:num>
  <w:num w:numId="4" w16cid:durableId="1154486779">
    <w:abstractNumId w:val="4"/>
  </w:num>
  <w:num w:numId="5" w16cid:durableId="1651442183">
    <w:abstractNumId w:val="7"/>
  </w:num>
  <w:num w:numId="6" w16cid:durableId="912274967">
    <w:abstractNumId w:val="3"/>
  </w:num>
  <w:num w:numId="7" w16cid:durableId="1342004500">
    <w:abstractNumId w:val="2"/>
  </w:num>
  <w:num w:numId="8" w16cid:durableId="506790947">
    <w:abstractNumId w:val="1"/>
  </w:num>
  <w:num w:numId="9" w16cid:durableId="1364329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1088"/>
    <w:rsid w:val="0010047E"/>
    <w:rsid w:val="0012043E"/>
    <w:rsid w:val="00137DF6"/>
    <w:rsid w:val="0015074B"/>
    <w:rsid w:val="002308D2"/>
    <w:rsid w:val="0029639D"/>
    <w:rsid w:val="002A4C55"/>
    <w:rsid w:val="002E632D"/>
    <w:rsid w:val="00326F90"/>
    <w:rsid w:val="00372582"/>
    <w:rsid w:val="00565155"/>
    <w:rsid w:val="005B2B71"/>
    <w:rsid w:val="00716818"/>
    <w:rsid w:val="00790D35"/>
    <w:rsid w:val="008648C0"/>
    <w:rsid w:val="00AA1D8D"/>
    <w:rsid w:val="00B47730"/>
    <w:rsid w:val="00BD2AE2"/>
    <w:rsid w:val="00C6004F"/>
    <w:rsid w:val="00CB0664"/>
    <w:rsid w:val="00D30520"/>
    <w:rsid w:val="00D468F1"/>
    <w:rsid w:val="00D97683"/>
    <w:rsid w:val="00E91FA0"/>
    <w:rsid w:val="00EF09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BD6466"/>
  <w14:defaultImageDpi w14:val="300"/>
  <w15:docId w15:val="{A5B6A991-7FDF-C347-A4DB-BCA6A6CD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Cheryl Mazzeo</cp:lastModifiedBy>
  <cp:revision>8</cp:revision>
  <dcterms:created xsi:type="dcterms:W3CDTF">2026-03-17T15:53:00Z</dcterms:created>
  <dcterms:modified xsi:type="dcterms:W3CDTF">2026-04-02T10:25:00Z</dcterms:modified>
  <cp:category/>
</cp:coreProperties>
</file>