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CA1E7" w14:textId="77777777" w:rsidR="00561F1B" w:rsidRDefault="00000000">
      <w:pPr>
        <w:pStyle w:val="Title"/>
      </w:pPr>
      <w:r>
        <w:t>Python Code: MixedLM and Posterior Probabilities</w:t>
      </w:r>
    </w:p>
    <w:p w14:paraId="3B5BDEE1" w14:textId="77777777" w:rsidR="00561F1B" w:rsidRDefault="00000000">
      <w:r>
        <w:t>import pandas as pd</w:t>
      </w:r>
      <w:r>
        <w:br/>
        <w:t>import numpy as np</w:t>
      </w:r>
      <w:r>
        <w:br/>
        <w:t>import matplotlib.pyplot as plt</w:t>
      </w:r>
      <w:r>
        <w:br/>
        <w:t>import statsmodels.formula.api as smf</w:t>
      </w:r>
      <w:r>
        <w:br/>
        <w:t>from math import erf, sqrt</w:t>
      </w:r>
      <w:r>
        <w:br/>
      </w:r>
      <w:r>
        <w:br/>
        <w:t># Load data</w:t>
      </w:r>
      <w:r>
        <w:br/>
        <w:t>df = pd.read_excel("/mnt/data/FINALAUG8OUTLIERREMOVED.xlsx", sheet_name=0)</w:t>
      </w:r>
      <w:r>
        <w:br/>
      </w:r>
      <w:r>
        <w:br/>
        <w:t># Build pooled panel (single + repeated)</w:t>
      </w:r>
      <w:r>
        <w:br/>
        <w:t>ss = df.loc[df["RETURNEDSINGLESHOT"].notna(), [</w:t>
      </w:r>
      <w:r>
        <w:br/>
        <w:t xml:space="preserve">    "PARTICIPANTID","ROUND","RETURNEDSINGLESHOT","INVESTMENTSINGLESHOT",</w:t>
      </w:r>
      <w:r>
        <w:br/>
        <w:t xml:space="preserve">    "MALE","NOCOLLEGEDEGREE","NONWHITE","AGE","RELIGIOUS","TYPES",</w:t>
      </w:r>
      <w:r>
        <w:br/>
        <w:t xml:space="preserve">    "PSYCHOPATHYCENTERED","PSYCHOPATHYFILTEREDUTILITARIANISM","ROUNDc"</w:t>
      </w:r>
      <w:r>
        <w:br/>
        <w:t>]].copy()</w:t>
      </w:r>
      <w:r>
        <w:br/>
        <w:t>ss = ss.rename(columns={"RETURNEDSINGLESHOT":"RETURNED","INVESTMENTSINGLESHOT":"INVESTED"})</w:t>
      </w:r>
      <w:r>
        <w:br/>
        <w:t>ss["TREATMENT"] = 0</w:t>
      </w:r>
      <w:r>
        <w:br/>
      </w:r>
      <w:r>
        <w:br/>
        <w:t>rp = df.loc[df["RETURNEDREPEATED"].notna(), [</w:t>
      </w:r>
      <w:r>
        <w:br/>
        <w:t xml:space="preserve">    "PARTICIPANTID","ROUND","RETURNEDREPEATED","INVESTMENTREPEATED",</w:t>
      </w:r>
      <w:r>
        <w:br/>
        <w:t xml:space="preserve">    "MALE","NOCOLLEGEDEGREE","NONWHITE","AGE","RELIGIOUS","TYPES",</w:t>
      </w:r>
      <w:r>
        <w:br/>
        <w:t xml:space="preserve">    "PSYCHOPATHYCENTERED","PSYCHOPATHYFILTEREDUTILITARIANISM","ROUNDc"</w:t>
      </w:r>
      <w:r>
        <w:br/>
        <w:t>]].copy()</w:t>
      </w:r>
      <w:r>
        <w:br/>
        <w:t>rp = rp.rename(columns={"RETURNEDREPEATED":"RETURNED","INVESTMENTREPEATED":"INVESTED"})</w:t>
      </w:r>
      <w:r>
        <w:br/>
        <w:t>rp["TREATMENT"] = 1</w:t>
      </w:r>
      <w:r>
        <w:br/>
      </w:r>
      <w:r>
        <w:br/>
        <w:t>panel = pd.concat([ss, rp], ignore_index=True)</w:t>
      </w:r>
      <w:r>
        <w:br/>
        <w:t>for c in ["RETURNED","INVESTED","MALE","NOCOLLEGEDEGREE","NONWHITE","AGE","RELIGIOUS",</w:t>
      </w:r>
      <w:r>
        <w:br/>
        <w:t xml:space="preserve">          "PSYCHOPATHYCENTERED","PSYCHOPATHYFILTEREDUTILITARIANISM","ROUNDc","TREATMENT"]:</w:t>
      </w:r>
      <w:r>
        <w:br/>
        <w:t xml:space="preserve">    panel[c] = pd.to_numeric(panel[c], errors="coerce")</w:t>
      </w:r>
      <w:r>
        <w:br/>
      </w:r>
      <w:r>
        <w:lastRenderedPageBreak/>
        <w:t>panel["INVESTEDSQUARE"] = panel["INVESTED"]**2</w:t>
      </w:r>
      <w:r>
        <w:br/>
      </w:r>
      <w:r>
        <w:br/>
        <w:t># Ensure Cooperators are the reference group for TYPES</w:t>
      </w:r>
      <w:r>
        <w:br/>
        <w:t>panel["TYPES"] = panel["TYPES"].astype(str).str.strip().str.upper()</w:t>
      </w:r>
      <w:r>
        <w:br/>
        <w:t>panel["TYPES"] = pd.Categorical(panel["TYPES"],</w:t>
      </w:r>
      <w:r>
        <w:br/>
        <w:t xml:space="preserve">                                categories=["COOPERATORS","MANIPULATORS","MAXIMIZERS","TRANSPARENTS"],</w:t>
      </w:r>
      <w:r>
        <w:br/>
        <w:t xml:space="preserve">                                ordered=True)</w:t>
      </w:r>
      <w:r>
        <w:br/>
      </w:r>
      <w:r>
        <w:br/>
        <w:t>panel = panel.dropna(subset=["RETURNED","INVESTED","INVESTEDSQUARE","MALE","NOCOLLEGEDEGREE","NONWHITE","AGE","RELIGIOUS",</w:t>
      </w:r>
      <w:r>
        <w:br/>
        <w:t xml:space="preserve">                             "PSYCHOPATHYCENTERED","PSYCHOPATHYFILTEREDUTILITARIANISM","ROUNDc","TREATMENT","TYPES"]).copy()</w:t>
      </w:r>
      <w:r>
        <w:br/>
        <w:t>panel["PARTICIPANTID_str"] = panel["PARTICIPANTID"].astype(str)</w:t>
      </w:r>
      <w:r>
        <w:br/>
      </w:r>
      <w:r>
        <w:br/>
        <w:t># Model formula</w:t>
      </w:r>
      <w:r>
        <w:br/>
        <w:t>formula = (</w:t>
      </w:r>
      <w:r>
        <w:br/>
        <w:t xml:space="preserve">    "RETURNED ~ TREATMENT"</w:t>
      </w:r>
      <w:r>
        <w:br/>
        <w:t xml:space="preserve">    " + MALE + NOCOLLEGEDEGREE + NONWHITE"</w:t>
      </w:r>
      <w:r>
        <w:br/>
        <w:t xml:space="preserve">    " + C(TYPES)"</w:t>
      </w:r>
      <w:r>
        <w:br/>
        <w:t xml:space="preserve">    " + AGE + RELIGIOUS + ROUNDc"</w:t>
      </w:r>
      <w:r>
        <w:br/>
        <w:t xml:space="preserve">    " + INVESTED + INVESTEDSQUARE"</w:t>
      </w:r>
      <w:r>
        <w:br/>
        <w:t xml:space="preserve">    " + PSYCHOPATHYCENTERED + PSYCHOPATHYFILTEREDUTILITARIANISM"</w:t>
      </w:r>
      <w:r>
        <w:br/>
        <w:t xml:space="preserve">    " + TREATMENT:C(TYPES)"</w:t>
      </w:r>
      <w:r>
        <w:br/>
        <w:t xml:space="preserve">    " + TREATMENT:PSYCHOPATHYCENTERED"</w:t>
      </w:r>
      <w:r>
        <w:br/>
        <w:t xml:space="preserve">    " + TREATMENT:PSYCHOPATHYFILTEREDUTILITARIANISM"</w:t>
      </w:r>
      <w:r>
        <w:br/>
        <w:t>)</w:t>
      </w:r>
      <w:r>
        <w:br/>
      </w:r>
      <w:r>
        <w:br/>
        <w:t>md = smf.mixedlm(formula, data=panel, groups=panel["PARTICIPANTID_str"], re_formula="1 + TREATMENT")</w:t>
      </w:r>
      <w:r>
        <w:br/>
        <w:t>fit = md.fit(method="lbfgs")</w:t>
      </w:r>
      <w:r>
        <w:br/>
      </w:r>
      <w:r>
        <w:br/>
        <w:t># Posterior probability approximation via Wald normal</w:t>
      </w:r>
      <w:r>
        <w:br/>
        <w:t>params = fit.params</w:t>
      </w:r>
      <w:r>
        <w:br/>
        <w:t>cov = fit.cov_params()</w:t>
      </w:r>
      <w:r>
        <w:br/>
      </w:r>
      <w:r>
        <w:br/>
        <w:t>def normal_cdf(z):</w:t>
      </w:r>
      <w:r>
        <w:br/>
        <w:t xml:space="preserve">    return 0.5 * (1 + erf(z / sqrt(2)))</w:t>
      </w:r>
      <w:r>
        <w:br/>
      </w:r>
      <w:r>
        <w:br/>
        <w:t>def lin_combo(names):</w:t>
      </w:r>
      <w:r>
        <w:br/>
        <w:t xml:space="preserve">    idx = params.index.tolist()</w:t>
      </w:r>
      <w:r>
        <w:br/>
      </w:r>
      <w:r>
        <w:lastRenderedPageBreak/>
        <w:t xml:space="preserve">    L = np.zeros(len(idx))</w:t>
      </w:r>
      <w:r>
        <w:br/>
        <w:t xml:space="preserve">    for nm in names:</w:t>
      </w:r>
      <w:r>
        <w:br/>
        <w:t xml:space="preserve">        L[idx.index(nm)] += 1.0</w:t>
      </w:r>
      <w:r>
        <w:br/>
        <w:t xml:space="preserve">    est = float(L @ params.values)</w:t>
      </w:r>
      <w:r>
        <w:br/>
        <w:t xml:space="preserve">    var = float(L @ cov.values @ L)</w:t>
      </w:r>
      <w:r>
        <w:br/>
        <w:t xml:space="preserve">    sd = float(np.sqrt(var))</w:t>
      </w:r>
      <w:r>
        <w:br/>
        <w:t xml:space="preserve">    lo = est - 1.96*sd</w:t>
      </w:r>
      <w:r>
        <w:br/>
        <w:t xml:space="preserve">    hi = est + 1.96*sd</w:t>
      </w:r>
      <w:r>
        <w:br/>
        <w:t xml:space="preserve">    p_gt0 = 1 - normal_cdf((0 - est) / sd) if sd &gt; 0 else np.nan</w:t>
      </w:r>
      <w:r>
        <w:br/>
        <w:t xml:space="preserve">    return est, sd, lo, hi, p_gt0</w:t>
      </w:r>
      <w:r>
        <w:br/>
      </w:r>
      <w:r>
        <w:br/>
        <w:t># Effects</w:t>
      </w:r>
      <w:r>
        <w:br/>
        <w:t>overall = lin_combo(["TREATMENT"])</w:t>
      </w:r>
      <w:r>
        <w:br/>
        <w:t>manip_diff = lin_combo(["TREATMENT:C(TYPES)[T.MANIPULATORS]"])</w:t>
      </w:r>
      <w:r>
        <w:br/>
        <w:t>psy_delta = lin_combo(["TREATMENT:PSYCHOPATHYCENTERED"])</w:t>
      </w:r>
      <w:r>
        <w:br/>
        <w:t>util_delta = lin_combo(["TREATMENT:PSYCHOPATHYFILTEREDUTILITARIANISM"])</w:t>
      </w:r>
      <w:r>
        <w:br/>
      </w:r>
      <w:r>
        <w:br/>
        <w:t>print(overall, manip_diff, psy_delta, util_delta)</w:t>
      </w:r>
      <w:r>
        <w:br/>
      </w:r>
    </w:p>
    <w:sectPr w:rsidR="00561F1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5496572">
    <w:abstractNumId w:val="8"/>
  </w:num>
  <w:num w:numId="2" w16cid:durableId="754858736">
    <w:abstractNumId w:val="6"/>
  </w:num>
  <w:num w:numId="3" w16cid:durableId="660811167">
    <w:abstractNumId w:val="5"/>
  </w:num>
  <w:num w:numId="4" w16cid:durableId="877930229">
    <w:abstractNumId w:val="4"/>
  </w:num>
  <w:num w:numId="5" w16cid:durableId="334647491">
    <w:abstractNumId w:val="7"/>
  </w:num>
  <w:num w:numId="6" w16cid:durableId="1766685391">
    <w:abstractNumId w:val="3"/>
  </w:num>
  <w:num w:numId="7" w16cid:durableId="161900715">
    <w:abstractNumId w:val="2"/>
  </w:num>
  <w:num w:numId="8" w16cid:durableId="449712256">
    <w:abstractNumId w:val="1"/>
  </w:num>
  <w:num w:numId="9" w16cid:durableId="2063479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0953"/>
    <w:rsid w:val="00561F1B"/>
    <w:rsid w:val="008029D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AB8756"/>
  <w14:defaultImageDpi w14:val="300"/>
  <w15:docId w15:val="{8E107441-48A2-1646-999B-C7422AEF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Avsar, Rojhat</cp:lastModifiedBy>
  <cp:revision>2</cp:revision>
  <dcterms:created xsi:type="dcterms:W3CDTF">2025-08-20T16:28:00Z</dcterms:created>
  <dcterms:modified xsi:type="dcterms:W3CDTF">2025-08-20T16:28:00Z</dcterms:modified>
  <cp:category/>
</cp:coreProperties>
</file>