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52"/>
        <w:gridCol w:w="4398"/>
        <w:gridCol w:w="773"/>
        <w:gridCol w:w="928"/>
        <w:gridCol w:w="848"/>
        <w:gridCol w:w="956"/>
        <w:gridCol w:w="755"/>
        <w:gridCol w:w="891"/>
        <w:gridCol w:w="852"/>
        <w:gridCol w:w="782"/>
        <w:gridCol w:w="721"/>
        <w:gridCol w:w="863"/>
        <w:gridCol w:w="650"/>
        <w:gridCol w:w="721"/>
      </w:tblGrid>
      <w:tr w:rsidR="0021179A" w:rsidRPr="0021179A" w14:paraId="7B0D3778" w14:textId="77777777" w:rsidTr="001D77C1">
        <w:trPr>
          <w:tblHeader/>
        </w:trPr>
        <w:tc>
          <w:tcPr>
            <w:tcW w:w="0" w:type="auto"/>
            <w:tcMar>
              <w:top w:w="40" w:type="dxa"/>
              <w:left w:w="40" w:type="dxa"/>
              <w:bottom w:w="40" w:type="dxa"/>
              <w:right w:w="40" w:type="dxa"/>
            </w:tcMar>
          </w:tcPr>
          <w:p w14:paraId="2517FB49" w14:textId="77777777" w:rsidR="0021179A" w:rsidRPr="0021179A" w:rsidRDefault="0021179A">
            <w:pPr>
              <w:rPr>
                <w:rFonts w:ascii="Aptos" w:hAnsi="Aptos"/>
              </w:rPr>
            </w:pPr>
          </w:p>
        </w:tc>
        <w:tc>
          <w:tcPr>
            <w:tcW w:w="0" w:type="auto"/>
            <w:tcMar>
              <w:top w:w="40" w:type="dxa"/>
              <w:left w:w="40" w:type="dxa"/>
              <w:bottom w:w="40" w:type="dxa"/>
              <w:right w:w="40" w:type="dxa"/>
            </w:tcMar>
          </w:tcPr>
          <w:p w14:paraId="240FDB64" w14:textId="77777777" w:rsidR="0021179A" w:rsidRPr="0021179A" w:rsidRDefault="0021179A">
            <w:pPr>
              <w:rPr>
                <w:rFonts w:ascii="Aptos" w:hAnsi="Aptos"/>
              </w:rPr>
            </w:pPr>
            <w:r w:rsidRPr="0021179A">
              <w:rPr>
                <w:rFonts w:ascii="Aptos" w:hAnsi="Aptos"/>
                <w:b/>
                <w:sz w:val="16"/>
              </w:rPr>
              <w:t>AMSTAR Criteria</w:t>
            </w:r>
          </w:p>
        </w:tc>
        <w:tc>
          <w:tcPr>
            <w:tcW w:w="0" w:type="auto"/>
            <w:gridSpan w:val="12"/>
            <w:tcMar>
              <w:top w:w="40" w:type="dxa"/>
              <w:left w:w="40" w:type="dxa"/>
              <w:bottom w:w="40" w:type="dxa"/>
              <w:right w:w="40" w:type="dxa"/>
            </w:tcMar>
          </w:tcPr>
          <w:p w14:paraId="665C3940" w14:textId="00072DCB" w:rsidR="0021179A" w:rsidRPr="0021179A" w:rsidRDefault="0021179A">
            <w:pPr>
              <w:jc w:val="center"/>
              <w:rPr>
                <w:rFonts w:ascii="Aptos" w:hAnsi="Aptos"/>
              </w:rPr>
            </w:pPr>
            <w:r w:rsidRPr="0021179A">
              <w:rPr>
                <w:rFonts w:ascii="Aptos" w:hAnsi="Aptos"/>
                <w:b/>
                <w:sz w:val="16"/>
              </w:rPr>
              <w:t xml:space="preserve">Author </w:t>
            </w:r>
          </w:p>
        </w:tc>
      </w:tr>
      <w:tr w:rsidR="0021179A" w:rsidRPr="0021179A" w14:paraId="40D8B6AE" w14:textId="77777777" w:rsidTr="0021179A">
        <w:tc>
          <w:tcPr>
            <w:tcW w:w="0" w:type="auto"/>
            <w:tcMar>
              <w:top w:w="40" w:type="dxa"/>
              <w:left w:w="40" w:type="dxa"/>
              <w:bottom w:w="40" w:type="dxa"/>
              <w:right w:w="40" w:type="dxa"/>
            </w:tcMar>
          </w:tcPr>
          <w:p w14:paraId="4515F406" w14:textId="77777777" w:rsidR="00E46513" w:rsidRPr="0021179A" w:rsidRDefault="00E46513">
            <w:pPr>
              <w:rPr>
                <w:rFonts w:ascii="Aptos" w:hAnsi="Aptos"/>
              </w:rPr>
            </w:pPr>
          </w:p>
        </w:tc>
        <w:tc>
          <w:tcPr>
            <w:tcW w:w="0" w:type="auto"/>
            <w:tcMar>
              <w:top w:w="40" w:type="dxa"/>
              <w:left w:w="40" w:type="dxa"/>
              <w:bottom w:w="40" w:type="dxa"/>
              <w:right w:w="40" w:type="dxa"/>
            </w:tcMar>
          </w:tcPr>
          <w:p w14:paraId="763F66B7" w14:textId="77777777" w:rsidR="00E46513" w:rsidRPr="0021179A" w:rsidRDefault="00E46513">
            <w:pPr>
              <w:rPr>
                <w:rFonts w:ascii="Aptos" w:hAnsi="Aptos"/>
              </w:rPr>
            </w:pPr>
          </w:p>
        </w:tc>
        <w:tc>
          <w:tcPr>
            <w:tcW w:w="0" w:type="auto"/>
            <w:tcMar>
              <w:top w:w="40" w:type="dxa"/>
              <w:left w:w="40" w:type="dxa"/>
              <w:bottom w:w="40" w:type="dxa"/>
              <w:right w:w="40" w:type="dxa"/>
            </w:tcMar>
          </w:tcPr>
          <w:p w14:paraId="795460D4" w14:textId="74FB0723" w:rsidR="00E46513" w:rsidRPr="0021179A" w:rsidRDefault="00000000">
            <w:pPr>
              <w:rPr>
                <w:rFonts w:ascii="Aptos" w:hAnsi="Aptos"/>
                <w:b/>
                <w:bCs/>
              </w:rPr>
            </w:pPr>
            <w:r w:rsidRPr="0021179A">
              <w:rPr>
                <w:rFonts w:ascii="Aptos" w:hAnsi="Aptos"/>
                <w:b/>
                <w:bCs/>
                <w:sz w:val="16"/>
              </w:rPr>
              <w:t>Ahmed</w:t>
            </w:r>
            <w:r w:rsidR="0021179A">
              <w:rPr>
                <w:rFonts w:ascii="Aptos" w:hAnsi="Aptos"/>
                <w:b/>
                <w:bCs/>
                <w:sz w:val="16"/>
              </w:rPr>
              <w:t xml:space="preserve"> et al. (17)</w:t>
            </w:r>
          </w:p>
        </w:tc>
        <w:tc>
          <w:tcPr>
            <w:tcW w:w="0" w:type="auto"/>
            <w:tcMar>
              <w:top w:w="40" w:type="dxa"/>
              <w:left w:w="40" w:type="dxa"/>
              <w:bottom w:w="40" w:type="dxa"/>
              <w:right w:w="40" w:type="dxa"/>
            </w:tcMar>
          </w:tcPr>
          <w:p w14:paraId="3513AA04" w14:textId="50C51D29" w:rsidR="00E46513" w:rsidRPr="0021179A" w:rsidRDefault="00000000">
            <w:pPr>
              <w:rPr>
                <w:rFonts w:ascii="Aptos" w:hAnsi="Aptos"/>
                <w:b/>
                <w:bCs/>
              </w:rPr>
            </w:pPr>
            <w:r w:rsidRPr="0021179A">
              <w:rPr>
                <w:rFonts w:ascii="Aptos" w:hAnsi="Aptos"/>
                <w:b/>
                <w:bCs/>
                <w:sz w:val="16"/>
              </w:rPr>
              <w:t>Appleton</w:t>
            </w:r>
            <w:r w:rsidR="0021179A">
              <w:rPr>
                <w:rFonts w:ascii="Aptos" w:hAnsi="Aptos"/>
                <w:b/>
                <w:bCs/>
                <w:sz w:val="16"/>
              </w:rPr>
              <w:t xml:space="preserve"> et al. (21)</w:t>
            </w:r>
            <w:r w:rsidRPr="0021179A">
              <w:rPr>
                <w:rFonts w:ascii="Aptos" w:hAnsi="Aptos"/>
                <w:b/>
                <w:bCs/>
                <w:sz w:val="16"/>
              </w:rPr>
              <w:t> </w:t>
            </w:r>
          </w:p>
        </w:tc>
        <w:tc>
          <w:tcPr>
            <w:tcW w:w="0" w:type="auto"/>
            <w:tcMar>
              <w:top w:w="40" w:type="dxa"/>
              <w:left w:w="40" w:type="dxa"/>
              <w:bottom w:w="40" w:type="dxa"/>
              <w:right w:w="40" w:type="dxa"/>
            </w:tcMar>
          </w:tcPr>
          <w:p w14:paraId="4E6E1ED0" w14:textId="79BA2A4A" w:rsidR="00E46513" w:rsidRPr="0021179A" w:rsidRDefault="00000000">
            <w:pPr>
              <w:rPr>
                <w:rFonts w:ascii="Aptos" w:hAnsi="Aptos"/>
                <w:b/>
                <w:bCs/>
              </w:rPr>
            </w:pPr>
            <w:r w:rsidRPr="0021179A">
              <w:rPr>
                <w:rFonts w:ascii="Aptos" w:hAnsi="Aptos"/>
                <w:b/>
                <w:bCs/>
                <w:sz w:val="16"/>
              </w:rPr>
              <w:t>Barwick</w:t>
            </w:r>
            <w:r w:rsidR="0021179A">
              <w:rPr>
                <w:rFonts w:ascii="Aptos" w:hAnsi="Aptos"/>
                <w:b/>
                <w:bCs/>
                <w:sz w:val="16"/>
              </w:rPr>
              <w:t xml:space="preserve"> et al. (27)</w:t>
            </w:r>
            <w:r w:rsidRPr="0021179A">
              <w:rPr>
                <w:rFonts w:ascii="Aptos" w:hAnsi="Aptos"/>
                <w:b/>
                <w:bCs/>
                <w:sz w:val="16"/>
              </w:rPr>
              <w:t> </w:t>
            </w:r>
          </w:p>
        </w:tc>
        <w:tc>
          <w:tcPr>
            <w:tcW w:w="0" w:type="auto"/>
            <w:tcMar>
              <w:top w:w="40" w:type="dxa"/>
              <w:left w:w="40" w:type="dxa"/>
              <w:bottom w:w="40" w:type="dxa"/>
              <w:right w:w="40" w:type="dxa"/>
            </w:tcMar>
          </w:tcPr>
          <w:p w14:paraId="71A0F6B7" w14:textId="4A93D85B" w:rsidR="00E46513" w:rsidRPr="0021179A" w:rsidRDefault="00000000">
            <w:pPr>
              <w:rPr>
                <w:rFonts w:ascii="Aptos" w:hAnsi="Aptos"/>
                <w:b/>
                <w:bCs/>
              </w:rPr>
            </w:pPr>
            <w:r w:rsidRPr="0021179A">
              <w:rPr>
                <w:rFonts w:ascii="Aptos" w:hAnsi="Aptos"/>
                <w:b/>
                <w:bCs/>
                <w:sz w:val="16"/>
              </w:rPr>
              <w:t>Björkdahl</w:t>
            </w:r>
            <w:r w:rsidR="0021179A">
              <w:rPr>
                <w:rFonts w:ascii="Aptos" w:hAnsi="Aptos"/>
                <w:b/>
                <w:bCs/>
                <w:sz w:val="16"/>
              </w:rPr>
              <w:t xml:space="preserve"> et al. (18)</w:t>
            </w:r>
          </w:p>
        </w:tc>
        <w:tc>
          <w:tcPr>
            <w:tcW w:w="0" w:type="auto"/>
            <w:tcMar>
              <w:top w:w="40" w:type="dxa"/>
              <w:left w:w="40" w:type="dxa"/>
              <w:bottom w:w="40" w:type="dxa"/>
              <w:right w:w="40" w:type="dxa"/>
            </w:tcMar>
          </w:tcPr>
          <w:p w14:paraId="4725AC90" w14:textId="3E10FE6E" w:rsidR="00E46513" w:rsidRPr="0021179A" w:rsidRDefault="00000000">
            <w:pPr>
              <w:rPr>
                <w:rFonts w:ascii="Aptos" w:hAnsi="Aptos"/>
                <w:b/>
                <w:bCs/>
              </w:rPr>
            </w:pPr>
            <w:r w:rsidRPr="0021179A">
              <w:rPr>
                <w:rFonts w:ascii="Aptos" w:hAnsi="Aptos"/>
                <w:b/>
                <w:bCs/>
                <w:sz w:val="16"/>
              </w:rPr>
              <w:t>Bryson</w:t>
            </w:r>
            <w:r w:rsidR="0021179A">
              <w:rPr>
                <w:rFonts w:ascii="Aptos" w:hAnsi="Aptos"/>
                <w:b/>
                <w:bCs/>
                <w:sz w:val="16"/>
              </w:rPr>
              <w:t xml:space="preserve"> et al (25)</w:t>
            </w:r>
            <w:r w:rsidRPr="0021179A">
              <w:rPr>
                <w:rFonts w:ascii="Aptos" w:hAnsi="Aptos"/>
                <w:b/>
                <w:bCs/>
                <w:sz w:val="16"/>
              </w:rPr>
              <w:t> </w:t>
            </w:r>
          </w:p>
        </w:tc>
        <w:tc>
          <w:tcPr>
            <w:tcW w:w="0" w:type="auto"/>
            <w:tcMar>
              <w:top w:w="40" w:type="dxa"/>
              <w:left w:w="40" w:type="dxa"/>
              <w:bottom w:w="40" w:type="dxa"/>
              <w:right w:w="40" w:type="dxa"/>
            </w:tcMar>
          </w:tcPr>
          <w:p w14:paraId="0B59E150" w14:textId="190CE4E5" w:rsidR="00E46513" w:rsidRPr="0021179A" w:rsidRDefault="00000000">
            <w:pPr>
              <w:rPr>
                <w:rFonts w:ascii="Aptos" w:hAnsi="Aptos"/>
                <w:b/>
                <w:bCs/>
              </w:rPr>
            </w:pPr>
            <w:r w:rsidRPr="0021179A">
              <w:rPr>
                <w:rFonts w:ascii="Aptos" w:hAnsi="Aptos"/>
                <w:b/>
                <w:bCs/>
                <w:sz w:val="16"/>
              </w:rPr>
              <w:t>Girlanda</w:t>
            </w:r>
            <w:r w:rsidR="0021179A">
              <w:rPr>
                <w:rFonts w:ascii="Aptos" w:hAnsi="Aptos"/>
                <w:b/>
                <w:bCs/>
                <w:sz w:val="16"/>
              </w:rPr>
              <w:t xml:space="preserve"> et al. (22)</w:t>
            </w:r>
            <w:r w:rsidRPr="0021179A">
              <w:rPr>
                <w:rFonts w:ascii="Aptos" w:hAnsi="Aptos"/>
                <w:b/>
                <w:bCs/>
                <w:sz w:val="16"/>
              </w:rPr>
              <w:t> </w:t>
            </w:r>
          </w:p>
        </w:tc>
        <w:tc>
          <w:tcPr>
            <w:tcW w:w="0" w:type="auto"/>
            <w:tcMar>
              <w:top w:w="40" w:type="dxa"/>
              <w:left w:w="40" w:type="dxa"/>
              <w:bottom w:w="40" w:type="dxa"/>
              <w:right w:w="40" w:type="dxa"/>
            </w:tcMar>
          </w:tcPr>
          <w:p w14:paraId="12257B1A" w14:textId="26F3D517" w:rsidR="00E46513" w:rsidRPr="0021179A" w:rsidRDefault="00000000">
            <w:pPr>
              <w:rPr>
                <w:rFonts w:ascii="Aptos" w:hAnsi="Aptos"/>
                <w:b/>
                <w:bCs/>
              </w:rPr>
            </w:pPr>
            <w:r w:rsidRPr="0021179A">
              <w:rPr>
                <w:rFonts w:ascii="Aptos" w:hAnsi="Aptos"/>
                <w:b/>
                <w:bCs/>
                <w:sz w:val="16"/>
              </w:rPr>
              <w:t>Goldner</w:t>
            </w:r>
            <w:r w:rsidR="0021179A">
              <w:rPr>
                <w:rFonts w:ascii="Aptos" w:hAnsi="Aptos"/>
                <w:b/>
                <w:bCs/>
                <w:sz w:val="16"/>
              </w:rPr>
              <w:t xml:space="preserve"> et al. (24)</w:t>
            </w:r>
            <w:r w:rsidRPr="0021179A">
              <w:rPr>
                <w:rFonts w:ascii="Aptos" w:hAnsi="Aptos"/>
                <w:b/>
                <w:bCs/>
                <w:sz w:val="16"/>
              </w:rPr>
              <w:t> </w:t>
            </w:r>
          </w:p>
        </w:tc>
        <w:tc>
          <w:tcPr>
            <w:tcW w:w="0" w:type="auto"/>
            <w:tcMar>
              <w:top w:w="40" w:type="dxa"/>
              <w:left w:w="40" w:type="dxa"/>
              <w:bottom w:w="40" w:type="dxa"/>
              <w:right w:w="40" w:type="dxa"/>
            </w:tcMar>
          </w:tcPr>
          <w:p w14:paraId="42F06166" w14:textId="0DE957C8" w:rsidR="00E46513" w:rsidRPr="0021179A" w:rsidRDefault="00000000">
            <w:pPr>
              <w:rPr>
                <w:rFonts w:ascii="Aptos" w:hAnsi="Aptos"/>
                <w:b/>
                <w:bCs/>
              </w:rPr>
            </w:pPr>
            <w:r w:rsidRPr="0021179A">
              <w:rPr>
                <w:rFonts w:ascii="Aptos" w:hAnsi="Aptos"/>
                <w:b/>
                <w:bCs/>
                <w:sz w:val="16"/>
              </w:rPr>
              <w:t>Harkko</w:t>
            </w:r>
            <w:r w:rsidR="0021179A">
              <w:rPr>
                <w:rFonts w:ascii="Aptos" w:hAnsi="Aptos"/>
                <w:b/>
                <w:bCs/>
                <w:sz w:val="16"/>
              </w:rPr>
              <w:t xml:space="preserve"> et al. (23)</w:t>
            </w:r>
          </w:p>
        </w:tc>
        <w:tc>
          <w:tcPr>
            <w:tcW w:w="0" w:type="auto"/>
            <w:tcMar>
              <w:top w:w="40" w:type="dxa"/>
              <w:left w:w="40" w:type="dxa"/>
              <w:bottom w:w="40" w:type="dxa"/>
              <w:right w:w="40" w:type="dxa"/>
            </w:tcMar>
          </w:tcPr>
          <w:p w14:paraId="1AD54E70" w14:textId="0B13AC29" w:rsidR="00E46513" w:rsidRPr="0021179A" w:rsidRDefault="00000000">
            <w:pPr>
              <w:rPr>
                <w:rFonts w:ascii="Aptos" w:hAnsi="Aptos"/>
                <w:b/>
                <w:bCs/>
              </w:rPr>
            </w:pPr>
            <w:r w:rsidRPr="0021179A">
              <w:rPr>
                <w:rFonts w:ascii="Aptos" w:hAnsi="Aptos"/>
                <w:b/>
                <w:bCs/>
                <w:sz w:val="16"/>
              </w:rPr>
              <w:t>Lorien</w:t>
            </w:r>
            <w:r w:rsidR="0021179A">
              <w:rPr>
                <w:rFonts w:ascii="Aptos" w:hAnsi="Aptos"/>
                <w:b/>
                <w:bCs/>
                <w:sz w:val="16"/>
              </w:rPr>
              <w:t xml:space="preserve"> et al. (26)</w:t>
            </w:r>
            <w:r w:rsidRPr="0021179A">
              <w:rPr>
                <w:rFonts w:ascii="Aptos" w:hAnsi="Aptos"/>
                <w:b/>
                <w:bCs/>
                <w:sz w:val="16"/>
              </w:rPr>
              <w:t> </w:t>
            </w:r>
          </w:p>
        </w:tc>
        <w:tc>
          <w:tcPr>
            <w:tcW w:w="0" w:type="auto"/>
            <w:tcMar>
              <w:top w:w="40" w:type="dxa"/>
              <w:left w:w="40" w:type="dxa"/>
              <w:bottom w:w="40" w:type="dxa"/>
              <w:right w:w="40" w:type="dxa"/>
            </w:tcMar>
          </w:tcPr>
          <w:p w14:paraId="042EE400" w14:textId="792FB365" w:rsidR="00E46513" w:rsidRPr="0021179A" w:rsidRDefault="00000000">
            <w:pPr>
              <w:rPr>
                <w:rFonts w:ascii="Aptos" w:hAnsi="Aptos"/>
                <w:b/>
                <w:bCs/>
              </w:rPr>
            </w:pPr>
            <w:r w:rsidRPr="0021179A">
              <w:rPr>
                <w:rFonts w:ascii="Aptos" w:hAnsi="Aptos"/>
                <w:b/>
                <w:bCs/>
                <w:sz w:val="16"/>
              </w:rPr>
              <w:t>Mauer-Vakil</w:t>
            </w:r>
            <w:r w:rsidR="0021179A">
              <w:rPr>
                <w:rFonts w:ascii="Aptos" w:hAnsi="Aptos"/>
                <w:b/>
                <w:bCs/>
                <w:sz w:val="16"/>
              </w:rPr>
              <w:t xml:space="preserve"> et al. (19)</w:t>
            </w:r>
          </w:p>
        </w:tc>
        <w:tc>
          <w:tcPr>
            <w:tcW w:w="0" w:type="auto"/>
            <w:tcMar>
              <w:top w:w="40" w:type="dxa"/>
              <w:left w:w="40" w:type="dxa"/>
              <w:bottom w:w="40" w:type="dxa"/>
              <w:right w:w="40" w:type="dxa"/>
            </w:tcMar>
          </w:tcPr>
          <w:p w14:paraId="15ED8827" w14:textId="23BCE068" w:rsidR="00E46513" w:rsidRPr="0021179A" w:rsidRDefault="00000000">
            <w:pPr>
              <w:rPr>
                <w:rFonts w:ascii="Aptos" w:hAnsi="Aptos"/>
                <w:b/>
                <w:bCs/>
              </w:rPr>
            </w:pPr>
            <w:r w:rsidRPr="0021179A">
              <w:rPr>
                <w:rFonts w:ascii="Aptos" w:hAnsi="Aptos"/>
                <w:b/>
                <w:bCs/>
                <w:sz w:val="16"/>
              </w:rPr>
              <w:t>Piat</w:t>
            </w:r>
            <w:r w:rsidR="0021179A">
              <w:rPr>
                <w:rFonts w:ascii="Aptos" w:hAnsi="Aptos"/>
                <w:b/>
                <w:bCs/>
                <w:sz w:val="16"/>
              </w:rPr>
              <w:t xml:space="preserve"> et al (20)</w:t>
            </w:r>
          </w:p>
        </w:tc>
        <w:tc>
          <w:tcPr>
            <w:tcW w:w="0" w:type="auto"/>
            <w:tcMar>
              <w:top w:w="40" w:type="dxa"/>
              <w:left w:w="40" w:type="dxa"/>
              <w:bottom w:w="40" w:type="dxa"/>
              <w:right w:w="40" w:type="dxa"/>
            </w:tcMar>
          </w:tcPr>
          <w:p w14:paraId="548D03D4" w14:textId="71B32DCE" w:rsidR="00E46513" w:rsidRPr="0021179A" w:rsidRDefault="00000000">
            <w:pPr>
              <w:rPr>
                <w:rFonts w:ascii="Aptos" w:hAnsi="Aptos"/>
                <w:b/>
                <w:bCs/>
              </w:rPr>
            </w:pPr>
            <w:r w:rsidRPr="0021179A">
              <w:rPr>
                <w:rFonts w:ascii="Aptos" w:hAnsi="Aptos"/>
                <w:b/>
                <w:bCs/>
                <w:sz w:val="16"/>
              </w:rPr>
              <w:t>Rosen</w:t>
            </w:r>
            <w:r w:rsidR="0021179A">
              <w:rPr>
                <w:rFonts w:ascii="Aptos" w:hAnsi="Aptos"/>
                <w:b/>
                <w:bCs/>
                <w:sz w:val="16"/>
              </w:rPr>
              <w:t xml:space="preserve"> et al. (16)</w:t>
            </w:r>
            <w:r w:rsidRPr="0021179A">
              <w:rPr>
                <w:rFonts w:ascii="Aptos" w:hAnsi="Aptos"/>
                <w:b/>
                <w:bCs/>
                <w:sz w:val="16"/>
              </w:rPr>
              <w:t> </w:t>
            </w:r>
          </w:p>
        </w:tc>
      </w:tr>
      <w:tr w:rsidR="0021179A" w:rsidRPr="0021179A" w14:paraId="4CA7B5DF" w14:textId="77777777" w:rsidTr="0021179A">
        <w:tc>
          <w:tcPr>
            <w:tcW w:w="0" w:type="auto"/>
            <w:tcMar>
              <w:top w:w="40" w:type="dxa"/>
              <w:left w:w="40" w:type="dxa"/>
              <w:bottom w:w="40" w:type="dxa"/>
              <w:right w:w="40" w:type="dxa"/>
            </w:tcMar>
          </w:tcPr>
          <w:p w14:paraId="52C42C12" w14:textId="77777777" w:rsidR="00E46513" w:rsidRPr="0021179A" w:rsidRDefault="00000000">
            <w:pPr>
              <w:rPr>
                <w:rFonts w:ascii="Aptos" w:hAnsi="Aptos"/>
              </w:rPr>
            </w:pPr>
            <w:r w:rsidRPr="0021179A">
              <w:rPr>
                <w:rFonts w:ascii="Aptos" w:hAnsi="Aptos"/>
                <w:sz w:val="16"/>
              </w:rPr>
              <w:t>1</w:t>
            </w:r>
          </w:p>
        </w:tc>
        <w:tc>
          <w:tcPr>
            <w:tcW w:w="0" w:type="auto"/>
            <w:tcMar>
              <w:top w:w="40" w:type="dxa"/>
              <w:left w:w="40" w:type="dxa"/>
              <w:bottom w:w="40" w:type="dxa"/>
              <w:right w:w="40" w:type="dxa"/>
            </w:tcMar>
          </w:tcPr>
          <w:p w14:paraId="4ADB8322" w14:textId="77777777" w:rsidR="00E46513" w:rsidRPr="0021179A" w:rsidRDefault="00000000">
            <w:pPr>
              <w:rPr>
                <w:rFonts w:ascii="Aptos" w:hAnsi="Aptos"/>
              </w:rPr>
            </w:pPr>
            <w:r w:rsidRPr="0021179A">
              <w:rPr>
                <w:rFonts w:ascii="Aptos" w:hAnsi="Aptos"/>
                <w:sz w:val="16"/>
              </w:rPr>
              <w:t>Did the research questions and inclusion criteria for the review include the components of PICO?</w:t>
            </w:r>
          </w:p>
        </w:tc>
        <w:tc>
          <w:tcPr>
            <w:tcW w:w="0" w:type="auto"/>
            <w:tcMar>
              <w:top w:w="40" w:type="dxa"/>
              <w:left w:w="40" w:type="dxa"/>
              <w:bottom w:w="40" w:type="dxa"/>
              <w:right w:w="40" w:type="dxa"/>
            </w:tcMar>
          </w:tcPr>
          <w:p w14:paraId="62428BF6"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E0049B0"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5C17BF4D"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1612C910"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9B8275A"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58CA9EE8"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03F03BE"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C7F8B95"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41A9AD7"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BB2D711"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6F15A0D"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4188B60" w14:textId="77777777" w:rsidR="00E46513" w:rsidRPr="0021179A" w:rsidRDefault="00000000">
            <w:pPr>
              <w:rPr>
                <w:rFonts w:ascii="Aptos" w:hAnsi="Aptos"/>
              </w:rPr>
            </w:pPr>
            <w:r w:rsidRPr="0021179A">
              <w:rPr>
                <w:rFonts w:ascii="Aptos" w:hAnsi="Aptos"/>
                <w:sz w:val="16"/>
              </w:rPr>
              <w:t>No</w:t>
            </w:r>
          </w:p>
        </w:tc>
      </w:tr>
      <w:tr w:rsidR="0021179A" w:rsidRPr="0021179A" w14:paraId="5082D082" w14:textId="77777777" w:rsidTr="0021179A">
        <w:tc>
          <w:tcPr>
            <w:tcW w:w="0" w:type="auto"/>
            <w:tcMar>
              <w:top w:w="40" w:type="dxa"/>
              <w:left w:w="40" w:type="dxa"/>
              <w:bottom w:w="40" w:type="dxa"/>
              <w:right w:w="40" w:type="dxa"/>
            </w:tcMar>
          </w:tcPr>
          <w:p w14:paraId="58F8F73D" w14:textId="77777777" w:rsidR="00E46513" w:rsidRPr="0021179A" w:rsidRDefault="00000000">
            <w:pPr>
              <w:rPr>
                <w:rFonts w:ascii="Aptos" w:hAnsi="Aptos"/>
              </w:rPr>
            </w:pPr>
            <w:r w:rsidRPr="0021179A">
              <w:rPr>
                <w:rFonts w:ascii="Aptos" w:hAnsi="Aptos"/>
                <w:sz w:val="16"/>
              </w:rPr>
              <w:t>2</w:t>
            </w:r>
          </w:p>
        </w:tc>
        <w:tc>
          <w:tcPr>
            <w:tcW w:w="0" w:type="auto"/>
            <w:tcMar>
              <w:top w:w="40" w:type="dxa"/>
              <w:left w:w="40" w:type="dxa"/>
              <w:bottom w:w="40" w:type="dxa"/>
              <w:right w:w="40" w:type="dxa"/>
            </w:tcMar>
          </w:tcPr>
          <w:p w14:paraId="6231C715" w14:textId="77777777" w:rsidR="00E46513" w:rsidRPr="0021179A" w:rsidRDefault="00000000">
            <w:pPr>
              <w:rPr>
                <w:rFonts w:ascii="Aptos" w:hAnsi="Aptos"/>
              </w:rPr>
            </w:pPr>
            <w:r w:rsidRPr="0021179A">
              <w:rPr>
                <w:rFonts w:ascii="Aptos" w:hAnsi="Aptos"/>
                <w:sz w:val="16"/>
              </w:rPr>
              <w:t>Did the report of the review contain an explicit statement that the review methods were established prior to the conduct of the review and did the report justify any significant deviations from the protocol?</w:t>
            </w:r>
          </w:p>
        </w:tc>
        <w:tc>
          <w:tcPr>
            <w:tcW w:w="0" w:type="auto"/>
            <w:tcMar>
              <w:top w:w="40" w:type="dxa"/>
              <w:left w:w="40" w:type="dxa"/>
              <w:bottom w:w="40" w:type="dxa"/>
              <w:right w:w="40" w:type="dxa"/>
            </w:tcMar>
          </w:tcPr>
          <w:p w14:paraId="2AAF6E5C"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7299152"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0B8BEB9"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4A798112"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32595C6B"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293B41C0"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1562429"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0B628B0"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743C214"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D794072"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FAA44AE"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2219BD60" w14:textId="77777777" w:rsidR="00E46513" w:rsidRPr="0021179A" w:rsidRDefault="00000000">
            <w:pPr>
              <w:rPr>
                <w:rFonts w:ascii="Aptos" w:hAnsi="Aptos"/>
              </w:rPr>
            </w:pPr>
            <w:r w:rsidRPr="0021179A">
              <w:rPr>
                <w:rFonts w:ascii="Aptos" w:hAnsi="Aptos"/>
                <w:sz w:val="16"/>
              </w:rPr>
              <w:t>No</w:t>
            </w:r>
          </w:p>
        </w:tc>
      </w:tr>
      <w:tr w:rsidR="0021179A" w:rsidRPr="0021179A" w14:paraId="66825195" w14:textId="77777777" w:rsidTr="0021179A">
        <w:tc>
          <w:tcPr>
            <w:tcW w:w="0" w:type="auto"/>
            <w:tcMar>
              <w:top w:w="40" w:type="dxa"/>
              <w:left w:w="40" w:type="dxa"/>
              <w:bottom w:w="40" w:type="dxa"/>
              <w:right w:w="40" w:type="dxa"/>
            </w:tcMar>
          </w:tcPr>
          <w:p w14:paraId="4585F3C0" w14:textId="77777777" w:rsidR="00E46513" w:rsidRPr="0021179A" w:rsidRDefault="00000000">
            <w:pPr>
              <w:rPr>
                <w:rFonts w:ascii="Aptos" w:hAnsi="Aptos"/>
              </w:rPr>
            </w:pPr>
            <w:r w:rsidRPr="0021179A">
              <w:rPr>
                <w:rFonts w:ascii="Aptos" w:hAnsi="Aptos"/>
                <w:sz w:val="16"/>
              </w:rPr>
              <w:t>3</w:t>
            </w:r>
          </w:p>
        </w:tc>
        <w:tc>
          <w:tcPr>
            <w:tcW w:w="0" w:type="auto"/>
            <w:tcMar>
              <w:top w:w="40" w:type="dxa"/>
              <w:left w:w="40" w:type="dxa"/>
              <w:bottom w:w="40" w:type="dxa"/>
              <w:right w:w="40" w:type="dxa"/>
            </w:tcMar>
          </w:tcPr>
          <w:p w14:paraId="3EE4F580" w14:textId="77777777" w:rsidR="00E46513" w:rsidRPr="0021179A" w:rsidRDefault="00000000">
            <w:pPr>
              <w:rPr>
                <w:rFonts w:ascii="Aptos" w:hAnsi="Aptos"/>
              </w:rPr>
            </w:pPr>
            <w:r w:rsidRPr="0021179A">
              <w:rPr>
                <w:rFonts w:ascii="Aptos" w:hAnsi="Aptos"/>
                <w:sz w:val="16"/>
              </w:rPr>
              <w:t>Did the review authors explain their selection of the study designs for inclusion in the review?</w:t>
            </w:r>
          </w:p>
        </w:tc>
        <w:tc>
          <w:tcPr>
            <w:tcW w:w="0" w:type="auto"/>
            <w:tcMar>
              <w:top w:w="40" w:type="dxa"/>
              <w:left w:w="40" w:type="dxa"/>
              <w:bottom w:w="40" w:type="dxa"/>
              <w:right w:w="40" w:type="dxa"/>
            </w:tcMar>
          </w:tcPr>
          <w:p w14:paraId="70AB06CA"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C3064AC"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17930CE7"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7F62BB7A"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9BF350E"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76305C6"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7CE12C6E"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5727E4E"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74646A66"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4B52B2C1"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EA07EF0"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E329B73" w14:textId="77777777" w:rsidR="00E46513" w:rsidRPr="0021179A" w:rsidRDefault="00000000">
            <w:pPr>
              <w:rPr>
                <w:rFonts w:ascii="Aptos" w:hAnsi="Aptos"/>
              </w:rPr>
            </w:pPr>
            <w:r w:rsidRPr="0021179A">
              <w:rPr>
                <w:rFonts w:ascii="Aptos" w:hAnsi="Aptos"/>
                <w:sz w:val="16"/>
              </w:rPr>
              <w:t>Yes</w:t>
            </w:r>
          </w:p>
        </w:tc>
      </w:tr>
      <w:tr w:rsidR="0021179A" w:rsidRPr="0021179A" w14:paraId="0D412455" w14:textId="77777777" w:rsidTr="0021179A">
        <w:tc>
          <w:tcPr>
            <w:tcW w:w="0" w:type="auto"/>
            <w:tcMar>
              <w:top w:w="40" w:type="dxa"/>
              <w:left w:w="40" w:type="dxa"/>
              <w:bottom w:w="40" w:type="dxa"/>
              <w:right w:w="40" w:type="dxa"/>
            </w:tcMar>
          </w:tcPr>
          <w:p w14:paraId="3080B3EC" w14:textId="77777777" w:rsidR="00E46513" w:rsidRPr="0021179A" w:rsidRDefault="00000000">
            <w:pPr>
              <w:rPr>
                <w:rFonts w:ascii="Aptos" w:hAnsi="Aptos"/>
              </w:rPr>
            </w:pPr>
            <w:r w:rsidRPr="0021179A">
              <w:rPr>
                <w:rFonts w:ascii="Aptos" w:hAnsi="Aptos"/>
                <w:sz w:val="16"/>
              </w:rPr>
              <w:t>4</w:t>
            </w:r>
          </w:p>
        </w:tc>
        <w:tc>
          <w:tcPr>
            <w:tcW w:w="0" w:type="auto"/>
            <w:tcMar>
              <w:top w:w="40" w:type="dxa"/>
              <w:left w:w="40" w:type="dxa"/>
              <w:bottom w:w="40" w:type="dxa"/>
              <w:right w:w="40" w:type="dxa"/>
            </w:tcMar>
          </w:tcPr>
          <w:p w14:paraId="548322B3" w14:textId="77777777" w:rsidR="00E46513" w:rsidRPr="0021179A" w:rsidRDefault="00000000">
            <w:pPr>
              <w:rPr>
                <w:rFonts w:ascii="Aptos" w:hAnsi="Aptos"/>
              </w:rPr>
            </w:pPr>
            <w:r w:rsidRPr="0021179A">
              <w:rPr>
                <w:rFonts w:ascii="Aptos" w:hAnsi="Aptos"/>
                <w:sz w:val="16"/>
              </w:rPr>
              <w:t>Did the review authors use a comprehensive literature search strategy?</w:t>
            </w:r>
          </w:p>
        </w:tc>
        <w:tc>
          <w:tcPr>
            <w:tcW w:w="0" w:type="auto"/>
            <w:tcMar>
              <w:top w:w="40" w:type="dxa"/>
              <w:left w:w="40" w:type="dxa"/>
              <w:bottom w:w="40" w:type="dxa"/>
              <w:right w:w="40" w:type="dxa"/>
            </w:tcMar>
          </w:tcPr>
          <w:p w14:paraId="45D70F2F"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66E55F7"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1E4C10B"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FCE9472"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3219DE7"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5BB35B24"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ABC6513"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787E3A14"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1D87099A"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08827FE"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2732D50"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779E416F" w14:textId="77777777" w:rsidR="00E46513" w:rsidRPr="0021179A" w:rsidRDefault="00000000">
            <w:pPr>
              <w:rPr>
                <w:rFonts w:ascii="Aptos" w:hAnsi="Aptos"/>
              </w:rPr>
            </w:pPr>
            <w:r w:rsidRPr="0021179A">
              <w:rPr>
                <w:rFonts w:ascii="Aptos" w:hAnsi="Aptos"/>
                <w:sz w:val="16"/>
              </w:rPr>
              <w:t>Partial yes</w:t>
            </w:r>
          </w:p>
        </w:tc>
      </w:tr>
      <w:tr w:rsidR="0021179A" w:rsidRPr="0021179A" w14:paraId="3BFD5B28" w14:textId="77777777" w:rsidTr="0021179A">
        <w:tc>
          <w:tcPr>
            <w:tcW w:w="0" w:type="auto"/>
            <w:tcMar>
              <w:top w:w="40" w:type="dxa"/>
              <w:left w:w="40" w:type="dxa"/>
              <w:bottom w:w="40" w:type="dxa"/>
              <w:right w:w="40" w:type="dxa"/>
            </w:tcMar>
          </w:tcPr>
          <w:p w14:paraId="171B7EAA" w14:textId="77777777" w:rsidR="00E46513" w:rsidRPr="0021179A" w:rsidRDefault="00000000">
            <w:pPr>
              <w:rPr>
                <w:rFonts w:ascii="Aptos" w:hAnsi="Aptos"/>
              </w:rPr>
            </w:pPr>
            <w:r w:rsidRPr="0021179A">
              <w:rPr>
                <w:rFonts w:ascii="Aptos" w:hAnsi="Aptos"/>
                <w:sz w:val="16"/>
              </w:rPr>
              <w:t>5</w:t>
            </w:r>
          </w:p>
        </w:tc>
        <w:tc>
          <w:tcPr>
            <w:tcW w:w="0" w:type="auto"/>
            <w:tcMar>
              <w:top w:w="40" w:type="dxa"/>
              <w:left w:w="40" w:type="dxa"/>
              <w:bottom w:w="40" w:type="dxa"/>
              <w:right w:w="40" w:type="dxa"/>
            </w:tcMar>
          </w:tcPr>
          <w:p w14:paraId="14D6F290" w14:textId="77777777" w:rsidR="00E46513" w:rsidRPr="0021179A" w:rsidRDefault="00000000">
            <w:pPr>
              <w:rPr>
                <w:rFonts w:ascii="Aptos" w:hAnsi="Aptos"/>
              </w:rPr>
            </w:pPr>
            <w:r w:rsidRPr="0021179A">
              <w:rPr>
                <w:rFonts w:ascii="Aptos" w:hAnsi="Aptos"/>
                <w:sz w:val="16"/>
              </w:rPr>
              <w:t>Did the review authors perform study selection in duplicate?</w:t>
            </w:r>
          </w:p>
        </w:tc>
        <w:tc>
          <w:tcPr>
            <w:tcW w:w="0" w:type="auto"/>
            <w:tcMar>
              <w:top w:w="40" w:type="dxa"/>
              <w:left w:w="40" w:type="dxa"/>
              <w:bottom w:w="40" w:type="dxa"/>
              <w:right w:w="40" w:type="dxa"/>
            </w:tcMar>
          </w:tcPr>
          <w:p w14:paraId="152437A3"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97719F8"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592C09F2"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0986745D"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62AD966"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34E2C7B7"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B149104"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F0C48FA"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755888D7"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086A121"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7E0671A"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66E00A70" w14:textId="77777777" w:rsidR="00E46513" w:rsidRPr="0021179A" w:rsidRDefault="00000000">
            <w:pPr>
              <w:rPr>
                <w:rFonts w:ascii="Aptos" w:hAnsi="Aptos"/>
              </w:rPr>
            </w:pPr>
            <w:r w:rsidRPr="0021179A">
              <w:rPr>
                <w:rFonts w:ascii="Aptos" w:hAnsi="Aptos"/>
                <w:sz w:val="16"/>
              </w:rPr>
              <w:t>Yes</w:t>
            </w:r>
          </w:p>
        </w:tc>
      </w:tr>
      <w:tr w:rsidR="0021179A" w:rsidRPr="0021179A" w14:paraId="2E97C370" w14:textId="77777777" w:rsidTr="0021179A">
        <w:tc>
          <w:tcPr>
            <w:tcW w:w="0" w:type="auto"/>
            <w:tcMar>
              <w:top w:w="40" w:type="dxa"/>
              <w:left w:w="40" w:type="dxa"/>
              <w:bottom w:w="40" w:type="dxa"/>
              <w:right w:w="40" w:type="dxa"/>
            </w:tcMar>
          </w:tcPr>
          <w:p w14:paraId="019ED9AA" w14:textId="77777777" w:rsidR="00E46513" w:rsidRPr="0021179A" w:rsidRDefault="00000000">
            <w:pPr>
              <w:rPr>
                <w:rFonts w:ascii="Aptos" w:hAnsi="Aptos"/>
              </w:rPr>
            </w:pPr>
            <w:r w:rsidRPr="0021179A">
              <w:rPr>
                <w:rFonts w:ascii="Aptos" w:hAnsi="Aptos"/>
                <w:sz w:val="16"/>
              </w:rPr>
              <w:t>6</w:t>
            </w:r>
          </w:p>
        </w:tc>
        <w:tc>
          <w:tcPr>
            <w:tcW w:w="0" w:type="auto"/>
            <w:tcMar>
              <w:top w:w="40" w:type="dxa"/>
              <w:left w:w="40" w:type="dxa"/>
              <w:bottom w:w="40" w:type="dxa"/>
              <w:right w:w="40" w:type="dxa"/>
            </w:tcMar>
          </w:tcPr>
          <w:p w14:paraId="4610F0DA" w14:textId="77777777" w:rsidR="00E46513" w:rsidRPr="0021179A" w:rsidRDefault="00000000">
            <w:pPr>
              <w:rPr>
                <w:rFonts w:ascii="Aptos" w:hAnsi="Aptos"/>
              </w:rPr>
            </w:pPr>
            <w:r w:rsidRPr="0021179A">
              <w:rPr>
                <w:rFonts w:ascii="Aptos" w:hAnsi="Aptos"/>
                <w:sz w:val="16"/>
              </w:rPr>
              <w:t>Did the review authors perform data extraction in duplicate?</w:t>
            </w:r>
          </w:p>
        </w:tc>
        <w:tc>
          <w:tcPr>
            <w:tcW w:w="0" w:type="auto"/>
            <w:tcMar>
              <w:top w:w="40" w:type="dxa"/>
              <w:left w:w="40" w:type="dxa"/>
              <w:bottom w:w="40" w:type="dxa"/>
              <w:right w:w="40" w:type="dxa"/>
            </w:tcMar>
          </w:tcPr>
          <w:p w14:paraId="12F4A77A"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4EC9AED0"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A4443F2"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17EF6159"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55766348"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39CB93BA"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1EF26DA"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5EB262B1"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C8116E9"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F58D716"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E405D4F"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6484BFB" w14:textId="77777777" w:rsidR="00E46513" w:rsidRPr="0021179A" w:rsidRDefault="00000000">
            <w:pPr>
              <w:rPr>
                <w:rFonts w:ascii="Aptos" w:hAnsi="Aptos"/>
              </w:rPr>
            </w:pPr>
            <w:r w:rsidRPr="0021179A">
              <w:rPr>
                <w:rFonts w:ascii="Aptos" w:hAnsi="Aptos"/>
                <w:sz w:val="16"/>
              </w:rPr>
              <w:t>Yes</w:t>
            </w:r>
          </w:p>
        </w:tc>
      </w:tr>
      <w:tr w:rsidR="0021179A" w:rsidRPr="0021179A" w14:paraId="644232E6" w14:textId="77777777" w:rsidTr="0021179A">
        <w:tc>
          <w:tcPr>
            <w:tcW w:w="0" w:type="auto"/>
            <w:tcMar>
              <w:top w:w="40" w:type="dxa"/>
              <w:left w:w="40" w:type="dxa"/>
              <w:bottom w:w="40" w:type="dxa"/>
              <w:right w:w="40" w:type="dxa"/>
            </w:tcMar>
          </w:tcPr>
          <w:p w14:paraId="0F315EB5" w14:textId="77777777" w:rsidR="00E46513" w:rsidRPr="0021179A" w:rsidRDefault="00000000">
            <w:pPr>
              <w:rPr>
                <w:rFonts w:ascii="Aptos" w:hAnsi="Aptos"/>
              </w:rPr>
            </w:pPr>
            <w:r w:rsidRPr="0021179A">
              <w:rPr>
                <w:rFonts w:ascii="Aptos" w:hAnsi="Aptos"/>
                <w:sz w:val="16"/>
              </w:rPr>
              <w:t>7</w:t>
            </w:r>
          </w:p>
        </w:tc>
        <w:tc>
          <w:tcPr>
            <w:tcW w:w="0" w:type="auto"/>
            <w:tcMar>
              <w:top w:w="40" w:type="dxa"/>
              <w:left w:w="40" w:type="dxa"/>
              <w:bottom w:w="40" w:type="dxa"/>
              <w:right w:w="40" w:type="dxa"/>
            </w:tcMar>
          </w:tcPr>
          <w:p w14:paraId="740AF003" w14:textId="77777777" w:rsidR="00E46513" w:rsidRPr="0021179A" w:rsidRDefault="00000000">
            <w:pPr>
              <w:rPr>
                <w:rFonts w:ascii="Aptos" w:hAnsi="Aptos"/>
              </w:rPr>
            </w:pPr>
            <w:r w:rsidRPr="0021179A">
              <w:rPr>
                <w:rFonts w:ascii="Aptos" w:hAnsi="Aptos"/>
                <w:sz w:val="16"/>
              </w:rPr>
              <w:t>Did the review authors provide a list of excluded studies and justify the exclusions?</w:t>
            </w:r>
          </w:p>
        </w:tc>
        <w:tc>
          <w:tcPr>
            <w:tcW w:w="0" w:type="auto"/>
            <w:tcMar>
              <w:top w:w="40" w:type="dxa"/>
              <w:left w:w="40" w:type="dxa"/>
              <w:bottom w:w="40" w:type="dxa"/>
              <w:right w:w="40" w:type="dxa"/>
            </w:tcMar>
          </w:tcPr>
          <w:p w14:paraId="62A68E03"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AA2EAB9"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71388AF"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36F745E"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5D02F55"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EB4D361"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A1E01B0"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3C33816C"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1EF8E6D3"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DBBF748"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F0A5BB3"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B6CB401" w14:textId="77777777" w:rsidR="00E46513" w:rsidRPr="0021179A" w:rsidRDefault="00000000">
            <w:pPr>
              <w:rPr>
                <w:rFonts w:ascii="Aptos" w:hAnsi="Aptos"/>
              </w:rPr>
            </w:pPr>
            <w:r w:rsidRPr="0021179A">
              <w:rPr>
                <w:rFonts w:ascii="Aptos" w:hAnsi="Aptos"/>
                <w:sz w:val="16"/>
              </w:rPr>
              <w:t>No</w:t>
            </w:r>
          </w:p>
        </w:tc>
      </w:tr>
      <w:tr w:rsidR="0021179A" w:rsidRPr="0021179A" w14:paraId="22EFEC5C" w14:textId="77777777" w:rsidTr="0021179A">
        <w:tc>
          <w:tcPr>
            <w:tcW w:w="0" w:type="auto"/>
            <w:tcMar>
              <w:top w:w="40" w:type="dxa"/>
              <w:left w:w="40" w:type="dxa"/>
              <w:bottom w:w="40" w:type="dxa"/>
              <w:right w:w="40" w:type="dxa"/>
            </w:tcMar>
          </w:tcPr>
          <w:p w14:paraId="5AA785A8" w14:textId="77777777" w:rsidR="00E46513" w:rsidRPr="0021179A" w:rsidRDefault="00000000">
            <w:pPr>
              <w:rPr>
                <w:rFonts w:ascii="Aptos" w:hAnsi="Aptos"/>
              </w:rPr>
            </w:pPr>
            <w:r w:rsidRPr="0021179A">
              <w:rPr>
                <w:rFonts w:ascii="Aptos" w:hAnsi="Aptos"/>
                <w:sz w:val="16"/>
              </w:rPr>
              <w:t>8</w:t>
            </w:r>
          </w:p>
        </w:tc>
        <w:tc>
          <w:tcPr>
            <w:tcW w:w="0" w:type="auto"/>
            <w:tcMar>
              <w:top w:w="40" w:type="dxa"/>
              <w:left w:w="40" w:type="dxa"/>
              <w:bottom w:w="40" w:type="dxa"/>
              <w:right w:w="40" w:type="dxa"/>
            </w:tcMar>
          </w:tcPr>
          <w:p w14:paraId="67BF71A5" w14:textId="77777777" w:rsidR="00E46513" w:rsidRPr="0021179A" w:rsidRDefault="00000000">
            <w:pPr>
              <w:rPr>
                <w:rFonts w:ascii="Aptos" w:hAnsi="Aptos"/>
              </w:rPr>
            </w:pPr>
            <w:r w:rsidRPr="0021179A">
              <w:rPr>
                <w:rFonts w:ascii="Aptos" w:hAnsi="Aptos"/>
                <w:sz w:val="16"/>
              </w:rPr>
              <w:t>Did the review authors describe the included studies in adequate detail?</w:t>
            </w:r>
          </w:p>
        </w:tc>
        <w:tc>
          <w:tcPr>
            <w:tcW w:w="0" w:type="auto"/>
            <w:tcMar>
              <w:top w:w="40" w:type="dxa"/>
              <w:left w:w="40" w:type="dxa"/>
              <w:bottom w:w="40" w:type="dxa"/>
              <w:right w:w="40" w:type="dxa"/>
            </w:tcMar>
          </w:tcPr>
          <w:p w14:paraId="3677AB32"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7EF785B"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28E8F0B6"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B672BB2"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1003FA46"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3A50229"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C50913E"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9E0FA1F"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76E8682D"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4CF17C49"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739D2C3"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0575F4D" w14:textId="77777777" w:rsidR="00E46513" w:rsidRPr="0021179A" w:rsidRDefault="00000000">
            <w:pPr>
              <w:rPr>
                <w:rFonts w:ascii="Aptos" w:hAnsi="Aptos"/>
              </w:rPr>
            </w:pPr>
            <w:r w:rsidRPr="0021179A">
              <w:rPr>
                <w:rFonts w:ascii="Aptos" w:hAnsi="Aptos"/>
                <w:sz w:val="16"/>
              </w:rPr>
              <w:t>Partial yes</w:t>
            </w:r>
          </w:p>
        </w:tc>
      </w:tr>
      <w:tr w:rsidR="0021179A" w:rsidRPr="0021179A" w14:paraId="3CADD548" w14:textId="77777777" w:rsidTr="0021179A">
        <w:tc>
          <w:tcPr>
            <w:tcW w:w="0" w:type="auto"/>
            <w:tcMar>
              <w:top w:w="40" w:type="dxa"/>
              <w:left w:w="40" w:type="dxa"/>
              <w:bottom w:w="40" w:type="dxa"/>
              <w:right w:w="40" w:type="dxa"/>
            </w:tcMar>
          </w:tcPr>
          <w:p w14:paraId="694B41A9" w14:textId="77777777" w:rsidR="00E46513" w:rsidRPr="0021179A" w:rsidRDefault="00000000">
            <w:pPr>
              <w:rPr>
                <w:rFonts w:ascii="Aptos" w:hAnsi="Aptos"/>
              </w:rPr>
            </w:pPr>
            <w:r w:rsidRPr="0021179A">
              <w:rPr>
                <w:rFonts w:ascii="Aptos" w:hAnsi="Aptos"/>
                <w:sz w:val="16"/>
              </w:rPr>
              <w:t>9</w:t>
            </w:r>
          </w:p>
        </w:tc>
        <w:tc>
          <w:tcPr>
            <w:tcW w:w="0" w:type="auto"/>
            <w:tcMar>
              <w:top w:w="40" w:type="dxa"/>
              <w:left w:w="40" w:type="dxa"/>
              <w:bottom w:w="40" w:type="dxa"/>
              <w:right w:w="40" w:type="dxa"/>
            </w:tcMar>
          </w:tcPr>
          <w:p w14:paraId="0722F219" w14:textId="77777777" w:rsidR="00E46513" w:rsidRPr="0021179A" w:rsidRDefault="00000000">
            <w:pPr>
              <w:rPr>
                <w:rFonts w:ascii="Aptos" w:hAnsi="Aptos"/>
              </w:rPr>
            </w:pPr>
            <w:r w:rsidRPr="0021179A">
              <w:rPr>
                <w:rFonts w:ascii="Aptos" w:hAnsi="Aptos"/>
                <w:sz w:val="16"/>
              </w:rPr>
              <w:t>Did the review authors use a satisfactory technique for assessing the risk of bias (RoB) in individual studies that were included in the review?</w:t>
            </w:r>
          </w:p>
        </w:tc>
        <w:tc>
          <w:tcPr>
            <w:tcW w:w="0" w:type="auto"/>
            <w:tcMar>
              <w:top w:w="40" w:type="dxa"/>
              <w:left w:w="40" w:type="dxa"/>
              <w:bottom w:w="40" w:type="dxa"/>
              <w:right w:w="40" w:type="dxa"/>
            </w:tcMar>
          </w:tcPr>
          <w:p w14:paraId="62AE6CAA"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588BAFD1"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1E4BAA6"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ED91DFD"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2A6048C8"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AD4F147" w14:textId="77777777" w:rsidR="00E46513" w:rsidRPr="0021179A" w:rsidRDefault="00000000" w:rsidP="0021179A">
            <w:pPr>
              <w:tabs>
                <w:tab w:val="left" w:pos="504"/>
              </w:tabs>
              <w:ind w:firstLine="103"/>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6391BB7"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37E91D0A"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50BCF25"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1166EFF"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4ACFB16"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3B295BA6" w14:textId="77777777" w:rsidR="00E46513" w:rsidRPr="0021179A" w:rsidRDefault="00000000">
            <w:pPr>
              <w:rPr>
                <w:rFonts w:ascii="Aptos" w:hAnsi="Aptos"/>
              </w:rPr>
            </w:pPr>
            <w:r w:rsidRPr="0021179A">
              <w:rPr>
                <w:rFonts w:ascii="Aptos" w:hAnsi="Aptos"/>
                <w:sz w:val="16"/>
              </w:rPr>
              <w:t>No</w:t>
            </w:r>
          </w:p>
        </w:tc>
      </w:tr>
      <w:tr w:rsidR="0021179A" w:rsidRPr="0021179A" w14:paraId="694E1954" w14:textId="77777777" w:rsidTr="0021179A">
        <w:tc>
          <w:tcPr>
            <w:tcW w:w="0" w:type="auto"/>
            <w:tcMar>
              <w:top w:w="40" w:type="dxa"/>
              <w:left w:w="40" w:type="dxa"/>
              <w:bottom w:w="40" w:type="dxa"/>
              <w:right w:w="40" w:type="dxa"/>
            </w:tcMar>
          </w:tcPr>
          <w:p w14:paraId="73DC0D29" w14:textId="77777777" w:rsidR="00E46513" w:rsidRPr="0021179A" w:rsidRDefault="00000000">
            <w:pPr>
              <w:rPr>
                <w:rFonts w:ascii="Aptos" w:hAnsi="Aptos"/>
              </w:rPr>
            </w:pPr>
            <w:r w:rsidRPr="0021179A">
              <w:rPr>
                <w:rFonts w:ascii="Aptos" w:hAnsi="Aptos"/>
                <w:sz w:val="16"/>
              </w:rPr>
              <w:t>10</w:t>
            </w:r>
          </w:p>
        </w:tc>
        <w:tc>
          <w:tcPr>
            <w:tcW w:w="0" w:type="auto"/>
            <w:tcMar>
              <w:top w:w="40" w:type="dxa"/>
              <w:left w:w="40" w:type="dxa"/>
              <w:bottom w:w="40" w:type="dxa"/>
              <w:right w:w="40" w:type="dxa"/>
            </w:tcMar>
          </w:tcPr>
          <w:p w14:paraId="5BF1CE36" w14:textId="77777777" w:rsidR="00E46513" w:rsidRPr="0021179A" w:rsidRDefault="00000000">
            <w:pPr>
              <w:rPr>
                <w:rFonts w:ascii="Aptos" w:hAnsi="Aptos"/>
              </w:rPr>
            </w:pPr>
            <w:r w:rsidRPr="0021179A">
              <w:rPr>
                <w:rFonts w:ascii="Aptos" w:hAnsi="Aptos"/>
                <w:sz w:val="16"/>
              </w:rPr>
              <w:t>Did the review authors report on the sources of funding for the studies included in the review?</w:t>
            </w:r>
          </w:p>
        </w:tc>
        <w:tc>
          <w:tcPr>
            <w:tcW w:w="0" w:type="auto"/>
            <w:tcMar>
              <w:top w:w="40" w:type="dxa"/>
              <w:left w:w="40" w:type="dxa"/>
              <w:bottom w:w="40" w:type="dxa"/>
              <w:right w:w="40" w:type="dxa"/>
            </w:tcMar>
          </w:tcPr>
          <w:p w14:paraId="6680D23E"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70E928D"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51918FF"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2EE0A629"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B533D38"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36094BD"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B36F930"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3702A12C"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AEDDCD6"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123E055E"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06091EE"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3CB4CCC" w14:textId="77777777" w:rsidR="00E46513" w:rsidRPr="0021179A" w:rsidRDefault="00000000">
            <w:pPr>
              <w:rPr>
                <w:rFonts w:ascii="Aptos" w:hAnsi="Aptos"/>
              </w:rPr>
            </w:pPr>
            <w:r w:rsidRPr="0021179A">
              <w:rPr>
                <w:rFonts w:ascii="Aptos" w:hAnsi="Aptos"/>
                <w:sz w:val="16"/>
              </w:rPr>
              <w:t>No</w:t>
            </w:r>
          </w:p>
        </w:tc>
      </w:tr>
      <w:tr w:rsidR="0021179A" w:rsidRPr="0021179A" w14:paraId="18084E7B" w14:textId="77777777" w:rsidTr="0021179A">
        <w:tc>
          <w:tcPr>
            <w:tcW w:w="0" w:type="auto"/>
            <w:tcMar>
              <w:top w:w="40" w:type="dxa"/>
              <w:left w:w="40" w:type="dxa"/>
              <w:bottom w:w="40" w:type="dxa"/>
              <w:right w:w="40" w:type="dxa"/>
            </w:tcMar>
          </w:tcPr>
          <w:p w14:paraId="742EA8F1" w14:textId="77777777" w:rsidR="00E46513" w:rsidRPr="0021179A" w:rsidRDefault="00000000">
            <w:pPr>
              <w:rPr>
                <w:rFonts w:ascii="Aptos" w:hAnsi="Aptos"/>
              </w:rPr>
            </w:pPr>
            <w:r w:rsidRPr="0021179A">
              <w:rPr>
                <w:rFonts w:ascii="Aptos" w:hAnsi="Aptos"/>
                <w:sz w:val="16"/>
              </w:rPr>
              <w:t>11</w:t>
            </w:r>
          </w:p>
        </w:tc>
        <w:tc>
          <w:tcPr>
            <w:tcW w:w="0" w:type="auto"/>
            <w:tcMar>
              <w:top w:w="40" w:type="dxa"/>
              <w:left w:w="40" w:type="dxa"/>
              <w:bottom w:w="40" w:type="dxa"/>
              <w:right w:w="40" w:type="dxa"/>
            </w:tcMar>
          </w:tcPr>
          <w:p w14:paraId="3D14284D" w14:textId="77777777" w:rsidR="00E46513" w:rsidRPr="0021179A" w:rsidRDefault="00000000">
            <w:pPr>
              <w:rPr>
                <w:rFonts w:ascii="Aptos" w:hAnsi="Aptos"/>
              </w:rPr>
            </w:pPr>
            <w:r w:rsidRPr="0021179A">
              <w:rPr>
                <w:rFonts w:ascii="Aptos" w:hAnsi="Aptos"/>
                <w:sz w:val="16"/>
              </w:rPr>
              <w:t>If meta-analysis was performed did the review authors use appropriate methods for statistical combination of results?</w:t>
            </w:r>
          </w:p>
        </w:tc>
        <w:tc>
          <w:tcPr>
            <w:tcW w:w="0" w:type="auto"/>
            <w:tcMar>
              <w:top w:w="40" w:type="dxa"/>
              <w:left w:w="40" w:type="dxa"/>
              <w:bottom w:w="40" w:type="dxa"/>
              <w:right w:w="40" w:type="dxa"/>
            </w:tcMar>
          </w:tcPr>
          <w:p w14:paraId="495AEA76"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3FE19E90"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4D8CD127"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2E40B304"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03205EDF"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0BE45041"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50E78CC8"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5E10A3D8"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3F6A8629"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74A9B3EC"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2D686D8E"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1A3FAE24" w14:textId="77777777" w:rsidR="00E46513" w:rsidRPr="0021179A" w:rsidRDefault="00000000">
            <w:pPr>
              <w:rPr>
                <w:rFonts w:ascii="Aptos" w:hAnsi="Aptos"/>
              </w:rPr>
            </w:pPr>
            <w:r w:rsidRPr="0021179A">
              <w:rPr>
                <w:rFonts w:ascii="Aptos" w:hAnsi="Aptos"/>
                <w:sz w:val="16"/>
              </w:rPr>
              <w:t>No MA</w:t>
            </w:r>
          </w:p>
        </w:tc>
      </w:tr>
      <w:tr w:rsidR="0021179A" w:rsidRPr="0021179A" w14:paraId="175FA697" w14:textId="77777777" w:rsidTr="0021179A">
        <w:tc>
          <w:tcPr>
            <w:tcW w:w="0" w:type="auto"/>
            <w:tcMar>
              <w:top w:w="40" w:type="dxa"/>
              <w:left w:w="40" w:type="dxa"/>
              <w:bottom w:w="40" w:type="dxa"/>
              <w:right w:w="40" w:type="dxa"/>
            </w:tcMar>
          </w:tcPr>
          <w:p w14:paraId="11B78F64" w14:textId="77777777" w:rsidR="00E46513" w:rsidRPr="0021179A" w:rsidRDefault="00000000">
            <w:pPr>
              <w:rPr>
                <w:rFonts w:ascii="Aptos" w:hAnsi="Aptos"/>
              </w:rPr>
            </w:pPr>
            <w:r w:rsidRPr="0021179A">
              <w:rPr>
                <w:rFonts w:ascii="Aptos" w:hAnsi="Aptos"/>
                <w:sz w:val="16"/>
              </w:rPr>
              <w:t>12</w:t>
            </w:r>
          </w:p>
        </w:tc>
        <w:tc>
          <w:tcPr>
            <w:tcW w:w="0" w:type="auto"/>
            <w:tcMar>
              <w:top w:w="40" w:type="dxa"/>
              <w:left w:w="40" w:type="dxa"/>
              <w:bottom w:w="40" w:type="dxa"/>
              <w:right w:w="40" w:type="dxa"/>
            </w:tcMar>
          </w:tcPr>
          <w:p w14:paraId="4A04A67A" w14:textId="77777777" w:rsidR="00E46513" w:rsidRPr="0021179A" w:rsidRDefault="00000000">
            <w:pPr>
              <w:rPr>
                <w:rFonts w:ascii="Aptos" w:hAnsi="Aptos"/>
              </w:rPr>
            </w:pPr>
            <w:r w:rsidRPr="0021179A">
              <w:rPr>
                <w:rFonts w:ascii="Aptos" w:hAnsi="Aptos"/>
                <w:sz w:val="16"/>
              </w:rPr>
              <w:t>If meta-analysis was performed, did the review authors assess the potential impact of RoB in individual studies on the results of the meta-analysis or other evidence synthesis?</w:t>
            </w:r>
          </w:p>
        </w:tc>
        <w:tc>
          <w:tcPr>
            <w:tcW w:w="0" w:type="auto"/>
            <w:tcMar>
              <w:top w:w="40" w:type="dxa"/>
              <w:left w:w="40" w:type="dxa"/>
              <w:bottom w:w="40" w:type="dxa"/>
              <w:right w:w="40" w:type="dxa"/>
            </w:tcMar>
          </w:tcPr>
          <w:p w14:paraId="2F73642C"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78D6BB41"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60DAB38F"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41275409"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1CCFA401"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64D37FD2"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20DB83BE"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2059CB72"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2FDE8977"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074C64CA"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18C34299" w14:textId="77777777" w:rsidR="00E46513" w:rsidRPr="0021179A" w:rsidRDefault="00000000">
            <w:pPr>
              <w:rPr>
                <w:rFonts w:ascii="Aptos" w:hAnsi="Aptos"/>
              </w:rPr>
            </w:pPr>
            <w:r w:rsidRPr="0021179A">
              <w:rPr>
                <w:rFonts w:ascii="Aptos" w:hAnsi="Aptos"/>
                <w:sz w:val="16"/>
              </w:rPr>
              <w:t>No MA</w:t>
            </w:r>
          </w:p>
        </w:tc>
        <w:tc>
          <w:tcPr>
            <w:tcW w:w="0" w:type="auto"/>
            <w:tcMar>
              <w:top w:w="40" w:type="dxa"/>
              <w:left w:w="40" w:type="dxa"/>
              <w:bottom w:w="40" w:type="dxa"/>
              <w:right w:w="40" w:type="dxa"/>
            </w:tcMar>
          </w:tcPr>
          <w:p w14:paraId="15DE9750" w14:textId="77777777" w:rsidR="00E46513" w:rsidRPr="0021179A" w:rsidRDefault="00000000">
            <w:pPr>
              <w:rPr>
                <w:rFonts w:ascii="Aptos" w:hAnsi="Aptos"/>
              </w:rPr>
            </w:pPr>
            <w:r w:rsidRPr="0021179A">
              <w:rPr>
                <w:rFonts w:ascii="Aptos" w:hAnsi="Aptos"/>
                <w:sz w:val="16"/>
              </w:rPr>
              <w:t>No MA</w:t>
            </w:r>
          </w:p>
        </w:tc>
      </w:tr>
      <w:tr w:rsidR="0021179A" w:rsidRPr="0021179A" w14:paraId="2E32FD47" w14:textId="77777777" w:rsidTr="0021179A">
        <w:tc>
          <w:tcPr>
            <w:tcW w:w="0" w:type="auto"/>
            <w:tcMar>
              <w:top w:w="40" w:type="dxa"/>
              <w:left w:w="40" w:type="dxa"/>
              <w:bottom w:w="40" w:type="dxa"/>
              <w:right w:w="40" w:type="dxa"/>
            </w:tcMar>
          </w:tcPr>
          <w:p w14:paraId="4B86B01E" w14:textId="77777777" w:rsidR="00E46513" w:rsidRPr="0021179A" w:rsidRDefault="00000000">
            <w:pPr>
              <w:rPr>
                <w:rFonts w:ascii="Aptos" w:hAnsi="Aptos"/>
              </w:rPr>
            </w:pPr>
            <w:r w:rsidRPr="0021179A">
              <w:rPr>
                <w:rFonts w:ascii="Aptos" w:hAnsi="Aptos"/>
                <w:sz w:val="16"/>
              </w:rPr>
              <w:t>13</w:t>
            </w:r>
          </w:p>
        </w:tc>
        <w:tc>
          <w:tcPr>
            <w:tcW w:w="0" w:type="auto"/>
            <w:tcMar>
              <w:top w:w="40" w:type="dxa"/>
              <w:left w:w="40" w:type="dxa"/>
              <w:bottom w:w="40" w:type="dxa"/>
              <w:right w:w="40" w:type="dxa"/>
            </w:tcMar>
          </w:tcPr>
          <w:p w14:paraId="091F50C2" w14:textId="77777777" w:rsidR="00E46513" w:rsidRPr="0021179A" w:rsidRDefault="00000000">
            <w:pPr>
              <w:rPr>
                <w:rFonts w:ascii="Aptos" w:hAnsi="Aptos"/>
              </w:rPr>
            </w:pPr>
            <w:r w:rsidRPr="0021179A">
              <w:rPr>
                <w:rFonts w:ascii="Aptos" w:hAnsi="Aptos"/>
                <w:sz w:val="16"/>
              </w:rPr>
              <w:t>Did the review authors account for RoB in individual studies when interpreting/ discussing the results of the review?</w:t>
            </w:r>
          </w:p>
        </w:tc>
        <w:tc>
          <w:tcPr>
            <w:tcW w:w="0" w:type="auto"/>
            <w:tcMar>
              <w:top w:w="40" w:type="dxa"/>
              <w:left w:w="40" w:type="dxa"/>
              <w:bottom w:w="40" w:type="dxa"/>
              <w:right w:w="40" w:type="dxa"/>
            </w:tcMar>
          </w:tcPr>
          <w:p w14:paraId="1169DE7F"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25897492"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2549D4FD"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1C7CC07C"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78F10EF7"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2D8033B"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400BEAF"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BA007A7"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755287D4"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A31BB16"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0E32A8F"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5E49BA0" w14:textId="77777777" w:rsidR="00E46513" w:rsidRPr="0021179A" w:rsidRDefault="00000000">
            <w:pPr>
              <w:rPr>
                <w:rFonts w:ascii="Aptos" w:hAnsi="Aptos"/>
              </w:rPr>
            </w:pPr>
            <w:r w:rsidRPr="0021179A">
              <w:rPr>
                <w:rFonts w:ascii="Aptos" w:hAnsi="Aptos"/>
                <w:sz w:val="16"/>
              </w:rPr>
              <w:t>No</w:t>
            </w:r>
          </w:p>
        </w:tc>
      </w:tr>
      <w:tr w:rsidR="0021179A" w:rsidRPr="0021179A" w14:paraId="4EA14ECC" w14:textId="77777777" w:rsidTr="0021179A">
        <w:tc>
          <w:tcPr>
            <w:tcW w:w="0" w:type="auto"/>
            <w:tcMar>
              <w:top w:w="40" w:type="dxa"/>
              <w:left w:w="40" w:type="dxa"/>
              <w:bottom w:w="40" w:type="dxa"/>
              <w:right w:w="40" w:type="dxa"/>
            </w:tcMar>
          </w:tcPr>
          <w:p w14:paraId="752B5073" w14:textId="77777777" w:rsidR="00E46513" w:rsidRPr="0021179A" w:rsidRDefault="00000000">
            <w:pPr>
              <w:rPr>
                <w:rFonts w:ascii="Aptos" w:hAnsi="Aptos"/>
              </w:rPr>
            </w:pPr>
            <w:r w:rsidRPr="0021179A">
              <w:rPr>
                <w:rFonts w:ascii="Aptos" w:hAnsi="Aptos"/>
                <w:sz w:val="16"/>
              </w:rPr>
              <w:t>14</w:t>
            </w:r>
          </w:p>
        </w:tc>
        <w:tc>
          <w:tcPr>
            <w:tcW w:w="0" w:type="auto"/>
            <w:tcMar>
              <w:top w:w="40" w:type="dxa"/>
              <w:left w:w="40" w:type="dxa"/>
              <w:bottom w:w="40" w:type="dxa"/>
              <w:right w:w="40" w:type="dxa"/>
            </w:tcMar>
          </w:tcPr>
          <w:p w14:paraId="19BA4CCE" w14:textId="77777777" w:rsidR="00E46513" w:rsidRPr="0021179A" w:rsidRDefault="00000000">
            <w:pPr>
              <w:rPr>
                <w:rFonts w:ascii="Aptos" w:hAnsi="Aptos"/>
              </w:rPr>
            </w:pPr>
            <w:r w:rsidRPr="0021179A">
              <w:rPr>
                <w:rFonts w:ascii="Aptos" w:hAnsi="Aptos"/>
                <w:sz w:val="16"/>
              </w:rPr>
              <w:t>Did the review authors provide a satisfactory explanation for, and discussion of, any heterogeneity observed in the results of the review?</w:t>
            </w:r>
          </w:p>
        </w:tc>
        <w:tc>
          <w:tcPr>
            <w:tcW w:w="0" w:type="auto"/>
            <w:tcMar>
              <w:top w:w="40" w:type="dxa"/>
              <w:left w:w="40" w:type="dxa"/>
              <w:bottom w:w="40" w:type="dxa"/>
              <w:right w:w="40" w:type="dxa"/>
            </w:tcMar>
          </w:tcPr>
          <w:p w14:paraId="1B214C96"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783D07C"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6E21584"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A603514"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7E12F17"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4D82B44"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5400CC75"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3DB08EE7"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39670B0F"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412021CE"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08BDB022"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701AC916" w14:textId="77777777" w:rsidR="00E46513" w:rsidRPr="0021179A" w:rsidRDefault="00000000">
            <w:pPr>
              <w:rPr>
                <w:rFonts w:ascii="Aptos" w:hAnsi="Aptos"/>
              </w:rPr>
            </w:pPr>
            <w:r w:rsidRPr="0021179A">
              <w:rPr>
                <w:rFonts w:ascii="Aptos" w:hAnsi="Aptos"/>
                <w:sz w:val="16"/>
              </w:rPr>
              <w:t>No</w:t>
            </w:r>
          </w:p>
        </w:tc>
      </w:tr>
      <w:tr w:rsidR="0021179A" w:rsidRPr="0021179A" w14:paraId="601D2315" w14:textId="77777777" w:rsidTr="0021179A">
        <w:tc>
          <w:tcPr>
            <w:tcW w:w="0" w:type="auto"/>
            <w:tcMar>
              <w:top w:w="40" w:type="dxa"/>
              <w:left w:w="40" w:type="dxa"/>
              <w:bottom w:w="40" w:type="dxa"/>
              <w:right w:w="40" w:type="dxa"/>
            </w:tcMar>
          </w:tcPr>
          <w:p w14:paraId="1D58C10D" w14:textId="77777777" w:rsidR="00E46513" w:rsidRPr="0021179A" w:rsidRDefault="00000000">
            <w:pPr>
              <w:rPr>
                <w:rFonts w:ascii="Aptos" w:hAnsi="Aptos"/>
              </w:rPr>
            </w:pPr>
            <w:r w:rsidRPr="0021179A">
              <w:rPr>
                <w:rFonts w:ascii="Aptos" w:hAnsi="Aptos"/>
                <w:sz w:val="16"/>
              </w:rPr>
              <w:t>15</w:t>
            </w:r>
          </w:p>
        </w:tc>
        <w:tc>
          <w:tcPr>
            <w:tcW w:w="0" w:type="auto"/>
            <w:tcMar>
              <w:top w:w="40" w:type="dxa"/>
              <w:left w:w="40" w:type="dxa"/>
              <w:bottom w:w="40" w:type="dxa"/>
              <w:right w:w="40" w:type="dxa"/>
            </w:tcMar>
          </w:tcPr>
          <w:p w14:paraId="70F2DA80" w14:textId="77777777" w:rsidR="00E46513" w:rsidRPr="0021179A" w:rsidRDefault="00000000">
            <w:pPr>
              <w:rPr>
                <w:rFonts w:ascii="Aptos" w:hAnsi="Aptos"/>
              </w:rPr>
            </w:pPr>
            <w:r w:rsidRPr="0021179A">
              <w:rPr>
                <w:rFonts w:ascii="Aptos" w:hAnsi="Aptos"/>
                <w:sz w:val="16"/>
              </w:rPr>
              <w:t>If they performed quantitative synthesis did the review authors carry out an adequate investigation of publication bias (small study bias) and discuss its likely impact on the results of the review?</w:t>
            </w:r>
          </w:p>
        </w:tc>
        <w:tc>
          <w:tcPr>
            <w:tcW w:w="0" w:type="auto"/>
            <w:tcMar>
              <w:top w:w="40" w:type="dxa"/>
              <w:left w:w="40" w:type="dxa"/>
              <w:bottom w:w="40" w:type="dxa"/>
              <w:right w:w="40" w:type="dxa"/>
            </w:tcMar>
          </w:tcPr>
          <w:p w14:paraId="2FB544FB"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58241AFD"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7C2C3286"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469B3DFC"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4CA5B766"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0C79AF81"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334EAD79"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6C61CAFA"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7EB4D8B8"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7AEB0D71"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266F98F8" w14:textId="77777777" w:rsidR="00E46513" w:rsidRPr="0021179A" w:rsidRDefault="00000000">
            <w:pPr>
              <w:rPr>
                <w:rFonts w:ascii="Aptos" w:hAnsi="Aptos"/>
              </w:rPr>
            </w:pPr>
            <w:r w:rsidRPr="0021179A">
              <w:rPr>
                <w:rFonts w:ascii="Aptos" w:hAnsi="Aptos"/>
                <w:sz w:val="16"/>
              </w:rPr>
              <w:t>No QS</w:t>
            </w:r>
          </w:p>
        </w:tc>
        <w:tc>
          <w:tcPr>
            <w:tcW w:w="0" w:type="auto"/>
            <w:tcMar>
              <w:top w:w="40" w:type="dxa"/>
              <w:left w:w="40" w:type="dxa"/>
              <w:bottom w:w="40" w:type="dxa"/>
              <w:right w:w="40" w:type="dxa"/>
            </w:tcMar>
          </w:tcPr>
          <w:p w14:paraId="224C31BF" w14:textId="77777777" w:rsidR="00E46513" w:rsidRPr="0021179A" w:rsidRDefault="00000000">
            <w:pPr>
              <w:rPr>
                <w:rFonts w:ascii="Aptos" w:hAnsi="Aptos"/>
              </w:rPr>
            </w:pPr>
            <w:r w:rsidRPr="0021179A">
              <w:rPr>
                <w:rFonts w:ascii="Aptos" w:hAnsi="Aptos"/>
                <w:sz w:val="16"/>
              </w:rPr>
              <w:t>No QS</w:t>
            </w:r>
          </w:p>
        </w:tc>
      </w:tr>
      <w:tr w:rsidR="0021179A" w:rsidRPr="0021179A" w14:paraId="23C6A94C" w14:textId="77777777" w:rsidTr="0021179A">
        <w:tc>
          <w:tcPr>
            <w:tcW w:w="0" w:type="auto"/>
            <w:tcMar>
              <w:top w:w="40" w:type="dxa"/>
              <w:left w:w="40" w:type="dxa"/>
              <w:bottom w:w="40" w:type="dxa"/>
              <w:right w:w="40" w:type="dxa"/>
            </w:tcMar>
          </w:tcPr>
          <w:p w14:paraId="58D7CD65" w14:textId="77777777" w:rsidR="00E46513" w:rsidRPr="0021179A" w:rsidRDefault="00000000">
            <w:pPr>
              <w:rPr>
                <w:rFonts w:ascii="Aptos" w:hAnsi="Aptos"/>
              </w:rPr>
            </w:pPr>
            <w:r w:rsidRPr="0021179A">
              <w:rPr>
                <w:rFonts w:ascii="Aptos" w:hAnsi="Aptos"/>
                <w:sz w:val="16"/>
              </w:rPr>
              <w:t>16</w:t>
            </w:r>
          </w:p>
        </w:tc>
        <w:tc>
          <w:tcPr>
            <w:tcW w:w="0" w:type="auto"/>
            <w:tcMar>
              <w:top w:w="40" w:type="dxa"/>
              <w:left w:w="40" w:type="dxa"/>
              <w:bottom w:w="40" w:type="dxa"/>
              <w:right w:w="40" w:type="dxa"/>
            </w:tcMar>
          </w:tcPr>
          <w:p w14:paraId="69EF83B1" w14:textId="77777777" w:rsidR="00E46513" w:rsidRPr="0021179A" w:rsidRDefault="00000000">
            <w:pPr>
              <w:rPr>
                <w:rFonts w:ascii="Aptos" w:hAnsi="Aptos"/>
              </w:rPr>
            </w:pPr>
            <w:r w:rsidRPr="0021179A">
              <w:rPr>
                <w:rFonts w:ascii="Aptos" w:hAnsi="Aptos"/>
                <w:sz w:val="16"/>
              </w:rPr>
              <w:t>Did the review authors report any potential sources of conflict of interest, including any funding they received for conducting the review?</w:t>
            </w:r>
          </w:p>
        </w:tc>
        <w:tc>
          <w:tcPr>
            <w:tcW w:w="0" w:type="auto"/>
            <w:tcMar>
              <w:top w:w="40" w:type="dxa"/>
              <w:left w:w="40" w:type="dxa"/>
              <w:bottom w:w="40" w:type="dxa"/>
              <w:right w:w="40" w:type="dxa"/>
            </w:tcMar>
          </w:tcPr>
          <w:p w14:paraId="249BFBA3"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0F1169FE"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A1BFD95"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0EDBFB79"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284B093B" w14:textId="77777777" w:rsidR="00E46513" w:rsidRPr="0021179A" w:rsidRDefault="00000000">
            <w:pPr>
              <w:rPr>
                <w:rFonts w:ascii="Aptos" w:hAnsi="Aptos"/>
              </w:rPr>
            </w:pPr>
            <w:r w:rsidRPr="0021179A">
              <w:rPr>
                <w:rFonts w:ascii="Aptos" w:hAnsi="Aptos"/>
                <w:sz w:val="16"/>
              </w:rPr>
              <w:t>No</w:t>
            </w:r>
          </w:p>
        </w:tc>
        <w:tc>
          <w:tcPr>
            <w:tcW w:w="0" w:type="auto"/>
            <w:tcMar>
              <w:top w:w="40" w:type="dxa"/>
              <w:left w:w="40" w:type="dxa"/>
              <w:bottom w:w="40" w:type="dxa"/>
              <w:right w:w="40" w:type="dxa"/>
            </w:tcMar>
          </w:tcPr>
          <w:p w14:paraId="61ADDFB8"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666C7407"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69AC16BE"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09F16DF0"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0E134DC8" w14:textId="77777777" w:rsidR="00E46513" w:rsidRPr="0021179A" w:rsidRDefault="00000000">
            <w:pPr>
              <w:rPr>
                <w:rFonts w:ascii="Aptos" w:hAnsi="Aptos"/>
              </w:rPr>
            </w:pPr>
            <w:r w:rsidRPr="0021179A">
              <w:rPr>
                <w:rFonts w:ascii="Aptos" w:hAnsi="Aptos"/>
                <w:sz w:val="16"/>
              </w:rPr>
              <w:t>Partial yes</w:t>
            </w:r>
          </w:p>
        </w:tc>
        <w:tc>
          <w:tcPr>
            <w:tcW w:w="0" w:type="auto"/>
            <w:tcMar>
              <w:top w:w="40" w:type="dxa"/>
              <w:left w:w="40" w:type="dxa"/>
              <w:bottom w:w="40" w:type="dxa"/>
              <w:right w:w="40" w:type="dxa"/>
            </w:tcMar>
          </w:tcPr>
          <w:p w14:paraId="159BB0F9" w14:textId="77777777" w:rsidR="00E46513" w:rsidRPr="0021179A" w:rsidRDefault="00000000">
            <w:pPr>
              <w:rPr>
                <w:rFonts w:ascii="Aptos" w:hAnsi="Aptos"/>
              </w:rPr>
            </w:pPr>
            <w:r w:rsidRPr="0021179A">
              <w:rPr>
                <w:rFonts w:ascii="Aptos" w:hAnsi="Aptos"/>
                <w:sz w:val="16"/>
              </w:rPr>
              <w:t>Yes</w:t>
            </w:r>
          </w:p>
        </w:tc>
        <w:tc>
          <w:tcPr>
            <w:tcW w:w="0" w:type="auto"/>
            <w:tcMar>
              <w:top w:w="40" w:type="dxa"/>
              <w:left w:w="40" w:type="dxa"/>
              <w:bottom w:w="40" w:type="dxa"/>
              <w:right w:w="40" w:type="dxa"/>
            </w:tcMar>
          </w:tcPr>
          <w:p w14:paraId="10E10698" w14:textId="77777777" w:rsidR="00E46513" w:rsidRPr="0021179A" w:rsidRDefault="00000000">
            <w:pPr>
              <w:rPr>
                <w:rFonts w:ascii="Aptos" w:hAnsi="Aptos"/>
              </w:rPr>
            </w:pPr>
            <w:r w:rsidRPr="0021179A">
              <w:rPr>
                <w:rFonts w:ascii="Aptos" w:hAnsi="Aptos"/>
                <w:sz w:val="16"/>
              </w:rPr>
              <w:t>No</w:t>
            </w:r>
          </w:p>
        </w:tc>
      </w:tr>
    </w:tbl>
    <w:p w14:paraId="1759854E" w14:textId="77777777" w:rsidR="00FF7235" w:rsidRDefault="00FF7235"/>
    <w:sectPr w:rsidR="00FF7235"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3208066">
    <w:abstractNumId w:val="8"/>
  </w:num>
  <w:num w:numId="2" w16cid:durableId="1206411396">
    <w:abstractNumId w:val="6"/>
  </w:num>
  <w:num w:numId="3" w16cid:durableId="1048214695">
    <w:abstractNumId w:val="5"/>
  </w:num>
  <w:num w:numId="4" w16cid:durableId="1441755656">
    <w:abstractNumId w:val="4"/>
  </w:num>
  <w:num w:numId="5" w16cid:durableId="8603372">
    <w:abstractNumId w:val="7"/>
  </w:num>
  <w:num w:numId="6" w16cid:durableId="1274703513">
    <w:abstractNumId w:val="3"/>
  </w:num>
  <w:num w:numId="7" w16cid:durableId="290785899">
    <w:abstractNumId w:val="2"/>
  </w:num>
  <w:num w:numId="8" w16cid:durableId="530265039">
    <w:abstractNumId w:val="1"/>
  </w:num>
  <w:num w:numId="9" w16cid:durableId="110376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0DBE"/>
    <w:rsid w:val="0021179A"/>
    <w:rsid w:val="0029639D"/>
    <w:rsid w:val="00326F90"/>
    <w:rsid w:val="00554BFE"/>
    <w:rsid w:val="005A4848"/>
    <w:rsid w:val="00862537"/>
    <w:rsid w:val="00AA1D8D"/>
    <w:rsid w:val="00B47730"/>
    <w:rsid w:val="00CB0664"/>
    <w:rsid w:val="00DC79EC"/>
    <w:rsid w:val="00E46513"/>
    <w:rsid w:val="00FC693F"/>
    <w:rsid w:val="00FF7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56F10B"/>
  <w14:defaultImageDpi w14:val="300"/>
  <w15:docId w15:val="{3DADFB39-0AF4-471C-A908-E3C7F479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Julia De Nicola</cp:lastModifiedBy>
  <cp:revision>2</cp:revision>
  <dcterms:created xsi:type="dcterms:W3CDTF">2026-03-13T04:41:00Z</dcterms:created>
  <dcterms:modified xsi:type="dcterms:W3CDTF">2026-03-13T04:41:00Z</dcterms:modified>
  <cp:category/>
</cp:coreProperties>
</file>