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ED882" w14:textId="537A3D67" w:rsidR="00BB676B" w:rsidRDefault="00BB676B" w:rsidP="00BB676B">
      <w:pPr>
        <w:rPr>
          <w:rFonts w:ascii="Times New Roman" w:hAnsi="Times New Roman" w:cs="Times New Roman"/>
          <w:color w:val="000000" w:themeColor="text1"/>
          <w:sz w:val="24"/>
          <w:szCs w:val="24"/>
        </w:rPr>
      </w:pPr>
      <w:r w:rsidRPr="00A03165">
        <w:rPr>
          <w:rFonts w:ascii="Times New Roman" w:hAnsi="Times New Roman" w:cs="Times New Roman"/>
          <w:color w:val="000000" w:themeColor="text1"/>
          <w:sz w:val="24"/>
          <w:szCs w:val="24"/>
        </w:rPr>
        <w:t xml:space="preserve">Additional file </w:t>
      </w:r>
      <w:r>
        <w:rPr>
          <w:rFonts w:ascii="Times New Roman" w:hAnsi="Times New Roman" w:cs="Times New Roman"/>
          <w:color w:val="000000" w:themeColor="text1"/>
          <w:sz w:val="24"/>
          <w:szCs w:val="24"/>
        </w:rPr>
        <w:t>1</w:t>
      </w:r>
      <w:r w:rsidR="001F64BD">
        <w:rPr>
          <w:rFonts w:ascii="Times New Roman" w:hAnsi="Times New Roman" w:cs="Times New Roman"/>
          <w:color w:val="000000" w:themeColor="text1"/>
          <w:sz w:val="24"/>
          <w:szCs w:val="24"/>
          <w:lang w:eastAsia="ja-JP"/>
        </w:rPr>
        <w:t xml:space="preserve">: </w:t>
      </w:r>
      <w:r w:rsidRPr="00A03165">
        <w:rPr>
          <w:rFonts w:ascii="Times New Roman" w:hAnsi="Times New Roman" w:cs="Times New Roman" w:hint="eastAsia"/>
          <w:color w:val="000000" w:themeColor="text1"/>
          <w:sz w:val="24"/>
          <w:szCs w:val="24"/>
          <w:lang w:eastAsia="ja-JP"/>
        </w:rPr>
        <w:t>I</w:t>
      </w:r>
      <w:r w:rsidRPr="00A03165">
        <w:rPr>
          <w:rFonts w:ascii="Times New Roman" w:hAnsi="Times New Roman" w:cs="Times New Roman"/>
          <w:color w:val="000000" w:themeColor="text1"/>
          <w:sz w:val="24"/>
          <w:szCs w:val="24"/>
        </w:rPr>
        <w:t>ndustry type and company size distribution of responding companies (n = 38)</w:t>
      </w:r>
    </w:p>
    <w:p w14:paraId="52FB86C0" w14:textId="1C9EA9C4" w:rsidR="00B35435" w:rsidRPr="00BB676B" w:rsidRDefault="002D208E" w:rsidP="00BB676B">
      <w:pPr>
        <w:rPr>
          <w:rFonts w:ascii="Times New Roman" w:hAnsi="Times New Roman" w:cs="Times New Roman"/>
          <w:color w:val="000000" w:themeColor="text1"/>
          <w:sz w:val="24"/>
          <w:szCs w:val="24"/>
          <w:lang w:eastAsia="ja-JP"/>
        </w:rPr>
      </w:pPr>
      <w:r w:rsidRPr="00640889">
        <w:rPr>
          <w:rFonts w:ascii="Times New Roman" w:hAnsi="Times New Roman" w:cs="Times New Roman"/>
          <w:color w:val="000000" w:themeColor="text1"/>
          <w:sz w:val="24"/>
          <w:szCs w:val="24"/>
        </w:rPr>
        <w:t xml:space="preserve">Table S1. Industry type and company size </w:t>
      </w:r>
      <w:r w:rsidR="00866480" w:rsidRPr="00A03165">
        <w:rPr>
          <w:rFonts w:ascii="Times New Roman" w:hAnsi="Times New Roman" w:cs="Times New Roman"/>
          <w:color w:val="000000" w:themeColor="text1"/>
          <w:sz w:val="24"/>
          <w:szCs w:val="24"/>
        </w:rPr>
        <w:t>(n = 38)</w:t>
      </w:r>
    </w:p>
    <w:tbl>
      <w:tblPr>
        <w:tblW w:w="0" w:type="auto"/>
        <w:tblLook w:val="04A0" w:firstRow="1" w:lastRow="0" w:firstColumn="1" w:lastColumn="0" w:noHBand="0" w:noVBand="1"/>
      </w:tblPr>
      <w:tblGrid>
        <w:gridCol w:w="2125"/>
        <w:gridCol w:w="1124"/>
        <w:gridCol w:w="1125"/>
        <w:gridCol w:w="1125"/>
        <w:gridCol w:w="1102"/>
        <w:gridCol w:w="1130"/>
        <w:gridCol w:w="1125"/>
      </w:tblGrid>
      <w:tr w:rsidR="00B35435" w14:paraId="3A8F6198" w14:textId="77777777">
        <w:tc>
          <w:tcPr>
            <w:tcW w:w="1234" w:type="dxa"/>
          </w:tcPr>
          <w:p w14:paraId="166D4B7E" w14:textId="77777777" w:rsidR="00B35435" w:rsidRDefault="002D208E">
            <w:r>
              <w:t>Industry</w:t>
            </w:r>
          </w:p>
        </w:tc>
        <w:tc>
          <w:tcPr>
            <w:tcW w:w="1234" w:type="dxa"/>
          </w:tcPr>
          <w:p w14:paraId="79F5EF25" w14:textId="77777777" w:rsidR="00B35435" w:rsidRDefault="002D208E">
            <w:r>
              <w:t>10–100</w:t>
            </w:r>
          </w:p>
        </w:tc>
        <w:tc>
          <w:tcPr>
            <w:tcW w:w="1234" w:type="dxa"/>
          </w:tcPr>
          <w:p w14:paraId="6AE45E7E" w14:textId="77777777" w:rsidR="00B35435" w:rsidRDefault="002D208E">
            <w:r>
              <w:t>101–300</w:t>
            </w:r>
          </w:p>
        </w:tc>
        <w:tc>
          <w:tcPr>
            <w:tcW w:w="1234" w:type="dxa"/>
          </w:tcPr>
          <w:p w14:paraId="5609F1F2" w14:textId="77777777" w:rsidR="00B35435" w:rsidRDefault="002D208E">
            <w:r>
              <w:t>301–500</w:t>
            </w:r>
          </w:p>
        </w:tc>
        <w:tc>
          <w:tcPr>
            <w:tcW w:w="1234" w:type="dxa"/>
          </w:tcPr>
          <w:p w14:paraId="5693B996" w14:textId="77777777" w:rsidR="00B35435" w:rsidRDefault="002D208E">
            <w:r>
              <w:t>501–1000</w:t>
            </w:r>
          </w:p>
        </w:tc>
        <w:tc>
          <w:tcPr>
            <w:tcW w:w="1234" w:type="dxa"/>
          </w:tcPr>
          <w:p w14:paraId="7C43A62D" w14:textId="77777777" w:rsidR="00B35435" w:rsidRDefault="002D208E">
            <w:r>
              <w:t>1000–1200</w:t>
            </w:r>
          </w:p>
        </w:tc>
        <w:tc>
          <w:tcPr>
            <w:tcW w:w="1234" w:type="dxa"/>
          </w:tcPr>
          <w:p w14:paraId="4A4B01C3" w14:textId="77777777" w:rsidR="00B35435" w:rsidRDefault="002D208E">
            <w:r>
              <w:t>Total n (%)</w:t>
            </w:r>
          </w:p>
        </w:tc>
      </w:tr>
      <w:tr w:rsidR="00B35435" w14:paraId="49C00EDD" w14:textId="77777777">
        <w:tc>
          <w:tcPr>
            <w:tcW w:w="1234" w:type="dxa"/>
          </w:tcPr>
          <w:p w14:paraId="299FD033" w14:textId="77777777" w:rsidR="00B35435" w:rsidRDefault="002D208E">
            <w:r>
              <w:t>Medical and welfare</w:t>
            </w:r>
          </w:p>
        </w:tc>
        <w:tc>
          <w:tcPr>
            <w:tcW w:w="1234" w:type="dxa"/>
          </w:tcPr>
          <w:p w14:paraId="7302EF0B" w14:textId="77777777" w:rsidR="00B35435" w:rsidRDefault="002D208E">
            <w:r>
              <w:t>0</w:t>
            </w:r>
          </w:p>
        </w:tc>
        <w:tc>
          <w:tcPr>
            <w:tcW w:w="1234" w:type="dxa"/>
          </w:tcPr>
          <w:p w14:paraId="529973E1" w14:textId="77777777" w:rsidR="00B35435" w:rsidRDefault="002D208E">
            <w:r>
              <w:t>3</w:t>
            </w:r>
          </w:p>
        </w:tc>
        <w:tc>
          <w:tcPr>
            <w:tcW w:w="1234" w:type="dxa"/>
          </w:tcPr>
          <w:p w14:paraId="63FF5461" w14:textId="77777777" w:rsidR="00B35435" w:rsidRDefault="002D208E">
            <w:r>
              <w:t>2</w:t>
            </w:r>
          </w:p>
        </w:tc>
        <w:tc>
          <w:tcPr>
            <w:tcW w:w="1234" w:type="dxa"/>
          </w:tcPr>
          <w:p w14:paraId="5554FEAE" w14:textId="77777777" w:rsidR="00B35435" w:rsidRDefault="002D208E">
            <w:r>
              <w:t>0</w:t>
            </w:r>
          </w:p>
        </w:tc>
        <w:tc>
          <w:tcPr>
            <w:tcW w:w="1234" w:type="dxa"/>
          </w:tcPr>
          <w:p w14:paraId="38BB3333" w14:textId="77777777" w:rsidR="00B35435" w:rsidRDefault="002D208E">
            <w:r>
              <w:t>0</w:t>
            </w:r>
          </w:p>
        </w:tc>
        <w:tc>
          <w:tcPr>
            <w:tcW w:w="1234" w:type="dxa"/>
          </w:tcPr>
          <w:p w14:paraId="00A80B24" w14:textId="77777777" w:rsidR="00B35435" w:rsidRDefault="002D208E">
            <w:r>
              <w:t>5 (13.2)</w:t>
            </w:r>
          </w:p>
        </w:tc>
      </w:tr>
      <w:tr w:rsidR="00B35435" w14:paraId="55534375" w14:textId="77777777">
        <w:tc>
          <w:tcPr>
            <w:tcW w:w="1234" w:type="dxa"/>
          </w:tcPr>
          <w:p w14:paraId="68070342" w14:textId="77777777" w:rsidR="00B35435" w:rsidRDefault="002D208E">
            <w:r>
              <w:t>Retail</w:t>
            </w:r>
          </w:p>
        </w:tc>
        <w:tc>
          <w:tcPr>
            <w:tcW w:w="1234" w:type="dxa"/>
          </w:tcPr>
          <w:p w14:paraId="7014F183" w14:textId="77777777" w:rsidR="00B35435" w:rsidRDefault="002D208E">
            <w:r>
              <w:t>0</w:t>
            </w:r>
          </w:p>
        </w:tc>
        <w:tc>
          <w:tcPr>
            <w:tcW w:w="1234" w:type="dxa"/>
          </w:tcPr>
          <w:p w14:paraId="6E821610" w14:textId="77777777" w:rsidR="00B35435" w:rsidRDefault="002D208E">
            <w:r>
              <w:t>3</w:t>
            </w:r>
          </w:p>
        </w:tc>
        <w:tc>
          <w:tcPr>
            <w:tcW w:w="1234" w:type="dxa"/>
          </w:tcPr>
          <w:p w14:paraId="0F955E2C" w14:textId="77777777" w:rsidR="00B35435" w:rsidRDefault="002D208E">
            <w:r>
              <w:t>1</w:t>
            </w:r>
          </w:p>
        </w:tc>
        <w:tc>
          <w:tcPr>
            <w:tcW w:w="1234" w:type="dxa"/>
          </w:tcPr>
          <w:p w14:paraId="704A8949" w14:textId="77777777" w:rsidR="00B35435" w:rsidRDefault="002D208E">
            <w:r>
              <w:t>1</w:t>
            </w:r>
          </w:p>
        </w:tc>
        <w:tc>
          <w:tcPr>
            <w:tcW w:w="1234" w:type="dxa"/>
          </w:tcPr>
          <w:p w14:paraId="7681A469" w14:textId="77777777" w:rsidR="00B35435" w:rsidRDefault="002D208E">
            <w:r>
              <w:t>0</w:t>
            </w:r>
          </w:p>
        </w:tc>
        <w:tc>
          <w:tcPr>
            <w:tcW w:w="1234" w:type="dxa"/>
          </w:tcPr>
          <w:p w14:paraId="668D49C0" w14:textId="77777777" w:rsidR="00B35435" w:rsidRDefault="002D208E">
            <w:r>
              <w:t>5 (13.2)</w:t>
            </w:r>
          </w:p>
        </w:tc>
      </w:tr>
      <w:tr w:rsidR="00B35435" w14:paraId="1A97D189" w14:textId="77777777">
        <w:tc>
          <w:tcPr>
            <w:tcW w:w="1234" w:type="dxa"/>
          </w:tcPr>
          <w:p w14:paraId="764FD13E" w14:textId="77777777" w:rsidR="00B35435" w:rsidRDefault="002D208E">
            <w:r>
              <w:t>Construction / construction consulting</w:t>
            </w:r>
          </w:p>
        </w:tc>
        <w:tc>
          <w:tcPr>
            <w:tcW w:w="1234" w:type="dxa"/>
          </w:tcPr>
          <w:p w14:paraId="6F1B2D62" w14:textId="77777777" w:rsidR="00B35435" w:rsidRDefault="002D208E">
            <w:r>
              <w:t>2</w:t>
            </w:r>
          </w:p>
        </w:tc>
        <w:tc>
          <w:tcPr>
            <w:tcW w:w="1234" w:type="dxa"/>
          </w:tcPr>
          <w:p w14:paraId="00A8FE2B" w14:textId="77777777" w:rsidR="00B35435" w:rsidRDefault="002D208E">
            <w:r>
              <w:t>3</w:t>
            </w:r>
          </w:p>
        </w:tc>
        <w:tc>
          <w:tcPr>
            <w:tcW w:w="1234" w:type="dxa"/>
          </w:tcPr>
          <w:p w14:paraId="6E2B6AF2" w14:textId="77777777" w:rsidR="00B35435" w:rsidRDefault="002D208E">
            <w:r>
              <w:t>0</w:t>
            </w:r>
          </w:p>
        </w:tc>
        <w:tc>
          <w:tcPr>
            <w:tcW w:w="1234" w:type="dxa"/>
          </w:tcPr>
          <w:p w14:paraId="12B2B004" w14:textId="77777777" w:rsidR="00B35435" w:rsidRDefault="002D208E">
            <w:r>
              <w:t>0</w:t>
            </w:r>
          </w:p>
        </w:tc>
        <w:tc>
          <w:tcPr>
            <w:tcW w:w="1234" w:type="dxa"/>
          </w:tcPr>
          <w:p w14:paraId="6C175042" w14:textId="77777777" w:rsidR="00B35435" w:rsidRDefault="002D208E">
            <w:r>
              <w:t>0</w:t>
            </w:r>
          </w:p>
        </w:tc>
        <w:tc>
          <w:tcPr>
            <w:tcW w:w="1234" w:type="dxa"/>
          </w:tcPr>
          <w:p w14:paraId="556EE6C4" w14:textId="77777777" w:rsidR="00B35435" w:rsidRDefault="002D208E">
            <w:r>
              <w:t>5 (13.2)</w:t>
            </w:r>
          </w:p>
        </w:tc>
      </w:tr>
      <w:tr w:rsidR="00B35435" w14:paraId="1210E60B" w14:textId="77777777">
        <w:tc>
          <w:tcPr>
            <w:tcW w:w="1234" w:type="dxa"/>
          </w:tcPr>
          <w:p w14:paraId="4D4E3090" w14:textId="77777777" w:rsidR="00B35435" w:rsidRDefault="002D208E">
            <w:r>
              <w:t>Information services / telecommunications</w:t>
            </w:r>
          </w:p>
        </w:tc>
        <w:tc>
          <w:tcPr>
            <w:tcW w:w="1234" w:type="dxa"/>
          </w:tcPr>
          <w:p w14:paraId="4BA9DC34" w14:textId="77777777" w:rsidR="00B35435" w:rsidRDefault="002D208E">
            <w:r>
              <w:t>1</w:t>
            </w:r>
          </w:p>
        </w:tc>
        <w:tc>
          <w:tcPr>
            <w:tcW w:w="1234" w:type="dxa"/>
          </w:tcPr>
          <w:p w14:paraId="4E719334" w14:textId="77777777" w:rsidR="00B35435" w:rsidRDefault="002D208E">
            <w:r>
              <w:t>2</w:t>
            </w:r>
          </w:p>
        </w:tc>
        <w:tc>
          <w:tcPr>
            <w:tcW w:w="1234" w:type="dxa"/>
          </w:tcPr>
          <w:p w14:paraId="76290356" w14:textId="77777777" w:rsidR="00B35435" w:rsidRDefault="002D208E">
            <w:r>
              <w:t>0</w:t>
            </w:r>
          </w:p>
        </w:tc>
        <w:tc>
          <w:tcPr>
            <w:tcW w:w="1234" w:type="dxa"/>
          </w:tcPr>
          <w:p w14:paraId="1E71E518" w14:textId="77777777" w:rsidR="00B35435" w:rsidRDefault="002D208E">
            <w:r>
              <w:t>0</w:t>
            </w:r>
          </w:p>
        </w:tc>
        <w:tc>
          <w:tcPr>
            <w:tcW w:w="1234" w:type="dxa"/>
          </w:tcPr>
          <w:p w14:paraId="126E7DF2" w14:textId="77777777" w:rsidR="00B35435" w:rsidRDefault="002D208E">
            <w:r>
              <w:t>0</w:t>
            </w:r>
          </w:p>
        </w:tc>
        <w:tc>
          <w:tcPr>
            <w:tcW w:w="1234" w:type="dxa"/>
          </w:tcPr>
          <w:p w14:paraId="33E2778B" w14:textId="77777777" w:rsidR="00B35435" w:rsidRDefault="002D208E">
            <w:r>
              <w:t>3 (7.9)</w:t>
            </w:r>
          </w:p>
        </w:tc>
      </w:tr>
      <w:tr w:rsidR="00B35435" w14:paraId="687F7446" w14:textId="77777777">
        <w:tc>
          <w:tcPr>
            <w:tcW w:w="1234" w:type="dxa"/>
          </w:tcPr>
          <w:p w14:paraId="2D55DF9B" w14:textId="77777777" w:rsidR="00B35435" w:rsidRDefault="002D208E">
            <w:r>
              <w:t>Service industry</w:t>
            </w:r>
          </w:p>
        </w:tc>
        <w:tc>
          <w:tcPr>
            <w:tcW w:w="1234" w:type="dxa"/>
          </w:tcPr>
          <w:p w14:paraId="52700C35" w14:textId="77777777" w:rsidR="00B35435" w:rsidRDefault="002D208E">
            <w:r>
              <w:t>2</w:t>
            </w:r>
          </w:p>
        </w:tc>
        <w:tc>
          <w:tcPr>
            <w:tcW w:w="1234" w:type="dxa"/>
          </w:tcPr>
          <w:p w14:paraId="2F91315C" w14:textId="77777777" w:rsidR="00B35435" w:rsidRDefault="002D208E">
            <w:r>
              <w:t>0</w:t>
            </w:r>
          </w:p>
        </w:tc>
        <w:tc>
          <w:tcPr>
            <w:tcW w:w="1234" w:type="dxa"/>
          </w:tcPr>
          <w:p w14:paraId="701F63AC" w14:textId="77777777" w:rsidR="00B35435" w:rsidRDefault="002D208E">
            <w:r>
              <w:t>0</w:t>
            </w:r>
          </w:p>
        </w:tc>
        <w:tc>
          <w:tcPr>
            <w:tcW w:w="1234" w:type="dxa"/>
          </w:tcPr>
          <w:p w14:paraId="7F3FA1BC" w14:textId="77777777" w:rsidR="00B35435" w:rsidRDefault="002D208E">
            <w:r>
              <w:t>0</w:t>
            </w:r>
          </w:p>
        </w:tc>
        <w:tc>
          <w:tcPr>
            <w:tcW w:w="1234" w:type="dxa"/>
          </w:tcPr>
          <w:p w14:paraId="472CAAD9" w14:textId="77777777" w:rsidR="00B35435" w:rsidRDefault="002D208E">
            <w:r>
              <w:t>0</w:t>
            </w:r>
          </w:p>
        </w:tc>
        <w:tc>
          <w:tcPr>
            <w:tcW w:w="1234" w:type="dxa"/>
          </w:tcPr>
          <w:p w14:paraId="17A322EC" w14:textId="77777777" w:rsidR="00B35435" w:rsidRDefault="002D208E">
            <w:r>
              <w:t>2 (5.3)</w:t>
            </w:r>
          </w:p>
        </w:tc>
      </w:tr>
      <w:tr w:rsidR="00B35435" w14:paraId="7C515EEB" w14:textId="77777777">
        <w:tc>
          <w:tcPr>
            <w:tcW w:w="1234" w:type="dxa"/>
          </w:tcPr>
          <w:p w14:paraId="7C9C98A3" w14:textId="77777777" w:rsidR="00B35435" w:rsidRDefault="002D208E">
            <w:r>
              <w:t>Transportation / logistics</w:t>
            </w:r>
          </w:p>
        </w:tc>
        <w:tc>
          <w:tcPr>
            <w:tcW w:w="1234" w:type="dxa"/>
          </w:tcPr>
          <w:p w14:paraId="1E98A50B" w14:textId="77777777" w:rsidR="00B35435" w:rsidRDefault="002D208E">
            <w:r>
              <w:t>0</w:t>
            </w:r>
          </w:p>
        </w:tc>
        <w:tc>
          <w:tcPr>
            <w:tcW w:w="1234" w:type="dxa"/>
          </w:tcPr>
          <w:p w14:paraId="61006C30" w14:textId="77777777" w:rsidR="00B35435" w:rsidRDefault="002D208E">
            <w:r>
              <w:t>0</w:t>
            </w:r>
          </w:p>
        </w:tc>
        <w:tc>
          <w:tcPr>
            <w:tcW w:w="1234" w:type="dxa"/>
          </w:tcPr>
          <w:p w14:paraId="68435B6E" w14:textId="77777777" w:rsidR="00B35435" w:rsidRDefault="002D208E">
            <w:r>
              <w:t>2</w:t>
            </w:r>
          </w:p>
        </w:tc>
        <w:tc>
          <w:tcPr>
            <w:tcW w:w="1234" w:type="dxa"/>
          </w:tcPr>
          <w:p w14:paraId="7B177DAC" w14:textId="77777777" w:rsidR="00B35435" w:rsidRDefault="002D208E">
            <w:r>
              <w:t>0</w:t>
            </w:r>
          </w:p>
        </w:tc>
        <w:tc>
          <w:tcPr>
            <w:tcW w:w="1234" w:type="dxa"/>
          </w:tcPr>
          <w:p w14:paraId="4F3D3335" w14:textId="77777777" w:rsidR="00B35435" w:rsidRDefault="002D208E">
            <w:r>
              <w:t>0</w:t>
            </w:r>
          </w:p>
        </w:tc>
        <w:tc>
          <w:tcPr>
            <w:tcW w:w="1234" w:type="dxa"/>
          </w:tcPr>
          <w:p w14:paraId="79E25E87" w14:textId="77777777" w:rsidR="00B35435" w:rsidRDefault="002D208E">
            <w:r>
              <w:t>2 (5.3)</w:t>
            </w:r>
          </w:p>
        </w:tc>
      </w:tr>
      <w:tr w:rsidR="00B35435" w14:paraId="3F020178" w14:textId="77777777">
        <w:tc>
          <w:tcPr>
            <w:tcW w:w="1234" w:type="dxa"/>
          </w:tcPr>
          <w:p w14:paraId="58B36391" w14:textId="77777777" w:rsidR="00B35435" w:rsidRDefault="002D208E">
            <w:r>
              <w:t>Food manufacturing</w:t>
            </w:r>
          </w:p>
        </w:tc>
        <w:tc>
          <w:tcPr>
            <w:tcW w:w="1234" w:type="dxa"/>
          </w:tcPr>
          <w:p w14:paraId="74FF97CD" w14:textId="77777777" w:rsidR="00B35435" w:rsidRDefault="002D208E">
            <w:r>
              <w:t>0</w:t>
            </w:r>
          </w:p>
        </w:tc>
        <w:tc>
          <w:tcPr>
            <w:tcW w:w="1234" w:type="dxa"/>
          </w:tcPr>
          <w:p w14:paraId="0C6F836B" w14:textId="77777777" w:rsidR="00B35435" w:rsidRDefault="002D208E">
            <w:r>
              <w:t>1</w:t>
            </w:r>
          </w:p>
        </w:tc>
        <w:tc>
          <w:tcPr>
            <w:tcW w:w="1234" w:type="dxa"/>
          </w:tcPr>
          <w:p w14:paraId="2D116196" w14:textId="77777777" w:rsidR="00B35435" w:rsidRDefault="002D208E">
            <w:r>
              <w:t>0</w:t>
            </w:r>
          </w:p>
        </w:tc>
        <w:tc>
          <w:tcPr>
            <w:tcW w:w="1234" w:type="dxa"/>
          </w:tcPr>
          <w:p w14:paraId="0ED9766F" w14:textId="77777777" w:rsidR="00B35435" w:rsidRDefault="002D208E">
            <w:r>
              <w:t>0</w:t>
            </w:r>
          </w:p>
        </w:tc>
        <w:tc>
          <w:tcPr>
            <w:tcW w:w="1234" w:type="dxa"/>
          </w:tcPr>
          <w:p w14:paraId="47A149FB" w14:textId="77777777" w:rsidR="00B35435" w:rsidRDefault="002D208E">
            <w:r>
              <w:t>0</w:t>
            </w:r>
          </w:p>
        </w:tc>
        <w:tc>
          <w:tcPr>
            <w:tcW w:w="1234" w:type="dxa"/>
          </w:tcPr>
          <w:p w14:paraId="119FEADE" w14:textId="77777777" w:rsidR="00B35435" w:rsidRDefault="002D208E">
            <w:r>
              <w:t>1 (2.6)</w:t>
            </w:r>
          </w:p>
        </w:tc>
      </w:tr>
      <w:tr w:rsidR="00B35435" w14:paraId="6206EAAE" w14:textId="77777777">
        <w:tc>
          <w:tcPr>
            <w:tcW w:w="1234" w:type="dxa"/>
          </w:tcPr>
          <w:p w14:paraId="4AFF229F" w14:textId="77777777" w:rsidR="00B35435" w:rsidRDefault="002D208E">
            <w:r>
              <w:t>Tax accounting</w:t>
            </w:r>
          </w:p>
        </w:tc>
        <w:tc>
          <w:tcPr>
            <w:tcW w:w="1234" w:type="dxa"/>
          </w:tcPr>
          <w:p w14:paraId="38E01949" w14:textId="77777777" w:rsidR="00B35435" w:rsidRDefault="002D208E">
            <w:r>
              <w:t>1</w:t>
            </w:r>
          </w:p>
        </w:tc>
        <w:tc>
          <w:tcPr>
            <w:tcW w:w="1234" w:type="dxa"/>
          </w:tcPr>
          <w:p w14:paraId="0836D21A" w14:textId="77777777" w:rsidR="00B35435" w:rsidRDefault="002D208E">
            <w:r>
              <w:t>0</w:t>
            </w:r>
          </w:p>
        </w:tc>
        <w:tc>
          <w:tcPr>
            <w:tcW w:w="1234" w:type="dxa"/>
          </w:tcPr>
          <w:p w14:paraId="3A26D4FC" w14:textId="77777777" w:rsidR="00B35435" w:rsidRDefault="002D208E">
            <w:r>
              <w:t>0</w:t>
            </w:r>
          </w:p>
        </w:tc>
        <w:tc>
          <w:tcPr>
            <w:tcW w:w="1234" w:type="dxa"/>
          </w:tcPr>
          <w:p w14:paraId="7EC5A175" w14:textId="77777777" w:rsidR="00B35435" w:rsidRDefault="002D208E">
            <w:r>
              <w:t>0</w:t>
            </w:r>
          </w:p>
        </w:tc>
        <w:tc>
          <w:tcPr>
            <w:tcW w:w="1234" w:type="dxa"/>
          </w:tcPr>
          <w:p w14:paraId="7ED00481" w14:textId="77777777" w:rsidR="00B35435" w:rsidRDefault="002D208E">
            <w:r>
              <w:t>0</w:t>
            </w:r>
          </w:p>
        </w:tc>
        <w:tc>
          <w:tcPr>
            <w:tcW w:w="1234" w:type="dxa"/>
          </w:tcPr>
          <w:p w14:paraId="0D49C493" w14:textId="77777777" w:rsidR="00B35435" w:rsidRDefault="002D208E">
            <w:r>
              <w:t>1 (2.6)</w:t>
            </w:r>
          </w:p>
        </w:tc>
      </w:tr>
      <w:tr w:rsidR="00B35435" w14:paraId="64DB933F" w14:textId="77777777">
        <w:tc>
          <w:tcPr>
            <w:tcW w:w="1234" w:type="dxa"/>
          </w:tcPr>
          <w:p w14:paraId="3E6606A7" w14:textId="77777777" w:rsidR="00B35435" w:rsidRDefault="002D208E">
            <w:r>
              <w:t>Surveying</w:t>
            </w:r>
          </w:p>
        </w:tc>
        <w:tc>
          <w:tcPr>
            <w:tcW w:w="1234" w:type="dxa"/>
          </w:tcPr>
          <w:p w14:paraId="6B1A0EA8" w14:textId="77777777" w:rsidR="00B35435" w:rsidRDefault="002D208E">
            <w:r>
              <w:t>1</w:t>
            </w:r>
          </w:p>
        </w:tc>
        <w:tc>
          <w:tcPr>
            <w:tcW w:w="1234" w:type="dxa"/>
          </w:tcPr>
          <w:p w14:paraId="61B122A3" w14:textId="77777777" w:rsidR="00B35435" w:rsidRDefault="002D208E">
            <w:r>
              <w:t>0</w:t>
            </w:r>
          </w:p>
        </w:tc>
        <w:tc>
          <w:tcPr>
            <w:tcW w:w="1234" w:type="dxa"/>
          </w:tcPr>
          <w:p w14:paraId="638ABEB9" w14:textId="77777777" w:rsidR="00B35435" w:rsidRDefault="002D208E">
            <w:r>
              <w:t>0</w:t>
            </w:r>
          </w:p>
        </w:tc>
        <w:tc>
          <w:tcPr>
            <w:tcW w:w="1234" w:type="dxa"/>
          </w:tcPr>
          <w:p w14:paraId="5CC3B48B" w14:textId="77777777" w:rsidR="00B35435" w:rsidRDefault="002D208E">
            <w:r>
              <w:t>0</w:t>
            </w:r>
          </w:p>
        </w:tc>
        <w:tc>
          <w:tcPr>
            <w:tcW w:w="1234" w:type="dxa"/>
          </w:tcPr>
          <w:p w14:paraId="5AF22391" w14:textId="77777777" w:rsidR="00B35435" w:rsidRDefault="002D208E">
            <w:r>
              <w:t>0</w:t>
            </w:r>
          </w:p>
        </w:tc>
        <w:tc>
          <w:tcPr>
            <w:tcW w:w="1234" w:type="dxa"/>
          </w:tcPr>
          <w:p w14:paraId="164B612C" w14:textId="77777777" w:rsidR="00B35435" w:rsidRDefault="002D208E">
            <w:r>
              <w:t>1 (2.6)</w:t>
            </w:r>
          </w:p>
        </w:tc>
      </w:tr>
      <w:tr w:rsidR="00B35435" w14:paraId="06866987" w14:textId="77777777">
        <w:tc>
          <w:tcPr>
            <w:tcW w:w="1234" w:type="dxa"/>
          </w:tcPr>
          <w:p w14:paraId="56ACD5EA" w14:textId="77777777" w:rsidR="00B35435" w:rsidRDefault="002D208E">
            <w:r>
              <w:t>Real estate</w:t>
            </w:r>
          </w:p>
        </w:tc>
        <w:tc>
          <w:tcPr>
            <w:tcW w:w="1234" w:type="dxa"/>
          </w:tcPr>
          <w:p w14:paraId="3F975FC7" w14:textId="77777777" w:rsidR="00B35435" w:rsidRDefault="002D208E">
            <w:r>
              <w:t>0</w:t>
            </w:r>
          </w:p>
        </w:tc>
        <w:tc>
          <w:tcPr>
            <w:tcW w:w="1234" w:type="dxa"/>
          </w:tcPr>
          <w:p w14:paraId="2D42331B" w14:textId="77777777" w:rsidR="00B35435" w:rsidRDefault="002D208E">
            <w:r>
              <w:t>1</w:t>
            </w:r>
          </w:p>
        </w:tc>
        <w:tc>
          <w:tcPr>
            <w:tcW w:w="1234" w:type="dxa"/>
          </w:tcPr>
          <w:p w14:paraId="5FAF562B" w14:textId="77777777" w:rsidR="00B35435" w:rsidRDefault="002D208E">
            <w:r>
              <w:t>0</w:t>
            </w:r>
          </w:p>
        </w:tc>
        <w:tc>
          <w:tcPr>
            <w:tcW w:w="1234" w:type="dxa"/>
          </w:tcPr>
          <w:p w14:paraId="648994C6" w14:textId="77777777" w:rsidR="00B35435" w:rsidRDefault="002D208E">
            <w:r>
              <w:t>0</w:t>
            </w:r>
          </w:p>
        </w:tc>
        <w:tc>
          <w:tcPr>
            <w:tcW w:w="1234" w:type="dxa"/>
          </w:tcPr>
          <w:p w14:paraId="0D1D5204" w14:textId="77777777" w:rsidR="00B35435" w:rsidRDefault="002D208E">
            <w:r>
              <w:t>0</w:t>
            </w:r>
          </w:p>
        </w:tc>
        <w:tc>
          <w:tcPr>
            <w:tcW w:w="1234" w:type="dxa"/>
          </w:tcPr>
          <w:p w14:paraId="38E00E03" w14:textId="77777777" w:rsidR="00B35435" w:rsidRDefault="002D208E">
            <w:r>
              <w:t>1 (2.6)</w:t>
            </w:r>
          </w:p>
        </w:tc>
      </w:tr>
      <w:tr w:rsidR="00B35435" w14:paraId="3961771C" w14:textId="77777777">
        <w:tc>
          <w:tcPr>
            <w:tcW w:w="1234" w:type="dxa"/>
          </w:tcPr>
          <w:p w14:paraId="6D8B0AC0" w14:textId="77777777" w:rsidR="00B35435" w:rsidRDefault="002D208E">
            <w:r>
              <w:t>Labor union office</w:t>
            </w:r>
          </w:p>
        </w:tc>
        <w:tc>
          <w:tcPr>
            <w:tcW w:w="1234" w:type="dxa"/>
          </w:tcPr>
          <w:p w14:paraId="0A28561F" w14:textId="77777777" w:rsidR="00B35435" w:rsidRDefault="002D208E">
            <w:r>
              <w:t>1</w:t>
            </w:r>
          </w:p>
        </w:tc>
        <w:tc>
          <w:tcPr>
            <w:tcW w:w="1234" w:type="dxa"/>
          </w:tcPr>
          <w:p w14:paraId="487CAC2B" w14:textId="77777777" w:rsidR="00B35435" w:rsidRDefault="002D208E">
            <w:r>
              <w:t>0</w:t>
            </w:r>
          </w:p>
        </w:tc>
        <w:tc>
          <w:tcPr>
            <w:tcW w:w="1234" w:type="dxa"/>
          </w:tcPr>
          <w:p w14:paraId="71E5BD58" w14:textId="77777777" w:rsidR="00B35435" w:rsidRDefault="002D208E">
            <w:r>
              <w:t>0</w:t>
            </w:r>
          </w:p>
        </w:tc>
        <w:tc>
          <w:tcPr>
            <w:tcW w:w="1234" w:type="dxa"/>
          </w:tcPr>
          <w:p w14:paraId="159DBD00" w14:textId="77777777" w:rsidR="00B35435" w:rsidRDefault="002D208E">
            <w:r>
              <w:t>0</w:t>
            </w:r>
          </w:p>
        </w:tc>
        <w:tc>
          <w:tcPr>
            <w:tcW w:w="1234" w:type="dxa"/>
          </w:tcPr>
          <w:p w14:paraId="5F686F5B" w14:textId="77777777" w:rsidR="00B35435" w:rsidRDefault="002D208E">
            <w:r>
              <w:t>0</w:t>
            </w:r>
          </w:p>
        </w:tc>
        <w:tc>
          <w:tcPr>
            <w:tcW w:w="1234" w:type="dxa"/>
          </w:tcPr>
          <w:p w14:paraId="4484E567" w14:textId="77777777" w:rsidR="00B35435" w:rsidRDefault="002D208E">
            <w:r>
              <w:t>1 (2.6)</w:t>
            </w:r>
          </w:p>
        </w:tc>
      </w:tr>
      <w:tr w:rsidR="00B35435" w14:paraId="0B9AE755" w14:textId="77777777">
        <w:tc>
          <w:tcPr>
            <w:tcW w:w="1234" w:type="dxa"/>
          </w:tcPr>
          <w:p w14:paraId="6B234D14" w14:textId="77777777" w:rsidR="00B35435" w:rsidRDefault="002D208E">
            <w:r>
              <w:t>Gas supply and sales</w:t>
            </w:r>
          </w:p>
        </w:tc>
        <w:tc>
          <w:tcPr>
            <w:tcW w:w="1234" w:type="dxa"/>
          </w:tcPr>
          <w:p w14:paraId="4450E549" w14:textId="77777777" w:rsidR="00B35435" w:rsidRDefault="002D208E">
            <w:r>
              <w:t>1</w:t>
            </w:r>
          </w:p>
        </w:tc>
        <w:tc>
          <w:tcPr>
            <w:tcW w:w="1234" w:type="dxa"/>
          </w:tcPr>
          <w:p w14:paraId="6E790672" w14:textId="77777777" w:rsidR="00B35435" w:rsidRDefault="002D208E">
            <w:r>
              <w:t>0</w:t>
            </w:r>
          </w:p>
        </w:tc>
        <w:tc>
          <w:tcPr>
            <w:tcW w:w="1234" w:type="dxa"/>
          </w:tcPr>
          <w:p w14:paraId="33F936F4" w14:textId="77777777" w:rsidR="00B35435" w:rsidRDefault="002D208E">
            <w:r>
              <w:t>0</w:t>
            </w:r>
          </w:p>
        </w:tc>
        <w:tc>
          <w:tcPr>
            <w:tcW w:w="1234" w:type="dxa"/>
          </w:tcPr>
          <w:p w14:paraId="7ABE0BEC" w14:textId="77777777" w:rsidR="00B35435" w:rsidRDefault="002D208E">
            <w:r>
              <w:t>0</w:t>
            </w:r>
          </w:p>
        </w:tc>
        <w:tc>
          <w:tcPr>
            <w:tcW w:w="1234" w:type="dxa"/>
          </w:tcPr>
          <w:p w14:paraId="67DC6268" w14:textId="77777777" w:rsidR="00B35435" w:rsidRDefault="002D208E">
            <w:r>
              <w:t>0</w:t>
            </w:r>
          </w:p>
        </w:tc>
        <w:tc>
          <w:tcPr>
            <w:tcW w:w="1234" w:type="dxa"/>
          </w:tcPr>
          <w:p w14:paraId="0CB80B6C" w14:textId="77777777" w:rsidR="00B35435" w:rsidRDefault="002D208E">
            <w:r>
              <w:t>1 (2.6)</w:t>
            </w:r>
          </w:p>
        </w:tc>
      </w:tr>
      <w:tr w:rsidR="00B35435" w14:paraId="7CA8049C" w14:textId="77777777">
        <w:tc>
          <w:tcPr>
            <w:tcW w:w="1234" w:type="dxa"/>
          </w:tcPr>
          <w:p w14:paraId="50A96B17" w14:textId="77777777" w:rsidR="00B35435" w:rsidRDefault="002D208E">
            <w:r>
              <w:t>Renovation company</w:t>
            </w:r>
          </w:p>
        </w:tc>
        <w:tc>
          <w:tcPr>
            <w:tcW w:w="1234" w:type="dxa"/>
          </w:tcPr>
          <w:p w14:paraId="0E7E2893" w14:textId="77777777" w:rsidR="00B35435" w:rsidRDefault="002D208E">
            <w:r>
              <w:t>1</w:t>
            </w:r>
          </w:p>
        </w:tc>
        <w:tc>
          <w:tcPr>
            <w:tcW w:w="1234" w:type="dxa"/>
          </w:tcPr>
          <w:p w14:paraId="18E7535D" w14:textId="77777777" w:rsidR="00B35435" w:rsidRDefault="002D208E">
            <w:r>
              <w:t>0</w:t>
            </w:r>
          </w:p>
        </w:tc>
        <w:tc>
          <w:tcPr>
            <w:tcW w:w="1234" w:type="dxa"/>
          </w:tcPr>
          <w:p w14:paraId="7D75E6F4" w14:textId="77777777" w:rsidR="00B35435" w:rsidRDefault="002D208E">
            <w:r>
              <w:t>0</w:t>
            </w:r>
          </w:p>
        </w:tc>
        <w:tc>
          <w:tcPr>
            <w:tcW w:w="1234" w:type="dxa"/>
          </w:tcPr>
          <w:p w14:paraId="2F2A2C7B" w14:textId="77777777" w:rsidR="00B35435" w:rsidRDefault="002D208E">
            <w:r>
              <w:t>0</w:t>
            </w:r>
          </w:p>
        </w:tc>
        <w:tc>
          <w:tcPr>
            <w:tcW w:w="1234" w:type="dxa"/>
          </w:tcPr>
          <w:p w14:paraId="7FF93EAD" w14:textId="77777777" w:rsidR="00B35435" w:rsidRDefault="002D208E">
            <w:r>
              <w:t>0</w:t>
            </w:r>
          </w:p>
        </w:tc>
        <w:tc>
          <w:tcPr>
            <w:tcW w:w="1234" w:type="dxa"/>
          </w:tcPr>
          <w:p w14:paraId="17E66471" w14:textId="77777777" w:rsidR="00B35435" w:rsidRDefault="002D208E">
            <w:r>
              <w:t>1 (2.6)</w:t>
            </w:r>
          </w:p>
        </w:tc>
      </w:tr>
      <w:tr w:rsidR="00B35435" w14:paraId="0122C986" w14:textId="77777777">
        <w:tc>
          <w:tcPr>
            <w:tcW w:w="1234" w:type="dxa"/>
          </w:tcPr>
          <w:p w14:paraId="54C5D267" w14:textId="77777777" w:rsidR="00B35435" w:rsidRDefault="002D208E">
            <w:r>
              <w:t>Software development</w:t>
            </w:r>
          </w:p>
        </w:tc>
        <w:tc>
          <w:tcPr>
            <w:tcW w:w="1234" w:type="dxa"/>
          </w:tcPr>
          <w:p w14:paraId="44258B51" w14:textId="77777777" w:rsidR="00B35435" w:rsidRDefault="002D208E">
            <w:r>
              <w:t>1</w:t>
            </w:r>
          </w:p>
        </w:tc>
        <w:tc>
          <w:tcPr>
            <w:tcW w:w="1234" w:type="dxa"/>
          </w:tcPr>
          <w:p w14:paraId="6F5E6A5B" w14:textId="77777777" w:rsidR="00B35435" w:rsidRDefault="002D208E">
            <w:r>
              <w:t>0</w:t>
            </w:r>
          </w:p>
        </w:tc>
        <w:tc>
          <w:tcPr>
            <w:tcW w:w="1234" w:type="dxa"/>
          </w:tcPr>
          <w:p w14:paraId="14230D49" w14:textId="77777777" w:rsidR="00B35435" w:rsidRDefault="002D208E">
            <w:r>
              <w:t>0</w:t>
            </w:r>
          </w:p>
        </w:tc>
        <w:tc>
          <w:tcPr>
            <w:tcW w:w="1234" w:type="dxa"/>
          </w:tcPr>
          <w:p w14:paraId="1FC17679" w14:textId="77777777" w:rsidR="00B35435" w:rsidRDefault="002D208E">
            <w:r>
              <w:t>0</w:t>
            </w:r>
          </w:p>
        </w:tc>
        <w:tc>
          <w:tcPr>
            <w:tcW w:w="1234" w:type="dxa"/>
          </w:tcPr>
          <w:p w14:paraId="5BEAC856" w14:textId="77777777" w:rsidR="00B35435" w:rsidRDefault="002D208E">
            <w:r>
              <w:t>0</w:t>
            </w:r>
          </w:p>
        </w:tc>
        <w:tc>
          <w:tcPr>
            <w:tcW w:w="1234" w:type="dxa"/>
          </w:tcPr>
          <w:p w14:paraId="591476EA" w14:textId="77777777" w:rsidR="00B35435" w:rsidRDefault="002D208E">
            <w:r>
              <w:t>1 (2.6)</w:t>
            </w:r>
          </w:p>
        </w:tc>
      </w:tr>
      <w:tr w:rsidR="00B35435" w14:paraId="60B8CAE6" w14:textId="77777777">
        <w:tc>
          <w:tcPr>
            <w:tcW w:w="1234" w:type="dxa"/>
          </w:tcPr>
          <w:p w14:paraId="2E99DD57" w14:textId="77777777" w:rsidR="00B35435" w:rsidRDefault="002D208E">
            <w:r>
              <w:t>Building maintenance</w:t>
            </w:r>
          </w:p>
        </w:tc>
        <w:tc>
          <w:tcPr>
            <w:tcW w:w="1234" w:type="dxa"/>
          </w:tcPr>
          <w:p w14:paraId="5FCD2D45" w14:textId="77777777" w:rsidR="00B35435" w:rsidRDefault="002D208E">
            <w:r>
              <w:t>0</w:t>
            </w:r>
          </w:p>
        </w:tc>
        <w:tc>
          <w:tcPr>
            <w:tcW w:w="1234" w:type="dxa"/>
          </w:tcPr>
          <w:p w14:paraId="5D4E8D2A" w14:textId="77777777" w:rsidR="00B35435" w:rsidRDefault="002D208E">
            <w:r>
              <w:t>0</w:t>
            </w:r>
          </w:p>
        </w:tc>
        <w:tc>
          <w:tcPr>
            <w:tcW w:w="1234" w:type="dxa"/>
          </w:tcPr>
          <w:p w14:paraId="298A655E" w14:textId="77777777" w:rsidR="00B35435" w:rsidRDefault="002D208E">
            <w:r>
              <w:t>0</w:t>
            </w:r>
          </w:p>
        </w:tc>
        <w:tc>
          <w:tcPr>
            <w:tcW w:w="1234" w:type="dxa"/>
          </w:tcPr>
          <w:p w14:paraId="3D5F8A36" w14:textId="77777777" w:rsidR="00B35435" w:rsidRDefault="002D208E">
            <w:r>
              <w:t>0</w:t>
            </w:r>
          </w:p>
        </w:tc>
        <w:tc>
          <w:tcPr>
            <w:tcW w:w="1234" w:type="dxa"/>
          </w:tcPr>
          <w:p w14:paraId="154602E6" w14:textId="77777777" w:rsidR="00B35435" w:rsidRDefault="002D208E">
            <w:r>
              <w:t>1</w:t>
            </w:r>
          </w:p>
        </w:tc>
        <w:tc>
          <w:tcPr>
            <w:tcW w:w="1234" w:type="dxa"/>
          </w:tcPr>
          <w:p w14:paraId="39E9FDC2" w14:textId="77777777" w:rsidR="00B35435" w:rsidRDefault="002D208E">
            <w:r>
              <w:t>1 (2.6)</w:t>
            </w:r>
          </w:p>
        </w:tc>
      </w:tr>
      <w:tr w:rsidR="00B35435" w14:paraId="73FD7E77" w14:textId="77777777">
        <w:tc>
          <w:tcPr>
            <w:tcW w:w="1234" w:type="dxa"/>
          </w:tcPr>
          <w:p w14:paraId="2C4CC813" w14:textId="77777777" w:rsidR="00B35435" w:rsidRDefault="002D208E">
            <w:r>
              <w:t>Food service</w:t>
            </w:r>
          </w:p>
        </w:tc>
        <w:tc>
          <w:tcPr>
            <w:tcW w:w="1234" w:type="dxa"/>
          </w:tcPr>
          <w:p w14:paraId="18A457AC" w14:textId="77777777" w:rsidR="00B35435" w:rsidRDefault="002D208E">
            <w:r>
              <w:t>0</w:t>
            </w:r>
          </w:p>
        </w:tc>
        <w:tc>
          <w:tcPr>
            <w:tcW w:w="1234" w:type="dxa"/>
          </w:tcPr>
          <w:p w14:paraId="73C421FF" w14:textId="77777777" w:rsidR="00B35435" w:rsidRDefault="002D208E">
            <w:r>
              <w:t>1</w:t>
            </w:r>
          </w:p>
        </w:tc>
        <w:tc>
          <w:tcPr>
            <w:tcW w:w="1234" w:type="dxa"/>
          </w:tcPr>
          <w:p w14:paraId="46591C89" w14:textId="77777777" w:rsidR="00B35435" w:rsidRDefault="002D208E">
            <w:r>
              <w:t>0</w:t>
            </w:r>
          </w:p>
        </w:tc>
        <w:tc>
          <w:tcPr>
            <w:tcW w:w="1234" w:type="dxa"/>
          </w:tcPr>
          <w:p w14:paraId="63A898FF" w14:textId="77777777" w:rsidR="00B35435" w:rsidRDefault="002D208E">
            <w:r>
              <w:t>0</w:t>
            </w:r>
          </w:p>
        </w:tc>
        <w:tc>
          <w:tcPr>
            <w:tcW w:w="1234" w:type="dxa"/>
          </w:tcPr>
          <w:p w14:paraId="560257AF" w14:textId="77777777" w:rsidR="00B35435" w:rsidRDefault="002D208E">
            <w:r>
              <w:t>0</w:t>
            </w:r>
          </w:p>
        </w:tc>
        <w:tc>
          <w:tcPr>
            <w:tcW w:w="1234" w:type="dxa"/>
          </w:tcPr>
          <w:p w14:paraId="32EAC7BD" w14:textId="77777777" w:rsidR="00B35435" w:rsidRDefault="002D208E">
            <w:r>
              <w:t>1 (2.6)</w:t>
            </w:r>
          </w:p>
        </w:tc>
      </w:tr>
      <w:tr w:rsidR="00B35435" w14:paraId="1D9E0726" w14:textId="77777777">
        <w:tc>
          <w:tcPr>
            <w:tcW w:w="1234" w:type="dxa"/>
          </w:tcPr>
          <w:p w14:paraId="5EE98F25" w14:textId="77777777" w:rsidR="00B35435" w:rsidRDefault="002D208E">
            <w:r>
              <w:lastRenderedPageBreak/>
              <w:t>Metal wholesale</w:t>
            </w:r>
          </w:p>
        </w:tc>
        <w:tc>
          <w:tcPr>
            <w:tcW w:w="1234" w:type="dxa"/>
          </w:tcPr>
          <w:p w14:paraId="41255848" w14:textId="77777777" w:rsidR="00B35435" w:rsidRDefault="002D208E">
            <w:r>
              <w:t>0</w:t>
            </w:r>
          </w:p>
        </w:tc>
        <w:tc>
          <w:tcPr>
            <w:tcW w:w="1234" w:type="dxa"/>
          </w:tcPr>
          <w:p w14:paraId="50B893D4" w14:textId="77777777" w:rsidR="00B35435" w:rsidRDefault="002D208E">
            <w:r>
              <w:t>1</w:t>
            </w:r>
          </w:p>
        </w:tc>
        <w:tc>
          <w:tcPr>
            <w:tcW w:w="1234" w:type="dxa"/>
          </w:tcPr>
          <w:p w14:paraId="540C0567" w14:textId="77777777" w:rsidR="00B35435" w:rsidRDefault="002D208E">
            <w:r>
              <w:t>0</w:t>
            </w:r>
          </w:p>
        </w:tc>
        <w:tc>
          <w:tcPr>
            <w:tcW w:w="1234" w:type="dxa"/>
          </w:tcPr>
          <w:p w14:paraId="6C383501" w14:textId="77777777" w:rsidR="00B35435" w:rsidRDefault="002D208E">
            <w:r>
              <w:t>0</w:t>
            </w:r>
          </w:p>
        </w:tc>
        <w:tc>
          <w:tcPr>
            <w:tcW w:w="1234" w:type="dxa"/>
          </w:tcPr>
          <w:p w14:paraId="4356597B" w14:textId="77777777" w:rsidR="00B35435" w:rsidRDefault="002D208E">
            <w:r>
              <w:t>0</w:t>
            </w:r>
          </w:p>
        </w:tc>
        <w:tc>
          <w:tcPr>
            <w:tcW w:w="1234" w:type="dxa"/>
          </w:tcPr>
          <w:p w14:paraId="62B38FBC" w14:textId="77777777" w:rsidR="00B35435" w:rsidRDefault="002D208E">
            <w:r>
              <w:t>1 (2.6)</w:t>
            </w:r>
          </w:p>
        </w:tc>
      </w:tr>
      <w:tr w:rsidR="00B35435" w14:paraId="7EA0D7A0" w14:textId="77777777">
        <w:tc>
          <w:tcPr>
            <w:tcW w:w="1234" w:type="dxa"/>
          </w:tcPr>
          <w:p w14:paraId="52850D34" w14:textId="77777777" w:rsidR="00B35435" w:rsidRDefault="002D208E">
            <w:r>
              <w:t>Entertainment</w:t>
            </w:r>
          </w:p>
        </w:tc>
        <w:tc>
          <w:tcPr>
            <w:tcW w:w="1234" w:type="dxa"/>
          </w:tcPr>
          <w:p w14:paraId="555859E8" w14:textId="77777777" w:rsidR="00B35435" w:rsidRDefault="002D208E">
            <w:r>
              <w:t>0</w:t>
            </w:r>
          </w:p>
        </w:tc>
        <w:tc>
          <w:tcPr>
            <w:tcW w:w="1234" w:type="dxa"/>
          </w:tcPr>
          <w:p w14:paraId="397E0734" w14:textId="77777777" w:rsidR="00B35435" w:rsidRDefault="002D208E">
            <w:r>
              <w:t>0</w:t>
            </w:r>
          </w:p>
        </w:tc>
        <w:tc>
          <w:tcPr>
            <w:tcW w:w="1234" w:type="dxa"/>
          </w:tcPr>
          <w:p w14:paraId="32E71B46" w14:textId="77777777" w:rsidR="00B35435" w:rsidRDefault="002D208E">
            <w:r>
              <w:t>0</w:t>
            </w:r>
          </w:p>
        </w:tc>
        <w:tc>
          <w:tcPr>
            <w:tcW w:w="1234" w:type="dxa"/>
          </w:tcPr>
          <w:p w14:paraId="670E2DE9" w14:textId="77777777" w:rsidR="00B35435" w:rsidRDefault="002D208E">
            <w:r>
              <w:t>1</w:t>
            </w:r>
          </w:p>
        </w:tc>
        <w:tc>
          <w:tcPr>
            <w:tcW w:w="1234" w:type="dxa"/>
          </w:tcPr>
          <w:p w14:paraId="2604298D" w14:textId="77777777" w:rsidR="00B35435" w:rsidRDefault="002D208E">
            <w:r>
              <w:t>0</w:t>
            </w:r>
          </w:p>
        </w:tc>
        <w:tc>
          <w:tcPr>
            <w:tcW w:w="1234" w:type="dxa"/>
          </w:tcPr>
          <w:p w14:paraId="08BABAE7" w14:textId="77777777" w:rsidR="00B35435" w:rsidRDefault="002D208E">
            <w:r>
              <w:t>1 (2.6)</w:t>
            </w:r>
          </w:p>
        </w:tc>
      </w:tr>
      <w:tr w:rsidR="00B35435" w14:paraId="6CB613D1" w14:textId="77777777">
        <w:tc>
          <w:tcPr>
            <w:tcW w:w="1234" w:type="dxa"/>
          </w:tcPr>
          <w:p w14:paraId="7B7D1FAA" w14:textId="77777777" w:rsidR="00B35435" w:rsidRDefault="002D208E">
            <w:r>
              <w:t>Facility provision</w:t>
            </w:r>
          </w:p>
        </w:tc>
        <w:tc>
          <w:tcPr>
            <w:tcW w:w="1234" w:type="dxa"/>
          </w:tcPr>
          <w:p w14:paraId="0A34B76B" w14:textId="77777777" w:rsidR="00B35435" w:rsidRDefault="002D208E">
            <w:r>
              <w:t>0</w:t>
            </w:r>
          </w:p>
        </w:tc>
        <w:tc>
          <w:tcPr>
            <w:tcW w:w="1234" w:type="dxa"/>
          </w:tcPr>
          <w:p w14:paraId="236D44B0" w14:textId="77777777" w:rsidR="00B35435" w:rsidRDefault="002D208E">
            <w:r>
              <w:t>1</w:t>
            </w:r>
          </w:p>
        </w:tc>
        <w:tc>
          <w:tcPr>
            <w:tcW w:w="1234" w:type="dxa"/>
          </w:tcPr>
          <w:p w14:paraId="31F0CBFC" w14:textId="77777777" w:rsidR="00B35435" w:rsidRDefault="002D208E">
            <w:r>
              <w:t>0</w:t>
            </w:r>
          </w:p>
        </w:tc>
        <w:tc>
          <w:tcPr>
            <w:tcW w:w="1234" w:type="dxa"/>
          </w:tcPr>
          <w:p w14:paraId="7DCE574A" w14:textId="77777777" w:rsidR="00B35435" w:rsidRDefault="002D208E">
            <w:r>
              <w:t>0</w:t>
            </w:r>
          </w:p>
        </w:tc>
        <w:tc>
          <w:tcPr>
            <w:tcW w:w="1234" w:type="dxa"/>
          </w:tcPr>
          <w:p w14:paraId="6FF79C6E" w14:textId="77777777" w:rsidR="00B35435" w:rsidRDefault="002D208E">
            <w:r>
              <w:t>0</w:t>
            </w:r>
          </w:p>
        </w:tc>
        <w:tc>
          <w:tcPr>
            <w:tcW w:w="1234" w:type="dxa"/>
          </w:tcPr>
          <w:p w14:paraId="09390D0B" w14:textId="77777777" w:rsidR="00B35435" w:rsidRDefault="002D208E">
            <w:r>
              <w:t>1 (2.6)</w:t>
            </w:r>
          </w:p>
        </w:tc>
      </w:tr>
      <w:tr w:rsidR="00B35435" w14:paraId="18863B07" w14:textId="77777777">
        <w:tc>
          <w:tcPr>
            <w:tcW w:w="1234" w:type="dxa"/>
          </w:tcPr>
          <w:p w14:paraId="20233B4E" w14:textId="77777777" w:rsidR="00B35435" w:rsidRDefault="002D208E">
            <w:r>
              <w:t>Holding company</w:t>
            </w:r>
          </w:p>
        </w:tc>
        <w:tc>
          <w:tcPr>
            <w:tcW w:w="1234" w:type="dxa"/>
          </w:tcPr>
          <w:p w14:paraId="02A6D4EA" w14:textId="77777777" w:rsidR="00B35435" w:rsidRDefault="002D208E">
            <w:r>
              <w:t>0</w:t>
            </w:r>
          </w:p>
        </w:tc>
        <w:tc>
          <w:tcPr>
            <w:tcW w:w="1234" w:type="dxa"/>
          </w:tcPr>
          <w:p w14:paraId="5542C39D" w14:textId="77777777" w:rsidR="00B35435" w:rsidRDefault="002D208E">
            <w:r>
              <w:t>1</w:t>
            </w:r>
          </w:p>
        </w:tc>
        <w:tc>
          <w:tcPr>
            <w:tcW w:w="1234" w:type="dxa"/>
          </w:tcPr>
          <w:p w14:paraId="7D573720" w14:textId="77777777" w:rsidR="00B35435" w:rsidRDefault="002D208E">
            <w:r>
              <w:t>0</w:t>
            </w:r>
          </w:p>
        </w:tc>
        <w:tc>
          <w:tcPr>
            <w:tcW w:w="1234" w:type="dxa"/>
          </w:tcPr>
          <w:p w14:paraId="15EAB659" w14:textId="77777777" w:rsidR="00B35435" w:rsidRDefault="002D208E">
            <w:r>
              <w:t>0</w:t>
            </w:r>
          </w:p>
        </w:tc>
        <w:tc>
          <w:tcPr>
            <w:tcW w:w="1234" w:type="dxa"/>
          </w:tcPr>
          <w:p w14:paraId="68622136" w14:textId="77777777" w:rsidR="00B35435" w:rsidRDefault="002D208E">
            <w:r>
              <w:t>0</w:t>
            </w:r>
          </w:p>
        </w:tc>
        <w:tc>
          <w:tcPr>
            <w:tcW w:w="1234" w:type="dxa"/>
          </w:tcPr>
          <w:p w14:paraId="17A10D41" w14:textId="77777777" w:rsidR="00B35435" w:rsidRDefault="002D208E">
            <w:r>
              <w:t>1 (2.6)</w:t>
            </w:r>
          </w:p>
        </w:tc>
      </w:tr>
      <w:tr w:rsidR="00B35435" w14:paraId="319D2FFF" w14:textId="77777777">
        <w:tc>
          <w:tcPr>
            <w:tcW w:w="1234" w:type="dxa"/>
          </w:tcPr>
          <w:p w14:paraId="709328CC" w14:textId="77777777" w:rsidR="00B35435" w:rsidRDefault="002D208E">
            <w:r>
              <w:t>Vehicle transport / body repair</w:t>
            </w:r>
          </w:p>
        </w:tc>
        <w:tc>
          <w:tcPr>
            <w:tcW w:w="1234" w:type="dxa"/>
          </w:tcPr>
          <w:p w14:paraId="58910F39" w14:textId="77777777" w:rsidR="00B35435" w:rsidRDefault="002D208E">
            <w:r>
              <w:t>0</w:t>
            </w:r>
          </w:p>
        </w:tc>
        <w:tc>
          <w:tcPr>
            <w:tcW w:w="1234" w:type="dxa"/>
          </w:tcPr>
          <w:p w14:paraId="5001D3F3" w14:textId="77777777" w:rsidR="00B35435" w:rsidRDefault="002D208E">
            <w:r>
              <w:t>1</w:t>
            </w:r>
          </w:p>
        </w:tc>
        <w:tc>
          <w:tcPr>
            <w:tcW w:w="1234" w:type="dxa"/>
          </w:tcPr>
          <w:p w14:paraId="712CEDBC" w14:textId="77777777" w:rsidR="00B35435" w:rsidRDefault="002D208E">
            <w:r>
              <w:t>0</w:t>
            </w:r>
          </w:p>
        </w:tc>
        <w:tc>
          <w:tcPr>
            <w:tcW w:w="1234" w:type="dxa"/>
          </w:tcPr>
          <w:p w14:paraId="63A94B0B" w14:textId="77777777" w:rsidR="00B35435" w:rsidRDefault="002D208E">
            <w:r>
              <w:t>0</w:t>
            </w:r>
          </w:p>
        </w:tc>
        <w:tc>
          <w:tcPr>
            <w:tcW w:w="1234" w:type="dxa"/>
          </w:tcPr>
          <w:p w14:paraId="70B0C7AD" w14:textId="77777777" w:rsidR="00B35435" w:rsidRDefault="002D208E">
            <w:r>
              <w:t>0</w:t>
            </w:r>
          </w:p>
        </w:tc>
        <w:tc>
          <w:tcPr>
            <w:tcW w:w="1234" w:type="dxa"/>
          </w:tcPr>
          <w:p w14:paraId="48E91A27" w14:textId="77777777" w:rsidR="00B35435" w:rsidRDefault="002D208E">
            <w:r>
              <w:t>1 (2.6)</w:t>
            </w:r>
          </w:p>
        </w:tc>
      </w:tr>
      <w:tr w:rsidR="00B35435" w14:paraId="7D67FC50" w14:textId="77777777">
        <w:tc>
          <w:tcPr>
            <w:tcW w:w="1234" w:type="dxa"/>
          </w:tcPr>
          <w:p w14:paraId="76471DB4" w14:textId="77777777" w:rsidR="00B35435" w:rsidRDefault="002D208E">
            <w:r>
              <w:t>Accommodation</w:t>
            </w:r>
          </w:p>
        </w:tc>
        <w:tc>
          <w:tcPr>
            <w:tcW w:w="1234" w:type="dxa"/>
          </w:tcPr>
          <w:p w14:paraId="214B7AF4" w14:textId="77777777" w:rsidR="00B35435" w:rsidRDefault="002D208E">
            <w:r>
              <w:t>0</w:t>
            </w:r>
          </w:p>
        </w:tc>
        <w:tc>
          <w:tcPr>
            <w:tcW w:w="1234" w:type="dxa"/>
          </w:tcPr>
          <w:p w14:paraId="67B8A028" w14:textId="77777777" w:rsidR="00B35435" w:rsidRDefault="002D208E">
            <w:r>
              <w:t>0</w:t>
            </w:r>
          </w:p>
        </w:tc>
        <w:tc>
          <w:tcPr>
            <w:tcW w:w="1234" w:type="dxa"/>
          </w:tcPr>
          <w:p w14:paraId="30E4FD3E" w14:textId="77777777" w:rsidR="00B35435" w:rsidRDefault="002D208E">
            <w:r>
              <w:t>0</w:t>
            </w:r>
          </w:p>
        </w:tc>
        <w:tc>
          <w:tcPr>
            <w:tcW w:w="1234" w:type="dxa"/>
          </w:tcPr>
          <w:p w14:paraId="5BD3FDC7" w14:textId="77777777" w:rsidR="00B35435" w:rsidRDefault="002D208E">
            <w:r>
              <w:t>1</w:t>
            </w:r>
          </w:p>
        </w:tc>
        <w:tc>
          <w:tcPr>
            <w:tcW w:w="1234" w:type="dxa"/>
          </w:tcPr>
          <w:p w14:paraId="6EBB955B" w14:textId="77777777" w:rsidR="00B35435" w:rsidRDefault="002D208E">
            <w:r>
              <w:t>0</w:t>
            </w:r>
          </w:p>
        </w:tc>
        <w:tc>
          <w:tcPr>
            <w:tcW w:w="1234" w:type="dxa"/>
          </w:tcPr>
          <w:p w14:paraId="2D5DAAA3" w14:textId="77777777" w:rsidR="00B35435" w:rsidRDefault="002D208E">
            <w:r>
              <w:t>1 (2.6)</w:t>
            </w:r>
          </w:p>
        </w:tc>
      </w:tr>
      <w:tr w:rsidR="00B35435" w14:paraId="2FDF4690" w14:textId="77777777">
        <w:tc>
          <w:tcPr>
            <w:tcW w:w="1234" w:type="dxa"/>
          </w:tcPr>
          <w:p w14:paraId="194785BF" w14:textId="77777777" w:rsidR="00B35435" w:rsidRDefault="002D208E">
            <w:r>
              <w:t>Total n (%)</w:t>
            </w:r>
          </w:p>
        </w:tc>
        <w:tc>
          <w:tcPr>
            <w:tcW w:w="1234" w:type="dxa"/>
          </w:tcPr>
          <w:p w14:paraId="67E2AD73" w14:textId="77777777" w:rsidR="00B35435" w:rsidRDefault="002D208E">
            <w:r>
              <w:t>12 (31.6)</w:t>
            </w:r>
          </w:p>
        </w:tc>
        <w:tc>
          <w:tcPr>
            <w:tcW w:w="1234" w:type="dxa"/>
          </w:tcPr>
          <w:p w14:paraId="7E251666" w14:textId="77777777" w:rsidR="00B35435" w:rsidRDefault="002D208E">
            <w:r>
              <w:t>17 (44.7)</w:t>
            </w:r>
          </w:p>
        </w:tc>
        <w:tc>
          <w:tcPr>
            <w:tcW w:w="1234" w:type="dxa"/>
          </w:tcPr>
          <w:p w14:paraId="6FD95065" w14:textId="77777777" w:rsidR="00B35435" w:rsidRDefault="002D208E">
            <w:r>
              <w:t>5 (13.2)</w:t>
            </w:r>
          </w:p>
        </w:tc>
        <w:tc>
          <w:tcPr>
            <w:tcW w:w="1234" w:type="dxa"/>
          </w:tcPr>
          <w:p w14:paraId="7EEE30F1" w14:textId="77777777" w:rsidR="00B35435" w:rsidRDefault="002D208E">
            <w:r>
              <w:t>3 (7.9)</w:t>
            </w:r>
          </w:p>
        </w:tc>
        <w:tc>
          <w:tcPr>
            <w:tcW w:w="1234" w:type="dxa"/>
          </w:tcPr>
          <w:p w14:paraId="12D8904E" w14:textId="77777777" w:rsidR="00B35435" w:rsidRDefault="002D208E">
            <w:r>
              <w:t>1 (2.6)</w:t>
            </w:r>
          </w:p>
        </w:tc>
        <w:tc>
          <w:tcPr>
            <w:tcW w:w="1234" w:type="dxa"/>
          </w:tcPr>
          <w:p w14:paraId="1924B277" w14:textId="77777777" w:rsidR="00B35435" w:rsidRDefault="002D208E">
            <w:r>
              <w:t>38 (100)</w:t>
            </w:r>
          </w:p>
        </w:tc>
      </w:tr>
    </w:tbl>
    <w:p w14:paraId="6B4B5FC4" w14:textId="77777777" w:rsidR="00C55F5C" w:rsidRDefault="00C55F5C"/>
    <w:p w14:paraId="712EF1A5" w14:textId="77777777" w:rsidR="004F3AA9" w:rsidRDefault="004F3AA9"/>
    <w:p w14:paraId="6A546C21" w14:textId="4927C457" w:rsidR="004F3AA9" w:rsidRPr="00B753E6" w:rsidRDefault="004F3AA9" w:rsidP="00B753E6">
      <w:pPr>
        <w:spacing w:before="100" w:beforeAutospacing="1" w:after="100" w:afterAutospacing="1" w:line="480" w:lineRule="auto"/>
        <w:ind w:leftChars="64" w:left="141"/>
        <w:outlineLvl w:val="1"/>
        <w:rPr>
          <w:rFonts w:ascii="Times New Roman" w:eastAsia="ＭＳ Ｐゴシック" w:hAnsi="Times New Roman" w:cs="Times New Roman"/>
          <w:color w:val="000000"/>
          <w:sz w:val="24"/>
          <w:szCs w:val="24"/>
          <w:lang w:eastAsia="ja-JP"/>
        </w:rPr>
      </w:pPr>
      <w:r w:rsidRPr="00667493">
        <w:rPr>
          <w:rFonts w:ascii="Times New Roman" w:eastAsia="ＭＳ Ｐゴシック" w:hAnsi="Times New Roman" w:cs="Times New Roman"/>
          <w:color w:val="000000"/>
          <w:sz w:val="24"/>
          <w:szCs w:val="24"/>
        </w:rPr>
        <w:t>Additional file</w:t>
      </w:r>
      <w:r w:rsidR="00B753E6">
        <w:rPr>
          <w:rFonts w:ascii="Times New Roman" w:eastAsia="ＭＳ Ｐゴシック" w:hAnsi="Times New Roman" w:cs="Times New Roman"/>
          <w:color w:val="000000"/>
          <w:sz w:val="24"/>
          <w:szCs w:val="24"/>
        </w:rPr>
        <w:t xml:space="preserve"> </w:t>
      </w:r>
      <w:r w:rsidR="00B30F83">
        <w:rPr>
          <w:rFonts w:ascii="Times New Roman" w:eastAsia="ＭＳ Ｐゴシック" w:hAnsi="Times New Roman" w:cs="Times New Roman"/>
          <w:color w:val="000000"/>
          <w:sz w:val="24"/>
          <w:szCs w:val="24"/>
        </w:rPr>
        <w:t>2</w:t>
      </w:r>
      <w:r w:rsidR="00B753E6">
        <w:rPr>
          <w:rFonts w:ascii="Times New Roman" w:eastAsia="ＭＳ Ｐゴシック" w:hAnsi="Times New Roman" w:cs="Times New Roman"/>
          <w:color w:val="000000"/>
          <w:sz w:val="24"/>
          <w:szCs w:val="24"/>
        </w:rPr>
        <w:t xml:space="preserve">: </w:t>
      </w:r>
      <w:r w:rsidR="00B8480D" w:rsidRPr="00B8480D">
        <w:rPr>
          <w:rFonts w:ascii="Times New Roman" w:eastAsia="ＭＳ Ｐゴシック" w:hAnsi="Times New Roman" w:cs="Times New Roman"/>
          <w:color w:val="0E0E0E"/>
          <w:sz w:val="24"/>
          <w:szCs w:val="24"/>
          <w:lang w:eastAsia="ja-JP"/>
        </w:rPr>
        <w:t xml:space="preserve">Thematic summary of free-text responses from </w:t>
      </w:r>
      <w:r w:rsidR="00D20975">
        <w:rPr>
          <w:rFonts w:ascii="Times New Roman" w:eastAsia="ＭＳ Ｐゴシック" w:hAnsi="Times New Roman" w:cs="Times New Roman"/>
          <w:color w:val="0E0E0E"/>
          <w:sz w:val="24"/>
          <w:szCs w:val="24"/>
          <w:lang w:eastAsia="ja-JP"/>
        </w:rPr>
        <w:t>patients</w:t>
      </w:r>
    </w:p>
    <w:p w14:paraId="43C518B0" w14:textId="77777777" w:rsidR="004F3AA9" w:rsidRDefault="004F3AA9" w:rsidP="008F09EE">
      <w:pPr>
        <w:spacing w:before="100" w:beforeAutospacing="1" w:after="100" w:afterAutospacing="1" w:line="480" w:lineRule="auto"/>
        <w:rPr>
          <w:rFonts w:ascii="Times New Roman" w:eastAsia="ＭＳ Ｐゴシック" w:hAnsi="Times New Roman" w:cs="Times New Roman"/>
          <w:color w:val="000000"/>
          <w:sz w:val="24"/>
          <w:szCs w:val="24"/>
        </w:rPr>
      </w:pPr>
      <w:r w:rsidRPr="00667493">
        <w:rPr>
          <w:rFonts w:ascii="Times New Roman" w:eastAsia="ＭＳ Ｐゴシック" w:hAnsi="Times New Roman" w:cs="Times New Roman"/>
          <w:color w:val="000000"/>
          <w:sz w:val="24"/>
          <w:szCs w:val="24"/>
        </w:rPr>
        <w:t>Free-text responses from individuals undergoing infertility treatment highlighted several areas for governmental support. These included the introduction of special leave for infertility treatment, financial subsidies during leave, and financial assistance for employers. Respondents also emphasized the need for financial security during treatment, including compensation for treatment-related expenses and wage loss. Removal of age restrictions for public subsidy programs was requested. Additionally, participants called for improved dissemination of information regarding available support systems and clearer guidance for employers. Increased outreach to small and medium-sized enterprises and broader support for work–life balance, beyond infertility treatment alone, were also suggested.</w:t>
      </w:r>
    </w:p>
    <w:p w14:paraId="523348CD" w14:textId="77777777" w:rsidR="004F3AA9" w:rsidRPr="00667493" w:rsidRDefault="004F3AA9" w:rsidP="004348C5">
      <w:pPr>
        <w:spacing w:before="100" w:beforeAutospacing="1" w:after="100" w:afterAutospacing="1" w:line="480" w:lineRule="auto"/>
        <w:rPr>
          <w:rFonts w:ascii="Times New Roman" w:eastAsia="ＭＳ Ｐゴシック" w:hAnsi="Times New Roman" w:cs="Times New Roman"/>
          <w:color w:val="000000"/>
          <w:sz w:val="24"/>
          <w:szCs w:val="24"/>
          <w:lang w:eastAsia="ja-JP"/>
        </w:rPr>
      </w:pPr>
    </w:p>
    <w:p w14:paraId="0D4B3980" w14:textId="4201E797" w:rsidR="004F3AA9" w:rsidRPr="00667493" w:rsidRDefault="004F3AA9" w:rsidP="00864EFA">
      <w:pPr>
        <w:spacing w:before="100" w:beforeAutospacing="1" w:after="100" w:afterAutospacing="1" w:line="480" w:lineRule="auto"/>
        <w:ind w:leftChars="64" w:left="141"/>
        <w:outlineLvl w:val="1"/>
        <w:rPr>
          <w:rFonts w:ascii="Times New Roman" w:eastAsia="ＭＳ Ｐゴシック" w:hAnsi="Times New Roman" w:cs="Times New Roman"/>
          <w:color w:val="000000"/>
          <w:sz w:val="24"/>
          <w:szCs w:val="24"/>
          <w:lang w:eastAsia="ja-JP"/>
        </w:rPr>
      </w:pPr>
      <w:r w:rsidRPr="00667493">
        <w:rPr>
          <w:rFonts w:ascii="Times New Roman" w:eastAsia="ＭＳ Ｐゴシック" w:hAnsi="Times New Roman" w:cs="Times New Roman"/>
          <w:color w:val="000000"/>
          <w:sz w:val="24"/>
          <w:szCs w:val="24"/>
        </w:rPr>
        <w:lastRenderedPageBreak/>
        <w:t xml:space="preserve">Additional file </w:t>
      </w:r>
      <w:r w:rsidR="00B30F83">
        <w:rPr>
          <w:rFonts w:ascii="Times New Roman" w:eastAsia="ＭＳ Ｐゴシック" w:hAnsi="Times New Roman" w:cs="Times New Roman"/>
          <w:color w:val="000000"/>
          <w:sz w:val="24"/>
          <w:szCs w:val="24"/>
        </w:rPr>
        <w:t>3</w:t>
      </w:r>
      <w:r w:rsidR="00864EFA">
        <w:rPr>
          <w:rFonts w:ascii="Times New Roman" w:eastAsia="ＭＳ Ｐゴシック" w:hAnsi="Times New Roman" w:cs="Times New Roman"/>
          <w:color w:val="000000"/>
          <w:sz w:val="24"/>
          <w:szCs w:val="24"/>
        </w:rPr>
        <w:t xml:space="preserve">: </w:t>
      </w:r>
      <w:r w:rsidRPr="00667493">
        <w:rPr>
          <w:rFonts w:ascii="Times New Roman" w:eastAsia="ＭＳ Ｐゴシック" w:hAnsi="Times New Roman" w:cs="Times New Roman"/>
          <w:color w:val="000000"/>
          <w:sz w:val="24"/>
          <w:szCs w:val="24"/>
        </w:rPr>
        <w:t>Free-text responses from employers regarding support for employees undergoing infertility treatment</w:t>
      </w:r>
    </w:p>
    <w:p w14:paraId="19E98944" w14:textId="77777777" w:rsidR="004F3AA9" w:rsidRPr="00667493" w:rsidRDefault="004F3AA9" w:rsidP="004348C5">
      <w:pPr>
        <w:spacing w:before="100" w:beforeAutospacing="1" w:after="100" w:afterAutospacing="1" w:line="480" w:lineRule="auto"/>
        <w:ind w:leftChars="64" w:left="141"/>
        <w:rPr>
          <w:rFonts w:ascii="Times New Roman" w:eastAsia="ＭＳ Ｐゴシック" w:hAnsi="Times New Roman" w:cs="Times New Roman"/>
          <w:color w:val="000000"/>
          <w:sz w:val="24"/>
          <w:szCs w:val="24"/>
        </w:rPr>
      </w:pPr>
    </w:p>
    <w:p w14:paraId="2F43BE29" w14:textId="77777777" w:rsidR="004F3AA9" w:rsidRPr="00667493" w:rsidRDefault="004F3AA9" w:rsidP="004348C5">
      <w:pPr>
        <w:spacing w:before="100" w:beforeAutospacing="1" w:after="100" w:afterAutospacing="1" w:line="480" w:lineRule="auto"/>
        <w:ind w:leftChars="64" w:left="141"/>
        <w:rPr>
          <w:rFonts w:ascii="Times New Roman" w:eastAsia="ＭＳ Ｐゴシック" w:hAnsi="Times New Roman" w:cs="Times New Roman"/>
          <w:color w:val="000000"/>
          <w:sz w:val="24"/>
          <w:szCs w:val="24"/>
        </w:rPr>
      </w:pPr>
      <w:r w:rsidRPr="00667493">
        <w:rPr>
          <w:rFonts w:ascii="Times New Roman" w:eastAsia="ＭＳ Ｐゴシック" w:hAnsi="Times New Roman" w:cs="Times New Roman"/>
          <w:color w:val="000000"/>
          <w:sz w:val="24"/>
          <w:szCs w:val="24"/>
        </w:rPr>
        <w:t>Employers’ free-text responses reflected a general willingness to support employees undergoing infertility treatment, particularly in the context of declining birth rates. Respondents noted the need for better internal dissemination of relevant policies and the development of training programs. Raising awareness among both male and female employees was also identified as important. At the same time, employers expressed difficulty in actively addressing infertility treatment due to its private nature, as well as uncertainty stemming from the absence of prior cases or established precedents.</w:t>
      </w:r>
    </w:p>
    <w:p w14:paraId="64C6B839" w14:textId="3F6F1812" w:rsidR="004F3AA9" w:rsidRDefault="004F3AA9"/>
    <w:sectPr w:rsidR="004F3AA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明朝">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ＭＳ Ｐゴシック">
    <w:panose1 w:val="020B0600070205080204"/>
    <w:charset w:val="80"/>
    <w:family w:val="swiss"/>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B7A79B6"/>
    <w:multiLevelType w:val="hybridMultilevel"/>
    <w:tmpl w:val="1766F77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65757745"/>
    <w:multiLevelType w:val="multilevel"/>
    <w:tmpl w:val="E822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6303588">
    <w:abstractNumId w:val="8"/>
  </w:num>
  <w:num w:numId="2" w16cid:durableId="1093935795">
    <w:abstractNumId w:val="6"/>
  </w:num>
  <w:num w:numId="3" w16cid:durableId="292174954">
    <w:abstractNumId w:val="5"/>
  </w:num>
  <w:num w:numId="4" w16cid:durableId="730731596">
    <w:abstractNumId w:val="4"/>
  </w:num>
  <w:num w:numId="5" w16cid:durableId="67578351">
    <w:abstractNumId w:val="7"/>
  </w:num>
  <w:num w:numId="6" w16cid:durableId="1730377834">
    <w:abstractNumId w:val="3"/>
  </w:num>
  <w:num w:numId="7" w16cid:durableId="888614491">
    <w:abstractNumId w:val="2"/>
  </w:num>
  <w:num w:numId="8" w16cid:durableId="1381202573">
    <w:abstractNumId w:val="1"/>
  </w:num>
  <w:num w:numId="9" w16cid:durableId="1981768472">
    <w:abstractNumId w:val="0"/>
  </w:num>
  <w:num w:numId="10" w16cid:durableId="688987813">
    <w:abstractNumId w:val="10"/>
  </w:num>
  <w:num w:numId="11" w16cid:durableId="4064181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F64BD"/>
    <w:rsid w:val="0029639D"/>
    <w:rsid w:val="002D208E"/>
    <w:rsid w:val="0032336E"/>
    <w:rsid w:val="00326F90"/>
    <w:rsid w:val="004348C5"/>
    <w:rsid w:val="004C15F0"/>
    <w:rsid w:val="004F3AA9"/>
    <w:rsid w:val="00545DA7"/>
    <w:rsid w:val="00640889"/>
    <w:rsid w:val="00667493"/>
    <w:rsid w:val="00671AD8"/>
    <w:rsid w:val="008514A5"/>
    <w:rsid w:val="00864EFA"/>
    <w:rsid w:val="00866480"/>
    <w:rsid w:val="00890F30"/>
    <w:rsid w:val="008F09EE"/>
    <w:rsid w:val="00A03165"/>
    <w:rsid w:val="00A47F9E"/>
    <w:rsid w:val="00AA1D8D"/>
    <w:rsid w:val="00B30F83"/>
    <w:rsid w:val="00B35435"/>
    <w:rsid w:val="00B47730"/>
    <w:rsid w:val="00B753E6"/>
    <w:rsid w:val="00B83729"/>
    <w:rsid w:val="00B8480D"/>
    <w:rsid w:val="00BB623D"/>
    <w:rsid w:val="00BB676B"/>
    <w:rsid w:val="00C55F5C"/>
    <w:rsid w:val="00CB0664"/>
    <w:rsid w:val="00D20975"/>
    <w:rsid w:val="00D43A32"/>
    <w:rsid w:val="00E11EF1"/>
    <w:rsid w:val="00E97F0D"/>
    <w:rsid w:val="00EC13AD"/>
    <w:rsid w:val="00F267E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24062061"/>
  <w14:defaultImageDpi w14:val="300"/>
  <w15:docId w15:val="{CF2AAB88-5DEF-F342-86E4-80940CE71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B676B"/>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465</Words>
  <Characters>2255</Characters>
  <Application>Microsoft Office Word</Application>
  <DocSecurity>0</DocSecurity>
  <Lines>225</Lines>
  <Paragraphs>194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Keiko MEKARU</cp:lastModifiedBy>
  <cp:revision>26</cp:revision>
  <dcterms:created xsi:type="dcterms:W3CDTF">2013-12-23T23:15:00Z</dcterms:created>
  <dcterms:modified xsi:type="dcterms:W3CDTF">2026-03-22T10:24:00Z</dcterms:modified>
  <cp:category/>
</cp:coreProperties>
</file>