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560F9" w14:textId="77777777" w:rsidR="00594819" w:rsidRDefault="009C7D83">
      <w:pPr>
        <w:jc w:val="center"/>
      </w:pPr>
      <w:r>
        <w:rPr>
          <w:b/>
          <w:sz w:val="32"/>
        </w:rPr>
        <w:t>Supplementary Material (Code &amp; Reproducibility Notes)</w:t>
      </w:r>
    </w:p>
    <w:p w14:paraId="7E9607BF" w14:textId="77777777" w:rsidR="00594819" w:rsidRDefault="009C7D83">
      <w:pPr>
        <w:jc w:val="center"/>
      </w:pPr>
      <w:r>
        <w:rPr>
          <w:i/>
        </w:rPr>
        <w:t>Integrating Data Mining Methods into Smart Drone Systems for Supporting Visually Impaired Users</w:t>
      </w:r>
    </w:p>
    <w:p w14:paraId="5CB41BAD" w14:textId="77777777" w:rsidR="00594819" w:rsidRDefault="00594819"/>
    <w:p w14:paraId="0496AE44" w14:textId="77777777" w:rsidR="00594819" w:rsidRDefault="009C7D83">
      <w:r>
        <w:t xml:space="preserve">This document provides reference implementation code and reproducibility notes for the </w:t>
      </w:r>
      <w:r>
        <w:t>analytics pipeline described in the manuscript. The code is written to be lightweight and suitable for edge-style processing and scenario-based simulations. Readers may adapt modules and parameters to their specific UAV platform, sensor suite (RGB/depth/GP</w:t>
      </w:r>
      <w:r>
        <w:t>S/IMU), and regulatory constraints.</w:t>
      </w:r>
    </w:p>
    <w:p w14:paraId="23A82831" w14:textId="77777777" w:rsidR="00594819" w:rsidRDefault="009C7D83">
      <w:pPr>
        <w:pStyle w:val="Heading1"/>
      </w:pPr>
      <w:r>
        <w:t>S1. Contents</w:t>
      </w:r>
    </w:p>
    <w:p w14:paraId="051AB034" w14:textId="77777777" w:rsidR="00594819" w:rsidRDefault="009C7D83">
      <w:r>
        <w:t>S2. Environment and Dependencies</w:t>
      </w:r>
      <w:r>
        <w:br/>
        <w:t>S3. Data Format and Preprocessing</w:t>
      </w:r>
      <w:r>
        <w:br/>
        <w:t>S4. Feature Extraction</w:t>
      </w:r>
      <w:r>
        <w:br/>
        <w:t>S5. Clustering for Walkable-Area Identification</w:t>
      </w:r>
      <w:r>
        <w:br/>
        <w:t>S6. Classification for Obstacle Semantics</w:t>
      </w:r>
      <w:r>
        <w:br/>
        <w:t>S7. Anomaly Detection for R</w:t>
      </w:r>
      <w:r>
        <w:t>isk Handling</w:t>
      </w:r>
      <w:r>
        <w:br/>
        <w:t>S8. End-to-End Simulation Loop and Metrics</w:t>
      </w:r>
      <w:r>
        <w:br/>
        <w:t>S9. Governance: Logging, Privacy Controls, and Explanations</w:t>
      </w:r>
      <w:r>
        <w:br/>
        <w:t>S10. How to Run</w:t>
      </w:r>
    </w:p>
    <w:p w14:paraId="6BE66A8B" w14:textId="77777777" w:rsidR="00594819" w:rsidRDefault="009C7D83">
      <w:pPr>
        <w:pStyle w:val="Heading1"/>
      </w:pPr>
      <w:r>
        <w:t>S2. Environment and Dependencies</w:t>
      </w:r>
    </w:p>
    <w:p w14:paraId="0192446C" w14:textId="77777777" w:rsidR="00594819" w:rsidRDefault="009C7D83">
      <w:r>
        <w:t>Reference environment (tested locally):</w:t>
      </w:r>
    </w:p>
    <w:p w14:paraId="63578254" w14:textId="77777777" w:rsidR="00594819" w:rsidRDefault="009C7D83">
      <w:pPr>
        <w:pStyle w:val="ListBullet"/>
      </w:pPr>
      <w:r>
        <w:t>Python 3.10+ (or 3.9+)</w:t>
      </w:r>
    </w:p>
    <w:p w14:paraId="2F2FB8F8" w14:textId="77777777" w:rsidR="00594819" w:rsidRDefault="009C7D83">
      <w:pPr>
        <w:pStyle w:val="ListBullet"/>
      </w:pPr>
      <w:r>
        <w:t>NumPy, SciPy</w:t>
      </w:r>
    </w:p>
    <w:p w14:paraId="54D7C8FA" w14:textId="77777777" w:rsidR="00594819" w:rsidRDefault="009C7D83">
      <w:pPr>
        <w:pStyle w:val="ListBullet"/>
      </w:pPr>
      <w:r>
        <w:t>scikit-learn (c</w:t>
      </w:r>
      <w:r>
        <w:t>lustering, classical ML, anomaly detection)</w:t>
      </w:r>
    </w:p>
    <w:p w14:paraId="7545F236" w14:textId="77777777" w:rsidR="00594819" w:rsidRDefault="009C7D83">
      <w:pPr>
        <w:pStyle w:val="ListBullet"/>
      </w:pPr>
      <w:r>
        <w:t>OpenCV-python (optional, for image-based features)</w:t>
      </w:r>
    </w:p>
    <w:p w14:paraId="176A0831" w14:textId="77777777" w:rsidR="00594819" w:rsidRDefault="009C7D83">
      <w:pPr>
        <w:pStyle w:val="ListBullet"/>
      </w:pPr>
      <w:r>
        <w:t>pandas (optional, for tabular logging and reporting)</w:t>
      </w:r>
    </w:p>
    <w:p w14:paraId="59C8FBF8" w14:textId="77777777" w:rsidR="00594819" w:rsidRDefault="009C7D83">
      <w:r>
        <w:t>Install (example):</w:t>
      </w:r>
    </w:p>
    <w:p w14:paraId="0E772D77" w14:textId="77777777" w:rsidR="00594819" w:rsidRDefault="009C7D83">
      <w:pPr>
        <w:pStyle w:val="CodeBlock"/>
      </w:pPr>
      <w:r>
        <w:t>pip install numpy scipy scikit-learn opencv-python pandas</w:t>
      </w:r>
    </w:p>
    <w:p w14:paraId="0D17F5F1" w14:textId="77777777" w:rsidR="00594819" w:rsidRDefault="009C7D83">
      <w:pPr>
        <w:pStyle w:val="Heading1"/>
      </w:pPr>
      <w:r>
        <w:t>S3. Data Format and Preprocessi</w:t>
      </w:r>
      <w:r>
        <w:t>ng</w:t>
      </w:r>
    </w:p>
    <w:p w14:paraId="6B42CB81" w14:textId="77777777" w:rsidR="00594819" w:rsidRDefault="009C7D83">
      <w:r>
        <w:t>The pipeline assumes time-stamped frames from a UAV sensor package. Each frame may include:</w:t>
      </w:r>
    </w:p>
    <w:p w14:paraId="7C861376" w14:textId="77777777" w:rsidR="00594819" w:rsidRDefault="009C7D83">
      <w:pPr>
        <w:pStyle w:val="ListBullet"/>
      </w:pPr>
      <w:r>
        <w:t>RGB image (H×W×3, uint8)</w:t>
      </w:r>
    </w:p>
    <w:p w14:paraId="3EA5A2F5" w14:textId="77777777" w:rsidR="00594819" w:rsidRDefault="009C7D83">
      <w:pPr>
        <w:pStyle w:val="ListBullet"/>
      </w:pPr>
      <w:r>
        <w:t>Depth map (H×W, float32, meters) or point cloud (N×3)</w:t>
      </w:r>
    </w:p>
    <w:p w14:paraId="73696C0A" w14:textId="77777777" w:rsidR="00594819" w:rsidRDefault="009C7D83">
      <w:pPr>
        <w:pStyle w:val="ListBullet"/>
      </w:pPr>
      <w:r>
        <w:t>Pose estimate (GPS/IMU): position (x,y,z) and yaw/pitch/roll</w:t>
      </w:r>
    </w:p>
    <w:p w14:paraId="2E62B013" w14:textId="77777777" w:rsidR="00594819" w:rsidRDefault="009C7D83">
      <w:pPr>
        <w:pStyle w:val="ListBullet"/>
      </w:pPr>
      <w:r>
        <w:t>Optional detections/t</w:t>
      </w:r>
      <w:r>
        <w:t>racks from a detector (for edge constraints)</w:t>
      </w:r>
    </w:p>
    <w:p w14:paraId="1B0986DF" w14:textId="77777777" w:rsidR="00594819" w:rsidRDefault="009C7D83">
      <w:r>
        <w:lastRenderedPageBreak/>
        <w:t>Preprocessing steps used in the simulations: (i) temporal alignment, (ii) denoising/smoothing, (iii) validity masking for unreliable depth, and (iv) normalization.</w:t>
      </w:r>
    </w:p>
    <w:p w14:paraId="5787D4CE" w14:textId="77777777" w:rsidR="00594819" w:rsidRDefault="009C7D83">
      <w:pPr>
        <w:pStyle w:val="CodeBlock"/>
      </w:pPr>
      <w:r>
        <w:t># --- preprocessing.py ---</w:t>
      </w:r>
      <w:r>
        <w:br/>
        <w:t>import numpy as np</w:t>
      </w:r>
      <w:r>
        <w:br/>
      </w:r>
      <w:r>
        <w:br/>
      </w:r>
      <w:r>
        <w:t>def temporal_align(streams, max_skew_ms=50):</w:t>
      </w:r>
      <w:r>
        <w:br/>
        <w:t xml:space="preserve">    """</w:t>
      </w:r>
      <w:r>
        <w:br/>
        <w:t xml:space="preserve">    Align multiple sensor streams by nearest timestamp.</w:t>
      </w:r>
      <w:r>
        <w:br/>
        <w:t xml:space="preserve">    streams: dict(name -&gt; list of dicts with keys {"t_ms", "data"})</w:t>
      </w:r>
      <w:r>
        <w:br/>
        <w:t xml:space="preserve">    Returns aligned list of dicts {"t_ms", name1:..., name2:...}</w:t>
      </w:r>
      <w:r>
        <w:br/>
        <w:t xml:space="preserve">    """</w:t>
      </w:r>
      <w:r>
        <w:br/>
        <w:t xml:space="preserve">    na</w:t>
      </w:r>
      <w:r>
        <w:t>mes = list(streams.keys())</w:t>
      </w:r>
      <w:r>
        <w:br/>
        <w:t xml:space="preserve">    ref = streams[names[0]]</w:t>
      </w:r>
      <w:r>
        <w:br/>
        <w:t xml:space="preserve">    out = []</w:t>
      </w:r>
      <w:r>
        <w:br/>
        <w:t xml:space="preserve">    for ref_item in ref:</w:t>
      </w:r>
      <w:r>
        <w:br/>
        <w:t xml:space="preserve">        t0 = ref_item["t_ms"]</w:t>
      </w:r>
      <w:r>
        <w:br/>
        <w:t xml:space="preserve">        aligned = {"t_ms": t0, names[0]: ref_item["data"]}</w:t>
      </w:r>
      <w:r>
        <w:br/>
        <w:t xml:space="preserve">        ok = True</w:t>
      </w:r>
      <w:r>
        <w:br/>
        <w:t xml:space="preserve">        for nm in names[1:]:</w:t>
      </w:r>
      <w:r>
        <w:br/>
        <w:t xml:space="preserve">            cand = min(</w:t>
      </w:r>
      <w:r>
        <w:br/>
        <w:t xml:space="preserve">   </w:t>
      </w:r>
      <w:r>
        <w:t xml:space="preserve">             streams[nm],</w:t>
      </w:r>
      <w:r>
        <w:br/>
        <w:t xml:space="preserve">                key=lambda x: abs(x["t_ms"] - t0)</w:t>
      </w:r>
      <w:r>
        <w:br/>
        <w:t xml:space="preserve">            )</w:t>
      </w:r>
      <w:r>
        <w:br/>
        <w:t xml:space="preserve">            if abs(cand["t_ms"] - t0) &gt; max_skew_ms:</w:t>
      </w:r>
      <w:r>
        <w:br/>
        <w:t xml:space="preserve">                ok = False</w:t>
      </w:r>
      <w:r>
        <w:br/>
        <w:t xml:space="preserve">                break</w:t>
      </w:r>
      <w:r>
        <w:br/>
        <w:t xml:space="preserve">            aligned[nm] = cand["data"]</w:t>
      </w:r>
      <w:r>
        <w:br/>
        <w:t xml:space="preserve">        if ok:</w:t>
      </w:r>
      <w:r>
        <w:br/>
        <w:t xml:space="preserve">          </w:t>
      </w:r>
      <w:r>
        <w:t xml:space="preserve">  out.append(aligned)</w:t>
      </w:r>
      <w:r>
        <w:br/>
        <w:t xml:space="preserve">    return out</w:t>
      </w:r>
      <w:r>
        <w:br/>
      </w:r>
      <w:r>
        <w:br/>
        <w:t>def depth_valid_mask(depth_m, zmin=0.3, zmax=12.0):</w:t>
      </w:r>
      <w:r>
        <w:br/>
        <w:t xml:space="preserve">    # Simple validity rules (adjust to sensor)</w:t>
      </w:r>
      <w:r>
        <w:br/>
        <w:t xml:space="preserve">    return np.isfinite(depth_m) &amp; (depth_m &gt;= zmin) &amp; (depth_m &lt;= zmax)</w:t>
      </w:r>
      <w:r>
        <w:br/>
      </w:r>
      <w:r>
        <w:br/>
        <w:t>def smooth_depth(depth_m, mask, k=3):</w:t>
      </w:r>
      <w:r>
        <w:br/>
        <w:t xml:space="preserve">    # Li</w:t>
      </w:r>
      <w:r>
        <w:t>ghtweight neighborhood smoothing (box filter)</w:t>
      </w:r>
      <w:r>
        <w:br/>
        <w:t xml:space="preserve">    # Keeps invalid values untouched</w:t>
      </w:r>
      <w:r>
        <w:br/>
        <w:t xml:space="preserve">    d = depth_m.copy()</w:t>
      </w:r>
      <w:r>
        <w:br/>
        <w:t xml:space="preserve">    H, W = d.shape</w:t>
      </w:r>
      <w:r>
        <w:br/>
        <w:t xml:space="preserve">    pad = k // 2</w:t>
      </w:r>
      <w:r>
        <w:br/>
        <w:t xml:space="preserve">    dp = np.pad(d, pad_width=pad, mode="edge")</w:t>
      </w:r>
      <w:r>
        <w:br/>
        <w:t xml:space="preserve">    mp = np.pad(mask.astype(np.float32), pad_width=pad, mode="edge"</w:t>
      </w:r>
      <w:r>
        <w:t>)</w:t>
      </w:r>
      <w:r>
        <w:br/>
        <w:t xml:space="preserve">    out = np.zeros_like(d)</w:t>
      </w:r>
      <w:r>
        <w:br/>
      </w:r>
      <w:r>
        <w:br/>
        <w:t xml:space="preserve">    for i in range(H):</w:t>
      </w:r>
      <w:r>
        <w:br/>
        <w:t xml:space="preserve">        for j in range(W):</w:t>
      </w:r>
      <w:r>
        <w:br/>
        <w:t xml:space="preserve">            if not mask[i, j]:</w:t>
      </w:r>
      <w:r>
        <w:br/>
        <w:t xml:space="preserve">                out[i, j] = d[i, j]</w:t>
      </w:r>
      <w:r>
        <w:br/>
        <w:t xml:space="preserve">                continue</w:t>
      </w:r>
      <w:r>
        <w:br/>
        <w:t xml:space="preserve">            win = dp[i:i+k, j:j+k]</w:t>
      </w:r>
      <w:r>
        <w:br/>
        <w:t xml:space="preserve">            mwin = mp[i:i+k, j:j+k]</w:t>
      </w:r>
      <w:r>
        <w:br/>
        <w:t xml:space="preserve">            d</w:t>
      </w:r>
      <w:r>
        <w:t>enom = float(mwin.sum())</w:t>
      </w:r>
      <w:r>
        <w:br/>
        <w:t xml:space="preserve">            out[i, j] = float((win * mwin).sum()) / max(denom, 1e-6)</w:t>
      </w:r>
      <w:r>
        <w:br/>
        <w:t xml:space="preserve">    return out</w:t>
      </w:r>
      <w:r>
        <w:br/>
      </w:r>
    </w:p>
    <w:p w14:paraId="10FBBABB" w14:textId="77777777" w:rsidR="00594819" w:rsidRDefault="009C7D83">
      <w:pPr>
        <w:pStyle w:val="Heading1"/>
      </w:pPr>
      <w:r>
        <w:lastRenderedPageBreak/>
        <w:t>S4. Feature Extraction</w:t>
      </w:r>
    </w:p>
    <w:p w14:paraId="24374DE2" w14:textId="77777777" w:rsidR="00594819" w:rsidRDefault="009C7D83">
      <w:r>
        <w:t>For low-latency operation, features are extracted from depth/pose with minimal computation. The basic features used for clu</w:t>
      </w:r>
      <w:r>
        <w:t>stering and risk estimation include:</w:t>
      </w:r>
    </w:p>
    <w:p w14:paraId="78B3A88C" w14:textId="77777777" w:rsidR="00594819" w:rsidRDefault="009C7D83">
      <w:pPr>
        <w:pStyle w:val="ListBullet"/>
      </w:pPr>
      <w:r>
        <w:t>Point coordinates in a local frame (x,y,z) derived from depth or point cloud</w:t>
      </w:r>
    </w:p>
    <w:p w14:paraId="1F55EDB6" w14:textId="77777777" w:rsidR="00594819" w:rsidRDefault="009C7D83">
      <w:pPr>
        <w:pStyle w:val="ListBullet"/>
      </w:pPr>
      <w:r>
        <w:t>Estimated ground-plane height (optional) and slope (optional)</w:t>
      </w:r>
    </w:p>
    <w:p w14:paraId="3E8D137E" w14:textId="77777777" w:rsidR="00594819" w:rsidRDefault="009C7D83">
      <w:pPr>
        <w:pStyle w:val="ListBullet"/>
      </w:pPr>
      <w:r>
        <w:t>Object distance to user corridor, object speed (from short-term tracking)</w:t>
      </w:r>
    </w:p>
    <w:p w14:paraId="4531A157" w14:textId="77777777" w:rsidR="00594819" w:rsidRDefault="009C7D83">
      <w:pPr>
        <w:pStyle w:val="ListBullet"/>
      </w:pPr>
      <w:r>
        <w:t>Free-space score (fraction of valid depth above a threshold in the corridor)</w:t>
      </w:r>
    </w:p>
    <w:p w14:paraId="1C0754E8" w14:textId="77777777" w:rsidR="00594819" w:rsidRDefault="009C7D83">
      <w:pPr>
        <w:pStyle w:val="CodeBlock"/>
      </w:pPr>
      <w:r>
        <w:t># --- features.py ---</w:t>
      </w:r>
      <w:r>
        <w:br/>
        <w:t>import numpy as np</w:t>
      </w:r>
      <w:r>
        <w:br/>
      </w:r>
      <w:r>
        <w:br/>
        <w:t>def depth_to_points(depth_m, fx, fy, cx, cy, mask=None, stride=4):</w:t>
      </w:r>
      <w:r>
        <w:br/>
        <w:t xml:space="preserve">    """</w:t>
      </w:r>
      <w:r>
        <w:br/>
        <w:t xml:space="preserve">    Convert depth map to sparse point cloud in camera frame.</w:t>
      </w:r>
      <w:r>
        <w:br/>
        <w:t xml:space="preserve"> </w:t>
      </w:r>
      <w:r>
        <w:t xml:space="preserve">   stride reduces computation by sub-sampling.</w:t>
      </w:r>
      <w:r>
        <w:br/>
        <w:t xml:space="preserve">    """</w:t>
      </w:r>
      <w:r>
        <w:br/>
        <w:t xml:space="preserve">    H, W = depth_m.shape</w:t>
      </w:r>
      <w:r>
        <w:br/>
        <w:t xml:space="preserve">    ys, xs = np.mgrid[0:H:stride, 0:W:stride]</w:t>
      </w:r>
      <w:r>
        <w:br/>
        <w:t xml:space="preserve">    z = depth_m[ys, xs]</w:t>
      </w:r>
      <w:r>
        <w:br/>
        <w:t xml:space="preserve">    if mask is not None:</w:t>
      </w:r>
      <w:r>
        <w:br/>
        <w:t xml:space="preserve">        m = mask[ys, xs]</w:t>
      </w:r>
      <w:r>
        <w:br/>
        <w:t xml:space="preserve">        xs, ys, z = xs[m], ys[m], z[m]</w:t>
      </w:r>
      <w:r>
        <w:br/>
        <w:t xml:space="preserve">    x = (xs - cx)</w:t>
      </w:r>
      <w:r>
        <w:t xml:space="preserve"> * z / fx</w:t>
      </w:r>
      <w:r>
        <w:br/>
        <w:t xml:space="preserve">    y = (ys - cy) * z / fy</w:t>
      </w:r>
      <w:r>
        <w:br/>
        <w:t xml:space="preserve">    return np.stack([x, y, z], axis=1)  # (N,3)</w:t>
      </w:r>
      <w:r>
        <w:br/>
      </w:r>
      <w:r>
        <w:br/>
        <w:t>def estimate_object_speed(track_history, dt_s):</w:t>
      </w:r>
      <w:r>
        <w:br/>
        <w:t xml:space="preserve">    """</w:t>
      </w:r>
      <w:r>
        <w:br/>
        <w:t xml:space="preserve">    track_history: list of (x,y) positions for one object (old-&gt;new)</w:t>
      </w:r>
      <w:r>
        <w:br/>
        <w:t xml:space="preserve">    """</w:t>
      </w:r>
      <w:r>
        <w:br/>
        <w:t xml:space="preserve">    if len(track_history) &lt; 2:</w:t>
      </w:r>
      <w:r>
        <w:br/>
        <w:t xml:space="preserve">      </w:t>
      </w:r>
      <w:r>
        <w:t xml:space="preserve">  return 0.0</w:t>
      </w:r>
      <w:r>
        <w:br/>
        <w:t xml:space="preserve">    dx = track_history[-1][0] - track_history[-2][0]</w:t>
      </w:r>
      <w:r>
        <w:br/>
        <w:t xml:space="preserve">    dy = track_history[-1][1] - track_history[-2][1]</w:t>
      </w:r>
      <w:r>
        <w:br/>
        <w:t xml:space="preserve">    return float(np.sqrt(dx*dx + dy*dy) / max(dt_s, 1e-6))</w:t>
      </w:r>
      <w:r>
        <w:br/>
      </w:r>
      <w:r>
        <w:br/>
        <w:t>def corridor_distance(obj_xy, corridor_center_y=0.0, corridor_half_width=0.75</w:t>
      </w:r>
      <w:r>
        <w:t>):</w:t>
      </w:r>
      <w:r>
        <w:br/>
        <w:t xml:space="preserve">    """</w:t>
      </w:r>
      <w:r>
        <w:br/>
        <w:t xml:space="preserve">    Distance of object from corridor centerline; 0 means inside corridor.</w:t>
      </w:r>
      <w:r>
        <w:br/>
        <w:t xml:space="preserve">    """</w:t>
      </w:r>
      <w:r>
        <w:br/>
        <w:t xml:space="preserve">    _, y = obj_xy</w:t>
      </w:r>
      <w:r>
        <w:br/>
        <w:t xml:space="preserve">    d = abs(y - corridor_center_y) - corridor_half_width</w:t>
      </w:r>
      <w:r>
        <w:br/>
        <w:t xml:space="preserve">    return max(0.0, float(d))</w:t>
      </w:r>
      <w:r>
        <w:br/>
      </w:r>
    </w:p>
    <w:p w14:paraId="60511B00" w14:textId="77777777" w:rsidR="00594819" w:rsidRDefault="009C7D83">
      <w:pPr>
        <w:pStyle w:val="Heading1"/>
      </w:pPr>
      <w:r>
        <w:t>S5. Clustering for Walkable-Area Identification</w:t>
      </w:r>
    </w:p>
    <w:p w14:paraId="2285BD39" w14:textId="77777777" w:rsidR="00594819" w:rsidRDefault="009C7D83">
      <w:r>
        <w:t>Clusterin</w:t>
      </w:r>
      <w:r>
        <w:t>g partitions local scene points into contiguous regions, separating obstacle clusters from traversable regions. For edge constraints, DBSCAN is attractive because it does not require the number of clusters and can reject sparse noise.</w:t>
      </w:r>
    </w:p>
    <w:p w14:paraId="7FB8EE99" w14:textId="77777777" w:rsidR="00594819" w:rsidRDefault="009C7D83">
      <w:pPr>
        <w:pStyle w:val="CodeBlock"/>
      </w:pPr>
      <w:r>
        <w:t># --- clustering.py -</w:t>
      </w:r>
      <w:r>
        <w:t>--</w:t>
      </w:r>
      <w:r>
        <w:br/>
        <w:t>import numpy as np</w:t>
      </w:r>
      <w:r>
        <w:br/>
      </w:r>
      <w:r>
        <w:lastRenderedPageBreak/>
        <w:t>from sklearn.cluster import DBSCAN</w:t>
      </w:r>
      <w:r>
        <w:br/>
      </w:r>
      <w:r>
        <w:br/>
        <w:t>def cluster_points_dbscan(points_xyz, eps=0.35, min_samples=8):</w:t>
      </w:r>
      <w:r>
        <w:br/>
        <w:t xml:space="preserve">    """</w:t>
      </w:r>
      <w:r>
        <w:br/>
        <w:t xml:space="preserve">    points_xyz: (N,3) point cloud in meters.</w:t>
      </w:r>
      <w:r>
        <w:br/>
        <w:t xml:space="preserve">    Returns labels in {-1,0,1,...} where -1 is noise.</w:t>
      </w:r>
      <w:r>
        <w:br/>
        <w:t xml:space="preserve">    """</w:t>
      </w:r>
      <w:r>
        <w:br/>
        <w:t xml:space="preserve">    if len(points_x</w:t>
      </w:r>
      <w:r>
        <w:t>yz) == 0:</w:t>
      </w:r>
      <w:r>
        <w:br/>
        <w:t xml:space="preserve">        return np.array([], dtype=int)</w:t>
      </w:r>
      <w:r>
        <w:br/>
        <w:t xml:space="preserve">    X = points_xyz[:, [0, 2]]  # x-z plane distances</w:t>
      </w:r>
      <w:r>
        <w:br/>
        <w:t xml:space="preserve">    return DBSCAN(eps=eps, min_samples=min_samples).fit_predict(X)</w:t>
      </w:r>
      <w:r>
        <w:br/>
      </w:r>
      <w:r>
        <w:br/>
        <w:t>def free_space_score(points_xyz, labels, forward_z=(0.5, 6.0), corridor_half_width=0.7</w:t>
      </w:r>
      <w:r>
        <w:t>5):</w:t>
      </w:r>
      <w:r>
        <w:br/>
        <w:t xml:space="preserve">    """</w:t>
      </w:r>
      <w:r>
        <w:br/>
        <w:t xml:space="preserve">    Estimate corridor free-space based on points inside corridor region.</w:t>
      </w:r>
      <w:r>
        <w:br/>
        <w:t xml:space="preserve">    """</w:t>
      </w:r>
      <w:r>
        <w:br/>
        <w:t xml:space="preserve">    if len(points_xyz) == 0:</w:t>
      </w:r>
      <w:r>
        <w:br/>
        <w:t xml:space="preserve">        return 0.0</w:t>
      </w:r>
      <w:r>
        <w:br/>
        <w:t xml:space="preserve">    x, z = points_xyz[:, 0], points_xyz[:, 2]</w:t>
      </w:r>
      <w:r>
        <w:br/>
        <w:t xml:space="preserve">    in_corridor = (</w:t>
      </w:r>
      <w:r>
        <w:br/>
        <w:t xml:space="preserve">        (abs(x) &lt;= corridor_half_width) &amp;</w:t>
      </w:r>
      <w:r>
        <w:br/>
        <w:t xml:space="preserve">       </w:t>
      </w:r>
      <w:r>
        <w:t xml:space="preserve"> (z &gt;= forward_z[0]) &amp;</w:t>
      </w:r>
      <w:r>
        <w:br/>
        <w:t xml:space="preserve">        (z &lt;= forward_z[1])</w:t>
      </w:r>
      <w:r>
        <w:br/>
        <w:t xml:space="preserve">    )</w:t>
      </w:r>
      <w:r>
        <w:br/>
        <w:t xml:space="preserve">    occ = in_corridor &amp; (labels != -1)</w:t>
      </w:r>
      <w:r>
        <w:br/>
        <w:t xml:space="preserve">    score = 1.0 - (occ.sum() / max(in_corridor.sum(), 1))</w:t>
      </w:r>
      <w:r>
        <w:br/>
        <w:t xml:space="preserve">    return float(np.clip(score, 0.0, 1.0))</w:t>
      </w:r>
      <w:r>
        <w:br/>
      </w:r>
    </w:p>
    <w:p w14:paraId="74A65AF1" w14:textId="77777777" w:rsidR="00594819" w:rsidRDefault="009C7D83">
      <w:pPr>
        <w:pStyle w:val="Heading1"/>
      </w:pPr>
      <w:r>
        <w:t>S6. Classification for Obstacle Semantics</w:t>
      </w:r>
    </w:p>
    <w:p w14:paraId="2CFBB707" w14:textId="77777777" w:rsidR="00594819" w:rsidRDefault="009C7D83">
      <w:r>
        <w:t>A lightweight cl</w:t>
      </w:r>
      <w:r>
        <w:t>assifier labels obstacle type (e.g., pedestrian/vehicle/static). In simulation, we use compact, hand-crafted features per tracked object; for real deployment, the same interface can wrap a small CNN detector running on-device.</w:t>
      </w:r>
    </w:p>
    <w:p w14:paraId="4FA95B89" w14:textId="77777777" w:rsidR="00594819" w:rsidRDefault="009C7D83">
      <w:pPr>
        <w:pStyle w:val="CodeBlock"/>
      </w:pPr>
      <w:r>
        <w:t># --- classification.py ---</w:t>
      </w:r>
      <w:r>
        <w:br/>
        <w:t>i</w:t>
      </w:r>
      <w:r>
        <w:t>mport numpy as np</w:t>
      </w:r>
      <w:r>
        <w:br/>
        <w:t>from sklearn.ensemble import RandomForestClassifier</w:t>
      </w:r>
      <w:r>
        <w:br/>
      </w:r>
      <w:r>
        <w:br/>
        <w:t>FEATURE_NAMES = [</w:t>
      </w:r>
      <w:r>
        <w:br/>
        <w:t xml:space="preserve">    "bbox_area", "aspect", "mean_depth", "depth_var", "speed", "corridor_dist"</w:t>
      </w:r>
      <w:r>
        <w:br/>
        <w:t>]</w:t>
      </w:r>
      <w:r>
        <w:br/>
      </w:r>
      <w:r>
        <w:br/>
        <w:t>def build_object_feature(bbox_w, bbox_h, depth_stats, speed, corridor_dist):</w:t>
      </w:r>
      <w:r>
        <w:br/>
        <w:t xml:space="preserve">    mean</w:t>
      </w:r>
      <w:r>
        <w:t>_depth, depth_var = depth_stats</w:t>
      </w:r>
      <w:r>
        <w:br/>
        <w:t xml:space="preserve">    bbox_area = float(bbox_w * bbox_h)</w:t>
      </w:r>
      <w:r>
        <w:br/>
        <w:t xml:space="preserve">    aspect = float(bbox_w / max(bbox_h, 1e-6))</w:t>
      </w:r>
      <w:r>
        <w:br/>
        <w:t xml:space="preserve">    return np.array(</w:t>
      </w:r>
      <w:r>
        <w:br/>
        <w:t xml:space="preserve">        [bbox_area, aspect, mean_depth, depth_var, speed, corridor_dist],</w:t>
      </w:r>
      <w:r>
        <w:br/>
        <w:t xml:space="preserve">        dtype=np.float32</w:t>
      </w:r>
      <w:r>
        <w:br/>
        <w:t xml:space="preserve">    )</w:t>
      </w:r>
      <w:r>
        <w:br/>
      </w:r>
      <w:r>
        <w:br/>
        <w:t>class Obsta</w:t>
      </w:r>
      <w:r>
        <w:t>cleClassifier:</w:t>
      </w:r>
      <w:r>
        <w:br/>
        <w:t xml:space="preserve">    def __init__(self, model=None):</w:t>
      </w:r>
      <w:r>
        <w:br/>
        <w:t xml:space="preserve">        self.model = model or RandomForestClassifier(</w:t>
      </w:r>
      <w:r>
        <w:br/>
        <w:t xml:space="preserve">            n_estimators=80,</w:t>
      </w:r>
      <w:r>
        <w:br/>
        <w:t xml:space="preserve">            max_depth=10,</w:t>
      </w:r>
      <w:r>
        <w:br/>
      </w:r>
      <w:r>
        <w:lastRenderedPageBreak/>
        <w:t xml:space="preserve">            random_state=42</w:t>
      </w:r>
      <w:r>
        <w:br/>
        <w:t xml:space="preserve">        )</w:t>
      </w:r>
      <w:r>
        <w:br/>
      </w:r>
      <w:r>
        <w:br/>
        <w:t xml:space="preserve">    def fit(self, X, y):</w:t>
      </w:r>
      <w:r>
        <w:br/>
        <w:t xml:space="preserve">        self.model.fit(X, y)</w:t>
      </w:r>
      <w:r>
        <w:br/>
        <w:t xml:space="preserve">   </w:t>
      </w:r>
      <w:r>
        <w:t xml:space="preserve">     return self</w:t>
      </w:r>
      <w:r>
        <w:br/>
      </w:r>
      <w:r>
        <w:br/>
        <w:t xml:space="preserve">    def predict(self, X):</w:t>
      </w:r>
      <w:r>
        <w:br/>
        <w:t xml:space="preserve">        return self.model.predict(X)</w:t>
      </w:r>
      <w:r>
        <w:br/>
      </w:r>
      <w:r>
        <w:br/>
        <w:t xml:space="preserve">    def predict_proba(self, X):</w:t>
      </w:r>
      <w:r>
        <w:br/>
        <w:t xml:space="preserve">        if hasattr(self.model, "predict_proba"):</w:t>
      </w:r>
      <w:r>
        <w:br/>
        <w:t xml:space="preserve">            return self.model.predict_proba(X)</w:t>
      </w:r>
      <w:r>
        <w:br/>
        <w:t xml:space="preserve">        y = self.predict(X)</w:t>
      </w:r>
      <w:r>
        <w:br/>
        <w:t xml:space="preserve">        K = len(se</w:t>
      </w:r>
      <w:r>
        <w:t>t(y))</w:t>
      </w:r>
      <w:r>
        <w:br/>
        <w:t xml:space="preserve">        proba = np.zeros((len(y), K), dtype=np.float32)</w:t>
      </w:r>
      <w:r>
        <w:br/>
        <w:t xml:space="preserve">        proba[np.arange(len(y)), y] = 1.0</w:t>
      </w:r>
      <w:r>
        <w:br/>
        <w:t xml:space="preserve">        return proba</w:t>
      </w:r>
      <w:r>
        <w:br/>
      </w:r>
    </w:p>
    <w:p w14:paraId="2F29885D" w14:textId="77777777" w:rsidR="00594819" w:rsidRDefault="009C7D83">
      <w:pPr>
        <w:pStyle w:val="Heading1"/>
      </w:pPr>
      <w:r>
        <w:t>S7. Anomaly Detection for Risk Handling</w:t>
      </w:r>
    </w:p>
    <w:p w14:paraId="67611958" w14:textId="77777777" w:rsidR="00594819" w:rsidRDefault="009C7D83">
      <w:r>
        <w:t>Anomaly detection flags unusual motion patterns or unexpected hazards. This reference modu</w:t>
      </w:r>
      <w:r>
        <w:t>le uses Isolation Forest trained on routine behavior. The output is used as a risk score and combined with distance for alert prioritization.</w:t>
      </w:r>
    </w:p>
    <w:p w14:paraId="131642B4" w14:textId="77777777" w:rsidR="00594819" w:rsidRDefault="009C7D83">
      <w:pPr>
        <w:pStyle w:val="CodeBlock"/>
      </w:pPr>
      <w:r>
        <w:t># --- anomaly.py ---</w:t>
      </w:r>
      <w:r>
        <w:br/>
        <w:t>import numpy as np</w:t>
      </w:r>
      <w:r>
        <w:br/>
        <w:t>from sklearn.ensemble import IsolationForest</w:t>
      </w:r>
      <w:r>
        <w:br/>
      </w:r>
      <w:r>
        <w:br/>
        <w:t>class RiskAnomalyDetector:</w:t>
      </w:r>
      <w:r>
        <w:br/>
        <w:t xml:space="preserve"> </w:t>
      </w:r>
      <w:r>
        <w:t xml:space="preserve">   def __init__(self, contamination=0.03, random_state=42):</w:t>
      </w:r>
      <w:r>
        <w:br/>
        <w:t xml:space="preserve">        self.model = IsolationForest(</w:t>
      </w:r>
      <w:r>
        <w:br/>
        <w:t xml:space="preserve">            n_estimators=200,</w:t>
      </w:r>
      <w:r>
        <w:br/>
        <w:t xml:space="preserve">            contamination=contamination,</w:t>
      </w:r>
      <w:r>
        <w:br/>
        <w:t xml:space="preserve">            random_state=random_state</w:t>
      </w:r>
      <w:r>
        <w:br/>
        <w:t xml:space="preserve">        )</w:t>
      </w:r>
      <w:r>
        <w:br/>
        <w:t xml:space="preserve">        self.fitted = False</w:t>
      </w:r>
      <w:r>
        <w:br/>
      </w:r>
      <w:r>
        <w:br/>
        <w:t xml:space="preserve">    def fi</w:t>
      </w:r>
      <w:r>
        <w:t>t(self, X_routine):</w:t>
      </w:r>
      <w:r>
        <w:br/>
        <w:t xml:space="preserve">        self.model.fit(X_routine)</w:t>
      </w:r>
      <w:r>
        <w:br/>
        <w:t xml:space="preserve">        self.fitted = True</w:t>
      </w:r>
      <w:r>
        <w:br/>
        <w:t xml:space="preserve">        return self</w:t>
      </w:r>
      <w:r>
        <w:br/>
      </w:r>
      <w:r>
        <w:br/>
        <w:t xml:space="preserve">    def anomaly_score(self, X):</w:t>
      </w:r>
      <w:r>
        <w:br/>
        <w:t xml:space="preserve">        """</w:t>
      </w:r>
      <w:r>
        <w:br/>
        <w:t xml:space="preserve">        Returns score in [0,1] (higher is more anomalous).</w:t>
      </w:r>
      <w:r>
        <w:br/>
        <w:t xml:space="preserve">        IsolationForest decision_function: larger =</w:t>
      </w:r>
      <w:r>
        <w:t xml:space="preserve"> more normal.</w:t>
      </w:r>
      <w:r>
        <w:br/>
        <w:t xml:space="preserve">        """</w:t>
      </w:r>
      <w:r>
        <w:br/>
        <w:t xml:space="preserve">        if not self.fitted:</w:t>
      </w:r>
      <w:r>
        <w:br/>
        <w:t xml:space="preserve">            return np.zeros((len(X),), dtype=np.float32)</w:t>
      </w:r>
      <w:r>
        <w:br/>
        <w:t xml:space="preserve">        normality = self.model.decision_function(X)</w:t>
      </w:r>
      <w:r>
        <w:br/>
        <w:t xml:space="preserve">        denom = max(normality.max() - normality.min(), 1e-6)</w:t>
      </w:r>
      <w:r>
        <w:br/>
        <w:t xml:space="preserve">        return ((normality.max()</w:t>
      </w:r>
      <w:r>
        <w:t xml:space="preserve"> - normality) / denom).astype(np.float32)</w:t>
      </w:r>
      <w:r>
        <w:br/>
      </w:r>
    </w:p>
    <w:p w14:paraId="58099EEC" w14:textId="77777777" w:rsidR="00594819" w:rsidRDefault="009C7D83">
      <w:pPr>
        <w:pStyle w:val="Heading1"/>
      </w:pPr>
      <w:r>
        <w:lastRenderedPageBreak/>
        <w:t>S8. End-to-End Simulation Loop and Metrics</w:t>
      </w:r>
    </w:p>
    <w:p w14:paraId="0422B208" w14:textId="77777777" w:rsidR="00594819" w:rsidRDefault="009C7D83">
      <w:r>
        <w:t>This example shows the end-to-end loop used for scenario-based simulations: preprocessing, feature extraction, clustering, classification, anomaly scoring, and alert gene</w:t>
      </w:r>
      <w:r>
        <w:t>ration. The same loop collects metrics: obstacle detection accuracy, false alert rate, and response time.</w:t>
      </w:r>
    </w:p>
    <w:p w14:paraId="42149EC5" w14:textId="77777777" w:rsidR="00594819" w:rsidRDefault="009C7D83">
      <w:pPr>
        <w:pStyle w:val="CodeBlock"/>
      </w:pPr>
      <w:r>
        <w:t># --- simulate.py ---</w:t>
      </w:r>
      <w:r>
        <w:br/>
        <w:t>import time</w:t>
      </w:r>
      <w:r>
        <w:br/>
        <w:t>import numpy as np</w:t>
      </w:r>
      <w:r>
        <w:br/>
      </w:r>
      <w:r>
        <w:br/>
        <w:t>from preprocessing import depth_valid_mask, smooth_depth</w:t>
      </w:r>
      <w:r>
        <w:br/>
        <w:t>from features import depth_to_points, e</w:t>
      </w:r>
      <w:r>
        <w:t>stimate_object_speed, corridor_distance</w:t>
      </w:r>
      <w:r>
        <w:br/>
        <w:t>from clustering import cluster_points_dbscan, free_space_score</w:t>
      </w:r>
      <w:r>
        <w:br/>
      </w:r>
      <w:r>
        <w:br/>
        <w:t>def compute_metrics(tp, fp, fn):</w:t>
      </w:r>
      <w:r>
        <w:br/>
        <w:t xml:space="preserve">    acc = tp / max(tp + fn, 1)</w:t>
      </w:r>
      <w:r>
        <w:br/>
        <w:t xml:space="preserve">    far = fp / max(tp + fp, 1)</w:t>
      </w:r>
      <w:r>
        <w:br/>
        <w:t xml:space="preserve">    return float(acc), float(far)</w:t>
      </w:r>
      <w:r>
        <w:br/>
      </w:r>
      <w:r>
        <w:br/>
        <w:t>def run_scenario(frame</w:t>
      </w:r>
      <w:r>
        <w:t>s, cam_intr, clf, anomaly_det, dmin=1.2, Tmax=2.0):</w:t>
      </w:r>
      <w:r>
        <w:br/>
        <w:t xml:space="preserve">    """</w:t>
      </w:r>
      <w:r>
        <w:br/>
        <w:t xml:space="preserve">    frames: iterable of dict with keys {"rgb","depth","tracks","t_ms"}</w:t>
      </w:r>
      <w:r>
        <w:br/>
        <w:t xml:space="preserve">    tracks: list of dict {"id","bbox","depth_stats","history_xy","pos_xy"}</w:t>
      </w:r>
      <w:r>
        <w:br/>
        <w:t xml:space="preserve">    """</w:t>
      </w:r>
      <w:r>
        <w:br/>
        <w:t xml:space="preserve">    fx, fy, cx, cy = cam_intr</w:t>
      </w:r>
      <w:r>
        <w:br/>
        <w:t xml:space="preserve">    response</w:t>
      </w:r>
      <w:r>
        <w:t>_times = []</w:t>
      </w:r>
      <w:r>
        <w:br/>
      </w:r>
      <w:r>
        <w:br/>
        <w:t xml:space="preserve">    for fr in frames:</w:t>
      </w:r>
      <w:r>
        <w:br/>
        <w:t xml:space="preserve">        t0 = time.time()</w:t>
      </w:r>
      <w:r>
        <w:br/>
      </w:r>
      <w:r>
        <w:br/>
        <w:t xml:space="preserve">        depth = fr["depth"]</w:t>
      </w:r>
      <w:r>
        <w:br/>
        <w:t xml:space="preserve">        mask = depth_valid_mask(depth)</w:t>
      </w:r>
      <w:r>
        <w:br/>
        <w:t xml:space="preserve">        depth_s = smooth_depth(depth, mask, k=3)</w:t>
      </w:r>
      <w:r>
        <w:br/>
      </w:r>
      <w:r>
        <w:br/>
        <w:t xml:space="preserve">        pts = depth_to_points(depth_s, fx, fy, cx, cy, mask=mask, stride=4)</w:t>
      </w:r>
      <w:r>
        <w:br/>
        <w:t xml:space="preserve">  </w:t>
      </w:r>
      <w:r>
        <w:t xml:space="preserve">      labels = cluster_points_dbscan(pts, eps=0.35, min_samples=8)</w:t>
      </w:r>
      <w:r>
        <w:br/>
        <w:t xml:space="preserve">        free_score = free_space_score(pts, labels)</w:t>
      </w:r>
      <w:r>
        <w:br/>
      </w:r>
      <w:r>
        <w:br/>
        <w:t xml:space="preserve">        X, objs = [], []</w:t>
      </w:r>
      <w:r>
        <w:br/>
        <w:t xml:space="preserve">        for tr in fr.get("tracks", []):</w:t>
      </w:r>
      <w:r>
        <w:br/>
        <w:t xml:space="preserve">            bbox_w, bbox_h = tr["bbox"][2], tr["bbox"][3]</w:t>
      </w:r>
      <w:r>
        <w:br/>
        <w:t xml:space="preserve">            sp</w:t>
      </w:r>
      <w:r>
        <w:t>eed = estimate_object_speed(tr["history_xy"], dt_s=0.1)</w:t>
      </w:r>
      <w:r>
        <w:br/>
        <w:t xml:space="preserve">            cdist = corridor_distance(tr["pos_xy"])</w:t>
      </w:r>
      <w:r>
        <w:br/>
        <w:t xml:space="preserve">            feat = np.array(</w:t>
      </w:r>
      <w:r>
        <w:br/>
        <w:t xml:space="preserve">                [bbox_w*bbox_h, bbox_w/max(bbox_h,1e-6),</w:t>
      </w:r>
      <w:r>
        <w:br/>
        <w:t xml:space="preserve">                 tr["depth_stats"][0], tr["depth_stats"][1],</w:t>
      </w:r>
      <w:r>
        <w:br/>
        <w:t xml:space="preserve"> </w:t>
      </w:r>
      <w:r>
        <w:t xml:space="preserve">                speed, cdist],</w:t>
      </w:r>
      <w:r>
        <w:br/>
        <w:t xml:space="preserve">                dtype=np.float32</w:t>
      </w:r>
      <w:r>
        <w:br/>
        <w:t xml:space="preserve">            )</w:t>
      </w:r>
      <w:r>
        <w:br/>
        <w:t xml:space="preserve">            X.append(feat); objs.append(tr)</w:t>
      </w:r>
      <w:r>
        <w:br/>
      </w:r>
      <w:r>
        <w:br/>
        <w:t xml:space="preserve">        alerts = []</w:t>
      </w:r>
      <w:r>
        <w:br/>
        <w:t xml:space="preserve">        if len(X) &gt; 0:</w:t>
      </w:r>
      <w:r>
        <w:br/>
        <w:t xml:space="preserve">            X = np.vstack(X)</w:t>
      </w:r>
      <w:r>
        <w:br/>
        <w:t xml:space="preserve">            y_hat = clf.predict(X)</w:t>
      </w:r>
      <w:r>
        <w:br/>
        <w:t xml:space="preserve">            anom = anomaly</w:t>
      </w:r>
      <w:r>
        <w:t>_det.anomaly_score(X)</w:t>
      </w:r>
      <w:r>
        <w:br/>
      </w:r>
      <w:r>
        <w:br/>
        <w:t xml:space="preserve">            for i, tr in enumerate(objs):</w:t>
      </w:r>
      <w:r>
        <w:br/>
        <w:t xml:space="preserve">                dist = float(tr["depth_stats"][0])</w:t>
      </w:r>
      <w:r>
        <w:br/>
      </w:r>
      <w:r>
        <w:lastRenderedPageBreak/>
        <w:t xml:space="preserve">                risk = (max(0.0, (dmin - dist) / dmin) * 0.5) + (anom[i] * 0.3)</w:t>
      </w:r>
      <w:r>
        <w:br/>
        <w:t xml:space="preserve">                if dist &lt; dmin or risk &gt; 0.6:</w:t>
      </w:r>
      <w:r>
        <w:br/>
        <w:t xml:space="preserve">              </w:t>
      </w:r>
      <w:r>
        <w:t xml:space="preserve">      alerts.append(</w:t>
      </w:r>
      <w:r>
        <w:br/>
        <w:t xml:space="preserve">                        {"id": tr["id"], "label": int(y_hat[i]), "risk": float(risk), "dist": dist}</w:t>
      </w:r>
      <w:r>
        <w:br/>
        <w:t xml:space="preserve">                    )</w:t>
      </w:r>
      <w:r>
        <w:br/>
      </w:r>
      <w:r>
        <w:br/>
        <w:t xml:space="preserve">        te2e = time.time() - t0</w:t>
      </w:r>
      <w:r>
        <w:br/>
        <w:t xml:space="preserve">        response_times.append(te2e)</w:t>
      </w:r>
      <w:r>
        <w:br/>
      </w:r>
      <w:r>
        <w:br/>
        <w:t xml:space="preserve">        if te2e &gt; Tmax:</w:t>
      </w:r>
      <w:r>
        <w:br/>
        <w:t xml:space="preserve">            # Optio</w:t>
      </w:r>
      <w:r>
        <w:t>nal: degrade gracefully (reduce stride or skip heavy steps)</w:t>
      </w:r>
      <w:r>
        <w:br/>
        <w:t xml:space="preserve">            pass</w:t>
      </w:r>
      <w:r>
        <w:br/>
      </w:r>
      <w:r>
        <w:br/>
        <w:t xml:space="preserve">    return {"avg_response_time_s": float(np.mean(response_times))}</w:t>
      </w:r>
      <w:r>
        <w:br/>
      </w:r>
    </w:p>
    <w:p w14:paraId="2C1BB872" w14:textId="77777777" w:rsidR="00594819" w:rsidRDefault="009C7D83">
      <w:pPr>
        <w:pStyle w:val="Heading1"/>
      </w:pPr>
      <w:r>
        <w:t>S9. Governance: Logging, Privacy Controls, and Explanations</w:t>
      </w:r>
    </w:p>
    <w:p w14:paraId="3E7FAED4" w14:textId="77777777" w:rsidR="00594819" w:rsidRDefault="009C7D83">
      <w:r>
        <w:t>To support accountability, this reference includes</w:t>
      </w:r>
      <w:r>
        <w:t>: (i) minimization of stored imagery, (ii) audit logs for system decisions, and (iii) short explanations for alerts. The schema below records derived features and decisions unless explicit consent enables storing a short-lived thumbnail buffer.</w:t>
      </w:r>
    </w:p>
    <w:p w14:paraId="4362C472" w14:textId="77777777" w:rsidR="00594819" w:rsidRDefault="009C7D83">
      <w:pPr>
        <w:pStyle w:val="CodeBlock"/>
      </w:pPr>
      <w:r>
        <w:t># --- gover</w:t>
      </w:r>
      <w:r>
        <w:t>nance.py ---</w:t>
      </w:r>
      <w:r>
        <w:br/>
        <w:t>import json</w:t>
      </w:r>
      <w:r>
        <w:br/>
        <w:t>import time</w:t>
      </w:r>
      <w:r>
        <w:br/>
        <w:t>from dataclasses import dataclass, asdict</w:t>
      </w:r>
      <w:r>
        <w:br/>
      </w:r>
      <w:r>
        <w:br/>
        <w:t>@dataclass</w:t>
      </w:r>
      <w:r>
        <w:br/>
        <w:t>class PrivacyConfig:</w:t>
      </w:r>
      <w:r>
        <w:br/>
        <w:t xml:space="preserve">    store_raw_frames: bool = False</w:t>
      </w:r>
      <w:r>
        <w:br/>
        <w:t xml:space="preserve">    store_thumbnails: bool = False</w:t>
      </w:r>
      <w:r>
        <w:br/>
        <w:t xml:space="preserve">    retention_seconds: int = 60</w:t>
      </w:r>
      <w:r>
        <w:br/>
      </w:r>
      <w:r>
        <w:br/>
        <w:t>@dataclass</w:t>
      </w:r>
      <w:r>
        <w:br/>
        <w:t>class AlertDecision:</w:t>
      </w:r>
      <w:r>
        <w:br/>
        <w:t xml:space="preserve">    t_ms:</w:t>
      </w:r>
      <w:r>
        <w:t xml:space="preserve"> int</w:t>
      </w:r>
      <w:r>
        <w:br/>
        <w:t xml:space="preserve">    object_id: str</w:t>
      </w:r>
      <w:r>
        <w:br/>
        <w:t xml:space="preserve">    label: str</w:t>
      </w:r>
      <w:r>
        <w:br/>
        <w:t xml:space="preserve">    distance_m: float</w:t>
      </w:r>
      <w:r>
        <w:br/>
        <w:t xml:space="preserve">    risk: float</w:t>
      </w:r>
      <w:r>
        <w:br/>
        <w:t xml:space="preserve">    explanation: str</w:t>
      </w:r>
      <w:r>
        <w:br/>
      </w:r>
      <w:r>
        <w:br/>
        <w:t>def explain(distance_m: float, risk: float, label: str) -&gt; str:</w:t>
      </w:r>
      <w:r>
        <w:br/>
        <w:t xml:space="preserve">    parts = []</w:t>
      </w:r>
      <w:r>
        <w:br/>
        <w:t xml:space="preserve">    if distance_m &lt; 1.2:</w:t>
      </w:r>
      <w:r>
        <w:br/>
        <w:t xml:space="preserve">        parts.append("close obstacle")</w:t>
      </w:r>
      <w:r>
        <w:br/>
        <w:t xml:space="preserve">    if risk &gt; </w:t>
      </w:r>
      <w:r>
        <w:t>0.6:</w:t>
      </w:r>
      <w:r>
        <w:br/>
        <w:t xml:space="preserve">        parts.append("high risk score")</w:t>
      </w:r>
      <w:r>
        <w:br/>
        <w:t xml:space="preserve">    parts.append(f"class={label}")</w:t>
      </w:r>
      <w:r>
        <w:br/>
        <w:t xml:space="preserve">    return "; ".join(parts)</w:t>
      </w:r>
      <w:r>
        <w:br/>
      </w:r>
      <w:r>
        <w:br/>
        <w:t>class AuditLogger:</w:t>
      </w:r>
      <w:r>
        <w:br/>
        <w:t xml:space="preserve">    def __init__(self, path="audit_log.jsonl"):</w:t>
      </w:r>
      <w:r>
        <w:br/>
        <w:t xml:space="preserve">        self.path = path</w:t>
      </w:r>
      <w:r>
        <w:br/>
      </w:r>
      <w:r>
        <w:br/>
        <w:t xml:space="preserve">    def log(self, record: dict):</w:t>
      </w:r>
      <w:r>
        <w:br/>
        <w:t xml:space="preserve">        record["ts_un</w:t>
      </w:r>
      <w:r>
        <w:t>ix"] = time.time()</w:t>
      </w:r>
      <w:r>
        <w:br/>
      </w:r>
      <w:r>
        <w:lastRenderedPageBreak/>
        <w:t xml:space="preserve">        with open(self.path, "a", encoding="utf-8") as f:</w:t>
      </w:r>
      <w:r>
        <w:br/>
        <w:t xml:space="preserve">            f.write(json.dumps(record) + "\n")</w:t>
      </w:r>
      <w:r>
        <w:br/>
      </w:r>
      <w:r>
        <w:br/>
        <w:t>def make_alert_record(t_ms, obj_id, label, dist, risk):</w:t>
      </w:r>
      <w:r>
        <w:br/>
        <w:t xml:space="preserve">    rec = AlertDecision(</w:t>
      </w:r>
      <w:r>
        <w:br/>
        <w:t xml:space="preserve">        t_ms=int(t_ms),</w:t>
      </w:r>
      <w:r>
        <w:br/>
        <w:t xml:space="preserve">        object_id=str(obj_</w:t>
      </w:r>
      <w:r>
        <w:t>id),</w:t>
      </w:r>
      <w:r>
        <w:br/>
        <w:t xml:space="preserve">        label=str(label),</w:t>
      </w:r>
      <w:r>
        <w:br/>
        <w:t xml:space="preserve">        distance_m=float(dist),</w:t>
      </w:r>
      <w:r>
        <w:br/>
        <w:t xml:space="preserve">        risk=float(risk),</w:t>
      </w:r>
      <w:r>
        <w:br/>
        <w:t xml:space="preserve">        explanation=explain(float(dist), float(risk), str(label))</w:t>
      </w:r>
      <w:r>
        <w:br/>
        <w:t xml:space="preserve">    )</w:t>
      </w:r>
      <w:r>
        <w:br/>
        <w:t xml:space="preserve">    return asdict(rec)</w:t>
      </w:r>
      <w:r>
        <w:br/>
      </w:r>
    </w:p>
    <w:p w14:paraId="3F17238E" w14:textId="77777777" w:rsidR="00594819" w:rsidRDefault="009C7D83">
      <w:pPr>
        <w:pStyle w:val="Heading1"/>
      </w:pPr>
      <w:r>
        <w:t>S10. How to Run</w:t>
      </w:r>
    </w:p>
    <w:p w14:paraId="75BBC5C4" w14:textId="77777777" w:rsidR="00594819" w:rsidRDefault="009C7D83">
      <w:pPr>
        <w:pStyle w:val="ListNumber"/>
      </w:pPr>
      <w:r>
        <w:t>Place modules in one folder: preprocessing.py, features</w:t>
      </w:r>
      <w:r>
        <w:t>.py, clustering.py, classification.py, anomaly.py, governance.py, simulate.py.</w:t>
      </w:r>
    </w:p>
    <w:p w14:paraId="3F9EDF79" w14:textId="77777777" w:rsidR="00594819" w:rsidRDefault="009C7D83">
      <w:pPr>
        <w:pStyle w:val="ListNumber"/>
      </w:pPr>
      <w:r>
        <w:t>Train or load a classifier using your labeled object-feature dataset. For simulation-only work, synthetic labels can be used as in the scenario setup.</w:t>
      </w:r>
    </w:p>
    <w:p w14:paraId="4CEFF4C1" w14:textId="77777777" w:rsidR="00594819" w:rsidRDefault="009C7D83">
      <w:pPr>
        <w:pStyle w:val="ListNumber"/>
      </w:pPr>
      <w:r>
        <w:t>Fit the anomaly detector o</w:t>
      </w:r>
      <w:r>
        <w:t>n routine data (Scenario S1) and evaluate on S2-S4.</w:t>
      </w:r>
    </w:p>
    <w:p w14:paraId="2C8D7B1D" w14:textId="77777777" w:rsidR="00594819" w:rsidRDefault="009C7D83">
      <w:pPr>
        <w:pStyle w:val="ListNumber"/>
      </w:pPr>
      <w:r>
        <w:t>Execute simulate.py with your frame generator.</w:t>
      </w:r>
    </w:p>
    <w:p w14:paraId="4AB8C9B2" w14:textId="77777777" w:rsidR="00594819" w:rsidRDefault="009C7D83">
      <w:r>
        <w:t>Example training stub:</w:t>
      </w:r>
    </w:p>
    <w:p w14:paraId="2E1E9A6A" w14:textId="77777777" w:rsidR="00594819" w:rsidRDefault="009C7D83">
      <w:pPr>
        <w:pStyle w:val="CodeBlock"/>
      </w:pPr>
      <w:r>
        <w:t># --- train_stub.py ---</w:t>
      </w:r>
      <w:r>
        <w:br/>
        <w:t>import numpy as np</w:t>
      </w:r>
      <w:r>
        <w:br/>
        <w:t>from classification import ObstacleClassifier</w:t>
      </w:r>
      <w:r>
        <w:br/>
      </w:r>
      <w:r>
        <w:br/>
        <w:t xml:space="preserve">X_train = </w:t>
      </w:r>
      <w:r>
        <w:t>np.load("X_train.npy")  # (M,6)</w:t>
      </w:r>
      <w:r>
        <w:br/>
        <w:t>y_train = np.load("y_train.npy")  # (M,)</w:t>
      </w:r>
      <w:r>
        <w:br/>
      </w:r>
      <w:r>
        <w:br/>
        <w:t>clf = ObstacleClassifier().fit(X_train, y_train)</w:t>
      </w:r>
      <w:r>
        <w:br/>
      </w:r>
    </w:p>
    <w:p w14:paraId="6716ABCC" w14:textId="77777777" w:rsidR="00594819" w:rsidRDefault="009C7D83">
      <w:r>
        <w:t>Note: The manuscript reports scenario-based simulation results. To reproduce comparable tables/figures, ensure consistent scenario d</w:t>
      </w:r>
      <w:r>
        <w:t>efinitions, sensor noise models, and evaluation rules (e.g., what counts as a false alert).</w:t>
      </w:r>
    </w:p>
    <w:sectPr w:rsidR="00594819"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594819"/>
    <w:rsid w:val="009C7D83"/>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681579"/>
  <w14:defaultImageDpi w14:val="300"/>
  <w15:docId w15:val="{9B357A40-0BDF-47DF-AB33-BAA1BE1B8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deBlock">
    <w:name w:val="CodeBlock"/>
    <w:pPr>
      <w:spacing w:after="120" w:line="240" w:lineRule="auto"/>
    </w:pPr>
    <w:rPr>
      <w:rFonts w:ascii="Courier New" w:hAnsi="Courier New"/>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2106</Words>
  <Characters>12008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14086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bassam ali</cp:lastModifiedBy>
  <cp:revision>2</cp:revision>
  <dcterms:created xsi:type="dcterms:W3CDTF">2026-01-23T17:47:00Z</dcterms:created>
  <dcterms:modified xsi:type="dcterms:W3CDTF">2026-01-23T17:47:00Z</dcterms:modified>
  <cp:category/>
</cp:coreProperties>
</file>