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92D13" w14:textId="1C7915AF" w:rsidR="00602E18" w:rsidRDefault="00000000">
      <w:pPr>
        <w:pStyle w:val="Heading2"/>
      </w:pPr>
      <w:r>
        <w:t xml:space="preserve">Table </w:t>
      </w:r>
      <w:r w:rsidR="001356FD">
        <w:t>1</w:t>
      </w:r>
      <w:r>
        <w:t>. Prevalence and Severity of Depression, Anxiety, and Stress (DASS-21)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8"/>
        <w:gridCol w:w="2158"/>
        <w:gridCol w:w="2157"/>
        <w:gridCol w:w="2157"/>
      </w:tblGrid>
      <w:tr w:rsidR="00602E18" w14:paraId="50288B89" w14:textId="77777777">
        <w:tc>
          <w:tcPr>
            <w:tcW w:w="2160" w:type="dxa"/>
          </w:tcPr>
          <w:p w14:paraId="7FF2E08B" w14:textId="77777777" w:rsidR="00602E18" w:rsidRDefault="00000000">
            <w:r>
              <w:t>Severity Category</w:t>
            </w:r>
          </w:p>
        </w:tc>
        <w:tc>
          <w:tcPr>
            <w:tcW w:w="2160" w:type="dxa"/>
          </w:tcPr>
          <w:p w14:paraId="239D2441" w14:textId="77777777" w:rsidR="00602E18" w:rsidRDefault="00000000">
            <w:r>
              <w:t>Depression n (%)</w:t>
            </w:r>
          </w:p>
        </w:tc>
        <w:tc>
          <w:tcPr>
            <w:tcW w:w="2160" w:type="dxa"/>
          </w:tcPr>
          <w:p w14:paraId="5E84951F" w14:textId="77777777" w:rsidR="00602E18" w:rsidRDefault="00000000">
            <w:r>
              <w:t>Anxiety n (%)</w:t>
            </w:r>
          </w:p>
        </w:tc>
        <w:tc>
          <w:tcPr>
            <w:tcW w:w="2160" w:type="dxa"/>
          </w:tcPr>
          <w:p w14:paraId="1F59B95B" w14:textId="77777777" w:rsidR="00602E18" w:rsidRDefault="00000000">
            <w:r>
              <w:t>Stress n (%)</w:t>
            </w:r>
          </w:p>
        </w:tc>
      </w:tr>
      <w:tr w:rsidR="00602E18" w14:paraId="797BBED6" w14:textId="77777777">
        <w:tc>
          <w:tcPr>
            <w:tcW w:w="2160" w:type="dxa"/>
          </w:tcPr>
          <w:p w14:paraId="3E7DD871" w14:textId="77777777" w:rsidR="00602E18" w:rsidRDefault="00000000">
            <w:r>
              <w:t>Normal</w:t>
            </w:r>
          </w:p>
        </w:tc>
        <w:tc>
          <w:tcPr>
            <w:tcW w:w="2160" w:type="dxa"/>
          </w:tcPr>
          <w:p w14:paraId="7CE54070" w14:textId="77777777" w:rsidR="00602E18" w:rsidRDefault="00000000">
            <w:r>
              <w:t>35 (52%)</w:t>
            </w:r>
          </w:p>
        </w:tc>
        <w:tc>
          <w:tcPr>
            <w:tcW w:w="2160" w:type="dxa"/>
          </w:tcPr>
          <w:p w14:paraId="01E5FD48" w14:textId="77777777" w:rsidR="00602E18" w:rsidRDefault="00000000">
            <w:r>
              <w:t>27 (40%)</w:t>
            </w:r>
          </w:p>
        </w:tc>
        <w:tc>
          <w:tcPr>
            <w:tcW w:w="2160" w:type="dxa"/>
          </w:tcPr>
          <w:p w14:paraId="6F32588B" w14:textId="77777777" w:rsidR="00602E18" w:rsidRDefault="00000000">
            <w:r>
              <w:t>39 (58%)</w:t>
            </w:r>
          </w:p>
        </w:tc>
      </w:tr>
      <w:tr w:rsidR="00602E18" w14:paraId="7EDEFEE1" w14:textId="77777777">
        <w:tc>
          <w:tcPr>
            <w:tcW w:w="2160" w:type="dxa"/>
          </w:tcPr>
          <w:p w14:paraId="1B550FB4" w14:textId="77777777" w:rsidR="00602E18" w:rsidRDefault="00000000">
            <w:r>
              <w:t>Mild</w:t>
            </w:r>
          </w:p>
        </w:tc>
        <w:tc>
          <w:tcPr>
            <w:tcW w:w="2160" w:type="dxa"/>
          </w:tcPr>
          <w:p w14:paraId="29483EE3" w14:textId="77777777" w:rsidR="00602E18" w:rsidRDefault="00000000">
            <w:r>
              <w:t>12 (18%)</w:t>
            </w:r>
          </w:p>
        </w:tc>
        <w:tc>
          <w:tcPr>
            <w:tcW w:w="2160" w:type="dxa"/>
          </w:tcPr>
          <w:p w14:paraId="53A163C7" w14:textId="77777777" w:rsidR="00602E18" w:rsidRDefault="00000000">
            <w:r>
              <w:t>10 (15%)</w:t>
            </w:r>
          </w:p>
        </w:tc>
        <w:tc>
          <w:tcPr>
            <w:tcW w:w="2160" w:type="dxa"/>
          </w:tcPr>
          <w:p w14:paraId="717DB6E9" w14:textId="77777777" w:rsidR="00602E18" w:rsidRDefault="00000000">
            <w:r>
              <w:t>11 (16%)</w:t>
            </w:r>
          </w:p>
        </w:tc>
      </w:tr>
      <w:tr w:rsidR="00602E18" w14:paraId="2C41BE49" w14:textId="77777777">
        <w:tc>
          <w:tcPr>
            <w:tcW w:w="2160" w:type="dxa"/>
          </w:tcPr>
          <w:p w14:paraId="4BE4EFDB" w14:textId="77777777" w:rsidR="00602E18" w:rsidRDefault="00000000">
            <w:r>
              <w:t>Moderate</w:t>
            </w:r>
          </w:p>
        </w:tc>
        <w:tc>
          <w:tcPr>
            <w:tcW w:w="2160" w:type="dxa"/>
          </w:tcPr>
          <w:p w14:paraId="28D2709D" w14:textId="77777777" w:rsidR="00602E18" w:rsidRDefault="00000000">
            <w:r>
              <w:t>14 (20%)</w:t>
            </w:r>
          </w:p>
        </w:tc>
        <w:tc>
          <w:tcPr>
            <w:tcW w:w="2160" w:type="dxa"/>
          </w:tcPr>
          <w:p w14:paraId="2C36F886" w14:textId="77777777" w:rsidR="00602E18" w:rsidRDefault="00000000">
            <w:r>
              <w:t>19 (28%)</w:t>
            </w:r>
          </w:p>
        </w:tc>
        <w:tc>
          <w:tcPr>
            <w:tcW w:w="2160" w:type="dxa"/>
          </w:tcPr>
          <w:p w14:paraId="53E8FD14" w14:textId="77777777" w:rsidR="00602E18" w:rsidRDefault="00000000">
            <w:r>
              <w:t>12 (18%)</w:t>
            </w:r>
          </w:p>
        </w:tc>
      </w:tr>
      <w:tr w:rsidR="00602E18" w14:paraId="5A50128E" w14:textId="77777777">
        <w:tc>
          <w:tcPr>
            <w:tcW w:w="2160" w:type="dxa"/>
          </w:tcPr>
          <w:p w14:paraId="712DBE13" w14:textId="77777777" w:rsidR="00602E18" w:rsidRDefault="00000000">
            <w:r>
              <w:t>Severe</w:t>
            </w:r>
          </w:p>
        </w:tc>
        <w:tc>
          <w:tcPr>
            <w:tcW w:w="2160" w:type="dxa"/>
          </w:tcPr>
          <w:p w14:paraId="02E1CAA7" w14:textId="77777777" w:rsidR="00602E18" w:rsidRDefault="00000000">
            <w:r>
              <w:t>5 (7%)</w:t>
            </w:r>
          </w:p>
        </w:tc>
        <w:tc>
          <w:tcPr>
            <w:tcW w:w="2160" w:type="dxa"/>
          </w:tcPr>
          <w:p w14:paraId="2B2823F0" w14:textId="77777777" w:rsidR="00602E18" w:rsidRDefault="00000000">
            <w:r>
              <w:t>7 (10%)</w:t>
            </w:r>
          </w:p>
        </w:tc>
        <w:tc>
          <w:tcPr>
            <w:tcW w:w="2160" w:type="dxa"/>
          </w:tcPr>
          <w:p w14:paraId="3DF77BAB" w14:textId="77777777" w:rsidR="00602E18" w:rsidRDefault="00000000">
            <w:r>
              <w:t>4 (6%)</w:t>
            </w:r>
          </w:p>
        </w:tc>
      </w:tr>
      <w:tr w:rsidR="00602E18" w14:paraId="156D4398" w14:textId="77777777">
        <w:tc>
          <w:tcPr>
            <w:tcW w:w="2160" w:type="dxa"/>
          </w:tcPr>
          <w:p w14:paraId="4CE4BDB5" w14:textId="77777777" w:rsidR="00602E18" w:rsidRDefault="00000000">
            <w:r>
              <w:t>Extremely Severe</w:t>
            </w:r>
          </w:p>
        </w:tc>
        <w:tc>
          <w:tcPr>
            <w:tcW w:w="2160" w:type="dxa"/>
          </w:tcPr>
          <w:p w14:paraId="7E4EA6B6" w14:textId="77777777" w:rsidR="00602E18" w:rsidRDefault="00000000">
            <w:r>
              <w:t>2 (3%)</w:t>
            </w:r>
          </w:p>
        </w:tc>
        <w:tc>
          <w:tcPr>
            <w:tcW w:w="2160" w:type="dxa"/>
          </w:tcPr>
          <w:p w14:paraId="2A5E8BC8" w14:textId="77777777" w:rsidR="00602E18" w:rsidRDefault="00000000">
            <w:r>
              <w:t>5 (7%)</w:t>
            </w:r>
          </w:p>
        </w:tc>
        <w:tc>
          <w:tcPr>
            <w:tcW w:w="2160" w:type="dxa"/>
          </w:tcPr>
          <w:p w14:paraId="08252E48" w14:textId="77777777" w:rsidR="00602E18" w:rsidRDefault="00000000">
            <w:r>
              <w:t>2 (2%)</w:t>
            </w:r>
          </w:p>
        </w:tc>
      </w:tr>
      <w:tr w:rsidR="00602E18" w14:paraId="5C91650D" w14:textId="77777777">
        <w:tc>
          <w:tcPr>
            <w:tcW w:w="2160" w:type="dxa"/>
          </w:tcPr>
          <w:p w14:paraId="1BC6E3FB" w14:textId="77777777" w:rsidR="00602E18" w:rsidRDefault="00000000">
            <w:r>
              <w:t>Any Level (&gt;Normal)</w:t>
            </w:r>
          </w:p>
        </w:tc>
        <w:tc>
          <w:tcPr>
            <w:tcW w:w="2160" w:type="dxa"/>
          </w:tcPr>
          <w:p w14:paraId="3824CBC8" w14:textId="77777777" w:rsidR="00602E18" w:rsidRDefault="00000000">
            <w:r>
              <w:t>33 (48%)</w:t>
            </w:r>
          </w:p>
        </w:tc>
        <w:tc>
          <w:tcPr>
            <w:tcW w:w="2160" w:type="dxa"/>
          </w:tcPr>
          <w:p w14:paraId="76AA88F3" w14:textId="77777777" w:rsidR="00602E18" w:rsidRDefault="00000000">
            <w:r>
              <w:t>41 (60%)</w:t>
            </w:r>
          </w:p>
        </w:tc>
        <w:tc>
          <w:tcPr>
            <w:tcW w:w="2160" w:type="dxa"/>
          </w:tcPr>
          <w:p w14:paraId="0754D58E" w14:textId="77777777" w:rsidR="00602E18" w:rsidRDefault="00000000">
            <w:r>
              <w:t>29 (42%)</w:t>
            </w:r>
          </w:p>
        </w:tc>
      </w:tr>
    </w:tbl>
    <w:p w14:paraId="50DE93F7" w14:textId="2BD37BCD" w:rsidR="00602E18" w:rsidRDefault="00000000">
      <w:pPr>
        <w:pStyle w:val="Heading2"/>
      </w:pPr>
      <w:r>
        <w:t xml:space="preserve">Table </w:t>
      </w:r>
      <w:r w:rsidR="001356FD">
        <w:t>2</w:t>
      </w:r>
      <w:r>
        <w:t>. Sleep Quality (PSQI)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7"/>
        <w:gridCol w:w="2876"/>
        <w:gridCol w:w="2877"/>
      </w:tblGrid>
      <w:tr w:rsidR="00602E18" w14:paraId="62594C97" w14:textId="77777777">
        <w:tc>
          <w:tcPr>
            <w:tcW w:w="2880" w:type="dxa"/>
          </w:tcPr>
          <w:p w14:paraId="05DF4852" w14:textId="77777777" w:rsidR="00602E18" w:rsidRDefault="00000000">
            <w:r>
              <w:t>Sleep Quality Category</w:t>
            </w:r>
          </w:p>
        </w:tc>
        <w:tc>
          <w:tcPr>
            <w:tcW w:w="2880" w:type="dxa"/>
          </w:tcPr>
          <w:p w14:paraId="61E6203E" w14:textId="77777777" w:rsidR="00602E18" w:rsidRDefault="00000000">
            <w:r>
              <w:t>n</w:t>
            </w:r>
          </w:p>
        </w:tc>
        <w:tc>
          <w:tcPr>
            <w:tcW w:w="2880" w:type="dxa"/>
          </w:tcPr>
          <w:p w14:paraId="546FDC0A" w14:textId="77777777" w:rsidR="00602E18" w:rsidRDefault="00000000">
            <w:r>
              <w:t>%</w:t>
            </w:r>
          </w:p>
        </w:tc>
      </w:tr>
      <w:tr w:rsidR="00602E18" w14:paraId="0F79A18A" w14:textId="77777777">
        <w:tc>
          <w:tcPr>
            <w:tcW w:w="2880" w:type="dxa"/>
          </w:tcPr>
          <w:p w14:paraId="16DC1859" w14:textId="77777777" w:rsidR="00602E18" w:rsidRDefault="00000000">
            <w:r>
              <w:t>Good Sleep (PSQI ≤ 5)</w:t>
            </w:r>
          </w:p>
        </w:tc>
        <w:tc>
          <w:tcPr>
            <w:tcW w:w="2880" w:type="dxa"/>
          </w:tcPr>
          <w:p w14:paraId="149EB97E" w14:textId="77777777" w:rsidR="00602E18" w:rsidRDefault="00000000">
            <w:r>
              <w:t>33</w:t>
            </w:r>
          </w:p>
        </w:tc>
        <w:tc>
          <w:tcPr>
            <w:tcW w:w="2880" w:type="dxa"/>
          </w:tcPr>
          <w:p w14:paraId="283EE23A" w14:textId="77777777" w:rsidR="00602E18" w:rsidRDefault="00000000">
            <w:r>
              <w:t>48%</w:t>
            </w:r>
          </w:p>
        </w:tc>
      </w:tr>
      <w:tr w:rsidR="00602E18" w14:paraId="7357D463" w14:textId="77777777">
        <w:tc>
          <w:tcPr>
            <w:tcW w:w="2880" w:type="dxa"/>
          </w:tcPr>
          <w:p w14:paraId="4836F623" w14:textId="77777777" w:rsidR="00602E18" w:rsidRDefault="00000000">
            <w:r>
              <w:t>Poor Sleep (PSQI &gt; 5)</w:t>
            </w:r>
          </w:p>
        </w:tc>
        <w:tc>
          <w:tcPr>
            <w:tcW w:w="2880" w:type="dxa"/>
          </w:tcPr>
          <w:p w14:paraId="7F8D6FBB" w14:textId="77777777" w:rsidR="00602E18" w:rsidRDefault="00000000">
            <w:r>
              <w:t>35</w:t>
            </w:r>
          </w:p>
        </w:tc>
        <w:tc>
          <w:tcPr>
            <w:tcW w:w="2880" w:type="dxa"/>
          </w:tcPr>
          <w:p w14:paraId="70046306" w14:textId="77777777" w:rsidR="00602E18" w:rsidRDefault="00000000">
            <w:r>
              <w:t>52%</w:t>
            </w:r>
          </w:p>
        </w:tc>
      </w:tr>
    </w:tbl>
    <w:p w14:paraId="0B7BD9DF" w14:textId="295BB575" w:rsidR="00602E18" w:rsidRDefault="00000000">
      <w:pPr>
        <w:pStyle w:val="Heading2"/>
      </w:pPr>
      <w:r>
        <w:t xml:space="preserve">Table </w:t>
      </w:r>
      <w:r w:rsidR="001356FD">
        <w:t xml:space="preserve">3. </w:t>
      </w:r>
      <w:r>
        <w:t>Correlation Between Psychological Distress and Sleep Quality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7"/>
        <w:gridCol w:w="2877"/>
        <w:gridCol w:w="2876"/>
      </w:tblGrid>
      <w:tr w:rsidR="00602E18" w14:paraId="20E1AB88" w14:textId="77777777">
        <w:tc>
          <w:tcPr>
            <w:tcW w:w="2880" w:type="dxa"/>
          </w:tcPr>
          <w:p w14:paraId="2961F5E3" w14:textId="77777777" w:rsidR="00602E18" w:rsidRDefault="00000000">
            <w:r>
              <w:t>Variables Compared</w:t>
            </w:r>
          </w:p>
        </w:tc>
        <w:tc>
          <w:tcPr>
            <w:tcW w:w="2880" w:type="dxa"/>
          </w:tcPr>
          <w:p w14:paraId="2E22CFF2" w14:textId="77777777" w:rsidR="00602E18" w:rsidRDefault="00000000">
            <w:r>
              <w:t>Correlation (r)</w:t>
            </w:r>
          </w:p>
        </w:tc>
        <w:tc>
          <w:tcPr>
            <w:tcW w:w="2880" w:type="dxa"/>
          </w:tcPr>
          <w:p w14:paraId="08903F86" w14:textId="77777777" w:rsidR="00602E18" w:rsidRDefault="00000000">
            <w:r>
              <w:t>p-value</w:t>
            </w:r>
          </w:p>
        </w:tc>
      </w:tr>
      <w:tr w:rsidR="00602E18" w14:paraId="1E925734" w14:textId="77777777">
        <w:tc>
          <w:tcPr>
            <w:tcW w:w="2880" w:type="dxa"/>
          </w:tcPr>
          <w:p w14:paraId="0C7E4E8F" w14:textId="77777777" w:rsidR="00602E18" w:rsidRDefault="00000000">
            <w:r>
              <w:t>Depression &amp; Anxiety</w:t>
            </w:r>
          </w:p>
        </w:tc>
        <w:tc>
          <w:tcPr>
            <w:tcW w:w="2880" w:type="dxa"/>
          </w:tcPr>
          <w:p w14:paraId="649888BB" w14:textId="77777777" w:rsidR="00602E18" w:rsidRDefault="00000000">
            <w:r>
              <w:t>&gt;0.70</w:t>
            </w:r>
          </w:p>
        </w:tc>
        <w:tc>
          <w:tcPr>
            <w:tcW w:w="2880" w:type="dxa"/>
          </w:tcPr>
          <w:p w14:paraId="4AC26465" w14:textId="77777777" w:rsidR="00602E18" w:rsidRDefault="00000000">
            <w:r>
              <w:t>&lt;0.01</w:t>
            </w:r>
          </w:p>
        </w:tc>
      </w:tr>
      <w:tr w:rsidR="00602E18" w14:paraId="571F6563" w14:textId="77777777">
        <w:tc>
          <w:tcPr>
            <w:tcW w:w="2880" w:type="dxa"/>
          </w:tcPr>
          <w:p w14:paraId="6F281791" w14:textId="77777777" w:rsidR="00602E18" w:rsidRDefault="00000000">
            <w:r>
              <w:t>Depression &amp; Stress</w:t>
            </w:r>
          </w:p>
        </w:tc>
        <w:tc>
          <w:tcPr>
            <w:tcW w:w="2880" w:type="dxa"/>
          </w:tcPr>
          <w:p w14:paraId="701CFFEC" w14:textId="77777777" w:rsidR="00602E18" w:rsidRDefault="00000000">
            <w:r>
              <w:t>&gt;0.70</w:t>
            </w:r>
          </w:p>
        </w:tc>
        <w:tc>
          <w:tcPr>
            <w:tcW w:w="2880" w:type="dxa"/>
          </w:tcPr>
          <w:p w14:paraId="2392F074" w14:textId="77777777" w:rsidR="00602E18" w:rsidRDefault="00000000">
            <w:r>
              <w:t>&lt;0.01</w:t>
            </w:r>
          </w:p>
        </w:tc>
      </w:tr>
      <w:tr w:rsidR="00602E18" w14:paraId="23036B25" w14:textId="77777777">
        <w:tc>
          <w:tcPr>
            <w:tcW w:w="2880" w:type="dxa"/>
          </w:tcPr>
          <w:p w14:paraId="6A81593C" w14:textId="77777777" w:rsidR="00602E18" w:rsidRDefault="00000000">
            <w:r>
              <w:t>Anxiety &amp; Stress</w:t>
            </w:r>
          </w:p>
        </w:tc>
        <w:tc>
          <w:tcPr>
            <w:tcW w:w="2880" w:type="dxa"/>
          </w:tcPr>
          <w:p w14:paraId="7F493D91" w14:textId="77777777" w:rsidR="00602E18" w:rsidRDefault="00000000">
            <w:r>
              <w:t>&gt;0.70</w:t>
            </w:r>
          </w:p>
        </w:tc>
        <w:tc>
          <w:tcPr>
            <w:tcW w:w="2880" w:type="dxa"/>
          </w:tcPr>
          <w:p w14:paraId="37CBDDA9" w14:textId="77777777" w:rsidR="00602E18" w:rsidRDefault="00000000">
            <w:r>
              <w:t>&lt;0.01</w:t>
            </w:r>
          </w:p>
        </w:tc>
      </w:tr>
      <w:tr w:rsidR="00602E18" w14:paraId="4B3D7712" w14:textId="77777777">
        <w:tc>
          <w:tcPr>
            <w:tcW w:w="2880" w:type="dxa"/>
          </w:tcPr>
          <w:p w14:paraId="5532409C" w14:textId="77777777" w:rsidR="00602E18" w:rsidRDefault="00000000">
            <w:r>
              <w:t>Depression &amp; PSQI</w:t>
            </w:r>
          </w:p>
        </w:tc>
        <w:tc>
          <w:tcPr>
            <w:tcW w:w="2880" w:type="dxa"/>
          </w:tcPr>
          <w:p w14:paraId="03E5762B" w14:textId="77777777" w:rsidR="00602E18" w:rsidRDefault="00000000">
            <w:r>
              <w:t>0.31–0.44</w:t>
            </w:r>
          </w:p>
        </w:tc>
        <w:tc>
          <w:tcPr>
            <w:tcW w:w="2880" w:type="dxa"/>
          </w:tcPr>
          <w:p w14:paraId="14F30CC4" w14:textId="77777777" w:rsidR="00602E18" w:rsidRDefault="00000000">
            <w:r>
              <w:t>&lt;0.01</w:t>
            </w:r>
          </w:p>
        </w:tc>
      </w:tr>
      <w:tr w:rsidR="00602E18" w14:paraId="2821E615" w14:textId="77777777">
        <w:tc>
          <w:tcPr>
            <w:tcW w:w="2880" w:type="dxa"/>
          </w:tcPr>
          <w:p w14:paraId="100DCC67" w14:textId="77777777" w:rsidR="00602E18" w:rsidRDefault="00000000">
            <w:r>
              <w:t>Anxiety &amp; PSQI</w:t>
            </w:r>
          </w:p>
        </w:tc>
        <w:tc>
          <w:tcPr>
            <w:tcW w:w="2880" w:type="dxa"/>
          </w:tcPr>
          <w:p w14:paraId="7C673D3E" w14:textId="77777777" w:rsidR="00602E18" w:rsidRDefault="00000000">
            <w:r>
              <w:t>0.31–0.44</w:t>
            </w:r>
          </w:p>
        </w:tc>
        <w:tc>
          <w:tcPr>
            <w:tcW w:w="2880" w:type="dxa"/>
          </w:tcPr>
          <w:p w14:paraId="1FA56BB6" w14:textId="77777777" w:rsidR="00602E18" w:rsidRDefault="00000000">
            <w:r>
              <w:t>&lt;0.01</w:t>
            </w:r>
          </w:p>
        </w:tc>
      </w:tr>
    </w:tbl>
    <w:p w14:paraId="3784799D" w14:textId="09E564F3" w:rsidR="00602E18" w:rsidRDefault="00000000">
      <w:pPr>
        <w:pStyle w:val="Heading2"/>
      </w:pPr>
      <w:r>
        <w:t xml:space="preserve">Table </w:t>
      </w:r>
      <w:r w:rsidR="001356FD">
        <w:t>4.</w:t>
      </w:r>
      <w:r>
        <w:t xml:space="preserve"> Factors Associated with Psychological Distress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9"/>
        <w:gridCol w:w="2158"/>
        <w:gridCol w:w="2157"/>
        <w:gridCol w:w="2156"/>
      </w:tblGrid>
      <w:tr w:rsidR="00602E18" w14:paraId="48ABCAE4" w14:textId="77777777">
        <w:tc>
          <w:tcPr>
            <w:tcW w:w="2160" w:type="dxa"/>
          </w:tcPr>
          <w:p w14:paraId="703A4889" w14:textId="77777777" w:rsidR="00602E18" w:rsidRDefault="00000000">
            <w:r>
              <w:t>Factor</w:t>
            </w:r>
          </w:p>
        </w:tc>
        <w:tc>
          <w:tcPr>
            <w:tcW w:w="2160" w:type="dxa"/>
          </w:tcPr>
          <w:p w14:paraId="06FD9B12" w14:textId="77777777" w:rsidR="00602E18" w:rsidRDefault="00000000">
            <w:r>
              <w:t>Depression (p)</w:t>
            </w:r>
          </w:p>
        </w:tc>
        <w:tc>
          <w:tcPr>
            <w:tcW w:w="2160" w:type="dxa"/>
          </w:tcPr>
          <w:p w14:paraId="4A32B936" w14:textId="77777777" w:rsidR="00602E18" w:rsidRDefault="00000000">
            <w:r>
              <w:t>Anxiety (p)</w:t>
            </w:r>
          </w:p>
        </w:tc>
        <w:tc>
          <w:tcPr>
            <w:tcW w:w="2160" w:type="dxa"/>
          </w:tcPr>
          <w:p w14:paraId="16F824E3" w14:textId="77777777" w:rsidR="00602E18" w:rsidRDefault="00000000">
            <w:r>
              <w:t>Stress (p)</w:t>
            </w:r>
          </w:p>
        </w:tc>
      </w:tr>
      <w:tr w:rsidR="00602E18" w14:paraId="291C5294" w14:textId="77777777">
        <w:tc>
          <w:tcPr>
            <w:tcW w:w="2160" w:type="dxa"/>
          </w:tcPr>
          <w:p w14:paraId="0193700A" w14:textId="77777777" w:rsidR="00602E18" w:rsidRDefault="00000000">
            <w:r>
              <w:t>Female sex</w:t>
            </w:r>
          </w:p>
        </w:tc>
        <w:tc>
          <w:tcPr>
            <w:tcW w:w="2160" w:type="dxa"/>
          </w:tcPr>
          <w:p w14:paraId="103DCFA1" w14:textId="77777777" w:rsidR="00602E18" w:rsidRDefault="00000000">
            <w:r>
              <w:t>&lt;0.05</w:t>
            </w:r>
          </w:p>
        </w:tc>
        <w:tc>
          <w:tcPr>
            <w:tcW w:w="2160" w:type="dxa"/>
          </w:tcPr>
          <w:p w14:paraId="2E531C79" w14:textId="77777777" w:rsidR="00602E18" w:rsidRDefault="00000000">
            <w:r>
              <w:t>&lt;0.05</w:t>
            </w:r>
          </w:p>
        </w:tc>
        <w:tc>
          <w:tcPr>
            <w:tcW w:w="2160" w:type="dxa"/>
          </w:tcPr>
          <w:p w14:paraId="457809CA" w14:textId="77777777" w:rsidR="00602E18" w:rsidRDefault="00000000">
            <w:r>
              <w:t>&lt;0.05</w:t>
            </w:r>
          </w:p>
        </w:tc>
      </w:tr>
      <w:tr w:rsidR="00602E18" w14:paraId="4099A1A0" w14:textId="77777777">
        <w:tc>
          <w:tcPr>
            <w:tcW w:w="2160" w:type="dxa"/>
          </w:tcPr>
          <w:p w14:paraId="3E98BECC" w14:textId="77777777" w:rsidR="00602E18" w:rsidRDefault="00000000">
            <w:r>
              <w:t>Financial strain</w:t>
            </w:r>
          </w:p>
        </w:tc>
        <w:tc>
          <w:tcPr>
            <w:tcW w:w="2160" w:type="dxa"/>
          </w:tcPr>
          <w:p w14:paraId="04DC7972" w14:textId="77777777" w:rsidR="00602E18" w:rsidRDefault="00000000">
            <w:r>
              <w:t>&lt;0.05</w:t>
            </w:r>
          </w:p>
        </w:tc>
        <w:tc>
          <w:tcPr>
            <w:tcW w:w="2160" w:type="dxa"/>
          </w:tcPr>
          <w:p w14:paraId="192BBC05" w14:textId="77777777" w:rsidR="00602E18" w:rsidRDefault="00000000">
            <w:r>
              <w:t>&lt;0.05</w:t>
            </w:r>
          </w:p>
        </w:tc>
        <w:tc>
          <w:tcPr>
            <w:tcW w:w="2160" w:type="dxa"/>
          </w:tcPr>
          <w:p w14:paraId="3DD8C8BC" w14:textId="77777777" w:rsidR="00602E18" w:rsidRDefault="00000000">
            <w:r>
              <w:t>&lt;0.05</w:t>
            </w:r>
          </w:p>
        </w:tc>
      </w:tr>
      <w:tr w:rsidR="00602E18" w14:paraId="0B983A09" w14:textId="77777777">
        <w:tc>
          <w:tcPr>
            <w:tcW w:w="2160" w:type="dxa"/>
          </w:tcPr>
          <w:p w14:paraId="60DA3BFC" w14:textId="77777777" w:rsidR="00602E18" w:rsidRDefault="00000000">
            <w:r>
              <w:t>Missing meals</w:t>
            </w:r>
          </w:p>
        </w:tc>
        <w:tc>
          <w:tcPr>
            <w:tcW w:w="2160" w:type="dxa"/>
          </w:tcPr>
          <w:p w14:paraId="2F3C099D" w14:textId="77777777" w:rsidR="00602E18" w:rsidRDefault="00000000">
            <w:r>
              <w:t>&lt;0.05</w:t>
            </w:r>
          </w:p>
        </w:tc>
        <w:tc>
          <w:tcPr>
            <w:tcW w:w="2160" w:type="dxa"/>
          </w:tcPr>
          <w:p w14:paraId="2D49A86C" w14:textId="77777777" w:rsidR="00602E18" w:rsidRDefault="00000000">
            <w:r>
              <w:t>&lt;0.05</w:t>
            </w:r>
          </w:p>
        </w:tc>
        <w:tc>
          <w:tcPr>
            <w:tcW w:w="2160" w:type="dxa"/>
          </w:tcPr>
          <w:p w14:paraId="7DCF0FA5" w14:textId="77777777" w:rsidR="00602E18" w:rsidRDefault="00000000">
            <w:r>
              <w:t>&lt;0.05</w:t>
            </w:r>
          </w:p>
        </w:tc>
      </w:tr>
      <w:tr w:rsidR="00602E18" w14:paraId="19E0B78A" w14:textId="77777777">
        <w:tc>
          <w:tcPr>
            <w:tcW w:w="2160" w:type="dxa"/>
          </w:tcPr>
          <w:p w14:paraId="69F71FF1" w14:textId="77777777" w:rsidR="00602E18" w:rsidRDefault="00000000">
            <w:r>
              <w:t>Poor accommodation</w:t>
            </w:r>
          </w:p>
        </w:tc>
        <w:tc>
          <w:tcPr>
            <w:tcW w:w="2160" w:type="dxa"/>
          </w:tcPr>
          <w:p w14:paraId="489154FD" w14:textId="77777777" w:rsidR="00602E18" w:rsidRDefault="00000000">
            <w:r>
              <w:t>&lt;0.05</w:t>
            </w:r>
          </w:p>
        </w:tc>
        <w:tc>
          <w:tcPr>
            <w:tcW w:w="2160" w:type="dxa"/>
          </w:tcPr>
          <w:p w14:paraId="0A765218" w14:textId="77777777" w:rsidR="00602E18" w:rsidRDefault="00000000">
            <w:r>
              <w:t>&lt;0.05</w:t>
            </w:r>
          </w:p>
        </w:tc>
        <w:tc>
          <w:tcPr>
            <w:tcW w:w="2160" w:type="dxa"/>
          </w:tcPr>
          <w:p w14:paraId="78381092" w14:textId="77777777" w:rsidR="00602E18" w:rsidRDefault="00000000">
            <w:r>
              <w:t>&lt;0.05</w:t>
            </w:r>
          </w:p>
        </w:tc>
      </w:tr>
      <w:tr w:rsidR="00602E18" w14:paraId="52DC5EEA" w14:textId="77777777">
        <w:tc>
          <w:tcPr>
            <w:tcW w:w="2160" w:type="dxa"/>
          </w:tcPr>
          <w:p w14:paraId="5CEDDE68" w14:textId="77777777" w:rsidR="00602E18" w:rsidRDefault="00000000">
            <w:r>
              <w:t>Poor senior support</w:t>
            </w:r>
          </w:p>
        </w:tc>
        <w:tc>
          <w:tcPr>
            <w:tcW w:w="2160" w:type="dxa"/>
          </w:tcPr>
          <w:p w14:paraId="2C7A1B3E" w14:textId="77777777" w:rsidR="00602E18" w:rsidRDefault="00000000">
            <w:r>
              <w:t>&lt;0.05</w:t>
            </w:r>
          </w:p>
        </w:tc>
        <w:tc>
          <w:tcPr>
            <w:tcW w:w="2160" w:type="dxa"/>
          </w:tcPr>
          <w:p w14:paraId="6373DCBB" w14:textId="77777777" w:rsidR="00602E18" w:rsidRDefault="00000000">
            <w:r>
              <w:t>&lt;0.05</w:t>
            </w:r>
          </w:p>
        </w:tc>
        <w:tc>
          <w:tcPr>
            <w:tcW w:w="2160" w:type="dxa"/>
          </w:tcPr>
          <w:p w14:paraId="6EE7EF83" w14:textId="77777777" w:rsidR="00602E18" w:rsidRDefault="00000000">
            <w:r>
              <w:t>&lt;0.05</w:t>
            </w:r>
          </w:p>
        </w:tc>
      </w:tr>
      <w:tr w:rsidR="00602E18" w14:paraId="34BF6348" w14:textId="77777777">
        <w:tc>
          <w:tcPr>
            <w:tcW w:w="2160" w:type="dxa"/>
          </w:tcPr>
          <w:p w14:paraId="6B320741" w14:textId="77777777" w:rsidR="00602E18" w:rsidRDefault="00000000">
            <w:r>
              <w:t>Emotional abuse</w:t>
            </w:r>
          </w:p>
        </w:tc>
        <w:tc>
          <w:tcPr>
            <w:tcW w:w="2160" w:type="dxa"/>
          </w:tcPr>
          <w:p w14:paraId="794D370E" w14:textId="77777777" w:rsidR="00602E18" w:rsidRDefault="00000000">
            <w:r>
              <w:t>&lt;0.05</w:t>
            </w:r>
          </w:p>
        </w:tc>
        <w:tc>
          <w:tcPr>
            <w:tcW w:w="2160" w:type="dxa"/>
          </w:tcPr>
          <w:p w14:paraId="22460A66" w14:textId="77777777" w:rsidR="00602E18" w:rsidRDefault="00000000">
            <w:r>
              <w:t>&lt;0.05</w:t>
            </w:r>
          </w:p>
        </w:tc>
        <w:tc>
          <w:tcPr>
            <w:tcW w:w="2160" w:type="dxa"/>
          </w:tcPr>
          <w:p w14:paraId="7409BDB3" w14:textId="77777777" w:rsidR="00602E18" w:rsidRDefault="00000000">
            <w:r>
              <w:t>&lt;0.05</w:t>
            </w:r>
          </w:p>
        </w:tc>
      </w:tr>
    </w:tbl>
    <w:p w14:paraId="2D508053" w14:textId="77777777" w:rsidR="00E61E06" w:rsidRDefault="00E61E06"/>
    <w:sectPr w:rsidR="00E61E0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Iskoola Pota">
    <w:panose1 w:val="02010503010101010104"/>
    <w:charset w:val="00"/>
    <w:family w:val="auto"/>
    <w:pitch w:val="variable"/>
    <w:sig w:usb0="00000003" w:usb1="00000000" w:usb2="000002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53639021">
    <w:abstractNumId w:val="8"/>
  </w:num>
  <w:num w:numId="2" w16cid:durableId="1046220866">
    <w:abstractNumId w:val="6"/>
  </w:num>
  <w:num w:numId="3" w16cid:durableId="375929027">
    <w:abstractNumId w:val="5"/>
  </w:num>
  <w:num w:numId="4" w16cid:durableId="1784571785">
    <w:abstractNumId w:val="4"/>
  </w:num>
  <w:num w:numId="5" w16cid:durableId="2135712555">
    <w:abstractNumId w:val="7"/>
  </w:num>
  <w:num w:numId="6" w16cid:durableId="221446250">
    <w:abstractNumId w:val="3"/>
  </w:num>
  <w:num w:numId="7" w16cid:durableId="1100951499">
    <w:abstractNumId w:val="2"/>
  </w:num>
  <w:num w:numId="8" w16cid:durableId="357436673">
    <w:abstractNumId w:val="1"/>
  </w:num>
  <w:num w:numId="9" w16cid:durableId="599884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2B90"/>
    <w:rsid w:val="00034616"/>
    <w:rsid w:val="0006063C"/>
    <w:rsid w:val="001356FD"/>
    <w:rsid w:val="0015074B"/>
    <w:rsid w:val="0029639D"/>
    <w:rsid w:val="00326F90"/>
    <w:rsid w:val="00602E18"/>
    <w:rsid w:val="008E2586"/>
    <w:rsid w:val="00AA1D8D"/>
    <w:rsid w:val="00B47730"/>
    <w:rsid w:val="00CB0664"/>
    <w:rsid w:val="00CF6E21"/>
    <w:rsid w:val="00E61E0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33F285"/>
  <w14:defaultImageDpi w14:val="300"/>
  <w15:docId w15:val="{7A28056B-9975-4240-938B-3511D2D59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Sudarshani Patabandige</cp:lastModifiedBy>
  <cp:revision>3</cp:revision>
  <dcterms:created xsi:type="dcterms:W3CDTF">2026-02-14T10:23:00Z</dcterms:created>
  <dcterms:modified xsi:type="dcterms:W3CDTF">2026-02-22T03:34:00Z</dcterms:modified>
  <cp:category/>
</cp:coreProperties>
</file>