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E68F85" w14:textId="77777777" w:rsidR="002E2292" w:rsidRDefault="00000000">
      <w:r>
        <w:rPr>
          <w:b/>
        </w:rPr>
        <w:t>PRISMA 2020 CHECKLIST</w:t>
      </w:r>
    </w:p>
    <w:p w14:paraId="151CBBD5" w14:textId="77777777" w:rsidR="002E2292" w:rsidRDefault="00000000">
      <w:r>
        <w:t>Title: Allogeneic Mesenchymal Stromal Cell-Based Therapies for Diabetic Foot Ulcers: Systematic Review and Meta-Analysis of Controlled Topical and Local Delivery Trials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8"/>
        <w:gridCol w:w="2156"/>
        <w:gridCol w:w="2158"/>
        <w:gridCol w:w="2158"/>
      </w:tblGrid>
      <w:tr w:rsidR="002E2292" w14:paraId="6B31D323" w14:textId="77777777">
        <w:tc>
          <w:tcPr>
            <w:tcW w:w="2160" w:type="dxa"/>
          </w:tcPr>
          <w:p w14:paraId="0A5E9E0B" w14:textId="77777777" w:rsidR="002E2292" w:rsidRDefault="00000000">
            <w:r>
              <w:t>Section</w:t>
            </w:r>
          </w:p>
        </w:tc>
        <w:tc>
          <w:tcPr>
            <w:tcW w:w="2160" w:type="dxa"/>
          </w:tcPr>
          <w:p w14:paraId="6AE1C04B" w14:textId="77777777" w:rsidR="002E2292" w:rsidRDefault="00000000">
            <w:r>
              <w:t>Item</w:t>
            </w:r>
          </w:p>
        </w:tc>
        <w:tc>
          <w:tcPr>
            <w:tcW w:w="2160" w:type="dxa"/>
          </w:tcPr>
          <w:p w14:paraId="719AF534" w14:textId="77777777" w:rsidR="002E2292" w:rsidRDefault="00000000">
            <w:r>
              <w:t>PRISMA 2020 Checklist Item</w:t>
            </w:r>
          </w:p>
        </w:tc>
        <w:tc>
          <w:tcPr>
            <w:tcW w:w="2160" w:type="dxa"/>
          </w:tcPr>
          <w:p w14:paraId="60BDC4C0" w14:textId="77777777" w:rsidR="002E2292" w:rsidRDefault="00000000">
            <w:r>
              <w:t>Location in Manuscript</w:t>
            </w:r>
          </w:p>
        </w:tc>
      </w:tr>
      <w:tr w:rsidR="002E2292" w14:paraId="15629441" w14:textId="77777777">
        <w:tc>
          <w:tcPr>
            <w:tcW w:w="2160" w:type="dxa"/>
          </w:tcPr>
          <w:p w14:paraId="717DDA4D" w14:textId="77777777" w:rsidR="002E2292" w:rsidRDefault="00000000">
            <w:r>
              <w:t>Title</w:t>
            </w:r>
          </w:p>
        </w:tc>
        <w:tc>
          <w:tcPr>
            <w:tcW w:w="2160" w:type="dxa"/>
          </w:tcPr>
          <w:p w14:paraId="042CAE18" w14:textId="77777777" w:rsidR="002E2292" w:rsidRDefault="00000000">
            <w:r>
              <w:t>1</w:t>
            </w:r>
          </w:p>
        </w:tc>
        <w:tc>
          <w:tcPr>
            <w:tcW w:w="2160" w:type="dxa"/>
          </w:tcPr>
          <w:p w14:paraId="411F7468" w14:textId="77777777" w:rsidR="002E2292" w:rsidRDefault="00000000">
            <w:r>
              <w:t>Identify the report as a systematic review and meta-analysis</w:t>
            </w:r>
          </w:p>
        </w:tc>
        <w:tc>
          <w:tcPr>
            <w:tcW w:w="2160" w:type="dxa"/>
          </w:tcPr>
          <w:p w14:paraId="6EC1A1A1" w14:textId="77777777" w:rsidR="002E2292" w:rsidRDefault="00000000">
            <w:r>
              <w:t>Title Page</w:t>
            </w:r>
          </w:p>
        </w:tc>
      </w:tr>
      <w:tr w:rsidR="002E2292" w14:paraId="1C824F53" w14:textId="77777777">
        <w:tc>
          <w:tcPr>
            <w:tcW w:w="2160" w:type="dxa"/>
          </w:tcPr>
          <w:p w14:paraId="01DE3159" w14:textId="77777777" w:rsidR="002E2292" w:rsidRDefault="00000000">
            <w:r>
              <w:t>Abstract</w:t>
            </w:r>
          </w:p>
        </w:tc>
        <w:tc>
          <w:tcPr>
            <w:tcW w:w="2160" w:type="dxa"/>
          </w:tcPr>
          <w:p w14:paraId="4417CB7E" w14:textId="77777777" w:rsidR="002E2292" w:rsidRDefault="00000000">
            <w:r>
              <w:t>2</w:t>
            </w:r>
          </w:p>
        </w:tc>
        <w:tc>
          <w:tcPr>
            <w:tcW w:w="2160" w:type="dxa"/>
          </w:tcPr>
          <w:p w14:paraId="5FE68866" w14:textId="77777777" w:rsidR="002E2292" w:rsidRDefault="00000000">
            <w:r>
              <w:t>Structured summary of objectives, methods, results, and conclusions</w:t>
            </w:r>
          </w:p>
        </w:tc>
        <w:tc>
          <w:tcPr>
            <w:tcW w:w="2160" w:type="dxa"/>
          </w:tcPr>
          <w:p w14:paraId="2A0BA9EA" w14:textId="77777777" w:rsidR="002E2292" w:rsidRDefault="00000000">
            <w:r>
              <w:t>Abstract</w:t>
            </w:r>
          </w:p>
        </w:tc>
      </w:tr>
      <w:tr w:rsidR="002E2292" w14:paraId="5855688E" w14:textId="77777777">
        <w:tc>
          <w:tcPr>
            <w:tcW w:w="2160" w:type="dxa"/>
          </w:tcPr>
          <w:p w14:paraId="4E29EA69" w14:textId="77777777" w:rsidR="002E2292" w:rsidRDefault="00000000">
            <w:r>
              <w:t>Introduction</w:t>
            </w:r>
          </w:p>
        </w:tc>
        <w:tc>
          <w:tcPr>
            <w:tcW w:w="2160" w:type="dxa"/>
          </w:tcPr>
          <w:p w14:paraId="39128E05" w14:textId="77777777" w:rsidR="002E2292" w:rsidRDefault="00000000">
            <w:r>
              <w:t>3</w:t>
            </w:r>
          </w:p>
        </w:tc>
        <w:tc>
          <w:tcPr>
            <w:tcW w:w="2160" w:type="dxa"/>
          </w:tcPr>
          <w:p w14:paraId="17DF216C" w14:textId="77777777" w:rsidR="002E2292" w:rsidRDefault="00000000">
            <w:r>
              <w:t>Describe the rationale for the review in the context of existing knowledge</w:t>
            </w:r>
          </w:p>
        </w:tc>
        <w:tc>
          <w:tcPr>
            <w:tcW w:w="2160" w:type="dxa"/>
          </w:tcPr>
          <w:p w14:paraId="6611EA46" w14:textId="77777777" w:rsidR="002E2292" w:rsidRDefault="00000000">
            <w:r>
              <w:t>Introduction</w:t>
            </w:r>
          </w:p>
        </w:tc>
      </w:tr>
      <w:tr w:rsidR="002E2292" w14:paraId="355196CC" w14:textId="77777777">
        <w:tc>
          <w:tcPr>
            <w:tcW w:w="2160" w:type="dxa"/>
          </w:tcPr>
          <w:p w14:paraId="5F98E35B" w14:textId="77777777" w:rsidR="002E2292" w:rsidRDefault="00000000">
            <w:r>
              <w:t>Introduction</w:t>
            </w:r>
          </w:p>
        </w:tc>
        <w:tc>
          <w:tcPr>
            <w:tcW w:w="2160" w:type="dxa"/>
          </w:tcPr>
          <w:p w14:paraId="0756F6C0" w14:textId="77777777" w:rsidR="002E2292" w:rsidRDefault="00000000">
            <w:r>
              <w:t>4</w:t>
            </w:r>
          </w:p>
        </w:tc>
        <w:tc>
          <w:tcPr>
            <w:tcW w:w="2160" w:type="dxa"/>
          </w:tcPr>
          <w:p w14:paraId="2E44CB50" w14:textId="77777777" w:rsidR="002E2292" w:rsidRDefault="00000000">
            <w:r>
              <w:t>Provide an explicit statement of the objectives or questions being addressed</w:t>
            </w:r>
          </w:p>
        </w:tc>
        <w:tc>
          <w:tcPr>
            <w:tcW w:w="2160" w:type="dxa"/>
          </w:tcPr>
          <w:p w14:paraId="2038924F" w14:textId="77777777" w:rsidR="002E2292" w:rsidRDefault="00000000">
            <w:r>
              <w:t>Introduction</w:t>
            </w:r>
          </w:p>
        </w:tc>
      </w:tr>
      <w:tr w:rsidR="002E2292" w14:paraId="2C473443" w14:textId="77777777">
        <w:tc>
          <w:tcPr>
            <w:tcW w:w="2160" w:type="dxa"/>
          </w:tcPr>
          <w:p w14:paraId="1612EF7F" w14:textId="77777777" w:rsidR="002E2292" w:rsidRDefault="00000000">
            <w:r>
              <w:t>Methods</w:t>
            </w:r>
          </w:p>
        </w:tc>
        <w:tc>
          <w:tcPr>
            <w:tcW w:w="2160" w:type="dxa"/>
          </w:tcPr>
          <w:p w14:paraId="6F7A9760" w14:textId="77777777" w:rsidR="002E2292" w:rsidRDefault="00000000">
            <w:r>
              <w:t>5</w:t>
            </w:r>
          </w:p>
        </w:tc>
        <w:tc>
          <w:tcPr>
            <w:tcW w:w="2160" w:type="dxa"/>
          </w:tcPr>
          <w:p w14:paraId="4D0E3F93" w14:textId="77777777" w:rsidR="002E2292" w:rsidRDefault="00000000">
            <w:r>
              <w:t>Specify the inclusion and exclusion criteria for the review and how studies were grouped</w:t>
            </w:r>
          </w:p>
        </w:tc>
        <w:tc>
          <w:tcPr>
            <w:tcW w:w="2160" w:type="dxa"/>
          </w:tcPr>
          <w:p w14:paraId="36A9D46D" w14:textId="77777777" w:rsidR="002E2292" w:rsidRDefault="00000000">
            <w:r>
              <w:t>Methods – Eligibility Criteria</w:t>
            </w:r>
          </w:p>
        </w:tc>
      </w:tr>
      <w:tr w:rsidR="002E2292" w14:paraId="27949389" w14:textId="77777777">
        <w:tc>
          <w:tcPr>
            <w:tcW w:w="2160" w:type="dxa"/>
          </w:tcPr>
          <w:p w14:paraId="42ACBFF0" w14:textId="77777777" w:rsidR="002E2292" w:rsidRDefault="00000000">
            <w:r>
              <w:t>Methods</w:t>
            </w:r>
          </w:p>
        </w:tc>
        <w:tc>
          <w:tcPr>
            <w:tcW w:w="2160" w:type="dxa"/>
          </w:tcPr>
          <w:p w14:paraId="784C2C9B" w14:textId="77777777" w:rsidR="002E2292" w:rsidRDefault="00000000">
            <w:r>
              <w:t>6</w:t>
            </w:r>
          </w:p>
        </w:tc>
        <w:tc>
          <w:tcPr>
            <w:tcW w:w="2160" w:type="dxa"/>
          </w:tcPr>
          <w:p w14:paraId="1D582F05" w14:textId="77777777" w:rsidR="002E2292" w:rsidRDefault="00000000">
            <w:r>
              <w:t>Specify all information sources searched or consulted</w:t>
            </w:r>
          </w:p>
        </w:tc>
        <w:tc>
          <w:tcPr>
            <w:tcW w:w="2160" w:type="dxa"/>
          </w:tcPr>
          <w:p w14:paraId="5B109E45" w14:textId="77777777" w:rsidR="002E2292" w:rsidRDefault="00000000">
            <w:r>
              <w:t>Methods – Study Selection</w:t>
            </w:r>
          </w:p>
        </w:tc>
      </w:tr>
      <w:tr w:rsidR="002E2292" w14:paraId="607446FF" w14:textId="77777777">
        <w:tc>
          <w:tcPr>
            <w:tcW w:w="2160" w:type="dxa"/>
          </w:tcPr>
          <w:p w14:paraId="09ECB9C7" w14:textId="77777777" w:rsidR="002E2292" w:rsidRDefault="00000000">
            <w:r>
              <w:t>Methods</w:t>
            </w:r>
          </w:p>
        </w:tc>
        <w:tc>
          <w:tcPr>
            <w:tcW w:w="2160" w:type="dxa"/>
          </w:tcPr>
          <w:p w14:paraId="599FB3F3" w14:textId="77777777" w:rsidR="002E2292" w:rsidRDefault="00000000">
            <w:r>
              <w:t>7</w:t>
            </w:r>
          </w:p>
        </w:tc>
        <w:tc>
          <w:tcPr>
            <w:tcW w:w="2160" w:type="dxa"/>
          </w:tcPr>
          <w:p w14:paraId="5EC75501" w14:textId="77777777" w:rsidR="002E2292" w:rsidRDefault="00000000">
            <w:r>
              <w:t>Present the full search strategies for all databases</w:t>
            </w:r>
          </w:p>
        </w:tc>
        <w:tc>
          <w:tcPr>
            <w:tcW w:w="2160" w:type="dxa"/>
          </w:tcPr>
          <w:p w14:paraId="2014FE80" w14:textId="77777777" w:rsidR="002E2292" w:rsidRDefault="00000000">
            <w:r>
              <w:t>Methods – Study Selection</w:t>
            </w:r>
          </w:p>
        </w:tc>
      </w:tr>
      <w:tr w:rsidR="002E2292" w14:paraId="318CC2CB" w14:textId="77777777">
        <w:tc>
          <w:tcPr>
            <w:tcW w:w="2160" w:type="dxa"/>
          </w:tcPr>
          <w:p w14:paraId="67D47DF3" w14:textId="77777777" w:rsidR="002E2292" w:rsidRDefault="00000000">
            <w:r>
              <w:t>Methods</w:t>
            </w:r>
          </w:p>
        </w:tc>
        <w:tc>
          <w:tcPr>
            <w:tcW w:w="2160" w:type="dxa"/>
          </w:tcPr>
          <w:p w14:paraId="5DF0C0E5" w14:textId="77777777" w:rsidR="002E2292" w:rsidRDefault="00000000">
            <w:r>
              <w:t>8</w:t>
            </w:r>
          </w:p>
        </w:tc>
        <w:tc>
          <w:tcPr>
            <w:tcW w:w="2160" w:type="dxa"/>
          </w:tcPr>
          <w:p w14:paraId="7825076D" w14:textId="77777777" w:rsidR="002E2292" w:rsidRDefault="00000000">
            <w:r>
              <w:t>Describe the process for selecting studies for inclusion</w:t>
            </w:r>
          </w:p>
        </w:tc>
        <w:tc>
          <w:tcPr>
            <w:tcW w:w="2160" w:type="dxa"/>
          </w:tcPr>
          <w:p w14:paraId="3F9AD290" w14:textId="77777777" w:rsidR="002E2292" w:rsidRDefault="00000000">
            <w:r>
              <w:t>Methods – Study Selection</w:t>
            </w:r>
          </w:p>
        </w:tc>
      </w:tr>
      <w:tr w:rsidR="002E2292" w14:paraId="502B1A07" w14:textId="77777777">
        <w:tc>
          <w:tcPr>
            <w:tcW w:w="2160" w:type="dxa"/>
          </w:tcPr>
          <w:p w14:paraId="0019AF7B" w14:textId="77777777" w:rsidR="002E2292" w:rsidRDefault="00000000">
            <w:r>
              <w:t>Methods</w:t>
            </w:r>
          </w:p>
        </w:tc>
        <w:tc>
          <w:tcPr>
            <w:tcW w:w="2160" w:type="dxa"/>
          </w:tcPr>
          <w:p w14:paraId="746DAAF7" w14:textId="77777777" w:rsidR="002E2292" w:rsidRDefault="00000000">
            <w:r>
              <w:t>9</w:t>
            </w:r>
          </w:p>
        </w:tc>
        <w:tc>
          <w:tcPr>
            <w:tcW w:w="2160" w:type="dxa"/>
          </w:tcPr>
          <w:p w14:paraId="2E44C928" w14:textId="77777777" w:rsidR="002E2292" w:rsidRDefault="00000000">
            <w:r>
              <w:t>Describe the process for data collection</w:t>
            </w:r>
          </w:p>
        </w:tc>
        <w:tc>
          <w:tcPr>
            <w:tcW w:w="2160" w:type="dxa"/>
          </w:tcPr>
          <w:p w14:paraId="1FE5DBB9" w14:textId="77777777" w:rsidR="002E2292" w:rsidRDefault="00000000">
            <w:r>
              <w:t>Methods – Data Extraction</w:t>
            </w:r>
          </w:p>
        </w:tc>
      </w:tr>
      <w:tr w:rsidR="002E2292" w14:paraId="2FB55320" w14:textId="77777777">
        <w:tc>
          <w:tcPr>
            <w:tcW w:w="2160" w:type="dxa"/>
          </w:tcPr>
          <w:p w14:paraId="209265DF" w14:textId="77777777" w:rsidR="002E2292" w:rsidRDefault="00000000">
            <w:r>
              <w:lastRenderedPageBreak/>
              <w:t>Methods</w:t>
            </w:r>
          </w:p>
        </w:tc>
        <w:tc>
          <w:tcPr>
            <w:tcW w:w="2160" w:type="dxa"/>
          </w:tcPr>
          <w:p w14:paraId="2B5AE1FF" w14:textId="77777777" w:rsidR="002E2292" w:rsidRDefault="00000000">
            <w:r>
              <w:t>10</w:t>
            </w:r>
          </w:p>
        </w:tc>
        <w:tc>
          <w:tcPr>
            <w:tcW w:w="2160" w:type="dxa"/>
          </w:tcPr>
          <w:p w14:paraId="589CC023" w14:textId="77777777" w:rsidR="002E2292" w:rsidRDefault="00000000">
            <w:r>
              <w:t>List and define all outcomes for which data were sought</w:t>
            </w:r>
          </w:p>
        </w:tc>
        <w:tc>
          <w:tcPr>
            <w:tcW w:w="2160" w:type="dxa"/>
          </w:tcPr>
          <w:p w14:paraId="1083EA04" w14:textId="77777777" w:rsidR="002E2292" w:rsidRDefault="00000000">
            <w:r>
              <w:t>Methods – Outcomes</w:t>
            </w:r>
          </w:p>
        </w:tc>
      </w:tr>
      <w:tr w:rsidR="002E2292" w14:paraId="184F721B" w14:textId="77777777">
        <w:tc>
          <w:tcPr>
            <w:tcW w:w="2160" w:type="dxa"/>
          </w:tcPr>
          <w:p w14:paraId="5A42CAE4" w14:textId="77777777" w:rsidR="002E2292" w:rsidRDefault="00000000">
            <w:r>
              <w:t>Methods</w:t>
            </w:r>
          </w:p>
        </w:tc>
        <w:tc>
          <w:tcPr>
            <w:tcW w:w="2160" w:type="dxa"/>
          </w:tcPr>
          <w:p w14:paraId="4F6E659E" w14:textId="77777777" w:rsidR="002E2292" w:rsidRDefault="00000000">
            <w:r>
              <w:t>11</w:t>
            </w:r>
          </w:p>
        </w:tc>
        <w:tc>
          <w:tcPr>
            <w:tcW w:w="2160" w:type="dxa"/>
          </w:tcPr>
          <w:p w14:paraId="593D419A" w14:textId="77777777" w:rsidR="002E2292" w:rsidRDefault="00000000">
            <w:r>
              <w:t>Describe the methods used to assess risk of bias in included studies</w:t>
            </w:r>
          </w:p>
        </w:tc>
        <w:tc>
          <w:tcPr>
            <w:tcW w:w="2160" w:type="dxa"/>
          </w:tcPr>
          <w:p w14:paraId="1E0A9DAB" w14:textId="77777777" w:rsidR="002E2292" w:rsidRDefault="00000000">
            <w:r>
              <w:t>Methods – Risk of Bias</w:t>
            </w:r>
          </w:p>
        </w:tc>
      </w:tr>
      <w:tr w:rsidR="002E2292" w14:paraId="1A780CCD" w14:textId="77777777">
        <w:tc>
          <w:tcPr>
            <w:tcW w:w="2160" w:type="dxa"/>
          </w:tcPr>
          <w:p w14:paraId="3AD92623" w14:textId="77777777" w:rsidR="002E2292" w:rsidRDefault="00000000">
            <w:r>
              <w:t>Methods</w:t>
            </w:r>
          </w:p>
        </w:tc>
        <w:tc>
          <w:tcPr>
            <w:tcW w:w="2160" w:type="dxa"/>
          </w:tcPr>
          <w:p w14:paraId="3798ECA0" w14:textId="77777777" w:rsidR="002E2292" w:rsidRDefault="00000000">
            <w:r>
              <w:t>12</w:t>
            </w:r>
          </w:p>
        </w:tc>
        <w:tc>
          <w:tcPr>
            <w:tcW w:w="2160" w:type="dxa"/>
          </w:tcPr>
          <w:p w14:paraId="00BA7CC9" w14:textId="77777777" w:rsidR="002E2292" w:rsidRDefault="00000000">
            <w:r>
              <w:t>Specify effect measures used for each outcome</w:t>
            </w:r>
          </w:p>
        </w:tc>
        <w:tc>
          <w:tcPr>
            <w:tcW w:w="2160" w:type="dxa"/>
          </w:tcPr>
          <w:p w14:paraId="0D51E983" w14:textId="77777777" w:rsidR="002E2292" w:rsidRDefault="00000000">
            <w:r>
              <w:t>Methods – Statistical Analysis</w:t>
            </w:r>
          </w:p>
        </w:tc>
      </w:tr>
      <w:tr w:rsidR="002E2292" w14:paraId="6FEDFC8E" w14:textId="77777777">
        <w:tc>
          <w:tcPr>
            <w:tcW w:w="2160" w:type="dxa"/>
          </w:tcPr>
          <w:p w14:paraId="0A8FDB05" w14:textId="77777777" w:rsidR="002E2292" w:rsidRDefault="00000000">
            <w:r>
              <w:t>Methods</w:t>
            </w:r>
          </w:p>
        </w:tc>
        <w:tc>
          <w:tcPr>
            <w:tcW w:w="2160" w:type="dxa"/>
          </w:tcPr>
          <w:p w14:paraId="4BD21609" w14:textId="77777777" w:rsidR="002E2292" w:rsidRDefault="00000000">
            <w:r>
              <w:t>13</w:t>
            </w:r>
          </w:p>
        </w:tc>
        <w:tc>
          <w:tcPr>
            <w:tcW w:w="2160" w:type="dxa"/>
          </w:tcPr>
          <w:p w14:paraId="55A436D7" w14:textId="77777777" w:rsidR="002E2292" w:rsidRDefault="00000000">
            <w:r>
              <w:t>Describe the methods used to synthesize results</w:t>
            </w:r>
          </w:p>
        </w:tc>
        <w:tc>
          <w:tcPr>
            <w:tcW w:w="2160" w:type="dxa"/>
          </w:tcPr>
          <w:p w14:paraId="17D8B6EA" w14:textId="77777777" w:rsidR="002E2292" w:rsidRDefault="00000000">
            <w:r>
              <w:t>Methods – Statistical Analysis</w:t>
            </w:r>
          </w:p>
        </w:tc>
      </w:tr>
      <w:tr w:rsidR="002E2292" w14:paraId="0CCD45A7" w14:textId="77777777">
        <w:tc>
          <w:tcPr>
            <w:tcW w:w="2160" w:type="dxa"/>
          </w:tcPr>
          <w:p w14:paraId="17FED3B7" w14:textId="77777777" w:rsidR="002E2292" w:rsidRDefault="00000000">
            <w:r>
              <w:t>Methods</w:t>
            </w:r>
          </w:p>
        </w:tc>
        <w:tc>
          <w:tcPr>
            <w:tcW w:w="2160" w:type="dxa"/>
          </w:tcPr>
          <w:p w14:paraId="260CDE56" w14:textId="77777777" w:rsidR="002E2292" w:rsidRDefault="00000000">
            <w:r>
              <w:t>14</w:t>
            </w:r>
          </w:p>
        </w:tc>
        <w:tc>
          <w:tcPr>
            <w:tcW w:w="2160" w:type="dxa"/>
          </w:tcPr>
          <w:p w14:paraId="56BA4E53" w14:textId="77777777" w:rsidR="002E2292" w:rsidRDefault="00000000">
            <w:r>
              <w:t>Describe any methods used to assess risk of bias due to missing results</w:t>
            </w:r>
          </w:p>
        </w:tc>
        <w:tc>
          <w:tcPr>
            <w:tcW w:w="2160" w:type="dxa"/>
          </w:tcPr>
          <w:p w14:paraId="445BB220" w14:textId="77777777" w:rsidR="002E2292" w:rsidRDefault="00000000">
            <w:r>
              <w:t>Methods – Risk of Bias</w:t>
            </w:r>
          </w:p>
        </w:tc>
      </w:tr>
      <w:tr w:rsidR="002E2292" w14:paraId="2B57AD6E" w14:textId="77777777">
        <w:tc>
          <w:tcPr>
            <w:tcW w:w="2160" w:type="dxa"/>
          </w:tcPr>
          <w:p w14:paraId="39F5CAD8" w14:textId="77777777" w:rsidR="002E2292" w:rsidRDefault="00000000">
            <w:r>
              <w:t>Methods</w:t>
            </w:r>
          </w:p>
        </w:tc>
        <w:tc>
          <w:tcPr>
            <w:tcW w:w="2160" w:type="dxa"/>
          </w:tcPr>
          <w:p w14:paraId="25739CA2" w14:textId="77777777" w:rsidR="002E2292" w:rsidRDefault="00000000">
            <w:r>
              <w:t>15</w:t>
            </w:r>
          </w:p>
        </w:tc>
        <w:tc>
          <w:tcPr>
            <w:tcW w:w="2160" w:type="dxa"/>
          </w:tcPr>
          <w:p w14:paraId="5F4CB65C" w14:textId="77777777" w:rsidR="002E2292" w:rsidRDefault="00000000">
            <w:r>
              <w:t>Describe methods used to assess certainty or confidence in the body of evidence</w:t>
            </w:r>
          </w:p>
        </w:tc>
        <w:tc>
          <w:tcPr>
            <w:tcW w:w="2160" w:type="dxa"/>
          </w:tcPr>
          <w:p w14:paraId="1CFCDA84" w14:textId="77777777" w:rsidR="002E2292" w:rsidRDefault="00000000">
            <w:r>
              <w:t>Discussion – Certainty of Evidence</w:t>
            </w:r>
          </w:p>
        </w:tc>
      </w:tr>
      <w:tr w:rsidR="002E2292" w14:paraId="2FA84BD8" w14:textId="77777777">
        <w:tc>
          <w:tcPr>
            <w:tcW w:w="2160" w:type="dxa"/>
          </w:tcPr>
          <w:p w14:paraId="5DA526A2" w14:textId="77777777" w:rsidR="002E2292" w:rsidRDefault="00000000">
            <w:r>
              <w:t>Results</w:t>
            </w:r>
          </w:p>
        </w:tc>
        <w:tc>
          <w:tcPr>
            <w:tcW w:w="2160" w:type="dxa"/>
          </w:tcPr>
          <w:p w14:paraId="23C7EE3E" w14:textId="77777777" w:rsidR="002E2292" w:rsidRDefault="00000000">
            <w:r>
              <w:t>16</w:t>
            </w:r>
          </w:p>
        </w:tc>
        <w:tc>
          <w:tcPr>
            <w:tcW w:w="2160" w:type="dxa"/>
          </w:tcPr>
          <w:p w14:paraId="480B8EC0" w14:textId="77777777" w:rsidR="002E2292" w:rsidRDefault="00000000">
            <w:r>
              <w:t>Describe the results of the search and selection process</w:t>
            </w:r>
          </w:p>
        </w:tc>
        <w:tc>
          <w:tcPr>
            <w:tcW w:w="2160" w:type="dxa"/>
          </w:tcPr>
          <w:p w14:paraId="7E702780" w14:textId="77777777" w:rsidR="002E2292" w:rsidRDefault="00000000">
            <w:r>
              <w:t>Results – Study Selection</w:t>
            </w:r>
          </w:p>
        </w:tc>
      </w:tr>
      <w:tr w:rsidR="002E2292" w14:paraId="05CA85B2" w14:textId="77777777">
        <w:tc>
          <w:tcPr>
            <w:tcW w:w="2160" w:type="dxa"/>
          </w:tcPr>
          <w:p w14:paraId="66725823" w14:textId="77777777" w:rsidR="002E2292" w:rsidRDefault="00000000">
            <w:r>
              <w:t>Results</w:t>
            </w:r>
          </w:p>
        </w:tc>
        <w:tc>
          <w:tcPr>
            <w:tcW w:w="2160" w:type="dxa"/>
          </w:tcPr>
          <w:p w14:paraId="4BAC192C" w14:textId="77777777" w:rsidR="002E2292" w:rsidRDefault="00000000">
            <w:r>
              <w:t>17</w:t>
            </w:r>
          </w:p>
        </w:tc>
        <w:tc>
          <w:tcPr>
            <w:tcW w:w="2160" w:type="dxa"/>
          </w:tcPr>
          <w:p w14:paraId="244E7A63" w14:textId="77777777" w:rsidR="002E2292" w:rsidRDefault="00000000">
            <w:r>
              <w:t>Cite each included study and present its characteristics</w:t>
            </w:r>
          </w:p>
        </w:tc>
        <w:tc>
          <w:tcPr>
            <w:tcW w:w="2160" w:type="dxa"/>
          </w:tcPr>
          <w:p w14:paraId="71B9F3CA" w14:textId="77777777" w:rsidR="002E2292" w:rsidRDefault="00000000">
            <w:r>
              <w:t>Results – Included Studies; Table 1</w:t>
            </w:r>
          </w:p>
        </w:tc>
      </w:tr>
      <w:tr w:rsidR="002E2292" w14:paraId="1EF30FDA" w14:textId="77777777">
        <w:tc>
          <w:tcPr>
            <w:tcW w:w="2160" w:type="dxa"/>
          </w:tcPr>
          <w:p w14:paraId="4577B423" w14:textId="77777777" w:rsidR="002E2292" w:rsidRDefault="00000000">
            <w:r>
              <w:t>Results</w:t>
            </w:r>
          </w:p>
        </w:tc>
        <w:tc>
          <w:tcPr>
            <w:tcW w:w="2160" w:type="dxa"/>
          </w:tcPr>
          <w:p w14:paraId="1C467E94" w14:textId="77777777" w:rsidR="002E2292" w:rsidRDefault="00000000">
            <w:r>
              <w:t>18</w:t>
            </w:r>
          </w:p>
        </w:tc>
        <w:tc>
          <w:tcPr>
            <w:tcW w:w="2160" w:type="dxa"/>
          </w:tcPr>
          <w:p w14:paraId="5772C1C4" w14:textId="77777777" w:rsidR="002E2292" w:rsidRDefault="00000000">
            <w:r>
              <w:t>Present assessments of risk of bias for included studies</w:t>
            </w:r>
          </w:p>
        </w:tc>
        <w:tc>
          <w:tcPr>
            <w:tcW w:w="2160" w:type="dxa"/>
          </w:tcPr>
          <w:p w14:paraId="68805969" w14:textId="77777777" w:rsidR="002E2292" w:rsidRDefault="00000000">
            <w:r>
              <w:t>Results – Risk of Bias Summary</w:t>
            </w:r>
          </w:p>
        </w:tc>
      </w:tr>
      <w:tr w:rsidR="002E2292" w14:paraId="2EE7902A" w14:textId="77777777">
        <w:tc>
          <w:tcPr>
            <w:tcW w:w="2160" w:type="dxa"/>
          </w:tcPr>
          <w:p w14:paraId="6DB3D797" w14:textId="77777777" w:rsidR="002E2292" w:rsidRDefault="00000000">
            <w:r>
              <w:t>Results</w:t>
            </w:r>
          </w:p>
        </w:tc>
        <w:tc>
          <w:tcPr>
            <w:tcW w:w="2160" w:type="dxa"/>
          </w:tcPr>
          <w:p w14:paraId="27629AF1" w14:textId="77777777" w:rsidR="002E2292" w:rsidRDefault="00000000">
            <w:r>
              <w:t>19</w:t>
            </w:r>
          </w:p>
        </w:tc>
        <w:tc>
          <w:tcPr>
            <w:tcW w:w="2160" w:type="dxa"/>
          </w:tcPr>
          <w:p w14:paraId="0CDED65D" w14:textId="77777777" w:rsidR="002E2292" w:rsidRDefault="00000000">
            <w:r>
              <w:t>Present results of individual studies</w:t>
            </w:r>
          </w:p>
        </w:tc>
        <w:tc>
          <w:tcPr>
            <w:tcW w:w="2160" w:type="dxa"/>
          </w:tcPr>
          <w:p w14:paraId="5BD253D9" w14:textId="77777777" w:rsidR="002E2292" w:rsidRDefault="00000000">
            <w:r>
              <w:t>Results – Outcomes; Table 2</w:t>
            </w:r>
          </w:p>
        </w:tc>
      </w:tr>
      <w:tr w:rsidR="002E2292" w14:paraId="6EB19C23" w14:textId="77777777">
        <w:tc>
          <w:tcPr>
            <w:tcW w:w="2160" w:type="dxa"/>
          </w:tcPr>
          <w:p w14:paraId="0492570E" w14:textId="77777777" w:rsidR="002E2292" w:rsidRDefault="00000000">
            <w:r>
              <w:t>Results</w:t>
            </w:r>
          </w:p>
        </w:tc>
        <w:tc>
          <w:tcPr>
            <w:tcW w:w="2160" w:type="dxa"/>
          </w:tcPr>
          <w:p w14:paraId="7D22659C" w14:textId="77777777" w:rsidR="002E2292" w:rsidRDefault="00000000">
            <w:r>
              <w:t>20</w:t>
            </w:r>
          </w:p>
        </w:tc>
        <w:tc>
          <w:tcPr>
            <w:tcW w:w="2160" w:type="dxa"/>
          </w:tcPr>
          <w:p w14:paraId="2BA11459" w14:textId="77777777" w:rsidR="002E2292" w:rsidRDefault="00000000">
            <w:r>
              <w:t>Present results of all statistical syntheses conducted</w:t>
            </w:r>
          </w:p>
        </w:tc>
        <w:tc>
          <w:tcPr>
            <w:tcW w:w="2160" w:type="dxa"/>
          </w:tcPr>
          <w:p w14:paraId="5D966BC7" w14:textId="77777777" w:rsidR="002E2292" w:rsidRDefault="00000000">
            <w:r>
              <w:t>Results – Primary and Secondary Outcomes</w:t>
            </w:r>
          </w:p>
        </w:tc>
      </w:tr>
      <w:tr w:rsidR="002E2292" w14:paraId="22FC5F73" w14:textId="77777777">
        <w:tc>
          <w:tcPr>
            <w:tcW w:w="2160" w:type="dxa"/>
          </w:tcPr>
          <w:p w14:paraId="2EBFEBAB" w14:textId="77777777" w:rsidR="002E2292" w:rsidRDefault="00000000">
            <w:r>
              <w:t>Results</w:t>
            </w:r>
          </w:p>
        </w:tc>
        <w:tc>
          <w:tcPr>
            <w:tcW w:w="2160" w:type="dxa"/>
          </w:tcPr>
          <w:p w14:paraId="13C0C9D4" w14:textId="77777777" w:rsidR="002E2292" w:rsidRDefault="00000000">
            <w:r>
              <w:t>21</w:t>
            </w:r>
          </w:p>
        </w:tc>
        <w:tc>
          <w:tcPr>
            <w:tcW w:w="2160" w:type="dxa"/>
          </w:tcPr>
          <w:p w14:paraId="660B8129" w14:textId="77777777" w:rsidR="002E2292" w:rsidRDefault="00000000">
            <w:r>
              <w:t>Describe any investigations of heterogeneity or sensitivity analyses</w:t>
            </w:r>
          </w:p>
        </w:tc>
        <w:tc>
          <w:tcPr>
            <w:tcW w:w="2160" w:type="dxa"/>
          </w:tcPr>
          <w:p w14:paraId="6266F61B" w14:textId="77777777" w:rsidR="002E2292" w:rsidRDefault="00000000">
            <w:r>
              <w:t>Results – Primary Outcome</w:t>
            </w:r>
          </w:p>
        </w:tc>
      </w:tr>
      <w:tr w:rsidR="002E2292" w14:paraId="0F9B7421" w14:textId="77777777">
        <w:tc>
          <w:tcPr>
            <w:tcW w:w="2160" w:type="dxa"/>
          </w:tcPr>
          <w:p w14:paraId="46E678FF" w14:textId="77777777" w:rsidR="002E2292" w:rsidRDefault="00000000">
            <w:r>
              <w:t>Results</w:t>
            </w:r>
          </w:p>
        </w:tc>
        <w:tc>
          <w:tcPr>
            <w:tcW w:w="2160" w:type="dxa"/>
          </w:tcPr>
          <w:p w14:paraId="12BCADA6" w14:textId="77777777" w:rsidR="002E2292" w:rsidRDefault="00000000">
            <w:r>
              <w:t>22</w:t>
            </w:r>
          </w:p>
        </w:tc>
        <w:tc>
          <w:tcPr>
            <w:tcW w:w="2160" w:type="dxa"/>
          </w:tcPr>
          <w:p w14:paraId="6B5E7911" w14:textId="77777777" w:rsidR="002E2292" w:rsidRDefault="00000000">
            <w:r>
              <w:t>Present assessments of certainty of evidence</w:t>
            </w:r>
          </w:p>
        </w:tc>
        <w:tc>
          <w:tcPr>
            <w:tcW w:w="2160" w:type="dxa"/>
          </w:tcPr>
          <w:p w14:paraId="2257711F" w14:textId="77777777" w:rsidR="002E2292" w:rsidRDefault="00000000">
            <w:r>
              <w:t>Discussion – Certainty of Evidence</w:t>
            </w:r>
          </w:p>
        </w:tc>
      </w:tr>
      <w:tr w:rsidR="002E2292" w14:paraId="5F181F03" w14:textId="77777777">
        <w:tc>
          <w:tcPr>
            <w:tcW w:w="2160" w:type="dxa"/>
          </w:tcPr>
          <w:p w14:paraId="59C2BC80" w14:textId="77777777" w:rsidR="002E2292" w:rsidRDefault="00000000">
            <w:r>
              <w:t>Discussion</w:t>
            </w:r>
          </w:p>
        </w:tc>
        <w:tc>
          <w:tcPr>
            <w:tcW w:w="2160" w:type="dxa"/>
          </w:tcPr>
          <w:p w14:paraId="1EC66247" w14:textId="77777777" w:rsidR="002E2292" w:rsidRDefault="00000000">
            <w:r>
              <w:t>23</w:t>
            </w:r>
          </w:p>
        </w:tc>
        <w:tc>
          <w:tcPr>
            <w:tcW w:w="2160" w:type="dxa"/>
          </w:tcPr>
          <w:p w14:paraId="3BB50739" w14:textId="77777777" w:rsidR="002E2292" w:rsidRDefault="00000000">
            <w:r>
              <w:t xml:space="preserve">Provide a general </w:t>
            </w:r>
            <w:r>
              <w:lastRenderedPageBreak/>
              <w:t>interpretation of results in the context of other evidence</w:t>
            </w:r>
          </w:p>
        </w:tc>
        <w:tc>
          <w:tcPr>
            <w:tcW w:w="2160" w:type="dxa"/>
          </w:tcPr>
          <w:p w14:paraId="2AE2EFD9" w14:textId="77777777" w:rsidR="002E2292" w:rsidRDefault="00000000">
            <w:r>
              <w:lastRenderedPageBreak/>
              <w:t>Discussion</w:t>
            </w:r>
          </w:p>
        </w:tc>
      </w:tr>
      <w:tr w:rsidR="002E2292" w14:paraId="2EAD2D89" w14:textId="77777777">
        <w:tc>
          <w:tcPr>
            <w:tcW w:w="2160" w:type="dxa"/>
          </w:tcPr>
          <w:p w14:paraId="3B6AA55C" w14:textId="77777777" w:rsidR="002E2292" w:rsidRDefault="00000000">
            <w:r>
              <w:t>Discussion</w:t>
            </w:r>
          </w:p>
        </w:tc>
        <w:tc>
          <w:tcPr>
            <w:tcW w:w="2160" w:type="dxa"/>
          </w:tcPr>
          <w:p w14:paraId="05568A26" w14:textId="77777777" w:rsidR="002E2292" w:rsidRDefault="00000000">
            <w:r>
              <w:t>24</w:t>
            </w:r>
          </w:p>
        </w:tc>
        <w:tc>
          <w:tcPr>
            <w:tcW w:w="2160" w:type="dxa"/>
          </w:tcPr>
          <w:p w14:paraId="63FE9178" w14:textId="77777777" w:rsidR="002E2292" w:rsidRDefault="00000000">
            <w:r>
              <w:t>Discuss limitations of the evidence included in the review</w:t>
            </w:r>
          </w:p>
        </w:tc>
        <w:tc>
          <w:tcPr>
            <w:tcW w:w="2160" w:type="dxa"/>
          </w:tcPr>
          <w:p w14:paraId="381F953E" w14:textId="77777777" w:rsidR="002E2292" w:rsidRDefault="00000000">
            <w:r>
              <w:t>Discussion – Limitations</w:t>
            </w:r>
          </w:p>
        </w:tc>
      </w:tr>
      <w:tr w:rsidR="002E2292" w14:paraId="25EA1B99" w14:textId="77777777">
        <w:tc>
          <w:tcPr>
            <w:tcW w:w="2160" w:type="dxa"/>
          </w:tcPr>
          <w:p w14:paraId="44B8BB95" w14:textId="77777777" w:rsidR="002E2292" w:rsidRDefault="00000000">
            <w:r>
              <w:t>Discussion</w:t>
            </w:r>
          </w:p>
        </w:tc>
        <w:tc>
          <w:tcPr>
            <w:tcW w:w="2160" w:type="dxa"/>
          </w:tcPr>
          <w:p w14:paraId="7E0122A9" w14:textId="77777777" w:rsidR="002E2292" w:rsidRDefault="00000000">
            <w:r>
              <w:t>25</w:t>
            </w:r>
          </w:p>
        </w:tc>
        <w:tc>
          <w:tcPr>
            <w:tcW w:w="2160" w:type="dxa"/>
          </w:tcPr>
          <w:p w14:paraId="0C9B9DF1" w14:textId="77777777" w:rsidR="002E2292" w:rsidRDefault="00000000">
            <w:r>
              <w:t>Discuss implications of the results for practice and future research</w:t>
            </w:r>
          </w:p>
        </w:tc>
        <w:tc>
          <w:tcPr>
            <w:tcW w:w="2160" w:type="dxa"/>
          </w:tcPr>
          <w:p w14:paraId="4906D36F" w14:textId="77777777" w:rsidR="002E2292" w:rsidRDefault="00000000">
            <w:r>
              <w:t>Discussion – Clinical Relevance</w:t>
            </w:r>
          </w:p>
        </w:tc>
      </w:tr>
      <w:tr w:rsidR="002E2292" w14:paraId="69250C56" w14:textId="77777777">
        <w:tc>
          <w:tcPr>
            <w:tcW w:w="2160" w:type="dxa"/>
          </w:tcPr>
          <w:p w14:paraId="213180FE" w14:textId="77777777" w:rsidR="002E2292" w:rsidRDefault="00000000">
            <w:r>
              <w:t>Other</w:t>
            </w:r>
          </w:p>
        </w:tc>
        <w:tc>
          <w:tcPr>
            <w:tcW w:w="2160" w:type="dxa"/>
          </w:tcPr>
          <w:p w14:paraId="032E63E6" w14:textId="77777777" w:rsidR="002E2292" w:rsidRDefault="00000000">
            <w:r>
              <w:t>26</w:t>
            </w:r>
          </w:p>
        </w:tc>
        <w:tc>
          <w:tcPr>
            <w:tcW w:w="2160" w:type="dxa"/>
          </w:tcPr>
          <w:p w14:paraId="25BB16F1" w14:textId="77777777" w:rsidR="002E2292" w:rsidRDefault="00000000">
            <w:r>
              <w:t>Provide registration information for the review, if available</w:t>
            </w:r>
          </w:p>
        </w:tc>
        <w:tc>
          <w:tcPr>
            <w:tcW w:w="2160" w:type="dxa"/>
          </w:tcPr>
          <w:p w14:paraId="156BF1B9" w14:textId="77777777" w:rsidR="002E2292" w:rsidRDefault="00000000">
            <w:r>
              <w:t>Not registered</w:t>
            </w:r>
          </w:p>
        </w:tc>
      </w:tr>
      <w:tr w:rsidR="002E2292" w14:paraId="6B5CB3B8" w14:textId="77777777">
        <w:tc>
          <w:tcPr>
            <w:tcW w:w="2160" w:type="dxa"/>
          </w:tcPr>
          <w:p w14:paraId="4D57400B" w14:textId="77777777" w:rsidR="002E2292" w:rsidRDefault="00000000">
            <w:r>
              <w:t>Other</w:t>
            </w:r>
          </w:p>
        </w:tc>
        <w:tc>
          <w:tcPr>
            <w:tcW w:w="2160" w:type="dxa"/>
          </w:tcPr>
          <w:p w14:paraId="2740C90E" w14:textId="77777777" w:rsidR="002E2292" w:rsidRDefault="00000000">
            <w:r>
              <w:t>27</w:t>
            </w:r>
          </w:p>
        </w:tc>
        <w:tc>
          <w:tcPr>
            <w:tcW w:w="2160" w:type="dxa"/>
          </w:tcPr>
          <w:p w14:paraId="7B6DD681" w14:textId="77777777" w:rsidR="002E2292" w:rsidRDefault="00000000">
            <w:r>
              <w:t>Describe sources of financial or non-financial support</w:t>
            </w:r>
          </w:p>
        </w:tc>
        <w:tc>
          <w:tcPr>
            <w:tcW w:w="2160" w:type="dxa"/>
          </w:tcPr>
          <w:p w14:paraId="3FCB0A73" w14:textId="77777777" w:rsidR="002E2292" w:rsidRDefault="00000000">
            <w:r>
              <w:t>Funding</w:t>
            </w:r>
          </w:p>
        </w:tc>
      </w:tr>
      <w:tr w:rsidR="002E2292" w14:paraId="164103A0" w14:textId="77777777">
        <w:tc>
          <w:tcPr>
            <w:tcW w:w="2160" w:type="dxa"/>
          </w:tcPr>
          <w:p w14:paraId="5E6780CB" w14:textId="77777777" w:rsidR="002E2292" w:rsidRDefault="00000000">
            <w:r>
              <w:t>Other</w:t>
            </w:r>
          </w:p>
        </w:tc>
        <w:tc>
          <w:tcPr>
            <w:tcW w:w="2160" w:type="dxa"/>
          </w:tcPr>
          <w:p w14:paraId="43C4DBC4" w14:textId="77777777" w:rsidR="002E2292" w:rsidRDefault="00000000">
            <w:r>
              <w:t>28</w:t>
            </w:r>
          </w:p>
        </w:tc>
        <w:tc>
          <w:tcPr>
            <w:tcW w:w="2160" w:type="dxa"/>
          </w:tcPr>
          <w:p w14:paraId="722FB6E1" w14:textId="77777777" w:rsidR="002E2292" w:rsidRDefault="00000000">
            <w:r>
              <w:t>Declare competing interests</w:t>
            </w:r>
          </w:p>
        </w:tc>
        <w:tc>
          <w:tcPr>
            <w:tcW w:w="2160" w:type="dxa"/>
          </w:tcPr>
          <w:p w14:paraId="2B87DD49" w14:textId="77777777" w:rsidR="002E2292" w:rsidRDefault="00000000">
            <w:r>
              <w:t>Conflict of Interest Statement</w:t>
            </w:r>
          </w:p>
        </w:tc>
      </w:tr>
      <w:tr w:rsidR="002E2292" w14:paraId="62778ED2" w14:textId="77777777">
        <w:tc>
          <w:tcPr>
            <w:tcW w:w="2160" w:type="dxa"/>
          </w:tcPr>
          <w:p w14:paraId="5734DD40" w14:textId="77777777" w:rsidR="002E2292" w:rsidRDefault="00000000">
            <w:r>
              <w:t>Other</w:t>
            </w:r>
          </w:p>
        </w:tc>
        <w:tc>
          <w:tcPr>
            <w:tcW w:w="2160" w:type="dxa"/>
          </w:tcPr>
          <w:p w14:paraId="2218CF12" w14:textId="77777777" w:rsidR="002E2292" w:rsidRDefault="00000000">
            <w:r>
              <w:t>29</w:t>
            </w:r>
          </w:p>
        </w:tc>
        <w:tc>
          <w:tcPr>
            <w:tcW w:w="2160" w:type="dxa"/>
          </w:tcPr>
          <w:p w14:paraId="2CCCB1D1" w14:textId="77777777" w:rsidR="002E2292" w:rsidRDefault="00000000">
            <w:r>
              <w:t>Describe availability of data and materials</w:t>
            </w:r>
          </w:p>
        </w:tc>
        <w:tc>
          <w:tcPr>
            <w:tcW w:w="2160" w:type="dxa"/>
          </w:tcPr>
          <w:p w14:paraId="43CE7551" w14:textId="77777777" w:rsidR="002E2292" w:rsidRDefault="00000000">
            <w:r>
              <w:t>Data Availability</w:t>
            </w:r>
          </w:p>
        </w:tc>
      </w:tr>
    </w:tbl>
    <w:p w14:paraId="1FAF0BCC" w14:textId="77777777" w:rsidR="00BA6BFB" w:rsidRDefault="00BA6BFB"/>
    <w:sectPr w:rsidR="00BA6BFB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84108441">
    <w:abstractNumId w:val="8"/>
  </w:num>
  <w:num w:numId="2" w16cid:durableId="463625231">
    <w:abstractNumId w:val="6"/>
  </w:num>
  <w:num w:numId="3" w16cid:durableId="1254977779">
    <w:abstractNumId w:val="5"/>
  </w:num>
  <w:num w:numId="4" w16cid:durableId="445269531">
    <w:abstractNumId w:val="4"/>
  </w:num>
  <w:num w:numId="5" w16cid:durableId="1428962288">
    <w:abstractNumId w:val="7"/>
  </w:num>
  <w:num w:numId="6" w16cid:durableId="1151171398">
    <w:abstractNumId w:val="3"/>
  </w:num>
  <w:num w:numId="7" w16cid:durableId="1239442018">
    <w:abstractNumId w:val="2"/>
  </w:num>
  <w:num w:numId="8" w16cid:durableId="2089575172">
    <w:abstractNumId w:val="1"/>
  </w:num>
  <w:num w:numId="9" w16cid:durableId="1830616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xNDEwtzA3NjYyMzO0tDRT0lEKTi0uzszPAykwrAUA5Y6agywAAAA="/>
  </w:docVars>
  <w:rsids>
    <w:rsidRoot w:val="00B47730"/>
    <w:rsid w:val="00034616"/>
    <w:rsid w:val="0006063C"/>
    <w:rsid w:val="0015074B"/>
    <w:rsid w:val="0029639D"/>
    <w:rsid w:val="002E2292"/>
    <w:rsid w:val="00326F90"/>
    <w:rsid w:val="007B3D74"/>
    <w:rsid w:val="00AA1D8D"/>
    <w:rsid w:val="00B47730"/>
    <w:rsid w:val="00BA6BFB"/>
    <w:rsid w:val="00BD250D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D358C48"/>
  <w14:defaultImageDpi w14:val="300"/>
  <w15:docId w15:val="{CA7381E6-94C5-4487-83EC-E45E5B1614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452</Words>
  <Characters>2577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3023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Kirk Sanford</cp:lastModifiedBy>
  <cp:revision>2</cp:revision>
  <dcterms:created xsi:type="dcterms:W3CDTF">2026-01-28T12:59:00Z</dcterms:created>
  <dcterms:modified xsi:type="dcterms:W3CDTF">2026-01-28T12:59:00Z</dcterms:modified>
  <cp:category/>
</cp:coreProperties>
</file>