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74C5" w14:textId="22A54D45" w:rsidR="009A5A54" w:rsidRPr="00F5622C" w:rsidRDefault="00000000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File </w:t>
      </w:r>
      <w:r w:rsidR="00C06272"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: Semi-Structured Interview Guide</w:t>
      </w:r>
    </w:p>
    <w:p w14:paraId="03DB72B3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Faculty of Medicine, Chulalongkorn University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AI Simulated Patient (Cortex®) Study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4CBFB4C" w14:textId="77777777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Purpose</w:t>
      </w:r>
    </w:p>
    <w:p w14:paraId="707443E9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To explore medical students’ experiences, perceptions, and suggestions regarding the use of the AI Simulated Patient (Cortex®) chatbot for headache history-taking practice.</w:t>
      </w:r>
    </w:p>
    <w:p w14:paraId="375E2F6A" w14:textId="44B94DF3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Section 1</w:t>
      </w:r>
      <w:r w:rsidR="005A4C96"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Opening and Rapport Building</w:t>
      </w:r>
    </w:p>
    <w:p w14:paraId="334DD365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1. Can you briefly share your overall experience using the AI Simulated Patient chatbot?</w:t>
      </w:r>
    </w:p>
    <w:p w14:paraId="4BB39405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2. What were your first impressions when you started interacting with it?</w:t>
      </w:r>
    </w:p>
    <w:p w14:paraId="434264D9" w14:textId="76AAC720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Section 2</w:t>
      </w:r>
      <w:r w:rsidR="005A4C96"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Learning Experience and Perceived Impact</w:t>
      </w:r>
    </w:p>
    <w:p w14:paraId="6523BB49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1. How did the chatbot help you learn or practice history-taking for headache cases?</w:t>
      </w:r>
    </w:p>
    <w:p w14:paraId="26D4D349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2. Did it affect your confidence or understanding of headache diagnosis? In what way?</w:t>
      </w:r>
    </w:p>
    <w:p w14:paraId="4DBA6359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3. Were there any moments that helped you realize or correct your mistakes?</w:t>
      </w:r>
    </w:p>
    <w:p w14:paraId="02822048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4. How does this experience compare to learning with standardized patients or real patients?</w:t>
      </w:r>
    </w:p>
    <w:p w14:paraId="551D208E" w14:textId="3FCF874F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Section 3</w:t>
      </w:r>
      <w:r w:rsidR="005A4C96"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Usability and Interaction</w:t>
      </w:r>
    </w:p>
    <w:p w14:paraId="5976BC7B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1. How would you describe your experience using the chatbot platform (ease of use, clarity, feedback, or interface)?</w:t>
      </w:r>
    </w:p>
    <w:p w14:paraId="3B29A3CF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2. Were there any technical issues or challenges during your use?</w:t>
      </w:r>
    </w:p>
    <w:p w14:paraId="477E0FF8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3. Did you find the chatbot’s responses realistic and relevant to your learning needs?</w:t>
      </w:r>
    </w:p>
    <w:p w14:paraId="4A3779C8" w14:textId="396EFCCC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Section 4</w:t>
      </w:r>
      <w:r w:rsidR="005A4C96"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Suggestions for Improvement and Future Use</w:t>
      </w:r>
    </w:p>
    <w:p w14:paraId="4D47BB95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1. What features or functions would you like to improve in the chatbot system?</w:t>
      </w:r>
    </w:p>
    <w:p w14:paraId="53F4195F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2. Do you think this tool could be useful for other clinical topics or courses?</w:t>
      </w:r>
    </w:p>
    <w:p w14:paraId="567E2DF9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3. How would you suggest integrating it into the medical curriculum?</w:t>
      </w:r>
    </w:p>
    <w:p w14:paraId="41B688D7" w14:textId="3D8F319C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Section 5</w:t>
      </w:r>
      <w:r w:rsidR="005A4C96"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Closing</w:t>
      </w:r>
    </w:p>
    <w:p w14:paraId="12AC82B7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Is there anything else you would like to add about your experience with the AI Simulated Patient?</w:t>
      </w:r>
    </w:p>
    <w:p w14:paraId="7F1F5B74" w14:textId="6DBB696C" w:rsidR="009A5A54" w:rsidRPr="00F5622C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Notes for Facilitator </w:t>
      </w:r>
    </w:p>
    <w:p w14:paraId="71045B16" w14:textId="77777777" w:rsidR="009A5A54" w:rsidRPr="00F5622C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t>• Use open-ended probing such as “Can you tell me more about that?” or “Could you give an example?”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 Encourage all participants to share their views.</w:t>
      </w:r>
      <w:r w:rsidRPr="00F562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 Each FGD lasts approximately 45–60 minutes.</w:t>
      </w:r>
    </w:p>
    <w:sectPr w:rsidR="009A5A54" w:rsidRPr="00F5622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4653148">
    <w:abstractNumId w:val="8"/>
  </w:num>
  <w:num w:numId="2" w16cid:durableId="1619796860">
    <w:abstractNumId w:val="6"/>
  </w:num>
  <w:num w:numId="3" w16cid:durableId="518814060">
    <w:abstractNumId w:val="5"/>
  </w:num>
  <w:num w:numId="4" w16cid:durableId="504902547">
    <w:abstractNumId w:val="4"/>
  </w:num>
  <w:num w:numId="5" w16cid:durableId="1501118924">
    <w:abstractNumId w:val="7"/>
  </w:num>
  <w:num w:numId="6" w16cid:durableId="529420701">
    <w:abstractNumId w:val="3"/>
  </w:num>
  <w:num w:numId="7" w16cid:durableId="667638417">
    <w:abstractNumId w:val="2"/>
  </w:num>
  <w:num w:numId="8" w16cid:durableId="2056804624">
    <w:abstractNumId w:val="1"/>
  </w:num>
  <w:num w:numId="9" w16cid:durableId="71578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437"/>
    <w:rsid w:val="00034616"/>
    <w:rsid w:val="0006063C"/>
    <w:rsid w:val="0015074B"/>
    <w:rsid w:val="001D1FD2"/>
    <w:rsid w:val="002839DE"/>
    <w:rsid w:val="0029639D"/>
    <w:rsid w:val="00326F90"/>
    <w:rsid w:val="005A4C96"/>
    <w:rsid w:val="009A5A54"/>
    <w:rsid w:val="00AA1D8D"/>
    <w:rsid w:val="00AB4BBC"/>
    <w:rsid w:val="00B47730"/>
    <w:rsid w:val="00C06272"/>
    <w:rsid w:val="00CB0664"/>
    <w:rsid w:val="00F5622C"/>
    <w:rsid w:val="00FC693F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3BCCD8"/>
  <w14:defaultImageDpi w14:val="300"/>
  <w15:docId w15:val="{338858D8-1DD6-DE4E-B2D6-84A38C66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Panjasriprakarn, Poonnakarn P.</cp:lastModifiedBy>
  <cp:revision>6</cp:revision>
  <dcterms:created xsi:type="dcterms:W3CDTF">2013-12-23T23:15:00Z</dcterms:created>
  <dcterms:modified xsi:type="dcterms:W3CDTF">2025-11-10T17:11:00Z</dcterms:modified>
  <cp:category/>
</cp:coreProperties>
</file>