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07EA6" w14:textId="77777777" w:rsidR="0011440C" w:rsidRPr="004A3AA2" w:rsidRDefault="0011440C" w:rsidP="0011440C">
      <w:pPr>
        <w:widowControl w:val="0"/>
        <w:autoSpaceDE w:val="0"/>
        <w:autoSpaceDN w:val="0"/>
        <w:spacing w:before="70" w:after="0" w:line="240" w:lineRule="auto"/>
        <w:ind w:left="100"/>
        <w:rPr>
          <w:rFonts w:eastAsia="Times New Roman" w:cs="Times New Roman"/>
          <w:b/>
          <w:bCs/>
          <w:sz w:val="32"/>
          <w:szCs w:val="32"/>
        </w:rPr>
      </w:pPr>
      <w:r w:rsidRPr="004A3AA2">
        <w:rPr>
          <w:rFonts w:eastAsia="Times New Roman" w:cs="Times New Roman"/>
          <w:b/>
          <w:bCs/>
          <w:sz w:val="32"/>
          <w:szCs w:val="32"/>
        </w:rPr>
        <w:t>Supplementary</w:t>
      </w:r>
      <w:r w:rsidRPr="004A3AA2">
        <w:rPr>
          <w:rFonts w:eastAsia="Times New Roman" w:cs="Times New Roman"/>
          <w:b/>
          <w:bCs/>
          <w:spacing w:val="-18"/>
          <w:sz w:val="32"/>
          <w:szCs w:val="32"/>
        </w:rPr>
        <w:t xml:space="preserve"> </w:t>
      </w:r>
      <w:r>
        <w:rPr>
          <w:rFonts w:eastAsia="Times New Roman" w:cs="Times New Roman"/>
          <w:b/>
          <w:bCs/>
          <w:spacing w:val="-2"/>
          <w:sz w:val="32"/>
          <w:szCs w:val="32"/>
        </w:rPr>
        <w:t>Information</w:t>
      </w:r>
    </w:p>
    <w:p w14:paraId="62AEE666" w14:textId="77777777" w:rsidR="001E2FE0" w:rsidRDefault="001E2FE0" w:rsidP="001E2FE0">
      <w:pPr>
        <w:widowControl w:val="0"/>
        <w:autoSpaceDE w:val="0"/>
        <w:autoSpaceDN w:val="0"/>
        <w:spacing w:before="146" w:after="0" w:line="271" w:lineRule="auto"/>
        <w:ind w:left="100"/>
        <w:jc w:val="both"/>
        <w:rPr>
          <w:rFonts w:eastAsia="Times New Roman" w:cs="Times New Roman"/>
        </w:rPr>
      </w:pPr>
    </w:p>
    <w:p w14:paraId="5E1950C5" w14:textId="753C193C" w:rsidR="001E2FE0" w:rsidRPr="001A6432" w:rsidRDefault="001E2FE0" w:rsidP="001E2FE0">
      <w:pPr>
        <w:jc w:val="both"/>
        <w:rPr>
          <w:rFonts w:cs="Times New Roman"/>
          <w:szCs w:val="24"/>
        </w:rPr>
      </w:pPr>
      <w:r w:rsidRPr="001A6432">
        <w:rPr>
          <w:rFonts w:cs="Times New Roman"/>
          <w:szCs w:val="24"/>
        </w:rPr>
        <w:t>Diego Ibarra Hoyos¹*, Peter Connors</w:t>
      </w:r>
      <w:r w:rsidRPr="001A6432">
        <w:rPr>
          <w:rFonts w:cs="Times New Roman"/>
          <w:szCs w:val="24"/>
          <w:vertAlign w:val="superscript"/>
        </w:rPr>
        <w:t>2</w:t>
      </w:r>
      <w:r w:rsidRPr="001A6432">
        <w:rPr>
          <w:rFonts w:cs="Times New Roman"/>
          <w:szCs w:val="24"/>
        </w:rPr>
        <w:t>, Ho</w:t>
      </w:r>
      <w:r w:rsidR="007D4CC6">
        <w:rPr>
          <w:rFonts w:cs="Times New Roman"/>
          <w:szCs w:val="24"/>
        </w:rPr>
        <w:t xml:space="preserve"> Jang</w:t>
      </w:r>
      <w:r w:rsidRPr="001A6432">
        <w:rPr>
          <w:rFonts w:cs="Times New Roman"/>
          <w:szCs w:val="24"/>
        </w:rPr>
        <w:t>¹, Nathan Grain</w:t>
      </w:r>
      <w:r w:rsidRPr="001A6432">
        <w:rPr>
          <w:rFonts w:cs="Times New Roman"/>
          <w:szCs w:val="24"/>
          <w:vertAlign w:val="superscript"/>
        </w:rPr>
        <w:t>3</w:t>
      </w:r>
      <w:r w:rsidRPr="001A6432">
        <w:rPr>
          <w:rFonts w:cs="Times New Roman"/>
          <w:szCs w:val="24"/>
        </w:rPr>
        <w:t>, Israel Klich</w:t>
      </w:r>
      <w:r w:rsidRPr="001A6432">
        <w:rPr>
          <w:rFonts w:cs="Times New Roman"/>
          <w:szCs w:val="24"/>
          <w:vertAlign w:val="superscript"/>
        </w:rPr>
        <w:t>1</w:t>
      </w:r>
      <w:r w:rsidRPr="001A6432">
        <w:rPr>
          <w:rFonts w:cs="Times New Roman"/>
          <w:szCs w:val="24"/>
        </w:rPr>
        <w:t>, Gia-Wei Chern</w:t>
      </w:r>
      <w:r w:rsidRPr="001A6432">
        <w:rPr>
          <w:rFonts w:cs="Times New Roman"/>
          <w:szCs w:val="24"/>
          <w:vertAlign w:val="superscript"/>
        </w:rPr>
        <w:t>1</w:t>
      </w:r>
      <w:r w:rsidRPr="001A6432">
        <w:rPr>
          <w:rFonts w:cs="Times New Roman"/>
          <w:szCs w:val="24"/>
        </w:rPr>
        <w:t>,</w:t>
      </w:r>
      <w:r w:rsidR="004604AA" w:rsidRPr="004604AA">
        <w:rPr>
          <w:rFonts w:cs="Times New Roman"/>
          <w:szCs w:val="24"/>
        </w:rPr>
        <w:t xml:space="preserve"> </w:t>
      </w:r>
      <w:r w:rsidR="004604AA" w:rsidRPr="001A6432">
        <w:rPr>
          <w:rFonts w:cs="Times New Roman"/>
          <w:szCs w:val="24"/>
        </w:rPr>
        <w:t>Peter K. Liaw</w:t>
      </w:r>
      <w:r w:rsidR="004604AA" w:rsidRPr="001A6432">
        <w:rPr>
          <w:rFonts w:cs="Times New Roman"/>
          <w:szCs w:val="24"/>
          <w:vertAlign w:val="superscript"/>
        </w:rPr>
        <w:t>3</w:t>
      </w:r>
      <w:r w:rsidR="004604AA">
        <w:rPr>
          <w:rFonts w:cs="Times New Roman"/>
          <w:szCs w:val="24"/>
        </w:rPr>
        <w:t xml:space="preserve">, </w:t>
      </w:r>
      <w:r w:rsidRPr="001A6432">
        <w:rPr>
          <w:rFonts w:cs="Times New Roman"/>
          <w:szCs w:val="24"/>
        </w:rPr>
        <w:t>John R. Scully</w:t>
      </w:r>
      <w:r w:rsidRPr="001A6432">
        <w:rPr>
          <w:rFonts w:cs="Times New Roman"/>
          <w:szCs w:val="24"/>
          <w:vertAlign w:val="superscript"/>
        </w:rPr>
        <w:t>2,4</w:t>
      </w:r>
      <w:r w:rsidRPr="001A6432">
        <w:rPr>
          <w:rFonts w:cs="Times New Roman"/>
          <w:szCs w:val="24"/>
        </w:rPr>
        <w:t xml:space="preserve"> , Joseph Poon</w:t>
      </w:r>
      <w:r w:rsidRPr="001A6432">
        <w:rPr>
          <w:rFonts w:cs="Times New Roman"/>
          <w:szCs w:val="24"/>
          <w:vertAlign w:val="superscript"/>
        </w:rPr>
        <w:t>1,2,*</w:t>
      </w:r>
      <w:r w:rsidRPr="001A6432">
        <w:rPr>
          <w:rFonts w:cs="Times New Roman"/>
          <w:szCs w:val="24"/>
        </w:rPr>
        <w:t xml:space="preserve"> </w:t>
      </w:r>
      <w:r w:rsidRPr="001E2FE0">
        <w:rPr>
          <w:rFonts w:eastAsia="Times New Roman" w:cs="Times New Roman"/>
        </w:rPr>
        <w:t>From Quantum Annealing to Alloy Discovery: Towards Accelerated Design of High-Entropy Alloys</w:t>
      </w:r>
      <w:r w:rsidR="00C24283">
        <w:rPr>
          <w:rFonts w:eastAsia="Times New Roman" w:cs="Times New Roman"/>
        </w:rPr>
        <w:t>.</w:t>
      </w:r>
    </w:p>
    <w:p w14:paraId="0C3C9001" w14:textId="17BA05D2" w:rsidR="001E2FE0" w:rsidRPr="001A6432" w:rsidRDefault="001E2FE0" w:rsidP="001E2FE0">
      <w:pPr>
        <w:jc w:val="both"/>
        <w:rPr>
          <w:rFonts w:cs="Times New Roman"/>
          <w:szCs w:val="24"/>
        </w:rPr>
      </w:pPr>
      <w:r w:rsidRPr="001A6432">
        <w:rPr>
          <w:rFonts w:cs="Times New Roman"/>
          <w:szCs w:val="24"/>
        </w:rPr>
        <w:br/>
        <w:t>¹ Department of Physics, University of Virginia, Charlottesville, VA 22904</w:t>
      </w:r>
      <w:r w:rsidR="00673390">
        <w:rPr>
          <w:rFonts w:cs="Times New Roman"/>
          <w:szCs w:val="24"/>
        </w:rPr>
        <w:t>, USA</w:t>
      </w:r>
    </w:p>
    <w:p w14:paraId="0A6D2233" w14:textId="61362C85" w:rsidR="001E2FE0" w:rsidRPr="001A6432" w:rsidRDefault="001E2FE0" w:rsidP="001E2FE0">
      <w:pPr>
        <w:jc w:val="both"/>
        <w:rPr>
          <w:rFonts w:cs="Times New Roman"/>
          <w:szCs w:val="24"/>
        </w:rPr>
      </w:pPr>
      <w:r w:rsidRPr="001A6432">
        <w:rPr>
          <w:rFonts w:cs="Times New Roman"/>
          <w:szCs w:val="24"/>
          <w:vertAlign w:val="superscript"/>
        </w:rPr>
        <w:t>2</w:t>
      </w:r>
      <w:r w:rsidRPr="001A6432">
        <w:rPr>
          <w:rFonts w:cs="Times New Roman"/>
          <w:szCs w:val="24"/>
        </w:rPr>
        <w:t xml:space="preserve"> Department of Materials Science and Engineering, University of Virginia, Charlottesville, VA 22904</w:t>
      </w:r>
      <w:r w:rsidR="00673390">
        <w:rPr>
          <w:rFonts w:cs="Times New Roman"/>
          <w:szCs w:val="24"/>
        </w:rPr>
        <w:t>, USA</w:t>
      </w:r>
    </w:p>
    <w:p w14:paraId="17C5BBF9" w14:textId="77777777" w:rsidR="001E2FE0" w:rsidRPr="001A6432" w:rsidRDefault="001E2FE0" w:rsidP="001E2FE0">
      <w:pPr>
        <w:jc w:val="both"/>
        <w:rPr>
          <w:rFonts w:cs="Times New Roman"/>
          <w:szCs w:val="24"/>
        </w:rPr>
      </w:pPr>
      <w:r w:rsidRPr="001A6432">
        <w:rPr>
          <w:rFonts w:cs="Times New Roman"/>
          <w:szCs w:val="24"/>
          <w:vertAlign w:val="superscript"/>
        </w:rPr>
        <w:t>3</w:t>
      </w:r>
      <w:r w:rsidRPr="001A6432">
        <w:rPr>
          <w:rFonts w:cs="Times New Roman"/>
          <w:szCs w:val="24"/>
        </w:rPr>
        <w:t xml:space="preserve"> Department of Materials Science and Engineering, the University of Tennessee, Knoxville, TN 37996, USA</w:t>
      </w:r>
    </w:p>
    <w:p w14:paraId="17C8F0D6" w14:textId="77777777" w:rsidR="001E2FE0" w:rsidRPr="001A6432" w:rsidRDefault="001E2FE0" w:rsidP="001E2FE0">
      <w:pPr>
        <w:jc w:val="both"/>
        <w:rPr>
          <w:rFonts w:cs="Times New Roman"/>
          <w:szCs w:val="24"/>
        </w:rPr>
      </w:pPr>
      <w:r w:rsidRPr="001A6432">
        <w:rPr>
          <w:rFonts w:cs="Times New Roman"/>
          <w:szCs w:val="24"/>
          <w:vertAlign w:val="superscript"/>
        </w:rPr>
        <w:t>4</w:t>
      </w:r>
      <w:r w:rsidRPr="001A6432">
        <w:rPr>
          <w:rFonts w:cs="Times New Roman"/>
          <w:szCs w:val="24"/>
        </w:rPr>
        <w:t>Center for Electrochemical Science and Engineering, University of Virginia, Charlottesville, VA 22904, USA</w:t>
      </w:r>
    </w:p>
    <w:p w14:paraId="57E7439A" w14:textId="12CC101F" w:rsidR="001E2FE0" w:rsidRDefault="001E2FE0" w:rsidP="001E2FE0">
      <w:pPr>
        <w:widowControl w:val="0"/>
        <w:autoSpaceDE w:val="0"/>
        <w:autoSpaceDN w:val="0"/>
        <w:spacing w:before="146" w:after="0" w:line="271" w:lineRule="auto"/>
        <w:ind w:left="100"/>
        <w:jc w:val="both"/>
        <w:rPr>
          <w:rFonts w:eastAsia="Times New Roman" w:cs="Times New Roman"/>
        </w:rPr>
      </w:pPr>
      <w:r w:rsidRPr="001A6432">
        <w:rPr>
          <w:szCs w:val="24"/>
        </w:rPr>
        <w:t xml:space="preserve">*Corresponding author. Email: </w:t>
      </w:r>
      <w:r w:rsidRPr="001A6432">
        <w:rPr>
          <w:rFonts w:cs="Times New Roman"/>
          <w:szCs w:val="24"/>
        </w:rPr>
        <w:t>di8pd@virginia.edu</w:t>
      </w:r>
      <w:r w:rsidRPr="001A6432">
        <w:rPr>
          <w:szCs w:val="24"/>
        </w:rPr>
        <w:t xml:space="preserve"> (D.I.H.), </w:t>
      </w:r>
      <w:r w:rsidRPr="001A6432">
        <w:rPr>
          <w:rFonts w:cs="Times New Roman"/>
          <w:szCs w:val="24"/>
        </w:rPr>
        <w:t>sjp9x@virginia.edu</w:t>
      </w:r>
      <w:r w:rsidRPr="001A6432">
        <w:rPr>
          <w:szCs w:val="24"/>
        </w:rPr>
        <w:t xml:space="preserve"> (J.P.)</w:t>
      </w:r>
    </w:p>
    <w:p w14:paraId="13465970" w14:textId="67B45177" w:rsidR="0011440C" w:rsidRDefault="0011440C" w:rsidP="0011440C">
      <w:pPr>
        <w:widowControl w:val="0"/>
        <w:autoSpaceDE w:val="0"/>
        <w:autoSpaceDN w:val="0"/>
        <w:spacing w:before="146" w:after="0" w:line="271" w:lineRule="auto"/>
        <w:ind w:left="100"/>
        <w:rPr>
          <w:rFonts w:eastAsia="Times New Roman" w:cs="Times New Roman"/>
        </w:rPr>
      </w:pPr>
    </w:p>
    <w:p w14:paraId="2B111405" w14:textId="77777777" w:rsidR="00C12E98" w:rsidRDefault="00C12E98" w:rsidP="00250C7B">
      <w:pPr>
        <w:widowControl w:val="0"/>
        <w:autoSpaceDE w:val="0"/>
        <w:autoSpaceDN w:val="0"/>
        <w:adjustRightInd w:val="0"/>
        <w:rPr>
          <w:rFonts w:cs="Times New Roman"/>
          <w:b/>
          <w:bCs/>
        </w:rPr>
      </w:pPr>
    </w:p>
    <w:p w14:paraId="37E9B8D9" w14:textId="22C67DFE" w:rsidR="00C12E98" w:rsidRPr="00552AE0" w:rsidRDefault="00C12E98" w:rsidP="00250C7B">
      <w:pPr>
        <w:widowControl w:val="0"/>
        <w:autoSpaceDE w:val="0"/>
        <w:autoSpaceDN w:val="0"/>
        <w:adjustRightInd w:val="0"/>
        <w:rPr>
          <w:rFonts w:cs="Times New Roman"/>
          <w:b/>
          <w:bCs/>
          <w:sz w:val="28"/>
          <w:szCs w:val="28"/>
        </w:rPr>
      </w:pPr>
      <w:r w:rsidRPr="00552AE0">
        <w:rPr>
          <w:rFonts w:cs="Times New Roman"/>
          <w:b/>
          <w:bCs/>
          <w:sz w:val="28"/>
          <w:szCs w:val="28"/>
        </w:rPr>
        <w:t xml:space="preserve">Section </w:t>
      </w:r>
      <w:r w:rsidR="00660923" w:rsidRPr="00552AE0">
        <w:rPr>
          <w:rFonts w:cs="Times New Roman"/>
          <w:b/>
          <w:bCs/>
          <w:sz w:val="28"/>
          <w:szCs w:val="28"/>
        </w:rPr>
        <w:t>A</w:t>
      </w:r>
      <w:r w:rsidRPr="00552AE0">
        <w:rPr>
          <w:rFonts w:cs="Times New Roman"/>
          <w:b/>
          <w:bCs/>
          <w:sz w:val="28"/>
          <w:szCs w:val="28"/>
        </w:rPr>
        <w:t>: Features</w:t>
      </w:r>
    </w:p>
    <w:p w14:paraId="776B52C9" w14:textId="628F3587" w:rsidR="00C12E98" w:rsidRPr="00D71FA2" w:rsidRDefault="00C12E98" w:rsidP="00250C7B">
      <w:pPr>
        <w:widowControl w:val="0"/>
        <w:autoSpaceDE w:val="0"/>
        <w:autoSpaceDN w:val="0"/>
        <w:adjustRightInd w:val="0"/>
        <w:rPr>
          <w:rFonts w:cs="Times New Roman"/>
          <w:sz w:val="22"/>
        </w:rPr>
      </w:pPr>
      <w:r w:rsidRPr="00D71FA2">
        <w:rPr>
          <w:rFonts w:cs="Times New Roman"/>
          <w:sz w:val="22"/>
        </w:rPr>
        <w:t xml:space="preserve">These are the total features used in this study (see </w:t>
      </w:r>
      <w:r w:rsidR="00D71FA2" w:rsidRPr="00D71FA2">
        <w:rPr>
          <w:rFonts w:cs="Times New Roman"/>
          <w:sz w:val="22"/>
        </w:rPr>
        <w:t>Ibarra-Hoyos, et al</w:t>
      </w:r>
      <w:sdt>
        <w:sdtPr>
          <w:rPr>
            <w:rFonts w:cs="Times New Roman"/>
            <w:color w:val="000000"/>
            <w:sz w:val="22"/>
            <w:vertAlign w:val="superscript"/>
          </w:rPr>
          <w:tag w:val="MENDELEY_CITATION_v3_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"/>
          <w:id w:val="-1006899848"/>
          <w:placeholder>
            <w:docPart w:val="DefaultPlaceholder_-1854013440"/>
          </w:placeholder>
        </w:sdtPr>
        <w:sdtContent>
          <w:r w:rsidR="00D71FA2" w:rsidRPr="00D71FA2">
            <w:rPr>
              <w:rFonts w:cs="Times New Roman"/>
              <w:color w:val="000000"/>
              <w:sz w:val="22"/>
              <w:vertAlign w:val="superscript"/>
            </w:rPr>
            <w:t>1</w:t>
          </w:r>
        </w:sdtContent>
      </w:sdt>
      <w:r w:rsidR="00D71FA2" w:rsidRPr="00D71FA2">
        <w:rPr>
          <w:rFonts w:cs="Times New Roman"/>
          <w:sz w:val="22"/>
        </w:rPr>
        <w:t xml:space="preserve">. </w:t>
      </w:r>
      <w:r w:rsidRPr="00D71FA2">
        <w:rPr>
          <w:rFonts w:cs="Times New Roman"/>
          <w:sz w:val="22"/>
        </w:rPr>
        <w:t xml:space="preserve"> for detailed definitions and calculation methods)</w:t>
      </w:r>
    </w:p>
    <w:p w14:paraId="64F89D5A" w14:textId="77777777" w:rsidR="00C12E98" w:rsidRPr="00D71FA2" w:rsidRDefault="00C12E98" w:rsidP="00C12E98">
      <w:pPr>
        <w:widowControl w:val="0"/>
        <w:autoSpaceDE w:val="0"/>
        <w:autoSpaceDN w:val="0"/>
        <w:adjustRightInd w:val="0"/>
        <w:rPr>
          <w:rFonts w:cs="Times New Roman"/>
          <w:sz w:val="22"/>
        </w:rPr>
      </w:pPr>
      <w:r w:rsidRPr="00D71FA2">
        <w:rPr>
          <w:rFonts w:cs="Times New Roman"/>
          <w:sz w:val="22"/>
        </w:rPr>
        <w:t>1. Thermodynamic Properties</w:t>
      </w:r>
    </w:p>
    <w:p w14:paraId="30B96F32" w14:textId="4F8B4247" w:rsidR="00C12E98" w:rsidRPr="00C12E98" w:rsidRDefault="00C12E98" w:rsidP="00C12E98">
      <w:pPr>
        <w:widowControl w:val="0"/>
        <w:numPr>
          <w:ilvl w:val="0"/>
          <w:numId w:val="11"/>
        </w:numPr>
        <w:autoSpaceDE w:val="0"/>
        <w:autoSpaceDN w:val="0"/>
        <w:adjustRightInd w:val="0"/>
        <w:rPr>
          <w:rFonts w:cs="Times New Roman"/>
          <w:sz w:val="22"/>
        </w:rPr>
      </w:pPr>
      <w:r w:rsidRPr="00C12E98">
        <w:rPr>
          <w:rFonts w:cs="Times New Roman"/>
          <w:sz w:val="22"/>
        </w:rPr>
        <w:t xml:space="preserve">Mixing Enthalpy (Hmix): The enthalpy </w:t>
      </w:r>
      <w:r w:rsidR="00D77CA0" w:rsidRPr="00C12E98">
        <w:rPr>
          <w:rFonts w:cs="Times New Roman"/>
          <w:sz w:val="22"/>
        </w:rPr>
        <w:t>changes</w:t>
      </w:r>
      <w:r w:rsidRPr="00C12E98">
        <w:rPr>
          <w:rFonts w:cs="Times New Roman"/>
          <w:sz w:val="22"/>
        </w:rPr>
        <w:t xml:space="preserve"> when constituent elements mix; relates to alloy</w:t>
      </w:r>
      <w:r w:rsidR="006A6A61">
        <w:rPr>
          <w:rFonts w:cs="Times New Roman"/>
          <w:sz w:val="22"/>
        </w:rPr>
        <w:t>-</w:t>
      </w:r>
      <w:r w:rsidRPr="00C12E98">
        <w:rPr>
          <w:rFonts w:cs="Times New Roman"/>
          <w:sz w:val="22"/>
        </w:rPr>
        <w:t xml:space="preserve"> formation energy and phase stability.</w:t>
      </w:r>
    </w:p>
    <w:p w14:paraId="54EBA169" w14:textId="5D903141" w:rsidR="00C12E98" w:rsidRPr="00C12E98" w:rsidRDefault="00C12E98" w:rsidP="00C12E98">
      <w:pPr>
        <w:widowControl w:val="0"/>
        <w:numPr>
          <w:ilvl w:val="0"/>
          <w:numId w:val="11"/>
        </w:numPr>
        <w:autoSpaceDE w:val="0"/>
        <w:autoSpaceDN w:val="0"/>
        <w:adjustRightInd w:val="0"/>
        <w:rPr>
          <w:rFonts w:cs="Times New Roman"/>
          <w:sz w:val="22"/>
        </w:rPr>
      </w:pPr>
      <w:r w:rsidRPr="00C12E98">
        <w:rPr>
          <w:rFonts w:cs="Times New Roman"/>
          <w:sz w:val="22"/>
        </w:rPr>
        <w:t>Mixing Entropy (Mix_Entropy): The configurational entropy due to multiple elements; stabilizes solid</w:t>
      </w:r>
      <w:r w:rsidR="00A95779">
        <w:rPr>
          <w:rFonts w:cs="Times New Roman"/>
          <w:sz w:val="22"/>
        </w:rPr>
        <w:t>-</w:t>
      </w:r>
      <w:r w:rsidRPr="00C12E98">
        <w:rPr>
          <w:rFonts w:cs="Times New Roman"/>
          <w:sz w:val="22"/>
        </w:rPr>
        <w:t>solution phases.</w:t>
      </w:r>
    </w:p>
    <w:p w14:paraId="6E9C2796" w14:textId="77777777" w:rsidR="00C12E98" w:rsidRPr="00C12E98" w:rsidRDefault="00C12E98" w:rsidP="00C12E98">
      <w:pPr>
        <w:widowControl w:val="0"/>
        <w:numPr>
          <w:ilvl w:val="0"/>
          <w:numId w:val="11"/>
        </w:numPr>
        <w:autoSpaceDE w:val="0"/>
        <w:autoSpaceDN w:val="0"/>
        <w:adjustRightInd w:val="0"/>
        <w:rPr>
          <w:rFonts w:cs="Times New Roman"/>
          <w:sz w:val="22"/>
        </w:rPr>
      </w:pPr>
      <w:r w:rsidRPr="00C12E98">
        <w:rPr>
          <w:rFonts w:cs="Times New Roman"/>
          <w:sz w:val="22"/>
        </w:rPr>
        <w:t>Strain Energy (</w:t>
      </w:r>
      <w:proofErr w:type="spellStart"/>
      <w:r w:rsidRPr="00C12E98">
        <w:rPr>
          <w:rFonts w:cs="Times New Roman"/>
          <w:sz w:val="22"/>
        </w:rPr>
        <w:t>Strain_Energy</w:t>
      </w:r>
      <w:proofErr w:type="spellEnd"/>
      <w:r w:rsidRPr="00C12E98">
        <w:rPr>
          <w:rFonts w:cs="Times New Roman"/>
          <w:sz w:val="22"/>
        </w:rPr>
        <w:t>): Stored elastic energy in the lattice, often related to distortion and strengthening.</w:t>
      </w:r>
    </w:p>
    <w:p w14:paraId="740B40BD" w14:textId="25B36923" w:rsidR="00C12E98" w:rsidRPr="00C12E98" w:rsidRDefault="00C12E98" w:rsidP="00C12E98">
      <w:pPr>
        <w:widowControl w:val="0"/>
        <w:numPr>
          <w:ilvl w:val="0"/>
          <w:numId w:val="11"/>
        </w:numPr>
        <w:autoSpaceDE w:val="0"/>
        <w:autoSpaceDN w:val="0"/>
        <w:adjustRightInd w:val="0"/>
        <w:rPr>
          <w:rFonts w:cs="Times New Roman"/>
          <w:sz w:val="22"/>
        </w:rPr>
      </w:pPr>
      <w:r w:rsidRPr="00C12E98">
        <w:rPr>
          <w:rFonts w:cs="Times New Roman"/>
          <w:sz w:val="22"/>
        </w:rPr>
        <w:t>Residual Strain (Residual_Strain): Remaining internal strain after processing or solidification.</w:t>
      </w:r>
    </w:p>
    <w:p w14:paraId="6EBF823A" w14:textId="77777777" w:rsidR="00C12E98" w:rsidRPr="00C12E98" w:rsidRDefault="00C12E98" w:rsidP="00C12E98">
      <w:pPr>
        <w:widowControl w:val="0"/>
        <w:autoSpaceDE w:val="0"/>
        <w:autoSpaceDN w:val="0"/>
        <w:adjustRightInd w:val="0"/>
        <w:rPr>
          <w:rFonts w:cs="Times New Roman"/>
          <w:sz w:val="22"/>
        </w:rPr>
      </w:pPr>
      <w:r w:rsidRPr="00C12E98">
        <w:rPr>
          <w:rFonts w:cs="Times New Roman"/>
          <w:sz w:val="22"/>
        </w:rPr>
        <w:t>2. Electronic Properties</w:t>
      </w:r>
    </w:p>
    <w:p w14:paraId="43F3D6BE"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Average Valence Electron Concentration (VEC_avg): The mean number of valence electrons per atom; determines phase stability (e.g., FCC or BCC structure).</w:t>
      </w:r>
    </w:p>
    <w:p w14:paraId="7C82119C"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Variance in Valence Electron Concentration (</w:t>
      </w:r>
      <w:proofErr w:type="spellStart"/>
      <w:r w:rsidRPr="00C12E98">
        <w:rPr>
          <w:rFonts w:cs="Times New Roman"/>
          <w:sz w:val="22"/>
        </w:rPr>
        <w:t>VEC_var</w:t>
      </w:r>
      <w:proofErr w:type="spellEnd"/>
      <w:r w:rsidRPr="00C12E98">
        <w:rPr>
          <w:rFonts w:cs="Times New Roman"/>
          <w:sz w:val="22"/>
        </w:rPr>
        <w:t xml:space="preserve">): Variability of VEC among elements; </w:t>
      </w:r>
      <w:r w:rsidRPr="00C12E98">
        <w:rPr>
          <w:rFonts w:cs="Times New Roman"/>
          <w:sz w:val="22"/>
        </w:rPr>
        <w:lastRenderedPageBreak/>
        <w:t>indicates electronic heterogeneity.</w:t>
      </w:r>
    </w:p>
    <w:p w14:paraId="24EA7EAA"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Average First Ionization Energy (Ion1_avg): Energy to remove the first electron; relates to bonding and chemical stability.</w:t>
      </w:r>
    </w:p>
    <w:p w14:paraId="530A164D"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Variance in First Ionization Energy (Ion1_var): Spread of first ionization energies among elements.</w:t>
      </w:r>
    </w:p>
    <w:p w14:paraId="450659F2"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Average Second Ionization Energy (Ion2_avg): Energy to remove the second electron; related to cation formation.</w:t>
      </w:r>
    </w:p>
    <w:p w14:paraId="1FB567D1"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Variance in Second Ionization Energy (Ion2_var): Variation in second ionization energy across alloy components.</w:t>
      </w:r>
    </w:p>
    <w:p w14:paraId="0D5C7AAC"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Average Third Ionization Energy (Ion3_avg): Energy to remove the third electron; linked to deeper electronic bonding strength.</w:t>
      </w:r>
    </w:p>
    <w:p w14:paraId="2FDABF60" w14:textId="77777777"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Variance in Third Ionization Energy (Ion3_var): Spread of third ionization energies among constituent elements.</w:t>
      </w:r>
    </w:p>
    <w:p w14:paraId="0D87D165" w14:textId="28C82A00" w:rsidR="00C12E98" w:rsidRPr="00C12E98" w:rsidRDefault="00C12E98" w:rsidP="00C12E98">
      <w:pPr>
        <w:widowControl w:val="0"/>
        <w:numPr>
          <w:ilvl w:val="0"/>
          <w:numId w:val="12"/>
        </w:numPr>
        <w:autoSpaceDE w:val="0"/>
        <w:autoSpaceDN w:val="0"/>
        <w:adjustRightInd w:val="0"/>
        <w:rPr>
          <w:rFonts w:cs="Times New Roman"/>
          <w:sz w:val="22"/>
        </w:rPr>
      </w:pPr>
      <w:r w:rsidRPr="00C12E98">
        <w:rPr>
          <w:rFonts w:cs="Times New Roman"/>
          <w:sz w:val="22"/>
        </w:rPr>
        <w:t>Electronegativity Mismatch (Electronegativity_mismatch): Difference in electronegativity between elements; influences bonding, charge transfer, and lattice distortion.</w:t>
      </w:r>
    </w:p>
    <w:p w14:paraId="2E78C56B" w14:textId="77777777" w:rsidR="00C12E98" w:rsidRPr="00C12E98" w:rsidRDefault="00C12E98" w:rsidP="00C12E98">
      <w:pPr>
        <w:widowControl w:val="0"/>
        <w:autoSpaceDE w:val="0"/>
        <w:autoSpaceDN w:val="0"/>
        <w:adjustRightInd w:val="0"/>
        <w:rPr>
          <w:rFonts w:cs="Times New Roman"/>
          <w:sz w:val="22"/>
        </w:rPr>
      </w:pPr>
      <w:r w:rsidRPr="00C12E98">
        <w:rPr>
          <w:rFonts w:cs="Times New Roman"/>
          <w:sz w:val="22"/>
        </w:rPr>
        <w:t>3. Structural and Atomic Geometry Properties</w:t>
      </w:r>
    </w:p>
    <w:p w14:paraId="6A3A5669" w14:textId="77777777" w:rsidR="00C12E98" w:rsidRPr="00C12E98" w:rsidRDefault="00C12E98" w:rsidP="00C12E98">
      <w:pPr>
        <w:widowControl w:val="0"/>
        <w:numPr>
          <w:ilvl w:val="0"/>
          <w:numId w:val="13"/>
        </w:numPr>
        <w:autoSpaceDE w:val="0"/>
        <w:autoSpaceDN w:val="0"/>
        <w:adjustRightInd w:val="0"/>
        <w:rPr>
          <w:rFonts w:cs="Times New Roman"/>
          <w:sz w:val="22"/>
        </w:rPr>
      </w:pPr>
      <w:r w:rsidRPr="00C12E98">
        <w:rPr>
          <w:rFonts w:cs="Times New Roman"/>
          <w:sz w:val="22"/>
        </w:rPr>
        <w:t>Average Atomic Density (Atomic_Density_avg): Mean number of atoms per unit volume; connected to packing density and lattice parameter.</w:t>
      </w:r>
    </w:p>
    <w:p w14:paraId="5B11F15B" w14:textId="77777777" w:rsidR="00C12E98" w:rsidRPr="00C12E98" w:rsidRDefault="00C12E98" w:rsidP="00C12E98">
      <w:pPr>
        <w:widowControl w:val="0"/>
        <w:numPr>
          <w:ilvl w:val="0"/>
          <w:numId w:val="13"/>
        </w:numPr>
        <w:autoSpaceDE w:val="0"/>
        <w:autoSpaceDN w:val="0"/>
        <w:adjustRightInd w:val="0"/>
        <w:rPr>
          <w:rFonts w:cs="Times New Roman"/>
          <w:sz w:val="22"/>
        </w:rPr>
      </w:pPr>
      <w:r w:rsidRPr="00C12E98">
        <w:rPr>
          <w:rFonts w:cs="Times New Roman"/>
          <w:sz w:val="22"/>
        </w:rPr>
        <w:t>Variance in Atomic Density (</w:t>
      </w:r>
      <w:proofErr w:type="spellStart"/>
      <w:r w:rsidRPr="00C12E98">
        <w:rPr>
          <w:rFonts w:cs="Times New Roman"/>
          <w:sz w:val="22"/>
        </w:rPr>
        <w:t>Atomic_Density_var</w:t>
      </w:r>
      <w:proofErr w:type="spellEnd"/>
      <w:r w:rsidRPr="00C12E98">
        <w:rPr>
          <w:rFonts w:cs="Times New Roman"/>
          <w:sz w:val="22"/>
        </w:rPr>
        <w:t>): Variation in atomic density among elements; indicates distortion.</w:t>
      </w:r>
    </w:p>
    <w:p w14:paraId="5A650986" w14:textId="77777777" w:rsidR="00C12E98" w:rsidRPr="00C12E98" w:rsidRDefault="00C12E98" w:rsidP="00C12E98">
      <w:pPr>
        <w:widowControl w:val="0"/>
        <w:numPr>
          <w:ilvl w:val="0"/>
          <w:numId w:val="13"/>
        </w:numPr>
        <w:autoSpaceDE w:val="0"/>
        <w:autoSpaceDN w:val="0"/>
        <w:adjustRightInd w:val="0"/>
        <w:rPr>
          <w:rFonts w:cs="Times New Roman"/>
          <w:sz w:val="22"/>
        </w:rPr>
      </w:pPr>
      <w:r w:rsidRPr="00C12E98">
        <w:rPr>
          <w:rFonts w:cs="Times New Roman"/>
          <w:sz w:val="22"/>
        </w:rPr>
        <w:t xml:space="preserve">Atomic Radius Mismatch (Radius_mismatch): Relative difference in atomic </w:t>
      </w:r>
      <w:proofErr w:type="gramStart"/>
      <w:r w:rsidRPr="00C12E98">
        <w:rPr>
          <w:rFonts w:cs="Times New Roman"/>
          <w:sz w:val="22"/>
        </w:rPr>
        <w:t>radii</w:t>
      </w:r>
      <w:proofErr w:type="gramEnd"/>
      <w:r w:rsidRPr="00C12E98">
        <w:rPr>
          <w:rFonts w:cs="Times New Roman"/>
          <w:sz w:val="22"/>
        </w:rPr>
        <w:t>; affects solid-solution strengthening.</w:t>
      </w:r>
    </w:p>
    <w:p w14:paraId="712B2EDF" w14:textId="77777777" w:rsidR="00C12E98" w:rsidRPr="00C12E98" w:rsidRDefault="00C12E98" w:rsidP="00C12E98">
      <w:pPr>
        <w:widowControl w:val="0"/>
        <w:numPr>
          <w:ilvl w:val="0"/>
          <w:numId w:val="13"/>
        </w:numPr>
        <w:autoSpaceDE w:val="0"/>
        <w:autoSpaceDN w:val="0"/>
        <w:adjustRightInd w:val="0"/>
        <w:rPr>
          <w:rFonts w:cs="Times New Roman"/>
          <w:sz w:val="22"/>
        </w:rPr>
      </w:pPr>
      <w:r w:rsidRPr="00C12E98">
        <w:rPr>
          <w:rFonts w:cs="Times New Roman"/>
          <w:sz w:val="22"/>
        </w:rPr>
        <w:t>Atomic Size Misfit (Atomic_size_misfit): Quantitative measure of atomic size differences; affects lattice strain.</w:t>
      </w:r>
    </w:p>
    <w:p w14:paraId="20B20F02" w14:textId="5E1FBB87" w:rsidR="00C12E98" w:rsidRPr="00C12E98" w:rsidRDefault="00C12E98" w:rsidP="00C12E98">
      <w:pPr>
        <w:widowControl w:val="0"/>
        <w:numPr>
          <w:ilvl w:val="0"/>
          <w:numId w:val="13"/>
        </w:numPr>
        <w:autoSpaceDE w:val="0"/>
        <w:autoSpaceDN w:val="0"/>
        <w:adjustRightInd w:val="0"/>
        <w:rPr>
          <w:rFonts w:cs="Times New Roman"/>
          <w:sz w:val="22"/>
        </w:rPr>
      </w:pPr>
      <w:r w:rsidRPr="00C12E98">
        <w:rPr>
          <w:rFonts w:cs="Times New Roman"/>
          <w:sz w:val="22"/>
        </w:rPr>
        <w:t xml:space="preserve">Mean Square Misfit (Mean_square_misfit): Squared </w:t>
      </w:r>
      <w:r w:rsidR="0018177D" w:rsidRPr="00C12E98">
        <w:rPr>
          <w:rFonts w:cs="Times New Roman"/>
          <w:sz w:val="22"/>
        </w:rPr>
        <w:t>measures</w:t>
      </w:r>
      <w:r w:rsidRPr="00C12E98">
        <w:rPr>
          <w:rFonts w:cs="Times New Roman"/>
          <w:sz w:val="22"/>
        </w:rPr>
        <w:t xml:space="preserve"> of atomic size differences averaged over elements.</w:t>
      </w:r>
    </w:p>
    <w:p w14:paraId="1CD21EF0" w14:textId="77777777" w:rsidR="00C12E98" w:rsidRPr="00C12E98" w:rsidRDefault="00C12E98" w:rsidP="00C12E98">
      <w:pPr>
        <w:widowControl w:val="0"/>
        <w:autoSpaceDE w:val="0"/>
        <w:autoSpaceDN w:val="0"/>
        <w:adjustRightInd w:val="0"/>
        <w:rPr>
          <w:rFonts w:cs="Times New Roman"/>
          <w:sz w:val="22"/>
        </w:rPr>
      </w:pPr>
      <w:r w:rsidRPr="00C12E98">
        <w:rPr>
          <w:rFonts w:cs="Times New Roman"/>
          <w:sz w:val="22"/>
        </w:rPr>
        <w:t>4. Mechanical and Elastic Properties</w:t>
      </w:r>
    </w:p>
    <w:p w14:paraId="43F996A8" w14:textId="77777777" w:rsidR="00C12E98" w:rsidRPr="00C12E98" w:rsidRDefault="00C12E98" w:rsidP="00C12E98">
      <w:pPr>
        <w:widowControl w:val="0"/>
        <w:numPr>
          <w:ilvl w:val="0"/>
          <w:numId w:val="14"/>
        </w:numPr>
        <w:autoSpaceDE w:val="0"/>
        <w:autoSpaceDN w:val="0"/>
        <w:adjustRightInd w:val="0"/>
        <w:rPr>
          <w:rFonts w:cs="Times New Roman"/>
          <w:sz w:val="22"/>
        </w:rPr>
      </w:pPr>
      <w:r w:rsidRPr="00C12E98">
        <w:rPr>
          <w:rFonts w:cs="Times New Roman"/>
          <w:sz w:val="22"/>
        </w:rPr>
        <w:t>Hill Average Shear Modulus (Shear_hill): Effective shear modulus computed using Hill’s average (between Voigt and Reuss bounds).</w:t>
      </w:r>
    </w:p>
    <w:p w14:paraId="59159115" w14:textId="77777777" w:rsidR="00C12E98" w:rsidRPr="00C12E98" w:rsidRDefault="00C12E98" w:rsidP="00C12E98">
      <w:pPr>
        <w:widowControl w:val="0"/>
        <w:numPr>
          <w:ilvl w:val="0"/>
          <w:numId w:val="14"/>
        </w:numPr>
        <w:autoSpaceDE w:val="0"/>
        <w:autoSpaceDN w:val="0"/>
        <w:adjustRightInd w:val="0"/>
        <w:rPr>
          <w:rFonts w:cs="Times New Roman"/>
          <w:sz w:val="22"/>
        </w:rPr>
      </w:pPr>
      <w:r w:rsidRPr="00C12E98">
        <w:rPr>
          <w:rFonts w:cs="Times New Roman"/>
          <w:sz w:val="22"/>
        </w:rPr>
        <w:t>Hill Average Young’s Modulus (Youngs_hill): Effective Young’s modulus estimated by Hill’s method.</w:t>
      </w:r>
    </w:p>
    <w:p w14:paraId="2B6BBB9B" w14:textId="77777777" w:rsidR="00C12E98" w:rsidRPr="00C12E98" w:rsidRDefault="00C12E98" w:rsidP="00C12E98">
      <w:pPr>
        <w:widowControl w:val="0"/>
        <w:numPr>
          <w:ilvl w:val="0"/>
          <w:numId w:val="14"/>
        </w:numPr>
        <w:autoSpaceDE w:val="0"/>
        <w:autoSpaceDN w:val="0"/>
        <w:adjustRightInd w:val="0"/>
        <w:rPr>
          <w:rFonts w:cs="Times New Roman"/>
          <w:sz w:val="22"/>
        </w:rPr>
      </w:pPr>
      <w:r w:rsidRPr="00C12E98">
        <w:rPr>
          <w:rFonts w:cs="Times New Roman"/>
          <w:sz w:val="22"/>
        </w:rPr>
        <w:t>Hill Average Bulk Modulus (</w:t>
      </w:r>
      <w:proofErr w:type="spellStart"/>
      <w:r w:rsidRPr="00C12E98">
        <w:rPr>
          <w:rFonts w:cs="Times New Roman"/>
          <w:sz w:val="22"/>
        </w:rPr>
        <w:t>Bulk_hill</w:t>
      </w:r>
      <w:proofErr w:type="spellEnd"/>
      <w:r w:rsidRPr="00C12E98">
        <w:rPr>
          <w:rFonts w:cs="Times New Roman"/>
          <w:sz w:val="22"/>
        </w:rPr>
        <w:t>): Effective bulk modulus (resistance to compression) based on Hill’s averaging.</w:t>
      </w:r>
    </w:p>
    <w:p w14:paraId="5F08EF24" w14:textId="77777777" w:rsidR="00C12E98" w:rsidRPr="00C12E98" w:rsidRDefault="00C12E98" w:rsidP="00C12E98">
      <w:pPr>
        <w:widowControl w:val="0"/>
        <w:numPr>
          <w:ilvl w:val="0"/>
          <w:numId w:val="14"/>
        </w:numPr>
        <w:autoSpaceDE w:val="0"/>
        <w:autoSpaceDN w:val="0"/>
        <w:adjustRightInd w:val="0"/>
        <w:rPr>
          <w:rFonts w:cs="Times New Roman"/>
          <w:sz w:val="22"/>
        </w:rPr>
      </w:pPr>
      <w:r w:rsidRPr="00C12E98">
        <w:rPr>
          <w:rFonts w:cs="Times New Roman"/>
          <w:sz w:val="22"/>
        </w:rPr>
        <w:t>Poisson’s Ratio (Poisson): Ratio of lateral to axial strain; indicator of ductility and elasticity balance.</w:t>
      </w:r>
    </w:p>
    <w:p w14:paraId="74CB1D01" w14:textId="77777777" w:rsidR="00C12E98" w:rsidRPr="00C12E98" w:rsidRDefault="00C12E98" w:rsidP="00C12E98">
      <w:pPr>
        <w:widowControl w:val="0"/>
        <w:numPr>
          <w:ilvl w:val="0"/>
          <w:numId w:val="14"/>
        </w:numPr>
        <w:autoSpaceDE w:val="0"/>
        <w:autoSpaceDN w:val="0"/>
        <w:adjustRightInd w:val="0"/>
        <w:rPr>
          <w:rFonts w:cs="Times New Roman"/>
          <w:sz w:val="22"/>
        </w:rPr>
      </w:pPr>
      <w:r w:rsidRPr="00C12E98">
        <w:rPr>
          <w:rFonts w:cs="Times New Roman"/>
          <w:sz w:val="22"/>
        </w:rPr>
        <w:t>Average Hardness (</w:t>
      </w:r>
      <w:proofErr w:type="spellStart"/>
      <w:r w:rsidRPr="00C12E98">
        <w:rPr>
          <w:rFonts w:cs="Times New Roman"/>
          <w:sz w:val="22"/>
        </w:rPr>
        <w:t>Hardness_avg</w:t>
      </w:r>
      <w:proofErr w:type="spellEnd"/>
      <w:r w:rsidRPr="00C12E98">
        <w:rPr>
          <w:rFonts w:cs="Times New Roman"/>
          <w:sz w:val="22"/>
        </w:rPr>
        <w:t>): Mean hardness value from mechanical testing (e.g., Vickers or Rockwell).</w:t>
      </w:r>
    </w:p>
    <w:p w14:paraId="2B8A555B" w14:textId="20C06492" w:rsidR="00C12E98" w:rsidRPr="00C12E98" w:rsidRDefault="00C12E98" w:rsidP="00C12E98">
      <w:pPr>
        <w:widowControl w:val="0"/>
        <w:numPr>
          <w:ilvl w:val="0"/>
          <w:numId w:val="14"/>
        </w:numPr>
        <w:autoSpaceDE w:val="0"/>
        <w:autoSpaceDN w:val="0"/>
        <w:adjustRightInd w:val="0"/>
        <w:rPr>
          <w:rFonts w:cs="Times New Roman"/>
          <w:sz w:val="22"/>
        </w:rPr>
      </w:pPr>
      <w:r w:rsidRPr="00C12E98">
        <w:rPr>
          <w:rFonts w:cs="Times New Roman"/>
          <w:sz w:val="22"/>
        </w:rPr>
        <w:t xml:space="preserve">Hardness Variance (Hardness_var): Variability in hardness </w:t>
      </w:r>
      <w:proofErr w:type="gramStart"/>
      <w:r w:rsidRPr="00C12E98">
        <w:rPr>
          <w:rFonts w:cs="Times New Roman"/>
          <w:sz w:val="22"/>
        </w:rPr>
        <w:t>measurements;</w:t>
      </w:r>
      <w:proofErr w:type="gramEnd"/>
      <w:r w:rsidRPr="00C12E98">
        <w:rPr>
          <w:rFonts w:cs="Times New Roman"/>
          <w:sz w:val="22"/>
        </w:rPr>
        <w:t xml:space="preserve"> reflects microstructural uniformity.</w:t>
      </w:r>
    </w:p>
    <w:p w14:paraId="74F94AF0" w14:textId="77777777" w:rsidR="00C12E98" w:rsidRPr="00C12E98" w:rsidRDefault="00C12E98" w:rsidP="00C12E98">
      <w:pPr>
        <w:widowControl w:val="0"/>
        <w:autoSpaceDE w:val="0"/>
        <w:autoSpaceDN w:val="0"/>
        <w:adjustRightInd w:val="0"/>
        <w:rPr>
          <w:rFonts w:cs="Times New Roman"/>
          <w:sz w:val="22"/>
        </w:rPr>
      </w:pPr>
      <w:r w:rsidRPr="00C12E98">
        <w:rPr>
          <w:rFonts w:cs="Times New Roman"/>
          <w:sz w:val="22"/>
        </w:rPr>
        <w:t>5. Defect and Fault-Related Properties</w:t>
      </w:r>
    </w:p>
    <w:p w14:paraId="1ABCD2F3" w14:textId="77777777" w:rsidR="00C12E98" w:rsidRPr="00C12E98" w:rsidRDefault="00C12E98" w:rsidP="00C12E98">
      <w:pPr>
        <w:widowControl w:val="0"/>
        <w:numPr>
          <w:ilvl w:val="0"/>
          <w:numId w:val="15"/>
        </w:numPr>
        <w:autoSpaceDE w:val="0"/>
        <w:autoSpaceDN w:val="0"/>
        <w:adjustRightInd w:val="0"/>
        <w:rPr>
          <w:rFonts w:cs="Times New Roman"/>
          <w:sz w:val="22"/>
        </w:rPr>
      </w:pPr>
      <w:r w:rsidRPr="00C12E98">
        <w:rPr>
          <w:rFonts w:cs="Times New Roman"/>
          <w:sz w:val="22"/>
        </w:rPr>
        <w:t>Weighted Stacking Fault Energy (</w:t>
      </w:r>
      <w:proofErr w:type="spellStart"/>
      <w:r w:rsidRPr="00C12E98">
        <w:rPr>
          <w:rFonts w:cs="Times New Roman"/>
          <w:sz w:val="22"/>
        </w:rPr>
        <w:t>SFE_weighted</w:t>
      </w:r>
      <w:proofErr w:type="spellEnd"/>
      <w:r w:rsidRPr="00C12E98">
        <w:rPr>
          <w:rFonts w:cs="Times New Roman"/>
          <w:sz w:val="22"/>
        </w:rPr>
        <w:t>): Composition-weighted average stacking fault energy; affects dislocation behavior and deformation.</w:t>
      </w:r>
    </w:p>
    <w:p w14:paraId="58F56E32" w14:textId="77777777" w:rsidR="00C12E98" w:rsidRPr="00C12E98" w:rsidRDefault="00C12E98" w:rsidP="00C12E98">
      <w:pPr>
        <w:widowControl w:val="0"/>
        <w:numPr>
          <w:ilvl w:val="0"/>
          <w:numId w:val="15"/>
        </w:numPr>
        <w:autoSpaceDE w:val="0"/>
        <w:autoSpaceDN w:val="0"/>
        <w:adjustRightInd w:val="0"/>
        <w:rPr>
          <w:rFonts w:cs="Times New Roman"/>
          <w:sz w:val="22"/>
        </w:rPr>
      </w:pPr>
      <w:r w:rsidRPr="00C12E98">
        <w:rPr>
          <w:rFonts w:cs="Times New Roman"/>
          <w:sz w:val="22"/>
        </w:rPr>
        <w:t>Weighted Unstable Stacking Fault Energy (</w:t>
      </w:r>
      <w:proofErr w:type="spellStart"/>
      <w:r w:rsidRPr="00C12E98">
        <w:rPr>
          <w:rFonts w:cs="Times New Roman"/>
          <w:sz w:val="22"/>
        </w:rPr>
        <w:t>USF_weighted</w:t>
      </w:r>
      <w:proofErr w:type="spellEnd"/>
      <w:r w:rsidRPr="00C12E98">
        <w:rPr>
          <w:rFonts w:cs="Times New Roman"/>
          <w:sz w:val="22"/>
        </w:rPr>
        <w:t>): Weighted average of unstable stacking fault energy; relates to slip and twinning tendencies.</w:t>
      </w:r>
    </w:p>
    <w:p w14:paraId="15C31302" w14:textId="03DAD8A6" w:rsidR="00C12E98" w:rsidRPr="00C12E98" w:rsidRDefault="00C12E98" w:rsidP="00C12E98">
      <w:pPr>
        <w:widowControl w:val="0"/>
        <w:numPr>
          <w:ilvl w:val="0"/>
          <w:numId w:val="15"/>
        </w:numPr>
        <w:autoSpaceDE w:val="0"/>
        <w:autoSpaceDN w:val="0"/>
        <w:adjustRightInd w:val="0"/>
        <w:rPr>
          <w:rFonts w:cs="Times New Roman"/>
          <w:sz w:val="22"/>
        </w:rPr>
      </w:pPr>
      <w:r w:rsidRPr="00C12E98">
        <w:rPr>
          <w:rFonts w:cs="Times New Roman"/>
          <w:sz w:val="22"/>
        </w:rPr>
        <w:t>Weighted Diffusivity (</w:t>
      </w:r>
      <w:proofErr w:type="spellStart"/>
      <w:r w:rsidRPr="00C12E98">
        <w:rPr>
          <w:rFonts w:cs="Times New Roman"/>
          <w:sz w:val="22"/>
        </w:rPr>
        <w:t>D_weighted</w:t>
      </w:r>
      <w:proofErr w:type="spellEnd"/>
      <w:r w:rsidRPr="00C12E98">
        <w:rPr>
          <w:rFonts w:cs="Times New Roman"/>
          <w:sz w:val="22"/>
        </w:rPr>
        <w:t>): Composition-weighted atomic diffusion coefficient; influences microstructural evolution and creep resistance.</w:t>
      </w:r>
    </w:p>
    <w:p w14:paraId="77BCFBCE" w14:textId="77777777" w:rsidR="00C12E98" w:rsidRPr="00C12E98" w:rsidRDefault="00C12E98" w:rsidP="00C12E98">
      <w:pPr>
        <w:widowControl w:val="0"/>
        <w:autoSpaceDE w:val="0"/>
        <w:autoSpaceDN w:val="0"/>
        <w:adjustRightInd w:val="0"/>
        <w:rPr>
          <w:rFonts w:cs="Times New Roman"/>
          <w:sz w:val="22"/>
        </w:rPr>
      </w:pPr>
      <w:r w:rsidRPr="00C12E98">
        <w:rPr>
          <w:rFonts w:cs="Times New Roman"/>
          <w:sz w:val="22"/>
        </w:rPr>
        <w:t>6. Experimental or Categorical Identifiers</w:t>
      </w:r>
    </w:p>
    <w:p w14:paraId="28150400" w14:textId="590239D4" w:rsidR="00C12E98" w:rsidRPr="00C12E98" w:rsidRDefault="00C12E98" w:rsidP="00C12E98">
      <w:pPr>
        <w:widowControl w:val="0"/>
        <w:numPr>
          <w:ilvl w:val="0"/>
          <w:numId w:val="16"/>
        </w:numPr>
        <w:autoSpaceDE w:val="0"/>
        <w:autoSpaceDN w:val="0"/>
        <w:adjustRightInd w:val="0"/>
        <w:rPr>
          <w:rFonts w:cs="Times New Roman"/>
          <w:sz w:val="22"/>
        </w:rPr>
      </w:pPr>
      <w:r w:rsidRPr="00C12E98">
        <w:rPr>
          <w:rFonts w:cs="Times New Roman"/>
          <w:sz w:val="22"/>
        </w:rPr>
        <w:t>Ratio of Testing Temperature and Melting Temperature (Test_Melt): Dimensionless ratio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test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melt</m:t>
                </m:r>
              </m:sub>
            </m:sSub>
          </m:den>
        </m:f>
      </m:oMath>
      <w:r w:rsidRPr="00C12E98">
        <w:rPr>
          <w:rFonts w:cs="Times New Roman"/>
          <w:sz w:val="22"/>
        </w:rPr>
        <w:t>) indicating the homologous temperature during testing.</w:t>
      </w:r>
    </w:p>
    <w:p w14:paraId="543CBA7C" w14:textId="77777777" w:rsidR="00C12E98" w:rsidRPr="00C12E98" w:rsidRDefault="00C12E98" w:rsidP="00C12E98">
      <w:pPr>
        <w:widowControl w:val="0"/>
        <w:autoSpaceDE w:val="0"/>
        <w:autoSpaceDN w:val="0"/>
        <w:adjustRightInd w:val="0"/>
        <w:rPr>
          <w:rFonts w:cs="Times New Roman"/>
          <w:sz w:val="22"/>
        </w:rPr>
      </w:pPr>
      <w:r w:rsidRPr="00C12E98">
        <w:rPr>
          <w:rFonts w:cs="Times New Roman"/>
          <w:sz w:val="22"/>
        </w:rPr>
        <w:t>7. Compositional Features</w:t>
      </w:r>
    </w:p>
    <w:p w14:paraId="38CB0622" w14:textId="71FC0F94" w:rsidR="00C12E98" w:rsidRPr="00C12E98" w:rsidRDefault="00C12E98" w:rsidP="00C12E98">
      <w:pPr>
        <w:widowControl w:val="0"/>
        <w:numPr>
          <w:ilvl w:val="0"/>
          <w:numId w:val="17"/>
        </w:numPr>
        <w:autoSpaceDE w:val="0"/>
        <w:autoSpaceDN w:val="0"/>
        <w:adjustRightInd w:val="0"/>
        <w:rPr>
          <w:rFonts w:cs="Times New Roman"/>
          <w:sz w:val="22"/>
        </w:rPr>
      </w:pPr>
      <w:r w:rsidRPr="00C12E98">
        <w:rPr>
          <w:rFonts w:cs="Times New Roman"/>
          <w:sz w:val="22"/>
        </w:rPr>
        <w:t xml:space="preserve">Elemental Composition and Ratios: Atomic fractions of each constituent element (e.g., Al, Cr, Nb) along with all unique pairwise ratios (e.g., Al/Cr, Al/Nb, Cr/Nb, …) and sums (e.g., </w:t>
      </w:r>
      <w:proofErr w:type="spellStart"/>
      <w:r w:rsidRPr="00C12E98">
        <w:rPr>
          <w:rFonts w:cs="Times New Roman"/>
          <w:sz w:val="22"/>
        </w:rPr>
        <w:t>Al+Cr</w:t>
      </w:r>
      <w:proofErr w:type="spellEnd"/>
      <w:r w:rsidRPr="00C12E98">
        <w:rPr>
          <w:rFonts w:cs="Times New Roman"/>
          <w:sz w:val="22"/>
        </w:rPr>
        <w:t>, Cr+Nb, …), representing relative and combined elemental proportions in the alloy.</w:t>
      </w:r>
    </w:p>
    <w:p w14:paraId="788B2FC7" w14:textId="77777777" w:rsidR="00C12E98" w:rsidRPr="00C12E98" w:rsidRDefault="00C12E98" w:rsidP="00C12E98">
      <w:pPr>
        <w:widowControl w:val="0"/>
        <w:autoSpaceDE w:val="0"/>
        <w:autoSpaceDN w:val="0"/>
        <w:adjustRightInd w:val="0"/>
        <w:rPr>
          <w:rFonts w:cs="Times New Roman"/>
        </w:rPr>
      </w:pPr>
    </w:p>
    <w:p w14:paraId="61391E74" w14:textId="1B74FD81" w:rsidR="00777F0A" w:rsidRPr="00552AE0" w:rsidRDefault="00777F0A" w:rsidP="00777F0A">
      <w:pPr>
        <w:widowControl w:val="0"/>
        <w:autoSpaceDE w:val="0"/>
        <w:autoSpaceDN w:val="0"/>
        <w:adjustRightInd w:val="0"/>
        <w:rPr>
          <w:rFonts w:cs="Times New Roman"/>
          <w:b/>
          <w:bCs/>
          <w:sz w:val="28"/>
          <w:szCs w:val="28"/>
        </w:rPr>
      </w:pPr>
      <w:r w:rsidRPr="00552AE0">
        <w:rPr>
          <w:rFonts w:cs="Times New Roman"/>
          <w:b/>
          <w:bCs/>
          <w:sz w:val="28"/>
          <w:szCs w:val="28"/>
        </w:rPr>
        <w:t xml:space="preserve">Section </w:t>
      </w:r>
      <w:r w:rsidR="00660923" w:rsidRPr="00552AE0">
        <w:rPr>
          <w:rFonts w:cs="Times New Roman"/>
          <w:b/>
          <w:bCs/>
          <w:sz w:val="28"/>
          <w:szCs w:val="28"/>
        </w:rPr>
        <w:t>B:</w:t>
      </w:r>
      <w:r w:rsidRPr="00552AE0">
        <w:rPr>
          <w:rFonts w:cs="Times New Roman"/>
          <w:b/>
          <w:bCs/>
          <w:sz w:val="28"/>
          <w:szCs w:val="28"/>
        </w:rPr>
        <w:t xml:space="preserve"> Features Selected</w:t>
      </w:r>
      <w:r w:rsidR="003E0899" w:rsidRPr="00552AE0">
        <w:rPr>
          <w:rFonts w:cs="Times New Roman"/>
          <w:b/>
          <w:bCs/>
          <w:sz w:val="28"/>
          <w:szCs w:val="28"/>
        </w:rPr>
        <w:t>.</w:t>
      </w:r>
      <w:r w:rsidR="005628DD">
        <w:rPr>
          <w:rFonts w:cs="Times New Roman"/>
          <w:b/>
          <w:bCs/>
          <w:sz w:val="28"/>
          <w:szCs w:val="28"/>
        </w:rPr>
        <w:t xml:space="preserve"> </w:t>
      </w:r>
    </w:p>
    <w:p w14:paraId="6940BAB1" w14:textId="6690093F" w:rsidR="00C12E98" w:rsidRPr="003E0899" w:rsidRDefault="003E0899" w:rsidP="00250C7B">
      <w:pPr>
        <w:widowControl w:val="0"/>
        <w:autoSpaceDE w:val="0"/>
        <w:autoSpaceDN w:val="0"/>
        <w:adjustRightInd w:val="0"/>
        <w:rPr>
          <w:rFonts w:cs="Times New Roman"/>
          <w:b/>
          <w:bCs/>
          <w:sz w:val="20"/>
          <w:szCs w:val="20"/>
        </w:rPr>
      </w:pPr>
      <w:r w:rsidRPr="003E0899">
        <w:rPr>
          <w:rFonts w:cs="Times New Roman"/>
          <w:b/>
          <w:bCs/>
          <w:sz w:val="20"/>
          <w:szCs w:val="20"/>
        </w:rPr>
        <w:t xml:space="preserve">Table S1 | </w:t>
      </w:r>
      <w:r>
        <w:rPr>
          <w:rFonts w:cs="Times New Roman"/>
          <w:b/>
          <w:bCs/>
          <w:sz w:val="20"/>
          <w:szCs w:val="20"/>
        </w:rPr>
        <w:t>Final feature subsets selected for best-performing models.</w:t>
      </w:r>
      <w:r w:rsidRPr="003E0899">
        <w:rPr>
          <w:rFonts w:cs="Times New Roman"/>
          <w:sz w:val="20"/>
          <w:szCs w:val="20"/>
        </w:rPr>
        <w:t xml:space="preserve"> Feature subsets identified by each selection method and used in the top-performing models for (i) fracture strain classification and (ii) yield strength regression. For fracture strain classification, the QBoost-selected features yielded the highest accuracy when coupled with the Random Forest classifier. For yield strength regression, Q-MI–derived subsets achieved optimal performance after λ-tuning, while the Linear SVM performed best with features selected via Lasso regularization. Only the final subsets corresponding to the best models are listed here</w:t>
      </w:r>
      <w:r>
        <w:rPr>
          <w:rFonts w:cs="Times New Roman"/>
          <w:sz w:val="20"/>
          <w:szCs w:val="20"/>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335"/>
        <w:gridCol w:w="2803"/>
        <w:gridCol w:w="3492"/>
      </w:tblGrid>
      <w:tr w:rsidR="00660923" w:rsidRPr="001A6432" w14:paraId="30D35F1C" w14:textId="77777777" w:rsidTr="0013471F">
        <w:trPr>
          <w:trHeight w:val="301"/>
          <w:jc w:val="center"/>
        </w:trPr>
        <w:tc>
          <w:tcPr>
            <w:tcW w:w="2335" w:type="dxa"/>
            <w:tcBorders>
              <w:bottom w:val="single" w:sz="4" w:space="0" w:color="auto"/>
              <w:right w:val="nil"/>
            </w:tcBorders>
            <w:shd w:val="clear" w:color="auto" w:fill="C5C5C5"/>
          </w:tcPr>
          <w:p w14:paraId="2EC95F52" w14:textId="77777777" w:rsidR="00660923" w:rsidRPr="001A6432" w:rsidRDefault="00660923" w:rsidP="0014058E">
            <w:pPr>
              <w:rPr>
                <w:rFonts w:asciiTheme="minorHAnsi" w:hAnsiTheme="minorHAnsi" w:cs="Times New Roman"/>
                <w:b/>
                <w:bCs/>
                <w:sz w:val="16"/>
                <w:szCs w:val="16"/>
              </w:rPr>
            </w:pPr>
            <w:r w:rsidRPr="001A6432">
              <w:rPr>
                <w:rFonts w:asciiTheme="minorHAnsi" w:hAnsiTheme="minorHAnsi" w:cs="Times New Roman"/>
                <w:b/>
                <w:bCs/>
                <w:sz w:val="16"/>
                <w:szCs w:val="16"/>
              </w:rPr>
              <w:t>Model</w:t>
            </w:r>
          </w:p>
        </w:tc>
        <w:tc>
          <w:tcPr>
            <w:tcW w:w="2803" w:type="dxa"/>
            <w:tcBorders>
              <w:left w:val="nil"/>
              <w:bottom w:val="single" w:sz="4" w:space="0" w:color="auto"/>
              <w:right w:val="nil"/>
            </w:tcBorders>
            <w:shd w:val="clear" w:color="auto" w:fill="C5C5C5"/>
          </w:tcPr>
          <w:p w14:paraId="7E5A8AC0" w14:textId="77777777" w:rsidR="00660923" w:rsidRPr="001A6432" w:rsidRDefault="00660923" w:rsidP="0014058E">
            <w:pPr>
              <w:rPr>
                <w:rFonts w:asciiTheme="minorHAnsi" w:hAnsiTheme="minorHAnsi" w:cs="Times New Roman"/>
                <w:b/>
                <w:bCs/>
                <w:sz w:val="16"/>
                <w:szCs w:val="16"/>
              </w:rPr>
            </w:pPr>
            <w:r w:rsidRPr="001A6432">
              <w:rPr>
                <w:rFonts w:asciiTheme="minorHAnsi" w:hAnsiTheme="minorHAnsi" w:cs="Times New Roman"/>
                <w:b/>
                <w:bCs/>
                <w:sz w:val="16"/>
                <w:szCs w:val="16"/>
              </w:rPr>
              <w:t>Property</w:t>
            </w:r>
          </w:p>
        </w:tc>
        <w:tc>
          <w:tcPr>
            <w:tcW w:w="3492" w:type="dxa"/>
            <w:tcBorders>
              <w:left w:val="nil"/>
              <w:bottom w:val="single" w:sz="4" w:space="0" w:color="auto"/>
            </w:tcBorders>
            <w:shd w:val="clear" w:color="auto" w:fill="C5C5C5"/>
          </w:tcPr>
          <w:p w14:paraId="7289F044" w14:textId="77777777" w:rsidR="00660923" w:rsidRPr="001A6432" w:rsidRDefault="00660923" w:rsidP="0014058E">
            <w:pPr>
              <w:rPr>
                <w:rFonts w:asciiTheme="minorHAnsi" w:hAnsiTheme="minorHAnsi" w:cs="Times New Roman"/>
                <w:b/>
                <w:bCs/>
                <w:sz w:val="16"/>
                <w:szCs w:val="16"/>
              </w:rPr>
            </w:pPr>
            <w:r>
              <w:rPr>
                <w:rFonts w:asciiTheme="minorHAnsi" w:hAnsiTheme="minorHAnsi" w:cs="Times New Roman"/>
                <w:b/>
                <w:bCs/>
                <w:sz w:val="16"/>
                <w:szCs w:val="16"/>
              </w:rPr>
              <w:t>Features</w:t>
            </w:r>
          </w:p>
        </w:tc>
      </w:tr>
      <w:tr w:rsidR="00660923" w:rsidRPr="00FB5958" w14:paraId="3E1BE374" w14:textId="77777777" w:rsidTr="0014058E">
        <w:trPr>
          <w:trHeight w:val="289"/>
          <w:jc w:val="center"/>
        </w:trPr>
        <w:tc>
          <w:tcPr>
            <w:tcW w:w="2335" w:type="dxa"/>
            <w:tcBorders>
              <w:right w:val="nil"/>
            </w:tcBorders>
          </w:tcPr>
          <w:p w14:paraId="37F47922"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 xml:space="preserve">QBoost </w:t>
            </w:r>
          </w:p>
        </w:tc>
        <w:tc>
          <w:tcPr>
            <w:tcW w:w="2803" w:type="dxa"/>
            <w:tcBorders>
              <w:left w:val="nil"/>
              <w:right w:val="nil"/>
            </w:tcBorders>
          </w:tcPr>
          <w:p w14:paraId="38D7DD87"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Fracture Strain</w:t>
            </w:r>
          </w:p>
        </w:tc>
        <w:tc>
          <w:tcPr>
            <w:tcW w:w="3492" w:type="dxa"/>
            <w:tcBorders>
              <w:left w:val="nil"/>
            </w:tcBorders>
          </w:tcPr>
          <w:p w14:paraId="4C5A4528" w14:textId="77777777" w:rsidR="00660923" w:rsidRPr="00795136" w:rsidRDefault="00000000" w:rsidP="0014058E">
            <w:pPr>
              <w:rPr>
                <w:rFonts w:asciiTheme="minorHAnsi" w:hAnsiTheme="minorHAnsi" w:cs="Times New Roman"/>
                <w:sz w:val="16"/>
                <w:szCs w:val="16"/>
                <w:lang w:val="es-MX"/>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test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melt</m:t>
                      </m:r>
                    </m:sub>
                  </m:sSub>
                </m:den>
              </m:f>
            </m:oMath>
            <w:r w:rsidR="00660923" w:rsidRPr="00795136">
              <w:rPr>
                <w:rFonts w:asciiTheme="minorHAnsi" w:hAnsiTheme="minorHAnsi" w:cs="Times New Roman"/>
                <w:sz w:val="16"/>
                <w:szCs w:val="16"/>
                <w:lang w:val="es-MX"/>
              </w:rPr>
              <w:t>, Poisson, Zr, Al+Mo, Al+V, Cr+Mo, Cu+Zr, Hf+Ti, Hf+Zr, Mn+Zr, Mo+Ni, Nb+Zr, Ta+Zr</w:t>
            </w:r>
          </w:p>
        </w:tc>
      </w:tr>
      <w:tr w:rsidR="00660923" w:rsidRPr="001A6432" w14:paraId="47C0981B" w14:textId="77777777" w:rsidTr="0014058E">
        <w:trPr>
          <w:trHeight w:val="289"/>
          <w:jc w:val="center"/>
        </w:trPr>
        <w:tc>
          <w:tcPr>
            <w:tcW w:w="2335" w:type="dxa"/>
            <w:tcBorders>
              <w:right w:val="nil"/>
            </w:tcBorders>
          </w:tcPr>
          <w:p w14:paraId="4EF19D66"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 xml:space="preserve">Q-MI </w:t>
            </w:r>
            <m:oMath>
              <m:d>
                <m:dPr>
                  <m:ctrlPr>
                    <w:rPr>
                      <w:rFonts w:ascii="Cambria Math" w:hAnsi="Cambria Math" w:cs="Times New Roman"/>
                      <w:i/>
                      <w:sz w:val="16"/>
                      <w:szCs w:val="16"/>
                    </w:rPr>
                  </m:ctrlPr>
                </m:dPr>
                <m:e>
                  <m:sSub>
                    <m:sSubPr>
                      <m:ctrlPr>
                        <w:rPr>
                          <w:rFonts w:ascii="Cambria Math" w:hAnsi="Cambria Math" w:cs="Times New Roman"/>
                          <w:i/>
                          <w:sz w:val="16"/>
                          <w:szCs w:val="16"/>
                        </w:rPr>
                      </m:ctrlPr>
                    </m:sSubPr>
                    <m:e>
                      <m:r>
                        <w:rPr>
                          <w:rFonts w:ascii="Cambria Math" w:hAnsi="Cambria Math" w:cs="Times New Roman"/>
                          <w:sz w:val="16"/>
                          <w:szCs w:val="16"/>
                        </w:rPr>
                        <m:t>λ</m:t>
                      </m:r>
                    </m:e>
                    <m:sub>
                      <m:r>
                        <w:rPr>
                          <w:rFonts w:ascii="Cambria Math" w:hAnsi="Cambria Math" w:cs="Times New Roman"/>
                          <w:sz w:val="16"/>
                          <w:szCs w:val="16"/>
                        </w:rPr>
                        <m:t>1</m:t>
                      </m:r>
                    </m:sub>
                  </m:sSub>
                  <m:r>
                    <w:rPr>
                      <w:rFonts w:ascii="Cambria Math" w:hAnsi="Cambria Math" w:cs="Times New Roman"/>
                      <w:sz w:val="16"/>
                      <w:szCs w:val="16"/>
                    </w:rPr>
                    <m:t xml:space="preserve">=1,  </m:t>
                  </m:r>
                  <m:sSub>
                    <m:sSubPr>
                      <m:ctrlPr>
                        <w:rPr>
                          <w:rFonts w:ascii="Cambria Math" w:hAnsi="Cambria Math" w:cs="Times New Roman"/>
                          <w:i/>
                          <w:sz w:val="16"/>
                          <w:szCs w:val="16"/>
                        </w:rPr>
                      </m:ctrlPr>
                    </m:sSubPr>
                    <m:e>
                      <m:r>
                        <w:rPr>
                          <w:rFonts w:ascii="Cambria Math" w:hAnsi="Cambria Math" w:cs="Times New Roman"/>
                          <w:sz w:val="16"/>
                          <w:szCs w:val="16"/>
                        </w:rPr>
                        <m:t>λ</m:t>
                      </m:r>
                    </m:e>
                    <m:sub>
                      <m:r>
                        <w:rPr>
                          <w:rFonts w:ascii="Cambria Math" w:hAnsi="Cambria Math" w:cs="Times New Roman"/>
                          <w:sz w:val="16"/>
                          <w:szCs w:val="16"/>
                        </w:rPr>
                        <m:t>2</m:t>
                      </m:r>
                    </m:sub>
                  </m:sSub>
                  <m:r>
                    <w:rPr>
                      <w:rFonts w:ascii="Cambria Math" w:hAnsi="Cambria Math" w:cs="Times New Roman"/>
                      <w:sz w:val="16"/>
                      <w:szCs w:val="16"/>
                    </w:rPr>
                    <m:t>=0.01</m:t>
                  </m:r>
                </m:e>
              </m:d>
            </m:oMath>
          </w:p>
        </w:tc>
        <w:tc>
          <w:tcPr>
            <w:tcW w:w="2803" w:type="dxa"/>
            <w:tcBorders>
              <w:left w:val="nil"/>
              <w:right w:val="nil"/>
            </w:tcBorders>
          </w:tcPr>
          <w:p w14:paraId="26303E1A"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Yield Strength</w:t>
            </w:r>
          </w:p>
        </w:tc>
        <w:tc>
          <w:tcPr>
            <w:tcW w:w="3492" w:type="dxa"/>
            <w:tcBorders>
              <w:left w:val="nil"/>
            </w:tcBorders>
          </w:tcPr>
          <w:p w14:paraId="23CB4270" w14:textId="77777777" w:rsidR="00660923" w:rsidRPr="00EB1C76" w:rsidRDefault="00000000" w:rsidP="0014058E">
            <w:pPr>
              <w:rPr>
                <w:rFonts w:asciiTheme="minorHAnsi" w:hAnsiTheme="minorHAnsi" w:cs="Times New Roman"/>
                <w:sz w:val="16"/>
                <w:szCs w:val="16"/>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test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melt</m:t>
                      </m:r>
                    </m:sub>
                  </m:sSub>
                </m:den>
              </m:f>
            </m:oMath>
            <w:r w:rsidR="00660923" w:rsidRPr="00EB1C76">
              <w:rPr>
                <w:rFonts w:asciiTheme="minorHAnsi" w:hAnsiTheme="minorHAnsi" w:cs="Times New Roman"/>
                <w:sz w:val="16"/>
                <w:szCs w:val="16"/>
              </w:rPr>
              <w:t>, Ion2_avg, Radius_mismatch, Atomic_size_misfit, Cr</w:t>
            </w:r>
            <w:r w:rsidR="00660923">
              <w:rPr>
                <w:rFonts w:asciiTheme="minorHAnsi" w:hAnsiTheme="minorHAnsi" w:cs="Times New Roman"/>
                <w:sz w:val="16"/>
                <w:szCs w:val="16"/>
              </w:rPr>
              <w:t>+</w:t>
            </w:r>
            <w:r w:rsidR="00660923" w:rsidRPr="00EB1C76">
              <w:rPr>
                <w:rFonts w:asciiTheme="minorHAnsi" w:hAnsiTheme="minorHAnsi" w:cs="Times New Roman"/>
                <w:sz w:val="16"/>
                <w:szCs w:val="16"/>
              </w:rPr>
              <w:t>Nb, Fe</w:t>
            </w:r>
            <w:r w:rsidR="00660923">
              <w:rPr>
                <w:rFonts w:asciiTheme="minorHAnsi" w:hAnsiTheme="minorHAnsi" w:cs="Times New Roman"/>
                <w:sz w:val="16"/>
                <w:szCs w:val="16"/>
              </w:rPr>
              <w:t>+</w:t>
            </w:r>
            <w:r w:rsidR="00660923" w:rsidRPr="00EB1C76">
              <w:rPr>
                <w:rFonts w:asciiTheme="minorHAnsi" w:hAnsiTheme="minorHAnsi" w:cs="Times New Roman"/>
                <w:sz w:val="16"/>
                <w:szCs w:val="16"/>
              </w:rPr>
              <w:t>Zr, Mn</w:t>
            </w:r>
            <w:r w:rsidR="00660923">
              <w:rPr>
                <w:rFonts w:asciiTheme="minorHAnsi" w:hAnsiTheme="minorHAnsi" w:cs="Times New Roman"/>
                <w:sz w:val="16"/>
                <w:szCs w:val="16"/>
              </w:rPr>
              <w:t>+</w:t>
            </w:r>
            <w:r w:rsidR="00660923" w:rsidRPr="00EB1C76">
              <w:rPr>
                <w:rFonts w:asciiTheme="minorHAnsi" w:hAnsiTheme="minorHAnsi" w:cs="Times New Roman"/>
                <w:sz w:val="16"/>
                <w:szCs w:val="16"/>
              </w:rPr>
              <w:t>Mo, Mn</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Mo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V, Nb</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Ta</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Ti</w:t>
            </w:r>
          </w:p>
        </w:tc>
      </w:tr>
      <w:tr w:rsidR="00660923" w:rsidRPr="001A6432" w14:paraId="28DCC725" w14:textId="77777777" w:rsidTr="0014058E">
        <w:trPr>
          <w:trHeight w:val="301"/>
          <w:jc w:val="center"/>
        </w:trPr>
        <w:tc>
          <w:tcPr>
            <w:tcW w:w="2335" w:type="dxa"/>
            <w:tcBorders>
              <w:right w:val="nil"/>
            </w:tcBorders>
            <w:shd w:val="clear" w:color="auto" w:fill="E6E6E6"/>
          </w:tcPr>
          <w:p w14:paraId="42982058"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LASSO</w:t>
            </w:r>
          </w:p>
        </w:tc>
        <w:tc>
          <w:tcPr>
            <w:tcW w:w="2803" w:type="dxa"/>
            <w:tcBorders>
              <w:left w:val="nil"/>
              <w:right w:val="nil"/>
            </w:tcBorders>
            <w:shd w:val="clear" w:color="auto" w:fill="E6E6E6"/>
          </w:tcPr>
          <w:p w14:paraId="611DB652"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Yield Strength</w:t>
            </w:r>
          </w:p>
        </w:tc>
        <w:tc>
          <w:tcPr>
            <w:tcW w:w="3492" w:type="dxa"/>
            <w:tcBorders>
              <w:left w:val="nil"/>
            </w:tcBorders>
            <w:shd w:val="clear" w:color="auto" w:fill="E6E6E6"/>
          </w:tcPr>
          <w:p w14:paraId="4BE84646" w14:textId="77777777" w:rsidR="00660923" w:rsidRPr="00EB1C76" w:rsidRDefault="00660923" w:rsidP="0014058E">
            <w:pPr>
              <w:rPr>
                <w:rFonts w:asciiTheme="minorHAnsi" w:hAnsiTheme="minorHAnsi" w:cs="Times New Roman"/>
                <w:sz w:val="16"/>
                <w:szCs w:val="16"/>
              </w:rPr>
            </w:pPr>
            <w:r w:rsidRPr="00EB1C76">
              <w:rPr>
                <w:rFonts w:asciiTheme="minorHAnsi" w:hAnsiTheme="minorHAnsi" w:cs="Times New Roman"/>
                <w:sz w:val="16"/>
                <w:szCs w:val="16"/>
              </w:rPr>
              <w:t xml:space="preserve">Hmix,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test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melt</m:t>
                      </m:r>
                    </m:sub>
                  </m:sSub>
                </m:den>
              </m:f>
            </m:oMath>
            <w:r w:rsidRPr="00EB1C76">
              <w:rPr>
                <w:rFonts w:asciiTheme="minorHAnsi" w:hAnsiTheme="minorHAnsi" w:cs="Times New Roman"/>
                <w:sz w:val="16"/>
                <w:szCs w:val="16"/>
              </w:rPr>
              <w:t>, Ion2_var, Ion3_var, Electronegativity_mismatch, Radius_mismatch, Mix_Entropy, Al/Co, Al/Cu, Al/Hf, Al/Ta, Al/Zr, Co/Cr, Co/Mn, Co/Ti, Co/V, Cr/Mo, Cr/Nb, Cr/V, Fe/Nb, Fe/Ti, Hf/Mo, Hf/Ta, Hf/Ti, Hf/Zr, Mn/Ti, Mo/Ni, Mo/Ta, Mo/V, Mo/Zr, Nb/Ti, Nb/Zr, Ni/V, Ta/Ti, Ta/V, Ta/Zr, V/W, V/Zr, Al+Ta, Cr+Nb, Cr+Zr, Hf+Ta, Mn+Ta, Mo+Zr, Ni+Ta, Ni+Ti, W+Zr</w:t>
            </w:r>
          </w:p>
        </w:tc>
      </w:tr>
      <w:tr w:rsidR="00660923" w:rsidRPr="001A6432" w14:paraId="38C52741" w14:textId="77777777" w:rsidTr="0014058E">
        <w:trPr>
          <w:trHeight w:val="301"/>
          <w:jc w:val="center"/>
        </w:trPr>
        <w:tc>
          <w:tcPr>
            <w:tcW w:w="2335" w:type="dxa"/>
            <w:tcBorders>
              <w:right w:val="nil"/>
            </w:tcBorders>
          </w:tcPr>
          <w:p w14:paraId="38D09682"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 xml:space="preserve">Q-MI </w:t>
            </w:r>
            <m:oMath>
              <m:d>
                <m:dPr>
                  <m:ctrlPr>
                    <w:rPr>
                      <w:rFonts w:ascii="Cambria Math" w:hAnsi="Cambria Math" w:cs="Times New Roman"/>
                      <w:i/>
                      <w:sz w:val="16"/>
                      <w:szCs w:val="16"/>
                    </w:rPr>
                  </m:ctrlPr>
                </m:dPr>
                <m:e>
                  <m:sSub>
                    <m:sSubPr>
                      <m:ctrlPr>
                        <w:rPr>
                          <w:rFonts w:ascii="Cambria Math" w:hAnsi="Cambria Math" w:cs="Times New Roman"/>
                          <w:i/>
                          <w:sz w:val="16"/>
                          <w:szCs w:val="16"/>
                        </w:rPr>
                      </m:ctrlPr>
                    </m:sSubPr>
                    <m:e>
                      <m:r>
                        <w:rPr>
                          <w:rFonts w:ascii="Cambria Math" w:hAnsi="Cambria Math" w:cs="Times New Roman"/>
                          <w:sz w:val="16"/>
                          <w:szCs w:val="16"/>
                        </w:rPr>
                        <m:t>λ</m:t>
                      </m:r>
                    </m:e>
                    <m:sub>
                      <m:r>
                        <w:rPr>
                          <w:rFonts w:ascii="Cambria Math" w:hAnsi="Cambria Math" w:cs="Times New Roman"/>
                          <w:sz w:val="16"/>
                          <w:szCs w:val="16"/>
                        </w:rPr>
                        <m:t>1</m:t>
                      </m:r>
                    </m:sub>
                  </m:sSub>
                  <m:r>
                    <w:rPr>
                      <w:rFonts w:ascii="Cambria Math" w:hAnsi="Cambria Math" w:cs="Times New Roman"/>
                      <w:sz w:val="16"/>
                      <w:szCs w:val="16"/>
                    </w:rPr>
                    <m:t xml:space="preserve">=0.1,  </m:t>
                  </m:r>
                  <m:sSub>
                    <m:sSubPr>
                      <m:ctrlPr>
                        <w:rPr>
                          <w:rFonts w:ascii="Cambria Math" w:hAnsi="Cambria Math" w:cs="Times New Roman"/>
                          <w:i/>
                          <w:sz w:val="16"/>
                          <w:szCs w:val="16"/>
                        </w:rPr>
                      </m:ctrlPr>
                    </m:sSubPr>
                    <m:e>
                      <m:r>
                        <w:rPr>
                          <w:rFonts w:ascii="Cambria Math" w:hAnsi="Cambria Math" w:cs="Times New Roman"/>
                          <w:sz w:val="16"/>
                          <w:szCs w:val="16"/>
                        </w:rPr>
                        <m:t>λ</m:t>
                      </m:r>
                    </m:e>
                    <m:sub>
                      <m:r>
                        <w:rPr>
                          <w:rFonts w:ascii="Cambria Math" w:hAnsi="Cambria Math" w:cs="Times New Roman"/>
                          <w:sz w:val="16"/>
                          <w:szCs w:val="16"/>
                        </w:rPr>
                        <m:t>2</m:t>
                      </m:r>
                    </m:sub>
                  </m:sSub>
                  <m:r>
                    <w:rPr>
                      <w:rFonts w:ascii="Cambria Math" w:hAnsi="Cambria Math" w:cs="Times New Roman"/>
                      <w:sz w:val="16"/>
                      <w:szCs w:val="16"/>
                    </w:rPr>
                    <m:t>=0.001</m:t>
                  </m:r>
                </m:e>
              </m:d>
            </m:oMath>
          </w:p>
        </w:tc>
        <w:tc>
          <w:tcPr>
            <w:tcW w:w="2803" w:type="dxa"/>
            <w:tcBorders>
              <w:left w:val="nil"/>
              <w:right w:val="nil"/>
            </w:tcBorders>
          </w:tcPr>
          <w:p w14:paraId="352AB851" w14:textId="77777777" w:rsidR="00660923" w:rsidRPr="001A6432" w:rsidRDefault="00660923" w:rsidP="0014058E">
            <w:pPr>
              <w:rPr>
                <w:rFonts w:asciiTheme="minorHAnsi" w:hAnsiTheme="minorHAnsi" w:cs="Times New Roman"/>
                <w:sz w:val="16"/>
                <w:szCs w:val="16"/>
              </w:rPr>
            </w:pPr>
            <w:r w:rsidRPr="001A6432">
              <w:rPr>
                <w:rFonts w:asciiTheme="minorHAnsi" w:hAnsiTheme="minorHAnsi" w:cs="Times New Roman"/>
                <w:sz w:val="16"/>
                <w:szCs w:val="16"/>
              </w:rPr>
              <w:t>Yield Strength</w:t>
            </w:r>
          </w:p>
        </w:tc>
        <w:tc>
          <w:tcPr>
            <w:tcW w:w="3492" w:type="dxa"/>
            <w:tcBorders>
              <w:left w:val="nil"/>
            </w:tcBorders>
          </w:tcPr>
          <w:p w14:paraId="42EDD304" w14:textId="77777777" w:rsidR="00660923" w:rsidRPr="00EB1C76" w:rsidRDefault="00000000" w:rsidP="0014058E">
            <w:pPr>
              <w:rPr>
                <w:rFonts w:asciiTheme="minorHAnsi" w:hAnsiTheme="minorHAnsi" w:cs="Times New Roman"/>
                <w:sz w:val="16"/>
                <w:szCs w:val="16"/>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test</m:t>
                      </m:r>
                    </m:sub>
                  </m:sSub>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melt</m:t>
                      </m:r>
                    </m:sub>
                  </m:sSub>
                </m:den>
              </m:f>
            </m:oMath>
            <w:r w:rsidR="00660923" w:rsidRPr="00EB1C76">
              <w:rPr>
                <w:rFonts w:asciiTheme="minorHAnsi" w:hAnsiTheme="minorHAnsi" w:cs="Times New Roman"/>
                <w:sz w:val="16"/>
                <w:szCs w:val="16"/>
              </w:rPr>
              <w:t>, Hardness_var, VEC_avg, Atomic_Density_avg, Ion1_var, Ion2_avg, Ion2_var, Ion3_var, Shear_hill, Youngs_hill, Poisson, Electronegativity_mismatch, Radius_mismatch, Residual_Strain, Mix_Entropy, Atomic_size_misfit, Mean_square_misfit, Mo, Nb, Ta, Nb</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Ta</w:t>
            </w:r>
            <w:r w:rsidR="00660923">
              <w:rPr>
                <w:rFonts w:asciiTheme="minorHAnsi" w:hAnsiTheme="minorHAnsi" w:cs="Times New Roman"/>
                <w:sz w:val="16"/>
                <w:szCs w:val="16"/>
              </w:rPr>
              <w:t>/</w:t>
            </w:r>
            <w:r w:rsidR="00660923" w:rsidRPr="00EB1C76">
              <w:rPr>
                <w:rFonts w:asciiTheme="minorHAnsi" w:hAnsiTheme="minorHAnsi" w:cs="Times New Roman"/>
                <w:sz w:val="16"/>
                <w:szCs w:val="16"/>
              </w:rPr>
              <w:t>Zr, Al</w:t>
            </w:r>
            <w:r w:rsidR="00660923">
              <w:rPr>
                <w:rFonts w:asciiTheme="minorHAnsi" w:hAnsiTheme="minorHAnsi" w:cs="Times New Roman"/>
                <w:sz w:val="16"/>
                <w:szCs w:val="16"/>
              </w:rPr>
              <w:t>+</w:t>
            </w:r>
            <w:r w:rsidR="00660923" w:rsidRPr="00EB1C76">
              <w:rPr>
                <w:rFonts w:asciiTheme="minorHAnsi" w:hAnsiTheme="minorHAnsi" w:cs="Times New Roman"/>
                <w:sz w:val="16"/>
                <w:szCs w:val="16"/>
              </w:rPr>
              <w:t>Nb, Al</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Ti, Co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Mo, Co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Cr</w:t>
            </w:r>
            <w:r w:rsidR="00660923">
              <w:rPr>
                <w:rFonts w:asciiTheme="minorHAnsi" w:hAnsiTheme="minorHAnsi" w:cs="Times New Roman"/>
                <w:sz w:val="16"/>
                <w:szCs w:val="16"/>
              </w:rPr>
              <w:t>+</w:t>
            </w:r>
            <w:r w:rsidR="00660923" w:rsidRPr="00EB1C76">
              <w:rPr>
                <w:rFonts w:asciiTheme="minorHAnsi" w:hAnsiTheme="minorHAnsi" w:cs="Times New Roman"/>
                <w:sz w:val="16"/>
                <w:szCs w:val="16"/>
              </w:rPr>
              <w:t>Nb, Cr</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Cr</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Ti, Cr</w:t>
            </w:r>
            <w:r w:rsidR="00660923">
              <w:rPr>
                <w:rFonts w:asciiTheme="minorHAnsi" w:hAnsiTheme="minorHAnsi" w:cs="Times New Roman"/>
                <w:sz w:val="16"/>
                <w:szCs w:val="16"/>
              </w:rPr>
              <w:t>+</w:t>
            </w:r>
            <w:r w:rsidR="00660923" w:rsidRPr="00EB1C76">
              <w:rPr>
                <w:rFonts w:asciiTheme="minorHAnsi" w:hAnsiTheme="minorHAnsi" w:cs="Times New Roman"/>
                <w:sz w:val="16"/>
                <w:szCs w:val="16"/>
              </w:rPr>
              <w:t>Zr, Cu</w:t>
            </w:r>
            <w:r w:rsidR="00660923">
              <w:rPr>
                <w:rFonts w:asciiTheme="minorHAnsi" w:hAnsiTheme="minorHAnsi" w:cs="Times New Roman"/>
                <w:sz w:val="16"/>
                <w:szCs w:val="16"/>
              </w:rPr>
              <w:t>+</w:t>
            </w:r>
            <w:r w:rsidR="00660923" w:rsidRPr="00EB1C76">
              <w:rPr>
                <w:rFonts w:asciiTheme="minorHAnsi" w:hAnsiTheme="minorHAnsi" w:cs="Times New Roman"/>
                <w:sz w:val="16"/>
                <w:szCs w:val="16"/>
              </w:rPr>
              <w:t>Mo, Cu</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Fe</w:t>
            </w:r>
            <w:r w:rsidR="00660923">
              <w:rPr>
                <w:rFonts w:asciiTheme="minorHAnsi" w:hAnsiTheme="minorHAnsi" w:cs="Times New Roman"/>
                <w:sz w:val="16"/>
                <w:szCs w:val="16"/>
              </w:rPr>
              <w:t>+</w:t>
            </w:r>
            <w:r w:rsidR="00660923" w:rsidRPr="00EB1C76">
              <w:rPr>
                <w:rFonts w:asciiTheme="minorHAnsi" w:hAnsiTheme="minorHAnsi" w:cs="Times New Roman"/>
                <w:sz w:val="16"/>
                <w:szCs w:val="16"/>
              </w:rPr>
              <w:t>Nb, Fe</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Fe</w:t>
            </w:r>
            <w:r w:rsidR="00660923">
              <w:rPr>
                <w:rFonts w:asciiTheme="minorHAnsi" w:hAnsiTheme="minorHAnsi" w:cs="Times New Roman"/>
                <w:sz w:val="16"/>
                <w:szCs w:val="16"/>
              </w:rPr>
              <w:t>+</w:t>
            </w:r>
            <w:r w:rsidR="00660923" w:rsidRPr="00EB1C76">
              <w:rPr>
                <w:rFonts w:asciiTheme="minorHAnsi" w:hAnsiTheme="minorHAnsi" w:cs="Times New Roman"/>
                <w:sz w:val="16"/>
                <w:szCs w:val="16"/>
              </w:rPr>
              <w:t>Zr, Hf</w:t>
            </w:r>
            <w:r w:rsidR="00660923">
              <w:rPr>
                <w:rFonts w:asciiTheme="minorHAnsi" w:hAnsiTheme="minorHAnsi" w:cs="Times New Roman"/>
                <w:sz w:val="16"/>
                <w:szCs w:val="16"/>
              </w:rPr>
              <w:t>+</w:t>
            </w:r>
            <w:r w:rsidR="00660923" w:rsidRPr="00EB1C76">
              <w:rPr>
                <w:rFonts w:asciiTheme="minorHAnsi" w:hAnsiTheme="minorHAnsi" w:cs="Times New Roman"/>
                <w:sz w:val="16"/>
                <w:szCs w:val="16"/>
              </w:rPr>
              <w:t>Nb, Mn</w:t>
            </w:r>
            <w:r w:rsidR="00660923">
              <w:rPr>
                <w:rFonts w:asciiTheme="minorHAnsi" w:hAnsiTheme="minorHAnsi" w:cs="Times New Roman"/>
                <w:sz w:val="16"/>
                <w:szCs w:val="16"/>
              </w:rPr>
              <w:t>+</w:t>
            </w:r>
            <w:r w:rsidR="00660923" w:rsidRPr="00EB1C76">
              <w:rPr>
                <w:rFonts w:asciiTheme="minorHAnsi" w:hAnsiTheme="minorHAnsi" w:cs="Times New Roman"/>
                <w:sz w:val="16"/>
                <w:szCs w:val="16"/>
              </w:rPr>
              <w:t>Mo, Mn</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Mo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Mo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Ti, Mo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V, Mo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W, Mo</w:t>
            </w:r>
            <w:r w:rsidR="00660923">
              <w:rPr>
                <w:rFonts w:asciiTheme="minorHAnsi" w:hAnsiTheme="minorHAnsi" w:cs="Times New Roman"/>
                <w:sz w:val="16"/>
                <w:szCs w:val="16"/>
              </w:rPr>
              <w:t>+</w:t>
            </w:r>
            <w:r w:rsidR="00660923" w:rsidRPr="00EB1C76">
              <w:rPr>
                <w:rFonts w:asciiTheme="minorHAnsi" w:hAnsiTheme="minorHAnsi" w:cs="Times New Roman"/>
                <w:sz w:val="16"/>
                <w:szCs w:val="16"/>
              </w:rPr>
              <w:t>Zr, Nb</w:t>
            </w:r>
            <w:r w:rsidR="00660923">
              <w:rPr>
                <w:rFonts w:asciiTheme="minorHAnsi" w:hAnsiTheme="minorHAnsi" w:cs="Times New Roman"/>
                <w:sz w:val="16"/>
                <w:szCs w:val="16"/>
              </w:rPr>
              <w:t>+</w:t>
            </w:r>
            <w:r w:rsidR="00660923" w:rsidRPr="00EB1C76">
              <w:rPr>
                <w:rFonts w:asciiTheme="minorHAnsi" w:hAnsiTheme="minorHAnsi" w:cs="Times New Roman"/>
                <w:sz w:val="16"/>
                <w:szCs w:val="16"/>
              </w:rPr>
              <w:t>Ni, Nb</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Nb</w:t>
            </w:r>
            <w:r w:rsidR="00660923">
              <w:rPr>
                <w:rFonts w:asciiTheme="minorHAnsi" w:hAnsiTheme="minorHAnsi" w:cs="Times New Roman"/>
                <w:sz w:val="16"/>
                <w:szCs w:val="16"/>
              </w:rPr>
              <w:t>+</w:t>
            </w:r>
            <w:r w:rsidR="00660923" w:rsidRPr="00EB1C76">
              <w:rPr>
                <w:rFonts w:asciiTheme="minorHAnsi" w:hAnsiTheme="minorHAnsi" w:cs="Times New Roman"/>
                <w:sz w:val="16"/>
                <w:szCs w:val="16"/>
              </w:rPr>
              <w:t>W, Nb</w:t>
            </w:r>
            <w:r w:rsidR="00660923">
              <w:rPr>
                <w:rFonts w:asciiTheme="minorHAnsi" w:hAnsiTheme="minorHAnsi" w:cs="Times New Roman"/>
                <w:sz w:val="16"/>
                <w:szCs w:val="16"/>
              </w:rPr>
              <w:t>+</w:t>
            </w:r>
            <w:r w:rsidR="00660923" w:rsidRPr="00EB1C76">
              <w:rPr>
                <w:rFonts w:asciiTheme="minorHAnsi" w:hAnsiTheme="minorHAnsi" w:cs="Times New Roman"/>
                <w:sz w:val="16"/>
                <w:szCs w:val="16"/>
              </w:rPr>
              <w:t>Zr, Ni</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Ta, Ni</w:t>
            </w:r>
            <w:r w:rsidR="00660923">
              <w:rPr>
                <w:rFonts w:asciiTheme="minorHAnsi" w:hAnsiTheme="minorHAnsi" w:cs="Times New Roman"/>
                <w:sz w:val="16"/>
                <w:szCs w:val="16"/>
              </w:rPr>
              <w:t>+</w:t>
            </w:r>
            <w:r w:rsidR="00660923" w:rsidRPr="00EB1C76">
              <w:rPr>
                <w:rFonts w:asciiTheme="minorHAnsi" w:hAnsiTheme="minorHAnsi" w:cs="Times New Roman"/>
                <w:sz w:val="16"/>
                <w:szCs w:val="16"/>
              </w:rPr>
              <w:t>Zr, Ta</w:t>
            </w:r>
            <w:r w:rsidR="00660923">
              <w:rPr>
                <w:rFonts w:asciiTheme="minorHAnsi" w:hAnsiTheme="minorHAnsi" w:cs="Times New Roman"/>
                <w:sz w:val="16"/>
                <w:szCs w:val="16"/>
              </w:rPr>
              <w:t>+</w:t>
            </w:r>
            <w:r w:rsidR="00660923" w:rsidRPr="00EB1C76">
              <w:rPr>
                <w:rFonts w:asciiTheme="minorHAnsi" w:hAnsiTheme="minorHAnsi" w:cs="Times New Roman"/>
                <w:sz w:val="16"/>
                <w:szCs w:val="16"/>
              </w:rPr>
              <w:t>Ti, Ta</w:t>
            </w:r>
            <w:r w:rsidR="00660923">
              <w:rPr>
                <w:rFonts w:asciiTheme="minorHAnsi" w:hAnsiTheme="minorHAnsi" w:cs="Times New Roman"/>
                <w:sz w:val="16"/>
                <w:szCs w:val="16"/>
              </w:rPr>
              <w:t>+</w:t>
            </w:r>
            <w:r w:rsidR="00660923" w:rsidRPr="00EB1C76">
              <w:rPr>
                <w:rFonts w:asciiTheme="minorHAnsi" w:hAnsiTheme="minorHAnsi" w:cs="Times New Roman"/>
                <w:sz w:val="16"/>
                <w:szCs w:val="16"/>
              </w:rPr>
              <w:t>V, Ta</w:t>
            </w:r>
            <w:r w:rsidR="00660923">
              <w:rPr>
                <w:rFonts w:asciiTheme="minorHAnsi" w:hAnsiTheme="minorHAnsi" w:cs="Times New Roman"/>
                <w:sz w:val="16"/>
                <w:szCs w:val="16"/>
              </w:rPr>
              <w:t>+</w:t>
            </w:r>
            <w:r w:rsidR="00660923" w:rsidRPr="00EB1C76">
              <w:rPr>
                <w:rFonts w:asciiTheme="minorHAnsi" w:hAnsiTheme="minorHAnsi" w:cs="Times New Roman"/>
                <w:sz w:val="16"/>
                <w:szCs w:val="16"/>
              </w:rPr>
              <w:t>W, V</w:t>
            </w:r>
            <w:r w:rsidR="00660923">
              <w:rPr>
                <w:rFonts w:asciiTheme="minorHAnsi" w:hAnsiTheme="minorHAnsi" w:cs="Times New Roman"/>
                <w:sz w:val="16"/>
                <w:szCs w:val="16"/>
              </w:rPr>
              <w:t>+</w:t>
            </w:r>
            <w:r w:rsidR="00660923" w:rsidRPr="00EB1C76">
              <w:rPr>
                <w:rFonts w:asciiTheme="minorHAnsi" w:hAnsiTheme="minorHAnsi" w:cs="Times New Roman"/>
                <w:sz w:val="16"/>
                <w:szCs w:val="16"/>
              </w:rPr>
              <w:t>W</w:t>
            </w:r>
          </w:p>
        </w:tc>
      </w:tr>
    </w:tbl>
    <w:p w14:paraId="4AF15C36" w14:textId="77777777" w:rsidR="0014058E" w:rsidRDefault="0014058E" w:rsidP="00250C7B">
      <w:pPr>
        <w:widowControl w:val="0"/>
        <w:autoSpaceDE w:val="0"/>
        <w:autoSpaceDN w:val="0"/>
        <w:adjustRightInd w:val="0"/>
        <w:rPr>
          <w:rFonts w:cs="Times New Roman"/>
          <w:b/>
          <w:bCs/>
          <w:sz w:val="28"/>
          <w:szCs w:val="28"/>
        </w:rPr>
      </w:pPr>
    </w:p>
    <w:p w14:paraId="21714122" w14:textId="30CD3184" w:rsidR="00250C7B" w:rsidRPr="00552AE0" w:rsidRDefault="00250C7B" w:rsidP="00250C7B">
      <w:pPr>
        <w:widowControl w:val="0"/>
        <w:autoSpaceDE w:val="0"/>
        <w:autoSpaceDN w:val="0"/>
        <w:adjustRightInd w:val="0"/>
        <w:rPr>
          <w:rFonts w:cs="Times New Roman"/>
          <w:b/>
          <w:bCs/>
          <w:sz w:val="28"/>
          <w:szCs w:val="28"/>
        </w:rPr>
      </w:pPr>
      <w:r w:rsidRPr="00552AE0">
        <w:rPr>
          <w:rFonts w:cs="Times New Roman"/>
          <w:b/>
          <w:bCs/>
          <w:sz w:val="28"/>
          <w:szCs w:val="28"/>
        </w:rPr>
        <w:t xml:space="preserve">Section </w:t>
      </w:r>
      <w:r w:rsidR="000758C9" w:rsidRPr="00552AE0">
        <w:rPr>
          <w:rFonts w:cs="Times New Roman"/>
          <w:b/>
          <w:bCs/>
          <w:sz w:val="28"/>
          <w:szCs w:val="28"/>
        </w:rPr>
        <w:t>C</w:t>
      </w:r>
      <w:r w:rsidRPr="00552AE0">
        <w:rPr>
          <w:rFonts w:cs="Times New Roman"/>
          <w:b/>
          <w:bCs/>
          <w:sz w:val="28"/>
          <w:szCs w:val="28"/>
        </w:rPr>
        <w:t>: Machine Learning Model Implementation Details</w:t>
      </w:r>
    </w:p>
    <w:p w14:paraId="061A9DB3" w14:textId="778668AB" w:rsidR="00250C7B" w:rsidRPr="00250C7B" w:rsidRDefault="00250C7B" w:rsidP="00250C7B">
      <w:pPr>
        <w:widowControl w:val="0"/>
        <w:autoSpaceDE w:val="0"/>
        <w:autoSpaceDN w:val="0"/>
        <w:adjustRightInd w:val="0"/>
        <w:rPr>
          <w:rFonts w:cs="Times New Roman"/>
          <w:sz w:val="22"/>
        </w:rPr>
      </w:pPr>
      <w:r w:rsidRPr="00250C7B">
        <w:rPr>
          <w:rFonts w:cs="Times New Roman"/>
          <w:sz w:val="22"/>
        </w:rPr>
        <w:t>The Random Forest (RF), Support Vector Machine (SVM), and feedforward Neural Network (NN) models were implemented in scikit-learn. Hyperparameter optimization was performed using exhaustive grid search with five-fold cross-validation, where the search range was adaptively scaled according to dataset size. The following grids were used:</w:t>
      </w:r>
    </w:p>
    <w:p w14:paraId="46209499" w14:textId="5D71C727" w:rsidR="00250C7B" w:rsidRPr="00250C7B" w:rsidRDefault="00250C7B" w:rsidP="00250C7B">
      <w:pPr>
        <w:pStyle w:val="ListParagraph"/>
        <w:widowControl w:val="0"/>
        <w:numPr>
          <w:ilvl w:val="0"/>
          <w:numId w:val="10"/>
        </w:numPr>
        <w:autoSpaceDE w:val="0"/>
        <w:autoSpaceDN w:val="0"/>
        <w:adjustRightInd w:val="0"/>
        <w:rPr>
          <w:rFonts w:cs="Times New Roman"/>
          <w:sz w:val="22"/>
        </w:rPr>
      </w:pPr>
      <w:r w:rsidRPr="00250C7B">
        <w:rPr>
          <w:rFonts w:cs="Times New Roman"/>
          <w:b/>
          <w:bCs/>
          <w:sz w:val="22"/>
        </w:rPr>
        <w:t>Small datasets</w:t>
      </w:r>
      <w:r w:rsidRPr="00250C7B">
        <w:rPr>
          <w:rFonts w:cs="Times New Roman"/>
          <w:sz w:val="22"/>
        </w:rPr>
        <w:t xml:space="preserve"> </w:t>
      </w:r>
      <m:oMath>
        <m:r>
          <w:rPr>
            <w:rFonts w:ascii="Cambria Math" w:hAnsi="Cambria Math" w:cs="Times New Roman"/>
            <w:sz w:val="22"/>
          </w:rPr>
          <m:t>(n &lt; 200):</m:t>
        </m:r>
      </m:oMath>
    </w:p>
    <w:p w14:paraId="6AF190BD" w14:textId="0F871510" w:rsidR="00250C7B" w:rsidRPr="00250C7B" w:rsidRDefault="00250C7B" w:rsidP="00250C7B">
      <w:pPr>
        <w:widowControl w:val="0"/>
        <w:autoSpaceDE w:val="0"/>
        <w:autoSpaceDN w:val="0"/>
        <w:adjustRightInd w:val="0"/>
        <w:rPr>
          <w:rFonts w:cs="Times New Roman"/>
          <w:sz w:val="22"/>
        </w:rPr>
      </w:pPr>
      <w:r w:rsidRPr="00250C7B">
        <w:rPr>
          <w:rFonts w:cs="Times New Roman"/>
          <w:sz w:val="22"/>
        </w:rPr>
        <w:t xml:space="preserve"> RF </w:t>
      </w:r>
      <w:r w:rsidRPr="00250C7B">
        <w:rPr>
          <w:rFonts w:cs="Times New Roman"/>
          <w:b/>
          <w:bCs/>
          <w:sz w:val="22"/>
        </w:rPr>
        <w:t>→</w:t>
      </w:r>
      <w:r w:rsidRPr="00250C7B">
        <w:rPr>
          <w:rFonts w:cs="Times New Roman"/>
          <w:sz w:val="22"/>
        </w:rPr>
        <w:t xml:space="preserve"> n_estimators </w:t>
      </w:r>
      <m:oMath>
        <m:r>
          <w:rPr>
            <w:rFonts w:ascii="Cambria Math" w:hAnsi="Cambria Math" w:cs="Cambria Math"/>
            <w:sz w:val="22"/>
          </w:rPr>
          <m:t>∈</m:t>
        </m:r>
        <m:r>
          <w:rPr>
            <w:rFonts w:ascii="Cambria Math" w:hAnsi="Cambria Math" w:cs="Times New Roman"/>
            <w:sz w:val="22"/>
          </w:rPr>
          <m:t xml:space="preserve"> {100, 300},</m:t>
        </m:r>
      </m:oMath>
      <w:r w:rsidRPr="00250C7B">
        <w:rPr>
          <w:rFonts w:cs="Times New Roman"/>
          <w:sz w:val="22"/>
        </w:rPr>
        <w:t xml:space="preserve"> max_depth </w:t>
      </w:r>
      <m:oMath>
        <m:r>
          <w:rPr>
            <w:rFonts w:ascii="Cambria Math" w:hAnsi="Cambria Math" w:cs="Cambria Math"/>
            <w:sz w:val="22"/>
          </w:rPr>
          <m:t>∈</m:t>
        </m:r>
        <m:r>
          <w:rPr>
            <w:rFonts w:ascii="Cambria Math" w:hAnsi="Cambria Math" w:cs="Times New Roman"/>
            <w:sz w:val="22"/>
          </w:rPr>
          <m:t xml:space="preserve"> {None, 10, 20},</m:t>
        </m:r>
      </m:oMath>
      <w:r w:rsidRPr="00250C7B">
        <w:rPr>
          <w:rFonts w:cs="Times New Roman"/>
          <w:sz w:val="22"/>
        </w:rPr>
        <w:t xml:space="preserve"> min_samples_split </w:t>
      </w:r>
      <m:oMath>
        <m:r>
          <w:rPr>
            <w:rFonts w:ascii="Cambria Math" w:hAnsi="Cambria Math" w:cs="Cambria Math"/>
            <w:sz w:val="22"/>
          </w:rPr>
          <m:t>∈</m:t>
        </m:r>
        <m:r>
          <w:rPr>
            <w:rFonts w:ascii="Cambria Math" w:hAnsi="Cambria Math" w:cs="Times New Roman"/>
            <w:sz w:val="22"/>
          </w:rPr>
          <m:t xml:space="preserve"> {2, 5}</m:t>
        </m:r>
      </m:oMath>
    </w:p>
    <w:p w14:paraId="504A96B9" w14:textId="391D3F43" w:rsidR="00250C7B" w:rsidRPr="00250C7B" w:rsidRDefault="00250C7B" w:rsidP="00250C7B">
      <w:pPr>
        <w:widowControl w:val="0"/>
        <w:autoSpaceDE w:val="0"/>
        <w:autoSpaceDN w:val="0"/>
        <w:adjustRightInd w:val="0"/>
        <w:rPr>
          <w:rFonts w:cs="Times New Roman"/>
          <w:sz w:val="22"/>
        </w:rPr>
      </w:pPr>
      <w:r w:rsidRPr="00250C7B">
        <w:rPr>
          <w:rFonts w:cs="Times New Roman"/>
          <w:sz w:val="22"/>
        </w:rPr>
        <w:t xml:space="preserve"> SVM </w:t>
      </w:r>
      <w:r w:rsidRPr="00250C7B">
        <w:rPr>
          <w:rFonts w:cs="Times New Roman"/>
          <w:b/>
          <w:bCs/>
          <w:sz w:val="22"/>
        </w:rPr>
        <w:t>→</w:t>
      </w:r>
      <w:r w:rsidRPr="00250C7B">
        <w:rPr>
          <w:rFonts w:cs="Times New Roman"/>
          <w:sz w:val="22"/>
        </w:rPr>
        <w:t xml:space="preserve"> kernel </w:t>
      </w:r>
      <w:r w:rsidRPr="00250C7B">
        <w:rPr>
          <w:rFonts w:ascii="Cambria Math" w:hAnsi="Cambria Math" w:cs="Cambria Math"/>
          <w:sz w:val="22"/>
        </w:rPr>
        <w:t>∈</w:t>
      </w:r>
      <w:r w:rsidRPr="00250C7B">
        <w:rPr>
          <w:rFonts w:cs="Times New Roman"/>
          <w:sz w:val="22"/>
        </w:rPr>
        <w:t xml:space="preserve"> {linear, </w:t>
      </w:r>
      <w:proofErr w:type="spellStart"/>
      <w:proofErr w:type="gramStart"/>
      <w:r w:rsidRPr="00250C7B">
        <w:rPr>
          <w:rFonts w:cs="Times New Roman"/>
          <w:sz w:val="22"/>
        </w:rPr>
        <w:t>rbf</w:t>
      </w:r>
      <w:proofErr w:type="spellEnd"/>
      <w:r w:rsidRPr="00250C7B">
        <w:rPr>
          <w:rFonts w:cs="Times New Roman"/>
          <w:sz w:val="22"/>
        </w:rPr>
        <w:t>},</w:t>
      </w:r>
      <w:proofErr w:type="gramEnd"/>
      <w:r w:rsidRPr="00250C7B">
        <w:rPr>
          <w:rFonts w:cs="Times New Roman"/>
          <w:sz w:val="22"/>
        </w:rPr>
        <w:t xml:space="preserve"> C </w:t>
      </w:r>
      <w:r w:rsidRPr="00250C7B">
        <w:rPr>
          <w:rFonts w:ascii="Cambria Math" w:hAnsi="Cambria Math" w:cs="Cambria Math"/>
          <w:sz w:val="22"/>
        </w:rPr>
        <w:t>∈</w:t>
      </w:r>
      <w:r w:rsidRPr="00250C7B">
        <w:rPr>
          <w:rFonts w:cs="Times New Roman"/>
          <w:sz w:val="22"/>
        </w:rPr>
        <w:t xml:space="preserve"> {0.1, 1, 3, </w:t>
      </w:r>
      <w:proofErr w:type="gramStart"/>
      <w:r w:rsidRPr="00250C7B">
        <w:rPr>
          <w:rFonts w:cs="Times New Roman"/>
          <w:sz w:val="22"/>
        </w:rPr>
        <w:t xml:space="preserve">10}, ε </w:t>
      </w:r>
      <w:r w:rsidRPr="00250C7B">
        <w:rPr>
          <w:rFonts w:ascii="Cambria Math" w:hAnsi="Cambria Math" w:cs="Cambria Math"/>
          <w:sz w:val="22"/>
        </w:rPr>
        <w:t>∈</w:t>
      </w:r>
      <w:r w:rsidRPr="00250C7B">
        <w:rPr>
          <w:rFonts w:cs="Times New Roman"/>
          <w:sz w:val="22"/>
        </w:rPr>
        <w:t xml:space="preserve"> {</w:t>
      </w:r>
      <w:proofErr w:type="gramEnd"/>
      <w:r w:rsidRPr="00250C7B">
        <w:rPr>
          <w:rFonts w:cs="Times New Roman"/>
          <w:sz w:val="22"/>
        </w:rPr>
        <w:t xml:space="preserve">0.01, 0.1, </w:t>
      </w:r>
      <w:proofErr w:type="gramStart"/>
      <w:r w:rsidRPr="00250C7B">
        <w:rPr>
          <w:rFonts w:cs="Times New Roman"/>
          <w:sz w:val="22"/>
        </w:rPr>
        <w:t xml:space="preserve">0.5}, γ </w:t>
      </w:r>
      <w:r w:rsidRPr="00250C7B">
        <w:rPr>
          <w:rFonts w:ascii="Cambria Math" w:hAnsi="Cambria Math" w:cs="Cambria Math"/>
          <w:sz w:val="22"/>
        </w:rPr>
        <w:t>∈</w:t>
      </w:r>
      <w:r w:rsidRPr="00250C7B">
        <w:rPr>
          <w:rFonts w:cs="Times New Roman"/>
          <w:sz w:val="22"/>
        </w:rPr>
        <w:t xml:space="preserve"> {‘</w:t>
      </w:r>
      <w:proofErr w:type="gramEnd"/>
      <w:r w:rsidRPr="00250C7B">
        <w:rPr>
          <w:rFonts w:cs="Times New Roman"/>
          <w:sz w:val="22"/>
        </w:rPr>
        <w:t>scale</w:t>
      </w:r>
      <w:proofErr w:type="gramStart"/>
      <w:r w:rsidRPr="00250C7B">
        <w:rPr>
          <w:rFonts w:cs="Times New Roman"/>
          <w:sz w:val="22"/>
        </w:rPr>
        <w:t>’, ‘auto’}</w:t>
      </w:r>
      <w:proofErr w:type="gramEnd"/>
    </w:p>
    <w:p w14:paraId="2701BAF6" w14:textId="3518FA8B" w:rsidR="00250C7B" w:rsidRPr="00250C7B" w:rsidRDefault="00250C7B" w:rsidP="00250C7B">
      <w:pPr>
        <w:widowControl w:val="0"/>
        <w:autoSpaceDE w:val="0"/>
        <w:autoSpaceDN w:val="0"/>
        <w:adjustRightInd w:val="0"/>
        <w:rPr>
          <w:rFonts w:cs="Times New Roman"/>
          <w:sz w:val="22"/>
        </w:rPr>
      </w:pPr>
      <w:r w:rsidRPr="00250C7B">
        <w:rPr>
          <w:rFonts w:cs="Times New Roman"/>
          <w:sz w:val="22"/>
        </w:rPr>
        <w:t xml:space="preserve"> NN </w:t>
      </w:r>
      <w:r w:rsidRPr="00250C7B">
        <w:rPr>
          <w:rFonts w:cs="Times New Roman"/>
          <w:b/>
          <w:bCs/>
          <w:sz w:val="22"/>
        </w:rPr>
        <w:t>→</w:t>
      </w:r>
      <w:r w:rsidRPr="00250C7B">
        <w:rPr>
          <w:rFonts w:cs="Times New Roman"/>
          <w:sz w:val="22"/>
        </w:rPr>
        <w:t xml:space="preserve"> </w:t>
      </w:r>
      <w:proofErr w:type="spellStart"/>
      <w:r w:rsidRPr="00250C7B">
        <w:rPr>
          <w:rFonts w:cs="Times New Roman"/>
          <w:sz w:val="22"/>
        </w:rPr>
        <w:t>hidden_layer_sizes</w:t>
      </w:r>
      <w:proofErr w:type="spellEnd"/>
      <w:r w:rsidRPr="00250C7B">
        <w:rPr>
          <w:rFonts w:cs="Times New Roman"/>
          <w:sz w:val="22"/>
        </w:rPr>
        <w:t xml:space="preserve"> </w:t>
      </w:r>
      <m:oMath>
        <m:r>
          <w:rPr>
            <w:rFonts w:ascii="Cambria Math" w:hAnsi="Cambria Math" w:cs="Cambria Math"/>
            <w:sz w:val="22"/>
          </w:rPr>
          <m:t>∈</m:t>
        </m:r>
        <m:r>
          <w:rPr>
            <w:rFonts w:ascii="Cambria Math" w:hAnsi="Cambria Math" w:cs="Times New Roman"/>
            <w:sz w:val="22"/>
          </w:rPr>
          <m:t xml:space="preserve"> </m:t>
        </m:r>
        <m:d>
          <m:dPr>
            <m:begChr m:val="{"/>
            <m:endChr m:val="}"/>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64, 32</m:t>
                </m:r>
              </m:e>
            </m:d>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64, 32, 16</m:t>
                </m:r>
              </m:e>
            </m:d>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64, 64, 32</m:t>
                </m:r>
              </m:e>
            </m:d>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128, 64, 32</m:t>
                </m:r>
              </m:e>
            </m:d>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32, 32, 16</m:t>
                </m:r>
              </m:e>
            </m:d>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64, 32, 16, 8</m:t>
                </m:r>
              </m:e>
            </m:d>
          </m:e>
        </m:d>
        <m:r>
          <w:rPr>
            <w:rFonts w:ascii="Cambria Math" w:hAnsi="Cambria Math" w:cs="Times New Roman"/>
            <w:sz w:val="22"/>
          </w:rPr>
          <m:t>,</m:t>
        </m:r>
      </m:oMath>
      <w:r>
        <w:rPr>
          <w:rFonts w:cs="Times New Roman"/>
          <w:sz w:val="22"/>
        </w:rPr>
        <w:t xml:space="preserve"> </w:t>
      </w:r>
      <m:oMath>
        <m:r>
          <w:rPr>
            <w:rFonts w:ascii="Cambria Math" w:hAnsi="Cambria Math" w:cs="Times New Roman"/>
            <w:sz w:val="22"/>
          </w:rPr>
          <m:t xml:space="preserve">α </m:t>
        </m:r>
        <m:r>
          <w:rPr>
            <w:rFonts w:ascii="Cambria Math" w:hAnsi="Cambria Math" w:cs="Cambria Math"/>
            <w:sz w:val="22"/>
          </w:rPr>
          <m:t>∈</m:t>
        </m:r>
        <m:r>
          <w:rPr>
            <w:rFonts w:ascii="Cambria Math" w:hAnsi="Cambria Math" w:cs="Times New Roman"/>
            <w:sz w:val="22"/>
          </w:rPr>
          <m:t xml:space="preserve"> {10⁻⁴, 10⁻³, 10⁻², 10⁻¹},</m:t>
        </m:r>
      </m:oMath>
      <w:r w:rsidRPr="00250C7B">
        <w:rPr>
          <w:rFonts w:cs="Times New Roman"/>
          <w:sz w:val="22"/>
        </w:rPr>
        <w:t xml:space="preserve"> learning_rate_init </w:t>
      </w:r>
      <m:oMath>
        <m:r>
          <w:rPr>
            <w:rFonts w:ascii="Cambria Math" w:hAnsi="Cambria Math" w:cs="Cambria Math"/>
            <w:sz w:val="22"/>
          </w:rPr>
          <m:t>∈</m:t>
        </m:r>
        <m:r>
          <w:rPr>
            <w:rFonts w:ascii="Cambria Math" w:hAnsi="Cambria Math" w:cs="Times New Roman"/>
            <w:sz w:val="22"/>
          </w:rPr>
          <m:t xml:space="preserve"> {5×10⁻⁴, 10⁻³, 3×10⁻³},</m:t>
        </m:r>
      </m:oMath>
      <w:r w:rsidRPr="00250C7B">
        <w:rPr>
          <w:rFonts w:cs="Times New Roman"/>
          <w:sz w:val="22"/>
        </w:rPr>
        <w:t xml:space="preserve"> tol </w:t>
      </w:r>
      <m:oMath>
        <m:r>
          <w:rPr>
            <w:rFonts w:ascii="Cambria Math" w:hAnsi="Cambria Math" w:cs="Cambria Math"/>
            <w:sz w:val="22"/>
          </w:rPr>
          <m:t>∈</m:t>
        </m:r>
        <m:r>
          <w:rPr>
            <w:rFonts w:ascii="Cambria Math" w:hAnsi="Cambria Math" w:cs="Times New Roman"/>
            <w:sz w:val="22"/>
          </w:rPr>
          <m:t xml:space="preserve"> {10⁻³, 10⁻⁴}</m:t>
        </m:r>
      </m:oMath>
      <w:r w:rsidRPr="00250C7B">
        <w:rPr>
          <w:rFonts w:cs="Times New Roman"/>
          <w:sz w:val="22"/>
        </w:rPr>
        <w:t xml:space="preserve">, n_iter_no_change </w:t>
      </w:r>
      <m:oMath>
        <m:r>
          <w:rPr>
            <w:rFonts w:ascii="Cambria Math" w:hAnsi="Cambria Math" w:cs="Cambria Math"/>
            <w:sz w:val="22"/>
          </w:rPr>
          <m:t>∈</m:t>
        </m:r>
        <m:r>
          <w:rPr>
            <w:rFonts w:ascii="Cambria Math" w:hAnsi="Cambria Math" w:cs="Times New Roman"/>
            <w:sz w:val="22"/>
          </w:rPr>
          <m:t xml:space="preserve"> {10, 20, 30}.</m:t>
        </m:r>
      </m:oMath>
    </w:p>
    <w:p w14:paraId="0FC1EB60" w14:textId="6E67D5DF" w:rsidR="003209CD" w:rsidRPr="003209CD" w:rsidRDefault="00250C7B" w:rsidP="00250C7B">
      <w:pPr>
        <w:pStyle w:val="ListParagraph"/>
        <w:widowControl w:val="0"/>
        <w:numPr>
          <w:ilvl w:val="0"/>
          <w:numId w:val="10"/>
        </w:numPr>
        <w:autoSpaceDE w:val="0"/>
        <w:autoSpaceDN w:val="0"/>
        <w:adjustRightInd w:val="0"/>
        <w:rPr>
          <w:rFonts w:cs="Times New Roman"/>
          <w:sz w:val="22"/>
        </w:rPr>
      </w:pPr>
      <w:r w:rsidRPr="00250C7B">
        <w:rPr>
          <w:rFonts w:cs="Times New Roman"/>
          <w:b/>
          <w:bCs/>
          <w:sz w:val="22"/>
        </w:rPr>
        <w:t>Medium datasets</w:t>
      </w:r>
      <w:r w:rsidRPr="00250C7B">
        <w:rPr>
          <w:rFonts w:cs="Times New Roman"/>
          <w:sz w:val="22"/>
        </w:rPr>
        <w:t xml:space="preserve"> </w:t>
      </w:r>
      <m:oMath>
        <m:r>
          <w:rPr>
            <w:rFonts w:ascii="Cambria Math" w:hAnsi="Cambria Math" w:cs="Times New Roman"/>
            <w:sz w:val="22"/>
          </w:rPr>
          <m:t>(200 ≤ n &lt; 1000):</m:t>
        </m:r>
      </m:oMath>
    </w:p>
    <w:p w14:paraId="209044D2" w14:textId="57C75F2E" w:rsidR="003209CD" w:rsidRPr="00250C7B" w:rsidRDefault="003209CD" w:rsidP="003209CD">
      <w:pPr>
        <w:widowControl w:val="0"/>
        <w:autoSpaceDE w:val="0"/>
        <w:autoSpaceDN w:val="0"/>
        <w:adjustRightInd w:val="0"/>
        <w:rPr>
          <w:rFonts w:cs="Times New Roman"/>
          <w:sz w:val="22"/>
        </w:rPr>
      </w:pPr>
      <w:r w:rsidRPr="00250C7B">
        <w:rPr>
          <w:rFonts w:cs="Times New Roman"/>
          <w:sz w:val="22"/>
        </w:rPr>
        <w:t xml:space="preserve"> RF </w:t>
      </w:r>
      <w:r w:rsidRPr="00250C7B">
        <w:rPr>
          <w:rFonts w:cs="Times New Roman"/>
          <w:b/>
          <w:bCs/>
          <w:sz w:val="22"/>
        </w:rPr>
        <w:t>→</w:t>
      </w:r>
      <w:r w:rsidRPr="00250C7B">
        <w:rPr>
          <w:rFonts w:cs="Times New Roman"/>
          <w:sz w:val="22"/>
        </w:rPr>
        <w:t xml:space="preserve"> n_estimators </w:t>
      </w:r>
      <m:oMath>
        <m:r>
          <w:rPr>
            <w:rFonts w:ascii="Cambria Math" w:hAnsi="Cambria Math" w:cs="Cambria Math"/>
            <w:sz w:val="22"/>
          </w:rPr>
          <m:t>∈</m:t>
        </m:r>
        <m:r>
          <w:rPr>
            <w:rFonts w:ascii="Cambria Math" w:hAnsi="Cambria Math" w:cs="Times New Roman"/>
            <w:sz w:val="22"/>
          </w:rPr>
          <m:t xml:space="preserve"> {200, 500, 800},</m:t>
        </m:r>
      </m:oMath>
      <w:r w:rsidRPr="00250C7B">
        <w:rPr>
          <w:rFonts w:cs="Times New Roman"/>
          <w:sz w:val="22"/>
        </w:rPr>
        <w:t xml:space="preserve"> max_depth </w:t>
      </w:r>
      <m:oMath>
        <m:r>
          <w:rPr>
            <w:rFonts w:ascii="Cambria Math" w:hAnsi="Cambria Math" w:cs="Cambria Math"/>
            <w:sz w:val="22"/>
          </w:rPr>
          <m:t>∈</m:t>
        </m:r>
        <m:r>
          <w:rPr>
            <w:rFonts w:ascii="Cambria Math" w:hAnsi="Cambria Math" w:cs="Times New Roman"/>
            <w:sz w:val="22"/>
          </w:rPr>
          <m:t xml:space="preserve"> {None, 10, 30},</m:t>
        </m:r>
      </m:oMath>
      <w:r w:rsidRPr="00250C7B">
        <w:rPr>
          <w:rFonts w:cs="Times New Roman"/>
          <w:sz w:val="22"/>
        </w:rPr>
        <w:t xml:space="preserve"> min_samples_split </w:t>
      </w:r>
      <m:oMath>
        <m:r>
          <w:rPr>
            <w:rFonts w:ascii="Cambria Math" w:hAnsi="Cambria Math" w:cs="Cambria Math"/>
            <w:sz w:val="22"/>
          </w:rPr>
          <m:t>∈</m:t>
        </m:r>
        <m:r>
          <w:rPr>
            <w:rFonts w:ascii="Cambria Math" w:hAnsi="Cambria Math" w:cs="Times New Roman"/>
            <w:sz w:val="22"/>
          </w:rPr>
          <m:t xml:space="preserve"> {2, 5,10}</m:t>
        </m:r>
      </m:oMath>
    </w:p>
    <w:p w14:paraId="59ACEC80" w14:textId="4584F099" w:rsidR="003209CD" w:rsidRPr="00250C7B" w:rsidRDefault="003209CD" w:rsidP="003209CD">
      <w:pPr>
        <w:widowControl w:val="0"/>
        <w:autoSpaceDE w:val="0"/>
        <w:autoSpaceDN w:val="0"/>
        <w:adjustRightInd w:val="0"/>
        <w:rPr>
          <w:rFonts w:cs="Times New Roman"/>
          <w:sz w:val="22"/>
        </w:rPr>
      </w:pPr>
      <w:r w:rsidRPr="00250C7B">
        <w:rPr>
          <w:rFonts w:cs="Times New Roman"/>
          <w:sz w:val="22"/>
        </w:rPr>
        <w:t xml:space="preserve"> SVM </w:t>
      </w:r>
      <w:r w:rsidRPr="00250C7B">
        <w:rPr>
          <w:rFonts w:cs="Times New Roman"/>
          <w:b/>
          <w:bCs/>
          <w:sz w:val="22"/>
        </w:rPr>
        <w:t>→</w:t>
      </w:r>
      <w:r w:rsidRPr="00250C7B">
        <w:rPr>
          <w:rFonts w:cs="Times New Roman"/>
          <w:sz w:val="22"/>
        </w:rPr>
        <w:t xml:space="preserve"> kernel </w:t>
      </w:r>
      <w:r w:rsidRPr="00250C7B">
        <w:rPr>
          <w:rFonts w:ascii="Cambria Math" w:hAnsi="Cambria Math" w:cs="Cambria Math"/>
          <w:sz w:val="22"/>
        </w:rPr>
        <w:t>∈</w:t>
      </w:r>
      <w:r w:rsidRPr="00250C7B">
        <w:rPr>
          <w:rFonts w:cs="Times New Roman"/>
          <w:sz w:val="22"/>
        </w:rPr>
        <w:t xml:space="preserve"> {linear, </w:t>
      </w:r>
      <w:proofErr w:type="spellStart"/>
      <w:proofErr w:type="gramStart"/>
      <w:r w:rsidRPr="00250C7B">
        <w:rPr>
          <w:rFonts w:cs="Times New Roman"/>
          <w:sz w:val="22"/>
        </w:rPr>
        <w:t>rbf</w:t>
      </w:r>
      <w:proofErr w:type="spellEnd"/>
      <w:r w:rsidRPr="00250C7B">
        <w:rPr>
          <w:rFonts w:cs="Times New Roman"/>
          <w:sz w:val="22"/>
        </w:rPr>
        <w:t>},</w:t>
      </w:r>
      <w:proofErr w:type="gramEnd"/>
      <w:r w:rsidRPr="00250C7B">
        <w:rPr>
          <w:rFonts w:cs="Times New Roman"/>
          <w:sz w:val="22"/>
        </w:rPr>
        <w:t xml:space="preserve"> C </w:t>
      </w:r>
      <w:r w:rsidRPr="00250C7B">
        <w:rPr>
          <w:rFonts w:ascii="Cambria Math" w:hAnsi="Cambria Math" w:cs="Cambria Math"/>
          <w:sz w:val="22"/>
        </w:rPr>
        <w:t>∈</w:t>
      </w:r>
      <w:r w:rsidRPr="00250C7B">
        <w:rPr>
          <w:rFonts w:cs="Times New Roman"/>
          <w:sz w:val="22"/>
        </w:rPr>
        <w:t xml:space="preserve"> {0.1, 1, 3, </w:t>
      </w:r>
      <w:proofErr w:type="gramStart"/>
      <w:r w:rsidRPr="00250C7B">
        <w:rPr>
          <w:rFonts w:cs="Times New Roman"/>
          <w:sz w:val="22"/>
        </w:rPr>
        <w:t>10</w:t>
      </w:r>
      <w:r>
        <w:rPr>
          <w:rFonts w:cs="Times New Roman"/>
          <w:sz w:val="22"/>
        </w:rPr>
        <w:t>,30</w:t>
      </w:r>
      <w:r w:rsidRPr="00250C7B">
        <w:rPr>
          <w:rFonts w:cs="Times New Roman"/>
          <w:sz w:val="22"/>
        </w:rPr>
        <w:t xml:space="preserve">}, ε </w:t>
      </w:r>
      <w:r w:rsidRPr="00250C7B">
        <w:rPr>
          <w:rFonts w:ascii="Cambria Math" w:hAnsi="Cambria Math" w:cs="Cambria Math"/>
          <w:sz w:val="22"/>
        </w:rPr>
        <w:t>∈</w:t>
      </w:r>
      <w:r w:rsidRPr="00250C7B">
        <w:rPr>
          <w:rFonts w:cs="Times New Roman"/>
          <w:sz w:val="22"/>
        </w:rPr>
        <w:t xml:space="preserve"> {</w:t>
      </w:r>
      <w:proofErr w:type="gramEnd"/>
      <w:r w:rsidRPr="00250C7B">
        <w:rPr>
          <w:rFonts w:cs="Times New Roman"/>
          <w:sz w:val="22"/>
        </w:rPr>
        <w:t>0.01, 0.1, 0.5</w:t>
      </w:r>
      <w:r>
        <w:rPr>
          <w:rFonts w:cs="Times New Roman"/>
          <w:sz w:val="22"/>
        </w:rPr>
        <w:t>,</w:t>
      </w:r>
      <w:proofErr w:type="gramStart"/>
      <w:r>
        <w:rPr>
          <w:rFonts w:cs="Times New Roman"/>
          <w:sz w:val="22"/>
        </w:rPr>
        <w:t>1.0</w:t>
      </w:r>
      <w:r w:rsidRPr="00250C7B">
        <w:rPr>
          <w:rFonts w:cs="Times New Roman"/>
          <w:sz w:val="22"/>
        </w:rPr>
        <w:t xml:space="preserve">}, γ </w:t>
      </w:r>
      <w:r w:rsidRPr="00250C7B">
        <w:rPr>
          <w:rFonts w:ascii="Cambria Math" w:hAnsi="Cambria Math" w:cs="Cambria Math"/>
          <w:sz w:val="22"/>
        </w:rPr>
        <w:t>∈</w:t>
      </w:r>
      <w:r w:rsidRPr="00250C7B">
        <w:rPr>
          <w:rFonts w:cs="Times New Roman"/>
          <w:sz w:val="22"/>
        </w:rPr>
        <w:t xml:space="preserve"> {‘</w:t>
      </w:r>
      <w:proofErr w:type="gramEnd"/>
      <w:r w:rsidRPr="00250C7B">
        <w:rPr>
          <w:rFonts w:cs="Times New Roman"/>
          <w:sz w:val="22"/>
        </w:rPr>
        <w:t>scale</w:t>
      </w:r>
      <w:proofErr w:type="gramStart"/>
      <w:r w:rsidRPr="00250C7B">
        <w:rPr>
          <w:rFonts w:cs="Times New Roman"/>
          <w:sz w:val="22"/>
        </w:rPr>
        <w:t>’, ‘auto’}</w:t>
      </w:r>
      <w:proofErr w:type="gramEnd"/>
    </w:p>
    <w:p w14:paraId="74C7935D" w14:textId="23684016" w:rsidR="00250C7B" w:rsidRPr="00250C7B" w:rsidRDefault="003209CD" w:rsidP="00250C7B">
      <w:pPr>
        <w:widowControl w:val="0"/>
        <w:autoSpaceDE w:val="0"/>
        <w:autoSpaceDN w:val="0"/>
        <w:adjustRightInd w:val="0"/>
        <w:rPr>
          <w:rFonts w:cs="Times New Roman"/>
          <w:sz w:val="22"/>
        </w:rPr>
      </w:pPr>
      <w:r w:rsidRPr="00250C7B">
        <w:rPr>
          <w:rFonts w:cs="Times New Roman"/>
          <w:sz w:val="22"/>
        </w:rPr>
        <w:t xml:space="preserve"> NN </w:t>
      </w:r>
      <w:r w:rsidRPr="00250C7B">
        <w:rPr>
          <w:rFonts w:cs="Times New Roman"/>
          <w:b/>
          <w:bCs/>
          <w:sz w:val="22"/>
        </w:rPr>
        <w:t>→</w:t>
      </w:r>
      <w:r w:rsidRPr="00250C7B">
        <w:rPr>
          <w:rFonts w:cs="Times New Roman"/>
          <w:sz w:val="22"/>
        </w:rPr>
        <w:t xml:space="preserve"> </w:t>
      </w:r>
      <w:proofErr w:type="spellStart"/>
      <w:r w:rsidRPr="00250C7B">
        <w:rPr>
          <w:rFonts w:cs="Times New Roman"/>
          <w:sz w:val="22"/>
        </w:rPr>
        <w:t>hidden_layer_sizes</w:t>
      </w:r>
      <w:proofErr w:type="spellEnd"/>
      <w:r w:rsidRPr="00250C7B">
        <w:rPr>
          <w:rFonts w:cs="Times New Roman"/>
          <w:sz w:val="22"/>
        </w:rPr>
        <w:t xml:space="preserve"> </w:t>
      </w:r>
      <m:oMath>
        <m:r>
          <w:rPr>
            <w:rFonts w:ascii="Cambria Math" w:hAnsi="Cambria Math" w:cs="Cambria Math"/>
            <w:sz w:val="22"/>
          </w:rPr>
          <m:t>∈</m:t>
        </m:r>
        <m:r>
          <w:rPr>
            <w:rFonts w:ascii="Cambria Math" w:hAnsi="Cambria Math" w:cs="Times New Roman"/>
            <w:sz w:val="22"/>
          </w:rPr>
          <m:t xml:space="preserve"> </m:t>
        </m:r>
        <m:r>
          <m:rPr>
            <m:sty m:val="p"/>
          </m:rPr>
          <w:rPr>
            <w:rFonts w:ascii="Cambria Math" w:hAnsi="Cambria Math" w:cs="Times New Roman"/>
            <w:sz w:val="22"/>
          </w:rPr>
          <m:t>{(128, 64), (128, 64, 32), (128, 128, 64), (256, 128, 64), (64, 64, 32), (128, 64, 32, 16), (256, 128, 64, 32)}</m:t>
        </m:r>
        <m:r>
          <w:rPr>
            <w:rFonts w:ascii="Cambria Math" w:hAnsi="Cambria Math" w:cs="Times New Roman"/>
            <w:sz w:val="22"/>
          </w:rPr>
          <m:t>,</m:t>
        </m:r>
      </m:oMath>
      <w:r>
        <w:rPr>
          <w:rFonts w:cs="Times New Roman"/>
          <w:sz w:val="22"/>
        </w:rPr>
        <w:t xml:space="preserve"> </w:t>
      </w:r>
      <m:oMath>
        <m:r>
          <w:rPr>
            <w:rFonts w:ascii="Cambria Math" w:hAnsi="Cambria Math" w:cs="Times New Roman"/>
            <w:sz w:val="22"/>
          </w:rPr>
          <m:t xml:space="preserve">α </m:t>
        </m:r>
        <m:r>
          <w:rPr>
            <w:rFonts w:ascii="Cambria Math" w:hAnsi="Cambria Math" w:cs="Cambria Math"/>
            <w:sz w:val="22"/>
          </w:rPr>
          <m:t>∈</m:t>
        </m:r>
        <m:r>
          <w:rPr>
            <w:rFonts w:ascii="Cambria Math" w:hAnsi="Cambria Math" w:cs="Times New Roman"/>
            <w:sz w:val="22"/>
          </w:rPr>
          <m:t xml:space="preserve"> {10⁻⁴, 10⁻³, 10⁻²,},</m:t>
        </m:r>
      </m:oMath>
      <w:r w:rsidRPr="00250C7B">
        <w:rPr>
          <w:rFonts w:cs="Times New Roman"/>
          <w:sz w:val="22"/>
        </w:rPr>
        <w:t xml:space="preserve"> learning_rate_init </w:t>
      </w:r>
      <m:oMath>
        <m:r>
          <w:rPr>
            <w:rFonts w:ascii="Cambria Math" w:hAnsi="Cambria Math" w:cs="Cambria Math"/>
            <w:sz w:val="22"/>
          </w:rPr>
          <m:t>∈</m:t>
        </m:r>
        <m:r>
          <w:rPr>
            <w:rFonts w:ascii="Cambria Math" w:hAnsi="Cambria Math" w:cs="Times New Roman"/>
            <w:sz w:val="22"/>
          </w:rPr>
          <m:t xml:space="preserve"> {10⁻³, 3×10⁻³},</m:t>
        </m:r>
      </m:oMath>
      <w:r w:rsidRPr="00250C7B">
        <w:rPr>
          <w:rFonts w:cs="Times New Roman"/>
          <w:sz w:val="22"/>
        </w:rPr>
        <w:t xml:space="preserve"> tol </w:t>
      </w:r>
      <m:oMath>
        <m:r>
          <w:rPr>
            <w:rFonts w:ascii="Cambria Math" w:hAnsi="Cambria Math" w:cs="Cambria Math"/>
            <w:sz w:val="22"/>
          </w:rPr>
          <m:t>∈</m:t>
        </m:r>
        <m:r>
          <w:rPr>
            <w:rFonts w:ascii="Cambria Math" w:hAnsi="Cambria Math" w:cs="Times New Roman"/>
            <w:sz w:val="22"/>
          </w:rPr>
          <m:t xml:space="preserve"> {10⁻³, 10⁻⁴}</m:t>
        </m:r>
      </m:oMath>
      <w:r w:rsidRPr="00250C7B">
        <w:rPr>
          <w:rFonts w:cs="Times New Roman"/>
          <w:sz w:val="22"/>
        </w:rPr>
        <w:t xml:space="preserve">, n_iter_no_change </w:t>
      </w:r>
      <m:oMath>
        <m:r>
          <w:rPr>
            <w:rFonts w:ascii="Cambria Math" w:hAnsi="Cambria Math" w:cs="Cambria Math"/>
            <w:sz w:val="22"/>
          </w:rPr>
          <m:t>∈</m:t>
        </m:r>
        <m:r>
          <w:rPr>
            <w:rFonts w:ascii="Cambria Math" w:hAnsi="Cambria Math" w:cs="Times New Roman"/>
            <w:sz w:val="22"/>
          </w:rPr>
          <m:t xml:space="preserve"> {10, 20, 30}.</m:t>
        </m:r>
      </m:oMath>
    </w:p>
    <w:p w14:paraId="276D57F7" w14:textId="08105477" w:rsidR="00250C7B" w:rsidRPr="00250C7B" w:rsidRDefault="00250C7B" w:rsidP="00250C7B">
      <w:pPr>
        <w:pStyle w:val="ListParagraph"/>
        <w:widowControl w:val="0"/>
        <w:numPr>
          <w:ilvl w:val="0"/>
          <w:numId w:val="10"/>
        </w:numPr>
        <w:autoSpaceDE w:val="0"/>
        <w:autoSpaceDN w:val="0"/>
        <w:adjustRightInd w:val="0"/>
        <w:rPr>
          <w:rFonts w:cs="Times New Roman"/>
          <w:sz w:val="22"/>
        </w:rPr>
      </w:pPr>
      <w:r w:rsidRPr="00250C7B">
        <w:rPr>
          <w:rFonts w:cs="Times New Roman"/>
          <w:b/>
          <w:bCs/>
          <w:sz w:val="22"/>
        </w:rPr>
        <w:t>Large datasets</w:t>
      </w:r>
      <w:r w:rsidRPr="00250C7B">
        <w:rPr>
          <w:rFonts w:cs="Times New Roman"/>
          <w:sz w:val="22"/>
        </w:rPr>
        <w:t xml:space="preserve"> </w:t>
      </w:r>
      <m:oMath>
        <m:r>
          <w:rPr>
            <w:rFonts w:ascii="Cambria Math" w:hAnsi="Cambria Math" w:cs="Times New Roman"/>
            <w:sz w:val="22"/>
          </w:rPr>
          <m:t>(n ≥ 1000):</m:t>
        </m:r>
      </m:oMath>
    </w:p>
    <w:p w14:paraId="20FD9997" w14:textId="51CEFB10" w:rsidR="003209CD" w:rsidRPr="00250C7B" w:rsidRDefault="003209CD" w:rsidP="003209CD">
      <w:pPr>
        <w:widowControl w:val="0"/>
        <w:autoSpaceDE w:val="0"/>
        <w:autoSpaceDN w:val="0"/>
        <w:adjustRightInd w:val="0"/>
        <w:rPr>
          <w:rFonts w:cs="Times New Roman"/>
          <w:sz w:val="22"/>
        </w:rPr>
      </w:pPr>
      <w:r w:rsidRPr="00250C7B">
        <w:rPr>
          <w:rFonts w:cs="Times New Roman"/>
          <w:sz w:val="22"/>
        </w:rPr>
        <w:t xml:space="preserve">RF </w:t>
      </w:r>
      <w:r w:rsidRPr="00250C7B">
        <w:rPr>
          <w:rFonts w:cs="Times New Roman"/>
          <w:b/>
          <w:bCs/>
          <w:sz w:val="22"/>
        </w:rPr>
        <w:t>→</w:t>
      </w:r>
      <w:r w:rsidRPr="00250C7B">
        <w:rPr>
          <w:rFonts w:cs="Times New Roman"/>
          <w:sz w:val="22"/>
        </w:rPr>
        <w:t xml:space="preserve"> n_estimators </w:t>
      </w:r>
      <m:oMath>
        <m:r>
          <w:rPr>
            <w:rFonts w:ascii="Cambria Math" w:hAnsi="Cambria Math" w:cs="Cambria Math"/>
            <w:sz w:val="22"/>
          </w:rPr>
          <m:t>∈</m:t>
        </m:r>
        <m:r>
          <w:rPr>
            <w:rFonts w:ascii="Cambria Math" w:hAnsi="Cambria Math" w:cs="Times New Roman"/>
            <w:sz w:val="22"/>
          </w:rPr>
          <m:t xml:space="preserve"> {300, 600, 1000},</m:t>
        </m:r>
      </m:oMath>
      <w:r w:rsidRPr="00250C7B">
        <w:rPr>
          <w:rFonts w:cs="Times New Roman"/>
          <w:sz w:val="22"/>
        </w:rPr>
        <w:t xml:space="preserve"> max_depth </w:t>
      </w:r>
      <m:oMath>
        <m:r>
          <w:rPr>
            <w:rFonts w:ascii="Cambria Math" w:hAnsi="Cambria Math" w:cs="Cambria Math"/>
            <w:sz w:val="22"/>
          </w:rPr>
          <m:t>∈</m:t>
        </m:r>
        <m:r>
          <w:rPr>
            <w:rFonts w:ascii="Cambria Math" w:hAnsi="Cambria Math" w:cs="Times New Roman"/>
            <w:sz w:val="22"/>
          </w:rPr>
          <m:t xml:space="preserve"> {None, 20, 40},</m:t>
        </m:r>
      </m:oMath>
      <w:r w:rsidRPr="00250C7B">
        <w:rPr>
          <w:rFonts w:cs="Times New Roman"/>
          <w:sz w:val="22"/>
        </w:rPr>
        <w:t xml:space="preserve"> min_samples_split </w:t>
      </w:r>
      <m:oMath>
        <m:r>
          <w:rPr>
            <w:rFonts w:ascii="Cambria Math" w:hAnsi="Cambria Math" w:cs="Cambria Math"/>
            <w:sz w:val="22"/>
          </w:rPr>
          <m:t>∈</m:t>
        </m:r>
        <m:r>
          <w:rPr>
            <w:rFonts w:ascii="Cambria Math" w:hAnsi="Cambria Math" w:cs="Times New Roman"/>
            <w:sz w:val="22"/>
          </w:rPr>
          <m:t xml:space="preserve"> {2, 5,10}</m:t>
        </m:r>
      </m:oMath>
    </w:p>
    <w:p w14:paraId="3BFA062E" w14:textId="2ADE453D" w:rsidR="003209CD" w:rsidRPr="00250C7B" w:rsidRDefault="003209CD" w:rsidP="003209CD">
      <w:pPr>
        <w:widowControl w:val="0"/>
        <w:autoSpaceDE w:val="0"/>
        <w:autoSpaceDN w:val="0"/>
        <w:adjustRightInd w:val="0"/>
        <w:rPr>
          <w:rFonts w:cs="Times New Roman"/>
          <w:sz w:val="22"/>
        </w:rPr>
      </w:pPr>
      <w:r w:rsidRPr="00250C7B">
        <w:rPr>
          <w:rFonts w:cs="Times New Roman"/>
          <w:sz w:val="22"/>
        </w:rPr>
        <w:t xml:space="preserve"> SVM </w:t>
      </w:r>
      <w:r w:rsidRPr="00250C7B">
        <w:rPr>
          <w:rFonts w:cs="Times New Roman"/>
          <w:b/>
          <w:bCs/>
          <w:sz w:val="22"/>
        </w:rPr>
        <w:t>→</w:t>
      </w:r>
      <w:r w:rsidRPr="00250C7B">
        <w:rPr>
          <w:rFonts w:cs="Times New Roman"/>
          <w:sz w:val="22"/>
        </w:rPr>
        <w:t xml:space="preserve"> kernel </w:t>
      </w:r>
      <w:r w:rsidRPr="00250C7B">
        <w:rPr>
          <w:rFonts w:ascii="Cambria Math" w:hAnsi="Cambria Math" w:cs="Cambria Math"/>
          <w:sz w:val="22"/>
        </w:rPr>
        <w:t>∈</w:t>
      </w:r>
      <w:r w:rsidRPr="00250C7B">
        <w:rPr>
          <w:rFonts w:cs="Times New Roman"/>
          <w:sz w:val="22"/>
        </w:rPr>
        <w:t xml:space="preserve"> {linear, </w:t>
      </w:r>
      <w:proofErr w:type="spellStart"/>
      <w:proofErr w:type="gramStart"/>
      <w:r w:rsidRPr="00250C7B">
        <w:rPr>
          <w:rFonts w:cs="Times New Roman"/>
          <w:sz w:val="22"/>
        </w:rPr>
        <w:t>rbf</w:t>
      </w:r>
      <w:proofErr w:type="spellEnd"/>
      <w:r w:rsidRPr="00250C7B">
        <w:rPr>
          <w:rFonts w:cs="Times New Roman"/>
          <w:sz w:val="22"/>
        </w:rPr>
        <w:t>},</w:t>
      </w:r>
      <w:proofErr w:type="gramEnd"/>
      <w:r w:rsidRPr="00250C7B">
        <w:rPr>
          <w:rFonts w:cs="Times New Roman"/>
          <w:sz w:val="22"/>
        </w:rPr>
        <w:t xml:space="preserve"> C </w:t>
      </w:r>
      <w:r w:rsidRPr="00250C7B">
        <w:rPr>
          <w:rFonts w:ascii="Cambria Math" w:hAnsi="Cambria Math" w:cs="Cambria Math"/>
          <w:sz w:val="22"/>
        </w:rPr>
        <w:t>∈</w:t>
      </w:r>
      <w:r w:rsidRPr="00250C7B">
        <w:rPr>
          <w:rFonts w:cs="Times New Roman"/>
          <w:sz w:val="22"/>
        </w:rPr>
        <w:t xml:space="preserve"> { 1, 3, 10</w:t>
      </w:r>
      <w:r>
        <w:rPr>
          <w:rFonts w:cs="Times New Roman"/>
          <w:sz w:val="22"/>
        </w:rPr>
        <w:t>,30,</w:t>
      </w:r>
      <w:proofErr w:type="gramStart"/>
      <w:r>
        <w:rPr>
          <w:rFonts w:cs="Times New Roman"/>
          <w:sz w:val="22"/>
        </w:rPr>
        <w:t>100</w:t>
      </w:r>
      <w:r w:rsidRPr="00250C7B">
        <w:rPr>
          <w:rFonts w:cs="Times New Roman"/>
          <w:sz w:val="22"/>
        </w:rPr>
        <w:t xml:space="preserve">}, ε </w:t>
      </w:r>
      <w:r w:rsidRPr="00250C7B">
        <w:rPr>
          <w:rFonts w:ascii="Cambria Math" w:hAnsi="Cambria Math" w:cs="Cambria Math"/>
          <w:sz w:val="22"/>
        </w:rPr>
        <w:t>∈</w:t>
      </w:r>
      <w:r w:rsidRPr="00250C7B">
        <w:rPr>
          <w:rFonts w:cs="Times New Roman"/>
          <w:sz w:val="22"/>
        </w:rPr>
        <w:t xml:space="preserve"> {</w:t>
      </w:r>
      <w:proofErr w:type="gramEnd"/>
      <w:r w:rsidRPr="00250C7B">
        <w:rPr>
          <w:rFonts w:cs="Times New Roman"/>
          <w:sz w:val="22"/>
        </w:rPr>
        <w:t>0.01, 0.1, 0.5</w:t>
      </w:r>
      <w:r>
        <w:rPr>
          <w:rFonts w:cs="Times New Roman"/>
          <w:sz w:val="22"/>
        </w:rPr>
        <w:t>,</w:t>
      </w:r>
      <w:proofErr w:type="gramStart"/>
      <w:r>
        <w:rPr>
          <w:rFonts w:cs="Times New Roman"/>
          <w:sz w:val="22"/>
        </w:rPr>
        <w:t>1.0</w:t>
      </w:r>
      <w:r w:rsidRPr="00250C7B">
        <w:rPr>
          <w:rFonts w:cs="Times New Roman"/>
          <w:sz w:val="22"/>
        </w:rPr>
        <w:t xml:space="preserve">}, γ </w:t>
      </w:r>
      <w:r w:rsidRPr="00250C7B">
        <w:rPr>
          <w:rFonts w:ascii="Cambria Math" w:hAnsi="Cambria Math" w:cs="Cambria Math"/>
          <w:sz w:val="22"/>
        </w:rPr>
        <w:t>∈</w:t>
      </w:r>
      <w:r w:rsidRPr="00250C7B">
        <w:rPr>
          <w:rFonts w:cs="Times New Roman"/>
          <w:sz w:val="22"/>
        </w:rPr>
        <w:t xml:space="preserve"> {‘</w:t>
      </w:r>
      <w:proofErr w:type="gramEnd"/>
      <w:r w:rsidRPr="00250C7B">
        <w:rPr>
          <w:rFonts w:cs="Times New Roman"/>
          <w:sz w:val="22"/>
        </w:rPr>
        <w:t>scale</w:t>
      </w:r>
      <w:proofErr w:type="gramStart"/>
      <w:r w:rsidRPr="00250C7B">
        <w:rPr>
          <w:rFonts w:cs="Times New Roman"/>
          <w:sz w:val="22"/>
        </w:rPr>
        <w:t>’, ‘auto’}</w:t>
      </w:r>
      <w:proofErr w:type="gramEnd"/>
    </w:p>
    <w:p w14:paraId="33A18EE2" w14:textId="34A06B95" w:rsidR="00250C7B" w:rsidRPr="00250C7B" w:rsidRDefault="003209CD" w:rsidP="00250C7B">
      <w:pPr>
        <w:widowControl w:val="0"/>
        <w:autoSpaceDE w:val="0"/>
        <w:autoSpaceDN w:val="0"/>
        <w:adjustRightInd w:val="0"/>
        <w:rPr>
          <w:rFonts w:cs="Times New Roman"/>
          <w:sz w:val="22"/>
        </w:rPr>
      </w:pPr>
      <w:r w:rsidRPr="00250C7B">
        <w:rPr>
          <w:rFonts w:cs="Times New Roman"/>
          <w:sz w:val="22"/>
        </w:rPr>
        <w:t xml:space="preserve"> NN </w:t>
      </w:r>
      <w:r w:rsidRPr="00250C7B">
        <w:rPr>
          <w:rFonts w:cs="Times New Roman"/>
          <w:b/>
          <w:bCs/>
          <w:sz w:val="22"/>
        </w:rPr>
        <w:t>→</w:t>
      </w:r>
      <w:r w:rsidRPr="00250C7B">
        <w:rPr>
          <w:rFonts w:cs="Times New Roman"/>
          <w:sz w:val="22"/>
        </w:rPr>
        <w:t xml:space="preserve"> </w:t>
      </w:r>
      <w:proofErr w:type="spellStart"/>
      <w:r w:rsidRPr="00250C7B">
        <w:rPr>
          <w:rFonts w:cs="Times New Roman"/>
          <w:sz w:val="22"/>
        </w:rPr>
        <w:t>hidden_layer_sizes</w:t>
      </w:r>
      <w:proofErr w:type="spellEnd"/>
      <w:r w:rsidRPr="00250C7B">
        <w:rPr>
          <w:rFonts w:cs="Times New Roman"/>
          <w:sz w:val="22"/>
        </w:rPr>
        <w:t xml:space="preserve"> </w:t>
      </w:r>
      <m:oMath>
        <m:r>
          <w:rPr>
            <w:rFonts w:ascii="Cambria Math" w:hAnsi="Cambria Math" w:cs="Cambria Math"/>
            <w:sz w:val="22"/>
          </w:rPr>
          <m:t>∈</m:t>
        </m:r>
        <m:r>
          <m:rPr>
            <m:sty m:val="p"/>
          </m:rPr>
          <w:rPr>
            <w:rFonts w:ascii="Cambria Math" w:hAnsi="Cambria Math" w:cs="Cambria Math"/>
            <w:sz w:val="22"/>
          </w:rPr>
          <m:t>∈</m:t>
        </m:r>
        <m:r>
          <m:rPr>
            <m:sty m:val="p"/>
          </m:rPr>
          <w:rPr>
            <w:rFonts w:ascii="Cambria Math" w:hAnsi="Cambria Math" w:cs="Times New Roman"/>
            <w:sz w:val="22"/>
          </w:rPr>
          <m:t xml:space="preserve"> {(256, 128), (256, 128, 64), (256, 256, 128), (512, 256, 128), (128, 128, 64), (256, 128, 64, 32), (512, 256, 128, 64)}</m:t>
        </m:r>
        <m:r>
          <w:rPr>
            <w:rFonts w:ascii="Cambria Math" w:hAnsi="Cambria Math" w:cs="Times New Roman"/>
            <w:sz w:val="22"/>
          </w:rPr>
          <m:t>,</m:t>
        </m:r>
      </m:oMath>
      <w:r>
        <w:rPr>
          <w:rFonts w:cs="Times New Roman"/>
          <w:sz w:val="22"/>
        </w:rPr>
        <w:t xml:space="preserve"> </w:t>
      </w:r>
      <m:oMath>
        <m:r>
          <w:rPr>
            <w:rFonts w:ascii="Cambria Math" w:hAnsi="Cambria Math" w:cs="Times New Roman"/>
            <w:sz w:val="22"/>
          </w:rPr>
          <m:t xml:space="preserve">α </m:t>
        </m:r>
        <m:r>
          <w:rPr>
            <w:rFonts w:ascii="Cambria Math" w:hAnsi="Cambria Math" w:cs="Cambria Math"/>
            <w:sz w:val="22"/>
          </w:rPr>
          <m:t>∈</m:t>
        </m:r>
        <m:r>
          <w:rPr>
            <w:rFonts w:ascii="Cambria Math" w:hAnsi="Cambria Math" w:cs="Times New Roman"/>
            <w:sz w:val="22"/>
          </w:rPr>
          <m:t xml:space="preserve"> {10⁻⁴, 10⁻³,},</m:t>
        </m:r>
      </m:oMath>
      <w:r w:rsidRPr="00250C7B">
        <w:rPr>
          <w:rFonts w:cs="Times New Roman"/>
          <w:sz w:val="22"/>
        </w:rPr>
        <w:t xml:space="preserve"> learning_rate_init </w:t>
      </w:r>
      <m:oMath>
        <m:r>
          <w:rPr>
            <w:rFonts w:ascii="Cambria Math" w:hAnsi="Cambria Math" w:cs="Cambria Math"/>
            <w:sz w:val="22"/>
          </w:rPr>
          <m:t>∈</m:t>
        </m:r>
        <m:r>
          <w:rPr>
            <w:rFonts w:ascii="Cambria Math" w:hAnsi="Cambria Math" w:cs="Times New Roman"/>
            <w:sz w:val="22"/>
          </w:rPr>
          <m:t xml:space="preserve"> {10⁻³, 3×10⁻³},</m:t>
        </m:r>
      </m:oMath>
      <w:r w:rsidRPr="00250C7B">
        <w:rPr>
          <w:rFonts w:cs="Times New Roman"/>
          <w:sz w:val="22"/>
        </w:rPr>
        <w:t xml:space="preserve"> tol </w:t>
      </w:r>
      <m:oMath>
        <m:r>
          <w:rPr>
            <w:rFonts w:ascii="Cambria Math" w:hAnsi="Cambria Math" w:cs="Cambria Math"/>
            <w:sz w:val="22"/>
          </w:rPr>
          <m:t>∈</m:t>
        </m:r>
        <m:r>
          <w:rPr>
            <w:rFonts w:ascii="Cambria Math" w:hAnsi="Cambria Math" w:cs="Times New Roman"/>
            <w:sz w:val="22"/>
          </w:rPr>
          <m:t xml:space="preserve"> {10⁻³, 10⁻⁴}</m:t>
        </m:r>
      </m:oMath>
      <w:r w:rsidRPr="00250C7B">
        <w:rPr>
          <w:rFonts w:cs="Times New Roman"/>
          <w:sz w:val="22"/>
        </w:rPr>
        <w:t xml:space="preserve">, n_iter_no_change </w:t>
      </w:r>
      <m:oMath>
        <m:r>
          <w:rPr>
            <w:rFonts w:ascii="Cambria Math" w:hAnsi="Cambria Math" w:cs="Cambria Math"/>
            <w:sz w:val="22"/>
          </w:rPr>
          <m:t>∈</m:t>
        </m:r>
        <m:r>
          <w:rPr>
            <w:rFonts w:ascii="Cambria Math" w:hAnsi="Cambria Math" w:cs="Times New Roman"/>
            <w:sz w:val="22"/>
          </w:rPr>
          <m:t xml:space="preserve"> {10, 20, 30}.</m:t>
        </m:r>
      </m:oMath>
    </w:p>
    <w:p w14:paraId="2A587B5D" w14:textId="46B12B39" w:rsidR="00250C7B" w:rsidRPr="00250C7B" w:rsidRDefault="00250C7B" w:rsidP="00250C7B">
      <w:pPr>
        <w:widowControl w:val="0"/>
        <w:autoSpaceDE w:val="0"/>
        <w:autoSpaceDN w:val="0"/>
        <w:adjustRightInd w:val="0"/>
        <w:rPr>
          <w:rFonts w:cs="Times New Roman"/>
          <w:sz w:val="22"/>
        </w:rPr>
      </w:pPr>
      <w:r w:rsidRPr="00250C7B">
        <w:rPr>
          <w:rFonts w:cs="Times New Roman"/>
          <w:sz w:val="22"/>
        </w:rPr>
        <w:t xml:space="preserve">All MLPs used </w:t>
      </w:r>
      <w:proofErr w:type="spellStart"/>
      <w:r w:rsidRPr="00250C7B">
        <w:rPr>
          <w:rFonts w:cs="Times New Roman"/>
          <w:sz w:val="22"/>
        </w:rPr>
        <w:t>max_iter</w:t>
      </w:r>
      <w:proofErr w:type="spellEnd"/>
      <w:r w:rsidRPr="00250C7B">
        <w:rPr>
          <w:rFonts w:cs="Times New Roman"/>
          <w:sz w:val="22"/>
        </w:rPr>
        <w:t xml:space="preserve"> = 3000 and </w:t>
      </w:r>
      <w:proofErr w:type="spellStart"/>
      <w:r w:rsidRPr="00250C7B">
        <w:rPr>
          <w:rFonts w:cs="Times New Roman"/>
          <w:sz w:val="22"/>
        </w:rPr>
        <w:t>early_stopping</w:t>
      </w:r>
      <w:proofErr w:type="spellEnd"/>
      <w:r w:rsidRPr="00250C7B">
        <w:rPr>
          <w:rFonts w:cs="Times New Roman"/>
          <w:sz w:val="22"/>
        </w:rPr>
        <w:t xml:space="preserve"> = True. Input features were standardized via StandardScaler before training.</w:t>
      </w:r>
    </w:p>
    <w:p w14:paraId="27C54EB0" w14:textId="3833C3B9" w:rsidR="00250C7B" w:rsidRDefault="00250C7B" w:rsidP="00250C7B">
      <w:pPr>
        <w:widowControl w:val="0"/>
        <w:autoSpaceDE w:val="0"/>
        <w:autoSpaceDN w:val="0"/>
        <w:adjustRightInd w:val="0"/>
        <w:rPr>
          <w:rFonts w:cs="Times New Roman"/>
          <w:sz w:val="22"/>
        </w:rPr>
      </w:pPr>
      <w:r w:rsidRPr="00250C7B">
        <w:rPr>
          <w:rFonts w:cs="Times New Roman"/>
          <w:sz w:val="22"/>
        </w:rPr>
        <w:t xml:space="preserve">Regression models were scored using </w:t>
      </w:r>
      <m:oMath>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oMath>
      <w:r w:rsidR="003209CD">
        <w:rPr>
          <w:rFonts w:cs="Times New Roman"/>
          <w:sz w:val="22"/>
        </w:rPr>
        <w:t xml:space="preserve"> </w:t>
      </w:r>
      <w:r w:rsidRPr="00250C7B">
        <w:rPr>
          <w:rFonts w:cs="Times New Roman"/>
          <w:sz w:val="22"/>
        </w:rPr>
        <w:t xml:space="preserve">and RMSE, and classification models via accuracy and weighted </w:t>
      </w:r>
      <w:r w:rsidR="003209CD">
        <w:rPr>
          <w:rFonts w:cs="Times New Roman"/>
          <w:sz w:val="22"/>
        </w:rPr>
        <w:t>F1</w:t>
      </w:r>
      <w:r w:rsidRPr="00250C7B">
        <w:rPr>
          <w:rFonts w:cs="Times New Roman"/>
          <w:sz w:val="22"/>
        </w:rPr>
        <w:t>-score. The best hyperparameter combination and corresponding train/test metrics were recorded for all models. The NN models here were not used for final deployment but rather to identify the optimal network depth, width, and regularization scales prior to full TensorFlow retraining and QUBO-based pruning analysis.</w:t>
      </w:r>
    </w:p>
    <w:p w14:paraId="386EF8E9" w14:textId="77777777" w:rsidR="00A92D63" w:rsidRDefault="00A92D63" w:rsidP="00250C7B">
      <w:pPr>
        <w:widowControl w:val="0"/>
        <w:autoSpaceDE w:val="0"/>
        <w:autoSpaceDN w:val="0"/>
        <w:adjustRightInd w:val="0"/>
        <w:rPr>
          <w:rFonts w:cs="Times New Roman"/>
          <w:sz w:val="22"/>
        </w:rPr>
      </w:pPr>
    </w:p>
    <w:p w14:paraId="0C5EC2C0" w14:textId="3B3E563F" w:rsidR="00A92D63" w:rsidRPr="00554CDB" w:rsidRDefault="00A92D63" w:rsidP="00A92D63">
      <w:pPr>
        <w:rPr>
          <w:b/>
          <w:bCs/>
          <w:noProof/>
          <w:sz w:val="22"/>
        </w:rPr>
      </w:pPr>
      <w:r w:rsidRPr="007F6754">
        <w:rPr>
          <w:b/>
          <w:bCs/>
          <w:noProof/>
          <w:sz w:val="22"/>
        </w:rPr>
        <w:t>Table S</w:t>
      </w:r>
      <w:r>
        <w:rPr>
          <w:b/>
          <w:bCs/>
          <w:noProof/>
          <w:sz w:val="22"/>
        </w:rPr>
        <w:t>2</w:t>
      </w:r>
      <w:r w:rsidRPr="007F6754">
        <w:rPr>
          <w:b/>
          <w:bCs/>
          <w:noProof/>
          <w:sz w:val="22"/>
        </w:rPr>
        <w:t xml:space="preserve"> | </w:t>
      </w:r>
      <w:r w:rsidR="00554CDB" w:rsidRPr="00554CDB">
        <w:rPr>
          <w:b/>
          <w:bCs/>
          <w:noProof/>
          <w:sz w:val="22"/>
        </w:rPr>
        <w:t xml:space="preserve">Mutual Information parameters. </w:t>
      </w:r>
      <w:r w:rsidR="00554CDB" w:rsidRPr="00554CDB">
        <w:rPr>
          <w:noProof/>
          <w:sz w:val="22"/>
        </w:rPr>
        <w:t xml:space="preserve">Q-MI configurations that achieved the minimum QUBO energy across tested hyperparameter values. We examined batch sizes of </w:t>
      </w:r>
      <m:oMath>
        <m:r>
          <w:rPr>
            <w:rFonts w:ascii="Cambria Math" w:hAnsi="Cambria Math"/>
            <w:noProof/>
            <w:sz w:val="22"/>
          </w:rPr>
          <m:t>K=20,50,</m:t>
        </m:r>
      </m:oMath>
      <w:r w:rsidR="00554CDB" w:rsidRPr="00554CDB">
        <w:rPr>
          <w:noProof/>
          <w:sz w:val="22"/>
        </w:rPr>
        <w:t xml:space="preserve">and </w:t>
      </w:r>
      <m:oMath>
        <m:r>
          <w:rPr>
            <w:rFonts w:ascii="Cambria Math" w:hAnsi="Cambria Math"/>
            <w:noProof/>
            <w:sz w:val="22"/>
          </w:rPr>
          <m:t>100</m:t>
        </m:r>
      </m:oMath>
      <w:r w:rsidR="00554CDB" w:rsidRPr="00554CDB">
        <w:rPr>
          <w:noProof/>
          <w:sz w:val="22"/>
        </w:rPr>
        <w:t>for both simulated annealing (SA) and quantum annealing (QA), while the complete problem set was also evaluated using SA.</w:t>
      </w:r>
    </w:p>
    <w:p w14:paraId="2A61F33A" w14:textId="11BFA7B2" w:rsidR="00A92D63" w:rsidRPr="009C736B" w:rsidRDefault="00A92D63" w:rsidP="00A92D63">
      <w:pPr>
        <w:jc w:val="center"/>
        <w:rPr>
          <w:b/>
          <w:bCs/>
          <w:noProof/>
          <w:sz w:val="22"/>
        </w:rPr>
      </w:pPr>
      <w:r>
        <w:rPr>
          <w:b/>
          <w:bCs/>
          <w:noProof/>
          <w:sz w:val="22"/>
        </w:rPr>
        <w:t>Fracture Strain</w:t>
      </w:r>
    </w:p>
    <w:p w14:paraId="0ABCC9BF" w14:textId="77777777" w:rsidR="00A92D63" w:rsidRDefault="00A92D63" w:rsidP="00A92D63">
      <w:pPr>
        <w:rPr>
          <w:noProof/>
          <w:sz w:val="22"/>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857"/>
        <w:gridCol w:w="1259"/>
        <w:gridCol w:w="1558"/>
      </w:tblGrid>
      <w:tr w:rsidR="00A92D63" w14:paraId="7A24E8E8" w14:textId="77777777" w:rsidTr="0013471F">
        <w:trPr>
          <w:jc w:val="center"/>
        </w:trPr>
        <w:tc>
          <w:tcPr>
            <w:tcW w:w="1857" w:type="dxa"/>
            <w:tcBorders>
              <w:bottom w:val="single" w:sz="4" w:space="0" w:color="auto"/>
              <w:right w:val="nil"/>
            </w:tcBorders>
            <w:shd w:val="clear" w:color="auto" w:fill="C5C5C5"/>
            <w:vAlign w:val="center"/>
          </w:tcPr>
          <w:p w14:paraId="60EA4BBB" w14:textId="527EDD7A" w:rsidR="00A92D63" w:rsidRPr="005A2049" w:rsidRDefault="00000000" w:rsidP="0013471F">
            <w:pPr>
              <w:jc w:val="both"/>
              <w:rPr>
                <w:rFonts w:cs="Times New Roman"/>
                <w:b/>
                <w:bCs/>
                <w:sz w:val="22"/>
              </w:rPr>
            </w:pPr>
            <m:oMathPara>
              <m:oMath>
                <m:sSub>
                  <m:sSubPr>
                    <m:ctrlPr>
                      <w:rPr>
                        <w:rFonts w:ascii="Cambria Math" w:hAnsi="Cambria Math" w:cs="Times New Roman"/>
                        <w:b/>
                        <w:bCs/>
                        <w:i/>
                        <w:sz w:val="22"/>
                      </w:rPr>
                    </m:ctrlPr>
                  </m:sSubPr>
                  <m:e>
                    <m:r>
                      <m:rPr>
                        <m:sty m:val="bi"/>
                      </m:rPr>
                      <w:rPr>
                        <w:rFonts w:ascii="Cambria Math" w:hAnsi="Cambria Math" w:cs="Times New Roman"/>
                        <w:sz w:val="22"/>
                      </w:rPr>
                      <m:t>λ</m:t>
                    </m:r>
                  </m:e>
                  <m:sub>
                    <m:r>
                      <m:rPr>
                        <m:sty m:val="bi"/>
                      </m:rPr>
                      <w:rPr>
                        <w:rFonts w:ascii="Cambria Math" w:hAnsi="Cambria Math" w:cs="Times New Roman"/>
                        <w:sz w:val="22"/>
                      </w:rPr>
                      <m:t>1</m:t>
                    </m:r>
                  </m:sub>
                </m:sSub>
              </m:oMath>
            </m:oMathPara>
          </w:p>
        </w:tc>
        <w:tc>
          <w:tcPr>
            <w:tcW w:w="1259" w:type="dxa"/>
            <w:tcBorders>
              <w:left w:val="nil"/>
              <w:bottom w:val="single" w:sz="4" w:space="0" w:color="auto"/>
              <w:right w:val="nil"/>
            </w:tcBorders>
            <w:shd w:val="clear" w:color="auto" w:fill="C5C5C5"/>
            <w:vAlign w:val="center"/>
          </w:tcPr>
          <w:p w14:paraId="1768370D" w14:textId="09501CEE" w:rsidR="00A92D63" w:rsidRPr="005A2049" w:rsidRDefault="00000000" w:rsidP="0013471F">
            <w:pPr>
              <w:jc w:val="both"/>
              <w:rPr>
                <w:rFonts w:cs="Times New Roman"/>
                <w:b/>
                <w:bCs/>
                <w:sz w:val="22"/>
              </w:rPr>
            </w:pPr>
            <m:oMathPara>
              <m:oMath>
                <m:sSub>
                  <m:sSubPr>
                    <m:ctrlPr>
                      <w:rPr>
                        <w:rFonts w:ascii="Cambria Math" w:hAnsi="Cambria Math" w:cs="Times New Roman"/>
                        <w:b/>
                        <w:bCs/>
                        <w:i/>
                        <w:sz w:val="22"/>
                      </w:rPr>
                    </m:ctrlPr>
                  </m:sSubPr>
                  <m:e>
                    <m:r>
                      <m:rPr>
                        <m:sty m:val="bi"/>
                      </m:rPr>
                      <w:rPr>
                        <w:rFonts w:ascii="Cambria Math" w:hAnsi="Cambria Math" w:cs="Times New Roman"/>
                        <w:sz w:val="22"/>
                      </w:rPr>
                      <m:t>λ</m:t>
                    </m:r>
                  </m:e>
                  <m:sub>
                    <m:r>
                      <m:rPr>
                        <m:sty m:val="bi"/>
                      </m:rPr>
                      <w:rPr>
                        <w:rFonts w:ascii="Cambria Math" w:hAnsi="Cambria Math" w:cs="Times New Roman"/>
                        <w:sz w:val="22"/>
                      </w:rPr>
                      <m:t>2</m:t>
                    </m:r>
                  </m:sub>
                </m:sSub>
              </m:oMath>
            </m:oMathPara>
          </w:p>
        </w:tc>
        <w:tc>
          <w:tcPr>
            <w:tcW w:w="1558" w:type="dxa"/>
            <w:tcBorders>
              <w:left w:val="nil"/>
              <w:bottom w:val="single" w:sz="4" w:space="0" w:color="auto"/>
            </w:tcBorders>
            <w:shd w:val="clear" w:color="auto" w:fill="C5C5C5"/>
            <w:vAlign w:val="center"/>
          </w:tcPr>
          <w:p w14:paraId="1414B9B4" w14:textId="7BC8F696" w:rsidR="00A92D63" w:rsidRPr="005A2049" w:rsidRDefault="00A92D63" w:rsidP="0013471F">
            <w:pPr>
              <w:jc w:val="both"/>
              <w:rPr>
                <w:rFonts w:cs="Times New Roman"/>
                <w:b/>
                <w:bCs/>
                <w:sz w:val="22"/>
              </w:rPr>
            </w:pPr>
            <w:r>
              <w:rPr>
                <w:rFonts w:cs="Times New Roman"/>
                <w:b/>
                <w:bCs/>
                <w:sz w:val="22"/>
              </w:rPr>
              <w:t>Q-MI Model</w:t>
            </w:r>
          </w:p>
        </w:tc>
      </w:tr>
      <w:tr w:rsidR="00A92D63" w14:paraId="6E17129F" w14:textId="77777777" w:rsidTr="0014058E">
        <w:trPr>
          <w:trHeight w:val="485"/>
          <w:jc w:val="center"/>
        </w:trPr>
        <w:tc>
          <w:tcPr>
            <w:tcW w:w="1857" w:type="dxa"/>
            <w:tcBorders>
              <w:right w:val="nil"/>
            </w:tcBorders>
            <w:vAlign w:val="center"/>
          </w:tcPr>
          <w:p w14:paraId="5007ABE6" w14:textId="7B8FC93C"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0.01</w:t>
            </w:r>
          </w:p>
        </w:tc>
        <w:tc>
          <w:tcPr>
            <w:tcW w:w="1259" w:type="dxa"/>
            <w:tcBorders>
              <w:left w:val="nil"/>
              <w:right w:val="nil"/>
            </w:tcBorders>
            <w:vAlign w:val="center"/>
          </w:tcPr>
          <w:p w14:paraId="515A8812" w14:textId="35C87B97"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0.01</w:t>
            </w:r>
          </w:p>
        </w:tc>
        <w:tc>
          <w:tcPr>
            <w:tcW w:w="1558" w:type="dxa"/>
            <w:tcBorders>
              <w:left w:val="nil"/>
            </w:tcBorders>
            <w:vAlign w:val="center"/>
          </w:tcPr>
          <w:p w14:paraId="1922FB80" w14:textId="6CA6887F"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QA K=50</w:t>
            </w:r>
          </w:p>
        </w:tc>
      </w:tr>
      <w:tr w:rsidR="00A92D63" w14:paraId="75E40464" w14:textId="77777777" w:rsidTr="0014058E">
        <w:trPr>
          <w:jc w:val="center"/>
        </w:trPr>
        <w:tc>
          <w:tcPr>
            <w:tcW w:w="1857" w:type="dxa"/>
            <w:tcBorders>
              <w:right w:val="nil"/>
            </w:tcBorders>
            <w:shd w:val="clear" w:color="auto" w:fill="E6E6E6"/>
            <w:vAlign w:val="center"/>
          </w:tcPr>
          <w:p w14:paraId="540C8CC2" w14:textId="0A57F72E"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0.01</w:t>
            </w:r>
          </w:p>
        </w:tc>
        <w:tc>
          <w:tcPr>
            <w:tcW w:w="1259" w:type="dxa"/>
            <w:tcBorders>
              <w:left w:val="nil"/>
              <w:right w:val="nil"/>
            </w:tcBorders>
            <w:shd w:val="clear" w:color="auto" w:fill="E6E6E6"/>
            <w:vAlign w:val="center"/>
          </w:tcPr>
          <w:p w14:paraId="0080C4F3" w14:textId="296D4E54" w:rsidR="00A92D63" w:rsidRPr="005A2049" w:rsidRDefault="00A92D63" w:rsidP="0013471F">
            <w:pPr>
              <w:rPr>
                <w:rFonts w:cs="Times New Roman"/>
                <w:sz w:val="22"/>
              </w:rPr>
            </w:pPr>
            <w:r>
              <w:rPr>
                <w:rFonts w:cs="Times New Roman"/>
                <w:color w:val="000000"/>
                <w:sz w:val="22"/>
              </w:rPr>
              <w:t>0.1</w:t>
            </w:r>
          </w:p>
        </w:tc>
        <w:tc>
          <w:tcPr>
            <w:tcW w:w="1558" w:type="dxa"/>
            <w:tcBorders>
              <w:left w:val="nil"/>
            </w:tcBorders>
            <w:shd w:val="clear" w:color="auto" w:fill="E6E6E6"/>
            <w:vAlign w:val="center"/>
          </w:tcPr>
          <w:p w14:paraId="671042EA" w14:textId="7FB02BDE" w:rsidR="00A92D63" w:rsidRPr="005A2049" w:rsidRDefault="00A92D63" w:rsidP="0013471F">
            <w:pPr>
              <w:rPr>
                <w:rFonts w:cs="Times New Roman"/>
                <w:sz w:val="22"/>
              </w:rPr>
            </w:pPr>
            <w:r>
              <w:rPr>
                <w:rFonts w:cs="Times New Roman"/>
                <w:color w:val="000000"/>
                <w:sz w:val="22"/>
              </w:rPr>
              <w:t>QA K =50</w:t>
            </w:r>
          </w:p>
        </w:tc>
      </w:tr>
      <w:tr w:rsidR="00A92D63" w14:paraId="2E04993C" w14:textId="77777777" w:rsidTr="0014058E">
        <w:trPr>
          <w:jc w:val="center"/>
        </w:trPr>
        <w:tc>
          <w:tcPr>
            <w:tcW w:w="1857" w:type="dxa"/>
            <w:tcBorders>
              <w:right w:val="nil"/>
            </w:tcBorders>
            <w:vAlign w:val="center"/>
          </w:tcPr>
          <w:p w14:paraId="0AFD1BBF" w14:textId="73FE1F8D" w:rsidR="00A92D63" w:rsidRDefault="00A92D63" w:rsidP="0013471F">
            <w:pPr>
              <w:spacing w:after="0" w:line="240" w:lineRule="auto"/>
              <w:rPr>
                <w:rFonts w:cs="Times New Roman"/>
                <w:color w:val="000000"/>
                <w:sz w:val="22"/>
              </w:rPr>
            </w:pPr>
            <w:r>
              <w:rPr>
                <w:rFonts w:cs="Times New Roman"/>
                <w:color w:val="000000"/>
                <w:sz w:val="22"/>
              </w:rPr>
              <w:t>0.1</w:t>
            </w:r>
          </w:p>
        </w:tc>
        <w:tc>
          <w:tcPr>
            <w:tcW w:w="1259" w:type="dxa"/>
            <w:tcBorders>
              <w:left w:val="nil"/>
              <w:right w:val="nil"/>
            </w:tcBorders>
            <w:vAlign w:val="center"/>
          </w:tcPr>
          <w:p w14:paraId="2B1E1653" w14:textId="6FE782DD" w:rsidR="00A92D63" w:rsidRDefault="00A92D63" w:rsidP="0013471F">
            <w:pPr>
              <w:rPr>
                <w:rFonts w:cs="Times New Roman"/>
                <w:color w:val="000000"/>
                <w:sz w:val="22"/>
              </w:rPr>
            </w:pPr>
            <w:r>
              <w:rPr>
                <w:rFonts w:cs="Times New Roman"/>
                <w:color w:val="000000"/>
                <w:sz w:val="22"/>
              </w:rPr>
              <w:t>0.001</w:t>
            </w:r>
          </w:p>
        </w:tc>
        <w:tc>
          <w:tcPr>
            <w:tcW w:w="1558" w:type="dxa"/>
            <w:tcBorders>
              <w:left w:val="nil"/>
            </w:tcBorders>
            <w:vAlign w:val="center"/>
          </w:tcPr>
          <w:p w14:paraId="3C4B40E0" w14:textId="3F950EF9" w:rsidR="00A92D63" w:rsidRPr="005A2049" w:rsidRDefault="00A92D63" w:rsidP="0013471F">
            <w:pPr>
              <w:rPr>
                <w:rFonts w:cs="Times New Roman"/>
                <w:color w:val="000000"/>
                <w:sz w:val="22"/>
              </w:rPr>
            </w:pPr>
            <w:r>
              <w:rPr>
                <w:rFonts w:cs="Times New Roman"/>
                <w:color w:val="000000"/>
                <w:sz w:val="22"/>
              </w:rPr>
              <w:t>QA K=50</w:t>
            </w:r>
          </w:p>
        </w:tc>
      </w:tr>
      <w:tr w:rsidR="00A92D63" w14:paraId="15920366" w14:textId="77777777" w:rsidTr="0014058E">
        <w:trPr>
          <w:jc w:val="center"/>
        </w:trPr>
        <w:tc>
          <w:tcPr>
            <w:tcW w:w="1857" w:type="dxa"/>
            <w:tcBorders>
              <w:right w:val="nil"/>
            </w:tcBorders>
            <w:shd w:val="clear" w:color="auto" w:fill="E6E6E6"/>
            <w:vAlign w:val="center"/>
          </w:tcPr>
          <w:p w14:paraId="069D5A82" w14:textId="11F63ACD" w:rsidR="00A92D63" w:rsidRDefault="00A92D63" w:rsidP="0013471F">
            <w:pPr>
              <w:spacing w:after="0" w:line="240" w:lineRule="auto"/>
              <w:rPr>
                <w:rFonts w:cs="Times New Roman"/>
                <w:color w:val="000000"/>
                <w:sz w:val="22"/>
              </w:rPr>
            </w:pPr>
            <w:r>
              <w:rPr>
                <w:rFonts w:cs="Times New Roman"/>
                <w:color w:val="000000"/>
                <w:sz w:val="22"/>
              </w:rPr>
              <w:t>0.1</w:t>
            </w:r>
          </w:p>
        </w:tc>
        <w:tc>
          <w:tcPr>
            <w:tcW w:w="1259" w:type="dxa"/>
            <w:tcBorders>
              <w:left w:val="nil"/>
              <w:right w:val="nil"/>
            </w:tcBorders>
            <w:shd w:val="clear" w:color="auto" w:fill="E6E6E6"/>
            <w:vAlign w:val="center"/>
          </w:tcPr>
          <w:p w14:paraId="5DA5ED97" w14:textId="367FB395" w:rsidR="00A92D63" w:rsidRDefault="00A92D63" w:rsidP="0013471F">
            <w:pPr>
              <w:rPr>
                <w:rFonts w:cs="Times New Roman"/>
                <w:color w:val="000000"/>
                <w:sz w:val="22"/>
              </w:rPr>
            </w:pPr>
            <w:r>
              <w:rPr>
                <w:rFonts w:cs="Times New Roman"/>
                <w:color w:val="000000"/>
                <w:sz w:val="22"/>
              </w:rPr>
              <w:t>0.01</w:t>
            </w:r>
          </w:p>
        </w:tc>
        <w:tc>
          <w:tcPr>
            <w:tcW w:w="1558" w:type="dxa"/>
            <w:tcBorders>
              <w:left w:val="nil"/>
            </w:tcBorders>
            <w:shd w:val="clear" w:color="auto" w:fill="E6E6E6"/>
            <w:vAlign w:val="center"/>
          </w:tcPr>
          <w:p w14:paraId="419894D2" w14:textId="768E7D31" w:rsidR="00A92D63" w:rsidRPr="005A2049" w:rsidRDefault="00A92D63" w:rsidP="0013471F">
            <w:pPr>
              <w:rPr>
                <w:rFonts w:cs="Times New Roman"/>
                <w:color w:val="000000"/>
                <w:sz w:val="22"/>
              </w:rPr>
            </w:pPr>
            <w:r>
              <w:rPr>
                <w:rFonts w:cs="Times New Roman"/>
                <w:color w:val="000000"/>
                <w:sz w:val="22"/>
              </w:rPr>
              <w:t>QA K=50</w:t>
            </w:r>
          </w:p>
        </w:tc>
      </w:tr>
    </w:tbl>
    <w:p w14:paraId="47895F86" w14:textId="77777777" w:rsidR="00A92D63" w:rsidRPr="006A2A20" w:rsidRDefault="00A92D63" w:rsidP="00A92D63">
      <w:pPr>
        <w:rPr>
          <w:sz w:val="22"/>
        </w:rPr>
      </w:pPr>
    </w:p>
    <w:p w14:paraId="09092580" w14:textId="77777777" w:rsidR="00A92D63" w:rsidRDefault="00A92D63" w:rsidP="00A92D63">
      <w:pPr>
        <w:jc w:val="center"/>
        <w:rPr>
          <w:b/>
          <w:bCs/>
          <w:noProof/>
          <w:sz w:val="22"/>
        </w:rPr>
      </w:pPr>
    </w:p>
    <w:p w14:paraId="4DDA6A79" w14:textId="3EF04EB5" w:rsidR="00A92D63" w:rsidRPr="00A92D63" w:rsidRDefault="00A92D63" w:rsidP="00A92D63">
      <w:pPr>
        <w:jc w:val="center"/>
        <w:rPr>
          <w:b/>
          <w:bCs/>
          <w:noProof/>
          <w:sz w:val="22"/>
        </w:rPr>
      </w:pPr>
      <w:r>
        <w:rPr>
          <w:b/>
          <w:bCs/>
          <w:noProof/>
          <w:sz w:val="22"/>
        </w:rPr>
        <w:t>Yield Strength</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857"/>
        <w:gridCol w:w="1259"/>
        <w:gridCol w:w="1558"/>
      </w:tblGrid>
      <w:tr w:rsidR="00A92D63" w14:paraId="291E90AA" w14:textId="77777777" w:rsidTr="0013471F">
        <w:trPr>
          <w:jc w:val="center"/>
        </w:trPr>
        <w:tc>
          <w:tcPr>
            <w:tcW w:w="1857" w:type="dxa"/>
            <w:tcBorders>
              <w:bottom w:val="single" w:sz="4" w:space="0" w:color="auto"/>
              <w:right w:val="nil"/>
            </w:tcBorders>
            <w:shd w:val="clear" w:color="auto" w:fill="C5C5C5"/>
            <w:vAlign w:val="center"/>
          </w:tcPr>
          <w:p w14:paraId="1ECC274F" w14:textId="0D17FDA8" w:rsidR="00A92D63" w:rsidRPr="005A2049" w:rsidRDefault="00000000" w:rsidP="0013471F">
            <w:pPr>
              <w:rPr>
                <w:rFonts w:cs="Times New Roman"/>
                <w:b/>
                <w:bCs/>
                <w:sz w:val="22"/>
              </w:rPr>
            </w:pPr>
            <m:oMathPara>
              <m:oMath>
                <m:sSub>
                  <m:sSubPr>
                    <m:ctrlPr>
                      <w:rPr>
                        <w:rFonts w:ascii="Cambria Math" w:hAnsi="Cambria Math" w:cs="Times New Roman"/>
                        <w:b/>
                        <w:bCs/>
                        <w:i/>
                        <w:sz w:val="22"/>
                      </w:rPr>
                    </m:ctrlPr>
                  </m:sSubPr>
                  <m:e>
                    <m:r>
                      <m:rPr>
                        <m:sty m:val="bi"/>
                      </m:rPr>
                      <w:rPr>
                        <w:rFonts w:ascii="Cambria Math" w:hAnsi="Cambria Math" w:cs="Times New Roman"/>
                        <w:sz w:val="22"/>
                      </w:rPr>
                      <m:t>λ</m:t>
                    </m:r>
                  </m:e>
                  <m:sub>
                    <m:r>
                      <m:rPr>
                        <m:sty m:val="bi"/>
                      </m:rPr>
                      <w:rPr>
                        <w:rFonts w:ascii="Cambria Math" w:hAnsi="Cambria Math" w:cs="Times New Roman"/>
                        <w:sz w:val="22"/>
                      </w:rPr>
                      <m:t>1</m:t>
                    </m:r>
                  </m:sub>
                </m:sSub>
              </m:oMath>
            </m:oMathPara>
          </w:p>
        </w:tc>
        <w:tc>
          <w:tcPr>
            <w:tcW w:w="1259" w:type="dxa"/>
            <w:tcBorders>
              <w:left w:val="nil"/>
              <w:bottom w:val="single" w:sz="4" w:space="0" w:color="auto"/>
              <w:right w:val="nil"/>
            </w:tcBorders>
            <w:shd w:val="clear" w:color="auto" w:fill="C5C5C5"/>
            <w:vAlign w:val="center"/>
          </w:tcPr>
          <w:p w14:paraId="190CBA59" w14:textId="77777777" w:rsidR="00A92D63" w:rsidRPr="005A2049" w:rsidRDefault="00000000" w:rsidP="0013471F">
            <w:pPr>
              <w:rPr>
                <w:rFonts w:cs="Times New Roman"/>
                <w:b/>
                <w:bCs/>
                <w:sz w:val="22"/>
              </w:rPr>
            </w:pPr>
            <m:oMathPara>
              <m:oMath>
                <m:sSub>
                  <m:sSubPr>
                    <m:ctrlPr>
                      <w:rPr>
                        <w:rFonts w:ascii="Cambria Math" w:hAnsi="Cambria Math" w:cs="Times New Roman"/>
                        <w:b/>
                        <w:bCs/>
                        <w:i/>
                        <w:sz w:val="22"/>
                      </w:rPr>
                    </m:ctrlPr>
                  </m:sSubPr>
                  <m:e>
                    <m:r>
                      <m:rPr>
                        <m:sty m:val="bi"/>
                      </m:rPr>
                      <w:rPr>
                        <w:rFonts w:ascii="Cambria Math" w:hAnsi="Cambria Math" w:cs="Times New Roman"/>
                        <w:sz w:val="22"/>
                      </w:rPr>
                      <m:t>λ</m:t>
                    </m:r>
                  </m:e>
                  <m:sub>
                    <m:r>
                      <m:rPr>
                        <m:sty m:val="bi"/>
                      </m:rPr>
                      <w:rPr>
                        <w:rFonts w:ascii="Cambria Math" w:hAnsi="Cambria Math" w:cs="Times New Roman"/>
                        <w:sz w:val="22"/>
                      </w:rPr>
                      <m:t>2</m:t>
                    </m:r>
                  </m:sub>
                </m:sSub>
              </m:oMath>
            </m:oMathPara>
          </w:p>
        </w:tc>
        <w:tc>
          <w:tcPr>
            <w:tcW w:w="1558" w:type="dxa"/>
            <w:tcBorders>
              <w:left w:val="nil"/>
              <w:bottom w:val="single" w:sz="4" w:space="0" w:color="auto"/>
            </w:tcBorders>
            <w:shd w:val="clear" w:color="auto" w:fill="C5C5C5"/>
            <w:vAlign w:val="center"/>
          </w:tcPr>
          <w:p w14:paraId="1855A819" w14:textId="77777777" w:rsidR="00A92D63" w:rsidRPr="005A2049" w:rsidRDefault="00A92D63" w:rsidP="0013471F">
            <w:pPr>
              <w:rPr>
                <w:rFonts w:cs="Times New Roman"/>
                <w:b/>
                <w:bCs/>
                <w:sz w:val="22"/>
              </w:rPr>
            </w:pPr>
            <w:r>
              <w:rPr>
                <w:rFonts w:cs="Times New Roman"/>
                <w:b/>
                <w:bCs/>
                <w:sz w:val="22"/>
              </w:rPr>
              <w:t>Q-MI Model</w:t>
            </w:r>
          </w:p>
        </w:tc>
      </w:tr>
      <w:tr w:rsidR="00A92D63" w14:paraId="1A3E1460" w14:textId="77777777" w:rsidTr="0014058E">
        <w:trPr>
          <w:trHeight w:val="395"/>
          <w:jc w:val="center"/>
        </w:trPr>
        <w:tc>
          <w:tcPr>
            <w:tcW w:w="1857" w:type="dxa"/>
            <w:tcBorders>
              <w:right w:val="nil"/>
            </w:tcBorders>
            <w:vAlign w:val="center"/>
          </w:tcPr>
          <w:p w14:paraId="14A08B79" w14:textId="77777777"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0.01</w:t>
            </w:r>
          </w:p>
        </w:tc>
        <w:tc>
          <w:tcPr>
            <w:tcW w:w="1259" w:type="dxa"/>
            <w:tcBorders>
              <w:left w:val="nil"/>
              <w:right w:val="nil"/>
            </w:tcBorders>
            <w:vAlign w:val="center"/>
          </w:tcPr>
          <w:p w14:paraId="6E135FE5" w14:textId="77777777"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0.01</w:t>
            </w:r>
          </w:p>
        </w:tc>
        <w:tc>
          <w:tcPr>
            <w:tcW w:w="1558" w:type="dxa"/>
            <w:tcBorders>
              <w:left w:val="nil"/>
            </w:tcBorders>
            <w:vAlign w:val="center"/>
          </w:tcPr>
          <w:p w14:paraId="7852C435" w14:textId="77777777"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SA K=20</w:t>
            </w:r>
          </w:p>
        </w:tc>
      </w:tr>
      <w:tr w:rsidR="00A92D63" w14:paraId="0B4F764B" w14:textId="77777777" w:rsidTr="0014058E">
        <w:trPr>
          <w:jc w:val="center"/>
        </w:trPr>
        <w:tc>
          <w:tcPr>
            <w:tcW w:w="1857" w:type="dxa"/>
            <w:tcBorders>
              <w:right w:val="nil"/>
            </w:tcBorders>
            <w:shd w:val="clear" w:color="auto" w:fill="E6E6E6"/>
            <w:vAlign w:val="center"/>
          </w:tcPr>
          <w:p w14:paraId="5AA068BC" w14:textId="77777777" w:rsidR="00A92D63" w:rsidRPr="005A2049" w:rsidRDefault="00A92D63" w:rsidP="0013471F">
            <w:pPr>
              <w:spacing w:after="0" w:line="240" w:lineRule="auto"/>
              <w:rPr>
                <w:rFonts w:eastAsia="Times New Roman" w:cs="Times New Roman"/>
                <w:color w:val="000000"/>
                <w:sz w:val="22"/>
              </w:rPr>
            </w:pPr>
            <w:r>
              <w:rPr>
                <w:rFonts w:cs="Times New Roman"/>
                <w:color w:val="000000"/>
                <w:sz w:val="22"/>
              </w:rPr>
              <w:t>0.01</w:t>
            </w:r>
          </w:p>
        </w:tc>
        <w:tc>
          <w:tcPr>
            <w:tcW w:w="1259" w:type="dxa"/>
            <w:tcBorders>
              <w:left w:val="nil"/>
              <w:right w:val="nil"/>
            </w:tcBorders>
            <w:shd w:val="clear" w:color="auto" w:fill="E6E6E6"/>
            <w:vAlign w:val="center"/>
          </w:tcPr>
          <w:p w14:paraId="56DEE789" w14:textId="77777777" w:rsidR="00A92D63" w:rsidRPr="005A2049" w:rsidRDefault="00A92D63" w:rsidP="0013471F">
            <w:pPr>
              <w:rPr>
                <w:rFonts w:cs="Times New Roman"/>
                <w:sz w:val="22"/>
              </w:rPr>
            </w:pPr>
            <w:r>
              <w:rPr>
                <w:rFonts w:cs="Times New Roman"/>
                <w:color w:val="000000"/>
                <w:sz w:val="22"/>
              </w:rPr>
              <w:t>0.1</w:t>
            </w:r>
          </w:p>
        </w:tc>
        <w:tc>
          <w:tcPr>
            <w:tcW w:w="1558" w:type="dxa"/>
            <w:tcBorders>
              <w:left w:val="nil"/>
            </w:tcBorders>
            <w:shd w:val="clear" w:color="auto" w:fill="E6E6E6"/>
            <w:vAlign w:val="center"/>
          </w:tcPr>
          <w:p w14:paraId="40655A8C" w14:textId="77777777" w:rsidR="00A92D63" w:rsidRPr="005A2049" w:rsidRDefault="00A92D63" w:rsidP="0013471F">
            <w:pPr>
              <w:rPr>
                <w:rFonts w:cs="Times New Roman"/>
                <w:sz w:val="22"/>
              </w:rPr>
            </w:pPr>
            <w:r>
              <w:rPr>
                <w:rFonts w:cs="Times New Roman"/>
                <w:color w:val="000000"/>
                <w:sz w:val="22"/>
              </w:rPr>
              <w:t>SA K =20</w:t>
            </w:r>
          </w:p>
        </w:tc>
      </w:tr>
      <w:tr w:rsidR="00A92D63" w14:paraId="27BB2507" w14:textId="77777777" w:rsidTr="0014058E">
        <w:trPr>
          <w:jc w:val="center"/>
        </w:trPr>
        <w:tc>
          <w:tcPr>
            <w:tcW w:w="1857" w:type="dxa"/>
            <w:tcBorders>
              <w:right w:val="nil"/>
            </w:tcBorders>
            <w:vAlign w:val="center"/>
          </w:tcPr>
          <w:p w14:paraId="0279CF07" w14:textId="77777777" w:rsidR="00A92D63" w:rsidRDefault="00A92D63" w:rsidP="0013471F">
            <w:pPr>
              <w:spacing w:after="0" w:line="240" w:lineRule="auto"/>
              <w:rPr>
                <w:rFonts w:cs="Times New Roman"/>
                <w:color w:val="000000"/>
                <w:sz w:val="22"/>
              </w:rPr>
            </w:pPr>
            <w:r>
              <w:rPr>
                <w:rFonts w:cs="Times New Roman"/>
                <w:color w:val="000000"/>
                <w:sz w:val="22"/>
              </w:rPr>
              <w:t>0.1</w:t>
            </w:r>
          </w:p>
        </w:tc>
        <w:tc>
          <w:tcPr>
            <w:tcW w:w="1259" w:type="dxa"/>
            <w:tcBorders>
              <w:left w:val="nil"/>
              <w:right w:val="nil"/>
            </w:tcBorders>
            <w:vAlign w:val="center"/>
          </w:tcPr>
          <w:p w14:paraId="1607E05D" w14:textId="77777777" w:rsidR="00A92D63" w:rsidRDefault="00A92D63" w:rsidP="0013471F">
            <w:pPr>
              <w:rPr>
                <w:rFonts w:cs="Times New Roman"/>
                <w:color w:val="000000"/>
                <w:sz w:val="22"/>
              </w:rPr>
            </w:pPr>
            <w:r>
              <w:rPr>
                <w:rFonts w:cs="Times New Roman"/>
                <w:color w:val="000000"/>
                <w:sz w:val="22"/>
              </w:rPr>
              <w:t>0.001</w:t>
            </w:r>
          </w:p>
        </w:tc>
        <w:tc>
          <w:tcPr>
            <w:tcW w:w="1558" w:type="dxa"/>
            <w:tcBorders>
              <w:left w:val="nil"/>
            </w:tcBorders>
            <w:vAlign w:val="center"/>
          </w:tcPr>
          <w:p w14:paraId="473718B1" w14:textId="77777777" w:rsidR="00A92D63" w:rsidRPr="005A2049" w:rsidRDefault="00A92D63" w:rsidP="0013471F">
            <w:pPr>
              <w:rPr>
                <w:rFonts w:cs="Times New Roman"/>
                <w:color w:val="000000"/>
                <w:sz w:val="22"/>
              </w:rPr>
            </w:pPr>
            <w:r>
              <w:rPr>
                <w:rFonts w:cs="Times New Roman"/>
                <w:color w:val="000000"/>
                <w:sz w:val="22"/>
              </w:rPr>
              <w:t>QA K=100</w:t>
            </w:r>
          </w:p>
        </w:tc>
      </w:tr>
      <w:tr w:rsidR="00A92D63" w14:paraId="415A338E" w14:textId="77777777" w:rsidTr="0014058E">
        <w:trPr>
          <w:jc w:val="center"/>
        </w:trPr>
        <w:tc>
          <w:tcPr>
            <w:tcW w:w="1857" w:type="dxa"/>
            <w:tcBorders>
              <w:right w:val="nil"/>
            </w:tcBorders>
            <w:shd w:val="clear" w:color="auto" w:fill="E6E6E6"/>
            <w:vAlign w:val="center"/>
          </w:tcPr>
          <w:p w14:paraId="51885881" w14:textId="77777777" w:rsidR="00A92D63" w:rsidRDefault="00A92D63" w:rsidP="0013471F">
            <w:pPr>
              <w:spacing w:after="0" w:line="240" w:lineRule="auto"/>
              <w:rPr>
                <w:rFonts w:cs="Times New Roman"/>
                <w:color w:val="000000"/>
                <w:sz w:val="22"/>
              </w:rPr>
            </w:pPr>
            <w:r>
              <w:rPr>
                <w:rFonts w:cs="Times New Roman"/>
                <w:color w:val="000000"/>
                <w:sz w:val="22"/>
              </w:rPr>
              <w:t>0.1</w:t>
            </w:r>
          </w:p>
        </w:tc>
        <w:tc>
          <w:tcPr>
            <w:tcW w:w="1259" w:type="dxa"/>
            <w:tcBorders>
              <w:left w:val="nil"/>
              <w:right w:val="nil"/>
            </w:tcBorders>
            <w:shd w:val="clear" w:color="auto" w:fill="E6E6E6"/>
            <w:vAlign w:val="center"/>
          </w:tcPr>
          <w:p w14:paraId="76B83A55" w14:textId="77777777" w:rsidR="00A92D63" w:rsidRDefault="00A92D63" w:rsidP="0013471F">
            <w:pPr>
              <w:rPr>
                <w:rFonts w:cs="Times New Roman"/>
                <w:color w:val="000000"/>
                <w:sz w:val="22"/>
              </w:rPr>
            </w:pPr>
            <w:r>
              <w:rPr>
                <w:rFonts w:cs="Times New Roman"/>
                <w:color w:val="000000"/>
                <w:sz w:val="22"/>
              </w:rPr>
              <w:t>0.01</w:t>
            </w:r>
          </w:p>
        </w:tc>
        <w:tc>
          <w:tcPr>
            <w:tcW w:w="1558" w:type="dxa"/>
            <w:tcBorders>
              <w:left w:val="nil"/>
            </w:tcBorders>
            <w:shd w:val="clear" w:color="auto" w:fill="E6E6E6"/>
            <w:vAlign w:val="center"/>
          </w:tcPr>
          <w:p w14:paraId="14A2B72F" w14:textId="77777777" w:rsidR="00A92D63" w:rsidRPr="005A2049" w:rsidRDefault="00A92D63" w:rsidP="0013471F">
            <w:pPr>
              <w:rPr>
                <w:rFonts w:cs="Times New Roman"/>
                <w:color w:val="000000"/>
                <w:sz w:val="22"/>
              </w:rPr>
            </w:pPr>
            <w:r>
              <w:rPr>
                <w:rFonts w:cs="Times New Roman"/>
                <w:color w:val="000000"/>
                <w:sz w:val="22"/>
              </w:rPr>
              <w:t>QA K=20</w:t>
            </w:r>
          </w:p>
        </w:tc>
      </w:tr>
    </w:tbl>
    <w:p w14:paraId="46C04315" w14:textId="77777777" w:rsidR="00A92D63" w:rsidRDefault="00A92D63" w:rsidP="00A92D63">
      <w:pPr>
        <w:rPr>
          <w:sz w:val="22"/>
        </w:rPr>
      </w:pPr>
    </w:p>
    <w:p w14:paraId="6B0DD2D9" w14:textId="77777777" w:rsidR="00A92D63" w:rsidRPr="00250C7B" w:rsidRDefault="00A92D63" w:rsidP="00250C7B">
      <w:pPr>
        <w:widowControl w:val="0"/>
        <w:autoSpaceDE w:val="0"/>
        <w:autoSpaceDN w:val="0"/>
        <w:adjustRightInd w:val="0"/>
        <w:rPr>
          <w:rFonts w:cs="Times New Roman"/>
          <w:sz w:val="22"/>
        </w:rPr>
      </w:pPr>
    </w:p>
    <w:p w14:paraId="1D01A9F1" w14:textId="77777777" w:rsidR="00250C7B" w:rsidRPr="00552AE0" w:rsidRDefault="00250C7B" w:rsidP="000758C9">
      <w:pPr>
        <w:widowControl w:val="0"/>
        <w:autoSpaceDE w:val="0"/>
        <w:autoSpaceDN w:val="0"/>
        <w:adjustRightInd w:val="0"/>
        <w:rPr>
          <w:rFonts w:cs="Times New Roman"/>
          <w:b/>
          <w:bCs/>
          <w:sz w:val="28"/>
          <w:szCs w:val="28"/>
        </w:rPr>
      </w:pPr>
    </w:p>
    <w:p w14:paraId="2A89FC11" w14:textId="6878EB49" w:rsidR="00C35A5E" w:rsidRPr="00552AE0" w:rsidRDefault="00C35A5E" w:rsidP="00294452">
      <w:pPr>
        <w:widowControl w:val="0"/>
        <w:autoSpaceDE w:val="0"/>
        <w:autoSpaceDN w:val="0"/>
        <w:adjustRightInd w:val="0"/>
        <w:rPr>
          <w:rFonts w:cs="Times New Roman"/>
          <w:b/>
          <w:bCs/>
          <w:sz w:val="28"/>
          <w:szCs w:val="28"/>
        </w:rPr>
      </w:pPr>
      <w:r w:rsidRPr="00552AE0">
        <w:rPr>
          <w:rFonts w:cs="Times New Roman"/>
          <w:b/>
          <w:bCs/>
          <w:sz w:val="28"/>
          <w:szCs w:val="28"/>
        </w:rPr>
        <w:t xml:space="preserve">Section </w:t>
      </w:r>
      <w:r w:rsidR="000758C9" w:rsidRPr="00552AE0">
        <w:rPr>
          <w:rFonts w:cs="Times New Roman"/>
          <w:b/>
          <w:bCs/>
          <w:sz w:val="28"/>
          <w:szCs w:val="28"/>
        </w:rPr>
        <w:t>D</w:t>
      </w:r>
      <w:r w:rsidRPr="00552AE0">
        <w:rPr>
          <w:rFonts w:cs="Times New Roman"/>
          <w:b/>
          <w:bCs/>
          <w:sz w:val="28"/>
          <w:szCs w:val="28"/>
        </w:rPr>
        <w:t>: Quantum</w:t>
      </w:r>
      <w:r w:rsidR="00CF2908">
        <w:rPr>
          <w:rFonts w:cs="Times New Roman"/>
          <w:b/>
          <w:bCs/>
          <w:sz w:val="28"/>
          <w:szCs w:val="28"/>
        </w:rPr>
        <w:t>-</w:t>
      </w:r>
      <w:r w:rsidRPr="00552AE0">
        <w:rPr>
          <w:rFonts w:cs="Times New Roman"/>
          <w:b/>
          <w:bCs/>
          <w:sz w:val="28"/>
          <w:szCs w:val="28"/>
        </w:rPr>
        <w:t>Support Vector Machine</w:t>
      </w:r>
      <w:r w:rsidR="00CF2908">
        <w:rPr>
          <w:rFonts w:cs="Times New Roman"/>
          <w:b/>
          <w:bCs/>
          <w:sz w:val="28"/>
          <w:szCs w:val="28"/>
        </w:rPr>
        <w:t>-</w:t>
      </w:r>
      <w:r w:rsidRPr="00552AE0">
        <w:rPr>
          <w:rFonts w:cs="Times New Roman"/>
          <w:b/>
          <w:bCs/>
          <w:sz w:val="28"/>
          <w:szCs w:val="28"/>
        </w:rPr>
        <w:t>Regression</w:t>
      </w:r>
      <w:r w:rsidR="00C16343" w:rsidRPr="00552AE0">
        <w:rPr>
          <w:rFonts w:cs="Times New Roman"/>
          <w:b/>
          <w:bCs/>
          <w:sz w:val="28"/>
          <w:szCs w:val="28"/>
        </w:rPr>
        <w:t xml:space="preserve"> Formulation</w:t>
      </w:r>
    </w:p>
    <w:p w14:paraId="1793C0B2" w14:textId="77777777" w:rsidR="00C35A5E" w:rsidRDefault="00C35A5E" w:rsidP="00294452">
      <w:pPr>
        <w:widowControl w:val="0"/>
        <w:autoSpaceDE w:val="0"/>
        <w:autoSpaceDN w:val="0"/>
        <w:adjustRightInd w:val="0"/>
        <w:ind w:left="640"/>
        <w:rPr>
          <w:rFonts w:cs="Times New Roman"/>
          <w:b/>
          <w:bCs/>
        </w:rPr>
      </w:pPr>
    </w:p>
    <w:p w14:paraId="27EBFC0E" w14:textId="1522FC91" w:rsidR="00C35A5E" w:rsidRDefault="00C35A5E" w:rsidP="00294452">
      <w:pPr>
        <w:widowControl w:val="0"/>
        <w:autoSpaceDE w:val="0"/>
        <w:autoSpaceDN w:val="0"/>
        <w:adjustRightInd w:val="0"/>
        <w:rPr>
          <w:rFonts w:cs="Times New Roman"/>
          <w:sz w:val="22"/>
        </w:rPr>
      </w:pPr>
      <w:r w:rsidRPr="00C35A5E">
        <w:rPr>
          <w:rFonts w:cs="Times New Roman"/>
          <w:b/>
          <w:bCs/>
          <w:sz w:val="22"/>
        </w:rPr>
        <w:t>QUBO Formulation.</w:t>
      </w:r>
      <w:r>
        <w:rPr>
          <w:rFonts w:cs="Times New Roman"/>
          <w:b/>
          <w:bCs/>
          <w:sz w:val="22"/>
        </w:rPr>
        <w:t xml:space="preserve"> </w:t>
      </w:r>
      <w:r>
        <w:rPr>
          <w:rFonts w:cs="Times New Roman"/>
          <w:sz w:val="22"/>
        </w:rPr>
        <w:t xml:space="preserve">The </w:t>
      </w:r>
      <w:r w:rsidR="00294452">
        <w:rPr>
          <w:rFonts w:cs="Times New Roman"/>
          <w:sz w:val="22"/>
        </w:rPr>
        <w:t>dual problem of the SVM regression, constructed to satisfy the KKT conditions,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010"/>
        <w:gridCol w:w="985"/>
      </w:tblGrid>
      <w:tr w:rsidR="00516C40" w14:paraId="3E160FF6" w14:textId="77777777" w:rsidTr="00516C40">
        <w:tc>
          <w:tcPr>
            <w:tcW w:w="355" w:type="dxa"/>
          </w:tcPr>
          <w:p w14:paraId="63EB485B" w14:textId="77777777" w:rsidR="00516C40" w:rsidRDefault="00516C40" w:rsidP="00516C40">
            <w:pPr>
              <w:widowControl w:val="0"/>
              <w:autoSpaceDE w:val="0"/>
              <w:autoSpaceDN w:val="0"/>
              <w:adjustRightInd w:val="0"/>
              <w:jc w:val="center"/>
              <w:rPr>
                <w:rFonts w:cs="Times New Roman"/>
                <w:sz w:val="22"/>
              </w:rPr>
            </w:pPr>
          </w:p>
        </w:tc>
        <w:tc>
          <w:tcPr>
            <w:tcW w:w="8010" w:type="dxa"/>
          </w:tcPr>
          <w:p w14:paraId="2F796CDC" w14:textId="77777777" w:rsidR="00516C40" w:rsidRPr="00C35A5E" w:rsidRDefault="00000000" w:rsidP="00516C40">
            <w:pPr>
              <w:widowControl w:val="0"/>
              <w:autoSpaceDE w:val="0"/>
              <w:autoSpaceDN w:val="0"/>
              <w:adjustRightInd w:val="0"/>
              <w:ind w:left="640"/>
              <w:jc w:val="center"/>
              <w:rPr>
                <w:rFonts w:cs="Times New Roman"/>
                <w:sz w:val="22"/>
              </w:rPr>
            </w:pPr>
            <m:oMathPara>
              <m:oMathParaPr>
                <m:jc m:val="centerGroup"/>
              </m:oMathParaPr>
              <m:oMath>
                <m:func>
                  <m:funcPr>
                    <m:ctrlPr>
                      <w:rPr>
                        <w:rFonts w:ascii="Cambria Math" w:hAnsi="Cambria Math" w:cs="Times New Roman"/>
                        <w:i/>
                        <w:iCs/>
                        <w:sz w:val="22"/>
                      </w:rPr>
                    </m:ctrlPr>
                  </m:funcPr>
                  <m:fName>
                    <m:r>
                      <w:rPr>
                        <w:rFonts w:ascii="Cambria Math" w:hAnsi="Cambria Math" w:cs="Times New Roman"/>
                        <w:sz w:val="22"/>
                      </w:rPr>
                      <m:t>L=</m:t>
                    </m:r>
                  </m:fName>
                  <m:e>
                    <m:r>
                      <w:rPr>
                        <w:rFonts w:ascii="Cambria Math" w:hAnsi="Cambria Math" w:cs="Times New Roman"/>
                        <w:sz w:val="22"/>
                      </w:rPr>
                      <m:t> </m:t>
                    </m:r>
                    <m:f>
                      <m:fPr>
                        <m:ctrlPr>
                          <w:rPr>
                            <w:rFonts w:ascii="Cambria Math" w:hAnsi="Cambria Math" w:cs="Times New Roman"/>
                            <w:i/>
                            <w:iCs/>
                            <w:sz w:val="22"/>
                          </w:rPr>
                        </m:ctrlPr>
                      </m:fPr>
                      <m:num>
                        <m:r>
                          <w:rPr>
                            <w:rFonts w:ascii="Cambria Math" w:hAnsi="Cambria Math" w:cs="Times New Roman"/>
                            <w:sz w:val="22"/>
                          </w:rPr>
                          <m:t>1</m:t>
                        </m:r>
                      </m:num>
                      <m:den>
                        <m:r>
                          <w:rPr>
                            <w:rFonts w:ascii="Cambria Math" w:hAnsi="Cambria Math" w:cs="Times New Roman"/>
                            <w:sz w:val="22"/>
                          </w:rPr>
                          <m:t>2</m:t>
                        </m:r>
                      </m:den>
                    </m:f>
                    <m:nary>
                      <m:naryPr>
                        <m:chr m:val="∑"/>
                        <m:supHide m:val="1"/>
                        <m:ctrlPr>
                          <w:rPr>
                            <w:rFonts w:ascii="Cambria Math" w:hAnsi="Cambria Math" w:cs="Times New Roman"/>
                            <w:i/>
                            <w:iCs/>
                            <w:sz w:val="22"/>
                          </w:rPr>
                        </m:ctrlPr>
                      </m:naryPr>
                      <m:sub>
                        <m:r>
                          <w:rPr>
                            <w:rFonts w:ascii="Cambria Math" w:hAnsi="Cambria Math" w:cs="Times New Roman"/>
                            <w:sz w:val="22"/>
                          </w:rPr>
                          <m:t>i,j</m:t>
                        </m:r>
                      </m:sub>
                      <m:sup/>
                      <m:e>
                        <m:d>
                          <m:dPr>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α</m:t>
                                </m:r>
                              </m:e>
                              <m:sub>
                                <m:r>
                                  <w:rPr>
                                    <w:rFonts w:ascii="Cambria Math" w:hAnsi="Cambria Math" w:cs="Times New Roman"/>
                                    <w:sz w:val="22"/>
                                  </w:rPr>
                                  <m:t>i</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e>
                        </m:d>
                        <m:d>
                          <m:dPr>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α</m:t>
                                </m:r>
                              </m:e>
                              <m:sub>
                                <m:r>
                                  <w:rPr>
                                    <w:rFonts w:ascii="Cambria Math" w:hAnsi="Cambria Math" w:cs="Times New Roman"/>
                                    <w:sz w:val="22"/>
                                  </w:rPr>
                                  <m:t>j</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j</m:t>
                                </m:r>
                              </m:sub>
                              <m:sup>
                                <m:r>
                                  <w:rPr>
                                    <w:rFonts w:ascii="Cambria Math" w:hAnsi="Cambria Math" w:cs="Times New Roman"/>
                                    <w:sz w:val="22"/>
                                  </w:rPr>
                                  <m:t>*</m:t>
                                </m:r>
                              </m:sup>
                            </m:sSubSup>
                          </m:e>
                        </m:d>
                        <m:r>
                          <m:rPr>
                            <m:sty m:val="p"/>
                          </m:rPr>
                          <w:rPr>
                            <w:rFonts w:ascii="Cambria Math" w:hAnsi="Cambria Math" w:cs="Times New Roman"/>
                            <w:sz w:val="22"/>
                          </w:rPr>
                          <m:t>ϕ</m:t>
                        </m:r>
                        <m:d>
                          <m:dPr>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x</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x</m:t>
                                </m:r>
                              </m:e>
                              <m:sub>
                                <m:r>
                                  <w:rPr>
                                    <w:rFonts w:ascii="Cambria Math" w:hAnsi="Cambria Math" w:cs="Times New Roman"/>
                                    <w:sz w:val="22"/>
                                  </w:rPr>
                                  <m:t>j</m:t>
                                </m:r>
                              </m:sub>
                            </m:sSub>
                          </m:e>
                        </m:d>
                      </m:e>
                    </m:nary>
                    <m:r>
                      <w:rPr>
                        <w:rFonts w:ascii="Cambria Math" w:hAnsi="Cambria Math" w:cs="Times New Roman"/>
                        <w:sz w:val="22"/>
                      </w:rPr>
                      <m:t>+ε</m:t>
                    </m:r>
                    <m:nary>
                      <m:naryPr>
                        <m:chr m:val="∑"/>
                        <m:supHide m:val="1"/>
                        <m:ctrlPr>
                          <w:rPr>
                            <w:rFonts w:ascii="Cambria Math" w:hAnsi="Cambria Math" w:cs="Times New Roman"/>
                            <w:i/>
                            <w:iCs/>
                            <w:sz w:val="22"/>
                          </w:rPr>
                        </m:ctrlPr>
                      </m:naryPr>
                      <m:sub>
                        <m:r>
                          <w:rPr>
                            <w:rFonts w:ascii="Cambria Math" w:hAnsi="Cambria Math" w:cs="Times New Roman"/>
                            <w:sz w:val="22"/>
                          </w:rPr>
                          <m:t>i</m:t>
                        </m:r>
                      </m:sub>
                      <m:sup/>
                      <m:e>
                        <m:sSub>
                          <m:sSubPr>
                            <m:ctrlPr>
                              <w:rPr>
                                <w:rFonts w:ascii="Cambria Math" w:hAnsi="Cambria Math" w:cs="Times New Roman"/>
                                <w:i/>
                                <w:iCs/>
                                <w:sz w:val="22"/>
                              </w:rPr>
                            </m:ctrlPr>
                          </m:sSubPr>
                          <m:e>
                            <m:r>
                              <w:rPr>
                                <w:rFonts w:ascii="Cambria Math" w:hAnsi="Cambria Math" w:cs="Times New Roman"/>
                                <w:sz w:val="22"/>
                              </w:rPr>
                              <m:t>(α</m:t>
                            </m:r>
                          </m:e>
                          <m:sub>
                            <m:r>
                              <w:rPr>
                                <w:rFonts w:ascii="Cambria Math" w:hAnsi="Cambria Math" w:cs="Times New Roman"/>
                                <w:sz w:val="22"/>
                              </w:rPr>
                              <m:t>i</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r>
                          <w:rPr>
                            <w:rFonts w:ascii="Cambria Math" w:hAnsi="Cambria Math" w:cs="Times New Roman"/>
                            <w:sz w:val="22"/>
                          </w:rPr>
                          <m:t>)</m:t>
                        </m:r>
                      </m:e>
                    </m:nary>
                    <m:r>
                      <w:rPr>
                        <w:rFonts w:ascii="Cambria Math" w:hAnsi="Cambria Math" w:cs="Times New Roman"/>
                        <w:sz w:val="22"/>
                      </w:rPr>
                      <m:t> -</m:t>
                    </m:r>
                    <m:nary>
                      <m:naryPr>
                        <m:chr m:val="∑"/>
                        <m:supHide m:val="1"/>
                        <m:ctrlPr>
                          <w:rPr>
                            <w:rFonts w:ascii="Cambria Math" w:hAnsi="Cambria Math" w:cs="Times New Roman"/>
                            <w:i/>
                            <w:iCs/>
                            <w:sz w:val="22"/>
                          </w:rPr>
                        </m:ctrlPr>
                      </m:naryPr>
                      <m:sub>
                        <m:r>
                          <w:rPr>
                            <w:rFonts w:ascii="Cambria Math" w:hAnsi="Cambria Math" w:cs="Times New Roman"/>
                            <w:sz w:val="22"/>
                          </w:rPr>
                          <m:t>i</m:t>
                        </m:r>
                      </m:sub>
                      <m:sup/>
                      <m:e>
                        <m:sSub>
                          <m:sSubPr>
                            <m:ctrlPr>
                              <w:rPr>
                                <w:rFonts w:ascii="Cambria Math" w:hAnsi="Cambria Math" w:cs="Times New Roman"/>
                                <w:i/>
                                <w:iCs/>
                                <w:sz w:val="22"/>
                              </w:rPr>
                            </m:ctrlPr>
                          </m:sSubPr>
                          <m:e>
                            <m:r>
                              <w:rPr>
                                <w:rFonts w:ascii="Cambria Math" w:hAnsi="Cambria Math" w:cs="Times New Roman"/>
                                <w:sz w:val="22"/>
                              </w:rPr>
                              <m:t>y</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α</m:t>
                            </m:r>
                          </m:e>
                          <m:sub>
                            <m:r>
                              <w:rPr>
                                <w:rFonts w:ascii="Cambria Math" w:hAnsi="Cambria Math" w:cs="Times New Roman"/>
                                <w:sz w:val="22"/>
                              </w:rPr>
                              <m:t>i</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r>
                          <w:rPr>
                            <w:rFonts w:ascii="Cambria Math" w:hAnsi="Cambria Math" w:cs="Times New Roman"/>
                            <w:sz w:val="22"/>
                          </w:rPr>
                          <m:t>)</m:t>
                        </m:r>
                      </m:e>
                    </m:nary>
                  </m:e>
                </m:func>
              </m:oMath>
            </m:oMathPara>
          </w:p>
          <w:p w14:paraId="5443A74B" w14:textId="50F7247A" w:rsidR="00516C40" w:rsidRPr="00516C40" w:rsidRDefault="00516C40" w:rsidP="00516C40">
            <w:pPr>
              <w:widowControl w:val="0"/>
              <w:autoSpaceDE w:val="0"/>
              <w:autoSpaceDN w:val="0"/>
              <w:adjustRightInd w:val="0"/>
              <w:ind w:left="640"/>
              <w:jc w:val="center"/>
              <w:rPr>
                <w:rFonts w:cs="Times New Roman"/>
                <w:iCs/>
                <w:sz w:val="22"/>
              </w:rPr>
            </w:pPr>
            <w:r w:rsidRPr="00C35A5E">
              <w:rPr>
                <w:rFonts w:cs="Times New Roman"/>
                <w:sz w:val="22"/>
              </w:rPr>
              <w:t xml:space="preserve">s.t.   </w:t>
            </w:r>
            <w:bookmarkStart w:id="0" w:name="_Hlk210823970"/>
            <m:oMath>
              <m:nary>
                <m:naryPr>
                  <m:chr m:val="∑"/>
                  <m:supHide m:val="1"/>
                  <m:ctrlPr>
                    <w:rPr>
                      <w:rFonts w:ascii="Cambria Math" w:hAnsi="Cambria Math" w:cs="Times New Roman"/>
                      <w:i/>
                      <w:iCs/>
                      <w:sz w:val="22"/>
                    </w:rPr>
                  </m:ctrlPr>
                </m:naryPr>
                <m:sub>
                  <m:r>
                    <w:rPr>
                      <w:rFonts w:ascii="Cambria Math" w:hAnsi="Cambria Math" w:cs="Times New Roman"/>
                      <w:sz w:val="22"/>
                    </w:rPr>
                    <m:t>i</m:t>
                  </m:r>
                </m:sub>
                <m:sup/>
                <m:e>
                  <m:d>
                    <m:dPr>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α</m:t>
                          </m:r>
                        </m:e>
                        <m:sub>
                          <m:r>
                            <w:rPr>
                              <w:rFonts w:ascii="Cambria Math" w:hAnsi="Cambria Math" w:cs="Times New Roman"/>
                              <w:sz w:val="22"/>
                            </w:rPr>
                            <m:t>i</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e>
                  </m:d>
                  <m:r>
                    <w:rPr>
                      <w:rFonts w:ascii="Cambria Math" w:hAnsi="Cambria Math" w:cs="Times New Roman"/>
                      <w:sz w:val="22"/>
                    </w:rPr>
                    <m:t>=0 </m:t>
                  </m:r>
                </m:e>
              </m:nary>
            </m:oMath>
            <w:bookmarkEnd w:id="0"/>
            <w:r w:rsidRPr="00C35A5E">
              <w:rPr>
                <w:rFonts w:cs="Times New Roman"/>
                <w:sz w:val="22"/>
              </w:rPr>
              <w:t xml:space="preserve"> and </w:t>
            </w:r>
            <m:oMath>
              <m:sSub>
                <m:sSubPr>
                  <m:ctrlPr>
                    <w:rPr>
                      <w:rFonts w:ascii="Cambria Math" w:hAnsi="Cambria Math" w:cs="Times New Roman"/>
                      <w:i/>
                      <w:iCs/>
                      <w:sz w:val="22"/>
                    </w:rPr>
                  </m:ctrlPr>
                </m:sSubPr>
                <m:e>
                  <m:r>
                    <w:rPr>
                      <w:rFonts w:ascii="Cambria Math" w:hAnsi="Cambria Math" w:cs="Times New Roman"/>
                      <w:sz w:val="22"/>
                    </w:rPr>
                    <m:t>0≤α</m:t>
                  </m:r>
                </m:e>
                <m:sub>
                  <m:r>
                    <w:rPr>
                      <w:rFonts w:ascii="Cambria Math" w:hAnsi="Cambria Math" w:cs="Times New Roman"/>
                      <w:sz w:val="22"/>
                    </w:rPr>
                    <m:t>i</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r>
                <w:rPr>
                  <w:rFonts w:ascii="Cambria Math" w:hAnsi="Cambria Math" w:cs="Times New Roman"/>
                  <w:sz w:val="22"/>
                </w:rPr>
                <m:t>≤C</m:t>
              </m:r>
            </m:oMath>
          </w:p>
        </w:tc>
        <w:tc>
          <w:tcPr>
            <w:tcW w:w="985" w:type="dxa"/>
          </w:tcPr>
          <w:p w14:paraId="4275D917" w14:textId="7132616F" w:rsidR="00516C40" w:rsidRDefault="00516C40" w:rsidP="00516C4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16C4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1</w:t>
            </w:r>
            <w:r>
              <w:rPr>
                <w:rFonts w:cs="Times New Roman"/>
                <w:sz w:val="22"/>
              </w:rPr>
              <w:fldChar w:fldCharType="end"/>
            </w:r>
          </w:p>
        </w:tc>
      </w:tr>
    </w:tbl>
    <w:p w14:paraId="30EBF678" w14:textId="77777777" w:rsidR="00516C40" w:rsidRPr="00C35A5E" w:rsidRDefault="00516C40" w:rsidP="00294452">
      <w:pPr>
        <w:widowControl w:val="0"/>
        <w:autoSpaceDE w:val="0"/>
        <w:autoSpaceDN w:val="0"/>
        <w:adjustRightInd w:val="0"/>
        <w:rPr>
          <w:rFonts w:cs="Times New Roman"/>
          <w:sz w:val="22"/>
        </w:rPr>
      </w:pPr>
    </w:p>
    <w:p w14:paraId="12AA3E96" w14:textId="3C7B618D" w:rsidR="00C35A5E" w:rsidRDefault="00294452" w:rsidP="00294452">
      <w:pPr>
        <w:widowControl w:val="0"/>
        <w:autoSpaceDE w:val="0"/>
        <w:autoSpaceDN w:val="0"/>
        <w:adjustRightInd w:val="0"/>
        <w:rPr>
          <w:rFonts w:cs="Times New Roman"/>
          <w:sz w:val="22"/>
        </w:rPr>
      </w:pPr>
      <w:r w:rsidRPr="00294452">
        <w:rPr>
          <w:rFonts w:cs="Times New Roman"/>
          <w:b/>
          <w:bCs/>
          <w:sz w:val="22"/>
        </w:rPr>
        <w:t>Binary Encoding.</w:t>
      </w:r>
      <w:r>
        <w:rPr>
          <w:rFonts w:cs="Times New Roman"/>
          <w:sz w:val="22"/>
        </w:rPr>
        <w:t xml:space="preserve"> Each continuous dual variable</w:t>
      </w:r>
      <w:r w:rsidR="0058115B">
        <w:rPr>
          <w:rFonts w:cs="Times New Roman"/>
          <w:sz w:val="22"/>
        </w:rPr>
        <w:t>,</w:t>
      </w:r>
      <w:r>
        <w:rPr>
          <w:rFonts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i</m:t>
            </m:r>
          </m:sub>
        </m:sSub>
      </m:oMath>
      <w:r>
        <w:rPr>
          <w:rFonts w:cs="Times New Roman"/>
          <w:sz w:val="22"/>
        </w:rPr>
        <w:t xml:space="preserve"> and </w:t>
      </w:r>
      <m:oMath>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oMath>
      <w:r w:rsidR="0058115B">
        <w:rPr>
          <w:rFonts w:cs="Times New Roman"/>
          <w:sz w:val="22"/>
        </w:rPr>
        <w:t xml:space="preserve">, </w:t>
      </w:r>
      <w:r>
        <w:rPr>
          <w:rFonts w:cs="Times New Roman"/>
          <w:sz w:val="22"/>
        </w:rPr>
        <w:t xml:space="preserve">is discretized into </w:t>
      </w:r>
      <m:oMath>
        <m:r>
          <w:rPr>
            <w:rFonts w:ascii="Cambria Math" w:hAnsi="Cambria Math" w:cs="Times New Roman"/>
            <w:sz w:val="22"/>
          </w:rPr>
          <m:t>K</m:t>
        </m:r>
      </m:oMath>
      <w:r>
        <w:rPr>
          <w:rFonts w:cs="Times New Roman"/>
          <w:sz w:val="22"/>
        </w:rPr>
        <w:t xml:space="preserve"> binary variables using base-</w:t>
      </w:r>
      <m:oMath>
        <m:r>
          <w:rPr>
            <w:rFonts w:ascii="Cambria Math" w:hAnsi="Cambria Math" w:cs="Times New Roman"/>
            <w:sz w:val="22"/>
          </w:rPr>
          <m:t>B</m:t>
        </m:r>
      </m:oMath>
      <w:r>
        <w:rPr>
          <w:rFonts w:cs="Times New Roman"/>
          <w:sz w:val="22"/>
        </w:rPr>
        <w:t xml:space="preserve"> encoding:</w:t>
      </w:r>
    </w:p>
    <w:p w14:paraId="0E193BCF" w14:textId="77777777" w:rsidR="00516C40" w:rsidRDefault="00516C40" w:rsidP="00294452">
      <w:pPr>
        <w:widowControl w:val="0"/>
        <w:autoSpaceDE w:val="0"/>
        <w:autoSpaceDN w:val="0"/>
        <w:adjustRightInd w:val="0"/>
        <w:ind w:left="640"/>
        <w:jc w:val="both"/>
        <w:rPr>
          <w:rFonts w:cs="Times New Roman"/>
          <w:sz w:val="22"/>
        </w:rPr>
      </w:pPr>
      <w:bookmarkStart w:id="1" w:name="_Hlk210823931"/>
    </w:p>
    <w:tbl>
      <w:tblPr>
        <w:tblStyle w:val="TableGrid"/>
        <w:tblW w:w="0" w:type="auto"/>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80"/>
        <w:gridCol w:w="715"/>
      </w:tblGrid>
      <w:tr w:rsidR="00516C40" w14:paraId="6212076A" w14:textId="77777777" w:rsidTr="00552AE0">
        <w:tc>
          <w:tcPr>
            <w:tcW w:w="615" w:type="dxa"/>
            <w:vAlign w:val="center"/>
          </w:tcPr>
          <w:p w14:paraId="607704A6" w14:textId="77777777" w:rsidR="00516C40" w:rsidRDefault="00516C40" w:rsidP="00516C40">
            <w:pPr>
              <w:widowControl w:val="0"/>
              <w:autoSpaceDE w:val="0"/>
              <w:autoSpaceDN w:val="0"/>
              <w:adjustRightInd w:val="0"/>
              <w:jc w:val="center"/>
              <w:rPr>
                <w:rFonts w:cs="Times New Roman"/>
                <w:sz w:val="22"/>
              </w:rPr>
            </w:pPr>
          </w:p>
        </w:tc>
        <w:tc>
          <w:tcPr>
            <w:tcW w:w="7380" w:type="dxa"/>
            <w:vAlign w:val="center"/>
          </w:tcPr>
          <w:p w14:paraId="50FA3E41" w14:textId="7494B6AF" w:rsidR="00516C40" w:rsidRDefault="00000000" w:rsidP="00516C40">
            <w:pPr>
              <w:widowControl w:val="0"/>
              <w:autoSpaceDE w:val="0"/>
              <w:autoSpaceDN w:val="0"/>
              <w:adjustRightInd w:val="0"/>
              <w:ind w:left="640"/>
              <w:jc w:val="center"/>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n</m:t>
                    </m:r>
                  </m:sub>
                </m:sSub>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nK+k</m:t>
                        </m:r>
                      </m:sub>
                    </m:sSub>
                  </m:e>
                </m:nary>
                <m:r>
                  <w:rPr>
                    <w:rFonts w:ascii="Cambria Math" w:hAnsi="Cambria Math" w:cs="Times New Roman"/>
                    <w:sz w:val="22"/>
                  </w:rPr>
                  <m:t xml:space="preserve">,  </m:t>
                </m:r>
                <w:bookmarkStart w:id="2" w:name="_Hlk210823937"/>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NK+nK+k</m:t>
                        </m:r>
                      </m:sub>
                    </m:sSub>
                  </m:e>
                </m:nary>
                <w:bookmarkEnd w:id="2"/>
                <m:r>
                  <w:rPr>
                    <w:rFonts w:ascii="Cambria Math" w:hAnsi="Cambria Math" w:cs="Times New Roman"/>
                    <w:sz w:val="22"/>
                  </w:rPr>
                  <m:t>,</m:t>
                </m:r>
              </m:oMath>
            </m:oMathPara>
          </w:p>
        </w:tc>
        <w:tc>
          <w:tcPr>
            <w:tcW w:w="715" w:type="dxa"/>
            <w:vAlign w:val="center"/>
          </w:tcPr>
          <w:p w14:paraId="2B33174F" w14:textId="11DB3A0E" w:rsidR="00516C40" w:rsidRDefault="00552AE0" w:rsidP="00516C4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2</w:t>
            </w:r>
            <w:r>
              <w:rPr>
                <w:rFonts w:cs="Times New Roman"/>
                <w:sz w:val="22"/>
              </w:rPr>
              <w:fldChar w:fldCharType="end"/>
            </w:r>
          </w:p>
        </w:tc>
      </w:tr>
      <w:bookmarkEnd w:id="1"/>
    </w:tbl>
    <w:p w14:paraId="7BAA0A98" w14:textId="459738BF" w:rsidR="00C35A5E" w:rsidRPr="008B2091" w:rsidRDefault="00C35A5E" w:rsidP="00552AE0">
      <w:pPr>
        <w:widowControl w:val="0"/>
        <w:autoSpaceDE w:val="0"/>
        <w:autoSpaceDN w:val="0"/>
        <w:adjustRightInd w:val="0"/>
        <w:jc w:val="both"/>
        <w:rPr>
          <w:rFonts w:cs="Times New Roman"/>
          <w:sz w:val="22"/>
        </w:rPr>
      </w:pPr>
    </w:p>
    <w:p w14:paraId="383A8DA7" w14:textId="5186EA6A" w:rsidR="008B2091" w:rsidRDefault="00294452" w:rsidP="00294452">
      <w:pPr>
        <w:widowControl w:val="0"/>
        <w:autoSpaceDE w:val="0"/>
        <w:autoSpaceDN w:val="0"/>
        <w:adjustRightInd w:val="0"/>
        <w:jc w:val="both"/>
        <w:rPr>
          <w:rFonts w:cs="Times New Roman"/>
          <w:sz w:val="22"/>
        </w:rPr>
      </w:pPr>
      <w:proofErr w:type="gramStart"/>
      <w:r>
        <w:rPr>
          <w:rFonts w:cs="Times New Roman"/>
          <w:sz w:val="22"/>
        </w:rPr>
        <w:t>where</w:t>
      </w:r>
      <w:proofErr w:type="gramEnd"/>
    </w:p>
    <w:p w14:paraId="15436F63" w14:textId="77777777" w:rsidR="006F1C28" w:rsidRDefault="00294452" w:rsidP="006F1C28">
      <w:pPr>
        <w:pStyle w:val="ListParagraph"/>
        <w:widowControl w:val="0"/>
        <w:numPr>
          <w:ilvl w:val="0"/>
          <w:numId w:val="7"/>
        </w:numPr>
        <w:autoSpaceDE w:val="0"/>
        <w:autoSpaceDN w:val="0"/>
        <w:adjustRightInd w:val="0"/>
        <w:jc w:val="both"/>
        <w:rPr>
          <w:rFonts w:cs="Times New Roman"/>
          <w:sz w:val="22"/>
        </w:rPr>
      </w:pPr>
      <m:oMath>
        <m:r>
          <w:rPr>
            <w:rFonts w:ascii="Cambria Math" w:hAnsi="Cambria Math" w:cs="Times New Roman"/>
            <w:sz w:val="22"/>
          </w:rPr>
          <m:t xml:space="preserve">n </m:t>
        </m:r>
        <m:r>
          <w:rPr>
            <w:rFonts w:ascii="Cambria Math" w:hAnsi="Cambria Math"/>
            <w:sz w:val="22"/>
          </w:rPr>
          <m:t>∈</m:t>
        </m:r>
        <m:d>
          <m:dPr>
            <m:begChr m:val="{"/>
            <m:endChr m:val="}"/>
            <m:ctrlPr>
              <w:rPr>
                <w:rFonts w:ascii="Cambria Math" w:hAnsi="Cambria Math"/>
                <w:i/>
                <w:sz w:val="22"/>
              </w:rPr>
            </m:ctrlPr>
          </m:dPr>
          <m:e>
            <m:r>
              <w:rPr>
                <w:rFonts w:ascii="Cambria Math" w:hAnsi="Cambria Math"/>
                <w:sz w:val="22"/>
              </w:rPr>
              <m:t>0,1,…,N-1</m:t>
            </m:r>
          </m:e>
        </m:d>
        <m:r>
          <w:rPr>
            <w:rFonts w:ascii="Cambria Math" w:hAnsi="Cambria Math"/>
            <w:sz w:val="22"/>
          </w:rPr>
          <m:t>:</m:t>
        </m:r>
      </m:oMath>
      <w:r w:rsidRPr="00294452">
        <w:rPr>
          <w:rFonts w:cs="Times New Roman"/>
          <w:sz w:val="22"/>
        </w:rPr>
        <w:t xml:space="preserve"> index over training examples</w:t>
      </w:r>
    </w:p>
    <w:p w14:paraId="00AA5917" w14:textId="77777777" w:rsidR="006F1C28" w:rsidRDefault="00294452" w:rsidP="006F1C28">
      <w:pPr>
        <w:pStyle w:val="ListParagraph"/>
        <w:widowControl w:val="0"/>
        <w:numPr>
          <w:ilvl w:val="0"/>
          <w:numId w:val="7"/>
        </w:numPr>
        <w:autoSpaceDE w:val="0"/>
        <w:autoSpaceDN w:val="0"/>
        <w:adjustRightInd w:val="0"/>
        <w:jc w:val="both"/>
        <w:rPr>
          <w:rFonts w:cs="Times New Roman"/>
          <w:sz w:val="22"/>
        </w:rPr>
      </w:pPr>
      <m:oMath>
        <m:r>
          <w:rPr>
            <w:rFonts w:ascii="Cambria Math" w:hAnsi="Cambria Math" w:cs="Times New Roman"/>
            <w:sz w:val="22"/>
          </w:rPr>
          <m:t xml:space="preserve">k </m:t>
        </m:r>
        <m:r>
          <w:rPr>
            <w:rFonts w:ascii="Cambria Math" w:hAnsi="Cambria Math"/>
            <w:sz w:val="22"/>
          </w:rPr>
          <m:t>∈</m:t>
        </m:r>
        <m:d>
          <m:dPr>
            <m:begChr m:val="{"/>
            <m:endChr m:val="}"/>
            <m:ctrlPr>
              <w:rPr>
                <w:rFonts w:ascii="Cambria Math" w:hAnsi="Cambria Math"/>
                <w:i/>
                <w:sz w:val="22"/>
              </w:rPr>
            </m:ctrlPr>
          </m:dPr>
          <m:e>
            <m:r>
              <w:rPr>
                <w:rFonts w:ascii="Cambria Math" w:hAnsi="Cambria Math"/>
                <w:sz w:val="22"/>
              </w:rPr>
              <m:t>0,1,…,K-1</m:t>
            </m:r>
          </m:e>
        </m:d>
        <m:r>
          <w:rPr>
            <w:rFonts w:ascii="Cambria Math" w:hAnsi="Cambria Math"/>
            <w:sz w:val="22"/>
          </w:rPr>
          <m:t>:</m:t>
        </m:r>
      </m:oMath>
      <w:r w:rsidRPr="006F1C28">
        <w:rPr>
          <w:rFonts w:cs="Times New Roman"/>
          <w:sz w:val="22"/>
        </w:rPr>
        <w:t xml:space="preserve"> index over bits per variable</w:t>
      </w:r>
    </w:p>
    <w:bookmarkStart w:id="3" w:name="_Hlk210823952"/>
    <w:p w14:paraId="2A8E58FA" w14:textId="77777777" w:rsidR="006F1C28" w:rsidRDefault="00000000" w:rsidP="006F1C28">
      <w:pPr>
        <w:pStyle w:val="ListParagraph"/>
        <w:widowControl w:val="0"/>
        <w:numPr>
          <w:ilvl w:val="0"/>
          <w:numId w:val="7"/>
        </w:numPr>
        <w:autoSpaceDE w:val="0"/>
        <w:autoSpaceDN w:val="0"/>
        <w:adjustRightInd w:val="0"/>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m:t>
            </m:r>
          </m:sub>
        </m:sSub>
        <m:r>
          <w:rPr>
            <w:rFonts w:ascii="Cambria Math" w:hAnsi="Cambria Math" w:cs="Times New Roman"/>
            <w:sz w:val="22"/>
          </w:rPr>
          <m:t>∈</m:t>
        </m:r>
        <m:d>
          <m:dPr>
            <m:begChr m:val="{"/>
            <m:endChr m:val="}"/>
            <m:ctrlPr>
              <w:rPr>
                <w:rFonts w:ascii="Cambria Math" w:hAnsi="Cambria Math" w:cs="Times New Roman"/>
                <w:i/>
                <w:sz w:val="22"/>
              </w:rPr>
            </m:ctrlPr>
          </m:dPr>
          <m:e>
            <m:r>
              <w:rPr>
                <w:rFonts w:ascii="Cambria Math" w:hAnsi="Cambria Math" w:cs="Times New Roman"/>
                <w:sz w:val="22"/>
              </w:rPr>
              <m:t>0,1</m:t>
            </m:r>
          </m:e>
        </m:d>
        <w:bookmarkEnd w:id="3"/>
        <m:r>
          <w:rPr>
            <w:rFonts w:ascii="Cambria Math" w:hAnsi="Cambria Math" w:cs="Times New Roman"/>
            <w:sz w:val="22"/>
          </w:rPr>
          <m:t>:</m:t>
        </m:r>
      </m:oMath>
      <w:r w:rsidR="00294452" w:rsidRPr="006F1C28">
        <w:rPr>
          <w:rFonts w:cs="Times New Roman"/>
          <w:sz w:val="22"/>
        </w:rPr>
        <w:t xml:space="preserve"> binary decision variable (qubit)</w:t>
      </w:r>
    </w:p>
    <w:p w14:paraId="008830CC" w14:textId="77777777" w:rsidR="006F1C28" w:rsidRDefault="00294452" w:rsidP="006F1C28">
      <w:pPr>
        <w:pStyle w:val="ListParagraph"/>
        <w:widowControl w:val="0"/>
        <w:numPr>
          <w:ilvl w:val="0"/>
          <w:numId w:val="7"/>
        </w:numPr>
        <w:autoSpaceDE w:val="0"/>
        <w:autoSpaceDN w:val="0"/>
        <w:adjustRightInd w:val="0"/>
        <w:jc w:val="both"/>
        <w:rPr>
          <w:rFonts w:cs="Times New Roman"/>
          <w:sz w:val="22"/>
        </w:rPr>
      </w:pPr>
      <m:oMath>
        <m:r>
          <w:rPr>
            <w:rFonts w:ascii="Cambria Math" w:hAnsi="Cambria Math" w:cs="Times New Roman"/>
            <w:sz w:val="22"/>
          </w:rPr>
          <m:t>B:</m:t>
        </m:r>
      </m:oMath>
      <w:r w:rsidRPr="006F1C28">
        <w:rPr>
          <w:rFonts w:cs="Times New Roman"/>
          <w:sz w:val="22"/>
        </w:rPr>
        <w:t xml:space="preserve"> base of encoding (typically 2)</w:t>
      </w:r>
    </w:p>
    <w:p w14:paraId="4AC32A9C" w14:textId="583EE947" w:rsidR="00294452" w:rsidRPr="006F1C28" w:rsidRDefault="00294452" w:rsidP="006F1C28">
      <w:pPr>
        <w:pStyle w:val="ListParagraph"/>
        <w:widowControl w:val="0"/>
        <w:numPr>
          <w:ilvl w:val="0"/>
          <w:numId w:val="7"/>
        </w:numPr>
        <w:autoSpaceDE w:val="0"/>
        <w:autoSpaceDN w:val="0"/>
        <w:adjustRightInd w:val="0"/>
        <w:jc w:val="both"/>
        <w:rPr>
          <w:rFonts w:cs="Times New Roman"/>
          <w:sz w:val="22"/>
        </w:rPr>
      </w:pPr>
      <m:oMath>
        <m:r>
          <w:rPr>
            <w:rFonts w:ascii="Cambria Math" w:hAnsi="Cambria Math" w:cs="Times New Roman"/>
            <w:sz w:val="22"/>
          </w:rPr>
          <m:t>N:</m:t>
        </m:r>
      </m:oMath>
      <w:r w:rsidRPr="006F1C28">
        <w:rPr>
          <w:rFonts w:cs="Times New Roman"/>
          <w:sz w:val="22"/>
        </w:rPr>
        <w:t xml:space="preserve"> number of training examples</w:t>
      </w:r>
    </w:p>
    <w:p w14:paraId="76CD97D8" w14:textId="77777777" w:rsidR="00294452" w:rsidRDefault="00294452" w:rsidP="00294452">
      <w:pPr>
        <w:widowControl w:val="0"/>
        <w:autoSpaceDE w:val="0"/>
        <w:autoSpaceDN w:val="0"/>
        <w:adjustRightInd w:val="0"/>
        <w:jc w:val="both"/>
        <w:rPr>
          <w:rFonts w:cs="Times New Roman"/>
          <w:sz w:val="22"/>
        </w:rPr>
      </w:pPr>
    </w:p>
    <w:p w14:paraId="6EC7354D" w14:textId="77777777" w:rsidR="00294452" w:rsidRDefault="00294452" w:rsidP="00294452">
      <w:pPr>
        <w:widowControl w:val="0"/>
        <w:autoSpaceDE w:val="0"/>
        <w:autoSpaceDN w:val="0"/>
        <w:adjustRightInd w:val="0"/>
        <w:jc w:val="both"/>
        <w:rPr>
          <w:rFonts w:cs="Times New Roman"/>
          <w:sz w:val="22"/>
        </w:rPr>
      </w:pPr>
    </w:p>
    <w:p w14:paraId="37B530D3" w14:textId="484734F3" w:rsidR="00294452" w:rsidRPr="00294452" w:rsidRDefault="00294452" w:rsidP="00294452">
      <w:pPr>
        <w:widowControl w:val="0"/>
        <w:autoSpaceDE w:val="0"/>
        <w:autoSpaceDN w:val="0"/>
        <w:adjustRightInd w:val="0"/>
        <w:jc w:val="both"/>
        <w:rPr>
          <w:rFonts w:cs="Times New Roman"/>
          <w:sz w:val="22"/>
        </w:rPr>
      </w:pPr>
      <w:r>
        <w:rPr>
          <w:rFonts w:cs="Times New Roman"/>
          <w:sz w:val="22"/>
        </w:rPr>
        <w:t xml:space="preserve">The term </w:t>
      </w:r>
      <m:oMath>
        <m:r>
          <w:rPr>
            <w:rFonts w:ascii="Cambria Math" w:hAnsi="Cambria Math" w:cs="Times New Roman"/>
            <w:sz w:val="22"/>
          </w:rPr>
          <m:t>nK+k</m:t>
        </m:r>
      </m:oMath>
      <w:r>
        <w:rPr>
          <w:rFonts w:cs="Times New Roman"/>
          <w:sz w:val="22"/>
        </w:rPr>
        <w:t xml:space="preserve"> identifies the binary variable for </w:t>
      </w:r>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n</m:t>
            </m:r>
          </m:sub>
        </m:sSub>
      </m:oMath>
      <w:r>
        <w:rPr>
          <w:rFonts w:cs="Times New Roman"/>
          <w:sz w:val="22"/>
        </w:rPr>
        <w:t xml:space="preserve">, while </w:t>
      </w:r>
      <m:oMath>
        <m:r>
          <w:rPr>
            <w:rFonts w:ascii="Cambria Math" w:hAnsi="Cambria Math" w:cs="Times New Roman"/>
            <w:sz w:val="22"/>
          </w:rPr>
          <m:t>NK+nK+k</m:t>
        </m:r>
      </m:oMath>
      <w:r>
        <w:rPr>
          <w:rFonts w:cs="Times New Roman"/>
          <w:sz w:val="22"/>
        </w:rPr>
        <w:t xml:space="preserve"> accesses the bits of </w:t>
      </w:r>
      <m:oMath>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oMath>
      <w:r>
        <w:rPr>
          <w:rFonts w:cs="Times New Roman"/>
          <w:sz w:val="22"/>
        </w:rPr>
        <w:t xml:space="preserve"> </w:t>
      </w:r>
    </w:p>
    <w:p w14:paraId="6A98DC82" w14:textId="07DE1392" w:rsidR="008B2091" w:rsidRDefault="00294452" w:rsidP="006F1C28">
      <w:pPr>
        <w:widowControl w:val="0"/>
        <w:autoSpaceDE w:val="0"/>
        <w:autoSpaceDN w:val="0"/>
        <w:adjustRightInd w:val="0"/>
        <w:jc w:val="both"/>
        <w:rPr>
          <w:rFonts w:cs="Times New Roman"/>
          <w:sz w:val="22"/>
        </w:rPr>
      </w:pPr>
      <w:r w:rsidRPr="00294452">
        <w:rPr>
          <w:rFonts w:cs="Times New Roman"/>
          <w:b/>
          <w:bCs/>
          <w:sz w:val="22"/>
        </w:rPr>
        <w:t>Substitution into the Dual Problem</w:t>
      </w:r>
      <w:r>
        <w:rPr>
          <w:rFonts w:cs="Times New Roman"/>
          <w:sz w:val="22"/>
        </w:rPr>
        <w:t>. After encoding, the difference between dual variables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020"/>
        <w:gridCol w:w="1165"/>
      </w:tblGrid>
      <w:tr w:rsidR="00516C40" w14:paraId="353F7991" w14:textId="77777777" w:rsidTr="00552AE0">
        <w:tc>
          <w:tcPr>
            <w:tcW w:w="1165" w:type="dxa"/>
            <w:vAlign w:val="center"/>
          </w:tcPr>
          <w:p w14:paraId="6D230304" w14:textId="77777777" w:rsidR="00516C40" w:rsidRDefault="00516C40" w:rsidP="00552AE0">
            <w:pPr>
              <w:widowControl w:val="0"/>
              <w:autoSpaceDE w:val="0"/>
              <w:autoSpaceDN w:val="0"/>
              <w:adjustRightInd w:val="0"/>
              <w:jc w:val="center"/>
              <w:rPr>
                <w:rFonts w:cs="Times New Roman"/>
                <w:sz w:val="22"/>
              </w:rPr>
            </w:pPr>
          </w:p>
        </w:tc>
        <w:tc>
          <w:tcPr>
            <w:tcW w:w="7020" w:type="dxa"/>
            <w:vAlign w:val="center"/>
          </w:tcPr>
          <w:p w14:paraId="73379335" w14:textId="224EEE86" w:rsidR="00516C40" w:rsidRDefault="00000000" w:rsidP="00552AE0">
            <w:pPr>
              <w:widowControl w:val="0"/>
              <w:autoSpaceDE w:val="0"/>
              <w:autoSpaceDN w:val="0"/>
              <w:adjustRightInd w:val="0"/>
              <w:ind w:left="640"/>
              <w:jc w:val="center"/>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n</m:t>
                    </m:r>
                  </m:sub>
                </m:sSub>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nK+k</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NK+nK+k</m:t>
                            </m:r>
                          </m:sub>
                        </m:sSub>
                      </m:e>
                    </m:d>
                  </m:e>
                </m:nary>
                <m:r>
                  <w:rPr>
                    <w:rFonts w:ascii="Cambria Math" w:hAnsi="Cambria Math" w:cs="Times New Roman"/>
                    <w:sz w:val="22"/>
                  </w:rPr>
                  <m:t>.</m:t>
                </m:r>
              </m:oMath>
            </m:oMathPara>
          </w:p>
        </w:tc>
        <w:tc>
          <w:tcPr>
            <w:tcW w:w="1165" w:type="dxa"/>
            <w:vAlign w:val="center"/>
          </w:tcPr>
          <w:p w14:paraId="361741AE" w14:textId="4A871B3C" w:rsidR="00516C40" w:rsidRDefault="00552AE0" w:rsidP="00552AE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3</w:t>
            </w:r>
            <w:r>
              <w:rPr>
                <w:rFonts w:cs="Times New Roman"/>
                <w:sz w:val="22"/>
              </w:rPr>
              <w:fldChar w:fldCharType="end"/>
            </w:r>
          </w:p>
        </w:tc>
      </w:tr>
    </w:tbl>
    <w:p w14:paraId="687FB959" w14:textId="77777777" w:rsidR="00516C40" w:rsidRDefault="00516C40" w:rsidP="006F1C28">
      <w:pPr>
        <w:widowControl w:val="0"/>
        <w:autoSpaceDE w:val="0"/>
        <w:autoSpaceDN w:val="0"/>
        <w:adjustRightInd w:val="0"/>
        <w:jc w:val="both"/>
        <w:rPr>
          <w:rFonts w:cs="Times New Roman"/>
          <w:sz w:val="22"/>
        </w:rPr>
      </w:pPr>
    </w:p>
    <w:p w14:paraId="128A0FA9" w14:textId="77777777" w:rsidR="006F1C28" w:rsidRDefault="00294452" w:rsidP="006F1C28">
      <w:pPr>
        <w:widowControl w:val="0"/>
        <w:autoSpaceDE w:val="0"/>
        <w:autoSpaceDN w:val="0"/>
        <w:adjustRightInd w:val="0"/>
        <w:jc w:val="both"/>
        <w:rPr>
          <w:rFonts w:cs="Times New Roman"/>
          <w:sz w:val="22"/>
        </w:rPr>
      </w:pPr>
      <w:r>
        <w:rPr>
          <w:rFonts w:cs="Times New Roman"/>
          <w:sz w:val="22"/>
        </w:rPr>
        <w:t>Each component of the dual objective can then be expanded in terms of binary variables:</w:t>
      </w:r>
    </w:p>
    <w:p w14:paraId="60C34AAF" w14:textId="209F18E0" w:rsidR="00294452" w:rsidRDefault="00294452" w:rsidP="006F1C28">
      <w:pPr>
        <w:pStyle w:val="ListParagraph"/>
        <w:widowControl w:val="0"/>
        <w:numPr>
          <w:ilvl w:val="0"/>
          <w:numId w:val="9"/>
        </w:numPr>
        <w:autoSpaceDE w:val="0"/>
        <w:autoSpaceDN w:val="0"/>
        <w:adjustRightInd w:val="0"/>
        <w:jc w:val="both"/>
        <w:rPr>
          <w:rFonts w:cs="Times New Roman"/>
          <w:sz w:val="22"/>
        </w:rPr>
      </w:pPr>
      <w:r w:rsidRPr="006F1C28">
        <w:rPr>
          <w:rFonts w:cs="Times New Roman"/>
          <w:sz w:val="22"/>
        </w:rPr>
        <w:t>Kernel term (quadratic):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8190"/>
        <w:gridCol w:w="895"/>
      </w:tblGrid>
      <w:tr w:rsidR="00516C40" w14:paraId="730D947B" w14:textId="77777777" w:rsidTr="00552AE0">
        <w:tc>
          <w:tcPr>
            <w:tcW w:w="270" w:type="dxa"/>
            <w:vAlign w:val="center"/>
          </w:tcPr>
          <w:p w14:paraId="654CC644" w14:textId="77777777" w:rsidR="00516C40" w:rsidRDefault="00516C40" w:rsidP="00552AE0">
            <w:pPr>
              <w:pStyle w:val="ListParagraph"/>
              <w:widowControl w:val="0"/>
              <w:autoSpaceDE w:val="0"/>
              <w:autoSpaceDN w:val="0"/>
              <w:adjustRightInd w:val="0"/>
              <w:ind w:left="0"/>
              <w:jc w:val="center"/>
              <w:rPr>
                <w:rFonts w:cs="Times New Roman"/>
                <w:sz w:val="22"/>
              </w:rPr>
            </w:pPr>
          </w:p>
        </w:tc>
        <w:tc>
          <w:tcPr>
            <w:tcW w:w="8190" w:type="dxa"/>
            <w:vAlign w:val="center"/>
          </w:tcPr>
          <w:p w14:paraId="4D5EFE63" w14:textId="3C2CAF54" w:rsidR="00516C40" w:rsidRDefault="00000000" w:rsidP="00552AE0">
            <w:pPr>
              <w:widowControl w:val="0"/>
              <w:autoSpaceDE w:val="0"/>
              <w:autoSpaceDN w:val="0"/>
              <w:adjustRightInd w:val="0"/>
              <w:ind w:left="360"/>
              <w:jc w:val="center"/>
              <w:rPr>
                <w:rFonts w:cs="Times New Roman"/>
                <w:sz w:val="22"/>
              </w:rPr>
            </w:pPr>
            <m:oMathPara>
              <m:oMath>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nary>
                  <m:naryPr>
                    <m:chr m:val="∑"/>
                    <m:limLoc m:val="undOvr"/>
                    <m:supHide m:val="1"/>
                    <m:ctrlPr>
                      <w:rPr>
                        <w:rFonts w:ascii="Cambria Math" w:hAnsi="Cambria Math" w:cs="Times New Roman"/>
                        <w:i/>
                        <w:sz w:val="22"/>
                      </w:rPr>
                    </m:ctrlPr>
                  </m:naryPr>
                  <m:sub>
                    <m:r>
                      <w:rPr>
                        <w:rFonts w:ascii="Cambria Math" w:hAnsi="Cambria Math" w:cs="Times New Roman"/>
                        <w:sz w:val="22"/>
                      </w:rPr>
                      <m:t>n,m</m:t>
                    </m:r>
                  </m:sub>
                  <m:sup/>
                  <m:e>
                    <m:d>
                      <m:dPr>
                        <m:begChr m:val="["/>
                        <m:endChr m:val="]"/>
                        <m:ctrlPr>
                          <w:rPr>
                            <w:rFonts w:ascii="Cambria Math" w:hAnsi="Cambria Math" w:cs="Times New Roman"/>
                            <w:i/>
                            <w:sz w:val="22"/>
                          </w:rPr>
                        </m:ctrlPr>
                      </m:dPr>
                      <m:e>
                        <m:d>
                          <m:dPr>
                            <m:ctrlPr>
                              <w:rPr>
                                <w:rFonts w:ascii="Cambria Math" w:hAnsi="Cambria Math" w:cs="Times New Roman"/>
                                <w:i/>
                                <w:sz w:val="22"/>
                              </w:rPr>
                            </m:ctrlPr>
                          </m:dPr>
                          <m:e>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nK+k</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NK+nK+k</m:t>
                                        </m:r>
                                      </m:sub>
                                    </m:sSub>
                                  </m:e>
                                </m:d>
                              </m:e>
                            </m:nary>
                          </m:e>
                        </m:d>
                        <m:d>
                          <m:dPr>
                            <m:ctrlPr>
                              <w:rPr>
                                <w:rFonts w:ascii="Cambria Math" w:hAnsi="Cambria Math" w:cs="Times New Roman"/>
                                <w:i/>
                                <w:sz w:val="22"/>
                              </w:rPr>
                            </m:ctrlPr>
                          </m:dPr>
                          <m:e>
                            <m:nary>
                              <m:naryPr>
                                <m:chr m:val="∑"/>
                                <m:limLoc m:val="undOvr"/>
                                <m:ctrlPr>
                                  <w:rPr>
                                    <w:rFonts w:ascii="Cambria Math" w:hAnsi="Cambria Math" w:cs="Times New Roman"/>
                                    <w:i/>
                                    <w:sz w:val="22"/>
                                  </w:rPr>
                                </m:ctrlPr>
                              </m:naryPr>
                              <m:sub>
                                <m:r>
                                  <w:rPr>
                                    <w:rFonts w:ascii="Cambria Math" w:hAnsi="Cambria Math" w:cs="Times New Roman"/>
                                    <w:sz w:val="22"/>
                                  </w:rPr>
                                  <m:t>j=0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j</m:t>
                                    </m:r>
                                  </m:sup>
                                </m:sSup>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nK+k</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NK+nK+k</m:t>
                                        </m:r>
                                      </m:sub>
                                    </m:sSub>
                                  </m:e>
                                </m:d>
                              </m:e>
                            </m:nary>
                          </m:e>
                        </m:d>
                        <m:r>
                          <w:rPr>
                            <w:rFonts w:ascii="Cambria Math" w:hAnsi="Cambria Math" w:cs="Times New Roman"/>
                            <w:sz w:val="22"/>
                          </w:rPr>
                          <m:t>∙</m:t>
                        </m:r>
                        <m:r>
                          <m:rPr>
                            <m:sty m:val="p"/>
                          </m:rPr>
                          <w:rPr>
                            <w:rFonts w:ascii="Cambria Math" w:hAnsi="Cambria Math" w:cs="Times New Roman"/>
                            <w:sz w:val="22"/>
                          </w:rPr>
                          <m:t>ϕ</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n</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m</m:t>
                                </m:r>
                              </m:sub>
                            </m:sSub>
                          </m:e>
                        </m:d>
                      </m:e>
                    </m:d>
                  </m:e>
                </m:nary>
                <m:r>
                  <w:rPr>
                    <w:rFonts w:ascii="Cambria Math" w:hAnsi="Cambria Math" w:cs="Times New Roman"/>
                    <w:sz w:val="22"/>
                  </w:rPr>
                  <m:t>.</m:t>
                </m:r>
              </m:oMath>
            </m:oMathPara>
          </w:p>
        </w:tc>
        <w:tc>
          <w:tcPr>
            <w:tcW w:w="895" w:type="dxa"/>
            <w:vAlign w:val="center"/>
          </w:tcPr>
          <w:p w14:paraId="5051F414" w14:textId="75888D7C" w:rsidR="00516C40" w:rsidRDefault="00552AE0" w:rsidP="00552AE0">
            <w:pPr>
              <w:pStyle w:val="ListParagraph"/>
              <w:widowControl w:val="0"/>
              <w:autoSpaceDE w:val="0"/>
              <w:autoSpaceDN w:val="0"/>
              <w:adjustRightInd w:val="0"/>
              <w:ind w:left="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4</w:t>
            </w:r>
            <w:r>
              <w:rPr>
                <w:rFonts w:cs="Times New Roman"/>
                <w:sz w:val="22"/>
              </w:rPr>
              <w:fldChar w:fldCharType="end"/>
            </w:r>
          </w:p>
        </w:tc>
      </w:tr>
    </w:tbl>
    <w:p w14:paraId="2BEE7E64" w14:textId="77777777" w:rsidR="00516C40" w:rsidRPr="006F1C28" w:rsidRDefault="00516C40" w:rsidP="00516C40">
      <w:pPr>
        <w:pStyle w:val="ListParagraph"/>
        <w:widowControl w:val="0"/>
        <w:autoSpaceDE w:val="0"/>
        <w:autoSpaceDN w:val="0"/>
        <w:adjustRightInd w:val="0"/>
        <w:jc w:val="both"/>
        <w:rPr>
          <w:rFonts w:cs="Times New Roman"/>
          <w:sz w:val="22"/>
        </w:rPr>
      </w:pPr>
    </w:p>
    <w:p w14:paraId="7D2DE9C1" w14:textId="01E7BD15" w:rsidR="00294452" w:rsidRDefault="00294452" w:rsidP="006F1C28">
      <w:pPr>
        <w:pStyle w:val="ListParagraph"/>
        <w:widowControl w:val="0"/>
        <w:numPr>
          <w:ilvl w:val="0"/>
          <w:numId w:val="9"/>
        </w:numPr>
        <w:autoSpaceDE w:val="0"/>
        <w:autoSpaceDN w:val="0"/>
        <w:adjustRightInd w:val="0"/>
        <w:jc w:val="both"/>
        <w:rPr>
          <w:rFonts w:cs="Times New Roman"/>
          <w:sz w:val="22"/>
        </w:rPr>
      </w:pPr>
      <w:r w:rsidRPr="006F1C28">
        <w:rPr>
          <w:rFonts w:cs="Times New Roman"/>
          <w:sz w:val="22"/>
        </w:rPr>
        <w:t>Equality constraint penalty (quadratic):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6660"/>
        <w:gridCol w:w="985"/>
      </w:tblGrid>
      <w:tr w:rsidR="00516C40" w14:paraId="5E41A162" w14:textId="77777777" w:rsidTr="00552AE0">
        <w:tc>
          <w:tcPr>
            <w:tcW w:w="985" w:type="dxa"/>
            <w:vAlign w:val="center"/>
          </w:tcPr>
          <w:p w14:paraId="2C9C0296" w14:textId="77777777" w:rsidR="00516C40" w:rsidRDefault="00516C40" w:rsidP="00552AE0">
            <w:pPr>
              <w:pStyle w:val="ListParagraph"/>
              <w:widowControl w:val="0"/>
              <w:autoSpaceDE w:val="0"/>
              <w:autoSpaceDN w:val="0"/>
              <w:adjustRightInd w:val="0"/>
              <w:ind w:left="0"/>
              <w:jc w:val="center"/>
              <w:rPr>
                <w:rFonts w:cs="Times New Roman"/>
                <w:sz w:val="22"/>
              </w:rPr>
            </w:pPr>
          </w:p>
        </w:tc>
        <w:tc>
          <w:tcPr>
            <w:tcW w:w="6660" w:type="dxa"/>
            <w:vAlign w:val="center"/>
          </w:tcPr>
          <w:p w14:paraId="781C0C88" w14:textId="12A8BE25" w:rsidR="00516C40" w:rsidRDefault="00516C40" w:rsidP="00552AE0">
            <w:pPr>
              <w:widowControl w:val="0"/>
              <w:autoSpaceDE w:val="0"/>
              <w:autoSpaceDN w:val="0"/>
              <w:adjustRightInd w:val="0"/>
              <w:jc w:val="center"/>
              <w:rPr>
                <w:rFonts w:cs="Times New Roman"/>
                <w:sz w:val="22"/>
              </w:rPr>
            </w:pPr>
            <m:oMathPara>
              <m:oMath>
                <m:r>
                  <w:rPr>
                    <w:rFonts w:ascii="Cambria Math" w:hAnsi="Cambria Math" w:cs="Times New Roman"/>
                    <w:sz w:val="22"/>
                  </w:rPr>
                  <m:t>ξ</m:t>
                </m:r>
                <m:sSup>
                  <m:sSupPr>
                    <m:ctrlPr>
                      <w:rPr>
                        <w:rFonts w:ascii="Cambria Math" w:hAnsi="Cambria Math" w:cs="Times New Roman"/>
                        <w:i/>
                        <w:sz w:val="22"/>
                      </w:rPr>
                    </m:ctrlPr>
                  </m:sSupPr>
                  <m:e>
                    <m:d>
                      <m:dPr>
                        <m:ctrlPr>
                          <w:rPr>
                            <w:rFonts w:ascii="Cambria Math" w:hAnsi="Cambria Math" w:cs="Times New Roman"/>
                            <w:i/>
                            <w:sz w:val="22"/>
                          </w:rPr>
                        </m:ctrlPr>
                      </m:dPr>
                      <m:e>
                        <m:nary>
                          <m:naryPr>
                            <m:chr m:val="∑"/>
                            <m:limLoc m:val="undOvr"/>
                            <m:supHide m:val="1"/>
                            <m:ctrlPr>
                              <w:rPr>
                                <w:rFonts w:ascii="Cambria Math" w:hAnsi="Cambria Math" w:cs="Times New Roman"/>
                                <w:i/>
                                <w:sz w:val="22"/>
                              </w:rPr>
                            </m:ctrlPr>
                          </m:naryPr>
                          <m:sub>
                            <m:r>
                              <w:rPr>
                                <w:rFonts w:ascii="Cambria Math" w:hAnsi="Cambria Math" w:cs="Times New Roman"/>
                                <w:sz w:val="22"/>
                              </w:rPr>
                              <m:t>n</m:t>
                            </m:r>
                          </m:sub>
                          <m:sup/>
                          <m:e>
                            <m:sSub>
                              <m:sSubPr>
                                <m:ctrlPr>
                                  <w:rPr>
                                    <w:rFonts w:ascii="Cambria Math" w:hAnsi="Cambria Math" w:cs="Times New Roman"/>
                                    <w:sz w:val="22"/>
                                  </w:rPr>
                                </m:ctrlPr>
                              </m:sSubPr>
                              <m:e>
                                <m:r>
                                  <m:rPr>
                                    <m:sty m:val="p"/>
                                  </m:rPr>
                                  <w:rPr>
                                    <w:rFonts w:ascii="Cambria Math" w:hAnsi="Cambria Math" w:cs="Times New Roman"/>
                                    <w:sz w:val="22"/>
                                  </w:rPr>
                                  <m:t>δ</m:t>
                                </m:r>
                              </m:e>
                              <m:sub>
                                <m:r>
                                  <m:rPr>
                                    <m:sty m:val="p"/>
                                  </m:rPr>
                                  <w:rPr>
                                    <w:rFonts w:ascii="Cambria Math" w:hAnsi="Cambria Math" w:cs="Times New Roman"/>
                                    <w:sz w:val="22"/>
                                  </w:rPr>
                                  <m:t>n</m:t>
                                </m:r>
                              </m:sub>
                            </m:sSub>
                          </m:e>
                        </m:nary>
                      </m:e>
                    </m:d>
                  </m:e>
                  <m:sup>
                    <m:r>
                      <w:rPr>
                        <w:rFonts w:ascii="Cambria Math" w:hAnsi="Cambria Math" w:cs="Times New Roman"/>
                        <w:sz w:val="22"/>
                      </w:rPr>
                      <m:t>2</m:t>
                    </m:r>
                  </m:sup>
                </m:sSup>
                <m:r>
                  <w:rPr>
                    <w:rFonts w:ascii="Cambria Math" w:hAnsi="Cambria Math" w:cs="Times New Roman"/>
                    <w:sz w:val="22"/>
                  </w:rPr>
                  <m:t>=ξ</m:t>
                </m:r>
                <m:sSup>
                  <m:sSupPr>
                    <m:ctrlPr>
                      <w:rPr>
                        <w:rFonts w:ascii="Cambria Math" w:hAnsi="Cambria Math" w:cs="Times New Roman"/>
                        <w:i/>
                        <w:sz w:val="22"/>
                      </w:rPr>
                    </m:ctrlPr>
                  </m:sSupPr>
                  <m:e>
                    <m:d>
                      <m:dPr>
                        <m:ctrlPr>
                          <w:rPr>
                            <w:rFonts w:ascii="Cambria Math" w:hAnsi="Cambria Math" w:cs="Times New Roman"/>
                            <w:i/>
                            <w:sz w:val="22"/>
                          </w:rPr>
                        </m:ctrlPr>
                      </m:dPr>
                      <m:e>
                        <m:nary>
                          <m:naryPr>
                            <m:chr m:val="∑"/>
                            <m:limLoc m:val="undOvr"/>
                            <m:supHide m:val="1"/>
                            <m:ctrlPr>
                              <w:rPr>
                                <w:rFonts w:ascii="Cambria Math" w:hAnsi="Cambria Math" w:cs="Times New Roman"/>
                                <w:i/>
                                <w:sz w:val="22"/>
                              </w:rPr>
                            </m:ctrlPr>
                          </m:naryPr>
                          <m:sub>
                            <m:r>
                              <w:rPr>
                                <w:rFonts w:ascii="Cambria Math" w:hAnsi="Cambria Math" w:cs="Times New Roman"/>
                                <w:sz w:val="22"/>
                              </w:rPr>
                              <m:t>n</m:t>
                            </m:r>
                          </m:sub>
                          <m:sup/>
                          <m:e>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nK+k</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NK+nK+k</m:t>
                                        </m:r>
                                      </m:sub>
                                    </m:sSub>
                                  </m:e>
                                </m:d>
                              </m:e>
                            </m:nary>
                          </m:e>
                        </m:nary>
                      </m:e>
                    </m:d>
                  </m:e>
                  <m:sup>
                    <m:r>
                      <w:rPr>
                        <w:rFonts w:ascii="Cambria Math" w:hAnsi="Cambria Math" w:cs="Times New Roman"/>
                        <w:sz w:val="22"/>
                      </w:rPr>
                      <m:t>2</m:t>
                    </m:r>
                  </m:sup>
                </m:sSup>
              </m:oMath>
            </m:oMathPara>
          </w:p>
        </w:tc>
        <w:tc>
          <w:tcPr>
            <w:tcW w:w="985" w:type="dxa"/>
            <w:vAlign w:val="center"/>
          </w:tcPr>
          <w:p w14:paraId="6719A7A7" w14:textId="47C62235" w:rsidR="00516C40" w:rsidRDefault="00552AE0" w:rsidP="00552AE0">
            <w:pPr>
              <w:pStyle w:val="ListParagraph"/>
              <w:widowControl w:val="0"/>
              <w:autoSpaceDE w:val="0"/>
              <w:autoSpaceDN w:val="0"/>
              <w:adjustRightInd w:val="0"/>
              <w:ind w:left="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5</w:t>
            </w:r>
            <w:r>
              <w:rPr>
                <w:rFonts w:cs="Times New Roman"/>
                <w:sz w:val="22"/>
              </w:rPr>
              <w:fldChar w:fldCharType="end"/>
            </w:r>
          </w:p>
        </w:tc>
      </w:tr>
    </w:tbl>
    <w:p w14:paraId="79D880DB" w14:textId="77777777" w:rsidR="00516C40" w:rsidRPr="006F1C28" w:rsidRDefault="00516C40" w:rsidP="00516C40">
      <w:pPr>
        <w:pStyle w:val="ListParagraph"/>
        <w:widowControl w:val="0"/>
        <w:autoSpaceDE w:val="0"/>
        <w:autoSpaceDN w:val="0"/>
        <w:adjustRightInd w:val="0"/>
        <w:jc w:val="both"/>
        <w:rPr>
          <w:rFonts w:cs="Times New Roman"/>
          <w:sz w:val="22"/>
        </w:rPr>
      </w:pPr>
    </w:p>
    <w:p w14:paraId="5AA10E26" w14:textId="2E02D9BD" w:rsidR="00294452" w:rsidRDefault="00294452" w:rsidP="006F1C28">
      <w:pPr>
        <w:pStyle w:val="ListParagraph"/>
        <w:widowControl w:val="0"/>
        <w:numPr>
          <w:ilvl w:val="0"/>
          <w:numId w:val="9"/>
        </w:numPr>
        <w:autoSpaceDE w:val="0"/>
        <w:autoSpaceDN w:val="0"/>
        <w:adjustRightInd w:val="0"/>
        <w:jc w:val="both"/>
        <w:rPr>
          <w:rFonts w:cs="Times New Roman"/>
          <w:sz w:val="22"/>
        </w:rPr>
      </w:pPr>
      <m:oMath>
        <m:r>
          <w:rPr>
            <w:rFonts w:ascii="Cambria Math" w:hAnsi="Cambria Math" w:cs="Times New Roman"/>
            <w:sz w:val="22"/>
          </w:rPr>
          <m:t>ε</m:t>
        </m:r>
      </m:oMath>
      <w:r w:rsidRPr="006F1C28">
        <w:rPr>
          <w:rFonts w:cs="Times New Roman"/>
          <w:sz w:val="22"/>
        </w:rPr>
        <w:t>-insensitive tube (linear):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110"/>
        <w:gridCol w:w="895"/>
      </w:tblGrid>
      <w:tr w:rsidR="00516C40" w14:paraId="0B4B56B3" w14:textId="77777777" w:rsidTr="00552AE0">
        <w:tc>
          <w:tcPr>
            <w:tcW w:w="625" w:type="dxa"/>
            <w:vAlign w:val="center"/>
          </w:tcPr>
          <w:p w14:paraId="29588932" w14:textId="77777777" w:rsidR="00516C40" w:rsidRDefault="00516C40" w:rsidP="00552AE0">
            <w:pPr>
              <w:pStyle w:val="ListParagraph"/>
              <w:widowControl w:val="0"/>
              <w:autoSpaceDE w:val="0"/>
              <w:autoSpaceDN w:val="0"/>
              <w:adjustRightInd w:val="0"/>
              <w:ind w:left="0"/>
              <w:jc w:val="center"/>
              <w:rPr>
                <w:rFonts w:cs="Times New Roman"/>
                <w:sz w:val="22"/>
              </w:rPr>
            </w:pPr>
          </w:p>
        </w:tc>
        <w:tc>
          <w:tcPr>
            <w:tcW w:w="7110" w:type="dxa"/>
            <w:vAlign w:val="center"/>
          </w:tcPr>
          <w:p w14:paraId="44940BD8" w14:textId="71C1DF6D" w:rsidR="00516C40" w:rsidRDefault="00000000" w:rsidP="00552AE0">
            <w:pPr>
              <w:widowControl w:val="0"/>
              <w:autoSpaceDE w:val="0"/>
              <w:autoSpaceDN w:val="0"/>
              <w:adjustRightInd w:val="0"/>
              <w:ind w:left="360"/>
              <w:jc w:val="center"/>
              <w:rPr>
                <w:rFonts w:cs="Times New Roman"/>
                <w:sz w:val="22"/>
              </w:rPr>
            </w:pPr>
            <m:oMathPara>
              <m:oMath>
                <m:nary>
                  <m:naryPr>
                    <m:chr m:val="∑"/>
                    <m:supHide m:val="1"/>
                    <m:ctrlPr>
                      <w:rPr>
                        <w:rFonts w:ascii="Cambria Math" w:hAnsi="Cambria Math" w:cs="Times New Roman"/>
                        <w:i/>
                        <w:iCs/>
                        <w:sz w:val="22"/>
                      </w:rPr>
                    </m:ctrlPr>
                  </m:naryPr>
                  <m:sub>
                    <m:r>
                      <w:rPr>
                        <w:rFonts w:ascii="Cambria Math" w:hAnsi="Cambria Math" w:cs="Times New Roman"/>
                        <w:sz w:val="22"/>
                      </w:rPr>
                      <m:t>i</m:t>
                    </m:r>
                  </m:sub>
                  <m:sup/>
                  <m:e>
                    <m:sSub>
                      <m:sSubPr>
                        <m:ctrlPr>
                          <w:rPr>
                            <w:rFonts w:ascii="Cambria Math" w:hAnsi="Cambria Math" w:cs="Times New Roman"/>
                            <w:i/>
                            <w:iCs/>
                            <w:sz w:val="22"/>
                          </w:rPr>
                        </m:ctrlPr>
                      </m:sSubPr>
                      <m:e>
                        <m:r>
                          <w:rPr>
                            <w:rFonts w:ascii="Cambria Math" w:hAnsi="Cambria Math" w:cs="Times New Roman"/>
                            <w:sz w:val="22"/>
                          </w:rPr>
                          <m:t>(α</m:t>
                        </m:r>
                      </m:e>
                      <m:sub>
                        <m:r>
                          <w:rPr>
                            <w:rFonts w:ascii="Cambria Math" w:hAnsi="Cambria Math" w:cs="Times New Roman"/>
                            <w:sz w:val="22"/>
                          </w:rPr>
                          <m:t>i</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r>
                      <w:rPr>
                        <w:rFonts w:ascii="Cambria Math" w:hAnsi="Cambria Math" w:cs="Times New Roman"/>
                        <w:sz w:val="22"/>
                      </w:rPr>
                      <m:t>)</m:t>
                    </m:r>
                  </m:e>
                </m:nary>
                <m:r>
                  <w:rPr>
                    <w:rFonts w:ascii="Cambria Math" w:hAnsi="Cambria Math" w:cs="Times New Roman"/>
                    <w:sz w:val="22"/>
                  </w:rPr>
                  <m:t>= ε</m:t>
                </m:r>
                <m:nary>
                  <m:naryPr>
                    <m:chr m:val="∑"/>
                    <m:limLoc m:val="undOvr"/>
                    <m:supHide m:val="1"/>
                    <m:ctrlPr>
                      <w:rPr>
                        <w:rFonts w:ascii="Cambria Math" w:hAnsi="Cambria Math" w:cs="Times New Roman"/>
                        <w:i/>
                        <w:sz w:val="22"/>
                      </w:rPr>
                    </m:ctrlPr>
                  </m:naryPr>
                  <m:sub>
                    <m:r>
                      <w:rPr>
                        <w:rFonts w:ascii="Cambria Math" w:hAnsi="Cambria Math" w:cs="Times New Roman"/>
                        <w:sz w:val="22"/>
                      </w:rPr>
                      <m:t>n</m:t>
                    </m:r>
                  </m:sub>
                  <m:sup/>
                  <m:e>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nK+k</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NK+nK+k</m:t>
                                </m:r>
                              </m:sub>
                            </m:sSub>
                          </m:e>
                        </m:d>
                      </m:e>
                    </m:nary>
                  </m:e>
                </m:nary>
              </m:oMath>
            </m:oMathPara>
          </w:p>
        </w:tc>
        <w:tc>
          <w:tcPr>
            <w:tcW w:w="895" w:type="dxa"/>
            <w:vAlign w:val="center"/>
          </w:tcPr>
          <w:p w14:paraId="7E973EA6" w14:textId="36623CC3" w:rsidR="00516C40" w:rsidRDefault="00552AE0" w:rsidP="00552AE0">
            <w:pPr>
              <w:pStyle w:val="ListParagraph"/>
              <w:widowControl w:val="0"/>
              <w:autoSpaceDE w:val="0"/>
              <w:autoSpaceDN w:val="0"/>
              <w:adjustRightInd w:val="0"/>
              <w:ind w:left="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6</w:t>
            </w:r>
            <w:r>
              <w:rPr>
                <w:rFonts w:cs="Times New Roman"/>
                <w:sz w:val="22"/>
              </w:rPr>
              <w:fldChar w:fldCharType="end"/>
            </w:r>
          </w:p>
        </w:tc>
      </w:tr>
    </w:tbl>
    <w:p w14:paraId="567100FF" w14:textId="77777777" w:rsidR="00516C40" w:rsidRPr="006F1C28" w:rsidRDefault="00516C40" w:rsidP="00516C40">
      <w:pPr>
        <w:pStyle w:val="ListParagraph"/>
        <w:widowControl w:val="0"/>
        <w:autoSpaceDE w:val="0"/>
        <w:autoSpaceDN w:val="0"/>
        <w:adjustRightInd w:val="0"/>
        <w:jc w:val="both"/>
        <w:rPr>
          <w:rFonts w:cs="Times New Roman"/>
          <w:sz w:val="22"/>
        </w:rPr>
      </w:pPr>
    </w:p>
    <w:p w14:paraId="39D2F933" w14:textId="52CF985A" w:rsidR="00294452" w:rsidRDefault="00294452" w:rsidP="006F1C28">
      <w:pPr>
        <w:pStyle w:val="ListParagraph"/>
        <w:widowControl w:val="0"/>
        <w:numPr>
          <w:ilvl w:val="0"/>
          <w:numId w:val="9"/>
        </w:numPr>
        <w:autoSpaceDE w:val="0"/>
        <w:autoSpaceDN w:val="0"/>
        <w:adjustRightInd w:val="0"/>
        <w:jc w:val="both"/>
        <w:rPr>
          <w:rFonts w:cs="Times New Roman"/>
          <w:sz w:val="22"/>
        </w:rPr>
      </w:pPr>
      <w:r w:rsidRPr="006F1C28">
        <w:rPr>
          <w:rFonts w:cs="Times New Roman"/>
          <w:sz w:val="22"/>
        </w:rPr>
        <w:t>Target term (linear):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560"/>
        <w:gridCol w:w="535"/>
      </w:tblGrid>
      <w:tr w:rsidR="00516C40" w14:paraId="5AACA201" w14:textId="77777777" w:rsidTr="00552AE0">
        <w:tc>
          <w:tcPr>
            <w:tcW w:w="535" w:type="dxa"/>
            <w:vAlign w:val="center"/>
          </w:tcPr>
          <w:p w14:paraId="1BED40B9" w14:textId="77777777" w:rsidR="00516C40" w:rsidRDefault="00516C40" w:rsidP="00552AE0">
            <w:pPr>
              <w:pStyle w:val="ListParagraph"/>
              <w:widowControl w:val="0"/>
              <w:autoSpaceDE w:val="0"/>
              <w:autoSpaceDN w:val="0"/>
              <w:adjustRightInd w:val="0"/>
              <w:ind w:left="0"/>
              <w:jc w:val="center"/>
              <w:rPr>
                <w:rFonts w:cs="Times New Roman"/>
                <w:sz w:val="22"/>
              </w:rPr>
            </w:pPr>
          </w:p>
        </w:tc>
        <w:tc>
          <w:tcPr>
            <w:tcW w:w="7560" w:type="dxa"/>
            <w:vAlign w:val="center"/>
          </w:tcPr>
          <w:p w14:paraId="77D8C21C" w14:textId="35A54997" w:rsidR="00516C40" w:rsidRDefault="00552AE0" w:rsidP="00552AE0">
            <w:pPr>
              <w:pStyle w:val="ListParagraph"/>
              <w:jc w:val="center"/>
              <w:rPr>
                <w:rFonts w:cs="Times New Roman"/>
                <w:sz w:val="22"/>
              </w:rPr>
            </w:pPr>
            <m:oMathPara>
              <m:oMath>
                <m:r>
                  <w:rPr>
                    <w:rFonts w:ascii="Cambria Math" w:hAnsi="Cambria Math" w:cs="Times New Roman"/>
                    <w:sz w:val="22"/>
                  </w:rPr>
                  <m:t>-</m:t>
                </m:r>
                <m:nary>
                  <m:naryPr>
                    <m:chr m:val="∑"/>
                    <m:supHide m:val="1"/>
                    <m:ctrlPr>
                      <w:rPr>
                        <w:rFonts w:ascii="Cambria Math" w:hAnsi="Cambria Math" w:cs="Times New Roman"/>
                        <w:i/>
                        <w:iCs/>
                        <w:sz w:val="22"/>
                      </w:rPr>
                    </m:ctrlPr>
                  </m:naryPr>
                  <m:sub>
                    <m:r>
                      <w:rPr>
                        <w:rFonts w:ascii="Cambria Math" w:hAnsi="Cambria Math" w:cs="Times New Roman"/>
                        <w:sz w:val="22"/>
                      </w:rPr>
                      <m:t>i</m:t>
                    </m:r>
                  </m:sub>
                  <m:sup/>
                  <m:e>
                    <m:sSub>
                      <m:sSubPr>
                        <m:ctrlPr>
                          <w:rPr>
                            <w:rFonts w:ascii="Cambria Math" w:hAnsi="Cambria Math" w:cs="Times New Roman"/>
                            <w:i/>
                            <w:iCs/>
                            <w:sz w:val="22"/>
                          </w:rPr>
                        </m:ctrlPr>
                      </m:sSubPr>
                      <m:e>
                        <m:r>
                          <w:rPr>
                            <w:rFonts w:ascii="Cambria Math" w:hAnsi="Cambria Math" w:cs="Times New Roman"/>
                            <w:sz w:val="22"/>
                          </w:rPr>
                          <m:t>y</m:t>
                        </m:r>
                      </m:e>
                      <m:sub>
                        <m:r>
                          <w:rPr>
                            <w:rFonts w:ascii="Cambria Math" w:hAnsi="Cambria Math" w:cs="Times New Roman"/>
                            <w:sz w:val="22"/>
                          </w:rPr>
                          <m:t>i</m:t>
                        </m:r>
                      </m:sub>
                    </m:sSub>
                    <m:d>
                      <m:dPr>
                        <m:ctrlPr>
                          <w:rPr>
                            <w:rFonts w:ascii="Cambria Math" w:hAnsi="Cambria Math" w:cs="Times New Roman"/>
                            <w:i/>
                            <w:sz w:val="22"/>
                          </w:rPr>
                        </m:ctrlPr>
                      </m:dPr>
                      <m:e>
                        <m:sSub>
                          <m:sSubPr>
                            <m:ctrlPr>
                              <w:rPr>
                                <w:rFonts w:ascii="Cambria Math" w:hAnsi="Cambria Math" w:cs="Times New Roman"/>
                                <w:i/>
                                <w:iCs/>
                                <w:sz w:val="22"/>
                              </w:rPr>
                            </m:ctrlPr>
                          </m:sSubPr>
                          <m:e>
                            <m:r>
                              <w:rPr>
                                <w:rFonts w:ascii="Cambria Math" w:hAnsi="Cambria Math" w:cs="Times New Roman"/>
                                <w:sz w:val="22"/>
                              </w:rPr>
                              <m:t>α</m:t>
                            </m:r>
                          </m:e>
                          <m:sub>
                            <m:r>
                              <w:rPr>
                                <w:rFonts w:ascii="Cambria Math" w:hAnsi="Cambria Math" w:cs="Times New Roman"/>
                                <w:sz w:val="22"/>
                              </w:rPr>
                              <m:t>i</m:t>
                            </m:r>
                          </m:sub>
                        </m:sSub>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α</m:t>
                            </m:r>
                          </m:e>
                          <m:sub>
                            <m:r>
                              <w:rPr>
                                <w:rFonts w:ascii="Cambria Math" w:hAnsi="Cambria Math" w:cs="Times New Roman"/>
                                <w:sz w:val="22"/>
                              </w:rPr>
                              <m:t>i</m:t>
                            </m:r>
                          </m:sub>
                          <m:sup>
                            <m:r>
                              <w:rPr>
                                <w:rFonts w:ascii="Cambria Math" w:hAnsi="Cambria Math" w:cs="Times New Roman"/>
                                <w:sz w:val="22"/>
                              </w:rPr>
                              <m:t>*</m:t>
                            </m:r>
                          </m:sup>
                        </m:sSubSup>
                      </m:e>
                    </m:d>
                  </m:e>
                </m:nary>
                <m:r>
                  <w:rPr>
                    <w:rFonts w:ascii="Cambria Math" w:hAnsi="Cambria Math" w:cs="Times New Roman"/>
                    <w:sz w:val="22"/>
                  </w:rPr>
                  <m:t>=-</m:t>
                </m:r>
                <m:nary>
                  <m:naryPr>
                    <m:chr m:val="∑"/>
                    <m:limLoc m:val="undOvr"/>
                    <m:supHide m:val="1"/>
                    <m:ctrlPr>
                      <w:rPr>
                        <w:rFonts w:ascii="Cambria Math" w:hAnsi="Cambria Math" w:cs="Times New Roman"/>
                        <w:i/>
                        <w:sz w:val="22"/>
                      </w:rPr>
                    </m:ctrlPr>
                  </m:naryPr>
                  <m:sub>
                    <m:r>
                      <w:rPr>
                        <w:rFonts w:ascii="Cambria Math" w:hAnsi="Cambria Math" w:cs="Times New Roman"/>
                        <w:sz w:val="22"/>
                      </w:rPr>
                      <m:t>n</m:t>
                    </m:r>
                  </m:sub>
                  <m:sup/>
                  <m:e>
                    <m:sSub>
                      <m:sSubPr>
                        <m:ctrlPr>
                          <w:rPr>
                            <w:rFonts w:ascii="Cambria Math" w:hAnsi="Cambria Math" w:cs="Times New Roman"/>
                            <w:sz w:val="22"/>
                          </w:rPr>
                        </m:ctrlPr>
                      </m:sSubPr>
                      <m:e>
                        <m:r>
                          <m:rPr>
                            <m:sty m:val="p"/>
                          </m:rPr>
                          <w:rPr>
                            <w:rFonts w:ascii="Cambria Math" w:hAnsi="Cambria Math" w:cs="Times New Roman"/>
                            <w:sz w:val="22"/>
                          </w:rPr>
                          <m:t>y</m:t>
                        </m:r>
                      </m:e>
                      <m:sub>
                        <m:r>
                          <m:rPr>
                            <m:sty m:val="p"/>
                          </m:rPr>
                          <w:rPr>
                            <w:rFonts w:ascii="Cambria Math" w:hAnsi="Cambria Math" w:cs="Times New Roman"/>
                            <w:sz w:val="22"/>
                          </w:rPr>
                          <m:t>n</m:t>
                        </m:r>
                      </m:sub>
                    </m:sSub>
                  </m:e>
                </m:nary>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K-1</m:t>
                    </m:r>
                  </m:sup>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nK+k</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NK+nK+k</m:t>
                            </m:r>
                          </m:sub>
                        </m:sSub>
                      </m:e>
                    </m:d>
                  </m:e>
                </m:nary>
              </m:oMath>
            </m:oMathPara>
          </w:p>
        </w:tc>
        <w:tc>
          <w:tcPr>
            <w:tcW w:w="535" w:type="dxa"/>
            <w:vAlign w:val="center"/>
          </w:tcPr>
          <w:p w14:paraId="519BA242" w14:textId="287DFBDB" w:rsidR="00516C40" w:rsidRDefault="00552AE0" w:rsidP="00552AE0">
            <w:pPr>
              <w:pStyle w:val="ListParagraph"/>
              <w:widowControl w:val="0"/>
              <w:autoSpaceDE w:val="0"/>
              <w:autoSpaceDN w:val="0"/>
              <w:adjustRightInd w:val="0"/>
              <w:ind w:left="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7</w:t>
            </w:r>
            <w:r>
              <w:rPr>
                <w:rFonts w:cs="Times New Roman"/>
                <w:sz w:val="22"/>
              </w:rPr>
              <w:fldChar w:fldCharType="end"/>
            </w:r>
          </w:p>
        </w:tc>
      </w:tr>
    </w:tbl>
    <w:p w14:paraId="718DB457" w14:textId="77777777" w:rsidR="00294452" w:rsidRPr="00294452" w:rsidRDefault="00294452" w:rsidP="00294452">
      <w:pPr>
        <w:widowControl w:val="0"/>
        <w:autoSpaceDE w:val="0"/>
        <w:autoSpaceDN w:val="0"/>
        <w:adjustRightInd w:val="0"/>
        <w:jc w:val="both"/>
        <w:rPr>
          <w:rFonts w:cs="Times New Roman"/>
          <w:sz w:val="22"/>
        </w:rPr>
      </w:pPr>
    </w:p>
    <w:p w14:paraId="56358FBD" w14:textId="635FFDBD" w:rsidR="00C200BC" w:rsidRDefault="00294452" w:rsidP="006F1C28">
      <w:pPr>
        <w:widowControl w:val="0"/>
        <w:autoSpaceDE w:val="0"/>
        <w:autoSpaceDN w:val="0"/>
        <w:adjustRightInd w:val="0"/>
        <w:jc w:val="both"/>
        <w:rPr>
          <w:rFonts w:cs="Times New Roman"/>
          <w:sz w:val="22"/>
        </w:rPr>
      </w:pPr>
      <w:r>
        <w:rPr>
          <w:rFonts w:cs="Times New Roman"/>
          <w:sz w:val="22"/>
        </w:rPr>
        <w:t>Since</w:t>
      </w:r>
      <w:r w:rsidR="00C200BC">
        <w:rPr>
          <w:rFonts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q</m:t>
            </m:r>
          </m:e>
          <m:sub>
            <m:r>
              <w:rPr>
                <w:rFonts w:ascii="Cambria Math" w:hAnsi="Cambria Math" w:cs="Times New Roman"/>
                <w:sz w:val="22"/>
              </w:rPr>
              <m:t>i</m:t>
            </m:r>
          </m:sub>
          <m:sup>
            <m:r>
              <w:rPr>
                <w:rFonts w:ascii="Cambria Math" w:hAnsi="Cambria Math" w:cs="Times New Roman"/>
                <w:sz w:val="22"/>
              </w:rPr>
              <m:t>2</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i</m:t>
            </m:r>
          </m:sub>
        </m:sSub>
      </m:oMath>
      <w:r>
        <w:rPr>
          <w:rFonts w:cs="Times New Roman"/>
          <w:sz w:val="22"/>
        </w:rPr>
        <w:t>, all terms can be directly expressed in quadratic form.</w:t>
      </w:r>
    </w:p>
    <w:p w14:paraId="5A90A894" w14:textId="0D21656A" w:rsidR="00C200BC" w:rsidRDefault="00294452" w:rsidP="00294452">
      <w:pPr>
        <w:widowControl w:val="0"/>
        <w:autoSpaceDE w:val="0"/>
        <w:autoSpaceDN w:val="0"/>
        <w:adjustRightInd w:val="0"/>
        <w:rPr>
          <w:rFonts w:cs="Times New Roman"/>
          <w:sz w:val="22"/>
        </w:rPr>
      </w:pPr>
      <w:r w:rsidRPr="00294452">
        <w:rPr>
          <w:rFonts w:cs="Times New Roman"/>
          <w:b/>
          <w:bCs/>
          <w:sz w:val="22"/>
        </w:rPr>
        <w:t>QUBO Matrix Construction.</w:t>
      </w:r>
      <w:r>
        <w:rPr>
          <w:rFonts w:cs="Times New Roman"/>
          <w:sz w:val="22"/>
        </w:rPr>
        <w:t xml:space="preserve"> Using composite indices</w:t>
      </w:r>
      <w:r w:rsidR="002F2668">
        <w:rPr>
          <w:rFonts w:cs="Times New Roman"/>
          <w:sz w:val="22"/>
        </w:rPr>
        <w:t>,</w:t>
      </w:r>
      <w:r>
        <w:rPr>
          <w:rFonts w:cs="Times New Roman"/>
          <w:sz w:val="22"/>
        </w:rPr>
        <w:t xml:space="preserve"> </w:t>
      </w:r>
      <m:oMath>
        <m:d>
          <m:dPr>
            <m:ctrlPr>
              <w:rPr>
                <w:rFonts w:ascii="Cambria Math" w:hAnsi="Cambria Math" w:cs="Times New Roman"/>
                <w:i/>
                <w:sz w:val="22"/>
              </w:rPr>
            </m:ctrlPr>
          </m:dPr>
          <m:e>
            <m:r>
              <w:rPr>
                <w:rFonts w:ascii="Cambria Math" w:hAnsi="Cambria Math" w:cs="Times New Roman"/>
                <w:sz w:val="22"/>
              </w:rPr>
              <m:t>n,k,s</m:t>
            </m:r>
          </m:e>
        </m:d>
      </m:oMath>
      <w:r>
        <w:rPr>
          <w:rFonts w:cs="Times New Roman"/>
          <w:sz w:val="22"/>
        </w:rPr>
        <w:t xml:space="preserve">, where </w:t>
      </w:r>
      <m:oMath>
        <m:r>
          <w:rPr>
            <w:rFonts w:ascii="Cambria Math" w:hAnsi="Cambria Math" w:cs="Times New Roman"/>
            <w:sz w:val="22"/>
          </w:rPr>
          <m:t>s=0</m:t>
        </m:r>
      </m:oMath>
      <w:r>
        <w:rPr>
          <w:rFonts w:cs="Times New Roman"/>
          <w:sz w:val="22"/>
        </w:rPr>
        <w:t xml:space="preserve"> for </w:t>
      </w:r>
      <m:oMath>
        <m:r>
          <w:rPr>
            <w:rFonts w:ascii="Cambria Math" w:hAnsi="Cambria Math" w:cs="Times New Roman"/>
            <w:sz w:val="22"/>
          </w:rPr>
          <m:t>α</m:t>
        </m:r>
      </m:oMath>
      <w:r>
        <w:rPr>
          <w:rFonts w:cs="Times New Roman"/>
          <w:sz w:val="22"/>
        </w:rPr>
        <w:t xml:space="preserve"> and </w:t>
      </w:r>
      <m:oMath>
        <m:r>
          <w:rPr>
            <w:rFonts w:ascii="Cambria Math" w:hAnsi="Cambria Math" w:cs="Times New Roman"/>
            <w:sz w:val="22"/>
          </w:rPr>
          <m:t>s=1</m:t>
        </m:r>
      </m:oMath>
      <w:r>
        <w:rPr>
          <w:rFonts w:cs="Times New Roman"/>
          <w:sz w:val="22"/>
        </w:rPr>
        <w:t xml:space="preserve"> for </w:t>
      </w:r>
      <m:oMath>
        <m:sSup>
          <m:sSupPr>
            <m:ctrlPr>
              <w:rPr>
                <w:rFonts w:ascii="Cambria Math" w:hAnsi="Cambria Math" w:cs="Times New Roman"/>
                <w:i/>
                <w:sz w:val="22"/>
              </w:rPr>
            </m:ctrlPr>
          </m:sSupPr>
          <m:e>
            <m:r>
              <w:rPr>
                <w:rFonts w:ascii="Cambria Math" w:hAnsi="Cambria Math" w:cs="Times New Roman"/>
                <w:sz w:val="22"/>
              </w:rPr>
              <m:t>α</m:t>
            </m:r>
          </m:e>
          <m:sup>
            <m:r>
              <w:rPr>
                <w:rFonts w:ascii="Cambria Math" w:hAnsi="Cambria Math" w:cs="Times New Roman"/>
                <w:sz w:val="22"/>
              </w:rPr>
              <m:t>*</m:t>
            </m:r>
          </m:sup>
        </m:sSup>
      </m:oMath>
      <w:r>
        <w:rPr>
          <w:rFonts w:cs="Times New Roman"/>
          <w:sz w:val="22"/>
        </w:rPr>
        <w:t>, the QUBO matrix elements are:</w:t>
      </w:r>
    </w:p>
    <w:p w14:paraId="757A5641" w14:textId="4FC97726" w:rsidR="00C200BC" w:rsidRDefault="002719B0" w:rsidP="006F1C28">
      <w:pPr>
        <w:widowControl w:val="0"/>
        <w:autoSpaceDE w:val="0"/>
        <w:autoSpaceDN w:val="0"/>
        <w:adjustRightInd w:val="0"/>
        <w:jc w:val="both"/>
        <w:rPr>
          <w:rFonts w:cs="Times New Roman"/>
          <w:sz w:val="22"/>
        </w:rPr>
      </w:pPr>
      <w:r>
        <w:rPr>
          <w:rFonts w:cs="Times New Roman"/>
          <w:sz w:val="22"/>
        </w:rPr>
        <w:t>Off-diagonal</w:t>
      </w:r>
      <w:r w:rsidR="006F1C28">
        <w:rPr>
          <w:rFonts w:cs="Times New Roman"/>
          <w:sz w:val="22"/>
        </w:rPr>
        <w:t xml:space="preserve">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7290"/>
        <w:gridCol w:w="1075"/>
      </w:tblGrid>
      <w:tr w:rsidR="00516C40" w14:paraId="29ACF93E" w14:textId="77777777" w:rsidTr="00552AE0">
        <w:tc>
          <w:tcPr>
            <w:tcW w:w="985" w:type="dxa"/>
            <w:vAlign w:val="center"/>
          </w:tcPr>
          <w:p w14:paraId="4EF573CC" w14:textId="77777777" w:rsidR="00516C40" w:rsidRDefault="00516C40" w:rsidP="00552AE0">
            <w:pPr>
              <w:widowControl w:val="0"/>
              <w:autoSpaceDE w:val="0"/>
              <w:autoSpaceDN w:val="0"/>
              <w:adjustRightInd w:val="0"/>
              <w:jc w:val="center"/>
              <w:rPr>
                <w:rFonts w:cs="Times New Roman"/>
                <w:sz w:val="22"/>
              </w:rPr>
            </w:pPr>
          </w:p>
        </w:tc>
        <w:tc>
          <w:tcPr>
            <w:tcW w:w="7290" w:type="dxa"/>
            <w:vAlign w:val="center"/>
          </w:tcPr>
          <w:p w14:paraId="39684B3A" w14:textId="0433BEAE" w:rsidR="00516C40" w:rsidRDefault="00000000" w:rsidP="00552AE0">
            <w:pPr>
              <w:widowControl w:val="0"/>
              <w:autoSpaceDE w:val="0"/>
              <w:autoSpaceDN w:val="0"/>
              <w:adjustRightInd w:val="0"/>
              <w:ind w:left="640"/>
              <w:jc w:val="center"/>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Q</m:t>
                    </m:r>
                  </m:e>
                  <m:sub>
                    <m:d>
                      <m:dPr>
                        <m:ctrlPr>
                          <w:rPr>
                            <w:rFonts w:ascii="Cambria Math" w:hAnsi="Cambria Math" w:cs="Times New Roman"/>
                            <w:i/>
                            <w:sz w:val="22"/>
                          </w:rPr>
                        </m:ctrlPr>
                      </m:dPr>
                      <m:e>
                        <m:r>
                          <w:rPr>
                            <w:rFonts w:ascii="Cambria Math" w:hAnsi="Cambria Math" w:cs="Times New Roman"/>
                            <w:sz w:val="22"/>
                          </w:rPr>
                          <m:t>n,k,s</m:t>
                        </m:r>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m,j,t</m:t>
                        </m:r>
                      </m:e>
                    </m:d>
                  </m:sub>
                </m:sSub>
                <m:r>
                  <w:rPr>
                    <w:rFonts w:ascii="Cambria Math" w:hAnsi="Cambria Math" w:cs="Times New Roman"/>
                    <w:sz w:val="22"/>
                  </w:rPr>
                  <m:t>=</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k+j</m:t>
                              </m:r>
                            </m:sup>
                          </m:sSup>
                          <m:r>
                            <m:rPr>
                              <m:sty m:val="p"/>
                            </m:rPr>
                            <w:rPr>
                              <w:rFonts w:ascii="Cambria Math" w:hAnsi="Cambria Math" w:cs="Times New Roman"/>
                              <w:sz w:val="22"/>
                            </w:rPr>
                            <m:t>ϕ</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n</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m</m:t>
                                  </m:r>
                                </m:sub>
                              </m:sSub>
                            </m:e>
                          </m:d>
                          <m:r>
                            <w:rPr>
                              <w:rFonts w:ascii="Cambria Math" w:hAnsi="Cambria Math" w:cs="Times New Roman"/>
                              <w:sz w:val="22"/>
                            </w:rPr>
                            <m:t>+ξ</m:t>
                          </m:r>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k+j</m:t>
                              </m:r>
                            </m:sup>
                          </m:sSup>
                          <m:r>
                            <w:rPr>
                              <w:rFonts w:ascii="Cambria Math" w:hAnsi="Cambria Math" w:cs="Times New Roman"/>
                              <w:sz w:val="22"/>
                            </w:rPr>
                            <m:t>,  s=t</m:t>
                          </m:r>
                        </m:e>
                      </m:mr>
                      <m:mr>
                        <m:e>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k+j</m:t>
                              </m:r>
                            </m:sup>
                          </m:sSup>
                          <m:r>
                            <m:rPr>
                              <m:sty m:val="p"/>
                            </m:rPr>
                            <w:rPr>
                              <w:rFonts w:ascii="Cambria Math" w:hAnsi="Cambria Math" w:cs="Times New Roman"/>
                              <w:sz w:val="22"/>
                            </w:rPr>
                            <m:t>ϕ</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n</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m</m:t>
                                  </m:r>
                                </m:sub>
                              </m:sSub>
                            </m:e>
                          </m:d>
                          <m:r>
                            <w:rPr>
                              <w:rFonts w:ascii="Cambria Math" w:hAnsi="Cambria Math" w:cs="Times New Roman"/>
                              <w:sz w:val="22"/>
                            </w:rPr>
                            <m:t>-ξ</m:t>
                          </m:r>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k+j</m:t>
                              </m:r>
                            </m:sup>
                          </m:sSup>
                          <m:r>
                            <w:rPr>
                              <w:rFonts w:ascii="Cambria Math" w:hAnsi="Cambria Math" w:cs="Times New Roman"/>
                              <w:sz w:val="22"/>
                            </w:rPr>
                            <m:t>,  s≠t</m:t>
                          </m:r>
                        </m:e>
                      </m:mr>
                    </m:m>
                  </m:e>
                </m:d>
              </m:oMath>
            </m:oMathPara>
          </w:p>
        </w:tc>
        <w:tc>
          <w:tcPr>
            <w:tcW w:w="1075" w:type="dxa"/>
            <w:vAlign w:val="center"/>
          </w:tcPr>
          <w:p w14:paraId="711ABC0C" w14:textId="6366F780" w:rsidR="00516C40" w:rsidRDefault="00552AE0" w:rsidP="00552AE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8</w:t>
            </w:r>
            <w:r>
              <w:rPr>
                <w:rFonts w:cs="Times New Roman"/>
                <w:sz w:val="22"/>
              </w:rPr>
              <w:fldChar w:fldCharType="end"/>
            </w:r>
          </w:p>
        </w:tc>
      </w:tr>
    </w:tbl>
    <w:p w14:paraId="0B40085D" w14:textId="77777777" w:rsidR="00516C40" w:rsidRDefault="00516C40" w:rsidP="006F1C28">
      <w:pPr>
        <w:widowControl w:val="0"/>
        <w:autoSpaceDE w:val="0"/>
        <w:autoSpaceDN w:val="0"/>
        <w:adjustRightInd w:val="0"/>
        <w:jc w:val="both"/>
        <w:rPr>
          <w:rFonts w:cs="Times New Roman"/>
          <w:sz w:val="22"/>
        </w:rPr>
      </w:pPr>
    </w:p>
    <w:p w14:paraId="1CB42802" w14:textId="6D17BC76" w:rsidR="008B2091" w:rsidRDefault="002719B0" w:rsidP="006F1C28">
      <w:pPr>
        <w:widowControl w:val="0"/>
        <w:autoSpaceDE w:val="0"/>
        <w:autoSpaceDN w:val="0"/>
        <w:adjustRightInd w:val="0"/>
        <w:jc w:val="both"/>
        <w:rPr>
          <w:rFonts w:cs="Times New Roman"/>
          <w:sz w:val="22"/>
        </w:rPr>
      </w:pPr>
      <w:r>
        <w:rPr>
          <w:rFonts w:cs="Times New Roman"/>
          <w:sz w:val="22"/>
        </w:rPr>
        <w:t>Diagonal</w:t>
      </w:r>
      <w:r w:rsidR="006F1C28">
        <w:rPr>
          <w:rFonts w:cs="Times New Roman"/>
          <w:sz w:val="22"/>
        </w:rPr>
        <w:t xml:space="preserve">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7290"/>
        <w:gridCol w:w="1075"/>
      </w:tblGrid>
      <w:tr w:rsidR="00516C40" w14:paraId="3528730D" w14:textId="77777777" w:rsidTr="00552AE0">
        <w:tc>
          <w:tcPr>
            <w:tcW w:w="985" w:type="dxa"/>
            <w:vAlign w:val="center"/>
          </w:tcPr>
          <w:p w14:paraId="2BB865BC" w14:textId="77777777" w:rsidR="00516C40" w:rsidRDefault="00516C40" w:rsidP="00552AE0">
            <w:pPr>
              <w:widowControl w:val="0"/>
              <w:autoSpaceDE w:val="0"/>
              <w:autoSpaceDN w:val="0"/>
              <w:adjustRightInd w:val="0"/>
              <w:jc w:val="center"/>
              <w:rPr>
                <w:rFonts w:cs="Times New Roman"/>
                <w:sz w:val="22"/>
              </w:rPr>
            </w:pPr>
          </w:p>
        </w:tc>
        <w:tc>
          <w:tcPr>
            <w:tcW w:w="7290" w:type="dxa"/>
            <w:vAlign w:val="center"/>
          </w:tcPr>
          <w:p w14:paraId="5C23AA52" w14:textId="0031C473" w:rsidR="00516C40" w:rsidRDefault="00000000" w:rsidP="00552AE0">
            <w:pPr>
              <w:widowControl w:val="0"/>
              <w:autoSpaceDE w:val="0"/>
              <w:autoSpaceDN w:val="0"/>
              <w:adjustRightInd w:val="0"/>
              <w:ind w:left="640"/>
              <w:jc w:val="center"/>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Q</m:t>
                    </m:r>
                  </m:e>
                  <m:sub>
                    <m:d>
                      <m:dPr>
                        <m:ctrlPr>
                          <w:rPr>
                            <w:rFonts w:ascii="Cambria Math" w:hAnsi="Cambria Math" w:cs="Times New Roman"/>
                            <w:i/>
                            <w:sz w:val="22"/>
                          </w:rPr>
                        </m:ctrlPr>
                      </m:dPr>
                      <m:e>
                        <m:r>
                          <w:rPr>
                            <w:rFonts w:ascii="Cambria Math" w:hAnsi="Cambria Math" w:cs="Times New Roman"/>
                            <w:sz w:val="22"/>
                          </w:rPr>
                          <m:t>n,k,s</m:t>
                        </m:r>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n,k,s</m:t>
                        </m:r>
                      </m:e>
                    </m:d>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2k</m:t>
                    </m:r>
                  </m:sup>
                </m:sSup>
                <m:r>
                  <m:rPr>
                    <m:sty m:val="p"/>
                  </m:rPr>
                  <w:rPr>
                    <w:rFonts w:ascii="Cambria Math" w:hAnsi="Cambria Math" w:cs="Times New Roman"/>
                    <w:sz w:val="22"/>
                  </w:rPr>
                  <m:t>ϕ</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n</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n</m:t>
                        </m:r>
                      </m:sub>
                    </m:sSub>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r>
                  <w:rPr>
                    <w:rFonts w:ascii="Cambria Math" w:hAnsi="Cambria Math" w:cs="Times New Roman"/>
                    <w:sz w:val="22"/>
                  </w:rPr>
                  <m:t>ξ</m:t>
                </m:r>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2k</m:t>
                    </m:r>
                  </m:sup>
                </m:sSup>
                <m:r>
                  <w:rPr>
                    <w:rFonts w:ascii="Cambria Math" w:hAnsi="Cambria Math" w:cs="Times New Roman"/>
                    <w:sz w:val="22"/>
                  </w:rPr>
                  <m:t xml:space="preserve">+ </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d>
                            <m:dPr>
                              <m:ctrlPr>
                                <w:rPr>
                                  <w:rFonts w:ascii="Cambria Math" w:hAnsi="Cambria Math" w:cs="Times New Roman"/>
                                  <w:i/>
                                  <w:sz w:val="22"/>
                                </w:rPr>
                              </m:ctrlPr>
                            </m:dPr>
                            <m:e>
                              <w:bookmarkStart w:id="4" w:name="_Hlk210826699"/>
                              <m:r>
                                <w:rPr>
                                  <w:rFonts w:ascii="Cambria Math" w:hAnsi="Cambria Math" w:cs="Times New Roman"/>
                                  <w:sz w:val="22"/>
                                </w:rPr>
                                <m:t>ε</m:t>
                              </m:r>
                              <w:bookmarkEnd w:id="4"/>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n</m:t>
                                  </m:r>
                                </m:sub>
                              </m:sSub>
                            </m:e>
                          </m:d>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r>
                            <w:rPr>
                              <w:rFonts w:ascii="Cambria Math" w:hAnsi="Cambria Math" w:cs="Times New Roman"/>
                              <w:sz w:val="22"/>
                            </w:rPr>
                            <m:t>,  s=0</m:t>
                          </m:r>
                        </m:e>
                      </m:mr>
                      <m:mr>
                        <m:e>
                          <m:d>
                            <m:dPr>
                              <m:ctrlPr>
                                <w:rPr>
                                  <w:rFonts w:ascii="Cambria Math" w:hAnsi="Cambria Math" w:cs="Times New Roman"/>
                                  <w:i/>
                                  <w:sz w:val="22"/>
                                </w:rPr>
                              </m:ctrlPr>
                            </m:dPr>
                            <m:e>
                              <m:r>
                                <w:rPr>
                                  <w:rFonts w:ascii="Cambria Math" w:hAnsi="Cambria Math" w:cs="Times New Roman"/>
                                  <w:sz w:val="22"/>
                                </w:rPr>
                                <m:t>ε+</m:t>
                              </m:r>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n</m:t>
                                  </m:r>
                                </m:sub>
                              </m:sSub>
                            </m:e>
                          </m:d>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k</m:t>
                              </m:r>
                            </m:sup>
                          </m:sSup>
                          <m:r>
                            <w:rPr>
                              <w:rFonts w:ascii="Cambria Math" w:hAnsi="Cambria Math" w:cs="Times New Roman"/>
                              <w:sz w:val="22"/>
                            </w:rPr>
                            <m:t>,  s=1</m:t>
                          </m:r>
                        </m:e>
                      </m:mr>
                    </m:m>
                  </m:e>
                </m:d>
              </m:oMath>
            </m:oMathPara>
          </w:p>
        </w:tc>
        <w:tc>
          <w:tcPr>
            <w:tcW w:w="1075" w:type="dxa"/>
            <w:vAlign w:val="center"/>
          </w:tcPr>
          <w:p w14:paraId="5F4A0180" w14:textId="58805844" w:rsidR="00516C40" w:rsidRDefault="00552AE0" w:rsidP="00552AE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9</w:t>
            </w:r>
            <w:r>
              <w:rPr>
                <w:rFonts w:cs="Times New Roman"/>
                <w:sz w:val="22"/>
              </w:rPr>
              <w:fldChar w:fldCharType="end"/>
            </w:r>
          </w:p>
        </w:tc>
      </w:tr>
    </w:tbl>
    <w:p w14:paraId="685CA1F4" w14:textId="77777777" w:rsidR="00516C40" w:rsidRDefault="00516C40" w:rsidP="006F1C28">
      <w:pPr>
        <w:widowControl w:val="0"/>
        <w:autoSpaceDE w:val="0"/>
        <w:autoSpaceDN w:val="0"/>
        <w:adjustRightInd w:val="0"/>
        <w:jc w:val="both"/>
        <w:rPr>
          <w:rFonts w:cs="Times New Roman"/>
          <w:sz w:val="22"/>
        </w:rPr>
      </w:pPr>
    </w:p>
    <w:p w14:paraId="04A6C615" w14:textId="39AC600F" w:rsidR="00281152" w:rsidRPr="00320307" w:rsidRDefault="006F1C28" w:rsidP="00320307">
      <w:pPr>
        <w:widowControl w:val="0"/>
        <w:autoSpaceDE w:val="0"/>
        <w:autoSpaceDN w:val="0"/>
        <w:adjustRightInd w:val="0"/>
        <w:ind w:left="640"/>
        <w:jc w:val="both"/>
        <w:rPr>
          <w:rFonts w:cs="Times New Roman"/>
          <w:sz w:val="22"/>
        </w:rPr>
      </w:pPr>
      <w:r>
        <w:rPr>
          <w:rFonts w:cs="Times New Roman"/>
          <w:sz w:val="22"/>
        </w:rPr>
        <w:t>The resulting QUBO can then be directly mapped to a quantum annealer for optimization.</w:t>
      </w:r>
    </w:p>
    <w:p w14:paraId="69041CC6" w14:textId="77777777" w:rsidR="00552AE0" w:rsidRDefault="00552AE0" w:rsidP="000758C9">
      <w:pPr>
        <w:widowControl w:val="0"/>
        <w:autoSpaceDE w:val="0"/>
        <w:autoSpaceDN w:val="0"/>
        <w:adjustRightInd w:val="0"/>
        <w:rPr>
          <w:rFonts w:cs="Times New Roman"/>
          <w:b/>
          <w:bCs/>
          <w:sz w:val="26"/>
          <w:szCs w:val="26"/>
        </w:rPr>
      </w:pPr>
    </w:p>
    <w:p w14:paraId="7E42522C" w14:textId="1557C7AD" w:rsidR="000758C9" w:rsidRPr="00552AE0" w:rsidRDefault="000758C9" w:rsidP="000758C9">
      <w:pPr>
        <w:widowControl w:val="0"/>
        <w:autoSpaceDE w:val="0"/>
        <w:autoSpaceDN w:val="0"/>
        <w:adjustRightInd w:val="0"/>
        <w:rPr>
          <w:rFonts w:cs="Times New Roman"/>
          <w:b/>
          <w:bCs/>
          <w:sz w:val="28"/>
          <w:szCs w:val="28"/>
        </w:rPr>
      </w:pPr>
      <w:r w:rsidRPr="00552AE0">
        <w:rPr>
          <w:rFonts w:cs="Times New Roman"/>
          <w:b/>
          <w:bCs/>
          <w:sz w:val="28"/>
          <w:szCs w:val="28"/>
        </w:rPr>
        <w:t>Section E: Quantum</w:t>
      </w:r>
      <w:r w:rsidR="002F2668">
        <w:rPr>
          <w:rFonts w:cs="Times New Roman"/>
          <w:b/>
          <w:bCs/>
          <w:sz w:val="28"/>
          <w:szCs w:val="28"/>
        </w:rPr>
        <w:t>-</w:t>
      </w:r>
      <w:r w:rsidRPr="00552AE0">
        <w:rPr>
          <w:rFonts w:cs="Times New Roman"/>
          <w:b/>
          <w:bCs/>
          <w:sz w:val="28"/>
          <w:szCs w:val="28"/>
        </w:rPr>
        <w:t>Support Vector Machine</w:t>
      </w:r>
      <w:r w:rsidR="002F2668">
        <w:rPr>
          <w:rFonts w:cs="Times New Roman"/>
          <w:b/>
          <w:bCs/>
          <w:sz w:val="28"/>
          <w:szCs w:val="28"/>
        </w:rPr>
        <w:t>-</w:t>
      </w:r>
      <w:r w:rsidRPr="00552AE0">
        <w:rPr>
          <w:rFonts w:cs="Times New Roman"/>
          <w:b/>
          <w:bCs/>
          <w:sz w:val="28"/>
          <w:szCs w:val="28"/>
        </w:rPr>
        <w:t>Regression Implementation</w:t>
      </w:r>
    </w:p>
    <w:p w14:paraId="2ADD5104" w14:textId="358B5BAF" w:rsidR="00800656" w:rsidRPr="00800656" w:rsidRDefault="00800656" w:rsidP="00800656">
      <w:pPr>
        <w:pStyle w:val="ListParagraph"/>
        <w:widowControl w:val="0"/>
        <w:numPr>
          <w:ilvl w:val="1"/>
          <w:numId w:val="16"/>
        </w:numPr>
        <w:autoSpaceDE w:val="0"/>
        <w:autoSpaceDN w:val="0"/>
        <w:adjustRightInd w:val="0"/>
        <w:rPr>
          <w:rFonts w:cs="Times New Roman"/>
          <w:b/>
          <w:bCs/>
        </w:rPr>
      </w:pPr>
      <w:r>
        <w:rPr>
          <w:rFonts w:cs="Times New Roman"/>
          <w:b/>
          <w:bCs/>
        </w:rPr>
        <w:t>Combined-regressor</w:t>
      </w:r>
    </w:p>
    <w:p w14:paraId="5A0ABAA8" w14:textId="439E6A8E" w:rsidR="00800656" w:rsidRPr="00800656" w:rsidRDefault="00800656" w:rsidP="00800656">
      <w:pPr>
        <w:widowControl w:val="0"/>
        <w:autoSpaceDE w:val="0"/>
        <w:autoSpaceDN w:val="0"/>
        <w:adjustRightInd w:val="0"/>
        <w:jc w:val="both"/>
        <w:rPr>
          <w:rFonts w:cs="Times New Roman"/>
          <w:sz w:val="22"/>
        </w:rPr>
      </w:pPr>
      <w:r>
        <w:rPr>
          <w:rFonts w:cs="Times New Roman"/>
          <w:sz w:val="22"/>
        </w:rPr>
        <w:t>W</w:t>
      </w:r>
      <w:r w:rsidRPr="00800656">
        <w:rPr>
          <w:rFonts w:cs="Times New Roman"/>
          <w:sz w:val="22"/>
        </w:rPr>
        <w:t xml:space="preserve">e adopted the </w:t>
      </w:r>
      <w:r w:rsidRPr="00800656">
        <w:rPr>
          <w:rFonts w:cs="Times New Roman"/>
          <w:i/>
          <w:iCs/>
          <w:sz w:val="22"/>
        </w:rPr>
        <w:t>combined-regressor</w:t>
      </w:r>
      <w:r w:rsidRPr="00800656">
        <w:rPr>
          <w:rFonts w:cs="Times New Roman"/>
          <w:sz w:val="22"/>
        </w:rPr>
        <w:t xml:space="preserve"> approach analogous to the ensemble method of Willsch </w:t>
      </w:r>
      <w:r w:rsidRPr="00800656">
        <w:rPr>
          <w:rFonts w:cs="Times New Roman"/>
          <w:i/>
          <w:iCs/>
          <w:sz w:val="22"/>
        </w:rPr>
        <w:t>et al.</w:t>
      </w:r>
      <w:sdt>
        <w:sdtPr>
          <w:rPr>
            <w:rFonts w:cs="Times New Roman"/>
            <w:i/>
            <w:iCs/>
            <w:color w:val="000000"/>
            <w:sz w:val="22"/>
            <w:vertAlign w:val="superscript"/>
          </w:rPr>
          <w:tag w:val="MENDELEY_CITATION_v3_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"/>
          <w:id w:val="1585183987"/>
          <w:placeholder>
            <w:docPart w:val="DefaultPlaceholder_-1854013440"/>
          </w:placeholder>
        </w:sdtPr>
        <w:sdtContent>
          <w:r w:rsidR="00D71FA2" w:rsidRPr="00D71FA2">
            <w:rPr>
              <w:rFonts w:cs="Times New Roman"/>
              <w:i/>
              <w:iCs/>
              <w:color w:val="000000"/>
              <w:sz w:val="22"/>
              <w:vertAlign w:val="superscript"/>
            </w:rPr>
            <w:t>2</w:t>
          </w:r>
        </w:sdtContent>
      </w:sdt>
      <w:r w:rsidRPr="00800656">
        <w:rPr>
          <w:rFonts w:cs="Times New Roman"/>
          <w:sz w:val="22"/>
        </w:rPr>
        <w:t>, in which multiple regressors trained on disjoint subsets of the data are averaged to form a composite predictor.</w:t>
      </w:r>
    </w:p>
    <w:p w14:paraId="68A795B9" w14:textId="77777777" w:rsidR="00800656" w:rsidRPr="00800656" w:rsidRDefault="00800656" w:rsidP="00800656">
      <w:pPr>
        <w:widowControl w:val="0"/>
        <w:autoSpaceDE w:val="0"/>
        <w:autoSpaceDN w:val="0"/>
        <w:adjustRightInd w:val="0"/>
        <w:jc w:val="both"/>
        <w:rPr>
          <w:rFonts w:cs="Times New Roman"/>
          <w:sz w:val="22"/>
        </w:rPr>
      </w:pPr>
      <w:r w:rsidRPr="00800656">
        <w:rPr>
          <w:rFonts w:cs="Times New Roman"/>
          <w:sz w:val="22"/>
        </w:rPr>
        <w:t>Two levels of averaging were performed:</w:t>
      </w:r>
    </w:p>
    <w:p w14:paraId="0027D11F" w14:textId="5FD104C1" w:rsidR="00800656" w:rsidRDefault="00800656" w:rsidP="00800656">
      <w:pPr>
        <w:widowControl w:val="0"/>
        <w:numPr>
          <w:ilvl w:val="0"/>
          <w:numId w:val="18"/>
        </w:numPr>
        <w:autoSpaceDE w:val="0"/>
        <w:autoSpaceDN w:val="0"/>
        <w:adjustRightInd w:val="0"/>
        <w:jc w:val="both"/>
        <w:rPr>
          <w:rFonts w:cs="Times New Roman"/>
          <w:sz w:val="22"/>
        </w:rPr>
      </w:pPr>
      <w:r w:rsidRPr="00800656">
        <w:rPr>
          <w:rFonts w:cs="Times New Roman"/>
          <w:sz w:val="22"/>
        </w:rPr>
        <w:t xml:space="preserve">Intra-split averaging: Within each data split, the D-Wave solver returns multiple near-optimal solutions </w:t>
      </w:r>
      <m:oMath>
        <m:d>
          <m:dPr>
            <m:begChr m:val="{"/>
            <m:endChr m:val="}"/>
            <m:ctrlPr>
              <w:rPr>
                <w:rFonts w:ascii="Cambria Math" w:hAnsi="Cambria Math" w:cs="Times New Roman"/>
                <w:i/>
                <w:sz w:val="22"/>
              </w:rPr>
            </m:ctrlPr>
          </m:dPr>
          <m:e>
            <m:sSup>
              <m:sSupPr>
                <m:ctrlPr>
                  <w:rPr>
                    <w:rFonts w:ascii="Cambria Math" w:hAnsi="Cambria Math" w:cs="Times New Roman"/>
                    <w:sz w:val="22"/>
                  </w:rPr>
                </m:ctrlPr>
              </m:sSupPr>
              <m:e>
                <m:r>
                  <w:rPr>
                    <w:rFonts w:ascii="Cambria Math" w:hAnsi="Cambria Math" w:cs="Times New Roman"/>
                    <w:sz w:val="22"/>
                  </w:rPr>
                  <m:t>α</m:t>
                </m:r>
              </m:e>
              <m:sup>
                <m:d>
                  <m:dPr>
                    <m:ctrlPr>
                      <w:rPr>
                        <w:rFonts w:ascii="Cambria Math" w:hAnsi="Cambria Math" w:cs="Times New Roman"/>
                        <w:i/>
                        <w:sz w:val="22"/>
                      </w:rPr>
                    </m:ctrlPr>
                  </m:dPr>
                  <m:e>
                    <m:r>
                      <w:rPr>
                        <w:rFonts w:ascii="Cambria Math" w:hAnsi="Cambria Math" w:cs="Times New Roman"/>
                        <w:sz w:val="22"/>
                      </w:rPr>
                      <m:t>l,i</m:t>
                    </m:r>
                  </m:e>
                </m:d>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b</m:t>
                </m:r>
              </m:e>
              <m:sup>
                <m:d>
                  <m:dPr>
                    <m:ctrlPr>
                      <w:rPr>
                        <w:rFonts w:ascii="Cambria Math" w:hAnsi="Cambria Math" w:cs="Times New Roman"/>
                        <w:i/>
                        <w:sz w:val="22"/>
                      </w:rPr>
                    </m:ctrlPr>
                  </m:dPr>
                  <m:e>
                    <m:r>
                      <w:rPr>
                        <w:rFonts w:ascii="Cambria Math" w:hAnsi="Cambria Math" w:cs="Times New Roman"/>
                        <w:sz w:val="22"/>
                      </w:rPr>
                      <m:t>l,i</m:t>
                    </m:r>
                  </m:e>
                </m:d>
              </m:sup>
            </m:sSup>
          </m:e>
        </m:d>
        <m:r>
          <w:rPr>
            <w:rFonts w:ascii="Cambria Math" w:hAnsi="Cambria Math" w:cs="Times New Roman"/>
            <w:sz w:val="22"/>
          </w:rPr>
          <m:t xml:space="preserve"> </m:t>
        </m:r>
      </m:oMath>
      <w:r w:rsidRPr="00800656">
        <w:rPr>
          <w:rFonts w:cs="Times New Roman"/>
          <w:sz w:val="22"/>
        </w:rPr>
        <w:t>corresponding to the lowest-energy configurations. These were averaged as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6840"/>
        <w:gridCol w:w="895"/>
      </w:tblGrid>
      <w:tr w:rsidR="00516C40" w14:paraId="1F7CC1CB" w14:textId="77777777" w:rsidTr="00552AE0">
        <w:tc>
          <w:tcPr>
            <w:tcW w:w="895" w:type="dxa"/>
            <w:vAlign w:val="center"/>
          </w:tcPr>
          <w:p w14:paraId="19A3F15F" w14:textId="77777777" w:rsidR="00516C40" w:rsidRDefault="00516C40" w:rsidP="00552AE0">
            <w:pPr>
              <w:widowControl w:val="0"/>
              <w:autoSpaceDE w:val="0"/>
              <w:autoSpaceDN w:val="0"/>
              <w:adjustRightInd w:val="0"/>
              <w:jc w:val="center"/>
              <w:rPr>
                <w:rFonts w:cs="Times New Roman"/>
                <w:sz w:val="22"/>
              </w:rPr>
            </w:pPr>
          </w:p>
        </w:tc>
        <w:tc>
          <w:tcPr>
            <w:tcW w:w="6840" w:type="dxa"/>
            <w:vAlign w:val="center"/>
          </w:tcPr>
          <w:p w14:paraId="416F8874" w14:textId="764ED4C6" w:rsidR="00516C40" w:rsidRDefault="00000000" w:rsidP="00552AE0">
            <w:pPr>
              <w:widowControl w:val="0"/>
              <w:autoSpaceDE w:val="0"/>
              <w:autoSpaceDN w:val="0"/>
              <w:adjustRightInd w:val="0"/>
              <w:jc w:val="center"/>
              <w:rPr>
                <w:rFonts w:cs="Times New Roman"/>
                <w:sz w:val="22"/>
              </w:rPr>
            </w:pPr>
            <m:oMathPara>
              <m:oMath>
                <m:sSubSup>
                  <m:sSubSupPr>
                    <m:ctrlPr>
                      <w:rPr>
                        <w:rFonts w:ascii="Cambria Math" w:hAnsi="Cambria Math" w:cs="Times New Roman"/>
                        <w:sz w:val="22"/>
                      </w:rPr>
                    </m:ctrlPr>
                  </m:sSubSupPr>
                  <m:e>
                    <m:acc>
                      <m:accPr>
                        <m:chr m:val="ˉ"/>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n</m:t>
                    </m:r>
                  </m:sub>
                  <m:sup>
                    <m:r>
                      <w:rPr>
                        <w:rFonts w:ascii="Cambria Math" w:hAnsi="Cambria Math" w:cs="Times New Roman"/>
                        <w:sz w:val="22"/>
                      </w:rPr>
                      <m:t>(l)</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M</m:t>
                    </m:r>
                  </m:den>
                </m:f>
                <m:nary>
                  <m:naryPr>
                    <m:chr m:val="∑"/>
                    <m:limLoc m:val="undOvr"/>
                    <m:grow m:val="1"/>
                    <m:ctrlPr>
                      <w:rPr>
                        <w:rFonts w:ascii="Cambria Math" w:hAnsi="Cambria Math" w:cs="Times New Roman"/>
                        <w:sz w:val="22"/>
                      </w:rPr>
                    </m:ctrlPr>
                  </m:naryPr>
                  <m:sub>
                    <m:r>
                      <w:rPr>
                        <w:rFonts w:ascii="Cambria Math" w:hAnsi="Cambria Math" w:cs="Times New Roman"/>
                        <w:sz w:val="22"/>
                      </w:rPr>
                      <m:t>i=1</m:t>
                    </m:r>
                  </m:sub>
                  <m:sup>
                    <m:r>
                      <w:rPr>
                        <w:rFonts w:ascii="Cambria Math" w:hAnsi="Cambria Math" w:cs="Times New Roman"/>
                        <w:sz w:val="22"/>
                      </w:rPr>
                      <m:t>M</m:t>
                    </m:r>
                  </m:sup>
                  <m:e>
                    <m:sSubSup>
                      <m:sSubSupPr>
                        <m:ctrlPr>
                          <w:rPr>
                            <w:rFonts w:ascii="Cambria Math" w:hAnsi="Cambria Math" w:cs="Times New Roman"/>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(l,i)</m:t>
                        </m:r>
                      </m:sup>
                    </m:sSubSup>
                  </m:e>
                </m:nary>
                <m:r>
                  <w:rPr>
                    <w:rFonts w:ascii="Cambria Math" w:hAnsi="Cambria Math" w:cs="Times New Roman"/>
                    <w:sz w:val="22"/>
                  </w:rPr>
                  <m:t>,</m:t>
                </m:r>
                <m:sSup>
                  <m:sSupPr>
                    <m:ctrlPr>
                      <w:rPr>
                        <w:rFonts w:ascii="Cambria Math" w:hAnsi="Cambria Math" w:cs="Times New Roman"/>
                        <w:sz w:val="22"/>
                      </w:rPr>
                    </m:ctrlPr>
                  </m:sSupPr>
                  <m:e>
                    <m:acc>
                      <m:accPr>
                        <m:chr m:val="ˉ"/>
                        <m:ctrlPr>
                          <w:rPr>
                            <w:rFonts w:ascii="Cambria Math" w:hAnsi="Cambria Math" w:cs="Times New Roman"/>
                            <w:sz w:val="22"/>
                          </w:rPr>
                        </m:ctrlPr>
                      </m:accPr>
                      <m:e>
                        <m:r>
                          <w:rPr>
                            <w:rFonts w:ascii="Cambria Math" w:hAnsi="Cambria Math" w:cs="Times New Roman"/>
                            <w:sz w:val="22"/>
                          </w:rPr>
                          <m:t>b</m:t>
                        </m:r>
                      </m:e>
                    </m:acc>
                  </m:e>
                  <m:sup>
                    <m:r>
                      <w:rPr>
                        <w:rFonts w:ascii="Cambria Math" w:hAnsi="Cambria Math" w:cs="Times New Roman"/>
                        <w:sz w:val="22"/>
                      </w:rPr>
                      <m:t>(l)</m:t>
                    </m:r>
                  </m:sup>
                </m:s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M</m:t>
                    </m:r>
                  </m:den>
                </m:f>
                <m:nary>
                  <m:naryPr>
                    <m:chr m:val="∑"/>
                    <m:limLoc m:val="undOvr"/>
                    <m:grow m:val="1"/>
                    <m:ctrlPr>
                      <w:rPr>
                        <w:rFonts w:ascii="Cambria Math" w:hAnsi="Cambria Math" w:cs="Times New Roman"/>
                        <w:sz w:val="22"/>
                      </w:rPr>
                    </m:ctrlPr>
                  </m:naryPr>
                  <m:sub>
                    <m:r>
                      <w:rPr>
                        <w:rFonts w:ascii="Cambria Math" w:hAnsi="Cambria Math" w:cs="Times New Roman"/>
                        <w:sz w:val="22"/>
                      </w:rPr>
                      <m:t>i=1</m:t>
                    </m:r>
                  </m:sub>
                  <m:sup>
                    <m:r>
                      <w:rPr>
                        <w:rFonts w:ascii="Cambria Math" w:hAnsi="Cambria Math" w:cs="Times New Roman"/>
                        <w:sz w:val="22"/>
                      </w:rPr>
                      <m:t>M</m:t>
                    </m:r>
                  </m:sup>
                  <m:e>
                    <m:sSup>
                      <m:sSupPr>
                        <m:ctrlPr>
                          <w:rPr>
                            <w:rFonts w:ascii="Cambria Math" w:hAnsi="Cambria Math" w:cs="Times New Roman"/>
                            <w:sz w:val="22"/>
                          </w:rPr>
                        </m:ctrlPr>
                      </m:sSupPr>
                      <m:e>
                        <m:r>
                          <w:rPr>
                            <w:rFonts w:ascii="Cambria Math" w:hAnsi="Cambria Math" w:cs="Times New Roman"/>
                            <w:sz w:val="22"/>
                          </w:rPr>
                          <m:t>b</m:t>
                        </m:r>
                      </m:e>
                      <m:sup>
                        <m:r>
                          <w:rPr>
                            <w:rFonts w:ascii="Cambria Math" w:hAnsi="Cambria Math" w:cs="Times New Roman"/>
                            <w:sz w:val="22"/>
                          </w:rPr>
                          <m:t>(l,i)</m:t>
                        </m:r>
                      </m:sup>
                    </m:sSup>
                  </m:e>
                </m:nary>
                <m:r>
                  <w:rPr>
                    <w:rFonts w:ascii="Cambria Math" w:hAnsi="Cambria Math" w:cs="Times New Roman"/>
                    <w:sz w:val="22"/>
                  </w:rPr>
                  <m:t>,</m:t>
                </m:r>
              </m:oMath>
            </m:oMathPara>
          </w:p>
        </w:tc>
        <w:tc>
          <w:tcPr>
            <w:tcW w:w="895" w:type="dxa"/>
            <w:vAlign w:val="center"/>
          </w:tcPr>
          <w:p w14:paraId="6ED293CB" w14:textId="6B535106" w:rsidR="00516C40" w:rsidRDefault="00552AE0" w:rsidP="00552AE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10</w:t>
            </w:r>
            <w:r>
              <w:rPr>
                <w:rFonts w:cs="Times New Roman"/>
                <w:sz w:val="22"/>
              </w:rPr>
              <w:fldChar w:fldCharType="end"/>
            </w:r>
          </w:p>
        </w:tc>
      </w:tr>
    </w:tbl>
    <w:p w14:paraId="151E1C77" w14:textId="77777777" w:rsidR="00516C40" w:rsidRPr="00800656" w:rsidRDefault="00516C40" w:rsidP="00516C40">
      <w:pPr>
        <w:widowControl w:val="0"/>
        <w:autoSpaceDE w:val="0"/>
        <w:autoSpaceDN w:val="0"/>
        <w:adjustRightInd w:val="0"/>
        <w:ind w:left="720"/>
        <w:jc w:val="both"/>
        <w:rPr>
          <w:rFonts w:cs="Times New Roman"/>
          <w:sz w:val="22"/>
        </w:rPr>
      </w:pPr>
    </w:p>
    <w:p w14:paraId="128E4FDB" w14:textId="5373273B" w:rsidR="00800656" w:rsidRPr="00800656" w:rsidRDefault="00800656" w:rsidP="00800656">
      <w:pPr>
        <w:widowControl w:val="0"/>
        <w:autoSpaceDE w:val="0"/>
        <w:autoSpaceDN w:val="0"/>
        <w:adjustRightInd w:val="0"/>
        <w:jc w:val="both"/>
        <w:rPr>
          <w:rFonts w:cs="Times New Roman"/>
          <w:sz w:val="22"/>
        </w:rPr>
      </w:pPr>
      <m:oMathPara>
        <m:oMath>
          <m:r>
            <m:rPr>
              <m:sty m:val="p"/>
            </m:rPr>
            <w:rPr>
              <w:rFonts w:cs="Times New Roman"/>
              <w:sz w:val="22"/>
            </w:rPr>
            <w:br/>
          </m:r>
        </m:oMath>
      </m:oMathPara>
    </w:p>
    <w:p w14:paraId="789A43DF" w14:textId="7AA57CAE" w:rsidR="00800656" w:rsidRPr="00800656" w:rsidRDefault="00800656" w:rsidP="00800656">
      <w:pPr>
        <w:widowControl w:val="0"/>
        <w:autoSpaceDE w:val="0"/>
        <w:autoSpaceDN w:val="0"/>
        <w:adjustRightInd w:val="0"/>
        <w:jc w:val="both"/>
        <w:rPr>
          <w:rFonts w:cs="Times New Roman"/>
          <w:sz w:val="22"/>
        </w:rPr>
      </w:pPr>
      <w:r w:rsidRPr="00800656">
        <w:rPr>
          <w:rFonts w:cs="Times New Roman"/>
          <w:sz w:val="22"/>
        </w:rPr>
        <w:t xml:space="preserve">where </w:t>
      </w:r>
      <m:oMath>
        <m:r>
          <w:rPr>
            <w:rFonts w:ascii="Cambria Math" w:hAnsi="Cambria Math" w:cs="Times New Roman"/>
            <w:sz w:val="22"/>
          </w:rPr>
          <m:t>M</m:t>
        </m:r>
      </m:oMath>
      <w:r>
        <w:rPr>
          <w:rFonts w:cs="Times New Roman"/>
          <w:sz w:val="22"/>
        </w:rPr>
        <w:t xml:space="preserve"> </w:t>
      </w:r>
      <w:r w:rsidRPr="00800656">
        <w:rPr>
          <w:rFonts w:cs="Times New Roman"/>
          <w:sz w:val="22"/>
        </w:rPr>
        <w:t>is the number of accepted low-energy samples.</w:t>
      </w:r>
    </w:p>
    <w:p w14:paraId="512ABCE0" w14:textId="1A4F3A17" w:rsidR="00800656" w:rsidRDefault="00800656" w:rsidP="00800656">
      <w:pPr>
        <w:widowControl w:val="0"/>
        <w:numPr>
          <w:ilvl w:val="0"/>
          <w:numId w:val="18"/>
        </w:numPr>
        <w:autoSpaceDE w:val="0"/>
        <w:autoSpaceDN w:val="0"/>
        <w:adjustRightInd w:val="0"/>
        <w:jc w:val="both"/>
        <w:rPr>
          <w:rFonts w:cs="Times New Roman"/>
          <w:sz w:val="22"/>
        </w:rPr>
      </w:pPr>
      <w:r w:rsidRPr="00800656">
        <w:rPr>
          <w:rFonts w:cs="Times New Roman"/>
          <w:sz w:val="22"/>
        </w:rPr>
        <w:t xml:space="preserve">Inter-split averaging: To incorporate all available training data, the dataset was partitioned into </w:t>
      </w:r>
      <m:oMath>
        <m:r>
          <w:rPr>
            <w:rFonts w:ascii="Cambria Math" w:hAnsi="Cambria Math" w:cs="Times New Roman"/>
            <w:sz w:val="22"/>
          </w:rPr>
          <m:t>L</m:t>
        </m:r>
      </m:oMath>
      <w:r>
        <w:rPr>
          <w:rFonts w:cs="Times New Roman"/>
          <w:sz w:val="22"/>
        </w:rPr>
        <w:t xml:space="preserve"> </w:t>
      </w:r>
      <w:r w:rsidRPr="00800656">
        <w:rPr>
          <w:rFonts w:cs="Times New Roman"/>
          <w:sz w:val="22"/>
        </w:rPr>
        <w:t>disjoint subsets. The coefficients and biases from each subset were averaged as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6930"/>
        <w:gridCol w:w="805"/>
      </w:tblGrid>
      <w:tr w:rsidR="00516C40" w14:paraId="47DF7A02" w14:textId="77777777" w:rsidTr="00552AE0">
        <w:tc>
          <w:tcPr>
            <w:tcW w:w="895" w:type="dxa"/>
            <w:vAlign w:val="center"/>
          </w:tcPr>
          <w:p w14:paraId="5DCB4592" w14:textId="77777777" w:rsidR="00516C40" w:rsidRDefault="00516C40" w:rsidP="00552AE0">
            <w:pPr>
              <w:widowControl w:val="0"/>
              <w:autoSpaceDE w:val="0"/>
              <w:autoSpaceDN w:val="0"/>
              <w:adjustRightInd w:val="0"/>
              <w:jc w:val="center"/>
              <w:rPr>
                <w:rFonts w:cs="Times New Roman"/>
                <w:sz w:val="22"/>
              </w:rPr>
            </w:pPr>
          </w:p>
        </w:tc>
        <w:tc>
          <w:tcPr>
            <w:tcW w:w="6930" w:type="dxa"/>
            <w:vAlign w:val="center"/>
          </w:tcPr>
          <w:p w14:paraId="5A38D684" w14:textId="29B65863" w:rsidR="00516C40" w:rsidRDefault="00000000" w:rsidP="00552AE0">
            <w:pPr>
              <w:widowControl w:val="0"/>
              <w:autoSpaceDE w:val="0"/>
              <w:autoSpaceDN w:val="0"/>
              <w:adjustRightInd w:val="0"/>
              <w:jc w:val="center"/>
              <w:rPr>
                <w:rFonts w:cs="Times New Roman"/>
                <w:sz w:val="22"/>
              </w:rPr>
            </w:pPr>
            <m:oMathPara>
              <m:oMath>
                <m:sSub>
                  <m:sSubPr>
                    <m:ctrlPr>
                      <w:rPr>
                        <w:rFonts w:ascii="Cambria Math" w:hAnsi="Cambria Math" w:cs="Times New Roman"/>
                        <w:sz w:val="22"/>
                      </w:rPr>
                    </m:ctrlPr>
                  </m:sSubPr>
                  <m:e>
                    <m:r>
                      <w:rPr>
                        <w:rFonts w:ascii="Cambria Math" w:hAnsi="Cambria Math" w:cs="Times New Roman"/>
                        <w:sz w:val="22"/>
                      </w:rPr>
                      <m:t>α</m:t>
                    </m:r>
                  </m:e>
                  <m:sub>
                    <m:r>
                      <w:rPr>
                        <w:rFonts w:ascii="Cambria Math" w:hAnsi="Cambria Math" w:cs="Times New Roman"/>
                        <w:sz w:val="22"/>
                      </w:rPr>
                      <m:t>n</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L</m:t>
                    </m:r>
                  </m:den>
                </m:f>
                <m:nary>
                  <m:naryPr>
                    <m:chr m:val="∑"/>
                    <m:limLoc m:val="undOvr"/>
                    <m:grow m:val="1"/>
                    <m:ctrlPr>
                      <w:rPr>
                        <w:rFonts w:ascii="Cambria Math" w:hAnsi="Cambria Math" w:cs="Times New Roman"/>
                        <w:sz w:val="22"/>
                      </w:rPr>
                    </m:ctrlPr>
                  </m:naryPr>
                  <m:sub>
                    <m:r>
                      <w:rPr>
                        <w:rFonts w:ascii="Cambria Math" w:hAnsi="Cambria Math" w:cs="Times New Roman"/>
                        <w:sz w:val="22"/>
                      </w:rPr>
                      <m:t>l=1</m:t>
                    </m:r>
                  </m:sub>
                  <m:sup>
                    <m:r>
                      <w:rPr>
                        <w:rFonts w:ascii="Cambria Math" w:hAnsi="Cambria Math" w:cs="Times New Roman"/>
                        <w:sz w:val="22"/>
                      </w:rPr>
                      <m:t>L</m:t>
                    </m:r>
                  </m:sup>
                  <m:e>
                    <m:sSubSup>
                      <m:sSubSupPr>
                        <m:ctrlPr>
                          <w:rPr>
                            <w:rFonts w:ascii="Cambria Math" w:hAnsi="Cambria Math" w:cs="Times New Roman"/>
                            <w:sz w:val="22"/>
                          </w:rPr>
                        </m:ctrlPr>
                      </m:sSubSupPr>
                      <m:e>
                        <m:acc>
                          <m:accPr>
                            <m:chr m:val="ˉ"/>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n</m:t>
                        </m:r>
                      </m:sub>
                      <m:sup>
                        <m:r>
                          <w:rPr>
                            <w:rFonts w:ascii="Cambria Math" w:hAnsi="Cambria Math" w:cs="Times New Roman"/>
                            <w:sz w:val="22"/>
                          </w:rPr>
                          <m:t>(l)</m:t>
                        </m:r>
                      </m:sup>
                    </m:sSubSup>
                  </m:e>
                </m:nary>
                <m:r>
                  <w:rPr>
                    <w:rFonts w:ascii="Cambria Math" w:hAnsi="Cambria Math" w:cs="Times New Roman"/>
                    <w:sz w:val="22"/>
                  </w:rPr>
                  <m:t>,b=</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L</m:t>
                    </m:r>
                  </m:den>
                </m:f>
                <m:nary>
                  <m:naryPr>
                    <m:chr m:val="∑"/>
                    <m:limLoc m:val="undOvr"/>
                    <m:grow m:val="1"/>
                    <m:ctrlPr>
                      <w:rPr>
                        <w:rFonts w:ascii="Cambria Math" w:hAnsi="Cambria Math" w:cs="Times New Roman"/>
                        <w:sz w:val="22"/>
                      </w:rPr>
                    </m:ctrlPr>
                  </m:naryPr>
                  <m:sub>
                    <m:r>
                      <w:rPr>
                        <w:rFonts w:ascii="Cambria Math" w:hAnsi="Cambria Math" w:cs="Times New Roman"/>
                        <w:sz w:val="22"/>
                      </w:rPr>
                      <m:t>l=1</m:t>
                    </m:r>
                  </m:sub>
                  <m:sup>
                    <m:r>
                      <w:rPr>
                        <w:rFonts w:ascii="Cambria Math" w:hAnsi="Cambria Math" w:cs="Times New Roman"/>
                        <w:sz w:val="22"/>
                      </w:rPr>
                      <m:t>L</m:t>
                    </m:r>
                  </m:sup>
                  <m:e>
                    <m:sSup>
                      <m:sSupPr>
                        <m:ctrlPr>
                          <w:rPr>
                            <w:rFonts w:ascii="Cambria Math" w:hAnsi="Cambria Math" w:cs="Times New Roman"/>
                            <w:sz w:val="22"/>
                          </w:rPr>
                        </m:ctrlPr>
                      </m:sSupPr>
                      <m:e>
                        <m:acc>
                          <m:accPr>
                            <m:chr m:val="ˉ"/>
                            <m:ctrlPr>
                              <w:rPr>
                                <w:rFonts w:ascii="Cambria Math" w:hAnsi="Cambria Math" w:cs="Times New Roman"/>
                                <w:sz w:val="22"/>
                              </w:rPr>
                            </m:ctrlPr>
                          </m:accPr>
                          <m:e>
                            <m:r>
                              <w:rPr>
                                <w:rFonts w:ascii="Cambria Math" w:hAnsi="Cambria Math" w:cs="Times New Roman"/>
                                <w:sz w:val="22"/>
                              </w:rPr>
                              <m:t>b</m:t>
                            </m:r>
                          </m:e>
                        </m:acc>
                      </m:e>
                      <m:sup>
                        <m:r>
                          <w:rPr>
                            <w:rFonts w:ascii="Cambria Math" w:hAnsi="Cambria Math" w:cs="Times New Roman"/>
                            <w:sz w:val="22"/>
                          </w:rPr>
                          <m:t>(l)</m:t>
                        </m:r>
                      </m:sup>
                    </m:sSup>
                  </m:e>
                </m:nary>
                <m:r>
                  <m:rPr>
                    <m:sty m:val="p"/>
                  </m:rPr>
                  <w:rPr>
                    <w:rFonts w:ascii="Cambria Math" w:hAnsi="Cambria Math" w:cs="Times New Roman"/>
                    <w:sz w:val="22"/>
                  </w:rPr>
                  <m:t>.</m:t>
                </m:r>
              </m:oMath>
            </m:oMathPara>
          </w:p>
        </w:tc>
        <w:tc>
          <w:tcPr>
            <w:tcW w:w="805" w:type="dxa"/>
            <w:vAlign w:val="center"/>
          </w:tcPr>
          <w:p w14:paraId="518A760C" w14:textId="0DD54443" w:rsidR="00516C40" w:rsidRDefault="00552AE0" w:rsidP="00552AE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11</w:t>
            </w:r>
            <w:r>
              <w:rPr>
                <w:rFonts w:cs="Times New Roman"/>
                <w:sz w:val="22"/>
              </w:rPr>
              <w:fldChar w:fldCharType="end"/>
            </w:r>
          </w:p>
        </w:tc>
      </w:tr>
    </w:tbl>
    <w:p w14:paraId="6F9CBAF5" w14:textId="574CCFFD" w:rsidR="00800656" w:rsidRPr="00800656" w:rsidRDefault="00800656" w:rsidP="00800656">
      <w:pPr>
        <w:widowControl w:val="0"/>
        <w:autoSpaceDE w:val="0"/>
        <w:autoSpaceDN w:val="0"/>
        <w:adjustRightInd w:val="0"/>
        <w:jc w:val="both"/>
        <w:rPr>
          <w:rFonts w:cs="Times New Roman"/>
          <w:sz w:val="22"/>
        </w:rPr>
      </w:pPr>
    </w:p>
    <w:p w14:paraId="6ABD442F" w14:textId="77777777" w:rsidR="00800656" w:rsidRDefault="00800656" w:rsidP="00800656">
      <w:pPr>
        <w:widowControl w:val="0"/>
        <w:autoSpaceDE w:val="0"/>
        <w:autoSpaceDN w:val="0"/>
        <w:adjustRightInd w:val="0"/>
        <w:jc w:val="both"/>
        <w:rPr>
          <w:rFonts w:cs="Times New Roman"/>
          <w:sz w:val="22"/>
        </w:rPr>
      </w:pPr>
      <w:r w:rsidRPr="00800656">
        <w:rPr>
          <w:rFonts w:cs="Times New Roman"/>
          <w:sz w:val="22"/>
        </w:rPr>
        <w:t>The final combined regressor is therefore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930"/>
        <w:gridCol w:w="805"/>
      </w:tblGrid>
      <w:tr w:rsidR="00516C40" w14:paraId="79A1D68C" w14:textId="77777777" w:rsidTr="00552AE0">
        <w:tc>
          <w:tcPr>
            <w:tcW w:w="1615" w:type="dxa"/>
            <w:vAlign w:val="center"/>
          </w:tcPr>
          <w:p w14:paraId="32A812E0" w14:textId="77777777" w:rsidR="00516C40" w:rsidRDefault="00516C40" w:rsidP="00552AE0">
            <w:pPr>
              <w:widowControl w:val="0"/>
              <w:autoSpaceDE w:val="0"/>
              <w:autoSpaceDN w:val="0"/>
              <w:adjustRightInd w:val="0"/>
              <w:jc w:val="center"/>
              <w:rPr>
                <w:rFonts w:cs="Times New Roman"/>
                <w:sz w:val="22"/>
              </w:rPr>
            </w:pPr>
          </w:p>
        </w:tc>
        <w:tc>
          <w:tcPr>
            <w:tcW w:w="6930" w:type="dxa"/>
            <w:vAlign w:val="center"/>
          </w:tcPr>
          <w:p w14:paraId="74E8EF71" w14:textId="0FE0BCA8" w:rsidR="00516C40" w:rsidRDefault="00552AE0" w:rsidP="00552AE0">
            <w:pPr>
              <w:widowControl w:val="0"/>
              <w:autoSpaceDE w:val="0"/>
              <w:autoSpaceDN w:val="0"/>
              <w:adjustRightInd w:val="0"/>
              <w:jc w:val="center"/>
              <w:rPr>
                <w:rFonts w:cs="Times New Roman"/>
                <w:sz w:val="22"/>
              </w:rPr>
            </w:pPr>
            <m:oMathPara>
              <m:oMath>
                <m:r>
                  <w:rPr>
                    <w:rFonts w:ascii="Cambria Math" w:hAnsi="Cambria Math" w:cs="Times New Roman"/>
                    <w:sz w:val="22"/>
                  </w:rPr>
                  <m:t>F(x)=</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L</m:t>
                    </m:r>
                  </m:den>
                </m:f>
                <m:nary>
                  <m:naryPr>
                    <m:chr m:val="∑"/>
                    <m:limLoc m:val="undOvr"/>
                    <m:grow m:val="1"/>
                    <m:ctrlPr>
                      <w:rPr>
                        <w:rFonts w:ascii="Cambria Math" w:hAnsi="Cambria Math" w:cs="Times New Roman"/>
                        <w:sz w:val="22"/>
                      </w:rPr>
                    </m:ctrlPr>
                  </m:naryPr>
                  <m:sub>
                    <m:r>
                      <w:rPr>
                        <w:rFonts w:ascii="Cambria Math" w:hAnsi="Cambria Math" w:cs="Times New Roman"/>
                        <w:sz w:val="22"/>
                      </w:rPr>
                      <m:t>l=1</m:t>
                    </m:r>
                  </m:sub>
                  <m:sup>
                    <m:r>
                      <w:rPr>
                        <w:rFonts w:ascii="Cambria Math" w:hAnsi="Cambria Math" w:cs="Times New Roman"/>
                        <w:sz w:val="22"/>
                      </w:rPr>
                      <m:t>L</m:t>
                    </m:r>
                  </m:sup>
                  <m:e>
                    <m:d>
                      <m:dPr>
                        <m:begChr m:val="["/>
                        <m:endChr m:val="]"/>
                        <m:ctrlPr>
                          <w:rPr>
                            <w:rFonts w:ascii="Cambria Math" w:hAnsi="Cambria Math" w:cs="Times New Roman"/>
                            <w:i/>
                            <w:sz w:val="22"/>
                          </w:rPr>
                        </m:ctrlPr>
                      </m:dPr>
                      <m:e>
                        <m:nary>
                          <m:naryPr>
                            <m:chr m:val="∑"/>
                            <m:limLoc m:val="undOvr"/>
                            <m:grow m:val="1"/>
                            <m:supHide m:val="1"/>
                            <m:ctrlPr>
                              <w:rPr>
                                <w:rFonts w:ascii="Cambria Math" w:hAnsi="Cambria Math" w:cs="Times New Roman"/>
                                <w:sz w:val="22"/>
                              </w:rPr>
                            </m:ctrlPr>
                          </m:naryPr>
                          <m:sub>
                            <m:r>
                              <w:rPr>
                                <w:rFonts w:ascii="Cambria Math" w:hAnsi="Cambria Math" w:cs="Times New Roman"/>
                                <w:sz w:val="22"/>
                              </w:rPr>
                              <m:t>n</m:t>
                            </m:r>
                          </m:sub>
                          <m:sup/>
                          <m:e>
                            <m:d>
                              <m:dPr>
                                <m:ctrlPr>
                                  <w:rPr>
                                    <w:rFonts w:ascii="Cambria Math" w:hAnsi="Cambria Math" w:cs="Times New Roman"/>
                                    <w:i/>
                                    <w:sz w:val="22"/>
                                  </w:rPr>
                                </m:ctrlPr>
                              </m:dPr>
                              <m:e>
                                <m:sSubSup>
                                  <m:sSubSupPr>
                                    <m:ctrlPr>
                                      <w:rPr>
                                        <w:rFonts w:ascii="Cambria Math" w:hAnsi="Cambria Math" w:cs="Times New Roman"/>
                                        <w:sz w:val="22"/>
                                      </w:rPr>
                                    </m:ctrlPr>
                                  </m:sSubSupPr>
                                  <m:e>
                                    <m:acc>
                                      <m:accPr>
                                        <m:chr m:val="ˉ"/>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n</m:t>
                                    </m:r>
                                  </m:sub>
                                  <m:sup>
                                    <m:d>
                                      <m:dPr>
                                        <m:ctrlPr>
                                          <w:rPr>
                                            <w:rFonts w:ascii="Cambria Math" w:hAnsi="Cambria Math" w:cs="Times New Roman"/>
                                            <w:i/>
                                            <w:sz w:val="22"/>
                                          </w:rPr>
                                        </m:ctrlPr>
                                      </m:dPr>
                                      <m:e>
                                        <m:r>
                                          <w:rPr>
                                            <w:rFonts w:ascii="Cambria Math" w:hAnsi="Cambria Math" w:cs="Times New Roman"/>
                                            <w:sz w:val="22"/>
                                          </w:rPr>
                                          <m:t>l</m:t>
                                        </m:r>
                                      </m:e>
                                    </m:d>
                                  </m:sup>
                                </m:sSubSup>
                                <m:r>
                                  <w:rPr>
                                    <w:rFonts w:ascii="Cambria Math" w:hAnsi="Cambria Math" w:cs="Times New Roman"/>
                                    <w:sz w:val="22"/>
                                  </w:rPr>
                                  <m:t>-</m:t>
                                </m:r>
                                <m:sSubSup>
                                  <m:sSubSupPr>
                                    <m:ctrlPr>
                                      <w:rPr>
                                        <w:rFonts w:ascii="Cambria Math" w:hAnsi="Cambria Math" w:cs="Times New Roman"/>
                                        <w:sz w:val="22"/>
                                      </w:rPr>
                                    </m:ctrlPr>
                                  </m:sSubSupPr>
                                  <m:e>
                                    <m:acc>
                                      <m:accPr>
                                        <m:chr m:val="ˉ"/>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n</m:t>
                                    </m:r>
                                  </m:sub>
                                  <m: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l</m:t>
                                        </m:r>
                                      </m:e>
                                    </m:d>
                                  </m:sup>
                                </m:sSubSup>
                              </m:e>
                            </m:d>
                          </m:e>
                        </m:nary>
                        <m:r>
                          <w:rPr>
                            <w:rFonts w:ascii="Cambria Math" w:hAnsi="Cambria Math" w:cs="Times New Roman"/>
                            <w:sz w:val="22"/>
                          </w:rPr>
                          <m:t>K</m:t>
                        </m:r>
                        <m:d>
                          <m:dPr>
                            <m:ctrlPr>
                              <w:rPr>
                                <w:rFonts w:ascii="Cambria Math" w:hAnsi="Cambria Math" w:cs="Times New Roman"/>
                                <w:i/>
                                <w:sz w:val="22"/>
                              </w:rPr>
                            </m:ctrlPr>
                          </m:dPr>
                          <m:e>
                            <m:sSubSup>
                              <m:sSubSupPr>
                                <m:ctrlPr>
                                  <w:rPr>
                                    <w:rFonts w:ascii="Cambria Math" w:hAnsi="Cambria Math" w:cs="Times New Roman"/>
                                    <w:sz w:val="22"/>
                                  </w:rPr>
                                </m:ctrlPr>
                              </m:sSubSupPr>
                              <m:e>
                                <m:r>
                                  <w:rPr>
                                    <w:rFonts w:ascii="Cambria Math" w:hAnsi="Cambria Math" w:cs="Times New Roman"/>
                                    <w:sz w:val="22"/>
                                  </w:rPr>
                                  <m:t>x</m:t>
                                </m:r>
                              </m:e>
                              <m:sub>
                                <m:r>
                                  <w:rPr>
                                    <w:rFonts w:ascii="Cambria Math" w:hAnsi="Cambria Math" w:cs="Times New Roman"/>
                                    <w:sz w:val="22"/>
                                  </w:rPr>
                                  <m:t>n</m:t>
                                </m:r>
                              </m:sub>
                              <m:sup>
                                <m:d>
                                  <m:dPr>
                                    <m:ctrlPr>
                                      <w:rPr>
                                        <w:rFonts w:ascii="Cambria Math" w:hAnsi="Cambria Math" w:cs="Times New Roman"/>
                                        <w:i/>
                                        <w:sz w:val="22"/>
                                      </w:rPr>
                                    </m:ctrlPr>
                                  </m:dPr>
                                  <m:e>
                                    <m:r>
                                      <w:rPr>
                                        <w:rFonts w:ascii="Cambria Math" w:hAnsi="Cambria Math" w:cs="Times New Roman"/>
                                        <w:sz w:val="22"/>
                                      </w:rPr>
                                      <m:t>l</m:t>
                                    </m:r>
                                  </m:e>
                                </m:d>
                              </m:sup>
                            </m:sSubSup>
                            <m:r>
                              <w:rPr>
                                <w:rFonts w:ascii="Cambria Math" w:hAnsi="Cambria Math" w:cs="Times New Roman"/>
                                <w:sz w:val="22"/>
                              </w:rPr>
                              <m:t>,x</m:t>
                            </m:r>
                          </m:e>
                        </m:d>
                        <m:r>
                          <w:rPr>
                            <w:rFonts w:ascii="Cambria Math" w:hAnsi="Cambria Math" w:cs="Times New Roman"/>
                            <w:sz w:val="22"/>
                          </w:rPr>
                          <m:t>+</m:t>
                        </m:r>
                        <m:sSup>
                          <m:sSupPr>
                            <m:ctrlPr>
                              <w:rPr>
                                <w:rFonts w:ascii="Cambria Math" w:hAnsi="Cambria Math" w:cs="Times New Roman"/>
                                <w:sz w:val="22"/>
                              </w:rPr>
                            </m:ctrlPr>
                          </m:sSupPr>
                          <m:e>
                            <m:acc>
                              <m:accPr>
                                <m:chr m:val="ˉ"/>
                                <m:ctrlPr>
                                  <w:rPr>
                                    <w:rFonts w:ascii="Cambria Math" w:hAnsi="Cambria Math" w:cs="Times New Roman"/>
                                    <w:sz w:val="22"/>
                                  </w:rPr>
                                </m:ctrlPr>
                              </m:accPr>
                              <m:e>
                                <m:r>
                                  <w:rPr>
                                    <w:rFonts w:ascii="Cambria Math" w:hAnsi="Cambria Math" w:cs="Times New Roman"/>
                                    <w:sz w:val="22"/>
                                  </w:rPr>
                                  <m:t>b</m:t>
                                </m:r>
                              </m:e>
                            </m:acc>
                          </m:e>
                          <m:sup>
                            <m:d>
                              <m:dPr>
                                <m:ctrlPr>
                                  <w:rPr>
                                    <w:rFonts w:ascii="Cambria Math" w:hAnsi="Cambria Math" w:cs="Times New Roman"/>
                                    <w:i/>
                                    <w:sz w:val="22"/>
                                  </w:rPr>
                                </m:ctrlPr>
                              </m:dPr>
                              <m:e>
                                <m:r>
                                  <w:rPr>
                                    <w:rFonts w:ascii="Cambria Math" w:hAnsi="Cambria Math" w:cs="Times New Roman"/>
                                    <w:sz w:val="22"/>
                                  </w:rPr>
                                  <m:t>l</m:t>
                                </m:r>
                              </m:e>
                            </m:d>
                          </m:sup>
                        </m:sSup>
                      </m:e>
                    </m:d>
                  </m:e>
                </m:nary>
                <m:r>
                  <w:rPr>
                    <w:rFonts w:ascii="Cambria Math" w:hAnsi="Cambria Math" w:cs="Times New Roman"/>
                    <w:sz w:val="22"/>
                  </w:rPr>
                  <m:t>,</m:t>
                </m:r>
              </m:oMath>
            </m:oMathPara>
          </w:p>
        </w:tc>
        <w:tc>
          <w:tcPr>
            <w:tcW w:w="805" w:type="dxa"/>
            <w:vAlign w:val="center"/>
          </w:tcPr>
          <w:p w14:paraId="2736BA9D" w14:textId="7E41464E" w:rsidR="00516C40" w:rsidRDefault="00552AE0" w:rsidP="00552AE0">
            <w:pPr>
              <w:widowControl w:val="0"/>
              <w:autoSpaceDE w:val="0"/>
              <w:autoSpaceDN w:val="0"/>
              <w:adjustRightInd w:val="0"/>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12</w:t>
            </w:r>
            <w:r>
              <w:rPr>
                <w:rFonts w:cs="Times New Roman"/>
                <w:sz w:val="22"/>
              </w:rPr>
              <w:fldChar w:fldCharType="end"/>
            </w:r>
          </w:p>
        </w:tc>
      </w:tr>
    </w:tbl>
    <w:p w14:paraId="79EDB096" w14:textId="6082B659" w:rsidR="00800656" w:rsidRPr="00800656" w:rsidRDefault="00800656" w:rsidP="00800656">
      <w:pPr>
        <w:widowControl w:val="0"/>
        <w:autoSpaceDE w:val="0"/>
        <w:autoSpaceDN w:val="0"/>
        <w:adjustRightInd w:val="0"/>
        <w:jc w:val="both"/>
        <w:rPr>
          <w:rFonts w:cs="Times New Roman"/>
          <w:sz w:val="22"/>
        </w:rPr>
      </w:pPr>
    </w:p>
    <w:p w14:paraId="2E9C71D0" w14:textId="6C743F9F" w:rsidR="00800656" w:rsidRDefault="00800656" w:rsidP="00800656">
      <w:pPr>
        <w:widowControl w:val="0"/>
        <w:autoSpaceDE w:val="0"/>
        <w:autoSpaceDN w:val="0"/>
        <w:adjustRightInd w:val="0"/>
        <w:jc w:val="both"/>
        <w:rPr>
          <w:rFonts w:cs="Times New Roman"/>
          <w:sz w:val="22"/>
        </w:rPr>
      </w:pPr>
      <w:r w:rsidRPr="00800656">
        <w:rPr>
          <w:rFonts w:cs="Times New Roman"/>
          <w:sz w:val="22"/>
        </w:rPr>
        <w:t xml:space="preserve">where </w:t>
      </w:r>
      <m:oMath>
        <m:r>
          <w:rPr>
            <w:rFonts w:ascii="Cambria Math" w:hAnsi="Cambria Math" w:cs="Times New Roman"/>
            <w:sz w:val="22"/>
          </w:rPr>
          <m:t>K(⋅,⋅)</m:t>
        </m:r>
      </m:oMath>
      <w:r>
        <w:rPr>
          <w:rFonts w:cs="Times New Roman"/>
          <w:sz w:val="22"/>
        </w:rPr>
        <w:t xml:space="preserve"> </w:t>
      </w:r>
      <w:r w:rsidRPr="00800656">
        <w:rPr>
          <w:rFonts w:cs="Times New Roman"/>
          <w:sz w:val="22"/>
        </w:rPr>
        <w:t xml:space="preserve">is the kernel function </w:t>
      </w:r>
      <w:proofErr w:type="gramStart"/>
      <w:r w:rsidRPr="00800656">
        <w:rPr>
          <w:rFonts w:cs="Times New Roman"/>
          <w:sz w:val="22"/>
        </w:rPr>
        <w:t>used</w:t>
      </w:r>
      <w:proofErr w:type="gramEnd"/>
      <w:r w:rsidRPr="00800656">
        <w:rPr>
          <w:rFonts w:cs="Times New Roman"/>
          <w:sz w:val="22"/>
        </w:rPr>
        <w:t xml:space="preserve"> in the QUBO formulation and </w:t>
      </w:r>
      <m:oMath>
        <m:sSubSup>
          <m:sSubSupPr>
            <m:ctrlPr>
              <w:rPr>
                <w:rFonts w:ascii="Cambria Math" w:hAnsi="Cambria Math" w:cs="Times New Roman"/>
                <w:sz w:val="22"/>
              </w:rPr>
            </m:ctrlPr>
          </m:sSubSupPr>
          <m:e>
            <m:acc>
              <m:accPr>
                <m:chr m:val="ˉ"/>
                <m:ctrlPr>
                  <w:rPr>
                    <w:rFonts w:ascii="Cambria Math" w:hAnsi="Cambria Math" w:cs="Times New Roman"/>
                    <w:sz w:val="22"/>
                  </w:rPr>
                </m:ctrlPr>
              </m:accPr>
              <m:e>
                <m:r>
                  <w:rPr>
                    <w:rFonts w:ascii="Cambria Math" w:hAnsi="Cambria Math" w:cs="Times New Roman"/>
                    <w:sz w:val="22"/>
                  </w:rPr>
                  <m:t>α</m:t>
                </m:r>
              </m:e>
            </m:acc>
          </m:e>
          <m:sub>
            <m:r>
              <w:rPr>
                <w:rFonts w:ascii="Cambria Math" w:hAnsi="Cambria Math" w:cs="Times New Roman"/>
                <w:sz w:val="22"/>
              </w:rPr>
              <m:t>n</m:t>
            </m:r>
          </m:sub>
          <m:sup>
            <m:r>
              <w:rPr>
                <w:rFonts w:ascii="Cambria Math" w:hAnsi="Cambria Math" w:cs="Times New Roman"/>
                <w:sz w:val="22"/>
              </w:rPr>
              <m:t>*(l)</m:t>
            </m:r>
          </m:sup>
        </m:sSubSup>
      </m:oMath>
      <w:r w:rsidRPr="00800656">
        <w:rPr>
          <w:rFonts w:cs="Times New Roman"/>
          <w:sz w:val="22"/>
        </w:rPr>
        <w:t>denotes the complementary dual variables for the regression task.</w:t>
      </w:r>
    </w:p>
    <w:p w14:paraId="49E07739" w14:textId="10E5DDDF" w:rsidR="00281152" w:rsidRDefault="00800656" w:rsidP="00C16343">
      <w:pPr>
        <w:widowControl w:val="0"/>
        <w:autoSpaceDE w:val="0"/>
        <w:autoSpaceDN w:val="0"/>
        <w:adjustRightInd w:val="0"/>
        <w:jc w:val="both"/>
        <w:rPr>
          <w:rFonts w:cs="Times New Roman"/>
          <w:b/>
          <w:bCs/>
        </w:rPr>
      </w:pPr>
      <w:r w:rsidRPr="00800656">
        <w:rPr>
          <w:rFonts w:cs="Times New Roman"/>
          <w:sz w:val="22"/>
        </w:rPr>
        <w:t xml:space="preserve">However, this approach ultimately produced </w:t>
      </w:r>
      <m:oMath>
        <m:sSup>
          <m:sSupPr>
            <m:ctrlPr>
              <w:rPr>
                <w:rFonts w:ascii="Cambria Math" w:hAnsi="Cambria Math" w:cs="Times New Roman"/>
                <w:sz w:val="22"/>
              </w:rPr>
            </m:ctrlPr>
          </m:sSupPr>
          <m:e>
            <m:r>
              <w:rPr>
                <w:rFonts w:ascii="Cambria Math" w:hAnsi="Cambria Math" w:cs="Times New Roman"/>
                <w:sz w:val="22"/>
              </w:rPr>
              <m:t>R</m:t>
            </m:r>
          </m:e>
          <m:sup>
            <m:r>
              <w:rPr>
                <w:rFonts w:ascii="Cambria Math" w:hAnsi="Cambria Math" w:cs="Times New Roman"/>
                <w:sz w:val="22"/>
              </w:rPr>
              <m:t>2</m:t>
            </m:r>
          </m:sup>
        </m:sSup>
      </m:oMath>
      <w:r>
        <w:rPr>
          <w:rFonts w:cs="Times New Roman"/>
          <w:sz w:val="22"/>
        </w:rPr>
        <w:t xml:space="preserve"> </w:t>
      </w:r>
      <w:r w:rsidRPr="00800656">
        <w:rPr>
          <w:rFonts w:cs="Times New Roman"/>
          <w:sz w:val="22"/>
        </w:rPr>
        <w:t>values in the range of 0</w:t>
      </w:r>
      <w:r w:rsidR="000D4947">
        <w:rPr>
          <w:rFonts w:cs="Times New Roman"/>
          <w:sz w:val="22"/>
        </w:rPr>
        <w:t xml:space="preserve"> </w:t>
      </w:r>
      <w:r w:rsidRPr="00800656">
        <w:rPr>
          <w:rFonts w:cs="Times New Roman"/>
          <w:sz w:val="22"/>
        </w:rPr>
        <w:t>–</w:t>
      </w:r>
      <w:r w:rsidR="000D4947">
        <w:rPr>
          <w:rFonts w:cs="Times New Roman"/>
          <w:sz w:val="22"/>
        </w:rPr>
        <w:t xml:space="preserve"> </w:t>
      </w:r>
      <w:r w:rsidRPr="00800656">
        <w:rPr>
          <w:rFonts w:cs="Times New Roman"/>
          <w:sz w:val="22"/>
        </w:rPr>
        <w:t xml:space="preserve">0.1, indicating that no meaningful regression trend was captured. The poor performance arises from the inherent doubling of binary variables required to encode both </w:t>
      </w:r>
      <m:oMath>
        <m:r>
          <w:rPr>
            <w:rFonts w:ascii="Cambria Math" w:hAnsi="Cambria Math" w:cs="Times New Roman"/>
            <w:sz w:val="22"/>
          </w:rPr>
          <m:t>α</m:t>
        </m:r>
      </m:oMath>
      <w:r>
        <w:rPr>
          <w:rFonts w:cs="Times New Roman"/>
          <w:sz w:val="22"/>
        </w:rPr>
        <w:t xml:space="preserve"> </w:t>
      </w:r>
      <w:r w:rsidRPr="00800656">
        <w:rPr>
          <w:rFonts w:cs="Times New Roman"/>
          <w:sz w:val="22"/>
        </w:rPr>
        <w:t xml:space="preserve">and </w:t>
      </w:r>
      <m:oMath>
        <m:sSup>
          <m:sSupPr>
            <m:ctrlPr>
              <w:rPr>
                <w:rFonts w:ascii="Cambria Math" w:hAnsi="Cambria Math" w:cs="Times New Roman"/>
                <w:sz w:val="22"/>
              </w:rPr>
            </m:ctrlPr>
          </m:sSupPr>
          <m:e>
            <m:r>
              <w:rPr>
                <w:rFonts w:ascii="Cambria Math" w:hAnsi="Cambria Math" w:cs="Times New Roman"/>
                <w:sz w:val="22"/>
              </w:rPr>
              <m:t>α</m:t>
            </m:r>
          </m:e>
          <m:sup>
            <m:r>
              <m:rPr>
                <m:nor/>
              </m:rPr>
              <w:rPr>
                <w:rFonts w:cs="Times New Roman"/>
                <w:sz w:val="22"/>
              </w:rPr>
              <m:t>*</m:t>
            </m:r>
          </m:sup>
        </m:sSup>
      </m:oMath>
      <w:r w:rsidRPr="00800656">
        <w:rPr>
          <w:rFonts w:cs="Times New Roman"/>
          <w:sz w:val="22"/>
        </w:rPr>
        <w:t>in the regression formulation. This expansion significantly increases the number of qubits and, consequently, reduces the number of data points that can be embedded per batch. The resulting small effective training sets prevent the model from learning any statistical correlation, rendering the quantum regression approach currently unfeasible with existing hardware constraints.</w:t>
      </w:r>
    </w:p>
    <w:p w14:paraId="22308004" w14:textId="77777777" w:rsidR="00281152" w:rsidRPr="00552AE0" w:rsidRDefault="00281152" w:rsidP="00C16343">
      <w:pPr>
        <w:widowControl w:val="0"/>
        <w:autoSpaceDE w:val="0"/>
        <w:autoSpaceDN w:val="0"/>
        <w:adjustRightInd w:val="0"/>
        <w:jc w:val="both"/>
        <w:rPr>
          <w:rFonts w:cs="Times New Roman"/>
          <w:b/>
          <w:bCs/>
          <w:sz w:val="28"/>
          <w:szCs w:val="28"/>
        </w:rPr>
      </w:pPr>
    </w:p>
    <w:p w14:paraId="0CE1E4DF" w14:textId="6EDF9788" w:rsidR="0011440C" w:rsidRPr="00552AE0" w:rsidRDefault="0011440C" w:rsidP="00C16343">
      <w:pPr>
        <w:widowControl w:val="0"/>
        <w:autoSpaceDE w:val="0"/>
        <w:autoSpaceDN w:val="0"/>
        <w:adjustRightInd w:val="0"/>
        <w:jc w:val="both"/>
        <w:rPr>
          <w:rFonts w:cs="Times New Roman"/>
          <w:sz w:val="28"/>
          <w:szCs w:val="28"/>
        </w:rPr>
      </w:pPr>
      <w:r w:rsidRPr="00552AE0">
        <w:rPr>
          <w:rFonts w:cs="Times New Roman"/>
          <w:b/>
          <w:bCs/>
          <w:sz w:val="28"/>
          <w:szCs w:val="28"/>
        </w:rPr>
        <w:t xml:space="preserve">Section </w:t>
      </w:r>
      <w:r w:rsidR="000758C9" w:rsidRPr="00552AE0">
        <w:rPr>
          <w:rFonts w:cs="Times New Roman"/>
          <w:b/>
          <w:bCs/>
          <w:sz w:val="28"/>
          <w:szCs w:val="28"/>
        </w:rPr>
        <w:t>F</w:t>
      </w:r>
      <w:r w:rsidRPr="00552AE0">
        <w:rPr>
          <w:rFonts w:cs="Times New Roman"/>
          <w:b/>
          <w:bCs/>
          <w:sz w:val="28"/>
          <w:szCs w:val="28"/>
        </w:rPr>
        <w:t>: Neural</w:t>
      </w:r>
      <w:r w:rsidR="000D4947">
        <w:rPr>
          <w:rFonts w:cs="Times New Roman"/>
          <w:b/>
          <w:bCs/>
          <w:sz w:val="28"/>
          <w:szCs w:val="28"/>
        </w:rPr>
        <w:t>-</w:t>
      </w:r>
      <w:r w:rsidRPr="00552AE0">
        <w:rPr>
          <w:rFonts w:cs="Times New Roman"/>
          <w:b/>
          <w:bCs/>
          <w:sz w:val="28"/>
          <w:szCs w:val="28"/>
        </w:rPr>
        <w:t>Network</w:t>
      </w:r>
      <w:r w:rsidR="000D4947">
        <w:rPr>
          <w:rFonts w:cs="Times New Roman"/>
          <w:b/>
          <w:bCs/>
          <w:sz w:val="28"/>
          <w:szCs w:val="28"/>
        </w:rPr>
        <w:t>-</w:t>
      </w:r>
      <w:r w:rsidRPr="00552AE0">
        <w:rPr>
          <w:rFonts w:cs="Times New Roman"/>
          <w:b/>
          <w:bCs/>
          <w:sz w:val="28"/>
          <w:szCs w:val="28"/>
        </w:rPr>
        <w:t xml:space="preserve">Pruning </w:t>
      </w:r>
      <w:r w:rsidR="00652E28" w:rsidRPr="00552AE0">
        <w:rPr>
          <w:rFonts w:cs="Times New Roman"/>
          <w:b/>
          <w:bCs/>
          <w:sz w:val="28"/>
          <w:szCs w:val="28"/>
        </w:rPr>
        <w:t>Formulation</w:t>
      </w:r>
    </w:p>
    <w:p w14:paraId="1A20E2B9" w14:textId="63952ECA" w:rsidR="00FB3ACA" w:rsidRPr="00516C40" w:rsidRDefault="0011440C">
      <w:pPr>
        <w:rPr>
          <w:rFonts w:cs="Times New Roman"/>
          <w:iCs/>
          <w:sz w:val="22"/>
        </w:rPr>
      </w:pPr>
      <w:r w:rsidRPr="0011440C">
        <w:rPr>
          <w:rFonts w:cs="Times New Roman"/>
          <w:b/>
          <w:bCs/>
          <w:sz w:val="22"/>
        </w:rPr>
        <w:t xml:space="preserve">Neural Network Architecture.  </w:t>
      </w:r>
      <w:r w:rsidRPr="0011440C">
        <w:rPr>
          <w:rFonts w:cs="Times New Roman"/>
          <w:sz w:val="22"/>
        </w:rPr>
        <w:t xml:space="preserve">Each neuron within a </w:t>
      </w:r>
      <w:r w:rsidR="00350135">
        <w:rPr>
          <w:rFonts w:cs="Times New Roman"/>
          <w:sz w:val="22"/>
        </w:rPr>
        <w:t xml:space="preserve">feedforward </w:t>
      </w:r>
      <w:r w:rsidRPr="0011440C">
        <w:rPr>
          <w:rFonts w:cs="Times New Roman"/>
          <w:sz w:val="22"/>
        </w:rPr>
        <w:t xml:space="preserve">neural network receives as input a set of activations </w:t>
      </w:r>
      <m:oMath>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i</m:t>
            </m:r>
          </m:sub>
        </m:sSub>
      </m:oMath>
      <w:r w:rsidRPr="0011440C">
        <w:rPr>
          <w:rFonts w:cs="Times New Roman"/>
          <w:sz w:val="22"/>
        </w:rPr>
        <w:t xml:space="preserve"> originating from the preceding layer. </w:t>
      </w:r>
      <w:r w:rsidR="00AE0CFD">
        <w:rPr>
          <w:rFonts w:cs="Times New Roman"/>
          <w:sz w:val="22"/>
        </w:rPr>
        <w:t xml:space="preserve">For the first layer, </w:t>
      </w:r>
      <m:oMath>
        <m:r>
          <m:rPr>
            <m:sty m:val="b"/>
          </m:rPr>
          <w:rPr>
            <w:rFonts w:ascii="Cambria Math" w:hAnsi="Cambria Math" w:cs="Times New Roman"/>
            <w:sz w:val="22"/>
          </w:rPr>
          <m:t>x</m:t>
        </m:r>
      </m:oMath>
      <w:r w:rsidR="00112881">
        <w:rPr>
          <w:rFonts w:cs="Times New Roman"/>
          <w:b/>
          <w:bCs/>
          <w:iCs/>
          <w:sz w:val="22"/>
        </w:rPr>
        <w:t xml:space="preserve"> </w:t>
      </w:r>
      <w:r w:rsidR="00112881" w:rsidRPr="00112881">
        <w:rPr>
          <w:rFonts w:cs="Times New Roman"/>
          <w:iCs/>
          <w:sz w:val="22"/>
        </w:rPr>
        <w:t xml:space="preserve">corresponds to the raw input features, while for subsequent layers </w:t>
      </w:r>
      <m:oMath>
        <m:r>
          <m:rPr>
            <m:sty m:val="b"/>
          </m:rPr>
          <w:rPr>
            <w:rFonts w:ascii="Cambria Math" w:hAnsi="Cambria Math" w:cs="Times New Roman"/>
            <w:sz w:val="22"/>
          </w:rPr>
          <m:t>x</m:t>
        </m:r>
      </m:oMath>
      <w:r w:rsidR="00350135">
        <w:rPr>
          <w:rFonts w:cs="Times New Roman"/>
          <w:b/>
          <w:bCs/>
          <w:iCs/>
          <w:sz w:val="22"/>
        </w:rPr>
        <w:t xml:space="preserve"> </w:t>
      </w:r>
      <w:r w:rsidR="00112881" w:rsidRPr="00112881">
        <w:rPr>
          <w:rFonts w:cs="Times New Roman"/>
          <w:iCs/>
          <w:sz w:val="22"/>
        </w:rPr>
        <w:t>represent the activation function by the previous layer.</w:t>
      </w:r>
      <w:r w:rsidR="00112881">
        <w:rPr>
          <w:rFonts w:cs="Times New Roman"/>
          <w:b/>
          <w:bCs/>
          <w:iCs/>
          <w:sz w:val="22"/>
        </w:rPr>
        <w:t xml:space="preserve"> </w:t>
      </w:r>
      <w:r w:rsidR="00350135">
        <w:rPr>
          <w:rFonts w:cs="Times New Roman"/>
          <w:sz w:val="22"/>
        </w:rPr>
        <w:t>Each</w:t>
      </w:r>
      <w:r w:rsidRPr="0011440C">
        <w:rPr>
          <w:rFonts w:cs="Times New Roman"/>
          <w:sz w:val="22"/>
        </w:rPr>
        <w:t xml:space="preserve"> neuron computes a weighted linear combination of these inputs</w:t>
      </w:r>
      <w:r w:rsidR="00350135">
        <w:rPr>
          <w:rFonts w:cs="Times New Roman"/>
          <w:sz w:val="22"/>
        </w:rPr>
        <w:t>,</w:t>
      </w:r>
      <w:r w:rsidR="00516C40">
        <w:rPr>
          <w:rFonts w:cs="Times New Roman"/>
          <w:sz w:val="22"/>
        </w:rPr>
        <w:t xml:space="preserve"> </w:t>
      </w:r>
      <m:oMath>
        <m:r>
          <w:rPr>
            <w:rFonts w:ascii="Cambria Math" w:hAnsi="Cambria Math" w:cs="Times New Roman"/>
            <w:sz w:val="22"/>
          </w:rPr>
          <m:t>z=</m:t>
        </m:r>
        <m:sSup>
          <m:sSupPr>
            <m:ctrlPr>
              <w:rPr>
                <w:rFonts w:ascii="Cambria Math" w:hAnsi="Cambria Math" w:cs="Times New Roman"/>
                <w:b/>
                <w:bCs/>
                <w:iCs/>
                <w:sz w:val="22"/>
              </w:rPr>
            </m:ctrlPr>
          </m:sSupPr>
          <m:e>
            <m:r>
              <m:rPr>
                <m:sty m:val="b"/>
              </m:rPr>
              <w:rPr>
                <w:rFonts w:ascii="Cambria Math" w:hAnsi="Cambria Math" w:cs="Times New Roman"/>
                <w:sz w:val="22"/>
              </w:rPr>
              <m:t>w</m:t>
            </m:r>
          </m:e>
          <m:sup>
            <m:r>
              <m:rPr>
                <m:sty m:val="p"/>
              </m:rPr>
              <w:rPr>
                <w:rFonts w:ascii="Cambria Math" w:hAnsi="Cambria Math" w:cs="Times New Roman"/>
                <w:sz w:val="22"/>
              </w:rPr>
              <m:t>T</m:t>
            </m:r>
          </m:sup>
        </m:sSup>
        <m:r>
          <m:rPr>
            <m:sty m:val="b"/>
          </m:rPr>
          <w:rPr>
            <w:rFonts w:ascii="Cambria Math" w:hAnsi="Cambria Math" w:cs="Times New Roman"/>
            <w:sz w:val="22"/>
          </w:rPr>
          <m:t>x</m:t>
        </m:r>
        <m:r>
          <m:rPr>
            <m:sty m:val="p"/>
          </m:rPr>
          <w:rPr>
            <w:rFonts w:ascii="Cambria Math" w:hAnsi="Cambria Math" w:cs="Times New Roman"/>
            <w:sz w:val="22"/>
          </w:rPr>
          <m:t>+</m:t>
        </m:r>
        <m:r>
          <w:rPr>
            <w:rFonts w:ascii="Cambria Math" w:hAnsi="Cambria Math" w:cs="Times New Roman"/>
            <w:sz w:val="22"/>
          </w:rPr>
          <m:t>b</m:t>
        </m:r>
        <m:r>
          <m:rPr>
            <m:sty m:val="p"/>
          </m:rPr>
          <w:rPr>
            <w:rFonts w:ascii="Cambria Math" w:hAnsi="Cambria Math" w:cs="Times New Roman"/>
            <w:sz w:val="22"/>
          </w:rPr>
          <m:t>,</m:t>
        </m:r>
      </m:oMath>
      <w:r w:rsidR="00516C40">
        <w:rPr>
          <w:rFonts w:cs="Times New Roman"/>
          <w:iCs/>
          <w:sz w:val="22"/>
        </w:rPr>
        <w:t xml:space="preserve"> </w:t>
      </w:r>
      <w:r w:rsidR="00350135">
        <w:rPr>
          <w:sz w:val="22"/>
        </w:rPr>
        <w:t>w</w:t>
      </w:r>
      <w:r w:rsidRPr="0011440C">
        <w:rPr>
          <w:sz w:val="22"/>
        </w:rPr>
        <w:t xml:space="preserve">here </w:t>
      </w:r>
      <m:oMath>
        <m:r>
          <m:rPr>
            <m:sty m:val="b"/>
          </m:rPr>
          <w:rPr>
            <w:rFonts w:ascii="Cambria Math" w:hAnsi="Cambria Math"/>
            <w:sz w:val="22"/>
          </w:rPr>
          <m:t>w</m:t>
        </m:r>
      </m:oMath>
      <w:r w:rsidRPr="0011440C">
        <w:rPr>
          <w:sz w:val="22"/>
        </w:rPr>
        <w:t xml:space="preserve"> denotes the vector of synaptic weights and </w:t>
      </w:r>
      <m:oMath>
        <m:r>
          <w:rPr>
            <w:rFonts w:ascii="Cambria Math" w:hAnsi="Cambria Math"/>
            <w:sz w:val="22"/>
          </w:rPr>
          <m:t>b</m:t>
        </m:r>
      </m:oMath>
      <w:r w:rsidRPr="0011440C">
        <w:rPr>
          <w:sz w:val="22"/>
        </w:rPr>
        <w:t xml:space="preserve"> the corresponding bias term. The scalar pre-activation value </w:t>
      </w:r>
      <m:oMath>
        <m:r>
          <w:rPr>
            <w:rFonts w:ascii="Cambria Math" w:hAnsi="Cambria Math"/>
            <w:sz w:val="22"/>
          </w:rPr>
          <m:t>z</m:t>
        </m:r>
      </m:oMath>
      <w:r w:rsidRPr="0011440C">
        <w:rPr>
          <w:sz w:val="22"/>
        </w:rPr>
        <w:t xml:space="preserve"> is subsequently transformed by a nonlinear activation function</w:t>
      </w:r>
      <w:r w:rsidR="00CB6C55">
        <w:rPr>
          <w:sz w:val="22"/>
        </w:rPr>
        <w:t>,</w:t>
      </w:r>
      <w:r w:rsidRPr="0011440C">
        <w:rPr>
          <w:sz w:val="22"/>
        </w:rPr>
        <w:t xml:space="preserve"> </w:t>
      </w:r>
      <m:oMath>
        <m:r>
          <w:rPr>
            <w:rFonts w:ascii="Cambria Math" w:hAnsi="Cambria Math"/>
            <w:sz w:val="22"/>
          </w:rPr>
          <m:t>σ</m:t>
        </m:r>
        <m:d>
          <m:dPr>
            <m:ctrlPr>
              <w:rPr>
                <w:rFonts w:ascii="Cambria Math" w:hAnsi="Cambria Math"/>
                <w:i/>
                <w:sz w:val="22"/>
              </w:rPr>
            </m:ctrlPr>
          </m:dPr>
          <m:e>
            <m:r>
              <w:rPr>
                <w:rFonts w:ascii="Cambria Math" w:hAnsi="Cambria Math"/>
                <w:sz w:val="22"/>
              </w:rPr>
              <m:t>z</m:t>
            </m:r>
          </m:e>
        </m:d>
        <m:r>
          <w:rPr>
            <w:rFonts w:ascii="Cambria Math" w:hAnsi="Cambria Math"/>
            <w:sz w:val="22"/>
          </w:rPr>
          <m:t>,</m:t>
        </m:r>
      </m:oMath>
      <w:r w:rsidRPr="0011440C">
        <w:rPr>
          <w:sz w:val="22"/>
        </w:rPr>
        <w:t xml:space="preserve"> to produce the neuron’s output</w:t>
      </w:r>
      <w:r w:rsidR="00CB6C55">
        <w:rPr>
          <w:sz w:val="22"/>
        </w:rPr>
        <w:t>,</w:t>
      </w:r>
      <w:r w:rsidRPr="0011440C">
        <w:rPr>
          <w:sz w:val="22"/>
        </w:rPr>
        <w:t xml:space="preserve"> </w:t>
      </w:r>
      <m:oMath>
        <m:r>
          <w:rPr>
            <w:rFonts w:ascii="Cambria Math" w:hAnsi="Cambria Math"/>
            <w:sz w:val="22"/>
          </w:rPr>
          <m:t>a=σ</m:t>
        </m:r>
        <m:d>
          <m:dPr>
            <m:ctrlPr>
              <w:rPr>
                <w:rFonts w:ascii="Cambria Math" w:hAnsi="Cambria Math"/>
                <w:i/>
                <w:sz w:val="22"/>
              </w:rPr>
            </m:ctrlPr>
          </m:dPr>
          <m:e>
            <m:r>
              <w:rPr>
                <w:rFonts w:ascii="Cambria Math" w:hAnsi="Cambria Math"/>
                <w:sz w:val="22"/>
              </w:rPr>
              <m:t>z</m:t>
            </m:r>
          </m:e>
        </m:d>
      </m:oMath>
      <w:r w:rsidRPr="0011440C">
        <w:rPr>
          <w:sz w:val="22"/>
        </w:rPr>
        <w:t>. In th</w:t>
      </w:r>
      <w:r w:rsidR="00CB6C55">
        <w:rPr>
          <w:sz w:val="22"/>
        </w:rPr>
        <w:t>e present</w:t>
      </w:r>
      <w:r w:rsidRPr="0011440C">
        <w:rPr>
          <w:sz w:val="22"/>
        </w:rPr>
        <w:t xml:space="preserve"> work, rectified linear units (ReLU) were used for all hidden layers, while the output layer employed a sigmoid activation for classification </w:t>
      </w:r>
      <w:proofErr w:type="gramStart"/>
      <w:r w:rsidRPr="0011440C">
        <w:rPr>
          <w:sz w:val="22"/>
        </w:rPr>
        <w:t>task</w:t>
      </w:r>
      <w:proofErr w:type="gramEnd"/>
      <w:r w:rsidRPr="0011440C">
        <w:rPr>
          <w:sz w:val="22"/>
        </w:rPr>
        <w:t xml:space="preserve"> and a linear activation for regression.</w:t>
      </w:r>
    </w:p>
    <w:p w14:paraId="2CA94B7A" w14:textId="42F77DCF" w:rsidR="005D73A9" w:rsidRPr="0011440C" w:rsidRDefault="005D73A9" w:rsidP="005D73A9">
      <w:pPr>
        <w:jc w:val="center"/>
        <w:rPr>
          <w:sz w:val="22"/>
        </w:rPr>
      </w:pPr>
      <w:r w:rsidRPr="0011440C">
        <w:rPr>
          <w:noProof/>
        </w:rPr>
        <w:drawing>
          <wp:inline distT="0" distB="0" distL="0" distR="0" wp14:anchorId="2BA24DA9" wp14:editId="0C8A0F9C">
            <wp:extent cx="2216150" cy="1453976"/>
            <wp:effectExtent l="0" t="0" r="0" b="0"/>
            <wp:docPr id="7" name="Picture 6" descr="A math equation with a circle and a circle with lines and a circle with a line in the center&#10;&#10;AI-generated content may be incorrect.">
              <a:extLst xmlns:a="http://schemas.openxmlformats.org/drawingml/2006/main">
                <a:ext uri="{FF2B5EF4-FFF2-40B4-BE49-F238E27FC236}">
                  <a16:creationId xmlns:a16="http://schemas.microsoft.com/office/drawing/2014/main" id="{1FCDE059-E964-8D87-B3D7-8C7328114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th equation with a circle and a circle with lines and a circle with a line in the center&#10;&#10;AI-generated content may be incorrect.">
                      <a:extLst>
                        <a:ext uri="{FF2B5EF4-FFF2-40B4-BE49-F238E27FC236}">
                          <a16:creationId xmlns:a16="http://schemas.microsoft.com/office/drawing/2014/main" id="{1FCDE059-E964-8D87-B3D7-8C7328114C64}"/>
                        </a:ext>
                      </a:extLst>
                    </pic:cNvPr>
                    <pic:cNvPicPr>
                      <a:picLocks noChangeAspect="1"/>
                    </pic:cNvPicPr>
                  </pic:nvPicPr>
                  <pic:blipFill rotWithShape="1">
                    <a:blip r:embed="rId6"/>
                    <a:srcRect r="18534" b="30692"/>
                    <a:stretch>
                      <a:fillRect/>
                    </a:stretch>
                  </pic:blipFill>
                  <pic:spPr bwMode="auto">
                    <a:xfrm>
                      <a:off x="0" y="0"/>
                      <a:ext cx="2227351" cy="1461325"/>
                    </a:xfrm>
                    <a:prstGeom prst="rect">
                      <a:avLst/>
                    </a:prstGeom>
                    <a:ln>
                      <a:noFill/>
                    </a:ln>
                    <a:extLst>
                      <a:ext uri="{53640926-AAD7-44D8-BBD7-CCE9431645EC}">
                        <a14:shadowObscured xmlns:a14="http://schemas.microsoft.com/office/drawing/2010/main"/>
                      </a:ext>
                    </a:extLst>
                  </pic:spPr>
                </pic:pic>
              </a:graphicData>
            </a:graphic>
          </wp:inline>
        </w:drawing>
      </w:r>
    </w:p>
    <w:p w14:paraId="6CCAAF37" w14:textId="461C787E" w:rsidR="00320307" w:rsidRPr="00320307" w:rsidRDefault="00320307" w:rsidP="00320307">
      <w:pPr>
        <w:jc w:val="center"/>
        <w:rPr>
          <w:sz w:val="20"/>
          <w:szCs w:val="20"/>
        </w:rPr>
      </w:pPr>
      <w:r w:rsidRPr="00320307">
        <w:rPr>
          <w:b/>
          <w:bCs/>
          <w:sz w:val="20"/>
          <w:szCs w:val="20"/>
        </w:rPr>
        <w:t xml:space="preserve">Figure S1. </w:t>
      </w:r>
      <w:r w:rsidRPr="00516C40">
        <w:rPr>
          <w:b/>
          <w:bCs/>
          <w:sz w:val="20"/>
          <w:szCs w:val="20"/>
        </w:rPr>
        <w:t>Single neuron schematic.</w:t>
      </w:r>
    </w:p>
    <w:p w14:paraId="0D7DD315" w14:textId="3DC13524" w:rsidR="0011440C" w:rsidRDefault="0011440C">
      <w:pPr>
        <w:rPr>
          <w:sz w:val="22"/>
        </w:rPr>
      </w:pPr>
      <w:r w:rsidRPr="0011440C">
        <w:rPr>
          <w:sz w:val="22"/>
        </w:rPr>
        <w:t>The neural network thus maps an input vector</w:t>
      </w:r>
      <w:r w:rsidR="008D0429">
        <w:rPr>
          <w:sz w:val="22"/>
        </w:rPr>
        <w:t>,</w:t>
      </w:r>
      <w:r w:rsidRPr="0011440C">
        <w:rPr>
          <w:sz w:val="22"/>
        </w:rPr>
        <w:t xml:space="preserve"> </w:t>
      </w:r>
      <m:oMath>
        <m:sSup>
          <m:sSupPr>
            <m:ctrlPr>
              <w:rPr>
                <w:rFonts w:ascii="Cambria Math" w:hAnsi="Cambria Math"/>
                <w:i/>
                <w:sz w:val="22"/>
              </w:rPr>
            </m:ctrlPr>
          </m:sSupPr>
          <m:e>
            <m:r>
              <m:rPr>
                <m:sty m:val="b"/>
              </m:rPr>
              <w:rPr>
                <w:rFonts w:ascii="Cambria Math" w:hAnsi="Cambria Math"/>
                <w:sz w:val="22"/>
              </w:rPr>
              <m:t>x</m:t>
            </m:r>
          </m:e>
          <m:sup>
            <m:d>
              <m:dPr>
                <m:begChr m:val="["/>
                <m:endChr m:val="]"/>
                <m:ctrlPr>
                  <w:rPr>
                    <w:rFonts w:ascii="Cambria Math" w:hAnsi="Cambria Math"/>
                    <w:i/>
                    <w:sz w:val="22"/>
                  </w:rPr>
                </m:ctrlPr>
              </m:dPr>
              <m:e>
                <m:r>
                  <w:rPr>
                    <w:rFonts w:ascii="Cambria Math" w:hAnsi="Cambria Math"/>
                    <w:sz w:val="22"/>
                  </w:rPr>
                  <m:t>l</m:t>
                </m:r>
              </m:e>
            </m:d>
          </m:sup>
        </m:sSup>
      </m:oMath>
      <w:r w:rsidR="008D0429">
        <w:rPr>
          <w:sz w:val="22"/>
        </w:rPr>
        <w:t xml:space="preserve">, </w:t>
      </w:r>
      <w:r w:rsidR="008746EE">
        <w:rPr>
          <w:sz w:val="22"/>
        </w:rPr>
        <w:t>from</w:t>
      </w:r>
      <w:r w:rsidRPr="0011440C">
        <w:rPr>
          <w:sz w:val="22"/>
        </w:rPr>
        <w:t xml:space="preserve"> layer</w:t>
      </w:r>
      <w:r w:rsidR="0033361A">
        <w:rPr>
          <w:sz w:val="22"/>
        </w:rPr>
        <w:t>,</w:t>
      </w:r>
      <w:r w:rsidRPr="0011440C">
        <w:rPr>
          <w:sz w:val="22"/>
        </w:rPr>
        <w:t xml:space="preserve"> </w:t>
      </w:r>
      <m:oMath>
        <m:r>
          <w:rPr>
            <w:rFonts w:ascii="Cambria Math" w:hAnsi="Cambria Math"/>
            <w:sz w:val="22"/>
          </w:rPr>
          <m:t>l</m:t>
        </m:r>
      </m:oMath>
      <w:r w:rsidR="0033361A">
        <w:rPr>
          <w:sz w:val="22"/>
        </w:rPr>
        <w:t xml:space="preserve">, </w:t>
      </w:r>
      <w:r w:rsidRPr="0011440C">
        <w:rPr>
          <w:sz w:val="22"/>
        </w:rPr>
        <w:t>to an output activation</w:t>
      </w:r>
      <w:r w:rsidR="00031A2C">
        <w:rPr>
          <w:sz w:val="22"/>
        </w:rPr>
        <w:t xml:space="preserve"> vector</w:t>
      </w:r>
      <w:r w:rsidR="0006313F">
        <w:rPr>
          <w:sz w:val="22"/>
        </w:rPr>
        <w:t>,</w:t>
      </w:r>
      <w:r w:rsidRPr="0011440C">
        <w:rPr>
          <w:sz w:val="22"/>
        </w:rPr>
        <w:t xml:space="preserve"> </w:t>
      </w:r>
      <m:oMath>
        <m:sSup>
          <m:sSupPr>
            <m:ctrlPr>
              <w:rPr>
                <w:rFonts w:ascii="Cambria Math" w:hAnsi="Cambria Math"/>
                <w:i/>
                <w:sz w:val="22"/>
              </w:rPr>
            </m:ctrlPr>
          </m:sSupPr>
          <m:e>
            <m:r>
              <m:rPr>
                <m:sty m:val="bi"/>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l+1</m:t>
                </m:r>
              </m:e>
            </m:d>
          </m:sup>
        </m:sSup>
      </m:oMath>
      <w:r w:rsidR="0006313F">
        <w:rPr>
          <w:sz w:val="22"/>
        </w:rPr>
        <w:t xml:space="preserve">, </w:t>
      </w:r>
      <w:r w:rsidRPr="0011440C">
        <w:rPr>
          <w:sz w:val="22"/>
        </w:rPr>
        <w:t xml:space="preserve">according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020"/>
        <w:gridCol w:w="1165"/>
      </w:tblGrid>
      <w:tr w:rsidR="00516C40" w14:paraId="2EA86EFB" w14:textId="77777777" w:rsidTr="00552AE0">
        <w:tc>
          <w:tcPr>
            <w:tcW w:w="1165" w:type="dxa"/>
            <w:vAlign w:val="center"/>
          </w:tcPr>
          <w:p w14:paraId="0BEE1F70" w14:textId="77777777" w:rsidR="00516C40" w:rsidRDefault="00516C40" w:rsidP="00552AE0">
            <w:pPr>
              <w:jc w:val="center"/>
              <w:rPr>
                <w:sz w:val="22"/>
              </w:rPr>
            </w:pPr>
          </w:p>
        </w:tc>
        <w:tc>
          <w:tcPr>
            <w:tcW w:w="7020" w:type="dxa"/>
            <w:vAlign w:val="center"/>
          </w:tcPr>
          <w:p w14:paraId="4938C48F" w14:textId="5C869826" w:rsidR="00516C40" w:rsidRDefault="00000000" w:rsidP="00552AE0">
            <w:pPr>
              <w:jc w:val="center"/>
              <w:rPr>
                <w:sz w:val="22"/>
              </w:rPr>
            </w:pPr>
            <m:oMathPara>
              <m:oMath>
                <m:sSup>
                  <m:sSupPr>
                    <m:ctrlPr>
                      <w:rPr>
                        <w:rFonts w:ascii="Cambria Math" w:hAnsi="Cambria Math"/>
                        <w:i/>
                        <w:sz w:val="22"/>
                      </w:rPr>
                    </m:ctrlPr>
                  </m:sSupPr>
                  <m:e>
                    <m:r>
                      <m:rPr>
                        <m:sty m:val="bi"/>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l+1</m:t>
                        </m:r>
                      </m:e>
                    </m:d>
                  </m:sup>
                </m:sSup>
                <m:r>
                  <w:rPr>
                    <w:rFonts w:ascii="Cambria Math" w:hAnsi="Cambria Math"/>
                    <w:sz w:val="22"/>
                  </w:rPr>
                  <m:t>=σ</m:t>
                </m:r>
                <m:d>
                  <m:dPr>
                    <m:ctrlPr>
                      <w:rPr>
                        <w:rFonts w:ascii="Cambria Math" w:hAnsi="Cambria Math"/>
                        <w:i/>
                        <w:sz w:val="22"/>
                      </w:rPr>
                    </m:ctrlPr>
                  </m:dPr>
                  <m:e>
                    <m:sSup>
                      <m:sSupPr>
                        <m:ctrlPr>
                          <w:rPr>
                            <w:rFonts w:ascii="Cambria Math" w:hAnsi="Cambria Math"/>
                            <w:i/>
                            <w:sz w:val="22"/>
                          </w:rPr>
                        </m:ctrlPr>
                      </m:sSupPr>
                      <m:e>
                        <m:r>
                          <m:rPr>
                            <m:sty m:val="b"/>
                          </m:rPr>
                          <w:rPr>
                            <w:rFonts w:ascii="Cambria Math" w:hAnsi="Cambria Math"/>
                            <w:sz w:val="22"/>
                          </w:rPr>
                          <m:t>W</m:t>
                        </m:r>
                      </m:e>
                      <m:sup>
                        <m:d>
                          <m:dPr>
                            <m:begChr m:val="["/>
                            <m:endChr m:val="]"/>
                            <m:ctrlPr>
                              <w:rPr>
                                <w:rFonts w:ascii="Cambria Math" w:hAnsi="Cambria Math"/>
                                <w:i/>
                                <w:sz w:val="22"/>
                              </w:rPr>
                            </m:ctrlPr>
                          </m:dPr>
                          <m:e>
                            <m:r>
                              <w:rPr>
                                <w:rFonts w:ascii="Cambria Math" w:hAnsi="Cambria Math"/>
                                <w:sz w:val="22"/>
                              </w:rPr>
                              <m:t>l+1</m:t>
                            </m:r>
                          </m:e>
                        </m:d>
                      </m:sup>
                    </m:sSup>
                    <m:sSup>
                      <m:sSupPr>
                        <m:ctrlPr>
                          <w:rPr>
                            <w:rFonts w:ascii="Cambria Math" w:hAnsi="Cambria Math"/>
                            <w:i/>
                            <w:sz w:val="22"/>
                          </w:rPr>
                        </m:ctrlPr>
                      </m:sSupPr>
                      <m:e>
                        <m:r>
                          <m:rPr>
                            <m:sty m:val="bi"/>
                          </m:rPr>
                          <w:rPr>
                            <w:rFonts w:ascii="Cambria Math" w:hAnsi="Cambria Math"/>
                            <w:sz w:val="22"/>
                          </w:rPr>
                          <m:t>x</m:t>
                        </m:r>
                      </m:e>
                      <m:sup>
                        <m:d>
                          <m:dPr>
                            <m:begChr m:val="["/>
                            <m:endChr m:val="]"/>
                            <m:ctrlPr>
                              <w:rPr>
                                <w:rFonts w:ascii="Cambria Math" w:hAnsi="Cambria Math"/>
                                <w:i/>
                                <w:sz w:val="22"/>
                              </w:rPr>
                            </m:ctrlPr>
                          </m:dPr>
                          <m:e>
                            <m:r>
                              <w:rPr>
                                <w:rFonts w:ascii="Cambria Math" w:hAnsi="Cambria Math"/>
                                <w:sz w:val="22"/>
                              </w:rPr>
                              <m:t>l</m:t>
                            </m:r>
                          </m:e>
                        </m:d>
                      </m:sup>
                    </m:sSup>
                    <m:r>
                      <w:rPr>
                        <w:rFonts w:ascii="Cambria Math" w:hAnsi="Cambria Math"/>
                        <w:sz w:val="22"/>
                      </w:rPr>
                      <m:t>+</m:t>
                    </m:r>
                    <m:sSup>
                      <m:sSupPr>
                        <m:ctrlPr>
                          <w:rPr>
                            <w:rFonts w:ascii="Cambria Math" w:hAnsi="Cambria Math"/>
                            <w:i/>
                            <w:sz w:val="22"/>
                          </w:rPr>
                        </m:ctrlPr>
                      </m:sSupPr>
                      <m:e>
                        <m:r>
                          <m:rPr>
                            <m:sty m:val="bi"/>
                          </m:rPr>
                          <w:rPr>
                            <w:rFonts w:ascii="Cambria Math" w:hAnsi="Cambria Math"/>
                            <w:sz w:val="22"/>
                          </w:rPr>
                          <m:t>b</m:t>
                        </m:r>
                      </m:e>
                      <m:sup>
                        <m:d>
                          <m:dPr>
                            <m:begChr m:val="["/>
                            <m:endChr m:val="]"/>
                            <m:ctrlPr>
                              <w:rPr>
                                <w:rFonts w:ascii="Cambria Math" w:hAnsi="Cambria Math"/>
                                <w:i/>
                                <w:sz w:val="22"/>
                              </w:rPr>
                            </m:ctrlPr>
                          </m:dPr>
                          <m:e>
                            <m:r>
                              <w:rPr>
                                <w:rFonts w:ascii="Cambria Math" w:hAnsi="Cambria Math"/>
                                <w:sz w:val="22"/>
                              </w:rPr>
                              <m:t>l+1</m:t>
                            </m:r>
                          </m:e>
                        </m:d>
                      </m:sup>
                    </m:sSup>
                  </m:e>
                </m:d>
                <m:r>
                  <w:rPr>
                    <w:rFonts w:ascii="Cambria Math" w:hAnsi="Cambria Math"/>
                    <w:sz w:val="22"/>
                  </w:rPr>
                  <m:t>,</m:t>
                </m:r>
              </m:oMath>
            </m:oMathPara>
          </w:p>
        </w:tc>
        <w:tc>
          <w:tcPr>
            <w:tcW w:w="1165" w:type="dxa"/>
            <w:vAlign w:val="center"/>
          </w:tcPr>
          <w:p w14:paraId="21D9769F" w14:textId="3693BB56" w:rsidR="00516C40" w:rsidRDefault="00552AE0" w:rsidP="00552AE0">
            <w:pPr>
              <w:jc w:val="center"/>
              <w:rPr>
                <w:sz w:val="22"/>
              </w:rPr>
            </w:pPr>
            <w:r>
              <w:rPr>
                <w:sz w:val="22"/>
              </w:rPr>
              <w:fldChar w:fldCharType="begin"/>
            </w:r>
            <w:r>
              <w:rPr>
                <w:sz w:val="22"/>
              </w:rPr>
              <w:instrText xml:space="preserve"> </w:instrText>
            </w:r>
            <w:r w:rsidRPr="00552AE0">
              <w:rPr>
                <w:sz w:val="22"/>
              </w:rPr>
              <w:instrText>SEQ eq \* ARABIC</w:instrText>
            </w:r>
            <w:r>
              <w:rPr>
                <w:sz w:val="22"/>
              </w:rPr>
              <w:instrText xml:space="preserve"> </w:instrText>
            </w:r>
            <w:r>
              <w:rPr>
                <w:sz w:val="22"/>
              </w:rPr>
              <w:fldChar w:fldCharType="separate"/>
            </w:r>
            <w:r>
              <w:rPr>
                <w:noProof/>
                <w:sz w:val="22"/>
              </w:rPr>
              <w:t>13</w:t>
            </w:r>
            <w:r>
              <w:rPr>
                <w:sz w:val="22"/>
              </w:rPr>
              <w:fldChar w:fldCharType="end"/>
            </w:r>
          </w:p>
        </w:tc>
      </w:tr>
    </w:tbl>
    <w:p w14:paraId="6AAD2D0D" w14:textId="77777777" w:rsidR="00516C40" w:rsidRPr="0011440C" w:rsidRDefault="00516C40">
      <w:pPr>
        <w:rPr>
          <w:sz w:val="22"/>
        </w:rPr>
      </w:pPr>
    </w:p>
    <w:p w14:paraId="09E1E0CA" w14:textId="3634B722" w:rsidR="0011440C" w:rsidRDefault="0006313F">
      <w:pPr>
        <w:rPr>
          <w:sz w:val="22"/>
        </w:rPr>
      </w:pPr>
      <w:r>
        <w:rPr>
          <w:sz w:val="22"/>
        </w:rPr>
        <w:t>w</w:t>
      </w:r>
      <w:r w:rsidR="0011440C" w:rsidRPr="0011440C">
        <w:rPr>
          <w:sz w:val="22"/>
        </w:rPr>
        <w:t xml:space="preserve">here </w:t>
      </w:r>
      <m:oMath>
        <m:sSup>
          <m:sSupPr>
            <m:ctrlPr>
              <w:rPr>
                <w:rFonts w:ascii="Cambria Math" w:hAnsi="Cambria Math"/>
                <w:i/>
                <w:sz w:val="22"/>
              </w:rPr>
            </m:ctrlPr>
          </m:sSupPr>
          <m:e>
            <m:r>
              <m:rPr>
                <m:sty m:val="b"/>
              </m:rPr>
              <w:rPr>
                <w:rFonts w:ascii="Cambria Math" w:hAnsi="Cambria Math"/>
                <w:sz w:val="22"/>
              </w:rPr>
              <m:t>W</m:t>
            </m:r>
          </m:e>
          <m:sup>
            <m:d>
              <m:dPr>
                <m:begChr m:val="["/>
                <m:endChr m:val="]"/>
                <m:ctrlPr>
                  <w:rPr>
                    <w:rFonts w:ascii="Cambria Math" w:hAnsi="Cambria Math"/>
                    <w:i/>
                    <w:sz w:val="22"/>
                  </w:rPr>
                </m:ctrlPr>
              </m:dPr>
              <m:e>
                <m:r>
                  <w:rPr>
                    <w:rFonts w:ascii="Cambria Math" w:hAnsi="Cambria Math"/>
                    <w:sz w:val="22"/>
                  </w:rPr>
                  <m:t>l+1</m:t>
                </m:r>
              </m:e>
            </m:d>
          </m:sup>
        </m:sSup>
        <m:r>
          <w:rPr>
            <w:rFonts w:ascii="Cambria Math" w:hAnsi="Cambria Math"/>
            <w:sz w:val="22"/>
          </w:rPr>
          <m:t>∈</m:t>
        </m:r>
        <m:sSup>
          <m:sSupPr>
            <m:ctrlPr>
              <w:rPr>
                <w:rFonts w:ascii="Cambria Math" w:hAnsi="Cambria Math"/>
                <w:i/>
                <w:sz w:val="22"/>
              </w:rPr>
            </m:ctrlPr>
          </m:sSupPr>
          <m:e>
            <m:r>
              <m:rPr>
                <m:scr m:val="double-struck"/>
              </m:rPr>
              <w:rPr>
                <w:rFonts w:ascii="Cambria Math" w:hAnsi="Cambria Math"/>
                <w:sz w:val="22"/>
              </w:rPr>
              <m:t>R</m:t>
            </m:r>
          </m:e>
          <m:sup>
            <m:sSub>
              <m:sSubPr>
                <m:ctrlPr>
                  <w:rPr>
                    <w:rFonts w:ascii="Cambria Math" w:hAnsi="Cambria Math"/>
                    <w:i/>
                    <w:sz w:val="22"/>
                  </w:rPr>
                </m:ctrlPr>
              </m:sSubPr>
              <m:e>
                <m:r>
                  <w:rPr>
                    <w:rFonts w:ascii="Cambria Math" w:hAnsi="Cambria Math"/>
                    <w:sz w:val="22"/>
                  </w:rPr>
                  <m:t>n</m:t>
                </m:r>
              </m:e>
              <m:sub>
                <m:r>
                  <w:rPr>
                    <w:rFonts w:ascii="Cambria Math" w:hAnsi="Cambria Math"/>
                    <w:sz w:val="22"/>
                  </w:rPr>
                  <m:t>l+1</m:t>
                </m:r>
              </m:sub>
            </m:sSub>
            <m:r>
              <w:rPr>
                <w:rFonts w:ascii="Cambria Math" w:hAnsi="Cambria Math"/>
                <w:sz w:val="22"/>
              </w:rPr>
              <m:t>×</m:t>
            </m:r>
            <m:sSub>
              <m:sSubPr>
                <m:ctrlPr>
                  <w:rPr>
                    <w:rFonts w:ascii="Cambria Math" w:hAnsi="Cambria Math"/>
                    <w:i/>
                    <w:sz w:val="22"/>
                  </w:rPr>
                </m:ctrlPr>
              </m:sSubPr>
              <m:e>
                <m:r>
                  <w:rPr>
                    <w:rFonts w:ascii="Cambria Math" w:hAnsi="Cambria Math"/>
                    <w:sz w:val="22"/>
                  </w:rPr>
                  <m:t xml:space="preserve"> n</m:t>
                </m:r>
              </m:e>
              <m:sub>
                <m:r>
                  <w:rPr>
                    <w:rFonts w:ascii="Cambria Math" w:hAnsi="Cambria Math"/>
                    <w:sz w:val="22"/>
                  </w:rPr>
                  <m:t>l</m:t>
                </m:r>
              </m:sub>
            </m:sSub>
          </m:sup>
        </m:sSup>
      </m:oMath>
      <w:r w:rsidR="0011440C" w:rsidRPr="0011440C">
        <w:rPr>
          <w:sz w:val="22"/>
        </w:rPr>
        <w:t xml:space="preserve"> and </w:t>
      </w:r>
      <m:oMath>
        <m:sSup>
          <m:sSupPr>
            <m:ctrlPr>
              <w:rPr>
                <w:rFonts w:ascii="Cambria Math" w:hAnsi="Cambria Math"/>
                <w:i/>
                <w:sz w:val="22"/>
              </w:rPr>
            </m:ctrlPr>
          </m:sSupPr>
          <m:e>
            <m:r>
              <m:rPr>
                <m:sty m:val="bi"/>
              </m:rPr>
              <w:rPr>
                <w:rFonts w:ascii="Cambria Math" w:hAnsi="Cambria Math"/>
                <w:sz w:val="22"/>
              </w:rPr>
              <m:t>b</m:t>
            </m:r>
          </m:e>
          <m:sup>
            <m:d>
              <m:dPr>
                <m:begChr m:val="["/>
                <m:endChr m:val="]"/>
                <m:ctrlPr>
                  <w:rPr>
                    <w:rFonts w:ascii="Cambria Math" w:hAnsi="Cambria Math"/>
                    <w:i/>
                    <w:sz w:val="22"/>
                  </w:rPr>
                </m:ctrlPr>
              </m:dPr>
              <m:e>
                <m:r>
                  <w:rPr>
                    <w:rFonts w:ascii="Cambria Math" w:hAnsi="Cambria Math"/>
                    <w:sz w:val="22"/>
                  </w:rPr>
                  <m:t>l+1</m:t>
                </m:r>
              </m:e>
            </m:d>
          </m:sup>
        </m:sSup>
        <m:r>
          <w:rPr>
            <w:rFonts w:ascii="Cambria Math" w:hAnsi="Cambria Math"/>
            <w:sz w:val="22"/>
          </w:rPr>
          <m:t xml:space="preserve"> ∈</m:t>
        </m:r>
        <m:sSup>
          <m:sSupPr>
            <m:ctrlPr>
              <w:rPr>
                <w:rFonts w:ascii="Cambria Math" w:hAnsi="Cambria Math"/>
                <w:i/>
                <w:sz w:val="22"/>
              </w:rPr>
            </m:ctrlPr>
          </m:sSupPr>
          <m:e>
            <m:r>
              <m:rPr>
                <m:scr m:val="double-struck"/>
              </m:rPr>
              <w:rPr>
                <w:rFonts w:ascii="Cambria Math" w:hAnsi="Cambria Math"/>
                <w:sz w:val="22"/>
              </w:rPr>
              <m:t>R</m:t>
            </m:r>
          </m:e>
          <m:sup>
            <m:sSub>
              <m:sSubPr>
                <m:ctrlPr>
                  <w:rPr>
                    <w:rFonts w:ascii="Cambria Math" w:hAnsi="Cambria Math"/>
                    <w:i/>
                    <w:sz w:val="22"/>
                  </w:rPr>
                </m:ctrlPr>
              </m:sSubPr>
              <m:e>
                <m:r>
                  <w:rPr>
                    <w:rFonts w:ascii="Cambria Math" w:hAnsi="Cambria Math"/>
                    <w:sz w:val="22"/>
                  </w:rPr>
                  <m:t>n</m:t>
                </m:r>
              </m:e>
              <m:sub>
                <m:r>
                  <w:rPr>
                    <w:rFonts w:ascii="Cambria Math" w:hAnsi="Cambria Math"/>
                    <w:sz w:val="22"/>
                  </w:rPr>
                  <m:t>l+1</m:t>
                </m:r>
              </m:sub>
            </m:sSub>
          </m:sup>
        </m:sSup>
      </m:oMath>
      <w:r w:rsidR="0011440C" w:rsidRPr="0011440C">
        <w:rPr>
          <w:sz w:val="22"/>
        </w:rPr>
        <w:t xml:space="preserve"> denote the weight matrix and bias vector connecting layers</w:t>
      </w:r>
      <w:r>
        <w:rPr>
          <w:sz w:val="22"/>
        </w:rPr>
        <w:t>,</w:t>
      </w:r>
      <w:r w:rsidR="0011440C" w:rsidRPr="0011440C">
        <w:rPr>
          <w:sz w:val="22"/>
        </w:rPr>
        <w:t xml:space="preserve"> </w:t>
      </w:r>
      <m:oMath>
        <m:r>
          <w:rPr>
            <w:rFonts w:ascii="Cambria Math" w:hAnsi="Cambria Math"/>
            <w:sz w:val="22"/>
          </w:rPr>
          <m:t xml:space="preserve">l </m:t>
        </m:r>
      </m:oMath>
      <w:r w:rsidR="0011440C" w:rsidRPr="0011440C">
        <w:rPr>
          <w:sz w:val="22"/>
        </w:rPr>
        <w:t xml:space="preserve">and </w:t>
      </w:r>
      <m:oMath>
        <m:r>
          <w:rPr>
            <w:rFonts w:ascii="Cambria Math" w:hAnsi="Cambria Math"/>
            <w:sz w:val="22"/>
          </w:rPr>
          <m:t>l+1</m:t>
        </m:r>
      </m:oMath>
      <w:r w:rsidR="0011440C" w:rsidRPr="0011440C">
        <w:rPr>
          <w:sz w:val="22"/>
        </w:rPr>
        <w:t xml:space="preserve">, </w:t>
      </w:r>
      <w:r w:rsidR="00031A2C">
        <w:rPr>
          <w:sz w:val="22"/>
        </w:rPr>
        <w:t>respectively.</w:t>
      </w:r>
    </w:p>
    <w:p w14:paraId="1D906D21" w14:textId="53F63565" w:rsidR="00031A2C" w:rsidRDefault="00031A2C">
      <w:pPr>
        <w:rPr>
          <w:sz w:val="22"/>
        </w:rPr>
      </w:pPr>
      <w:r>
        <w:rPr>
          <w:sz w:val="22"/>
        </w:rPr>
        <w:t xml:space="preserve">For a dataset containing </w:t>
      </w:r>
      <m:oMath>
        <m:r>
          <w:rPr>
            <w:rFonts w:ascii="Cambria Math" w:hAnsi="Cambria Math"/>
            <w:sz w:val="22"/>
          </w:rPr>
          <m:t>m</m:t>
        </m:r>
      </m:oMath>
      <w:r>
        <w:rPr>
          <w:sz w:val="22"/>
        </w:rPr>
        <w:t xml:space="preserve"> training samples, the quantities introduced above can be extended to matrix form for compact representation of layer-wise operation. </w:t>
      </w:r>
      <w:r w:rsidR="00350135">
        <w:rPr>
          <w:sz w:val="22"/>
        </w:rPr>
        <w:t>Th</w:t>
      </w:r>
      <w:r>
        <w:rPr>
          <w:sz w:val="22"/>
        </w:rPr>
        <w:t>e activation matrix of layer</w:t>
      </w:r>
      <w:r w:rsidR="00257268">
        <w:rPr>
          <w:sz w:val="22"/>
        </w:rPr>
        <w:t>,</w:t>
      </w:r>
      <w:r>
        <w:rPr>
          <w:sz w:val="22"/>
        </w:rPr>
        <w:t xml:space="preserve"> </w:t>
      </w:r>
      <m:oMath>
        <m:r>
          <w:rPr>
            <w:rFonts w:ascii="Cambria Math" w:hAnsi="Cambria Math"/>
            <w:sz w:val="22"/>
          </w:rPr>
          <m:t>l,</m:t>
        </m:r>
      </m:oMath>
      <w:r>
        <w:rPr>
          <w:sz w:val="22"/>
        </w:rPr>
        <w:t xml:space="preserve"> </w:t>
      </w:r>
      <w:r w:rsidR="00350135">
        <w:rPr>
          <w:sz w:val="22"/>
        </w:rPr>
        <w: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930"/>
        <w:gridCol w:w="1165"/>
      </w:tblGrid>
      <w:tr w:rsidR="00516C40" w14:paraId="74DD4BDF" w14:textId="77777777" w:rsidTr="00552AE0">
        <w:tc>
          <w:tcPr>
            <w:tcW w:w="1255" w:type="dxa"/>
            <w:vAlign w:val="center"/>
          </w:tcPr>
          <w:p w14:paraId="5C1A2D32" w14:textId="77777777" w:rsidR="00516C40" w:rsidRDefault="00516C40" w:rsidP="00552AE0">
            <w:pPr>
              <w:jc w:val="center"/>
              <w:rPr>
                <w:sz w:val="22"/>
              </w:rPr>
            </w:pPr>
          </w:p>
        </w:tc>
        <w:tc>
          <w:tcPr>
            <w:tcW w:w="6930" w:type="dxa"/>
            <w:vAlign w:val="center"/>
          </w:tcPr>
          <w:p w14:paraId="7344B246" w14:textId="3287D5B4" w:rsidR="00516C40" w:rsidRDefault="00000000" w:rsidP="00552AE0">
            <w:pPr>
              <w:jc w:val="center"/>
              <w:rPr>
                <w:sz w:val="22"/>
              </w:rPr>
            </w:pPr>
            <m:oMathPara>
              <m:oMath>
                <m:sSup>
                  <m:sSupPr>
                    <m:ctrlPr>
                      <w:rPr>
                        <w:rFonts w:ascii="Cambria Math" w:hAnsi="Cambria Math"/>
                        <w:i/>
                        <w:sz w:val="22"/>
                      </w:rPr>
                    </m:ctrlPr>
                  </m:sSupPr>
                  <m:e>
                    <m:r>
                      <m:rPr>
                        <m:sty m:val="b"/>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sup>
                </m:sSup>
                <m:r>
                  <w:rPr>
                    <w:rFonts w:ascii="Cambria Math" w:hAnsi="Cambria Math"/>
                    <w:sz w:val="22"/>
                  </w:rPr>
                  <m:t>=</m:t>
                </m:r>
                <m:d>
                  <m:dPr>
                    <m:begChr m:val="["/>
                    <m:endChr m:val="]"/>
                    <m:ctrlPr>
                      <w:rPr>
                        <w:rFonts w:ascii="Cambria Math" w:hAnsi="Cambria Math"/>
                        <w:i/>
                        <w:sz w:val="22"/>
                      </w:rPr>
                    </m:ctrlPr>
                  </m:dPr>
                  <m:e>
                    <m:m>
                      <m:mPr>
                        <m:mcs>
                          <m:mc>
                            <m:mcPr>
                              <m:count m:val="4"/>
                              <m:mcJc m:val="center"/>
                            </m:mcPr>
                          </m:mc>
                        </m:mcs>
                        <m:ctrlPr>
                          <w:rPr>
                            <w:rFonts w:ascii="Cambria Math" w:hAnsi="Cambria Math"/>
                            <w:i/>
                            <w:sz w:val="22"/>
                          </w:rPr>
                        </m:ctrlPr>
                      </m:mPr>
                      <m:mr>
                        <m:e>
                          <m:sSup>
                            <m:sSupPr>
                              <m:ctrlPr>
                                <w:rPr>
                                  <w:rFonts w:ascii="Cambria Math" w:hAnsi="Cambria Math"/>
                                  <w:i/>
                                  <w:sz w:val="22"/>
                                </w:rPr>
                              </m:ctrlPr>
                            </m:sSupPr>
                            <m:e>
                              <m:r>
                                <m:rPr>
                                  <m:sty m:val="bi"/>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d>
                                <m:dPr>
                                  <m:ctrlPr>
                                    <w:rPr>
                                      <w:rFonts w:ascii="Cambria Math" w:hAnsi="Cambria Math"/>
                                      <w:i/>
                                      <w:sz w:val="22"/>
                                    </w:rPr>
                                  </m:ctrlPr>
                                </m:dPr>
                                <m:e>
                                  <m:r>
                                    <w:rPr>
                                      <w:rFonts w:ascii="Cambria Math" w:hAnsi="Cambria Math"/>
                                      <w:sz w:val="22"/>
                                    </w:rPr>
                                    <m:t>1</m:t>
                                  </m:r>
                                </m:e>
                              </m:d>
                            </m:sup>
                          </m:sSup>
                        </m:e>
                        <m:e>
                          <m:sSup>
                            <m:sSupPr>
                              <m:ctrlPr>
                                <w:rPr>
                                  <w:rFonts w:ascii="Cambria Math" w:hAnsi="Cambria Math"/>
                                  <w:i/>
                                  <w:sz w:val="22"/>
                                </w:rPr>
                              </m:ctrlPr>
                            </m:sSupPr>
                            <m:e>
                              <m:r>
                                <m:rPr>
                                  <m:sty m:val="bi"/>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d>
                                <m:dPr>
                                  <m:ctrlPr>
                                    <w:rPr>
                                      <w:rFonts w:ascii="Cambria Math" w:hAnsi="Cambria Math"/>
                                      <w:i/>
                                      <w:sz w:val="22"/>
                                    </w:rPr>
                                  </m:ctrlPr>
                                </m:dPr>
                                <m:e>
                                  <m:r>
                                    <w:rPr>
                                      <w:rFonts w:ascii="Cambria Math" w:hAnsi="Cambria Math"/>
                                      <w:sz w:val="22"/>
                                    </w:rPr>
                                    <m:t>2</m:t>
                                  </m:r>
                                </m:e>
                              </m:d>
                            </m:sup>
                          </m:sSup>
                          <m:ctrlPr>
                            <w:rPr>
                              <w:rFonts w:ascii="Cambria Math" w:eastAsia="Cambria Math" w:hAnsi="Cambria Math" w:cs="Cambria Math"/>
                              <w:i/>
                              <w:sz w:val="22"/>
                            </w:rPr>
                          </m:ctrlPr>
                        </m:e>
                        <m:e>
                          <m:r>
                            <w:rPr>
                              <w:rFonts w:ascii="Cambria Math" w:hAnsi="Cambria Math"/>
                              <w:sz w:val="22"/>
                            </w:rPr>
                            <m:t>⋯</m:t>
                          </m:r>
                        </m:e>
                        <m:e>
                          <m:sSup>
                            <m:sSupPr>
                              <m:ctrlPr>
                                <w:rPr>
                                  <w:rFonts w:ascii="Cambria Math" w:hAnsi="Cambria Math"/>
                                  <w:i/>
                                  <w:sz w:val="22"/>
                                </w:rPr>
                              </m:ctrlPr>
                            </m:sSupPr>
                            <m:e>
                              <m:r>
                                <m:rPr>
                                  <m:sty m:val="bi"/>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d>
                                <m:dPr>
                                  <m:ctrlPr>
                                    <w:rPr>
                                      <w:rFonts w:ascii="Cambria Math" w:hAnsi="Cambria Math"/>
                                      <w:i/>
                                      <w:sz w:val="22"/>
                                    </w:rPr>
                                  </m:ctrlPr>
                                </m:dPr>
                                <m:e>
                                  <m:r>
                                    <w:rPr>
                                      <w:rFonts w:ascii="Cambria Math" w:hAnsi="Cambria Math"/>
                                      <w:sz w:val="22"/>
                                    </w:rPr>
                                    <m:t>m</m:t>
                                  </m:r>
                                </m:e>
                              </m:d>
                            </m:sup>
                          </m:sSup>
                        </m:e>
                      </m:mr>
                    </m:m>
                  </m:e>
                </m:d>
                <m:r>
                  <w:rPr>
                    <w:rFonts w:ascii="Cambria Math" w:hAnsi="Cambria Math"/>
                    <w:sz w:val="22"/>
                  </w:rPr>
                  <m:t xml:space="preserve"> ∈</m:t>
                </m:r>
                <m:sSup>
                  <m:sSupPr>
                    <m:ctrlPr>
                      <w:rPr>
                        <w:rFonts w:ascii="Cambria Math" w:hAnsi="Cambria Math"/>
                        <w:i/>
                        <w:sz w:val="22"/>
                      </w:rPr>
                    </m:ctrlPr>
                  </m:sSupPr>
                  <m:e>
                    <m:r>
                      <m:rPr>
                        <m:scr m:val="double-struck"/>
                      </m:rPr>
                      <w:rPr>
                        <w:rFonts w:ascii="Cambria Math" w:hAnsi="Cambria Math"/>
                        <w:sz w:val="22"/>
                      </w:rPr>
                      <m:t>R</m:t>
                    </m:r>
                  </m:e>
                  <m:sup>
                    <m:sSub>
                      <m:sSubPr>
                        <m:ctrlPr>
                          <w:rPr>
                            <w:rFonts w:ascii="Cambria Math" w:hAnsi="Cambria Math"/>
                            <w:i/>
                            <w:sz w:val="22"/>
                          </w:rPr>
                        </m:ctrlPr>
                      </m:sSubPr>
                      <m:e>
                        <m:r>
                          <w:rPr>
                            <w:rFonts w:ascii="Cambria Math" w:hAnsi="Cambria Math"/>
                            <w:sz w:val="22"/>
                          </w:rPr>
                          <m:t>n</m:t>
                        </m:r>
                      </m:e>
                      <m:sub>
                        <m:r>
                          <w:rPr>
                            <w:rFonts w:ascii="Cambria Math" w:hAnsi="Cambria Math"/>
                            <w:sz w:val="22"/>
                          </w:rPr>
                          <m:t>l</m:t>
                        </m:r>
                      </m:sub>
                    </m:sSub>
                    <m:r>
                      <w:rPr>
                        <w:rFonts w:ascii="Cambria Math" w:hAnsi="Cambria Math"/>
                        <w:sz w:val="22"/>
                      </w:rPr>
                      <m:t xml:space="preserve"> × m</m:t>
                    </m:r>
                  </m:sup>
                </m:sSup>
                <m:r>
                  <w:rPr>
                    <w:rFonts w:ascii="Cambria Math" w:hAnsi="Cambria Math"/>
                    <w:sz w:val="22"/>
                  </w:rPr>
                  <m:t>,</m:t>
                </m:r>
              </m:oMath>
            </m:oMathPara>
          </w:p>
        </w:tc>
        <w:tc>
          <w:tcPr>
            <w:tcW w:w="1165" w:type="dxa"/>
            <w:vAlign w:val="center"/>
          </w:tcPr>
          <w:p w14:paraId="2D7822D7" w14:textId="275F68A4" w:rsidR="00516C40" w:rsidRDefault="00552AE0" w:rsidP="00552AE0">
            <w:pPr>
              <w:jc w:val="center"/>
              <w:rPr>
                <w:sz w:val="22"/>
              </w:rPr>
            </w:pPr>
            <w:r>
              <w:rPr>
                <w:sz w:val="22"/>
              </w:rPr>
              <w:fldChar w:fldCharType="begin"/>
            </w:r>
            <w:r>
              <w:rPr>
                <w:sz w:val="22"/>
              </w:rPr>
              <w:instrText xml:space="preserve"> </w:instrText>
            </w:r>
            <w:r w:rsidRPr="00552AE0">
              <w:rPr>
                <w:sz w:val="22"/>
              </w:rPr>
              <w:instrText>SEQ eq \* ARABIC</w:instrText>
            </w:r>
            <w:r>
              <w:rPr>
                <w:sz w:val="22"/>
              </w:rPr>
              <w:instrText xml:space="preserve"> </w:instrText>
            </w:r>
            <w:r>
              <w:rPr>
                <w:sz w:val="22"/>
              </w:rPr>
              <w:fldChar w:fldCharType="separate"/>
            </w:r>
            <w:r>
              <w:rPr>
                <w:noProof/>
                <w:sz w:val="22"/>
              </w:rPr>
              <w:t>14</w:t>
            </w:r>
            <w:r>
              <w:rPr>
                <w:sz w:val="22"/>
              </w:rPr>
              <w:fldChar w:fldCharType="end"/>
            </w:r>
          </w:p>
        </w:tc>
      </w:tr>
    </w:tbl>
    <w:p w14:paraId="2785EA88" w14:textId="77777777" w:rsidR="00516C40" w:rsidRDefault="00516C40">
      <w:pPr>
        <w:rPr>
          <w:sz w:val="22"/>
        </w:rPr>
      </w:pPr>
    </w:p>
    <w:p w14:paraId="6B95582F" w14:textId="09973EFA" w:rsidR="00031A2C" w:rsidRDefault="00350135">
      <w:pPr>
        <w:rPr>
          <w:sz w:val="22"/>
        </w:rPr>
      </w:pPr>
      <w:r>
        <w:rPr>
          <w:sz w:val="22"/>
        </w:rPr>
        <w:t>w</w:t>
      </w:r>
      <w:r w:rsidR="00031A2C">
        <w:rPr>
          <w:sz w:val="22"/>
        </w:rPr>
        <w:t xml:space="preserve">here is </w:t>
      </w:r>
      <w:r w:rsidR="00257268">
        <w:rPr>
          <w:sz w:val="22"/>
        </w:rPr>
        <w:t xml:space="preserve">the </w:t>
      </w:r>
      <w:r w:rsidR="00031A2C">
        <w:rPr>
          <w:sz w:val="22"/>
        </w:rPr>
        <w:t>column</w:t>
      </w:r>
      <w:r w:rsidR="00257268">
        <w:rPr>
          <w:sz w:val="22"/>
        </w:rPr>
        <w:t>,</w:t>
      </w:r>
      <w:r w:rsidR="00031A2C">
        <w:rPr>
          <w:sz w:val="22"/>
        </w:rPr>
        <w:t xml:space="preserve"> </w:t>
      </w:r>
      <m:oMath>
        <m:sSup>
          <m:sSupPr>
            <m:ctrlPr>
              <w:rPr>
                <w:rFonts w:ascii="Cambria Math" w:hAnsi="Cambria Math"/>
                <w:i/>
                <w:sz w:val="22"/>
              </w:rPr>
            </m:ctrlPr>
          </m:sSupPr>
          <m:e>
            <m:r>
              <m:rPr>
                <m:sty m:val="bi"/>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d>
              <m:dPr>
                <m:ctrlPr>
                  <w:rPr>
                    <w:rFonts w:ascii="Cambria Math" w:hAnsi="Cambria Math"/>
                    <w:i/>
                    <w:sz w:val="22"/>
                  </w:rPr>
                </m:ctrlPr>
              </m:dPr>
              <m:e>
                <m:r>
                  <w:rPr>
                    <w:rFonts w:ascii="Cambria Math" w:hAnsi="Cambria Math"/>
                    <w:sz w:val="22"/>
                  </w:rPr>
                  <m:t>i</m:t>
                </m:r>
              </m:e>
            </m:d>
          </m:sup>
        </m:sSup>
      </m:oMath>
      <w:r w:rsidR="00257268">
        <w:rPr>
          <w:sz w:val="22"/>
        </w:rPr>
        <w:t xml:space="preserve">, </w:t>
      </w:r>
      <w:r w:rsidR="00031A2C">
        <w:rPr>
          <w:sz w:val="22"/>
        </w:rPr>
        <w:t xml:space="preserve"> represent the activation corresponding to the </w:t>
      </w:r>
      <m:oMath>
        <m:sSup>
          <m:sSupPr>
            <m:ctrlPr>
              <w:rPr>
                <w:rFonts w:ascii="Cambria Math" w:hAnsi="Cambria Math"/>
                <w:i/>
                <w:sz w:val="22"/>
              </w:rPr>
            </m:ctrlPr>
          </m:sSupPr>
          <m:e>
            <m:r>
              <w:rPr>
                <w:rFonts w:ascii="Cambria Math" w:hAnsi="Cambria Math"/>
                <w:sz w:val="22"/>
              </w:rPr>
              <m:t>i</m:t>
            </m:r>
          </m:e>
          <m:sup>
            <m:r>
              <w:rPr>
                <w:rFonts w:ascii="Cambria Math" w:hAnsi="Cambria Math"/>
                <w:sz w:val="22"/>
              </w:rPr>
              <m:t>th</m:t>
            </m:r>
          </m:sup>
        </m:sSup>
      </m:oMath>
      <w:r w:rsidR="00257268">
        <w:rPr>
          <w:sz w:val="22"/>
        </w:rPr>
        <w:t>-</w:t>
      </w:r>
      <w:r w:rsidR="00031A2C">
        <w:rPr>
          <w:sz w:val="22"/>
        </w:rPr>
        <w:t>training example.</w:t>
      </w:r>
      <w:r>
        <w:rPr>
          <w:sz w:val="22"/>
        </w:rPr>
        <w:t xml:space="preserve"> </w:t>
      </w:r>
      <w:r w:rsidR="00031A2C">
        <w:rPr>
          <w:sz w:val="22"/>
        </w:rPr>
        <w:t xml:space="preserve">The </w:t>
      </w:r>
      <w:r>
        <w:rPr>
          <w:sz w:val="22"/>
        </w:rPr>
        <w:t xml:space="preserve">corresponding </w:t>
      </w:r>
      <w:r w:rsidR="00031A2C">
        <w:rPr>
          <w:sz w:val="22"/>
        </w:rPr>
        <w:t xml:space="preserve">pre-activation matrix </w:t>
      </w:r>
      <m:oMath>
        <m:sSup>
          <m:sSupPr>
            <m:ctrlPr>
              <w:rPr>
                <w:rFonts w:ascii="Cambria Math" w:hAnsi="Cambria Math"/>
                <w:i/>
                <w:sz w:val="22"/>
              </w:rPr>
            </m:ctrlPr>
          </m:sSupPr>
          <m:e>
            <m:r>
              <m:rPr>
                <m:sty m:val="b"/>
              </m:rPr>
              <w:rPr>
                <w:rFonts w:ascii="Cambria Math" w:hAnsi="Cambria Math"/>
                <w:sz w:val="22"/>
              </w:rPr>
              <m:t>Z</m:t>
            </m:r>
          </m:e>
          <m:sup>
            <m:d>
              <m:dPr>
                <m:begChr m:val="["/>
                <m:endChr m:val="]"/>
                <m:ctrlPr>
                  <w:rPr>
                    <w:rFonts w:ascii="Cambria Math" w:hAnsi="Cambria Math"/>
                    <w:i/>
                    <w:sz w:val="22"/>
                  </w:rPr>
                </m:ctrlPr>
              </m:dPr>
              <m:e>
                <m:r>
                  <w:rPr>
                    <w:rFonts w:ascii="Cambria Math" w:hAnsi="Cambria Math"/>
                    <w:sz w:val="22"/>
                  </w:rPr>
                  <m:t>l</m:t>
                </m:r>
              </m:e>
            </m:d>
          </m:sup>
        </m:sSup>
      </m:oMath>
      <w:r w:rsidR="00031A2C">
        <w:rPr>
          <w:sz w:val="22"/>
        </w:rPr>
        <w:t xml:space="preserve"> at layer </w:t>
      </w:r>
      <m:oMath>
        <m:r>
          <w:rPr>
            <w:rFonts w:ascii="Cambria Math" w:hAnsi="Cambria Math"/>
            <w:sz w:val="22"/>
          </w:rPr>
          <m:t>l</m:t>
        </m:r>
      </m:oMath>
      <w:r w:rsidR="00031A2C">
        <w:rPr>
          <w:sz w:val="22"/>
        </w:rPr>
        <w:t xml:space="preserve"> is </w:t>
      </w:r>
      <w:r>
        <w:rPr>
          <w:sz w:val="22"/>
        </w:rPr>
        <w:t>then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020"/>
        <w:gridCol w:w="1075"/>
      </w:tblGrid>
      <w:tr w:rsidR="00516C40" w14:paraId="5BA64D69" w14:textId="77777777" w:rsidTr="00552AE0">
        <w:tc>
          <w:tcPr>
            <w:tcW w:w="1255" w:type="dxa"/>
            <w:vAlign w:val="center"/>
          </w:tcPr>
          <w:p w14:paraId="33B72236" w14:textId="77777777" w:rsidR="00516C40" w:rsidRDefault="00516C40" w:rsidP="00552AE0">
            <w:pPr>
              <w:jc w:val="center"/>
              <w:rPr>
                <w:sz w:val="22"/>
              </w:rPr>
            </w:pPr>
          </w:p>
        </w:tc>
        <w:tc>
          <w:tcPr>
            <w:tcW w:w="7020" w:type="dxa"/>
            <w:vAlign w:val="center"/>
          </w:tcPr>
          <w:p w14:paraId="13A82F96" w14:textId="48DAD45B" w:rsidR="00516C40" w:rsidRDefault="00000000" w:rsidP="00552AE0">
            <w:pPr>
              <w:jc w:val="center"/>
              <w:rPr>
                <w:sz w:val="22"/>
              </w:rPr>
            </w:pPr>
            <m:oMathPara>
              <m:oMath>
                <m:sSup>
                  <m:sSupPr>
                    <m:ctrlPr>
                      <w:rPr>
                        <w:rFonts w:ascii="Cambria Math" w:hAnsi="Cambria Math"/>
                        <w:i/>
                        <w:sz w:val="22"/>
                      </w:rPr>
                    </m:ctrlPr>
                  </m:sSupPr>
                  <m:e>
                    <m:r>
                      <m:rPr>
                        <m:sty m:val="b"/>
                      </m:rPr>
                      <w:rPr>
                        <w:rFonts w:ascii="Cambria Math" w:hAnsi="Cambria Math"/>
                        <w:sz w:val="22"/>
                      </w:rPr>
                      <m:t>Z</m:t>
                    </m:r>
                  </m:e>
                  <m:sup>
                    <m:d>
                      <m:dPr>
                        <m:begChr m:val="["/>
                        <m:endChr m:val="]"/>
                        <m:ctrlPr>
                          <w:rPr>
                            <w:rFonts w:ascii="Cambria Math" w:hAnsi="Cambria Math"/>
                            <w:i/>
                            <w:sz w:val="22"/>
                          </w:rPr>
                        </m:ctrlPr>
                      </m:dPr>
                      <m:e>
                        <m:r>
                          <w:rPr>
                            <w:rFonts w:ascii="Cambria Math" w:hAnsi="Cambria Math"/>
                            <w:sz w:val="22"/>
                          </w:rPr>
                          <m:t>l</m:t>
                        </m:r>
                      </m:e>
                    </m:d>
                  </m:sup>
                </m:sSup>
                <m:r>
                  <w:rPr>
                    <w:rFonts w:ascii="Cambria Math" w:hAnsi="Cambria Math"/>
                    <w:sz w:val="22"/>
                  </w:rPr>
                  <m:t>=</m:t>
                </m:r>
                <m:sSup>
                  <m:sSupPr>
                    <m:ctrlPr>
                      <w:rPr>
                        <w:rFonts w:ascii="Cambria Math" w:hAnsi="Cambria Math"/>
                        <w:i/>
                        <w:sz w:val="22"/>
                      </w:rPr>
                    </m:ctrlPr>
                  </m:sSupPr>
                  <m:e>
                    <m:r>
                      <m:rPr>
                        <m:sty m:val="b"/>
                      </m:rPr>
                      <w:rPr>
                        <w:rFonts w:ascii="Cambria Math" w:hAnsi="Cambria Math"/>
                        <w:sz w:val="22"/>
                      </w:rPr>
                      <m:t>W</m:t>
                    </m:r>
                  </m:e>
                  <m:sup>
                    <m:d>
                      <m:dPr>
                        <m:begChr m:val="["/>
                        <m:endChr m:val="]"/>
                        <m:ctrlPr>
                          <w:rPr>
                            <w:rFonts w:ascii="Cambria Math" w:hAnsi="Cambria Math"/>
                            <w:i/>
                            <w:sz w:val="22"/>
                          </w:rPr>
                        </m:ctrlPr>
                      </m:dPr>
                      <m:e>
                        <m:r>
                          <w:rPr>
                            <w:rFonts w:ascii="Cambria Math" w:hAnsi="Cambria Math"/>
                            <w:sz w:val="22"/>
                          </w:rPr>
                          <m:t>l</m:t>
                        </m:r>
                      </m:e>
                    </m:d>
                  </m:sup>
                </m:sSup>
                <m:sSup>
                  <m:sSupPr>
                    <m:ctrlPr>
                      <w:rPr>
                        <w:rFonts w:ascii="Cambria Math" w:hAnsi="Cambria Math"/>
                        <w:i/>
                        <w:sz w:val="22"/>
                      </w:rPr>
                    </m:ctrlPr>
                  </m:sSupPr>
                  <m:e>
                    <m:r>
                      <m:rPr>
                        <m:sty m:val="b"/>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l-1</m:t>
                        </m:r>
                      </m:e>
                    </m:d>
                  </m:sup>
                </m:sSup>
                <m:r>
                  <w:rPr>
                    <w:rFonts w:ascii="Cambria Math" w:hAnsi="Cambria Math"/>
                    <w:sz w:val="22"/>
                  </w:rPr>
                  <m:t>+</m:t>
                </m:r>
                <m:sSup>
                  <m:sSupPr>
                    <m:ctrlPr>
                      <w:rPr>
                        <w:rFonts w:ascii="Cambria Math" w:hAnsi="Cambria Math"/>
                        <w:i/>
                        <w:sz w:val="22"/>
                      </w:rPr>
                    </m:ctrlPr>
                  </m:sSupPr>
                  <m:e>
                    <m:r>
                      <w:rPr>
                        <w:rFonts w:ascii="Cambria Math" w:hAnsi="Cambria Math"/>
                        <w:sz w:val="22"/>
                      </w:rPr>
                      <m:t>b</m:t>
                    </m:r>
                  </m:e>
                  <m:sup>
                    <m:d>
                      <m:dPr>
                        <m:begChr m:val="["/>
                        <m:endChr m:val="]"/>
                        <m:ctrlPr>
                          <w:rPr>
                            <w:rFonts w:ascii="Cambria Math" w:hAnsi="Cambria Math"/>
                            <w:i/>
                            <w:sz w:val="22"/>
                          </w:rPr>
                        </m:ctrlPr>
                      </m:dPr>
                      <m:e>
                        <m:r>
                          <w:rPr>
                            <w:rFonts w:ascii="Cambria Math" w:hAnsi="Cambria Math"/>
                            <w:sz w:val="22"/>
                          </w:rPr>
                          <m:t>l</m:t>
                        </m:r>
                      </m:e>
                    </m:d>
                  </m:sup>
                </m:sSup>
                <m:sSup>
                  <m:sSupPr>
                    <m:ctrlPr>
                      <w:rPr>
                        <w:rFonts w:ascii="Cambria Math" w:hAnsi="Cambria Math"/>
                        <w:i/>
                        <w:sz w:val="22"/>
                      </w:rPr>
                    </m:ctrlPr>
                  </m:sSupPr>
                  <m:e>
                    <m:r>
                      <m:rPr>
                        <m:sty m:val="bi"/>
                      </m:rPr>
                      <w:rPr>
                        <w:rFonts w:ascii="Cambria Math" w:hAnsi="Cambria Math"/>
                        <w:sz w:val="22"/>
                      </w:rPr>
                      <m:t>1</m:t>
                    </m:r>
                  </m:e>
                  <m:sup>
                    <m:r>
                      <w:rPr>
                        <w:rFonts w:ascii="Cambria Math" w:hAnsi="Cambria Math"/>
                        <w:sz w:val="22"/>
                      </w:rPr>
                      <m:t>T</m:t>
                    </m:r>
                  </m:sup>
                </m:sSup>
                <m:r>
                  <w:rPr>
                    <w:rFonts w:ascii="Cambria Math" w:hAnsi="Cambria Math"/>
                    <w:sz w:val="22"/>
                  </w:rPr>
                  <m:t xml:space="preserve">,  </m:t>
                </m:r>
                <m:sSup>
                  <m:sSupPr>
                    <m:ctrlPr>
                      <w:rPr>
                        <w:rFonts w:ascii="Cambria Math" w:hAnsi="Cambria Math"/>
                        <w:i/>
                        <w:sz w:val="22"/>
                      </w:rPr>
                    </m:ctrlPr>
                  </m:sSupPr>
                  <m:e>
                    <m:r>
                      <m:rPr>
                        <m:sty m:val="b"/>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sup>
                </m:sSup>
                <m:r>
                  <w:rPr>
                    <w:rFonts w:ascii="Cambria Math" w:hAnsi="Cambria Math"/>
                    <w:sz w:val="22"/>
                  </w:rPr>
                  <m:t>=σ</m:t>
                </m:r>
                <m:d>
                  <m:dPr>
                    <m:ctrlPr>
                      <w:rPr>
                        <w:rFonts w:ascii="Cambria Math" w:hAnsi="Cambria Math"/>
                        <w:i/>
                        <w:sz w:val="22"/>
                      </w:rPr>
                    </m:ctrlPr>
                  </m:dPr>
                  <m:e>
                    <m:sSup>
                      <m:sSupPr>
                        <m:ctrlPr>
                          <w:rPr>
                            <w:rFonts w:ascii="Cambria Math" w:hAnsi="Cambria Math"/>
                            <w:i/>
                            <w:sz w:val="22"/>
                          </w:rPr>
                        </m:ctrlPr>
                      </m:sSupPr>
                      <m:e>
                        <m:r>
                          <m:rPr>
                            <m:sty m:val="b"/>
                          </m:rPr>
                          <w:rPr>
                            <w:rFonts w:ascii="Cambria Math" w:hAnsi="Cambria Math"/>
                            <w:sz w:val="22"/>
                          </w:rPr>
                          <m:t>Z</m:t>
                        </m:r>
                      </m:e>
                      <m:sup>
                        <m:d>
                          <m:dPr>
                            <m:begChr m:val="["/>
                            <m:endChr m:val="]"/>
                            <m:ctrlPr>
                              <w:rPr>
                                <w:rFonts w:ascii="Cambria Math" w:hAnsi="Cambria Math"/>
                                <w:i/>
                                <w:sz w:val="22"/>
                              </w:rPr>
                            </m:ctrlPr>
                          </m:dPr>
                          <m:e>
                            <m:r>
                              <w:rPr>
                                <w:rFonts w:ascii="Cambria Math" w:hAnsi="Cambria Math"/>
                                <w:sz w:val="22"/>
                              </w:rPr>
                              <m:t>l</m:t>
                            </m:r>
                          </m:e>
                        </m:d>
                      </m:sup>
                    </m:sSup>
                  </m:e>
                </m:d>
                <m:r>
                  <w:rPr>
                    <w:rFonts w:ascii="Cambria Math" w:hAnsi="Cambria Math"/>
                    <w:sz w:val="22"/>
                  </w:rPr>
                  <m:t>,</m:t>
                </m:r>
              </m:oMath>
            </m:oMathPara>
          </w:p>
        </w:tc>
        <w:tc>
          <w:tcPr>
            <w:tcW w:w="1075" w:type="dxa"/>
            <w:vAlign w:val="center"/>
          </w:tcPr>
          <w:p w14:paraId="36364949" w14:textId="7952D773" w:rsidR="00516C40" w:rsidRDefault="00552AE0" w:rsidP="00552AE0">
            <w:pPr>
              <w:jc w:val="center"/>
              <w:rPr>
                <w:sz w:val="22"/>
              </w:rPr>
            </w:pPr>
            <w:r>
              <w:rPr>
                <w:sz w:val="22"/>
              </w:rPr>
              <w:fldChar w:fldCharType="begin"/>
            </w:r>
            <w:r>
              <w:rPr>
                <w:sz w:val="22"/>
              </w:rPr>
              <w:instrText xml:space="preserve"> </w:instrText>
            </w:r>
            <w:r w:rsidRPr="00552AE0">
              <w:rPr>
                <w:sz w:val="22"/>
              </w:rPr>
              <w:instrText>SEQ eq \* ARABIC</w:instrText>
            </w:r>
            <w:r>
              <w:rPr>
                <w:sz w:val="22"/>
              </w:rPr>
              <w:instrText xml:space="preserve"> </w:instrText>
            </w:r>
            <w:r>
              <w:rPr>
                <w:sz w:val="22"/>
              </w:rPr>
              <w:fldChar w:fldCharType="separate"/>
            </w:r>
            <w:r>
              <w:rPr>
                <w:noProof/>
                <w:sz w:val="22"/>
              </w:rPr>
              <w:t>15</w:t>
            </w:r>
            <w:r>
              <w:rPr>
                <w:sz w:val="22"/>
              </w:rPr>
              <w:fldChar w:fldCharType="end"/>
            </w:r>
          </w:p>
        </w:tc>
      </w:tr>
    </w:tbl>
    <w:p w14:paraId="3C1B8914" w14:textId="77777777" w:rsidR="00516C40" w:rsidRDefault="00516C40">
      <w:pPr>
        <w:rPr>
          <w:sz w:val="22"/>
        </w:rPr>
      </w:pPr>
    </w:p>
    <w:p w14:paraId="58221FF3" w14:textId="6E9F0832" w:rsidR="00350135" w:rsidRPr="0011440C" w:rsidRDefault="00350135">
      <w:pPr>
        <w:rPr>
          <w:sz w:val="22"/>
        </w:rPr>
      </w:pPr>
      <w:r>
        <w:rPr>
          <w:sz w:val="22"/>
        </w:rPr>
        <w:t>where</w:t>
      </w:r>
      <w:r w:rsidRPr="00350135">
        <w:rPr>
          <w:sz w:val="22"/>
        </w:rPr>
        <w:t xml:space="preserve"> </w:t>
      </w:r>
      <m:oMath>
        <m:r>
          <m:rPr>
            <m:sty m:val="b"/>
          </m:rPr>
          <w:rPr>
            <w:rFonts w:ascii="Cambria Math" w:hAnsi="Cambria Math"/>
            <w:sz w:val="22"/>
          </w:rPr>
          <m:t>1</m:t>
        </m:r>
        <m:r>
          <w:rPr>
            <w:rFonts w:ascii="Cambria Math" w:hAnsi="Cambria Math"/>
            <w:sz w:val="22"/>
          </w:rPr>
          <m:t xml:space="preserve"> ∈</m:t>
        </m:r>
        <m:sSup>
          <m:sSupPr>
            <m:ctrlPr>
              <w:rPr>
                <w:rFonts w:ascii="Cambria Math" w:hAnsi="Cambria Math"/>
                <w:i/>
                <w:sz w:val="22"/>
              </w:rPr>
            </m:ctrlPr>
          </m:sSupPr>
          <m:e>
            <m:r>
              <m:rPr>
                <m:scr m:val="double-struck"/>
              </m:rPr>
              <w:rPr>
                <w:rFonts w:ascii="Cambria Math" w:hAnsi="Cambria Math"/>
                <w:sz w:val="22"/>
              </w:rPr>
              <m:t>R</m:t>
            </m:r>
          </m:e>
          <m:sup>
            <m:r>
              <w:rPr>
                <w:rFonts w:ascii="Cambria Math" w:hAnsi="Cambria Math"/>
                <w:sz w:val="22"/>
              </w:rPr>
              <m:t>m</m:t>
            </m:r>
          </m:sup>
        </m:sSup>
      </m:oMath>
      <w:r>
        <w:rPr>
          <w:sz w:val="22"/>
        </w:rPr>
        <w:t xml:space="preserve"> is a column vector of ones used to broadcast the bias across all training samples.</w:t>
      </w:r>
    </w:p>
    <w:p w14:paraId="0AFB1E1A" w14:textId="77777777" w:rsidR="00184CB1" w:rsidRDefault="00184CB1" w:rsidP="0011440C">
      <w:pPr>
        <w:jc w:val="center"/>
      </w:pPr>
    </w:p>
    <w:p w14:paraId="3BF8A87A" w14:textId="0A42F9AF" w:rsidR="0011440C" w:rsidRPr="005F4CEE" w:rsidRDefault="0027160E" w:rsidP="0027160E">
      <w:pPr>
        <w:rPr>
          <w:rFonts w:cs="Times New Roman"/>
          <w:sz w:val="22"/>
        </w:rPr>
      </w:pPr>
      <w:r w:rsidRPr="005F4CEE">
        <w:rPr>
          <w:rFonts w:cs="Times New Roman"/>
          <w:b/>
          <w:bCs/>
          <w:sz w:val="22"/>
        </w:rPr>
        <w:t xml:space="preserve">Pruning Objective.  </w:t>
      </w:r>
      <w:r w:rsidR="00350135" w:rsidRPr="00350135">
        <w:rPr>
          <w:rFonts w:cs="Times New Roman"/>
          <w:sz w:val="22"/>
        </w:rPr>
        <w:t xml:space="preserve">The objective of neuron pruning is to remove neurons that contribute the least to the representational power of the network, thereby creating a compact architecture that preserves performance. This serves two main purposes: (i) reducing computational and memory </w:t>
      </w:r>
      <w:proofErr w:type="gramStart"/>
      <w:r w:rsidR="00350135" w:rsidRPr="00350135">
        <w:rPr>
          <w:rFonts w:cs="Times New Roman"/>
          <w:sz w:val="22"/>
        </w:rPr>
        <w:t>cost</w:t>
      </w:r>
      <w:proofErr w:type="gramEnd"/>
      <w:r w:rsidR="00350135" w:rsidRPr="00350135">
        <w:rPr>
          <w:rFonts w:cs="Times New Roman"/>
          <w:sz w:val="22"/>
        </w:rPr>
        <w:t xml:space="preserve"> for deployment on resource-constrained hardware, and (ii) improving generalization by mitigating overfitting.</w:t>
      </w:r>
    </w:p>
    <w:p w14:paraId="7B4C10D9" w14:textId="77777777" w:rsidR="00350135" w:rsidRDefault="00557FFE" w:rsidP="00A0749F">
      <w:pPr>
        <w:rPr>
          <w:rFonts w:cs="Times New Roman"/>
          <w:sz w:val="22"/>
        </w:rPr>
      </w:pPr>
      <w:r w:rsidRPr="005F4CEE">
        <w:rPr>
          <w:rFonts w:cs="Times New Roman"/>
          <w:sz w:val="22"/>
        </w:rPr>
        <w:t xml:space="preserve">We determine which neurons to prune based on the following principles: </w:t>
      </w:r>
    </w:p>
    <w:p w14:paraId="1FF2ADA5" w14:textId="5B1E11F7" w:rsidR="00350135" w:rsidRDefault="00350135" w:rsidP="00350135">
      <w:pPr>
        <w:pStyle w:val="ListParagraph"/>
        <w:numPr>
          <w:ilvl w:val="0"/>
          <w:numId w:val="2"/>
        </w:numPr>
        <w:rPr>
          <w:rFonts w:cs="Times New Roman"/>
          <w:sz w:val="22"/>
        </w:rPr>
      </w:pPr>
      <w:r w:rsidRPr="00350135">
        <w:rPr>
          <w:rFonts w:cs="Times New Roman"/>
          <w:b/>
          <w:bCs/>
          <w:sz w:val="22"/>
        </w:rPr>
        <w:t>Preservation of the current layer’s activations,</w:t>
      </w:r>
      <w:r>
        <w:rPr>
          <w:rFonts w:cs="Times New Roman"/>
          <w:sz w:val="22"/>
        </w:rPr>
        <w:t xml:space="preserve"> ensuring that the reduced representation </w:t>
      </w:r>
      <m:oMath>
        <m:sSup>
          <m:sSupPr>
            <m:ctrlPr>
              <w:rPr>
                <w:rFonts w:ascii="Cambria Math" w:eastAsia="Times New Roman" w:hAnsi="Cambria Math" w:cs="Times New Roman"/>
                <w:i/>
                <w:iCs/>
                <w:sz w:val="22"/>
              </w:rPr>
            </m:ctrlPr>
          </m:sSupPr>
          <m:e>
            <m:r>
              <m:rPr>
                <m:sty m:val="b"/>
              </m:rPr>
              <w:rPr>
                <w:rFonts w:ascii="Cambria Math" w:eastAsia="Times New Roman" w:hAnsi="Cambria Math" w:cs="Times New Roman"/>
                <w:sz w:val="22"/>
              </w:rPr>
              <m:t>A</m:t>
            </m:r>
          </m:e>
          <m:sup>
            <m:r>
              <w:rPr>
                <w:rFonts w:ascii="Cambria Math" w:eastAsia="Times New Roman" w:hAnsi="Cambria Math" w:cs="Times New Roman"/>
                <w:sz w:val="22"/>
              </w:rPr>
              <m:t>'</m:t>
            </m:r>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p>
        <m:d>
          <m:dPr>
            <m:ctrlPr>
              <w:rPr>
                <w:rFonts w:ascii="Cambria Math" w:eastAsia="Times New Roman" w:hAnsi="Cambria Math" w:cs="Times New Roman"/>
                <w:i/>
                <w:iCs/>
                <w:sz w:val="22"/>
              </w:rPr>
            </m:ctrlPr>
          </m:dPr>
          <m:e>
            <m:r>
              <m:rPr>
                <m:sty m:val="bi"/>
              </m:rPr>
              <w:rPr>
                <w:rFonts w:ascii="Cambria Math" w:eastAsia="Times New Roman" w:hAnsi="Cambria Math" w:cs="Times New Roman"/>
                <w:sz w:val="22"/>
              </w:rPr>
              <m:t>β</m:t>
            </m:r>
          </m:e>
        </m:d>
      </m:oMath>
      <w:r>
        <w:rPr>
          <w:rFonts w:cs="Times New Roman"/>
          <w:iCs/>
          <w:sz w:val="22"/>
        </w:rPr>
        <w:t xml:space="preserve"> remains close to the original </w:t>
      </w:r>
      <m:oMath>
        <m:sSup>
          <m:sSupPr>
            <m:ctrlPr>
              <w:rPr>
                <w:rFonts w:ascii="Cambria Math" w:eastAsia="Times New Roman" w:hAnsi="Cambria Math" w:cs="Times New Roman"/>
                <w:i/>
                <w:iCs/>
                <w:sz w:val="22"/>
              </w:rPr>
            </m:ctrlPr>
          </m:sSupPr>
          <m:e>
            <m:r>
              <m:rPr>
                <m:sty m:val="b"/>
              </m:rPr>
              <w:rPr>
                <w:rFonts w:ascii="Cambria Math" w:eastAsia="Times New Roman" w:hAnsi="Cambria Math" w:cs="Times New Roman"/>
                <w:sz w:val="22"/>
              </w:rPr>
              <m:t>A</m:t>
            </m:r>
          </m:e>
          <m:sup>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p>
      </m:oMath>
    </w:p>
    <w:p w14:paraId="409071F2" w14:textId="34848E06" w:rsidR="00350135" w:rsidRPr="00350135" w:rsidRDefault="00350135" w:rsidP="00350135">
      <w:pPr>
        <w:pStyle w:val="ListParagraph"/>
        <w:numPr>
          <w:ilvl w:val="0"/>
          <w:numId w:val="2"/>
        </w:numPr>
        <w:rPr>
          <w:rFonts w:cs="Times New Roman"/>
          <w:sz w:val="22"/>
        </w:rPr>
      </w:pPr>
      <w:r w:rsidRPr="00F93411">
        <w:rPr>
          <w:rFonts w:cs="Times New Roman"/>
          <w:b/>
          <w:bCs/>
          <w:sz w:val="22"/>
        </w:rPr>
        <w:t>Preservation of the next layer’s pre-activations,</w:t>
      </w:r>
      <w:r w:rsidR="001278FA">
        <w:rPr>
          <w:rFonts w:cs="Times New Roman"/>
          <w:sz w:val="22"/>
        </w:rPr>
        <w:t xml:space="preserve"> ensuring that the pruning of layer </w:t>
      </w:r>
      <m:oMath>
        <m:r>
          <w:rPr>
            <w:rFonts w:ascii="Cambria Math" w:hAnsi="Cambria Math" w:cs="Times New Roman"/>
            <w:sz w:val="22"/>
          </w:rPr>
          <m:t>l</m:t>
        </m:r>
      </m:oMath>
      <w:r w:rsidR="001278FA">
        <w:rPr>
          <w:rFonts w:cs="Times New Roman"/>
          <w:sz w:val="22"/>
        </w:rPr>
        <w:t xml:space="preserve"> does not significantly distort </w:t>
      </w:r>
      <m:oMath>
        <m:sSup>
          <m:sSupPr>
            <m:ctrlPr>
              <w:rPr>
                <w:rFonts w:ascii="Cambria Math" w:hAnsi="Cambria Math" w:cs="Times New Roman"/>
                <w:i/>
                <w:iCs/>
                <w:sz w:val="22"/>
              </w:rPr>
            </m:ctrlPr>
          </m:sSupPr>
          <m:e>
            <m:r>
              <m:rPr>
                <m:sty m:val="b"/>
              </m:rPr>
              <w:rPr>
                <w:rFonts w:ascii="Cambria Math" w:hAnsi="Cambria Math" w:cs="Times New Roman"/>
                <w:sz w:val="22"/>
              </w:rPr>
              <m:t>Z</m:t>
            </m:r>
          </m:e>
          <m:sup>
            <m:d>
              <m:dPr>
                <m:begChr m:val="["/>
                <m:endChr m:val="]"/>
                <m:ctrlPr>
                  <w:rPr>
                    <w:rFonts w:ascii="Cambria Math" w:hAnsi="Cambria Math" w:cs="Times New Roman"/>
                    <w:i/>
                    <w:iCs/>
                    <w:sz w:val="22"/>
                  </w:rPr>
                </m:ctrlPr>
              </m:dPr>
              <m:e>
                <m:r>
                  <w:rPr>
                    <w:rFonts w:ascii="Cambria Math" w:hAnsi="Cambria Math" w:cs="Times New Roman"/>
                    <w:sz w:val="22"/>
                  </w:rPr>
                  <m:t>l+1</m:t>
                </m:r>
              </m:e>
            </m:d>
          </m:sup>
        </m:sSup>
        <m:r>
          <w:rPr>
            <w:rFonts w:ascii="Cambria Math" w:hAnsi="Cambria Math" w:cs="Times New Roman"/>
            <w:sz w:val="22"/>
          </w:rPr>
          <m:t>.</m:t>
        </m:r>
      </m:oMath>
    </w:p>
    <w:p w14:paraId="20B26059" w14:textId="6ADCA091" w:rsidR="00350135" w:rsidRDefault="0024301F" w:rsidP="00A0749F">
      <w:pPr>
        <w:rPr>
          <w:rFonts w:cs="Times New Roman"/>
          <w:iCs/>
          <w:sz w:val="22"/>
        </w:rPr>
      </w:pPr>
      <w:r>
        <w:rPr>
          <w:rFonts w:cs="Times New Roman"/>
          <w:sz w:val="22"/>
        </w:rPr>
        <w:t>Pruning layer</w:t>
      </w:r>
      <w:r w:rsidR="00DB397F">
        <w:rPr>
          <w:rFonts w:cs="Times New Roman"/>
          <w:sz w:val="22"/>
        </w:rPr>
        <w:t>,</w:t>
      </w:r>
      <w:r>
        <w:rPr>
          <w:rFonts w:cs="Times New Roman"/>
          <w:sz w:val="22"/>
        </w:rPr>
        <w:t xml:space="preserve"> </w:t>
      </w:r>
      <m:oMath>
        <m:r>
          <w:rPr>
            <w:rFonts w:ascii="Cambria Math" w:hAnsi="Cambria Math" w:cs="Times New Roman"/>
            <w:sz w:val="22"/>
          </w:rPr>
          <m:t>l</m:t>
        </m:r>
      </m:oMath>
      <w:r w:rsidR="00DB397F">
        <w:rPr>
          <w:rFonts w:cs="Times New Roman"/>
          <w:sz w:val="22"/>
        </w:rPr>
        <w:t>,</w:t>
      </w:r>
      <w:r>
        <w:rPr>
          <w:rFonts w:cs="Times New Roman"/>
          <w:sz w:val="22"/>
        </w:rPr>
        <w:t xml:space="preserve"> alters both </w:t>
      </w:r>
      <m:oMath>
        <m:sSup>
          <m:sSupPr>
            <m:ctrlPr>
              <w:rPr>
                <w:rFonts w:ascii="Cambria Math" w:hAnsi="Cambria Math" w:cs="Times New Roman"/>
                <w:i/>
                <w:iCs/>
                <w:sz w:val="22"/>
              </w:rPr>
            </m:ctrlPr>
          </m:sSupPr>
          <m:e>
            <m:r>
              <m:rPr>
                <m:sty m:val="b"/>
              </m:rPr>
              <w:rPr>
                <w:rFonts w:ascii="Cambria Math" w:hAnsi="Cambria Math" w:cs="Times New Roman"/>
                <w:sz w:val="22"/>
              </w:rPr>
              <m:t>A</m:t>
            </m:r>
          </m:e>
          <m:sup>
            <m:d>
              <m:dPr>
                <m:begChr m:val="["/>
                <m:endChr m:val="]"/>
                <m:ctrlPr>
                  <w:rPr>
                    <w:rFonts w:ascii="Cambria Math" w:hAnsi="Cambria Math" w:cs="Times New Roman"/>
                    <w:i/>
                    <w:iCs/>
                    <w:sz w:val="22"/>
                  </w:rPr>
                </m:ctrlPr>
              </m:dPr>
              <m:e>
                <m:r>
                  <w:rPr>
                    <w:rFonts w:ascii="Cambria Math" w:hAnsi="Cambria Math" w:cs="Times New Roman"/>
                    <w:sz w:val="22"/>
                  </w:rPr>
                  <m:t>l</m:t>
                </m:r>
              </m:e>
            </m:d>
          </m:sup>
        </m:sSup>
      </m:oMath>
      <w:r>
        <w:rPr>
          <w:rFonts w:cs="Times New Roman"/>
          <w:iCs/>
          <w:sz w:val="22"/>
        </w:rPr>
        <w:t xml:space="preserve"> and the subsequent pre-activation matrix</w:t>
      </w:r>
      <w:r w:rsidR="00DB397F">
        <w:rPr>
          <w:rFonts w:cs="Times New Roman"/>
          <w:iCs/>
          <w:sz w:val="22"/>
        </w:rPr>
        <w:t>,</w:t>
      </w:r>
      <w:r>
        <w:rPr>
          <w:rFonts w:cs="Times New Roman"/>
          <w:iCs/>
          <w:sz w:val="22"/>
        </w:rPr>
        <w:t xml:space="preserve">  </w:t>
      </w:r>
      <m:oMath>
        <m:sSup>
          <m:sSupPr>
            <m:ctrlPr>
              <w:rPr>
                <w:rFonts w:ascii="Cambria Math" w:hAnsi="Cambria Math" w:cs="Times New Roman"/>
                <w:i/>
                <w:iCs/>
                <w:sz w:val="22"/>
              </w:rPr>
            </m:ctrlPr>
          </m:sSupPr>
          <m:e>
            <m:r>
              <m:rPr>
                <m:sty m:val="b"/>
              </m:rPr>
              <w:rPr>
                <w:rFonts w:ascii="Cambria Math" w:hAnsi="Cambria Math" w:cs="Times New Roman"/>
                <w:sz w:val="22"/>
              </w:rPr>
              <m:t>Z</m:t>
            </m:r>
          </m:e>
          <m:sup>
            <m:d>
              <m:dPr>
                <m:begChr m:val="["/>
                <m:endChr m:val="]"/>
                <m:ctrlPr>
                  <w:rPr>
                    <w:rFonts w:ascii="Cambria Math" w:hAnsi="Cambria Math" w:cs="Times New Roman"/>
                    <w:i/>
                    <w:iCs/>
                    <w:sz w:val="22"/>
                  </w:rPr>
                </m:ctrlPr>
              </m:dPr>
              <m:e>
                <m:r>
                  <w:rPr>
                    <w:rFonts w:ascii="Cambria Math" w:hAnsi="Cambria Math" w:cs="Times New Roman"/>
                    <w:sz w:val="22"/>
                  </w:rPr>
                  <m:t>l+1</m:t>
                </m:r>
              </m:e>
            </m:d>
          </m:sup>
        </m:sSup>
        <m:r>
          <w:rPr>
            <w:rFonts w:ascii="Cambria Math" w:hAnsi="Cambria Math" w:cs="Times New Roman"/>
            <w:sz w:val="22"/>
          </w:rPr>
          <m:t>=</m:t>
        </m:r>
        <m:sSup>
          <m:sSupPr>
            <m:ctrlPr>
              <w:rPr>
                <w:rFonts w:ascii="Cambria Math" w:hAnsi="Cambria Math"/>
                <w:i/>
                <w:sz w:val="22"/>
              </w:rPr>
            </m:ctrlPr>
          </m:sSupPr>
          <m:e>
            <m:r>
              <m:rPr>
                <m:sty m:val="b"/>
              </m:rPr>
              <w:rPr>
                <w:rFonts w:ascii="Cambria Math" w:hAnsi="Cambria Math"/>
                <w:sz w:val="22"/>
              </w:rPr>
              <m:t>W</m:t>
            </m:r>
          </m:e>
          <m:sup>
            <m:d>
              <m:dPr>
                <m:begChr m:val="["/>
                <m:endChr m:val="]"/>
                <m:ctrlPr>
                  <w:rPr>
                    <w:rFonts w:ascii="Cambria Math" w:hAnsi="Cambria Math"/>
                    <w:i/>
                    <w:sz w:val="22"/>
                  </w:rPr>
                </m:ctrlPr>
              </m:dPr>
              <m:e>
                <m:r>
                  <w:rPr>
                    <w:rFonts w:ascii="Cambria Math" w:hAnsi="Cambria Math"/>
                    <w:sz w:val="22"/>
                  </w:rPr>
                  <m:t>l+1</m:t>
                </m:r>
              </m:e>
            </m:d>
          </m:sup>
        </m:sSup>
        <m:sSup>
          <m:sSupPr>
            <m:ctrlPr>
              <w:rPr>
                <w:rFonts w:ascii="Cambria Math" w:hAnsi="Cambria Math"/>
                <w:i/>
                <w:sz w:val="22"/>
              </w:rPr>
            </m:ctrlPr>
          </m:sSupPr>
          <m:e>
            <m:r>
              <m:rPr>
                <m:sty m:val="b"/>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sup>
        </m:sSup>
        <m:r>
          <w:rPr>
            <w:rFonts w:ascii="Cambria Math" w:hAnsi="Cambria Math"/>
            <w:sz w:val="22"/>
          </w:rPr>
          <m:t>+</m:t>
        </m:r>
        <w:bookmarkStart w:id="5" w:name="_Hlk210722573"/>
        <m:sSup>
          <m:sSupPr>
            <m:ctrlPr>
              <w:rPr>
                <w:rFonts w:ascii="Cambria Math" w:hAnsi="Cambria Math"/>
                <w:i/>
                <w:sz w:val="22"/>
              </w:rPr>
            </m:ctrlPr>
          </m:sSupPr>
          <m:e>
            <m:r>
              <w:rPr>
                <w:rFonts w:ascii="Cambria Math" w:hAnsi="Cambria Math"/>
                <w:sz w:val="22"/>
              </w:rPr>
              <m:t>b</m:t>
            </m:r>
          </m:e>
          <m:sup>
            <m:d>
              <m:dPr>
                <m:begChr m:val="["/>
                <m:endChr m:val="]"/>
                <m:ctrlPr>
                  <w:rPr>
                    <w:rFonts w:ascii="Cambria Math" w:hAnsi="Cambria Math"/>
                    <w:i/>
                    <w:sz w:val="22"/>
                  </w:rPr>
                </m:ctrlPr>
              </m:dPr>
              <m:e>
                <m:r>
                  <w:rPr>
                    <w:rFonts w:ascii="Cambria Math" w:hAnsi="Cambria Math"/>
                    <w:sz w:val="22"/>
                  </w:rPr>
                  <m:t>l+1</m:t>
                </m:r>
              </m:e>
            </m:d>
          </m:sup>
        </m:sSup>
        <m:sSup>
          <m:sSupPr>
            <m:ctrlPr>
              <w:rPr>
                <w:rFonts w:ascii="Cambria Math" w:hAnsi="Cambria Math"/>
                <w:i/>
                <w:sz w:val="22"/>
              </w:rPr>
            </m:ctrlPr>
          </m:sSupPr>
          <m:e>
            <m:r>
              <m:rPr>
                <m:sty m:val="bi"/>
              </m:rPr>
              <w:rPr>
                <w:rFonts w:ascii="Cambria Math" w:hAnsi="Cambria Math"/>
                <w:sz w:val="22"/>
              </w:rPr>
              <m:t>1</m:t>
            </m:r>
          </m:e>
          <m:sup>
            <m:r>
              <w:rPr>
                <w:rFonts w:ascii="Cambria Math" w:hAnsi="Cambria Math"/>
                <w:sz w:val="22"/>
              </w:rPr>
              <m:t>T</m:t>
            </m:r>
          </m:sup>
        </m:sSup>
        <w:bookmarkEnd w:id="5"/>
        <m:r>
          <w:rPr>
            <w:rFonts w:ascii="Cambria Math" w:hAnsi="Cambria Math"/>
            <w:sz w:val="22"/>
          </w:rPr>
          <m:t>.</m:t>
        </m:r>
      </m:oMath>
      <w:r>
        <w:rPr>
          <w:rFonts w:cs="Times New Roman"/>
          <w:sz w:val="22"/>
        </w:rPr>
        <w:t xml:space="preserve"> The pruning problem is thus formulated as a Quadratic Unconstrained Binary Optimization (QUBO) that minimizes deviation in both </w:t>
      </w:r>
      <m:oMath>
        <m:sSup>
          <m:sSupPr>
            <m:ctrlPr>
              <w:rPr>
                <w:rFonts w:ascii="Cambria Math" w:hAnsi="Cambria Math" w:cs="Times New Roman"/>
                <w:i/>
                <w:iCs/>
                <w:sz w:val="22"/>
              </w:rPr>
            </m:ctrlPr>
          </m:sSupPr>
          <m:e>
            <m:r>
              <m:rPr>
                <m:sty m:val="b"/>
              </m:rPr>
              <w:rPr>
                <w:rFonts w:ascii="Cambria Math" w:hAnsi="Cambria Math" w:cs="Times New Roman"/>
                <w:sz w:val="22"/>
              </w:rPr>
              <m:t>A</m:t>
            </m:r>
          </m:e>
          <m:sup>
            <m:d>
              <m:dPr>
                <m:begChr m:val="["/>
                <m:endChr m:val="]"/>
                <m:ctrlPr>
                  <w:rPr>
                    <w:rFonts w:ascii="Cambria Math" w:hAnsi="Cambria Math" w:cs="Times New Roman"/>
                    <w:i/>
                    <w:iCs/>
                    <w:sz w:val="22"/>
                  </w:rPr>
                </m:ctrlPr>
              </m:dPr>
              <m:e>
                <m:r>
                  <w:rPr>
                    <w:rFonts w:ascii="Cambria Math" w:hAnsi="Cambria Math" w:cs="Times New Roman"/>
                    <w:sz w:val="22"/>
                  </w:rPr>
                  <m:t>l</m:t>
                </m:r>
              </m:e>
            </m:d>
          </m:sup>
        </m:sSup>
      </m:oMath>
      <w:r>
        <w:rPr>
          <w:rFonts w:cs="Times New Roman"/>
          <w:iCs/>
          <w:sz w:val="22"/>
        </w:rPr>
        <w:t xml:space="preserve"> and </w:t>
      </w:r>
      <m:oMath>
        <m:sSup>
          <m:sSupPr>
            <m:ctrlPr>
              <w:rPr>
                <w:rFonts w:ascii="Cambria Math" w:hAnsi="Cambria Math" w:cs="Times New Roman"/>
                <w:i/>
                <w:iCs/>
                <w:sz w:val="22"/>
              </w:rPr>
            </m:ctrlPr>
          </m:sSupPr>
          <m:e>
            <m:r>
              <m:rPr>
                <m:sty m:val="b"/>
              </m:rPr>
              <w:rPr>
                <w:rFonts w:ascii="Cambria Math" w:hAnsi="Cambria Math" w:cs="Times New Roman"/>
                <w:sz w:val="22"/>
              </w:rPr>
              <m:t>Z</m:t>
            </m:r>
          </m:e>
          <m:sup>
            <m:d>
              <m:dPr>
                <m:begChr m:val="["/>
                <m:endChr m:val="]"/>
                <m:ctrlPr>
                  <w:rPr>
                    <w:rFonts w:ascii="Cambria Math" w:hAnsi="Cambria Math" w:cs="Times New Roman"/>
                    <w:i/>
                    <w:iCs/>
                    <w:sz w:val="22"/>
                  </w:rPr>
                </m:ctrlPr>
              </m:dPr>
              <m:e>
                <m:r>
                  <w:rPr>
                    <w:rFonts w:ascii="Cambria Math" w:hAnsi="Cambria Math" w:cs="Times New Roman"/>
                    <w:sz w:val="22"/>
                  </w:rPr>
                  <m:t>l+1</m:t>
                </m:r>
              </m:e>
            </m:d>
          </m:sup>
        </m:sSup>
      </m:oMath>
      <w:r>
        <w:rPr>
          <w:rFonts w:cs="Times New Roman"/>
          <w:iCs/>
          <w:sz w:val="22"/>
        </w:rPr>
        <w:t xml:space="preserve"> simultaneously, while enforcing a constraint on the number of neurons retained.</w:t>
      </w:r>
    </w:p>
    <w:p w14:paraId="449DF525" w14:textId="222B5AB1" w:rsidR="0024301F" w:rsidRDefault="0024301F" w:rsidP="00A0749F">
      <w:pPr>
        <w:rPr>
          <w:rFonts w:cs="Times New Roman"/>
          <w:iCs/>
          <w:sz w:val="22"/>
        </w:rPr>
      </w:pPr>
      <w:r>
        <w:rPr>
          <w:rFonts w:cs="Times New Roman"/>
          <w:iCs/>
          <w:sz w:val="22"/>
        </w:rPr>
        <w:t>A binary vector</w:t>
      </w:r>
      <m:oMath>
        <m:r>
          <w:rPr>
            <w:rFonts w:ascii="Cambria Math" w:hAnsi="Cambria Math" w:cs="Times New Roman"/>
            <w:sz w:val="22"/>
          </w:rPr>
          <m:t xml:space="preserve">, </m:t>
        </m:r>
        <m:r>
          <m:rPr>
            <m:sty m:val="bi"/>
          </m:rPr>
          <w:rPr>
            <w:rFonts w:ascii="Cambria Math" w:hAnsi="Cambria Math" w:cs="Times New Roman"/>
            <w:sz w:val="22"/>
          </w:rPr>
          <m:t>β</m:t>
        </m:r>
        <m:r>
          <w:rPr>
            <w:rFonts w:ascii="Cambria Math" w:hAnsi="Cambria Math" w:cs="Times New Roman"/>
            <w:sz w:val="22"/>
          </w:rPr>
          <m:t>=</m:t>
        </m:r>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β</m:t>
                    </m:r>
                  </m:e>
                  <m:sub>
                    <m:r>
                      <w:rPr>
                        <w:rFonts w:ascii="Cambria Math" w:hAnsi="Cambria Math" w:cs="Times New Roman"/>
                        <w:sz w:val="22"/>
                      </w:rPr>
                      <m:t>1</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β</m:t>
                    </m:r>
                  </m:e>
                  <m:sub>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l</m:t>
                        </m:r>
                      </m:sub>
                    </m:sSub>
                  </m:sub>
                </m:sSub>
              </m:e>
            </m:d>
          </m:e>
          <m:sup>
            <m:r>
              <m:rPr>
                <m:sty m:val="p"/>
              </m:rPr>
              <w:rPr>
                <w:rFonts w:ascii="Cambria Math" w:hAnsi="Cambria Math" w:cs="Times New Roman"/>
                <w:sz w:val="22"/>
              </w:rPr>
              <m:t>T</m:t>
            </m:r>
          </m:sup>
        </m:sSup>
        <m:r>
          <w:rPr>
            <w:rFonts w:ascii="Cambria Math" w:hAnsi="Cambria Math" w:cs="Times New Roman"/>
            <w:sz w:val="22"/>
          </w:rPr>
          <m:t>,</m:t>
        </m:r>
      </m:oMath>
      <w:r>
        <w:rPr>
          <w:rFonts w:cs="Times New Roman"/>
          <w:sz w:val="22"/>
        </w:rPr>
        <w:t xml:space="preserve"> with</w:t>
      </w:r>
      <m:oMath>
        <m:r>
          <w:rPr>
            <w:rFonts w:ascii="Cambria Math" w:hAnsi="Cambria Math" w:cs="Times New Roman"/>
            <w:sz w:val="22"/>
          </w:rPr>
          <m:t xml:space="preserve"> </m:t>
        </m:r>
        <m:sSub>
          <m:sSubPr>
            <m:ctrlPr>
              <w:rPr>
                <w:rFonts w:ascii="Cambria Math" w:hAnsi="Cambria Math" w:cs="Times New Roman"/>
                <w:i/>
                <w:iCs/>
                <w:sz w:val="22"/>
              </w:rPr>
            </m:ctrlPr>
          </m:sSubPr>
          <m:e>
            <m:r>
              <w:rPr>
                <w:rFonts w:ascii="Cambria Math" w:hAnsi="Cambria Math" w:cs="Times New Roman"/>
                <w:sz w:val="22"/>
              </w:rPr>
              <m:t>β</m:t>
            </m:r>
          </m:e>
          <m:sub>
            <m:r>
              <w:rPr>
                <w:rFonts w:ascii="Cambria Math" w:hAnsi="Cambria Math" w:cs="Times New Roman"/>
                <w:sz w:val="22"/>
              </w:rPr>
              <m:t>i</m:t>
            </m:r>
          </m:sub>
        </m:sSub>
        <m:r>
          <w:rPr>
            <w:rFonts w:ascii="Cambria Math" w:hAnsi="Cambria Math" w:cs="Times New Roman"/>
            <w:sz w:val="22"/>
          </w:rPr>
          <m:t>∈</m:t>
        </m:r>
        <m:d>
          <m:dPr>
            <m:begChr m:val="{"/>
            <m:endChr m:val="}"/>
            <m:ctrlPr>
              <w:rPr>
                <w:rFonts w:ascii="Cambria Math" w:hAnsi="Cambria Math" w:cs="Times New Roman"/>
                <w:i/>
                <w:iCs/>
                <w:sz w:val="22"/>
              </w:rPr>
            </m:ctrlPr>
          </m:dPr>
          <m:e>
            <m:r>
              <w:rPr>
                <w:rFonts w:ascii="Cambria Math" w:hAnsi="Cambria Math" w:cs="Times New Roman"/>
                <w:sz w:val="22"/>
              </w:rPr>
              <m:t>0,1</m:t>
            </m:r>
          </m:e>
        </m:d>
        <m:r>
          <w:rPr>
            <w:rFonts w:ascii="Cambria Math" w:hAnsi="Cambria Math" w:cs="Times New Roman"/>
            <w:sz w:val="22"/>
          </w:rPr>
          <m:t>,</m:t>
        </m:r>
      </m:oMath>
      <w:r>
        <w:rPr>
          <w:rFonts w:cs="Times New Roman"/>
          <w:iCs/>
          <w:sz w:val="22"/>
        </w:rPr>
        <w:t xml:space="preserve"> encodes whether neuron</w:t>
      </w:r>
      <w:r w:rsidR="00FC2506">
        <w:rPr>
          <w:rFonts w:cs="Times New Roman"/>
          <w:iCs/>
          <w:sz w:val="22"/>
        </w:rPr>
        <w:t>,</w:t>
      </w:r>
      <w:r>
        <w:rPr>
          <w:rFonts w:cs="Times New Roman"/>
          <w:iCs/>
          <w:sz w:val="22"/>
        </w:rPr>
        <w:t xml:space="preserve"> </w:t>
      </w:r>
      <m:oMath>
        <m:r>
          <w:rPr>
            <w:rFonts w:ascii="Cambria Math" w:hAnsi="Cambria Math" w:cs="Times New Roman"/>
            <w:sz w:val="22"/>
          </w:rPr>
          <m:t>i</m:t>
        </m:r>
      </m:oMath>
      <w:r w:rsidR="00FC2506">
        <w:rPr>
          <w:rFonts w:cs="Times New Roman"/>
          <w:sz w:val="22"/>
        </w:rPr>
        <w:t>,</w:t>
      </w:r>
      <w:r>
        <w:rPr>
          <w:rFonts w:cs="Times New Roman"/>
          <w:iCs/>
          <w:sz w:val="22"/>
        </w:rPr>
        <w:t xml:space="preserve"> is kept </w:t>
      </w:r>
      <m:oMath>
        <m:d>
          <m:dPr>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β</m:t>
                </m:r>
              </m:e>
              <m:sub>
                <m:r>
                  <w:rPr>
                    <w:rFonts w:ascii="Cambria Math" w:hAnsi="Cambria Math" w:cs="Times New Roman"/>
                    <w:sz w:val="22"/>
                  </w:rPr>
                  <m:t>i</m:t>
                </m:r>
              </m:sub>
            </m:sSub>
            <m:r>
              <w:rPr>
                <w:rFonts w:ascii="Cambria Math" w:hAnsi="Cambria Math" w:cs="Times New Roman"/>
                <w:sz w:val="22"/>
              </w:rPr>
              <m:t>=1</m:t>
            </m:r>
          </m:e>
        </m:d>
      </m:oMath>
      <w:r>
        <w:rPr>
          <w:rFonts w:cs="Times New Roman"/>
          <w:iCs/>
          <w:sz w:val="22"/>
        </w:rPr>
        <w:t xml:space="preserve"> or pruned </w:t>
      </w:r>
      <m:oMath>
        <m:d>
          <m:dPr>
            <m:ctrlPr>
              <w:rPr>
                <w:rFonts w:ascii="Cambria Math" w:hAnsi="Cambria Math" w:cs="Times New Roman"/>
                <w:i/>
                <w:iCs/>
                <w:sz w:val="22"/>
              </w:rPr>
            </m:ctrlPr>
          </m:dPr>
          <m:e>
            <m:sSub>
              <m:sSubPr>
                <m:ctrlPr>
                  <w:rPr>
                    <w:rFonts w:ascii="Cambria Math" w:hAnsi="Cambria Math" w:cs="Times New Roman"/>
                    <w:i/>
                    <w:iCs/>
                    <w:sz w:val="22"/>
                  </w:rPr>
                </m:ctrlPr>
              </m:sSubPr>
              <m:e>
                <m:r>
                  <w:rPr>
                    <w:rFonts w:ascii="Cambria Math" w:hAnsi="Cambria Math" w:cs="Times New Roman"/>
                    <w:sz w:val="22"/>
                  </w:rPr>
                  <m:t>β</m:t>
                </m:r>
              </m:e>
              <m:sub>
                <m:r>
                  <w:rPr>
                    <w:rFonts w:ascii="Cambria Math" w:hAnsi="Cambria Math" w:cs="Times New Roman"/>
                    <w:sz w:val="22"/>
                  </w:rPr>
                  <m:t>i</m:t>
                </m:r>
              </m:sub>
            </m:sSub>
            <m:r>
              <w:rPr>
                <w:rFonts w:ascii="Cambria Math" w:hAnsi="Cambria Math" w:cs="Times New Roman"/>
                <w:sz w:val="22"/>
              </w:rPr>
              <m:t>=0</m:t>
            </m:r>
          </m:e>
        </m:d>
        <m:r>
          <w:rPr>
            <w:rFonts w:ascii="Cambria Math" w:hAnsi="Cambria Math" w:cs="Times New Roman"/>
            <w:sz w:val="22"/>
          </w:rPr>
          <m:t>.</m:t>
        </m:r>
      </m:oMath>
      <w:r>
        <w:rPr>
          <w:rFonts w:cs="Times New Roman"/>
          <w:iCs/>
          <w:sz w:val="22"/>
        </w:rPr>
        <w:t xml:space="preserve"> The goal is to find the optimal combination of </w:t>
      </w:r>
      <m:oMath>
        <m:sSub>
          <m:sSubPr>
            <m:ctrlPr>
              <w:rPr>
                <w:rFonts w:ascii="Cambria Math" w:hAnsi="Cambria Math" w:cs="Times New Roman"/>
                <w:i/>
                <w:iCs/>
                <w:sz w:val="22"/>
              </w:rPr>
            </m:ctrlPr>
          </m:sSubPr>
          <m:e>
            <m:r>
              <w:rPr>
                <w:rFonts w:ascii="Cambria Math" w:hAnsi="Cambria Math" w:cs="Times New Roman"/>
                <w:sz w:val="22"/>
              </w:rPr>
              <m:t>β</m:t>
            </m:r>
          </m:e>
          <m:sub>
            <m:r>
              <w:rPr>
                <w:rFonts w:ascii="Cambria Math" w:hAnsi="Cambria Math" w:cs="Times New Roman"/>
                <w:sz w:val="22"/>
              </w:rPr>
              <m:t>i</m:t>
            </m:r>
          </m:sub>
        </m:sSub>
      </m:oMath>
      <w:r>
        <w:rPr>
          <w:rFonts w:cs="Times New Roman"/>
          <w:iCs/>
          <w:sz w:val="22"/>
        </w:rPr>
        <w:t xml:space="preserve"> values that minimizes the total energy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740"/>
        <w:gridCol w:w="805"/>
      </w:tblGrid>
      <w:tr w:rsidR="00516C40" w14:paraId="04B1CF71" w14:textId="77777777" w:rsidTr="00552AE0">
        <w:tc>
          <w:tcPr>
            <w:tcW w:w="805" w:type="dxa"/>
            <w:vAlign w:val="center"/>
          </w:tcPr>
          <w:p w14:paraId="047EFB7D" w14:textId="77777777" w:rsidR="00516C40" w:rsidRDefault="00516C40" w:rsidP="00552AE0">
            <w:pPr>
              <w:jc w:val="center"/>
              <w:rPr>
                <w:rFonts w:cs="Times New Roman"/>
                <w:iCs/>
                <w:sz w:val="22"/>
              </w:rPr>
            </w:pPr>
          </w:p>
        </w:tc>
        <w:tc>
          <w:tcPr>
            <w:tcW w:w="7740" w:type="dxa"/>
            <w:vAlign w:val="center"/>
          </w:tcPr>
          <w:p w14:paraId="1682A741" w14:textId="7A205913" w:rsidR="00516C40" w:rsidRPr="00552AE0" w:rsidRDefault="00552AE0" w:rsidP="00552AE0">
            <w:pPr>
              <w:jc w:val="center"/>
              <w:rPr>
                <w:rFonts w:ascii="Cambria Math" w:hAnsi="Cambria Math"/>
                <w:i/>
                <w:color w:val="000000" w:themeColor="text1"/>
                <w:kern w:val="24"/>
                <w:sz w:val="22"/>
              </w:rPr>
            </w:pPr>
            <m:oMathPara>
              <m:oMath>
                <m:r>
                  <w:rPr>
                    <w:rFonts w:ascii="Cambria Math" w:hAnsi="Cambria Math"/>
                    <w:color w:val="000000" w:themeColor="text1"/>
                    <w:kern w:val="24"/>
                    <w:sz w:val="22"/>
                  </w:rPr>
                  <m:t>E</m:t>
                </m:r>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hAnsi="Cambria Math"/>
                    <w:color w:val="000000" w:themeColor="text1"/>
                    <w:kern w:val="24"/>
                    <w:sz w:val="22"/>
                  </w:rPr>
                  <m:t>=</m:t>
                </m:r>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w:rPr>
                        <w:rFonts w:ascii="Cambria Math" w:hAnsi="Cambria Math"/>
                        <w:color w:val="000000" w:themeColor="text1"/>
                        <w:kern w:val="24"/>
                        <w:sz w:val="22"/>
                      </w:rPr>
                      <m:t>[l]</m:t>
                    </m:r>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hAnsi="Cambria Math"/>
                    <w:color w:val="000000" w:themeColor="text1"/>
                    <w:kern w:val="24"/>
                    <w:sz w:val="22"/>
                  </w:rPr>
                  <m:t>+μ</m:t>
                </m:r>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d>
                      <m:dPr>
                        <m:begChr m:val="["/>
                        <m:endChr m:val="]"/>
                        <m:ctrlPr>
                          <w:rPr>
                            <w:rFonts w:ascii="Cambria Math" w:hAnsi="Cambria Math"/>
                            <w:i/>
                            <w:iCs/>
                            <w:color w:val="000000" w:themeColor="text1"/>
                            <w:kern w:val="24"/>
                            <w:sz w:val="22"/>
                          </w:rPr>
                        </m:ctrlPr>
                      </m:dPr>
                      <m:e>
                        <m:r>
                          <w:rPr>
                            <w:rFonts w:ascii="Cambria Math" w:hAnsi="Cambria Math"/>
                            <w:color w:val="000000" w:themeColor="text1"/>
                            <w:kern w:val="24"/>
                            <w:sz w:val="22"/>
                          </w:rPr>
                          <m:t>l+1</m:t>
                        </m:r>
                      </m:e>
                    </m:d>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hAnsi="Cambria Math"/>
                    <w:color w:val="000000" w:themeColor="text1"/>
                    <w:kern w:val="24"/>
                    <w:sz w:val="22"/>
                  </w:rPr>
                  <m:t>+</m:t>
                </m:r>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m:rPr>
                        <m:sty m:val="p"/>
                      </m:rPr>
                      <w:rPr>
                        <w:rFonts w:ascii="Cambria Math" w:hAnsi="Cambria Math"/>
                        <w:color w:val="000000" w:themeColor="text1"/>
                        <w:kern w:val="24"/>
                        <w:sz w:val="22"/>
                      </w:rPr>
                      <m:t>penalization</m:t>
                    </m:r>
                  </m:sub>
                </m:sSub>
                <m:r>
                  <w:rPr>
                    <w:rFonts w:ascii="Cambria Math" w:hAnsi="Cambria Math"/>
                    <w:color w:val="000000" w:themeColor="text1"/>
                    <w:kern w:val="24"/>
                    <w:sz w:val="22"/>
                  </w:rPr>
                  <m:t>(</m:t>
                </m:r>
                <m:r>
                  <m:rPr>
                    <m:sty m:val="bi"/>
                  </m:rPr>
                  <w:rPr>
                    <w:rFonts w:ascii="Cambria Math" w:hAnsi="Cambria Math"/>
                    <w:color w:val="000000" w:themeColor="text1"/>
                    <w:kern w:val="24"/>
                    <w:sz w:val="22"/>
                  </w:rPr>
                  <m:t>β</m:t>
                </m:r>
                <m:r>
                  <w:rPr>
                    <w:rFonts w:ascii="Cambria Math" w:hAnsi="Cambria Math"/>
                    <w:color w:val="000000" w:themeColor="text1"/>
                    <w:kern w:val="24"/>
                    <w:sz w:val="22"/>
                  </w:rPr>
                  <m:t>)</m:t>
                </m:r>
              </m:oMath>
            </m:oMathPara>
          </w:p>
        </w:tc>
        <w:tc>
          <w:tcPr>
            <w:tcW w:w="805" w:type="dxa"/>
            <w:vAlign w:val="center"/>
          </w:tcPr>
          <w:p w14:paraId="2D572EF9" w14:textId="5826D4AD" w:rsidR="00516C40" w:rsidRDefault="00552AE0" w:rsidP="00552AE0">
            <w:pPr>
              <w:jc w:val="center"/>
              <w:rPr>
                <w:rFonts w:cs="Times New Roman"/>
                <w:iCs/>
                <w:sz w:val="22"/>
              </w:rPr>
            </w:pPr>
            <w:r>
              <w:rPr>
                <w:rFonts w:cs="Times New Roman"/>
                <w:iCs/>
                <w:sz w:val="22"/>
              </w:rPr>
              <w:fldChar w:fldCharType="begin"/>
            </w:r>
            <w:r>
              <w:rPr>
                <w:rFonts w:cs="Times New Roman"/>
                <w:iCs/>
                <w:sz w:val="22"/>
              </w:rPr>
              <w:instrText xml:space="preserve"> </w:instrText>
            </w:r>
            <w:r w:rsidRPr="00552AE0">
              <w:rPr>
                <w:rFonts w:cs="Times New Roman"/>
                <w:iCs/>
                <w:sz w:val="22"/>
              </w:rPr>
              <w:instrText>SEQ eq \* ARABIC</w:instrText>
            </w:r>
            <w:r>
              <w:rPr>
                <w:rFonts w:cs="Times New Roman"/>
                <w:iCs/>
                <w:sz w:val="22"/>
              </w:rPr>
              <w:instrText xml:space="preserve"> </w:instrText>
            </w:r>
            <w:r>
              <w:rPr>
                <w:rFonts w:cs="Times New Roman"/>
                <w:iCs/>
                <w:sz w:val="22"/>
              </w:rPr>
              <w:fldChar w:fldCharType="separate"/>
            </w:r>
            <w:r>
              <w:rPr>
                <w:rFonts w:cs="Times New Roman"/>
                <w:iCs/>
                <w:noProof/>
                <w:sz w:val="22"/>
              </w:rPr>
              <w:t>16</w:t>
            </w:r>
            <w:r>
              <w:rPr>
                <w:rFonts w:cs="Times New Roman"/>
                <w:iCs/>
                <w:sz w:val="22"/>
              </w:rPr>
              <w:fldChar w:fldCharType="end"/>
            </w:r>
          </w:p>
        </w:tc>
      </w:tr>
    </w:tbl>
    <w:p w14:paraId="3A9C6AB3" w14:textId="77777777" w:rsidR="00516C40" w:rsidRDefault="00516C40" w:rsidP="00A0749F">
      <w:pPr>
        <w:rPr>
          <w:rFonts w:cs="Times New Roman"/>
          <w:iCs/>
          <w:sz w:val="22"/>
        </w:rPr>
      </w:pPr>
    </w:p>
    <w:p w14:paraId="5F3ADBF3" w14:textId="6B1F750E" w:rsidR="0024301F" w:rsidRDefault="00FC2506" w:rsidP="00A0749F">
      <w:pPr>
        <w:rPr>
          <w:rFonts w:cs="Times New Roman"/>
          <w:sz w:val="22"/>
        </w:rPr>
      </w:pPr>
      <w:r>
        <w:rPr>
          <w:rFonts w:cs="Times New Roman"/>
          <w:sz w:val="22"/>
        </w:rPr>
        <w:t>w</w:t>
      </w:r>
      <w:r w:rsidR="0024301F">
        <w:rPr>
          <w:rFonts w:cs="Times New Roman"/>
          <w:sz w:val="22"/>
        </w:rPr>
        <w:t xml:space="preserve">here </w:t>
      </w:r>
      <m:oMath>
        <m:r>
          <w:rPr>
            <w:rFonts w:ascii="Cambria Math" w:hAnsi="Cambria Math" w:cs="Times New Roman"/>
            <w:sz w:val="22"/>
          </w:rPr>
          <m:t>μ</m:t>
        </m:r>
      </m:oMath>
      <w:r w:rsidR="0024301F">
        <w:rPr>
          <w:rFonts w:cs="Times New Roman"/>
          <w:sz w:val="22"/>
        </w:rPr>
        <w:t xml:space="preserve"> is a balancing parameter between intra- and inter-layer reconstruction.</w:t>
      </w:r>
    </w:p>
    <w:p w14:paraId="420ECABB" w14:textId="77777777" w:rsidR="00F93411" w:rsidRPr="00D203D3" w:rsidRDefault="00F93411" w:rsidP="00A0749F">
      <w:pPr>
        <w:rPr>
          <w:rFonts w:cs="Times New Roman"/>
          <w:b/>
          <w:bCs/>
          <w:sz w:val="22"/>
        </w:rPr>
      </w:pPr>
    </w:p>
    <w:p w14:paraId="41257758" w14:textId="0A0C3078" w:rsidR="00AD4E14" w:rsidRPr="00D203D3" w:rsidRDefault="00F93411" w:rsidP="00F93411">
      <w:pPr>
        <w:pStyle w:val="ListParagraph"/>
        <w:numPr>
          <w:ilvl w:val="0"/>
          <w:numId w:val="3"/>
        </w:numPr>
        <w:rPr>
          <w:rFonts w:cs="Times New Roman"/>
          <w:b/>
          <w:bCs/>
          <w:sz w:val="22"/>
        </w:rPr>
      </w:pPr>
      <w:r w:rsidRPr="00D203D3">
        <w:rPr>
          <w:rFonts w:cs="Times New Roman"/>
          <w:b/>
          <w:bCs/>
          <w:sz w:val="22"/>
        </w:rPr>
        <w:t>Preservation of the current layer’s activations.</w:t>
      </w:r>
    </w:p>
    <w:p w14:paraId="7C83D524" w14:textId="131099A2" w:rsidR="00F93411" w:rsidRDefault="00F93411" w:rsidP="00F93411">
      <w:pPr>
        <w:rPr>
          <w:rFonts w:cs="Times New Roman"/>
          <w:sz w:val="22"/>
        </w:rPr>
      </w:pPr>
      <w:r>
        <w:rPr>
          <w:rFonts w:cs="Times New Roman"/>
          <w:sz w:val="22"/>
        </w:rPr>
        <w:t xml:space="preserve">Deviation within layer </w:t>
      </w:r>
      <m:oMath>
        <m:r>
          <w:rPr>
            <w:rFonts w:ascii="Cambria Math" w:hAnsi="Cambria Math" w:cs="Times New Roman"/>
            <w:sz w:val="22"/>
          </w:rPr>
          <m:t>l</m:t>
        </m:r>
      </m:oMath>
      <w:r>
        <w:rPr>
          <w:rFonts w:cs="Times New Roman"/>
          <w:sz w:val="22"/>
        </w:rPr>
        <w:t xml:space="preserve"> is quantified via the Frobenius norm</w:t>
      </w:r>
      <w:r w:rsidR="00FC2506">
        <w:rPr>
          <w:rFonts w:cs="Times New Roman"/>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516C40" w14:paraId="5B86C4C3" w14:textId="77777777" w:rsidTr="00552AE0">
        <w:tc>
          <w:tcPr>
            <w:tcW w:w="805" w:type="dxa"/>
            <w:vAlign w:val="center"/>
          </w:tcPr>
          <w:p w14:paraId="2A485F31" w14:textId="77777777" w:rsidR="00516C40" w:rsidRDefault="00516C40" w:rsidP="00552AE0">
            <w:pPr>
              <w:jc w:val="center"/>
              <w:rPr>
                <w:rFonts w:cs="Times New Roman"/>
                <w:sz w:val="22"/>
              </w:rPr>
            </w:pPr>
          </w:p>
        </w:tc>
        <w:tc>
          <w:tcPr>
            <w:tcW w:w="7830" w:type="dxa"/>
            <w:vAlign w:val="center"/>
          </w:tcPr>
          <w:p w14:paraId="3578B53D" w14:textId="0EB65495" w:rsidR="00516C40" w:rsidRPr="00552AE0" w:rsidRDefault="00000000" w:rsidP="00552AE0">
            <w:pPr>
              <w:jc w:val="center"/>
              <w:rPr>
                <w:rFonts w:cs="Times New Roman"/>
                <w:iCs/>
                <w:sz w:val="22"/>
              </w:rPr>
            </w:pPr>
            <m:oMathPara>
              <m:oMath>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w:rPr>
                        <w:rFonts w:ascii="Cambria Math" w:hAnsi="Cambria Math"/>
                        <w:color w:val="000000" w:themeColor="text1"/>
                        <w:kern w:val="24"/>
                        <w:sz w:val="22"/>
                      </w:rPr>
                      <m:t>[l]</m:t>
                    </m:r>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hAnsi="Cambria Math" w:cs="Times New Roman"/>
                    <w:color w:val="000000" w:themeColor="text1"/>
                    <w:kern w:val="24"/>
                    <w:sz w:val="22"/>
                  </w:rPr>
                  <m:t>=</m:t>
                </m:r>
                <m:sSup>
                  <m:sSupPr>
                    <m:ctrlPr>
                      <w:rPr>
                        <w:rFonts w:ascii="Cambria Math" w:eastAsia="Times New Roman" w:hAnsi="Cambria Math" w:cs="Times New Roman"/>
                        <w:i/>
                        <w:iCs/>
                        <w:sz w:val="22"/>
                      </w:rPr>
                    </m:ctrlPr>
                  </m:sSupPr>
                  <m:e>
                    <m:sSub>
                      <m:sSubPr>
                        <m:ctrlPr>
                          <w:rPr>
                            <w:rFonts w:ascii="Cambria Math" w:eastAsia="Times New Roman" w:hAnsi="Cambria Math" w:cs="Times New Roman"/>
                            <w:i/>
                            <w:iCs/>
                            <w:sz w:val="22"/>
                          </w:rPr>
                        </m:ctrlPr>
                      </m:sSubPr>
                      <m:e>
                        <m:d>
                          <m:dPr>
                            <m:begChr m:val="‖"/>
                            <m:endChr m:val="‖"/>
                            <m:ctrlPr>
                              <w:rPr>
                                <w:rFonts w:ascii="Cambria Math" w:eastAsia="Times New Roman" w:hAnsi="Cambria Math" w:cs="Times New Roman"/>
                                <w:i/>
                                <w:iCs/>
                                <w:sz w:val="22"/>
                              </w:rPr>
                            </m:ctrlPr>
                          </m:dPr>
                          <m:e>
                            <m:sSup>
                              <m:sSupPr>
                                <m:ctrlPr>
                                  <w:rPr>
                                    <w:rFonts w:ascii="Cambria Math" w:eastAsia="Times New Roman" w:hAnsi="Cambria Math" w:cs="Times New Roman"/>
                                    <w:i/>
                                    <w:iCs/>
                                    <w:sz w:val="22"/>
                                  </w:rPr>
                                </m:ctrlPr>
                              </m:sSupPr>
                              <m:e>
                                <m:r>
                                  <m:rPr>
                                    <m:sty m:val="b"/>
                                  </m:rPr>
                                  <w:rPr>
                                    <w:rFonts w:ascii="Cambria Math" w:eastAsia="Times New Roman" w:hAnsi="Cambria Math" w:cs="Times New Roman"/>
                                    <w:sz w:val="22"/>
                                  </w:rPr>
                                  <m:t>A</m:t>
                                </m:r>
                              </m:e>
                              <m:sup>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p>
                            <m:r>
                              <w:rPr>
                                <w:rFonts w:ascii="Cambria Math" w:eastAsia="Times New Roman" w:hAnsi="Cambria Math" w:cs="Times New Roman"/>
                                <w:sz w:val="22"/>
                              </w:rPr>
                              <m:t>-</m:t>
                            </m:r>
                            <m:sSup>
                              <m:sSupPr>
                                <m:ctrlPr>
                                  <w:rPr>
                                    <w:rFonts w:ascii="Cambria Math" w:eastAsia="Times New Roman" w:hAnsi="Cambria Math" w:cs="Times New Roman"/>
                                    <w:i/>
                                    <w:iCs/>
                                    <w:sz w:val="22"/>
                                  </w:rPr>
                                </m:ctrlPr>
                              </m:sSupPr>
                              <m:e>
                                <m:r>
                                  <m:rPr>
                                    <m:sty m:val="b"/>
                                  </m:rPr>
                                  <w:rPr>
                                    <w:rFonts w:ascii="Cambria Math" w:eastAsia="Times New Roman" w:hAnsi="Cambria Math" w:cs="Times New Roman"/>
                                    <w:sz w:val="22"/>
                                  </w:rPr>
                                  <m:t>A</m:t>
                                </m:r>
                              </m:e>
                              <m:sup>
                                <m:r>
                                  <w:rPr>
                                    <w:rFonts w:ascii="Cambria Math" w:eastAsia="Times New Roman" w:hAnsi="Cambria Math" w:cs="Times New Roman"/>
                                    <w:sz w:val="22"/>
                                  </w:rPr>
                                  <m:t>'</m:t>
                                </m:r>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p>
                            <m:d>
                              <m:dPr>
                                <m:ctrlPr>
                                  <w:rPr>
                                    <w:rFonts w:ascii="Cambria Math" w:eastAsia="Times New Roman" w:hAnsi="Cambria Math" w:cs="Times New Roman"/>
                                    <w:i/>
                                    <w:iCs/>
                                    <w:sz w:val="22"/>
                                  </w:rPr>
                                </m:ctrlPr>
                              </m:dPr>
                              <m:e>
                                <m:r>
                                  <m:rPr>
                                    <m:sty m:val="bi"/>
                                  </m:rPr>
                                  <w:rPr>
                                    <w:rFonts w:ascii="Cambria Math" w:eastAsia="Times New Roman" w:hAnsi="Cambria Math" w:cs="Times New Roman"/>
                                    <w:sz w:val="22"/>
                                  </w:rPr>
                                  <m:t>β</m:t>
                                </m:r>
                              </m:e>
                            </m:d>
                          </m:e>
                        </m:d>
                      </m:e>
                      <m:sub>
                        <m:r>
                          <w:rPr>
                            <w:rFonts w:ascii="Cambria Math" w:eastAsia="Times New Roman" w:hAnsi="Cambria Math" w:cs="Times New Roman"/>
                            <w:sz w:val="22"/>
                          </w:rPr>
                          <m:t>F</m:t>
                        </m:r>
                      </m:sub>
                    </m:sSub>
                  </m:e>
                  <m:sup>
                    <m:r>
                      <w:rPr>
                        <w:rFonts w:ascii="Cambria Math" w:eastAsia="Times New Roman" w:hAnsi="Cambria Math" w:cs="Times New Roman"/>
                        <w:sz w:val="22"/>
                      </w:rPr>
                      <m:t>2</m:t>
                    </m:r>
                  </m:sup>
                </m:sSup>
                <m:r>
                  <w:rPr>
                    <w:rFonts w:ascii="Cambria Math" w:eastAsia="Times New Roman" w:hAnsi="Cambria Math" w:cs="Times New Roman"/>
                    <w:sz w:val="22"/>
                  </w:rPr>
                  <m:t>.</m:t>
                </m:r>
              </m:oMath>
            </m:oMathPara>
          </w:p>
        </w:tc>
        <w:tc>
          <w:tcPr>
            <w:tcW w:w="715" w:type="dxa"/>
            <w:vAlign w:val="center"/>
          </w:tcPr>
          <w:p w14:paraId="72CDC836" w14:textId="1DE18988" w:rsidR="00516C40" w:rsidRDefault="00552AE0" w:rsidP="00552AE0">
            <w:pPr>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17</w:t>
            </w:r>
            <w:r>
              <w:rPr>
                <w:rFonts w:cs="Times New Roman"/>
                <w:sz w:val="22"/>
              </w:rPr>
              <w:fldChar w:fldCharType="end"/>
            </w:r>
          </w:p>
        </w:tc>
      </w:tr>
    </w:tbl>
    <w:p w14:paraId="25596895" w14:textId="77777777" w:rsidR="00516C40" w:rsidRDefault="00516C40" w:rsidP="00F93411">
      <w:pPr>
        <w:rPr>
          <w:rFonts w:cs="Times New Roman"/>
          <w:sz w:val="22"/>
        </w:rPr>
      </w:pPr>
    </w:p>
    <w:p w14:paraId="1872D3A0" w14:textId="6E30B838" w:rsidR="00F93411" w:rsidRDefault="00F93411" w:rsidP="00F93411">
      <w:pPr>
        <w:rPr>
          <w:rFonts w:cs="Times New Roman"/>
          <w:iCs/>
          <w:sz w:val="22"/>
        </w:rPr>
      </w:pPr>
      <w:r>
        <w:rPr>
          <w:rFonts w:cs="Times New Roman"/>
          <w:iCs/>
          <w:sz w:val="22"/>
        </w:rPr>
        <w:t xml:space="preserve">Since pruning sets the activations of removed neurons to zero, </w:t>
      </w:r>
      <m:oMath>
        <m:sSup>
          <m:sSupPr>
            <m:ctrlPr>
              <w:rPr>
                <w:rFonts w:ascii="Cambria Math" w:hAnsi="Cambria Math" w:cs="Times New Roman"/>
                <w:i/>
                <w:iCs/>
                <w:sz w:val="22"/>
              </w:rPr>
            </m:ctrlPr>
          </m:sSupPr>
          <m:e>
            <m:r>
              <m:rPr>
                <m:sty m:val="b"/>
              </m:rPr>
              <w:rPr>
                <w:rFonts w:ascii="Cambria Math" w:hAnsi="Cambria Math" w:cs="Times New Roman"/>
                <w:sz w:val="22"/>
              </w:rPr>
              <m:t>A</m:t>
            </m:r>
          </m:e>
          <m:sup>
            <m:r>
              <w:rPr>
                <w:rFonts w:ascii="Cambria Math" w:hAnsi="Cambria Math" w:cs="Times New Roman"/>
                <w:sz w:val="22"/>
              </w:rPr>
              <m:t>'</m:t>
            </m:r>
            <m:d>
              <m:dPr>
                <m:begChr m:val="["/>
                <m:endChr m:val="]"/>
                <m:ctrlPr>
                  <w:rPr>
                    <w:rFonts w:ascii="Cambria Math" w:hAnsi="Cambria Math" w:cs="Times New Roman"/>
                    <w:i/>
                    <w:iCs/>
                    <w:sz w:val="22"/>
                  </w:rPr>
                </m:ctrlPr>
              </m:dPr>
              <m:e>
                <m:r>
                  <w:rPr>
                    <w:rFonts w:ascii="Cambria Math" w:hAnsi="Cambria Math" w:cs="Times New Roman"/>
                    <w:sz w:val="22"/>
                  </w:rPr>
                  <m:t>l</m:t>
                </m:r>
              </m:e>
            </m:d>
          </m:sup>
        </m:sSup>
        <m:d>
          <m:dPr>
            <m:ctrlPr>
              <w:rPr>
                <w:rFonts w:ascii="Cambria Math" w:hAnsi="Cambria Math" w:cs="Times New Roman"/>
                <w:i/>
                <w:iCs/>
                <w:sz w:val="22"/>
              </w:rPr>
            </m:ctrlPr>
          </m:dPr>
          <m:e>
            <m:r>
              <m:rPr>
                <m:sty m:val="bi"/>
              </m:rPr>
              <w:rPr>
                <w:rFonts w:ascii="Cambria Math" w:hAnsi="Cambria Math" w:cs="Times New Roman"/>
                <w:sz w:val="22"/>
              </w:rPr>
              <m:t>β</m:t>
            </m:r>
          </m:e>
        </m:d>
        <m:r>
          <w:rPr>
            <w:rFonts w:ascii="Cambria Math" w:hAnsi="Cambria Math" w:cs="Times New Roman"/>
            <w:sz w:val="22"/>
          </w:rPr>
          <m:t>=</m:t>
        </m:r>
        <m:sSup>
          <m:sSupPr>
            <m:ctrlPr>
              <w:rPr>
                <w:rFonts w:ascii="Cambria Math" w:hAnsi="Cambria Math" w:cs="Times New Roman"/>
                <w:i/>
                <w:iCs/>
                <w:sz w:val="22"/>
              </w:rPr>
            </m:ctrlPr>
          </m:sSupPr>
          <m:e>
            <m:r>
              <m:rPr>
                <m:sty m:val="b"/>
              </m:rPr>
              <w:rPr>
                <w:rFonts w:ascii="Cambria Math" w:hAnsi="Cambria Math" w:cs="Times New Roman"/>
                <w:sz w:val="22"/>
              </w:rPr>
              <m:t>A</m:t>
            </m:r>
          </m:e>
          <m:sup>
            <m:d>
              <m:dPr>
                <m:begChr m:val="["/>
                <m:endChr m:val="]"/>
                <m:ctrlPr>
                  <w:rPr>
                    <w:rFonts w:ascii="Cambria Math" w:hAnsi="Cambria Math" w:cs="Times New Roman"/>
                    <w:i/>
                    <w:iCs/>
                    <w:sz w:val="22"/>
                  </w:rPr>
                </m:ctrlPr>
              </m:dPr>
              <m:e>
                <m:r>
                  <w:rPr>
                    <w:rFonts w:ascii="Cambria Math" w:hAnsi="Cambria Math" w:cs="Times New Roman"/>
                    <w:sz w:val="22"/>
                  </w:rPr>
                  <m:t>l</m:t>
                </m:r>
              </m:e>
            </m:d>
          </m:sup>
        </m:sSup>
        <m:r>
          <w:rPr>
            <w:rFonts w:ascii="Cambria Math" w:hAnsi="Cambria Math" w:cs="Times New Roman"/>
            <w:sz w:val="22"/>
          </w:rPr>
          <m:t>∙</m:t>
        </m:r>
        <m:r>
          <m:rPr>
            <m:sty m:val="bi"/>
          </m:rPr>
          <w:rPr>
            <w:rFonts w:ascii="Cambria Math" w:hAnsi="Cambria Math" w:cs="Times New Roman"/>
            <w:sz w:val="22"/>
          </w:rPr>
          <m:t>β</m:t>
        </m:r>
        <m:r>
          <w:rPr>
            <w:rFonts w:ascii="Cambria Math" w:hAnsi="Cambria Math" w:cs="Times New Roman"/>
            <w:sz w:val="22"/>
          </w:rPr>
          <m:t>,</m:t>
        </m:r>
      </m:oMath>
      <w:r>
        <w:rPr>
          <w:rFonts w:cs="Times New Roman"/>
          <w:iCs/>
          <w:sz w:val="22"/>
        </w:rPr>
        <w:t xml:space="preserve"> where </w:t>
      </w:r>
      <m:oMath>
        <m:r>
          <w:rPr>
            <w:rFonts w:ascii="Cambria Math" w:hAnsi="Cambria Math" w:cs="Times New Roman"/>
            <w:sz w:val="22"/>
          </w:rPr>
          <m:t>∙</m:t>
        </m:r>
      </m:oMath>
      <w:r>
        <w:rPr>
          <w:rFonts w:cs="Times New Roman"/>
          <w:iCs/>
          <w:sz w:val="22"/>
        </w:rPr>
        <w:t xml:space="preserve"> denotes elementwise multiplication along the neuron dimension. Expanding the expression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370"/>
        <w:gridCol w:w="445"/>
      </w:tblGrid>
      <w:tr w:rsidR="00516C40" w14:paraId="2960188B" w14:textId="77777777" w:rsidTr="00552AE0">
        <w:tc>
          <w:tcPr>
            <w:tcW w:w="535" w:type="dxa"/>
            <w:vAlign w:val="center"/>
          </w:tcPr>
          <w:p w14:paraId="070566AB" w14:textId="77777777" w:rsidR="00516C40" w:rsidRDefault="00516C40" w:rsidP="00552AE0">
            <w:pPr>
              <w:jc w:val="center"/>
              <w:rPr>
                <w:rFonts w:cs="Times New Roman"/>
                <w:iCs/>
                <w:sz w:val="22"/>
              </w:rPr>
            </w:pPr>
          </w:p>
        </w:tc>
        <w:tc>
          <w:tcPr>
            <w:tcW w:w="8370" w:type="dxa"/>
            <w:vAlign w:val="center"/>
          </w:tcPr>
          <w:p w14:paraId="75407526" w14:textId="7065E066" w:rsidR="00516C40" w:rsidRDefault="00000000" w:rsidP="00552AE0">
            <w:pPr>
              <w:jc w:val="center"/>
              <w:rPr>
                <w:rFonts w:cs="Times New Roman"/>
                <w:iCs/>
                <w:sz w:val="22"/>
              </w:rPr>
            </w:pPr>
            <m:oMathPara>
              <m:oMath>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w:rPr>
                        <w:rFonts w:ascii="Cambria Math" w:hAnsi="Cambria Math"/>
                        <w:color w:val="000000" w:themeColor="text1"/>
                        <w:kern w:val="24"/>
                        <w:sz w:val="22"/>
                      </w:rPr>
                      <m:t>[l]</m:t>
                    </m:r>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eastAsia="Times New Roman" w:hAnsi="Cambria Math" w:cs="Times New Roman"/>
                    <w:sz w:val="22"/>
                  </w:rPr>
                  <m:t>=</m:t>
                </m:r>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k=1</m:t>
                    </m:r>
                  </m:sub>
                  <m:sup>
                    <m:r>
                      <w:rPr>
                        <w:rFonts w:ascii="Cambria Math" w:eastAsia="Times New Roman" w:hAnsi="Cambria Math" w:cs="Times New Roman"/>
                        <w:sz w:val="22"/>
                      </w:rPr>
                      <m:t>m</m:t>
                    </m:r>
                  </m:sup>
                  <m:e>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i=1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sSup>
                          <m:sSupPr>
                            <m:ctrlPr>
                              <w:rPr>
                                <w:rFonts w:ascii="Cambria Math" w:eastAsia="Times New Roman" w:hAnsi="Cambria Math" w:cs="Times New Roman"/>
                                <w:i/>
                                <w:iCs/>
                                <w:sz w:val="22"/>
                              </w:rPr>
                            </m:ctrlPr>
                          </m:sSupPr>
                          <m:e>
                            <m:d>
                              <m:dPr>
                                <m:ctrlPr>
                                  <w:rPr>
                                    <w:rFonts w:ascii="Cambria Math" w:eastAsia="Times New Roman" w:hAnsi="Cambria Math" w:cs="Times New Roman"/>
                                    <w:i/>
                                    <w:iCs/>
                                    <w:sz w:val="22"/>
                                  </w:rPr>
                                </m:ctrlPr>
                              </m:dPr>
                              <m:e>
                                <m:sSubSup>
                                  <m:sSubSupPr>
                                    <m:ctrlPr>
                                      <w:rPr>
                                        <w:rFonts w:ascii="Cambria Math" w:eastAsia="Times New Roman" w:hAnsi="Cambria Math" w:cs="Times New Roman"/>
                                        <w:i/>
                                        <w:iCs/>
                                        <w:sz w:val="22"/>
                                      </w:rPr>
                                    </m:ctrlPr>
                                  </m:sSubSupPr>
                                  <m:e>
                                    <m:r>
                                      <w:rPr>
                                        <w:rFonts w:ascii="Cambria Math" w:eastAsia="Times New Roman" w:hAnsi="Cambria Math" w:cs="Times New Roman"/>
                                        <w:sz w:val="22"/>
                                      </w:rPr>
                                      <m:t>a</m:t>
                                    </m:r>
                                  </m:e>
                                  <m:sub>
                                    <m:r>
                                      <w:rPr>
                                        <w:rFonts w:ascii="Cambria Math" w:eastAsia="Times New Roman" w:hAnsi="Cambria Math" w:cs="Times New Roman"/>
                                        <w:sz w:val="22"/>
                                      </w:rPr>
                                      <m:t>k,i</m:t>
                                    </m:r>
                                  </m:sub>
                                  <m:sup>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bSup>
                                <m:r>
                                  <w:rPr>
                                    <w:rFonts w:ascii="Cambria Math" w:eastAsia="Times New Roman" w:hAnsi="Cambria Math" w:cs="Times New Roman"/>
                                    <w:sz w:val="22"/>
                                  </w:rPr>
                                  <m:t>-</m:t>
                                </m:r>
                                <m:sSub>
                                  <m:sSubPr>
                                    <m:ctrlPr>
                                      <w:rPr>
                                        <w:rFonts w:ascii="Cambria Math" w:eastAsia="Times New Roman" w:hAnsi="Cambria Math" w:cs="Times New Roman"/>
                                        <w:i/>
                                        <w:iCs/>
                                        <w:sz w:val="22"/>
                                      </w:rPr>
                                    </m:ctrlPr>
                                  </m:sSubPr>
                                  <m:e>
                                    <m:r>
                                      <w:rPr>
                                        <w:rFonts w:ascii="Cambria Math" w:eastAsia="Times New Roman" w:hAnsi="Cambria Math" w:cs="Times New Roman"/>
                                        <w:sz w:val="22"/>
                                      </w:rPr>
                                      <m:t>β</m:t>
                                    </m:r>
                                  </m:e>
                                  <m:sub>
                                    <m:r>
                                      <w:rPr>
                                        <w:rFonts w:ascii="Cambria Math" w:eastAsia="Times New Roman" w:hAnsi="Cambria Math" w:cs="Times New Roman"/>
                                        <w:sz w:val="22"/>
                                      </w:rPr>
                                      <m:t>i</m:t>
                                    </m:r>
                                  </m:sub>
                                </m:sSub>
                                <m:sSubSup>
                                  <m:sSubSupPr>
                                    <m:ctrlPr>
                                      <w:rPr>
                                        <w:rFonts w:ascii="Cambria Math" w:eastAsia="Times New Roman" w:hAnsi="Cambria Math" w:cs="Times New Roman"/>
                                        <w:i/>
                                        <w:iCs/>
                                        <w:sz w:val="22"/>
                                      </w:rPr>
                                    </m:ctrlPr>
                                  </m:sSubSupPr>
                                  <m:e>
                                    <m:r>
                                      <w:rPr>
                                        <w:rFonts w:ascii="Cambria Math" w:eastAsia="Times New Roman" w:hAnsi="Cambria Math" w:cs="Times New Roman"/>
                                        <w:sz w:val="22"/>
                                      </w:rPr>
                                      <m:t>a</m:t>
                                    </m:r>
                                  </m:e>
                                  <m:sub>
                                    <m:r>
                                      <w:rPr>
                                        <w:rFonts w:ascii="Cambria Math" w:eastAsia="Times New Roman" w:hAnsi="Cambria Math" w:cs="Times New Roman"/>
                                        <w:sz w:val="22"/>
                                      </w:rPr>
                                      <m:t>k,i</m:t>
                                    </m:r>
                                  </m:sub>
                                  <m:sup>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bSup>
                              </m:e>
                            </m:d>
                          </m:e>
                          <m:sup>
                            <m:r>
                              <w:rPr>
                                <w:rFonts w:ascii="Cambria Math" w:eastAsia="Times New Roman" w:hAnsi="Cambria Math" w:cs="Times New Roman"/>
                                <w:sz w:val="22"/>
                              </w:rPr>
                              <m:t>2</m:t>
                            </m:r>
                          </m:sup>
                        </m:sSup>
                      </m:e>
                    </m:nary>
                  </m:e>
                </m:nary>
                <m:r>
                  <w:rPr>
                    <w:rFonts w:ascii="Cambria Math" w:eastAsia="Times New Roman" w:hAnsi="Cambria Math" w:cs="Times New Roman"/>
                    <w:sz w:val="22"/>
                  </w:rPr>
                  <m:t>=</m:t>
                </m:r>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i=1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sSub>
                      <m:sSubPr>
                        <m:ctrlPr>
                          <w:rPr>
                            <w:rFonts w:ascii="Cambria Math" w:eastAsia="Times New Roman" w:hAnsi="Cambria Math" w:cs="Times New Roman"/>
                            <w:i/>
                            <w:iCs/>
                            <w:sz w:val="22"/>
                          </w:rPr>
                        </m:ctrlPr>
                      </m:sSubPr>
                      <m:e>
                        <m:r>
                          <w:rPr>
                            <w:rFonts w:ascii="Cambria Math" w:eastAsia="Times New Roman" w:hAnsi="Cambria Math" w:cs="Times New Roman"/>
                            <w:sz w:val="22"/>
                          </w:rPr>
                          <m:t>s</m:t>
                        </m:r>
                      </m:e>
                      <m:sub>
                        <m:r>
                          <w:rPr>
                            <w:rFonts w:ascii="Cambria Math" w:eastAsia="Times New Roman" w:hAnsi="Cambria Math" w:cs="Times New Roman"/>
                            <w:sz w:val="22"/>
                          </w:rPr>
                          <m:t>i</m:t>
                        </m:r>
                      </m:sub>
                    </m:sSub>
                    <m:d>
                      <m:dPr>
                        <m:ctrlPr>
                          <w:rPr>
                            <w:rFonts w:ascii="Cambria Math" w:eastAsia="Times New Roman" w:hAnsi="Cambria Math" w:cs="Times New Roman"/>
                            <w:i/>
                            <w:iCs/>
                            <w:sz w:val="22"/>
                          </w:rPr>
                        </m:ctrlPr>
                      </m:dPr>
                      <m:e>
                        <m:r>
                          <w:rPr>
                            <w:rFonts w:ascii="Cambria Math" w:eastAsia="Times New Roman" w:hAnsi="Cambria Math" w:cs="Times New Roman"/>
                            <w:sz w:val="22"/>
                          </w:rPr>
                          <m:t>1-</m:t>
                        </m:r>
                        <m:sSub>
                          <m:sSubPr>
                            <m:ctrlPr>
                              <w:rPr>
                                <w:rFonts w:ascii="Cambria Math" w:eastAsia="Times New Roman" w:hAnsi="Cambria Math" w:cs="Times New Roman"/>
                                <w:i/>
                                <w:iCs/>
                                <w:sz w:val="22"/>
                              </w:rPr>
                            </m:ctrlPr>
                          </m:sSubPr>
                          <m:e>
                            <m:r>
                              <w:rPr>
                                <w:rFonts w:ascii="Cambria Math" w:eastAsia="Times New Roman" w:hAnsi="Cambria Math" w:cs="Times New Roman"/>
                                <w:sz w:val="22"/>
                              </w:rPr>
                              <m:t>β</m:t>
                            </m:r>
                          </m:e>
                          <m:sub>
                            <m:r>
                              <w:rPr>
                                <w:rFonts w:ascii="Cambria Math" w:eastAsia="Times New Roman" w:hAnsi="Cambria Math" w:cs="Times New Roman"/>
                                <w:sz w:val="22"/>
                              </w:rPr>
                              <m:t>i</m:t>
                            </m:r>
                          </m:sub>
                        </m:sSub>
                      </m:e>
                    </m:d>
                  </m:e>
                </m:nary>
                <m:r>
                  <w:rPr>
                    <w:rFonts w:ascii="Cambria Math" w:eastAsia="Times New Roman" w:hAnsi="Cambria Math" w:cs="Times New Roman"/>
                    <w:sz w:val="22"/>
                  </w:rPr>
                  <m:t>,</m:t>
                </m:r>
              </m:oMath>
            </m:oMathPara>
          </w:p>
        </w:tc>
        <w:tc>
          <w:tcPr>
            <w:tcW w:w="445" w:type="dxa"/>
            <w:vAlign w:val="center"/>
          </w:tcPr>
          <w:p w14:paraId="44DB3A80" w14:textId="026CE825" w:rsidR="00516C40" w:rsidRDefault="00552AE0" w:rsidP="00552AE0">
            <w:pPr>
              <w:jc w:val="center"/>
              <w:rPr>
                <w:rFonts w:cs="Times New Roman"/>
                <w:iCs/>
                <w:sz w:val="22"/>
              </w:rPr>
            </w:pPr>
            <w:r>
              <w:rPr>
                <w:rFonts w:cs="Times New Roman"/>
                <w:iCs/>
                <w:sz w:val="22"/>
              </w:rPr>
              <w:fldChar w:fldCharType="begin"/>
            </w:r>
            <w:r>
              <w:rPr>
                <w:rFonts w:cs="Times New Roman"/>
                <w:iCs/>
                <w:sz w:val="22"/>
              </w:rPr>
              <w:instrText xml:space="preserve"> </w:instrText>
            </w:r>
            <w:r w:rsidRPr="00552AE0">
              <w:rPr>
                <w:rFonts w:cs="Times New Roman"/>
                <w:iCs/>
                <w:sz w:val="22"/>
              </w:rPr>
              <w:instrText>SEQ eq \* ARABIC</w:instrText>
            </w:r>
            <w:r>
              <w:rPr>
                <w:rFonts w:cs="Times New Roman"/>
                <w:iCs/>
                <w:sz w:val="22"/>
              </w:rPr>
              <w:instrText xml:space="preserve"> </w:instrText>
            </w:r>
            <w:r>
              <w:rPr>
                <w:rFonts w:cs="Times New Roman"/>
                <w:iCs/>
                <w:sz w:val="22"/>
              </w:rPr>
              <w:fldChar w:fldCharType="separate"/>
            </w:r>
            <w:r>
              <w:rPr>
                <w:rFonts w:cs="Times New Roman"/>
                <w:iCs/>
                <w:noProof/>
                <w:sz w:val="22"/>
              </w:rPr>
              <w:t>18</w:t>
            </w:r>
            <w:r>
              <w:rPr>
                <w:rFonts w:cs="Times New Roman"/>
                <w:iCs/>
                <w:sz w:val="22"/>
              </w:rPr>
              <w:fldChar w:fldCharType="end"/>
            </w:r>
          </w:p>
        </w:tc>
      </w:tr>
    </w:tbl>
    <w:p w14:paraId="13742453" w14:textId="77777777" w:rsidR="00516C40" w:rsidRDefault="00516C40" w:rsidP="00F93411">
      <w:pPr>
        <w:rPr>
          <w:rFonts w:cs="Times New Roman"/>
          <w:iCs/>
          <w:sz w:val="22"/>
        </w:rPr>
      </w:pPr>
    </w:p>
    <w:p w14:paraId="12A82F4B" w14:textId="1DFF3B24" w:rsidR="00F93411" w:rsidRDefault="00FC2506" w:rsidP="00F93411">
      <w:pPr>
        <w:rPr>
          <w:rFonts w:cs="Times New Roman"/>
          <w:iCs/>
          <w:sz w:val="22"/>
        </w:rPr>
      </w:pPr>
      <w:r>
        <w:rPr>
          <w:rFonts w:cs="Times New Roman"/>
          <w:iCs/>
          <w:sz w:val="22"/>
        </w:rPr>
        <w:t>w</w:t>
      </w:r>
      <w:r w:rsidR="00F93411">
        <w:rPr>
          <w:rFonts w:cs="Times New Roman"/>
          <w:iCs/>
          <w:sz w:val="22"/>
        </w:rPr>
        <w:t xml:space="preserve">here </w:t>
      </w:r>
      <m:oMath>
        <m:sSub>
          <m:sSubPr>
            <m:ctrlPr>
              <w:rPr>
                <w:rFonts w:ascii="Cambria Math" w:hAnsi="Cambria Math" w:cs="Times New Roman"/>
                <w:i/>
                <w:iCs/>
                <w:sz w:val="22"/>
              </w:rPr>
            </m:ctrlPr>
          </m:sSubPr>
          <m:e>
            <m:r>
              <w:rPr>
                <w:rFonts w:ascii="Cambria Math" w:hAnsi="Cambria Math" w:cs="Times New Roman"/>
                <w:sz w:val="22"/>
              </w:rPr>
              <m:t>s</m:t>
            </m:r>
          </m:e>
          <m:sub>
            <m:r>
              <w:rPr>
                <w:rFonts w:ascii="Cambria Math" w:hAnsi="Cambria Math" w:cs="Times New Roman"/>
                <w:sz w:val="22"/>
              </w:rPr>
              <m:t>i</m:t>
            </m:r>
          </m:sub>
        </m:sSub>
        <m:r>
          <w:rPr>
            <w:rFonts w:ascii="Cambria Math" w:hAnsi="Cambria Math" w:cs="Times New Roman"/>
            <w:sz w:val="22"/>
          </w:rPr>
          <m:t>=</m:t>
        </m:r>
        <m:nary>
          <m:naryPr>
            <m:chr m:val="∑"/>
            <m:limLoc m:val="subSup"/>
            <m:ctrlPr>
              <w:rPr>
                <w:rFonts w:ascii="Cambria Math" w:eastAsia="Times New Roman" w:hAnsi="Cambria Math" w:cs="Times New Roman"/>
                <w:i/>
                <w:iCs/>
                <w:sz w:val="22"/>
              </w:rPr>
            </m:ctrlPr>
          </m:naryPr>
          <m:sub>
            <m:r>
              <w:rPr>
                <w:rFonts w:ascii="Cambria Math" w:eastAsia="Times New Roman" w:hAnsi="Cambria Math" w:cs="Times New Roman"/>
                <w:sz w:val="22"/>
              </w:rPr>
              <m:t>k=1</m:t>
            </m:r>
          </m:sub>
          <m:sup>
            <m:r>
              <w:rPr>
                <w:rFonts w:ascii="Cambria Math" w:eastAsia="Times New Roman" w:hAnsi="Cambria Math" w:cs="Times New Roman"/>
                <w:sz w:val="22"/>
              </w:rPr>
              <m:t>m</m:t>
            </m:r>
          </m:sup>
          <m:e>
            <m:sSup>
              <m:sSupPr>
                <m:ctrlPr>
                  <w:rPr>
                    <w:rFonts w:ascii="Cambria Math" w:eastAsia="Times New Roman" w:hAnsi="Cambria Math" w:cs="Times New Roman"/>
                    <w:i/>
                    <w:iCs/>
                    <w:sz w:val="22"/>
                  </w:rPr>
                </m:ctrlPr>
              </m:sSupPr>
              <m:e>
                <m:d>
                  <m:dPr>
                    <m:ctrlPr>
                      <w:rPr>
                        <w:rFonts w:ascii="Cambria Math" w:eastAsia="Times New Roman" w:hAnsi="Cambria Math" w:cs="Times New Roman"/>
                        <w:i/>
                        <w:iCs/>
                        <w:sz w:val="22"/>
                      </w:rPr>
                    </m:ctrlPr>
                  </m:dPr>
                  <m:e>
                    <m:sSubSup>
                      <m:sSubSupPr>
                        <m:ctrlPr>
                          <w:rPr>
                            <w:rFonts w:ascii="Cambria Math" w:eastAsia="Times New Roman" w:hAnsi="Cambria Math" w:cs="Times New Roman"/>
                            <w:i/>
                            <w:iCs/>
                            <w:sz w:val="22"/>
                          </w:rPr>
                        </m:ctrlPr>
                      </m:sSubSupPr>
                      <m:e>
                        <m:r>
                          <w:rPr>
                            <w:rFonts w:ascii="Cambria Math" w:eastAsia="Times New Roman" w:hAnsi="Cambria Math" w:cs="Times New Roman"/>
                            <w:sz w:val="22"/>
                          </w:rPr>
                          <m:t>a</m:t>
                        </m:r>
                      </m:e>
                      <m:sub>
                        <m:r>
                          <w:rPr>
                            <w:rFonts w:ascii="Cambria Math" w:eastAsia="Times New Roman" w:hAnsi="Cambria Math" w:cs="Times New Roman"/>
                            <w:sz w:val="22"/>
                          </w:rPr>
                          <m:t>i,k</m:t>
                        </m:r>
                      </m:sub>
                      <m:sup>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bSup>
                  </m:e>
                </m:d>
              </m:e>
              <m:sup>
                <m:r>
                  <w:rPr>
                    <w:rFonts w:ascii="Cambria Math" w:eastAsia="Times New Roman" w:hAnsi="Cambria Math" w:cs="Times New Roman"/>
                    <w:sz w:val="22"/>
                  </w:rPr>
                  <m:t>2</m:t>
                </m:r>
              </m:sup>
            </m:sSup>
          </m:e>
        </m:nary>
      </m:oMath>
      <w:r w:rsidR="00F93411">
        <w:rPr>
          <w:rFonts w:cs="Times New Roman"/>
          <w:iCs/>
          <w:sz w:val="22"/>
        </w:rPr>
        <w:t>measures the total activation strength of neuron</w:t>
      </w:r>
      <w:r w:rsidR="0045129F">
        <w:rPr>
          <w:rFonts w:cs="Times New Roman"/>
          <w:iCs/>
          <w:sz w:val="22"/>
        </w:rPr>
        <w:t>,</w:t>
      </w:r>
      <w:r w:rsidR="00F93411">
        <w:rPr>
          <w:rFonts w:cs="Times New Roman"/>
          <w:iCs/>
          <w:sz w:val="22"/>
        </w:rPr>
        <w:t xml:space="preserve"> </w:t>
      </w:r>
      <m:oMath>
        <m:r>
          <w:rPr>
            <w:rFonts w:ascii="Cambria Math" w:hAnsi="Cambria Math" w:cs="Times New Roman"/>
            <w:sz w:val="22"/>
          </w:rPr>
          <m:t>i</m:t>
        </m:r>
      </m:oMath>
      <w:r w:rsidR="0045129F">
        <w:rPr>
          <w:rFonts w:cs="Times New Roman"/>
          <w:sz w:val="22"/>
        </w:rPr>
        <w:t>,</w:t>
      </w:r>
      <w:r w:rsidR="00F93411">
        <w:rPr>
          <w:rFonts w:cs="Times New Roman"/>
          <w:iCs/>
          <w:sz w:val="22"/>
        </w:rPr>
        <w:t xml:space="preserve"> across all samples. Since </w:t>
      </w:r>
      <m:oMath>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i=1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sSub>
              <m:sSubPr>
                <m:ctrlPr>
                  <w:rPr>
                    <w:rFonts w:ascii="Cambria Math" w:eastAsia="Times New Roman" w:hAnsi="Cambria Math" w:cs="Times New Roman"/>
                    <w:i/>
                    <w:iCs/>
                    <w:sz w:val="22"/>
                  </w:rPr>
                </m:ctrlPr>
              </m:sSubPr>
              <m:e>
                <m:r>
                  <w:rPr>
                    <w:rFonts w:ascii="Cambria Math" w:eastAsia="Times New Roman" w:hAnsi="Cambria Math" w:cs="Times New Roman"/>
                    <w:sz w:val="22"/>
                  </w:rPr>
                  <m:t>s</m:t>
                </m:r>
              </m:e>
              <m:sub>
                <m:r>
                  <w:rPr>
                    <w:rFonts w:ascii="Cambria Math" w:eastAsia="Times New Roman" w:hAnsi="Cambria Math" w:cs="Times New Roman"/>
                    <w:sz w:val="22"/>
                  </w:rPr>
                  <m:t>i</m:t>
                </m:r>
              </m:sub>
            </m:sSub>
          </m:e>
        </m:nary>
      </m:oMath>
      <w:r w:rsidR="00F93411">
        <w:rPr>
          <w:rFonts w:cs="Times New Roman"/>
          <w:iCs/>
          <w:sz w:val="22"/>
        </w:rPr>
        <w:t xml:space="preserve"> is constant, it can be dropped without affecting the optimization landscape, giving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16C40" w14:paraId="7C11EA17" w14:textId="77777777" w:rsidTr="00552AE0">
        <w:tc>
          <w:tcPr>
            <w:tcW w:w="3116" w:type="dxa"/>
            <w:vAlign w:val="center"/>
          </w:tcPr>
          <w:p w14:paraId="52E9E152" w14:textId="77777777" w:rsidR="00516C40" w:rsidRDefault="00516C40" w:rsidP="00552AE0">
            <w:pPr>
              <w:jc w:val="center"/>
              <w:rPr>
                <w:rFonts w:cs="Times New Roman"/>
                <w:iCs/>
                <w:sz w:val="22"/>
              </w:rPr>
            </w:pPr>
          </w:p>
        </w:tc>
        <w:tc>
          <w:tcPr>
            <w:tcW w:w="3117" w:type="dxa"/>
            <w:vAlign w:val="center"/>
          </w:tcPr>
          <w:p w14:paraId="7175E38C" w14:textId="53C5FAF3" w:rsidR="00516C40" w:rsidRPr="00552AE0" w:rsidRDefault="00000000" w:rsidP="00552AE0">
            <w:pPr>
              <w:jc w:val="center"/>
              <w:rPr>
                <w:rFonts w:cs="Times New Roman"/>
                <w:sz w:val="22"/>
              </w:rPr>
            </w:pPr>
            <m:oMathPara>
              <m:oMath>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w:rPr>
                        <w:rFonts w:ascii="Cambria Math" w:hAnsi="Cambria Math"/>
                        <w:color w:val="000000" w:themeColor="text1"/>
                        <w:kern w:val="24"/>
                        <w:sz w:val="22"/>
                      </w:rPr>
                      <m:t>[l]</m:t>
                    </m:r>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eastAsia="Times New Roman" w:hAnsi="Cambria Math" w:cs="Times New Roman"/>
                    <w:sz w:val="22"/>
                  </w:rPr>
                  <m:t>=-</m:t>
                </m:r>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i=1</m:t>
                    </m:r>
                  </m:sub>
                  <m:sup>
                    <m:sSub>
                      <m:sSubPr>
                        <m:ctrlPr>
                          <w:rPr>
                            <w:rFonts w:ascii="Cambria Math" w:eastAsia="Times New Roman" w:hAnsi="Cambria Math" w:cs="Times New Roman"/>
                            <w:i/>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sSub>
                      <m:sSubPr>
                        <m:ctrlPr>
                          <w:rPr>
                            <w:rFonts w:ascii="Cambria Math" w:eastAsia="Times New Roman" w:hAnsi="Cambria Math" w:cs="Times New Roman"/>
                            <w:i/>
                            <w:iCs/>
                            <w:sz w:val="22"/>
                          </w:rPr>
                        </m:ctrlPr>
                      </m:sSubPr>
                      <m:e>
                        <m:r>
                          <w:rPr>
                            <w:rFonts w:ascii="Cambria Math" w:eastAsia="Times New Roman" w:hAnsi="Cambria Math" w:cs="Times New Roman"/>
                            <w:sz w:val="22"/>
                          </w:rPr>
                          <m:t>s</m:t>
                        </m:r>
                      </m:e>
                      <m:sub>
                        <m:r>
                          <w:rPr>
                            <w:rFonts w:ascii="Cambria Math" w:eastAsia="Times New Roman" w:hAnsi="Cambria Math" w:cs="Times New Roman"/>
                            <w:sz w:val="22"/>
                          </w:rPr>
                          <m:t>i</m:t>
                        </m:r>
                      </m:sub>
                    </m:sSub>
                    <m:sSub>
                      <m:sSubPr>
                        <m:ctrlPr>
                          <w:rPr>
                            <w:rFonts w:ascii="Cambria Math" w:eastAsia="Times New Roman" w:hAnsi="Cambria Math" w:cs="Times New Roman"/>
                            <w:i/>
                            <w:iCs/>
                            <w:sz w:val="22"/>
                          </w:rPr>
                        </m:ctrlPr>
                      </m:sSubPr>
                      <m:e>
                        <m:r>
                          <w:rPr>
                            <w:rFonts w:ascii="Cambria Math" w:eastAsia="Times New Roman" w:hAnsi="Cambria Math" w:cs="Times New Roman"/>
                            <w:sz w:val="22"/>
                          </w:rPr>
                          <m:t>β</m:t>
                        </m:r>
                      </m:e>
                      <m:sub>
                        <m:r>
                          <w:rPr>
                            <w:rFonts w:ascii="Cambria Math" w:eastAsia="Times New Roman" w:hAnsi="Cambria Math" w:cs="Times New Roman"/>
                            <w:sz w:val="22"/>
                          </w:rPr>
                          <m:t>i</m:t>
                        </m:r>
                      </m:sub>
                    </m:sSub>
                  </m:e>
                </m:nary>
              </m:oMath>
            </m:oMathPara>
          </w:p>
        </w:tc>
        <w:tc>
          <w:tcPr>
            <w:tcW w:w="3117" w:type="dxa"/>
            <w:vAlign w:val="center"/>
          </w:tcPr>
          <w:p w14:paraId="52A76D1E" w14:textId="37FAFD39" w:rsidR="00516C40" w:rsidRDefault="00552AE0" w:rsidP="00552AE0">
            <w:pPr>
              <w:jc w:val="center"/>
              <w:rPr>
                <w:rFonts w:cs="Times New Roman"/>
                <w:iCs/>
                <w:sz w:val="22"/>
              </w:rPr>
            </w:pPr>
            <w:r>
              <w:rPr>
                <w:rFonts w:cs="Times New Roman"/>
                <w:iCs/>
                <w:sz w:val="22"/>
              </w:rPr>
              <w:fldChar w:fldCharType="begin"/>
            </w:r>
            <w:r>
              <w:rPr>
                <w:rFonts w:cs="Times New Roman"/>
                <w:iCs/>
                <w:sz w:val="22"/>
              </w:rPr>
              <w:instrText xml:space="preserve"> </w:instrText>
            </w:r>
            <w:r w:rsidRPr="00552AE0">
              <w:rPr>
                <w:rFonts w:cs="Times New Roman"/>
                <w:iCs/>
                <w:sz w:val="22"/>
              </w:rPr>
              <w:instrText>SEQ eq \* ARABIC</w:instrText>
            </w:r>
            <w:r>
              <w:rPr>
                <w:rFonts w:cs="Times New Roman"/>
                <w:iCs/>
                <w:sz w:val="22"/>
              </w:rPr>
              <w:instrText xml:space="preserve"> </w:instrText>
            </w:r>
            <w:r>
              <w:rPr>
                <w:rFonts w:cs="Times New Roman"/>
                <w:iCs/>
                <w:sz w:val="22"/>
              </w:rPr>
              <w:fldChar w:fldCharType="separate"/>
            </w:r>
            <w:r>
              <w:rPr>
                <w:rFonts w:cs="Times New Roman"/>
                <w:iCs/>
                <w:noProof/>
                <w:sz w:val="22"/>
              </w:rPr>
              <w:t>19</w:t>
            </w:r>
            <w:r>
              <w:rPr>
                <w:rFonts w:cs="Times New Roman"/>
                <w:iCs/>
                <w:sz w:val="22"/>
              </w:rPr>
              <w:fldChar w:fldCharType="end"/>
            </w:r>
          </w:p>
        </w:tc>
      </w:tr>
    </w:tbl>
    <w:p w14:paraId="5A78AE21" w14:textId="77777777" w:rsidR="00516C40" w:rsidRDefault="00516C40" w:rsidP="00F93411">
      <w:pPr>
        <w:rPr>
          <w:rFonts w:cs="Times New Roman"/>
          <w:iCs/>
          <w:sz w:val="22"/>
        </w:rPr>
      </w:pPr>
    </w:p>
    <w:p w14:paraId="39D6DD4D" w14:textId="77777777" w:rsidR="00F93411" w:rsidRPr="00F93411" w:rsidRDefault="00F93411" w:rsidP="00F93411">
      <w:pPr>
        <w:rPr>
          <w:rFonts w:cs="Times New Roman"/>
          <w:sz w:val="22"/>
        </w:rPr>
      </w:pPr>
    </w:p>
    <w:p w14:paraId="36F9FE29" w14:textId="60A5D656" w:rsidR="00F93411" w:rsidRPr="00F93411" w:rsidRDefault="00F93411" w:rsidP="00F93411">
      <w:pPr>
        <w:pStyle w:val="ListParagraph"/>
        <w:numPr>
          <w:ilvl w:val="0"/>
          <w:numId w:val="3"/>
        </w:numPr>
        <w:rPr>
          <w:rFonts w:cs="Times New Roman"/>
          <w:b/>
          <w:bCs/>
          <w:sz w:val="22"/>
        </w:rPr>
      </w:pPr>
      <w:r w:rsidRPr="00F93411">
        <w:rPr>
          <w:rFonts w:cs="Times New Roman"/>
          <w:b/>
          <w:bCs/>
          <w:sz w:val="22"/>
        </w:rPr>
        <w:t xml:space="preserve">Preservation of </w:t>
      </w:r>
      <w:r>
        <w:rPr>
          <w:rFonts w:cs="Times New Roman"/>
          <w:b/>
          <w:bCs/>
          <w:sz w:val="22"/>
        </w:rPr>
        <w:t>n</w:t>
      </w:r>
      <w:r w:rsidRPr="00F93411">
        <w:rPr>
          <w:rFonts w:cs="Times New Roman"/>
          <w:b/>
          <w:bCs/>
          <w:sz w:val="22"/>
        </w:rPr>
        <w:t xml:space="preserve">ext </w:t>
      </w:r>
      <w:r>
        <w:rPr>
          <w:rFonts w:cs="Times New Roman"/>
          <w:b/>
          <w:bCs/>
          <w:sz w:val="22"/>
        </w:rPr>
        <w:t>l</w:t>
      </w:r>
      <w:r w:rsidRPr="00F93411">
        <w:rPr>
          <w:rFonts w:cs="Times New Roman"/>
          <w:b/>
          <w:bCs/>
          <w:sz w:val="22"/>
        </w:rPr>
        <w:t xml:space="preserve">ayer </w:t>
      </w:r>
      <w:r>
        <w:rPr>
          <w:rFonts w:cs="Times New Roman"/>
          <w:b/>
          <w:bCs/>
          <w:sz w:val="22"/>
        </w:rPr>
        <w:t>p</w:t>
      </w:r>
      <w:r w:rsidRPr="00F93411">
        <w:rPr>
          <w:rFonts w:cs="Times New Roman"/>
          <w:b/>
          <w:bCs/>
          <w:sz w:val="22"/>
        </w:rPr>
        <w:t>re-activations</w:t>
      </w:r>
    </w:p>
    <w:p w14:paraId="36F3BB4B" w14:textId="6DBFF5D9" w:rsidR="00F93411" w:rsidRDefault="00F93411" w:rsidP="00F93411">
      <w:pPr>
        <w:rPr>
          <w:rFonts w:cs="Times New Roman"/>
          <w:sz w:val="22"/>
        </w:rPr>
      </w:pPr>
      <w:r>
        <w:rPr>
          <w:rFonts w:cs="Times New Roman"/>
          <w:sz w:val="22"/>
        </w:rPr>
        <w:t xml:space="preserve">Deviation in the next layer’s pre-activations is similarly computed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90"/>
        <w:gridCol w:w="625"/>
      </w:tblGrid>
      <w:tr w:rsidR="00516C40" w14:paraId="12179FE3" w14:textId="77777777" w:rsidTr="00552AE0">
        <w:tc>
          <w:tcPr>
            <w:tcW w:w="535" w:type="dxa"/>
            <w:vAlign w:val="center"/>
          </w:tcPr>
          <w:p w14:paraId="3BD5C35A" w14:textId="77777777" w:rsidR="00516C40" w:rsidRDefault="00516C40" w:rsidP="00552AE0">
            <w:pPr>
              <w:jc w:val="center"/>
              <w:rPr>
                <w:rFonts w:cs="Times New Roman"/>
                <w:sz w:val="22"/>
              </w:rPr>
            </w:pPr>
          </w:p>
        </w:tc>
        <w:tc>
          <w:tcPr>
            <w:tcW w:w="8190" w:type="dxa"/>
            <w:vAlign w:val="center"/>
          </w:tcPr>
          <w:p w14:paraId="12B41ABB" w14:textId="0B3B87E5" w:rsidR="00516C40" w:rsidRDefault="00000000" w:rsidP="00552AE0">
            <w:pPr>
              <w:jc w:val="center"/>
              <w:rPr>
                <w:rFonts w:cs="Times New Roman"/>
                <w:sz w:val="22"/>
              </w:rPr>
            </w:pPr>
            <m:oMathPara>
              <m:oMath>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w:rPr>
                        <w:rFonts w:ascii="Cambria Math" w:hAnsi="Cambria Math"/>
                        <w:color w:val="000000" w:themeColor="text1"/>
                        <w:kern w:val="24"/>
                        <w:sz w:val="22"/>
                      </w:rPr>
                      <m:t>[l+1]</m:t>
                    </m:r>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hAnsi="Cambria Math" w:cs="Times New Roman"/>
                    <w:color w:val="000000" w:themeColor="text1"/>
                    <w:kern w:val="24"/>
                    <w:sz w:val="22"/>
                  </w:rPr>
                  <m:t>=</m:t>
                </m:r>
                <m:sSup>
                  <m:sSupPr>
                    <m:ctrlPr>
                      <w:rPr>
                        <w:rFonts w:ascii="Cambria Math" w:eastAsia="Times New Roman" w:hAnsi="Cambria Math" w:cs="Times New Roman"/>
                        <w:i/>
                        <w:iCs/>
                        <w:sz w:val="22"/>
                      </w:rPr>
                    </m:ctrlPr>
                  </m:sSupPr>
                  <m:e>
                    <m:sSub>
                      <m:sSubPr>
                        <m:ctrlPr>
                          <w:rPr>
                            <w:rFonts w:ascii="Cambria Math" w:eastAsia="Times New Roman" w:hAnsi="Cambria Math" w:cs="Times New Roman"/>
                            <w:i/>
                            <w:iCs/>
                            <w:sz w:val="22"/>
                          </w:rPr>
                        </m:ctrlPr>
                      </m:sSubPr>
                      <m:e>
                        <m:d>
                          <m:dPr>
                            <m:begChr m:val="‖"/>
                            <m:endChr m:val="‖"/>
                            <m:ctrlPr>
                              <w:rPr>
                                <w:rFonts w:ascii="Cambria Math" w:eastAsia="Times New Roman" w:hAnsi="Cambria Math" w:cs="Times New Roman"/>
                                <w:i/>
                                <w:iCs/>
                                <w:sz w:val="22"/>
                              </w:rPr>
                            </m:ctrlPr>
                          </m:dPr>
                          <m:e>
                            <m:sSup>
                              <m:sSupPr>
                                <m:ctrlPr>
                                  <w:rPr>
                                    <w:rFonts w:ascii="Cambria Math" w:eastAsia="Times New Roman" w:hAnsi="Cambria Math" w:cs="Times New Roman"/>
                                    <w:i/>
                                    <w:iCs/>
                                    <w:sz w:val="22"/>
                                  </w:rPr>
                                </m:ctrlPr>
                              </m:sSupPr>
                              <m:e>
                                <m:r>
                                  <m:rPr>
                                    <m:sty m:val="b"/>
                                  </m:rPr>
                                  <w:rPr>
                                    <w:rFonts w:ascii="Cambria Math" w:eastAsia="Times New Roman" w:hAnsi="Cambria Math" w:cs="Times New Roman"/>
                                    <w:sz w:val="22"/>
                                  </w:rPr>
                                  <m:t>Z</m:t>
                                </m:r>
                              </m:e>
                              <m:sup>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l+1</m:t>
                                    </m:r>
                                  </m:e>
                                </m:d>
                              </m:sup>
                            </m:sSup>
                            <m:r>
                              <w:rPr>
                                <w:rFonts w:ascii="Cambria Math" w:eastAsia="Times New Roman" w:hAnsi="Cambria Math" w:cs="Times New Roman"/>
                                <w:sz w:val="22"/>
                              </w:rPr>
                              <m:t>-</m:t>
                            </m:r>
                            <m:sSup>
                              <m:sSupPr>
                                <m:ctrlPr>
                                  <w:rPr>
                                    <w:rFonts w:ascii="Cambria Math" w:eastAsia="Times New Roman" w:hAnsi="Cambria Math" w:cs="Times New Roman"/>
                                    <w:i/>
                                    <w:iCs/>
                                    <w:sz w:val="22"/>
                                  </w:rPr>
                                </m:ctrlPr>
                              </m:sSupPr>
                              <m:e>
                                <m:r>
                                  <m:rPr>
                                    <m:sty m:val="b"/>
                                  </m:rPr>
                                  <w:rPr>
                                    <w:rFonts w:ascii="Cambria Math" w:eastAsia="Times New Roman" w:hAnsi="Cambria Math" w:cs="Times New Roman"/>
                                    <w:sz w:val="22"/>
                                  </w:rPr>
                                  <m:t>Z</m:t>
                                </m:r>
                              </m:e>
                              <m:sup>
                                <m:r>
                                  <w:rPr>
                                    <w:rFonts w:ascii="Cambria Math" w:eastAsia="Times New Roman" w:hAnsi="Cambria Math" w:cs="Times New Roman"/>
                                    <w:sz w:val="22"/>
                                  </w:rPr>
                                  <m:t>'</m:t>
                                </m:r>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l+1</m:t>
                                    </m:r>
                                  </m:e>
                                </m:d>
                              </m:sup>
                            </m:sSup>
                            <m:d>
                              <m:dPr>
                                <m:ctrlPr>
                                  <w:rPr>
                                    <w:rFonts w:ascii="Cambria Math" w:eastAsia="Times New Roman" w:hAnsi="Cambria Math" w:cs="Times New Roman"/>
                                    <w:i/>
                                    <w:iCs/>
                                    <w:sz w:val="22"/>
                                  </w:rPr>
                                </m:ctrlPr>
                              </m:dPr>
                              <m:e>
                                <m:r>
                                  <m:rPr>
                                    <m:sty m:val="bi"/>
                                  </m:rPr>
                                  <w:rPr>
                                    <w:rFonts w:ascii="Cambria Math" w:eastAsia="Times New Roman" w:hAnsi="Cambria Math" w:cs="Times New Roman"/>
                                    <w:sz w:val="22"/>
                                  </w:rPr>
                                  <m:t>β</m:t>
                                </m:r>
                              </m:e>
                            </m:d>
                          </m:e>
                        </m:d>
                      </m:e>
                      <m:sub>
                        <m:r>
                          <w:rPr>
                            <w:rFonts w:ascii="Cambria Math" w:eastAsia="Times New Roman" w:hAnsi="Cambria Math" w:cs="Times New Roman"/>
                            <w:sz w:val="22"/>
                          </w:rPr>
                          <m:t>F</m:t>
                        </m:r>
                      </m:sub>
                    </m:sSub>
                  </m:e>
                  <m:sup>
                    <m:r>
                      <w:rPr>
                        <w:rFonts w:ascii="Cambria Math" w:eastAsia="Times New Roman" w:hAnsi="Cambria Math" w:cs="Times New Roman"/>
                        <w:sz w:val="22"/>
                      </w:rPr>
                      <m:t>2</m:t>
                    </m:r>
                  </m:sup>
                </m:sSup>
                <m:r>
                  <w:rPr>
                    <w:rFonts w:ascii="Cambria Math" w:hAnsi="Cambria Math"/>
                    <w:sz w:val="22"/>
                  </w:rPr>
                  <m:t>=</m:t>
                </m:r>
                <m:sSup>
                  <m:sSupPr>
                    <m:ctrlPr>
                      <w:rPr>
                        <w:rFonts w:ascii="Cambria Math" w:eastAsia="Times New Roman" w:hAnsi="Cambria Math" w:cs="Times New Roman"/>
                        <w:i/>
                        <w:iCs/>
                        <w:sz w:val="22"/>
                      </w:rPr>
                    </m:ctrlPr>
                  </m:sSupPr>
                  <m:e>
                    <m:sSub>
                      <m:sSubPr>
                        <m:ctrlPr>
                          <w:rPr>
                            <w:rFonts w:ascii="Cambria Math" w:eastAsia="Times New Roman" w:hAnsi="Cambria Math" w:cs="Times New Roman"/>
                            <w:i/>
                            <w:iCs/>
                            <w:sz w:val="22"/>
                          </w:rPr>
                        </m:ctrlPr>
                      </m:sSubPr>
                      <m:e>
                        <m:d>
                          <m:dPr>
                            <m:begChr m:val="‖"/>
                            <m:endChr m:val="‖"/>
                            <m:ctrlPr>
                              <w:rPr>
                                <w:rFonts w:ascii="Cambria Math" w:eastAsia="Times New Roman" w:hAnsi="Cambria Math" w:cs="Times New Roman"/>
                                <w:i/>
                                <w:iCs/>
                                <w:sz w:val="22"/>
                              </w:rPr>
                            </m:ctrlPr>
                          </m:dPr>
                          <m:e>
                            <m:sSup>
                              <m:sSupPr>
                                <m:ctrlPr>
                                  <w:rPr>
                                    <w:rFonts w:ascii="Cambria Math" w:hAnsi="Cambria Math"/>
                                    <w:i/>
                                    <w:sz w:val="22"/>
                                  </w:rPr>
                                </m:ctrlPr>
                              </m:sSupPr>
                              <m:e>
                                <m:r>
                                  <m:rPr>
                                    <m:sty m:val="b"/>
                                  </m:rPr>
                                  <w:rPr>
                                    <w:rFonts w:ascii="Cambria Math" w:hAnsi="Cambria Math"/>
                                    <w:sz w:val="22"/>
                                  </w:rPr>
                                  <m:t>W</m:t>
                                </m:r>
                              </m:e>
                              <m:sup>
                                <m:d>
                                  <m:dPr>
                                    <m:begChr m:val="["/>
                                    <m:endChr m:val="]"/>
                                    <m:ctrlPr>
                                      <w:rPr>
                                        <w:rFonts w:ascii="Cambria Math" w:hAnsi="Cambria Math"/>
                                        <w:i/>
                                        <w:sz w:val="22"/>
                                      </w:rPr>
                                    </m:ctrlPr>
                                  </m:dPr>
                                  <m:e>
                                    <m:r>
                                      <w:rPr>
                                        <w:rFonts w:ascii="Cambria Math" w:hAnsi="Cambria Math"/>
                                        <w:sz w:val="22"/>
                                      </w:rPr>
                                      <m:t>l+1</m:t>
                                    </m:r>
                                  </m:e>
                                </m:d>
                              </m:sup>
                            </m:sSup>
                            <m:sSup>
                              <m:sSupPr>
                                <m:ctrlPr>
                                  <w:rPr>
                                    <w:rFonts w:ascii="Cambria Math" w:hAnsi="Cambria Math"/>
                                    <w:i/>
                                    <w:sz w:val="22"/>
                                  </w:rPr>
                                </m:ctrlPr>
                              </m:sSupPr>
                              <m:e>
                                <m:r>
                                  <m:rPr>
                                    <m:sty m:val="b"/>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sup>
                            </m:sSup>
                            <m:r>
                              <w:rPr>
                                <w:rFonts w:ascii="Cambria Math" w:eastAsia="Times New Roman" w:hAnsi="Cambria Math" w:cs="Times New Roman"/>
                                <w:sz w:val="22"/>
                              </w:rPr>
                              <m:t>-</m:t>
                            </m:r>
                            <m:sSup>
                              <m:sSupPr>
                                <m:ctrlPr>
                                  <w:rPr>
                                    <w:rFonts w:ascii="Cambria Math" w:hAnsi="Cambria Math"/>
                                    <w:i/>
                                    <w:sz w:val="22"/>
                                  </w:rPr>
                                </m:ctrlPr>
                              </m:sSupPr>
                              <m:e>
                                <m:r>
                                  <m:rPr>
                                    <m:sty m:val="b"/>
                                  </m:rPr>
                                  <w:rPr>
                                    <w:rFonts w:ascii="Cambria Math" w:hAnsi="Cambria Math"/>
                                    <w:sz w:val="22"/>
                                  </w:rPr>
                                  <m:t>W</m:t>
                                </m:r>
                              </m:e>
                              <m:sup>
                                <m:d>
                                  <m:dPr>
                                    <m:begChr m:val="["/>
                                    <m:endChr m:val="]"/>
                                    <m:ctrlPr>
                                      <w:rPr>
                                        <w:rFonts w:ascii="Cambria Math" w:hAnsi="Cambria Math"/>
                                        <w:i/>
                                        <w:sz w:val="22"/>
                                      </w:rPr>
                                    </m:ctrlPr>
                                  </m:dPr>
                                  <m:e>
                                    <m:r>
                                      <w:rPr>
                                        <w:rFonts w:ascii="Cambria Math" w:hAnsi="Cambria Math"/>
                                        <w:sz w:val="22"/>
                                      </w:rPr>
                                      <m:t>l+1</m:t>
                                    </m:r>
                                  </m:e>
                                </m:d>
                              </m:sup>
                            </m:sSup>
                            <m:sSup>
                              <m:sSupPr>
                                <m:ctrlPr>
                                  <w:rPr>
                                    <w:rFonts w:ascii="Cambria Math" w:hAnsi="Cambria Math"/>
                                    <w:i/>
                                    <w:sz w:val="22"/>
                                  </w:rPr>
                                </m:ctrlPr>
                              </m:sSupPr>
                              <m:e>
                                <m:r>
                                  <m:rPr>
                                    <m:sty m:val="b"/>
                                  </m:rPr>
                                  <w:rPr>
                                    <w:rFonts w:ascii="Cambria Math" w:hAnsi="Cambria Math"/>
                                    <w:sz w:val="22"/>
                                  </w:rPr>
                                  <m:t>A</m:t>
                                </m:r>
                              </m:e>
                              <m:sup>
                                <m:r>
                                  <w:rPr>
                                    <w:rFonts w:ascii="Cambria Math" w:hAnsi="Cambria Math"/>
                                    <w:sz w:val="22"/>
                                  </w:rPr>
                                  <m:t>'</m:t>
                                </m:r>
                                <m:d>
                                  <m:dPr>
                                    <m:begChr m:val="["/>
                                    <m:endChr m:val="]"/>
                                    <m:ctrlPr>
                                      <w:rPr>
                                        <w:rFonts w:ascii="Cambria Math" w:hAnsi="Cambria Math"/>
                                        <w:i/>
                                        <w:sz w:val="22"/>
                                      </w:rPr>
                                    </m:ctrlPr>
                                  </m:dPr>
                                  <m:e>
                                    <m:r>
                                      <w:rPr>
                                        <w:rFonts w:ascii="Cambria Math" w:hAnsi="Cambria Math"/>
                                        <w:sz w:val="22"/>
                                      </w:rPr>
                                      <m:t>l</m:t>
                                    </m:r>
                                  </m:e>
                                </m:d>
                              </m:sup>
                            </m:sSup>
                            <m:d>
                              <m:dPr>
                                <m:ctrlPr>
                                  <w:rPr>
                                    <w:rFonts w:ascii="Cambria Math" w:hAnsi="Cambria Math"/>
                                    <w:i/>
                                    <w:sz w:val="22"/>
                                  </w:rPr>
                                </m:ctrlPr>
                              </m:dPr>
                              <m:e>
                                <m:r>
                                  <m:rPr>
                                    <m:sty m:val="bi"/>
                                  </m:rPr>
                                  <w:rPr>
                                    <w:rFonts w:ascii="Cambria Math" w:hAnsi="Cambria Math"/>
                                    <w:sz w:val="22"/>
                                  </w:rPr>
                                  <m:t>β</m:t>
                                </m:r>
                              </m:e>
                            </m:d>
                          </m:e>
                        </m:d>
                      </m:e>
                      <m:sub>
                        <m:r>
                          <w:rPr>
                            <w:rFonts w:ascii="Cambria Math" w:eastAsia="Times New Roman" w:hAnsi="Cambria Math" w:cs="Times New Roman"/>
                            <w:sz w:val="22"/>
                          </w:rPr>
                          <m:t>F</m:t>
                        </m:r>
                      </m:sub>
                    </m:sSub>
                  </m:e>
                  <m:sup>
                    <m:r>
                      <w:rPr>
                        <w:rFonts w:ascii="Cambria Math" w:eastAsia="Times New Roman" w:hAnsi="Cambria Math" w:cs="Times New Roman"/>
                        <w:sz w:val="22"/>
                      </w:rPr>
                      <m:t>2</m:t>
                    </m:r>
                  </m:sup>
                </m:sSup>
                <m:r>
                  <w:rPr>
                    <w:rFonts w:ascii="Cambria Math" w:eastAsia="Times New Roman" w:hAnsi="Cambria Math" w:cs="Times New Roman"/>
                    <w:sz w:val="22"/>
                  </w:rPr>
                  <m:t>.</m:t>
                </m:r>
              </m:oMath>
            </m:oMathPara>
          </w:p>
        </w:tc>
        <w:tc>
          <w:tcPr>
            <w:tcW w:w="625" w:type="dxa"/>
            <w:vAlign w:val="center"/>
          </w:tcPr>
          <w:p w14:paraId="227232E7" w14:textId="72E0F87D" w:rsidR="00516C40" w:rsidRDefault="00552AE0" w:rsidP="00552AE0">
            <w:pPr>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20</w:t>
            </w:r>
            <w:r>
              <w:rPr>
                <w:rFonts w:cs="Times New Roman"/>
                <w:sz w:val="22"/>
              </w:rPr>
              <w:fldChar w:fldCharType="end"/>
            </w:r>
          </w:p>
        </w:tc>
      </w:tr>
    </w:tbl>
    <w:p w14:paraId="70096ED1" w14:textId="432EE1C4" w:rsidR="00CD1F32" w:rsidRPr="00CD1F32" w:rsidRDefault="00CD1F32" w:rsidP="00CD1F32">
      <w:pPr>
        <w:rPr>
          <w:iCs/>
          <w:sz w:val="22"/>
        </w:rPr>
      </w:pPr>
    </w:p>
    <w:p w14:paraId="1612C179" w14:textId="7F5724AF" w:rsidR="00CD1F32" w:rsidRDefault="00CD1F32" w:rsidP="00CD1F32">
      <w:pPr>
        <w:rPr>
          <w:sz w:val="22"/>
        </w:rPr>
      </w:pPr>
      <w:r>
        <w:rPr>
          <w:iCs/>
          <w:sz w:val="22"/>
        </w:rPr>
        <w:t xml:space="preserve">The bias term of  </w:t>
      </w:r>
      <m:oMath>
        <m:sSup>
          <m:sSupPr>
            <m:ctrlPr>
              <w:rPr>
                <w:rFonts w:ascii="Cambria Math" w:hAnsi="Cambria Math"/>
                <w:i/>
                <w:sz w:val="22"/>
              </w:rPr>
            </m:ctrlPr>
          </m:sSupPr>
          <m:e>
            <m:r>
              <m:rPr>
                <m:sty m:val="bi"/>
              </m:rPr>
              <w:rPr>
                <w:rFonts w:ascii="Cambria Math" w:hAnsi="Cambria Math"/>
                <w:sz w:val="22"/>
              </w:rPr>
              <m:t>b</m:t>
            </m:r>
          </m:e>
          <m:sup>
            <m:d>
              <m:dPr>
                <m:begChr m:val="["/>
                <m:endChr m:val="]"/>
                <m:ctrlPr>
                  <w:rPr>
                    <w:rFonts w:ascii="Cambria Math" w:hAnsi="Cambria Math"/>
                    <w:i/>
                    <w:sz w:val="22"/>
                  </w:rPr>
                </m:ctrlPr>
              </m:dPr>
              <m:e>
                <m:r>
                  <w:rPr>
                    <w:rFonts w:ascii="Cambria Math" w:hAnsi="Cambria Math"/>
                    <w:sz w:val="22"/>
                  </w:rPr>
                  <m:t>l+1</m:t>
                </m:r>
              </m:e>
            </m:d>
          </m:sup>
        </m:sSup>
      </m:oMath>
      <w:r>
        <w:rPr>
          <w:sz w:val="22"/>
        </w:rPr>
        <w:t xml:space="preserve"> cancels out, as it is unaffected by pruning. Expanding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90"/>
        <w:gridCol w:w="625"/>
      </w:tblGrid>
      <w:tr w:rsidR="00516C40" w14:paraId="31D58EF8" w14:textId="77777777" w:rsidTr="00552AE0">
        <w:tc>
          <w:tcPr>
            <w:tcW w:w="535" w:type="dxa"/>
            <w:vAlign w:val="center"/>
          </w:tcPr>
          <w:p w14:paraId="44FCAB0D" w14:textId="77777777" w:rsidR="00516C40" w:rsidRDefault="00516C40" w:rsidP="00552AE0">
            <w:pPr>
              <w:jc w:val="center"/>
              <w:rPr>
                <w:sz w:val="22"/>
              </w:rPr>
            </w:pPr>
          </w:p>
        </w:tc>
        <w:tc>
          <w:tcPr>
            <w:tcW w:w="8190" w:type="dxa"/>
            <w:vAlign w:val="center"/>
          </w:tcPr>
          <w:p w14:paraId="2C3AF8E2" w14:textId="01E58CEF" w:rsidR="00516C40" w:rsidRPr="00552AE0" w:rsidRDefault="00000000" w:rsidP="00552AE0">
            <w:pPr>
              <w:jc w:val="center"/>
              <w:rPr>
                <w:iCs/>
                <w:sz w:val="22"/>
              </w:rPr>
            </w:pPr>
            <m:oMathPara>
              <m:oMath>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w:rPr>
                        <w:rFonts w:ascii="Cambria Math" w:hAnsi="Cambria Math"/>
                        <w:color w:val="000000" w:themeColor="text1"/>
                        <w:kern w:val="24"/>
                        <w:sz w:val="22"/>
                      </w:rPr>
                      <m:t>[l+1]</m:t>
                    </m:r>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hAnsi="Cambria Math"/>
                    <w:color w:val="000000" w:themeColor="text1"/>
                    <w:kern w:val="24"/>
                    <w:sz w:val="22"/>
                  </w:rPr>
                  <m:t>=</m:t>
                </m:r>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i=1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j=1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d>
                          <m:dPr>
                            <m:ctrlPr>
                              <w:rPr>
                                <w:rFonts w:ascii="Cambria Math" w:eastAsia="Times New Roman" w:hAnsi="Cambria Math" w:cs="Times New Roman"/>
                                <w:i/>
                                <w:iCs/>
                                <w:sz w:val="22"/>
                              </w:rPr>
                            </m:ctrlPr>
                          </m:dPr>
                          <m:e>
                            <m:r>
                              <w:rPr>
                                <w:rFonts w:ascii="Cambria Math" w:eastAsia="Times New Roman" w:hAnsi="Cambria Math" w:cs="Times New Roman"/>
                                <w:sz w:val="22"/>
                              </w:rPr>
                              <m:t>1-</m:t>
                            </m:r>
                            <m:sSub>
                              <m:sSubPr>
                                <m:ctrlPr>
                                  <w:rPr>
                                    <w:rFonts w:ascii="Cambria Math" w:eastAsia="Times New Roman" w:hAnsi="Cambria Math" w:cs="Times New Roman"/>
                                    <w:i/>
                                    <w:iCs/>
                                    <w:sz w:val="22"/>
                                  </w:rPr>
                                </m:ctrlPr>
                              </m:sSubPr>
                              <m:e>
                                <m:r>
                                  <w:rPr>
                                    <w:rFonts w:ascii="Cambria Math" w:eastAsia="Times New Roman" w:hAnsi="Cambria Math" w:cs="Times New Roman"/>
                                    <w:sz w:val="22"/>
                                  </w:rPr>
                                  <m:t>β</m:t>
                                </m:r>
                              </m:e>
                              <m:sub>
                                <m:r>
                                  <w:rPr>
                                    <w:rFonts w:ascii="Cambria Math" w:eastAsia="Times New Roman" w:hAnsi="Cambria Math" w:cs="Times New Roman"/>
                                    <w:sz w:val="22"/>
                                  </w:rPr>
                                  <m:t>i</m:t>
                                </m:r>
                              </m:sub>
                            </m:sSub>
                          </m:e>
                        </m:d>
                        <m:d>
                          <m:dPr>
                            <m:ctrlPr>
                              <w:rPr>
                                <w:rFonts w:ascii="Cambria Math" w:eastAsia="Times New Roman" w:hAnsi="Cambria Math" w:cs="Times New Roman"/>
                                <w:i/>
                                <w:iCs/>
                                <w:sz w:val="22"/>
                              </w:rPr>
                            </m:ctrlPr>
                          </m:dPr>
                          <m:e>
                            <m:r>
                              <w:rPr>
                                <w:rFonts w:ascii="Cambria Math" w:eastAsia="Times New Roman" w:hAnsi="Cambria Math" w:cs="Times New Roman"/>
                                <w:sz w:val="22"/>
                              </w:rPr>
                              <m:t>1-</m:t>
                            </m:r>
                            <m:sSub>
                              <m:sSubPr>
                                <m:ctrlPr>
                                  <w:rPr>
                                    <w:rFonts w:ascii="Cambria Math" w:eastAsia="Times New Roman" w:hAnsi="Cambria Math" w:cs="Times New Roman"/>
                                    <w:i/>
                                    <w:iCs/>
                                    <w:sz w:val="22"/>
                                  </w:rPr>
                                </m:ctrlPr>
                              </m:sSubPr>
                              <m:e>
                                <m:r>
                                  <w:rPr>
                                    <w:rFonts w:ascii="Cambria Math" w:eastAsia="Times New Roman" w:hAnsi="Cambria Math" w:cs="Times New Roman"/>
                                    <w:sz w:val="22"/>
                                  </w:rPr>
                                  <m:t>β</m:t>
                                </m:r>
                              </m:e>
                              <m:sub>
                                <m:r>
                                  <w:rPr>
                                    <w:rFonts w:ascii="Cambria Math" w:eastAsia="Times New Roman" w:hAnsi="Cambria Math" w:cs="Times New Roman"/>
                                    <w:sz w:val="22"/>
                                  </w:rPr>
                                  <m:t>j</m:t>
                                </m:r>
                              </m:sub>
                            </m:sSub>
                          </m:e>
                        </m:d>
                        <m:sSub>
                          <m:sSubPr>
                            <m:ctrlPr>
                              <w:rPr>
                                <w:rFonts w:ascii="Cambria Math" w:eastAsia="Times New Roman" w:hAnsi="Cambria Math" w:cs="Times New Roman"/>
                                <w:i/>
                                <w:iCs/>
                                <w:sz w:val="22"/>
                                <w:lang w:val="pl-PL"/>
                              </w:rPr>
                            </m:ctrlPr>
                          </m:sSubPr>
                          <m:e>
                            <m:r>
                              <w:rPr>
                                <w:rFonts w:ascii="Cambria Math" w:eastAsia="Times New Roman" w:hAnsi="Cambria Math" w:cs="Times New Roman"/>
                                <w:sz w:val="22"/>
                                <w:lang w:val="pl-PL"/>
                              </w:rPr>
                              <m:t>M</m:t>
                            </m:r>
                          </m:e>
                          <m:sub>
                            <m:r>
                              <w:rPr>
                                <w:rFonts w:ascii="Cambria Math" w:eastAsia="Times New Roman" w:hAnsi="Cambria Math" w:cs="Times New Roman"/>
                                <w:sz w:val="22"/>
                                <w:lang w:val="pl-PL"/>
                              </w:rPr>
                              <m:t>i,j</m:t>
                            </m:r>
                          </m:sub>
                        </m:sSub>
                      </m:e>
                    </m:nary>
                  </m:e>
                </m:nary>
                <m:r>
                  <w:rPr>
                    <w:rFonts w:ascii="Cambria Math" w:eastAsia="Times New Roman" w:hAnsi="Cambria Math" w:cs="Times New Roman"/>
                    <w:sz w:val="22"/>
                  </w:rPr>
                  <m:t>,</m:t>
                </m:r>
              </m:oMath>
            </m:oMathPara>
          </w:p>
        </w:tc>
        <w:tc>
          <w:tcPr>
            <w:tcW w:w="625" w:type="dxa"/>
            <w:vAlign w:val="center"/>
          </w:tcPr>
          <w:p w14:paraId="6D6AB603" w14:textId="43788B1D" w:rsidR="00516C40" w:rsidRDefault="00552AE0" w:rsidP="00552AE0">
            <w:pPr>
              <w:jc w:val="center"/>
              <w:rPr>
                <w:sz w:val="22"/>
              </w:rPr>
            </w:pPr>
            <w:r>
              <w:rPr>
                <w:sz w:val="22"/>
              </w:rPr>
              <w:fldChar w:fldCharType="begin"/>
            </w:r>
            <w:r>
              <w:rPr>
                <w:sz w:val="22"/>
              </w:rPr>
              <w:instrText xml:space="preserve"> </w:instrText>
            </w:r>
            <w:r w:rsidRPr="00552AE0">
              <w:rPr>
                <w:sz w:val="22"/>
              </w:rPr>
              <w:instrText>SEQ eq \* ARABIC</w:instrText>
            </w:r>
            <w:r>
              <w:rPr>
                <w:sz w:val="22"/>
              </w:rPr>
              <w:instrText xml:space="preserve"> </w:instrText>
            </w:r>
            <w:r>
              <w:rPr>
                <w:sz w:val="22"/>
              </w:rPr>
              <w:fldChar w:fldCharType="separate"/>
            </w:r>
            <w:r>
              <w:rPr>
                <w:noProof/>
                <w:sz w:val="22"/>
              </w:rPr>
              <w:t>21</w:t>
            </w:r>
            <w:r>
              <w:rPr>
                <w:sz w:val="22"/>
              </w:rPr>
              <w:fldChar w:fldCharType="end"/>
            </w:r>
          </w:p>
        </w:tc>
      </w:tr>
    </w:tbl>
    <w:p w14:paraId="41E10602" w14:textId="77777777" w:rsidR="00516C40" w:rsidRDefault="00516C40" w:rsidP="00CD1F32">
      <w:pPr>
        <w:rPr>
          <w:sz w:val="22"/>
        </w:rPr>
      </w:pPr>
    </w:p>
    <w:p w14:paraId="54377AEB" w14:textId="5114CFC7" w:rsidR="00CD1F32" w:rsidRDefault="00516C40" w:rsidP="00CD1F32">
      <w:pPr>
        <w:rPr>
          <w:iCs/>
          <w:sz w:val="22"/>
        </w:rPr>
      </w:pPr>
      <w:proofErr w:type="gramStart"/>
      <w:r>
        <w:rPr>
          <w:iCs/>
          <w:sz w:val="22"/>
        </w:rPr>
        <w:t>w</w:t>
      </w:r>
      <w:r w:rsidR="00CD1F32">
        <w:rPr>
          <w:iCs/>
          <w:sz w:val="22"/>
        </w:rPr>
        <w:t>here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90"/>
        <w:gridCol w:w="625"/>
      </w:tblGrid>
      <w:tr w:rsidR="00516C40" w14:paraId="2BE71C71" w14:textId="77777777" w:rsidTr="00552AE0">
        <w:tc>
          <w:tcPr>
            <w:tcW w:w="535" w:type="dxa"/>
            <w:vAlign w:val="center"/>
          </w:tcPr>
          <w:p w14:paraId="2FCABF7D" w14:textId="77777777" w:rsidR="00516C40" w:rsidRDefault="00516C40" w:rsidP="00552AE0">
            <w:pPr>
              <w:jc w:val="center"/>
              <w:rPr>
                <w:iCs/>
                <w:sz w:val="22"/>
              </w:rPr>
            </w:pPr>
          </w:p>
        </w:tc>
        <w:tc>
          <w:tcPr>
            <w:tcW w:w="8190" w:type="dxa"/>
            <w:vAlign w:val="center"/>
          </w:tcPr>
          <w:p w14:paraId="1020E00D" w14:textId="0C421521" w:rsidR="00516C40" w:rsidRDefault="00000000" w:rsidP="00552AE0">
            <w:pPr>
              <w:jc w:val="center"/>
              <w:rPr>
                <w:iCs/>
                <w:sz w:val="22"/>
              </w:rPr>
            </w:pPr>
            <m:oMathPara>
              <m:oMath>
                <m:sSub>
                  <m:sSubPr>
                    <m:ctrlPr>
                      <w:rPr>
                        <w:rFonts w:ascii="Cambria Math" w:hAnsi="Cambria Math"/>
                        <w:i/>
                        <w:iCs/>
                        <w:sz w:val="22"/>
                      </w:rPr>
                    </m:ctrlPr>
                  </m:sSubPr>
                  <m:e>
                    <m:r>
                      <w:rPr>
                        <w:rFonts w:ascii="Cambria Math" w:hAnsi="Cambria Math"/>
                        <w:sz w:val="22"/>
                      </w:rPr>
                      <m:t>M</m:t>
                    </m:r>
                  </m:e>
                  <m:sub>
                    <m:r>
                      <w:rPr>
                        <w:rFonts w:ascii="Cambria Math" w:hAnsi="Cambria Math"/>
                        <w:sz w:val="22"/>
                      </w:rPr>
                      <m:t>ij</m:t>
                    </m:r>
                  </m:sub>
                </m:sSub>
                <m:r>
                  <w:rPr>
                    <w:rFonts w:ascii="Cambria Math" w:hAnsi="Cambria Math"/>
                    <w:sz w:val="22"/>
                  </w:rPr>
                  <m:t>=</m:t>
                </m:r>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r=1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l+1</m:t>
                        </m:r>
                      </m:sub>
                    </m:sSub>
                  </m:sup>
                  <m:e>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k=1</m:t>
                        </m:r>
                      </m:sub>
                      <m:sup>
                        <m:r>
                          <w:rPr>
                            <w:rFonts w:ascii="Cambria Math" w:eastAsia="Times New Roman" w:hAnsi="Cambria Math" w:cs="Times New Roman"/>
                            <w:sz w:val="22"/>
                          </w:rPr>
                          <m:t>m</m:t>
                        </m:r>
                      </m:sup>
                      <m:e>
                        <m:sSubSup>
                          <m:sSubSupPr>
                            <m:ctrlPr>
                              <w:rPr>
                                <w:rFonts w:ascii="Cambria Math" w:eastAsia="Times New Roman" w:hAnsi="Cambria Math" w:cs="Times New Roman"/>
                                <w:i/>
                                <w:iCs/>
                                <w:sz w:val="22"/>
                                <w:lang w:val="pl-PL"/>
                              </w:rPr>
                            </m:ctrlPr>
                          </m:sSubSupPr>
                          <m:e>
                            <m:r>
                              <w:rPr>
                                <w:rFonts w:ascii="Cambria Math" w:eastAsia="Times New Roman" w:hAnsi="Cambria Math" w:cs="Times New Roman"/>
                                <w:sz w:val="22"/>
                                <w:lang w:val="pl-PL"/>
                              </w:rPr>
                              <m:t>w</m:t>
                            </m:r>
                          </m:e>
                          <m:sub>
                            <m:r>
                              <w:rPr>
                                <w:rFonts w:ascii="Cambria Math" w:eastAsia="Times New Roman" w:hAnsi="Cambria Math" w:cs="Times New Roman"/>
                                <w:sz w:val="22"/>
                              </w:rPr>
                              <m:t>r,i</m:t>
                            </m:r>
                          </m:sub>
                          <m:sup>
                            <m:d>
                              <m:dPr>
                                <m:begChr m:val="["/>
                                <m:endChr m:val="]"/>
                                <m:ctrlPr>
                                  <w:rPr>
                                    <w:rFonts w:ascii="Cambria Math" w:eastAsia="Times New Roman" w:hAnsi="Cambria Math" w:cs="Times New Roman"/>
                                    <w:i/>
                                    <w:iCs/>
                                    <w:sz w:val="22"/>
                                    <w:lang w:val="pl-PL"/>
                                  </w:rPr>
                                </m:ctrlPr>
                              </m:dPr>
                              <m:e>
                                <m:r>
                                  <w:rPr>
                                    <w:rFonts w:ascii="Cambria Math" w:eastAsia="Times New Roman" w:hAnsi="Cambria Math" w:cs="Times New Roman"/>
                                    <w:sz w:val="22"/>
                                    <w:lang w:val="pl-PL"/>
                                  </w:rPr>
                                  <m:t>l+1</m:t>
                                </m:r>
                              </m:e>
                            </m:d>
                          </m:sup>
                        </m:sSubSup>
                        <m:sSubSup>
                          <m:sSubSupPr>
                            <m:ctrlPr>
                              <w:rPr>
                                <w:rFonts w:ascii="Cambria Math" w:eastAsia="Times New Roman" w:hAnsi="Cambria Math" w:cs="Times New Roman"/>
                                <w:i/>
                                <w:iCs/>
                                <w:sz w:val="22"/>
                                <w:lang w:val="pl-PL"/>
                              </w:rPr>
                            </m:ctrlPr>
                          </m:sSubSupPr>
                          <m:e>
                            <m:r>
                              <w:rPr>
                                <w:rFonts w:ascii="Cambria Math" w:eastAsia="Times New Roman" w:hAnsi="Cambria Math" w:cs="Times New Roman"/>
                                <w:sz w:val="22"/>
                                <w:lang w:val="pl-PL"/>
                              </w:rPr>
                              <m:t>w</m:t>
                            </m:r>
                          </m:e>
                          <m:sub>
                            <m:r>
                              <w:rPr>
                                <w:rFonts w:ascii="Cambria Math" w:eastAsia="Times New Roman" w:hAnsi="Cambria Math" w:cs="Times New Roman"/>
                                <w:sz w:val="22"/>
                              </w:rPr>
                              <m:t>r,j</m:t>
                            </m:r>
                          </m:sub>
                          <m:sup>
                            <m:d>
                              <m:dPr>
                                <m:begChr m:val="["/>
                                <m:endChr m:val="]"/>
                                <m:ctrlPr>
                                  <w:rPr>
                                    <w:rFonts w:ascii="Cambria Math" w:eastAsia="Times New Roman" w:hAnsi="Cambria Math" w:cs="Times New Roman"/>
                                    <w:i/>
                                    <w:iCs/>
                                    <w:sz w:val="22"/>
                                    <w:lang w:val="pl-PL"/>
                                  </w:rPr>
                                </m:ctrlPr>
                              </m:dPr>
                              <m:e>
                                <m:r>
                                  <w:rPr>
                                    <w:rFonts w:ascii="Cambria Math" w:eastAsia="Times New Roman" w:hAnsi="Cambria Math" w:cs="Times New Roman"/>
                                    <w:sz w:val="22"/>
                                    <w:lang w:val="pl-PL"/>
                                  </w:rPr>
                                  <m:t>l+1</m:t>
                                </m:r>
                              </m:e>
                            </m:d>
                          </m:sup>
                        </m:sSubSup>
                        <m:sSubSup>
                          <m:sSubSupPr>
                            <m:ctrlPr>
                              <w:rPr>
                                <w:rFonts w:ascii="Cambria Math" w:eastAsia="Times New Roman" w:hAnsi="Cambria Math" w:cs="Times New Roman"/>
                                <w:i/>
                                <w:iCs/>
                                <w:sz w:val="22"/>
                                <w:lang w:val="pl-PL"/>
                              </w:rPr>
                            </m:ctrlPr>
                          </m:sSubSupPr>
                          <m:e>
                            <m:r>
                              <w:rPr>
                                <w:rFonts w:ascii="Cambria Math" w:eastAsia="Times New Roman" w:hAnsi="Cambria Math" w:cs="Times New Roman"/>
                                <w:sz w:val="22"/>
                                <w:lang w:val="pl-PL"/>
                              </w:rPr>
                              <m:t>a</m:t>
                            </m:r>
                          </m:e>
                          <m:sub>
                            <m:r>
                              <w:rPr>
                                <w:rFonts w:ascii="Cambria Math" w:eastAsia="Times New Roman" w:hAnsi="Cambria Math" w:cs="Times New Roman"/>
                                <w:sz w:val="22"/>
                              </w:rPr>
                              <m:t>i,k</m:t>
                            </m:r>
                            <m:ctrlPr>
                              <w:rPr>
                                <w:rFonts w:ascii="Cambria Math" w:eastAsia="Times New Roman" w:hAnsi="Cambria Math" w:cs="Times New Roman"/>
                                <w:i/>
                                <w:iCs/>
                                <w:sz w:val="22"/>
                              </w:rPr>
                            </m:ctrlPr>
                          </m:sub>
                          <m:sup>
                            <m:d>
                              <m:dPr>
                                <m:begChr m:val="["/>
                                <m:endChr m:val="]"/>
                                <m:ctrlPr>
                                  <w:rPr>
                                    <w:rFonts w:ascii="Cambria Math" w:eastAsia="Times New Roman" w:hAnsi="Cambria Math" w:cs="Times New Roman"/>
                                    <w:i/>
                                    <w:iCs/>
                                    <w:sz w:val="22"/>
                                    <w:lang w:val="pl-PL"/>
                                  </w:rPr>
                                </m:ctrlPr>
                              </m:dPr>
                              <m:e>
                                <m:r>
                                  <w:rPr>
                                    <w:rFonts w:ascii="Cambria Math" w:eastAsia="Times New Roman" w:hAnsi="Cambria Math" w:cs="Times New Roman"/>
                                    <w:sz w:val="22"/>
                                    <w:lang w:val="pl-PL"/>
                                  </w:rPr>
                                  <m:t>l</m:t>
                                </m:r>
                              </m:e>
                            </m:d>
                          </m:sup>
                        </m:sSubSup>
                        <m:sSubSup>
                          <m:sSubSupPr>
                            <m:ctrlPr>
                              <w:rPr>
                                <w:rFonts w:ascii="Cambria Math" w:eastAsia="Times New Roman" w:hAnsi="Cambria Math" w:cs="Times New Roman"/>
                                <w:i/>
                                <w:iCs/>
                                <w:sz w:val="22"/>
                              </w:rPr>
                            </m:ctrlPr>
                          </m:sSubSupPr>
                          <m:e>
                            <m:r>
                              <w:rPr>
                                <w:rFonts w:ascii="Cambria Math" w:eastAsia="Times New Roman" w:hAnsi="Cambria Math" w:cs="Times New Roman"/>
                                <w:sz w:val="22"/>
                              </w:rPr>
                              <m:t>a</m:t>
                            </m:r>
                          </m:e>
                          <m:sub>
                            <m:r>
                              <w:rPr>
                                <w:rFonts w:ascii="Cambria Math" w:eastAsia="Times New Roman" w:hAnsi="Cambria Math" w:cs="Times New Roman"/>
                                <w:sz w:val="22"/>
                              </w:rPr>
                              <m:t>j,k</m:t>
                            </m:r>
                          </m:sub>
                          <m:sup>
                            <m:d>
                              <m:dPr>
                                <m:begChr m:val="["/>
                                <m:endChr m:val="]"/>
                                <m:ctrlPr>
                                  <w:rPr>
                                    <w:rFonts w:ascii="Cambria Math" w:eastAsia="Times New Roman" w:hAnsi="Cambria Math" w:cs="Times New Roman"/>
                                    <w:i/>
                                    <w:iCs/>
                                    <w:sz w:val="22"/>
                                  </w:rPr>
                                </m:ctrlPr>
                              </m:dPr>
                              <m:e>
                                <m:r>
                                  <w:rPr>
                                    <w:rFonts w:ascii="Cambria Math" w:eastAsia="Times New Roman" w:hAnsi="Cambria Math" w:cs="Times New Roman"/>
                                    <w:sz w:val="22"/>
                                  </w:rPr>
                                  <m:t>l</m:t>
                                </m:r>
                              </m:e>
                            </m:d>
                          </m:sup>
                        </m:sSubSup>
                      </m:e>
                    </m:nary>
                  </m:e>
                </m:nary>
              </m:oMath>
            </m:oMathPara>
          </w:p>
        </w:tc>
        <w:tc>
          <w:tcPr>
            <w:tcW w:w="625" w:type="dxa"/>
            <w:vAlign w:val="center"/>
          </w:tcPr>
          <w:p w14:paraId="58400AB1" w14:textId="36248DDF" w:rsidR="00516C40" w:rsidRDefault="00552AE0" w:rsidP="00552AE0">
            <w:pPr>
              <w:jc w:val="center"/>
              <w:rPr>
                <w:iCs/>
                <w:sz w:val="22"/>
              </w:rPr>
            </w:pPr>
            <w:r>
              <w:rPr>
                <w:iCs/>
                <w:sz w:val="22"/>
              </w:rPr>
              <w:fldChar w:fldCharType="begin"/>
            </w:r>
            <w:r>
              <w:rPr>
                <w:iCs/>
                <w:sz w:val="22"/>
              </w:rPr>
              <w:instrText xml:space="preserve"> </w:instrText>
            </w:r>
            <w:r w:rsidRPr="00552AE0">
              <w:rPr>
                <w:iCs/>
                <w:sz w:val="22"/>
              </w:rPr>
              <w:instrText>SEQ eq \* ARABIC</w:instrText>
            </w:r>
            <w:r>
              <w:rPr>
                <w:iCs/>
                <w:sz w:val="22"/>
              </w:rPr>
              <w:instrText xml:space="preserve"> </w:instrText>
            </w:r>
            <w:r>
              <w:rPr>
                <w:iCs/>
                <w:sz w:val="22"/>
              </w:rPr>
              <w:fldChar w:fldCharType="separate"/>
            </w:r>
            <w:r>
              <w:rPr>
                <w:iCs/>
                <w:noProof/>
                <w:sz w:val="22"/>
              </w:rPr>
              <w:t>22</w:t>
            </w:r>
            <w:r>
              <w:rPr>
                <w:iCs/>
                <w:sz w:val="22"/>
              </w:rPr>
              <w:fldChar w:fldCharType="end"/>
            </w:r>
          </w:p>
        </w:tc>
      </w:tr>
    </w:tbl>
    <w:p w14:paraId="68401A0B" w14:textId="77777777" w:rsidR="00516C40" w:rsidRDefault="00516C40" w:rsidP="00CD1F32">
      <w:pPr>
        <w:rPr>
          <w:iCs/>
          <w:sz w:val="22"/>
        </w:rPr>
      </w:pPr>
    </w:p>
    <w:p w14:paraId="79545CF3" w14:textId="1BC6C2FA" w:rsidR="00F93411" w:rsidRDefault="000A63B3" w:rsidP="00F93411">
      <w:pPr>
        <w:rPr>
          <w:rFonts w:cs="Times New Roman"/>
          <w:sz w:val="22"/>
        </w:rPr>
      </w:pPr>
      <w:r>
        <w:rPr>
          <w:rFonts w:cs="Times New Roman"/>
          <w:sz w:val="22"/>
        </w:rPr>
        <w:t>e</w:t>
      </w:r>
      <w:r w:rsidR="00CD1F32">
        <w:rPr>
          <w:rFonts w:cs="Times New Roman"/>
          <w:sz w:val="22"/>
        </w:rPr>
        <w:t xml:space="preserve">ncodes the interaction between neurons </w:t>
      </w:r>
      <m:oMath>
        <m:r>
          <w:rPr>
            <w:rFonts w:ascii="Cambria Math" w:hAnsi="Cambria Math" w:cs="Times New Roman"/>
            <w:sz w:val="22"/>
          </w:rPr>
          <m:t>i</m:t>
        </m:r>
      </m:oMath>
      <w:r w:rsidR="00CD1F32">
        <w:rPr>
          <w:rFonts w:cs="Times New Roman"/>
          <w:sz w:val="22"/>
        </w:rPr>
        <w:t xml:space="preserve"> and </w:t>
      </w:r>
      <m:oMath>
        <m:r>
          <w:rPr>
            <w:rFonts w:ascii="Cambria Math" w:hAnsi="Cambria Math" w:cs="Times New Roman"/>
            <w:sz w:val="22"/>
          </w:rPr>
          <m:t>j</m:t>
        </m:r>
      </m:oMath>
      <w:r w:rsidR="00CD1F32">
        <w:rPr>
          <w:rFonts w:cs="Times New Roman"/>
          <w:sz w:val="22"/>
        </w:rPr>
        <w:t xml:space="preserve"> as transmitted to the next layer. Expanding and simplifying, dropping constants, gives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90"/>
        <w:gridCol w:w="625"/>
      </w:tblGrid>
      <w:tr w:rsidR="00516C40" w14:paraId="59752690" w14:textId="77777777" w:rsidTr="00552AE0">
        <w:tc>
          <w:tcPr>
            <w:tcW w:w="535" w:type="dxa"/>
            <w:vAlign w:val="center"/>
          </w:tcPr>
          <w:p w14:paraId="606B42FF" w14:textId="77777777" w:rsidR="00516C40" w:rsidRDefault="00516C40" w:rsidP="00552AE0">
            <w:pPr>
              <w:jc w:val="center"/>
              <w:rPr>
                <w:rFonts w:cs="Times New Roman"/>
                <w:sz w:val="22"/>
              </w:rPr>
            </w:pPr>
          </w:p>
        </w:tc>
        <w:tc>
          <w:tcPr>
            <w:tcW w:w="8190" w:type="dxa"/>
            <w:vAlign w:val="center"/>
          </w:tcPr>
          <w:p w14:paraId="0DF61DBC" w14:textId="1306F450" w:rsidR="00516C40" w:rsidRDefault="00000000" w:rsidP="00552AE0">
            <w:pPr>
              <w:jc w:val="center"/>
              <w:rPr>
                <w:rFonts w:cs="Times New Roman"/>
                <w:sz w:val="22"/>
              </w:rPr>
            </w:pPr>
            <m:oMathPara>
              <m:oMath>
                <m:sSub>
                  <m:sSubPr>
                    <m:ctrlPr>
                      <w:rPr>
                        <w:rFonts w:ascii="Cambria Math" w:hAnsi="Cambria Math"/>
                        <w:i/>
                        <w:iCs/>
                        <w:color w:val="000000" w:themeColor="text1"/>
                        <w:kern w:val="24"/>
                        <w:sz w:val="22"/>
                      </w:rPr>
                    </m:ctrlPr>
                  </m:sSubPr>
                  <m:e>
                    <m:r>
                      <w:rPr>
                        <w:rFonts w:ascii="Cambria Math" w:hAnsi="Cambria Math"/>
                        <w:color w:val="000000" w:themeColor="text1"/>
                        <w:kern w:val="24"/>
                        <w:sz w:val="22"/>
                      </w:rPr>
                      <m:t>E</m:t>
                    </m:r>
                  </m:e>
                  <m:sub>
                    <m:r>
                      <w:rPr>
                        <w:rFonts w:ascii="Cambria Math" w:hAnsi="Cambria Math"/>
                        <w:color w:val="000000" w:themeColor="text1"/>
                        <w:kern w:val="24"/>
                        <w:sz w:val="22"/>
                      </w:rPr>
                      <m:t>[l+1]</m:t>
                    </m:r>
                  </m:sub>
                </m:sSub>
                <m:d>
                  <m:dPr>
                    <m:ctrlPr>
                      <w:rPr>
                        <w:rFonts w:ascii="Cambria Math" w:hAnsi="Cambria Math"/>
                        <w:i/>
                        <w:iCs/>
                        <w:color w:val="000000" w:themeColor="text1"/>
                        <w:kern w:val="24"/>
                        <w:sz w:val="22"/>
                      </w:rPr>
                    </m:ctrlPr>
                  </m:dPr>
                  <m:e>
                    <m:r>
                      <m:rPr>
                        <m:sty m:val="bi"/>
                      </m:rPr>
                      <w:rPr>
                        <w:rFonts w:ascii="Cambria Math" w:hAnsi="Cambria Math"/>
                        <w:color w:val="000000" w:themeColor="text1"/>
                        <w:kern w:val="24"/>
                        <w:sz w:val="22"/>
                      </w:rPr>
                      <m:t>β</m:t>
                    </m:r>
                  </m:e>
                </m:d>
                <m:r>
                  <w:rPr>
                    <w:rFonts w:ascii="Cambria Math" w:hAnsi="Cambria Math" w:cs="Times New Roman"/>
                    <w:color w:val="000000" w:themeColor="text1"/>
                    <w:kern w:val="24"/>
                    <w:sz w:val="22"/>
                  </w:rPr>
                  <m:t>=</m:t>
                </m:r>
                <m:r>
                  <w:rPr>
                    <w:rFonts w:ascii="Cambria Math" w:eastAsia="Times New Roman" w:hAnsi="Cambria Math" w:cs="Times New Roman"/>
                    <w:sz w:val="22"/>
                  </w:rPr>
                  <m:t>2</m:t>
                </m:r>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i=1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sSub>
                      <m:sSubPr>
                        <m:ctrlPr>
                          <w:rPr>
                            <w:rFonts w:ascii="Cambria Math" w:eastAsia="Times New Roman" w:hAnsi="Cambria Math" w:cs="Times New Roman"/>
                            <w:i/>
                            <w:iCs/>
                            <w:sz w:val="22"/>
                          </w:rPr>
                        </m:ctrlPr>
                      </m:sSubPr>
                      <m:e>
                        <m:r>
                          <w:rPr>
                            <w:rFonts w:ascii="Cambria Math" w:eastAsia="Times New Roman" w:hAnsi="Cambria Math" w:cs="Times New Roman"/>
                            <w:sz w:val="22"/>
                          </w:rPr>
                          <m:t>β</m:t>
                        </m:r>
                      </m:e>
                      <m:sub>
                        <m:r>
                          <w:rPr>
                            <w:rFonts w:ascii="Cambria Math" w:eastAsia="Times New Roman" w:hAnsi="Cambria Math" w:cs="Times New Roman"/>
                            <w:sz w:val="22"/>
                          </w:rPr>
                          <m:t>i</m:t>
                        </m:r>
                      </m:sub>
                    </m:sSub>
                  </m:e>
                </m:nary>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j=1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sSub>
                      <m:sSubPr>
                        <m:ctrlPr>
                          <w:rPr>
                            <w:rFonts w:ascii="Cambria Math" w:eastAsia="Times New Roman" w:hAnsi="Cambria Math" w:cs="Times New Roman"/>
                            <w:i/>
                            <w:iCs/>
                            <w:sz w:val="22"/>
                          </w:rPr>
                        </m:ctrlPr>
                      </m:sSubPr>
                      <m:e>
                        <m:r>
                          <w:rPr>
                            <w:rFonts w:ascii="Cambria Math" w:eastAsia="Times New Roman" w:hAnsi="Cambria Math" w:cs="Times New Roman"/>
                            <w:sz w:val="22"/>
                          </w:rPr>
                          <m:t>M</m:t>
                        </m:r>
                      </m:e>
                      <m:sub>
                        <m:r>
                          <w:rPr>
                            <w:rFonts w:ascii="Cambria Math" w:eastAsia="Times New Roman" w:hAnsi="Cambria Math" w:cs="Times New Roman"/>
                            <w:sz w:val="22"/>
                          </w:rPr>
                          <m:t>i,j</m:t>
                        </m:r>
                      </m:sub>
                    </m:sSub>
                  </m:e>
                </m:nary>
                <m:r>
                  <w:rPr>
                    <w:rFonts w:ascii="Cambria Math" w:eastAsia="Times New Roman" w:hAnsi="Cambria Math" w:cs="Times New Roman"/>
                    <w:sz w:val="22"/>
                  </w:rPr>
                  <m:t>+</m:t>
                </m:r>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i=1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nary>
                      <m:naryPr>
                        <m:chr m:val="∑"/>
                        <m:ctrlPr>
                          <w:rPr>
                            <w:rFonts w:ascii="Cambria Math" w:eastAsia="Times New Roman" w:hAnsi="Cambria Math" w:cs="Times New Roman"/>
                            <w:i/>
                            <w:iCs/>
                            <w:sz w:val="22"/>
                          </w:rPr>
                        </m:ctrlPr>
                      </m:naryPr>
                      <m:sub>
                        <m:r>
                          <w:rPr>
                            <w:rFonts w:ascii="Cambria Math" w:eastAsia="Times New Roman" w:hAnsi="Cambria Math" w:cs="Times New Roman"/>
                            <w:sz w:val="22"/>
                          </w:rPr>
                          <m:t>j=1</m:t>
                        </m:r>
                      </m:sub>
                      <m:sup>
                        <m:sSub>
                          <m:sSubPr>
                            <m:ctrlPr>
                              <w:rPr>
                                <w:rFonts w:ascii="Cambria Math" w:eastAsia="Times New Roman" w:hAnsi="Cambria Math" w:cs="Times New Roman"/>
                                <w:i/>
                                <w:iCs/>
                                <w:sz w:val="22"/>
                              </w:rPr>
                            </m:ctrlPr>
                          </m:sSubPr>
                          <m:e>
                            <m:r>
                              <w:rPr>
                                <w:rFonts w:ascii="Cambria Math" w:eastAsia="Times New Roman" w:hAnsi="Cambria Math" w:cs="Times New Roman"/>
                                <w:sz w:val="22"/>
                              </w:rPr>
                              <m:t>n</m:t>
                            </m:r>
                          </m:e>
                          <m:sub>
                            <m:r>
                              <w:rPr>
                                <w:rFonts w:ascii="Cambria Math" w:eastAsia="Times New Roman" w:hAnsi="Cambria Math" w:cs="Times New Roman"/>
                                <w:sz w:val="22"/>
                              </w:rPr>
                              <m:t>l</m:t>
                            </m:r>
                          </m:sub>
                        </m:sSub>
                      </m:sup>
                      <m:e>
                        <m:sSub>
                          <m:sSubPr>
                            <m:ctrlPr>
                              <w:rPr>
                                <w:rFonts w:ascii="Cambria Math" w:eastAsia="Times New Roman" w:hAnsi="Cambria Math" w:cs="Times New Roman"/>
                                <w:i/>
                                <w:iCs/>
                                <w:sz w:val="22"/>
                                <w:lang w:val="pl-PL"/>
                              </w:rPr>
                            </m:ctrlPr>
                          </m:sSubPr>
                          <m:e>
                            <m:r>
                              <w:rPr>
                                <w:rFonts w:ascii="Cambria Math" w:eastAsia="Times New Roman" w:hAnsi="Cambria Math" w:cs="Times New Roman"/>
                                <w:sz w:val="22"/>
                                <w:lang w:val="pl-PL"/>
                              </w:rPr>
                              <m:t>M</m:t>
                            </m:r>
                          </m:e>
                          <m:sub>
                            <m:r>
                              <w:rPr>
                                <w:rFonts w:ascii="Cambria Math" w:eastAsia="Times New Roman" w:hAnsi="Cambria Math" w:cs="Times New Roman"/>
                                <w:sz w:val="22"/>
                                <w:lang w:val="pl-PL"/>
                              </w:rPr>
                              <m:t>i,j</m:t>
                            </m:r>
                          </m:sub>
                        </m:sSub>
                        <m:sSub>
                          <m:sSubPr>
                            <m:ctrlPr>
                              <w:rPr>
                                <w:rFonts w:ascii="Cambria Math" w:eastAsia="Times New Roman" w:hAnsi="Cambria Math" w:cs="Times New Roman"/>
                                <w:i/>
                                <w:iCs/>
                                <w:sz w:val="22"/>
                                <w:lang w:val="pl-PL"/>
                              </w:rPr>
                            </m:ctrlPr>
                          </m:sSubPr>
                          <m:e>
                            <m:r>
                              <w:rPr>
                                <w:rFonts w:ascii="Cambria Math" w:eastAsia="Times New Roman" w:hAnsi="Cambria Math" w:cs="Times New Roman"/>
                                <w:sz w:val="22"/>
                                <w:lang w:val="pl-PL"/>
                              </w:rPr>
                              <m:t>β</m:t>
                            </m:r>
                          </m:e>
                          <m:sub>
                            <m:r>
                              <w:rPr>
                                <w:rFonts w:ascii="Cambria Math" w:eastAsia="Times New Roman" w:hAnsi="Cambria Math" w:cs="Times New Roman"/>
                                <w:sz w:val="22"/>
                                <w:lang w:val="pl-PL"/>
                              </w:rPr>
                              <m:t>i</m:t>
                            </m:r>
                          </m:sub>
                        </m:sSub>
                        <m:sSub>
                          <m:sSubPr>
                            <m:ctrlPr>
                              <w:rPr>
                                <w:rFonts w:ascii="Cambria Math" w:eastAsia="Times New Roman" w:hAnsi="Cambria Math" w:cs="Times New Roman"/>
                                <w:i/>
                                <w:iCs/>
                                <w:sz w:val="22"/>
                                <w:lang w:val="pl-PL"/>
                              </w:rPr>
                            </m:ctrlPr>
                          </m:sSubPr>
                          <m:e>
                            <m:r>
                              <w:rPr>
                                <w:rFonts w:ascii="Cambria Math" w:eastAsia="Times New Roman" w:hAnsi="Cambria Math" w:cs="Times New Roman"/>
                                <w:sz w:val="22"/>
                                <w:lang w:val="pl-PL"/>
                              </w:rPr>
                              <m:t>β</m:t>
                            </m:r>
                          </m:e>
                          <m:sub>
                            <m:r>
                              <w:rPr>
                                <w:rFonts w:ascii="Cambria Math" w:eastAsia="Times New Roman" w:hAnsi="Cambria Math" w:cs="Times New Roman"/>
                                <w:sz w:val="22"/>
                                <w:lang w:val="pl-PL"/>
                              </w:rPr>
                              <m:t>j</m:t>
                            </m:r>
                          </m:sub>
                        </m:sSub>
                      </m:e>
                    </m:nary>
                  </m:e>
                </m:nary>
              </m:oMath>
            </m:oMathPara>
          </w:p>
        </w:tc>
        <w:tc>
          <w:tcPr>
            <w:tcW w:w="625" w:type="dxa"/>
            <w:vAlign w:val="center"/>
          </w:tcPr>
          <w:p w14:paraId="35DF7AC2" w14:textId="06A21503" w:rsidR="00516C40" w:rsidRDefault="00552AE0" w:rsidP="00552AE0">
            <w:pPr>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23</w:t>
            </w:r>
            <w:r>
              <w:rPr>
                <w:rFonts w:cs="Times New Roman"/>
                <w:sz w:val="22"/>
              </w:rPr>
              <w:fldChar w:fldCharType="end"/>
            </w:r>
          </w:p>
        </w:tc>
      </w:tr>
    </w:tbl>
    <w:p w14:paraId="469754BD" w14:textId="77777777" w:rsidR="00516C40" w:rsidRDefault="00516C40" w:rsidP="00F93411">
      <w:pPr>
        <w:rPr>
          <w:rFonts w:cs="Times New Roman"/>
          <w:sz w:val="22"/>
        </w:rPr>
      </w:pPr>
    </w:p>
    <w:p w14:paraId="2A56CF05" w14:textId="2732E794" w:rsidR="00F93411" w:rsidRPr="000A63B3" w:rsidRDefault="000A63B3" w:rsidP="00F93411">
      <w:pPr>
        <w:pStyle w:val="ListParagraph"/>
        <w:numPr>
          <w:ilvl w:val="0"/>
          <w:numId w:val="3"/>
        </w:numPr>
        <w:rPr>
          <w:rFonts w:cs="Times New Roman"/>
          <w:b/>
          <w:bCs/>
          <w:sz w:val="22"/>
        </w:rPr>
      </w:pPr>
      <w:r w:rsidRPr="000A63B3">
        <w:rPr>
          <w:rFonts w:cs="Times New Roman"/>
          <w:b/>
          <w:bCs/>
          <w:sz w:val="22"/>
        </w:rPr>
        <w:t>Cardinality Constraint</w:t>
      </w:r>
    </w:p>
    <w:p w14:paraId="3665DCDE" w14:textId="5E420104" w:rsidR="000A63B3" w:rsidRDefault="000A63B3" w:rsidP="000A63B3">
      <w:pPr>
        <w:rPr>
          <w:rFonts w:cs="Times New Roman"/>
          <w:sz w:val="22"/>
        </w:rPr>
      </w:pPr>
      <w:r>
        <w:rPr>
          <w:rFonts w:cs="Times New Roman"/>
          <w:sz w:val="22"/>
        </w:rPr>
        <w:t xml:space="preserve">To prune exactly </w:t>
      </w:r>
      <m:oMath>
        <m:r>
          <w:rPr>
            <w:rFonts w:ascii="Cambria Math" w:hAnsi="Cambria Math" w:cs="Times New Roman"/>
            <w:sz w:val="22"/>
          </w:rPr>
          <m:t>k</m:t>
        </m:r>
      </m:oMath>
      <w:r>
        <w:rPr>
          <w:rFonts w:cs="Times New Roman"/>
          <w:sz w:val="22"/>
        </w:rPr>
        <w:t xml:space="preserve"> neurons, a quadratic penalty term is added: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90"/>
        <w:gridCol w:w="625"/>
      </w:tblGrid>
      <w:tr w:rsidR="00516C40" w14:paraId="47C98E4A" w14:textId="77777777" w:rsidTr="00552AE0">
        <w:tc>
          <w:tcPr>
            <w:tcW w:w="535" w:type="dxa"/>
            <w:vAlign w:val="center"/>
          </w:tcPr>
          <w:p w14:paraId="01E4743A" w14:textId="77777777" w:rsidR="00516C40" w:rsidRDefault="00516C40" w:rsidP="00552AE0">
            <w:pPr>
              <w:jc w:val="center"/>
              <w:rPr>
                <w:rFonts w:cs="Times New Roman"/>
                <w:sz w:val="22"/>
              </w:rPr>
            </w:pPr>
          </w:p>
        </w:tc>
        <w:tc>
          <w:tcPr>
            <w:tcW w:w="8190" w:type="dxa"/>
            <w:vAlign w:val="center"/>
          </w:tcPr>
          <w:p w14:paraId="344B77C3" w14:textId="0E909C05" w:rsidR="00516C40" w:rsidRPr="00552AE0" w:rsidRDefault="00000000" w:rsidP="00552AE0">
            <w:pPr>
              <w:jc w:val="center"/>
              <w:rPr>
                <w:iCs/>
                <w:sz w:val="22"/>
              </w:rPr>
            </w:pPr>
            <m:oMathPara>
              <m:oMath>
                <m:sSub>
                  <m:sSubPr>
                    <m:ctrlPr>
                      <w:rPr>
                        <w:rFonts w:ascii="Cambria Math" w:hAnsi="Cambria Math"/>
                        <w:i/>
                        <w:iCs/>
                        <w:sz w:val="22"/>
                      </w:rPr>
                    </m:ctrlPr>
                  </m:sSubPr>
                  <m:e>
                    <m:r>
                      <w:rPr>
                        <w:rFonts w:ascii="Cambria Math" w:hAnsi="Cambria Math"/>
                        <w:sz w:val="22"/>
                      </w:rPr>
                      <m:t>E</m:t>
                    </m:r>
                  </m:e>
                  <m:sub>
                    <m:r>
                      <m:rPr>
                        <m:sty m:val="p"/>
                      </m:rPr>
                      <w:rPr>
                        <w:rFonts w:ascii="Cambria Math" w:hAnsi="Cambria Math"/>
                        <w:sz w:val="22"/>
                      </w:rPr>
                      <m:t>penalization</m:t>
                    </m:r>
                  </m:sub>
                </m:sSub>
                <m:d>
                  <m:dPr>
                    <m:ctrlPr>
                      <w:rPr>
                        <w:rFonts w:ascii="Cambria Math" w:hAnsi="Cambria Math"/>
                        <w:i/>
                        <w:iCs/>
                        <w:sz w:val="22"/>
                      </w:rPr>
                    </m:ctrlPr>
                  </m:dPr>
                  <m:e>
                    <m:r>
                      <m:rPr>
                        <m:sty m:val="bi"/>
                      </m:rPr>
                      <w:rPr>
                        <w:rFonts w:ascii="Cambria Math" w:hAnsi="Cambria Math"/>
                        <w:sz w:val="22"/>
                      </w:rPr>
                      <m:t>β</m:t>
                    </m:r>
                  </m:e>
                </m:d>
                <m:r>
                  <w:rPr>
                    <w:rFonts w:ascii="Cambria Math" w:hAnsi="Cambria Math"/>
                    <w:sz w:val="22"/>
                  </w:rPr>
                  <m:t>=</m:t>
                </m:r>
                <m:sSup>
                  <m:sSupPr>
                    <m:ctrlPr>
                      <w:rPr>
                        <w:rFonts w:ascii="Cambria Math" w:hAnsi="Cambria Math"/>
                        <w:i/>
                        <w:iCs/>
                        <w:sz w:val="22"/>
                      </w:rPr>
                    </m:ctrlPr>
                  </m:sSupPr>
                  <m:e>
                    <m:r>
                      <w:rPr>
                        <w:rFonts w:ascii="Cambria Math" w:hAnsi="Cambria Math"/>
                        <w:sz w:val="22"/>
                      </w:rPr>
                      <m:t>λ</m:t>
                    </m:r>
                    <m:d>
                      <m:dPr>
                        <m:ctrlPr>
                          <w:rPr>
                            <w:rFonts w:ascii="Cambria Math" w:hAnsi="Cambria Math"/>
                            <w:i/>
                            <w:iCs/>
                            <w:sz w:val="22"/>
                          </w:rPr>
                        </m:ctrlPr>
                      </m:dPr>
                      <m:e>
                        <m:nary>
                          <m:naryPr>
                            <m:chr m:val="∑"/>
                            <m:ctrlPr>
                              <w:rPr>
                                <w:rFonts w:ascii="Cambria Math" w:hAnsi="Cambria Math"/>
                                <w:i/>
                                <w:iCs/>
                                <w:sz w:val="22"/>
                              </w:rPr>
                            </m:ctrlPr>
                          </m:naryPr>
                          <m:sub>
                            <m:r>
                              <w:rPr>
                                <w:rFonts w:ascii="Cambria Math" w:hAnsi="Cambria Math"/>
                                <w:sz w:val="22"/>
                              </w:rPr>
                              <m:t>i=1</m:t>
                            </m:r>
                          </m:sub>
                          <m:sup>
                            <m:r>
                              <w:rPr>
                                <w:rFonts w:ascii="Cambria Math" w:hAnsi="Cambria Math"/>
                                <w:sz w:val="22"/>
                              </w:rPr>
                              <m:t>m</m:t>
                            </m:r>
                          </m:sup>
                          <m:e>
                            <m:sSub>
                              <m:sSubPr>
                                <m:ctrlPr>
                                  <w:rPr>
                                    <w:rFonts w:ascii="Cambria Math" w:hAnsi="Cambria Math"/>
                                    <w:i/>
                                    <w:iCs/>
                                    <w:sz w:val="22"/>
                                  </w:rPr>
                                </m:ctrlPr>
                              </m:sSubPr>
                              <m:e>
                                <m:r>
                                  <w:rPr>
                                    <w:rFonts w:ascii="Cambria Math" w:hAnsi="Cambria Math"/>
                                    <w:sz w:val="22"/>
                                  </w:rPr>
                                  <m:t>β</m:t>
                                </m:r>
                              </m:e>
                              <m:sub>
                                <m:r>
                                  <w:rPr>
                                    <w:rFonts w:ascii="Cambria Math" w:hAnsi="Cambria Math"/>
                                    <w:sz w:val="22"/>
                                  </w:rPr>
                                  <m:t>i</m:t>
                                </m:r>
                              </m:sub>
                            </m:sSub>
                            <m:r>
                              <w:rPr>
                                <w:rFonts w:ascii="Cambria Math" w:hAnsi="Cambria Math"/>
                                <w:sz w:val="22"/>
                              </w:rPr>
                              <m:t>-k</m:t>
                            </m:r>
                          </m:e>
                        </m:nary>
                      </m:e>
                    </m:d>
                  </m:e>
                  <m:sup>
                    <m:r>
                      <w:rPr>
                        <w:rFonts w:ascii="Cambria Math" w:hAnsi="Cambria Math"/>
                        <w:sz w:val="22"/>
                      </w:rPr>
                      <m:t>2</m:t>
                    </m:r>
                  </m:sup>
                </m:sSup>
                <m:r>
                  <w:rPr>
                    <w:rFonts w:ascii="Cambria Math" w:hAnsi="Cambria Math"/>
                    <w:sz w:val="22"/>
                  </w:rPr>
                  <m:t>=λ</m:t>
                </m:r>
                <m:d>
                  <m:dPr>
                    <m:ctrlPr>
                      <w:rPr>
                        <w:rFonts w:ascii="Cambria Math" w:hAnsi="Cambria Math"/>
                        <w:i/>
                        <w:iCs/>
                        <w:sz w:val="22"/>
                      </w:rPr>
                    </m:ctrlPr>
                  </m:dPr>
                  <m:e>
                    <m:r>
                      <w:rPr>
                        <w:rFonts w:ascii="Cambria Math" w:hAnsi="Cambria Math"/>
                        <w:sz w:val="22"/>
                      </w:rPr>
                      <m:t>1-2k</m:t>
                    </m:r>
                  </m:e>
                </m:d>
                <m:nary>
                  <m:naryPr>
                    <m:chr m:val="∑"/>
                    <m:ctrlPr>
                      <w:rPr>
                        <w:rFonts w:ascii="Cambria Math" w:hAnsi="Cambria Math"/>
                        <w:i/>
                        <w:iCs/>
                        <w:sz w:val="22"/>
                      </w:rPr>
                    </m:ctrlPr>
                  </m:naryPr>
                  <m:sub>
                    <m:r>
                      <w:rPr>
                        <w:rFonts w:ascii="Cambria Math" w:hAnsi="Cambria Math"/>
                        <w:sz w:val="22"/>
                      </w:rPr>
                      <m:t>i=1</m:t>
                    </m:r>
                  </m:sub>
                  <m:sup>
                    <m:r>
                      <w:rPr>
                        <w:rFonts w:ascii="Cambria Math" w:hAnsi="Cambria Math"/>
                        <w:sz w:val="22"/>
                      </w:rPr>
                      <m:t>m</m:t>
                    </m:r>
                  </m:sup>
                  <m:e>
                    <m:sSub>
                      <m:sSubPr>
                        <m:ctrlPr>
                          <w:rPr>
                            <w:rFonts w:ascii="Cambria Math" w:hAnsi="Cambria Math"/>
                            <w:i/>
                            <w:iCs/>
                            <w:sz w:val="22"/>
                          </w:rPr>
                        </m:ctrlPr>
                      </m:sSubPr>
                      <m:e>
                        <m:r>
                          <w:rPr>
                            <w:rFonts w:ascii="Cambria Math" w:hAnsi="Cambria Math"/>
                            <w:sz w:val="22"/>
                          </w:rPr>
                          <m:t>β</m:t>
                        </m:r>
                      </m:e>
                      <m:sub>
                        <m:r>
                          <w:rPr>
                            <w:rFonts w:ascii="Cambria Math" w:hAnsi="Cambria Math"/>
                            <w:sz w:val="22"/>
                          </w:rPr>
                          <m:t>i</m:t>
                        </m:r>
                      </m:sub>
                    </m:sSub>
                    <m:r>
                      <w:rPr>
                        <w:rFonts w:ascii="Cambria Math" w:hAnsi="Cambria Math"/>
                        <w:sz w:val="22"/>
                      </w:rPr>
                      <m:t>+2λ</m:t>
                    </m:r>
                  </m:e>
                </m:nary>
                <m:nary>
                  <m:naryPr>
                    <m:chr m:val="∑"/>
                    <m:supHide m:val="1"/>
                    <m:ctrlPr>
                      <w:rPr>
                        <w:rFonts w:ascii="Cambria Math" w:hAnsi="Cambria Math"/>
                        <w:i/>
                        <w:iCs/>
                        <w:sz w:val="22"/>
                      </w:rPr>
                    </m:ctrlPr>
                  </m:naryPr>
                  <m:sub>
                    <m:r>
                      <w:rPr>
                        <w:rFonts w:ascii="Cambria Math" w:hAnsi="Cambria Math"/>
                        <w:sz w:val="22"/>
                      </w:rPr>
                      <m:t>i≤j</m:t>
                    </m:r>
                  </m:sub>
                  <m:sup/>
                  <m:e>
                    <m:sSub>
                      <m:sSubPr>
                        <m:ctrlPr>
                          <w:rPr>
                            <w:rFonts w:ascii="Cambria Math" w:hAnsi="Cambria Math"/>
                            <w:i/>
                            <w:iCs/>
                            <w:sz w:val="22"/>
                          </w:rPr>
                        </m:ctrlPr>
                      </m:sSubPr>
                      <m:e>
                        <m:r>
                          <w:rPr>
                            <w:rFonts w:ascii="Cambria Math" w:hAnsi="Cambria Math"/>
                            <w:sz w:val="22"/>
                          </w:rPr>
                          <m:t>β</m:t>
                        </m:r>
                      </m:e>
                      <m:sub>
                        <m:r>
                          <w:rPr>
                            <w:rFonts w:ascii="Cambria Math" w:hAnsi="Cambria Math"/>
                            <w:sz w:val="22"/>
                          </w:rPr>
                          <m:t>i</m:t>
                        </m:r>
                      </m:sub>
                    </m:sSub>
                    <m:sSub>
                      <m:sSubPr>
                        <m:ctrlPr>
                          <w:rPr>
                            <w:rFonts w:ascii="Cambria Math" w:hAnsi="Cambria Math"/>
                            <w:i/>
                            <w:iCs/>
                            <w:sz w:val="22"/>
                          </w:rPr>
                        </m:ctrlPr>
                      </m:sSubPr>
                      <m:e>
                        <m:r>
                          <w:rPr>
                            <w:rFonts w:ascii="Cambria Math" w:hAnsi="Cambria Math"/>
                            <w:sz w:val="22"/>
                          </w:rPr>
                          <m:t>β</m:t>
                        </m:r>
                      </m:e>
                      <m:sub>
                        <m:r>
                          <w:rPr>
                            <w:rFonts w:ascii="Cambria Math" w:hAnsi="Cambria Math"/>
                            <w:sz w:val="22"/>
                          </w:rPr>
                          <m:t>j</m:t>
                        </m:r>
                      </m:sub>
                    </m:sSub>
                  </m:e>
                </m:nary>
              </m:oMath>
            </m:oMathPara>
          </w:p>
        </w:tc>
        <w:tc>
          <w:tcPr>
            <w:tcW w:w="625" w:type="dxa"/>
            <w:vAlign w:val="center"/>
          </w:tcPr>
          <w:p w14:paraId="4E3E5181" w14:textId="4480D653" w:rsidR="00516C40" w:rsidRDefault="00552AE0" w:rsidP="00552AE0">
            <w:pPr>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24</w:t>
            </w:r>
            <w:r>
              <w:rPr>
                <w:rFonts w:cs="Times New Roman"/>
                <w:sz w:val="22"/>
              </w:rPr>
              <w:fldChar w:fldCharType="end"/>
            </w:r>
          </w:p>
        </w:tc>
      </w:tr>
    </w:tbl>
    <w:p w14:paraId="673E9597" w14:textId="77777777" w:rsidR="00516C40" w:rsidRDefault="00516C40" w:rsidP="000A63B3">
      <w:pPr>
        <w:rPr>
          <w:rFonts w:cs="Times New Roman"/>
          <w:sz w:val="22"/>
        </w:rPr>
      </w:pPr>
    </w:p>
    <w:p w14:paraId="64CD473B" w14:textId="17446DD2" w:rsidR="000A63B3" w:rsidRPr="000A63B3" w:rsidRDefault="0045129F" w:rsidP="000A63B3">
      <w:pPr>
        <w:rPr>
          <w:rFonts w:cs="Times New Roman"/>
          <w:sz w:val="22"/>
        </w:rPr>
      </w:pPr>
      <w:r>
        <w:rPr>
          <w:rFonts w:cs="Times New Roman"/>
          <w:sz w:val="22"/>
        </w:rPr>
        <w:t>w</w:t>
      </w:r>
      <w:r w:rsidR="000A63B3">
        <w:rPr>
          <w:rFonts w:cs="Times New Roman"/>
          <w:sz w:val="22"/>
        </w:rPr>
        <w:t>here the constant</w:t>
      </w:r>
      <w:r>
        <w:rPr>
          <w:rFonts w:cs="Times New Roman"/>
          <w:sz w:val="22"/>
        </w:rPr>
        <w:t>,</w:t>
      </w:r>
      <w:r w:rsidR="000A63B3">
        <w:rPr>
          <w:rFonts w:cs="Times New Roman"/>
          <w:sz w:val="22"/>
        </w:rPr>
        <w:t xml:space="preserve"> </w:t>
      </w:r>
      <m:oMath>
        <m:r>
          <w:rPr>
            <w:rFonts w:ascii="Cambria Math" w:hAnsi="Cambria Math" w:cs="Times New Roman"/>
            <w:sz w:val="22"/>
          </w:rPr>
          <m:t>λ</m:t>
        </m:r>
        <m:sSup>
          <m:sSupPr>
            <m:ctrlPr>
              <w:rPr>
                <w:rFonts w:ascii="Cambria Math" w:hAnsi="Cambria Math" w:cs="Times New Roman"/>
                <w:i/>
                <w:sz w:val="22"/>
              </w:rPr>
            </m:ctrlPr>
          </m:sSupPr>
          <m:e>
            <m:r>
              <w:rPr>
                <w:rFonts w:ascii="Cambria Math" w:hAnsi="Cambria Math" w:cs="Times New Roman"/>
                <w:sz w:val="22"/>
              </w:rPr>
              <m:t>k</m:t>
            </m:r>
          </m:e>
          <m:sup>
            <m:r>
              <w:rPr>
                <w:rFonts w:ascii="Cambria Math" w:hAnsi="Cambria Math" w:cs="Times New Roman"/>
                <w:sz w:val="22"/>
              </w:rPr>
              <m:t>2</m:t>
            </m:r>
          </m:sup>
        </m:sSup>
        <m:r>
          <w:rPr>
            <w:rFonts w:ascii="Cambria Math" w:hAnsi="Cambria Math" w:cs="Times New Roman"/>
            <w:sz w:val="22"/>
          </w:rPr>
          <m:t>,</m:t>
        </m:r>
      </m:oMath>
      <w:r w:rsidR="000A63B3">
        <w:rPr>
          <w:rFonts w:cs="Times New Roman"/>
          <w:sz w:val="22"/>
        </w:rPr>
        <w:t xml:space="preserve"> is omitted since it does not affect the optimization landscape.</w:t>
      </w:r>
    </w:p>
    <w:p w14:paraId="5BBDD4C2" w14:textId="342D736B" w:rsidR="000A63B3" w:rsidRPr="000A63B3" w:rsidRDefault="000A63B3" w:rsidP="00F93411">
      <w:pPr>
        <w:pStyle w:val="ListParagraph"/>
        <w:numPr>
          <w:ilvl w:val="0"/>
          <w:numId w:val="3"/>
        </w:numPr>
        <w:rPr>
          <w:rFonts w:cs="Times New Roman"/>
          <w:b/>
          <w:bCs/>
          <w:sz w:val="22"/>
        </w:rPr>
      </w:pPr>
      <w:r w:rsidRPr="000A63B3">
        <w:rPr>
          <w:rFonts w:cs="Times New Roman"/>
          <w:b/>
          <w:bCs/>
          <w:sz w:val="22"/>
        </w:rPr>
        <w:t>Final QUBO formulation</w:t>
      </w:r>
    </w:p>
    <w:p w14:paraId="0FEE069F" w14:textId="42F6EACC" w:rsidR="000A63B3" w:rsidRDefault="000A63B3" w:rsidP="000A63B3">
      <w:pPr>
        <w:rPr>
          <w:rFonts w:cs="Times New Roman"/>
          <w:sz w:val="22"/>
        </w:rPr>
      </w:pPr>
      <w:r>
        <w:rPr>
          <w:rFonts w:cs="Times New Roman"/>
          <w:sz w:val="22"/>
        </w:rPr>
        <w:t>Combining the three energy terms yields the final QUBO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90"/>
        <w:gridCol w:w="625"/>
      </w:tblGrid>
      <w:tr w:rsidR="00516C40" w14:paraId="7164D150" w14:textId="77777777" w:rsidTr="00552AE0">
        <w:tc>
          <w:tcPr>
            <w:tcW w:w="535" w:type="dxa"/>
            <w:vAlign w:val="center"/>
          </w:tcPr>
          <w:p w14:paraId="6CD1321B" w14:textId="77777777" w:rsidR="00516C40" w:rsidRDefault="00516C40" w:rsidP="00552AE0">
            <w:pPr>
              <w:jc w:val="center"/>
              <w:rPr>
                <w:rFonts w:cs="Times New Roman"/>
                <w:sz w:val="22"/>
              </w:rPr>
            </w:pPr>
          </w:p>
        </w:tc>
        <w:tc>
          <w:tcPr>
            <w:tcW w:w="8190" w:type="dxa"/>
            <w:vAlign w:val="center"/>
          </w:tcPr>
          <w:p w14:paraId="307C1591" w14:textId="4BF2BA65" w:rsidR="00516C40" w:rsidRPr="00552AE0" w:rsidRDefault="00000000" w:rsidP="00552AE0">
            <w:pPr>
              <w:jc w:val="center"/>
              <w:rPr>
                <w:rFonts w:cs="Times New Roman"/>
                <w:iCs/>
                <w:sz w:val="22"/>
              </w:rPr>
            </w:pPr>
            <m:oMathPara>
              <m:oMath>
                <m:sSub>
                  <m:sSubPr>
                    <m:ctrlPr>
                      <w:rPr>
                        <w:rFonts w:ascii="Cambria Math" w:hAnsi="Cambria Math" w:cs="Times New Roman"/>
                        <w:i/>
                        <w:sz w:val="22"/>
                      </w:rPr>
                    </m:ctrlPr>
                  </m:sSubPr>
                  <m:e>
                    <m:r>
                      <w:rPr>
                        <w:rFonts w:ascii="Cambria Math" w:hAnsi="Cambria Math" w:cs="Times New Roman"/>
                        <w:sz w:val="22"/>
                      </w:rPr>
                      <m:t>E</m:t>
                    </m:r>
                  </m:e>
                  <m:sub>
                    <m:r>
                      <m:rPr>
                        <m:sty m:val="p"/>
                      </m:rPr>
                      <w:rPr>
                        <w:rFonts w:ascii="Cambria Math" w:hAnsi="Cambria Math" w:cs="Times New Roman"/>
                        <w:sz w:val="22"/>
                      </w:rPr>
                      <m:t>QUBO</m:t>
                    </m:r>
                  </m:sub>
                </m:sSub>
                <m:d>
                  <m:dPr>
                    <m:ctrlPr>
                      <w:rPr>
                        <w:rFonts w:ascii="Cambria Math" w:hAnsi="Cambria Math" w:cs="Times New Roman"/>
                        <w:i/>
                        <w:sz w:val="22"/>
                      </w:rPr>
                    </m:ctrlPr>
                  </m:dPr>
                  <m:e>
                    <m:r>
                      <m:rPr>
                        <m:sty m:val="bi"/>
                      </m:rPr>
                      <w:rPr>
                        <w:rFonts w:ascii="Cambria Math" w:hAnsi="Cambria Math" w:cs="Times New Roman"/>
                        <w:sz w:val="22"/>
                      </w:rPr>
                      <m:t>β</m:t>
                    </m:r>
                  </m:e>
                </m:d>
                <m:r>
                  <w:rPr>
                    <w:rFonts w:ascii="Cambria Math" w:hAnsi="Cambria Math" w:cs="Times New Roman"/>
                    <w:sz w:val="22"/>
                  </w:rPr>
                  <m:t>=</m:t>
                </m:r>
                <m:nary>
                  <m:naryPr>
                    <m:chr m:val="∑"/>
                    <m:supHide m:val="1"/>
                    <m:ctrlPr>
                      <w:rPr>
                        <w:rFonts w:ascii="Cambria Math" w:hAnsi="Cambria Math"/>
                        <w:i/>
                        <w:iCs/>
                        <w:sz w:val="22"/>
                      </w:rPr>
                    </m:ctrlPr>
                  </m:naryPr>
                  <m:sub>
                    <m:r>
                      <w:rPr>
                        <w:rFonts w:ascii="Cambria Math" w:hAnsi="Cambria Math"/>
                        <w:sz w:val="22"/>
                      </w:rPr>
                      <m:t>i≤j</m:t>
                    </m:r>
                  </m:sub>
                  <m:sup/>
                  <m:e>
                    <m:sSub>
                      <m:sSubPr>
                        <m:ctrlPr>
                          <w:rPr>
                            <w:rFonts w:ascii="Cambria Math" w:hAnsi="Cambria Math"/>
                            <w:i/>
                            <w:iCs/>
                            <w:sz w:val="22"/>
                          </w:rPr>
                        </m:ctrlPr>
                      </m:sSubPr>
                      <m:e>
                        <m:r>
                          <w:rPr>
                            <w:rFonts w:ascii="Cambria Math" w:hAnsi="Cambria Math"/>
                            <w:sz w:val="22"/>
                          </w:rPr>
                          <m:t>J</m:t>
                        </m:r>
                      </m:e>
                      <m:sub>
                        <m:r>
                          <w:rPr>
                            <w:rFonts w:ascii="Cambria Math" w:hAnsi="Cambria Math"/>
                            <w:sz w:val="22"/>
                          </w:rPr>
                          <m:t>ij</m:t>
                        </m:r>
                      </m:sub>
                    </m:sSub>
                    <m:sSub>
                      <m:sSubPr>
                        <m:ctrlPr>
                          <w:rPr>
                            <w:rFonts w:ascii="Cambria Math" w:hAnsi="Cambria Math"/>
                            <w:i/>
                            <w:iCs/>
                            <w:sz w:val="22"/>
                          </w:rPr>
                        </m:ctrlPr>
                      </m:sSubPr>
                      <m:e>
                        <m:r>
                          <w:rPr>
                            <w:rFonts w:ascii="Cambria Math" w:hAnsi="Cambria Math"/>
                            <w:sz w:val="22"/>
                          </w:rPr>
                          <m:t>β</m:t>
                        </m:r>
                      </m:e>
                      <m:sub>
                        <m:r>
                          <w:rPr>
                            <w:rFonts w:ascii="Cambria Math" w:hAnsi="Cambria Math"/>
                            <w:sz w:val="22"/>
                          </w:rPr>
                          <m:t>i</m:t>
                        </m:r>
                      </m:sub>
                    </m:sSub>
                    <m:sSub>
                      <m:sSubPr>
                        <m:ctrlPr>
                          <w:rPr>
                            <w:rFonts w:ascii="Cambria Math" w:hAnsi="Cambria Math"/>
                            <w:i/>
                            <w:iCs/>
                            <w:sz w:val="22"/>
                          </w:rPr>
                        </m:ctrlPr>
                      </m:sSubPr>
                      <m:e>
                        <m:r>
                          <w:rPr>
                            <w:rFonts w:ascii="Cambria Math" w:hAnsi="Cambria Math"/>
                            <w:sz w:val="22"/>
                          </w:rPr>
                          <m:t>β</m:t>
                        </m:r>
                      </m:e>
                      <m:sub>
                        <m:r>
                          <w:rPr>
                            <w:rFonts w:ascii="Cambria Math" w:hAnsi="Cambria Math"/>
                            <w:sz w:val="22"/>
                          </w:rPr>
                          <m:t>j</m:t>
                        </m:r>
                      </m:sub>
                    </m:sSub>
                  </m:e>
                </m:nary>
                <m:r>
                  <w:rPr>
                    <w:rFonts w:ascii="Cambria Math" w:hAnsi="Cambria Math"/>
                    <w:sz w:val="22"/>
                  </w:rPr>
                  <m:t>+</m:t>
                </m:r>
                <m:nary>
                  <m:naryPr>
                    <m:chr m:val="∑"/>
                    <m:ctrlPr>
                      <w:rPr>
                        <w:rFonts w:ascii="Cambria Math" w:hAnsi="Cambria Math"/>
                        <w:i/>
                        <w:iCs/>
                        <w:sz w:val="22"/>
                      </w:rPr>
                    </m:ctrlPr>
                  </m:naryPr>
                  <m:sub>
                    <m:r>
                      <w:rPr>
                        <w:rFonts w:ascii="Cambria Math" w:hAnsi="Cambria Math"/>
                        <w:sz w:val="22"/>
                      </w:rPr>
                      <m:t>i=1</m:t>
                    </m:r>
                  </m:sub>
                  <m:sup>
                    <m:sSub>
                      <m:sSubPr>
                        <m:ctrlPr>
                          <w:rPr>
                            <w:rFonts w:ascii="Cambria Math" w:hAnsi="Cambria Math"/>
                            <w:i/>
                            <w:sz w:val="22"/>
                          </w:rPr>
                        </m:ctrlPr>
                      </m:sSubPr>
                      <m:e>
                        <m:r>
                          <w:rPr>
                            <w:rFonts w:ascii="Cambria Math" w:hAnsi="Cambria Math"/>
                            <w:sz w:val="22"/>
                          </w:rPr>
                          <m:t>n</m:t>
                        </m:r>
                      </m:e>
                      <m:sub>
                        <m:r>
                          <w:rPr>
                            <w:rFonts w:ascii="Cambria Math" w:hAnsi="Cambria Math"/>
                            <w:sz w:val="22"/>
                          </w:rPr>
                          <m:t>l</m:t>
                        </m:r>
                      </m:sub>
                    </m:sSub>
                  </m:sup>
                  <m:e>
                    <m:sSub>
                      <m:sSubPr>
                        <m:ctrlPr>
                          <w:rPr>
                            <w:rFonts w:ascii="Cambria Math" w:hAnsi="Cambria Math"/>
                            <w:i/>
                            <w:iCs/>
                            <w:sz w:val="22"/>
                          </w:rPr>
                        </m:ctrlPr>
                      </m:sSubPr>
                      <m:e>
                        <m:r>
                          <w:rPr>
                            <w:rFonts w:ascii="Cambria Math" w:hAnsi="Cambria Math"/>
                            <w:sz w:val="22"/>
                          </w:rPr>
                          <m:t>h</m:t>
                        </m:r>
                      </m:e>
                      <m:sub>
                        <m:r>
                          <w:rPr>
                            <w:rFonts w:ascii="Cambria Math" w:hAnsi="Cambria Math"/>
                            <w:sz w:val="22"/>
                          </w:rPr>
                          <m:t>i</m:t>
                        </m:r>
                      </m:sub>
                    </m:sSub>
                    <m:sSub>
                      <m:sSubPr>
                        <m:ctrlPr>
                          <w:rPr>
                            <w:rFonts w:ascii="Cambria Math" w:hAnsi="Cambria Math"/>
                            <w:i/>
                            <w:iCs/>
                            <w:sz w:val="22"/>
                          </w:rPr>
                        </m:ctrlPr>
                      </m:sSubPr>
                      <m:e>
                        <m:r>
                          <w:rPr>
                            <w:rFonts w:ascii="Cambria Math" w:hAnsi="Cambria Math"/>
                            <w:sz w:val="22"/>
                          </w:rPr>
                          <m:t>β</m:t>
                        </m:r>
                      </m:e>
                      <m:sub>
                        <m:r>
                          <w:rPr>
                            <w:rFonts w:ascii="Cambria Math" w:hAnsi="Cambria Math"/>
                            <w:sz w:val="22"/>
                          </w:rPr>
                          <m:t>i</m:t>
                        </m:r>
                      </m:sub>
                    </m:sSub>
                  </m:e>
                </m:nary>
                <m:r>
                  <w:rPr>
                    <w:rFonts w:ascii="Cambria Math" w:hAnsi="Cambria Math"/>
                    <w:sz w:val="22"/>
                  </w:rPr>
                  <m:t>,</m:t>
                </m:r>
              </m:oMath>
            </m:oMathPara>
          </w:p>
        </w:tc>
        <w:tc>
          <w:tcPr>
            <w:tcW w:w="625" w:type="dxa"/>
            <w:vAlign w:val="center"/>
          </w:tcPr>
          <w:p w14:paraId="23543AE9" w14:textId="2946D549" w:rsidR="00516C40" w:rsidRDefault="00552AE0" w:rsidP="00552AE0">
            <w:pPr>
              <w:jc w:val="center"/>
              <w:rPr>
                <w:rFonts w:cs="Times New Roman"/>
                <w:sz w:val="22"/>
              </w:rPr>
            </w:pPr>
            <w:r>
              <w:rPr>
                <w:rFonts w:cs="Times New Roman"/>
                <w:sz w:val="22"/>
              </w:rPr>
              <w:fldChar w:fldCharType="begin"/>
            </w:r>
            <w:r>
              <w:rPr>
                <w:rFonts w:cs="Times New Roman"/>
                <w:sz w:val="22"/>
              </w:rPr>
              <w:instrText xml:space="preserve"> </w:instrText>
            </w:r>
            <w:r w:rsidRPr="00552AE0">
              <w:rPr>
                <w:rFonts w:cs="Times New Roman"/>
                <w:sz w:val="22"/>
              </w:rPr>
              <w:instrText>SEQ eq \* ARABIC</w:instrText>
            </w:r>
            <w:r>
              <w:rPr>
                <w:rFonts w:cs="Times New Roman"/>
                <w:sz w:val="22"/>
              </w:rPr>
              <w:instrText xml:space="preserve"> </w:instrText>
            </w:r>
            <w:r>
              <w:rPr>
                <w:rFonts w:cs="Times New Roman"/>
                <w:sz w:val="22"/>
              </w:rPr>
              <w:fldChar w:fldCharType="separate"/>
            </w:r>
            <w:r>
              <w:rPr>
                <w:rFonts w:cs="Times New Roman"/>
                <w:noProof/>
                <w:sz w:val="22"/>
              </w:rPr>
              <w:t>25</w:t>
            </w:r>
            <w:r>
              <w:rPr>
                <w:rFonts w:cs="Times New Roman"/>
                <w:sz w:val="22"/>
              </w:rPr>
              <w:fldChar w:fldCharType="end"/>
            </w:r>
          </w:p>
        </w:tc>
      </w:tr>
    </w:tbl>
    <w:p w14:paraId="1AEA5D6C" w14:textId="77777777" w:rsidR="00516C40" w:rsidRDefault="00516C40" w:rsidP="000A63B3">
      <w:pPr>
        <w:rPr>
          <w:rFonts w:cs="Times New Roman"/>
          <w:sz w:val="22"/>
        </w:rPr>
      </w:pPr>
    </w:p>
    <w:p w14:paraId="280105A1" w14:textId="1B5A45CF" w:rsidR="000A63B3" w:rsidRDefault="000A63B3" w:rsidP="000A63B3">
      <w:pPr>
        <w:rPr>
          <w:rFonts w:cs="Times New Roman"/>
          <w:iCs/>
          <w:sz w:val="22"/>
        </w:rPr>
      </w:pPr>
      <w:r>
        <w:rPr>
          <w:rFonts w:cs="Times New Roman"/>
          <w:iCs/>
          <w:sz w:val="22"/>
        </w:rPr>
        <w:t>where the coefficients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90"/>
        <w:gridCol w:w="625"/>
      </w:tblGrid>
      <w:tr w:rsidR="00516C40" w14:paraId="196035CA" w14:textId="77777777" w:rsidTr="00552AE0">
        <w:tc>
          <w:tcPr>
            <w:tcW w:w="535" w:type="dxa"/>
            <w:vAlign w:val="center"/>
          </w:tcPr>
          <w:p w14:paraId="70ADFE3A" w14:textId="77777777" w:rsidR="00516C40" w:rsidRDefault="00516C40" w:rsidP="00552AE0">
            <w:pPr>
              <w:jc w:val="center"/>
              <w:rPr>
                <w:rFonts w:cs="Times New Roman"/>
                <w:iCs/>
                <w:sz w:val="22"/>
              </w:rPr>
            </w:pPr>
          </w:p>
        </w:tc>
        <w:tc>
          <w:tcPr>
            <w:tcW w:w="8190" w:type="dxa"/>
            <w:vAlign w:val="center"/>
          </w:tcPr>
          <w:p w14:paraId="05581CEF" w14:textId="77777777" w:rsidR="00552AE0" w:rsidRPr="000A63B3" w:rsidRDefault="00000000" w:rsidP="00552AE0">
            <w:pPr>
              <w:jc w:val="center"/>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J</m:t>
                    </m:r>
                  </m:e>
                  <m:sub>
                    <m:r>
                      <w:rPr>
                        <w:rFonts w:ascii="Cambria Math" w:hAnsi="Cambria Math" w:cs="Times New Roman"/>
                        <w:sz w:val="22"/>
                      </w:rPr>
                      <m:t>ij</m:t>
                    </m:r>
                  </m:sub>
                </m:sSub>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μ</m:t>
                    </m:r>
                    <m:sSub>
                      <m:sSubPr>
                        <m:ctrlPr>
                          <w:rPr>
                            <w:rFonts w:ascii="Cambria Math" w:hAnsi="Cambria Math" w:cs="Times New Roman"/>
                            <w:i/>
                            <w:sz w:val="22"/>
                          </w:rPr>
                        </m:ctrlPr>
                      </m:sSubPr>
                      <m:e>
                        <m:r>
                          <w:rPr>
                            <w:rFonts w:ascii="Cambria Math" w:hAnsi="Cambria Math" w:cs="Times New Roman"/>
                            <w:sz w:val="22"/>
                          </w:rPr>
                          <m:t>M</m:t>
                        </m:r>
                      </m:e>
                      <m:sub>
                        <m:r>
                          <w:rPr>
                            <w:rFonts w:ascii="Cambria Math" w:hAnsi="Cambria Math" w:cs="Times New Roman"/>
                            <w:sz w:val="22"/>
                          </w:rPr>
                          <m:t>ij</m:t>
                        </m:r>
                      </m:sub>
                    </m:sSub>
                    <m:r>
                      <w:rPr>
                        <w:rFonts w:ascii="Cambria Math" w:hAnsi="Cambria Math" w:cs="Times New Roman"/>
                        <w:sz w:val="22"/>
                      </w:rPr>
                      <m:t>+λ</m:t>
                    </m:r>
                  </m:e>
                </m:d>
                <m:r>
                  <w:rPr>
                    <w:rFonts w:ascii="Cambria Math" w:hAnsi="Cambria Math" w:cs="Times New Roman"/>
                    <w:sz w:val="22"/>
                  </w:rPr>
                  <m:t>,</m:t>
                </m:r>
              </m:oMath>
            </m:oMathPara>
          </w:p>
          <w:p w14:paraId="5DFEF540" w14:textId="5EA45AC0" w:rsidR="00516C40" w:rsidRPr="00552AE0" w:rsidRDefault="00000000" w:rsidP="00552AE0">
            <w:pPr>
              <w:jc w:val="center"/>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i</m:t>
                    </m:r>
                  </m:sub>
                </m:sSub>
                <m:r>
                  <w:rPr>
                    <w:rFonts w:ascii="Cambria Math" w:hAnsi="Cambria Math" w:cs="Times New Roman"/>
                    <w:sz w:val="22"/>
                  </w:rPr>
                  <m:t>=</m:t>
                </m:r>
                <m:r>
                  <w:rPr>
                    <w:rFonts w:ascii="Cambria Math" w:hAnsi="Cambria Math"/>
                    <w:sz w:val="22"/>
                  </w:rPr>
                  <m:t>-</m:t>
                </m:r>
                <m:sSub>
                  <m:sSubPr>
                    <m:ctrlPr>
                      <w:rPr>
                        <w:rFonts w:ascii="Cambria Math" w:hAnsi="Cambria Math"/>
                        <w:i/>
                        <w:iCs/>
                        <w:sz w:val="22"/>
                      </w:rPr>
                    </m:ctrlPr>
                  </m:sSubPr>
                  <m:e>
                    <m:r>
                      <w:rPr>
                        <w:rFonts w:ascii="Cambria Math" w:hAnsi="Cambria Math"/>
                        <w:sz w:val="22"/>
                      </w:rPr>
                      <m:t>s</m:t>
                    </m:r>
                  </m:e>
                  <m:sub>
                    <m:r>
                      <w:rPr>
                        <w:rFonts w:ascii="Cambria Math" w:hAnsi="Cambria Math"/>
                        <w:sz w:val="22"/>
                      </w:rPr>
                      <m:t>i</m:t>
                    </m:r>
                  </m:sub>
                </m:sSub>
                <m:r>
                  <w:rPr>
                    <w:rFonts w:ascii="Cambria Math" w:hAnsi="Cambria Math"/>
                    <w:sz w:val="22"/>
                  </w:rPr>
                  <m:t>  +  μ</m:t>
                </m:r>
                <m:d>
                  <m:dPr>
                    <m:ctrlPr>
                      <w:rPr>
                        <w:rFonts w:ascii="Cambria Math" w:hAnsi="Cambria Math"/>
                        <w:i/>
                        <w:iCs/>
                        <w:sz w:val="22"/>
                      </w:rPr>
                    </m:ctrlPr>
                  </m:dPr>
                  <m:e>
                    <m:r>
                      <w:rPr>
                        <w:rFonts w:ascii="Cambria Math" w:hAnsi="Cambria Math"/>
                        <w:sz w:val="22"/>
                      </w:rPr>
                      <m:t>-2</m:t>
                    </m:r>
                    <m:nary>
                      <m:naryPr>
                        <m:chr m:val="∑"/>
                        <m:ctrlPr>
                          <w:rPr>
                            <w:rFonts w:ascii="Cambria Math" w:hAnsi="Cambria Math"/>
                            <w:i/>
                            <w:iCs/>
                            <w:sz w:val="22"/>
                          </w:rPr>
                        </m:ctrlPr>
                      </m:naryPr>
                      <m:sub>
                        <m:r>
                          <w:rPr>
                            <w:rFonts w:ascii="Cambria Math" w:hAnsi="Cambria Math"/>
                            <w:sz w:val="22"/>
                          </w:rPr>
                          <m:t>j=1</m:t>
                        </m:r>
                      </m:sub>
                      <m:sup>
                        <m:sSub>
                          <m:sSubPr>
                            <m:ctrlPr>
                              <w:rPr>
                                <w:rFonts w:ascii="Cambria Math" w:hAnsi="Cambria Math"/>
                                <w:i/>
                                <w:iCs/>
                                <w:sz w:val="22"/>
                              </w:rPr>
                            </m:ctrlPr>
                          </m:sSubPr>
                          <m:e>
                            <m:r>
                              <w:rPr>
                                <w:rFonts w:ascii="Cambria Math" w:hAnsi="Cambria Math"/>
                                <w:sz w:val="22"/>
                              </w:rPr>
                              <m:t>n</m:t>
                            </m:r>
                          </m:e>
                          <m:sub>
                            <m:r>
                              <w:rPr>
                                <w:rFonts w:ascii="Cambria Math" w:hAnsi="Cambria Math"/>
                                <w:sz w:val="22"/>
                              </w:rPr>
                              <m:t>l</m:t>
                            </m:r>
                          </m:sub>
                        </m:sSub>
                      </m:sup>
                      <m:e>
                        <m:sSub>
                          <m:sSubPr>
                            <m:ctrlPr>
                              <w:rPr>
                                <w:rFonts w:ascii="Cambria Math" w:hAnsi="Cambria Math"/>
                                <w:i/>
                                <w:iCs/>
                                <w:sz w:val="22"/>
                              </w:rPr>
                            </m:ctrlPr>
                          </m:sSubPr>
                          <m:e>
                            <m:r>
                              <w:rPr>
                                <w:rFonts w:ascii="Cambria Math" w:hAnsi="Cambria Math"/>
                                <w:sz w:val="22"/>
                              </w:rPr>
                              <m:t>M</m:t>
                            </m:r>
                          </m:e>
                          <m:sub>
                            <m:r>
                              <w:rPr>
                                <w:rFonts w:ascii="Cambria Math" w:hAnsi="Cambria Math"/>
                                <w:sz w:val="22"/>
                              </w:rPr>
                              <m:t>i,j</m:t>
                            </m:r>
                          </m:sub>
                        </m:sSub>
                      </m:e>
                    </m:nary>
                    <m:r>
                      <w:rPr>
                        <w:rFonts w:ascii="Cambria Math" w:hAnsi="Cambria Math"/>
                        <w:sz w:val="22"/>
                      </w:rPr>
                      <m:t>+</m:t>
                    </m:r>
                    <m:sSub>
                      <m:sSubPr>
                        <m:ctrlPr>
                          <w:rPr>
                            <w:rFonts w:ascii="Cambria Math" w:hAnsi="Cambria Math"/>
                            <w:i/>
                            <w:iCs/>
                            <w:sz w:val="22"/>
                          </w:rPr>
                        </m:ctrlPr>
                      </m:sSubPr>
                      <m:e>
                        <m:r>
                          <w:rPr>
                            <w:rFonts w:ascii="Cambria Math" w:hAnsi="Cambria Math"/>
                            <w:sz w:val="22"/>
                          </w:rPr>
                          <m:t>M</m:t>
                        </m:r>
                      </m:e>
                      <m:sub>
                        <m:r>
                          <w:rPr>
                            <w:rFonts w:ascii="Cambria Math" w:hAnsi="Cambria Math"/>
                            <w:sz w:val="22"/>
                          </w:rPr>
                          <m:t>i,i</m:t>
                        </m:r>
                      </m:sub>
                    </m:sSub>
                  </m:e>
                </m:d>
                <m:r>
                  <w:rPr>
                    <w:rFonts w:ascii="Cambria Math" w:hAnsi="Cambria Math"/>
                    <w:sz w:val="22"/>
                  </w:rPr>
                  <m:t>  +  λ</m:t>
                </m:r>
                <m:d>
                  <m:dPr>
                    <m:ctrlPr>
                      <w:rPr>
                        <w:rFonts w:ascii="Cambria Math" w:hAnsi="Cambria Math"/>
                        <w:i/>
                        <w:sz w:val="22"/>
                      </w:rPr>
                    </m:ctrlPr>
                  </m:dPr>
                  <m:e>
                    <m:r>
                      <w:rPr>
                        <w:rFonts w:ascii="Cambria Math" w:hAnsi="Cambria Math"/>
                        <w:sz w:val="22"/>
                      </w:rPr>
                      <m:t>1-2k</m:t>
                    </m:r>
                  </m:e>
                </m:d>
                <m:r>
                  <w:rPr>
                    <w:rFonts w:ascii="Cambria Math" w:hAnsi="Cambria Math"/>
                    <w:sz w:val="22"/>
                  </w:rPr>
                  <m:t>.</m:t>
                </m:r>
              </m:oMath>
            </m:oMathPara>
          </w:p>
        </w:tc>
        <w:tc>
          <w:tcPr>
            <w:tcW w:w="625" w:type="dxa"/>
            <w:vAlign w:val="center"/>
          </w:tcPr>
          <w:p w14:paraId="19136D99" w14:textId="2A681A70" w:rsidR="00516C40" w:rsidRDefault="00552AE0" w:rsidP="00552AE0">
            <w:pPr>
              <w:jc w:val="center"/>
              <w:rPr>
                <w:rFonts w:cs="Times New Roman"/>
                <w:iCs/>
                <w:sz w:val="22"/>
              </w:rPr>
            </w:pPr>
            <w:r>
              <w:rPr>
                <w:rFonts w:cs="Times New Roman"/>
                <w:iCs/>
                <w:sz w:val="22"/>
              </w:rPr>
              <w:fldChar w:fldCharType="begin"/>
            </w:r>
            <w:r>
              <w:rPr>
                <w:rFonts w:cs="Times New Roman"/>
                <w:iCs/>
                <w:sz w:val="22"/>
              </w:rPr>
              <w:instrText xml:space="preserve"> </w:instrText>
            </w:r>
            <w:r w:rsidRPr="00552AE0">
              <w:rPr>
                <w:rFonts w:cs="Times New Roman"/>
                <w:iCs/>
                <w:sz w:val="22"/>
              </w:rPr>
              <w:instrText>SEQ eq \* ARABIC</w:instrText>
            </w:r>
            <w:r>
              <w:rPr>
                <w:rFonts w:cs="Times New Roman"/>
                <w:iCs/>
                <w:sz w:val="22"/>
              </w:rPr>
              <w:instrText xml:space="preserve"> </w:instrText>
            </w:r>
            <w:r>
              <w:rPr>
                <w:rFonts w:cs="Times New Roman"/>
                <w:iCs/>
                <w:sz w:val="22"/>
              </w:rPr>
              <w:fldChar w:fldCharType="separate"/>
            </w:r>
            <w:r>
              <w:rPr>
                <w:rFonts w:cs="Times New Roman"/>
                <w:iCs/>
                <w:noProof/>
                <w:sz w:val="22"/>
              </w:rPr>
              <w:t>26</w:t>
            </w:r>
            <w:r>
              <w:rPr>
                <w:rFonts w:cs="Times New Roman"/>
                <w:iCs/>
                <w:sz w:val="22"/>
              </w:rPr>
              <w:fldChar w:fldCharType="end"/>
            </w:r>
          </w:p>
        </w:tc>
      </w:tr>
    </w:tbl>
    <w:p w14:paraId="77D3EA34" w14:textId="77777777" w:rsidR="00516C40" w:rsidRDefault="00516C40" w:rsidP="000A63B3">
      <w:pPr>
        <w:rPr>
          <w:rFonts w:cs="Times New Roman"/>
          <w:iCs/>
          <w:sz w:val="22"/>
        </w:rPr>
      </w:pPr>
    </w:p>
    <w:p w14:paraId="6A3742F0" w14:textId="551E939B" w:rsidR="000A63B3" w:rsidRPr="000A63B3" w:rsidRDefault="000A63B3" w:rsidP="000A63B3">
      <w:pPr>
        <w:rPr>
          <w:rFonts w:cs="Times New Roman"/>
          <w:sz w:val="22"/>
        </w:rPr>
      </w:pPr>
      <w:r>
        <w:rPr>
          <w:rFonts w:cs="Times New Roman"/>
          <w:sz w:val="22"/>
        </w:rPr>
        <w:t xml:space="preserve">The QUBO energy landscape defined by </w:t>
      </w:r>
      <m:oMath>
        <m:sSub>
          <m:sSubPr>
            <m:ctrlPr>
              <w:rPr>
                <w:rFonts w:ascii="Cambria Math" w:hAnsi="Cambria Math" w:cs="Times New Roman"/>
                <w:i/>
                <w:sz w:val="22"/>
              </w:rPr>
            </m:ctrlPr>
          </m:sSubPr>
          <m:e>
            <m:r>
              <w:rPr>
                <w:rFonts w:ascii="Cambria Math" w:hAnsi="Cambria Math" w:cs="Times New Roman"/>
                <w:sz w:val="22"/>
              </w:rPr>
              <m:t>J</m:t>
            </m:r>
          </m:e>
          <m:sub>
            <m:r>
              <w:rPr>
                <w:rFonts w:ascii="Cambria Math" w:hAnsi="Cambria Math" w:cs="Times New Roman"/>
                <w:sz w:val="22"/>
              </w:rPr>
              <m:t>ij</m:t>
            </m:r>
          </m:sub>
        </m:sSub>
      </m:oMath>
      <w:r>
        <w:rPr>
          <w:rFonts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i</m:t>
            </m:r>
          </m:sub>
        </m:sSub>
      </m:oMath>
      <w:r>
        <w:rPr>
          <w:rFonts w:cs="Times New Roman"/>
          <w:sz w:val="22"/>
        </w:rPr>
        <w:t xml:space="preserve"> encapsulates the trade-off between information preservation and model sparsity. Minimization of </w:t>
      </w:r>
      <m:oMath>
        <m:sSub>
          <m:sSubPr>
            <m:ctrlPr>
              <w:rPr>
                <w:rFonts w:ascii="Cambria Math" w:hAnsi="Cambria Math" w:cs="Times New Roman"/>
                <w:i/>
                <w:sz w:val="22"/>
              </w:rPr>
            </m:ctrlPr>
          </m:sSubPr>
          <m:e>
            <m:r>
              <w:rPr>
                <w:rFonts w:ascii="Cambria Math" w:hAnsi="Cambria Math" w:cs="Times New Roman"/>
                <w:sz w:val="22"/>
              </w:rPr>
              <m:t>E</m:t>
            </m:r>
          </m:e>
          <m:sub>
            <m:r>
              <m:rPr>
                <m:sty m:val="p"/>
              </m:rPr>
              <w:rPr>
                <w:rFonts w:ascii="Cambria Math" w:hAnsi="Cambria Math" w:cs="Times New Roman"/>
                <w:sz w:val="22"/>
              </w:rPr>
              <m:t>QUBO</m:t>
            </m:r>
          </m:sub>
        </m:sSub>
        <m:d>
          <m:dPr>
            <m:ctrlPr>
              <w:rPr>
                <w:rFonts w:ascii="Cambria Math" w:hAnsi="Cambria Math" w:cs="Times New Roman"/>
                <w:i/>
                <w:sz w:val="22"/>
              </w:rPr>
            </m:ctrlPr>
          </m:dPr>
          <m:e>
            <m:r>
              <m:rPr>
                <m:sty m:val="bi"/>
              </m:rPr>
              <w:rPr>
                <w:rFonts w:ascii="Cambria Math" w:hAnsi="Cambria Math" w:cs="Times New Roman"/>
                <w:sz w:val="22"/>
              </w:rPr>
              <m:t>β</m:t>
            </m:r>
          </m:e>
        </m:d>
      </m:oMath>
      <w:r>
        <w:rPr>
          <w:rFonts w:cs="Times New Roman"/>
          <w:sz w:val="22"/>
        </w:rPr>
        <w:t xml:space="preserve"> is performed using either classical simulated annealing or quantum annealing, as described in the main text.</w:t>
      </w:r>
    </w:p>
    <w:p w14:paraId="292C6784" w14:textId="43ECB23E" w:rsidR="00C6744B" w:rsidRDefault="00C6744B"/>
    <w:p w14:paraId="351646C6" w14:textId="77799B93" w:rsidR="0024073F" w:rsidRPr="00552AE0" w:rsidRDefault="0024073F" w:rsidP="0024073F">
      <w:pPr>
        <w:widowControl w:val="0"/>
        <w:autoSpaceDE w:val="0"/>
        <w:autoSpaceDN w:val="0"/>
        <w:adjustRightInd w:val="0"/>
        <w:ind w:left="640" w:hanging="640"/>
        <w:rPr>
          <w:rFonts w:cs="Times New Roman"/>
          <w:b/>
          <w:bCs/>
          <w:sz w:val="28"/>
          <w:szCs w:val="28"/>
        </w:rPr>
      </w:pPr>
      <w:r w:rsidRPr="00552AE0">
        <w:rPr>
          <w:rFonts w:cs="Times New Roman"/>
          <w:b/>
          <w:bCs/>
          <w:sz w:val="28"/>
          <w:szCs w:val="28"/>
        </w:rPr>
        <w:t xml:space="preserve">Section </w:t>
      </w:r>
      <w:r w:rsidR="000758C9" w:rsidRPr="00552AE0">
        <w:rPr>
          <w:rFonts w:cs="Times New Roman"/>
          <w:b/>
          <w:bCs/>
          <w:sz w:val="28"/>
          <w:szCs w:val="28"/>
        </w:rPr>
        <w:t>G</w:t>
      </w:r>
      <w:r w:rsidRPr="00552AE0">
        <w:rPr>
          <w:rFonts w:cs="Times New Roman"/>
          <w:b/>
          <w:bCs/>
          <w:sz w:val="28"/>
          <w:szCs w:val="28"/>
        </w:rPr>
        <w:t>: Neural Network Pruning Computational Implementation</w:t>
      </w:r>
    </w:p>
    <w:p w14:paraId="0B32C0AC" w14:textId="17C18659" w:rsidR="0024073F" w:rsidRPr="004A122D" w:rsidRDefault="004A122D">
      <w:pPr>
        <w:rPr>
          <w:sz w:val="22"/>
        </w:rPr>
      </w:pPr>
      <w:r w:rsidRPr="004A122D">
        <w:rPr>
          <w:sz w:val="22"/>
        </w:rPr>
        <w:t>All pruning experiments, both for fracture strain classification and yield strength regression, were carried out using a unified Python workflow implemented in TensorFlow 2.15, interfaced with D-Wave’s hybrid quantum annealing platform (</w:t>
      </w:r>
      <w:proofErr w:type="spellStart"/>
      <w:r w:rsidRPr="004A122D">
        <w:rPr>
          <w:sz w:val="22"/>
        </w:rPr>
        <w:t>dwave</w:t>
      </w:r>
      <w:proofErr w:type="spellEnd"/>
      <w:r w:rsidRPr="004A122D">
        <w:rPr>
          <w:sz w:val="22"/>
        </w:rPr>
        <w:t xml:space="preserve">-system) and the </w:t>
      </w:r>
      <w:proofErr w:type="spellStart"/>
      <w:r w:rsidRPr="004A122D">
        <w:rPr>
          <w:sz w:val="22"/>
        </w:rPr>
        <w:t>dimod</w:t>
      </w:r>
      <w:proofErr w:type="spellEnd"/>
      <w:r w:rsidRPr="004A122D">
        <w:rPr>
          <w:sz w:val="22"/>
        </w:rPr>
        <w:t xml:space="preserve"> modeling framework. The scripts provide full reproducibility under fixed random seeds and deterministic TensorFlow kernels (</w:t>
      </w:r>
      <w:r w:rsidRPr="0089256C">
        <w:rPr>
          <w:rFonts w:ascii="Courier New" w:hAnsi="Courier New" w:cs="Courier New"/>
          <w:sz w:val="22"/>
        </w:rPr>
        <w:t>TF_DETERMINISTIC_OPS=1</w:t>
      </w:r>
      <w:r w:rsidRPr="004A122D">
        <w:rPr>
          <w:sz w:val="22"/>
        </w:rPr>
        <w:t>).</w:t>
      </w:r>
    </w:p>
    <w:p w14:paraId="51E89118" w14:textId="46232BC1" w:rsidR="004A122D" w:rsidRDefault="004A122D">
      <w:pPr>
        <w:rPr>
          <w:iCs/>
          <w:sz w:val="22"/>
        </w:rPr>
      </w:pPr>
      <w:r w:rsidRPr="004A122D">
        <w:rPr>
          <w:b/>
          <w:bCs/>
          <w:sz w:val="22"/>
        </w:rPr>
        <w:t>Network Architecture and Training.</w:t>
      </w:r>
      <w:r w:rsidRPr="004A122D">
        <w:rPr>
          <w:sz w:val="22"/>
        </w:rPr>
        <w:t xml:space="preserve"> Both models employed custom </w:t>
      </w:r>
      <w:proofErr w:type="spellStart"/>
      <w:r w:rsidRPr="0089256C">
        <w:rPr>
          <w:rFonts w:ascii="Courier New" w:hAnsi="Courier New" w:cs="Courier New"/>
          <w:sz w:val="22"/>
        </w:rPr>
        <w:t>MaskedDense</w:t>
      </w:r>
      <w:proofErr w:type="spellEnd"/>
      <w:r w:rsidRPr="0089256C">
        <w:rPr>
          <w:rFonts w:ascii="Courier New" w:hAnsi="Courier New" w:cs="Courier New"/>
          <w:sz w:val="22"/>
        </w:rPr>
        <w:t xml:space="preserve"> </w:t>
      </w:r>
      <w:r w:rsidRPr="004A122D">
        <w:rPr>
          <w:sz w:val="22"/>
        </w:rPr>
        <w:t>layers, which extend the standard dense layer by including a binary, non-trainable mask</w:t>
      </w:r>
      <w:r w:rsidR="003C4016">
        <w:rPr>
          <w:sz w:val="22"/>
        </w:rPr>
        <w:t>,</w:t>
      </w:r>
      <w:r w:rsidRPr="004A122D">
        <w:rPr>
          <w:sz w:val="22"/>
        </w:rPr>
        <w:t xml:space="preserve"> </w:t>
      </w:r>
      <m:oMath>
        <m:r>
          <m:rPr>
            <m:sty m:val="bi"/>
          </m:rPr>
          <w:rPr>
            <w:rFonts w:ascii="Cambria Math" w:hAnsi="Cambria Math" w:cs="Times New Roman"/>
            <w:sz w:val="22"/>
          </w:rPr>
          <m:t>β</m:t>
        </m:r>
        <m:r>
          <m:rPr>
            <m:sty m:val="p"/>
          </m:rPr>
          <w:rPr>
            <w:rFonts w:ascii="Cambria Math" w:hAnsi="Cambria Math" w:cs="Times New Roman"/>
            <w:sz w:val="22"/>
          </w:rPr>
          <m:t>∈</m:t>
        </m:r>
        <m:sSup>
          <m:sSupPr>
            <m:ctrlPr>
              <w:rPr>
                <w:rFonts w:ascii="Cambria Math" w:hAnsi="Cambria Math"/>
                <w:i/>
                <w:iCs/>
                <w:sz w:val="22"/>
              </w:rPr>
            </m:ctrlPr>
          </m:sSupPr>
          <m:e>
            <m:d>
              <m:dPr>
                <m:begChr m:val="{"/>
                <m:endChr m:val="}"/>
                <m:ctrlPr>
                  <w:rPr>
                    <w:rFonts w:ascii="Cambria Math" w:hAnsi="Cambria Math" w:cs="Times New Roman"/>
                    <w:i/>
                    <w:iCs/>
                    <w:sz w:val="22"/>
                  </w:rPr>
                </m:ctrlPr>
              </m:dPr>
              <m:e>
                <m:r>
                  <w:rPr>
                    <w:rFonts w:ascii="Cambria Math" w:hAnsi="Cambria Math" w:cs="Times New Roman"/>
                    <w:sz w:val="22"/>
                  </w:rPr>
                  <m:t>0,1</m:t>
                </m:r>
              </m:e>
            </m:d>
            <m:ctrlPr>
              <w:rPr>
                <w:rFonts w:ascii="Cambria Math" w:hAnsi="Cambria Math" w:cs="Times New Roman"/>
                <w:i/>
                <w:iCs/>
                <w:sz w:val="22"/>
              </w:rPr>
            </m:ctrlPr>
          </m:e>
          <m:sup>
            <m:sSub>
              <m:sSubPr>
                <m:ctrlPr>
                  <w:rPr>
                    <w:rFonts w:ascii="Cambria Math" w:hAnsi="Cambria Math"/>
                    <w:i/>
                    <w:iCs/>
                    <w:sz w:val="22"/>
                  </w:rPr>
                </m:ctrlPr>
              </m:sSubPr>
              <m:e>
                <m:r>
                  <w:rPr>
                    <w:rFonts w:ascii="Cambria Math" w:hAnsi="Cambria Math"/>
                    <w:sz w:val="22"/>
                  </w:rPr>
                  <m:t>n</m:t>
                </m:r>
              </m:e>
              <m:sub>
                <m:r>
                  <w:rPr>
                    <w:rFonts w:ascii="Cambria Math" w:hAnsi="Cambria Math"/>
                    <w:sz w:val="22"/>
                  </w:rPr>
                  <m:t>l</m:t>
                </m:r>
              </m:sub>
            </m:sSub>
          </m:sup>
        </m:sSup>
      </m:oMath>
      <w:r w:rsidR="003C4016">
        <w:rPr>
          <w:iCs/>
          <w:sz w:val="22"/>
        </w:rPr>
        <w:t xml:space="preserve">, which </w:t>
      </w:r>
      <w:r w:rsidRPr="004A122D">
        <w:rPr>
          <w:iCs/>
          <w:sz w:val="22"/>
        </w:rPr>
        <w:t>enables explicit control of neuron activation</w:t>
      </w:r>
      <w:r>
        <w:rPr>
          <w:iCs/>
          <w:sz w:val="22"/>
        </w:rPr>
        <w:t xml:space="preserve"> during pruning.</w:t>
      </w:r>
    </w:p>
    <w:p w14:paraId="68BE0E7C" w14:textId="7BE95750" w:rsidR="004A122D" w:rsidRDefault="004A122D" w:rsidP="004A122D">
      <w:pPr>
        <w:pStyle w:val="ListParagraph"/>
        <w:numPr>
          <w:ilvl w:val="0"/>
          <w:numId w:val="4"/>
        </w:numPr>
        <w:rPr>
          <w:sz w:val="22"/>
        </w:rPr>
      </w:pPr>
      <w:r w:rsidRPr="00F554DE">
        <w:rPr>
          <w:b/>
          <w:bCs/>
          <w:sz w:val="22"/>
        </w:rPr>
        <w:t>Fracture strain classification model:</w:t>
      </w:r>
      <w:r>
        <w:rPr>
          <w:sz w:val="22"/>
        </w:rPr>
        <w:t xml:space="preserve"> architecture (32,32,16,1) with ReLU activations in hidden layers and sigmoid output. Trained for 500 epochs (batch=32) using Adam optimizer </w:t>
      </w:r>
      <m:oMath>
        <m:d>
          <m:dPr>
            <m:ctrlPr>
              <w:rPr>
                <w:rFonts w:ascii="Cambria Math" w:hAnsi="Cambria Math"/>
                <w:i/>
                <w:sz w:val="22"/>
              </w:rPr>
            </m:ctrlPr>
          </m:dPr>
          <m:e>
            <m:r>
              <w:rPr>
                <w:rFonts w:ascii="Cambria Math" w:hAnsi="Cambria Math"/>
                <w:sz w:val="22"/>
              </w:rPr>
              <m:t>lr=</m:t>
            </m:r>
            <m:sSup>
              <m:sSupPr>
                <m:ctrlPr>
                  <w:rPr>
                    <w:rFonts w:ascii="Cambria Math" w:hAnsi="Cambria Math"/>
                    <w:i/>
                    <w:sz w:val="22"/>
                  </w:rPr>
                </m:ctrlPr>
              </m:sSupPr>
              <m:e>
                <m:r>
                  <w:rPr>
                    <w:rFonts w:ascii="Cambria Math" w:hAnsi="Cambria Math"/>
                    <w:sz w:val="22"/>
                  </w:rPr>
                  <m:t>10</m:t>
                </m:r>
              </m:e>
              <m:sup>
                <m:r>
                  <w:rPr>
                    <w:rFonts w:ascii="Cambria Math" w:hAnsi="Cambria Math"/>
                    <w:sz w:val="22"/>
                  </w:rPr>
                  <m:t>-3</m:t>
                </m:r>
              </m:sup>
            </m:sSup>
          </m:e>
        </m:d>
      </m:oMath>
      <w:r>
        <w:rPr>
          <w:sz w:val="22"/>
        </w:rPr>
        <w:t xml:space="preserve"> and binary cross-entropy loss.</w:t>
      </w:r>
    </w:p>
    <w:p w14:paraId="21545896" w14:textId="6FEA66F9" w:rsidR="004A122D" w:rsidRDefault="004A122D" w:rsidP="004A122D">
      <w:pPr>
        <w:pStyle w:val="ListParagraph"/>
        <w:numPr>
          <w:ilvl w:val="0"/>
          <w:numId w:val="4"/>
        </w:numPr>
        <w:rPr>
          <w:sz w:val="22"/>
        </w:rPr>
      </w:pPr>
      <w:r w:rsidRPr="00F554DE">
        <w:rPr>
          <w:b/>
          <w:bCs/>
          <w:sz w:val="22"/>
        </w:rPr>
        <w:t>Yield strength regression model:</w:t>
      </w:r>
      <w:r>
        <w:rPr>
          <w:sz w:val="22"/>
        </w:rPr>
        <w:t xml:space="preserve"> architecture (64,64,32,1) with ReLU hidden layers and a linear output neuron. Trained for 600 epochs (batch</w:t>
      </w:r>
      <w:r w:rsidR="00F87F66">
        <w:rPr>
          <w:sz w:val="22"/>
        </w:rPr>
        <w:t xml:space="preserve"> </w:t>
      </w:r>
      <w:r>
        <w:rPr>
          <w:sz w:val="22"/>
        </w:rPr>
        <w:t>=</w:t>
      </w:r>
      <w:r w:rsidR="00F87F66">
        <w:rPr>
          <w:sz w:val="22"/>
        </w:rPr>
        <w:t xml:space="preserve"> </w:t>
      </w:r>
      <w:r>
        <w:rPr>
          <w:sz w:val="22"/>
        </w:rPr>
        <w:t>32) with Adam optimizer and mean-squared-error (MSE) loss.</w:t>
      </w:r>
    </w:p>
    <w:p w14:paraId="04301CEF" w14:textId="1810F114" w:rsidR="00C233A9" w:rsidRDefault="00C233A9" w:rsidP="00C233A9">
      <w:pPr>
        <w:jc w:val="center"/>
        <w:rPr>
          <w:sz w:val="22"/>
        </w:rPr>
      </w:pPr>
    </w:p>
    <w:p w14:paraId="688710C9" w14:textId="77777777" w:rsidR="00C233A9" w:rsidRPr="00C233A9" w:rsidRDefault="00C233A9" w:rsidP="00C233A9">
      <w:pPr>
        <w:rPr>
          <w:sz w:val="22"/>
        </w:rPr>
      </w:pPr>
    </w:p>
    <w:p w14:paraId="16CDC099" w14:textId="26ECD3F9" w:rsidR="00F554DE" w:rsidRDefault="00F554DE" w:rsidP="00F554DE">
      <w:pPr>
        <w:rPr>
          <w:sz w:val="22"/>
        </w:rPr>
      </w:pPr>
      <w:r w:rsidRPr="00CE65D0">
        <w:rPr>
          <w:b/>
          <w:bCs/>
          <w:sz w:val="22"/>
        </w:rPr>
        <w:t>Layer-wise Pruning Protocol.</w:t>
      </w:r>
      <w:r>
        <w:rPr>
          <w:sz w:val="22"/>
        </w:rPr>
        <w:t xml:space="preserve"> After baseline training, specific layers were selected for pruning (). The procedure was identical for both tasks and executed following these steps:</w:t>
      </w:r>
    </w:p>
    <w:p w14:paraId="235455BF" w14:textId="1F7E8A19" w:rsidR="00CE65D0" w:rsidRPr="006A2A20" w:rsidRDefault="00CE65D0" w:rsidP="00CE65D0">
      <w:pPr>
        <w:pStyle w:val="ListParagraph"/>
        <w:numPr>
          <w:ilvl w:val="0"/>
          <w:numId w:val="5"/>
        </w:numPr>
        <w:rPr>
          <w:b/>
          <w:bCs/>
          <w:sz w:val="22"/>
        </w:rPr>
      </w:pPr>
      <w:r w:rsidRPr="006A2A20">
        <w:rPr>
          <w:b/>
          <w:bCs/>
          <w:sz w:val="22"/>
        </w:rPr>
        <w:t>Extraction of activations:</w:t>
      </w:r>
      <w:r w:rsidR="00C233A9" w:rsidRPr="00C233A9">
        <w:rPr>
          <w:noProof/>
          <w:sz w:val="22"/>
        </w:rPr>
        <w:t xml:space="preserve"> </w:t>
      </w:r>
    </w:p>
    <w:p w14:paraId="0E170872" w14:textId="61E73C38" w:rsidR="00CE65D0" w:rsidRPr="00CE65D0" w:rsidRDefault="00CE65D0" w:rsidP="006A2A20">
      <w:pPr>
        <w:rPr>
          <w:sz w:val="22"/>
        </w:rPr>
      </w:pPr>
      <w:r>
        <w:rPr>
          <w:sz w:val="22"/>
        </w:rPr>
        <w:t xml:space="preserve">Compute </w:t>
      </w:r>
      <m:oMath>
        <m:sSup>
          <m:sSupPr>
            <m:ctrlPr>
              <w:rPr>
                <w:rFonts w:ascii="Cambria Math" w:hAnsi="Cambria Math"/>
                <w:i/>
                <w:sz w:val="22"/>
              </w:rPr>
            </m:ctrlPr>
          </m:sSupPr>
          <m:e>
            <m:r>
              <m:rPr>
                <m:sty m:val="b"/>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l-1</m:t>
                </m:r>
              </m:e>
            </m:d>
          </m:sup>
        </m:sSup>
        <m:r>
          <w:rPr>
            <w:rFonts w:ascii="Cambria Math" w:hAnsi="Cambria Math"/>
            <w:sz w:val="22"/>
          </w:rPr>
          <m:t>,</m:t>
        </m:r>
        <m:sSup>
          <m:sSupPr>
            <m:ctrlPr>
              <w:rPr>
                <w:rFonts w:ascii="Cambria Math" w:hAnsi="Cambria Math"/>
                <w:i/>
                <w:sz w:val="22"/>
              </w:rPr>
            </m:ctrlPr>
          </m:sSupPr>
          <m:e>
            <m:r>
              <m:rPr>
                <m:sty m:val="b"/>
              </m:rPr>
              <w:rPr>
                <w:rFonts w:ascii="Cambria Math" w:hAnsi="Cambria Math"/>
                <w:sz w:val="22"/>
              </w:rPr>
              <m:t>Z</m:t>
            </m:r>
          </m:e>
          <m:sup>
            <m:d>
              <m:dPr>
                <m:begChr m:val="["/>
                <m:endChr m:val="]"/>
                <m:ctrlPr>
                  <w:rPr>
                    <w:rFonts w:ascii="Cambria Math" w:hAnsi="Cambria Math"/>
                    <w:i/>
                    <w:sz w:val="22"/>
                  </w:rPr>
                </m:ctrlPr>
              </m:dPr>
              <m:e>
                <m:r>
                  <w:rPr>
                    <w:rFonts w:ascii="Cambria Math" w:hAnsi="Cambria Math"/>
                    <w:sz w:val="22"/>
                  </w:rPr>
                  <m:t>l</m:t>
                </m:r>
              </m:e>
            </m:d>
          </m:sup>
        </m:sSup>
        <m:r>
          <w:rPr>
            <w:rFonts w:ascii="Cambria Math" w:hAnsi="Cambria Math"/>
            <w:sz w:val="22"/>
          </w:rPr>
          <m:t>,</m:t>
        </m:r>
      </m:oMath>
      <w:r>
        <w:rPr>
          <w:sz w:val="22"/>
        </w:rPr>
        <w:t xml:space="preserve"> and </w:t>
      </w:r>
      <m:oMath>
        <m:sSup>
          <m:sSupPr>
            <m:ctrlPr>
              <w:rPr>
                <w:rFonts w:ascii="Cambria Math" w:hAnsi="Cambria Math"/>
                <w:i/>
                <w:sz w:val="22"/>
              </w:rPr>
            </m:ctrlPr>
          </m:sSupPr>
          <m:e>
            <m:r>
              <m:rPr>
                <m:sty m:val="b"/>
              </m:rPr>
              <w:rPr>
                <w:rFonts w:ascii="Cambria Math" w:hAnsi="Cambria Math"/>
                <w:sz w:val="22"/>
              </w:rPr>
              <m:t>A</m:t>
            </m:r>
          </m:e>
          <m:sup>
            <m:d>
              <m:dPr>
                <m:begChr m:val="["/>
                <m:endChr m:val="]"/>
                <m:ctrlPr>
                  <w:rPr>
                    <w:rFonts w:ascii="Cambria Math" w:hAnsi="Cambria Math"/>
                    <w:i/>
                    <w:sz w:val="22"/>
                  </w:rPr>
                </m:ctrlPr>
              </m:dPr>
              <m:e>
                <m:r>
                  <w:rPr>
                    <w:rFonts w:ascii="Cambria Math" w:hAnsi="Cambria Math"/>
                    <w:sz w:val="22"/>
                  </w:rPr>
                  <m:t>l</m:t>
                </m:r>
              </m:e>
            </m:d>
          </m:sup>
        </m:sSup>
      </m:oMath>
      <w:r>
        <w:rPr>
          <w:sz w:val="22"/>
        </w:rPr>
        <w:t xml:space="preserve"> for the entire training set.</w:t>
      </w:r>
    </w:p>
    <w:p w14:paraId="0525C41A" w14:textId="7E2A4CBC" w:rsidR="00CE65D0" w:rsidRPr="006A2A20" w:rsidRDefault="00CE65D0" w:rsidP="00CE65D0">
      <w:pPr>
        <w:pStyle w:val="ListParagraph"/>
        <w:numPr>
          <w:ilvl w:val="0"/>
          <w:numId w:val="5"/>
        </w:numPr>
        <w:rPr>
          <w:b/>
          <w:bCs/>
          <w:sz w:val="22"/>
        </w:rPr>
      </w:pPr>
      <w:r w:rsidRPr="006A2A20">
        <w:rPr>
          <w:b/>
          <w:bCs/>
          <w:sz w:val="22"/>
        </w:rPr>
        <w:t>QUBO construction:</w:t>
      </w:r>
    </w:p>
    <w:p w14:paraId="7388D6DB" w14:textId="53E9C535" w:rsidR="00CE65D0" w:rsidRDefault="00CE65D0" w:rsidP="006A2A20">
      <w:pPr>
        <w:rPr>
          <w:sz w:val="22"/>
        </w:rPr>
      </w:pPr>
      <w:r>
        <w:rPr>
          <w:sz w:val="22"/>
        </w:rPr>
        <w:t xml:space="preserve">Using </w:t>
      </w:r>
      <w:proofErr w:type="gramStart"/>
      <w:r>
        <w:rPr>
          <w:sz w:val="22"/>
        </w:rPr>
        <w:t>the formalism</w:t>
      </w:r>
      <w:proofErr w:type="gramEnd"/>
      <w:r w:rsidR="00F87F66">
        <w:rPr>
          <w:sz w:val="22"/>
        </w:rPr>
        <w:t>,</w:t>
      </w:r>
    </w:p>
    <w:p w14:paraId="0DDDDB59" w14:textId="13348C73" w:rsidR="00CE65D0" w:rsidRPr="00CE65D0" w:rsidRDefault="00000000" w:rsidP="00CE65D0">
      <w:pPr>
        <w:ind w:left="360"/>
        <w:rPr>
          <w:iCs/>
          <w:sz w:val="22"/>
        </w:rPr>
      </w:pPr>
      <m:oMathPara>
        <m:oMath>
          <m:sSub>
            <m:sSubPr>
              <m:ctrlPr>
                <w:rPr>
                  <w:rFonts w:ascii="Cambria Math" w:hAnsi="Cambria Math" w:cs="Times New Roman"/>
                  <w:i/>
                  <w:sz w:val="22"/>
                </w:rPr>
              </m:ctrlPr>
            </m:sSubPr>
            <m:e>
              <m:r>
                <w:rPr>
                  <w:rFonts w:ascii="Cambria Math" w:hAnsi="Cambria Math" w:cs="Times New Roman"/>
                  <w:sz w:val="22"/>
                </w:rPr>
                <m:t>E</m:t>
              </m:r>
            </m:e>
            <m:sub>
              <m:r>
                <m:rPr>
                  <m:sty m:val="p"/>
                </m:rPr>
                <w:rPr>
                  <w:rFonts w:ascii="Cambria Math" w:hAnsi="Cambria Math" w:cs="Times New Roman"/>
                  <w:sz w:val="22"/>
                </w:rPr>
                <m:t>QUBO</m:t>
              </m:r>
            </m:sub>
          </m:sSub>
          <m:d>
            <m:dPr>
              <m:ctrlPr>
                <w:rPr>
                  <w:rFonts w:ascii="Cambria Math" w:hAnsi="Cambria Math" w:cs="Times New Roman"/>
                  <w:i/>
                  <w:sz w:val="22"/>
                </w:rPr>
              </m:ctrlPr>
            </m:dPr>
            <m:e>
              <m:r>
                <m:rPr>
                  <m:sty m:val="bi"/>
                </m:rPr>
                <w:rPr>
                  <w:rFonts w:ascii="Cambria Math" w:hAnsi="Cambria Math" w:cs="Times New Roman"/>
                  <w:sz w:val="22"/>
                </w:rPr>
                <m:t>β</m:t>
              </m:r>
            </m:e>
          </m:d>
          <m:r>
            <w:rPr>
              <w:rFonts w:ascii="Cambria Math" w:hAnsi="Cambria Math" w:cs="Times New Roman"/>
              <w:sz w:val="22"/>
            </w:rPr>
            <m:t>=</m:t>
          </m:r>
          <m:nary>
            <m:naryPr>
              <m:chr m:val="∑"/>
              <m:supHide m:val="1"/>
              <m:ctrlPr>
                <w:rPr>
                  <w:rFonts w:ascii="Cambria Math" w:hAnsi="Cambria Math"/>
                  <w:i/>
                  <w:iCs/>
                  <w:sz w:val="22"/>
                </w:rPr>
              </m:ctrlPr>
            </m:naryPr>
            <m:sub>
              <m:r>
                <w:rPr>
                  <w:rFonts w:ascii="Cambria Math" w:hAnsi="Cambria Math"/>
                  <w:sz w:val="22"/>
                </w:rPr>
                <m:t>i≤j</m:t>
              </m:r>
            </m:sub>
            <m:sup/>
            <m:e>
              <m:sSub>
                <m:sSubPr>
                  <m:ctrlPr>
                    <w:rPr>
                      <w:rFonts w:ascii="Cambria Math" w:hAnsi="Cambria Math"/>
                      <w:i/>
                      <w:iCs/>
                      <w:sz w:val="22"/>
                    </w:rPr>
                  </m:ctrlPr>
                </m:sSubPr>
                <m:e>
                  <m:r>
                    <w:rPr>
                      <w:rFonts w:ascii="Cambria Math" w:hAnsi="Cambria Math"/>
                      <w:sz w:val="22"/>
                    </w:rPr>
                    <m:t>J</m:t>
                  </m:r>
                </m:e>
                <m:sub>
                  <m:r>
                    <w:rPr>
                      <w:rFonts w:ascii="Cambria Math" w:hAnsi="Cambria Math"/>
                      <w:sz w:val="22"/>
                    </w:rPr>
                    <m:t>ij</m:t>
                  </m:r>
                </m:sub>
              </m:sSub>
              <m:sSub>
                <m:sSubPr>
                  <m:ctrlPr>
                    <w:rPr>
                      <w:rFonts w:ascii="Cambria Math" w:hAnsi="Cambria Math"/>
                      <w:i/>
                      <w:iCs/>
                      <w:sz w:val="22"/>
                    </w:rPr>
                  </m:ctrlPr>
                </m:sSubPr>
                <m:e>
                  <m:r>
                    <w:rPr>
                      <w:rFonts w:ascii="Cambria Math" w:hAnsi="Cambria Math"/>
                      <w:sz w:val="22"/>
                    </w:rPr>
                    <m:t>β</m:t>
                  </m:r>
                </m:e>
                <m:sub>
                  <m:r>
                    <w:rPr>
                      <w:rFonts w:ascii="Cambria Math" w:hAnsi="Cambria Math"/>
                      <w:sz w:val="22"/>
                    </w:rPr>
                    <m:t>i</m:t>
                  </m:r>
                </m:sub>
              </m:sSub>
              <m:sSub>
                <m:sSubPr>
                  <m:ctrlPr>
                    <w:rPr>
                      <w:rFonts w:ascii="Cambria Math" w:hAnsi="Cambria Math"/>
                      <w:i/>
                      <w:iCs/>
                      <w:sz w:val="22"/>
                    </w:rPr>
                  </m:ctrlPr>
                </m:sSubPr>
                <m:e>
                  <m:r>
                    <w:rPr>
                      <w:rFonts w:ascii="Cambria Math" w:hAnsi="Cambria Math"/>
                      <w:sz w:val="22"/>
                    </w:rPr>
                    <m:t>β</m:t>
                  </m:r>
                </m:e>
                <m:sub>
                  <m:r>
                    <w:rPr>
                      <w:rFonts w:ascii="Cambria Math" w:hAnsi="Cambria Math"/>
                      <w:sz w:val="22"/>
                    </w:rPr>
                    <m:t>j</m:t>
                  </m:r>
                </m:sub>
              </m:sSub>
            </m:e>
          </m:nary>
          <m:r>
            <w:rPr>
              <w:rFonts w:ascii="Cambria Math" w:hAnsi="Cambria Math"/>
              <w:sz w:val="22"/>
            </w:rPr>
            <m:t>+</m:t>
          </m:r>
          <m:nary>
            <m:naryPr>
              <m:chr m:val="∑"/>
              <m:ctrlPr>
                <w:rPr>
                  <w:rFonts w:ascii="Cambria Math" w:hAnsi="Cambria Math"/>
                  <w:i/>
                  <w:iCs/>
                  <w:sz w:val="22"/>
                </w:rPr>
              </m:ctrlPr>
            </m:naryPr>
            <m:sub>
              <m:r>
                <w:rPr>
                  <w:rFonts w:ascii="Cambria Math" w:hAnsi="Cambria Math"/>
                  <w:sz w:val="22"/>
                </w:rPr>
                <m:t>i=1</m:t>
              </m:r>
            </m:sub>
            <m:sup>
              <m:sSub>
                <m:sSubPr>
                  <m:ctrlPr>
                    <w:rPr>
                      <w:rFonts w:ascii="Cambria Math" w:hAnsi="Cambria Math"/>
                      <w:i/>
                      <w:sz w:val="22"/>
                    </w:rPr>
                  </m:ctrlPr>
                </m:sSubPr>
                <m:e>
                  <m:r>
                    <w:rPr>
                      <w:rFonts w:ascii="Cambria Math" w:hAnsi="Cambria Math"/>
                      <w:sz w:val="22"/>
                    </w:rPr>
                    <m:t>n</m:t>
                  </m:r>
                </m:e>
                <m:sub>
                  <m:r>
                    <w:rPr>
                      <w:rFonts w:ascii="Cambria Math" w:hAnsi="Cambria Math"/>
                      <w:sz w:val="22"/>
                    </w:rPr>
                    <m:t>l</m:t>
                  </m:r>
                </m:sub>
              </m:sSub>
            </m:sup>
            <m:e>
              <m:sSub>
                <m:sSubPr>
                  <m:ctrlPr>
                    <w:rPr>
                      <w:rFonts w:ascii="Cambria Math" w:hAnsi="Cambria Math"/>
                      <w:i/>
                      <w:iCs/>
                      <w:sz w:val="22"/>
                    </w:rPr>
                  </m:ctrlPr>
                </m:sSubPr>
                <m:e>
                  <m:r>
                    <w:rPr>
                      <w:rFonts w:ascii="Cambria Math" w:hAnsi="Cambria Math"/>
                      <w:sz w:val="22"/>
                    </w:rPr>
                    <m:t>h</m:t>
                  </m:r>
                </m:e>
                <m:sub>
                  <m:r>
                    <w:rPr>
                      <w:rFonts w:ascii="Cambria Math" w:hAnsi="Cambria Math"/>
                      <w:sz w:val="22"/>
                    </w:rPr>
                    <m:t>i</m:t>
                  </m:r>
                </m:sub>
              </m:sSub>
              <m:sSub>
                <m:sSubPr>
                  <m:ctrlPr>
                    <w:rPr>
                      <w:rFonts w:ascii="Cambria Math" w:hAnsi="Cambria Math"/>
                      <w:i/>
                      <w:iCs/>
                      <w:sz w:val="22"/>
                    </w:rPr>
                  </m:ctrlPr>
                </m:sSubPr>
                <m:e>
                  <m:r>
                    <w:rPr>
                      <w:rFonts w:ascii="Cambria Math" w:hAnsi="Cambria Math"/>
                      <w:sz w:val="22"/>
                    </w:rPr>
                    <m:t>β</m:t>
                  </m:r>
                </m:e>
                <m:sub>
                  <m:r>
                    <w:rPr>
                      <w:rFonts w:ascii="Cambria Math" w:hAnsi="Cambria Math"/>
                      <w:sz w:val="22"/>
                    </w:rPr>
                    <m:t>i</m:t>
                  </m:r>
                </m:sub>
              </m:sSub>
            </m:e>
          </m:nary>
        </m:oMath>
      </m:oMathPara>
    </w:p>
    <w:p w14:paraId="3CB1EC49" w14:textId="6BF4FEAE" w:rsidR="00CE65D0" w:rsidRPr="00CE65D0" w:rsidRDefault="00F87F66" w:rsidP="00CE65D0">
      <w:pPr>
        <w:ind w:left="360"/>
        <w:rPr>
          <w:iCs/>
          <w:sz w:val="22"/>
        </w:rPr>
      </w:pPr>
      <w:r>
        <w:rPr>
          <w:iCs/>
          <w:sz w:val="22"/>
        </w:rPr>
        <w:t>w</w:t>
      </w:r>
      <w:r w:rsidR="00CE65D0">
        <w:rPr>
          <w:iCs/>
          <w:sz w:val="22"/>
        </w:rPr>
        <w:t xml:space="preserve">ith </w:t>
      </w:r>
      <m:oMath>
        <m:sSub>
          <m:sSubPr>
            <m:ctrlPr>
              <w:rPr>
                <w:rFonts w:ascii="Cambria Math" w:hAnsi="Cambria Math"/>
                <w:i/>
                <w:iCs/>
                <w:sz w:val="22"/>
              </w:rPr>
            </m:ctrlPr>
          </m:sSubPr>
          <m:e>
            <m:r>
              <w:rPr>
                <w:rFonts w:ascii="Cambria Math" w:hAnsi="Cambria Math"/>
                <w:sz w:val="22"/>
              </w:rPr>
              <m:t>J</m:t>
            </m:r>
          </m:e>
          <m:sub>
            <m:r>
              <w:rPr>
                <w:rFonts w:ascii="Cambria Math" w:hAnsi="Cambria Math"/>
                <w:sz w:val="22"/>
              </w:rPr>
              <m:t>ij</m:t>
            </m:r>
          </m:sub>
        </m:sSub>
      </m:oMath>
      <w:r w:rsidR="00CE65D0">
        <w:rPr>
          <w:iCs/>
          <w:sz w:val="22"/>
        </w:rPr>
        <w:t xml:space="preserve"> and </w:t>
      </w:r>
      <m:oMath>
        <m:sSub>
          <m:sSubPr>
            <m:ctrlPr>
              <w:rPr>
                <w:rFonts w:ascii="Cambria Math" w:hAnsi="Cambria Math"/>
                <w:i/>
                <w:iCs/>
                <w:sz w:val="22"/>
              </w:rPr>
            </m:ctrlPr>
          </m:sSubPr>
          <m:e>
            <m:r>
              <w:rPr>
                <w:rFonts w:ascii="Cambria Math" w:hAnsi="Cambria Math"/>
                <w:sz w:val="22"/>
              </w:rPr>
              <m:t>h</m:t>
            </m:r>
          </m:e>
          <m:sub>
            <m:r>
              <w:rPr>
                <w:rFonts w:ascii="Cambria Math" w:hAnsi="Cambria Math"/>
                <w:sz w:val="22"/>
              </w:rPr>
              <m:t>i</m:t>
            </m:r>
          </m:sub>
        </m:sSub>
      </m:oMath>
      <w:r w:rsidR="00CE65D0">
        <w:rPr>
          <w:iCs/>
          <w:sz w:val="22"/>
        </w:rPr>
        <w:t xml:space="preserve"> defined from the preservation objectives.</w:t>
      </w:r>
    </w:p>
    <w:p w14:paraId="12AB1B40" w14:textId="07D72101" w:rsidR="00CE65D0" w:rsidRPr="006A2A20" w:rsidRDefault="00CE65D0" w:rsidP="00CE65D0">
      <w:pPr>
        <w:pStyle w:val="ListParagraph"/>
        <w:numPr>
          <w:ilvl w:val="0"/>
          <w:numId w:val="5"/>
        </w:numPr>
        <w:rPr>
          <w:b/>
          <w:bCs/>
          <w:sz w:val="22"/>
        </w:rPr>
      </w:pPr>
      <w:r w:rsidRPr="006A2A20">
        <w:rPr>
          <w:b/>
          <w:bCs/>
          <w:sz w:val="22"/>
        </w:rPr>
        <w:t>Automatic hyperparameter tuning:</w:t>
      </w:r>
    </w:p>
    <w:p w14:paraId="7324A09B" w14:textId="10B9A2C2" w:rsidR="00CE65D0" w:rsidRPr="00CE65D0" w:rsidRDefault="00CE65D0" w:rsidP="00CE65D0">
      <w:pPr>
        <w:rPr>
          <w:sz w:val="22"/>
        </w:rPr>
      </w:pPr>
      <w:r>
        <w:rPr>
          <w:sz w:val="22"/>
        </w:rPr>
        <w:t>The weighting coefficients</w:t>
      </w:r>
      <w:r w:rsidR="00F87F66">
        <w:rPr>
          <w:sz w:val="22"/>
        </w:rPr>
        <w:t>,</w:t>
      </w:r>
      <w:r>
        <w:rPr>
          <w:sz w:val="22"/>
        </w:rPr>
        <w:t xml:space="preserve"> </w:t>
      </w:r>
      <m:oMath>
        <m:r>
          <w:rPr>
            <w:rFonts w:ascii="Cambria Math" w:hAnsi="Cambria Math"/>
            <w:sz w:val="22"/>
          </w:rPr>
          <m:t>μ</m:t>
        </m:r>
      </m:oMath>
      <w:r>
        <w:rPr>
          <w:sz w:val="22"/>
        </w:rPr>
        <w:t xml:space="preserve"> and </w:t>
      </w:r>
      <m:oMath>
        <m:r>
          <w:rPr>
            <w:rFonts w:ascii="Cambria Math" w:hAnsi="Cambria Math"/>
            <w:sz w:val="22"/>
          </w:rPr>
          <m:t>λ,</m:t>
        </m:r>
      </m:oMath>
      <w:r>
        <w:rPr>
          <w:sz w:val="22"/>
        </w:rPr>
        <w:t xml:space="preserve"> are automatically inferred from the activation energies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oMath>
      <w:r>
        <w:rPr>
          <w:sz w:val="22"/>
        </w:rPr>
        <w:t xml:space="preserve"> and coupling matrix</w:t>
      </w:r>
      <w:r w:rsidR="00F87F66">
        <w:rPr>
          <w:sz w:val="22"/>
        </w:rPr>
        <w:t>,</w:t>
      </w:r>
      <w:r>
        <w:rPr>
          <w:sz w:val="22"/>
        </w:rPr>
        <w:t xml:space="preserve"> </w:t>
      </w:r>
      <m:oMath>
        <m:sSub>
          <m:sSubPr>
            <m:ctrlPr>
              <w:rPr>
                <w:rFonts w:ascii="Cambria Math" w:hAnsi="Cambria Math"/>
                <w:i/>
                <w:sz w:val="22"/>
              </w:rPr>
            </m:ctrlPr>
          </m:sSubPr>
          <m:e>
            <m:r>
              <w:rPr>
                <w:rFonts w:ascii="Cambria Math" w:hAnsi="Cambria Math"/>
                <w:sz w:val="22"/>
              </w:rPr>
              <m:t>M</m:t>
            </m:r>
          </m:e>
          <m:sub>
            <m:r>
              <w:rPr>
                <w:rFonts w:ascii="Cambria Math" w:hAnsi="Cambria Math"/>
                <w:sz w:val="22"/>
              </w:rPr>
              <m:t>ij</m:t>
            </m:r>
          </m:sub>
        </m:sSub>
      </m:oMath>
      <w:r w:rsidR="00EE1673">
        <w:rPr>
          <w:sz w:val="22"/>
        </w:rPr>
        <w:t xml:space="preserve">, </w:t>
      </w:r>
      <w:r>
        <w:rPr>
          <w:sz w:val="22"/>
        </w:rPr>
        <w:t xml:space="preserve">via median-based scaling. This </w:t>
      </w:r>
      <w:r w:rsidR="00D77CA0">
        <w:rPr>
          <w:sz w:val="22"/>
        </w:rPr>
        <w:t>p</w:t>
      </w:r>
      <w:r w:rsidR="00F061A9">
        <w:rPr>
          <w:sz w:val="22"/>
        </w:rPr>
        <w:t xml:space="preserve">rocess </w:t>
      </w:r>
      <w:r>
        <w:rPr>
          <w:sz w:val="22"/>
        </w:rPr>
        <w:t>avoid</w:t>
      </w:r>
      <w:r w:rsidR="00F061A9">
        <w:rPr>
          <w:sz w:val="22"/>
        </w:rPr>
        <w:t>s</w:t>
      </w:r>
      <w:r>
        <w:rPr>
          <w:sz w:val="22"/>
        </w:rPr>
        <w:t xml:space="preserve"> manual hyperparameter sweeps while maintaining numerical balance between reconstruction and sparsity penalties</w:t>
      </w:r>
    </w:p>
    <w:p w14:paraId="6FC159E1" w14:textId="035E9C38" w:rsidR="00CE65D0" w:rsidRPr="006A2A20" w:rsidRDefault="00CE65D0" w:rsidP="00CE65D0">
      <w:pPr>
        <w:pStyle w:val="ListParagraph"/>
        <w:numPr>
          <w:ilvl w:val="0"/>
          <w:numId w:val="5"/>
        </w:numPr>
        <w:rPr>
          <w:b/>
          <w:bCs/>
          <w:sz w:val="22"/>
        </w:rPr>
      </w:pPr>
      <w:r w:rsidRPr="006A2A20">
        <w:rPr>
          <w:b/>
          <w:bCs/>
          <w:sz w:val="22"/>
        </w:rPr>
        <w:t>Normalization and conditioning:</w:t>
      </w:r>
    </w:p>
    <w:p w14:paraId="408D4F51" w14:textId="00F19662" w:rsidR="00CE65D0" w:rsidRPr="00CE65D0" w:rsidRDefault="00CE65D0" w:rsidP="00CE65D0">
      <w:pPr>
        <w:rPr>
          <w:sz w:val="22"/>
        </w:rPr>
      </w:pPr>
      <w:r>
        <w:rPr>
          <w:sz w:val="22"/>
        </w:rPr>
        <w:t xml:space="preserve">Each activation matrix is column-centered and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2</m:t>
            </m:r>
          </m:sub>
        </m:sSub>
      </m:oMath>
      <w:r w:rsidR="0089256C">
        <w:rPr>
          <w:sz w:val="22"/>
        </w:rPr>
        <w:t xml:space="preserve">-normalized by default to stabilize the matrix used in the QUBO construction </w:t>
      </w:r>
    </w:p>
    <w:p w14:paraId="76DF1382" w14:textId="599AF536" w:rsidR="00CE65D0" w:rsidRPr="006A2A20" w:rsidRDefault="00CE65D0" w:rsidP="00CE65D0">
      <w:pPr>
        <w:pStyle w:val="ListParagraph"/>
        <w:numPr>
          <w:ilvl w:val="0"/>
          <w:numId w:val="5"/>
        </w:numPr>
        <w:rPr>
          <w:b/>
          <w:bCs/>
          <w:sz w:val="22"/>
        </w:rPr>
      </w:pPr>
      <w:r w:rsidRPr="006A2A20">
        <w:rPr>
          <w:b/>
          <w:bCs/>
          <w:sz w:val="22"/>
        </w:rPr>
        <w:t>Annealing-based minimization:</w:t>
      </w:r>
    </w:p>
    <w:p w14:paraId="0C47F414" w14:textId="259D7BDC" w:rsidR="0089256C" w:rsidRDefault="0089256C" w:rsidP="0089256C">
      <w:pPr>
        <w:rPr>
          <w:sz w:val="22"/>
        </w:rPr>
      </w:pPr>
      <w:r>
        <w:rPr>
          <w:sz w:val="22"/>
        </w:rPr>
        <w:t xml:space="preserve">The resulting QUBO is mapped to a </w:t>
      </w:r>
      <w:r w:rsidRPr="0089256C">
        <w:rPr>
          <w:rFonts w:ascii="Courier New" w:hAnsi="Courier New" w:cs="Courier New"/>
          <w:sz w:val="22"/>
        </w:rPr>
        <w:t xml:space="preserve">dimod.BinaryQuadraticModel </w:t>
      </w:r>
      <w:r>
        <w:rPr>
          <w:sz w:val="22"/>
        </w:rPr>
        <w:t>and solved by either:</w:t>
      </w:r>
    </w:p>
    <w:p w14:paraId="01E1A3C2" w14:textId="1740642A" w:rsidR="0089256C" w:rsidRDefault="0089256C" w:rsidP="0089256C">
      <w:pPr>
        <w:pStyle w:val="ListParagraph"/>
        <w:numPr>
          <w:ilvl w:val="0"/>
          <w:numId w:val="6"/>
        </w:numPr>
        <w:rPr>
          <w:sz w:val="22"/>
        </w:rPr>
      </w:pPr>
      <w:r>
        <w:rPr>
          <w:sz w:val="22"/>
        </w:rPr>
        <w:t xml:space="preserve">Quantum Annealing, on D-Wave’s Zephyr topology with 1000 reads and 100 </w:t>
      </w:r>
      <m:oMath>
        <m:r>
          <w:rPr>
            <w:rFonts w:ascii="Cambria Math" w:hAnsi="Cambria Math"/>
            <w:sz w:val="22"/>
          </w:rPr>
          <m:t>μs</m:t>
        </m:r>
      </m:oMath>
      <w:r>
        <w:rPr>
          <w:sz w:val="22"/>
        </w:rPr>
        <w:t xml:space="preserve"> anneal time per read; or</w:t>
      </w:r>
    </w:p>
    <w:p w14:paraId="58A5B1E2" w14:textId="1C8A8142" w:rsidR="0089256C" w:rsidRPr="00510CA2" w:rsidRDefault="0089256C" w:rsidP="0089256C">
      <w:pPr>
        <w:pStyle w:val="ListParagraph"/>
        <w:numPr>
          <w:ilvl w:val="0"/>
          <w:numId w:val="6"/>
        </w:numPr>
        <w:rPr>
          <w:sz w:val="22"/>
        </w:rPr>
      </w:pPr>
      <w:r>
        <w:rPr>
          <w:sz w:val="22"/>
        </w:rPr>
        <w:t xml:space="preserve">Simulated Annealing ,using </w:t>
      </w:r>
      <w:proofErr w:type="spellStart"/>
      <w:r w:rsidRPr="0089256C">
        <w:rPr>
          <w:rFonts w:ascii="Courier New" w:hAnsi="Courier New" w:cs="Courier New"/>
          <w:sz w:val="22"/>
        </w:rPr>
        <w:t>neal.SimulatedAnnealingSampler</w:t>
      </w:r>
      <w:proofErr w:type="spellEnd"/>
      <w:r w:rsidRPr="0089256C">
        <w:rPr>
          <w:rFonts w:ascii="Courier New" w:hAnsi="Courier New" w:cs="Courier New"/>
          <w:sz w:val="22"/>
        </w:rPr>
        <w:t>()</w:t>
      </w:r>
      <w:r w:rsidRPr="0089256C">
        <w:rPr>
          <w:rFonts w:cs="Times New Roman"/>
          <w:sz w:val="22"/>
        </w:rPr>
        <w:t>as a</w:t>
      </w:r>
      <w:r>
        <w:rPr>
          <w:rFonts w:cs="Times New Roman"/>
          <w:sz w:val="22"/>
        </w:rPr>
        <w:t xml:space="preserve"> classical baseline under identical read </w:t>
      </w:r>
      <w:r w:rsidR="006713F4">
        <w:rPr>
          <w:rFonts w:cs="Times New Roman"/>
          <w:sz w:val="22"/>
        </w:rPr>
        <w:t>count</w:t>
      </w:r>
      <w:r>
        <w:rPr>
          <w:rFonts w:cs="Times New Roman"/>
          <w:sz w:val="22"/>
        </w:rPr>
        <w:t>.</w:t>
      </w:r>
    </w:p>
    <w:p w14:paraId="1CA9060C" w14:textId="1632C03D" w:rsidR="00CE65D0" w:rsidRPr="006A2A20" w:rsidRDefault="00CE65D0" w:rsidP="00CE65D0">
      <w:pPr>
        <w:pStyle w:val="ListParagraph"/>
        <w:numPr>
          <w:ilvl w:val="0"/>
          <w:numId w:val="5"/>
        </w:numPr>
        <w:rPr>
          <w:b/>
          <w:bCs/>
          <w:sz w:val="22"/>
        </w:rPr>
      </w:pPr>
      <w:r w:rsidRPr="006A2A20">
        <w:rPr>
          <w:b/>
          <w:bCs/>
          <w:sz w:val="22"/>
        </w:rPr>
        <w:t>Mask application:</w:t>
      </w:r>
      <w:r w:rsidR="00C233A9" w:rsidRPr="00C233A9">
        <w:rPr>
          <w:noProof/>
          <w:sz w:val="22"/>
        </w:rPr>
        <w:t xml:space="preserve"> </w:t>
      </w:r>
    </w:p>
    <w:p w14:paraId="092C63D4" w14:textId="15C24718" w:rsidR="0089256C" w:rsidRPr="0089256C" w:rsidRDefault="0089256C" w:rsidP="0089256C">
      <w:pPr>
        <w:rPr>
          <w:sz w:val="22"/>
        </w:rPr>
      </w:pPr>
      <w:r>
        <w:rPr>
          <w:sz w:val="22"/>
        </w:rPr>
        <w:t>The optimal binary vector</w:t>
      </w:r>
      <w:r w:rsidR="00EE1673">
        <w:rPr>
          <w:sz w:val="22"/>
        </w:rPr>
        <w:t>,</w:t>
      </w:r>
      <w:r>
        <w:rPr>
          <w:sz w:val="22"/>
        </w:rPr>
        <w:t xml:space="preserve"> </w:t>
      </w:r>
      <m:oMath>
        <m:sSup>
          <m:sSupPr>
            <m:ctrlPr>
              <w:rPr>
                <w:rFonts w:ascii="Cambria Math" w:hAnsi="Cambria Math"/>
                <w:b/>
                <w:bCs/>
                <w:i/>
                <w:sz w:val="22"/>
              </w:rPr>
            </m:ctrlPr>
          </m:sSupPr>
          <m:e>
            <m:r>
              <m:rPr>
                <m:sty m:val="bi"/>
              </m:rPr>
              <w:rPr>
                <w:rFonts w:ascii="Cambria Math" w:hAnsi="Cambria Math"/>
                <w:sz w:val="22"/>
              </w:rPr>
              <m:t>β</m:t>
            </m:r>
          </m:e>
          <m:sup>
            <m:r>
              <m:rPr>
                <m:sty m:val="bi"/>
              </m:rPr>
              <w:rPr>
                <w:rFonts w:ascii="Cambria Math" w:hAnsi="Cambria Math"/>
                <w:sz w:val="22"/>
              </w:rPr>
              <m:t>*</m:t>
            </m:r>
          </m:sup>
        </m:sSup>
      </m:oMath>
      <w:r w:rsidR="00EE1673">
        <w:rPr>
          <w:b/>
          <w:bCs/>
          <w:sz w:val="22"/>
        </w:rPr>
        <w:t xml:space="preserve">, </w:t>
      </w:r>
      <w:r>
        <w:rPr>
          <w:sz w:val="22"/>
        </w:rPr>
        <w:t xml:space="preserve">minimizing </w:t>
      </w:r>
      <m:oMath>
        <m:sSub>
          <m:sSubPr>
            <m:ctrlPr>
              <w:rPr>
                <w:rFonts w:ascii="Cambria Math" w:hAnsi="Cambria Math"/>
                <w:i/>
                <w:sz w:val="22"/>
              </w:rPr>
            </m:ctrlPr>
          </m:sSubPr>
          <m:e>
            <m:r>
              <w:rPr>
                <w:rFonts w:ascii="Cambria Math" w:hAnsi="Cambria Math"/>
                <w:sz w:val="22"/>
              </w:rPr>
              <m:t>E</m:t>
            </m:r>
          </m:e>
          <m:sub>
            <m:r>
              <m:rPr>
                <m:sty m:val="p"/>
              </m:rPr>
              <w:rPr>
                <w:rFonts w:ascii="Cambria Math" w:hAnsi="Cambria Math"/>
                <w:sz w:val="22"/>
              </w:rPr>
              <m:t>QUBO</m:t>
            </m:r>
          </m:sub>
        </m:sSub>
      </m:oMath>
      <w:r>
        <w:rPr>
          <w:sz w:val="22"/>
        </w:rPr>
        <w:t xml:space="preserve"> is applied to the corresponding </w:t>
      </w:r>
      <w:proofErr w:type="spellStart"/>
      <w:r w:rsidRPr="006A2A20">
        <w:rPr>
          <w:rFonts w:ascii="Courier New" w:hAnsi="Courier New" w:cs="Courier New"/>
          <w:sz w:val="22"/>
        </w:rPr>
        <w:t>MaskedDense</w:t>
      </w:r>
      <w:proofErr w:type="spellEnd"/>
      <w:r>
        <w:rPr>
          <w:sz w:val="22"/>
        </w:rPr>
        <w:t xml:space="preserve"> layer, permanently deactivatin</w:t>
      </w:r>
      <w:r w:rsidR="006A2A20">
        <w:rPr>
          <w:sz w:val="22"/>
        </w:rPr>
        <w:t>g pruned neurons</w:t>
      </w:r>
    </w:p>
    <w:p w14:paraId="638353F6" w14:textId="3D12B48E" w:rsidR="00CE65D0" w:rsidRPr="006A2A20" w:rsidRDefault="00CE65D0" w:rsidP="00CE65D0">
      <w:pPr>
        <w:pStyle w:val="ListParagraph"/>
        <w:numPr>
          <w:ilvl w:val="0"/>
          <w:numId w:val="5"/>
        </w:numPr>
        <w:rPr>
          <w:b/>
          <w:bCs/>
          <w:sz w:val="22"/>
        </w:rPr>
      </w:pPr>
      <w:r w:rsidRPr="006A2A20">
        <w:rPr>
          <w:b/>
          <w:bCs/>
          <w:sz w:val="22"/>
        </w:rPr>
        <w:t>Retraining</w:t>
      </w:r>
      <w:r w:rsidR="006A2A20" w:rsidRPr="006A2A20">
        <w:rPr>
          <w:b/>
          <w:bCs/>
          <w:sz w:val="22"/>
        </w:rPr>
        <w:t>:</w:t>
      </w:r>
    </w:p>
    <w:p w14:paraId="148F68B2" w14:textId="08EBF93D" w:rsidR="006A2A20" w:rsidRDefault="006A2A20" w:rsidP="006A2A20">
      <w:pPr>
        <w:rPr>
          <w:noProof/>
          <w:sz w:val="22"/>
        </w:rPr>
      </w:pPr>
      <w:r>
        <w:rPr>
          <w:sz w:val="22"/>
        </w:rPr>
        <w:t>The pruned network is recompiled and fine-tuned for 5 epochs (batch</w:t>
      </w:r>
      <w:r w:rsidR="00EE1673">
        <w:rPr>
          <w:sz w:val="22"/>
        </w:rPr>
        <w:t xml:space="preserve"> </w:t>
      </w:r>
      <w:r>
        <w:rPr>
          <w:sz w:val="22"/>
        </w:rPr>
        <w:t>=</w:t>
      </w:r>
      <w:r w:rsidR="00EE1673">
        <w:rPr>
          <w:sz w:val="22"/>
        </w:rPr>
        <w:t xml:space="preserve"> </w:t>
      </w:r>
      <w:r>
        <w:rPr>
          <w:sz w:val="22"/>
        </w:rPr>
        <w:t>16) to allow minor weight adaptation.</w:t>
      </w:r>
      <w:r w:rsidR="00C233A9" w:rsidRPr="00C233A9">
        <w:rPr>
          <w:noProof/>
          <w:sz w:val="22"/>
        </w:rPr>
        <w:t xml:space="preserve"> </w:t>
      </w:r>
    </w:p>
    <w:p w14:paraId="73DADB97" w14:textId="77777777" w:rsidR="00510CA2" w:rsidRDefault="00510CA2" w:rsidP="006A2A20">
      <w:pPr>
        <w:rPr>
          <w:noProof/>
          <w:sz w:val="22"/>
        </w:rPr>
      </w:pPr>
    </w:p>
    <w:p w14:paraId="2F8E2B3B" w14:textId="25B1948E" w:rsidR="00510CA2" w:rsidRDefault="00510CA2" w:rsidP="006A2A20">
      <w:pPr>
        <w:rPr>
          <w:noProof/>
          <w:sz w:val="22"/>
        </w:rPr>
      </w:pPr>
      <w:r w:rsidRPr="00510CA2">
        <w:rPr>
          <w:b/>
          <w:bCs/>
          <w:noProof/>
          <w:sz w:val="22"/>
        </w:rPr>
        <w:t>Layer Selection and Validation Strategy.</w:t>
      </w:r>
      <w:r>
        <w:rPr>
          <w:noProof/>
          <w:sz w:val="22"/>
        </w:rPr>
        <w:t xml:space="preserve"> To determine which layers and how many neurons to prune, multiple layer-neuron combinations were explored. For each candidate configuration, the model was re-trained for 5 epochs on the training and validation subsets only, and its loss function was monitored. The test set remained strictly unseen throughout this tuning process and was used only once for the final performance evaluation after selecting the optimal pruning configuration.</w:t>
      </w:r>
    </w:p>
    <w:p w14:paraId="24FAE534" w14:textId="63BB1750" w:rsidR="00510CA2" w:rsidRDefault="00510CA2" w:rsidP="006A2A20">
      <w:pPr>
        <w:rPr>
          <w:noProof/>
          <w:sz w:val="22"/>
        </w:rPr>
      </w:pPr>
      <w:r>
        <w:rPr>
          <w:noProof/>
          <w:sz w:val="22"/>
        </w:rPr>
        <w:t>This procedure ensures that pruning decisions were based solely on training-validation behavior, preventing information leakage from the test data and yielding an unbiased measure of post-pruning generalization.</w:t>
      </w:r>
    </w:p>
    <w:p w14:paraId="0A19159E" w14:textId="77777777" w:rsidR="009C736B" w:rsidRDefault="009C736B" w:rsidP="006A2A20">
      <w:pPr>
        <w:rPr>
          <w:noProof/>
          <w:sz w:val="22"/>
        </w:rPr>
      </w:pPr>
    </w:p>
    <w:p w14:paraId="7088B243" w14:textId="77777777" w:rsidR="00320307" w:rsidRDefault="00320307" w:rsidP="006A2A20">
      <w:pPr>
        <w:rPr>
          <w:noProof/>
          <w:sz w:val="22"/>
        </w:rPr>
      </w:pPr>
    </w:p>
    <w:p w14:paraId="72528EE5" w14:textId="77777777" w:rsidR="00320307" w:rsidRDefault="00320307" w:rsidP="006A2A20">
      <w:pPr>
        <w:rPr>
          <w:noProof/>
          <w:sz w:val="22"/>
        </w:rPr>
      </w:pPr>
    </w:p>
    <w:p w14:paraId="76388D51" w14:textId="2109C1F1" w:rsidR="007F6754" w:rsidRDefault="007F6754" w:rsidP="006A2A20">
      <w:pPr>
        <w:rPr>
          <w:noProof/>
          <w:sz w:val="22"/>
        </w:rPr>
      </w:pPr>
      <w:r w:rsidRPr="007F6754">
        <w:rPr>
          <w:b/>
          <w:bCs/>
          <w:noProof/>
          <w:sz w:val="22"/>
        </w:rPr>
        <w:t>Table S</w:t>
      </w:r>
      <w:r w:rsidR="00C96F82">
        <w:rPr>
          <w:b/>
          <w:bCs/>
          <w:noProof/>
          <w:sz w:val="22"/>
        </w:rPr>
        <w:t>3</w:t>
      </w:r>
      <w:r w:rsidRPr="007F6754">
        <w:rPr>
          <w:b/>
          <w:bCs/>
          <w:noProof/>
          <w:sz w:val="22"/>
        </w:rPr>
        <w:t xml:space="preserve"> | QUBO parameters and resulting energies for pruning optimization.</w:t>
      </w:r>
      <w:r w:rsidRPr="007F6754">
        <w:rPr>
          <w:noProof/>
          <w:sz w:val="22"/>
        </w:rPr>
        <w:br/>
        <w:t>Summary of hyperparameters (</w:t>
      </w:r>
      <m:oMath>
        <m:r>
          <w:rPr>
            <w:rFonts w:ascii="Cambria Math" w:hAnsi="Cambria Math"/>
            <w:noProof/>
            <w:sz w:val="22"/>
          </w:rPr>
          <m:t>μ</m:t>
        </m:r>
      </m:oMath>
      <w:r w:rsidRPr="007F6754">
        <w:rPr>
          <w:noProof/>
          <w:sz w:val="22"/>
        </w:rPr>
        <w:t xml:space="preserve">, </w:t>
      </w:r>
      <m:oMath>
        <m:r>
          <w:rPr>
            <w:rFonts w:ascii="Cambria Math" w:hAnsi="Cambria Math"/>
            <w:noProof/>
            <w:sz w:val="22"/>
          </w:rPr>
          <m:t>λ</m:t>
        </m:r>
      </m:oMath>
      <w:r w:rsidRPr="007F6754">
        <w:rPr>
          <w:noProof/>
          <w:sz w:val="22"/>
        </w:rPr>
        <w:t>) and final QUBO energy values obtained during neuron pruning for fracture strain classification and yield strength regression. Both Simulated Annealing (SA) and Quantum Annealing (QA) were performed under identical hyperparameter settings. In both cases, SA achieved slightly lower final energy minima compared to QA</w:t>
      </w:r>
      <w:r>
        <w:rPr>
          <w:noProof/>
          <w:sz w:val="22"/>
        </w:rPr>
        <w:t>.</w:t>
      </w:r>
    </w:p>
    <w:p w14:paraId="056084E4" w14:textId="77777777" w:rsidR="002D58D7" w:rsidRDefault="002D58D7" w:rsidP="006A2A20">
      <w:pPr>
        <w:rPr>
          <w:noProof/>
          <w:sz w:val="22"/>
        </w:rPr>
      </w:pPr>
    </w:p>
    <w:p w14:paraId="33AAE2FD" w14:textId="70EA692E" w:rsidR="00510CA2" w:rsidRPr="002D58D7" w:rsidRDefault="009C736B" w:rsidP="002D58D7">
      <w:pPr>
        <w:widowControl w:val="0"/>
        <w:autoSpaceDE w:val="0"/>
        <w:autoSpaceDN w:val="0"/>
        <w:adjustRightInd w:val="0"/>
        <w:jc w:val="center"/>
        <w:rPr>
          <w:rFonts w:cs="Times New Roman"/>
          <w:b/>
          <w:bCs/>
          <w:sz w:val="28"/>
          <w:szCs w:val="28"/>
        </w:rPr>
      </w:pPr>
      <w:r>
        <w:rPr>
          <w:b/>
          <w:bCs/>
          <w:noProof/>
          <w:sz w:val="22"/>
        </w:rPr>
        <w:t>Fracture Strain</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558"/>
        <w:gridCol w:w="1857"/>
        <w:gridCol w:w="1259"/>
        <w:gridCol w:w="1558"/>
      </w:tblGrid>
      <w:tr w:rsidR="00510CA2" w14:paraId="0B89754E" w14:textId="77777777" w:rsidTr="0013471F">
        <w:trPr>
          <w:jc w:val="center"/>
        </w:trPr>
        <w:tc>
          <w:tcPr>
            <w:tcW w:w="1558" w:type="dxa"/>
            <w:tcBorders>
              <w:bottom w:val="single" w:sz="4" w:space="0" w:color="auto"/>
              <w:right w:val="nil"/>
            </w:tcBorders>
            <w:shd w:val="clear" w:color="auto" w:fill="C5C5C5"/>
            <w:vAlign w:val="center"/>
          </w:tcPr>
          <w:p w14:paraId="0FD63A2D" w14:textId="77777777" w:rsidR="00510CA2" w:rsidRPr="005A2049" w:rsidRDefault="00510CA2" w:rsidP="009437BE">
            <w:pPr>
              <w:jc w:val="center"/>
              <w:rPr>
                <w:rFonts w:cs="Times New Roman"/>
                <w:b/>
                <w:bCs/>
                <w:sz w:val="22"/>
              </w:rPr>
            </w:pPr>
            <w:r w:rsidRPr="005A2049">
              <w:rPr>
                <w:rFonts w:cs="Times New Roman"/>
                <w:b/>
                <w:bCs/>
                <w:sz w:val="22"/>
              </w:rPr>
              <w:t>Solver</w:t>
            </w:r>
          </w:p>
        </w:tc>
        <w:tc>
          <w:tcPr>
            <w:tcW w:w="1857" w:type="dxa"/>
            <w:tcBorders>
              <w:left w:val="nil"/>
              <w:bottom w:val="single" w:sz="4" w:space="0" w:color="auto"/>
              <w:right w:val="nil"/>
            </w:tcBorders>
            <w:shd w:val="clear" w:color="auto" w:fill="C5C5C5"/>
            <w:vAlign w:val="center"/>
          </w:tcPr>
          <w:p w14:paraId="2882834D" w14:textId="77777777" w:rsidR="00510CA2" w:rsidRPr="005A2049" w:rsidRDefault="00510CA2" w:rsidP="009437BE">
            <w:pPr>
              <w:jc w:val="center"/>
              <w:rPr>
                <w:rFonts w:cs="Times New Roman"/>
                <w:b/>
                <w:bCs/>
                <w:sz w:val="22"/>
              </w:rPr>
            </w:pPr>
            <w:r w:rsidRPr="005A2049">
              <w:rPr>
                <w:rFonts w:cs="Times New Roman"/>
                <w:b/>
                <w:bCs/>
                <w:sz w:val="22"/>
              </w:rPr>
              <w:t>QUBO Energy</w:t>
            </w:r>
          </w:p>
        </w:tc>
        <w:tc>
          <w:tcPr>
            <w:tcW w:w="1259" w:type="dxa"/>
            <w:tcBorders>
              <w:left w:val="nil"/>
              <w:bottom w:val="single" w:sz="4" w:space="0" w:color="auto"/>
              <w:right w:val="nil"/>
            </w:tcBorders>
            <w:shd w:val="clear" w:color="auto" w:fill="C5C5C5"/>
            <w:vAlign w:val="center"/>
          </w:tcPr>
          <w:p w14:paraId="31F3E83B" w14:textId="77777777" w:rsidR="00510CA2" w:rsidRPr="005A2049" w:rsidRDefault="00510CA2" w:rsidP="009437BE">
            <w:pPr>
              <w:jc w:val="center"/>
              <w:rPr>
                <w:rFonts w:cs="Times New Roman"/>
                <w:b/>
                <w:bCs/>
                <w:sz w:val="22"/>
              </w:rPr>
            </w:pPr>
            <m:oMathPara>
              <m:oMath>
                <m:r>
                  <m:rPr>
                    <m:sty m:val="bi"/>
                  </m:rPr>
                  <w:rPr>
                    <w:rFonts w:ascii="Cambria Math" w:hAnsi="Cambria Math" w:cs="Times New Roman"/>
                    <w:sz w:val="22"/>
                  </w:rPr>
                  <m:t>μ</m:t>
                </m:r>
              </m:oMath>
            </m:oMathPara>
          </w:p>
        </w:tc>
        <w:tc>
          <w:tcPr>
            <w:tcW w:w="1558" w:type="dxa"/>
            <w:tcBorders>
              <w:left w:val="nil"/>
              <w:bottom w:val="single" w:sz="4" w:space="0" w:color="auto"/>
            </w:tcBorders>
            <w:shd w:val="clear" w:color="auto" w:fill="C5C5C5"/>
            <w:vAlign w:val="center"/>
          </w:tcPr>
          <w:p w14:paraId="7520EF4E" w14:textId="77777777" w:rsidR="00510CA2" w:rsidRPr="005A2049" w:rsidRDefault="00510CA2" w:rsidP="009437BE">
            <w:pPr>
              <w:jc w:val="center"/>
              <w:rPr>
                <w:rFonts w:cs="Times New Roman"/>
                <w:b/>
                <w:bCs/>
                <w:sz w:val="22"/>
              </w:rPr>
            </w:pPr>
            <m:oMathPara>
              <m:oMath>
                <m:r>
                  <m:rPr>
                    <m:sty m:val="bi"/>
                  </m:rPr>
                  <w:rPr>
                    <w:rFonts w:ascii="Cambria Math" w:hAnsi="Cambria Math" w:cs="Times New Roman"/>
                    <w:sz w:val="22"/>
                  </w:rPr>
                  <m:t>λ</m:t>
                </m:r>
              </m:oMath>
            </m:oMathPara>
          </w:p>
        </w:tc>
      </w:tr>
      <w:tr w:rsidR="00510CA2" w14:paraId="44CB42E8" w14:textId="77777777" w:rsidTr="0013471F">
        <w:trPr>
          <w:jc w:val="center"/>
        </w:trPr>
        <w:tc>
          <w:tcPr>
            <w:tcW w:w="1558" w:type="dxa"/>
            <w:tcBorders>
              <w:right w:val="nil"/>
            </w:tcBorders>
            <w:vAlign w:val="center"/>
          </w:tcPr>
          <w:p w14:paraId="3365EF74" w14:textId="77777777" w:rsidR="00510CA2" w:rsidRPr="005A2049" w:rsidRDefault="00510CA2" w:rsidP="0013471F">
            <w:pPr>
              <w:rPr>
                <w:rFonts w:cs="Times New Roman"/>
                <w:sz w:val="22"/>
              </w:rPr>
            </w:pPr>
            <w:r w:rsidRPr="005A2049">
              <w:rPr>
                <w:rFonts w:cs="Times New Roman"/>
                <w:sz w:val="22"/>
              </w:rPr>
              <w:t>SA</w:t>
            </w:r>
          </w:p>
        </w:tc>
        <w:tc>
          <w:tcPr>
            <w:tcW w:w="1857" w:type="dxa"/>
            <w:tcBorders>
              <w:left w:val="nil"/>
              <w:right w:val="nil"/>
            </w:tcBorders>
            <w:vAlign w:val="center"/>
          </w:tcPr>
          <w:p w14:paraId="689FFEDE" w14:textId="77777777" w:rsidR="00510CA2" w:rsidRPr="005A2049" w:rsidRDefault="00510CA2" w:rsidP="0013471F">
            <w:pPr>
              <w:spacing w:after="0" w:line="240" w:lineRule="auto"/>
              <w:rPr>
                <w:rFonts w:eastAsia="Times New Roman" w:cs="Times New Roman"/>
                <w:color w:val="000000"/>
                <w:sz w:val="22"/>
              </w:rPr>
            </w:pPr>
            <w:r w:rsidRPr="005A2049">
              <w:rPr>
                <w:rFonts w:cs="Times New Roman"/>
                <w:color w:val="000000"/>
                <w:sz w:val="22"/>
              </w:rPr>
              <w:t>13.91272</w:t>
            </w:r>
          </w:p>
        </w:tc>
        <w:tc>
          <w:tcPr>
            <w:tcW w:w="1259" w:type="dxa"/>
            <w:tcBorders>
              <w:left w:val="nil"/>
              <w:right w:val="nil"/>
            </w:tcBorders>
            <w:vAlign w:val="center"/>
          </w:tcPr>
          <w:p w14:paraId="5D0180A9" w14:textId="77777777" w:rsidR="00510CA2" w:rsidRPr="005A2049" w:rsidRDefault="00510CA2" w:rsidP="0013471F">
            <w:pPr>
              <w:spacing w:after="0" w:line="240" w:lineRule="auto"/>
              <w:rPr>
                <w:rFonts w:eastAsia="Times New Roman" w:cs="Times New Roman"/>
                <w:color w:val="000000"/>
                <w:sz w:val="22"/>
              </w:rPr>
            </w:pPr>
            <w:r w:rsidRPr="005A2049">
              <w:rPr>
                <w:rFonts w:cs="Times New Roman"/>
                <w:color w:val="000000"/>
                <w:sz w:val="22"/>
              </w:rPr>
              <w:t>0.094901</w:t>
            </w:r>
          </w:p>
        </w:tc>
        <w:tc>
          <w:tcPr>
            <w:tcW w:w="1558" w:type="dxa"/>
            <w:tcBorders>
              <w:left w:val="nil"/>
            </w:tcBorders>
            <w:vAlign w:val="center"/>
          </w:tcPr>
          <w:p w14:paraId="1DB1B075" w14:textId="77777777" w:rsidR="00510CA2" w:rsidRPr="005A2049" w:rsidRDefault="00510CA2" w:rsidP="0013471F">
            <w:pPr>
              <w:spacing w:after="0" w:line="240" w:lineRule="auto"/>
              <w:rPr>
                <w:rFonts w:eastAsia="Times New Roman" w:cs="Times New Roman"/>
                <w:color w:val="000000"/>
                <w:sz w:val="22"/>
              </w:rPr>
            </w:pPr>
            <w:r w:rsidRPr="005A2049">
              <w:rPr>
                <w:rFonts w:cs="Times New Roman"/>
                <w:color w:val="000000"/>
                <w:sz w:val="22"/>
              </w:rPr>
              <w:t>0.376867</w:t>
            </w:r>
          </w:p>
        </w:tc>
      </w:tr>
      <w:tr w:rsidR="00510CA2" w14:paraId="6B95F9BF" w14:textId="77777777" w:rsidTr="0013471F">
        <w:trPr>
          <w:jc w:val="center"/>
        </w:trPr>
        <w:tc>
          <w:tcPr>
            <w:tcW w:w="1558" w:type="dxa"/>
            <w:tcBorders>
              <w:right w:val="nil"/>
            </w:tcBorders>
            <w:shd w:val="clear" w:color="auto" w:fill="E6E6E6"/>
            <w:vAlign w:val="center"/>
          </w:tcPr>
          <w:p w14:paraId="44D2A648" w14:textId="77777777" w:rsidR="00510CA2" w:rsidRPr="005A2049" w:rsidRDefault="00510CA2" w:rsidP="0013471F">
            <w:pPr>
              <w:rPr>
                <w:rFonts w:cs="Times New Roman"/>
                <w:sz w:val="22"/>
              </w:rPr>
            </w:pPr>
            <w:r w:rsidRPr="005A2049">
              <w:rPr>
                <w:rFonts w:cs="Times New Roman"/>
                <w:sz w:val="22"/>
              </w:rPr>
              <w:t>QA</w:t>
            </w:r>
          </w:p>
        </w:tc>
        <w:tc>
          <w:tcPr>
            <w:tcW w:w="1857" w:type="dxa"/>
            <w:tcBorders>
              <w:left w:val="nil"/>
              <w:right w:val="nil"/>
            </w:tcBorders>
            <w:shd w:val="clear" w:color="auto" w:fill="E6E6E6"/>
            <w:vAlign w:val="center"/>
          </w:tcPr>
          <w:p w14:paraId="6041F67D" w14:textId="77777777" w:rsidR="00510CA2" w:rsidRPr="005A2049" w:rsidRDefault="00510CA2" w:rsidP="0013471F">
            <w:pPr>
              <w:spacing w:after="0" w:line="240" w:lineRule="auto"/>
              <w:rPr>
                <w:rFonts w:eastAsia="Times New Roman" w:cs="Times New Roman"/>
                <w:color w:val="000000"/>
                <w:sz w:val="22"/>
              </w:rPr>
            </w:pPr>
            <w:r w:rsidRPr="005A2049">
              <w:rPr>
                <w:rFonts w:cs="Times New Roman"/>
                <w:color w:val="000000"/>
                <w:sz w:val="22"/>
              </w:rPr>
              <w:t>18.0041</w:t>
            </w:r>
          </w:p>
        </w:tc>
        <w:tc>
          <w:tcPr>
            <w:tcW w:w="1259" w:type="dxa"/>
            <w:tcBorders>
              <w:left w:val="nil"/>
              <w:right w:val="nil"/>
            </w:tcBorders>
            <w:shd w:val="clear" w:color="auto" w:fill="E6E6E6"/>
            <w:vAlign w:val="center"/>
          </w:tcPr>
          <w:p w14:paraId="5D9A0D8C" w14:textId="77777777" w:rsidR="00510CA2" w:rsidRPr="005A2049" w:rsidRDefault="00510CA2" w:rsidP="0013471F">
            <w:pPr>
              <w:rPr>
                <w:rFonts w:cs="Times New Roman"/>
                <w:sz w:val="22"/>
              </w:rPr>
            </w:pPr>
            <w:r w:rsidRPr="005A2049">
              <w:rPr>
                <w:rFonts w:cs="Times New Roman"/>
                <w:color w:val="000000"/>
                <w:sz w:val="22"/>
              </w:rPr>
              <w:t>0.094901</w:t>
            </w:r>
          </w:p>
        </w:tc>
        <w:tc>
          <w:tcPr>
            <w:tcW w:w="1558" w:type="dxa"/>
            <w:tcBorders>
              <w:left w:val="nil"/>
            </w:tcBorders>
            <w:shd w:val="clear" w:color="auto" w:fill="E6E6E6"/>
            <w:vAlign w:val="center"/>
          </w:tcPr>
          <w:p w14:paraId="7A06A286" w14:textId="77777777" w:rsidR="00510CA2" w:rsidRPr="005A2049" w:rsidRDefault="00510CA2" w:rsidP="0013471F">
            <w:pPr>
              <w:rPr>
                <w:rFonts w:cs="Times New Roman"/>
                <w:sz w:val="22"/>
              </w:rPr>
            </w:pPr>
            <w:r w:rsidRPr="005A2049">
              <w:rPr>
                <w:rFonts w:cs="Times New Roman"/>
                <w:color w:val="000000"/>
                <w:sz w:val="22"/>
              </w:rPr>
              <w:t>0.376867</w:t>
            </w:r>
          </w:p>
        </w:tc>
      </w:tr>
    </w:tbl>
    <w:p w14:paraId="594D9190" w14:textId="77777777" w:rsidR="00510CA2" w:rsidRPr="006A2A20" w:rsidRDefault="00510CA2" w:rsidP="006A2A20">
      <w:pPr>
        <w:rPr>
          <w:sz w:val="22"/>
        </w:rPr>
      </w:pPr>
    </w:p>
    <w:p w14:paraId="0FD2DC33" w14:textId="6BD1EEDD" w:rsidR="009C736B" w:rsidRPr="002D58D7" w:rsidRDefault="009C736B" w:rsidP="002D58D7">
      <w:pPr>
        <w:jc w:val="center"/>
        <w:rPr>
          <w:b/>
          <w:bCs/>
          <w:noProof/>
          <w:sz w:val="22"/>
        </w:rPr>
      </w:pPr>
      <w:r>
        <w:rPr>
          <w:b/>
          <w:bCs/>
          <w:noProof/>
          <w:sz w:val="22"/>
        </w:rPr>
        <w:t>Yield Strength</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58"/>
        <w:gridCol w:w="1857"/>
        <w:gridCol w:w="1259"/>
        <w:gridCol w:w="1558"/>
      </w:tblGrid>
      <w:tr w:rsidR="009C736B" w14:paraId="0ADCA3B7" w14:textId="77777777" w:rsidTr="0013471F">
        <w:trPr>
          <w:jc w:val="center"/>
        </w:trPr>
        <w:tc>
          <w:tcPr>
            <w:tcW w:w="1558" w:type="dxa"/>
            <w:shd w:val="clear" w:color="auto" w:fill="C5C5C5"/>
            <w:vAlign w:val="center"/>
          </w:tcPr>
          <w:p w14:paraId="27563B50" w14:textId="77777777" w:rsidR="009C736B" w:rsidRPr="005A2049" w:rsidRDefault="009C736B" w:rsidP="0013471F">
            <w:pPr>
              <w:rPr>
                <w:rFonts w:cs="Times New Roman"/>
                <w:b/>
                <w:bCs/>
                <w:sz w:val="22"/>
              </w:rPr>
            </w:pPr>
            <w:r w:rsidRPr="005A2049">
              <w:rPr>
                <w:rFonts w:cs="Times New Roman"/>
                <w:b/>
                <w:bCs/>
                <w:sz w:val="22"/>
              </w:rPr>
              <w:t>Solver</w:t>
            </w:r>
          </w:p>
        </w:tc>
        <w:tc>
          <w:tcPr>
            <w:tcW w:w="1857" w:type="dxa"/>
            <w:shd w:val="clear" w:color="auto" w:fill="C5C5C5"/>
            <w:vAlign w:val="center"/>
          </w:tcPr>
          <w:p w14:paraId="322E3B0A" w14:textId="77777777" w:rsidR="009C736B" w:rsidRPr="005A2049" w:rsidRDefault="009C736B" w:rsidP="0013471F">
            <w:pPr>
              <w:rPr>
                <w:rFonts w:cs="Times New Roman"/>
                <w:b/>
                <w:bCs/>
                <w:sz w:val="22"/>
              </w:rPr>
            </w:pPr>
            <w:r w:rsidRPr="005A2049">
              <w:rPr>
                <w:rFonts w:cs="Times New Roman"/>
                <w:b/>
                <w:bCs/>
                <w:sz w:val="22"/>
              </w:rPr>
              <w:t>QUBO Energy</w:t>
            </w:r>
          </w:p>
        </w:tc>
        <w:tc>
          <w:tcPr>
            <w:tcW w:w="1259" w:type="dxa"/>
            <w:shd w:val="clear" w:color="auto" w:fill="C5C5C5"/>
            <w:vAlign w:val="center"/>
          </w:tcPr>
          <w:p w14:paraId="329BB358" w14:textId="77777777" w:rsidR="009C736B" w:rsidRPr="005A2049" w:rsidRDefault="009C736B" w:rsidP="0013471F">
            <w:pPr>
              <w:rPr>
                <w:rFonts w:cs="Times New Roman"/>
                <w:b/>
                <w:bCs/>
                <w:sz w:val="22"/>
              </w:rPr>
            </w:pPr>
            <m:oMathPara>
              <m:oMath>
                <m:r>
                  <m:rPr>
                    <m:sty m:val="bi"/>
                  </m:rPr>
                  <w:rPr>
                    <w:rFonts w:ascii="Cambria Math" w:hAnsi="Cambria Math" w:cs="Times New Roman"/>
                    <w:sz w:val="22"/>
                  </w:rPr>
                  <m:t>μ</m:t>
                </m:r>
              </m:oMath>
            </m:oMathPara>
          </w:p>
        </w:tc>
        <w:tc>
          <w:tcPr>
            <w:tcW w:w="1558" w:type="dxa"/>
            <w:shd w:val="clear" w:color="auto" w:fill="C5C5C5"/>
            <w:vAlign w:val="center"/>
          </w:tcPr>
          <w:p w14:paraId="1A3C001A" w14:textId="77777777" w:rsidR="009C736B" w:rsidRPr="005A2049" w:rsidRDefault="009C736B" w:rsidP="0013471F">
            <w:pPr>
              <w:rPr>
                <w:rFonts w:cs="Times New Roman"/>
                <w:b/>
                <w:bCs/>
                <w:sz w:val="22"/>
              </w:rPr>
            </w:pPr>
            <m:oMathPara>
              <m:oMath>
                <m:r>
                  <m:rPr>
                    <m:sty m:val="bi"/>
                  </m:rPr>
                  <w:rPr>
                    <w:rFonts w:ascii="Cambria Math" w:hAnsi="Cambria Math" w:cs="Times New Roman"/>
                    <w:sz w:val="22"/>
                  </w:rPr>
                  <m:t>λ</m:t>
                </m:r>
              </m:oMath>
            </m:oMathPara>
          </w:p>
        </w:tc>
      </w:tr>
      <w:tr w:rsidR="005A2049" w14:paraId="01D07A05" w14:textId="77777777" w:rsidTr="0013471F">
        <w:trPr>
          <w:jc w:val="center"/>
        </w:trPr>
        <w:tc>
          <w:tcPr>
            <w:tcW w:w="1558" w:type="dxa"/>
            <w:vAlign w:val="center"/>
          </w:tcPr>
          <w:p w14:paraId="4D8154C8" w14:textId="77777777" w:rsidR="005A2049" w:rsidRPr="005A2049" w:rsidRDefault="005A2049" w:rsidP="0013471F">
            <w:pPr>
              <w:rPr>
                <w:rFonts w:cs="Times New Roman"/>
                <w:sz w:val="22"/>
              </w:rPr>
            </w:pPr>
            <w:r w:rsidRPr="005A2049">
              <w:rPr>
                <w:rFonts w:cs="Times New Roman"/>
                <w:sz w:val="22"/>
              </w:rPr>
              <w:t>SA</w:t>
            </w:r>
          </w:p>
        </w:tc>
        <w:tc>
          <w:tcPr>
            <w:tcW w:w="1857" w:type="dxa"/>
            <w:vAlign w:val="center"/>
          </w:tcPr>
          <w:p w14:paraId="759E6A6C" w14:textId="7398EA97" w:rsidR="005A2049" w:rsidRPr="005A2049" w:rsidRDefault="005A2049" w:rsidP="0013471F">
            <w:pPr>
              <w:spacing w:after="0" w:line="240" w:lineRule="auto"/>
              <w:rPr>
                <w:rFonts w:eastAsia="Times New Roman" w:cs="Times New Roman"/>
                <w:color w:val="000000"/>
                <w:sz w:val="22"/>
              </w:rPr>
            </w:pPr>
            <w:r w:rsidRPr="005A2049">
              <w:rPr>
                <w:rFonts w:cs="Times New Roman"/>
                <w:color w:val="000000"/>
                <w:sz w:val="22"/>
              </w:rPr>
              <w:t>31.38308</w:t>
            </w:r>
          </w:p>
        </w:tc>
        <w:tc>
          <w:tcPr>
            <w:tcW w:w="1259" w:type="dxa"/>
            <w:vAlign w:val="center"/>
          </w:tcPr>
          <w:p w14:paraId="5965B568" w14:textId="1CDE8F73" w:rsidR="005A2049" w:rsidRPr="005A2049" w:rsidRDefault="005A2049" w:rsidP="0013471F">
            <w:pPr>
              <w:spacing w:after="0" w:line="240" w:lineRule="auto"/>
              <w:rPr>
                <w:rFonts w:eastAsia="Times New Roman" w:cs="Times New Roman"/>
                <w:color w:val="000000"/>
                <w:sz w:val="22"/>
              </w:rPr>
            </w:pPr>
            <w:r w:rsidRPr="005A2049">
              <w:rPr>
                <w:rFonts w:cs="Times New Roman"/>
                <w:color w:val="000000"/>
                <w:sz w:val="22"/>
              </w:rPr>
              <w:t>0.027573</w:t>
            </w:r>
          </w:p>
        </w:tc>
        <w:tc>
          <w:tcPr>
            <w:tcW w:w="1558" w:type="dxa"/>
            <w:vAlign w:val="center"/>
          </w:tcPr>
          <w:p w14:paraId="2DED4082" w14:textId="25ABA908" w:rsidR="005A2049" w:rsidRPr="005A2049" w:rsidRDefault="005A2049" w:rsidP="0013471F">
            <w:pPr>
              <w:spacing w:after="0" w:line="240" w:lineRule="auto"/>
              <w:rPr>
                <w:rFonts w:eastAsia="Times New Roman" w:cs="Times New Roman"/>
                <w:color w:val="000000"/>
                <w:sz w:val="22"/>
              </w:rPr>
            </w:pPr>
            <w:r w:rsidRPr="005A2049">
              <w:rPr>
                <w:rFonts w:cs="Times New Roman"/>
                <w:color w:val="000000"/>
                <w:sz w:val="22"/>
              </w:rPr>
              <w:t>0.228062</w:t>
            </w:r>
          </w:p>
        </w:tc>
      </w:tr>
      <w:tr w:rsidR="005A2049" w14:paraId="01B914F5" w14:textId="77777777" w:rsidTr="0013471F">
        <w:trPr>
          <w:jc w:val="center"/>
        </w:trPr>
        <w:tc>
          <w:tcPr>
            <w:tcW w:w="1558" w:type="dxa"/>
            <w:shd w:val="clear" w:color="auto" w:fill="E6E6E6"/>
            <w:vAlign w:val="center"/>
          </w:tcPr>
          <w:p w14:paraId="35E5CD89" w14:textId="77777777" w:rsidR="005A2049" w:rsidRPr="005A2049" w:rsidRDefault="005A2049" w:rsidP="0013471F">
            <w:pPr>
              <w:rPr>
                <w:rFonts w:cs="Times New Roman"/>
                <w:sz w:val="22"/>
              </w:rPr>
            </w:pPr>
            <w:r w:rsidRPr="005A2049">
              <w:rPr>
                <w:rFonts w:cs="Times New Roman"/>
                <w:sz w:val="22"/>
              </w:rPr>
              <w:t>QA</w:t>
            </w:r>
          </w:p>
        </w:tc>
        <w:tc>
          <w:tcPr>
            <w:tcW w:w="1857" w:type="dxa"/>
            <w:shd w:val="clear" w:color="auto" w:fill="E6E6E6"/>
            <w:vAlign w:val="center"/>
          </w:tcPr>
          <w:p w14:paraId="4C0AD1B2" w14:textId="2C4EE47F" w:rsidR="005A2049" w:rsidRPr="005A2049" w:rsidRDefault="005A2049" w:rsidP="0013471F">
            <w:pPr>
              <w:spacing w:after="0" w:line="240" w:lineRule="auto"/>
              <w:rPr>
                <w:rFonts w:eastAsia="Times New Roman" w:cs="Times New Roman"/>
                <w:color w:val="000000"/>
                <w:sz w:val="22"/>
              </w:rPr>
            </w:pPr>
            <w:r w:rsidRPr="005A2049">
              <w:rPr>
                <w:rFonts w:cs="Times New Roman"/>
                <w:color w:val="000000"/>
                <w:sz w:val="22"/>
              </w:rPr>
              <w:t>34.87828</w:t>
            </w:r>
          </w:p>
        </w:tc>
        <w:tc>
          <w:tcPr>
            <w:tcW w:w="1259" w:type="dxa"/>
            <w:shd w:val="clear" w:color="auto" w:fill="E6E6E6"/>
            <w:vAlign w:val="center"/>
          </w:tcPr>
          <w:p w14:paraId="561B6ABC" w14:textId="581587D9" w:rsidR="005A2049" w:rsidRPr="005A2049" w:rsidRDefault="005A2049" w:rsidP="0013471F">
            <w:pPr>
              <w:spacing w:after="0" w:line="240" w:lineRule="auto"/>
              <w:rPr>
                <w:rFonts w:eastAsia="Times New Roman" w:cs="Times New Roman"/>
                <w:color w:val="000000"/>
                <w:sz w:val="22"/>
              </w:rPr>
            </w:pPr>
            <w:r w:rsidRPr="005A2049">
              <w:rPr>
                <w:rFonts w:cs="Times New Roman"/>
                <w:color w:val="000000"/>
                <w:sz w:val="22"/>
              </w:rPr>
              <w:t>0.027573</w:t>
            </w:r>
          </w:p>
        </w:tc>
        <w:tc>
          <w:tcPr>
            <w:tcW w:w="1558" w:type="dxa"/>
            <w:shd w:val="clear" w:color="auto" w:fill="E6E6E6"/>
            <w:vAlign w:val="center"/>
          </w:tcPr>
          <w:p w14:paraId="74DA9CAA" w14:textId="47A987F6" w:rsidR="005A2049" w:rsidRPr="005A2049" w:rsidRDefault="005A2049" w:rsidP="0013471F">
            <w:pPr>
              <w:spacing w:after="0" w:line="240" w:lineRule="auto"/>
              <w:rPr>
                <w:rFonts w:eastAsia="Times New Roman" w:cs="Times New Roman"/>
                <w:color w:val="000000"/>
                <w:sz w:val="22"/>
              </w:rPr>
            </w:pPr>
            <w:r w:rsidRPr="005A2049">
              <w:rPr>
                <w:rFonts w:cs="Times New Roman"/>
                <w:color w:val="000000"/>
                <w:sz w:val="22"/>
              </w:rPr>
              <w:t>0.228062</w:t>
            </w:r>
          </w:p>
        </w:tc>
      </w:tr>
    </w:tbl>
    <w:p w14:paraId="419F954B" w14:textId="77777777" w:rsidR="00F554DE" w:rsidRDefault="00F554DE" w:rsidP="00F554DE">
      <w:pPr>
        <w:rPr>
          <w:sz w:val="22"/>
        </w:rPr>
      </w:pPr>
    </w:p>
    <w:p w14:paraId="7EF42F13" w14:textId="34F1A5C4" w:rsidR="00C233A9" w:rsidRPr="00C233A9" w:rsidRDefault="00C233A9" w:rsidP="00C233A9">
      <w:pPr>
        <w:rPr>
          <w:noProof/>
          <w:sz w:val="22"/>
        </w:rPr>
      </w:pPr>
    </w:p>
    <w:p w14:paraId="325D1D1E" w14:textId="640FA014" w:rsidR="00F554DE" w:rsidRDefault="00C233A9" w:rsidP="00F554DE">
      <w:pPr>
        <w:rPr>
          <w:sz w:val="22"/>
        </w:rPr>
      </w:pPr>
      <w:r>
        <w:rPr>
          <w:noProof/>
          <w:sz w:val="22"/>
        </w:rPr>
        <w:drawing>
          <wp:inline distT="0" distB="0" distL="0" distR="0" wp14:anchorId="709A2E28" wp14:editId="7FAFD722">
            <wp:extent cx="5619509" cy="2309063"/>
            <wp:effectExtent l="0" t="0" r="635" b="0"/>
            <wp:docPr id="1951283236"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83236" name="Picture 3" descr="A graph of a grap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3067" cy="2322852"/>
                    </a:xfrm>
                    <a:prstGeom prst="rect">
                      <a:avLst/>
                    </a:prstGeom>
                    <a:noFill/>
                  </pic:spPr>
                </pic:pic>
              </a:graphicData>
            </a:graphic>
          </wp:inline>
        </w:drawing>
      </w:r>
    </w:p>
    <w:p w14:paraId="62C6B81B" w14:textId="49619143" w:rsidR="00603DF4" w:rsidRPr="00552AE0" w:rsidRDefault="00320307" w:rsidP="00603DF4">
      <w:pPr>
        <w:widowControl w:val="0"/>
        <w:autoSpaceDE w:val="0"/>
        <w:autoSpaceDN w:val="0"/>
        <w:adjustRightInd w:val="0"/>
        <w:rPr>
          <w:rFonts w:cs="Times New Roman"/>
          <w:b/>
          <w:bCs/>
          <w:sz w:val="28"/>
          <w:szCs w:val="28"/>
        </w:rPr>
      </w:pPr>
      <w:r w:rsidRPr="00320307">
        <w:rPr>
          <w:b/>
          <w:bCs/>
          <w:sz w:val="20"/>
          <w:szCs w:val="20"/>
        </w:rPr>
        <w:t>Figure S</w:t>
      </w:r>
      <w:r>
        <w:rPr>
          <w:b/>
          <w:bCs/>
          <w:sz w:val="20"/>
          <w:szCs w:val="20"/>
        </w:rPr>
        <w:t>2</w:t>
      </w:r>
      <w:r w:rsidRPr="00320307">
        <w:rPr>
          <w:b/>
          <w:bCs/>
          <w:sz w:val="20"/>
          <w:szCs w:val="20"/>
        </w:rPr>
        <w:t xml:space="preserve">. Baseline neural-network training performance. Training </w:t>
      </w:r>
      <w:r w:rsidRPr="00320307">
        <w:rPr>
          <w:sz w:val="20"/>
          <w:szCs w:val="20"/>
        </w:rPr>
        <w:t xml:space="preserve">and validation loss curves for the unpruned models prior to QUBO-based pruning. </w:t>
      </w:r>
      <w:r w:rsidRPr="00320307">
        <w:rPr>
          <w:i/>
          <w:iCs/>
          <w:sz w:val="20"/>
          <w:szCs w:val="20"/>
        </w:rPr>
        <w:t>(Left)</w:t>
      </w:r>
      <w:r w:rsidRPr="00320307">
        <w:rPr>
          <w:sz w:val="20"/>
          <w:szCs w:val="20"/>
        </w:rPr>
        <w:t xml:space="preserve"> Fracture strain classification network trained </w:t>
      </w:r>
      <w:r>
        <w:rPr>
          <w:sz w:val="20"/>
          <w:szCs w:val="20"/>
        </w:rPr>
        <w:t xml:space="preserve">for 500 epochs using </w:t>
      </w:r>
      <w:r w:rsidRPr="00320307">
        <w:rPr>
          <w:sz w:val="20"/>
          <w:szCs w:val="20"/>
        </w:rPr>
        <w:t xml:space="preserve">binary cross-entropy loss. </w:t>
      </w:r>
      <w:r w:rsidRPr="00320307">
        <w:rPr>
          <w:i/>
          <w:iCs/>
          <w:sz w:val="20"/>
          <w:szCs w:val="20"/>
        </w:rPr>
        <w:t>(Right)</w:t>
      </w:r>
      <w:r w:rsidRPr="00320307">
        <w:rPr>
          <w:sz w:val="20"/>
          <w:szCs w:val="20"/>
        </w:rPr>
        <w:t xml:space="preserve"> Yield strength regression network trained </w:t>
      </w:r>
      <w:r>
        <w:rPr>
          <w:sz w:val="20"/>
          <w:szCs w:val="20"/>
        </w:rPr>
        <w:t>for 600 epochs using</w:t>
      </w:r>
      <w:r w:rsidRPr="00320307">
        <w:rPr>
          <w:sz w:val="20"/>
          <w:szCs w:val="20"/>
        </w:rPr>
        <w:t xml:space="preserve"> mean-squared-error loss. Both models show stable convergence</w:t>
      </w:r>
      <w:r>
        <w:rPr>
          <w:sz w:val="20"/>
          <w:szCs w:val="20"/>
        </w:rPr>
        <w:t>.</w:t>
      </w:r>
      <w:r w:rsidR="00603DF4">
        <w:rPr>
          <w:sz w:val="20"/>
          <w:szCs w:val="20"/>
        </w:rPr>
        <w:t xml:space="preserve"> </w:t>
      </w:r>
    </w:p>
    <w:p w14:paraId="72B37CA0" w14:textId="7C91C9C8" w:rsidR="00320307" w:rsidRPr="00320307" w:rsidRDefault="00320307" w:rsidP="00320307">
      <w:pPr>
        <w:jc w:val="both"/>
        <w:rPr>
          <w:sz w:val="20"/>
          <w:szCs w:val="20"/>
        </w:rPr>
      </w:pPr>
    </w:p>
    <w:p w14:paraId="0CFC9C88" w14:textId="77777777" w:rsidR="00C233A9" w:rsidRDefault="00C233A9" w:rsidP="00F554DE">
      <w:pPr>
        <w:rPr>
          <w:sz w:val="22"/>
        </w:rPr>
      </w:pPr>
    </w:p>
    <w:p w14:paraId="3A7AB64C" w14:textId="037FEC78" w:rsidR="00510CA2" w:rsidRPr="00510CA2" w:rsidRDefault="00510CA2" w:rsidP="00510CA2">
      <w:pPr>
        <w:jc w:val="center"/>
        <w:rPr>
          <w:sz w:val="22"/>
        </w:rPr>
      </w:pPr>
      <w:r w:rsidRPr="00510CA2">
        <w:rPr>
          <w:noProof/>
          <w:sz w:val="22"/>
        </w:rPr>
        <w:drawing>
          <wp:inline distT="0" distB="0" distL="0" distR="0" wp14:anchorId="5DD47433" wp14:editId="04D87E3C">
            <wp:extent cx="5367130" cy="2770150"/>
            <wp:effectExtent l="0" t="0" r="5080" b="0"/>
            <wp:docPr id="96031907" name="Picture 8" descr="A graph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1907" name="Picture 8" descr="A graph of energ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0318" cy="2776957"/>
                    </a:xfrm>
                    <a:prstGeom prst="rect">
                      <a:avLst/>
                    </a:prstGeom>
                    <a:noFill/>
                    <a:ln>
                      <a:noFill/>
                    </a:ln>
                  </pic:spPr>
                </pic:pic>
              </a:graphicData>
            </a:graphic>
          </wp:inline>
        </w:drawing>
      </w:r>
    </w:p>
    <w:p w14:paraId="7F33A841" w14:textId="0D7FB3FB" w:rsidR="00320307" w:rsidRPr="00320307" w:rsidRDefault="00320307" w:rsidP="009A6A94">
      <w:pPr>
        <w:jc w:val="both"/>
        <w:rPr>
          <w:sz w:val="20"/>
          <w:szCs w:val="20"/>
        </w:rPr>
      </w:pPr>
      <w:r w:rsidRPr="00320307">
        <w:rPr>
          <w:b/>
          <w:bCs/>
          <w:sz w:val="20"/>
          <w:szCs w:val="20"/>
        </w:rPr>
        <w:t>Figure S</w:t>
      </w:r>
      <w:r>
        <w:rPr>
          <w:b/>
          <w:bCs/>
          <w:sz w:val="20"/>
          <w:szCs w:val="20"/>
        </w:rPr>
        <w:t>3</w:t>
      </w:r>
      <w:r w:rsidRPr="00320307">
        <w:rPr>
          <w:b/>
          <w:bCs/>
          <w:sz w:val="20"/>
          <w:szCs w:val="20"/>
        </w:rPr>
        <w:t xml:space="preserve">. </w:t>
      </w:r>
      <w:r w:rsidR="009A6A94" w:rsidRPr="009A6A94">
        <w:rPr>
          <w:b/>
          <w:bCs/>
          <w:sz w:val="20"/>
          <w:szCs w:val="20"/>
        </w:rPr>
        <w:t>Representative quantum annealing energy landscape</w:t>
      </w:r>
      <w:r w:rsidR="009A6A94" w:rsidRPr="009A6A94">
        <w:rPr>
          <w:sz w:val="20"/>
          <w:szCs w:val="20"/>
        </w:rPr>
        <w:t>.</w:t>
      </w:r>
      <w:r w:rsidR="009A6A94">
        <w:rPr>
          <w:sz w:val="20"/>
          <w:szCs w:val="20"/>
        </w:rPr>
        <w:t xml:space="preserve"> </w:t>
      </w:r>
      <w:r w:rsidR="009A6A94" w:rsidRPr="009A6A94">
        <w:rPr>
          <w:sz w:val="20"/>
          <w:szCs w:val="20"/>
        </w:rPr>
        <w:t>Distribution of solution occurrences as a function of source energy for a representative pruning QUBO. Each point corresponds to a sampled solution from the quantum annealer, with lower energies indicating better objective minimization. The configuration with the minimum energy was selected as the optimal pruning mask.</w:t>
      </w:r>
    </w:p>
    <w:p w14:paraId="398FA0DA" w14:textId="04752649" w:rsidR="00C233A9" w:rsidRPr="00C233A9" w:rsidRDefault="00C233A9" w:rsidP="00C233A9">
      <w:pPr>
        <w:jc w:val="center"/>
        <w:rPr>
          <w:sz w:val="22"/>
        </w:rPr>
      </w:pPr>
    </w:p>
    <w:p w14:paraId="1951DE78" w14:textId="77777777" w:rsidR="00C9094C" w:rsidRDefault="00C9094C" w:rsidP="00C9094C">
      <w:pPr>
        <w:rPr>
          <w:sz w:val="22"/>
        </w:rPr>
      </w:pPr>
    </w:p>
    <w:p w14:paraId="1DABF027" w14:textId="77777777" w:rsidR="00C9094C" w:rsidRDefault="00C9094C" w:rsidP="00C9094C">
      <w:pPr>
        <w:jc w:val="center"/>
        <w:rPr>
          <w:sz w:val="22"/>
        </w:rPr>
      </w:pPr>
      <w:r w:rsidRPr="00C9094C">
        <w:rPr>
          <w:noProof/>
          <w:sz w:val="22"/>
        </w:rPr>
        <w:drawing>
          <wp:inline distT="0" distB="0" distL="0" distR="0" wp14:anchorId="15DFFBB8" wp14:editId="03B8DBF8">
            <wp:extent cx="3792772" cy="3726478"/>
            <wp:effectExtent l="0" t="0" r="0" b="7620"/>
            <wp:docPr id="88204862" name="Picture 10"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4862" name="Picture 10" descr="A screenshot of a map&#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r="31778"/>
                    <a:stretch>
                      <a:fillRect/>
                    </a:stretch>
                  </pic:blipFill>
                  <pic:spPr bwMode="auto">
                    <a:xfrm>
                      <a:off x="0" y="0"/>
                      <a:ext cx="3819744" cy="3752978"/>
                    </a:xfrm>
                    <a:prstGeom prst="rect">
                      <a:avLst/>
                    </a:prstGeom>
                    <a:noFill/>
                    <a:ln>
                      <a:noFill/>
                    </a:ln>
                    <a:extLst>
                      <a:ext uri="{53640926-AAD7-44D8-BBD7-CCE9431645EC}">
                        <a14:shadowObscured xmlns:a14="http://schemas.microsoft.com/office/drawing/2010/main"/>
                      </a:ext>
                    </a:extLst>
                  </pic:spPr>
                </pic:pic>
              </a:graphicData>
            </a:graphic>
          </wp:inline>
        </w:drawing>
      </w:r>
    </w:p>
    <w:p w14:paraId="1498FC41" w14:textId="104AD00B" w:rsidR="00320307" w:rsidRPr="00320307" w:rsidRDefault="00320307" w:rsidP="009A6A94">
      <w:pPr>
        <w:jc w:val="both"/>
        <w:rPr>
          <w:sz w:val="20"/>
          <w:szCs w:val="20"/>
        </w:rPr>
      </w:pPr>
      <w:r w:rsidRPr="00320307">
        <w:rPr>
          <w:b/>
          <w:bCs/>
          <w:sz w:val="20"/>
          <w:szCs w:val="20"/>
        </w:rPr>
        <w:t>Figure S</w:t>
      </w:r>
      <w:r>
        <w:rPr>
          <w:b/>
          <w:bCs/>
          <w:sz w:val="20"/>
          <w:szCs w:val="20"/>
        </w:rPr>
        <w:t>4</w:t>
      </w:r>
      <w:r w:rsidRPr="00320307">
        <w:rPr>
          <w:b/>
          <w:bCs/>
          <w:sz w:val="20"/>
          <w:szCs w:val="20"/>
        </w:rPr>
        <w:t xml:space="preserve">. </w:t>
      </w:r>
      <w:r w:rsidR="009A6A94" w:rsidRPr="009A6A94">
        <w:rPr>
          <w:b/>
          <w:bCs/>
          <w:sz w:val="20"/>
          <w:szCs w:val="20"/>
        </w:rPr>
        <w:t>Example of QUBO embedding on D-Wave quantum annealer</w:t>
      </w:r>
      <w:r w:rsidR="009A6A94" w:rsidRPr="009A6A94">
        <w:rPr>
          <w:sz w:val="20"/>
          <w:szCs w:val="20"/>
        </w:rPr>
        <w:t>.</w:t>
      </w:r>
      <w:r w:rsidR="009A6A94" w:rsidRPr="009A6A94">
        <w:t xml:space="preserve"> </w:t>
      </w:r>
      <w:r w:rsidR="009A6A94" w:rsidRPr="009A6A94">
        <w:rPr>
          <w:sz w:val="20"/>
          <w:szCs w:val="20"/>
        </w:rPr>
        <w:t>Representative visualization of the pruning QUBO mapped onto the D-Wave Zephyr topology. Each node represents a physical qubit, and connected chains encode logical variables used during the annealing process.</w:t>
      </w:r>
    </w:p>
    <w:p w14:paraId="3D26CD26" w14:textId="77777777" w:rsidR="00320307" w:rsidRDefault="00320307" w:rsidP="00C9094C">
      <w:pPr>
        <w:jc w:val="center"/>
        <w:rPr>
          <w:sz w:val="22"/>
        </w:rPr>
      </w:pPr>
    </w:p>
    <w:p w14:paraId="2E503988" w14:textId="40948B2C" w:rsidR="00C9094C" w:rsidRPr="00C9094C" w:rsidRDefault="00C9094C" w:rsidP="00C9094C">
      <w:pPr>
        <w:jc w:val="center"/>
        <w:rPr>
          <w:sz w:val="22"/>
        </w:rPr>
      </w:pPr>
      <w:r w:rsidRPr="00C9094C">
        <w:rPr>
          <w:noProof/>
          <w:sz w:val="22"/>
        </w:rPr>
        <w:drawing>
          <wp:inline distT="0" distB="0" distL="0" distR="0" wp14:anchorId="55EE3410" wp14:editId="47A13F28">
            <wp:extent cx="5014356" cy="3427012"/>
            <wp:effectExtent l="0" t="0" r="0" b="2540"/>
            <wp:docPr id="724959366" name="Picture 12" descr="A grid of blue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59366" name="Picture 12" descr="A grid of blue and white squar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147" cy="3448739"/>
                    </a:xfrm>
                    <a:prstGeom prst="rect">
                      <a:avLst/>
                    </a:prstGeom>
                    <a:noFill/>
                    <a:ln>
                      <a:noFill/>
                    </a:ln>
                  </pic:spPr>
                </pic:pic>
              </a:graphicData>
            </a:graphic>
          </wp:inline>
        </w:drawing>
      </w:r>
    </w:p>
    <w:p w14:paraId="4CC88BCC" w14:textId="56BBE993" w:rsidR="00C9094C" w:rsidRPr="00C9094C" w:rsidRDefault="00C9094C" w:rsidP="00C9094C">
      <w:pPr>
        <w:rPr>
          <w:sz w:val="22"/>
        </w:rPr>
      </w:pPr>
    </w:p>
    <w:p w14:paraId="32D9ECB4" w14:textId="3514062E" w:rsidR="00C233A9" w:rsidRDefault="00320307" w:rsidP="009A6A94">
      <w:pPr>
        <w:jc w:val="both"/>
        <w:rPr>
          <w:sz w:val="20"/>
          <w:szCs w:val="20"/>
        </w:rPr>
      </w:pPr>
      <w:r w:rsidRPr="00320307">
        <w:rPr>
          <w:b/>
          <w:bCs/>
          <w:sz w:val="20"/>
          <w:szCs w:val="20"/>
        </w:rPr>
        <w:t>Figure S</w:t>
      </w:r>
      <w:r>
        <w:rPr>
          <w:b/>
          <w:bCs/>
          <w:sz w:val="20"/>
          <w:szCs w:val="20"/>
        </w:rPr>
        <w:t>5</w:t>
      </w:r>
      <w:r w:rsidRPr="00320307">
        <w:rPr>
          <w:b/>
          <w:bCs/>
          <w:sz w:val="20"/>
          <w:szCs w:val="20"/>
        </w:rPr>
        <w:t xml:space="preserve">. </w:t>
      </w:r>
      <w:r w:rsidR="009A6A94" w:rsidRPr="009A6A94">
        <w:rPr>
          <w:b/>
          <w:bCs/>
          <w:sz w:val="20"/>
          <w:szCs w:val="20"/>
        </w:rPr>
        <w:t>Close-up view of QUBO embedding on D-Wave Zephyr topology.</w:t>
      </w:r>
      <w:r w:rsidR="009A6A94">
        <w:rPr>
          <w:sz w:val="20"/>
          <w:szCs w:val="20"/>
        </w:rPr>
        <w:t xml:space="preserve"> </w:t>
      </w:r>
      <w:r w:rsidR="009A6A94" w:rsidRPr="009A6A94">
        <w:rPr>
          <w:sz w:val="20"/>
          <w:szCs w:val="20"/>
        </w:rPr>
        <w:t>Magnified visualization of the pruning problem embedded onto the D-Wave Advantage quantum annealer. The dense inter-qubit connectivity of the Zephyr graph enables mapping of higher-order interactions between logical variables during annealing.</w:t>
      </w:r>
    </w:p>
    <w:p w14:paraId="6A7FFA98" w14:textId="77777777" w:rsidR="00EF3A87" w:rsidRDefault="00EF3A87" w:rsidP="009A6A94">
      <w:pPr>
        <w:jc w:val="both"/>
        <w:rPr>
          <w:sz w:val="20"/>
          <w:szCs w:val="20"/>
        </w:rPr>
      </w:pPr>
    </w:p>
    <w:p w14:paraId="626F470C" w14:textId="46AAAE62" w:rsidR="00EF3A87" w:rsidRDefault="00EF3A87" w:rsidP="00EF3A87">
      <w:pPr>
        <w:jc w:val="center"/>
        <w:rPr>
          <w:sz w:val="20"/>
          <w:szCs w:val="20"/>
        </w:rPr>
      </w:pPr>
      <w:r w:rsidRPr="00EF3A87">
        <w:rPr>
          <w:noProof/>
          <w:sz w:val="20"/>
          <w:szCs w:val="20"/>
        </w:rPr>
        <w:drawing>
          <wp:inline distT="0" distB="0" distL="0" distR="0" wp14:anchorId="2962462C" wp14:editId="10A3D9DD">
            <wp:extent cx="2807723" cy="1947553"/>
            <wp:effectExtent l="0" t="0" r="0" b="0"/>
            <wp:docPr id="23" name="Picture 22">
              <a:extLst xmlns:a="http://schemas.openxmlformats.org/drawingml/2006/main">
                <a:ext uri="{FF2B5EF4-FFF2-40B4-BE49-F238E27FC236}">
                  <a16:creationId xmlns:a16="http://schemas.microsoft.com/office/drawing/2014/main" id="{BBC62086-AD01-D856-3D5B-684459C5A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BBC62086-AD01-D856-3D5B-684459C5A4A4}"/>
                        </a:ext>
                      </a:extLst>
                    </pic:cNvPr>
                    <pic:cNvPicPr>
                      <a:picLocks noChangeAspect="1"/>
                    </pic:cNvPicPr>
                  </pic:nvPicPr>
                  <pic:blipFill>
                    <a:blip r:embed="rId11"/>
                    <a:stretch>
                      <a:fillRect/>
                    </a:stretch>
                  </pic:blipFill>
                  <pic:spPr>
                    <a:xfrm>
                      <a:off x="0" y="0"/>
                      <a:ext cx="2827824" cy="1961496"/>
                    </a:xfrm>
                    <a:prstGeom prst="rect">
                      <a:avLst/>
                    </a:prstGeom>
                  </pic:spPr>
                </pic:pic>
              </a:graphicData>
            </a:graphic>
          </wp:inline>
        </w:drawing>
      </w:r>
    </w:p>
    <w:p w14:paraId="2235036A" w14:textId="4DDF4A29" w:rsidR="004B6074" w:rsidRPr="00552AE0" w:rsidRDefault="00EF3A87" w:rsidP="004B6074">
      <w:pPr>
        <w:widowControl w:val="0"/>
        <w:autoSpaceDE w:val="0"/>
        <w:autoSpaceDN w:val="0"/>
        <w:adjustRightInd w:val="0"/>
        <w:rPr>
          <w:rFonts w:cs="Times New Roman"/>
          <w:b/>
          <w:bCs/>
          <w:sz w:val="28"/>
          <w:szCs w:val="28"/>
        </w:rPr>
      </w:pPr>
      <w:r w:rsidRPr="00320307">
        <w:rPr>
          <w:b/>
          <w:bCs/>
          <w:sz w:val="20"/>
          <w:szCs w:val="20"/>
        </w:rPr>
        <w:t>Figure S</w:t>
      </w:r>
      <w:r>
        <w:rPr>
          <w:b/>
          <w:bCs/>
          <w:sz w:val="20"/>
          <w:szCs w:val="20"/>
        </w:rPr>
        <w:t>6</w:t>
      </w:r>
      <w:r w:rsidRPr="00320307">
        <w:rPr>
          <w:b/>
          <w:bCs/>
          <w:sz w:val="20"/>
          <w:szCs w:val="20"/>
        </w:rPr>
        <w:t xml:space="preserve">. </w:t>
      </w:r>
      <w:r w:rsidRPr="009A6A94">
        <w:rPr>
          <w:b/>
          <w:bCs/>
          <w:sz w:val="20"/>
          <w:szCs w:val="20"/>
        </w:rPr>
        <w:t>C</w:t>
      </w:r>
      <w:r>
        <w:rPr>
          <w:b/>
          <w:bCs/>
          <w:sz w:val="20"/>
          <w:szCs w:val="20"/>
        </w:rPr>
        <w:t>ALPHAD of Al8Cr32Fe50Ti2Mn2 (at. %)</w:t>
      </w:r>
      <w:r w:rsidR="004B6074">
        <w:rPr>
          <w:b/>
          <w:bCs/>
          <w:sz w:val="20"/>
          <w:szCs w:val="20"/>
        </w:rPr>
        <w:t xml:space="preserve"> </w:t>
      </w:r>
    </w:p>
    <w:p w14:paraId="7893EC39" w14:textId="66D0AF01" w:rsidR="004E10FB" w:rsidRDefault="004E10FB" w:rsidP="009A6A94">
      <w:pPr>
        <w:jc w:val="both"/>
        <w:rPr>
          <w:sz w:val="20"/>
          <w:szCs w:val="20"/>
        </w:rPr>
      </w:pPr>
    </w:p>
    <w:p w14:paraId="1A43C5F1" w14:textId="77777777" w:rsidR="004E10FB" w:rsidRDefault="004E10FB" w:rsidP="009A6A94">
      <w:pPr>
        <w:jc w:val="both"/>
        <w:rPr>
          <w:sz w:val="20"/>
          <w:szCs w:val="20"/>
        </w:rPr>
      </w:pPr>
    </w:p>
    <w:p w14:paraId="655619E3" w14:textId="77777777" w:rsidR="00EF3A87" w:rsidRDefault="00EF3A87" w:rsidP="009A6A94">
      <w:pPr>
        <w:jc w:val="both"/>
        <w:rPr>
          <w:sz w:val="20"/>
          <w:szCs w:val="20"/>
        </w:rPr>
      </w:pPr>
    </w:p>
    <w:p w14:paraId="3D436DE8" w14:textId="77777777" w:rsidR="00EF3A87" w:rsidRDefault="00EF3A87" w:rsidP="009A6A94">
      <w:pPr>
        <w:jc w:val="both"/>
        <w:rPr>
          <w:sz w:val="20"/>
          <w:szCs w:val="20"/>
        </w:rPr>
      </w:pPr>
    </w:p>
    <w:p w14:paraId="7962A6D1" w14:textId="440EB061" w:rsidR="0099275C" w:rsidRDefault="0099275C" w:rsidP="0099275C">
      <w:pPr>
        <w:jc w:val="both"/>
        <w:rPr>
          <w:rFonts w:cs="Times New Roman"/>
          <w:b/>
          <w:bCs/>
        </w:rPr>
      </w:pPr>
      <w:r w:rsidRPr="00D10E5F">
        <w:rPr>
          <w:rFonts w:cs="Times New Roman"/>
          <w:b/>
          <w:bCs/>
          <w:sz w:val="20"/>
          <w:szCs w:val="20"/>
        </w:rPr>
        <w:t xml:space="preserve">Table </w:t>
      </w:r>
      <w:r>
        <w:rPr>
          <w:rFonts w:cs="Times New Roman"/>
          <w:b/>
          <w:bCs/>
          <w:sz w:val="20"/>
          <w:szCs w:val="20"/>
        </w:rPr>
        <w:t>S</w:t>
      </w:r>
      <w:r w:rsidR="00391DB9">
        <w:rPr>
          <w:rFonts w:cs="Times New Roman"/>
          <w:b/>
          <w:bCs/>
          <w:sz w:val="20"/>
          <w:szCs w:val="20"/>
        </w:rPr>
        <w:t>4</w:t>
      </w:r>
      <w:r>
        <w:rPr>
          <w:rFonts w:cs="Times New Roman"/>
          <w:b/>
          <w:bCs/>
          <w:sz w:val="20"/>
          <w:szCs w:val="20"/>
        </w:rPr>
        <w:t xml:space="preserve">. </w:t>
      </w:r>
      <w:r>
        <w:rPr>
          <w:rFonts w:cs="Times New Roman"/>
          <w:sz w:val="20"/>
          <w:szCs w:val="20"/>
        </w:rPr>
        <w:t>D</w:t>
      </w:r>
      <w:r w:rsidRPr="00FC7122">
        <w:rPr>
          <w:rFonts w:cs="Times New Roman"/>
          <w:sz w:val="20"/>
          <w:szCs w:val="20"/>
        </w:rPr>
        <w:t>ataset comprising Yield Strength values (MPa) for BCC</w:t>
      </w:r>
      <w:r>
        <w:rPr>
          <w:rFonts w:cs="Times New Roman"/>
          <w:sz w:val="20"/>
          <w:szCs w:val="20"/>
        </w:rPr>
        <w:t xml:space="preserve"> HEAs. </w:t>
      </w:r>
      <w:r w:rsidRPr="00FC7122">
        <w:rPr>
          <w:rFonts w:cs="Times New Roman"/>
          <w:sz w:val="20"/>
          <w:szCs w:val="20"/>
        </w:rPr>
        <w:t xml:space="preserve">The dataset includes columns for alloy composition, phase constitution, mechanical testing method, processing condition, testing temperature (°C), and corresponding </w:t>
      </w:r>
      <w:r>
        <w:rPr>
          <w:rFonts w:cs="Times New Roman"/>
          <w:sz w:val="20"/>
          <w:szCs w:val="20"/>
        </w:rPr>
        <w:t>yield strength</w:t>
      </w:r>
      <w:r w:rsidRPr="00FC7122">
        <w:rPr>
          <w:rFonts w:cs="Times New Roman"/>
          <w:sz w:val="20"/>
          <w:szCs w:val="20"/>
        </w:rPr>
        <w:t xml:space="preserve"> values. In this context, "A" denotes alloys that have undergone Annealing, "AC" represents those in the As Cast condition, and "OTHER" refers to all other processing conditions. The mechanical testing method is specified as "C" for Compression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814"/>
        <w:gridCol w:w="1057"/>
        <w:gridCol w:w="1034"/>
        <w:gridCol w:w="1270"/>
        <w:gridCol w:w="1616"/>
      </w:tblGrid>
      <w:tr w:rsidR="0099275C" w:rsidRPr="00C8713A" w14:paraId="0B14E6D8" w14:textId="77777777" w:rsidTr="00471DA1">
        <w:trPr>
          <w:trHeight w:val="377"/>
        </w:trPr>
        <w:tc>
          <w:tcPr>
            <w:tcW w:w="8856" w:type="dxa"/>
            <w:gridSpan w:val="6"/>
            <w:shd w:val="clear" w:color="auto" w:fill="C5C5C5"/>
            <w:vAlign w:val="center"/>
          </w:tcPr>
          <w:p w14:paraId="58A69E54" w14:textId="6996B6AA" w:rsidR="0099275C" w:rsidRPr="00C8713A" w:rsidRDefault="0099275C" w:rsidP="00123B9D">
            <w:pPr>
              <w:jc w:val="center"/>
              <w:rPr>
                <w:rFonts w:cs="Times New Roman"/>
                <w:b/>
                <w:bCs/>
                <w:sz w:val="30"/>
                <w:szCs w:val="30"/>
              </w:rPr>
            </w:pPr>
            <w:r w:rsidRPr="00C8713A">
              <w:rPr>
                <w:rFonts w:cs="Times New Roman"/>
                <w:b/>
                <w:bCs/>
                <w:sz w:val="30"/>
                <w:szCs w:val="30"/>
              </w:rPr>
              <w:t>BCC Yield Strength Dataset</w:t>
            </w:r>
          </w:p>
        </w:tc>
      </w:tr>
      <w:tr w:rsidR="0099275C" w:rsidRPr="00C8713A" w14:paraId="72C47307" w14:textId="77777777" w:rsidTr="00123B9D">
        <w:tc>
          <w:tcPr>
            <w:tcW w:w="3065" w:type="dxa"/>
            <w:vAlign w:val="center"/>
          </w:tcPr>
          <w:p w14:paraId="3BE89648" w14:textId="77777777" w:rsidR="0099275C" w:rsidRPr="00C8713A" w:rsidRDefault="0099275C" w:rsidP="00123B9D">
            <w:pPr>
              <w:jc w:val="center"/>
              <w:rPr>
                <w:rFonts w:cs="Times New Roman"/>
                <w:b/>
                <w:bCs/>
                <w:sz w:val="16"/>
                <w:szCs w:val="16"/>
              </w:rPr>
            </w:pPr>
            <w:r w:rsidRPr="00C8713A">
              <w:rPr>
                <w:rFonts w:cs="Times New Roman"/>
                <w:b/>
                <w:bCs/>
                <w:sz w:val="16"/>
                <w:szCs w:val="16"/>
              </w:rPr>
              <w:t>Alloy</w:t>
            </w:r>
          </w:p>
        </w:tc>
        <w:tc>
          <w:tcPr>
            <w:tcW w:w="814" w:type="dxa"/>
            <w:vAlign w:val="center"/>
          </w:tcPr>
          <w:p w14:paraId="64DA0944" w14:textId="77777777" w:rsidR="0099275C" w:rsidRPr="00C8713A" w:rsidRDefault="0099275C" w:rsidP="00123B9D">
            <w:pPr>
              <w:jc w:val="center"/>
              <w:rPr>
                <w:rFonts w:cs="Times New Roman"/>
                <w:b/>
                <w:bCs/>
                <w:sz w:val="16"/>
                <w:szCs w:val="16"/>
              </w:rPr>
            </w:pPr>
            <w:r w:rsidRPr="00C8713A">
              <w:rPr>
                <w:rFonts w:cs="Times New Roman"/>
                <w:b/>
                <w:bCs/>
                <w:sz w:val="16"/>
                <w:szCs w:val="16"/>
              </w:rPr>
              <w:t>Phases</w:t>
            </w:r>
          </w:p>
        </w:tc>
        <w:tc>
          <w:tcPr>
            <w:tcW w:w="1057" w:type="dxa"/>
            <w:vAlign w:val="center"/>
          </w:tcPr>
          <w:p w14:paraId="1BA26FFD" w14:textId="77777777" w:rsidR="0099275C" w:rsidRPr="00C8713A" w:rsidRDefault="0099275C" w:rsidP="00123B9D">
            <w:pPr>
              <w:jc w:val="center"/>
              <w:rPr>
                <w:rFonts w:cs="Times New Roman"/>
                <w:b/>
                <w:bCs/>
                <w:sz w:val="16"/>
                <w:szCs w:val="16"/>
              </w:rPr>
            </w:pPr>
            <w:r w:rsidRPr="00C8713A">
              <w:rPr>
                <w:rFonts w:cs="Times New Roman"/>
                <w:b/>
                <w:bCs/>
                <w:sz w:val="16"/>
                <w:szCs w:val="16"/>
              </w:rPr>
              <w:t>Mechanical Testing</w:t>
            </w:r>
          </w:p>
        </w:tc>
        <w:tc>
          <w:tcPr>
            <w:tcW w:w="1034" w:type="dxa"/>
            <w:vAlign w:val="center"/>
          </w:tcPr>
          <w:p w14:paraId="41AF012C" w14:textId="77777777" w:rsidR="0099275C" w:rsidRPr="00C8713A" w:rsidRDefault="0099275C" w:rsidP="00123B9D">
            <w:pPr>
              <w:jc w:val="center"/>
              <w:rPr>
                <w:rFonts w:cs="Times New Roman"/>
                <w:b/>
                <w:bCs/>
                <w:sz w:val="16"/>
                <w:szCs w:val="16"/>
              </w:rPr>
            </w:pPr>
            <w:r w:rsidRPr="00C8713A">
              <w:rPr>
                <w:rFonts w:cs="Times New Roman"/>
                <w:b/>
                <w:bCs/>
                <w:sz w:val="16"/>
                <w:szCs w:val="16"/>
              </w:rPr>
              <w:t>Processing Condition</w:t>
            </w:r>
          </w:p>
        </w:tc>
        <w:tc>
          <w:tcPr>
            <w:tcW w:w="1270" w:type="dxa"/>
            <w:vAlign w:val="center"/>
          </w:tcPr>
          <w:p w14:paraId="71CCBAAA" w14:textId="77777777" w:rsidR="0099275C" w:rsidRPr="00C8713A" w:rsidRDefault="0099275C" w:rsidP="00123B9D">
            <w:pPr>
              <w:jc w:val="center"/>
              <w:rPr>
                <w:rFonts w:cs="Times New Roman"/>
                <w:b/>
                <w:bCs/>
                <w:sz w:val="16"/>
                <w:szCs w:val="16"/>
              </w:rPr>
            </w:pPr>
            <w:r w:rsidRPr="00C8713A">
              <w:rPr>
                <w:rFonts w:cs="Times New Roman"/>
                <w:b/>
                <w:bCs/>
                <w:sz w:val="16"/>
                <w:szCs w:val="16"/>
              </w:rPr>
              <w:t>Test Temperature C</w:t>
            </w:r>
          </w:p>
        </w:tc>
        <w:tc>
          <w:tcPr>
            <w:tcW w:w="1616" w:type="dxa"/>
            <w:vAlign w:val="center"/>
          </w:tcPr>
          <w:p w14:paraId="5622091D" w14:textId="77777777" w:rsidR="0099275C" w:rsidRPr="00C8713A" w:rsidRDefault="0099275C" w:rsidP="00123B9D">
            <w:pPr>
              <w:jc w:val="center"/>
              <w:rPr>
                <w:rFonts w:cs="Times New Roman"/>
                <w:b/>
                <w:bCs/>
                <w:sz w:val="16"/>
                <w:szCs w:val="16"/>
              </w:rPr>
            </w:pPr>
            <w:r w:rsidRPr="00C8713A">
              <w:rPr>
                <w:rFonts w:cs="Times New Roman"/>
                <w:b/>
                <w:bCs/>
                <w:sz w:val="16"/>
                <w:szCs w:val="16"/>
              </w:rPr>
              <w:t>Yield Strength</w:t>
            </w:r>
            <w:r>
              <w:rPr>
                <w:rFonts w:cs="Times New Roman"/>
                <w:b/>
                <w:bCs/>
                <w:sz w:val="16"/>
                <w:szCs w:val="16"/>
              </w:rPr>
              <w:t xml:space="preserve"> (MPa)</w:t>
            </w:r>
          </w:p>
        </w:tc>
      </w:tr>
      <w:tr w:rsidR="0099275C" w:rsidRPr="00C8713A" w14:paraId="7D4A5220" w14:textId="77777777" w:rsidTr="00123B9D">
        <w:tc>
          <w:tcPr>
            <w:tcW w:w="3065" w:type="dxa"/>
            <w:vAlign w:val="center"/>
          </w:tcPr>
          <w:p w14:paraId="757DB70B" w14:textId="77777777" w:rsidR="0099275C" w:rsidRPr="00C8713A" w:rsidRDefault="0099275C" w:rsidP="00123B9D">
            <w:pPr>
              <w:rPr>
                <w:rFonts w:cs="Times New Roman"/>
                <w:sz w:val="16"/>
                <w:szCs w:val="16"/>
                <w:lang w:val="es-MX"/>
              </w:rPr>
            </w:pPr>
            <w:r w:rsidRPr="00C8713A">
              <w:rPr>
                <w:rFonts w:cs="Times New Roman"/>
                <w:sz w:val="16"/>
                <w:szCs w:val="16"/>
                <w:lang w:val="es-MX"/>
              </w:rPr>
              <w:t>Al0.214Nb0.714Ta0.571Ti1V0.143Zr0.929</w:t>
            </w:r>
          </w:p>
        </w:tc>
        <w:tc>
          <w:tcPr>
            <w:tcW w:w="814" w:type="dxa"/>
            <w:vAlign w:val="center"/>
          </w:tcPr>
          <w:p w14:paraId="72E4299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61C64C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A53789D"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6F471A11"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5BFE1E9" w14:textId="77777777" w:rsidR="0099275C" w:rsidRPr="00C8713A" w:rsidRDefault="0099275C" w:rsidP="00123B9D">
            <w:pPr>
              <w:rPr>
                <w:rFonts w:cs="Times New Roman"/>
                <w:sz w:val="16"/>
                <w:szCs w:val="16"/>
              </w:rPr>
            </w:pPr>
            <w:r w:rsidRPr="00C8713A">
              <w:rPr>
                <w:rFonts w:cs="Times New Roman"/>
                <w:sz w:val="16"/>
                <w:szCs w:val="16"/>
              </w:rPr>
              <w:t>1965.0</w:t>
            </w:r>
          </w:p>
        </w:tc>
      </w:tr>
      <w:tr w:rsidR="0099275C" w:rsidRPr="00C8713A" w14:paraId="6333D821" w14:textId="77777777" w:rsidTr="00123B9D">
        <w:tc>
          <w:tcPr>
            <w:tcW w:w="3065" w:type="dxa"/>
            <w:vAlign w:val="center"/>
          </w:tcPr>
          <w:p w14:paraId="273D9574" w14:textId="77777777" w:rsidR="0099275C" w:rsidRPr="00C8713A" w:rsidRDefault="0099275C" w:rsidP="00123B9D">
            <w:pPr>
              <w:rPr>
                <w:rFonts w:cs="Times New Roman"/>
                <w:sz w:val="16"/>
                <w:szCs w:val="16"/>
                <w:lang w:val="es-MX"/>
              </w:rPr>
            </w:pPr>
            <w:r w:rsidRPr="00C8713A">
              <w:rPr>
                <w:rFonts w:cs="Times New Roman"/>
                <w:sz w:val="16"/>
                <w:szCs w:val="16"/>
                <w:lang w:val="es-MX"/>
              </w:rPr>
              <w:t>Al0.214Nb0.714Ta0.571Ti1V0.143Zr0.929</w:t>
            </w:r>
          </w:p>
        </w:tc>
        <w:tc>
          <w:tcPr>
            <w:tcW w:w="814" w:type="dxa"/>
            <w:vAlign w:val="center"/>
          </w:tcPr>
          <w:p w14:paraId="009B587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29E629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13A0B82"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5AD863CD"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3A7986C4" w14:textId="77777777" w:rsidR="0099275C" w:rsidRPr="00C8713A" w:rsidRDefault="0099275C" w:rsidP="00123B9D">
            <w:pPr>
              <w:rPr>
                <w:rFonts w:cs="Times New Roman"/>
                <w:sz w:val="16"/>
                <w:szCs w:val="16"/>
              </w:rPr>
            </w:pPr>
            <w:r w:rsidRPr="00C8713A">
              <w:rPr>
                <w:rFonts w:cs="Times New Roman"/>
                <w:sz w:val="16"/>
                <w:szCs w:val="16"/>
              </w:rPr>
              <w:t>678.0</w:t>
            </w:r>
          </w:p>
        </w:tc>
      </w:tr>
      <w:tr w:rsidR="0099275C" w:rsidRPr="00C8713A" w14:paraId="70CF1A9C" w14:textId="77777777" w:rsidTr="00123B9D">
        <w:tc>
          <w:tcPr>
            <w:tcW w:w="3065" w:type="dxa"/>
            <w:vAlign w:val="center"/>
          </w:tcPr>
          <w:p w14:paraId="56F75C67" w14:textId="77777777" w:rsidR="0099275C" w:rsidRPr="00C8713A" w:rsidRDefault="0099275C" w:rsidP="00123B9D">
            <w:pPr>
              <w:rPr>
                <w:rFonts w:cs="Times New Roman"/>
                <w:sz w:val="16"/>
                <w:szCs w:val="16"/>
                <w:lang w:val="es-MX"/>
              </w:rPr>
            </w:pPr>
            <w:r w:rsidRPr="00C8713A">
              <w:rPr>
                <w:rFonts w:cs="Times New Roman"/>
                <w:sz w:val="16"/>
                <w:szCs w:val="16"/>
                <w:lang w:val="es-MX"/>
              </w:rPr>
              <w:t>Al0.214Nb0.714Ta0.571Ti1V0.143Zr0.929</w:t>
            </w:r>
          </w:p>
        </w:tc>
        <w:tc>
          <w:tcPr>
            <w:tcW w:w="814" w:type="dxa"/>
            <w:vAlign w:val="center"/>
          </w:tcPr>
          <w:p w14:paraId="6AA0C34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46FFE7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781F13F"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5F10EBCE"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27332996" w14:textId="77777777" w:rsidR="0099275C" w:rsidRPr="00C8713A" w:rsidRDefault="0099275C" w:rsidP="00123B9D">
            <w:pPr>
              <w:rPr>
                <w:rFonts w:cs="Times New Roman"/>
                <w:sz w:val="16"/>
                <w:szCs w:val="16"/>
              </w:rPr>
            </w:pPr>
            <w:r w:rsidRPr="00C8713A">
              <w:rPr>
                <w:rFonts w:cs="Times New Roman"/>
                <w:sz w:val="16"/>
                <w:szCs w:val="16"/>
              </w:rPr>
              <w:t>166.0</w:t>
            </w:r>
          </w:p>
        </w:tc>
      </w:tr>
      <w:tr w:rsidR="0099275C" w:rsidRPr="00C8713A" w14:paraId="1E0629E9" w14:textId="77777777" w:rsidTr="00123B9D">
        <w:tc>
          <w:tcPr>
            <w:tcW w:w="3065" w:type="dxa"/>
            <w:vAlign w:val="center"/>
          </w:tcPr>
          <w:p w14:paraId="543CB893" w14:textId="77777777" w:rsidR="0099275C" w:rsidRPr="00C8713A" w:rsidRDefault="0099275C" w:rsidP="00123B9D">
            <w:pPr>
              <w:rPr>
                <w:rFonts w:cs="Times New Roman"/>
                <w:sz w:val="16"/>
                <w:szCs w:val="16"/>
              </w:rPr>
            </w:pPr>
            <w:r w:rsidRPr="00C8713A">
              <w:rPr>
                <w:rFonts w:cs="Times New Roman"/>
                <w:sz w:val="16"/>
                <w:szCs w:val="16"/>
              </w:rPr>
              <w:t>Al0.214Nb0.714Ta0.714Ti1Zr0.929</w:t>
            </w:r>
          </w:p>
        </w:tc>
        <w:tc>
          <w:tcPr>
            <w:tcW w:w="814" w:type="dxa"/>
            <w:vAlign w:val="center"/>
          </w:tcPr>
          <w:p w14:paraId="3881BA7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3DA4F2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91A62CE"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144D4D0F"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491F237" w14:textId="77777777" w:rsidR="0099275C" w:rsidRPr="00C8713A" w:rsidRDefault="0099275C" w:rsidP="00123B9D">
            <w:pPr>
              <w:rPr>
                <w:rFonts w:cs="Times New Roman"/>
                <w:sz w:val="16"/>
                <w:szCs w:val="16"/>
              </w:rPr>
            </w:pPr>
            <w:r w:rsidRPr="00C8713A">
              <w:rPr>
                <w:rFonts w:cs="Times New Roman"/>
                <w:sz w:val="16"/>
                <w:szCs w:val="16"/>
              </w:rPr>
              <w:t>1965.0</w:t>
            </w:r>
          </w:p>
        </w:tc>
      </w:tr>
      <w:tr w:rsidR="0099275C" w:rsidRPr="00C8713A" w14:paraId="172BB28B" w14:textId="77777777" w:rsidTr="00123B9D">
        <w:tc>
          <w:tcPr>
            <w:tcW w:w="3065" w:type="dxa"/>
            <w:vAlign w:val="center"/>
          </w:tcPr>
          <w:p w14:paraId="6D8281EB" w14:textId="77777777" w:rsidR="0099275C" w:rsidRPr="00C8713A" w:rsidRDefault="0099275C" w:rsidP="00123B9D">
            <w:pPr>
              <w:rPr>
                <w:rFonts w:cs="Times New Roman"/>
                <w:sz w:val="16"/>
                <w:szCs w:val="16"/>
              </w:rPr>
            </w:pPr>
            <w:r w:rsidRPr="00C8713A">
              <w:rPr>
                <w:rFonts w:cs="Times New Roman"/>
                <w:sz w:val="16"/>
                <w:szCs w:val="16"/>
              </w:rPr>
              <w:t>Al0.214Nb0.714Ta0.714Ti1Zr0.929</w:t>
            </w:r>
          </w:p>
        </w:tc>
        <w:tc>
          <w:tcPr>
            <w:tcW w:w="814" w:type="dxa"/>
            <w:vAlign w:val="center"/>
          </w:tcPr>
          <w:p w14:paraId="42BF100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6D5C51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1F7BFB4"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588231E2"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15C08E9C" w14:textId="77777777" w:rsidR="0099275C" w:rsidRPr="00C8713A" w:rsidRDefault="0099275C" w:rsidP="00123B9D">
            <w:pPr>
              <w:rPr>
                <w:rFonts w:cs="Times New Roman"/>
                <w:sz w:val="16"/>
                <w:szCs w:val="16"/>
              </w:rPr>
            </w:pPr>
            <w:r w:rsidRPr="00C8713A">
              <w:rPr>
                <w:rFonts w:cs="Times New Roman"/>
                <w:sz w:val="16"/>
                <w:szCs w:val="16"/>
              </w:rPr>
              <w:t>362.0</w:t>
            </w:r>
          </w:p>
        </w:tc>
      </w:tr>
      <w:tr w:rsidR="0099275C" w:rsidRPr="00C8713A" w14:paraId="2E66B229" w14:textId="77777777" w:rsidTr="00123B9D">
        <w:tc>
          <w:tcPr>
            <w:tcW w:w="3065" w:type="dxa"/>
            <w:vAlign w:val="center"/>
          </w:tcPr>
          <w:p w14:paraId="026D36FF" w14:textId="77777777" w:rsidR="0099275C" w:rsidRPr="00C8713A" w:rsidRDefault="0099275C" w:rsidP="00123B9D">
            <w:pPr>
              <w:rPr>
                <w:rFonts w:cs="Times New Roman"/>
                <w:sz w:val="16"/>
                <w:szCs w:val="16"/>
              </w:rPr>
            </w:pPr>
            <w:r w:rsidRPr="00C8713A">
              <w:rPr>
                <w:rFonts w:cs="Times New Roman"/>
                <w:sz w:val="16"/>
                <w:szCs w:val="16"/>
              </w:rPr>
              <w:t>Al0.214Nb0.714Ta0.714Ti1Zr0.929</w:t>
            </w:r>
          </w:p>
        </w:tc>
        <w:tc>
          <w:tcPr>
            <w:tcW w:w="814" w:type="dxa"/>
            <w:vAlign w:val="center"/>
          </w:tcPr>
          <w:p w14:paraId="32E3867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DAA550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A8DD20D"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5DC02000"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2E9893B1" w14:textId="77777777" w:rsidR="0099275C" w:rsidRPr="00C8713A" w:rsidRDefault="0099275C" w:rsidP="00123B9D">
            <w:pPr>
              <w:rPr>
                <w:rFonts w:cs="Times New Roman"/>
                <w:sz w:val="16"/>
                <w:szCs w:val="16"/>
              </w:rPr>
            </w:pPr>
            <w:r w:rsidRPr="00C8713A">
              <w:rPr>
                <w:rFonts w:cs="Times New Roman"/>
                <w:sz w:val="16"/>
                <w:szCs w:val="16"/>
              </w:rPr>
              <w:t>236.0</w:t>
            </w:r>
          </w:p>
        </w:tc>
      </w:tr>
      <w:tr w:rsidR="0099275C" w:rsidRPr="00C8713A" w14:paraId="1CB33CA2" w14:textId="77777777" w:rsidTr="00123B9D">
        <w:tc>
          <w:tcPr>
            <w:tcW w:w="3065" w:type="dxa"/>
            <w:vAlign w:val="center"/>
          </w:tcPr>
          <w:p w14:paraId="34CDA5F6" w14:textId="77777777" w:rsidR="0099275C" w:rsidRPr="00C8713A" w:rsidRDefault="0099275C" w:rsidP="00123B9D">
            <w:pPr>
              <w:rPr>
                <w:rFonts w:cs="Times New Roman"/>
                <w:sz w:val="16"/>
                <w:szCs w:val="16"/>
              </w:rPr>
            </w:pPr>
            <w:r w:rsidRPr="00C8713A">
              <w:rPr>
                <w:rFonts w:cs="Times New Roman"/>
                <w:sz w:val="16"/>
                <w:szCs w:val="16"/>
              </w:rPr>
              <w:t>Al0.25Co1Cr1Cu1Fe1Mn1Ni1Ti1V1</w:t>
            </w:r>
          </w:p>
        </w:tc>
        <w:tc>
          <w:tcPr>
            <w:tcW w:w="814" w:type="dxa"/>
            <w:vAlign w:val="center"/>
          </w:tcPr>
          <w:p w14:paraId="5064AAC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0F7868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2F0CFC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B5F938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CAB8FAA" w14:textId="77777777" w:rsidR="0099275C" w:rsidRPr="00C8713A" w:rsidRDefault="0099275C" w:rsidP="00123B9D">
            <w:pPr>
              <w:rPr>
                <w:rFonts w:cs="Times New Roman"/>
                <w:sz w:val="16"/>
                <w:szCs w:val="16"/>
              </w:rPr>
            </w:pPr>
            <w:r w:rsidRPr="00C8713A">
              <w:rPr>
                <w:rFonts w:cs="Times New Roman"/>
                <w:sz w:val="16"/>
                <w:szCs w:val="16"/>
              </w:rPr>
              <w:t>1465.0</w:t>
            </w:r>
          </w:p>
        </w:tc>
      </w:tr>
      <w:tr w:rsidR="0099275C" w:rsidRPr="00C8713A" w14:paraId="55C9582F" w14:textId="77777777" w:rsidTr="00123B9D">
        <w:tc>
          <w:tcPr>
            <w:tcW w:w="3065" w:type="dxa"/>
            <w:vAlign w:val="center"/>
          </w:tcPr>
          <w:p w14:paraId="2329DE75" w14:textId="77777777" w:rsidR="0099275C" w:rsidRPr="00C8713A" w:rsidRDefault="0099275C" w:rsidP="00123B9D">
            <w:pPr>
              <w:rPr>
                <w:rFonts w:cs="Times New Roman"/>
                <w:sz w:val="16"/>
                <w:szCs w:val="16"/>
              </w:rPr>
            </w:pPr>
            <w:r w:rsidRPr="00C8713A">
              <w:rPr>
                <w:rFonts w:cs="Times New Roman"/>
                <w:sz w:val="16"/>
                <w:szCs w:val="16"/>
              </w:rPr>
              <w:t>Al0.25Cr0.5Nb0.5Ti1V0.25</w:t>
            </w:r>
          </w:p>
        </w:tc>
        <w:tc>
          <w:tcPr>
            <w:tcW w:w="814" w:type="dxa"/>
            <w:vAlign w:val="center"/>
          </w:tcPr>
          <w:p w14:paraId="1847EC8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A4A79A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6289C88"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F09EA1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A6668A5" w14:textId="77777777" w:rsidR="0099275C" w:rsidRPr="00C8713A" w:rsidRDefault="0099275C" w:rsidP="00123B9D">
            <w:pPr>
              <w:rPr>
                <w:rFonts w:cs="Times New Roman"/>
                <w:sz w:val="16"/>
                <w:szCs w:val="16"/>
              </w:rPr>
            </w:pPr>
            <w:r w:rsidRPr="00C8713A">
              <w:rPr>
                <w:rFonts w:cs="Times New Roman"/>
                <w:sz w:val="16"/>
                <w:szCs w:val="16"/>
              </w:rPr>
              <w:t>1240.0</w:t>
            </w:r>
          </w:p>
        </w:tc>
      </w:tr>
      <w:tr w:rsidR="0099275C" w:rsidRPr="00C8713A" w14:paraId="5FD70080" w14:textId="77777777" w:rsidTr="00123B9D">
        <w:tc>
          <w:tcPr>
            <w:tcW w:w="3065" w:type="dxa"/>
            <w:vAlign w:val="center"/>
          </w:tcPr>
          <w:p w14:paraId="2848DF8A" w14:textId="77777777" w:rsidR="0099275C" w:rsidRPr="00C8713A" w:rsidRDefault="0099275C" w:rsidP="00123B9D">
            <w:pPr>
              <w:rPr>
                <w:rFonts w:cs="Times New Roman"/>
                <w:sz w:val="16"/>
                <w:szCs w:val="16"/>
              </w:rPr>
            </w:pPr>
            <w:r w:rsidRPr="00C8713A">
              <w:rPr>
                <w:rFonts w:cs="Times New Roman"/>
                <w:sz w:val="16"/>
                <w:szCs w:val="16"/>
              </w:rPr>
              <w:t>Al0.25Mo1Nb1Ti1V1</w:t>
            </w:r>
          </w:p>
        </w:tc>
        <w:tc>
          <w:tcPr>
            <w:tcW w:w="814" w:type="dxa"/>
            <w:vAlign w:val="center"/>
          </w:tcPr>
          <w:p w14:paraId="0EB46A2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A593CC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C7D5345"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EF041A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213775D" w14:textId="77777777" w:rsidR="0099275C" w:rsidRPr="00C8713A" w:rsidRDefault="0099275C" w:rsidP="00123B9D">
            <w:pPr>
              <w:rPr>
                <w:rFonts w:cs="Times New Roman"/>
                <w:sz w:val="16"/>
                <w:szCs w:val="16"/>
              </w:rPr>
            </w:pPr>
            <w:r w:rsidRPr="00C8713A">
              <w:rPr>
                <w:rFonts w:cs="Times New Roman"/>
                <w:sz w:val="16"/>
                <w:szCs w:val="16"/>
              </w:rPr>
              <w:t>1250.0</w:t>
            </w:r>
          </w:p>
        </w:tc>
      </w:tr>
      <w:tr w:rsidR="0099275C" w:rsidRPr="00C8713A" w14:paraId="60A2C7C2" w14:textId="77777777" w:rsidTr="00123B9D">
        <w:tc>
          <w:tcPr>
            <w:tcW w:w="3065" w:type="dxa"/>
            <w:vAlign w:val="center"/>
          </w:tcPr>
          <w:p w14:paraId="563B26E9" w14:textId="77777777" w:rsidR="0099275C" w:rsidRPr="00C8713A" w:rsidRDefault="0099275C" w:rsidP="00123B9D">
            <w:pPr>
              <w:rPr>
                <w:rFonts w:cs="Times New Roman"/>
                <w:sz w:val="16"/>
                <w:szCs w:val="16"/>
              </w:rPr>
            </w:pPr>
            <w:r w:rsidRPr="00C8713A">
              <w:rPr>
                <w:rFonts w:cs="Times New Roman"/>
                <w:sz w:val="16"/>
                <w:szCs w:val="16"/>
              </w:rPr>
              <w:t>Al0.25Nb1Ta1Ti1V1</w:t>
            </w:r>
          </w:p>
        </w:tc>
        <w:tc>
          <w:tcPr>
            <w:tcW w:w="814" w:type="dxa"/>
            <w:vAlign w:val="center"/>
          </w:tcPr>
          <w:p w14:paraId="36508E8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B78179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92D300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5985D4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13F3360" w14:textId="77777777" w:rsidR="0099275C" w:rsidRPr="00C8713A" w:rsidRDefault="0099275C" w:rsidP="00123B9D">
            <w:pPr>
              <w:rPr>
                <w:rFonts w:cs="Times New Roman"/>
                <w:sz w:val="16"/>
                <w:szCs w:val="16"/>
              </w:rPr>
            </w:pPr>
            <w:r w:rsidRPr="00C8713A">
              <w:rPr>
                <w:rFonts w:cs="Times New Roman"/>
                <w:sz w:val="16"/>
                <w:szCs w:val="16"/>
              </w:rPr>
              <w:t>1330.0</w:t>
            </w:r>
          </w:p>
        </w:tc>
      </w:tr>
      <w:tr w:rsidR="0099275C" w:rsidRPr="00C8713A" w14:paraId="6FC49827" w14:textId="77777777" w:rsidTr="00123B9D">
        <w:tc>
          <w:tcPr>
            <w:tcW w:w="3065" w:type="dxa"/>
            <w:vAlign w:val="center"/>
          </w:tcPr>
          <w:p w14:paraId="5FD64E2B" w14:textId="77777777" w:rsidR="0099275C" w:rsidRPr="00C8713A" w:rsidRDefault="0099275C" w:rsidP="00123B9D">
            <w:pPr>
              <w:rPr>
                <w:rFonts w:cs="Times New Roman"/>
                <w:sz w:val="16"/>
                <w:szCs w:val="16"/>
              </w:rPr>
            </w:pPr>
            <w:r w:rsidRPr="00C8713A">
              <w:rPr>
                <w:rFonts w:cs="Times New Roman"/>
                <w:sz w:val="16"/>
                <w:szCs w:val="16"/>
              </w:rPr>
              <w:t>Al0.2Mo1Ta1Ti1V1</w:t>
            </w:r>
          </w:p>
        </w:tc>
        <w:tc>
          <w:tcPr>
            <w:tcW w:w="814" w:type="dxa"/>
            <w:vAlign w:val="center"/>
          </w:tcPr>
          <w:p w14:paraId="3B81A8A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82FF11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242260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EB9A67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3333D54" w14:textId="77777777" w:rsidR="0099275C" w:rsidRPr="00C8713A" w:rsidRDefault="0099275C" w:rsidP="00123B9D">
            <w:pPr>
              <w:rPr>
                <w:rFonts w:cs="Times New Roman"/>
                <w:sz w:val="16"/>
                <w:szCs w:val="16"/>
              </w:rPr>
            </w:pPr>
            <w:r w:rsidRPr="00C8713A">
              <w:rPr>
                <w:rFonts w:cs="Times New Roman"/>
                <w:sz w:val="16"/>
                <w:szCs w:val="16"/>
              </w:rPr>
              <w:t>1021.0</w:t>
            </w:r>
          </w:p>
        </w:tc>
      </w:tr>
      <w:tr w:rsidR="0099275C" w:rsidRPr="00C8713A" w14:paraId="50B58DEA" w14:textId="77777777" w:rsidTr="00123B9D">
        <w:tc>
          <w:tcPr>
            <w:tcW w:w="3065" w:type="dxa"/>
            <w:vAlign w:val="center"/>
          </w:tcPr>
          <w:p w14:paraId="640E0BCC" w14:textId="77777777" w:rsidR="0099275C" w:rsidRPr="00C8713A" w:rsidRDefault="0099275C" w:rsidP="00123B9D">
            <w:pPr>
              <w:rPr>
                <w:rFonts w:cs="Times New Roman"/>
                <w:sz w:val="16"/>
                <w:szCs w:val="16"/>
                <w:lang w:val="es-MX"/>
              </w:rPr>
            </w:pPr>
            <w:r w:rsidRPr="00C8713A">
              <w:rPr>
                <w:rFonts w:cs="Times New Roman"/>
                <w:sz w:val="16"/>
                <w:szCs w:val="16"/>
                <w:lang w:val="es-MX"/>
              </w:rPr>
              <w:t>Al0.333Nb0.667Ta0.533Ti1V0.133Zr0.667</w:t>
            </w:r>
          </w:p>
        </w:tc>
        <w:tc>
          <w:tcPr>
            <w:tcW w:w="814" w:type="dxa"/>
            <w:vAlign w:val="center"/>
          </w:tcPr>
          <w:p w14:paraId="09E7863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2150EE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CE87CDE"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0E0B342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EDC9E66" w14:textId="77777777" w:rsidR="0099275C" w:rsidRPr="00C8713A" w:rsidRDefault="0099275C" w:rsidP="00123B9D">
            <w:pPr>
              <w:rPr>
                <w:rFonts w:cs="Times New Roman"/>
                <w:sz w:val="16"/>
                <w:szCs w:val="16"/>
              </w:rPr>
            </w:pPr>
            <w:r w:rsidRPr="00C8713A">
              <w:rPr>
                <w:rFonts w:cs="Times New Roman"/>
                <w:sz w:val="16"/>
                <w:szCs w:val="16"/>
              </w:rPr>
              <w:t>2035.0</w:t>
            </w:r>
          </w:p>
        </w:tc>
      </w:tr>
      <w:tr w:rsidR="0099275C" w:rsidRPr="00C8713A" w14:paraId="42AD550A" w14:textId="77777777" w:rsidTr="00123B9D">
        <w:tc>
          <w:tcPr>
            <w:tcW w:w="3065" w:type="dxa"/>
            <w:vAlign w:val="center"/>
          </w:tcPr>
          <w:p w14:paraId="60122232" w14:textId="77777777" w:rsidR="0099275C" w:rsidRPr="00C8713A" w:rsidRDefault="0099275C" w:rsidP="00123B9D">
            <w:pPr>
              <w:rPr>
                <w:rFonts w:cs="Times New Roman"/>
                <w:sz w:val="16"/>
                <w:szCs w:val="16"/>
                <w:lang w:val="es-MX"/>
              </w:rPr>
            </w:pPr>
            <w:r w:rsidRPr="00C8713A">
              <w:rPr>
                <w:rFonts w:cs="Times New Roman"/>
                <w:sz w:val="16"/>
                <w:szCs w:val="16"/>
                <w:lang w:val="es-MX"/>
              </w:rPr>
              <w:t>Al0.333Nb0.667Ta0.533Ti1V0.133Zr0.667</w:t>
            </w:r>
          </w:p>
        </w:tc>
        <w:tc>
          <w:tcPr>
            <w:tcW w:w="814" w:type="dxa"/>
            <w:vAlign w:val="center"/>
          </w:tcPr>
          <w:p w14:paraId="32B6D05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A63CDA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1D59260"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095D5FBE"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5E2EC0F5" w14:textId="77777777" w:rsidR="0099275C" w:rsidRPr="00C8713A" w:rsidRDefault="0099275C" w:rsidP="00123B9D">
            <w:pPr>
              <w:rPr>
                <w:rFonts w:cs="Times New Roman"/>
                <w:sz w:val="16"/>
                <w:szCs w:val="16"/>
              </w:rPr>
            </w:pPr>
            <w:r w:rsidRPr="00C8713A">
              <w:rPr>
                <w:rFonts w:cs="Times New Roman"/>
                <w:sz w:val="16"/>
                <w:szCs w:val="16"/>
              </w:rPr>
              <w:t>796.0</w:t>
            </w:r>
          </w:p>
        </w:tc>
      </w:tr>
      <w:tr w:rsidR="0099275C" w:rsidRPr="00C8713A" w14:paraId="3D884AD2" w14:textId="77777777" w:rsidTr="00123B9D">
        <w:tc>
          <w:tcPr>
            <w:tcW w:w="3065" w:type="dxa"/>
            <w:vAlign w:val="center"/>
          </w:tcPr>
          <w:p w14:paraId="0EA438E7" w14:textId="77777777" w:rsidR="0099275C" w:rsidRPr="00C8713A" w:rsidRDefault="0099275C" w:rsidP="00123B9D">
            <w:pPr>
              <w:rPr>
                <w:rFonts w:cs="Times New Roman"/>
                <w:sz w:val="16"/>
                <w:szCs w:val="16"/>
                <w:lang w:val="es-MX"/>
              </w:rPr>
            </w:pPr>
            <w:r w:rsidRPr="00C8713A">
              <w:rPr>
                <w:rFonts w:cs="Times New Roman"/>
                <w:sz w:val="16"/>
                <w:szCs w:val="16"/>
                <w:lang w:val="es-MX"/>
              </w:rPr>
              <w:t>Al0.333Nb0.667Ta0.533Ti1V0.133Zr0.667</w:t>
            </w:r>
          </w:p>
        </w:tc>
        <w:tc>
          <w:tcPr>
            <w:tcW w:w="814" w:type="dxa"/>
            <w:vAlign w:val="center"/>
          </w:tcPr>
          <w:p w14:paraId="4D27A85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5721B2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58953B6"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005D0FBD"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0D3175FE" w14:textId="77777777" w:rsidR="0099275C" w:rsidRPr="00C8713A" w:rsidRDefault="0099275C" w:rsidP="00123B9D">
            <w:pPr>
              <w:rPr>
                <w:rFonts w:cs="Times New Roman"/>
                <w:sz w:val="16"/>
                <w:szCs w:val="16"/>
              </w:rPr>
            </w:pPr>
            <w:r w:rsidRPr="00C8713A">
              <w:rPr>
                <w:rFonts w:cs="Times New Roman"/>
                <w:sz w:val="16"/>
                <w:szCs w:val="16"/>
              </w:rPr>
              <w:t>220.0</w:t>
            </w:r>
          </w:p>
        </w:tc>
      </w:tr>
      <w:tr w:rsidR="0099275C" w:rsidRPr="00C8713A" w14:paraId="5851F49F" w14:textId="77777777" w:rsidTr="00123B9D">
        <w:tc>
          <w:tcPr>
            <w:tcW w:w="3065" w:type="dxa"/>
            <w:vAlign w:val="center"/>
          </w:tcPr>
          <w:p w14:paraId="30AB2F53" w14:textId="77777777" w:rsidR="0099275C" w:rsidRPr="00C8713A" w:rsidRDefault="0099275C" w:rsidP="00123B9D">
            <w:pPr>
              <w:rPr>
                <w:rFonts w:cs="Times New Roman"/>
                <w:sz w:val="16"/>
                <w:szCs w:val="16"/>
              </w:rPr>
            </w:pPr>
            <w:r w:rsidRPr="00C8713A">
              <w:rPr>
                <w:rFonts w:cs="Times New Roman"/>
                <w:sz w:val="16"/>
                <w:szCs w:val="16"/>
              </w:rPr>
              <w:t>Al0.3Hf1Nb1Ta1Ti1Zr1</w:t>
            </w:r>
          </w:p>
        </w:tc>
        <w:tc>
          <w:tcPr>
            <w:tcW w:w="814" w:type="dxa"/>
            <w:vAlign w:val="center"/>
          </w:tcPr>
          <w:p w14:paraId="324353E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BF77D9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09A098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06C940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077A06B" w14:textId="77777777" w:rsidR="0099275C" w:rsidRPr="00C8713A" w:rsidRDefault="0099275C" w:rsidP="00123B9D">
            <w:pPr>
              <w:rPr>
                <w:rFonts w:cs="Times New Roman"/>
                <w:sz w:val="16"/>
                <w:szCs w:val="16"/>
              </w:rPr>
            </w:pPr>
            <w:r w:rsidRPr="00C8713A">
              <w:rPr>
                <w:rFonts w:cs="Times New Roman"/>
                <w:sz w:val="16"/>
                <w:szCs w:val="16"/>
              </w:rPr>
              <w:t>1188.0</w:t>
            </w:r>
          </w:p>
        </w:tc>
      </w:tr>
      <w:tr w:rsidR="0099275C" w:rsidRPr="00C8713A" w14:paraId="3743FCAF" w14:textId="77777777" w:rsidTr="00123B9D">
        <w:tc>
          <w:tcPr>
            <w:tcW w:w="3065" w:type="dxa"/>
            <w:vAlign w:val="center"/>
          </w:tcPr>
          <w:p w14:paraId="5B226A1A" w14:textId="77777777" w:rsidR="0099275C" w:rsidRPr="00C8713A" w:rsidRDefault="0099275C" w:rsidP="00123B9D">
            <w:pPr>
              <w:rPr>
                <w:rFonts w:cs="Times New Roman"/>
                <w:sz w:val="16"/>
                <w:szCs w:val="16"/>
                <w:lang w:val="es-MX"/>
              </w:rPr>
            </w:pPr>
            <w:r w:rsidRPr="00C8713A">
              <w:rPr>
                <w:rFonts w:cs="Times New Roman"/>
                <w:sz w:val="16"/>
                <w:szCs w:val="16"/>
                <w:lang w:val="es-MX"/>
              </w:rPr>
              <w:t>Al0.3Nb1Ta0.8Ti1.4V0.2Zr1.3</w:t>
            </w:r>
          </w:p>
        </w:tc>
        <w:tc>
          <w:tcPr>
            <w:tcW w:w="814" w:type="dxa"/>
            <w:vAlign w:val="center"/>
          </w:tcPr>
          <w:p w14:paraId="524D485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9DC930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E0195EA"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DE0FD2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B5CEED9" w14:textId="77777777" w:rsidR="0099275C" w:rsidRPr="00C8713A" w:rsidRDefault="0099275C" w:rsidP="00123B9D">
            <w:pPr>
              <w:rPr>
                <w:rFonts w:cs="Times New Roman"/>
                <w:sz w:val="16"/>
                <w:szCs w:val="16"/>
              </w:rPr>
            </w:pPr>
            <w:r w:rsidRPr="00C8713A">
              <w:rPr>
                <w:rFonts w:cs="Times New Roman"/>
                <w:sz w:val="16"/>
                <w:szCs w:val="16"/>
              </w:rPr>
              <w:t>1965.0</w:t>
            </w:r>
          </w:p>
        </w:tc>
      </w:tr>
      <w:tr w:rsidR="0099275C" w:rsidRPr="00C8713A" w14:paraId="40EC087A" w14:textId="77777777" w:rsidTr="00123B9D">
        <w:tc>
          <w:tcPr>
            <w:tcW w:w="3065" w:type="dxa"/>
            <w:vAlign w:val="center"/>
          </w:tcPr>
          <w:p w14:paraId="4641972C" w14:textId="77777777" w:rsidR="0099275C" w:rsidRPr="00C8713A" w:rsidRDefault="0099275C" w:rsidP="00123B9D">
            <w:pPr>
              <w:rPr>
                <w:rFonts w:cs="Times New Roman"/>
                <w:sz w:val="16"/>
                <w:szCs w:val="16"/>
                <w:lang w:val="es-MX"/>
              </w:rPr>
            </w:pPr>
            <w:r w:rsidRPr="00C8713A">
              <w:rPr>
                <w:rFonts w:cs="Times New Roman"/>
                <w:sz w:val="16"/>
                <w:szCs w:val="16"/>
                <w:lang w:val="es-MX"/>
              </w:rPr>
              <w:t>Al0.3Nb1Ta0.8Ti1.4V0.2Zr1.3</w:t>
            </w:r>
          </w:p>
        </w:tc>
        <w:tc>
          <w:tcPr>
            <w:tcW w:w="814" w:type="dxa"/>
            <w:vAlign w:val="center"/>
          </w:tcPr>
          <w:p w14:paraId="5D51456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1E0792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B93B25D"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1C2E8FA6"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4149A281" w14:textId="77777777" w:rsidR="0099275C" w:rsidRPr="00C8713A" w:rsidRDefault="0099275C" w:rsidP="00123B9D">
            <w:pPr>
              <w:rPr>
                <w:rFonts w:cs="Times New Roman"/>
                <w:sz w:val="16"/>
                <w:szCs w:val="16"/>
              </w:rPr>
            </w:pPr>
            <w:r w:rsidRPr="00C8713A">
              <w:rPr>
                <w:rFonts w:cs="Times New Roman"/>
                <w:sz w:val="16"/>
                <w:szCs w:val="16"/>
              </w:rPr>
              <w:t>678.0</w:t>
            </w:r>
          </w:p>
        </w:tc>
      </w:tr>
      <w:tr w:rsidR="0099275C" w:rsidRPr="00C8713A" w14:paraId="50CD6967" w14:textId="77777777" w:rsidTr="00123B9D">
        <w:tc>
          <w:tcPr>
            <w:tcW w:w="3065" w:type="dxa"/>
            <w:vAlign w:val="center"/>
          </w:tcPr>
          <w:p w14:paraId="3A0E1373" w14:textId="77777777" w:rsidR="0099275C" w:rsidRPr="00C8713A" w:rsidRDefault="0099275C" w:rsidP="00123B9D">
            <w:pPr>
              <w:rPr>
                <w:rFonts w:cs="Times New Roman"/>
                <w:sz w:val="16"/>
                <w:szCs w:val="16"/>
                <w:lang w:val="es-MX"/>
              </w:rPr>
            </w:pPr>
            <w:r w:rsidRPr="00C8713A">
              <w:rPr>
                <w:rFonts w:cs="Times New Roman"/>
                <w:sz w:val="16"/>
                <w:szCs w:val="16"/>
                <w:lang w:val="es-MX"/>
              </w:rPr>
              <w:t>Al0.3Nb1Ta0.8Ti1.4V0.2Zr1.3</w:t>
            </w:r>
          </w:p>
        </w:tc>
        <w:tc>
          <w:tcPr>
            <w:tcW w:w="814" w:type="dxa"/>
            <w:vAlign w:val="center"/>
          </w:tcPr>
          <w:p w14:paraId="490D088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40D168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5254F8B"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13696AEE"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4E37E15C" w14:textId="77777777" w:rsidR="0099275C" w:rsidRPr="00C8713A" w:rsidRDefault="0099275C" w:rsidP="00123B9D">
            <w:pPr>
              <w:rPr>
                <w:rFonts w:cs="Times New Roman"/>
                <w:sz w:val="16"/>
                <w:szCs w:val="16"/>
              </w:rPr>
            </w:pPr>
            <w:r w:rsidRPr="00C8713A">
              <w:rPr>
                <w:rFonts w:cs="Times New Roman"/>
                <w:sz w:val="16"/>
                <w:szCs w:val="16"/>
              </w:rPr>
              <w:t>166.0</w:t>
            </w:r>
          </w:p>
        </w:tc>
      </w:tr>
      <w:tr w:rsidR="0099275C" w:rsidRPr="00C8713A" w14:paraId="60A3D3AB" w14:textId="77777777" w:rsidTr="00123B9D">
        <w:tc>
          <w:tcPr>
            <w:tcW w:w="3065" w:type="dxa"/>
            <w:vAlign w:val="center"/>
          </w:tcPr>
          <w:p w14:paraId="73516C3B" w14:textId="77777777" w:rsidR="0099275C" w:rsidRPr="00C8713A" w:rsidRDefault="0099275C" w:rsidP="00123B9D">
            <w:pPr>
              <w:rPr>
                <w:rFonts w:cs="Times New Roman"/>
                <w:sz w:val="16"/>
                <w:szCs w:val="16"/>
              </w:rPr>
            </w:pPr>
            <w:r w:rsidRPr="00C8713A">
              <w:rPr>
                <w:rFonts w:cs="Times New Roman"/>
                <w:sz w:val="16"/>
                <w:szCs w:val="16"/>
              </w:rPr>
              <w:t>Al0.4Hf0.6Nb1Ta1Ti1Zr1</w:t>
            </w:r>
          </w:p>
        </w:tc>
        <w:tc>
          <w:tcPr>
            <w:tcW w:w="814" w:type="dxa"/>
            <w:vAlign w:val="center"/>
          </w:tcPr>
          <w:p w14:paraId="15B20F2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AFBADB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4445D49"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5DBB93A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01C8195" w14:textId="77777777" w:rsidR="0099275C" w:rsidRPr="00C8713A" w:rsidRDefault="0099275C" w:rsidP="00123B9D">
            <w:pPr>
              <w:rPr>
                <w:rFonts w:cs="Times New Roman"/>
                <w:sz w:val="16"/>
                <w:szCs w:val="16"/>
              </w:rPr>
            </w:pPr>
            <w:r w:rsidRPr="00C8713A">
              <w:rPr>
                <w:rFonts w:cs="Times New Roman"/>
                <w:sz w:val="16"/>
                <w:szCs w:val="16"/>
              </w:rPr>
              <w:t>1841.0</w:t>
            </w:r>
          </w:p>
        </w:tc>
      </w:tr>
      <w:tr w:rsidR="0099275C" w:rsidRPr="00C8713A" w14:paraId="0AE1E905" w14:textId="77777777" w:rsidTr="00123B9D">
        <w:tc>
          <w:tcPr>
            <w:tcW w:w="3065" w:type="dxa"/>
            <w:vAlign w:val="center"/>
          </w:tcPr>
          <w:p w14:paraId="07FC3D37" w14:textId="77777777" w:rsidR="0099275C" w:rsidRPr="00C8713A" w:rsidRDefault="0099275C" w:rsidP="00123B9D">
            <w:pPr>
              <w:rPr>
                <w:rFonts w:cs="Times New Roman"/>
                <w:sz w:val="16"/>
                <w:szCs w:val="16"/>
              </w:rPr>
            </w:pPr>
            <w:r w:rsidRPr="00C8713A">
              <w:rPr>
                <w:rFonts w:cs="Times New Roman"/>
                <w:sz w:val="16"/>
                <w:szCs w:val="16"/>
              </w:rPr>
              <w:t>Al0.4Hf0.6Nb1Ta1Ti1Zr1</w:t>
            </w:r>
          </w:p>
        </w:tc>
        <w:tc>
          <w:tcPr>
            <w:tcW w:w="814" w:type="dxa"/>
            <w:vAlign w:val="center"/>
          </w:tcPr>
          <w:p w14:paraId="72C50CA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C83E3F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ACD9801"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7C4D4250"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3AF6031B" w14:textId="77777777" w:rsidR="0099275C" w:rsidRPr="00C8713A" w:rsidRDefault="0099275C" w:rsidP="00123B9D">
            <w:pPr>
              <w:rPr>
                <w:rFonts w:cs="Times New Roman"/>
                <w:sz w:val="16"/>
                <w:szCs w:val="16"/>
              </w:rPr>
            </w:pPr>
            <w:r w:rsidRPr="00C8713A">
              <w:rPr>
                <w:rFonts w:cs="Times New Roman"/>
                <w:sz w:val="16"/>
                <w:szCs w:val="16"/>
              </w:rPr>
              <w:t>796.0</w:t>
            </w:r>
          </w:p>
        </w:tc>
      </w:tr>
      <w:tr w:rsidR="0099275C" w:rsidRPr="00C8713A" w14:paraId="1266272C" w14:textId="77777777" w:rsidTr="00123B9D">
        <w:tc>
          <w:tcPr>
            <w:tcW w:w="3065" w:type="dxa"/>
            <w:vAlign w:val="center"/>
          </w:tcPr>
          <w:p w14:paraId="17B51FDD" w14:textId="77777777" w:rsidR="0099275C" w:rsidRPr="00C8713A" w:rsidRDefault="0099275C" w:rsidP="00123B9D">
            <w:pPr>
              <w:rPr>
                <w:rFonts w:cs="Times New Roman"/>
                <w:sz w:val="16"/>
                <w:szCs w:val="16"/>
              </w:rPr>
            </w:pPr>
            <w:r w:rsidRPr="00C8713A">
              <w:rPr>
                <w:rFonts w:cs="Times New Roman"/>
                <w:sz w:val="16"/>
                <w:szCs w:val="16"/>
              </w:rPr>
              <w:t>Al0.4Hf0.6Nb1Ta1Ti1Zr1</w:t>
            </w:r>
          </w:p>
        </w:tc>
        <w:tc>
          <w:tcPr>
            <w:tcW w:w="814" w:type="dxa"/>
            <w:vAlign w:val="center"/>
          </w:tcPr>
          <w:p w14:paraId="1A9419D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EB0C5B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E9DF18C"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2C484933"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6C2CEBFD" w14:textId="77777777" w:rsidR="0099275C" w:rsidRPr="00C8713A" w:rsidRDefault="0099275C" w:rsidP="00123B9D">
            <w:pPr>
              <w:rPr>
                <w:rFonts w:cs="Times New Roman"/>
                <w:sz w:val="16"/>
                <w:szCs w:val="16"/>
              </w:rPr>
            </w:pPr>
            <w:r w:rsidRPr="00C8713A">
              <w:rPr>
                <w:rFonts w:cs="Times New Roman"/>
                <w:sz w:val="16"/>
                <w:szCs w:val="16"/>
              </w:rPr>
              <w:t>298.0</w:t>
            </w:r>
          </w:p>
        </w:tc>
      </w:tr>
      <w:tr w:rsidR="0099275C" w:rsidRPr="00C8713A" w14:paraId="511250AA" w14:textId="77777777" w:rsidTr="00123B9D">
        <w:tc>
          <w:tcPr>
            <w:tcW w:w="3065" w:type="dxa"/>
            <w:vAlign w:val="center"/>
          </w:tcPr>
          <w:p w14:paraId="73F989F0" w14:textId="77777777" w:rsidR="0099275C" w:rsidRPr="00C8713A" w:rsidRDefault="0099275C" w:rsidP="00123B9D">
            <w:pPr>
              <w:rPr>
                <w:rFonts w:cs="Times New Roman"/>
                <w:sz w:val="16"/>
                <w:szCs w:val="16"/>
              </w:rPr>
            </w:pPr>
            <w:r w:rsidRPr="00C8713A">
              <w:rPr>
                <w:rFonts w:cs="Times New Roman"/>
                <w:sz w:val="16"/>
                <w:szCs w:val="16"/>
              </w:rPr>
              <w:t>Al0.4Hf0.6Nb1Ta1Ti1Zr1</w:t>
            </w:r>
          </w:p>
        </w:tc>
        <w:tc>
          <w:tcPr>
            <w:tcW w:w="814" w:type="dxa"/>
            <w:vAlign w:val="center"/>
          </w:tcPr>
          <w:p w14:paraId="472DBCE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0B5393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361F05F"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5F4F0EC1"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76F5DC53" w14:textId="77777777" w:rsidR="0099275C" w:rsidRPr="00C8713A" w:rsidRDefault="0099275C" w:rsidP="00123B9D">
            <w:pPr>
              <w:rPr>
                <w:rFonts w:cs="Times New Roman"/>
                <w:sz w:val="16"/>
                <w:szCs w:val="16"/>
              </w:rPr>
            </w:pPr>
            <w:r w:rsidRPr="00C8713A">
              <w:rPr>
                <w:rFonts w:cs="Times New Roman"/>
                <w:sz w:val="16"/>
                <w:szCs w:val="16"/>
              </w:rPr>
              <w:t>89.0</w:t>
            </w:r>
          </w:p>
        </w:tc>
      </w:tr>
      <w:tr w:rsidR="0099275C" w:rsidRPr="00C8713A" w14:paraId="28FC15E5" w14:textId="77777777" w:rsidTr="00123B9D">
        <w:tc>
          <w:tcPr>
            <w:tcW w:w="3065" w:type="dxa"/>
            <w:vAlign w:val="center"/>
          </w:tcPr>
          <w:p w14:paraId="46AD74FB" w14:textId="77777777" w:rsidR="0099275C" w:rsidRPr="00C8713A" w:rsidRDefault="0099275C" w:rsidP="00123B9D">
            <w:pPr>
              <w:rPr>
                <w:rFonts w:cs="Times New Roman"/>
                <w:sz w:val="16"/>
                <w:szCs w:val="16"/>
              </w:rPr>
            </w:pPr>
            <w:r w:rsidRPr="00C8713A">
              <w:rPr>
                <w:rFonts w:cs="Times New Roman"/>
                <w:sz w:val="16"/>
                <w:szCs w:val="16"/>
              </w:rPr>
              <w:t>Al0.5Cr1Nb1Ti2V0.5</w:t>
            </w:r>
          </w:p>
        </w:tc>
        <w:tc>
          <w:tcPr>
            <w:tcW w:w="814" w:type="dxa"/>
            <w:vAlign w:val="center"/>
          </w:tcPr>
          <w:p w14:paraId="076D984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276ABA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DA364A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0585B3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8B02805" w14:textId="77777777" w:rsidR="0099275C" w:rsidRPr="00C8713A" w:rsidRDefault="0099275C" w:rsidP="00123B9D">
            <w:pPr>
              <w:rPr>
                <w:rFonts w:cs="Times New Roman"/>
                <w:sz w:val="16"/>
                <w:szCs w:val="16"/>
              </w:rPr>
            </w:pPr>
            <w:r w:rsidRPr="00C8713A">
              <w:rPr>
                <w:rFonts w:cs="Times New Roman"/>
                <w:sz w:val="16"/>
                <w:szCs w:val="16"/>
              </w:rPr>
              <w:t>1240.0</w:t>
            </w:r>
          </w:p>
        </w:tc>
      </w:tr>
      <w:tr w:rsidR="0099275C" w:rsidRPr="00C8713A" w14:paraId="3BB10B77" w14:textId="77777777" w:rsidTr="00123B9D">
        <w:tc>
          <w:tcPr>
            <w:tcW w:w="3065" w:type="dxa"/>
            <w:vAlign w:val="center"/>
          </w:tcPr>
          <w:p w14:paraId="69E0B001" w14:textId="77777777" w:rsidR="0099275C" w:rsidRPr="00C8713A" w:rsidRDefault="0099275C" w:rsidP="00123B9D">
            <w:pPr>
              <w:rPr>
                <w:rFonts w:cs="Times New Roman"/>
                <w:sz w:val="16"/>
                <w:szCs w:val="16"/>
              </w:rPr>
            </w:pPr>
            <w:r w:rsidRPr="00C8713A">
              <w:rPr>
                <w:rFonts w:cs="Times New Roman"/>
                <w:sz w:val="16"/>
                <w:szCs w:val="16"/>
              </w:rPr>
              <w:t>Al0.5Hf1Nb1Ta1Ti1Zr1</w:t>
            </w:r>
          </w:p>
        </w:tc>
        <w:tc>
          <w:tcPr>
            <w:tcW w:w="814" w:type="dxa"/>
            <w:vAlign w:val="center"/>
          </w:tcPr>
          <w:p w14:paraId="6BCD10F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50FF40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0124BF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8FA551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69F634B" w14:textId="77777777" w:rsidR="0099275C" w:rsidRPr="00C8713A" w:rsidRDefault="0099275C" w:rsidP="00123B9D">
            <w:pPr>
              <w:rPr>
                <w:rFonts w:cs="Times New Roman"/>
                <w:sz w:val="16"/>
                <w:szCs w:val="16"/>
              </w:rPr>
            </w:pPr>
            <w:r w:rsidRPr="00C8713A">
              <w:rPr>
                <w:rFonts w:cs="Times New Roman"/>
                <w:sz w:val="16"/>
                <w:szCs w:val="16"/>
              </w:rPr>
              <w:t>1302.0</w:t>
            </w:r>
          </w:p>
        </w:tc>
      </w:tr>
      <w:tr w:rsidR="0099275C" w:rsidRPr="00C8713A" w14:paraId="30AA7AE7" w14:textId="77777777" w:rsidTr="00123B9D">
        <w:tc>
          <w:tcPr>
            <w:tcW w:w="3065" w:type="dxa"/>
            <w:vAlign w:val="center"/>
          </w:tcPr>
          <w:p w14:paraId="12119832" w14:textId="77777777" w:rsidR="0099275C" w:rsidRPr="00C8713A" w:rsidRDefault="0099275C" w:rsidP="00123B9D">
            <w:pPr>
              <w:rPr>
                <w:rFonts w:cs="Times New Roman"/>
                <w:sz w:val="16"/>
                <w:szCs w:val="16"/>
              </w:rPr>
            </w:pPr>
            <w:r w:rsidRPr="00C8713A">
              <w:rPr>
                <w:rFonts w:cs="Times New Roman"/>
                <w:sz w:val="16"/>
                <w:szCs w:val="16"/>
              </w:rPr>
              <w:t>Al0.5Mo1Nb1Ti1V1</w:t>
            </w:r>
          </w:p>
        </w:tc>
        <w:tc>
          <w:tcPr>
            <w:tcW w:w="814" w:type="dxa"/>
            <w:vAlign w:val="center"/>
          </w:tcPr>
          <w:p w14:paraId="48085FF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456BAF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E4E36B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99701A5"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12702FC" w14:textId="77777777" w:rsidR="0099275C" w:rsidRPr="00C8713A" w:rsidRDefault="0099275C" w:rsidP="00123B9D">
            <w:pPr>
              <w:rPr>
                <w:rFonts w:cs="Times New Roman"/>
                <w:sz w:val="16"/>
                <w:szCs w:val="16"/>
              </w:rPr>
            </w:pPr>
            <w:r w:rsidRPr="00C8713A">
              <w:rPr>
                <w:rFonts w:cs="Times New Roman"/>
                <w:sz w:val="16"/>
                <w:szCs w:val="16"/>
              </w:rPr>
              <w:t>1625.0</w:t>
            </w:r>
          </w:p>
        </w:tc>
      </w:tr>
      <w:tr w:rsidR="0099275C" w:rsidRPr="00C8713A" w14:paraId="70671313" w14:textId="77777777" w:rsidTr="00123B9D">
        <w:tc>
          <w:tcPr>
            <w:tcW w:w="3065" w:type="dxa"/>
            <w:vAlign w:val="center"/>
          </w:tcPr>
          <w:p w14:paraId="1739C557" w14:textId="77777777" w:rsidR="0099275C" w:rsidRPr="00C8713A" w:rsidRDefault="0099275C" w:rsidP="00123B9D">
            <w:pPr>
              <w:rPr>
                <w:rFonts w:cs="Times New Roman"/>
                <w:sz w:val="16"/>
                <w:szCs w:val="16"/>
              </w:rPr>
            </w:pPr>
            <w:r w:rsidRPr="00C8713A">
              <w:rPr>
                <w:rFonts w:cs="Times New Roman"/>
                <w:sz w:val="16"/>
                <w:szCs w:val="16"/>
              </w:rPr>
              <w:t>Al0.5Nb1Ta1Ti1V1</w:t>
            </w:r>
          </w:p>
        </w:tc>
        <w:tc>
          <w:tcPr>
            <w:tcW w:w="814" w:type="dxa"/>
            <w:vAlign w:val="center"/>
          </w:tcPr>
          <w:p w14:paraId="1E5450C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3ABC8A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03D406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8DD7150"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250CA21" w14:textId="77777777" w:rsidR="0099275C" w:rsidRPr="00C8713A" w:rsidRDefault="0099275C" w:rsidP="00123B9D">
            <w:pPr>
              <w:rPr>
                <w:rFonts w:cs="Times New Roman"/>
                <w:sz w:val="16"/>
                <w:szCs w:val="16"/>
              </w:rPr>
            </w:pPr>
            <w:r w:rsidRPr="00C8713A">
              <w:rPr>
                <w:rFonts w:cs="Times New Roman"/>
                <w:sz w:val="16"/>
                <w:szCs w:val="16"/>
              </w:rPr>
              <w:t>1014.0</w:t>
            </w:r>
          </w:p>
        </w:tc>
      </w:tr>
      <w:tr w:rsidR="0099275C" w:rsidRPr="00C8713A" w14:paraId="6D517286" w14:textId="77777777" w:rsidTr="00123B9D">
        <w:tc>
          <w:tcPr>
            <w:tcW w:w="3065" w:type="dxa"/>
            <w:vAlign w:val="center"/>
          </w:tcPr>
          <w:p w14:paraId="3D53BDDC" w14:textId="77777777" w:rsidR="0099275C" w:rsidRPr="00C8713A" w:rsidRDefault="0099275C" w:rsidP="00123B9D">
            <w:pPr>
              <w:rPr>
                <w:rFonts w:cs="Times New Roman"/>
                <w:sz w:val="16"/>
                <w:szCs w:val="16"/>
              </w:rPr>
            </w:pPr>
            <w:r w:rsidRPr="00C8713A">
              <w:rPr>
                <w:rFonts w:cs="Times New Roman"/>
                <w:sz w:val="16"/>
                <w:szCs w:val="16"/>
              </w:rPr>
              <w:t>Al0.667Nb1Ta0.333Ti1Zr0.333</w:t>
            </w:r>
          </w:p>
        </w:tc>
        <w:tc>
          <w:tcPr>
            <w:tcW w:w="814" w:type="dxa"/>
            <w:vAlign w:val="center"/>
          </w:tcPr>
          <w:p w14:paraId="50A7785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3C160A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CA5AA7A"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2A89F2EC"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9391118" w14:textId="77777777" w:rsidR="0099275C" w:rsidRPr="00C8713A" w:rsidRDefault="0099275C" w:rsidP="00123B9D">
            <w:pPr>
              <w:rPr>
                <w:rFonts w:cs="Times New Roman"/>
                <w:sz w:val="16"/>
                <w:szCs w:val="16"/>
              </w:rPr>
            </w:pPr>
            <w:r w:rsidRPr="00C8713A">
              <w:rPr>
                <w:rFonts w:cs="Times New Roman"/>
                <w:sz w:val="16"/>
                <w:szCs w:val="16"/>
              </w:rPr>
              <w:t>1280.0</w:t>
            </w:r>
          </w:p>
        </w:tc>
      </w:tr>
      <w:tr w:rsidR="0099275C" w:rsidRPr="00C8713A" w14:paraId="40F8B142" w14:textId="77777777" w:rsidTr="00123B9D">
        <w:tc>
          <w:tcPr>
            <w:tcW w:w="3065" w:type="dxa"/>
            <w:vAlign w:val="center"/>
          </w:tcPr>
          <w:p w14:paraId="68A37058" w14:textId="77777777" w:rsidR="0099275C" w:rsidRPr="00C8713A" w:rsidRDefault="0099275C" w:rsidP="00123B9D">
            <w:pPr>
              <w:rPr>
                <w:rFonts w:cs="Times New Roman"/>
                <w:sz w:val="16"/>
                <w:szCs w:val="16"/>
              </w:rPr>
            </w:pPr>
            <w:r w:rsidRPr="00C8713A">
              <w:rPr>
                <w:rFonts w:cs="Times New Roman"/>
                <w:sz w:val="16"/>
                <w:szCs w:val="16"/>
              </w:rPr>
              <w:t>Al0.667Nb1Ta0.333Ti1Zr0.333</w:t>
            </w:r>
          </w:p>
        </w:tc>
        <w:tc>
          <w:tcPr>
            <w:tcW w:w="814" w:type="dxa"/>
            <w:vAlign w:val="center"/>
          </w:tcPr>
          <w:p w14:paraId="6119CEF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624A76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736E892"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5084EDD3"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16A487C1" w14:textId="77777777" w:rsidR="0099275C" w:rsidRPr="00C8713A" w:rsidRDefault="0099275C" w:rsidP="00123B9D">
            <w:pPr>
              <w:rPr>
                <w:rFonts w:cs="Times New Roman"/>
                <w:sz w:val="16"/>
                <w:szCs w:val="16"/>
              </w:rPr>
            </w:pPr>
            <w:r w:rsidRPr="00C8713A">
              <w:rPr>
                <w:rFonts w:cs="Times New Roman"/>
                <w:sz w:val="16"/>
                <w:szCs w:val="16"/>
              </w:rPr>
              <w:t>728.0</w:t>
            </w:r>
          </w:p>
        </w:tc>
      </w:tr>
      <w:tr w:rsidR="0099275C" w:rsidRPr="00C8713A" w14:paraId="013A3328" w14:textId="77777777" w:rsidTr="00123B9D">
        <w:tc>
          <w:tcPr>
            <w:tcW w:w="3065" w:type="dxa"/>
            <w:vAlign w:val="center"/>
          </w:tcPr>
          <w:p w14:paraId="1FB50905" w14:textId="77777777" w:rsidR="0099275C" w:rsidRPr="00C8713A" w:rsidRDefault="0099275C" w:rsidP="00123B9D">
            <w:pPr>
              <w:rPr>
                <w:rFonts w:cs="Times New Roman"/>
                <w:sz w:val="16"/>
                <w:szCs w:val="16"/>
              </w:rPr>
            </w:pPr>
            <w:r w:rsidRPr="00C8713A">
              <w:rPr>
                <w:rFonts w:cs="Times New Roman"/>
                <w:sz w:val="16"/>
                <w:szCs w:val="16"/>
              </w:rPr>
              <w:t>Al0.667Nb1Ta0.333Ti1Zr0.333</w:t>
            </w:r>
          </w:p>
        </w:tc>
        <w:tc>
          <w:tcPr>
            <w:tcW w:w="814" w:type="dxa"/>
            <w:vAlign w:val="center"/>
          </w:tcPr>
          <w:p w14:paraId="7F27C8B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44B6A9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C4534E4"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160AE958"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3BA698A1" w14:textId="77777777" w:rsidR="0099275C" w:rsidRPr="00C8713A" w:rsidRDefault="0099275C" w:rsidP="00123B9D">
            <w:pPr>
              <w:rPr>
                <w:rFonts w:cs="Times New Roman"/>
                <w:sz w:val="16"/>
                <w:szCs w:val="16"/>
              </w:rPr>
            </w:pPr>
            <w:r w:rsidRPr="00C8713A">
              <w:rPr>
                <w:rFonts w:cs="Times New Roman"/>
                <w:sz w:val="16"/>
                <w:szCs w:val="16"/>
              </w:rPr>
              <w:t>403.0</w:t>
            </w:r>
          </w:p>
        </w:tc>
      </w:tr>
      <w:tr w:rsidR="0099275C" w:rsidRPr="00C8713A" w14:paraId="033896A7" w14:textId="77777777" w:rsidTr="00123B9D">
        <w:tc>
          <w:tcPr>
            <w:tcW w:w="3065" w:type="dxa"/>
            <w:vAlign w:val="center"/>
          </w:tcPr>
          <w:p w14:paraId="30C930C4" w14:textId="77777777" w:rsidR="0099275C" w:rsidRPr="00C8713A" w:rsidRDefault="0099275C" w:rsidP="00123B9D">
            <w:pPr>
              <w:rPr>
                <w:rFonts w:cs="Times New Roman"/>
                <w:sz w:val="16"/>
                <w:szCs w:val="16"/>
              </w:rPr>
            </w:pPr>
            <w:r w:rsidRPr="00C8713A">
              <w:rPr>
                <w:rFonts w:cs="Times New Roman"/>
                <w:sz w:val="16"/>
                <w:szCs w:val="16"/>
              </w:rPr>
              <w:t>Al0.6Mo1Ta1Ti1V1</w:t>
            </w:r>
          </w:p>
        </w:tc>
        <w:tc>
          <w:tcPr>
            <w:tcW w:w="814" w:type="dxa"/>
            <w:vAlign w:val="center"/>
          </w:tcPr>
          <w:p w14:paraId="3160A1A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32554F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A39AE7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1E79AED"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D2F1B57" w14:textId="77777777" w:rsidR="0099275C" w:rsidRPr="00C8713A" w:rsidRDefault="0099275C" w:rsidP="00123B9D">
            <w:pPr>
              <w:rPr>
                <w:rFonts w:cs="Times New Roman"/>
                <w:sz w:val="16"/>
                <w:szCs w:val="16"/>
              </w:rPr>
            </w:pPr>
            <w:r w:rsidRPr="00C8713A">
              <w:rPr>
                <w:rFonts w:cs="Times New Roman"/>
                <w:sz w:val="16"/>
                <w:szCs w:val="16"/>
              </w:rPr>
              <w:t>962.0</w:t>
            </w:r>
          </w:p>
        </w:tc>
      </w:tr>
      <w:tr w:rsidR="0099275C" w:rsidRPr="00C8713A" w14:paraId="5CB519FC" w14:textId="77777777" w:rsidTr="00123B9D">
        <w:tc>
          <w:tcPr>
            <w:tcW w:w="3065" w:type="dxa"/>
            <w:vAlign w:val="center"/>
          </w:tcPr>
          <w:p w14:paraId="2CF83812" w14:textId="77777777" w:rsidR="0099275C" w:rsidRPr="00C8713A" w:rsidRDefault="0099275C" w:rsidP="00123B9D">
            <w:pPr>
              <w:rPr>
                <w:rFonts w:cs="Times New Roman"/>
                <w:sz w:val="16"/>
                <w:szCs w:val="16"/>
              </w:rPr>
            </w:pPr>
            <w:r w:rsidRPr="00C8713A">
              <w:rPr>
                <w:rFonts w:cs="Times New Roman"/>
                <w:sz w:val="16"/>
                <w:szCs w:val="16"/>
              </w:rPr>
              <w:t>Al0.75Hf1Nb1Ta1Ti1Zr1</w:t>
            </w:r>
          </w:p>
        </w:tc>
        <w:tc>
          <w:tcPr>
            <w:tcW w:w="814" w:type="dxa"/>
            <w:vAlign w:val="center"/>
          </w:tcPr>
          <w:p w14:paraId="498BD53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480A00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588646B"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C812CF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2A7069B" w14:textId="77777777" w:rsidR="0099275C" w:rsidRPr="00C8713A" w:rsidRDefault="0099275C" w:rsidP="00123B9D">
            <w:pPr>
              <w:rPr>
                <w:rFonts w:cs="Times New Roman"/>
                <w:sz w:val="16"/>
                <w:szCs w:val="16"/>
              </w:rPr>
            </w:pPr>
            <w:r w:rsidRPr="00C8713A">
              <w:rPr>
                <w:rFonts w:cs="Times New Roman"/>
                <w:sz w:val="16"/>
                <w:szCs w:val="16"/>
              </w:rPr>
              <w:t>1415.0</w:t>
            </w:r>
          </w:p>
        </w:tc>
      </w:tr>
      <w:tr w:rsidR="0099275C" w:rsidRPr="00C8713A" w14:paraId="37088205" w14:textId="77777777" w:rsidTr="00123B9D">
        <w:tc>
          <w:tcPr>
            <w:tcW w:w="3065" w:type="dxa"/>
            <w:vAlign w:val="center"/>
          </w:tcPr>
          <w:p w14:paraId="2AB2C2CD" w14:textId="77777777" w:rsidR="0099275C" w:rsidRPr="00C8713A" w:rsidRDefault="0099275C" w:rsidP="00123B9D">
            <w:pPr>
              <w:rPr>
                <w:rFonts w:cs="Times New Roman"/>
                <w:sz w:val="16"/>
                <w:szCs w:val="16"/>
              </w:rPr>
            </w:pPr>
            <w:r w:rsidRPr="00C8713A">
              <w:rPr>
                <w:rFonts w:cs="Times New Roman"/>
                <w:sz w:val="16"/>
                <w:szCs w:val="16"/>
              </w:rPr>
              <w:t>Al0.75Mo1Nb1Ti1V1</w:t>
            </w:r>
          </w:p>
        </w:tc>
        <w:tc>
          <w:tcPr>
            <w:tcW w:w="814" w:type="dxa"/>
            <w:vAlign w:val="center"/>
          </w:tcPr>
          <w:p w14:paraId="26E7EC5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A61C1F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35AA86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7FA3295"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4735173" w14:textId="77777777" w:rsidR="0099275C" w:rsidRPr="00C8713A" w:rsidRDefault="0099275C" w:rsidP="00123B9D">
            <w:pPr>
              <w:rPr>
                <w:rFonts w:cs="Times New Roman"/>
                <w:sz w:val="16"/>
                <w:szCs w:val="16"/>
              </w:rPr>
            </w:pPr>
            <w:r w:rsidRPr="00C8713A">
              <w:rPr>
                <w:rFonts w:cs="Times New Roman"/>
                <w:sz w:val="16"/>
                <w:szCs w:val="16"/>
              </w:rPr>
              <w:t>1260.0</w:t>
            </w:r>
          </w:p>
        </w:tc>
      </w:tr>
      <w:tr w:rsidR="0099275C" w:rsidRPr="00C8713A" w14:paraId="42743EFB" w14:textId="77777777" w:rsidTr="00123B9D">
        <w:tc>
          <w:tcPr>
            <w:tcW w:w="3065" w:type="dxa"/>
            <w:vAlign w:val="center"/>
          </w:tcPr>
          <w:p w14:paraId="5C70BA1A" w14:textId="77777777" w:rsidR="0099275C" w:rsidRPr="00C8713A" w:rsidRDefault="0099275C" w:rsidP="00123B9D">
            <w:pPr>
              <w:rPr>
                <w:rFonts w:cs="Times New Roman"/>
                <w:sz w:val="16"/>
                <w:szCs w:val="16"/>
              </w:rPr>
            </w:pPr>
            <w:r w:rsidRPr="00C8713A">
              <w:rPr>
                <w:rFonts w:cs="Times New Roman"/>
                <w:sz w:val="16"/>
                <w:szCs w:val="16"/>
              </w:rPr>
              <w:t>Al1.5Mo1Nb1Ti1V1</w:t>
            </w:r>
          </w:p>
        </w:tc>
        <w:tc>
          <w:tcPr>
            <w:tcW w:w="814" w:type="dxa"/>
            <w:vAlign w:val="center"/>
          </w:tcPr>
          <w:p w14:paraId="6BA071C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53AB71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88DC8B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25AD20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1382870" w14:textId="77777777" w:rsidR="0099275C" w:rsidRPr="00C8713A" w:rsidRDefault="0099275C" w:rsidP="00123B9D">
            <w:pPr>
              <w:rPr>
                <w:rFonts w:cs="Times New Roman"/>
                <w:sz w:val="16"/>
                <w:szCs w:val="16"/>
              </w:rPr>
            </w:pPr>
            <w:r w:rsidRPr="00C8713A">
              <w:rPr>
                <w:rFonts w:cs="Times New Roman"/>
                <w:sz w:val="16"/>
                <w:szCs w:val="16"/>
              </w:rPr>
              <w:t>500.0</w:t>
            </w:r>
          </w:p>
        </w:tc>
      </w:tr>
      <w:tr w:rsidR="0099275C" w:rsidRPr="00C8713A" w14:paraId="0D6AAA84" w14:textId="77777777" w:rsidTr="00123B9D">
        <w:tc>
          <w:tcPr>
            <w:tcW w:w="3065" w:type="dxa"/>
            <w:vAlign w:val="center"/>
          </w:tcPr>
          <w:p w14:paraId="00A10B6A"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3D3F880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9520F9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C2D0F1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7A99DA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11212DE" w14:textId="77777777" w:rsidR="0099275C" w:rsidRPr="00C8713A" w:rsidRDefault="0099275C" w:rsidP="00123B9D">
            <w:pPr>
              <w:rPr>
                <w:rFonts w:cs="Times New Roman"/>
                <w:sz w:val="16"/>
                <w:szCs w:val="16"/>
              </w:rPr>
            </w:pPr>
            <w:r w:rsidRPr="00C8713A">
              <w:rPr>
                <w:rFonts w:cs="Times New Roman"/>
                <w:sz w:val="16"/>
                <w:szCs w:val="16"/>
              </w:rPr>
              <w:t>1620.0</w:t>
            </w:r>
          </w:p>
        </w:tc>
      </w:tr>
      <w:tr w:rsidR="0099275C" w:rsidRPr="00C8713A" w14:paraId="0D8D9BCD" w14:textId="77777777" w:rsidTr="00123B9D">
        <w:tc>
          <w:tcPr>
            <w:tcW w:w="3065" w:type="dxa"/>
            <w:vAlign w:val="center"/>
          </w:tcPr>
          <w:p w14:paraId="501C3197"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64A74B1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0F7A38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748DEB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194CB35" w14:textId="77777777" w:rsidR="0099275C" w:rsidRPr="00C8713A" w:rsidRDefault="0099275C" w:rsidP="00123B9D">
            <w:pPr>
              <w:rPr>
                <w:rFonts w:cs="Times New Roman"/>
                <w:sz w:val="16"/>
                <w:szCs w:val="16"/>
              </w:rPr>
            </w:pPr>
            <w:r w:rsidRPr="00C8713A">
              <w:rPr>
                <w:rFonts w:cs="Times New Roman"/>
                <w:sz w:val="16"/>
                <w:szCs w:val="16"/>
              </w:rPr>
              <w:t>500.0</w:t>
            </w:r>
          </w:p>
        </w:tc>
        <w:tc>
          <w:tcPr>
            <w:tcW w:w="1616" w:type="dxa"/>
            <w:vAlign w:val="center"/>
          </w:tcPr>
          <w:p w14:paraId="44445C16" w14:textId="77777777" w:rsidR="0099275C" w:rsidRPr="00C8713A" w:rsidRDefault="0099275C" w:rsidP="00123B9D">
            <w:pPr>
              <w:rPr>
                <w:rFonts w:cs="Times New Roman"/>
                <w:sz w:val="16"/>
                <w:szCs w:val="16"/>
              </w:rPr>
            </w:pPr>
            <w:r w:rsidRPr="00C8713A">
              <w:rPr>
                <w:rFonts w:cs="Times New Roman"/>
                <w:sz w:val="16"/>
                <w:szCs w:val="16"/>
              </w:rPr>
              <w:t>1120.0</w:t>
            </w:r>
          </w:p>
        </w:tc>
      </w:tr>
      <w:tr w:rsidR="0099275C" w:rsidRPr="00C8713A" w14:paraId="3E52C96F" w14:textId="77777777" w:rsidTr="00123B9D">
        <w:tc>
          <w:tcPr>
            <w:tcW w:w="3065" w:type="dxa"/>
            <w:vAlign w:val="center"/>
          </w:tcPr>
          <w:p w14:paraId="0C9EC451"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41DE1DC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129710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DE0E3B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78BDD36"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3BB232C7" w14:textId="77777777" w:rsidR="0099275C" w:rsidRPr="00C8713A" w:rsidRDefault="0099275C" w:rsidP="00123B9D">
            <w:pPr>
              <w:rPr>
                <w:rFonts w:cs="Times New Roman"/>
                <w:sz w:val="16"/>
                <w:szCs w:val="16"/>
              </w:rPr>
            </w:pPr>
            <w:r w:rsidRPr="00C8713A">
              <w:rPr>
                <w:rFonts w:cs="Times New Roman"/>
                <w:sz w:val="16"/>
                <w:szCs w:val="16"/>
              </w:rPr>
              <w:t>805.0</w:t>
            </w:r>
          </w:p>
        </w:tc>
      </w:tr>
      <w:tr w:rsidR="0099275C" w:rsidRPr="00C8713A" w14:paraId="5964DDA7" w14:textId="77777777" w:rsidTr="00123B9D">
        <w:tc>
          <w:tcPr>
            <w:tcW w:w="3065" w:type="dxa"/>
            <w:vAlign w:val="center"/>
          </w:tcPr>
          <w:p w14:paraId="09066DE9"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56B33B2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4F1AAF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6380D4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F637228" w14:textId="77777777" w:rsidR="0099275C" w:rsidRPr="00C8713A" w:rsidRDefault="0099275C" w:rsidP="00123B9D">
            <w:pPr>
              <w:rPr>
                <w:rFonts w:cs="Times New Roman"/>
                <w:sz w:val="16"/>
                <w:szCs w:val="16"/>
              </w:rPr>
            </w:pPr>
            <w:r w:rsidRPr="00C8713A">
              <w:rPr>
                <w:rFonts w:cs="Times New Roman"/>
                <w:sz w:val="16"/>
                <w:szCs w:val="16"/>
              </w:rPr>
              <w:t>700.0</w:t>
            </w:r>
          </w:p>
        </w:tc>
        <w:tc>
          <w:tcPr>
            <w:tcW w:w="1616" w:type="dxa"/>
            <w:vAlign w:val="center"/>
          </w:tcPr>
          <w:p w14:paraId="451F35EF" w14:textId="77777777" w:rsidR="0099275C" w:rsidRPr="00C8713A" w:rsidRDefault="0099275C" w:rsidP="00123B9D">
            <w:pPr>
              <w:rPr>
                <w:rFonts w:cs="Times New Roman"/>
                <w:sz w:val="16"/>
                <w:szCs w:val="16"/>
              </w:rPr>
            </w:pPr>
            <w:r w:rsidRPr="00C8713A">
              <w:rPr>
                <w:rFonts w:cs="Times New Roman"/>
                <w:sz w:val="16"/>
                <w:szCs w:val="16"/>
              </w:rPr>
              <w:t>567.0</w:t>
            </w:r>
          </w:p>
        </w:tc>
      </w:tr>
      <w:tr w:rsidR="0099275C" w:rsidRPr="00C8713A" w14:paraId="0E7DA7BC" w14:textId="77777777" w:rsidTr="00123B9D">
        <w:tc>
          <w:tcPr>
            <w:tcW w:w="3065" w:type="dxa"/>
            <w:vAlign w:val="center"/>
          </w:tcPr>
          <w:p w14:paraId="0D98229E"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2074BDC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9A2100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94CC87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1B419E2"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6551CEF6" w14:textId="77777777" w:rsidR="0099275C" w:rsidRPr="00C8713A" w:rsidRDefault="0099275C" w:rsidP="00123B9D">
            <w:pPr>
              <w:rPr>
                <w:rFonts w:cs="Times New Roman"/>
                <w:sz w:val="16"/>
                <w:szCs w:val="16"/>
              </w:rPr>
            </w:pPr>
            <w:r w:rsidRPr="00C8713A">
              <w:rPr>
                <w:rFonts w:cs="Times New Roman"/>
                <w:sz w:val="16"/>
                <w:szCs w:val="16"/>
              </w:rPr>
              <w:t>302.0</w:t>
            </w:r>
          </w:p>
        </w:tc>
      </w:tr>
      <w:tr w:rsidR="0099275C" w:rsidRPr="00C8713A" w14:paraId="2BFD3C89" w14:textId="77777777" w:rsidTr="00123B9D">
        <w:tc>
          <w:tcPr>
            <w:tcW w:w="3065" w:type="dxa"/>
            <w:vAlign w:val="center"/>
          </w:tcPr>
          <w:p w14:paraId="05988E26"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4891F9C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3284D6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C2EBA9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7B91FF4" w14:textId="77777777" w:rsidR="0099275C" w:rsidRPr="00C8713A" w:rsidRDefault="0099275C" w:rsidP="00123B9D">
            <w:pPr>
              <w:rPr>
                <w:rFonts w:cs="Times New Roman"/>
                <w:sz w:val="16"/>
                <w:szCs w:val="16"/>
              </w:rPr>
            </w:pPr>
            <w:r w:rsidRPr="00C8713A">
              <w:rPr>
                <w:rFonts w:cs="Times New Roman"/>
                <w:sz w:val="16"/>
                <w:szCs w:val="16"/>
              </w:rPr>
              <w:t>900.0</w:t>
            </w:r>
          </w:p>
        </w:tc>
        <w:tc>
          <w:tcPr>
            <w:tcW w:w="1616" w:type="dxa"/>
            <w:vAlign w:val="center"/>
          </w:tcPr>
          <w:p w14:paraId="640B9919" w14:textId="77777777" w:rsidR="0099275C" w:rsidRPr="00C8713A" w:rsidRDefault="0099275C" w:rsidP="00123B9D">
            <w:pPr>
              <w:rPr>
                <w:rFonts w:cs="Times New Roman"/>
                <w:sz w:val="16"/>
                <w:szCs w:val="16"/>
              </w:rPr>
            </w:pPr>
            <w:r w:rsidRPr="00C8713A">
              <w:rPr>
                <w:rFonts w:cs="Times New Roman"/>
                <w:sz w:val="16"/>
                <w:szCs w:val="16"/>
              </w:rPr>
              <w:t>214.0</w:t>
            </w:r>
          </w:p>
        </w:tc>
      </w:tr>
      <w:tr w:rsidR="0099275C" w:rsidRPr="00C8713A" w14:paraId="05D17DC6" w14:textId="77777777" w:rsidTr="00123B9D">
        <w:tc>
          <w:tcPr>
            <w:tcW w:w="3065" w:type="dxa"/>
            <w:vAlign w:val="center"/>
          </w:tcPr>
          <w:p w14:paraId="2D080F30"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293B7FD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AA498B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784CD53"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CC5BF3F"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5946A269" w14:textId="77777777" w:rsidR="0099275C" w:rsidRPr="00C8713A" w:rsidRDefault="0099275C" w:rsidP="00123B9D">
            <w:pPr>
              <w:rPr>
                <w:rFonts w:cs="Times New Roman"/>
                <w:sz w:val="16"/>
                <w:szCs w:val="16"/>
              </w:rPr>
            </w:pPr>
            <w:r w:rsidRPr="00C8713A">
              <w:rPr>
                <w:rFonts w:cs="Times New Roman"/>
                <w:sz w:val="16"/>
                <w:szCs w:val="16"/>
              </w:rPr>
              <w:t>116.0</w:t>
            </w:r>
          </w:p>
        </w:tc>
      </w:tr>
      <w:tr w:rsidR="0099275C" w:rsidRPr="00C8713A" w14:paraId="42F16AEE" w14:textId="77777777" w:rsidTr="00123B9D">
        <w:tc>
          <w:tcPr>
            <w:tcW w:w="3065" w:type="dxa"/>
            <w:vAlign w:val="center"/>
          </w:tcPr>
          <w:p w14:paraId="50D2D06C" w14:textId="77777777" w:rsidR="0099275C" w:rsidRPr="00C8713A" w:rsidRDefault="0099275C" w:rsidP="00123B9D">
            <w:pPr>
              <w:rPr>
                <w:rFonts w:cs="Times New Roman"/>
                <w:sz w:val="16"/>
                <w:szCs w:val="16"/>
                <w:lang w:val="es-MX"/>
              </w:rPr>
            </w:pPr>
            <w:r w:rsidRPr="00C8713A">
              <w:rPr>
                <w:rFonts w:cs="Times New Roman"/>
                <w:sz w:val="16"/>
                <w:szCs w:val="16"/>
                <w:lang w:val="es-MX"/>
              </w:rPr>
              <w:t>Al1Co0.5Cr0.5Cu0.5Fe0.5Ni0.5</w:t>
            </w:r>
          </w:p>
        </w:tc>
        <w:tc>
          <w:tcPr>
            <w:tcW w:w="814" w:type="dxa"/>
            <w:vAlign w:val="center"/>
          </w:tcPr>
          <w:p w14:paraId="4292A19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E4EF0D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579EB55"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145C816" w14:textId="77777777" w:rsidR="0099275C" w:rsidRPr="00C8713A" w:rsidRDefault="0099275C" w:rsidP="00123B9D">
            <w:pPr>
              <w:rPr>
                <w:rFonts w:cs="Times New Roman"/>
                <w:sz w:val="16"/>
                <w:szCs w:val="16"/>
              </w:rPr>
            </w:pPr>
            <w:r w:rsidRPr="00C8713A">
              <w:rPr>
                <w:rFonts w:cs="Times New Roman"/>
                <w:sz w:val="16"/>
                <w:szCs w:val="16"/>
              </w:rPr>
              <w:t>1100.0</w:t>
            </w:r>
          </w:p>
        </w:tc>
        <w:tc>
          <w:tcPr>
            <w:tcW w:w="1616" w:type="dxa"/>
            <w:vAlign w:val="center"/>
          </w:tcPr>
          <w:p w14:paraId="5D19D446" w14:textId="77777777" w:rsidR="0099275C" w:rsidRPr="00C8713A" w:rsidRDefault="0099275C" w:rsidP="00123B9D">
            <w:pPr>
              <w:rPr>
                <w:rFonts w:cs="Times New Roman"/>
                <w:sz w:val="16"/>
                <w:szCs w:val="16"/>
              </w:rPr>
            </w:pPr>
            <w:r w:rsidRPr="00C8713A">
              <w:rPr>
                <w:rFonts w:cs="Times New Roman"/>
                <w:sz w:val="16"/>
                <w:szCs w:val="16"/>
              </w:rPr>
              <w:t>79.0</w:t>
            </w:r>
          </w:p>
        </w:tc>
      </w:tr>
      <w:tr w:rsidR="0099275C" w:rsidRPr="00C8713A" w14:paraId="4A3321FF" w14:textId="77777777" w:rsidTr="00123B9D">
        <w:tc>
          <w:tcPr>
            <w:tcW w:w="3065" w:type="dxa"/>
            <w:vAlign w:val="center"/>
          </w:tcPr>
          <w:p w14:paraId="429FFCB6" w14:textId="77777777" w:rsidR="0099275C" w:rsidRPr="00C8713A" w:rsidRDefault="0099275C" w:rsidP="00123B9D">
            <w:pPr>
              <w:rPr>
                <w:rFonts w:cs="Times New Roman"/>
                <w:sz w:val="16"/>
                <w:szCs w:val="16"/>
              </w:rPr>
            </w:pPr>
            <w:r w:rsidRPr="00C8713A">
              <w:rPr>
                <w:rFonts w:cs="Times New Roman"/>
                <w:sz w:val="16"/>
                <w:szCs w:val="16"/>
              </w:rPr>
              <w:t>Al1Co1Cr1Fe1Mo0.1Ni1</w:t>
            </w:r>
          </w:p>
        </w:tc>
        <w:tc>
          <w:tcPr>
            <w:tcW w:w="814" w:type="dxa"/>
            <w:vAlign w:val="center"/>
          </w:tcPr>
          <w:p w14:paraId="0EAE9A3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B5E665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F88692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F36BF5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256E244" w14:textId="77777777" w:rsidR="0099275C" w:rsidRPr="00C8713A" w:rsidRDefault="0099275C" w:rsidP="00123B9D">
            <w:pPr>
              <w:rPr>
                <w:rFonts w:cs="Times New Roman"/>
                <w:sz w:val="16"/>
                <w:szCs w:val="16"/>
              </w:rPr>
            </w:pPr>
            <w:r w:rsidRPr="00C8713A">
              <w:rPr>
                <w:rFonts w:cs="Times New Roman"/>
                <w:sz w:val="16"/>
                <w:szCs w:val="16"/>
              </w:rPr>
              <w:t>1804.0</w:t>
            </w:r>
          </w:p>
        </w:tc>
      </w:tr>
      <w:tr w:rsidR="0099275C" w:rsidRPr="00C8713A" w14:paraId="371A8450" w14:textId="77777777" w:rsidTr="00123B9D">
        <w:tc>
          <w:tcPr>
            <w:tcW w:w="3065" w:type="dxa"/>
            <w:vAlign w:val="center"/>
          </w:tcPr>
          <w:p w14:paraId="26ABFE91" w14:textId="77777777" w:rsidR="0099275C" w:rsidRPr="00C8713A" w:rsidRDefault="0099275C" w:rsidP="00123B9D">
            <w:pPr>
              <w:rPr>
                <w:rFonts w:cs="Times New Roman"/>
                <w:sz w:val="16"/>
                <w:szCs w:val="16"/>
              </w:rPr>
            </w:pPr>
            <w:r w:rsidRPr="00C8713A">
              <w:rPr>
                <w:rFonts w:cs="Times New Roman"/>
                <w:sz w:val="16"/>
                <w:szCs w:val="16"/>
              </w:rPr>
              <w:t>Al1Co1Cr1Fe1Nb0.1Ni1</w:t>
            </w:r>
          </w:p>
        </w:tc>
        <w:tc>
          <w:tcPr>
            <w:tcW w:w="814" w:type="dxa"/>
            <w:vAlign w:val="center"/>
          </w:tcPr>
          <w:p w14:paraId="2F51CCB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027E36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54C76A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16FFAF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FFAE470" w14:textId="77777777" w:rsidR="0099275C" w:rsidRPr="00C8713A" w:rsidRDefault="0099275C" w:rsidP="00123B9D">
            <w:pPr>
              <w:rPr>
                <w:rFonts w:cs="Times New Roman"/>
                <w:sz w:val="16"/>
                <w:szCs w:val="16"/>
              </w:rPr>
            </w:pPr>
            <w:r w:rsidRPr="00C8713A">
              <w:rPr>
                <w:rFonts w:cs="Times New Roman"/>
                <w:sz w:val="16"/>
                <w:szCs w:val="16"/>
              </w:rPr>
              <w:t>1641.0</w:t>
            </w:r>
          </w:p>
        </w:tc>
      </w:tr>
      <w:tr w:rsidR="0099275C" w:rsidRPr="00C8713A" w14:paraId="4DBA4339" w14:textId="77777777" w:rsidTr="00123B9D">
        <w:tc>
          <w:tcPr>
            <w:tcW w:w="3065" w:type="dxa"/>
            <w:vAlign w:val="center"/>
          </w:tcPr>
          <w:p w14:paraId="0F52D2EC" w14:textId="77777777" w:rsidR="0099275C" w:rsidRPr="00C8713A" w:rsidRDefault="0099275C" w:rsidP="00123B9D">
            <w:pPr>
              <w:rPr>
                <w:rFonts w:cs="Times New Roman"/>
                <w:sz w:val="16"/>
                <w:szCs w:val="16"/>
              </w:rPr>
            </w:pPr>
            <w:r w:rsidRPr="00C8713A">
              <w:rPr>
                <w:rFonts w:cs="Times New Roman"/>
                <w:sz w:val="16"/>
                <w:szCs w:val="16"/>
              </w:rPr>
              <w:t>Al1Co1Cr1Fe1Ni1</w:t>
            </w:r>
          </w:p>
        </w:tc>
        <w:tc>
          <w:tcPr>
            <w:tcW w:w="814" w:type="dxa"/>
            <w:vAlign w:val="center"/>
          </w:tcPr>
          <w:p w14:paraId="777263C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A69A98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29A2FC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028EAD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CC647B9" w14:textId="77777777" w:rsidR="0099275C" w:rsidRPr="00C8713A" w:rsidRDefault="0099275C" w:rsidP="00123B9D">
            <w:pPr>
              <w:rPr>
                <w:rFonts w:cs="Times New Roman"/>
                <w:sz w:val="16"/>
                <w:szCs w:val="16"/>
              </w:rPr>
            </w:pPr>
            <w:r w:rsidRPr="00C8713A">
              <w:rPr>
                <w:rFonts w:cs="Times New Roman"/>
                <w:sz w:val="16"/>
                <w:szCs w:val="16"/>
              </w:rPr>
              <w:t>1184.6</w:t>
            </w:r>
          </w:p>
        </w:tc>
      </w:tr>
      <w:tr w:rsidR="0099275C" w:rsidRPr="00C8713A" w14:paraId="1A817112" w14:textId="77777777" w:rsidTr="00123B9D">
        <w:tc>
          <w:tcPr>
            <w:tcW w:w="3065" w:type="dxa"/>
            <w:vAlign w:val="center"/>
          </w:tcPr>
          <w:p w14:paraId="7DB1B254" w14:textId="77777777" w:rsidR="0099275C" w:rsidRPr="00C8713A" w:rsidRDefault="0099275C" w:rsidP="00123B9D">
            <w:pPr>
              <w:rPr>
                <w:rFonts w:cs="Times New Roman"/>
                <w:sz w:val="16"/>
                <w:szCs w:val="16"/>
              </w:rPr>
            </w:pPr>
            <w:r w:rsidRPr="00C8713A">
              <w:rPr>
                <w:rFonts w:cs="Times New Roman"/>
                <w:sz w:val="16"/>
                <w:szCs w:val="16"/>
              </w:rPr>
              <w:t>Al1Co1Fe1Ni1</w:t>
            </w:r>
          </w:p>
        </w:tc>
        <w:tc>
          <w:tcPr>
            <w:tcW w:w="814" w:type="dxa"/>
            <w:vAlign w:val="center"/>
          </w:tcPr>
          <w:p w14:paraId="25132B7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B76495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3E79C4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762AFA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FF95010" w14:textId="77777777" w:rsidR="0099275C" w:rsidRPr="00C8713A" w:rsidRDefault="0099275C" w:rsidP="00123B9D">
            <w:pPr>
              <w:rPr>
                <w:rFonts w:cs="Times New Roman"/>
                <w:sz w:val="16"/>
                <w:szCs w:val="16"/>
              </w:rPr>
            </w:pPr>
            <w:r w:rsidRPr="00C8713A">
              <w:rPr>
                <w:rFonts w:cs="Times New Roman"/>
                <w:sz w:val="16"/>
                <w:szCs w:val="16"/>
              </w:rPr>
              <w:t>964.0</w:t>
            </w:r>
          </w:p>
        </w:tc>
      </w:tr>
      <w:tr w:rsidR="0099275C" w:rsidRPr="00C8713A" w14:paraId="4450932B" w14:textId="77777777" w:rsidTr="00123B9D">
        <w:tc>
          <w:tcPr>
            <w:tcW w:w="3065" w:type="dxa"/>
            <w:vAlign w:val="center"/>
          </w:tcPr>
          <w:p w14:paraId="72DB91BC" w14:textId="77777777" w:rsidR="0099275C" w:rsidRPr="00C8713A" w:rsidRDefault="0099275C" w:rsidP="00123B9D">
            <w:pPr>
              <w:rPr>
                <w:rFonts w:cs="Times New Roman"/>
                <w:sz w:val="16"/>
                <w:szCs w:val="16"/>
              </w:rPr>
            </w:pPr>
            <w:r w:rsidRPr="00C8713A">
              <w:rPr>
                <w:rFonts w:cs="Times New Roman"/>
                <w:sz w:val="16"/>
                <w:szCs w:val="16"/>
              </w:rPr>
              <w:t>Al1Cr0.5Nb1Ti1V1</w:t>
            </w:r>
          </w:p>
        </w:tc>
        <w:tc>
          <w:tcPr>
            <w:tcW w:w="814" w:type="dxa"/>
            <w:vAlign w:val="center"/>
          </w:tcPr>
          <w:p w14:paraId="6C72BD1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8CD663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AD60DE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0DF9E20"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DC1F13D" w14:textId="77777777" w:rsidR="0099275C" w:rsidRPr="00C8713A" w:rsidRDefault="0099275C" w:rsidP="00123B9D">
            <w:pPr>
              <w:rPr>
                <w:rFonts w:cs="Times New Roman"/>
                <w:sz w:val="16"/>
                <w:szCs w:val="16"/>
              </w:rPr>
            </w:pPr>
            <w:r w:rsidRPr="00C8713A">
              <w:rPr>
                <w:rFonts w:cs="Times New Roman"/>
                <w:sz w:val="16"/>
                <w:szCs w:val="16"/>
              </w:rPr>
              <w:t>1300.0</w:t>
            </w:r>
          </w:p>
        </w:tc>
      </w:tr>
      <w:tr w:rsidR="0099275C" w:rsidRPr="00C8713A" w14:paraId="451D4087" w14:textId="77777777" w:rsidTr="00123B9D">
        <w:tc>
          <w:tcPr>
            <w:tcW w:w="3065" w:type="dxa"/>
            <w:vAlign w:val="center"/>
          </w:tcPr>
          <w:p w14:paraId="622AA293" w14:textId="77777777" w:rsidR="0099275C" w:rsidRPr="00C8713A" w:rsidRDefault="0099275C" w:rsidP="00123B9D">
            <w:pPr>
              <w:rPr>
                <w:rFonts w:cs="Times New Roman"/>
                <w:sz w:val="16"/>
                <w:szCs w:val="16"/>
              </w:rPr>
            </w:pPr>
            <w:r w:rsidRPr="00C8713A">
              <w:rPr>
                <w:rFonts w:cs="Times New Roman"/>
                <w:sz w:val="16"/>
                <w:szCs w:val="16"/>
              </w:rPr>
              <w:t>Al1Cr0.5Nb1Ti1V1</w:t>
            </w:r>
          </w:p>
        </w:tc>
        <w:tc>
          <w:tcPr>
            <w:tcW w:w="814" w:type="dxa"/>
            <w:vAlign w:val="center"/>
          </w:tcPr>
          <w:p w14:paraId="18ABC5F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0D618B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07E7CEC"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0F8B20CF"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67766C15" w14:textId="77777777" w:rsidR="0099275C" w:rsidRPr="00C8713A" w:rsidRDefault="0099275C" w:rsidP="00123B9D">
            <w:pPr>
              <w:rPr>
                <w:rFonts w:cs="Times New Roman"/>
                <w:sz w:val="16"/>
                <w:szCs w:val="16"/>
              </w:rPr>
            </w:pPr>
            <w:r w:rsidRPr="00C8713A">
              <w:rPr>
                <w:rFonts w:cs="Times New Roman"/>
                <w:sz w:val="16"/>
                <w:szCs w:val="16"/>
              </w:rPr>
              <w:t>1005.0</w:t>
            </w:r>
          </w:p>
        </w:tc>
      </w:tr>
      <w:tr w:rsidR="0099275C" w:rsidRPr="00C8713A" w14:paraId="3BBB98EF" w14:textId="77777777" w:rsidTr="00123B9D">
        <w:tc>
          <w:tcPr>
            <w:tcW w:w="3065" w:type="dxa"/>
            <w:vAlign w:val="center"/>
          </w:tcPr>
          <w:p w14:paraId="0E414394" w14:textId="77777777" w:rsidR="0099275C" w:rsidRPr="00C8713A" w:rsidRDefault="0099275C" w:rsidP="00123B9D">
            <w:pPr>
              <w:rPr>
                <w:rFonts w:cs="Times New Roman"/>
                <w:sz w:val="16"/>
                <w:szCs w:val="16"/>
              </w:rPr>
            </w:pPr>
            <w:r w:rsidRPr="00C8713A">
              <w:rPr>
                <w:rFonts w:cs="Times New Roman"/>
                <w:sz w:val="16"/>
                <w:szCs w:val="16"/>
              </w:rPr>
              <w:t>Al1Cr0.5Nb1Ti1V1</w:t>
            </w:r>
          </w:p>
        </w:tc>
        <w:tc>
          <w:tcPr>
            <w:tcW w:w="814" w:type="dxa"/>
            <w:vAlign w:val="center"/>
          </w:tcPr>
          <w:p w14:paraId="78CA31A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FDF7F9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C2E155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4EF4F2C9"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2612D67F" w14:textId="77777777" w:rsidR="0099275C" w:rsidRPr="00C8713A" w:rsidRDefault="0099275C" w:rsidP="00123B9D">
            <w:pPr>
              <w:rPr>
                <w:rFonts w:cs="Times New Roman"/>
                <w:sz w:val="16"/>
                <w:szCs w:val="16"/>
              </w:rPr>
            </w:pPr>
            <w:r w:rsidRPr="00C8713A">
              <w:rPr>
                <w:rFonts w:cs="Times New Roman"/>
                <w:sz w:val="16"/>
                <w:szCs w:val="16"/>
              </w:rPr>
              <w:t>640.0</w:t>
            </w:r>
          </w:p>
        </w:tc>
      </w:tr>
      <w:tr w:rsidR="0099275C" w:rsidRPr="00C8713A" w14:paraId="62931131" w14:textId="77777777" w:rsidTr="00123B9D">
        <w:tc>
          <w:tcPr>
            <w:tcW w:w="3065" w:type="dxa"/>
            <w:vAlign w:val="center"/>
          </w:tcPr>
          <w:p w14:paraId="26E6D7A7" w14:textId="77777777" w:rsidR="0099275C" w:rsidRPr="00C8713A" w:rsidRDefault="0099275C" w:rsidP="00123B9D">
            <w:pPr>
              <w:rPr>
                <w:rFonts w:cs="Times New Roman"/>
                <w:sz w:val="16"/>
                <w:szCs w:val="16"/>
              </w:rPr>
            </w:pPr>
            <w:r w:rsidRPr="00C8713A">
              <w:rPr>
                <w:rFonts w:cs="Times New Roman"/>
                <w:sz w:val="16"/>
                <w:szCs w:val="16"/>
              </w:rPr>
              <w:t>Al1Cr0.5Nb1Ti1V1</w:t>
            </w:r>
          </w:p>
        </w:tc>
        <w:tc>
          <w:tcPr>
            <w:tcW w:w="814" w:type="dxa"/>
            <w:vAlign w:val="center"/>
          </w:tcPr>
          <w:p w14:paraId="00EBD87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2DB386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F106B1D"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3EA21DD"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821C519"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59BD8924" w14:textId="77777777" w:rsidTr="00123B9D">
        <w:tc>
          <w:tcPr>
            <w:tcW w:w="3065" w:type="dxa"/>
            <w:vAlign w:val="center"/>
          </w:tcPr>
          <w:p w14:paraId="3F077F16"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814" w:type="dxa"/>
            <w:vAlign w:val="center"/>
          </w:tcPr>
          <w:p w14:paraId="1DA3334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8F20A4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881DC9B"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8F8D55D" w14:textId="77777777" w:rsidR="0099275C" w:rsidRPr="00C8713A" w:rsidRDefault="0099275C" w:rsidP="00123B9D">
            <w:pPr>
              <w:rPr>
                <w:rFonts w:cs="Times New Roman"/>
                <w:sz w:val="16"/>
                <w:szCs w:val="16"/>
              </w:rPr>
            </w:pPr>
            <w:r w:rsidRPr="00C8713A">
              <w:rPr>
                <w:rFonts w:cs="Times New Roman"/>
                <w:sz w:val="16"/>
                <w:szCs w:val="16"/>
              </w:rPr>
              <w:t>400.0</w:t>
            </w:r>
          </w:p>
        </w:tc>
        <w:tc>
          <w:tcPr>
            <w:tcW w:w="1616" w:type="dxa"/>
            <w:vAlign w:val="center"/>
          </w:tcPr>
          <w:p w14:paraId="0D1E2D53" w14:textId="77777777" w:rsidR="0099275C" w:rsidRPr="00C8713A" w:rsidRDefault="0099275C" w:rsidP="00123B9D">
            <w:pPr>
              <w:rPr>
                <w:rFonts w:cs="Times New Roman"/>
                <w:sz w:val="16"/>
                <w:szCs w:val="16"/>
              </w:rPr>
            </w:pPr>
            <w:r w:rsidRPr="00C8713A">
              <w:rPr>
                <w:rFonts w:cs="Times New Roman"/>
                <w:sz w:val="16"/>
                <w:szCs w:val="16"/>
              </w:rPr>
              <w:t>1080.0</w:t>
            </w:r>
          </w:p>
        </w:tc>
      </w:tr>
      <w:tr w:rsidR="0099275C" w:rsidRPr="00C8713A" w14:paraId="40ADC3A4" w14:textId="77777777" w:rsidTr="00123B9D">
        <w:tc>
          <w:tcPr>
            <w:tcW w:w="3065" w:type="dxa"/>
            <w:vAlign w:val="center"/>
          </w:tcPr>
          <w:p w14:paraId="57430890"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814" w:type="dxa"/>
            <w:vAlign w:val="center"/>
          </w:tcPr>
          <w:p w14:paraId="41AC580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BB9C49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0B853C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A72376E"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3AC55DD7" w14:textId="77777777" w:rsidR="0099275C" w:rsidRPr="00C8713A" w:rsidRDefault="0099275C" w:rsidP="00123B9D">
            <w:pPr>
              <w:rPr>
                <w:rFonts w:cs="Times New Roman"/>
                <w:sz w:val="16"/>
                <w:szCs w:val="16"/>
              </w:rPr>
            </w:pPr>
            <w:r w:rsidRPr="00C8713A">
              <w:rPr>
                <w:rFonts w:cs="Times New Roman"/>
                <w:sz w:val="16"/>
                <w:szCs w:val="16"/>
              </w:rPr>
              <w:t>1060.0</w:t>
            </w:r>
          </w:p>
        </w:tc>
      </w:tr>
      <w:tr w:rsidR="0099275C" w:rsidRPr="00C8713A" w14:paraId="59B8BE2C" w14:textId="77777777" w:rsidTr="00123B9D">
        <w:tc>
          <w:tcPr>
            <w:tcW w:w="3065" w:type="dxa"/>
            <w:vAlign w:val="center"/>
          </w:tcPr>
          <w:p w14:paraId="65374FCE"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814" w:type="dxa"/>
            <w:vAlign w:val="center"/>
          </w:tcPr>
          <w:p w14:paraId="15FD7AE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860234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B35C88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95A1724"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503699D7" w14:textId="77777777" w:rsidR="0099275C" w:rsidRPr="00C8713A" w:rsidRDefault="0099275C" w:rsidP="00123B9D">
            <w:pPr>
              <w:rPr>
                <w:rFonts w:cs="Times New Roman"/>
                <w:sz w:val="16"/>
                <w:szCs w:val="16"/>
              </w:rPr>
            </w:pPr>
            <w:r w:rsidRPr="00C8713A">
              <w:rPr>
                <w:rFonts w:cs="Times New Roman"/>
                <w:sz w:val="16"/>
                <w:szCs w:val="16"/>
              </w:rPr>
              <w:t>860.0</w:t>
            </w:r>
          </w:p>
        </w:tc>
      </w:tr>
      <w:tr w:rsidR="0099275C" w:rsidRPr="00C8713A" w14:paraId="582E93D3" w14:textId="77777777" w:rsidTr="00123B9D">
        <w:tc>
          <w:tcPr>
            <w:tcW w:w="3065" w:type="dxa"/>
            <w:vAlign w:val="center"/>
          </w:tcPr>
          <w:p w14:paraId="1F647B7F"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814" w:type="dxa"/>
            <w:vAlign w:val="center"/>
          </w:tcPr>
          <w:p w14:paraId="6CE284F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914AD2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944C4C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E3EFFC9"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71E7798A" w14:textId="77777777" w:rsidR="0099275C" w:rsidRPr="00C8713A" w:rsidRDefault="0099275C" w:rsidP="00123B9D">
            <w:pPr>
              <w:rPr>
                <w:rFonts w:cs="Times New Roman"/>
                <w:sz w:val="16"/>
                <w:szCs w:val="16"/>
              </w:rPr>
            </w:pPr>
            <w:r w:rsidRPr="00C8713A">
              <w:rPr>
                <w:rFonts w:cs="Times New Roman"/>
                <w:sz w:val="16"/>
                <w:szCs w:val="16"/>
              </w:rPr>
              <w:t>594.0</w:t>
            </w:r>
          </w:p>
        </w:tc>
      </w:tr>
      <w:tr w:rsidR="0099275C" w:rsidRPr="00C8713A" w14:paraId="397E4A61" w14:textId="77777777" w:rsidTr="00123B9D">
        <w:tc>
          <w:tcPr>
            <w:tcW w:w="3065" w:type="dxa"/>
            <w:vAlign w:val="center"/>
          </w:tcPr>
          <w:p w14:paraId="0DE9E6B0"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814" w:type="dxa"/>
            <w:vAlign w:val="center"/>
          </w:tcPr>
          <w:p w14:paraId="6143AA0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BDEC24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BD11C8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04039FE"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0AFD7BAD" w14:textId="77777777" w:rsidR="0099275C" w:rsidRPr="00C8713A" w:rsidRDefault="0099275C" w:rsidP="00123B9D">
            <w:pPr>
              <w:rPr>
                <w:rFonts w:cs="Times New Roman"/>
                <w:sz w:val="16"/>
                <w:szCs w:val="16"/>
              </w:rPr>
            </w:pPr>
            <w:r w:rsidRPr="00C8713A">
              <w:rPr>
                <w:rFonts w:cs="Times New Roman"/>
                <w:sz w:val="16"/>
                <w:szCs w:val="16"/>
              </w:rPr>
              <w:t>105.0</w:t>
            </w:r>
          </w:p>
        </w:tc>
      </w:tr>
      <w:tr w:rsidR="0099275C" w:rsidRPr="00C8713A" w14:paraId="263CB74B" w14:textId="77777777" w:rsidTr="00123B9D">
        <w:tc>
          <w:tcPr>
            <w:tcW w:w="3065" w:type="dxa"/>
            <w:vAlign w:val="center"/>
          </w:tcPr>
          <w:p w14:paraId="3CF83D5C" w14:textId="77777777" w:rsidR="0099275C" w:rsidRPr="00C8713A" w:rsidRDefault="0099275C" w:rsidP="00123B9D">
            <w:pPr>
              <w:rPr>
                <w:rFonts w:cs="Times New Roman"/>
                <w:sz w:val="16"/>
                <w:szCs w:val="16"/>
              </w:rPr>
            </w:pPr>
            <w:r w:rsidRPr="00C8713A">
              <w:rPr>
                <w:rFonts w:cs="Times New Roman"/>
                <w:sz w:val="16"/>
                <w:szCs w:val="16"/>
              </w:rPr>
              <w:t>Al1Cr1Mo1Ti1</w:t>
            </w:r>
          </w:p>
        </w:tc>
        <w:tc>
          <w:tcPr>
            <w:tcW w:w="814" w:type="dxa"/>
            <w:vAlign w:val="center"/>
          </w:tcPr>
          <w:p w14:paraId="1A56CF4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F59F2D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8C5F01C"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2C991905"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861AD29" w14:textId="77777777" w:rsidR="0099275C" w:rsidRPr="00C8713A" w:rsidRDefault="0099275C" w:rsidP="00123B9D">
            <w:pPr>
              <w:rPr>
                <w:rFonts w:cs="Times New Roman"/>
                <w:sz w:val="16"/>
                <w:szCs w:val="16"/>
              </w:rPr>
            </w:pPr>
            <w:r w:rsidRPr="00C8713A">
              <w:rPr>
                <w:rFonts w:cs="Times New Roman"/>
                <w:sz w:val="16"/>
                <w:szCs w:val="16"/>
              </w:rPr>
              <w:t>1100.0</w:t>
            </w:r>
          </w:p>
        </w:tc>
      </w:tr>
      <w:tr w:rsidR="0099275C" w:rsidRPr="00C8713A" w14:paraId="3C819660" w14:textId="77777777" w:rsidTr="00123B9D">
        <w:tc>
          <w:tcPr>
            <w:tcW w:w="3065" w:type="dxa"/>
            <w:vAlign w:val="center"/>
          </w:tcPr>
          <w:p w14:paraId="025070F9" w14:textId="77777777" w:rsidR="0099275C" w:rsidRPr="00C8713A" w:rsidRDefault="0099275C" w:rsidP="00123B9D">
            <w:pPr>
              <w:rPr>
                <w:rFonts w:cs="Times New Roman"/>
                <w:sz w:val="16"/>
                <w:szCs w:val="16"/>
              </w:rPr>
            </w:pPr>
            <w:r w:rsidRPr="00C8713A">
              <w:rPr>
                <w:rFonts w:cs="Times New Roman"/>
                <w:sz w:val="16"/>
                <w:szCs w:val="16"/>
              </w:rPr>
              <w:t>Al1Cr1Mo1Ti1</w:t>
            </w:r>
          </w:p>
        </w:tc>
        <w:tc>
          <w:tcPr>
            <w:tcW w:w="814" w:type="dxa"/>
            <w:vAlign w:val="center"/>
          </w:tcPr>
          <w:p w14:paraId="630AA0D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9C8AA7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240E36A"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E610BDC" w14:textId="77777777" w:rsidR="0099275C" w:rsidRPr="00C8713A" w:rsidRDefault="0099275C" w:rsidP="00123B9D">
            <w:pPr>
              <w:rPr>
                <w:rFonts w:cs="Times New Roman"/>
                <w:sz w:val="16"/>
                <w:szCs w:val="16"/>
              </w:rPr>
            </w:pPr>
            <w:r w:rsidRPr="00C8713A">
              <w:rPr>
                <w:rFonts w:cs="Times New Roman"/>
                <w:sz w:val="16"/>
                <w:szCs w:val="16"/>
              </w:rPr>
              <w:t>400.0</w:t>
            </w:r>
          </w:p>
        </w:tc>
        <w:tc>
          <w:tcPr>
            <w:tcW w:w="1616" w:type="dxa"/>
            <w:vAlign w:val="center"/>
          </w:tcPr>
          <w:p w14:paraId="4C10D328" w14:textId="77777777" w:rsidR="0099275C" w:rsidRPr="00C8713A" w:rsidRDefault="0099275C" w:rsidP="00123B9D">
            <w:pPr>
              <w:rPr>
                <w:rFonts w:cs="Times New Roman"/>
                <w:sz w:val="16"/>
                <w:szCs w:val="16"/>
              </w:rPr>
            </w:pPr>
            <w:r w:rsidRPr="00C8713A">
              <w:rPr>
                <w:rFonts w:cs="Times New Roman"/>
                <w:sz w:val="16"/>
                <w:szCs w:val="16"/>
              </w:rPr>
              <w:t>1070.0</w:t>
            </w:r>
          </w:p>
        </w:tc>
      </w:tr>
      <w:tr w:rsidR="0099275C" w:rsidRPr="00C8713A" w14:paraId="312A5098" w14:textId="77777777" w:rsidTr="00123B9D">
        <w:tc>
          <w:tcPr>
            <w:tcW w:w="3065" w:type="dxa"/>
            <w:vAlign w:val="center"/>
          </w:tcPr>
          <w:p w14:paraId="5272A97B" w14:textId="77777777" w:rsidR="0099275C" w:rsidRPr="00C8713A" w:rsidRDefault="0099275C" w:rsidP="00123B9D">
            <w:pPr>
              <w:rPr>
                <w:rFonts w:cs="Times New Roman"/>
                <w:sz w:val="16"/>
                <w:szCs w:val="16"/>
              </w:rPr>
            </w:pPr>
            <w:r w:rsidRPr="00C8713A">
              <w:rPr>
                <w:rFonts w:cs="Times New Roman"/>
                <w:sz w:val="16"/>
                <w:szCs w:val="16"/>
              </w:rPr>
              <w:t>Al1Cr1Mo1Ti1</w:t>
            </w:r>
          </w:p>
        </w:tc>
        <w:tc>
          <w:tcPr>
            <w:tcW w:w="814" w:type="dxa"/>
            <w:vAlign w:val="center"/>
          </w:tcPr>
          <w:p w14:paraId="13DCADE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4081EB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68ECA8A"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EFCE03A"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463317F1" w14:textId="77777777" w:rsidR="0099275C" w:rsidRPr="00C8713A" w:rsidRDefault="0099275C" w:rsidP="00123B9D">
            <w:pPr>
              <w:rPr>
                <w:rFonts w:cs="Times New Roman"/>
                <w:sz w:val="16"/>
                <w:szCs w:val="16"/>
              </w:rPr>
            </w:pPr>
            <w:r w:rsidRPr="00C8713A">
              <w:rPr>
                <w:rFonts w:cs="Times New Roman"/>
                <w:sz w:val="16"/>
                <w:szCs w:val="16"/>
              </w:rPr>
              <w:t>1020.0</w:t>
            </w:r>
          </w:p>
        </w:tc>
      </w:tr>
      <w:tr w:rsidR="0099275C" w:rsidRPr="00C8713A" w14:paraId="1E5D9575" w14:textId="77777777" w:rsidTr="00123B9D">
        <w:tc>
          <w:tcPr>
            <w:tcW w:w="3065" w:type="dxa"/>
            <w:vAlign w:val="center"/>
          </w:tcPr>
          <w:p w14:paraId="3F629B1B" w14:textId="77777777" w:rsidR="0099275C" w:rsidRPr="00C8713A" w:rsidRDefault="0099275C" w:rsidP="00123B9D">
            <w:pPr>
              <w:rPr>
                <w:rFonts w:cs="Times New Roman"/>
                <w:sz w:val="16"/>
                <w:szCs w:val="16"/>
              </w:rPr>
            </w:pPr>
            <w:r w:rsidRPr="00C8713A">
              <w:rPr>
                <w:rFonts w:cs="Times New Roman"/>
                <w:sz w:val="16"/>
                <w:szCs w:val="16"/>
              </w:rPr>
              <w:t>Al1Cr1Mo1Ti1</w:t>
            </w:r>
          </w:p>
        </w:tc>
        <w:tc>
          <w:tcPr>
            <w:tcW w:w="814" w:type="dxa"/>
            <w:vAlign w:val="center"/>
          </w:tcPr>
          <w:p w14:paraId="44E5240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5A372B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A739D7C"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06D65D5"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4FE8504E" w14:textId="77777777" w:rsidR="0099275C" w:rsidRPr="00C8713A" w:rsidRDefault="0099275C" w:rsidP="00123B9D">
            <w:pPr>
              <w:rPr>
                <w:rFonts w:cs="Times New Roman"/>
                <w:sz w:val="16"/>
                <w:szCs w:val="16"/>
              </w:rPr>
            </w:pPr>
            <w:r w:rsidRPr="00C8713A">
              <w:rPr>
                <w:rFonts w:cs="Times New Roman"/>
                <w:sz w:val="16"/>
                <w:szCs w:val="16"/>
              </w:rPr>
              <w:t>875.0</w:t>
            </w:r>
          </w:p>
        </w:tc>
      </w:tr>
      <w:tr w:rsidR="0099275C" w:rsidRPr="00C8713A" w14:paraId="0CD627F2" w14:textId="77777777" w:rsidTr="00123B9D">
        <w:tc>
          <w:tcPr>
            <w:tcW w:w="3065" w:type="dxa"/>
            <w:vAlign w:val="center"/>
          </w:tcPr>
          <w:p w14:paraId="073B6A2C" w14:textId="77777777" w:rsidR="0099275C" w:rsidRPr="00C8713A" w:rsidRDefault="0099275C" w:rsidP="00123B9D">
            <w:pPr>
              <w:rPr>
                <w:rFonts w:cs="Times New Roman"/>
                <w:sz w:val="16"/>
                <w:szCs w:val="16"/>
              </w:rPr>
            </w:pPr>
            <w:r w:rsidRPr="00C8713A">
              <w:rPr>
                <w:rFonts w:cs="Times New Roman"/>
                <w:sz w:val="16"/>
                <w:szCs w:val="16"/>
              </w:rPr>
              <w:t>Al1Cr1Mo1Ti1</w:t>
            </w:r>
          </w:p>
        </w:tc>
        <w:tc>
          <w:tcPr>
            <w:tcW w:w="814" w:type="dxa"/>
            <w:vAlign w:val="center"/>
          </w:tcPr>
          <w:p w14:paraId="0D64C41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DC3A9B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6524831"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DA84590"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5B815CE8" w14:textId="77777777" w:rsidR="0099275C" w:rsidRPr="00C8713A" w:rsidRDefault="0099275C" w:rsidP="00123B9D">
            <w:pPr>
              <w:rPr>
                <w:rFonts w:cs="Times New Roman"/>
                <w:sz w:val="16"/>
                <w:szCs w:val="16"/>
              </w:rPr>
            </w:pPr>
            <w:r w:rsidRPr="00C8713A">
              <w:rPr>
                <w:rFonts w:cs="Times New Roman"/>
                <w:sz w:val="16"/>
                <w:szCs w:val="16"/>
              </w:rPr>
              <w:t>375.0</w:t>
            </w:r>
          </w:p>
        </w:tc>
      </w:tr>
      <w:tr w:rsidR="0099275C" w:rsidRPr="00C8713A" w14:paraId="2D7D6A58" w14:textId="77777777" w:rsidTr="00123B9D">
        <w:tc>
          <w:tcPr>
            <w:tcW w:w="3065" w:type="dxa"/>
            <w:vAlign w:val="center"/>
          </w:tcPr>
          <w:p w14:paraId="0EC72577" w14:textId="77777777" w:rsidR="0099275C" w:rsidRPr="00C8713A" w:rsidRDefault="0099275C" w:rsidP="00123B9D">
            <w:pPr>
              <w:rPr>
                <w:rFonts w:cs="Times New Roman"/>
                <w:sz w:val="16"/>
                <w:szCs w:val="16"/>
              </w:rPr>
            </w:pPr>
            <w:r w:rsidRPr="00C8713A">
              <w:rPr>
                <w:rFonts w:cs="Times New Roman"/>
                <w:sz w:val="16"/>
                <w:szCs w:val="16"/>
              </w:rPr>
              <w:t>Al1Cr1Mo1Ti1</w:t>
            </w:r>
          </w:p>
        </w:tc>
        <w:tc>
          <w:tcPr>
            <w:tcW w:w="814" w:type="dxa"/>
            <w:vAlign w:val="center"/>
          </w:tcPr>
          <w:p w14:paraId="08F502B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A7556E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293DFDE"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3E001C78"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2550F2C0" w14:textId="77777777" w:rsidR="0099275C" w:rsidRPr="00C8713A" w:rsidRDefault="0099275C" w:rsidP="00123B9D">
            <w:pPr>
              <w:rPr>
                <w:rFonts w:cs="Times New Roman"/>
                <w:sz w:val="16"/>
                <w:szCs w:val="16"/>
              </w:rPr>
            </w:pPr>
            <w:r w:rsidRPr="00C8713A">
              <w:rPr>
                <w:rFonts w:cs="Times New Roman"/>
                <w:sz w:val="16"/>
                <w:szCs w:val="16"/>
              </w:rPr>
              <w:t>100.0</w:t>
            </w:r>
          </w:p>
        </w:tc>
      </w:tr>
      <w:tr w:rsidR="0099275C" w:rsidRPr="00C8713A" w14:paraId="08A962DD" w14:textId="77777777" w:rsidTr="00123B9D">
        <w:tc>
          <w:tcPr>
            <w:tcW w:w="3065" w:type="dxa"/>
            <w:vAlign w:val="center"/>
          </w:tcPr>
          <w:p w14:paraId="3F658D75" w14:textId="77777777" w:rsidR="0099275C" w:rsidRPr="00C8713A" w:rsidRDefault="0099275C" w:rsidP="00123B9D">
            <w:pPr>
              <w:rPr>
                <w:rFonts w:cs="Times New Roman"/>
                <w:sz w:val="16"/>
                <w:szCs w:val="16"/>
              </w:rPr>
            </w:pPr>
            <w:r w:rsidRPr="00C8713A">
              <w:rPr>
                <w:rFonts w:cs="Times New Roman"/>
                <w:sz w:val="16"/>
                <w:szCs w:val="16"/>
              </w:rPr>
              <w:t>Al1Mo1Nb1Ti1</w:t>
            </w:r>
          </w:p>
        </w:tc>
        <w:tc>
          <w:tcPr>
            <w:tcW w:w="814" w:type="dxa"/>
            <w:vAlign w:val="center"/>
          </w:tcPr>
          <w:p w14:paraId="35F0930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9453EF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08E931B"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8AE3DD1"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F862795" w14:textId="77777777" w:rsidR="0099275C" w:rsidRPr="00C8713A" w:rsidRDefault="0099275C" w:rsidP="00123B9D">
            <w:pPr>
              <w:rPr>
                <w:rFonts w:cs="Times New Roman"/>
                <w:sz w:val="16"/>
                <w:szCs w:val="16"/>
              </w:rPr>
            </w:pPr>
            <w:r w:rsidRPr="00C8713A">
              <w:rPr>
                <w:rFonts w:cs="Times New Roman"/>
                <w:sz w:val="16"/>
                <w:szCs w:val="16"/>
              </w:rPr>
              <w:t>1100.0</w:t>
            </w:r>
          </w:p>
        </w:tc>
      </w:tr>
      <w:tr w:rsidR="0099275C" w:rsidRPr="00C8713A" w14:paraId="3572EBC1" w14:textId="77777777" w:rsidTr="00123B9D">
        <w:tc>
          <w:tcPr>
            <w:tcW w:w="3065" w:type="dxa"/>
            <w:vAlign w:val="center"/>
          </w:tcPr>
          <w:p w14:paraId="654262C4" w14:textId="77777777" w:rsidR="0099275C" w:rsidRPr="00C8713A" w:rsidRDefault="0099275C" w:rsidP="00123B9D">
            <w:pPr>
              <w:rPr>
                <w:rFonts w:cs="Times New Roman"/>
                <w:sz w:val="16"/>
                <w:szCs w:val="16"/>
              </w:rPr>
            </w:pPr>
            <w:r w:rsidRPr="00C8713A">
              <w:rPr>
                <w:rFonts w:cs="Times New Roman"/>
                <w:sz w:val="16"/>
                <w:szCs w:val="16"/>
              </w:rPr>
              <w:t>Al1Mo1Nb1Ti1</w:t>
            </w:r>
          </w:p>
        </w:tc>
        <w:tc>
          <w:tcPr>
            <w:tcW w:w="814" w:type="dxa"/>
            <w:vAlign w:val="center"/>
          </w:tcPr>
          <w:p w14:paraId="3ED3F90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5057D1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E9D1614"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0B64C99F"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34978FC3" w14:textId="77777777" w:rsidR="0099275C" w:rsidRPr="00C8713A" w:rsidRDefault="0099275C" w:rsidP="00123B9D">
            <w:pPr>
              <w:rPr>
                <w:rFonts w:cs="Times New Roman"/>
                <w:sz w:val="16"/>
                <w:szCs w:val="16"/>
              </w:rPr>
            </w:pPr>
            <w:r w:rsidRPr="00C8713A">
              <w:rPr>
                <w:rFonts w:cs="Times New Roman"/>
                <w:sz w:val="16"/>
                <w:szCs w:val="16"/>
              </w:rPr>
              <w:t>520.0</w:t>
            </w:r>
          </w:p>
        </w:tc>
      </w:tr>
      <w:tr w:rsidR="0099275C" w:rsidRPr="00C8713A" w14:paraId="7CF09F49" w14:textId="77777777" w:rsidTr="00123B9D">
        <w:tc>
          <w:tcPr>
            <w:tcW w:w="3065" w:type="dxa"/>
            <w:vAlign w:val="center"/>
          </w:tcPr>
          <w:p w14:paraId="14CB22A2" w14:textId="77777777" w:rsidR="0099275C" w:rsidRPr="00C8713A" w:rsidRDefault="0099275C" w:rsidP="00123B9D">
            <w:pPr>
              <w:rPr>
                <w:rFonts w:cs="Times New Roman"/>
                <w:sz w:val="16"/>
                <w:szCs w:val="16"/>
              </w:rPr>
            </w:pPr>
            <w:r w:rsidRPr="00C8713A">
              <w:rPr>
                <w:rFonts w:cs="Times New Roman"/>
                <w:sz w:val="16"/>
                <w:szCs w:val="16"/>
              </w:rPr>
              <w:t>Al1Mo1Nb1Ti1</w:t>
            </w:r>
          </w:p>
        </w:tc>
        <w:tc>
          <w:tcPr>
            <w:tcW w:w="814" w:type="dxa"/>
            <w:vAlign w:val="center"/>
          </w:tcPr>
          <w:p w14:paraId="4FFC5A5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F21E1D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1E1DE14"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01119177"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1A0640CC" w14:textId="77777777" w:rsidR="0099275C" w:rsidRPr="00C8713A" w:rsidRDefault="0099275C" w:rsidP="00123B9D">
            <w:pPr>
              <w:rPr>
                <w:rFonts w:cs="Times New Roman"/>
                <w:sz w:val="16"/>
                <w:szCs w:val="16"/>
              </w:rPr>
            </w:pPr>
            <w:r w:rsidRPr="00C8713A">
              <w:rPr>
                <w:rFonts w:cs="Times New Roman"/>
                <w:sz w:val="16"/>
                <w:szCs w:val="16"/>
              </w:rPr>
              <w:t>500.0</w:t>
            </w:r>
          </w:p>
        </w:tc>
      </w:tr>
      <w:tr w:rsidR="0099275C" w:rsidRPr="00C8713A" w14:paraId="6F6FB967" w14:textId="77777777" w:rsidTr="00123B9D">
        <w:tc>
          <w:tcPr>
            <w:tcW w:w="3065" w:type="dxa"/>
            <w:vAlign w:val="center"/>
          </w:tcPr>
          <w:p w14:paraId="361B9C4F" w14:textId="77777777" w:rsidR="0099275C" w:rsidRPr="00C8713A" w:rsidRDefault="0099275C" w:rsidP="00123B9D">
            <w:pPr>
              <w:rPr>
                <w:rFonts w:cs="Times New Roman"/>
                <w:sz w:val="16"/>
                <w:szCs w:val="16"/>
              </w:rPr>
            </w:pPr>
            <w:r w:rsidRPr="00C8713A">
              <w:rPr>
                <w:rFonts w:cs="Times New Roman"/>
                <w:sz w:val="16"/>
                <w:szCs w:val="16"/>
              </w:rPr>
              <w:t>Al1Mo1Nb1Ti1</w:t>
            </w:r>
          </w:p>
        </w:tc>
        <w:tc>
          <w:tcPr>
            <w:tcW w:w="814" w:type="dxa"/>
            <w:vAlign w:val="center"/>
          </w:tcPr>
          <w:p w14:paraId="5C484A6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C5B4B1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55CFDB0"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4B7D093A"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6D7CA11" w14:textId="77777777" w:rsidR="0099275C" w:rsidRPr="00C8713A" w:rsidRDefault="0099275C" w:rsidP="00123B9D">
            <w:pPr>
              <w:rPr>
                <w:rFonts w:cs="Times New Roman"/>
                <w:sz w:val="16"/>
                <w:szCs w:val="16"/>
              </w:rPr>
            </w:pPr>
            <w:r w:rsidRPr="00C8713A">
              <w:rPr>
                <w:rFonts w:cs="Times New Roman"/>
                <w:sz w:val="16"/>
                <w:szCs w:val="16"/>
              </w:rPr>
              <w:t>540.0</w:t>
            </w:r>
          </w:p>
        </w:tc>
      </w:tr>
      <w:tr w:rsidR="0099275C" w:rsidRPr="00C8713A" w14:paraId="3E4A5CB6" w14:textId="77777777" w:rsidTr="00123B9D">
        <w:tc>
          <w:tcPr>
            <w:tcW w:w="3065" w:type="dxa"/>
            <w:vAlign w:val="center"/>
          </w:tcPr>
          <w:p w14:paraId="2C288C58" w14:textId="77777777" w:rsidR="0099275C" w:rsidRPr="00C8713A" w:rsidRDefault="0099275C" w:rsidP="00123B9D">
            <w:pPr>
              <w:rPr>
                <w:rFonts w:cs="Times New Roman"/>
                <w:sz w:val="16"/>
                <w:szCs w:val="16"/>
              </w:rPr>
            </w:pPr>
            <w:r w:rsidRPr="00C8713A">
              <w:rPr>
                <w:rFonts w:cs="Times New Roman"/>
                <w:sz w:val="16"/>
                <w:szCs w:val="16"/>
              </w:rPr>
              <w:t>Al1Mo1Nb1Ti1</w:t>
            </w:r>
          </w:p>
        </w:tc>
        <w:tc>
          <w:tcPr>
            <w:tcW w:w="814" w:type="dxa"/>
            <w:vAlign w:val="center"/>
          </w:tcPr>
          <w:p w14:paraId="2A9CE36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FCD0C0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85292E6"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2DA6A27"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402749E3" w14:textId="77777777" w:rsidR="0099275C" w:rsidRPr="00C8713A" w:rsidRDefault="0099275C" w:rsidP="00123B9D">
            <w:pPr>
              <w:rPr>
                <w:rFonts w:cs="Times New Roman"/>
                <w:sz w:val="16"/>
                <w:szCs w:val="16"/>
              </w:rPr>
            </w:pPr>
            <w:r w:rsidRPr="00C8713A">
              <w:rPr>
                <w:rFonts w:cs="Times New Roman"/>
                <w:sz w:val="16"/>
                <w:szCs w:val="16"/>
              </w:rPr>
              <w:t>200.0</w:t>
            </w:r>
          </w:p>
        </w:tc>
      </w:tr>
      <w:tr w:rsidR="0099275C" w:rsidRPr="00C8713A" w14:paraId="424C0A93" w14:textId="77777777" w:rsidTr="00123B9D">
        <w:tc>
          <w:tcPr>
            <w:tcW w:w="3065" w:type="dxa"/>
            <w:vAlign w:val="center"/>
          </w:tcPr>
          <w:p w14:paraId="45D38463" w14:textId="77777777" w:rsidR="0099275C" w:rsidRPr="00C8713A" w:rsidRDefault="0099275C" w:rsidP="00123B9D">
            <w:pPr>
              <w:rPr>
                <w:rFonts w:cs="Times New Roman"/>
                <w:sz w:val="16"/>
                <w:szCs w:val="16"/>
              </w:rPr>
            </w:pPr>
            <w:r w:rsidRPr="00C8713A">
              <w:rPr>
                <w:rFonts w:cs="Times New Roman"/>
                <w:sz w:val="16"/>
                <w:szCs w:val="16"/>
              </w:rPr>
              <w:t>Al1Mo1Nb1Ti1V1</w:t>
            </w:r>
          </w:p>
        </w:tc>
        <w:tc>
          <w:tcPr>
            <w:tcW w:w="814" w:type="dxa"/>
            <w:vAlign w:val="center"/>
          </w:tcPr>
          <w:p w14:paraId="5E8AB4B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A448A4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279BAE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3042C7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22A0D46" w14:textId="77777777" w:rsidR="0099275C" w:rsidRPr="00C8713A" w:rsidRDefault="0099275C" w:rsidP="00123B9D">
            <w:pPr>
              <w:rPr>
                <w:rFonts w:cs="Times New Roman"/>
                <w:sz w:val="16"/>
                <w:szCs w:val="16"/>
              </w:rPr>
            </w:pPr>
            <w:r w:rsidRPr="00C8713A">
              <w:rPr>
                <w:rFonts w:cs="Times New Roman"/>
                <w:sz w:val="16"/>
                <w:szCs w:val="16"/>
              </w:rPr>
              <w:t>1375.0</w:t>
            </w:r>
          </w:p>
        </w:tc>
      </w:tr>
      <w:tr w:rsidR="0099275C" w:rsidRPr="00C8713A" w14:paraId="30AC4F48" w14:textId="77777777" w:rsidTr="00123B9D">
        <w:tc>
          <w:tcPr>
            <w:tcW w:w="3065" w:type="dxa"/>
            <w:vAlign w:val="center"/>
          </w:tcPr>
          <w:p w14:paraId="7A3E8290" w14:textId="77777777" w:rsidR="0099275C" w:rsidRPr="00C8713A" w:rsidRDefault="0099275C" w:rsidP="00123B9D">
            <w:pPr>
              <w:rPr>
                <w:rFonts w:cs="Times New Roman"/>
                <w:sz w:val="16"/>
                <w:szCs w:val="16"/>
              </w:rPr>
            </w:pPr>
            <w:r w:rsidRPr="00C8713A">
              <w:rPr>
                <w:rFonts w:cs="Times New Roman"/>
                <w:sz w:val="16"/>
                <w:szCs w:val="16"/>
              </w:rPr>
              <w:t>Al1Nb1.5Ta0.5Ti1.5Zr0.5</w:t>
            </w:r>
          </w:p>
        </w:tc>
        <w:tc>
          <w:tcPr>
            <w:tcW w:w="814" w:type="dxa"/>
            <w:vAlign w:val="center"/>
          </w:tcPr>
          <w:p w14:paraId="4B23D45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896A59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65C49DC"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1D8A3DE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B74F372" w14:textId="77777777" w:rsidR="0099275C" w:rsidRPr="00C8713A" w:rsidRDefault="0099275C" w:rsidP="00123B9D">
            <w:pPr>
              <w:rPr>
                <w:rFonts w:cs="Times New Roman"/>
                <w:sz w:val="16"/>
                <w:szCs w:val="16"/>
              </w:rPr>
            </w:pPr>
            <w:r w:rsidRPr="00C8713A">
              <w:rPr>
                <w:rFonts w:cs="Times New Roman"/>
                <w:sz w:val="16"/>
                <w:szCs w:val="16"/>
              </w:rPr>
              <w:t>1280.0</w:t>
            </w:r>
          </w:p>
        </w:tc>
      </w:tr>
      <w:tr w:rsidR="0099275C" w:rsidRPr="00C8713A" w14:paraId="74C24C0D" w14:textId="77777777" w:rsidTr="00123B9D">
        <w:tc>
          <w:tcPr>
            <w:tcW w:w="3065" w:type="dxa"/>
            <w:vAlign w:val="center"/>
          </w:tcPr>
          <w:p w14:paraId="5D6A4217" w14:textId="77777777" w:rsidR="0099275C" w:rsidRPr="00C8713A" w:rsidRDefault="0099275C" w:rsidP="00123B9D">
            <w:pPr>
              <w:rPr>
                <w:rFonts w:cs="Times New Roman"/>
                <w:sz w:val="16"/>
                <w:szCs w:val="16"/>
              </w:rPr>
            </w:pPr>
            <w:r w:rsidRPr="00C8713A">
              <w:rPr>
                <w:rFonts w:cs="Times New Roman"/>
                <w:sz w:val="16"/>
                <w:szCs w:val="16"/>
              </w:rPr>
              <w:t>Al1Nb1.5Ta0.5Ti1.5Zr0.5</w:t>
            </w:r>
          </w:p>
        </w:tc>
        <w:tc>
          <w:tcPr>
            <w:tcW w:w="814" w:type="dxa"/>
            <w:vAlign w:val="center"/>
          </w:tcPr>
          <w:p w14:paraId="50764A6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510B69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D39BE02"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B3B35EF"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6990D82E" w14:textId="77777777" w:rsidR="0099275C" w:rsidRPr="00C8713A" w:rsidRDefault="0099275C" w:rsidP="00123B9D">
            <w:pPr>
              <w:rPr>
                <w:rFonts w:cs="Times New Roman"/>
                <w:sz w:val="16"/>
                <w:szCs w:val="16"/>
              </w:rPr>
            </w:pPr>
            <w:r w:rsidRPr="00C8713A">
              <w:rPr>
                <w:rFonts w:cs="Times New Roman"/>
                <w:sz w:val="16"/>
                <w:szCs w:val="16"/>
              </w:rPr>
              <w:t>728.0</w:t>
            </w:r>
          </w:p>
        </w:tc>
      </w:tr>
      <w:tr w:rsidR="0099275C" w:rsidRPr="00C8713A" w14:paraId="272D49D0" w14:textId="77777777" w:rsidTr="00123B9D">
        <w:tc>
          <w:tcPr>
            <w:tcW w:w="3065" w:type="dxa"/>
            <w:vAlign w:val="center"/>
          </w:tcPr>
          <w:p w14:paraId="5CEC8BC7" w14:textId="77777777" w:rsidR="0099275C" w:rsidRPr="00C8713A" w:rsidRDefault="0099275C" w:rsidP="00123B9D">
            <w:pPr>
              <w:rPr>
                <w:rFonts w:cs="Times New Roman"/>
                <w:sz w:val="16"/>
                <w:szCs w:val="16"/>
              </w:rPr>
            </w:pPr>
            <w:r w:rsidRPr="00C8713A">
              <w:rPr>
                <w:rFonts w:cs="Times New Roman"/>
                <w:sz w:val="16"/>
                <w:szCs w:val="16"/>
              </w:rPr>
              <w:t>Al1Nb1.5Ta0.5Ti1.5Zr0.5</w:t>
            </w:r>
          </w:p>
        </w:tc>
        <w:tc>
          <w:tcPr>
            <w:tcW w:w="814" w:type="dxa"/>
            <w:vAlign w:val="center"/>
          </w:tcPr>
          <w:p w14:paraId="79BB314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D5E3E6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38D6F9B"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3FF53E5"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5422FB7" w14:textId="77777777" w:rsidR="0099275C" w:rsidRPr="00C8713A" w:rsidRDefault="0099275C" w:rsidP="00123B9D">
            <w:pPr>
              <w:rPr>
                <w:rFonts w:cs="Times New Roman"/>
                <w:sz w:val="16"/>
                <w:szCs w:val="16"/>
              </w:rPr>
            </w:pPr>
            <w:r w:rsidRPr="00C8713A">
              <w:rPr>
                <w:rFonts w:cs="Times New Roman"/>
                <w:sz w:val="16"/>
                <w:szCs w:val="16"/>
              </w:rPr>
              <w:t>403.0</w:t>
            </w:r>
          </w:p>
        </w:tc>
      </w:tr>
      <w:tr w:rsidR="0099275C" w:rsidRPr="00C8713A" w14:paraId="288C1321" w14:textId="77777777" w:rsidTr="00123B9D">
        <w:tc>
          <w:tcPr>
            <w:tcW w:w="3065" w:type="dxa"/>
            <w:vAlign w:val="center"/>
          </w:tcPr>
          <w:p w14:paraId="0F756B3C" w14:textId="77777777" w:rsidR="0099275C" w:rsidRPr="00C8713A" w:rsidRDefault="0099275C" w:rsidP="00123B9D">
            <w:pPr>
              <w:rPr>
                <w:rFonts w:cs="Times New Roman"/>
                <w:sz w:val="16"/>
                <w:szCs w:val="16"/>
              </w:rPr>
            </w:pPr>
            <w:r w:rsidRPr="00C8713A">
              <w:rPr>
                <w:rFonts w:cs="Times New Roman"/>
                <w:sz w:val="16"/>
                <w:szCs w:val="16"/>
              </w:rPr>
              <w:t>Al1Nb1Ta1Ti1</w:t>
            </w:r>
          </w:p>
        </w:tc>
        <w:tc>
          <w:tcPr>
            <w:tcW w:w="814" w:type="dxa"/>
            <w:vAlign w:val="center"/>
          </w:tcPr>
          <w:p w14:paraId="269F98E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3B9303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27C134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CFBC44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1A60149" w14:textId="77777777" w:rsidR="0099275C" w:rsidRPr="00C8713A" w:rsidRDefault="0099275C" w:rsidP="00123B9D">
            <w:pPr>
              <w:rPr>
                <w:rFonts w:cs="Times New Roman"/>
                <w:sz w:val="16"/>
                <w:szCs w:val="16"/>
              </w:rPr>
            </w:pPr>
            <w:r w:rsidRPr="00C8713A">
              <w:rPr>
                <w:rFonts w:cs="Times New Roman"/>
                <w:sz w:val="16"/>
                <w:szCs w:val="16"/>
              </w:rPr>
              <w:t>1152.0</w:t>
            </w:r>
          </w:p>
        </w:tc>
      </w:tr>
      <w:tr w:rsidR="0099275C" w:rsidRPr="00C8713A" w14:paraId="61DBD5B8" w14:textId="77777777" w:rsidTr="00123B9D">
        <w:tc>
          <w:tcPr>
            <w:tcW w:w="3065" w:type="dxa"/>
            <w:vAlign w:val="center"/>
          </w:tcPr>
          <w:p w14:paraId="20C6A904" w14:textId="77777777" w:rsidR="0099275C" w:rsidRPr="00C8713A" w:rsidRDefault="0099275C" w:rsidP="00123B9D">
            <w:pPr>
              <w:rPr>
                <w:rFonts w:cs="Times New Roman"/>
                <w:sz w:val="16"/>
                <w:szCs w:val="16"/>
              </w:rPr>
            </w:pPr>
            <w:r w:rsidRPr="00C8713A">
              <w:rPr>
                <w:rFonts w:cs="Times New Roman"/>
                <w:sz w:val="16"/>
                <w:szCs w:val="16"/>
              </w:rPr>
              <w:t>Al1Nb1Ta1Ti1</w:t>
            </w:r>
          </w:p>
        </w:tc>
        <w:tc>
          <w:tcPr>
            <w:tcW w:w="814" w:type="dxa"/>
            <w:vAlign w:val="center"/>
          </w:tcPr>
          <w:p w14:paraId="004EB1A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60149A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A734F2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4B172D4" w14:textId="77777777" w:rsidR="0099275C" w:rsidRPr="00C8713A" w:rsidRDefault="0099275C" w:rsidP="00123B9D">
            <w:pPr>
              <w:rPr>
                <w:rFonts w:cs="Times New Roman"/>
                <w:sz w:val="16"/>
                <w:szCs w:val="16"/>
              </w:rPr>
            </w:pPr>
            <w:r w:rsidRPr="00C8713A">
              <w:rPr>
                <w:rFonts w:cs="Times New Roman"/>
                <w:sz w:val="16"/>
                <w:szCs w:val="16"/>
              </w:rPr>
              <w:t>100.0</w:t>
            </w:r>
          </w:p>
        </w:tc>
        <w:tc>
          <w:tcPr>
            <w:tcW w:w="1616" w:type="dxa"/>
            <w:vAlign w:val="center"/>
          </w:tcPr>
          <w:p w14:paraId="768EDDB1" w14:textId="77777777" w:rsidR="0099275C" w:rsidRPr="00C8713A" w:rsidRDefault="0099275C" w:rsidP="00123B9D">
            <w:pPr>
              <w:rPr>
                <w:rFonts w:cs="Times New Roman"/>
                <w:sz w:val="16"/>
                <w:szCs w:val="16"/>
              </w:rPr>
            </w:pPr>
            <w:r w:rsidRPr="00C8713A">
              <w:rPr>
                <w:rFonts w:cs="Times New Roman"/>
                <w:sz w:val="16"/>
                <w:szCs w:val="16"/>
              </w:rPr>
              <w:t>740.0</w:t>
            </w:r>
          </w:p>
        </w:tc>
      </w:tr>
      <w:tr w:rsidR="0099275C" w:rsidRPr="00C8713A" w14:paraId="6BBF92E9" w14:textId="77777777" w:rsidTr="00123B9D">
        <w:tc>
          <w:tcPr>
            <w:tcW w:w="3065" w:type="dxa"/>
            <w:vAlign w:val="center"/>
          </w:tcPr>
          <w:p w14:paraId="49A2EEF3" w14:textId="77777777" w:rsidR="0099275C" w:rsidRPr="00C8713A" w:rsidRDefault="0099275C" w:rsidP="00123B9D">
            <w:pPr>
              <w:rPr>
                <w:rFonts w:cs="Times New Roman"/>
                <w:sz w:val="16"/>
                <w:szCs w:val="16"/>
              </w:rPr>
            </w:pPr>
            <w:r w:rsidRPr="00C8713A">
              <w:rPr>
                <w:rFonts w:cs="Times New Roman"/>
                <w:sz w:val="16"/>
                <w:szCs w:val="16"/>
              </w:rPr>
              <w:t>Al1Nb1Ta1Ti1</w:t>
            </w:r>
          </w:p>
        </w:tc>
        <w:tc>
          <w:tcPr>
            <w:tcW w:w="814" w:type="dxa"/>
            <w:vAlign w:val="center"/>
          </w:tcPr>
          <w:p w14:paraId="0AB5CAD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B32E5B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AA4120B"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3552B67"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656EEE79" w14:textId="77777777" w:rsidR="0099275C" w:rsidRPr="00C8713A" w:rsidRDefault="0099275C" w:rsidP="00123B9D">
            <w:pPr>
              <w:rPr>
                <w:rFonts w:cs="Times New Roman"/>
                <w:sz w:val="16"/>
                <w:szCs w:val="16"/>
              </w:rPr>
            </w:pPr>
            <w:r w:rsidRPr="00C8713A">
              <w:rPr>
                <w:rFonts w:cs="Times New Roman"/>
                <w:sz w:val="16"/>
                <w:szCs w:val="16"/>
              </w:rPr>
              <w:t>740.0</w:t>
            </w:r>
          </w:p>
        </w:tc>
      </w:tr>
      <w:tr w:rsidR="0099275C" w:rsidRPr="00C8713A" w14:paraId="6FD30726" w14:textId="77777777" w:rsidTr="00123B9D">
        <w:tc>
          <w:tcPr>
            <w:tcW w:w="3065" w:type="dxa"/>
            <w:vAlign w:val="center"/>
          </w:tcPr>
          <w:p w14:paraId="2F73F79F" w14:textId="77777777" w:rsidR="0099275C" w:rsidRPr="00C8713A" w:rsidRDefault="0099275C" w:rsidP="00123B9D">
            <w:pPr>
              <w:rPr>
                <w:rFonts w:cs="Times New Roman"/>
                <w:sz w:val="16"/>
                <w:szCs w:val="16"/>
              </w:rPr>
            </w:pPr>
            <w:r w:rsidRPr="00C8713A">
              <w:rPr>
                <w:rFonts w:cs="Times New Roman"/>
                <w:sz w:val="16"/>
                <w:szCs w:val="16"/>
              </w:rPr>
              <w:t>Al1Nb1Ta1Ti1V1</w:t>
            </w:r>
          </w:p>
        </w:tc>
        <w:tc>
          <w:tcPr>
            <w:tcW w:w="814" w:type="dxa"/>
            <w:vAlign w:val="center"/>
          </w:tcPr>
          <w:p w14:paraId="0EEF55B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EB84E3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F9D235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A61A38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ECAA96F" w14:textId="77777777" w:rsidR="0099275C" w:rsidRPr="00C8713A" w:rsidRDefault="0099275C" w:rsidP="00123B9D">
            <w:pPr>
              <w:rPr>
                <w:rFonts w:cs="Times New Roman"/>
                <w:sz w:val="16"/>
                <w:szCs w:val="16"/>
              </w:rPr>
            </w:pPr>
            <w:r w:rsidRPr="00C8713A">
              <w:rPr>
                <w:rFonts w:cs="Times New Roman"/>
                <w:sz w:val="16"/>
                <w:szCs w:val="16"/>
              </w:rPr>
              <w:t>993.0</w:t>
            </w:r>
          </w:p>
        </w:tc>
      </w:tr>
      <w:tr w:rsidR="0099275C" w:rsidRPr="00C8713A" w14:paraId="4F53D714" w14:textId="77777777" w:rsidTr="00123B9D">
        <w:tc>
          <w:tcPr>
            <w:tcW w:w="3065" w:type="dxa"/>
            <w:vAlign w:val="center"/>
          </w:tcPr>
          <w:p w14:paraId="0DC63884" w14:textId="77777777" w:rsidR="0099275C" w:rsidRPr="00C8713A" w:rsidRDefault="0099275C" w:rsidP="00123B9D">
            <w:pPr>
              <w:rPr>
                <w:rFonts w:cs="Times New Roman"/>
                <w:sz w:val="16"/>
                <w:szCs w:val="16"/>
              </w:rPr>
            </w:pPr>
            <w:r w:rsidRPr="00C8713A">
              <w:rPr>
                <w:rFonts w:cs="Times New Roman"/>
                <w:sz w:val="16"/>
                <w:szCs w:val="16"/>
              </w:rPr>
              <w:t>Al1Nb1Ti1V1</w:t>
            </w:r>
          </w:p>
        </w:tc>
        <w:tc>
          <w:tcPr>
            <w:tcW w:w="814" w:type="dxa"/>
            <w:vAlign w:val="center"/>
          </w:tcPr>
          <w:p w14:paraId="0872CF3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784FBE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3BF9A5E"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891C16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AB510D7" w14:textId="77777777" w:rsidR="0099275C" w:rsidRPr="00C8713A" w:rsidRDefault="0099275C" w:rsidP="00123B9D">
            <w:pPr>
              <w:rPr>
                <w:rFonts w:cs="Times New Roman"/>
                <w:sz w:val="16"/>
                <w:szCs w:val="16"/>
              </w:rPr>
            </w:pPr>
            <w:r w:rsidRPr="00C8713A">
              <w:rPr>
                <w:rFonts w:cs="Times New Roman"/>
                <w:sz w:val="16"/>
                <w:szCs w:val="16"/>
              </w:rPr>
              <w:t>1010.0</w:t>
            </w:r>
          </w:p>
        </w:tc>
      </w:tr>
      <w:tr w:rsidR="0099275C" w:rsidRPr="00C8713A" w14:paraId="75AA7268" w14:textId="77777777" w:rsidTr="00123B9D">
        <w:tc>
          <w:tcPr>
            <w:tcW w:w="3065" w:type="dxa"/>
            <w:vAlign w:val="center"/>
          </w:tcPr>
          <w:p w14:paraId="5E6F0556" w14:textId="77777777" w:rsidR="0099275C" w:rsidRPr="00C8713A" w:rsidRDefault="0099275C" w:rsidP="00123B9D">
            <w:pPr>
              <w:rPr>
                <w:rFonts w:cs="Times New Roman"/>
                <w:sz w:val="16"/>
                <w:szCs w:val="16"/>
              </w:rPr>
            </w:pPr>
            <w:r w:rsidRPr="00C8713A">
              <w:rPr>
                <w:rFonts w:cs="Times New Roman"/>
                <w:sz w:val="16"/>
                <w:szCs w:val="16"/>
              </w:rPr>
              <w:t>Al1Nb1Ti1V1</w:t>
            </w:r>
          </w:p>
        </w:tc>
        <w:tc>
          <w:tcPr>
            <w:tcW w:w="814" w:type="dxa"/>
            <w:vAlign w:val="center"/>
          </w:tcPr>
          <w:p w14:paraId="642CA3B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F9247E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9DE26C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A81F49C"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1691E27C" w14:textId="77777777" w:rsidR="0099275C" w:rsidRPr="00C8713A" w:rsidRDefault="0099275C" w:rsidP="00123B9D">
            <w:pPr>
              <w:rPr>
                <w:rFonts w:cs="Times New Roman"/>
                <w:sz w:val="16"/>
                <w:szCs w:val="16"/>
              </w:rPr>
            </w:pPr>
            <w:r w:rsidRPr="00C8713A">
              <w:rPr>
                <w:rFonts w:cs="Times New Roman"/>
                <w:sz w:val="16"/>
                <w:szCs w:val="16"/>
              </w:rPr>
              <w:t>795.0</w:t>
            </w:r>
          </w:p>
        </w:tc>
      </w:tr>
      <w:tr w:rsidR="0099275C" w:rsidRPr="00C8713A" w14:paraId="7CF86034" w14:textId="77777777" w:rsidTr="00123B9D">
        <w:tc>
          <w:tcPr>
            <w:tcW w:w="3065" w:type="dxa"/>
            <w:vAlign w:val="center"/>
          </w:tcPr>
          <w:p w14:paraId="26F3E4F0" w14:textId="77777777" w:rsidR="0099275C" w:rsidRPr="00C8713A" w:rsidRDefault="0099275C" w:rsidP="00123B9D">
            <w:pPr>
              <w:rPr>
                <w:rFonts w:cs="Times New Roman"/>
                <w:sz w:val="16"/>
                <w:szCs w:val="16"/>
              </w:rPr>
            </w:pPr>
            <w:r w:rsidRPr="00C8713A">
              <w:rPr>
                <w:rFonts w:cs="Times New Roman"/>
                <w:sz w:val="16"/>
                <w:szCs w:val="16"/>
              </w:rPr>
              <w:t>Al1Nb1Ti1V1</w:t>
            </w:r>
          </w:p>
        </w:tc>
        <w:tc>
          <w:tcPr>
            <w:tcW w:w="814" w:type="dxa"/>
            <w:vAlign w:val="center"/>
          </w:tcPr>
          <w:p w14:paraId="75A2870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72402F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B91D641"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4D55B72"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68220A77" w14:textId="77777777" w:rsidR="0099275C" w:rsidRPr="00C8713A" w:rsidRDefault="0099275C" w:rsidP="00123B9D">
            <w:pPr>
              <w:rPr>
                <w:rFonts w:cs="Times New Roman"/>
                <w:sz w:val="16"/>
                <w:szCs w:val="16"/>
              </w:rPr>
            </w:pPr>
            <w:r w:rsidRPr="00C8713A">
              <w:rPr>
                <w:rFonts w:cs="Times New Roman"/>
                <w:sz w:val="16"/>
                <w:szCs w:val="16"/>
              </w:rPr>
              <w:t>622.5</w:t>
            </w:r>
          </w:p>
        </w:tc>
      </w:tr>
      <w:tr w:rsidR="0099275C" w:rsidRPr="00C8713A" w14:paraId="60B1D459" w14:textId="77777777" w:rsidTr="00123B9D">
        <w:tc>
          <w:tcPr>
            <w:tcW w:w="3065" w:type="dxa"/>
            <w:vAlign w:val="center"/>
          </w:tcPr>
          <w:p w14:paraId="5F8F9716" w14:textId="77777777" w:rsidR="0099275C" w:rsidRPr="00C8713A" w:rsidRDefault="0099275C" w:rsidP="00123B9D">
            <w:pPr>
              <w:rPr>
                <w:rFonts w:cs="Times New Roman"/>
                <w:sz w:val="16"/>
                <w:szCs w:val="16"/>
              </w:rPr>
            </w:pPr>
            <w:r w:rsidRPr="00C8713A">
              <w:rPr>
                <w:rFonts w:cs="Times New Roman"/>
                <w:sz w:val="16"/>
                <w:szCs w:val="16"/>
              </w:rPr>
              <w:t>Al1Nb1Ti1V1</w:t>
            </w:r>
          </w:p>
        </w:tc>
        <w:tc>
          <w:tcPr>
            <w:tcW w:w="814" w:type="dxa"/>
            <w:vAlign w:val="center"/>
          </w:tcPr>
          <w:p w14:paraId="22A40BE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A6A29E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5D6ACEF"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37B505C5"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36AB3234" w14:textId="77777777" w:rsidR="0099275C" w:rsidRPr="00C8713A" w:rsidRDefault="0099275C" w:rsidP="00123B9D">
            <w:pPr>
              <w:rPr>
                <w:rFonts w:cs="Times New Roman"/>
                <w:sz w:val="16"/>
                <w:szCs w:val="16"/>
              </w:rPr>
            </w:pPr>
            <w:r w:rsidRPr="00C8713A">
              <w:rPr>
                <w:rFonts w:cs="Times New Roman"/>
                <w:sz w:val="16"/>
                <w:szCs w:val="16"/>
              </w:rPr>
              <w:t>134.0</w:t>
            </w:r>
          </w:p>
        </w:tc>
      </w:tr>
      <w:tr w:rsidR="0099275C" w:rsidRPr="00C8713A" w14:paraId="756980FA" w14:textId="77777777" w:rsidTr="00123B9D">
        <w:tc>
          <w:tcPr>
            <w:tcW w:w="3065" w:type="dxa"/>
            <w:vAlign w:val="center"/>
          </w:tcPr>
          <w:p w14:paraId="212C43E8" w14:textId="77777777" w:rsidR="0099275C" w:rsidRPr="00C8713A" w:rsidRDefault="0099275C" w:rsidP="00123B9D">
            <w:pPr>
              <w:rPr>
                <w:rFonts w:cs="Times New Roman"/>
                <w:sz w:val="16"/>
                <w:szCs w:val="16"/>
              </w:rPr>
            </w:pPr>
            <w:r w:rsidRPr="00C8713A">
              <w:rPr>
                <w:rFonts w:cs="Times New Roman"/>
                <w:sz w:val="16"/>
                <w:szCs w:val="16"/>
              </w:rPr>
              <w:t>Cr1Mo1Nb1Ti1</w:t>
            </w:r>
          </w:p>
        </w:tc>
        <w:tc>
          <w:tcPr>
            <w:tcW w:w="814" w:type="dxa"/>
            <w:vAlign w:val="center"/>
          </w:tcPr>
          <w:p w14:paraId="3A35F28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2A4DC7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9AA6B0A"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29D9461C"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F637418" w14:textId="77777777" w:rsidR="0099275C" w:rsidRPr="00C8713A" w:rsidRDefault="0099275C" w:rsidP="00123B9D">
            <w:pPr>
              <w:rPr>
                <w:rFonts w:cs="Times New Roman"/>
                <w:sz w:val="16"/>
                <w:szCs w:val="16"/>
              </w:rPr>
            </w:pPr>
            <w:r w:rsidRPr="00C8713A">
              <w:rPr>
                <w:rFonts w:cs="Times New Roman"/>
                <w:sz w:val="16"/>
                <w:szCs w:val="16"/>
              </w:rPr>
              <w:t>1630.0</w:t>
            </w:r>
          </w:p>
        </w:tc>
      </w:tr>
      <w:tr w:rsidR="0099275C" w:rsidRPr="00C8713A" w14:paraId="655A7B76" w14:textId="77777777" w:rsidTr="00123B9D">
        <w:tc>
          <w:tcPr>
            <w:tcW w:w="3065" w:type="dxa"/>
            <w:vAlign w:val="center"/>
          </w:tcPr>
          <w:p w14:paraId="6B85E2DD" w14:textId="77777777" w:rsidR="0099275C" w:rsidRPr="00C8713A" w:rsidRDefault="0099275C" w:rsidP="00123B9D">
            <w:pPr>
              <w:rPr>
                <w:rFonts w:cs="Times New Roman"/>
                <w:sz w:val="16"/>
                <w:szCs w:val="16"/>
              </w:rPr>
            </w:pPr>
            <w:r w:rsidRPr="00C8713A">
              <w:rPr>
                <w:rFonts w:cs="Times New Roman"/>
                <w:sz w:val="16"/>
                <w:szCs w:val="16"/>
              </w:rPr>
              <w:t>Cr1Mo1Nb1Ti1</w:t>
            </w:r>
          </w:p>
        </w:tc>
        <w:tc>
          <w:tcPr>
            <w:tcW w:w="814" w:type="dxa"/>
            <w:vAlign w:val="center"/>
          </w:tcPr>
          <w:p w14:paraId="0A5D35C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4E569D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0192BD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40B320A2"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32F7BEAB" w14:textId="77777777" w:rsidR="0099275C" w:rsidRPr="00C8713A" w:rsidRDefault="0099275C" w:rsidP="00123B9D">
            <w:pPr>
              <w:rPr>
                <w:rFonts w:cs="Times New Roman"/>
                <w:sz w:val="16"/>
                <w:szCs w:val="16"/>
              </w:rPr>
            </w:pPr>
            <w:r w:rsidRPr="00C8713A">
              <w:rPr>
                <w:rFonts w:cs="Times New Roman"/>
                <w:sz w:val="16"/>
                <w:szCs w:val="16"/>
              </w:rPr>
              <w:t>1268.0</w:t>
            </w:r>
          </w:p>
        </w:tc>
      </w:tr>
      <w:tr w:rsidR="0099275C" w:rsidRPr="00C8713A" w14:paraId="612D0F33" w14:textId="77777777" w:rsidTr="00123B9D">
        <w:tc>
          <w:tcPr>
            <w:tcW w:w="3065" w:type="dxa"/>
            <w:vAlign w:val="center"/>
          </w:tcPr>
          <w:p w14:paraId="5B3F59CC" w14:textId="77777777" w:rsidR="0099275C" w:rsidRPr="00C8713A" w:rsidRDefault="0099275C" w:rsidP="00123B9D">
            <w:pPr>
              <w:rPr>
                <w:rFonts w:cs="Times New Roman"/>
                <w:sz w:val="16"/>
                <w:szCs w:val="16"/>
              </w:rPr>
            </w:pPr>
            <w:r w:rsidRPr="00C8713A">
              <w:rPr>
                <w:rFonts w:cs="Times New Roman"/>
                <w:sz w:val="16"/>
                <w:szCs w:val="16"/>
              </w:rPr>
              <w:t>Cr1Mo1Nb1Ti1</w:t>
            </w:r>
          </w:p>
        </w:tc>
        <w:tc>
          <w:tcPr>
            <w:tcW w:w="814" w:type="dxa"/>
            <w:vAlign w:val="center"/>
          </w:tcPr>
          <w:p w14:paraId="2864D19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EC91F3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4C04665"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F59655D" w14:textId="77777777" w:rsidR="0099275C" w:rsidRPr="00C8713A" w:rsidRDefault="0099275C" w:rsidP="00123B9D">
            <w:pPr>
              <w:rPr>
                <w:rFonts w:cs="Times New Roman"/>
                <w:sz w:val="16"/>
                <w:szCs w:val="16"/>
              </w:rPr>
            </w:pPr>
            <w:r w:rsidRPr="00C8713A">
              <w:rPr>
                <w:rFonts w:cs="Times New Roman"/>
                <w:sz w:val="16"/>
                <w:szCs w:val="16"/>
              </w:rPr>
              <w:t>400.0</w:t>
            </w:r>
          </w:p>
        </w:tc>
        <w:tc>
          <w:tcPr>
            <w:tcW w:w="1616" w:type="dxa"/>
            <w:vAlign w:val="center"/>
          </w:tcPr>
          <w:p w14:paraId="43925E00" w14:textId="77777777" w:rsidR="0099275C" w:rsidRPr="00C8713A" w:rsidRDefault="0099275C" w:rsidP="00123B9D">
            <w:pPr>
              <w:rPr>
                <w:rFonts w:cs="Times New Roman"/>
                <w:sz w:val="16"/>
                <w:szCs w:val="16"/>
              </w:rPr>
            </w:pPr>
            <w:r w:rsidRPr="00C8713A">
              <w:rPr>
                <w:rFonts w:cs="Times New Roman"/>
                <w:sz w:val="16"/>
                <w:szCs w:val="16"/>
              </w:rPr>
              <w:t>1115.0</w:t>
            </w:r>
          </w:p>
        </w:tc>
      </w:tr>
      <w:tr w:rsidR="0099275C" w:rsidRPr="00C8713A" w14:paraId="2BA4DC27" w14:textId="77777777" w:rsidTr="00123B9D">
        <w:tc>
          <w:tcPr>
            <w:tcW w:w="3065" w:type="dxa"/>
            <w:vAlign w:val="center"/>
          </w:tcPr>
          <w:p w14:paraId="18ACF245" w14:textId="77777777" w:rsidR="0099275C" w:rsidRPr="00C8713A" w:rsidRDefault="0099275C" w:rsidP="00123B9D">
            <w:pPr>
              <w:rPr>
                <w:rFonts w:cs="Times New Roman"/>
                <w:sz w:val="16"/>
                <w:szCs w:val="16"/>
              </w:rPr>
            </w:pPr>
            <w:r w:rsidRPr="00C8713A">
              <w:rPr>
                <w:rFonts w:cs="Times New Roman"/>
                <w:sz w:val="16"/>
                <w:szCs w:val="16"/>
              </w:rPr>
              <w:t>Cr1Mo1Nb1Ti1</w:t>
            </w:r>
          </w:p>
        </w:tc>
        <w:tc>
          <w:tcPr>
            <w:tcW w:w="814" w:type="dxa"/>
            <w:vAlign w:val="center"/>
          </w:tcPr>
          <w:p w14:paraId="3DD6F34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A3F6C5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E2D24DE"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4EC46DE"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076793FC" w14:textId="77777777" w:rsidR="0099275C" w:rsidRPr="00C8713A" w:rsidRDefault="0099275C" w:rsidP="00123B9D">
            <w:pPr>
              <w:rPr>
                <w:rFonts w:cs="Times New Roman"/>
                <w:sz w:val="16"/>
                <w:szCs w:val="16"/>
              </w:rPr>
            </w:pPr>
            <w:r w:rsidRPr="00C8713A">
              <w:rPr>
                <w:rFonts w:cs="Times New Roman"/>
                <w:sz w:val="16"/>
                <w:szCs w:val="16"/>
              </w:rPr>
              <w:t>1062.0</w:t>
            </w:r>
          </w:p>
        </w:tc>
      </w:tr>
      <w:tr w:rsidR="0099275C" w:rsidRPr="00C8713A" w14:paraId="4FFF2E9A" w14:textId="77777777" w:rsidTr="00123B9D">
        <w:tc>
          <w:tcPr>
            <w:tcW w:w="3065" w:type="dxa"/>
            <w:vAlign w:val="center"/>
          </w:tcPr>
          <w:p w14:paraId="6E9E8115" w14:textId="77777777" w:rsidR="0099275C" w:rsidRPr="00C8713A" w:rsidRDefault="0099275C" w:rsidP="00123B9D">
            <w:pPr>
              <w:rPr>
                <w:rFonts w:cs="Times New Roman"/>
                <w:sz w:val="16"/>
                <w:szCs w:val="16"/>
              </w:rPr>
            </w:pPr>
            <w:r w:rsidRPr="00C8713A">
              <w:rPr>
                <w:rFonts w:cs="Times New Roman"/>
                <w:sz w:val="16"/>
                <w:szCs w:val="16"/>
              </w:rPr>
              <w:t>Cr1Mo1Nb1Ti1</w:t>
            </w:r>
          </w:p>
        </w:tc>
        <w:tc>
          <w:tcPr>
            <w:tcW w:w="814" w:type="dxa"/>
            <w:vAlign w:val="center"/>
          </w:tcPr>
          <w:p w14:paraId="51CAF65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2586CA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54CF35F"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3421600D"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7F6E92B5" w14:textId="77777777" w:rsidR="0099275C" w:rsidRPr="00C8713A" w:rsidRDefault="0099275C" w:rsidP="00123B9D">
            <w:pPr>
              <w:rPr>
                <w:rFonts w:cs="Times New Roman"/>
                <w:sz w:val="16"/>
                <w:szCs w:val="16"/>
              </w:rPr>
            </w:pPr>
            <w:r w:rsidRPr="00C8713A">
              <w:rPr>
                <w:rFonts w:cs="Times New Roman"/>
                <w:sz w:val="16"/>
                <w:szCs w:val="16"/>
              </w:rPr>
              <w:t>1058.0</w:t>
            </w:r>
          </w:p>
        </w:tc>
      </w:tr>
      <w:tr w:rsidR="0099275C" w:rsidRPr="00C8713A" w14:paraId="0831DAE5" w14:textId="77777777" w:rsidTr="00123B9D">
        <w:tc>
          <w:tcPr>
            <w:tcW w:w="3065" w:type="dxa"/>
            <w:vAlign w:val="center"/>
          </w:tcPr>
          <w:p w14:paraId="0BABA5BC" w14:textId="77777777" w:rsidR="0099275C" w:rsidRPr="00C8713A" w:rsidRDefault="0099275C" w:rsidP="00123B9D">
            <w:pPr>
              <w:rPr>
                <w:rFonts w:cs="Times New Roman"/>
                <w:sz w:val="16"/>
                <w:szCs w:val="16"/>
              </w:rPr>
            </w:pPr>
            <w:r w:rsidRPr="00C8713A">
              <w:rPr>
                <w:rFonts w:cs="Times New Roman"/>
                <w:sz w:val="16"/>
                <w:szCs w:val="16"/>
              </w:rPr>
              <w:t>Hf0.25Nb0.125Ti1V0.5Zr0.5</w:t>
            </w:r>
          </w:p>
        </w:tc>
        <w:tc>
          <w:tcPr>
            <w:tcW w:w="814" w:type="dxa"/>
            <w:vAlign w:val="center"/>
          </w:tcPr>
          <w:p w14:paraId="5301E45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AA14BD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8E79BC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850C46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D8AFDA7" w14:textId="77777777" w:rsidR="0099275C" w:rsidRPr="00C8713A" w:rsidRDefault="0099275C" w:rsidP="00123B9D">
            <w:pPr>
              <w:rPr>
                <w:rFonts w:cs="Times New Roman"/>
                <w:sz w:val="16"/>
                <w:szCs w:val="16"/>
              </w:rPr>
            </w:pPr>
            <w:r w:rsidRPr="00C8713A">
              <w:rPr>
                <w:rFonts w:cs="Times New Roman"/>
                <w:sz w:val="16"/>
                <w:szCs w:val="16"/>
              </w:rPr>
              <w:t>1115.0</w:t>
            </w:r>
          </w:p>
        </w:tc>
      </w:tr>
      <w:tr w:rsidR="0099275C" w:rsidRPr="00C8713A" w14:paraId="614FABD9" w14:textId="77777777" w:rsidTr="00123B9D">
        <w:tc>
          <w:tcPr>
            <w:tcW w:w="3065" w:type="dxa"/>
            <w:vAlign w:val="center"/>
          </w:tcPr>
          <w:p w14:paraId="7BA733F7" w14:textId="77777777" w:rsidR="0099275C" w:rsidRPr="00C8713A" w:rsidRDefault="0099275C" w:rsidP="00123B9D">
            <w:pPr>
              <w:rPr>
                <w:rFonts w:cs="Times New Roman"/>
                <w:sz w:val="16"/>
                <w:szCs w:val="16"/>
              </w:rPr>
            </w:pPr>
            <w:r w:rsidRPr="00C8713A">
              <w:rPr>
                <w:rFonts w:cs="Times New Roman"/>
                <w:sz w:val="16"/>
                <w:szCs w:val="16"/>
              </w:rPr>
              <w:t>Hf0.25Nb0.25Ti1V0.5Zr0.5</w:t>
            </w:r>
          </w:p>
        </w:tc>
        <w:tc>
          <w:tcPr>
            <w:tcW w:w="814" w:type="dxa"/>
            <w:vAlign w:val="center"/>
          </w:tcPr>
          <w:p w14:paraId="5881947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E28D43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F625D6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BA547F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EC61CE8" w14:textId="77777777" w:rsidR="0099275C" w:rsidRPr="00C8713A" w:rsidRDefault="0099275C" w:rsidP="00123B9D">
            <w:pPr>
              <w:rPr>
                <w:rFonts w:cs="Times New Roman"/>
                <w:sz w:val="16"/>
                <w:szCs w:val="16"/>
              </w:rPr>
            </w:pPr>
            <w:r w:rsidRPr="00C8713A">
              <w:rPr>
                <w:rFonts w:cs="Times New Roman"/>
                <w:sz w:val="16"/>
                <w:szCs w:val="16"/>
              </w:rPr>
              <w:t>1065.0</w:t>
            </w:r>
          </w:p>
        </w:tc>
      </w:tr>
      <w:tr w:rsidR="0099275C" w:rsidRPr="00C8713A" w14:paraId="06A42DC3" w14:textId="77777777" w:rsidTr="00123B9D">
        <w:tc>
          <w:tcPr>
            <w:tcW w:w="3065" w:type="dxa"/>
            <w:vAlign w:val="center"/>
          </w:tcPr>
          <w:p w14:paraId="48808D2E" w14:textId="77777777" w:rsidR="0099275C" w:rsidRPr="00C8713A" w:rsidRDefault="0099275C" w:rsidP="00123B9D">
            <w:pPr>
              <w:rPr>
                <w:rFonts w:cs="Times New Roman"/>
                <w:sz w:val="16"/>
                <w:szCs w:val="16"/>
              </w:rPr>
            </w:pPr>
            <w:r w:rsidRPr="00C8713A">
              <w:rPr>
                <w:rFonts w:cs="Times New Roman"/>
                <w:sz w:val="16"/>
                <w:szCs w:val="16"/>
              </w:rPr>
              <w:t>Hf0.25Nb0.25Ti1V0.5Zr0.5</w:t>
            </w:r>
          </w:p>
        </w:tc>
        <w:tc>
          <w:tcPr>
            <w:tcW w:w="814" w:type="dxa"/>
            <w:vAlign w:val="center"/>
          </w:tcPr>
          <w:p w14:paraId="06B5066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9C2D44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256E9E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B594181"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7A32B705" w14:textId="77777777" w:rsidR="0099275C" w:rsidRPr="00C8713A" w:rsidRDefault="0099275C" w:rsidP="00123B9D">
            <w:pPr>
              <w:rPr>
                <w:rFonts w:cs="Times New Roman"/>
                <w:sz w:val="16"/>
                <w:szCs w:val="16"/>
              </w:rPr>
            </w:pPr>
            <w:r w:rsidRPr="00C8713A">
              <w:rPr>
                <w:rFonts w:cs="Times New Roman"/>
                <w:sz w:val="16"/>
                <w:szCs w:val="16"/>
              </w:rPr>
              <w:t>718.0</w:t>
            </w:r>
          </w:p>
        </w:tc>
      </w:tr>
      <w:tr w:rsidR="0099275C" w:rsidRPr="00C8713A" w14:paraId="737560AE" w14:textId="77777777" w:rsidTr="00123B9D">
        <w:tc>
          <w:tcPr>
            <w:tcW w:w="3065" w:type="dxa"/>
            <w:vAlign w:val="center"/>
          </w:tcPr>
          <w:p w14:paraId="637C3787" w14:textId="77777777" w:rsidR="0099275C" w:rsidRPr="00C8713A" w:rsidRDefault="0099275C" w:rsidP="00123B9D">
            <w:pPr>
              <w:rPr>
                <w:rFonts w:cs="Times New Roman"/>
                <w:sz w:val="16"/>
                <w:szCs w:val="16"/>
              </w:rPr>
            </w:pPr>
            <w:r w:rsidRPr="00C8713A">
              <w:rPr>
                <w:rFonts w:cs="Times New Roman"/>
                <w:sz w:val="16"/>
                <w:szCs w:val="16"/>
              </w:rPr>
              <w:t>Hf0.25Nb0.25Ti1V0.5Zr0.5</w:t>
            </w:r>
          </w:p>
        </w:tc>
        <w:tc>
          <w:tcPr>
            <w:tcW w:w="814" w:type="dxa"/>
            <w:vAlign w:val="center"/>
          </w:tcPr>
          <w:p w14:paraId="2F6B1DE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B66AA9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CAB38D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FB1B0EE"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5EDD8648" w14:textId="77777777" w:rsidR="0099275C" w:rsidRPr="00C8713A" w:rsidRDefault="0099275C" w:rsidP="00123B9D">
            <w:pPr>
              <w:rPr>
                <w:rFonts w:cs="Times New Roman"/>
                <w:sz w:val="16"/>
                <w:szCs w:val="16"/>
              </w:rPr>
            </w:pPr>
            <w:r w:rsidRPr="00C8713A">
              <w:rPr>
                <w:rFonts w:cs="Times New Roman"/>
                <w:sz w:val="16"/>
                <w:szCs w:val="16"/>
              </w:rPr>
              <w:t>135.0</w:t>
            </w:r>
          </w:p>
        </w:tc>
      </w:tr>
      <w:tr w:rsidR="0099275C" w:rsidRPr="00C8713A" w14:paraId="6CCB5A6E" w14:textId="77777777" w:rsidTr="00123B9D">
        <w:tc>
          <w:tcPr>
            <w:tcW w:w="3065" w:type="dxa"/>
            <w:vAlign w:val="center"/>
          </w:tcPr>
          <w:p w14:paraId="790ADBF5" w14:textId="77777777" w:rsidR="0099275C" w:rsidRPr="00C8713A" w:rsidRDefault="0099275C" w:rsidP="00123B9D">
            <w:pPr>
              <w:rPr>
                <w:rFonts w:cs="Times New Roman"/>
                <w:sz w:val="16"/>
                <w:szCs w:val="16"/>
              </w:rPr>
            </w:pPr>
            <w:r w:rsidRPr="00C8713A">
              <w:rPr>
                <w:rFonts w:cs="Times New Roman"/>
                <w:sz w:val="16"/>
                <w:szCs w:val="16"/>
              </w:rPr>
              <w:t>Hf0.25Nb0.375Ti1V0.5Zr0.5</w:t>
            </w:r>
          </w:p>
        </w:tc>
        <w:tc>
          <w:tcPr>
            <w:tcW w:w="814" w:type="dxa"/>
            <w:vAlign w:val="center"/>
          </w:tcPr>
          <w:p w14:paraId="30A543C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F27352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E2E70D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6AC660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ED3575C" w14:textId="77777777" w:rsidR="0099275C" w:rsidRPr="00C8713A" w:rsidRDefault="0099275C" w:rsidP="00123B9D">
            <w:pPr>
              <w:rPr>
                <w:rFonts w:cs="Times New Roman"/>
                <w:sz w:val="16"/>
                <w:szCs w:val="16"/>
              </w:rPr>
            </w:pPr>
            <w:r w:rsidRPr="00C8713A">
              <w:rPr>
                <w:rFonts w:cs="Times New Roman"/>
                <w:sz w:val="16"/>
                <w:szCs w:val="16"/>
              </w:rPr>
              <w:t>1025.0</w:t>
            </w:r>
          </w:p>
        </w:tc>
      </w:tr>
      <w:tr w:rsidR="0099275C" w:rsidRPr="00C8713A" w14:paraId="2B258DCC" w14:textId="77777777" w:rsidTr="00123B9D">
        <w:tc>
          <w:tcPr>
            <w:tcW w:w="3065" w:type="dxa"/>
            <w:vAlign w:val="center"/>
          </w:tcPr>
          <w:p w14:paraId="50593162" w14:textId="77777777" w:rsidR="0099275C" w:rsidRPr="00C8713A" w:rsidRDefault="0099275C" w:rsidP="00123B9D">
            <w:pPr>
              <w:rPr>
                <w:rFonts w:cs="Times New Roman"/>
                <w:sz w:val="16"/>
                <w:szCs w:val="16"/>
              </w:rPr>
            </w:pPr>
            <w:r w:rsidRPr="00C8713A">
              <w:rPr>
                <w:rFonts w:cs="Times New Roman"/>
                <w:sz w:val="16"/>
                <w:szCs w:val="16"/>
              </w:rPr>
              <w:t>Hf0.25Nb0.5Ti1V0.5Zr0.5</w:t>
            </w:r>
          </w:p>
        </w:tc>
        <w:tc>
          <w:tcPr>
            <w:tcW w:w="814" w:type="dxa"/>
            <w:vAlign w:val="center"/>
          </w:tcPr>
          <w:p w14:paraId="08C86D8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C1E56E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2F83EE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892B24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ECD759A" w14:textId="77777777" w:rsidR="0099275C" w:rsidRPr="00C8713A" w:rsidRDefault="0099275C" w:rsidP="00123B9D">
            <w:pPr>
              <w:rPr>
                <w:rFonts w:cs="Times New Roman"/>
                <w:sz w:val="16"/>
                <w:szCs w:val="16"/>
              </w:rPr>
            </w:pPr>
            <w:r w:rsidRPr="00C8713A">
              <w:rPr>
                <w:rFonts w:cs="Times New Roman"/>
                <w:sz w:val="16"/>
                <w:szCs w:val="16"/>
              </w:rPr>
              <w:t>980.0</w:t>
            </w:r>
          </w:p>
        </w:tc>
      </w:tr>
      <w:tr w:rsidR="0099275C" w:rsidRPr="00C8713A" w14:paraId="5A23C778" w14:textId="77777777" w:rsidTr="00123B9D">
        <w:tc>
          <w:tcPr>
            <w:tcW w:w="3065" w:type="dxa"/>
            <w:vAlign w:val="center"/>
          </w:tcPr>
          <w:p w14:paraId="5ABD9536" w14:textId="77777777" w:rsidR="0099275C" w:rsidRPr="00C8713A" w:rsidRDefault="0099275C" w:rsidP="00123B9D">
            <w:pPr>
              <w:rPr>
                <w:rFonts w:cs="Times New Roman"/>
                <w:sz w:val="16"/>
                <w:szCs w:val="16"/>
              </w:rPr>
            </w:pPr>
            <w:r w:rsidRPr="00C8713A">
              <w:rPr>
                <w:rFonts w:cs="Times New Roman"/>
                <w:sz w:val="16"/>
                <w:szCs w:val="16"/>
              </w:rPr>
              <w:t>Hf0.25Nb0.5Ti1V0.5Zr0.5</w:t>
            </w:r>
          </w:p>
        </w:tc>
        <w:tc>
          <w:tcPr>
            <w:tcW w:w="814" w:type="dxa"/>
            <w:vAlign w:val="center"/>
          </w:tcPr>
          <w:p w14:paraId="36122B1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20C99A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86E81C3"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27512BE"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105CFB5D" w14:textId="77777777" w:rsidR="0099275C" w:rsidRPr="00C8713A" w:rsidRDefault="0099275C" w:rsidP="00123B9D">
            <w:pPr>
              <w:rPr>
                <w:rFonts w:cs="Times New Roman"/>
                <w:sz w:val="16"/>
                <w:szCs w:val="16"/>
              </w:rPr>
            </w:pPr>
            <w:r w:rsidRPr="00C8713A">
              <w:rPr>
                <w:rFonts w:cs="Times New Roman"/>
                <w:sz w:val="16"/>
                <w:szCs w:val="16"/>
              </w:rPr>
              <w:t>859.0</w:t>
            </w:r>
          </w:p>
        </w:tc>
      </w:tr>
      <w:tr w:rsidR="0099275C" w:rsidRPr="00C8713A" w14:paraId="7071D4F9" w14:textId="77777777" w:rsidTr="00123B9D">
        <w:tc>
          <w:tcPr>
            <w:tcW w:w="3065" w:type="dxa"/>
            <w:vAlign w:val="center"/>
          </w:tcPr>
          <w:p w14:paraId="29A838A3" w14:textId="77777777" w:rsidR="0099275C" w:rsidRPr="00C8713A" w:rsidRDefault="0099275C" w:rsidP="00123B9D">
            <w:pPr>
              <w:rPr>
                <w:rFonts w:cs="Times New Roman"/>
                <w:sz w:val="16"/>
                <w:szCs w:val="16"/>
              </w:rPr>
            </w:pPr>
            <w:r w:rsidRPr="00C8713A">
              <w:rPr>
                <w:rFonts w:cs="Times New Roman"/>
                <w:sz w:val="16"/>
                <w:szCs w:val="16"/>
              </w:rPr>
              <w:t>Hf0.25Nb0.5Ti1V0.5Zr0.5</w:t>
            </w:r>
          </w:p>
        </w:tc>
        <w:tc>
          <w:tcPr>
            <w:tcW w:w="814" w:type="dxa"/>
            <w:vAlign w:val="center"/>
          </w:tcPr>
          <w:p w14:paraId="35918A3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B7091B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892C74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1F32E81"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794BEA8B" w14:textId="77777777" w:rsidR="0099275C" w:rsidRPr="00C8713A" w:rsidRDefault="0099275C" w:rsidP="00123B9D">
            <w:pPr>
              <w:rPr>
                <w:rFonts w:cs="Times New Roman"/>
                <w:sz w:val="16"/>
                <w:szCs w:val="16"/>
              </w:rPr>
            </w:pPr>
            <w:r w:rsidRPr="00C8713A">
              <w:rPr>
                <w:rFonts w:cs="Times New Roman"/>
                <w:sz w:val="16"/>
                <w:szCs w:val="16"/>
              </w:rPr>
              <w:t>195.0</w:t>
            </w:r>
          </w:p>
        </w:tc>
      </w:tr>
      <w:tr w:rsidR="0099275C" w:rsidRPr="00C8713A" w14:paraId="499E613F" w14:textId="77777777" w:rsidTr="00123B9D">
        <w:tc>
          <w:tcPr>
            <w:tcW w:w="3065" w:type="dxa"/>
            <w:vAlign w:val="center"/>
          </w:tcPr>
          <w:p w14:paraId="5A0445AC" w14:textId="77777777" w:rsidR="0099275C" w:rsidRPr="00C8713A" w:rsidRDefault="0099275C" w:rsidP="00123B9D">
            <w:pPr>
              <w:rPr>
                <w:rFonts w:cs="Times New Roman"/>
                <w:sz w:val="16"/>
                <w:szCs w:val="16"/>
              </w:rPr>
            </w:pPr>
            <w:r w:rsidRPr="00C8713A">
              <w:rPr>
                <w:rFonts w:cs="Times New Roman"/>
                <w:sz w:val="16"/>
                <w:szCs w:val="16"/>
              </w:rPr>
              <w:t>Hf0.25Ti1V0.5Zr0.5</w:t>
            </w:r>
          </w:p>
        </w:tc>
        <w:tc>
          <w:tcPr>
            <w:tcW w:w="814" w:type="dxa"/>
            <w:vAlign w:val="center"/>
          </w:tcPr>
          <w:p w14:paraId="70F1C30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5D2F04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859AC6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33739D0"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8B1D753" w14:textId="77777777" w:rsidR="0099275C" w:rsidRPr="00C8713A" w:rsidRDefault="0099275C" w:rsidP="00123B9D">
            <w:pPr>
              <w:rPr>
                <w:rFonts w:cs="Times New Roman"/>
                <w:sz w:val="16"/>
                <w:szCs w:val="16"/>
              </w:rPr>
            </w:pPr>
            <w:r w:rsidRPr="00C8713A">
              <w:rPr>
                <w:rFonts w:cs="Times New Roman"/>
                <w:sz w:val="16"/>
                <w:szCs w:val="16"/>
              </w:rPr>
              <w:t>1160.0</w:t>
            </w:r>
          </w:p>
        </w:tc>
      </w:tr>
      <w:tr w:rsidR="0099275C" w:rsidRPr="00C8713A" w14:paraId="49091216" w14:textId="77777777" w:rsidTr="00123B9D">
        <w:tc>
          <w:tcPr>
            <w:tcW w:w="3065" w:type="dxa"/>
            <w:vAlign w:val="center"/>
          </w:tcPr>
          <w:p w14:paraId="5C057C69" w14:textId="77777777" w:rsidR="0099275C" w:rsidRPr="00C8713A" w:rsidRDefault="0099275C" w:rsidP="00123B9D">
            <w:pPr>
              <w:rPr>
                <w:rFonts w:cs="Times New Roman"/>
                <w:sz w:val="16"/>
                <w:szCs w:val="16"/>
              </w:rPr>
            </w:pPr>
            <w:r w:rsidRPr="00C8713A">
              <w:rPr>
                <w:rFonts w:cs="Times New Roman"/>
                <w:sz w:val="16"/>
                <w:szCs w:val="16"/>
              </w:rPr>
              <w:t>Hf0.25Ti1V0.5Zr0.5</w:t>
            </w:r>
          </w:p>
        </w:tc>
        <w:tc>
          <w:tcPr>
            <w:tcW w:w="814" w:type="dxa"/>
            <w:vAlign w:val="center"/>
          </w:tcPr>
          <w:p w14:paraId="5982AFC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59DFA6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89CE39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5D4EAD4"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6441BD53" w14:textId="77777777" w:rsidR="0099275C" w:rsidRPr="00C8713A" w:rsidRDefault="0099275C" w:rsidP="00123B9D">
            <w:pPr>
              <w:rPr>
                <w:rFonts w:cs="Times New Roman"/>
                <w:sz w:val="16"/>
                <w:szCs w:val="16"/>
              </w:rPr>
            </w:pPr>
            <w:r w:rsidRPr="00C8713A">
              <w:rPr>
                <w:rFonts w:cs="Times New Roman"/>
                <w:sz w:val="16"/>
                <w:szCs w:val="16"/>
              </w:rPr>
              <w:t>405.0</w:t>
            </w:r>
          </w:p>
        </w:tc>
      </w:tr>
      <w:tr w:rsidR="0099275C" w:rsidRPr="00C8713A" w14:paraId="7611D154" w14:textId="77777777" w:rsidTr="00123B9D">
        <w:tc>
          <w:tcPr>
            <w:tcW w:w="3065" w:type="dxa"/>
            <w:vAlign w:val="center"/>
          </w:tcPr>
          <w:p w14:paraId="7C07B646" w14:textId="77777777" w:rsidR="0099275C" w:rsidRPr="00C8713A" w:rsidRDefault="0099275C" w:rsidP="00123B9D">
            <w:pPr>
              <w:rPr>
                <w:rFonts w:cs="Times New Roman"/>
                <w:sz w:val="16"/>
                <w:szCs w:val="16"/>
              </w:rPr>
            </w:pPr>
            <w:r w:rsidRPr="00C8713A">
              <w:rPr>
                <w:rFonts w:cs="Times New Roman"/>
                <w:sz w:val="16"/>
                <w:szCs w:val="16"/>
              </w:rPr>
              <w:t>Hf0.25Ti1V0.5Zr0.5</w:t>
            </w:r>
          </w:p>
        </w:tc>
        <w:tc>
          <w:tcPr>
            <w:tcW w:w="814" w:type="dxa"/>
            <w:vAlign w:val="center"/>
          </w:tcPr>
          <w:p w14:paraId="4EE884E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9406EB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7E40433"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181E854"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3FBAA326" w14:textId="77777777" w:rsidR="0099275C" w:rsidRPr="00C8713A" w:rsidRDefault="0099275C" w:rsidP="00123B9D">
            <w:pPr>
              <w:rPr>
                <w:rFonts w:cs="Times New Roman"/>
                <w:sz w:val="16"/>
                <w:szCs w:val="16"/>
              </w:rPr>
            </w:pPr>
            <w:r w:rsidRPr="00C8713A">
              <w:rPr>
                <w:rFonts w:cs="Times New Roman"/>
                <w:sz w:val="16"/>
                <w:szCs w:val="16"/>
              </w:rPr>
              <w:t>85.0</w:t>
            </w:r>
          </w:p>
        </w:tc>
      </w:tr>
      <w:tr w:rsidR="0099275C" w:rsidRPr="00C8713A" w14:paraId="4CC2FAAF" w14:textId="77777777" w:rsidTr="00123B9D">
        <w:tc>
          <w:tcPr>
            <w:tcW w:w="3065" w:type="dxa"/>
            <w:vAlign w:val="center"/>
          </w:tcPr>
          <w:p w14:paraId="24986C44" w14:textId="77777777" w:rsidR="0099275C" w:rsidRPr="00C8713A" w:rsidRDefault="0099275C" w:rsidP="00123B9D">
            <w:pPr>
              <w:rPr>
                <w:rFonts w:cs="Times New Roman"/>
                <w:sz w:val="16"/>
                <w:szCs w:val="16"/>
              </w:rPr>
            </w:pPr>
            <w:r w:rsidRPr="00C8713A">
              <w:rPr>
                <w:rFonts w:cs="Times New Roman"/>
                <w:sz w:val="16"/>
                <w:szCs w:val="16"/>
              </w:rPr>
              <w:t>Hf0.26Nb1Ta1Ti0.578Zr0.416</w:t>
            </w:r>
          </w:p>
        </w:tc>
        <w:tc>
          <w:tcPr>
            <w:tcW w:w="814" w:type="dxa"/>
            <w:vAlign w:val="center"/>
          </w:tcPr>
          <w:p w14:paraId="067E442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509184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8F65283"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CC82DD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692E760" w14:textId="77777777" w:rsidR="0099275C" w:rsidRPr="00C8713A" w:rsidRDefault="0099275C" w:rsidP="00123B9D">
            <w:pPr>
              <w:rPr>
                <w:rFonts w:cs="Times New Roman"/>
                <w:sz w:val="16"/>
                <w:szCs w:val="16"/>
              </w:rPr>
            </w:pPr>
            <w:r w:rsidRPr="00C8713A">
              <w:rPr>
                <w:rFonts w:cs="Times New Roman"/>
                <w:sz w:val="16"/>
                <w:szCs w:val="16"/>
              </w:rPr>
              <w:t>845.0</w:t>
            </w:r>
          </w:p>
        </w:tc>
      </w:tr>
      <w:tr w:rsidR="0099275C" w:rsidRPr="00C8713A" w14:paraId="39FC3AE8" w14:textId="77777777" w:rsidTr="00123B9D">
        <w:tc>
          <w:tcPr>
            <w:tcW w:w="3065" w:type="dxa"/>
            <w:vAlign w:val="center"/>
          </w:tcPr>
          <w:p w14:paraId="6F17D6E0" w14:textId="77777777" w:rsidR="0099275C" w:rsidRPr="00C8713A" w:rsidRDefault="0099275C" w:rsidP="00123B9D">
            <w:pPr>
              <w:rPr>
                <w:rFonts w:cs="Times New Roman"/>
                <w:sz w:val="16"/>
                <w:szCs w:val="16"/>
              </w:rPr>
            </w:pPr>
            <w:r w:rsidRPr="00C8713A">
              <w:rPr>
                <w:rFonts w:cs="Times New Roman"/>
                <w:sz w:val="16"/>
                <w:szCs w:val="16"/>
              </w:rPr>
              <w:t>Hf0.26Nb1Ta1Ti0.578Zr0.416</w:t>
            </w:r>
          </w:p>
        </w:tc>
        <w:tc>
          <w:tcPr>
            <w:tcW w:w="814" w:type="dxa"/>
            <w:vAlign w:val="center"/>
          </w:tcPr>
          <w:p w14:paraId="009B3E4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EB0B04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B68BF5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C81161E" w14:textId="77777777" w:rsidR="0099275C" w:rsidRPr="00C8713A" w:rsidRDefault="0099275C" w:rsidP="00123B9D">
            <w:pPr>
              <w:rPr>
                <w:rFonts w:cs="Times New Roman"/>
                <w:sz w:val="16"/>
                <w:szCs w:val="16"/>
              </w:rPr>
            </w:pPr>
            <w:r w:rsidRPr="00C8713A">
              <w:rPr>
                <w:rFonts w:cs="Times New Roman"/>
                <w:sz w:val="16"/>
                <w:szCs w:val="16"/>
              </w:rPr>
              <w:t>60.0</w:t>
            </w:r>
          </w:p>
        </w:tc>
        <w:tc>
          <w:tcPr>
            <w:tcW w:w="1616" w:type="dxa"/>
            <w:vAlign w:val="center"/>
          </w:tcPr>
          <w:p w14:paraId="3F3A4880" w14:textId="77777777" w:rsidR="0099275C" w:rsidRPr="00C8713A" w:rsidRDefault="0099275C" w:rsidP="00123B9D">
            <w:pPr>
              <w:rPr>
                <w:rFonts w:cs="Times New Roman"/>
                <w:sz w:val="16"/>
                <w:szCs w:val="16"/>
              </w:rPr>
            </w:pPr>
            <w:r w:rsidRPr="00C8713A">
              <w:rPr>
                <w:rFonts w:cs="Times New Roman"/>
                <w:sz w:val="16"/>
                <w:szCs w:val="16"/>
              </w:rPr>
              <w:t>795.0</w:t>
            </w:r>
          </w:p>
        </w:tc>
      </w:tr>
      <w:tr w:rsidR="0099275C" w:rsidRPr="00C8713A" w14:paraId="60B01B92" w14:textId="77777777" w:rsidTr="00123B9D">
        <w:tc>
          <w:tcPr>
            <w:tcW w:w="3065" w:type="dxa"/>
            <w:vAlign w:val="center"/>
          </w:tcPr>
          <w:p w14:paraId="1C6C990B" w14:textId="77777777" w:rsidR="0099275C" w:rsidRPr="00C8713A" w:rsidRDefault="0099275C" w:rsidP="00123B9D">
            <w:pPr>
              <w:rPr>
                <w:rFonts w:cs="Times New Roman"/>
                <w:sz w:val="16"/>
                <w:szCs w:val="16"/>
              </w:rPr>
            </w:pPr>
            <w:r w:rsidRPr="00C8713A">
              <w:rPr>
                <w:rFonts w:cs="Times New Roman"/>
                <w:sz w:val="16"/>
                <w:szCs w:val="16"/>
              </w:rPr>
              <w:t>Hf0.26Nb1Ta1Ti0.578Zr0.416</w:t>
            </w:r>
          </w:p>
        </w:tc>
        <w:tc>
          <w:tcPr>
            <w:tcW w:w="814" w:type="dxa"/>
            <w:vAlign w:val="center"/>
          </w:tcPr>
          <w:p w14:paraId="0D380EC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A9B51E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3A165C0"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1C9735C" w14:textId="77777777" w:rsidR="0099275C" w:rsidRPr="00C8713A" w:rsidRDefault="0099275C" w:rsidP="00123B9D">
            <w:pPr>
              <w:rPr>
                <w:rFonts w:cs="Times New Roman"/>
                <w:sz w:val="16"/>
                <w:szCs w:val="16"/>
              </w:rPr>
            </w:pPr>
            <w:r w:rsidRPr="00C8713A">
              <w:rPr>
                <w:rFonts w:cs="Times New Roman"/>
                <w:sz w:val="16"/>
                <w:szCs w:val="16"/>
              </w:rPr>
              <w:t>100.0</w:t>
            </w:r>
          </w:p>
        </w:tc>
        <w:tc>
          <w:tcPr>
            <w:tcW w:w="1616" w:type="dxa"/>
            <w:vAlign w:val="center"/>
          </w:tcPr>
          <w:p w14:paraId="785B4698" w14:textId="77777777" w:rsidR="0099275C" w:rsidRPr="00C8713A" w:rsidRDefault="0099275C" w:rsidP="00123B9D">
            <w:pPr>
              <w:rPr>
                <w:rFonts w:cs="Times New Roman"/>
                <w:sz w:val="16"/>
                <w:szCs w:val="16"/>
              </w:rPr>
            </w:pPr>
            <w:r w:rsidRPr="00C8713A">
              <w:rPr>
                <w:rFonts w:cs="Times New Roman"/>
                <w:sz w:val="16"/>
                <w:szCs w:val="16"/>
              </w:rPr>
              <w:t>765.0</w:t>
            </w:r>
          </w:p>
        </w:tc>
      </w:tr>
      <w:tr w:rsidR="0099275C" w:rsidRPr="00C8713A" w14:paraId="78EA5940" w14:textId="77777777" w:rsidTr="00123B9D">
        <w:tc>
          <w:tcPr>
            <w:tcW w:w="3065" w:type="dxa"/>
            <w:vAlign w:val="center"/>
          </w:tcPr>
          <w:p w14:paraId="5F1E8EAC" w14:textId="77777777" w:rsidR="0099275C" w:rsidRPr="00C8713A" w:rsidRDefault="0099275C" w:rsidP="00123B9D">
            <w:pPr>
              <w:rPr>
                <w:rFonts w:cs="Times New Roman"/>
                <w:sz w:val="16"/>
                <w:szCs w:val="16"/>
              </w:rPr>
            </w:pPr>
            <w:r w:rsidRPr="00C8713A">
              <w:rPr>
                <w:rFonts w:cs="Times New Roman"/>
                <w:sz w:val="16"/>
                <w:szCs w:val="16"/>
              </w:rPr>
              <w:t>Hf0.26Nb1Ta1Ti0.578Zr0.416</w:t>
            </w:r>
          </w:p>
        </w:tc>
        <w:tc>
          <w:tcPr>
            <w:tcW w:w="814" w:type="dxa"/>
            <w:vAlign w:val="center"/>
          </w:tcPr>
          <w:p w14:paraId="3254462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613648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104C1FA"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E923E00"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4B619051" w14:textId="77777777" w:rsidR="0099275C" w:rsidRPr="00C8713A" w:rsidRDefault="0099275C" w:rsidP="00123B9D">
            <w:pPr>
              <w:rPr>
                <w:rFonts w:cs="Times New Roman"/>
                <w:sz w:val="16"/>
                <w:szCs w:val="16"/>
              </w:rPr>
            </w:pPr>
            <w:r w:rsidRPr="00C8713A">
              <w:rPr>
                <w:rFonts w:cs="Times New Roman"/>
                <w:sz w:val="16"/>
                <w:szCs w:val="16"/>
              </w:rPr>
              <w:t>650.0</w:t>
            </w:r>
          </w:p>
        </w:tc>
      </w:tr>
      <w:tr w:rsidR="0099275C" w:rsidRPr="00C8713A" w14:paraId="13991992" w14:textId="77777777" w:rsidTr="00123B9D">
        <w:tc>
          <w:tcPr>
            <w:tcW w:w="3065" w:type="dxa"/>
            <w:vAlign w:val="center"/>
          </w:tcPr>
          <w:p w14:paraId="516EE6AF" w14:textId="77777777" w:rsidR="0099275C" w:rsidRPr="00C8713A" w:rsidRDefault="0099275C" w:rsidP="00123B9D">
            <w:pPr>
              <w:rPr>
                <w:rFonts w:cs="Times New Roman"/>
                <w:sz w:val="16"/>
                <w:szCs w:val="16"/>
              </w:rPr>
            </w:pPr>
            <w:r w:rsidRPr="00C8713A">
              <w:rPr>
                <w:rFonts w:cs="Times New Roman"/>
                <w:sz w:val="16"/>
                <w:szCs w:val="16"/>
              </w:rPr>
              <w:t>Hf0.26Nb1Ta1Ti0.578Zr0.416</w:t>
            </w:r>
          </w:p>
        </w:tc>
        <w:tc>
          <w:tcPr>
            <w:tcW w:w="814" w:type="dxa"/>
            <w:vAlign w:val="center"/>
          </w:tcPr>
          <w:p w14:paraId="269499E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DE1BE1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8472E0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DBDDE64" w14:textId="77777777" w:rsidR="0099275C" w:rsidRPr="00C8713A" w:rsidRDefault="0099275C" w:rsidP="00123B9D">
            <w:pPr>
              <w:rPr>
                <w:rFonts w:cs="Times New Roman"/>
                <w:sz w:val="16"/>
                <w:szCs w:val="16"/>
              </w:rPr>
            </w:pPr>
            <w:r w:rsidRPr="00C8713A">
              <w:rPr>
                <w:rFonts w:cs="Times New Roman"/>
                <w:sz w:val="16"/>
                <w:szCs w:val="16"/>
              </w:rPr>
              <w:t>300.0</w:t>
            </w:r>
          </w:p>
        </w:tc>
        <w:tc>
          <w:tcPr>
            <w:tcW w:w="1616" w:type="dxa"/>
            <w:vAlign w:val="center"/>
          </w:tcPr>
          <w:p w14:paraId="28099B57" w14:textId="77777777" w:rsidR="0099275C" w:rsidRPr="00C8713A" w:rsidRDefault="0099275C" w:rsidP="00123B9D">
            <w:pPr>
              <w:rPr>
                <w:rFonts w:cs="Times New Roman"/>
                <w:sz w:val="16"/>
                <w:szCs w:val="16"/>
              </w:rPr>
            </w:pPr>
            <w:r w:rsidRPr="00C8713A">
              <w:rPr>
                <w:rFonts w:cs="Times New Roman"/>
                <w:sz w:val="16"/>
                <w:szCs w:val="16"/>
              </w:rPr>
              <w:t>590.0</w:t>
            </w:r>
          </w:p>
        </w:tc>
      </w:tr>
      <w:tr w:rsidR="0099275C" w:rsidRPr="00C8713A" w14:paraId="655F13A7" w14:textId="77777777" w:rsidTr="00123B9D">
        <w:tc>
          <w:tcPr>
            <w:tcW w:w="3065" w:type="dxa"/>
            <w:vAlign w:val="center"/>
          </w:tcPr>
          <w:p w14:paraId="7376BC05" w14:textId="77777777" w:rsidR="0099275C" w:rsidRPr="00C8713A" w:rsidRDefault="0099275C" w:rsidP="00123B9D">
            <w:pPr>
              <w:rPr>
                <w:rFonts w:cs="Times New Roman"/>
                <w:sz w:val="16"/>
                <w:szCs w:val="16"/>
              </w:rPr>
            </w:pPr>
            <w:r w:rsidRPr="00C8713A">
              <w:rPr>
                <w:rFonts w:cs="Times New Roman"/>
                <w:sz w:val="16"/>
                <w:szCs w:val="16"/>
              </w:rPr>
              <w:t>Hf0.4Nb1.54Ta1.54Ti0.89Zr0.64</w:t>
            </w:r>
          </w:p>
        </w:tc>
        <w:tc>
          <w:tcPr>
            <w:tcW w:w="814" w:type="dxa"/>
            <w:vAlign w:val="center"/>
          </w:tcPr>
          <w:p w14:paraId="2D17FEA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C92449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25DED2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85F057F" w14:textId="77777777" w:rsidR="0099275C" w:rsidRPr="00C8713A" w:rsidRDefault="0099275C" w:rsidP="00123B9D">
            <w:pPr>
              <w:rPr>
                <w:rFonts w:cs="Times New Roman"/>
                <w:sz w:val="16"/>
                <w:szCs w:val="16"/>
              </w:rPr>
            </w:pPr>
            <w:r w:rsidRPr="00C8713A">
              <w:rPr>
                <w:rFonts w:cs="Times New Roman"/>
                <w:sz w:val="16"/>
                <w:szCs w:val="16"/>
              </w:rPr>
              <w:t>20.0</w:t>
            </w:r>
          </w:p>
        </w:tc>
        <w:tc>
          <w:tcPr>
            <w:tcW w:w="1616" w:type="dxa"/>
            <w:vAlign w:val="center"/>
          </w:tcPr>
          <w:p w14:paraId="0062B24E" w14:textId="77777777" w:rsidR="0099275C" w:rsidRPr="00C8713A" w:rsidRDefault="0099275C" w:rsidP="00123B9D">
            <w:pPr>
              <w:rPr>
                <w:rFonts w:cs="Times New Roman"/>
                <w:sz w:val="16"/>
                <w:szCs w:val="16"/>
              </w:rPr>
            </w:pPr>
            <w:r w:rsidRPr="00C8713A">
              <w:rPr>
                <w:rFonts w:cs="Times New Roman"/>
                <w:sz w:val="16"/>
                <w:szCs w:val="16"/>
              </w:rPr>
              <w:t>822.0</w:t>
            </w:r>
          </w:p>
        </w:tc>
      </w:tr>
      <w:tr w:rsidR="0099275C" w:rsidRPr="00C8713A" w14:paraId="63785D81" w14:textId="77777777" w:rsidTr="00123B9D">
        <w:tc>
          <w:tcPr>
            <w:tcW w:w="3065" w:type="dxa"/>
            <w:vAlign w:val="center"/>
          </w:tcPr>
          <w:p w14:paraId="0B81EC27" w14:textId="77777777" w:rsidR="0099275C" w:rsidRPr="00C8713A" w:rsidRDefault="0099275C" w:rsidP="00123B9D">
            <w:pPr>
              <w:rPr>
                <w:rFonts w:cs="Times New Roman"/>
                <w:sz w:val="16"/>
                <w:szCs w:val="16"/>
              </w:rPr>
            </w:pPr>
            <w:r w:rsidRPr="00C8713A">
              <w:rPr>
                <w:rFonts w:cs="Times New Roman"/>
                <w:sz w:val="16"/>
                <w:szCs w:val="16"/>
              </w:rPr>
              <w:t>Hf0.4Nb1.54Ta1.54Ti0.89Zr0.64</w:t>
            </w:r>
          </w:p>
        </w:tc>
        <w:tc>
          <w:tcPr>
            <w:tcW w:w="814" w:type="dxa"/>
            <w:vAlign w:val="center"/>
          </w:tcPr>
          <w:p w14:paraId="124D470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9AB57A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D4E4F4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0450833" w14:textId="77777777" w:rsidR="0099275C" w:rsidRPr="00C8713A" w:rsidRDefault="0099275C" w:rsidP="00123B9D">
            <w:pPr>
              <w:rPr>
                <w:rFonts w:cs="Times New Roman"/>
                <w:sz w:val="16"/>
                <w:szCs w:val="16"/>
              </w:rPr>
            </w:pPr>
            <w:r w:rsidRPr="00C8713A">
              <w:rPr>
                <w:rFonts w:cs="Times New Roman"/>
                <w:sz w:val="16"/>
                <w:szCs w:val="16"/>
              </w:rPr>
              <w:t>60.0</w:t>
            </w:r>
          </w:p>
        </w:tc>
        <w:tc>
          <w:tcPr>
            <w:tcW w:w="1616" w:type="dxa"/>
            <w:vAlign w:val="center"/>
          </w:tcPr>
          <w:p w14:paraId="33587474" w14:textId="77777777" w:rsidR="0099275C" w:rsidRPr="00C8713A" w:rsidRDefault="0099275C" w:rsidP="00123B9D">
            <w:pPr>
              <w:rPr>
                <w:rFonts w:cs="Times New Roman"/>
                <w:sz w:val="16"/>
                <w:szCs w:val="16"/>
              </w:rPr>
            </w:pPr>
            <w:r w:rsidRPr="00C8713A">
              <w:rPr>
                <w:rFonts w:cs="Times New Roman"/>
                <w:sz w:val="16"/>
                <w:szCs w:val="16"/>
              </w:rPr>
              <w:t>795.0</w:t>
            </w:r>
          </w:p>
        </w:tc>
      </w:tr>
      <w:tr w:rsidR="0099275C" w:rsidRPr="00C8713A" w14:paraId="2BEC177B" w14:textId="77777777" w:rsidTr="00123B9D">
        <w:tc>
          <w:tcPr>
            <w:tcW w:w="3065" w:type="dxa"/>
            <w:vAlign w:val="center"/>
          </w:tcPr>
          <w:p w14:paraId="1BA81620" w14:textId="77777777" w:rsidR="0099275C" w:rsidRPr="00C8713A" w:rsidRDefault="0099275C" w:rsidP="00123B9D">
            <w:pPr>
              <w:rPr>
                <w:rFonts w:cs="Times New Roman"/>
                <w:sz w:val="16"/>
                <w:szCs w:val="16"/>
              </w:rPr>
            </w:pPr>
            <w:r w:rsidRPr="00C8713A">
              <w:rPr>
                <w:rFonts w:cs="Times New Roman"/>
                <w:sz w:val="16"/>
                <w:szCs w:val="16"/>
              </w:rPr>
              <w:t>Hf0.4Nb1.54Ta1.54Ti0.89Zr0.64</w:t>
            </w:r>
          </w:p>
        </w:tc>
        <w:tc>
          <w:tcPr>
            <w:tcW w:w="814" w:type="dxa"/>
            <w:vAlign w:val="center"/>
          </w:tcPr>
          <w:p w14:paraId="1A65918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58DDCD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E5CE470"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CB48476" w14:textId="77777777" w:rsidR="0099275C" w:rsidRPr="00C8713A" w:rsidRDefault="0099275C" w:rsidP="00123B9D">
            <w:pPr>
              <w:rPr>
                <w:rFonts w:cs="Times New Roman"/>
                <w:sz w:val="16"/>
                <w:szCs w:val="16"/>
              </w:rPr>
            </w:pPr>
            <w:r w:rsidRPr="00C8713A">
              <w:rPr>
                <w:rFonts w:cs="Times New Roman"/>
                <w:sz w:val="16"/>
                <w:szCs w:val="16"/>
              </w:rPr>
              <w:t>100.0</w:t>
            </w:r>
          </w:p>
        </w:tc>
        <w:tc>
          <w:tcPr>
            <w:tcW w:w="1616" w:type="dxa"/>
            <w:vAlign w:val="center"/>
          </w:tcPr>
          <w:p w14:paraId="344A92BC" w14:textId="77777777" w:rsidR="0099275C" w:rsidRPr="00C8713A" w:rsidRDefault="0099275C" w:rsidP="00123B9D">
            <w:pPr>
              <w:rPr>
                <w:rFonts w:cs="Times New Roman"/>
                <w:sz w:val="16"/>
                <w:szCs w:val="16"/>
              </w:rPr>
            </w:pPr>
            <w:r w:rsidRPr="00C8713A">
              <w:rPr>
                <w:rFonts w:cs="Times New Roman"/>
                <w:sz w:val="16"/>
                <w:szCs w:val="16"/>
              </w:rPr>
              <w:t>765.0</w:t>
            </w:r>
          </w:p>
        </w:tc>
      </w:tr>
      <w:tr w:rsidR="0099275C" w:rsidRPr="00C8713A" w14:paraId="35C87FD1" w14:textId="77777777" w:rsidTr="00123B9D">
        <w:tc>
          <w:tcPr>
            <w:tcW w:w="3065" w:type="dxa"/>
            <w:vAlign w:val="center"/>
          </w:tcPr>
          <w:p w14:paraId="1B4D93B7" w14:textId="77777777" w:rsidR="0099275C" w:rsidRPr="00C8713A" w:rsidRDefault="0099275C" w:rsidP="00123B9D">
            <w:pPr>
              <w:rPr>
                <w:rFonts w:cs="Times New Roman"/>
                <w:sz w:val="16"/>
                <w:szCs w:val="16"/>
              </w:rPr>
            </w:pPr>
            <w:r w:rsidRPr="00C8713A">
              <w:rPr>
                <w:rFonts w:cs="Times New Roman"/>
                <w:sz w:val="16"/>
                <w:szCs w:val="16"/>
              </w:rPr>
              <w:t>Hf0.4Nb1.54Ta1.54Ti0.89Zr0.64</w:t>
            </w:r>
          </w:p>
        </w:tc>
        <w:tc>
          <w:tcPr>
            <w:tcW w:w="814" w:type="dxa"/>
            <w:vAlign w:val="center"/>
          </w:tcPr>
          <w:p w14:paraId="0A2898A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274982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DFE026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4B0363C"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271D9ACD" w14:textId="77777777" w:rsidR="0099275C" w:rsidRPr="00C8713A" w:rsidRDefault="0099275C" w:rsidP="00123B9D">
            <w:pPr>
              <w:rPr>
                <w:rFonts w:cs="Times New Roman"/>
                <w:sz w:val="16"/>
                <w:szCs w:val="16"/>
              </w:rPr>
            </w:pPr>
            <w:r w:rsidRPr="00C8713A">
              <w:rPr>
                <w:rFonts w:cs="Times New Roman"/>
                <w:sz w:val="16"/>
                <w:szCs w:val="16"/>
              </w:rPr>
              <w:t>650.0</w:t>
            </w:r>
          </w:p>
        </w:tc>
      </w:tr>
      <w:tr w:rsidR="0099275C" w:rsidRPr="00C8713A" w14:paraId="048B3096" w14:textId="77777777" w:rsidTr="00123B9D">
        <w:tc>
          <w:tcPr>
            <w:tcW w:w="3065" w:type="dxa"/>
            <w:vAlign w:val="center"/>
          </w:tcPr>
          <w:p w14:paraId="67DC4A7E" w14:textId="77777777" w:rsidR="0099275C" w:rsidRPr="00C8713A" w:rsidRDefault="0099275C" w:rsidP="00123B9D">
            <w:pPr>
              <w:rPr>
                <w:rFonts w:cs="Times New Roman"/>
                <w:sz w:val="16"/>
                <w:szCs w:val="16"/>
              </w:rPr>
            </w:pPr>
            <w:r w:rsidRPr="00C8713A">
              <w:rPr>
                <w:rFonts w:cs="Times New Roman"/>
                <w:sz w:val="16"/>
                <w:szCs w:val="16"/>
              </w:rPr>
              <w:t>Hf0.4Nb1.54Ta1.54Ti0.89Zr0.64</w:t>
            </w:r>
          </w:p>
        </w:tc>
        <w:tc>
          <w:tcPr>
            <w:tcW w:w="814" w:type="dxa"/>
            <w:vAlign w:val="center"/>
          </w:tcPr>
          <w:p w14:paraId="0922AE4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283850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A9209D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F9184AF" w14:textId="77777777" w:rsidR="0099275C" w:rsidRPr="00C8713A" w:rsidRDefault="0099275C" w:rsidP="00123B9D">
            <w:pPr>
              <w:rPr>
                <w:rFonts w:cs="Times New Roman"/>
                <w:sz w:val="16"/>
                <w:szCs w:val="16"/>
              </w:rPr>
            </w:pPr>
            <w:r w:rsidRPr="00C8713A">
              <w:rPr>
                <w:rFonts w:cs="Times New Roman"/>
                <w:sz w:val="16"/>
                <w:szCs w:val="16"/>
              </w:rPr>
              <w:t>300.0</w:t>
            </w:r>
          </w:p>
        </w:tc>
        <w:tc>
          <w:tcPr>
            <w:tcW w:w="1616" w:type="dxa"/>
            <w:vAlign w:val="center"/>
          </w:tcPr>
          <w:p w14:paraId="7C9BEACA" w14:textId="77777777" w:rsidR="0099275C" w:rsidRPr="00C8713A" w:rsidRDefault="0099275C" w:rsidP="00123B9D">
            <w:pPr>
              <w:rPr>
                <w:rFonts w:cs="Times New Roman"/>
                <w:sz w:val="16"/>
                <w:szCs w:val="16"/>
              </w:rPr>
            </w:pPr>
            <w:r w:rsidRPr="00C8713A">
              <w:rPr>
                <w:rFonts w:cs="Times New Roman"/>
                <w:sz w:val="16"/>
                <w:szCs w:val="16"/>
              </w:rPr>
              <w:t>590.0</w:t>
            </w:r>
          </w:p>
        </w:tc>
      </w:tr>
      <w:tr w:rsidR="0099275C" w:rsidRPr="00C8713A" w14:paraId="0EE9A60F" w14:textId="77777777" w:rsidTr="00123B9D">
        <w:tc>
          <w:tcPr>
            <w:tcW w:w="3065" w:type="dxa"/>
            <w:vAlign w:val="center"/>
          </w:tcPr>
          <w:p w14:paraId="6AD39EDD" w14:textId="77777777" w:rsidR="0099275C" w:rsidRPr="00C8713A" w:rsidRDefault="0099275C" w:rsidP="00123B9D">
            <w:pPr>
              <w:rPr>
                <w:rFonts w:cs="Times New Roman"/>
                <w:sz w:val="16"/>
                <w:szCs w:val="16"/>
              </w:rPr>
            </w:pPr>
            <w:r w:rsidRPr="00C8713A">
              <w:rPr>
                <w:rFonts w:cs="Times New Roman"/>
                <w:sz w:val="16"/>
                <w:szCs w:val="16"/>
              </w:rPr>
              <w:t>Hf0.5Mo0.5Nb1Ti1Zr1</w:t>
            </w:r>
          </w:p>
        </w:tc>
        <w:tc>
          <w:tcPr>
            <w:tcW w:w="814" w:type="dxa"/>
            <w:vAlign w:val="center"/>
          </w:tcPr>
          <w:p w14:paraId="5382833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0F0A36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ABA939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2BDFA61"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D3B16E1" w14:textId="77777777" w:rsidR="0099275C" w:rsidRPr="00C8713A" w:rsidRDefault="0099275C" w:rsidP="00123B9D">
            <w:pPr>
              <w:rPr>
                <w:rFonts w:cs="Times New Roman"/>
                <w:sz w:val="16"/>
                <w:szCs w:val="16"/>
              </w:rPr>
            </w:pPr>
            <w:r w:rsidRPr="00C8713A">
              <w:rPr>
                <w:rFonts w:cs="Times New Roman"/>
                <w:sz w:val="16"/>
                <w:szCs w:val="16"/>
              </w:rPr>
              <w:t>1176.0</w:t>
            </w:r>
          </w:p>
        </w:tc>
      </w:tr>
      <w:tr w:rsidR="0099275C" w:rsidRPr="00C8713A" w14:paraId="15DB05A3" w14:textId="77777777" w:rsidTr="00123B9D">
        <w:tc>
          <w:tcPr>
            <w:tcW w:w="3065" w:type="dxa"/>
            <w:vAlign w:val="center"/>
          </w:tcPr>
          <w:p w14:paraId="34944BB7" w14:textId="77777777" w:rsidR="0099275C" w:rsidRPr="00C8713A" w:rsidRDefault="0099275C" w:rsidP="00123B9D">
            <w:pPr>
              <w:rPr>
                <w:rFonts w:cs="Times New Roman"/>
                <w:sz w:val="16"/>
                <w:szCs w:val="16"/>
              </w:rPr>
            </w:pPr>
            <w:r w:rsidRPr="00C8713A">
              <w:rPr>
                <w:rFonts w:cs="Times New Roman"/>
                <w:sz w:val="16"/>
                <w:szCs w:val="16"/>
              </w:rPr>
              <w:t>Hf0.5Nb0.5Ta0.5Ti1.5Zr1</w:t>
            </w:r>
          </w:p>
        </w:tc>
        <w:tc>
          <w:tcPr>
            <w:tcW w:w="814" w:type="dxa"/>
            <w:vAlign w:val="center"/>
          </w:tcPr>
          <w:p w14:paraId="3829832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B99103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A0FC56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A15D05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1E5BEF1" w14:textId="77777777" w:rsidR="0099275C" w:rsidRPr="00C8713A" w:rsidRDefault="0099275C" w:rsidP="00123B9D">
            <w:pPr>
              <w:rPr>
                <w:rFonts w:cs="Times New Roman"/>
                <w:sz w:val="16"/>
                <w:szCs w:val="16"/>
              </w:rPr>
            </w:pPr>
            <w:r w:rsidRPr="00C8713A">
              <w:rPr>
                <w:rFonts w:cs="Times New Roman"/>
                <w:sz w:val="16"/>
                <w:szCs w:val="16"/>
              </w:rPr>
              <w:t>903.0</w:t>
            </w:r>
          </w:p>
        </w:tc>
      </w:tr>
      <w:tr w:rsidR="0099275C" w:rsidRPr="00C8713A" w14:paraId="2AE9E04E" w14:textId="77777777" w:rsidTr="00123B9D">
        <w:tc>
          <w:tcPr>
            <w:tcW w:w="3065" w:type="dxa"/>
            <w:vAlign w:val="center"/>
          </w:tcPr>
          <w:p w14:paraId="0E73E8DA" w14:textId="77777777" w:rsidR="0099275C" w:rsidRPr="00C8713A" w:rsidRDefault="0099275C" w:rsidP="00123B9D">
            <w:pPr>
              <w:rPr>
                <w:rFonts w:cs="Times New Roman"/>
                <w:sz w:val="16"/>
                <w:szCs w:val="16"/>
              </w:rPr>
            </w:pPr>
            <w:r w:rsidRPr="00C8713A">
              <w:rPr>
                <w:rFonts w:cs="Times New Roman"/>
                <w:sz w:val="16"/>
                <w:szCs w:val="16"/>
              </w:rPr>
              <w:t>Hf0.5Nb0.667Ta0.333Ti1Zr0.833</w:t>
            </w:r>
          </w:p>
        </w:tc>
        <w:tc>
          <w:tcPr>
            <w:tcW w:w="814" w:type="dxa"/>
            <w:vAlign w:val="center"/>
          </w:tcPr>
          <w:p w14:paraId="0FB8B43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BE72EC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EF94422"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BB791A9" w14:textId="77777777" w:rsidR="0099275C" w:rsidRPr="00C8713A" w:rsidRDefault="0099275C" w:rsidP="00123B9D">
            <w:pPr>
              <w:rPr>
                <w:rFonts w:cs="Times New Roman"/>
                <w:sz w:val="16"/>
                <w:szCs w:val="16"/>
              </w:rPr>
            </w:pPr>
            <w:r w:rsidRPr="00C8713A">
              <w:rPr>
                <w:rFonts w:cs="Times New Roman"/>
                <w:sz w:val="16"/>
                <w:szCs w:val="16"/>
              </w:rPr>
              <w:t>-268.8</w:t>
            </w:r>
          </w:p>
        </w:tc>
        <w:tc>
          <w:tcPr>
            <w:tcW w:w="1616" w:type="dxa"/>
            <w:vAlign w:val="center"/>
          </w:tcPr>
          <w:p w14:paraId="3C5BDAE9" w14:textId="77777777" w:rsidR="0099275C" w:rsidRPr="00C8713A" w:rsidRDefault="0099275C" w:rsidP="00123B9D">
            <w:pPr>
              <w:rPr>
                <w:rFonts w:cs="Times New Roman"/>
                <w:sz w:val="16"/>
                <w:szCs w:val="16"/>
              </w:rPr>
            </w:pPr>
            <w:r w:rsidRPr="00C8713A">
              <w:rPr>
                <w:rFonts w:cs="Times New Roman"/>
                <w:sz w:val="16"/>
                <w:szCs w:val="16"/>
              </w:rPr>
              <w:t>2283.333333333333</w:t>
            </w:r>
          </w:p>
        </w:tc>
      </w:tr>
      <w:tr w:rsidR="0099275C" w:rsidRPr="00C8713A" w14:paraId="6211B856" w14:textId="77777777" w:rsidTr="00123B9D">
        <w:tc>
          <w:tcPr>
            <w:tcW w:w="3065" w:type="dxa"/>
            <w:vAlign w:val="center"/>
          </w:tcPr>
          <w:p w14:paraId="694EEAFF" w14:textId="77777777" w:rsidR="0099275C" w:rsidRPr="00C8713A" w:rsidRDefault="0099275C" w:rsidP="00123B9D">
            <w:pPr>
              <w:rPr>
                <w:rFonts w:cs="Times New Roman"/>
                <w:sz w:val="16"/>
                <w:szCs w:val="16"/>
              </w:rPr>
            </w:pPr>
            <w:r w:rsidRPr="00C8713A">
              <w:rPr>
                <w:rFonts w:cs="Times New Roman"/>
                <w:sz w:val="16"/>
                <w:szCs w:val="16"/>
              </w:rPr>
              <w:t>Hf0.5Nb0.667Ta0.333Ti1Zr0.833</w:t>
            </w:r>
          </w:p>
        </w:tc>
        <w:tc>
          <w:tcPr>
            <w:tcW w:w="814" w:type="dxa"/>
            <w:vAlign w:val="center"/>
          </w:tcPr>
          <w:p w14:paraId="139A309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D47300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F0968B5"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702D97F" w14:textId="77777777" w:rsidR="0099275C" w:rsidRPr="00C8713A" w:rsidRDefault="0099275C" w:rsidP="00123B9D">
            <w:pPr>
              <w:rPr>
                <w:rFonts w:cs="Times New Roman"/>
                <w:sz w:val="16"/>
                <w:szCs w:val="16"/>
              </w:rPr>
            </w:pPr>
            <w:r w:rsidRPr="00C8713A">
              <w:rPr>
                <w:rFonts w:cs="Times New Roman"/>
                <w:sz w:val="16"/>
                <w:szCs w:val="16"/>
              </w:rPr>
              <w:t>-196.0</w:t>
            </w:r>
          </w:p>
        </w:tc>
        <w:tc>
          <w:tcPr>
            <w:tcW w:w="1616" w:type="dxa"/>
            <w:vAlign w:val="center"/>
          </w:tcPr>
          <w:p w14:paraId="035EACA4" w14:textId="77777777" w:rsidR="0099275C" w:rsidRPr="00C8713A" w:rsidRDefault="0099275C" w:rsidP="00123B9D">
            <w:pPr>
              <w:rPr>
                <w:rFonts w:cs="Times New Roman"/>
                <w:sz w:val="16"/>
                <w:szCs w:val="16"/>
              </w:rPr>
            </w:pPr>
            <w:r w:rsidRPr="00C8713A">
              <w:rPr>
                <w:rFonts w:cs="Times New Roman"/>
                <w:sz w:val="16"/>
                <w:szCs w:val="16"/>
              </w:rPr>
              <w:t>1850.0</w:t>
            </w:r>
          </w:p>
        </w:tc>
      </w:tr>
      <w:tr w:rsidR="0099275C" w:rsidRPr="00C8713A" w14:paraId="37D4E78D" w14:textId="77777777" w:rsidTr="00123B9D">
        <w:tc>
          <w:tcPr>
            <w:tcW w:w="3065" w:type="dxa"/>
            <w:vAlign w:val="center"/>
          </w:tcPr>
          <w:p w14:paraId="5CD9B440" w14:textId="77777777" w:rsidR="0099275C" w:rsidRPr="00C8713A" w:rsidRDefault="0099275C" w:rsidP="00123B9D">
            <w:pPr>
              <w:rPr>
                <w:rFonts w:cs="Times New Roman"/>
                <w:sz w:val="16"/>
                <w:szCs w:val="16"/>
              </w:rPr>
            </w:pPr>
            <w:r w:rsidRPr="00C8713A">
              <w:rPr>
                <w:rFonts w:cs="Times New Roman"/>
                <w:sz w:val="16"/>
                <w:szCs w:val="16"/>
              </w:rPr>
              <w:t>Hf0.5Nb0.667Ta0.333Ti1Zr0.833</w:t>
            </w:r>
          </w:p>
        </w:tc>
        <w:tc>
          <w:tcPr>
            <w:tcW w:w="814" w:type="dxa"/>
            <w:vAlign w:val="center"/>
          </w:tcPr>
          <w:p w14:paraId="26E4E28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5D22DE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B36E15C"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63707158" w14:textId="77777777" w:rsidR="0099275C" w:rsidRPr="00C8713A" w:rsidRDefault="0099275C" w:rsidP="00123B9D">
            <w:pPr>
              <w:rPr>
                <w:rFonts w:cs="Times New Roman"/>
                <w:sz w:val="16"/>
                <w:szCs w:val="16"/>
              </w:rPr>
            </w:pPr>
            <w:r w:rsidRPr="00C8713A">
              <w:rPr>
                <w:rFonts w:cs="Times New Roman"/>
                <w:sz w:val="16"/>
                <w:szCs w:val="16"/>
              </w:rPr>
              <w:t>-153.0</w:t>
            </w:r>
          </w:p>
        </w:tc>
        <w:tc>
          <w:tcPr>
            <w:tcW w:w="1616" w:type="dxa"/>
            <w:vAlign w:val="center"/>
          </w:tcPr>
          <w:p w14:paraId="6BB91E86" w14:textId="77777777" w:rsidR="0099275C" w:rsidRPr="00C8713A" w:rsidRDefault="0099275C" w:rsidP="00123B9D">
            <w:pPr>
              <w:rPr>
                <w:rFonts w:cs="Times New Roman"/>
                <w:sz w:val="16"/>
                <w:szCs w:val="16"/>
              </w:rPr>
            </w:pPr>
            <w:r w:rsidRPr="00C8713A">
              <w:rPr>
                <w:rFonts w:cs="Times New Roman"/>
                <w:sz w:val="16"/>
                <w:szCs w:val="16"/>
              </w:rPr>
              <w:t>1520.0</w:t>
            </w:r>
          </w:p>
        </w:tc>
      </w:tr>
      <w:tr w:rsidR="0099275C" w:rsidRPr="00C8713A" w14:paraId="201CF9F1" w14:textId="77777777" w:rsidTr="00123B9D">
        <w:tc>
          <w:tcPr>
            <w:tcW w:w="3065" w:type="dxa"/>
            <w:vAlign w:val="center"/>
          </w:tcPr>
          <w:p w14:paraId="7DC3E336" w14:textId="77777777" w:rsidR="0099275C" w:rsidRPr="00C8713A" w:rsidRDefault="0099275C" w:rsidP="00123B9D">
            <w:pPr>
              <w:rPr>
                <w:rFonts w:cs="Times New Roman"/>
                <w:sz w:val="16"/>
                <w:szCs w:val="16"/>
              </w:rPr>
            </w:pPr>
            <w:r w:rsidRPr="00C8713A">
              <w:rPr>
                <w:rFonts w:cs="Times New Roman"/>
                <w:sz w:val="16"/>
                <w:szCs w:val="16"/>
              </w:rPr>
              <w:t>Hf0.5Nb0.667Ta0.333Ti1Zr0.833</w:t>
            </w:r>
          </w:p>
        </w:tc>
        <w:tc>
          <w:tcPr>
            <w:tcW w:w="814" w:type="dxa"/>
            <w:vAlign w:val="center"/>
          </w:tcPr>
          <w:p w14:paraId="5EF08A6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CFA479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8995235"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6CF399BC" w14:textId="77777777" w:rsidR="0099275C" w:rsidRPr="00C8713A" w:rsidRDefault="0099275C" w:rsidP="00123B9D">
            <w:pPr>
              <w:rPr>
                <w:rFonts w:cs="Times New Roman"/>
                <w:sz w:val="16"/>
                <w:szCs w:val="16"/>
              </w:rPr>
            </w:pPr>
            <w:r w:rsidRPr="00C8713A">
              <w:rPr>
                <w:rFonts w:cs="Times New Roman"/>
                <w:sz w:val="16"/>
                <w:szCs w:val="16"/>
              </w:rPr>
              <w:t>-103.0</w:t>
            </w:r>
          </w:p>
        </w:tc>
        <w:tc>
          <w:tcPr>
            <w:tcW w:w="1616" w:type="dxa"/>
            <w:vAlign w:val="center"/>
          </w:tcPr>
          <w:p w14:paraId="585DC35F" w14:textId="77777777" w:rsidR="0099275C" w:rsidRPr="00C8713A" w:rsidRDefault="0099275C" w:rsidP="00123B9D">
            <w:pPr>
              <w:rPr>
                <w:rFonts w:cs="Times New Roman"/>
                <w:sz w:val="16"/>
                <w:szCs w:val="16"/>
              </w:rPr>
            </w:pPr>
            <w:r w:rsidRPr="00C8713A">
              <w:rPr>
                <w:rFonts w:cs="Times New Roman"/>
                <w:sz w:val="16"/>
                <w:szCs w:val="16"/>
              </w:rPr>
              <w:t>1333.333333333333</w:t>
            </w:r>
          </w:p>
        </w:tc>
      </w:tr>
      <w:tr w:rsidR="0099275C" w:rsidRPr="00C8713A" w14:paraId="42D7E6DF" w14:textId="77777777" w:rsidTr="00123B9D">
        <w:tc>
          <w:tcPr>
            <w:tcW w:w="3065" w:type="dxa"/>
            <w:vAlign w:val="center"/>
          </w:tcPr>
          <w:p w14:paraId="12AD51A5" w14:textId="77777777" w:rsidR="0099275C" w:rsidRPr="00C8713A" w:rsidRDefault="0099275C" w:rsidP="00123B9D">
            <w:pPr>
              <w:rPr>
                <w:rFonts w:cs="Times New Roman"/>
                <w:sz w:val="16"/>
                <w:szCs w:val="16"/>
              </w:rPr>
            </w:pPr>
            <w:r w:rsidRPr="00C8713A">
              <w:rPr>
                <w:rFonts w:cs="Times New Roman"/>
                <w:sz w:val="16"/>
                <w:szCs w:val="16"/>
              </w:rPr>
              <w:t>Hf0.5Nb0.667Ta0.333Ti1Zr0.833</w:t>
            </w:r>
          </w:p>
        </w:tc>
        <w:tc>
          <w:tcPr>
            <w:tcW w:w="814" w:type="dxa"/>
            <w:vAlign w:val="center"/>
          </w:tcPr>
          <w:p w14:paraId="1E21D82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36ED06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D3EA12B"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06B9B19C" w14:textId="77777777" w:rsidR="0099275C" w:rsidRPr="00C8713A" w:rsidRDefault="0099275C" w:rsidP="00123B9D">
            <w:pPr>
              <w:rPr>
                <w:rFonts w:cs="Times New Roman"/>
                <w:sz w:val="16"/>
                <w:szCs w:val="16"/>
              </w:rPr>
            </w:pPr>
            <w:r w:rsidRPr="00C8713A">
              <w:rPr>
                <w:rFonts w:cs="Times New Roman"/>
                <w:sz w:val="16"/>
                <w:szCs w:val="16"/>
              </w:rPr>
              <w:t>-43.0</w:t>
            </w:r>
          </w:p>
        </w:tc>
        <w:tc>
          <w:tcPr>
            <w:tcW w:w="1616" w:type="dxa"/>
            <w:vAlign w:val="center"/>
          </w:tcPr>
          <w:p w14:paraId="1CDF6FFC" w14:textId="77777777" w:rsidR="0099275C" w:rsidRPr="00C8713A" w:rsidRDefault="0099275C" w:rsidP="00123B9D">
            <w:pPr>
              <w:rPr>
                <w:rFonts w:cs="Times New Roman"/>
                <w:sz w:val="16"/>
                <w:szCs w:val="16"/>
              </w:rPr>
            </w:pPr>
            <w:r w:rsidRPr="00C8713A">
              <w:rPr>
                <w:rFonts w:cs="Times New Roman"/>
                <w:sz w:val="16"/>
                <w:szCs w:val="16"/>
              </w:rPr>
              <w:t>1133.333333333333</w:t>
            </w:r>
          </w:p>
        </w:tc>
      </w:tr>
      <w:tr w:rsidR="0099275C" w:rsidRPr="00C8713A" w14:paraId="325D2BD0" w14:textId="77777777" w:rsidTr="00123B9D">
        <w:tc>
          <w:tcPr>
            <w:tcW w:w="3065" w:type="dxa"/>
            <w:vAlign w:val="center"/>
          </w:tcPr>
          <w:p w14:paraId="6FC0C80F" w14:textId="77777777" w:rsidR="0099275C" w:rsidRPr="00C8713A" w:rsidRDefault="0099275C" w:rsidP="00123B9D">
            <w:pPr>
              <w:rPr>
                <w:rFonts w:cs="Times New Roman"/>
                <w:sz w:val="16"/>
                <w:szCs w:val="16"/>
              </w:rPr>
            </w:pPr>
            <w:r w:rsidRPr="00C8713A">
              <w:rPr>
                <w:rFonts w:cs="Times New Roman"/>
                <w:sz w:val="16"/>
                <w:szCs w:val="16"/>
              </w:rPr>
              <w:t>Hf0.5Nb0.667Ta0.333Ti1Zr0.833</w:t>
            </w:r>
          </w:p>
        </w:tc>
        <w:tc>
          <w:tcPr>
            <w:tcW w:w="814" w:type="dxa"/>
            <w:vAlign w:val="center"/>
          </w:tcPr>
          <w:p w14:paraId="51C7D97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AEF7BE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0724C66"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BE9D77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4FBFE71" w14:textId="77777777" w:rsidR="0099275C" w:rsidRPr="00C8713A" w:rsidRDefault="0099275C" w:rsidP="00123B9D">
            <w:pPr>
              <w:rPr>
                <w:rFonts w:cs="Times New Roman"/>
                <w:sz w:val="16"/>
                <w:szCs w:val="16"/>
              </w:rPr>
            </w:pPr>
            <w:r w:rsidRPr="00C8713A">
              <w:rPr>
                <w:rFonts w:cs="Times New Roman"/>
                <w:sz w:val="16"/>
                <w:szCs w:val="16"/>
              </w:rPr>
              <w:t>1046.666666666667</w:t>
            </w:r>
          </w:p>
        </w:tc>
      </w:tr>
      <w:tr w:rsidR="0099275C" w:rsidRPr="00C8713A" w14:paraId="4BAC88B9" w14:textId="77777777" w:rsidTr="00123B9D">
        <w:tc>
          <w:tcPr>
            <w:tcW w:w="3065" w:type="dxa"/>
            <w:vAlign w:val="center"/>
          </w:tcPr>
          <w:p w14:paraId="3B66A095" w14:textId="77777777" w:rsidR="0099275C" w:rsidRPr="00C8713A" w:rsidRDefault="0099275C" w:rsidP="00123B9D">
            <w:pPr>
              <w:rPr>
                <w:rFonts w:cs="Times New Roman"/>
                <w:sz w:val="16"/>
                <w:szCs w:val="16"/>
              </w:rPr>
            </w:pPr>
            <w:r w:rsidRPr="00C8713A">
              <w:rPr>
                <w:rFonts w:cs="Times New Roman"/>
                <w:sz w:val="16"/>
                <w:szCs w:val="16"/>
              </w:rPr>
              <w:t>Hf0.5Nb0.667Ta0.333Ti1Zr0.833</w:t>
            </w:r>
          </w:p>
        </w:tc>
        <w:tc>
          <w:tcPr>
            <w:tcW w:w="814" w:type="dxa"/>
            <w:vAlign w:val="center"/>
          </w:tcPr>
          <w:p w14:paraId="6B2B3BA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49D945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C4FEF6B"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01A0CFCA" w14:textId="77777777" w:rsidR="0099275C" w:rsidRPr="00C8713A" w:rsidRDefault="0099275C" w:rsidP="00123B9D">
            <w:pPr>
              <w:rPr>
                <w:rFonts w:cs="Times New Roman"/>
                <w:sz w:val="16"/>
                <w:szCs w:val="16"/>
              </w:rPr>
            </w:pPr>
            <w:r w:rsidRPr="00C8713A">
              <w:rPr>
                <w:rFonts w:cs="Times New Roman"/>
                <w:sz w:val="16"/>
                <w:szCs w:val="16"/>
              </w:rPr>
              <w:t>72.0</w:t>
            </w:r>
          </w:p>
        </w:tc>
        <w:tc>
          <w:tcPr>
            <w:tcW w:w="1616" w:type="dxa"/>
            <w:vAlign w:val="center"/>
          </w:tcPr>
          <w:p w14:paraId="11502BC9" w14:textId="77777777" w:rsidR="0099275C" w:rsidRPr="00C8713A" w:rsidRDefault="0099275C" w:rsidP="00123B9D">
            <w:pPr>
              <w:rPr>
                <w:rFonts w:cs="Times New Roman"/>
                <w:sz w:val="16"/>
                <w:szCs w:val="16"/>
              </w:rPr>
            </w:pPr>
            <w:r w:rsidRPr="00C8713A">
              <w:rPr>
                <w:rFonts w:cs="Times New Roman"/>
                <w:sz w:val="16"/>
                <w:szCs w:val="16"/>
              </w:rPr>
              <w:t>900.0</w:t>
            </w:r>
          </w:p>
        </w:tc>
      </w:tr>
      <w:tr w:rsidR="0099275C" w:rsidRPr="00C8713A" w14:paraId="6A552A3D" w14:textId="77777777" w:rsidTr="00123B9D">
        <w:tc>
          <w:tcPr>
            <w:tcW w:w="3065" w:type="dxa"/>
            <w:vAlign w:val="center"/>
          </w:tcPr>
          <w:p w14:paraId="35060A38"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43C2E2C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683D83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B0ABEF3"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564C4B9D" w14:textId="77777777" w:rsidR="0099275C" w:rsidRPr="00C8713A" w:rsidRDefault="0099275C" w:rsidP="00123B9D">
            <w:pPr>
              <w:rPr>
                <w:rFonts w:cs="Times New Roman"/>
                <w:sz w:val="16"/>
                <w:szCs w:val="16"/>
              </w:rPr>
            </w:pPr>
            <w:r w:rsidRPr="00C8713A">
              <w:rPr>
                <w:rFonts w:cs="Times New Roman"/>
                <w:sz w:val="16"/>
                <w:szCs w:val="16"/>
              </w:rPr>
              <w:t>-268.8</w:t>
            </w:r>
          </w:p>
        </w:tc>
        <w:tc>
          <w:tcPr>
            <w:tcW w:w="1616" w:type="dxa"/>
            <w:vAlign w:val="center"/>
          </w:tcPr>
          <w:p w14:paraId="47FDAFFC" w14:textId="77777777" w:rsidR="0099275C" w:rsidRPr="00C8713A" w:rsidRDefault="0099275C" w:rsidP="00123B9D">
            <w:pPr>
              <w:rPr>
                <w:rFonts w:cs="Times New Roman"/>
                <w:sz w:val="16"/>
                <w:szCs w:val="16"/>
              </w:rPr>
            </w:pPr>
            <w:r w:rsidRPr="00C8713A">
              <w:rPr>
                <w:rFonts w:cs="Times New Roman"/>
                <w:sz w:val="16"/>
                <w:szCs w:val="16"/>
              </w:rPr>
              <w:t>2230.0</w:t>
            </w:r>
          </w:p>
        </w:tc>
      </w:tr>
      <w:tr w:rsidR="0099275C" w:rsidRPr="00C8713A" w14:paraId="53355921" w14:textId="77777777" w:rsidTr="00123B9D">
        <w:tc>
          <w:tcPr>
            <w:tcW w:w="3065" w:type="dxa"/>
            <w:vAlign w:val="center"/>
          </w:tcPr>
          <w:p w14:paraId="6042623D"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6DBFB69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ECBD4E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CB3A86B"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350C625" w14:textId="77777777" w:rsidR="0099275C" w:rsidRPr="00C8713A" w:rsidRDefault="0099275C" w:rsidP="00123B9D">
            <w:pPr>
              <w:rPr>
                <w:rFonts w:cs="Times New Roman"/>
                <w:sz w:val="16"/>
                <w:szCs w:val="16"/>
              </w:rPr>
            </w:pPr>
            <w:r w:rsidRPr="00C8713A">
              <w:rPr>
                <w:rFonts w:cs="Times New Roman"/>
                <w:sz w:val="16"/>
                <w:szCs w:val="16"/>
              </w:rPr>
              <w:t>-196.0</w:t>
            </w:r>
          </w:p>
        </w:tc>
        <w:tc>
          <w:tcPr>
            <w:tcW w:w="1616" w:type="dxa"/>
            <w:vAlign w:val="center"/>
          </w:tcPr>
          <w:p w14:paraId="3CCE58E7" w14:textId="77777777" w:rsidR="0099275C" w:rsidRPr="00C8713A" w:rsidRDefault="0099275C" w:rsidP="00123B9D">
            <w:pPr>
              <w:rPr>
                <w:rFonts w:cs="Times New Roman"/>
                <w:sz w:val="16"/>
                <w:szCs w:val="16"/>
              </w:rPr>
            </w:pPr>
            <w:r w:rsidRPr="00C8713A">
              <w:rPr>
                <w:rFonts w:cs="Times New Roman"/>
                <w:sz w:val="16"/>
                <w:szCs w:val="16"/>
              </w:rPr>
              <w:t>1815.0</w:t>
            </w:r>
          </w:p>
        </w:tc>
      </w:tr>
      <w:tr w:rsidR="0099275C" w:rsidRPr="00C8713A" w14:paraId="1151379F" w14:textId="77777777" w:rsidTr="00123B9D">
        <w:tc>
          <w:tcPr>
            <w:tcW w:w="3065" w:type="dxa"/>
            <w:vAlign w:val="center"/>
          </w:tcPr>
          <w:p w14:paraId="40A91E35"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32F89B3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6675D2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66D88A5"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731FF5DC" w14:textId="77777777" w:rsidR="0099275C" w:rsidRPr="00C8713A" w:rsidRDefault="0099275C" w:rsidP="00123B9D">
            <w:pPr>
              <w:rPr>
                <w:rFonts w:cs="Times New Roman"/>
                <w:sz w:val="16"/>
                <w:szCs w:val="16"/>
              </w:rPr>
            </w:pPr>
            <w:r w:rsidRPr="00C8713A">
              <w:rPr>
                <w:rFonts w:cs="Times New Roman"/>
                <w:sz w:val="16"/>
                <w:szCs w:val="16"/>
              </w:rPr>
              <w:t>-153.0</w:t>
            </w:r>
          </w:p>
        </w:tc>
        <w:tc>
          <w:tcPr>
            <w:tcW w:w="1616" w:type="dxa"/>
            <w:vAlign w:val="center"/>
          </w:tcPr>
          <w:p w14:paraId="2C27E38C" w14:textId="77777777" w:rsidR="0099275C" w:rsidRPr="00C8713A" w:rsidRDefault="0099275C" w:rsidP="00123B9D">
            <w:pPr>
              <w:rPr>
                <w:rFonts w:cs="Times New Roman"/>
                <w:sz w:val="16"/>
                <w:szCs w:val="16"/>
              </w:rPr>
            </w:pPr>
            <w:r w:rsidRPr="00C8713A">
              <w:rPr>
                <w:rFonts w:cs="Times New Roman"/>
                <w:sz w:val="16"/>
                <w:szCs w:val="16"/>
              </w:rPr>
              <w:t>1595.0</w:t>
            </w:r>
          </w:p>
        </w:tc>
      </w:tr>
      <w:tr w:rsidR="0099275C" w:rsidRPr="00C8713A" w14:paraId="55FBC045" w14:textId="77777777" w:rsidTr="00123B9D">
        <w:tc>
          <w:tcPr>
            <w:tcW w:w="3065" w:type="dxa"/>
            <w:vAlign w:val="center"/>
          </w:tcPr>
          <w:p w14:paraId="73CF865B"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7B6248B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48C97D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0A989E4"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31BBC8F" w14:textId="77777777" w:rsidR="0099275C" w:rsidRPr="00C8713A" w:rsidRDefault="0099275C" w:rsidP="00123B9D">
            <w:pPr>
              <w:rPr>
                <w:rFonts w:cs="Times New Roman"/>
                <w:sz w:val="16"/>
                <w:szCs w:val="16"/>
              </w:rPr>
            </w:pPr>
            <w:r w:rsidRPr="00C8713A">
              <w:rPr>
                <w:rFonts w:cs="Times New Roman"/>
                <w:sz w:val="16"/>
                <w:szCs w:val="16"/>
              </w:rPr>
              <w:t>-103.0</w:t>
            </w:r>
          </w:p>
        </w:tc>
        <w:tc>
          <w:tcPr>
            <w:tcW w:w="1616" w:type="dxa"/>
            <w:vAlign w:val="center"/>
          </w:tcPr>
          <w:p w14:paraId="7A1D6D6C" w14:textId="77777777" w:rsidR="0099275C" w:rsidRPr="00C8713A" w:rsidRDefault="0099275C" w:rsidP="00123B9D">
            <w:pPr>
              <w:rPr>
                <w:rFonts w:cs="Times New Roman"/>
                <w:sz w:val="16"/>
                <w:szCs w:val="16"/>
              </w:rPr>
            </w:pPr>
            <w:r w:rsidRPr="00C8713A">
              <w:rPr>
                <w:rFonts w:cs="Times New Roman"/>
                <w:sz w:val="16"/>
                <w:szCs w:val="16"/>
              </w:rPr>
              <w:t>1375.0</w:t>
            </w:r>
          </w:p>
        </w:tc>
      </w:tr>
      <w:tr w:rsidR="0099275C" w:rsidRPr="00C8713A" w14:paraId="01600AB9" w14:textId="77777777" w:rsidTr="00123B9D">
        <w:tc>
          <w:tcPr>
            <w:tcW w:w="3065" w:type="dxa"/>
            <w:vAlign w:val="center"/>
          </w:tcPr>
          <w:p w14:paraId="360BF09B"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031A467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20E537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AA4EF53"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47E0DA2" w14:textId="77777777" w:rsidR="0099275C" w:rsidRPr="00C8713A" w:rsidRDefault="0099275C" w:rsidP="00123B9D">
            <w:pPr>
              <w:rPr>
                <w:rFonts w:cs="Times New Roman"/>
                <w:sz w:val="16"/>
                <w:szCs w:val="16"/>
              </w:rPr>
            </w:pPr>
            <w:r w:rsidRPr="00C8713A">
              <w:rPr>
                <w:rFonts w:cs="Times New Roman"/>
                <w:sz w:val="16"/>
                <w:szCs w:val="16"/>
              </w:rPr>
              <w:t>-43.0</w:t>
            </w:r>
          </w:p>
        </w:tc>
        <w:tc>
          <w:tcPr>
            <w:tcW w:w="1616" w:type="dxa"/>
            <w:vAlign w:val="center"/>
          </w:tcPr>
          <w:p w14:paraId="32DDC875" w14:textId="77777777" w:rsidR="0099275C" w:rsidRPr="00C8713A" w:rsidRDefault="0099275C" w:rsidP="00123B9D">
            <w:pPr>
              <w:rPr>
                <w:rFonts w:cs="Times New Roman"/>
                <w:sz w:val="16"/>
                <w:szCs w:val="16"/>
              </w:rPr>
            </w:pPr>
            <w:r w:rsidRPr="00C8713A">
              <w:rPr>
                <w:rFonts w:cs="Times New Roman"/>
                <w:sz w:val="16"/>
                <w:szCs w:val="16"/>
              </w:rPr>
              <w:t>1190.0</w:t>
            </w:r>
          </w:p>
        </w:tc>
      </w:tr>
      <w:tr w:rsidR="0099275C" w:rsidRPr="00C8713A" w14:paraId="4B7146B2" w14:textId="77777777" w:rsidTr="00123B9D">
        <w:tc>
          <w:tcPr>
            <w:tcW w:w="3065" w:type="dxa"/>
            <w:vAlign w:val="center"/>
          </w:tcPr>
          <w:p w14:paraId="5C8802FE"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68E7B56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C27CBC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DC2299A"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5CC2C04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6573AA3" w14:textId="77777777" w:rsidR="0099275C" w:rsidRPr="00C8713A" w:rsidRDefault="0099275C" w:rsidP="00123B9D">
            <w:pPr>
              <w:rPr>
                <w:rFonts w:cs="Times New Roman"/>
                <w:sz w:val="16"/>
                <w:szCs w:val="16"/>
              </w:rPr>
            </w:pPr>
            <w:r w:rsidRPr="00C8713A">
              <w:rPr>
                <w:rFonts w:cs="Times New Roman"/>
                <w:sz w:val="16"/>
                <w:szCs w:val="16"/>
              </w:rPr>
              <w:t>1125.0</w:t>
            </w:r>
          </w:p>
        </w:tc>
      </w:tr>
      <w:tr w:rsidR="0099275C" w:rsidRPr="00C8713A" w14:paraId="77095F56" w14:textId="77777777" w:rsidTr="00123B9D">
        <w:tc>
          <w:tcPr>
            <w:tcW w:w="3065" w:type="dxa"/>
            <w:vAlign w:val="center"/>
          </w:tcPr>
          <w:p w14:paraId="53B1FF71"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6EA177A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378273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38487CC"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E5A86C2" w14:textId="77777777" w:rsidR="0099275C" w:rsidRPr="00C8713A" w:rsidRDefault="0099275C" w:rsidP="00123B9D">
            <w:pPr>
              <w:rPr>
                <w:rFonts w:cs="Times New Roman"/>
                <w:sz w:val="16"/>
                <w:szCs w:val="16"/>
              </w:rPr>
            </w:pPr>
            <w:r w:rsidRPr="00C8713A">
              <w:rPr>
                <w:rFonts w:cs="Times New Roman"/>
                <w:sz w:val="16"/>
                <w:szCs w:val="16"/>
              </w:rPr>
              <w:t>72.0</w:t>
            </w:r>
          </w:p>
        </w:tc>
        <w:tc>
          <w:tcPr>
            <w:tcW w:w="1616" w:type="dxa"/>
            <w:vAlign w:val="center"/>
          </w:tcPr>
          <w:p w14:paraId="31F09ED0" w14:textId="77777777" w:rsidR="0099275C" w:rsidRPr="00C8713A" w:rsidRDefault="0099275C" w:rsidP="00123B9D">
            <w:pPr>
              <w:rPr>
                <w:rFonts w:cs="Times New Roman"/>
                <w:sz w:val="16"/>
                <w:szCs w:val="16"/>
              </w:rPr>
            </w:pPr>
            <w:r w:rsidRPr="00C8713A">
              <w:rPr>
                <w:rFonts w:cs="Times New Roman"/>
                <w:sz w:val="16"/>
                <w:szCs w:val="16"/>
              </w:rPr>
              <w:t>1030.0</w:t>
            </w:r>
          </w:p>
        </w:tc>
      </w:tr>
      <w:tr w:rsidR="0099275C" w:rsidRPr="00C8713A" w14:paraId="4BE54824" w14:textId="77777777" w:rsidTr="00123B9D">
        <w:tc>
          <w:tcPr>
            <w:tcW w:w="3065" w:type="dxa"/>
            <w:vAlign w:val="center"/>
          </w:tcPr>
          <w:p w14:paraId="3D9B54E9"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0B15536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C2E3BD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4BA6646"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1DF243A1" w14:textId="77777777" w:rsidR="0099275C" w:rsidRPr="00C8713A" w:rsidRDefault="0099275C" w:rsidP="00123B9D">
            <w:pPr>
              <w:rPr>
                <w:rFonts w:cs="Times New Roman"/>
                <w:sz w:val="16"/>
                <w:szCs w:val="16"/>
              </w:rPr>
            </w:pPr>
            <w:r w:rsidRPr="00C8713A">
              <w:rPr>
                <w:rFonts w:cs="Times New Roman"/>
                <w:sz w:val="16"/>
                <w:szCs w:val="16"/>
              </w:rPr>
              <w:t>-268.8</w:t>
            </w:r>
          </w:p>
        </w:tc>
        <w:tc>
          <w:tcPr>
            <w:tcW w:w="1616" w:type="dxa"/>
            <w:vAlign w:val="center"/>
          </w:tcPr>
          <w:p w14:paraId="721933CE" w14:textId="77777777" w:rsidR="0099275C" w:rsidRPr="00C8713A" w:rsidRDefault="0099275C" w:rsidP="00123B9D">
            <w:pPr>
              <w:rPr>
                <w:rFonts w:cs="Times New Roman"/>
                <w:sz w:val="16"/>
                <w:szCs w:val="16"/>
              </w:rPr>
            </w:pPr>
            <w:r w:rsidRPr="00C8713A">
              <w:rPr>
                <w:rFonts w:cs="Times New Roman"/>
                <w:sz w:val="16"/>
                <w:szCs w:val="16"/>
              </w:rPr>
              <w:t>2390.0</w:t>
            </w:r>
          </w:p>
        </w:tc>
      </w:tr>
      <w:tr w:rsidR="0099275C" w:rsidRPr="00C8713A" w14:paraId="7FD01DE8" w14:textId="77777777" w:rsidTr="00123B9D">
        <w:tc>
          <w:tcPr>
            <w:tcW w:w="3065" w:type="dxa"/>
            <w:vAlign w:val="center"/>
          </w:tcPr>
          <w:p w14:paraId="360D72E8"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3CFE025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7AD08E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43AF6A2"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5147C98" w14:textId="77777777" w:rsidR="0099275C" w:rsidRPr="00C8713A" w:rsidRDefault="0099275C" w:rsidP="00123B9D">
            <w:pPr>
              <w:rPr>
                <w:rFonts w:cs="Times New Roman"/>
                <w:sz w:val="16"/>
                <w:szCs w:val="16"/>
              </w:rPr>
            </w:pPr>
            <w:r w:rsidRPr="00C8713A">
              <w:rPr>
                <w:rFonts w:cs="Times New Roman"/>
                <w:sz w:val="16"/>
                <w:szCs w:val="16"/>
              </w:rPr>
              <w:t>-196.0</w:t>
            </w:r>
          </w:p>
        </w:tc>
        <w:tc>
          <w:tcPr>
            <w:tcW w:w="1616" w:type="dxa"/>
            <w:vAlign w:val="center"/>
          </w:tcPr>
          <w:p w14:paraId="1DFCA199" w14:textId="77777777" w:rsidR="0099275C" w:rsidRPr="00C8713A" w:rsidRDefault="0099275C" w:rsidP="00123B9D">
            <w:pPr>
              <w:rPr>
                <w:rFonts w:cs="Times New Roman"/>
                <w:sz w:val="16"/>
                <w:szCs w:val="16"/>
              </w:rPr>
            </w:pPr>
            <w:r w:rsidRPr="00C8713A">
              <w:rPr>
                <w:rFonts w:cs="Times New Roman"/>
                <w:sz w:val="16"/>
                <w:szCs w:val="16"/>
              </w:rPr>
              <w:t>1920.0</w:t>
            </w:r>
          </w:p>
        </w:tc>
      </w:tr>
      <w:tr w:rsidR="0099275C" w:rsidRPr="00C8713A" w14:paraId="6E4AC328" w14:textId="77777777" w:rsidTr="00123B9D">
        <w:tc>
          <w:tcPr>
            <w:tcW w:w="3065" w:type="dxa"/>
            <w:vAlign w:val="center"/>
          </w:tcPr>
          <w:p w14:paraId="6E183761"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321165D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07DE99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9761313"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1C6B0F9" w14:textId="77777777" w:rsidR="0099275C" w:rsidRPr="00C8713A" w:rsidRDefault="0099275C" w:rsidP="00123B9D">
            <w:pPr>
              <w:rPr>
                <w:rFonts w:cs="Times New Roman"/>
                <w:sz w:val="16"/>
                <w:szCs w:val="16"/>
              </w:rPr>
            </w:pPr>
            <w:r w:rsidRPr="00C8713A">
              <w:rPr>
                <w:rFonts w:cs="Times New Roman"/>
                <w:sz w:val="16"/>
                <w:szCs w:val="16"/>
              </w:rPr>
              <w:t>-153.0</w:t>
            </w:r>
          </w:p>
        </w:tc>
        <w:tc>
          <w:tcPr>
            <w:tcW w:w="1616" w:type="dxa"/>
            <w:vAlign w:val="center"/>
          </w:tcPr>
          <w:p w14:paraId="5E7FF79A" w14:textId="77777777" w:rsidR="0099275C" w:rsidRPr="00C8713A" w:rsidRDefault="0099275C" w:rsidP="00123B9D">
            <w:pPr>
              <w:rPr>
                <w:rFonts w:cs="Times New Roman"/>
                <w:sz w:val="16"/>
                <w:szCs w:val="16"/>
              </w:rPr>
            </w:pPr>
            <w:r w:rsidRPr="00C8713A">
              <w:rPr>
                <w:rFonts w:cs="Times New Roman"/>
                <w:sz w:val="16"/>
                <w:szCs w:val="16"/>
              </w:rPr>
              <w:t>1370.0</w:t>
            </w:r>
          </w:p>
        </w:tc>
      </w:tr>
      <w:tr w:rsidR="0099275C" w:rsidRPr="00C8713A" w14:paraId="4C0057A4" w14:textId="77777777" w:rsidTr="00123B9D">
        <w:tc>
          <w:tcPr>
            <w:tcW w:w="3065" w:type="dxa"/>
            <w:vAlign w:val="center"/>
          </w:tcPr>
          <w:p w14:paraId="452DCB2B"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08D8115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41E96A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485EF78"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1407290" w14:textId="77777777" w:rsidR="0099275C" w:rsidRPr="00C8713A" w:rsidRDefault="0099275C" w:rsidP="00123B9D">
            <w:pPr>
              <w:rPr>
                <w:rFonts w:cs="Times New Roman"/>
                <w:sz w:val="16"/>
                <w:szCs w:val="16"/>
              </w:rPr>
            </w:pPr>
            <w:r w:rsidRPr="00C8713A">
              <w:rPr>
                <w:rFonts w:cs="Times New Roman"/>
                <w:sz w:val="16"/>
                <w:szCs w:val="16"/>
              </w:rPr>
              <w:t>-103.0</w:t>
            </w:r>
          </w:p>
        </w:tc>
        <w:tc>
          <w:tcPr>
            <w:tcW w:w="1616" w:type="dxa"/>
            <w:vAlign w:val="center"/>
          </w:tcPr>
          <w:p w14:paraId="4077B8FB" w14:textId="77777777" w:rsidR="0099275C" w:rsidRPr="00C8713A" w:rsidRDefault="0099275C" w:rsidP="00123B9D">
            <w:pPr>
              <w:rPr>
                <w:rFonts w:cs="Times New Roman"/>
                <w:sz w:val="16"/>
                <w:szCs w:val="16"/>
              </w:rPr>
            </w:pPr>
            <w:r w:rsidRPr="00C8713A">
              <w:rPr>
                <w:rFonts w:cs="Times New Roman"/>
                <w:sz w:val="16"/>
                <w:szCs w:val="16"/>
              </w:rPr>
              <w:t>1250.0</w:t>
            </w:r>
          </w:p>
        </w:tc>
      </w:tr>
      <w:tr w:rsidR="0099275C" w:rsidRPr="00C8713A" w14:paraId="3BF104D6" w14:textId="77777777" w:rsidTr="00123B9D">
        <w:tc>
          <w:tcPr>
            <w:tcW w:w="3065" w:type="dxa"/>
            <w:vAlign w:val="center"/>
          </w:tcPr>
          <w:p w14:paraId="442EFBFB"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5985980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5257E0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A60FC08"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5B193F3" w14:textId="77777777" w:rsidR="0099275C" w:rsidRPr="00C8713A" w:rsidRDefault="0099275C" w:rsidP="00123B9D">
            <w:pPr>
              <w:rPr>
                <w:rFonts w:cs="Times New Roman"/>
                <w:sz w:val="16"/>
                <w:szCs w:val="16"/>
              </w:rPr>
            </w:pPr>
            <w:r w:rsidRPr="00C8713A">
              <w:rPr>
                <w:rFonts w:cs="Times New Roman"/>
                <w:sz w:val="16"/>
                <w:szCs w:val="16"/>
              </w:rPr>
              <w:t>-43.0</w:t>
            </w:r>
          </w:p>
        </w:tc>
        <w:tc>
          <w:tcPr>
            <w:tcW w:w="1616" w:type="dxa"/>
            <w:vAlign w:val="center"/>
          </w:tcPr>
          <w:p w14:paraId="7885B155" w14:textId="77777777" w:rsidR="0099275C" w:rsidRPr="00C8713A" w:rsidRDefault="0099275C" w:rsidP="00123B9D">
            <w:pPr>
              <w:rPr>
                <w:rFonts w:cs="Times New Roman"/>
                <w:sz w:val="16"/>
                <w:szCs w:val="16"/>
              </w:rPr>
            </w:pPr>
            <w:r w:rsidRPr="00C8713A">
              <w:rPr>
                <w:rFonts w:cs="Times New Roman"/>
                <w:sz w:val="16"/>
                <w:szCs w:val="16"/>
              </w:rPr>
              <w:t>1020.0</w:t>
            </w:r>
          </w:p>
        </w:tc>
      </w:tr>
      <w:tr w:rsidR="0099275C" w:rsidRPr="00C8713A" w14:paraId="031DF3AB" w14:textId="77777777" w:rsidTr="00123B9D">
        <w:tc>
          <w:tcPr>
            <w:tcW w:w="3065" w:type="dxa"/>
            <w:vAlign w:val="center"/>
          </w:tcPr>
          <w:p w14:paraId="2853626E"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21F3E3E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47A51B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39D6938"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8DA425D"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830CC63" w14:textId="77777777" w:rsidR="0099275C" w:rsidRPr="00C8713A" w:rsidRDefault="0099275C" w:rsidP="00123B9D">
            <w:pPr>
              <w:rPr>
                <w:rFonts w:cs="Times New Roman"/>
                <w:sz w:val="16"/>
                <w:szCs w:val="16"/>
              </w:rPr>
            </w:pPr>
            <w:r w:rsidRPr="00C8713A">
              <w:rPr>
                <w:rFonts w:cs="Times New Roman"/>
                <w:sz w:val="16"/>
                <w:szCs w:val="16"/>
              </w:rPr>
              <w:t>890.0</w:t>
            </w:r>
          </w:p>
        </w:tc>
      </w:tr>
      <w:tr w:rsidR="0099275C" w:rsidRPr="00C8713A" w14:paraId="1CD0D8D5" w14:textId="77777777" w:rsidTr="00123B9D">
        <w:tc>
          <w:tcPr>
            <w:tcW w:w="3065" w:type="dxa"/>
            <w:vAlign w:val="center"/>
          </w:tcPr>
          <w:p w14:paraId="2F19AAC8" w14:textId="77777777" w:rsidR="0099275C" w:rsidRPr="00C8713A" w:rsidRDefault="0099275C" w:rsidP="00123B9D">
            <w:pPr>
              <w:rPr>
                <w:rFonts w:cs="Times New Roman"/>
                <w:sz w:val="16"/>
                <w:szCs w:val="16"/>
              </w:rPr>
            </w:pPr>
            <w:r w:rsidRPr="00C8713A">
              <w:rPr>
                <w:rFonts w:cs="Times New Roman"/>
                <w:sz w:val="16"/>
                <w:szCs w:val="16"/>
              </w:rPr>
              <w:t>Hf0.75Nb1Ta0.5Ti1.5Zr1.25</w:t>
            </w:r>
          </w:p>
        </w:tc>
        <w:tc>
          <w:tcPr>
            <w:tcW w:w="814" w:type="dxa"/>
            <w:vAlign w:val="center"/>
          </w:tcPr>
          <w:p w14:paraId="06B9955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8A2536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665ECAF"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F35C8BF" w14:textId="77777777" w:rsidR="0099275C" w:rsidRPr="00C8713A" w:rsidRDefault="0099275C" w:rsidP="00123B9D">
            <w:pPr>
              <w:rPr>
                <w:rFonts w:cs="Times New Roman"/>
                <w:sz w:val="16"/>
                <w:szCs w:val="16"/>
              </w:rPr>
            </w:pPr>
            <w:r w:rsidRPr="00C8713A">
              <w:rPr>
                <w:rFonts w:cs="Times New Roman"/>
                <w:sz w:val="16"/>
                <w:szCs w:val="16"/>
              </w:rPr>
              <w:t>72.0</w:t>
            </w:r>
          </w:p>
        </w:tc>
        <w:tc>
          <w:tcPr>
            <w:tcW w:w="1616" w:type="dxa"/>
            <w:vAlign w:val="center"/>
          </w:tcPr>
          <w:p w14:paraId="3D6312B1" w14:textId="77777777" w:rsidR="0099275C" w:rsidRPr="00C8713A" w:rsidRDefault="0099275C" w:rsidP="00123B9D">
            <w:pPr>
              <w:rPr>
                <w:rFonts w:cs="Times New Roman"/>
                <w:sz w:val="16"/>
                <w:szCs w:val="16"/>
              </w:rPr>
            </w:pPr>
            <w:r w:rsidRPr="00C8713A">
              <w:rPr>
                <w:rFonts w:cs="Times New Roman"/>
                <w:sz w:val="16"/>
                <w:szCs w:val="16"/>
              </w:rPr>
              <w:t>640.0</w:t>
            </w:r>
          </w:p>
        </w:tc>
      </w:tr>
      <w:tr w:rsidR="0099275C" w:rsidRPr="00C8713A" w14:paraId="4A325511" w14:textId="77777777" w:rsidTr="00123B9D">
        <w:tc>
          <w:tcPr>
            <w:tcW w:w="3065" w:type="dxa"/>
            <w:vAlign w:val="center"/>
          </w:tcPr>
          <w:p w14:paraId="131B36A1" w14:textId="77777777" w:rsidR="0099275C" w:rsidRPr="00C8713A" w:rsidRDefault="0099275C" w:rsidP="00123B9D">
            <w:pPr>
              <w:rPr>
                <w:rFonts w:cs="Times New Roman"/>
                <w:sz w:val="16"/>
                <w:szCs w:val="16"/>
              </w:rPr>
            </w:pPr>
            <w:r w:rsidRPr="00C8713A">
              <w:rPr>
                <w:rFonts w:cs="Times New Roman"/>
                <w:sz w:val="16"/>
                <w:szCs w:val="16"/>
              </w:rPr>
              <w:t>Hf1Mo0.25Nb1Ta1Ti1Zr1</w:t>
            </w:r>
          </w:p>
        </w:tc>
        <w:tc>
          <w:tcPr>
            <w:tcW w:w="814" w:type="dxa"/>
            <w:vAlign w:val="center"/>
          </w:tcPr>
          <w:p w14:paraId="160B6A6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EFD8F7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0759BD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AE8C8F1"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F71C227" w14:textId="77777777" w:rsidR="0099275C" w:rsidRPr="00C8713A" w:rsidRDefault="0099275C" w:rsidP="00123B9D">
            <w:pPr>
              <w:rPr>
                <w:rFonts w:cs="Times New Roman"/>
                <w:sz w:val="16"/>
                <w:szCs w:val="16"/>
              </w:rPr>
            </w:pPr>
            <w:r w:rsidRPr="00C8713A">
              <w:rPr>
                <w:rFonts w:cs="Times New Roman"/>
                <w:sz w:val="16"/>
                <w:szCs w:val="16"/>
              </w:rPr>
              <w:t>1112.0</w:t>
            </w:r>
          </w:p>
        </w:tc>
      </w:tr>
      <w:tr w:rsidR="0099275C" w:rsidRPr="00C8713A" w14:paraId="67455195" w14:textId="77777777" w:rsidTr="00123B9D">
        <w:tc>
          <w:tcPr>
            <w:tcW w:w="3065" w:type="dxa"/>
            <w:vAlign w:val="center"/>
          </w:tcPr>
          <w:p w14:paraId="07F6539B" w14:textId="77777777" w:rsidR="0099275C" w:rsidRPr="00C8713A" w:rsidRDefault="0099275C" w:rsidP="00123B9D">
            <w:pPr>
              <w:rPr>
                <w:rFonts w:cs="Times New Roman"/>
                <w:sz w:val="16"/>
                <w:szCs w:val="16"/>
              </w:rPr>
            </w:pPr>
            <w:r w:rsidRPr="00C8713A">
              <w:rPr>
                <w:rFonts w:cs="Times New Roman"/>
                <w:sz w:val="16"/>
                <w:szCs w:val="16"/>
              </w:rPr>
              <w:t>Hf1Mo0.5Nb1Ta1Ti1Zr1</w:t>
            </w:r>
          </w:p>
        </w:tc>
        <w:tc>
          <w:tcPr>
            <w:tcW w:w="814" w:type="dxa"/>
            <w:vAlign w:val="center"/>
          </w:tcPr>
          <w:p w14:paraId="0FF2206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6D1C0A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7D860B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3043AF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4568BFD" w14:textId="77777777" w:rsidR="0099275C" w:rsidRPr="00C8713A" w:rsidRDefault="0099275C" w:rsidP="00123B9D">
            <w:pPr>
              <w:rPr>
                <w:rFonts w:cs="Times New Roman"/>
                <w:sz w:val="16"/>
                <w:szCs w:val="16"/>
              </w:rPr>
            </w:pPr>
            <w:r w:rsidRPr="00C8713A">
              <w:rPr>
                <w:rFonts w:cs="Times New Roman"/>
                <w:sz w:val="16"/>
                <w:szCs w:val="16"/>
              </w:rPr>
              <w:t>1317.0</w:t>
            </w:r>
          </w:p>
        </w:tc>
      </w:tr>
      <w:tr w:rsidR="0099275C" w:rsidRPr="00C8713A" w14:paraId="6057A601" w14:textId="77777777" w:rsidTr="00123B9D">
        <w:tc>
          <w:tcPr>
            <w:tcW w:w="3065" w:type="dxa"/>
            <w:vAlign w:val="center"/>
          </w:tcPr>
          <w:p w14:paraId="6957B7D0" w14:textId="77777777" w:rsidR="0099275C" w:rsidRPr="00C8713A" w:rsidRDefault="0099275C" w:rsidP="00123B9D">
            <w:pPr>
              <w:rPr>
                <w:rFonts w:cs="Times New Roman"/>
                <w:sz w:val="16"/>
                <w:szCs w:val="16"/>
              </w:rPr>
            </w:pPr>
            <w:r w:rsidRPr="00C8713A">
              <w:rPr>
                <w:rFonts w:cs="Times New Roman"/>
                <w:sz w:val="16"/>
                <w:szCs w:val="16"/>
              </w:rPr>
              <w:t>Hf1Mo0.5Nb1Ti1V0.5</w:t>
            </w:r>
          </w:p>
        </w:tc>
        <w:tc>
          <w:tcPr>
            <w:tcW w:w="814" w:type="dxa"/>
            <w:vAlign w:val="center"/>
          </w:tcPr>
          <w:p w14:paraId="65339BF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7F3918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621A083"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317803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79F2B93" w14:textId="77777777" w:rsidR="0099275C" w:rsidRPr="00C8713A" w:rsidRDefault="0099275C" w:rsidP="00123B9D">
            <w:pPr>
              <w:rPr>
                <w:rFonts w:cs="Times New Roman"/>
                <w:sz w:val="16"/>
                <w:szCs w:val="16"/>
              </w:rPr>
            </w:pPr>
            <w:r w:rsidRPr="00C8713A">
              <w:rPr>
                <w:rFonts w:cs="Times New Roman"/>
                <w:sz w:val="16"/>
                <w:szCs w:val="16"/>
              </w:rPr>
              <w:t>1260.0</w:t>
            </w:r>
          </w:p>
        </w:tc>
      </w:tr>
      <w:tr w:rsidR="0099275C" w:rsidRPr="00C8713A" w14:paraId="1593057B" w14:textId="77777777" w:rsidTr="00123B9D">
        <w:tc>
          <w:tcPr>
            <w:tcW w:w="3065" w:type="dxa"/>
            <w:vAlign w:val="center"/>
          </w:tcPr>
          <w:p w14:paraId="1D885B04" w14:textId="77777777" w:rsidR="0099275C" w:rsidRPr="00C8713A" w:rsidRDefault="0099275C" w:rsidP="00123B9D">
            <w:pPr>
              <w:rPr>
                <w:rFonts w:cs="Times New Roman"/>
                <w:sz w:val="16"/>
                <w:szCs w:val="16"/>
              </w:rPr>
            </w:pPr>
            <w:r w:rsidRPr="00C8713A">
              <w:rPr>
                <w:rFonts w:cs="Times New Roman"/>
                <w:sz w:val="16"/>
                <w:szCs w:val="16"/>
              </w:rPr>
              <w:t>Hf1Mo0.5Nb1Ti1V0.5</w:t>
            </w:r>
          </w:p>
        </w:tc>
        <w:tc>
          <w:tcPr>
            <w:tcW w:w="814" w:type="dxa"/>
            <w:vAlign w:val="center"/>
          </w:tcPr>
          <w:p w14:paraId="13187C7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D6B130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FC4F54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202EF40"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05A13C4D" w14:textId="77777777" w:rsidR="0099275C" w:rsidRPr="00C8713A" w:rsidRDefault="0099275C" w:rsidP="00123B9D">
            <w:pPr>
              <w:rPr>
                <w:rFonts w:cs="Times New Roman"/>
                <w:sz w:val="16"/>
                <w:szCs w:val="16"/>
              </w:rPr>
            </w:pPr>
            <w:r w:rsidRPr="00C8713A">
              <w:rPr>
                <w:rFonts w:cs="Times New Roman"/>
                <w:sz w:val="16"/>
                <w:szCs w:val="16"/>
              </w:rPr>
              <w:t>368.0</w:t>
            </w:r>
          </w:p>
        </w:tc>
      </w:tr>
      <w:tr w:rsidR="0099275C" w:rsidRPr="00C8713A" w14:paraId="192BA3EB" w14:textId="77777777" w:rsidTr="00123B9D">
        <w:tc>
          <w:tcPr>
            <w:tcW w:w="3065" w:type="dxa"/>
            <w:vAlign w:val="center"/>
          </w:tcPr>
          <w:p w14:paraId="4445F94E" w14:textId="77777777" w:rsidR="0099275C" w:rsidRPr="00C8713A" w:rsidRDefault="0099275C" w:rsidP="00123B9D">
            <w:pPr>
              <w:rPr>
                <w:rFonts w:cs="Times New Roman"/>
                <w:sz w:val="16"/>
                <w:szCs w:val="16"/>
              </w:rPr>
            </w:pPr>
            <w:r w:rsidRPr="00C8713A">
              <w:rPr>
                <w:rFonts w:cs="Times New Roman"/>
                <w:sz w:val="16"/>
                <w:szCs w:val="16"/>
              </w:rPr>
              <w:t>Hf1Mo0.5Nb1Ti1V0.5</w:t>
            </w:r>
          </w:p>
        </w:tc>
        <w:tc>
          <w:tcPr>
            <w:tcW w:w="814" w:type="dxa"/>
            <w:vAlign w:val="center"/>
          </w:tcPr>
          <w:p w14:paraId="4B79F2F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06AA81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6BFB40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36A4E6D"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504F9C4A" w14:textId="77777777" w:rsidR="0099275C" w:rsidRPr="00C8713A" w:rsidRDefault="0099275C" w:rsidP="00123B9D">
            <w:pPr>
              <w:rPr>
                <w:rFonts w:cs="Times New Roman"/>
                <w:sz w:val="16"/>
                <w:szCs w:val="16"/>
              </w:rPr>
            </w:pPr>
            <w:r w:rsidRPr="00C8713A">
              <w:rPr>
                <w:rFonts w:cs="Times New Roman"/>
                <w:sz w:val="16"/>
                <w:szCs w:val="16"/>
              </w:rPr>
              <w:t>60.0</w:t>
            </w:r>
          </w:p>
        </w:tc>
      </w:tr>
      <w:tr w:rsidR="0099275C" w:rsidRPr="00C8713A" w14:paraId="71886D8D" w14:textId="77777777" w:rsidTr="00123B9D">
        <w:tc>
          <w:tcPr>
            <w:tcW w:w="3065" w:type="dxa"/>
            <w:vAlign w:val="center"/>
          </w:tcPr>
          <w:p w14:paraId="3A3C2A77" w14:textId="77777777" w:rsidR="0099275C" w:rsidRPr="00C8713A" w:rsidRDefault="0099275C" w:rsidP="00123B9D">
            <w:pPr>
              <w:rPr>
                <w:rFonts w:cs="Times New Roman"/>
                <w:sz w:val="16"/>
                <w:szCs w:val="16"/>
              </w:rPr>
            </w:pPr>
            <w:r w:rsidRPr="00C8713A">
              <w:rPr>
                <w:rFonts w:cs="Times New Roman"/>
                <w:sz w:val="16"/>
                <w:szCs w:val="16"/>
              </w:rPr>
              <w:t>Hf1Mo0.75Nb1Ta1Ti1Zr1</w:t>
            </w:r>
          </w:p>
        </w:tc>
        <w:tc>
          <w:tcPr>
            <w:tcW w:w="814" w:type="dxa"/>
            <w:vAlign w:val="center"/>
          </w:tcPr>
          <w:p w14:paraId="3135E4A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B90E6A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0EE742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6EAFF5E"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0539504" w14:textId="77777777" w:rsidR="0099275C" w:rsidRPr="00C8713A" w:rsidRDefault="0099275C" w:rsidP="00123B9D">
            <w:pPr>
              <w:rPr>
                <w:rFonts w:cs="Times New Roman"/>
                <w:sz w:val="16"/>
                <w:szCs w:val="16"/>
              </w:rPr>
            </w:pPr>
            <w:r w:rsidRPr="00C8713A">
              <w:rPr>
                <w:rFonts w:cs="Times New Roman"/>
                <w:sz w:val="16"/>
                <w:szCs w:val="16"/>
              </w:rPr>
              <w:t>1373.0</w:t>
            </w:r>
          </w:p>
        </w:tc>
      </w:tr>
      <w:tr w:rsidR="0099275C" w:rsidRPr="00C8713A" w14:paraId="2A258639" w14:textId="77777777" w:rsidTr="00123B9D">
        <w:tc>
          <w:tcPr>
            <w:tcW w:w="3065" w:type="dxa"/>
            <w:vAlign w:val="center"/>
          </w:tcPr>
          <w:p w14:paraId="19DFB5C8" w14:textId="77777777" w:rsidR="0099275C" w:rsidRPr="00C8713A" w:rsidRDefault="0099275C" w:rsidP="00123B9D">
            <w:pPr>
              <w:rPr>
                <w:rFonts w:cs="Times New Roman"/>
                <w:sz w:val="16"/>
                <w:szCs w:val="16"/>
              </w:rPr>
            </w:pPr>
            <w:r w:rsidRPr="00C8713A">
              <w:rPr>
                <w:rFonts w:cs="Times New Roman"/>
                <w:sz w:val="16"/>
                <w:szCs w:val="16"/>
              </w:rPr>
              <w:t>Hf1Mo1Nb1Ta1Ti1</w:t>
            </w:r>
          </w:p>
        </w:tc>
        <w:tc>
          <w:tcPr>
            <w:tcW w:w="814" w:type="dxa"/>
            <w:vAlign w:val="center"/>
          </w:tcPr>
          <w:p w14:paraId="364D815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668A01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6D3050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875840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F563B15" w14:textId="77777777" w:rsidR="0099275C" w:rsidRPr="00C8713A" w:rsidRDefault="0099275C" w:rsidP="00123B9D">
            <w:pPr>
              <w:rPr>
                <w:rFonts w:cs="Times New Roman"/>
                <w:sz w:val="16"/>
                <w:szCs w:val="16"/>
              </w:rPr>
            </w:pPr>
            <w:r w:rsidRPr="00C8713A">
              <w:rPr>
                <w:rFonts w:cs="Times New Roman"/>
                <w:sz w:val="16"/>
                <w:szCs w:val="16"/>
              </w:rPr>
              <w:t>1369.0</w:t>
            </w:r>
          </w:p>
        </w:tc>
      </w:tr>
      <w:tr w:rsidR="0099275C" w:rsidRPr="00C8713A" w14:paraId="4FC4149C" w14:textId="77777777" w:rsidTr="00123B9D">
        <w:tc>
          <w:tcPr>
            <w:tcW w:w="3065" w:type="dxa"/>
            <w:vAlign w:val="center"/>
          </w:tcPr>
          <w:p w14:paraId="7C9AFA44" w14:textId="77777777" w:rsidR="0099275C" w:rsidRPr="00C8713A" w:rsidRDefault="0099275C" w:rsidP="00123B9D">
            <w:pPr>
              <w:rPr>
                <w:rFonts w:cs="Times New Roman"/>
                <w:sz w:val="16"/>
                <w:szCs w:val="16"/>
              </w:rPr>
            </w:pPr>
            <w:r w:rsidRPr="00C8713A">
              <w:rPr>
                <w:rFonts w:cs="Times New Roman"/>
                <w:sz w:val="16"/>
                <w:szCs w:val="16"/>
              </w:rPr>
              <w:t>Hf1Mo1Nb1Ta1Ti1</w:t>
            </w:r>
          </w:p>
        </w:tc>
        <w:tc>
          <w:tcPr>
            <w:tcW w:w="814" w:type="dxa"/>
            <w:vAlign w:val="center"/>
          </w:tcPr>
          <w:p w14:paraId="6080006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99D745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886366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FE10738"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26DEE356" w14:textId="77777777" w:rsidR="0099275C" w:rsidRPr="00C8713A" w:rsidRDefault="0099275C" w:rsidP="00123B9D">
            <w:pPr>
              <w:rPr>
                <w:rFonts w:cs="Times New Roman"/>
                <w:sz w:val="16"/>
                <w:szCs w:val="16"/>
              </w:rPr>
            </w:pPr>
            <w:r w:rsidRPr="00C8713A">
              <w:rPr>
                <w:rFonts w:cs="Times New Roman"/>
                <w:sz w:val="16"/>
                <w:szCs w:val="16"/>
              </w:rPr>
              <w:t>822.0</w:t>
            </w:r>
          </w:p>
        </w:tc>
      </w:tr>
      <w:tr w:rsidR="0099275C" w:rsidRPr="00C8713A" w14:paraId="32E33A6D" w14:textId="77777777" w:rsidTr="00123B9D">
        <w:tc>
          <w:tcPr>
            <w:tcW w:w="3065" w:type="dxa"/>
            <w:vAlign w:val="center"/>
          </w:tcPr>
          <w:p w14:paraId="3057919E" w14:textId="77777777" w:rsidR="0099275C" w:rsidRPr="00C8713A" w:rsidRDefault="0099275C" w:rsidP="00123B9D">
            <w:pPr>
              <w:rPr>
                <w:rFonts w:cs="Times New Roman"/>
                <w:sz w:val="16"/>
                <w:szCs w:val="16"/>
              </w:rPr>
            </w:pPr>
            <w:r w:rsidRPr="00C8713A">
              <w:rPr>
                <w:rFonts w:cs="Times New Roman"/>
                <w:sz w:val="16"/>
                <w:szCs w:val="16"/>
              </w:rPr>
              <w:t>Hf1Mo1Nb1Ta1Ti1</w:t>
            </w:r>
          </w:p>
        </w:tc>
        <w:tc>
          <w:tcPr>
            <w:tcW w:w="814" w:type="dxa"/>
            <w:vAlign w:val="center"/>
          </w:tcPr>
          <w:p w14:paraId="2A7A384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DCE12D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5B5EFD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FBFD3BE"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3D2AED6D" w14:textId="77777777" w:rsidR="0099275C" w:rsidRPr="00C8713A" w:rsidRDefault="0099275C" w:rsidP="00123B9D">
            <w:pPr>
              <w:rPr>
                <w:rFonts w:cs="Times New Roman"/>
                <w:sz w:val="16"/>
                <w:szCs w:val="16"/>
              </w:rPr>
            </w:pPr>
            <w:r w:rsidRPr="00C8713A">
              <w:rPr>
                <w:rFonts w:cs="Times New Roman"/>
                <w:sz w:val="16"/>
                <w:szCs w:val="16"/>
              </w:rPr>
              <w:t>778.0</w:t>
            </w:r>
          </w:p>
        </w:tc>
      </w:tr>
      <w:tr w:rsidR="0099275C" w:rsidRPr="00C8713A" w14:paraId="7D7C5DF8" w14:textId="77777777" w:rsidTr="00123B9D">
        <w:tc>
          <w:tcPr>
            <w:tcW w:w="3065" w:type="dxa"/>
            <w:vAlign w:val="center"/>
          </w:tcPr>
          <w:p w14:paraId="52453A8B" w14:textId="77777777" w:rsidR="0099275C" w:rsidRPr="00C8713A" w:rsidRDefault="0099275C" w:rsidP="00123B9D">
            <w:pPr>
              <w:rPr>
                <w:rFonts w:cs="Times New Roman"/>
                <w:sz w:val="16"/>
                <w:szCs w:val="16"/>
              </w:rPr>
            </w:pPr>
            <w:r w:rsidRPr="00C8713A">
              <w:rPr>
                <w:rFonts w:cs="Times New Roman"/>
                <w:sz w:val="16"/>
                <w:szCs w:val="16"/>
              </w:rPr>
              <w:t>Hf1Mo1Nb1Ta1Ti1</w:t>
            </w:r>
          </w:p>
        </w:tc>
        <w:tc>
          <w:tcPr>
            <w:tcW w:w="814" w:type="dxa"/>
            <w:vAlign w:val="center"/>
          </w:tcPr>
          <w:p w14:paraId="44E3C34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0C68FD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C8A3023"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C656530"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48E7BE4D" w14:textId="77777777" w:rsidR="0099275C" w:rsidRPr="00C8713A" w:rsidRDefault="0099275C" w:rsidP="00123B9D">
            <w:pPr>
              <w:rPr>
                <w:rFonts w:cs="Times New Roman"/>
                <w:sz w:val="16"/>
                <w:szCs w:val="16"/>
              </w:rPr>
            </w:pPr>
            <w:r w:rsidRPr="00C8713A">
              <w:rPr>
                <w:rFonts w:cs="Times New Roman"/>
                <w:sz w:val="16"/>
                <w:szCs w:val="16"/>
              </w:rPr>
              <w:t>699.0</w:t>
            </w:r>
          </w:p>
        </w:tc>
      </w:tr>
      <w:tr w:rsidR="0099275C" w:rsidRPr="00C8713A" w14:paraId="6E1F51B1" w14:textId="77777777" w:rsidTr="00123B9D">
        <w:tc>
          <w:tcPr>
            <w:tcW w:w="3065" w:type="dxa"/>
            <w:vAlign w:val="center"/>
          </w:tcPr>
          <w:p w14:paraId="272DF6AB" w14:textId="77777777" w:rsidR="0099275C" w:rsidRPr="00C8713A" w:rsidRDefault="0099275C" w:rsidP="00123B9D">
            <w:pPr>
              <w:rPr>
                <w:rFonts w:cs="Times New Roman"/>
                <w:sz w:val="16"/>
                <w:szCs w:val="16"/>
              </w:rPr>
            </w:pPr>
            <w:r w:rsidRPr="00C8713A">
              <w:rPr>
                <w:rFonts w:cs="Times New Roman"/>
                <w:sz w:val="16"/>
                <w:szCs w:val="16"/>
              </w:rPr>
              <w:t>Hf1Mo1Nb1Ta1Ti1</w:t>
            </w:r>
          </w:p>
        </w:tc>
        <w:tc>
          <w:tcPr>
            <w:tcW w:w="814" w:type="dxa"/>
            <w:vAlign w:val="center"/>
          </w:tcPr>
          <w:p w14:paraId="295CD67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99C4CA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C34753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3815F59" w14:textId="77777777" w:rsidR="0099275C" w:rsidRPr="00C8713A" w:rsidRDefault="0099275C" w:rsidP="00123B9D">
            <w:pPr>
              <w:rPr>
                <w:rFonts w:cs="Times New Roman"/>
                <w:sz w:val="16"/>
                <w:szCs w:val="16"/>
              </w:rPr>
            </w:pPr>
            <w:r w:rsidRPr="00C8713A">
              <w:rPr>
                <w:rFonts w:cs="Times New Roman"/>
                <w:sz w:val="16"/>
                <w:szCs w:val="16"/>
              </w:rPr>
              <w:t>1400.0</w:t>
            </w:r>
          </w:p>
        </w:tc>
        <w:tc>
          <w:tcPr>
            <w:tcW w:w="1616" w:type="dxa"/>
            <w:vAlign w:val="center"/>
          </w:tcPr>
          <w:p w14:paraId="4533C527" w14:textId="77777777" w:rsidR="0099275C" w:rsidRPr="00C8713A" w:rsidRDefault="0099275C" w:rsidP="00123B9D">
            <w:pPr>
              <w:rPr>
                <w:rFonts w:cs="Times New Roman"/>
                <w:sz w:val="16"/>
                <w:szCs w:val="16"/>
              </w:rPr>
            </w:pPr>
            <w:r w:rsidRPr="00C8713A">
              <w:rPr>
                <w:rFonts w:cs="Times New Roman"/>
                <w:sz w:val="16"/>
                <w:szCs w:val="16"/>
              </w:rPr>
              <w:t>367.0</w:t>
            </w:r>
          </w:p>
        </w:tc>
      </w:tr>
      <w:tr w:rsidR="0099275C" w:rsidRPr="00C8713A" w14:paraId="63FB354F" w14:textId="77777777" w:rsidTr="00123B9D">
        <w:tc>
          <w:tcPr>
            <w:tcW w:w="3065" w:type="dxa"/>
            <w:vAlign w:val="center"/>
          </w:tcPr>
          <w:p w14:paraId="428DDC0D"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814" w:type="dxa"/>
            <w:vAlign w:val="center"/>
          </w:tcPr>
          <w:p w14:paraId="573FB62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23C421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CC18970"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7C24FED"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4810075" w14:textId="77777777" w:rsidR="0099275C" w:rsidRPr="00C8713A" w:rsidRDefault="0099275C" w:rsidP="00123B9D">
            <w:pPr>
              <w:rPr>
                <w:rFonts w:cs="Times New Roman"/>
                <w:sz w:val="16"/>
                <w:szCs w:val="16"/>
              </w:rPr>
            </w:pPr>
            <w:r w:rsidRPr="00C8713A">
              <w:rPr>
                <w:rFonts w:cs="Times New Roman"/>
                <w:sz w:val="16"/>
                <w:szCs w:val="16"/>
              </w:rPr>
              <w:t>1512.0</w:t>
            </w:r>
          </w:p>
        </w:tc>
      </w:tr>
      <w:tr w:rsidR="0099275C" w:rsidRPr="00C8713A" w14:paraId="2D1B6FD7" w14:textId="77777777" w:rsidTr="00123B9D">
        <w:tc>
          <w:tcPr>
            <w:tcW w:w="3065" w:type="dxa"/>
            <w:vAlign w:val="center"/>
          </w:tcPr>
          <w:p w14:paraId="3739095E"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814" w:type="dxa"/>
            <w:vAlign w:val="center"/>
          </w:tcPr>
          <w:p w14:paraId="222923A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F4A9D7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C8763C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10B8DB4"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73480602" w14:textId="77777777" w:rsidR="0099275C" w:rsidRPr="00C8713A" w:rsidRDefault="0099275C" w:rsidP="00123B9D">
            <w:pPr>
              <w:rPr>
                <w:rFonts w:cs="Times New Roman"/>
                <w:sz w:val="16"/>
                <w:szCs w:val="16"/>
              </w:rPr>
            </w:pPr>
            <w:r w:rsidRPr="00C8713A">
              <w:rPr>
                <w:rFonts w:cs="Times New Roman"/>
                <w:sz w:val="16"/>
                <w:szCs w:val="16"/>
              </w:rPr>
              <w:t>1007.0</w:t>
            </w:r>
          </w:p>
        </w:tc>
      </w:tr>
      <w:tr w:rsidR="0099275C" w:rsidRPr="00C8713A" w14:paraId="33257C9E" w14:textId="77777777" w:rsidTr="00123B9D">
        <w:tc>
          <w:tcPr>
            <w:tcW w:w="3065" w:type="dxa"/>
            <w:vAlign w:val="center"/>
          </w:tcPr>
          <w:p w14:paraId="109E615A"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814" w:type="dxa"/>
            <w:vAlign w:val="center"/>
          </w:tcPr>
          <w:p w14:paraId="27096FC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0129E2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5493A98"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559B48E"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0D70958A" w14:textId="77777777" w:rsidR="0099275C" w:rsidRPr="00C8713A" w:rsidRDefault="0099275C" w:rsidP="00123B9D">
            <w:pPr>
              <w:rPr>
                <w:rFonts w:cs="Times New Roman"/>
                <w:sz w:val="16"/>
                <w:szCs w:val="16"/>
              </w:rPr>
            </w:pPr>
            <w:r w:rsidRPr="00C8713A">
              <w:rPr>
                <w:rFonts w:cs="Times New Roman"/>
                <w:sz w:val="16"/>
                <w:szCs w:val="16"/>
              </w:rPr>
              <w:t>814.0</w:t>
            </w:r>
          </w:p>
        </w:tc>
      </w:tr>
      <w:tr w:rsidR="0099275C" w:rsidRPr="00C8713A" w14:paraId="746BFE5A" w14:textId="77777777" w:rsidTr="00123B9D">
        <w:tc>
          <w:tcPr>
            <w:tcW w:w="3065" w:type="dxa"/>
            <w:vAlign w:val="center"/>
          </w:tcPr>
          <w:p w14:paraId="402A76B1"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814" w:type="dxa"/>
            <w:vAlign w:val="center"/>
          </w:tcPr>
          <w:p w14:paraId="38182E1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2AD986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8BD668A"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51386EA"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592B7D1F" w14:textId="77777777" w:rsidR="0099275C" w:rsidRPr="00C8713A" w:rsidRDefault="0099275C" w:rsidP="00123B9D">
            <w:pPr>
              <w:rPr>
                <w:rFonts w:cs="Times New Roman"/>
                <w:sz w:val="16"/>
                <w:szCs w:val="16"/>
              </w:rPr>
            </w:pPr>
            <w:r w:rsidRPr="00C8713A">
              <w:rPr>
                <w:rFonts w:cs="Times New Roman"/>
                <w:sz w:val="16"/>
                <w:szCs w:val="16"/>
              </w:rPr>
              <w:t>556.0</w:t>
            </w:r>
          </w:p>
        </w:tc>
      </w:tr>
      <w:tr w:rsidR="0099275C" w:rsidRPr="00C8713A" w14:paraId="4EA0F5FA" w14:textId="77777777" w:rsidTr="00123B9D">
        <w:tc>
          <w:tcPr>
            <w:tcW w:w="3065" w:type="dxa"/>
            <w:vAlign w:val="center"/>
          </w:tcPr>
          <w:p w14:paraId="6E09B8B4" w14:textId="77777777" w:rsidR="0099275C" w:rsidRPr="00C8713A" w:rsidRDefault="0099275C" w:rsidP="00123B9D">
            <w:pPr>
              <w:rPr>
                <w:rFonts w:cs="Times New Roman"/>
                <w:sz w:val="16"/>
                <w:szCs w:val="16"/>
              </w:rPr>
            </w:pPr>
            <w:r w:rsidRPr="00C8713A">
              <w:rPr>
                <w:rFonts w:cs="Times New Roman"/>
                <w:sz w:val="16"/>
                <w:szCs w:val="16"/>
              </w:rPr>
              <w:t>Hf1Mo1Nb1Ta1Zr1</w:t>
            </w:r>
          </w:p>
        </w:tc>
        <w:tc>
          <w:tcPr>
            <w:tcW w:w="814" w:type="dxa"/>
            <w:vAlign w:val="center"/>
          </w:tcPr>
          <w:p w14:paraId="05FFD4E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297004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5F2684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F97466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973E83B" w14:textId="77777777" w:rsidR="0099275C" w:rsidRPr="00C8713A" w:rsidRDefault="0099275C" w:rsidP="00123B9D">
            <w:pPr>
              <w:rPr>
                <w:rFonts w:cs="Times New Roman"/>
                <w:sz w:val="16"/>
                <w:szCs w:val="16"/>
              </w:rPr>
            </w:pPr>
            <w:r w:rsidRPr="00C8713A">
              <w:rPr>
                <w:rFonts w:cs="Times New Roman"/>
                <w:sz w:val="16"/>
                <w:szCs w:val="16"/>
              </w:rPr>
              <w:t>1524.0</w:t>
            </w:r>
          </w:p>
        </w:tc>
      </w:tr>
      <w:tr w:rsidR="0099275C" w:rsidRPr="00C8713A" w14:paraId="6C5F8187" w14:textId="77777777" w:rsidTr="00123B9D">
        <w:tc>
          <w:tcPr>
            <w:tcW w:w="3065" w:type="dxa"/>
            <w:vAlign w:val="center"/>
          </w:tcPr>
          <w:p w14:paraId="100949CC" w14:textId="77777777" w:rsidR="0099275C" w:rsidRPr="00C8713A" w:rsidRDefault="0099275C" w:rsidP="00123B9D">
            <w:pPr>
              <w:rPr>
                <w:rFonts w:cs="Times New Roman"/>
                <w:sz w:val="16"/>
                <w:szCs w:val="16"/>
              </w:rPr>
            </w:pPr>
            <w:r w:rsidRPr="00C8713A">
              <w:rPr>
                <w:rFonts w:cs="Times New Roman"/>
                <w:sz w:val="16"/>
                <w:szCs w:val="16"/>
              </w:rPr>
              <w:t>Hf1Mo1Nb1Ta1Zr1</w:t>
            </w:r>
          </w:p>
        </w:tc>
        <w:tc>
          <w:tcPr>
            <w:tcW w:w="814" w:type="dxa"/>
            <w:vAlign w:val="center"/>
          </w:tcPr>
          <w:p w14:paraId="4F60BFA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DA5010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E25F69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172A2EE"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45E13949" w14:textId="77777777" w:rsidR="0099275C" w:rsidRPr="00C8713A" w:rsidRDefault="0099275C" w:rsidP="00123B9D">
            <w:pPr>
              <w:rPr>
                <w:rFonts w:cs="Times New Roman"/>
                <w:sz w:val="16"/>
                <w:szCs w:val="16"/>
              </w:rPr>
            </w:pPr>
            <w:r w:rsidRPr="00C8713A">
              <w:rPr>
                <w:rFonts w:cs="Times New Roman"/>
                <w:sz w:val="16"/>
                <w:szCs w:val="16"/>
              </w:rPr>
              <w:t>1005.0</w:t>
            </w:r>
          </w:p>
        </w:tc>
      </w:tr>
      <w:tr w:rsidR="0099275C" w:rsidRPr="00C8713A" w14:paraId="693FDDB4" w14:textId="77777777" w:rsidTr="00123B9D">
        <w:tc>
          <w:tcPr>
            <w:tcW w:w="3065" w:type="dxa"/>
            <w:vAlign w:val="center"/>
          </w:tcPr>
          <w:p w14:paraId="26F91A58" w14:textId="77777777" w:rsidR="0099275C" w:rsidRPr="00C8713A" w:rsidRDefault="0099275C" w:rsidP="00123B9D">
            <w:pPr>
              <w:rPr>
                <w:rFonts w:cs="Times New Roman"/>
                <w:sz w:val="16"/>
                <w:szCs w:val="16"/>
              </w:rPr>
            </w:pPr>
            <w:r w:rsidRPr="00C8713A">
              <w:rPr>
                <w:rFonts w:cs="Times New Roman"/>
                <w:sz w:val="16"/>
                <w:szCs w:val="16"/>
              </w:rPr>
              <w:t>Hf1Mo1Nb1Ta1Zr1</w:t>
            </w:r>
          </w:p>
        </w:tc>
        <w:tc>
          <w:tcPr>
            <w:tcW w:w="814" w:type="dxa"/>
            <w:vAlign w:val="center"/>
          </w:tcPr>
          <w:p w14:paraId="3D74770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8068E2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E881C65"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6B651AA"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4B67D414" w14:textId="77777777" w:rsidR="0099275C" w:rsidRPr="00C8713A" w:rsidRDefault="0099275C" w:rsidP="00123B9D">
            <w:pPr>
              <w:rPr>
                <w:rFonts w:cs="Times New Roman"/>
                <w:sz w:val="16"/>
                <w:szCs w:val="16"/>
              </w:rPr>
            </w:pPr>
            <w:r w:rsidRPr="00C8713A">
              <w:rPr>
                <w:rFonts w:cs="Times New Roman"/>
                <w:sz w:val="16"/>
                <w:szCs w:val="16"/>
              </w:rPr>
              <w:t>927.0</w:t>
            </w:r>
          </w:p>
        </w:tc>
      </w:tr>
      <w:tr w:rsidR="0099275C" w:rsidRPr="00C8713A" w14:paraId="6A660D01" w14:textId="77777777" w:rsidTr="00123B9D">
        <w:tc>
          <w:tcPr>
            <w:tcW w:w="3065" w:type="dxa"/>
            <w:vAlign w:val="center"/>
          </w:tcPr>
          <w:p w14:paraId="52292572" w14:textId="77777777" w:rsidR="0099275C" w:rsidRPr="00C8713A" w:rsidRDefault="0099275C" w:rsidP="00123B9D">
            <w:pPr>
              <w:rPr>
                <w:rFonts w:cs="Times New Roman"/>
                <w:sz w:val="16"/>
                <w:szCs w:val="16"/>
              </w:rPr>
            </w:pPr>
            <w:r w:rsidRPr="00C8713A">
              <w:rPr>
                <w:rFonts w:cs="Times New Roman"/>
                <w:sz w:val="16"/>
                <w:szCs w:val="16"/>
              </w:rPr>
              <w:t>Hf1Mo1Nb1Ta1Zr1</w:t>
            </w:r>
          </w:p>
        </w:tc>
        <w:tc>
          <w:tcPr>
            <w:tcW w:w="814" w:type="dxa"/>
            <w:vAlign w:val="center"/>
          </w:tcPr>
          <w:p w14:paraId="0F8E653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4CD26B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D5469B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A679241"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1262911F" w14:textId="77777777" w:rsidR="0099275C" w:rsidRPr="00C8713A" w:rsidRDefault="0099275C" w:rsidP="00123B9D">
            <w:pPr>
              <w:rPr>
                <w:rFonts w:cs="Times New Roman"/>
                <w:sz w:val="16"/>
                <w:szCs w:val="16"/>
              </w:rPr>
            </w:pPr>
            <w:r w:rsidRPr="00C8713A">
              <w:rPr>
                <w:rFonts w:cs="Times New Roman"/>
                <w:sz w:val="16"/>
                <w:szCs w:val="16"/>
              </w:rPr>
              <w:t>694.0</w:t>
            </w:r>
          </w:p>
        </w:tc>
      </w:tr>
      <w:tr w:rsidR="0099275C" w:rsidRPr="00C8713A" w14:paraId="1617388C" w14:textId="77777777" w:rsidTr="00123B9D">
        <w:tc>
          <w:tcPr>
            <w:tcW w:w="3065" w:type="dxa"/>
            <w:vAlign w:val="center"/>
          </w:tcPr>
          <w:p w14:paraId="680DC8C9" w14:textId="77777777" w:rsidR="0099275C" w:rsidRPr="00C8713A" w:rsidRDefault="0099275C" w:rsidP="00123B9D">
            <w:pPr>
              <w:rPr>
                <w:rFonts w:cs="Times New Roman"/>
                <w:sz w:val="16"/>
                <w:szCs w:val="16"/>
              </w:rPr>
            </w:pPr>
            <w:r w:rsidRPr="00C8713A">
              <w:rPr>
                <w:rFonts w:cs="Times New Roman"/>
                <w:sz w:val="16"/>
                <w:szCs w:val="16"/>
              </w:rPr>
              <w:t>Hf1Mo1Nb1Ta1Zr1</w:t>
            </w:r>
          </w:p>
        </w:tc>
        <w:tc>
          <w:tcPr>
            <w:tcW w:w="814" w:type="dxa"/>
            <w:vAlign w:val="center"/>
          </w:tcPr>
          <w:p w14:paraId="73DCB6A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55863F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AFFA3D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C3E4ADA" w14:textId="77777777" w:rsidR="0099275C" w:rsidRPr="00C8713A" w:rsidRDefault="0099275C" w:rsidP="00123B9D">
            <w:pPr>
              <w:rPr>
                <w:rFonts w:cs="Times New Roman"/>
                <w:sz w:val="16"/>
                <w:szCs w:val="16"/>
              </w:rPr>
            </w:pPr>
            <w:r w:rsidRPr="00C8713A">
              <w:rPr>
                <w:rFonts w:cs="Times New Roman"/>
                <w:sz w:val="16"/>
                <w:szCs w:val="16"/>
              </w:rPr>
              <w:t>1400.0</w:t>
            </w:r>
          </w:p>
        </w:tc>
        <w:tc>
          <w:tcPr>
            <w:tcW w:w="1616" w:type="dxa"/>
            <w:vAlign w:val="center"/>
          </w:tcPr>
          <w:p w14:paraId="1CCA4073" w14:textId="77777777" w:rsidR="0099275C" w:rsidRPr="00C8713A" w:rsidRDefault="0099275C" w:rsidP="00123B9D">
            <w:pPr>
              <w:rPr>
                <w:rFonts w:cs="Times New Roman"/>
                <w:sz w:val="16"/>
                <w:szCs w:val="16"/>
              </w:rPr>
            </w:pPr>
            <w:r w:rsidRPr="00C8713A">
              <w:rPr>
                <w:rFonts w:cs="Times New Roman"/>
                <w:sz w:val="16"/>
                <w:szCs w:val="16"/>
              </w:rPr>
              <w:t>278.0</w:t>
            </w:r>
          </w:p>
        </w:tc>
      </w:tr>
      <w:tr w:rsidR="0099275C" w:rsidRPr="00C8713A" w14:paraId="24CA4918" w14:textId="77777777" w:rsidTr="00123B9D">
        <w:tc>
          <w:tcPr>
            <w:tcW w:w="3065" w:type="dxa"/>
            <w:vAlign w:val="center"/>
          </w:tcPr>
          <w:p w14:paraId="13E11240" w14:textId="77777777" w:rsidR="0099275C" w:rsidRPr="00C8713A" w:rsidRDefault="0099275C" w:rsidP="00123B9D">
            <w:pPr>
              <w:rPr>
                <w:rFonts w:cs="Times New Roman"/>
                <w:sz w:val="16"/>
                <w:szCs w:val="16"/>
              </w:rPr>
            </w:pPr>
            <w:r w:rsidRPr="00C8713A">
              <w:rPr>
                <w:rFonts w:cs="Times New Roman"/>
                <w:sz w:val="16"/>
                <w:szCs w:val="16"/>
              </w:rPr>
              <w:t>Hf1Mo1Nb1Ti1Zr1</w:t>
            </w:r>
          </w:p>
        </w:tc>
        <w:tc>
          <w:tcPr>
            <w:tcW w:w="814" w:type="dxa"/>
            <w:vAlign w:val="center"/>
          </w:tcPr>
          <w:p w14:paraId="3C85EE5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915C90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3CD5B85"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083CD8A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150689E" w14:textId="77777777" w:rsidR="0099275C" w:rsidRPr="00C8713A" w:rsidRDefault="0099275C" w:rsidP="00123B9D">
            <w:pPr>
              <w:rPr>
                <w:rFonts w:cs="Times New Roman"/>
                <w:sz w:val="16"/>
                <w:szCs w:val="16"/>
              </w:rPr>
            </w:pPr>
            <w:r w:rsidRPr="00C8713A">
              <w:rPr>
                <w:rFonts w:cs="Times New Roman"/>
                <w:sz w:val="16"/>
                <w:szCs w:val="16"/>
              </w:rPr>
              <w:t>1575.0</w:t>
            </w:r>
          </w:p>
        </w:tc>
      </w:tr>
      <w:tr w:rsidR="0099275C" w:rsidRPr="00C8713A" w14:paraId="2C17F416" w14:textId="77777777" w:rsidTr="00123B9D">
        <w:tc>
          <w:tcPr>
            <w:tcW w:w="3065" w:type="dxa"/>
            <w:vAlign w:val="center"/>
          </w:tcPr>
          <w:p w14:paraId="7F62F36F" w14:textId="77777777" w:rsidR="0099275C" w:rsidRPr="00C8713A" w:rsidRDefault="0099275C" w:rsidP="00123B9D">
            <w:pPr>
              <w:rPr>
                <w:rFonts w:cs="Times New Roman"/>
                <w:sz w:val="16"/>
                <w:szCs w:val="16"/>
              </w:rPr>
            </w:pPr>
            <w:r w:rsidRPr="00C8713A">
              <w:rPr>
                <w:rFonts w:cs="Times New Roman"/>
                <w:sz w:val="16"/>
                <w:szCs w:val="16"/>
              </w:rPr>
              <w:t>Hf1Mo1Nb1Ti1Zr1</w:t>
            </w:r>
          </w:p>
        </w:tc>
        <w:tc>
          <w:tcPr>
            <w:tcW w:w="814" w:type="dxa"/>
            <w:vAlign w:val="center"/>
          </w:tcPr>
          <w:p w14:paraId="1221E1B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8DDBF3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DFE6E1D"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4D3180B"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014E18BE" w14:textId="77777777" w:rsidR="0099275C" w:rsidRPr="00C8713A" w:rsidRDefault="0099275C" w:rsidP="00123B9D">
            <w:pPr>
              <w:rPr>
                <w:rFonts w:cs="Times New Roman"/>
                <w:sz w:val="16"/>
                <w:szCs w:val="16"/>
              </w:rPr>
            </w:pPr>
            <w:r w:rsidRPr="00C8713A">
              <w:rPr>
                <w:rFonts w:cs="Times New Roman"/>
                <w:sz w:val="16"/>
                <w:szCs w:val="16"/>
              </w:rPr>
              <w:t>825.0</w:t>
            </w:r>
          </w:p>
        </w:tc>
      </w:tr>
      <w:tr w:rsidR="0099275C" w:rsidRPr="00C8713A" w14:paraId="349A3EFF" w14:textId="77777777" w:rsidTr="00123B9D">
        <w:tc>
          <w:tcPr>
            <w:tcW w:w="3065" w:type="dxa"/>
            <w:vAlign w:val="center"/>
          </w:tcPr>
          <w:p w14:paraId="2DFBB946" w14:textId="77777777" w:rsidR="0099275C" w:rsidRPr="00C8713A" w:rsidRDefault="0099275C" w:rsidP="00123B9D">
            <w:pPr>
              <w:rPr>
                <w:rFonts w:cs="Times New Roman"/>
                <w:sz w:val="16"/>
                <w:szCs w:val="16"/>
              </w:rPr>
            </w:pPr>
            <w:r w:rsidRPr="00C8713A">
              <w:rPr>
                <w:rFonts w:cs="Times New Roman"/>
                <w:sz w:val="16"/>
                <w:szCs w:val="16"/>
              </w:rPr>
              <w:t>Hf1Mo1Nb1Ti1Zr1</w:t>
            </w:r>
          </w:p>
        </w:tc>
        <w:tc>
          <w:tcPr>
            <w:tcW w:w="814" w:type="dxa"/>
            <w:vAlign w:val="center"/>
          </w:tcPr>
          <w:p w14:paraId="2CFF8A2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263186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EACD62B"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7A0F336"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49F0BF4" w14:textId="77777777" w:rsidR="0099275C" w:rsidRPr="00C8713A" w:rsidRDefault="0099275C" w:rsidP="00123B9D">
            <w:pPr>
              <w:rPr>
                <w:rFonts w:cs="Times New Roman"/>
                <w:sz w:val="16"/>
                <w:szCs w:val="16"/>
              </w:rPr>
            </w:pPr>
            <w:r w:rsidRPr="00C8713A">
              <w:rPr>
                <w:rFonts w:cs="Times New Roman"/>
                <w:sz w:val="16"/>
                <w:szCs w:val="16"/>
              </w:rPr>
              <w:t>635.0</w:t>
            </w:r>
          </w:p>
        </w:tc>
      </w:tr>
      <w:tr w:rsidR="0099275C" w:rsidRPr="00C8713A" w14:paraId="053C1A4E" w14:textId="77777777" w:rsidTr="00123B9D">
        <w:tc>
          <w:tcPr>
            <w:tcW w:w="3065" w:type="dxa"/>
            <w:vAlign w:val="center"/>
          </w:tcPr>
          <w:p w14:paraId="1C6F8EB0" w14:textId="77777777" w:rsidR="0099275C" w:rsidRPr="00C8713A" w:rsidRDefault="0099275C" w:rsidP="00123B9D">
            <w:pPr>
              <w:rPr>
                <w:rFonts w:cs="Times New Roman"/>
                <w:sz w:val="16"/>
                <w:szCs w:val="16"/>
              </w:rPr>
            </w:pPr>
            <w:r w:rsidRPr="00C8713A">
              <w:rPr>
                <w:rFonts w:cs="Times New Roman"/>
                <w:sz w:val="16"/>
                <w:szCs w:val="16"/>
              </w:rPr>
              <w:t>Hf1Mo1Nb1Ti1Zr1</w:t>
            </w:r>
          </w:p>
        </w:tc>
        <w:tc>
          <w:tcPr>
            <w:tcW w:w="814" w:type="dxa"/>
            <w:vAlign w:val="center"/>
          </w:tcPr>
          <w:p w14:paraId="7EC1A57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5F4C00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977E6F8"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07E49FCC"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68D31792" w14:textId="77777777" w:rsidR="0099275C" w:rsidRPr="00C8713A" w:rsidRDefault="0099275C" w:rsidP="00123B9D">
            <w:pPr>
              <w:rPr>
                <w:rFonts w:cs="Times New Roman"/>
                <w:sz w:val="16"/>
                <w:szCs w:val="16"/>
              </w:rPr>
            </w:pPr>
            <w:r w:rsidRPr="00C8713A">
              <w:rPr>
                <w:rFonts w:cs="Times New Roman"/>
                <w:sz w:val="16"/>
                <w:szCs w:val="16"/>
              </w:rPr>
              <w:t>187.0</w:t>
            </w:r>
          </w:p>
        </w:tc>
      </w:tr>
      <w:tr w:rsidR="0099275C" w:rsidRPr="00C8713A" w14:paraId="1C079288" w14:textId="77777777" w:rsidTr="00123B9D">
        <w:tc>
          <w:tcPr>
            <w:tcW w:w="3065" w:type="dxa"/>
            <w:vAlign w:val="center"/>
          </w:tcPr>
          <w:p w14:paraId="6DC9C2C7"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814" w:type="dxa"/>
            <w:vAlign w:val="center"/>
          </w:tcPr>
          <w:p w14:paraId="70423F1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87AECF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EE1553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58FBDA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66BAE38" w14:textId="77777777" w:rsidR="0099275C" w:rsidRPr="00C8713A" w:rsidRDefault="0099275C" w:rsidP="00123B9D">
            <w:pPr>
              <w:rPr>
                <w:rFonts w:cs="Times New Roman"/>
                <w:sz w:val="16"/>
                <w:szCs w:val="16"/>
              </w:rPr>
            </w:pPr>
            <w:r w:rsidRPr="00C8713A">
              <w:rPr>
                <w:rFonts w:cs="Times New Roman"/>
                <w:sz w:val="16"/>
                <w:szCs w:val="16"/>
              </w:rPr>
              <w:t>1600.0</w:t>
            </w:r>
          </w:p>
        </w:tc>
      </w:tr>
      <w:tr w:rsidR="0099275C" w:rsidRPr="00C8713A" w14:paraId="51B3C81E" w14:textId="77777777" w:rsidTr="00123B9D">
        <w:tc>
          <w:tcPr>
            <w:tcW w:w="3065" w:type="dxa"/>
            <w:vAlign w:val="center"/>
          </w:tcPr>
          <w:p w14:paraId="698D2C5E"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814" w:type="dxa"/>
            <w:vAlign w:val="center"/>
          </w:tcPr>
          <w:p w14:paraId="67EBFE7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38F1AA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3FDCA8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A4EE1A0"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7F328F63" w14:textId="77777777" w:rsidR="0099275C" w:rsidRPr="00C8713A" w:rsidRDefault="0099275C" w:rsidP="00123B9D">
            <w:pPr>
              <w:rPr>
                <w:rFonts w:cs="Times New Roman"/>
                <w:sz w:val="16"/>
                <w:szCs w:val="16"/>
              </w:rPr>
            </w:pPr>
            <w:r w:rsidRPr="00C8713A">
              <w:rPr>
                <w:rFonts w:cs="Times New Roman"/>
                <w:sz w:val="16"/>
                <w:szCs w:val="16"/>
              </w:rPr>
              <w:t>1045.0</w:t>
            </w:r>
          </w:p>
        </w:tc>
      </w:tr>
      <w:tr w:rsidR="0099275C" w:rsidRPr="00C8713A" w14:paraId="3E0A11F2" w14:textId="77777777" w:rsidTr="00123B9D">
        <w:tc>
          <w:tcPr>
            <w:tcW w:w="3065" w:type="dxa"/>
            <w:vAlign w:val="center"/>
          </w:tcPr>
          <w:p w14:paraId="79110A2D"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814" w:type="dxa"/>
            <w:vAlign w:val="center"/>
          </w:tcPr>
          <w:p w14:paraId="1DC0540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664C87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36C60D8"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FCBF4A4"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0E751DEF" w14:textId="77777777" w:rsidR="0099275C" w:rsidRPr="00C8713A" w:rsidRDefault="0099275C" w:rsidP="00123B9D">
            <w:pPr>
              <w:rPr>
                <w:rFonts w:cs="Times New Roman"/>
                <w:sz w:val="16"/>
                <w:szCs w:val="16"/>
              </w:rPr>
            </w:pPr>
            <w:r w:rsidRPr="00C8713A">
              <w:rPr>
                <w:rFonts w:cs="Times New Roman"/>
                <w:sz w:val="16"/>
                <w:szCs w:val="16"/>
              </w:rPr>
              <w:t>855.0</w:t>
            </w:r>
          </w:p>
        </w:tc>
      </w:tr>
      <w:tr w:rsidR="0099275C" w:rsidRPr="00C8713A" w14:paraId="3429E8F5" w14:textId="77777777" w:rsidTr="00123B9D">
        <w:tc>
          <w:tcPr>
            <w:tcW w:w="3065" w:type="dxa"/>
            <w:vAlign w:val="center"/>
          </w:tcPr>
          <w:p w14:paraId="235F4CA1"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814" w:type="dxa"/>
            <w:vAlign w:val="center"/>
          </w:tcPr>
          <w:p w14:paraId="1A0B7C8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5B612A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4F74E70"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E89057D"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79A46E57" w14:textId="77777777" w:rsidR="0099275C" w:rsidRPr="00C8713A" w:rsidRDefault="0099275C" w:rsidP="00123B9D">
            <w:pPr>
              <w:rPr>
                <w:rFonts w:cs="Times New Roman"/>
                <w:sz w:val="16"/>
                <w:szCs w:val="16"/>
              </w:rPr>
            </w:pPr>
            <w:r w:rsidRPr="00C8713A">
              <w:rPr>
                <w:rFonts w:cs="Times New Roman"/>
                <w:sz w:val="16"/>
                <w:szCs w:val="16"/>
              </w:rPr>
              <w:t>404.0</w:t>
            </w:r>
          </w:p>
        </w:tc>
      </w:tr>
      <w:tr w:rsidR="0099275C" w:rsidRPr="00C8713A" w14:paraId="2E4F8526" w14:textId="77777777" w:rsidTr="00123B9D">
        <w:tc>
          <w:tcPr>
            <w:tcW w:w="3065" w:type="dxa"/>
            <w:vAlign w:val="center"/>
          </w:tcPr>
          <w:p w14:paraId="46DAC177" w14:textId="77777777" w:rsidR="0099275C" w:rsidRPr="00C8713A" w:rsidRDefault="0099275C" w:rsidP="00123B9D">
            <w:pPr>
              <w:rPr>
                <w:rFonts w:cs="Times New Roman"/>
                <w:sz w:val="16"/>
                <w:szCs w:val="16"/>
              </w:rPr>
            </w:pPr>
            <w:r w:rsidRPr="00C8713A">
              <w:rPr>
                <w:rFonts w:cs="Times New Roman"/>
                <w:sz w:val="16"/>
                <w:szCs w:val="16"/>
              </w:rPr>
              <w:t>Hf1Nb1Ta1Ti1</w:t>
            </w:r>
          </w:p>
        </w:tc>
        <w:tc>
          <w:tcPr>
            <w:tcW w:w="814" w:type="dxa"/>
            <w:vAlign w:val="center"/>
          </w:tcPr>
          <w:p w14:paraId="513CD07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517389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6E2788F"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3937C3E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B63CA2A" w14:textId="77777777" w:rsidR="0099275C" w:rsidRPr="00C8713A" w:rsidRDefault="0099275C" w:rsidP="00123B9D">
            <w:pPr>
              <w:rPr>
                <w:rFonts w:cs="Times New Roman"/>
                <w:sz w:val="16"/>
                <w:szCs w:val="16"/>
              </w:rPr>
            </w:pPr>
            <w:r w:rsidRPr="00C8713A">
              <w:rPr>
                <w:rFonts w:cs="Times New Roman"/>
                <w:sz w:val="16"/>
                <w:szCs w:val="16"/>
              </w:rPr>
              <w:t>847.0</w:t>
            </w:r>
          </w:p>
        </w:tc>
      </w:tr>
      <w:tr w:rsidR="0099275C" w:rsidRPr="00C8713A" w14:paraId="25A809F0" w14:textId="77777777" w:rsidTr="00123B9D">
        <w:tc>
          <w:tcPr>
            <w:tcW w:w="3065" w:type="dxa"/>
            <w:vAlign w:val="center"/>
          </w:tcPr>
          <w:p w14:paraId="3BB3DF1E" w14:textId="77777777" w:rsidR="0099275C" w:rsidRPr="00C8713A" w:rsidRDefault="0099275C" w:rsidP="00123B9D">
            <w:pPr>
              <w:rPr>
                <w:rFonts w:cs="Times New Roman"/>
                <w:sz w:val="16"/>
                <w:szCs w:val="16"/>
              </w:rPr>
            </w:pPr>
            <w:r w:rsidRPr="00C8713A">
              <w:rPr>
                <w:rFonts w:cs="Times New Roman"/>
                <w:sz w:val="16"/>
                <w:szCs w:val="16"/>
              </w:rPr>
              <w:t>Hf1Nb1Ta1Ti1</w:t>
            </w:r>
          </w:p>
        </w:tc>
        <w:tc>
          <w:tcPr>
            <w:tcW w:w="814" w:type="dxa"/>
            <w:vAlign w:val="center"/>
          </w:tcPr>
          <w:p w14:paraId="7E83535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F2141D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9E6C9AB"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5D35752"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47C9D974" w14:textId="77777777" w:rsidR="0099275C" w:rsidRPr="00C8713A" w:rsidRDefault="0099275C" w:rsidP="00123B9D">
            <w:pPr>
              <w:rPr>
                <w:rFonts w:cs="Times New Roman"/>
                <w:sz w:val="16"/>
                <w:szCs w:val="16"/>
              </w:rPr>
            </w:pPr>
            <w:r w:rsidRPr="00C8713A">
              <w:rPr>
                <w:rFonts w:cs="Times New Roman"/>
                <w:sz w:val="16"/>
                <w:szCs w:val="16"/>
              </w:rPr>
              <w:t>610.0</w:t>
            </w:r>
          </w:p>
        </w:tc>
      </w:tr>
      <w:tr w:rsidR="0099275C" w:rsidRPr="00C8713A" w14:paraId="5CFBF21D" w14:textId="77777777" w:rsidTr="00123B9D">
        <w:tc>
          <w:tcPr>
            <w:tcW w:w="3065" w:type="dxa"/>
            <w:vAlign w:val="center"/>
          </w:tcPr>
          <w:p w14:paraId="3A920B03" w14:textId="77777777" w:rsidR="0099275C" w:rsidRPr="00C8713A" w:rsidRDefault="0099275C" w:rsidP="00123B9D">
            <w:pPr>
              <w:rPr>
                <w:rFonts w:cs="Times New Roman"/>
                <w:sz w:val="16"/>
                <w:szCs w:val="16"/>
              </w:rPr>
            </w:pPr>
            <w:r w:rsidRPr="00C8713A">
              <w:rPr>
                <w:rFonts w:cs="Times New Roman"/>
                <w:sz w:val="16"/>
                <w:szCs w:val="16"/>
              </w:rPr>
              <w:t>Hf1Nb1Ta1Ti1</w:t>
            </w:r>
          </w:p>
        </w:tc>
        <w:tc>
          <w:tcPr>
            <w:tcW w:w="814" w:type="dxa"/>
            <w:vAlign w:val="center"/>
          </w:tcPr>
          <w:p w14:paraId="0FBD4F3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C95357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33013EE"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679703F"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0BD3F21D" w14:textId="77777777" w:rsidR="0099275C" w:rsidRPr="00C8713A" w:rsidRDefault="0099275C" w:rsidP="00123B9D">
            <w:pPr>
              <w:rPr>
                <w:rFonts w:cs="Times New Roman"/>
                <w:sz w:val="16"/>
                <w:szCs w:val="16"/>
              </w:rPr>
            </w:pPr>
            <w:r w:rsidRPr="00C8713A">
              <w:rPr>
                <w:rFonts w:cs="Times New Roman"/>
                <w:sz w:val="16"/>
                <w:szCs w:val="16"/>
              </w:rPr>
              <w:t>473.0</w:t>
            </w:r>
          </w:p>
        </w:tc>
      </w:tr>
      <w:tr w:rsidR="0099275C" w:rsidRPr="00C8713A" w14:paraId="78D728A6" w14:textId="77777777" w:rsidTr="00123B9D">
        <w:tc>
          <w:tcPr>
            <w:tcW w:w="3065" w:type="dxa"/>
            <w:vAlign w:val="center"/>
          </w:tcPr>
          <w:p w14:paraId="4884297D" w14:textId="77777777" w:rsidR="0099275C" w:rsidRPr="00C8713A" w:rsidRDefault="0099275C" w:rsidP="00123B9D">
            <w:pPr>
              <w:rPr>
                <w:rFonts w:cs="Times New Roman"/>
                <w:sz w:val="16"/>
                <w:szCs w:val="16"/>
              </w:rPr>
            </w:pPr>
            <w:r w:rsidRPr="00C8713A">
              <w:rPr>
                <w:rFonts w:cs="Times New Roman"/>
                <w:sz w:val="16"/>
                <w:szCs w:val="16"/>
              </w:rPr>
              <w:t>Hf1Nb1Ta1Ti1Zr1</w:t>
            </w:r>
          </w:p>
        </w:tc>
        <w:tc>
          <w:tcPr>
            <w:tcW w:w="814" w:type="dxa"/>
            <w:vAlign w:val="center"/>
          </w:tcPr>
          <w:p w14:paraId="113869E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C44171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B379CF6"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3F8D52A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BA87682" w14:textId="77777777" w:rsidR="0099275C" w:rsidRPr="00C8713A" w:rsidRDefault="0099275C" w:rsidP="00123B9D">
            <w:pPr>
              <w:rPr>
                <w:rFonts w:cs="Times New Roman"/>
                <w:sz w:val="16"/>
                <w:szCs w:val="16"/>
              </w:rPr>
            </w:pPr>
            <w:r w:rsidRPr="00C8713A">
              <w:rPr>
                <w:rFonts w:cs="Times New Roman"/>
                <w:sz w:val="16"/>
                <w:szCs w:val="16"/>
              </w:rPr>
              <w:t>929.0</w:t>
            </w:r>
          </w:p>
        </w:tc>
      </w:tr>
      <w:tr w:rsidR="0099275C" w:rsidRPr="00C8713A" w14:paraId="57EAA6B2" w14:textId="77777777" w:rsidTr="00123B9D">
        <w:tc>
          <w:tcPr>
            <w:tcW w:w="3065" w:type="dxa"/>
            <w:vAlign w:val="center"/>
          </w:tcPr>
          <w:p w14:paraId="713F56D2" w14:textId="77777777" w:rsidR="0099275C" w:rsidRPr="00C8713A" w:rsidRDefault="0099275C" w:rsidP="00123B9D">
            <w:pPr>
              <w:rPr>
                <w:rFonts w:cs="Times New Roman"/>
                <w:sz w:val="16"/>
                <w:szCs w:val="16"/>
              </w:rPr>
            </w:pPr>
            <w:r w:rsidRPr="00C8713A">
              <w:rPr>
                <w:rFonts w:cs="Times New Roman"/>
                <w:sz w:val="16"/>
                <w:szCs w:val="16"/>
              </w:rPr>
              <w:t>Hf1Nb1Ta1Ti1Zr1</w:t>
            </w:r>
          </w:p>
        </w:tc>
        <w:tc>
          <w:tcPr>
            <w:tcW w:w="814" w:type="dxa"/>
            <w:vAlign w:val="center"/>
          </w:tcPr>
          <w:p w14:paraId="25F2B37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ADCD6B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525300C"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6EB11DFD" w14:textId="77777777" w:rsidR="0099275C" w:rsidRPr="00C8713A" w:rsidRDefault="0099275C" w:rsidP="00123B9D">
            <w:pPr>
              <w:rPr>
                <w:rFonts w:cs="Times New Roman"/>
                <w:sz w:val="16"/>
                <w:szCs w:val="16"/>
              </w:rPr>
            </w:pPr>
            <w:r w:rsidRPr="00C8713A">
              <w:rPr>
                <w:rFonts w:cs="Times New Roman"/>
                <w:sz w:val="16"/>
                <w:szCs w:val="16"/>
              </w:rPr>
              <w:t>400.0</w:t>
            </w:r>
          </w:p>
        </w:tc>
        <w:tc>
          <w:tcPr>
            <w:tcW w:w="1616" w:type="dxa"/>
            <w:vAlign w:val="center"/>
          </w:tcPr>
          <w:p w14:paraId="1BD866C0" w14:textId="77777777" w:rsidR="0099275C" w:rsidRPr="00C8713A" w:rsidRDefault="0099275C" w:rsidP="00123B9D">
            <w:pPr>
              <w:rPr>
                <w:rFonts w:cs="Times New Roman"/>
                <w:sz w:val="16"/>
                <w:szCs w:val="16"/>
              </w:rPr>
            </w:pPr>
            <w:r w:rsidRPr="00C8713A">
              <w:rPr>
                <w:rFonts w:cs="Times New Roman"/>
                <w:sz w:val="16"/>
                <w:szCs w:val="16"/>
              </w:rPr>
              <w:t>790.0</w:t>
            </w:r>
          </w:p>
        </w:tc>
      </w:tr>
      <w:tr w:rsidR="0099275C" w:rsidRPr="00C8713A" w14:paraId="7C9FDEDD" w14:textId="77777777" w:rsidTr="00123B9D">
        <w:tc>
          <w:tcPr>
            <w:tcW w:w="3065" w:type="dxa"/>
            <w:vAlign w:val="center"/>
          </w:tcPr>
          <w:p w14:paraId="6009D76C" w14:textId="77777777" w:rsidR="0099275C" w:rsidRPr="00C8713A" w:rsidRDefault="0099275C" w:rsidP="00123B9D">
            <w:pPr>
              <w:rPr>
                <w:rFonts w:cs="Times New Roman"/>
                <w:sz w:val="16"/>
                <w:szCs w:val="16"/>
              </w:rPr>
            </w:pPr>
            <w:r w:rsidRPr="00C8713A">
              <w:rPr>
                <w:rFonts w:cs="Times New Roman"/>
                <w:sz w:val="16"/>
                <w:szCs w:val="16"/>
              </w:rPr>
              <w:t>Hf1Nb1Ta1Ti1Zr1</w:t>
            </w:r>
          </w:p>
        </w:tc>
        <w:tc>
          <w:tcPr>
            <w:tcW w:w="814" w:type="dxa"/>
            <w:vAlign w:val="center"/>
          </w:tcPr>
          <w:p w14:paraId="749A457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D68C4E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7566208"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67FB8267"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36C69DC8" w14:textId="77777777" w:rsidR="0099275C" w:rsidRPr="00C8713A" w:rsidRDefault="0099275C" w:rsidP="00123B9D">
            <w:pPr>
              <w:rPr>
                <w:rFonts w:cs="Times New Roman"/>
                <w:sz w:val="16"/>
                <w:szCs w:val="16"/>
              </w:rPr>
            </w:pPr>
            <w:r w:rsidRPr="00C8713A">
              <w:rPr>
                <w:rFonts w:cs="Times New Roman"/>
                <w:sz w:val="16"/>
                <w:szCs w:val="16"/>
              </w:rPr>
              <w:t>675.0</w:t>
            </w:r>
          </w:p>
        </w:tc>
      </w:tr>
      <w:tr w:rsidR="0099275C" w:rsidRPr="00C8713A" w14:paraId="78710844" w14:textId="77777777" w:rsidTr="00123B9D">
        <w:tc>
          <w:tcPr>
            <w:tcW w:w="3065" w:type="dxa"/>
            <w:vAlign w:val="center"/>
          </w:tcPr>
          <w:p w14:paraId="1C35C2FE" w14:textId="77777777" w:rsidR="0099275C" w:rsidRPr="00C8713A" w:rsidRDefault="0099275C" w:rsidP="00123B9D">
            <w:pPr>
              <w:rPr>
                <w:rFonts w:cs="Times New Roman"/>
                <w:sz w:val="16"/>
                <w:szCs w:val="16"/>
              </w:rPr>
            </w:pPr>
            <w:r w:rsidRPr="00C8713A">
              <w:rPr>
                <w:rFonts w:cs="Times New Roman"/>
                <w:sz w:val="16"/>
                <w:szCs w:val="16"/>
              </w:rPr>
              <w:t>Hf1Nb1Ta1Ti1Zr1</w:t>
            </w:r>
          </w:p>
        </w:tc>
        <w:tc>
          <w:tcPr>
            <w:tcW w:w="814" w:type="dxa"/>
            <w:vAlign w:val="center"/>
          </w:tcPr>
          <w:p w14:paraId="558643B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AE1B61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012DFE0"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4F238092"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200845F8" w14:textId="77777777" w:rsidR="0099275C" w:rsidRPr="00C8713A" w:rsidRDefault="0099275C" w:rsidP="00123B9D">
            <w:pPr>
              <w:rPr>
                <w:rFonts w:cs="Times New Roman"/>
                <w:sz w:val="16"/>
                <w:szCs w:val="16"/>
              </w:rPr>
            </w:pPr>
            <w:r w:rsidRPr="00C8713A">
              <w:rPr>
                <w:rFonts w:cs="Times New Roman"/>
                <w:sz w:val="16"/>
                <w:szCs w:val="16"/>
              </w:rPr>
              <w:t>535.0</w:t>
            </w:r>
          </w:p>
        </w:tc>
      </w:tr>
      <w:tr w:rsidR="0099275C" w:rsidRPr="00C8713A" w14:paraId="1A3F80A8" w14:textId="77777777" w:rsidTr="00123B9D">
        <w:tc>
          <w:tcPr>
            <w:tcW w:w="3065" w:type="dxa"/>
            <w:vAlign w:val="center"/>
          </w:tcPr>
          <w:p w14:paraId="23571C5B" w14:textId="77777777" w:rsidR="0099275C" w:rsidRPr="00C8713A" w:rsidRDefault="0099275C" w:rsidP="00123B9D">
            <w:pPr>
              <w:rPr>
                <w:rFonts w:cs="Times New Roman"/>
                <w:sz w:val="16"/>
                <w:szCs w:val="16"/>
              </w:rPr>
            </w:pPr>
            <w:r w:rsidRPr="00C8713A">
              <w:rPr>
                <w:rFonts w:cs="Times New Roman"/>
                <w:sz w:val="16"/>
                <w:szCs w:val="16"/>
              </w:rPr>
              <w:t>Hf1Nb1Ta1Ti1Zr1</w:t>
            </w:r>
          </w:p>
        </w:tc>
        <w:tc>
          <w:tcPr>
            <w:tcW w:w="814" w:type="dxa"/>
            <w:vAlign w:val="center"/>
          </w:tcPr>
          <w:p w14:paraId="5FE7881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05C49D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F8ACB59"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0AA7FF49"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69F94100" w14:textId="77777777" w:rsidR="0099275C" w:rsidRPr="00C8713A" w:rsidRDefault="0099275C" w:rsidP="00123B9D">
            <w:pPr>
              <w:rPr>
                <w:rFonts w:cs="Times New Roman"/>
                <w:sz w:val="16"/>
                <w:szCs w:val="16"/>
              </w:rPr>
            </w:pPr>
            <w:r w:rsidRPr="00C8713A">
              <w:rPr>
                <w:rFonts w:cs="Times New Roman"/>
                <w:sz w:val="16"/>
                <w:szCs w:val="16"/>
              </w:rPr>
              <w:t>295.0</w:t>
            </w:r>
          </w:p>
        </w:tc>
      </w:tr>
      <w:tr w:rsidR="0099275C" w:rsidRPr="00C8713A" w14:paraId="5A56C2F8" w14:textId="77777777" w:rsidTr="00123B9D">
        <w:tc>
          <w:tcPr>
            <w:tcW w:w="3065" w:type="dxa"/>
            <w:vAlign w:val="center"/>
          </w:tcPr>
          <w:p w14:paraId="113776D7" w14:textId="77777777" w:rsidR="0099275C" w:rsidRPr="00C8713A" w:rsidRDefault="0099275C" w:rsidP="00123B9D">
            <w:pPr>
              <w:rPr>
                <w:rFonts w:cs="Times New Roman"/>
                <w:sz w:val="16"/>
                <w:szCs w:val="16"/>
              </w:rPr>
            </w:pPr>
            <w:r w:rsidRPr="00C8713A">
              <w:rPr>
                <w:rFonts w:cs="Times New Roman"/>
                <w:sz w:val="16"/>
                <w:szCs w:val="16"/>
              </w:rPr>
              <w:t>Hf1Nb1Ta1Ti1Zr1</w:t>
            </w:r>
          </w:p>
        </w:tc>
        <w:tc>
          <w:tcPr>
            <w:tcW w:w="814" w:type="dxa"/>
            <w:vAlign w:val="center"/>
          </w:tcPr>
          <w:p w14:paraId="17D6C65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584905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9A30A90"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2ED91ACB"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59E5A779" w14:textId="77777777" w:rsidR="0099275C" w:rsidRPr="00C8713A" w:rsidRDefault="0099275C" w:rsidP="00123B9D">
            <w:pPr>
              <w:rPr>
                <w:rFonts w:cs="Times New Roman"/>
                <w:sz w:val="16"/>
                <w:szCs w:val="16"/>
              </w:rPr>
            </w:pPr>
            <w:r w:rsidRPr="00C8713A">
              <w:rPr>
                <w:rFonts w:cs="Times New Roman"/>
                <w:sz w:val="16"/>
                <w:szCs w:val="16"/>
              </w:rPr>
              <w:t>92.0</w:t>
            </w:r>
          </w:p>
        </w:tc>
      </w:tr>
      <w:tr w:rsidR="0099275C" w:rsidRPr="00C8713A" w14:paraId="518ACB3A" w14:textId="77777777" w:rsidTr="00123B9D">
        <w:tc>
          <w:tcPr>
            <w:tcW w:w="3065" w:type="dxa"/>
            <w:vAlign w:val="center"/>
          </w:tcPr>
          <w:p w14:paraId="4D828127" w14:textId="77777777" w:rsidR="0099275C" w:rsidRPr="00C8713A" w:rsidRDefault="0099275C" w:rsidP="00123B9D">
            <w:pPr>
              <w:rPr>
                <w:rFonts w:cs="Times New Roman"/>
                <w:sz w:val="16"/>
                <w:szCs w:val="16"/>
              </w:rPr>
            </w:pPr>
            <w:r w:rsidRPr="00C8713A">
              <w:rPr>
                <w:rFonts w:cs="Times New Roman"/>
                <w:sz w:val="16"/>
                <w:szCs w:val="16"/>
              </w:rPr>
              <w:t>Hf1Nb1Ta1Zr1</w:t>
            </w:r>
          </w:p>
        </w:tc>
        <w:tc>
          <w:tcPr>
            <w:tcW w:w="814" w:type="dxa"/>
            <w:vAlign w:val="center"/>
          </w:tcPr>
          <w:p w14:paraId="22A1A5F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E67A9D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9EAE1F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2EC74B0"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4454C3E" w14:textId="77777777" w:rsidR="0099275C" w:rsidRPr="00C8713A" w:rsidRDefault="0099275C" w:rsidP="00123B9D">
            <w:pPr>
              <w:rPr>
                <w:rFonts w:cs="Times New Roman"/>
                <w:sz w:val="16"/>
                <w:szCs w:val="16"/>
              </w:rPr>
            </w:pPr>
            <w:r w:rsidRPr="00C8713A">
              <w:rPr>
                <w:rFonts w:cs="Times New Roman"/>
                <w:sz w:val="16"/>
                <w:szCs w:val="16"/>
              </w:rPr>
              <w:t>1315.0</w:t>
            </w:r>
          </w:p>
        </w:tc>
      </w:tr>
      <w:tr w:rsidR="0099275C" w:rsidRPr="00C8713A" w14:paraId="730F99E2" w14:textId="77777777" w:rsidTr="00123B9D">
        <w:tc>
          <w:tcPr>
            <w:tcW w:w="3065" w:type="dxa"/>
            <w:vAlign w:val="center"/>
          </w:tcPr>
          <w:p w14:paraId="54A34EB4" w14:textId="77777777" w:rsidR="0099275C" w:rsidRPr="00C8713A" w:rsidRDefault="0099275C" w:rsidP="00123B9D">
            <w:pPr>
              <w:rPr>
                <w:rFonts w:cs="Times New Roman"/>
                <w:sz w:val="16"/>
                <w:szCs w:val="16"/>
              </w:rPr>
            </w:pPr>
            <w:r w:rsidRPr="00C8713A">
              <w:rPr>
                <w:rFonts w:cs="Times New Roman"/>
                <w:sz w:val="16"/>
                <w:szCs w:val="16"/>
              </w:rPr>
              <w:t>Hf1Nb1Ti1V1Zr1</w:t>
            </w:r>
          </w:p>
        </w:tc>
        <w:tc>
          <w:tcPr>
            <w:tcW w:w="814" w:type="dxa"/>
            <w:vAlign w:val="center"/>
          </w:tcPr>
          <w:p w14:paraId="180F390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B0C12D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93AC221"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E363C8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1BD37BA" w14:textId="77777777" w:rsidR="0099275C" w:rsidRPr="00C8713A" w:rsidRDefault="0099275C" w:rsidP="00123B9D">
            <w:pPr>
              <w:rPr>
                <w:rFonts w:cs="Times New Roman"/>
                <w:sz w:val="16"/>
                <w:szCs w:val="16"/>
              </w:rPr>
            </w:pPr>
            <w:r w:rsidRPr="00C8713A">
              <w:rPr>
                <w:rFonts w:cs="Times New Roman"/>
                <w:sz w:val="16"/>
                <w:szCs w:val="16"/>
              </w:rPr>
              <w:t>1171.0</w:t>
            </w:r>
          </w:p>
        </w:tc>
      </w:tr>
      <w:tr w:rsidR="0099275C" w:rsidRPr="00C8713A" w14:paraId="6351E2A5" w14:textId="77777777" w:rsidTr="00123B9D">
        <w:tc>
          <w:tcPr>
            <w:tcW w:w="3065" w:type="dxa"/>
            <w:vAlign w:val="center"/>
          </w:tcPr>
          <w:p w14:paraId="388F5F99" w14:textId="77777777" w:rsidR="0099275C" w:rsidRPr="00C8713A" w:rsidRDefault="0099275C" w:rsidP="00123B9D">
            <w:pPr>
              <w:rPr>
                <w:rFonts w:cs="Times New Roman"/>
                <w:sz w:val="16"/>
                <w:szCs w:val="16"/>
              </w:rPr>
            </w:pPr>
            <w:r w:rsidRPr="00C8713A">
              <w:rPr>
                <w:rFonts w:cs="Times New Roman"/>
                <w:sz w:val="16"/>
                <w:szCs w:val="16"/>
              </w:rPr>
              <w:t>Hf1Nb1Ti1Zr1</w:t>
            </w:r>
          </w:p>
        </w:tc>
        <w:tc>
          <w:tcPr>
            <w:tcW w:w="814" w:type="dxa"/>
            <w:vAlign w:val="center"/>
          </w:tcPr>
          <w:p w14:paraId="6F534B0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971E1D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0F306F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65E511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B59139B" w14:textId="77777777" w:rsidR="0099275C" w:rsidRPr="00C8713A" w:rsidRDefault="0099275C" w:rsidP="00123B9D">
            <w:pPr>
              <w:rPr>
                <w:rFonts w:cs="Times New Roman"/>
                <w:sz w:val="16"/>
                <w:szCs w:val="16"/>
              </w:rPr>
            </w:pPr>
            <w:r w:rsidRPr="00C8713A">
              <w:rPr>
                <w:rFonts w:cs="Times New Roman"/>
                <w:sz w:val="16"/>
                <w:szCs w:val="16"/>
              </w:rPr>
              <w:t>1000.0</w:t>
            </w:r>
          </w:p>
        </w:tc>
      </w:tr>
      <w:tr w:rsidR="0099275C" w:rsidRPr="00C8713A" w14:paraId="14249FAC" w14:textId="77777777" w:rsidTr="00123B9D">
        <w:tc>
          <w:tcPr>
            <w:tcW w:w="3065" w:type="dxa"/>
            <w:vAlign w:val="center"/>
          </w:tcPr>
          <w:p w14:paraId="5770BCC4" w14:textId="77777777" w:rsidR="0099275C" w:rsidRPr="00C8713A" w:rsidRDefault="0099275C" w:rsidP="00123B9D">
            <w:pPr>
              <w:rPr>
                <w:rFonts w:cs="Times New Roman"/>
                <w:sz w:val="16"/>
                <w:szCs w:val="16"/>
              </w:rPr>
            </w:pPr>
            <w:r w:rsidRPr="00C8713A">
              <w:rPr>
                <w:rFonts w:cs="Times New Roman"/>
                <w:sz w:val="16"/>
                <w:szCs w:val="16"/>
              </w:rPr>
              <w:t>Hf1Nb1Ti1Zr1</w:t>
            </w:r>
          </w:p>
        </w:tc>
        <w:tc>
          <w:tcPr>
            <w:tcW w:w="814" w:type="dxa"/>
            <w:vAlign w:val="center"/>
          </w:tcPr>
          <w:p w14:paraId="1B06897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4D4610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29B890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3E5E8C7"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061FFC74" w14:textId="77777777" w:rsidR="0099275C" w:rsidRPr="00C8713A" w:rsidRDefault="0099275C" w:rsidP="00123B9D">
            <w:pPr>
              <w:rPr>
                <w:rFonts w:cs="Times New Roman"/>
                <w:sz w:val="16"/>
                <w:szCs w:val="16"/>
              </w:rPr>
            </w:pPr>
            <w:r w:rsidRPr="00C8713A">
              <w:rPr>
                <w:rFonts w:cs="Times New Roman"/>
                <w:sz w:val="16"/>
                <w:szCs w:val="16"/>
              </w:rPr>
              <w:t>303.0</w:t>
            </w:r>
          </w:p>
        </w:tc>
      </w:tr>
      <w:tr w:rsidR="0099275C" w:rsidRPr="00C8713A" w14:paraId="4C39A15E" w14:textId="77777777" w:rsidTr="00123B9D">
        <w:tc>
          <w:tcPr>
            <w:tcW w:w="3065" w:type="dxa"/>
            <w:vAlign w:val="center"/>
          </w:tcPr>
          <w:p w14:paraId="5C0E3F6E" w14:textId="77777777" w:rsidR="0099275C" w:rsidRPr="00C8713A" w:rsidRDefault="0099275C" w:rsidP="00123B9D">
            <w:pPr>
              <w:rPr>
                <w:rFonts w:cs="Times New Roman"/>
                <w:sz w:val="16"/>
                <w:szCs w:val="16"/>
              </w:rPr>
            </w:pPr>
            <w:r w:rsidRPr="00C8713A">
              <w:rPr>
                <w:rFonts w:cs="Times New Roman"/>
                <w:sz w:val="16"/>
                <w:szCs w:val="16"/>
              </w:rPr>
              <w:t>Hf1Nb1Ti1Zr1</w:t>
            </w:r>
          </w:p>
        </w:tc>
        <w:tc>
          <w:tcPr>
            <w:tcW w:w="814" w:type="dxa"/>
            <w:vAlign w:val="center"/>
          </w:tcPr>
          <w:p w14:paraId="29A456C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0A1AE6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5ACF318"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6F6D0B7"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45B1ACA9" w14:textId="77777777" w:rsidR="0099275C" w:rsidRPr="00C8713A" w:rsidRDefault="0099275C" w:rsidP="00123B9D">
            <w:pPr>
              <w:rPr>
                <w:rFonts w:cs="Times New Roman"/>
                <w:sz w:val="16"/>
                <w:szCs w:val="16"/>
              </w:rPr>
            </w:pPr>
            <w:r w:rsidRPr="00C8713A">
              <w:rPr>
                <w:rFonts w:cs="Times New Roman"/>
                <w:sz w:val="16"/>
                <w:szCs w:val="16"/>
              </w:rPr>
              <w:t>154.0</w:t>
            </w:r>
          </w:p>
        </w:tc>
      </w:tr>
      <w:tr w:rsidR="0099275C" w:rsidRPr="00C8713A" w14:paraId="59C2F69A" w14:textId="77777777" w:rsidTr="00123B9D">
        <w:tc>
          <w:tcPr>
            <w:tcW w:w="3065" w:type="dxa"/>
            <w:vAlign w:val="center"/>
          </w:tcPr>
          <w:p w14:paraId="59F0620C" w14:textId="77777777" w:rsidR="0099275C" w:rsidRPr="00C8713A" w:rsidRDefault="0099275C" w:rsidP="00123B9D">
            <w:pPr>
              <w:rPr>
                <w:rFonts w:cs="Times New Roman"/>
                <w:sz w:val="16"/>
                <w:szCs w:val="16"/>
              </w:rPr>
            </w:pPr>
            <w:r w:rsidRPr="00C8713A">
              <w:rPr>
                <w:rFonts w:cs="Times New Roman"/>
                <w:sz w:val="16"/>
                <w:szCs w:val="16"/>
              </w:rPr>
              <w:t>Mo0.1Nb1Ti1V0.3Zr1</w:t>
            </w:r>
          </w:p>
        </w:tc>
        <w:tc>
          <w:tcPr>
            <w:tcW w:w="814" w:type="dxa"/>
            <w:vAlign w:val="center"/>
          </w:tcPr>
          <w:p w14:paraId="75EE4A7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1AB847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C06470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7DF203F"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5E4E8C8" w14:textId="77777777" w:rsidR="0099275C" w:rsidRPr="00C8713A" w:rsidRDefault="0099275C" w:rsidP="00123B9D">
            <w:pPr>
              <w:rPr>
                <w:rFonts w:cs="Times New Roman"/>
                <w:sz w:val="16"/>
                <w:szCs w:val="16"/>
              </w:rPr>
            </w:pPr>
            <w:r w:rsidRPr="00C8713A">
              <w:rPr>
                <w:rFonts w:cs="Times New Roman"/>
                <w:sz w:val="16"/>
                <w:szCs w:val="16"/>
              </w:rPr>
              <w:t>932.0</w:t>
            </w:r>
          </w:p>
        </w:tc>
      </w:tr>
      <w:tr w:rsidR="0099275C" w:rsidRPr="00C8713A" w14:paraId="104CDC88" w14:textId="77777777" w:rsidTr="00123B9D">
        <w:tc>
          <w:tcPr>
            <w:tcW w:w="3065" w:type="dxa"/>
            <w:vAlign w:val="center"/>
          </w:tcPr>
          <w:p w14:paraId="277B69C2" w14:textId="77777777" w:rsidR="0099275C" w:rsidRPr="00C8713A" w:rsidRDefault="0099275C" w:rsidP="00123B9D">
            <w:pPr>
              <w:rPr>
                <w:rFonts w:cs="Times New Roman"/>
                <w:sz w:val="16"/>
                <w:szCs w:val="16"/>
              </w:rPr>
            </w:pPr>
            <w:r w:rsidRPr="00C8713A">
              <w:rPr>
                <w:rFonts w:cs="Times New Roman"/>
                <w:sz w:val="16"/>
                <w:szCs w:val="16"/>
              </w:rPr>
              <w:t>Mo0.333Nb0.333Ti0.333V1Zr0.333</w:t>
            </w:r>
          </w:p>
        </w:tc>
        <w:tc>
          <w:tcPr>
            <w:tcW w:w="814" w:type="dxa"/>
            <w:vAlign w:val="center"/>
          </w:tcPr>
          <w:p w14:paraId="4494FBF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292E6F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8B30FA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86B906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18F44BD" w14:textId="77777777" w:rsidR="0099275C" w:rsidRPr="00C8713A" w:rsidRDefault="0099275C" w:rsidP="00123B9D">
            <w:pPr>
              <w:rPr>
                <w:rFonts w:cs="Times New Roman"/>
                <w:sz w:val="16"/>
                <w:szCs w:val="16"/>
              </w:rPr>
            </w:pPr>
            <w:r w:rsidRPr="00C8713A">
              <w:rPr>
                <w:rFonts w:cs="Times New Roman"/>
                <w:sz w:val="16"/>
                <w:szCs w:val="16"/>
              </w:rPr>
              <w:t>1418.0</w:t>
            </w:r>
          </w:p>
        </w:tc>
      </w:tr>
      <w:tr w:rsidR="0099275C" w:rsidRPr="00C8713A" w14:paraId="1F474AFC" w14:textId="77777777" w:rsidTr="00123B9D">
        <w:tc>
          <w:tcPr>
            <w:tcW w:w="3065" w:type="dxa"/>
            <w:vAlign w:val="center"/>
          </w:tcPr>
          <w:p w14:paraId="6FB50706" w14:textId="77777777" w:rsidR="0099275C" w:rsidRPr="00C8713A" w:rsidRDefault="0099275C" w:rsidP="00123B9D">
            <w:pPr>
              <w:rPr>
                <w:rFonts w:cs="Times New Roman"/>
                <w:sz w:val="16"/>
                <w:szCs w:val="16"/>
              </w:rPr>
            </w:pPr>
            <w:r w:rsidRPr="00C8713A">
              <w:rPr>
                <w:rFonts w:cs="Times New Roman"/>
                <w:sz w:val="16"/>
                <w:szCs w:val="16"/>
              </w:rPr>
              <w:t>Mo0.3Nb1Ti1V0.3Zr1</w:t>
            </w:r>
          </w:p>
        </w:tc>
        <w:tc>
          <w:tcPr>
            <w:tcW w:w="814" w:type="dxa"/>
            <w:vAlign w:val="center"/>
          </w:tcPr>
          <w:p w14:paraId="0EDB652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1C5035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E1E80A4"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0339F17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0F12C8F" w14:textId="77777777" w:rsidR="0099275C" w:rsidRPr="00C8713A" w:rsidRDefault="0099275C" w:rsidP="00123B9D">
            <w:pPr>
              <w:rPr>
                <w:rFonts w:cs="Times New Roman"/>
                <w:sz w:val="16"/>
                <w:szCs w:val="16"/>
              </w:rPr>
            </w:pPr>
            <w:r w:rsidRPr="00C8713A">
              <w:rPr>
                <w:rFonts w:cs="Times New Roman"/>
                <w:sz w:val="16"/>
                <w:szCs w:val="16"/>
              </w:rPr>
              <w:t>1312.0</w:t>
            </w:r>
          </w:p>
        </w:tc>
      </w:tr>
      <w:tr w:rsidR="0099275C" w:rsidRPr="00C8713A" w14:paraId="44042ECB" w14:textId="77777777" w:rsidTr="00123B9D">
        <w:tc>
          <w:tcPr>
            <w:tcW w:w="3065" w:type="dxa"/>
            <w:vAlign w:val="center"/>
          </w:tcPr>
          <w:p w14:paraId="0D1478A5" w14:textId="77777777" w:rsidR="0099275C" w:rsidRPr="00C8713A" w:rsidRDefault="0099275C" w:rsidP="00123B9D">
            <w:pPr>
              <w:rPr>
                <w:rFonts w:cs="Times New Roman"/>
                <w:sz w:val="16"/>
                <w:szCs w:val="16"/>
              </w:rPr>
            </w:pPr>
            <w:r w:rsidRPr="00C8713A">
              <w:rPr>
                <w:rFonts w:cs="Times New Roman"/>
                <w:sz w:val="16"/>
                <w:szCs w:val="16"/>
              </w:rPr>
              <w:t>Mo0.3Nb1Ti1V1Zr1</w:t>
            </w:r>
          </w:p>
        </w:tc>
        <w:tc>
          <w:tcPr>
            <w:tcW w:w="814" w:type="dxa"/>
            <w:vAlign w:val="center"/>
          </w:tcPr>
          <w:p w14:paraId="6565164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2146E7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4DDDE4A"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EA56C7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B3ED1D1" w14:textId="77777777" w:rsidR="0099275C" w:rsidRPr="00C8713A" w:rsidRDefault="0099275C" w:rsidP="00123B9D">
            <w:pPr>
              <w:rPr>
                <w:rFonts w:cs="Times New Roman"/>
                <w:sz w:val="16"/>
                <w:szCs w:val="16"/>
              </w:rPr>
            </w:pPr>
            <w:r w:rsidRPr="00C8713A">
              <w:rPr>
                <w:rFonts w:cs="Times New Roman"/>
                <w:sz w:val="16"/>
                <w:szCs w:val="16"/>
              </w:rPr>
              <w:t>1289.0</w:t>
            </w:r>
          </w:p>
        </w:tc>
      </w:tr>
      <w:tr w:rsidR="0099275C" w:rsidRPr="00C8713A" w14:paraId="328C203F" w14:textId="77777777" w:rsidTr="00123B9D">
        <w:tc>
          <w:tcPr>
            <w:tcW w:w="3065" w:type="dxa"/>
            <w:vAlign w:val="center"/>
          </w:tcPr>
          <w:p w14:paraId="6F8402DA" w14:textId="77777777" w:rsidR="0099275C" w:rsidRPr="00C8713A" w:rsidRDefault="0099275C" w:rsidP="00123B9D">
            <w:pPr>
              <w:rPr>
                <w:rFonts w:cs="Times New Roman"/>
                <w:sz w:val="16"/>
                <w:szCs w:val="16"/>
              </w:rPr>
            </w:pPr>
            <w:r w:rsidRPr="00C8713A">
              <w:rPr>
                <w:rFonts w:cs="Times New Roman"/>
                <w:sz w:val="16"/>
                <w:szCs w:val="16"/>
              </w:rPr>
              <w:t>Mo0.5Nb0.5Ti0.5V1Zr0.5</w:t>
            </w:r>
          </w:p>
        </w:tc>
        <w:tc>
          <w:tcPr>
            <w:tcW w:w="814" w:type="dxa"/>
            <w:vAlign w:val="center"/>
          </w:tcPr>
          <w:p w14:paraId="366E4E9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0CAF31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4DD991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44612D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F4DB101" w14:textId="77777777" w:rsidR="0099275C" w:rsidRPr="00C8713A" w:rsidRDefault="0099275C" w:rsidP="00123B9D">
            <w:pPr>
              <w:rPr>
                <w:rFonts w:cs="Times New Roman"/>
                <w:sz w:val="16"/>
                <w:szCs w:val="16"/>
              </w:rPr>
            </w:pPr>
            <w:r w:rsidRPr="00C8713A">
              <w:rPr>
                <w:rFonts w:cs="Times New Roman"/>
                <w:sz w:val="16"/>
                <w:szCs w:val="16"/>
              </w:rPr>
              <w:t>1538.0</w:t>
            </w:r>
          </w:p>
        </w:tc>
      </w:tr>
      <w:tr w:rsidR="0099275C" w:rsidRPr="00C8713A" w14:paraId="4C8E048D" w14:textId="77777777" w:rsidTr="00123B9D">
        <w:tc>
          <w:tcPr>
            <w:tcW w:w="3065" w:type="dxa"/>
            <w:vAlign w:val="center"/>
          </w:tcPr>
          <w:p w14:paraId="44BDE328" w14:textId="77777777" w:rsidR="0099275C" w:rsidRPr="00C8713A" w:rsidRDefault="0099275C" w:rsidP="00123B9D">
            <w:pPr>
              <w:rPr>
                <w:rFonts w:cs="Times New Roman"/>
                <w:sz w:val="16"/>
                <w:szCs w:val="16"/>
              </w:rPr>
            </w:pPr>
            <w:r w:rsidRPr="00C8713A">
              <w:rPr>
                <w:rFonts w:cs="Times New Roman"/>
                <w:sz w:val="16"/>
                <w:szCs w:val="16"/>
              </w:rPr>
              <w:t>Mo0.5Nb1Ti1V0.3Zr1</w:t>
            </w:r>
          </w:p>
        </w:tc>
        <w:tc>
          <w:tcPr>
            <w:tcW w:w="814" w:type="dxa"/>
            <w:vAlign w:val="center"/>
          </w:tcPr>
          <w:p w14:paraId="43C0604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63B63F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F767CC0"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2F9CCE4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DA275CD" w14:textId="77777777" w:rsidR="0099275C" w:rsidRPr="00C8713A" w:rsidRDefault="0099275C" w:rsidP="00123B9D">
            <w:pPr>
              <w:rPr>
                <w:rFonts w:cs="Times New Roman"/>
                <w:sz w:val="16"/>
                <w:szCs w:val="16"/>
              </w:rPr>
            </w:pPr>
            <w:r w:rsidRPr="00C8713A">
              <w:rPr>
                <w:rFonts w:cs="Times New Roman"/>
                <w:sz w:val="16"/>
                <w:szCs w:val="16"/>
              </w:rPr>
              <w:t>1301.0</w:t>
            </w:r>
          </w:p>
        </w:tc>
      </w:tr>
      <w:tr w:rsidR="0099275C" w:rsidRPr="00C8713A" w14:paraId="20101B36" w14:textId="77777777" w:rsidTr="00123B9D">
        <w:tc>
          <w:tcPr>
            <w:tcW w:w="3065" w:type="dxa"/>
            <w:vAlign w:val="center"/>
          </w:tcPr>
          <w:p w14:paraId="7F516F35" w14:textId="77777777" w:rsidR="0099275C" w:rsidRPr="00C8713A" w:rsidRDefault="0099275C" w:rsidP="00123B9D">
            <w:pPr>
              <w:rPr>
                <w:rFonts w:cs="Times New Roman"/>
                <w:sz w:val="16"/>
                <w:szCs w:val="16"/>
              </w:rPr>
            </w:pPr>
            <w:r w:rsidRPr="00C8713A">
              <w:rPr>
                <w:rFonts w:cs="Times New Roman"/>
                <w:sz w:val="16"/>
                <w:szCs w:val="16"/>
              </w:rPr>
              <w:t>Mo0.5Nb1Ti1V1Zr1</w:t>
            </w:r>
          </w:p>
        </w:tc>
        <w:tc>
          <w:tcPr>
            <w:tcW w:w="814" w:type="dxa"/>
            <w:vAlign w:val="center"/>
          </w:tcPr>
          <w:p w14:paraId="72244A3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540643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2518765"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4CC3F97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5455665" w14:textId="77777777" w:rsidR="0099275C" w:rsidRPr="00C8713A" w:rsidRDefault="0099275C" w:rsidP="00123B9D">
            <w:pPr>
              <w:rPr>
                <w:rFonts w:cs="Times New Roman"/>
                <w:sz w:val="16"/>
                <w:szCs w:val="16"/>
              </w:rPr>
            </w:pPr>
            <w:r w:rsidRPr="00C8713A">
              <w:rPr>
                <w:rFonts w:cs="Times New Roman"/>
                <w:sz w:val="16"/>
                <w:szCs w:val="16"/>
              </w:rPr>
              <w:t>1473.0</w:t>
            </w:r>
          </w:p>
        </w:tc>
      </w:tr>
      <w:tr w:rsidR="0099275C" w:rsidRPr="00C8713A" w14:paraId="79BC98B4" w14:textId="77777777" w:rsidTr="00123B9D">
        <w:tc>
          <w:tcPr>
            <w:tcW w:w="3065" w:type="dxa"/>
            <w:vAlign w:val="center"/>
          </w:tcPr>
          <w:p w14:paraId="24F0BB23" w14:textId="77777777" w:rsidR="0099275C" w:rsidRPr="00C8713A" w:rsidRDefault="0099275C" w:rsidP="00123B9D">
            <w:pPr>
              <w:rPr>
                <w:rFonts w:cs="Times New Roman"/>
                <w:sz w:val="16"/>
                <w:szCs w:val="16"/>
              </w:rPr>
            </w:pPr>
            <w:r w:rsidRPr="00C8713A">
              <w:rPr>
                <w:rFonts w:cs="Times New Roman"/>
                <w:sz w:val="16"/>
                <w:szCs w:val="16"/>
              </w:rPr>
              <w:t>Mo0.667Nb0.667Ti0.667V1Zr0.667</w:t>
            </w:r>
          </w:p>
        </w:tc>
        <w:tc>
          <w:tcPr>
            <w:tcW w:w="814" w:type="dxa"/>
            <w:vAlign w:val="center"/>
          </w:tcPr>
          <w:p w14:paraId="4248035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FB5AB8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781277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0D4C60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DBD7EF7" w14:textId="77777777" w:rsidR="0099275C" w:rsidRPr="00C8713A" w:rsidRDefault="0099275C" w:rsidP="00123B9D">
            <w:pPr>
              <w:rPr>
                <w:rFonts w:cs="Times New Roman"/>
                <w:sz w:val="16"/>
                <w:szCs w:val="16"/>
              </w:rPr>
            </w:pPr>
            <w:r w:rsidRPr="00C8713A">
              <w:rPr>
                <w:rFonts w:cs="Times New Roman"/>
                <w:sz w:val="16"/>
                <w:szCs w:val="16"/>
              </w:rPr>
              <w:t>1735.0</w:t>
            </w:r>
          </w:p>
        </w:tc>
      </w:tr>
      <w:tr w:rsidR="0099275C" w:rsidRPr="00C8713A" w14:paraId="7C6902E6" w14:textId="77777777" w:rsidTr="00123B9D">
        <w:tc>
          <w:tcPr>
            <w:tcW w:w="3065" w:type="dxa"/>
            <w:vAlign w:val="center"/>
          </w:tcPr>
          <w:p w14:paraId="533B1C76" w14:textId="77777777" w:rsidR="0099275C" w:rsidRPr="00C8713A" w:rsidRDefault="0099275C" w:rsidP="00123B9D">
            <w:pPr>
              <w:rPr>
                <w:rFonts w:cs="Times New Roman"/>
                <w:sz w:val="16"/>
                <w:szCs w:val="16"/>
              </w:rPr>
            </w:pPr>
            <w:r w:rsidRPr="00C8713A">
              <w:rPr>
                <w:rFonts w:cs="Times New Roman"/>
                <w:sz w:val="16"/>
                <w:szCs w:val="16"/>
              </w:rPr>
              <w:t>Mo0.7Nb1Ti1V0.3Zr1</w:t>
            </w:r>
          </w:p>
        </w:tc>
        <w:tc>
          <w:tcPr>
            <w:tcW w:w="814" w:type="dxa"/>
            <w:vAlign w:val="center"/>
          </w:tcPr>
          <w:p w14:paraId="1DBFCA7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1C5EFE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1920449"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9BB05F0"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6DFA279" w14:textId="77777777" w:rsidR="0099275C" w:rsidRPr="00C8713A" w:rsidRDefault="0099275C" w:rsidP="00123B9D">
            <w:pPr>
              <w:rPr>
                <w:rFonts w:cs="Times New Roman"/>
                <w:sz w:val="16"/>
                <w:szCs w:val="16"/>
              </w:rPr>
            </w:pPr>
            <w:r w:rsidRPr="00C8713A">
              <w:rPr>
                <w:rFonts w:cs="Times New Roman"/>
                <w:sz w:val="16"/>
                <w:szCs w:val="16"/>
              </w:rPr>
              <w:t>1436.0</w:t>
            </w:r>
          </w:p>
        </w:tc>
      </w:tr>
      <w:tr w:rsidR="0099275C" w:rsidRPr="00C8713A" w14:paraId="40DB51FC" w14:textId="77777777" w:rsidTr="00123B9D">
        <w:tc>
          <w:tcPr>
            <w:tcW w:w="3065" w:type="dxa"/>
            <w:vAlign w:val="center"/>
          </w:tcPr>
          <w:p w14:paraId="63A13700" w14:textId="77777777" w:rsidR="0099275C" w:rsidRPr="00C8713A" w:rsidRDefault="0099275C" w:rsidP="00123B9D">
            <w:pPr>
              <w:rPr>
                <w:rFonts w:cs="Times New Roman"/>
                <w:sz w:val="16"/>
                <w:szCs w:val="16"/>
              </w:rPr>
            </w:pPr>
            <w:r w:rsidRPr="00C8713A">
              <w:rPr>
                <w:rFonts w:cs="Times New Roman"/>
                <w:sz w:val="16"/>
                <w:szCs w:val="16"/>
              </w:rPr>
              <w:t>Mo0.7Nb1Ti1V1Zr1</w:t>
            </w:r>
          </w:p>
        </w:tc>
        <w:tc>
          <w:tcPr>
            <w:tcW w:w="814" w:type="dxa"/>
            <w:vAlign w:val="center"/>
          </w:tcPr>
          <w:p w14:paraId="3AC7E82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222AC6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73D1C7A"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E7A301C"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094A06D" w14:textId="77777777" w:rsidR="0099275C" w:rsidRPr="00C8713A" w:rsidRDefault="0099275C" w:rsidP="00123B9D">
            <w:pPr>
              <w:rPr>
                <w:rFonts w:cs="Times New Roman"/>
                <w:sz w:val="16"/>
                <w:szCs w:val="16"/>
              </w:rPr>
            </w:pPr>
            <w:r w:rsidRPr="00C8713A">
              <w:rPr>
                <w:rFonts w:cs="Times New Roman"/>
                <w:sz w:val="16"/>
                <w:szCs w:val="16"/>
              </w:rPr>
              <w:t>1706.0</w:t>
            </w:r>
          </w:p>
        </w:tc>
      </w:tr>
      <w:tr w:rsidR="0099275C" w:rsidRPr="00C8713A" w14:paraId="798638FA" w14:textId="77777777" w:rsidTr="00123B9D">
        <w:tc>
          <w:tcPr>
            <w:tcW w:w="3065" w:type="dxa"/>
            <w:vAlign w:val="center"/>
          </w:tcPr>
          <w:p w14:paraId="38E508F7" w14:textId="77777777" w:rsidR="0099275C" w:rsidRPr="00C8713A" w:rsidRDefault="0099275C" w:rsidP="00123B9D">
            <w:pPr>
              <w:rPr>
                <w:rFonts w:cs="Times New Roman"/>
                <w:sz w:val="16"/>
                <w:szCs w:val="16"/>
              </w:rPr>
            </w:pPr>
            <w:r w:rsidRPr="00C8713A">
              <w:rPr>
                <w:rFonts w:cs="Times New Roman"/>
                <w:sz w:val="16"/>
                <w:szCs w:val="16"/>
              </w:rPr>
              <w:t>Mo1.3Nb1Ti1V0.3Zr1</w:t>
            </w:r>
          </w:p>
        </w:tc>
        <w:tc>
          <w:tcPr>
            <w:tcW w:w="814" w:type="dxa"/>
            <w:vAlign w:val="center"/>
          </w:tcPr>
          <w:p w14:paraId="4595AC1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9F7EFA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7B2D3A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26FA28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FBA4F70" w14:textId="77777777" w:rsidR="0099275C" w:rsidRPr="00C8713A" w:rsidRDefault="0099275C" w:rsidP="00123B9D">
            <w:pPr>
              <w:rPr>
                <w:rFonts w:cs="Times New Roman"/>
                <w:sz w:val="16"/>
                <w:szCs w:val="16"/>
              </w:rPr>
            </w:pPr>
            <w:r w:rsidRPr="00C8713A">
              <w:rPr>
                <w:rFonts w:cs="Times New Roman"/>
                <w:sz w:val="16"/>
                <w:szCs w:val="16"/>
              </w:rPr>
              <w:t>1603.0</w:t>
            </w:r>
          </w:p>
        </w:tc>
      </w:tr>
      <w:tr w:rsidR="0099275C" w:rsidRPr="00C8713A" w14:paraId="0C67EE33" w14:textId="77777777" w:rsidTr="00123B9D">
        <w:tc>
          <w:tcPr>
            <w:tcW w:w="3065" w:type="dxa"/>
            <w:vAlign w:val="center"/>
          </w:tcPr>
          <w:p w14:paraId="2D44D5FE" w14:textId="77777777" w:rsidR="0099275C" w:rsidRPr="00C8713A" w:rsidRDefault="0099275C" w:rsidP="00123B9D">
            <w:pPr>
              <w:rPr>
                <w:rFonts w:cs="Times New Roman"/>
                <w:sz w:val="16"/>
                <w:szCs w:val="16"/>
              </w:rPr>
            </w:pPr>
            <w:r w:rsidRPr="00C8713A">
              <w:rPr>
                <w:rFonts w:cs="Times New Roman"/>
                <w:sz w:val="16"/>
                <w:szCs w:val="16"/>
              </w:rPr>
              <w:t>Mo1.3Nb1Ti1V1Zr1</w:t>
            </w:r>
          </w:p>
        </w:tc>
        <w:tc>
          <w:tcPr>
            <w:tcW w:w="814" w:type="dxa"/>
            <w:vAlign w:val="center"/>
          </w:tcPr>
          <w:p w14:paraId="44D23ED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0C0FE6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6ED199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0FAF9E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75253DB" w14:textId="77777777" w:rsidR="0099275C" w:rsidRPr="00C8713A" w:rsidRDefault="0099275C" w:rsidP="00123B9D">
            <w:pPr>
              <w:rPr>
                <w:rFonts w:cs="Times New Roman"/>
                <w:sz w:val="16"/>
                <w:szCs w:val="16"/>
              </w:rPr>
            </w:pPr>
            <w:r w:rsidRPr="00C8713A">
              <w:rPr>
                <w:rFonts w:cs="Times New Roman"/>
                <w:sz w:val="16"/>
                <w:szCs w:val="16"/>
              </w:rPr>
              <w:t>1496.0</w:t>
            </w:r>
          </w:p>
        </w:tc>
      </w:tr>
      <w:tr w:rsidR="0099275C" w:rsidRPr="00C8713A" w14:paraId="778A80C0" w14:textId="77777777" w:rsidTr="00123B9D">
        <w:tc>
          <w:tcPr>
            <w:tcW w:w="3065" w:type="dxa"/>
            <w:vAlign w:val="center"/>
          </w:tcPr>
          <w:p w14:paraId="0A29D4C0" w14:textId="77777777" w:rsidR="0099275C" w:rsidRPr="00C8713A" w:rsidRDefault="0099275C" w:rsidP="00123B9D">
            <w:pPr>
              <w:rPr>
                <w:rFonts w:cs="Times New Roman"/>
                <w:sz w:val="16"/>
                <w:szCs w:val="16"/>
              </w:rPr>
            </w:pPr>
            <w:r w:rsidRPr="00C8713A">
              <w:rPr>
                <w:rFonts w:cs="Times New Roman"/>
                <w:sz w:val="16"/>
                <w:szCs w:val="16"/>
              </w:rPr>
              <w:t>Mo1.5Nb1Ti1V0.3Zr1</w:t>
            </w:r>
          </w:p>
        </w:tc>
        <w:tc>
          <w:tcPr>
            <w:tcW w:w="814" w:type="dxa"/>
            <w:vAlign w:val="center"/>
          </w:tcPr>
          <w:p w14:paraId="01D3826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A3E42D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1963BD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B83B2B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66C65CF" w14:textId="77777777" w:rsidR="0099275C" w:rsidRPr="00C8713A" w:rsidRDefault="0099275C" w:rsidP="00123B9D">
            <w:pPr>
              <w:rPr>
                <w:rFonts w:cs="Times New Roman"/>
                <w:sz w:val="16"/>
                <w:szCs w:val="16"/>
              </w:rPr>
            </w:pPr>
            <w:r w:rsidRPr="00C8713A">
              <w:rPr>
                <w:rFonts w:cs="Times New Roman"/>
                <w:sz w:val="16"/>
                <w:szCs w:val="16"/>
              </w:rPr>
              <w:t>1576.0</w:t>
            </w:r>
          </w:p>
        </w:tc>
      </w:tr>
      <w:tr w:rsidR="0099275C" w:rsidRPr="00C8713A" w14:paraId="38564E9F" w14:textId="77777777" w:rsidTr="00123B9D">
        <w:tc>
          <w:tcPr>
            <w:tcW w:w="3065" w:type="dxa"/>
            <w:vAlign w:val="center"/>
          </w:tcPr>
          <w:p w14:paraId="177A3BB1" w14:textId="77777777" w:rsidR="0099275C" w:rsidRPr="00C8713A" w:rsidRDefault="0099275C" w:rsidP="00123B9D">
            <w:pPr>
              <w:rPr>
                <w:rFonts w:cs="Times New Roman"/>
                <w:sz w:val="16"/>
                <w:szCs w:val="16"/>
              </w:rPr>
            </w:pPr>
            <w:r w:rsidRPr="00C8713A">
              <w:rPr>
                <w:rFonts w:cs="Times New Roman"/>
                <w:sz w:val="16"/>
                <w:szCs w:val="16"/>
              </w:rPr>
              <w:t>Mo1Nb0.588Ti0.588V0.588Zr0.588</w:t>
            </w:r>
          </w:p>
        </w:tc>
        <w:tc>
          <w:tcPr>
            <w:tcW w:w="814" w:type="dxa"/>
            <w:vAlign w:val="center"/>
          </w:tcPr>
          <w:p w14:paraId="4750A52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BDDB22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309215F"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051F5D5"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350A853" w14:textId="77777777" w:rsidR="0099275C" w:rsidRPr="00C8713A" w:rsidRDefault="0099275C" w:rsidP="00123B9D">
            <w:pPr>
              <w:rPr>
                <w:rFonts w:cs="Times New Roman"/>
                <w:sz w:val="16"/>
                <w:szCs w:val="16"/>
              </w:rPr>
            </w:pPr>
            <w:r w:rsidRPr="00C8713A">
              <w:rPr>
                <w:rFonts w:cs="Times New Roman"/>
                <w:sz w:val="16"/>
                <w:szCs w:val="16"/>
              </w:rPr>
              <w:t>1645.0</w:t>
            </w:r>
          </w:p>
        </w:tc>
      </w:tr>
      <w:tr w:rsidR="0099275C" w:rsidRPr="00C8713A" w14:paraId="1790E3B4" w14:textId="77777777" w:rsidTr="00123B9D">
        <w:tc>
          <w:tcPr>
            <w:tcW w:w="3065" w:type="dxa"/>
            <w:vAlign w:val="center"/>
          </w:tcPr>
          <w:p w14:paraId="6212F4C3" w14:textId="77777777" w:rsidR="0099275C" w:rsidRPr="00C8713A" w:rsidRDefault="0099275C" w:rsidP="00123B9D">
            <w:pPr>
              <w:rPr>
                <w:rFonts w:cs="Times New Roman"/>
                <w:sz w:val="16"/>
                <w:szCs w:val="16"/>
              </w:rPr>
            </w:pPr>
            <w:r w:rsidRPr="00C8713A">
              <w:rPr>
                <w:rFonts w:cs="Times New Roman"/>
                <w:sz w:val="16"/>
                <w:szCs w:val="16"/>
              </w:rPr>
              <w:t>Mo1Nb0.5Ti0.5V0.5Zr0.5</w:t>
            </w:r>
          </w:p>
        </w:tc>
        <w:tc>
          <w:tcPr>
            <w:tcW w:w="814" w:type="dxa"/>
            <w:vAlign w:val="center"/>
          </w:tcPr>
          <w:p w14:paraId="0C44D63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7DB2C7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E449576"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826A25C"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D2FA31A" w14:textId="77777777" w:rsidR="0099275C" w:rsidRPr="00C8713A" w:rsidRDefault="0099275C" w:rsidP="00123B9D">
            <w:pPr>
              <w:rPr>
                <w:rFonts w:cs="Times New Roman"/>
                <w:sz w:val="16"/>
                <w:szCs w:val="16"/>
              </w:rPr>
            </w:pPr>
            <w:r w:rsidRPr="00C8713A">
              <w:rPr>
                <w:rFonts w:cs="Times New Roman"/>
                <w:sz w:val="16"/>
                <w:szCs w:val="16"/>
              </w:rPr>
              <w:t>1765.0</w:t>
            </w:r>
          </w:p>
        </w:tc>
      </w:tr>
      <w:tr w:rsidR="0099275C" w:rsidRPr="00C8713A" w14:paraId="2325638B" w14:textId="77777777" w:rsidTr="00123B9D">
        <w:tc>
          <w:tcPr>
            <w:tcW w:w="3065" w:type="dxa"/>
            <w:vAlign w:val="center"/>
          </w:tcPr>
          <w:p w14:paraId="2C7C4044" w14:textId="77777777" w:rsidR="0099275C" w:rsidRPr="00C8713A" w:rsidRDefault="0099275C" w:rsidP="00123B9D">
            <w:pPr>
              <w:rPr>
                <w:rFonts w:cs="Times New Roman"/>
                <w:sz w:val="16"/>
                <w:szCs w:val="16"/>
              </w:rPr>
            </w:pPr>
            <w:r w:rsidRPr="00C8713A">
              <w:rPr>
                <w:rFonts w:cs="Times New Roman"/>
                <w:sz w:val="16"/>
                <w:szCs w:val="16"/>
              </w:rPr>
              <w:t>Mo1Nb0.667Ti0.667V0.2Zr0.667</w:t>
            </w:r>
          </w:p>
        </w:tc>
        <w:tc>
          <w:tcPr>
            <w:tcW w:w="814" w:type="dxa"/>
            <w:vAlign w:val="center"/>
          </w:tcPr>
          <w:p w14:paraId="35BA3C4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4A860B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A941BCA"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EFAC1C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4E93F12" w14:textId="77777777" w:rsidR="0099275C" w:rsidRPr="00C8713A" w:rsidRDefault="0099275C" w:rsidP="00123B9D">
            <w:pPr>
              <w:rPr>
                <w:rFonts w:cs="Times New Roman"/>
                <w:sz w:val="16"/>
                <w:szCs w:val="16"/>
              </w:rPr>
            </w:pPr>
            <w:r w:rsidRPr="00C8713A">
              <w:rPr>
                <w:rFonts w:cs="Times New Roman"/>
                <w:sz w:val="16"/>
                <w:szCs w:val="16"/>
              </w:rPr>
              <w:t>1576.0</w:t>
            </w:r>
          </w:p>
        </w:tc>
      </w:tr>
      <w:tr w:rsidR="0099275C" w:rsidRPr="00C8713A" w14:paraId="4F13E575" w14:textId="77777777" w:rsidTr="00123B9D">
        <w:tc>
          <w:tcPr>
            <w:tcW w:w="3065" w:type="dxa"/>
            <w:vAlign w:val="center"/>
          </w:tcPr>
          <w:p w14:paraId="6C688257" w14:textId="77777777" w:rsidR="0099275C" w:rsidRPr="00C8713A" w:rsidRDefault="0099275C" w:rsidP="00123B9D">
            <w:pPr>
              <w:rPr>
                <w:rFonts w:cs="Times New Roman"/>
                <w:sz w:val="16"/>
                <w:szCs w:val="16"/>
              </w:rPr>
            </w:pPr>
            <w:r w:rsidRPr="00C8713A">
              <w:rPr>
                <w:rFonts w:cs="Times New Roman"/>
                <w:sz w:val="16"/>
                <w:szCs w:val="16"/>
              </w:rPr>
              <w:t>Mo1Nb0.667Ti0.667V0.667Zr0.667</w:t>
            </w:r>
          </w:p>
        </w:tc>
        <w:tc>
          <w:tcPr>
            <w:tcW w:w="814" w:type="dxa"/>
            <w:vAlign w:val="center"/>
          </w:tcPr>
          <w:p w14:paraId="005D425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4C5B08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F123775"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8E67AD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D039FBD" w14:textId="77777777" w:rsidR="0099275C" w:rsidRPr="00C8713A" w:rsidRDefault="0099275C" w:rsidP="00123B9D">
            <w:pPr>
              <w:rPr>
                <w:rFonts w:cs="Times New Roman"/>
                <w:sz w:val="16"/>
                <w:szCs w:val="16"/>
              </w:rPr>
            </w:pPr>
            <w:r w:rsidRPr="00C8713A">
              <w:rPr>
                <w:rFonts w:cs="Times New Roman"/>
                <w:sz w:val="16"/>
                <w:szCs w:val="16"/>
              </w:rPr>
              <w:t>1603.0</w:t>
            </w:r>
          </w:p>
        </w:tc>
      </w:tr>
      <w:tr w:rsidR="0099275C" w:rsidRPr="00C8713A" w14:paraId="7346CF35" w14:textId="77777777" w:rsidTr="00123B9D">
        <w:tc>
          <w:tcPr>
            <w:tcW w:w="3065" w:type="dxa"/>
            <w:vAlign w:val="center"/>
          </w:tcPr>
          <w:p w14:paraId="4956A480" w14:textId="77777777" w:rsidR="0099275C" w:rsidRPr="00C8713A" w:rsidRDefault="0099275C" w:rsidP="00123B9D">
            <w:pPr>
              <w:rPr>
                <w:rFonts w:cs="Times New Roman"/>
                <w:sz w:val="16"/>
                <w:szCs w:val="16"/>
              </w:rPr>
            </w:pPr>
            <w:r w:rsidRPr="00C8713A">
              <w:rPr>
                <w:rFonts w:cs="Times New Roman"/>
                <w:sz w:val="16"/>
                <w:szCs w:val="16"/>
              </w:rPr>
              <w:t>Mo1Nb0.769Ti0.769V0.231Zr0.769</w:t>
            </w:r>
          </w:p>
        </w:tc>
        <w:tc>
          <w:tcPr>
            <w:tcW w:w="814" w:type="dxa"/>
            <w:vAlign w:val="center"/>
          </w:tcPr>
          <w:p w14:paraId="1BF1AB0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13AEDE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CC69AC0"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A2BA90B"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800D70D" w14:textId="77777777" w:rsidR="0099275C" w:rsidRPr="00C8713A" w:rsidRDefault="0099275C" w:rsidP="00123B9D">
            <w:pPr>
              <w:rPr>
                <w:rFonts w:cs="Times New Roman"/>
                <w:sz w:val="16"/>
                <w:szCs w:val="16"/>
              </w:rPr>
            </w:pPr>
            <w:r w:rsidRPr="00C8713A">
              <w:rPr>
                <w:rFonts w:cs="Times New Roman"/>
                <w:sz w:val="16"/>
                <w:szCs w:val="16"/>
              </w:rPr>
              <w:t>1603.0</w:t>
            </w:r>
          </w:p>
        </w:tc>
      </w:tr>
      <w:tr w:rsidR="0099275C" w:rsidRPr="00C8713A" w14:paraId="0C57457E" w14:textId="77777777" w:rsidTr="00123B9D">
        <w:tc>
          <w:tcPr>
            <w:tcW w:w="3065" w:type="dxa"/>
            <w:vAlign w:val="center"/>
          </w:tcPr>
          <w:p w14:paraId="7E881B03" w14:textId="77777777" w:rsidR="0099275C" w:rsidRPr="00C8713A" w:rsidRDefault="0099275C" w:rsidP="00123B9D">
            <w:pPr>
              <w:rPr>
                <w:rFonts w:cs="Times New Roman"/>
                <w:sz w:val="16"/>
                <w:szCs w:val="16"/>
              </w:rPr>
            </w:pPr>
            <w:r w:rsidRPr="00C8713A">
              <w:rPr>
                <w:rFonts w:cs="Times New Roman"/>
                <w:sz w:val="16"/>
                <w:szCs w:val="16"/>
              </w:rPr>
              <w:t>Mo1Nb0.769Ti0.769V0.769Zr0.769</w:t>
            </w:r>
          </w:p>
        </w:tc>
        <w:tc>
          <w:tcPr>
            <w:tcW w:w="814" w:type="dxa"/>
            <w:vAlign w:val="center"/>
          </w:tcPr>
          <w:p w14:paraId="46813E8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7494F7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27A2A1A"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23ADDED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049DAAF" w14:textId="77777777" w:rsidR="0099275C" w:rsidRPr="00C8713A" w:rsidRDefault="0099275C" w:rsidP="00123B9D">
            <w:pPr>
              <w:rPr>
                <w:rFonts w:cs="Times New Roman"/>
                <w:sz w:val="16"/>
                <w:szCs w:val="16"/>
              </w:rPr>
            </w:pPr>
            <w:r w:rsidRPr="00C8713A">
              <w:rPr>
                <w:rFonts w:cs="Times New Roman"/>
                <w:sz w:val="16"/>
                <w:szCs w:val="16"/>
              </w:rPr>
              <w:t>1496.0</w:t>
            </w:r>
          </w:p>
        </w:tc>
      </w:tr>
      <w:tr w:rsidR="0099275C" w:rsidRPr="00C8713A" w14:paraId="45944206" w14:textId="77777777" w:rsidTr="00123B9D">
        <w:tc>
          <w:tcPr>
            <w:tcW w:w="3065" w:type="dxa"/>
            <w:vAlign w:val="center"/>
          </w:tcPr>
          <w:p w14:paraId="0B11A50E" w14:textId="77777777" w:rsidR="0099275C" w:rsidRPr="00C8713A" w:rsidRDefault="0099275C" w:rsidP="00123B9D">
            <w:pPr>
              <w:rPr>
                <w:rFonts w:cs="Times New Roman"/>
                <w:sz w:val="16"/>
                <w:szCs w:val="16"/>
              </w:rPr>
            </w:pPr>
            <w:r w:rsidRPr="00C8713A">
              <w:rPr>
                <w:rFonts w:cs="Times New Roman"/>
                <w:sz w:val="16"/>
                <w:szCs w:val="16"/>
              </w:rPr>
              <w:t>Mo1Nb1Ta1Ti0.25W1</w:t>
            </w:r>
          </w:p>
        </w:tc>
        <w:tc>
          <w:tcPr>
            <w:tcW w:w="814" w:type="dxa"/>
            <w:vAlign w:val="center"/>
          </w:tcPr>
          <w:p w14:paraId="3EF5B8F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3C6B6D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962779C"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193530B"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BE5AFC0" w14:textId="77777777" w:rsidR="0099275C" w:rsidRPr="00C8713A" w:rsidRDefault="0099275C" w:rsidP="00123B9D">
            <w:pPr>
              <w:rPr>
                <w:rFonts w:cs="Times New Roman"/>
                <w:sz w:val="16"/>
                <w:szCs w:val="16"/>
              </w:rPr>
            </w:pPr>
            <w:r w:rsidRPr="00C8713A">
              <w:rPr>
                <w:rFonts w:cs="Times New Roman"/>
                <w:sz w:val="16"/>
                <w:szCs w:val="16"/>
              </w:rPr>
              <w:t>1109.0</w:t>
            </w:r>
          </w:p>
        </w:tc>
      </w:tr>
      <w:tr w:rsidR="0099275C" w:rsidRPr="00C8713A" w14:paraId="2BD212F4" w14:textId="77777777" w:rsidTr="00123B9D">
        <w:tc>
          <w:tcPr>
            <w:tcW w:w="3065" w:type="dxa"/>
            <w:vAlign w:val="center"/>
          </w:tcPr>
          <w:p w14:paraId="63B5C1E2" w14:textId="77777777" w:rsidR="0099275C" w:rsidRPr="00C8713A" w:rsidRDefault="0099275C" w:rsidP="00123B9D">
            <w:pPr>
              <w:rPr>
                <w:rFonts w:cs="Times New Roman"/>
                <w:sz w:val="16"/>
                <w:szCs w:val="16"/>
              </w:rPr>
            </w:pPr>
            <w:r w:rsidRPr="00C8713A">
              <w:rPr>
                <w:rFonts w:cs="Times New Roman"/>
                <w:sz w:val="16"/>
                <w:szCs w:val="16"/>
              </w:rPr>
              <w:t>Mo1Nb1Ta1Ti0.5W1</w:t>
            </w:r>
          </w:p>
        </w:tc>
        <w:tc>
          <w:tcPr>
            <w:tcW w:w="814" w:type="dxa"/>
            <w:vAlign w:val="center"/>
          </w:tcPr>
          <w:p w14:paraId="4EDBF5E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775BA5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A79AAF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8A1858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78C48D0" w14:textId="77777777" w:rsidR="0099275C" w:rsidRPr="00C8713A" w:rsidRDefault="0099275C" w:rsidP="00123B9D">
            <w:pPr>
              <w:rPr>
                <w:rFonts w:cs="Times New Roman"/>
                <w:sz w:val="16"/>
                <w:szCs w:val="16"/>
              </w:rPr>
            </w:pPr>
            <w:r w:rsidRPr="00C8713A">
              <w:rPr>
                <w:rFonts w:cs="Times New Roman"/>
                <w:sz w:val="16"/>
                <w:szCs w:val="16"/>
              </w:rPr>
              <w:t>1211.0</w:t>
            </w:r>
          </w:p>
        </w:tc>
      </w:tr>
      <w:tr w:rsidR="0099275C" w:rsidRPr="00C8713A" w14:paraId="00133E01" w14:textId="77777777" w:rsidTr="00123B9D">
        <w:tc>
          <w:tcPr>
            <w:tcW w:w="3065" w:type="dxa"/>
            <w:vAlign w:val="center"/>
          </w:tcPr>
          <w:p w14:paraId="352DE7BE" w14:textId="77777777" w:rsidR="0099275C" w:rsidRPr="00C8713A" w:rsidRDefault="0099275C" w:rsidP="00123B9D">
            <w:pPr>
              <w:rPr>
                <w:rFonts w:cs="Times New Roman"/>
                <w:sz w:val="16"/>
                <w:szCs w:val="16"/>
              </w:rPr>
            </w:pPr>
            <w:r w:rsidRPr="00C8713A">
              <w:rPr>
                <w:rFonts w:cs="Times New Roman"/>
                <w:sz w:val="16"/>
                <w:szCs w:val="16"/>
              </w:rPr>
              <w:t>Mo1Nb1Ta1Ti0.75W1</w:t>
            </w:r>
          </w:p>
        </w:tc>
        <w:tc>
          <w:tcPr>
            <w:tcW w:w="814" w:type="dxa"/>
            <w:vAlign w:val="center"/>
          </w:tcPr>
          <w:p w14:paraId="3D203A57"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86AFF0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BC6D788"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6475F6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B2330C8" w14:textId="77777777" w:rsidR="0099275C" w:rsidRPr="00C8713A" w:rsidRDefault="0099275C" w:rsidP="00123B9D">
            <w:pPr>
              <w:rPr>
                <w:rFonts w:cs="Times New Roman"/>
                <w:sz w:val="16"/>
                <w:szCs w:val="16"/>
              </w:rPr>
            </w:pPr>
            <w:r w:rsidRPr="00C8713A">
              <w:rPr>
                <w:rFonts w:cs="Times New Roman"/>
                <w:sz w:val="16"/>
                <w:szCs w:val="16"/>
              </w:rPr>
              <w:t>1304.0</w:t>
            </w:r>
          </w:p>
        </w:tc>
      </w:tr>
      <w:tr w:rsidR="0099275C" w:rsidRPr="00C8713A" w14:paraId="08D73FF8" w14:textId="77777777" w:rsidTr="00123B9D">
        <w:tc>
          <w:tcPr>
            <w:tcW w:w="3065" w:type="dxa"/>
            <w:vAlign w:val="center"/>
          </w:tcPr>
          <w:p w14:paraId="7D3E5B91"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5C4BB42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F4B01A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B8A3F9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1B5CC2F"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667027D" w14:textId="77777777" w:rsidR="0099275C" w:rsidRPr="00C8713A" w:rsidRDefault="0099275C" w:rsidP="00123B9D">
            <w:pPr>
              <w:rPr>
                <w:rFonts w:cs="Times New Roman"/>
                <w:sz w:val="16"/>
                <w:szCs w:val="16"/>
              </w:rPr>
            </w:pPr>
            <w:r w:rsidRPr="00C8713A">
              <w:rPr>
                <w:rFonts w:cs="Times New Roman"/>
                <w:sz w:val="16"/>
                <w:szCs w:val="16"/>
              </w:rPr>
              <w:t>1210.0</w:t>
            </w:r>
          </w:p>
        </w:tc>
      </w:tr>
      <w:tr w:rsidR="0099275C" w:rsidRPr="00C8713A" w14:paraId="1490A159" w14:textId="77777777" w:rsidTr="00123B9D">
        <w:tc>
          <w:tcPr>
            <w:tcW w:w="3065" w:type="dxa"/>
            <w:vAlign w:val="center"/>
          </w:tcPr>
          <w:p w14:paraId="44BDB64E"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3D07A46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93BDE7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8D322AC"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6E60258" w14:textId="77777777" w:rsidR="0099275C" w:rsidRPr="00C8713A" w:rsidRDefault="0099275C" w:rsidP="00123B9D">
            <w:pPr>
              <w:rPr>
                <w:rFonts w:cs="Times New Roman"/>
                <w:sz w:val="16"/>
                <w:szCs w:val="16"/>
              </w:rPr>
            </w:pPr>
            <w:r w:rsidRPr="00C8713A">
              <w:rPr>
                <w:rFonts w:cs="Times New Roman"/>
                <w:sz w:val="16"/>
                <w:szCs w:val="16"/>
              </w:rPr>
              <w:t>60.0</w:t>
            </w:r>
          </w:p>
        </w:tc>
        <w:tc>
          <w:tcPr>
            <w:tcW w:w="1616" w:type="dxa"/>
            <w:vAlign w:val="center"/>
          </w:tcPr>
          <w:p w14:paraId="10F4A5FD" w14:textId="77777777" w:rsidR="0099275C" w:rsidRPr="00C8713A" w:rsidRDefault="0099275C" w:rsidP="00123B9D">
            <w:pPr>
              <w:rPr>
                <w:rFonts w:cs="Times New Roman"/>
                <w:sz w:val="16"/>
                <w:szCs w:val="16"/>
              </w:rPr>
            </w:pPr>
            <w:r w:rsidRPr="00C8713A">
              <w:rPr>
                <w:rFonts w:cs="Times New Roman"/>
                <w:sz w:val="16"/>
                <w:szCs w:val="16"/>
              </w:rPr>
              <w:t>1071.0</w:t>
            </w:r>
          </w:p>
        </w:tc>
      </w:tr>
      <w:tr w:rsidR="0099275C" w:rsidRPr="00C8713A" w14:paraId="60BA4E12" w14:textId="77777777" w:rsidTr="00123B9D">
        <w:tc>
          <w:tcPr>
            <w:tcW w:w="3065" w:type="dxa"/>
            <w:vAlign w:val="center"/>
          </w:tcPr>
          <w:p w14:paraId="0B8A7CEC"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5AE715F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E419ED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6773AE0"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071A99FE" w14:textId="77777777" w:rsidR="0099275C" w:rsidRPr="00C8713A" w:rsidRDefault="0099275C" w:rsidP="00123B9D">
            <w:pPr>
              <w:rPr>
                <w:rFonts w:cs="Times New Roman"/>
                <w:sz w:val="16"/>
                <w:szCs w:val="16"/>
              </w:rPr>
            </w:pPr>
            <w:r w:rsidRPr="00C8713A">
              <w:rPr>
                <w:rFonts w:cs="Times New Roman"/>
                <w:sz w:val="16"/>
                <w:szCs w:val="16"/>
              </w:rPr>
              <w:t>100.0</w:t>
            </w:r>
          </w:p>
        </w:tc>
        <w:tc>
          <w:tcPr>
            <w:tcW w:w="1616" w:type="dxa"/>
            <w:vAlign w:val="center"/>
          </w:tcPr>
          <w:p w14:paraId="229246FE" w14:textId="77777777" w:rsidR="0099275C" w:rsidRPr="00C8713A" w:rsidRDefault="0099275C" w:rsidP="00123B9D">
            <w:pPr>
              <w:rPr>
                <w:rFonts w:cs="Times New Roman"/>
                <w:sz w:val="16"/>
                <w:szCs w:val="16"/>
              </w:rPr>
            </w:pPr>
            <w:r w:rsidRPr="00C8713A">
              <w:rPr>
                <w:rFonts w:cs="Times New Roman"/>
                <w:sz w:val="16"/>
                <w:szCs w:val="16"/>
              </w:rPr>
              <w:t>1029.0</w:t>
            </w:r>
          </w:p>
        </w:tc>
      </w:tr>
      <w:tr w:rsidR="0099275C" w:rsidRPr="00C8713A" w14:paraId="3A4E777F" w14:textId="77777777" w:rsidTr="00123B9D">
        <w:tc>
          <w:tcPr>
            <w:tcW w:w="3065" w:type="dxa"/>
            <w:vAlign w:val="center"/>
          </w:tcPr>
          <w:p w14:paraId="6651F389"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70F8B74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09CA10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3D92E14"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DC98E22"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585E7229" w14:textId="77777777" w:rsidR="0099275C" w:rsidRPr="00C8713A" w:rsidRDefault="0099275C" w:rsidP="00123B9D">
            <w:pPr>
              <w:rPr>
                <w:rFonts w:cs="Times New Roman"/>
                <w:sz w:val="16"/>
                <w:szCs w:val="16"/>
              </w:rPr>
            </w:pPr>
            <w:r w:rsidRPr="00C8713A">
              <w:rPr>
                <w:rFonts w:cs="Times New Roman"/>
                <w:sz w:val="16"/>
                <w:szCs w:val="16"/>
              </w:rPr>
              <w:t>868.0</w:t>
            </w:r>
          </w:p>
        </w:tc>
      </w:tr>
      <w:tr w:rsidR="0099275C" w:rsidRPr="00C8713A" w14:paraId="1F05695D" w14:textId="77777777" w:rsidTr="00123B9D">
        <w:tc>
          <w:tcPr>
            <w:tcW w:w="3065" w:type="dxa"/>
            <w:vAlign w:val="center"/>
          </w:tcPr>
          <w:p w14:paraId="6F4B0C7D"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2D2B10F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835DF5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5C6EF9D"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BE34B66" w14:textId="77777777" w:rsidR="0099275C" w:rsidRPr="00C8713A" w:rsidRDefault="0099275C" w:rsidP="00123B9D">
            <w:pPr>
              <w:rPr>
                <w:rFonts w:cs="Times New Roman"/>
                <w:sz w:val="16"/>
                <w:szCs w:val="16"/>
              </w:rPr>
            </w:pPr>
            <w:r w:rsidRPr="00C8713A">
              <w:rPr>
                <w:rFonts w:cs="Times New Roman"/>
                <w:sz w:val="16"/>
                <w:szCs w:val="16"/>
              </w:rPr>
              <w:t>300.0</w:t>
            </w:r>
          </w:p>
        </w:tc>
        <w:tc>
          <w:tcPr>
            <w:tcW w:w="1616" w:type="dxa"/>
            <w:vAlign w:val="center"/>
          </w:tcPr>
          <w:p w14:paraId="09D08184" w14:textId="77777777" w:rsidR="0099275C" w:rsidRPr="00C8713A" w:rsidRDefault="0099275C" w:rsidP="00123B9D">
            <w:pPr>
              <w:rPr>
                <w:rFonts w:cs="Times New Roman"/>
                <w:sz w:val="16"/>
                <w:szCs w:val="16"/>
              </w:rPr>
            </w:pPr>
            <w:r w:rsidRPr="00C8713A">
              <w:rPr>
                <w:rFonts w:cs="Times New Roman"/>
                <w:sz w:val="16"/>
                <w:szCs w:val="16"/>
              </w:rPr>
              <w:t>732.0</w:t>
            </w:r>
          </w:p>
        </w:tc>
      </w:tr>
      <w:tr w:rsidR="0099275C" w:rsidRPr="00C8713A" w14:paraId="24810921" w14:textId="77777777" w:rsidTr="00123B9D">
        <w:tc>
          <w:tcPr>
            <w:tcW w:w="3065" w:type="dxa"/>
            <w:vAlign w:val="center"/>
          </w:tcPr>
          <w:p w14:paraId="2DA7E868"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1D8BAC8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266B39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903E3E6"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54AABB1" w14:textId="77777777" w:rsidR="0099275C" w:rsidRPr="00C8713A" w:rsidRDefault="0099275C" w:rsidP="00123B9D">
            <w:pPr>
              <w:rPr>
                <w:rFonts w:cs="Times New Roman"/>
                <w:sz w:val="16"/>
                <w:szCs w:val="16"/>
              </w:rPr>
            </w:pPr>
            <w:r w:rsidRPr="00C8713A">
              <w:rPr>
                <w:rFonts w:cs="Times New Roman"/>
                <w:sz w:val="16"/>
                <w:szCs w:val="16"/>
              </w:rPr>
              <w:t>400.0</w:t>
            </w:r>
          </w:p>
        </w:tc>
        <w:tc>
          <w:tcPr>
            <w:tcW w:w="1616" w:type="dxa"/>
            <w:vAlign w:val="center"/>
          </w:tcPr>
          <w:p w14:paraId="4CA9ADE5" w14:textId="77777777" w:rsidR="0099275C" w:rsidRPr="00C8713A" w:rsidRDefault="0099275C" w:rsidP="00123B9D">
            <w:pPr>
              <w:rPr>
                <w:rFonts w:cs="Times New Roman"/>
                <w:sz w:val="16"/>
                <w:szCs w:val="16"/>
              </w:rPr>
            </w:pPr>
            <w:r w:rsidRPr="00C8713A">
              <w:rPr>
                <w:rFonts w:cs="Times New Roman"/>
                <w:sz w:val="16"/>
                <w:szCs w:val="16"/>
              </w:rPr>
              <w:t>685.0</w:t>
            </w:r>
          </w:p>
        </w:tc>
      </w:tr>
      <w:tr w:rsidR="0099275C" w:rsidRPr="00C8713A" w14:paraId="64EDE8D5" w14:textId="77777777" w:rsidTr="00123B9D">
        <w:tc>
          <w:tcPr>
            <w:tcW w:w="3065" w:type="dxa"/>
            <w:vAlign w:val="center"/>
          </w:tcPr>
          <w:p w14:paraId="0547EFCA"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33C6BFB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AB5DD8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E010652"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685C560C"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395DF788" w14:textId="77777777" w:rsidR="0099275C" w:rsidRPr="00C8713A" w:rsidRDefault="0099275C" w:rsidP="00123B9D">
            <w:pPr>
              <w:rPr>
                <w:rFonts w:cs="Times New Roman"/>
                <w:sz w:val="16"/>
                <w:szCs w:val="16"/>
              </w:rPr>
            </w:pPr>
            <w:r w:rsidRPr="00C8713A">
              <w:rPr>
                <w:rFonts w:cs="Times New Roman"/>
                <w:sz w:val="16"/>
                <w:szCs w:val="16"/>
              </w:rPr>
              <w:t>593.0</w:t>
            </w:r>
          </w:p>
        </w:tc>
      </w:tr>
      <w:tr w:rsidR="0099275C" w:rsidRPr="00C8713A" w14:paraId="4AFFC835" w14:textId="77777777" w:rsidTr="00123B9D">
        <w:tc>
          <w:tcPr>
            <w:tcW w:w="3065" w:type="dxa"/>
            <w:vAlign w:val="center"/>
          </w:tcPr>
          <w:p w14:paraId="160A17B6"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1C3C5CE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2C52E8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1971A14"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4CD06913"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725BE8D3" w14:textId="77777777" w:rsidR="0099275C" w:rsidRPr="00C8713A" w:rsidRDefault="0099275C" w:rsidP="00123B9D">
            <w:pPr>
              <w:rPr>
                <w:rFonts w:cs="Times New Roman"/>
                <w:sz w:val="16"/>
                <w:szCs w:val="16"/>
              </w:rPr>
            </w:pPr>
            <w:r w:rsidRPr="00C8713A">
              <w:rPr>
                <w:rFonts w:cs="Times New Roman"/>
                <w:sz w:val="16"/>
                <w:szCs w:val="16"/>
              </w:rPr>
              <w:t>564.0</w:t>
            </w:r>
          </w:p>
        </w:tc>
      </w:tr>
      <w:tr w:rsidR="0099275C" w:rsidRPr="00C8713A" w14:paraId="07163D56" w14:textId="77777777" w:rsidTr="00123B9D">
        <w:tc>
          <w:tcPr>
            <w:tcW w:w="3065" w:type="dxa"/>
            <w:vAlign w:val="center"/>
          </w:tcPr>
          <w:p w14:paraId="51B08646" w14:textId="77777777" w:rsidR="0099275C" w:rsidRPr="00C8713A" w:rsidRDefault="0099275C" w:rsidP="00123B9D">
            <w:pPr>
              <w:rPr>
                <w:rFonts w:cs="Times New Roman"/>
                <w:sz w:val="16"/>
                <w:szCs w:val="16"/>
              </w:rPr>
            </w:pPr>
            <w:r w:rsidRPr="00C8713A">
              <w:rPr>
                <w:rFonts w:cs="Times New Roman"/>
                <w:sz w:val="16"/>
                <w:szCs w:val="16"/>
              </w:rPr>
              <w:t>Mo1Nb1Ta1Ti1</w:t>
            </w:r>
          </w:p>
        </w:tc>
        <w:tc>
          <w:tcPr>
            <w:tcW w:w="814" w:type="dxa"/>
            <w:vAlign w:val="center"/>
          </w:tcPr>
          <w:p w14:paraId="7C1C104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BA986B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1A26F0E"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1F8B2BA1"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3915742A" w14:textId="77777777" w:rsidR="0099275C" w:rsidRPr="00C8713A" w:rsidRDefault="0099275C" w:rsidP="00123B9D">
            <w:pPr>
              <w:rPr>
                <w:rFonts w:cs="Times New Roman"/>
                <w:sz w:val="16"/>
                <w:szCs w:val="16"/>
              </w:rPr>
            </w:pPr>
            <w:r w:rsidRPr="00C8713A">
              <w:rPr>
                <w:rFonts w:cs="Times New Roman"/>
                <w:sz w:val="16"/>
                <w:szCs w:val="16"/>
              </w:rPr>
              <w:t>539.0</w:t>
            </w:r>
          </w:p>
        </w:tc>
      </w:tr>
      <w:tr w:rsidR="0099275C" w:rsidRPr="00C8713A" w14:paraId="5435D687" w14:textId="77777777" w:rsidTr="00123B9D">
        <w:tc>
          <w:tcPr>
            <w:tcW w:w="3065" w:type="dxa"/>
            <w:vAlign w:val="center"/>
          </w:tcPr>
          <w:p w14:paraId="7B3BCA0E" w14:textId="77777777" w:rsidR="0099275C" w:rsidRPr="00C8713A" w:rsidRDefault="0099275C" w:rsidP="00123B9D">
            <w:pPr>
              <w:rPr>
                <w:rFonts w:cs="Times New Roman"/>
                <w:sz w:val="16"/>
                <w:szCs w:val="16"/>
              </w:rPr>
            </w:pPr>
            <w:r w:rsidRPr="00C8713A">
              <w:rPr>
                <w:rFonts w:cs="Times New Roman"/>
                <w:sz w:val="16"/>
                <w:szCs w:val="16"/>
              </w:rPr>
              <w:t>Mo1Nb1Ta1Ti1V1</w:t>
            </w:r>
          </w:p>
        </w:tc>
        <w:tc>
          <w:tcPr>
            <w:tcW w:w="814" w:type="dxa"/>
            <w:vAlign w:val="center"/>
          </w:tcPr>
          <w:p w14:paraId="3FC375A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886014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7EAF62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BF2F4D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2A7A36F" w14:textId="77777777" w:rsidR="0099275C" w:rsidRPr="00C8713A" w:rsidRDefault="0099275C" w:rsidP="00123B9D">
            <w:pPr>
              <w:rPr>
                <w:rFonts w:cs="Times New Roman"/>
                <w:sz w:val="16"/>
                <w:szCs w:val="16"/>
              </w:rPr>
            </w:pPr>
            <w:r w:rsidRPr="00C8713A">
              <w:rPr>
                <w:rFonts w:cs="Times New Roman"/>
                <w:sz w:val="16"/>
                <w:szCs w:val="16"/>
              </w:rPr>
              <w:t>1400.0</w:t>
            </w:r>
          </w:p>
        </w:tc>
      </w:tr>
      <w:tr w:rsidR="0099275C" w:rsidRPr="00C8713A" w14:paraId="0888A98F" w14:textId="77777777" w:rsidTr="00123B9D">
        <w:tc>
          <w:tcPr>
            <w:tcW w:w="3065" w:type="dxa"/>
            <w:vAlign w:val="center"/>
          </w:tcPr>
          <w:p w14:paraId="3073E6E4" w14:textId="77777777" w:rsidR="0099275C" w:rsidRPr="00C8713A" w:rsidRDefault="0099275C" w:rsidP="00123B9D">
            <w:pPr>
              <w:rPr>
                <w:rFonts w:cs="Times New Roman"/>
                <w:sz w:val="16"/>
                <w:szCs w:val="16"/>
              </w:rPr>
            </w:pPr>
            <w:r w:rsidRPr="00C8713A">
              <w:rPr>
                <w:rFonts w:cs="Times New Roman"/>
                <w:sz w:val="16"/>
                <w:szCs w:val="16"/>
              </w:rPr>
              <w:t>Mo1Nb1Ta1Ti1V1W1</w:t>
            </w:r>
          </w:p>
        </w:tc>
        <w:tc>
          <w:tcPr>
            <w:tcW w:w="814" w:type="dxa"/>
            <w:vAlign w:val="center"/>
          </w:tcPr>
          <w:p w14:paraId="696D773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7846B2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E0E9028"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FBD06BB"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1B7F041" w14:textId="77777777" w:rsidR="0099275C" w:rsidRPr="00C8713A" w:rsidRDefault="0099275C" w:rsidP="00123B9D">
            <w:pPr>
              <w:rPr>
                <w:rFonts w:cs="Times New Roman"/>
                <w:sz w:val="16"/>
                <w:szCs w:val="16"/>
              </w:rPr>
            </w:pPr>
            <w:r w:rsidRPr="00C8713A">
              <w:rPr>
                <w:rFonts w:cs="Times New Roman"/>
                <w:sz w:val="16"/>
                <w:szCs w:val="16"/>
              </w:rPr>
              <w:t>1515.0</w:t>
            </w:r>
          </w:p>
        </w:tc>
      </w:tr>
      <w:tr w:rsidR="0099275C" w:rsidRPr="00C8713A" w14:paraId="2100CC20" w14:textId="77777777" w:rsidTr="00123B9D">
        <w:tc>
          <w:tcPr>
            <w:tcW w:w="3065" w:type="dxa"/>
            <w:vAlign w:val="center"/>
          </w:tcPr>
          <w:p w14:paraId="7DDD926A" w14:textId="77777777" w:rsidR="0099275C" w:rsidRPr="00C8713A" w:rsidRDefault="0099275C" w:rsidP="00123B9D">
            <w:pPr>
              <w:rPr>
                <w:rFonts w:cs="Times New Roman"/>
                <w:sz w:val="16"/>
                <w:szCs w:val="16"/>
              </w:rPr>
            </w:pPr>
            <w:r w:rsidRPr="00C8713A">
              <w:rPr>
                <w:rFonts w:cs="Times New Roman"/>
                <w:sz w:val="16"/>
                <w:szCs w:val="16"/>
              </w:rPr>
              <w:t>Mo1Nb1Ta1Ti1V1W1</w:t>
            </w:r>
          </w:p>
        </w:tc>
        <w:tc>
          <w:tcPr>
            <w:tcW w:w="814" w:type="dxa"/>
            <w:vAlign w:val="center"/>
          </w:tcPr>
          <w:p w14:paraId="3846D79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0C8DC5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4B91F4B"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CF22A21"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01472270" w14:textId="77777777" w:rsidR="0099275C" w:rsidRPr="00C8713A" w:rsidRDefault="0099275C" w:rsidP="00123B9D">
            <w:pPr>
              <w:rPr>
                <w:rFonts w:cs="Times New Roman"/>
                <w:sz w:val="16"/>
                <w:szCs w:val="16"/>
              </w:rPr>
            </w:pPr>
            <w:r w:rsidRPr="00C8713A">
              <w:rPr>
                <w:rFonts w:cs="Times New Roman"/>
                <w:sz w:val="16"/>
                <w:szCs w:val="16"/>
              </w:rPr>
              <w:t>973.0</w:t>
            </w:r>
          </w:p>
        </w:tc>
      </w:tr>
      <w:tr w:rsidR="0099275C" w:rsidRPr="00C8713A" w14:paraId="4285BAFB" w14:textId="77777777" w:rsidTr="00123B9D">
        <w:tc>
          <w:tcPr>
            <w:tcW w:w="3065" w:type="dxa"/>
            <w:vAlign w:val="center"/>
          </w:tcPr>
          <w:p w14:paraId="36A3AC43" w14:textId="77777777" w:rsidR="0099275C" w:rsidRPr="00C8713A" w:rsidRDefault="0099275C" w:rsidP="00123B9D">
            <w:pPr>
              <w:rPr>
                <w:rFonts w:cs="Times New Roman"/>
                <w:sz w:val="16"/>
                <w:szCs w:val="16"/>
              </w:rPr>
            </w:pPr>
            <w:r w:rsidRPr="00C8713A">
              <w:rPr>
                <w:rFonts w:cs="Times New Roman"/>
                <w:sz w:val="16"/>
                <w:szCs w:val="16"/>
              </w:rPr>
              <w:t>Mo1Nb1Ta1Ti1V1W1</w:t>
            </w:r>
          </w:p>
        </w:tc>
        <w:tc>
          <w:tcPr>
            <w:tcW w:w="814" w:type="dxa"/>
            <w:vAlign w:val="center"/>
          </w:tcPr>
          <w:p w14:paraId="4014540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6E77B6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9773FB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ED3587E"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1CF6C8E5" w14:textId="77777777" w:rsidR="0099275C" w:rsidRPr="00C8713A" w:rsidRDefault="0099275C" w:rsidP="00123B9D">
            <w:pPr>
              <w:rPr>
                <w:rFonts w:cs="Times New Roman"/>
                <w:sz w:val="16"/>
                <w:szCs w:val="16"/>
              </w:rPr>
            </w:pPr>
            <w:r w:rsidRPr="00C8713A">
              <w:rPr>
                <w:rFonts w:cs="Times New Roman"/>
                <w:sz w:val="16"/>
                <w:szCs w:val="16"/>
              </w:rPr>
              <w:t>791.3</w:t>
            </w:r>
          </w:p>
        </w:tc>
      </w:tr>
      <w:tr w:rsidR="0099275C" w:rsidRPr="00C8713A" w14:paraId="486220BF" w14:textId="77777777" w:rsidTr="00123B9D">
        <w:tc>
          <w:tcPr>
            <w:tcW w:w="3065" w:type="dxa"/>
            <w:vAlign w:val="center"/>
          </w:tcPr>
          <w:p w14:paraId="1F62F518" w14:textId="77777777" w:rsidR="0099275C" w:rsidRPr="00C8713A" w:rsidRDefault="0099275C" w:rsidP="00123B9D">
            <w:pPr>
              <w:rPr>
                <w:rFonts w:cs="Times New Roman"/>
                <w:sz w:val="16"/>
                <w:szCs w:val="16"/>
              </w:rPr>
            </w:pPr>
            <w:r w:rsidRPr="00C8713A">
              <w:rPr>
                <w:rFonts w:cs="Times New Roman"/>
                <w:sz w:val="16"/>
                <w:szCs w:val="16"/>
              </w:rPr>
              <w:t>Mo1Nb1Ta1Ti1V1W1</w:t>
            </w:r>
          </w:p>
        </w:tc>
        <w:tc>
          <w:tcPr>
            <w:tcW w:w="814" w:type="dxa"/>
            <w:vAlign w:val="center"/>
          </w:tcPr>
          <w:p w14:paraId="32615F4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C9009A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CCFC2C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9704E71"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47E3273" w14:textId="77777777" w:rsidR="0099275C" w:rsidRPr="00C8713A" w:rsidRDefault="0099275C" w:rsidP="00123B9D">
            <w:pPr>
              <w:rPr>
                <w:rFonts w:cs="Times New Roman"/>
                <w:sz w:val="16"/>
                <w:szCs w:val="16"/>
              </w:rPr>
            </w:pPr>
            <w:r w:rsidRPr="00C8713A">
              <w:rPr>
                <w:rFonts w:cs="Times New Roman"/>
                <w:sz w:val="16"/>
                <w:szCs w:val="16"/>
              </w:rPr>
              <w:t>752.8666666666667</w:t>
            </w:r>
          </w:p>
        </w:tc>
      </w:tr>
      <w:tr w:rsidR="0099275C" w:rsidRPr="00C8713A" w14:paraId="7207B26A" w14:textId="77777777" w:rsidTr="00123B9D">
        <w:tc>
          <w:tcPr>
            <w:tcW w:w="3065" w:type="dxa"/>
            <w:vAlign w:val="center"/>
          </w:tcPr>
          <w:p w14:paraId="778F1759" w14:textId="77777777" w:rsidR="0099275C" w:rsidRPr="00C8713A" w:rsidRDefault="0099275C" w:rsidP="00123B9D">
            <w:pPr>
              <w:rPr>
                <w:rFonts w:cs="Times New Roman"/>
                <w:sz w:val="16"/>
                <w:szCs w:val="16"/>
              </w:rPr>
            </w:pPr>
            <w:r w:rsidRPr="00C8713A">
              <w:rPr>
                <w:rFonts w:cs="Times New Roman"/>
                <w:sz w:val="16"/>
                <w:szCs w:val="16"/>
              </w:rPr>
              <w:t>Mo1Nb1Ta1Ti1V1W1</w:t>
            </w:r>
          </w:p>
        </w:tc>
        <w:tc>
          <w:tcPr>
            <w:tcW w:w="814" w:type="dxa"/>
            <w:vAlign w:val="center"/>
          </w:tcPr>
          <w:p w14:paraId="477FBAF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A34D63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80B148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C1F9EB7"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7418AF3D" w14:textId="77777777" w:rsidR="0099275C" w:rsidRPr="00C8713A" w:rsidRDefault="0099275C" w:rsidP="00123B9D">
            <w:pPr>
              <w:rPr>
                <w:rFonts w:cs="Times New Roman"/>
                <w:sz w:val="16"/>
                <w:szCs w:val="16"/>
              </w:rPr>
            </w:pPr>
            <w:r w:rsidRPr="00C8713A">
              <w:rPr>
                <w:rFonts w:cs="Times New Roman"/>
                <w:sz w:val="16"/>
                <w:szCs w:val="16"/>
              </w:rPr>
              <w:t>659.0</w:t>
            </w:r>
          </w:p>
        </w:tc>
      </w:tr>
      <w:tr w:rsidR="0099275C" w:rsidRPr="00C8713A" w14:paraId="1318592D" w14:textId="77777777" w:rsidTr="00123B9D">
        <w:tc>
          <w:tcPr>
            <w:tcW w:w="3065" w:type="dxa"/>
            <w:vAlign w:val="center"/>
          </w:tcPr>
          <w:p w14:paraId="2C548512" w14:textId="77777777" w:rsidR="0099275C" w:rsidRPr="00C8713A" w:rsidRDefault="0099275C" w:rsidP="00123B9D">
            <w:pPr>
              <w:rPr>
                <w:rFonts w:cs="Times New Roman"/>
                <w:sz w:val="16"/>
                <w:szCs w:val="16"/>
              </w:rPr>
            </w:pPr>
            <w:r w:rsidRPr="00C8713A">
              <w:rPr>
                <w:rFonts w:cs="Times New Roman"/>
                <w:sz w:val="16"/>
                <w:szCs w:val="16"/>
              </w:rPr>
              <w:t>Mo1Nb1Ta1Ti1W1</w:t>
            </w:r>
          </w:p>
        </w:tc>
        <w:tc>
          <w:tcPr>
            <w:tcW w:w="814" w:type="dxa"/>
            <w:vAlign w:val="center"/>
          </w:tcPr>
          <w:p w14:paraId="4181C10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9D814C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1A2A05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6EEE9D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068E106A" w14:textId="77777777" w:rsidR="0099275C" w:rsidRPr="00C8713A" w:rsidRDefault="0099275C" w:rsidP="00123B9D">
            <w:pPr>
              <w:rPr>
                <w:rFonts w:cs="Times New Roman"/>
                <w:sz w:val="16"/>
                <w:szCs w:val="16"/>
              </w:rPr>
            </w:pPr>
            <w:r w:rsidRPr="00C8713A">
              <w:rPr>
                <w:rFonts w:cs="Times New Roman"/>
                <w:sz w:val="16"/>
                <w:szCs w:val="16"/>
              </w:rPr>
              <w:t>1380.333333333333</w:t>
            </w:r>
          </w:p>
        </w:tc>
      </w:tr>
      <w:tr w:rsidR="0099275C" w:rsidRPr="00C8713A" w14:paraId="28F3AD19" w14:textId="77777777" w:rsidTr="00123B9D">
        <w:tc>
          <w:tcPr>
            <w:tcW w:w="3065" w:type="dxa"/>
            <w:vAlign w:val="center"/>
          </w:tcPr>
          <w:p w14:paraId="2821BC56" w14:textId="77777777" w:rsidR="0099275C" w:rsidRPr="00C8713A" w:rsidRDefault="0099275C" w:rsidP="00123B9D">
            <w:pPr>
              <w:rPr>
                <w:rFonts w:cs="Times New Roman"/>
                <w:sz w:val="16"/>
                <w:szCs w:val="16"/>
              </w:rPr>
            </w:pPr>
            <w:r w:rsidRPr="00C8713A">
              <w:rPr>
                <w:rFonts w:cs="Times New Roman"/>
                <w:sz w:val="16"/>
                <w:szCs w:val="16"/>
              </w:rPr>
              <w:t>Mo1Nb1Ta1Ti1W1</w:t>
            </w:r>
          </w:p>
        </w:tc>
        <w:tc>
          <w:tcPr>
            <w:tcW w:w="814" w:type="dxa"/>
            <w:vAlign w:val="center"/>
          </w:tcPr>
          <w:p w14:paraId="3142F06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00E86D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8581955"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6D0BE4C"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71216384" w14:textId="77777777" w:rsidR="0099275C" w:rsidRPr="00C8713A" w:rsidRDefault="0099275C" w:rsidP="00123B9D">
            <w:pPr>
              <w:rPr>
                <w:rFonts w:cs="Times New Roman"/>
                <w:sz w:val="16"/>
                <w:szCs w:val="16"/>
              </w:rPr>
            </w:pPr>
            <w:r w:rsidRPr="00C8713A">
              <w:rPr>
                <w:rFonts w:cs="Times New Roman"/>
                <w:sz w:val="16"/>
                <w:szCs w:val="16"/>
              </w:rPr>
              <w:t>689.0</w:t>
            </w:r>
          </w:p>
        </w:tc>
      </w:tr>
      <w:tr w:rsidR="0099275C" w:rsidRPr="00C8713A" w14:paraId="3653E987" w14:textId="77777777" w:rsidTr="00123B9D">
        <w:tc>
          <w:tcPr>
            <w:tcW w:w="3065" w:type="dxa"/>
            <w:vAlign w:val="center"/>
          </w:tcPr>
          <w:p w14:paraId="27447286" w14:textId="77777777" w:rsidR="0099275C" w:rsidRPr="00C8713A" w:rsidRDefault="0099275C" w:rsidP="00123B9D">
            <w:pPr>
              <w:rPr>
                <w:rFonts w:cs="Times New Roman"/>
                <w:sz w:val="16"/>
                <w:szCs w:val="16"/>
              </w:rPr>
            </w:pPr>
            <w:r w:rsidRPr="00C8713A">
              <w:rPr>
                <w:rFonts w:cs="Times New Roman"/>
                <w:sz w:val="16"/>
                <w:szCs w:val="16"/>
              </w:rPr>
              <w:t>Mo1Nb1Ta1Ti1W1</w:t>
            </w:r>
          </w:p>
        </w:tc>
        <w:tc>
          <w:tcPr>
            <w:tcW w:w="814" w:type="dxa"/>
            <w:vAlign w:val="center"/>
          </w:tcPr>
          <w:p w14:paraId="07EA3B6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FF48A4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36A56D5"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191FF52"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18FCD3BE" w14:textId="77777777" w:rsidR="0099275C" w:rsidRPr="00C8713A" w:rsidRDefault="0099275C" w:rsidP="00123B9D">
            <w:pPr>
              <w:rPr>
                <w:rFonts w:cs="Times New Roman"/>
                <w:sz w:val="16"/>
                <w:szCs w:val="16"/>
              </w:rPr>
            </w:pPr>
            <w:r w:rsidRPr="00C8713A">
              <w:rPr>
                <w:rFonts w:cs="Times New Roman"/>
                <w:sz w:val="16"/>
                <w:szCs w:val="16"/>
              </w:rPr>
              <w:t>674.0</w:t>
            </w:r>
          </w:p>
        </w:tc>
      </w:tr>
      <w:tr w:rsidR="0099275C" w:rsidRPr="00C8713A" w14:paraId="0F5C13B2" w14:textId="77777777" w:rsidTr="00123B9D">
        <w:tc>
          <w:tcPr>
            <w:tcW w:w="3065" w:type="dxa"/>
            <w:vAlign w:val="center"/>
          </w:tcPr>
          <w:p w14:paraId="4C32C126" w14:textId="77777777" w:rsidR="0099275C" w:rsidRPr="00C8713A" w:rsidRDefault="0099275C" w:rsidP="00123B9D">
            <w:pPr>
              <w:rPr>
                <w:rFonts w:cs="Times New Roman"/>
                <w:sz w:val="16"/>
                <w:szCs w:val="16"/>
              </w:rPr>
            </w:pPr>
            <w:r w:rsidRPr="00C8713A">
              <w:rPr>
                <w:rFonts w:cs="Times New Roman"/>
                <w:sz w:val="16"/>
                <w:szCs w:val="16"/>
              </w:rPr>
              <w:t>Mo1Nb1Ta1Ti1W1</w:t>
            </w:r>
          </w:p>
        </w:tc>
        <w:tc>
          <w:tcPr>
            <w:tcW w:w="814" w:type="dxa"/>
            <w:vAlign w:val="center"/>
          </w:tcPr>
          <w:p w14:paraId="5228B83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F3078B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193D0B0"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EB99913"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51323D07" w14:textId="77777777" w:rsidR="0099275C" w:rsidRPr="00C8713A" w:rsidRDefault="0099275C" w:rsidP="00123B9D">
            <w:pPr>
              <w:rPr>
                <w:rFonts w:cs="Times New Roman"/>
                <w:sz w:val="16"/>
                <w:szCs w:val="16"/>
              </w:rPr>
            </w:pPr>
            <w:r w:rsidRPr="00C8713A">
              <w:rPr>
                <w:rFonts w:cs="Times New Roman"/>
                <w:sz w:val="16"/>
                <w:szCs w:val="16"/>
              </w:rPr>
              <w:t>620.0</w:t>
            </w:r>
          </w:p>
        </w:tc>
      </w:tr>
      <w:tr w:rsidR="0099275C" w:rsidRPr="00C8713A" w14:paraId="41CC659A" w14:textId="77777777" w:rsidTr="00123B9D">
        <w:tc>
          <w:tcPr>
            <w:tcW w:w="3065" w:type="dxa"/>
            <w:vAlign w:val="center"/>
          </w:tcPr>
          <w:p w14:paraId="5A6C3CE0" w14:textId="77777777" w:rsidR="0099275C" w:rsidRPr="00C8713A" w:rsidRDefault="0099275C" w:rsidP="00123B9D">
            <w:pPr>
              <w:rPr>
                <w:rFonts w:cs="Times New Roman"/>
                <w:sz w:val="16"/>
                <w:szCs w:val="16"/>
              </w:rPr>
            </w:pPr>
            <w:r w:rsidRPr="00C8713A">
              <w:rPr>
                <w:rFonts w:cs="Times New Roman"/>
                <w:sz w:val="16"/>
                <w:szCs w:val="16"/>
              </w:rPr>
              <w:t>Mo1Nb1Ta1Ti1W1</w:t>
            </w:r>
          </w:p>
        </w:tc>
        <w:tc>
          <w:tcPr>
            <w:tcW w:w="814" w:type="dxa"/>
            <w:vAlign w:val="center"/>
          </w:tcPr>
          <w:p w14:paraId="0568337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98B511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0B3D38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DC69D89"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57967326" w14:textId="77777777" w:rsidR="0099275C" w:rsidRPr="00C8713A" w:rsidRDefault="0099275C" w:rsidP="00123B9D">
            <w:pPr>
              <w:rPr>
                <w:rFonts w:cs="Times New Roman"/>
                <w:sz w:val="16"/>
                <w:szCs w:val="16"/>
              </w:rPr>
            </w:pPr>
            <w:r w:rsidRPr="00C8713A">
              <w:rPr>
                <w:rFonts w:cs="Times New Roman"/>
                <w:sz w:val="16"/>
                <w:szCs w:val="16"/>
              </w:rPr>
              <w:t>586.0</w:t>
            </w:r>
          </w:p>
        </w:tc>
      </w:tr>
      <w:tr w:rsidR="0099275C" w:rsidRPr="00C8713A" w14:paraId="3B31C5A3" w14:textId="77777777" w:rsidTr="00123B9D">
        <w:tc>
          <w:tcPr>
            <w:tcW w:w="3065" w:type="dxa"/>
            <w:vAlign w:val="center"/>
          </w:tcPr>
          <w:p w14:paraId="596294E4" w14:textId="77777777" w:rsidR="0099275C" w:rsidRPr="00C8713A" w:rsidRDefault="0099275C" w:rsidP="00123B9D">
            <w:pPr>
              <w:rPr>
                <w:rFonts w:cs="Times New Roman"/>
                <w:sz w:val="16"/>
                <w:szCs w:val="16"/>
              </w:rPr>
            </w:pPr>
            <w:r w:rsidRPr="00C8713A">
              <w:rPr>
                <w:rFonts w:cs="Times New Roman"/>
                <w:sz w:val="16"/>
                <w:szCs w:val="16"/>
              </w:rPr>
              <w:t>Mo1Nb1Ta1V1</w:t>
            </w:r>
          </w:p>
        </w:tc>
        <w:tc>
          <w:tcPr>
            <w:tcW w:w="814" w:type="dxa"/>
            <w:vAlign w:val="center"/>
          </w:tcPr>
          <w:p w14:paraId="35F6E7C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C26041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97902C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26BC31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B281170" w14:textId="77777777" w:rsidR="0099275C" w:rsidRPr="00C8713A" w:rsidRDefault="0099275C" w:rsidP="00123B9D">
            <w:pPr>
              <w:rPr>
                <w:rFonts w:cs="Times New Roman"/>
                <w:sz w:val="16"/>
                <w:szCs w:val="16"/>
              </w:rPr>
            </w:pPr>
            <w:r w:rsidRPr="00C8713A">
              <w:rPr>
                <w:rFonts w:cs="Times New Roman"/>
                <w:sz w:val="16"/>
                <w:szCs w:val="16"/>
              </w:rPr>
              <w:t>1525.0</w:t>
            </w:r>
          </w:p>
        </w:tc>
      </w:tr>
      <w:tr w:rsidR="0099275C" w:rsidRPr="00C8713A" w14:paraId="491F69DF" w14:textId="77777777" w:rsidTr="00123B9D">
        <w:tc>
          <w:tcPr>
            <w:tcW w:w="3065" w:type="dxa"/>
            <w:vAlign w:val="center"/>
          </w:tcPr>
          <w:p w14:paraId="7F77D0C8"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814" w:type="dxa"/>
            <w:vAlign w:val="center"/>
          </w:tcPr>
          <w:p w14:paraId="32918F4E"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533668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FF1E013"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2D2E233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E0A3851" w14:textId="77777777" w:rsidR="0099275C" w:rsidRPr="00C8713A" w:rsidRDefault="0099275C" w:rsidP="00123B9D">
            <w:pPr>
              <w:rPr>
                <w:rFonts w:cs="Times New Roman"/>
                <w:sz w:val="16"/>
                <w:szCs w:val="16"/>
              </w:rPr>
            </w:pPr>
            <w:r w:rsidRPr="00C8713A">
              <w:rPr>
                <w:rFonts w:cs="Times New Roman"/>
                <w:sz w:val="16"/>
                <w:szCs w:val="16"/>
              </w:rPr>
              <w:t>1246.0</w:t>
            </w:r>
          </w:p>
        </w:tc>
      </w:tr>
      <w:tr w:rsidR="0099275C" w:rsidRPr="00C8713A" w14:paraId="2CA8E9D7" w14:textId="77777777" w:rsidTr="00123B9D">
        <w:tc>
          <w:tcPr>
            <w:tcW w:w="3065" w:type="dxa"/>
            <w:vAlign w:val="center"/>
          </w:tcPr>
          <w:p w14:paraId="552D5FCF"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814" w:type="dxa"/>
            <w:vAlign w:val="center"/>
          </w:tcPr>
          <w:p w14:paraId="48C1733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06D2DB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77EA1B0"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100DB43B"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78C8065C" w14:textId="77777777" w:rsidR="0099275C" w:rsidRPr="00C8713A" w:rsidRDefault="0099275C" w:rsidP="00123B9D">
            <w:pPr>
              <w:rPr>
                <w:rFonts w:cs="Times New Roman"/>
                <w:sz w:val="16"/>
                <w:szCs w:val="16"/>
              </w:rPr>
            </w:pPr>
            <w:r w:rsidRPr="00C8713A">
              <w:rPr>
                <w:rFonts w:cs="Times New Roman"/>
                <w:sz w:val="16"/>
                <w:szCs w:val="16"/>
              </w:rPr>
              <w:t>862.0</w:t>
            </w:r>
          </w:p>
        </w:tc>
      </w:tr>
      <w:tr w:rsidR="0099275C" w:rsidRPr="00C8713A" w14:paraId="200753D6" w14:textId="77777777" w:rsidTr="00123B9D">
        <w:tc>
          <w:tcPr>
            <w:tcW w:w="3065" w:type="dxa"/>
            <w:vAlign w:val="center"/>
          </w:tcPr>
          <w:p w14:paraId="671F9EAA"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814" w:type="dxa"/>
            <w:vAlign w:val="center"/>
          </w:tcPr>
          <w:p w14:paraId="4316DD7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F3BD64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5995CA2"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78374B7"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49215D5B" w14:textId="77777777" w:rsidR="0099275C" w:rsidRPr="00C8713A" w:rsidRDefault="0099275C" w:rsidP="00123B9D">
            <w:pPr>
              <w:rPr>
                <w:rFonts w:cs="Times New Roman"/>
                <w:sz w:val="16"/>
                <w:szCs w:val="16"/>
              </w:rPr>
            </w:pPr>
            <w:r w:rsidRPr="00C8713A">
              <w:rPr>
                <w:rFonts w:cs="Times New Roman"/>
                <w:sz w:val="16"/>
                <w:szCs w:val="16"/>
              </w:rPr>
              <w:t>846.0</w:t>
            </w:r>
          </w:p>
        </w:tc>
      </w:tr>
      <w:tr w:rsidR="0099275C" w:rsidRPr="00C8713A" w14:paraId="79C4F0DC" w14:textId="77777777" w:rsidTr="00123B9D">
        <w:tc>
          <w:tcPr>
            <w:tcW w:w="3065" w:type="dxa"/>
            <w:vAlign w:val="center"/>
          </w:tcPr>
          <w:p w14:paraId="5428022C"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814" w:type="dxa"/>
            <w:vAlign w:val="center"/>
          </w:tcPr>
          <w:p w14:paraId="1DE82C2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EF18EC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400641B"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5E0D2F9B"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3AE8384F" w14:textId="77777777" w:rsidR="0099275C" w:rsidRPr="00C8713A" w:rsidRDefault="0099275C" w:rsidP="00123B9D">
            <w:pPr>
              <w:rPr>
                <w:rFonts w:cs="Times New Roman"/>
                <w:sz w:val="16"/>
                <w:szCs w:val="16"/>
              </w:rPr>
            </w:pPr>
            <w:r w:rsidRPr="00C8713A">
              <w:rPr>
                <w:rFonts w:cs="Times New Roman"/>
                <w:sz w:val="16"/>
                <w:szCs w:val="16"/>
              </w:rPr>
              <w:t>842.0</w:t>
            </w:r>
          </w:p>
        </w:tc>
      </w:tr>
      <w:tr w:rsidR="0099275C" w:rsidRPr="00C8713A" w14:paraId="6D2F88D6" w14:textId="77777777" w:rsidTr="00123B9D">
        <w:tc>
          <w:tcPr>
            <w:tcW w:w="3065" w:type="dxa"/>
            <w:vAlign w:val="center"/>
          </w:tcPr>
          <w:p w14:paraId="135910AD"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814" w:type="dxa"/>
            <w:vAlign w:val="center"/>
          </w:tcPr>
          <w:p w14:paraId="5AE16DE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542F5F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4E2C88A"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B343EBB"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2E577BA7" w14:textId="77777777" w:rsidR="0099275C" w:rsidRPr="00C8713A" w:rsidRDefault="0099275C" w:rsidP="00123B9D">
            <w:pPr>
              <w:rPr>
                <w:rFonts w:cs="Times New Roman"/>
                <w:sz w:val="16"/>
                <w:szCs w:val="16"/>
              </w:rPr>
            </w:pPr>
            <w:r w:rsidRPr="00C8713A">
              <w:rPr>
                <w:rFonts w:cs="Times New Roman"/>
                <w:sz w:val="16"/>
                <w:szCs w:val="16"/>
              </w:rPr>
              <w:t>735.0</w:t>
            </w:r>
          </w:p>
        </w:tc>
      </w:tr>
      <w:tr w:rsidR="0099275C" w:rsidRPr="00C8713A" w14:paraId="3F1335D2" w14:textId="77777777" w:rsidTr="00123B9D">
        <w:tc>
          <w:tcPr>
            <w:tcW w:w="3065" w:type="dxa"/>
            <w:vAlign w:val="center"/>
          </w:tcPr>
          <w:p w14:paraId="53A16B68"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814" w:type="dxa"/>
            <w:vAlign w:val="center"/>
          </w:tcPr>
          <w:p w14:paraId="72A263B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AD996F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8814FE1"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3E255E3" w14:textId="77777777" w:rsidR="0099275C" w:rsidRPr="00C8713A" w:rsidRDefault="0099275C" w:rsidP="00123B9D">
            <w:pPr>
              <w:rPr>
                <w:rFonts w:cs="Times New Roman"/>
                <w:sz w:val="16"/>
                <w:szCs w:val="16"/>
              </w:rPr>
            </w:pPr>
            <w:r w:rsidRPr="00C8713A">
              <w:rPr>
                <w:rFonts w:cs="Times New Roman"/>
                <w:sz w:val="16"/>
                <w:szCs w:val="16"/>
              </w:rPr>
              <w:t>1400.0</w:t>
            </w:r>
          </w:p>
        </w:tc>
        <w:tc>
          <w:tcPr>
            <w:tcW w:w="1616" w:type="dxa"/>
            <w:vAlign w:val="center"/>
          </w:tcPr>
          <w:p w14:paraId="5D05B590" w14:textId="77777777" w:rsidR="0099275C" w:rsidRPr="00C8713A" w:rsidRDefault="0099275C" w:rsidP="00123B9D">
            <w:pPr>
              <w:rPr>
                <w:rFonts w:cs="Times New Roman"/>
                <w:sz w:val="16"/>
                <w:szCs w:val="16"/>
              </w:rPr>
            </w:pPr>
            <w:r w:rsidRPr="00C8713A">
              <w:rPr>
                <w:rFonts w:cs="Times New Roman"/>
                <w:sz w:val="16"/>
                <w:szCs w:val="16"/>
              </w:rPr>
              <w:t>656.0</w:t>
            </w:r>
          </w:p>
        </w:tc>
      </w:tr>
      <w:tr w:rsidR="0099275C" w:rsidRPr="00C8713A" w14:paraId="5D0332E9" w14:textId="77777777" w:rsidTr="00123B9D">
        <w:tc>
          <w:tcPr>
            <w:tcW w:w="3065" w:type="dxa"/>
            <w:vAlign w:val="center"/>
          </w:tcPr>
          <w:p w14:paraId="5F049154"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814" w:type="dxa"/>
            <w:vAlign w:val="center"/>
          </w:tcPr>
          <w:p w14:paraId="4D482DC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510816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5415E61"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77CE82C8" w14:textId="77777777" w:rsidR="0099275C" w:rsidRPr="00C8713A" w:rsidRDefault="0099275C" w:rsidP="00123B9D">
            <w:pPr>
              <w:rPr>
                <w:rFonts w:cs="Times New Roman"/>
                <w:sz w:val="16"/>
                <w:szCs w:val="16"/>
              </w:rPr>
            </w:pPr>
            <w:r w:rsidRPr="00C8713A">
              <w:rPr>
                <w:rFonts w:cs="Times New Roman"/>
                <w:sz w:val="16"/>
                <w:szCs w:val="16"/>
              </w:rPr>
              <w:t>1600.0</w:t>
            </w:r>
          </w:p>
        </w:tc>
        <w:tc>
          <w:tcPr>
            <w:tcW w:w="1616" w:type="dxa"/>
            <w:vAlign w:val="center"/>
          </w:tcPr>
          <w:p w14:paraId="487C20CD" w14:textId="77777777" w:rsidR="0099275C" w:rsidRPr="00C8713A" w:rsidRDefault="0099275C" w:rsidP="00123B9D">
            <w:pPr>
              <w:rPr>
                <w:rFonts w:cs="Times New Roman"/>
                <w:sz w:val="16"/>
                <w:szCs w:val="16"/>
              </w:rPr>
            </w:pPr>
            <w:r w:rsidRPr="00C8713A">
              <w:rPr>
                <w:rFonts w:cs="Times New Roman"/>
                <w:sz w:val="16"/>
                <w:szCs w:val="16"/>
              </w:rPr>
              <w:t>477.0</w:t>
            </w:r>
          </w:p>
        </w:tc>
      </w:tr>
      <w:tr w:rsidR="0099275C" w:rsidRPr="00C8713A" w14:paraId="367DDD9D" w14:textId="77777777" w:rsidTr="00123B9D">
        <w:tc>
          <w:tcPr>
            <w:tcW w:w="3065" w:type="dxa"/>
            <w:vAlign w:val="center"/>
          </w:tcPr>
          <w:p w14:paraId="5EC4F7B3"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814" w:type="dxa"/>
            <w:vAlign w:val="center"/>
          </w:tcPr>
          <w:p w14:paraId="455F6CD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8DE38C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0354CF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7D66065"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63CD32B" w14:textId="77777777" w:rsidR="0099275C" w:rsidRPr="00C8713A" w:rsidRDefault="0099275C" w:rsidP="00123B9D">
            <w:pPr>
              <w:rPr>
                <w:rFonts w:cs="Times New Roman"/>
                <w:sz w:val="16"/>
                <w:szCs w:val="16"/>
              </w:rPr>
            </w:pPr>
            <w:r w:rsidRPr="00C8713A">
              <w:rPr>
                <w:rFonts w:cs="Times New Roman"/>
                <w:sz w:val="16"/>
                <w:szCs w:val="16"/>
              </w:rPr>
              <w:t>1027.0</w:t>
            </w:r>
          </w:p>
        </w:tc>
      </w:tr>
      <w:tr w:rsidR="0099275C" w:rsidRPr="00C8713A" w14:paraId="1BADC1DA" w14:textId="77777777" w:rsidTr="00123B9D">
        <w:tc>
          <w:tcPr>
            <w:tcW w:w="3065" w:type="dxa"/>
            <w:vAlign w:val="center"/>
          </w:tcPr>
          <w:p w14:paraId="15AB9687"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814" w:type="dxa"/>
            <w:vAlign w:val="center"/>
          </w:tcPr>
          <w:p w14:paraId="72BA717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59FB37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AB43F1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FE4EFA8"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4CCAD081" w14:textId="77777777" w:rsidR="0099275C" w:rsidRPr="00C8713A" w:rsidRDefault="0099275C" w:rsidP="00123B9D">
            <w:pPr>
              <w:rPr>
                <w:rFonts w:cs="Times New Roman"/>
                <w:sz w:val="16"/>
                <w:szCs w:val="16"/>
              </w:rPr>
            </w:pPr>
            <w:r w:rsidRPr="00C8713A">
              <w:rPr>
                <w:rFonts w:cs="Times New Roman"/>
                <w:sz w:val="16"/>
                <w:szCs w:val="16"/>
              </w:rPr>
              <w:t>561.0</w:t>
            </w:r>
          </w:p>
        </w:tc>
      </w:tr>
      <w:tr w:rsidR="0099275C" w:rsidRPr="00C8713A" w14:paraId="423D9450" w14:textId="77777777" w:rsidTr="00123B9D">
        <w:tc>
          <w:tcPr>
            <w:tcW w:w="3065" w:type="dxa"/>
            <w:vAlign w:val="center"/>
          </w:tcPr>
          <w:p w14:paraId="73F28BA1"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814" w:type="dxa"/>
            <w:vAlign w:val="center"/>
          </w:tcPr>
          <w:p w14:paraId="3AE38B9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66FBDB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7CDA105"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6A7159B"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42F4BE84" w14:textId="77777777" w:rsidR="0099275C" w:rsidRPr="00C8713A" w:rsidRDefault="0099275C" w:rsidP="00123B9D">
            <w:pPr>
              <w:rPr>
                <w:rFonts w:cs="Times New Roman"/>
                <w:sz w:val="16"/>
                <w:szCs w:val="16"/>
              </w:rPr>
            </w:pPr>
            <w:r w:rsidRPr="00C8713A">
              <w:rPr>
                <w:rFonts w:cs="Times New Roman"/>
                <w:sz w:val="16"/>
                <w:szCs w:val="16"/>
              </w:rPr>
              <w:t>552.0</w:t>
            </w:r>
          </w:p>
        </w:tc>
      </w:tr>
      <w:tr w:rsidR="0099275C" w:rsidRPr="00C8713A" w14:paraId="7C5AF60C" w14:textId="77777777" w:rsidTr="00123B9D">
        <w:tc>
          <w:tcPr>
            <w:tcW w:w="3065" w:type="dxa"/>
            <w:vAlign w:val="center"/>
          </w:tcPr>
          <w:p w14:paraId="4F6F8A0B"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814" w:type="dxa"/>
            <w:vAlign w:val="center"/>
          </w:tcPr>
          <w:p w14:paraId="050F9EB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347A5D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EB23C7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06C76C44"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2B9132EA" w14:textId="77777777" w:rsidR="0099275C" w:rsidRPr="00C8713A" w:rsidRDefault="0099275C" w:rsidP="00123B9D">
            <w:pPr>
              <w:rPr>
                <w:rFonts w:cs="Times New Roman"/>
                <w:sz w:val="16"/>
                <w:szCs w:val="16"/>
              </w:rPr>
            </w:pPr>
            <w:r w:rsidRPr="00C8713A">
              <w:rPr>
                <w:rFonts w:cs="Times New Roman"/>
                <w:sz w:val="16"/>
                <w:szCs w:val="16"/>
              </w:rPr>
              <w:t>548.0</w:t>
            </w:r>
          </w:p>
        </w:tc>
      </w:tr>
      <w:tr w:rsidR="0099275C" w:rsidRPr="00C8713A" w14:paraId="117567F6" w14:textId="77777777" w:rsidTr="00123B9D">
        <w:tc>
          <w:tcPr>
            <w:tcW w:w="3065" w:type="dxa"/>
            <w:vAlign w:val="center"/>
          </w:tcPr>
          <w:p w14:paraId="489E2FA8"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814" w:type="dxa"/>
            <w:vAlign w:val="center"/>
          </w:tcPr>
          <w:p w14:paraId="77971F4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B97485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5C0483D"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CA0435E"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5B456D0D" w14:textId="77777777" w:rsidR="0099275C" w:rsidRPr="00C8713A" w:rsidRDefault="0099275C" w:rsidP="00123B9D">
            <w:pPr>
              <w:rPr>
                <w:rFonts w:cs="Times New Roman"/>
                <w:sz w:val="16"/>
                <w:szCs w:val="16"/>
              </w:rPr>
            </w:pPr>
            <w:r w:rsidRPr="00C8713A">
              <w:rPr>
                <w:rFonts w:cs="Times New Roman"/>
                <w:sz w:val="16"/>
                <w:szCs w:val="16"/>
              </w:rPr>
              <w:t>506.0</w:t>
            </w:r>
          </w:p>
        </w:tc>
      </w:tr>
      <w:tr w:rsidR="0099275C" w:rsidRPr="00C8713A" w14:paraId="3CE44F80" w14:textId="77777777" w:rsidTr="00123B9D">
        <w:tc>
          <w:tcPr>
            <w:tcW w:w="3065" w:type="dxa"/>
            <w:vAlign w:val="center"/>
          </w:tcPr>
          <w:p w14:paraId="602212D8"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814" w:type="dxa"/>
            <w:vAlign w:val="center"/>
          </w:tcPr>
          <w:p w14:paraId="1639D77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40ABDE7"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B24151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62491852" w14:textId="77777777" w:rsidR="0099275C" w:rsidRPr="00C8713A" w:rsidRDefault="0099275C" w:rsidP="00123B9D">
            <w:pPr>
              <w:rPr>
                <w:rFonts w:cs="Times New Roman"/>
                <w:sz w:val="16"/>
                <w:szCs w:val="16"/>
              </w:rPr>
            </w:pPr>
            <w:r w:rsidRPr="00C8713A">
              <w:rPr>
                <w:rFonts w:cs="Times New Roman"/>
                <w:sz w:val="16"/>
                <w:szCs w:val="16"/>
              </w:rPr>
              <w:t>1400.0</w:t>
            </w:r>
          </w:p>
        </w:tc>
        <w:tc>
          <w:tcPr>
            <w:tcW w:w="1616" w:type="dxa"/>
            <w:vAlign w:val="center"/>
          </w:tcPr>
          <w:p w14:paraId="2936F867" w14:textId="77777777" w:rsidR="0099275C" w:rsidRPr="00C8713A" w:rsidRDefault="0099275C" w:rsidP="00123B9D">
            <w:pPr>
              <w:rPr>
                <w:rFonts w:cs="Times New Roman"/>
                <w:sz w:val="16"/>
                <w:szCs w:val="16"/>
              </w:rPr>
            </w:pPr>
            <w:r w:rsidRPr="00C8713A">
              <w:rPr>
                <w:rFonts w:cs="Times New Roman"/>
                <w:sz w:val="16"/>
                <w:szCs w:val="16"/>
              </w:rPr>
              <w:t>421.0</w:t>
            </w:r>
          </w:p>
        </w:tc>
      </w:tr>
      <w:tr w:rsidR="0099275C" w:rsidRPr="00C8713A" w14:paraId="082C6F0C" w14:textId="77777777" w:rsidTr="00123B9D">
        <w:tc>
          <w:tcPr>
            <w:tcW w:w="3065" w:type="dxa"/>
            <w:vAlign w:val="center"/>
          </w:tcPr>
          <w:p w14:paraId="1DCAB14D"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814" w:type="dxa"/>
            <w:vAlign w:val="center"/>
          </w:tcPr>
          <w:p w14:paraId="04009B9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65E71D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041E122"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A668648" w14:textId="77777777" w:rsidR="0099275C" w:rsidRPr="00C8713A" w:rsidRDefault="0099275C" w:rsidP="00123B9D">
            <w:pPr>
              <w:rPr>
                <w:rFonts w:cs="Times New Roman"/>
                <w:sz w:val="16"/>
                <w:szCs w:val="16"/>
              </w:rPr>
            </w:pPr>
            <w:r w:rsidRPr="00C8713A">
              <w:rPr>
                <w:rFonts w:cs="Times New Roman"/>
                <w:sz w:val="16"/>
                <w:szCs w:val="16"/>
              </w:rPr>
              <w:t>1600.0</w:t>
            </w:r>
          </w:p>
        </w:tc>
        <w:tc>
          <w:tcPr>
            <w:tcW w:w="1616" w:type="dxa"/>
            <w:vAlign w:val="center"/>
          </w:tcPr>
          <w:p w14:paraId="5A3A4315" w14:textId="77777777" w:rsidR="0099275C" w:rsidRPr="00C8713A" w:rsidRDefault="0099275C" w:rsidP="00123B9D">
            <w:pPr>
              <w:rPr>
                <w:rFonts w:cs="Times New Roman"/>
                <w:sz w:val="16"/>
                <w:szCs w:val="16"/>
              </w:rPr>
            </w:pPr>
            <w:r w:rsidRPr="00C8713A">
              <w:rPr>
                <w:rFonts w:cs="Times New Roman"/>
                <w:sz w:val="16"/>
                <w:szCs w:val="16"/>
              </w:rPr>
              <w:t>405.0</w:t>
            </w:r>
          </w:p>
        </w:tc>
      </w:tr>
      <w:tr w:rsidR="0099275C" w:rsidRPr="00C8713A" w14:paraId="545D9BD8" w14:textId="77777777" w:rsidTr="00123B9D">
        <w:tc>
          <w:tcPr>
            <w:tcW w:w="3065" w:type="dxa"/>
            <w:vAlign w:val="center"/>
          </w:tcPr>
          <w:p w14:paraId="2BACE0D9" w14:textId="77777777" w:rsidR="0099275C" w:rsidRPr="00C8713A" w:rsidRDefault="0099275C" w:rsidP="00123B9D">
            <w:pPr>
              <w:rPr>
                <w:rFonts w:cs="Times New Roman"/>
                <w:sz w:val="16"/>
                <w:szCs w:val="16"/>
              </w:rPr>
            </w:pPr>
            <w:r w:rsidRPr="00C8713A">
              <w:rPr>
                <w:rFonts w:cs="Times New Roman"/>
                <w:sz w:val="16"/>
                <w:szCs w:val="16"/>
              </w:rPr>
              <w:t>Mo1Nb1Ti1</w:t>
            </w:r>
          </w:p>
        </w:tc>
        <w:tc>
          <w:tcPr>
            <w:tcW w:w="814" w:type="dxa"/>
            <w:vAlign w:val="center"/>
          </w:tcPr>
          <w:p w14:paraId="223AB53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1476E7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C651FB2"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7E7DDB6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D572CC7" w14:textId="77777777" w:rsidR="0099275C" w:rsidRPr="00C8713A" w:rsidRDefault="0099275C" w:rsidP="00123B9D">
            <w:pPr>
              <w:rPr>
                <w:rFonts w:cs="Times New Roman"/>
                <w:sz w:val="16"/>
                <w:szCs w:val="16"/>
              </w:rPr>
            </w:pPr>
            <w:r w:rsidRPr="00C8713A">
              <w:rPr>
                <w:rFonts w:cs="Times New Roman"/>
                <w:sz w:val="16"/>
                <w:szCs w:val="16"/>
              </w:rPr>
              <w:t>1100.0</w:t>
            </w:r>
          </w:p>
        </w:tc>
      </w:tr>
      <w:tr w:rsidR="0099275C" w:rsidRPr="00C8713A" w14:paraId="1976AECF" w14:textId="77777777" w:rsidTr="00123B9D">
        <w:tc>
          <w:tcPr>
            <w:tcW w:w="3065" w:type="dxa"/>
            <w:vAlign w:val="center"/>
          </w:tcPr>
          <w:p w14:paraId="2630873C" w14:textId="77777777" w:rsidR="0099275C" w:rsidRPr="00C8713A" w:rsidRDefault="0099275C" w:rsidP="00123B9D">
            <w:pPr>
              <w:rPr>
                <w:rFonts w:cs="Times New Roman"/>
                <w:sz w:val="16"/>
                <w:szCs w:val="16"/>
              </w:rPr>
            </w:pPr>
            <w:r w:rsidRPr="00C8713A">
              <w:rPr>
                <w:rFonts w:cs="Times New Roman"/>
                <w:sz w:val="16"/>
                <w:szCs w:val="16"/>
              </w:rPr>
              <w:t>Mo1Nb1Ti1</w:t>
            </w:r>
          </w:p>
        </w:tc>
        <w:tc>
          <w:tcPr>
            <w:tcW w:w="814" w:type="dxa"/>
            <w:vAlign w:val="center"/>
          </w:tcPr>
          <w:p w14:paraId="2EC0D38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67EB30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5A647F1"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4722B7D3"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9F2FA3D" w14:textId="77777777" w:rsidR="0099275C" w:rsidRPr="00C8713A" w:rsidRDefault="0099275C" w:rsidP="00123B9D">
            <w:pPr>
              <w:rPr>
                <w:rFonts w:cs="Times New Roman"/>
                <w:sz w:val="16"/>
                <w:szCs w:val="16"/>
              </w:rPr>
            </w:pPr>
            <w:r w:rsidRPr="00C8713A">
              <w:rPr>
                <w:rFonts w:cs="Times New Roman"/>
                <w:sz w:val="16"/>
                <w:szCs w:val="16"/>
              </w:rPr>
              <w:t>504.0</w:t>
            </w:r>
          </w:p>
        </w:tc>
      </w:tr>
      <w:tr w:rsidR="0099275C" w:rsidRPr="00C8713A" w14:paraId="4400AF36" w14:textId="77777777" w:rsidTr="00123B9D">
        <w:tc>
          <w:tcPr>
            <w:tcW w:w="3065" w:type="dxa"/>
            <w:vAlign w:val="center"/>
          </w:tcPr>
          <w:p w14:paraId="791CFAF6" w14:textId="77777777" w:rsidR="0099275C" w:rsidRPr="00C8713A" w:rsidRDefault="0099275C" w:rsidP="00123B9D">
            <w:pPr>
              <w:rPr>
                <w:rFonts w:cs="Times New Roman"/>
                <w:sz w:val="16"/>
                <w:szCs w:val="16"/>
              </w:rPr>
            </w:pPr>
            <w:r w:rsidRPr="00C8713A">
              <w:rPr>
                <w:rFonts w:cs="Times New Roman"/>
                <w:sz w:val="16"/>
                <w:szCs w:val="16"/>
              </w:rPr>
              <w:t>Mo1Nb1Ti1</w:t>
            </w:r>
          </w:p>
        </w:tc>
        <w:tc>
          <w:tcPr>
            <w:tcW w:w="814" w:type="dxa"/>
            <w:vAlign w:val="center"/>
          </w:tcPr>
          <w:p w14:paraId="67D49F4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2F081E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FB52DF9"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24B1913C"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4B1D743A" w14:textId="77777777" w:rsidR="0099275C" w:rsidRPr="00C8713A" w:rsidRDefault="0099275C" w:rsidP="00123B9D">
            <w:pPr>
              <w:rPr>
                <w:rFonts w:cs="Times New Roman"/>
                <w:sz w:val="16"/>
                <w:szCs w:val="16"/>
              </w:rPr>
            </w:pPr>
            <w:r w:rsidRPr="00C8713A">
              <w:rPr>
                <w:rFonts w:cs="Times New Roman"/>
                <w:sz w:val="16"/>
                <w:szCs w:val="16"/>
              </w:rPr>
              <w:t>324.0</w:t>
            </w:r>
          </w:p>
        </w:tc>
      </w:tr>
      <w:tr w:rsidR="0099275C" w:rsidRPr="00C8713A" w14:paraId="7DCC6AA1" w14:textId="77777777" w:rsidTr="00123B9D">
        <w:tc>
          <w:tcPr>
            <w:tcW w:w="3065" w:type="dxa"/>
            <w:vAlign w:val="center"/>
          </w:tcPr>
          <w:p w14:paraId="694E71CC" w14:textId="77777777" w:rsidR="0099275C" w:rsidRPr="00C8713A" w:rsidRDefault="0099275C" w:rsidP="00123B9D">
            <w:pPr>
              <w:rPr>
                <w:rFonts w:cs="Times New Roman"/>
                <w:sz w:val="16"/>
                <w:szCs w:val="16"/>
              </w:rPr>
            </w:pPr>
            <w:r w:rsidRPr="00C8713A">
              <w:rPr>
                <w:rFonts w:cs="Times New Roman"/>
                <w:sz w:val="16"/>
                <w:szCs w:val="16"/>
              </w:rPr>
              <w:t>Mo1Nb1Ti1V0.25Zr1</w:t>
            </w:r>
          </w:p>
        </w:tc>
        <w:tc>
          <w:tcPr>
            <w:tcW w:w="814" w:type="dxa"/>
            <w:vAlign w:val="center"/>
          </w:tcPr>
          <w:p w14:paraId="01708E6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612EEF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F663766"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F6815CC"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571939D4" w14:textId="77777777" w:rsidR="0099275C" w:rsidRPr="00C8713A" w:rsidRDefault="0099275C" w:rsidP="00123B9D">
            <w:pPr>
              <w:rPr>
                <w:rFonts w:cs="Times New Roman"/>
                <w:sz w:val="16"/>
                <w:szCs w:val="16"/>
              </w:rPr>
            </w:pPr>
            <w:r w:rsidRPr="00C8713A">
              <w:rPr>
                <w:rFonts w:cs="Times New Roman"/>
                <w:sz w:val="16"/>
                <w:szCs w:val="16"/>
              </w:rPr>
              <w:t>1776.0</w:t>
            </w:r>
          </w:p>
        </w:tc>
      </w:tr>
      <w:tr w:rsidR="0099275C" w:rsidRPr="00C8713A" w14:paraId="6D7D81E1" w14:textId="77777777" w:rsidTr="00123B9D">
        <w:tc>
          <w:tcPr>
            <w:tcW w:w="3065" w:type="dxa"/>
            <w:vAlign w:val="center"/>
          </w:tcPr>
          <w:p w14:paraId="2623A2EB" w14:textId="77777777" w:rsidR="0099275C" w:rsidRPr="00C8713A" w:rsidRDefault="0099275C" w:rsidP="00123B9D">
            <w:pPr>
              <w:rPr>
                <w:rFonts w:cs="Times New Roman"/>
                <w:sz w:val="16"/>
                <w:szCs w:val="16"/>
              </w:rPr>
            </w:pPr>
            <w:r w:rsidRPr="00C8713A">
              <w:rPr>
                <w:rFonts w:cs="Times New Roman"/>
                <w:sz w:val="16"/>
                <w:szCs w:val="16"/>
              </w:rPr>
              <w:t>Mo1Nb1Ti1V0.3Zr1</w:t>
            </w:r>
          </w:p>
        </w:tc>
        <w:tc>
          <w:tcPr>
            <w:tcW w:w="814" w:type="dxa"/>
            <w:vAlign w:val="center"/>
          </w:tcPr>
          <w:p w14:paraId="402DD1B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8D3F44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64E757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AFC7EB6"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3960653" w14:textId="77777777" w:rsidR="0099275C" w:rsidRPr="00C8713A" w:rsidRDefault="0099275C" w:rsidP="00123B9D">
            <w:pPr>
              <w:rPr>
                <w:rFonts w:cs="Times New Roman"/>
                <w:sz w:val="16"/>
                <w:szCs w:val="16"/>
              </w:rPr>
            </w:pPr>
            <w:r w:rsidRPr="00C8713A">
              <w:rPr>
                <w:rFonts w:cs="Times New Roman"/>
                <w:sz w:val="16"/>
                <w:szCs w:val="16"/>
              </w:rPr>
              <w:t>1455.0</w:t>
            </w:r>
          </w:p>
        </w:tc>
      </w:tr>
      <w:tr w:rsidR="0099275C" w:rsidRPr="00C8713A" w14:paraId="75618143" w14:textId="77777777" w:rsidTr="00123B9D">
        <w:tc>
          <w:tcPr>
            <w:tcW w:w="3065" w:type="dxa"/>
            <w:vAlign w:val="center"/>
          </w:tcPr>
          <w:p w14:paraId="02EC8BE1" w14:textId="77777777" w:rsidR="0099275C" w:rsidRPr="00C8713A" w:rsidRDefault="0099275C" w:rsidP="00123B9D">
            <w:pPr>
              <w:rPr>
                <w:rFonts w:cs="Times New Roman"/>
                <w:sz w:val="16"/>
                <w:szCs w:val="16"/>
              </w:rPr>
            </w:pPr>
            <w:r w:rsidRPr="00C8713A">
              <w:rPr>
                <w:rFonts w:cs="Times New Roman"/>
                <w:sz w:val="16"/>
                <w:szCs w:val="16"/>
              </w:rPr>
              <w:t>Mo1Nb1Ti1V0.5Zr1</w:t>
            </w:r>
          </w:p>
        </w:tc>
        <w:tc>
          <w:tcPr>
            <w:tcW w:w="814" w:type="dxa"/>
            <w:vAlign w:val="center"/>
          </w:tcPr>
          <w:p w14:paraId="47BEE30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1181E1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5466E8F"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A0C2B8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FEDEB1C" w14:textId="77777777" w:rsidR="0099275C" w:rsidRPr="00C8713A" w:rsidRDefault="0099275C" w:rsidP="00123B9D">
            <w:pPr>
              <w:rPr>
                <w:rFonts w:cs="Times New Roman"/>
                <w:sz w:val="16"/>
                <w:szCs w:val="16"/>
              </w:rPr>
            </w:pPr>
            <w:r w:rsidRPr="00C8713A">
              <w:rPr>
                <w:rFonts w:cs="Times New Roman"/>
                <w:sz w:val="16"/>
                <w:szCs w:val="16"/>
              </w:rPr>
              <w:t>1647.0</w:t>
            </w:r>
          </w:p>
        </w:tc>
      </w:tr>
      <w:tr w:rsidR="0099275C" w:rsidRPr="00C8713A" w14:paraId="6509C2B8" w14:textId="77777777" w:rsidTr="00123B9D">
        <w:tc>
          <w:tcPr>
            <w:tcW w:w="3065" w:type="dxa"/>
            <w:vAlign w:val="center"/>
          </w:tcPr>
          <w:p w14:paraId="38A8DD5A" w14:textId="77777777" w:rsidR="0099275C" w:rsidRPr="00C8713A" w:rsidRDefault="0099275C" w:rsidP="00123B9D">
            <w:pPr>
              <w:rPr>
                <w:rFonts w:cs="Times New Roman"/>
                <w:sz w:val="16"/>
                <w:szCs w:val="16"/>
              </w:rPr>
            </w:pPr>
            <w:r w:rsidRPr="00C8713A">
              <w:rPr>
                <w:rFonts w:cs="Times New Roman"/>
                <w:sz w:val="16"/>
                <w:szCs w:val="16"/>
              </w:rPr>
              <w:t>Mo1Nb1Ti1V0.75Zr1</w:t>
            </w:r>
          </w:p>
        </w:tc>
        <w:tc>
          <w:tcPr>
            <w:tcW w:w="814" w:type="dxa"/>
            <w:vAlign w:val="center"/>
          </w:tcPr>
          <w:p w14:paraId="4140A2D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7B396C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FAB27A0"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41C2A3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78BB0C9" w14:textId="77777777" w:rsidR="0099275C" w:rsidRPr="00C8713A" w:rsidRDefault="0099275C" w:rsidP="00123B9D">
            <w:pPr>
              <w:rPr>
                <w:rFonts w:cs="Times New Roman"/>
                <w:sz w:val="16"/>
                <w:szCs w:val="16"/>
              </w:rPr>
            </w:pPr>
            <w:r w:rsidRPr="00C8713A">
              <w:rPr>
                <w:rFonts w:cs="Times New Roman"/>
                <w:sz w:val="16"/>
                <w:szCs w:val="16"/>
              </w:rPr>
              <w:t>1708.0</w:t>
            </w:r>
          </w:p>
        </w:tc>
      </w:tr>
      <w:tr w:rsidR="0099275C" w:rsidRPr="00C8713A" w14:paraId="1E715998" w14:textId="77777777" w:rsidTr="00123B9D">
        <w:tc>
          <w:tcPr>
            <w:tcW w:w="3065" w:type="dxa"/>
            <w:vAlign w:val="center"/>
          </w:tcPr>
          <w:p w14:paraId="427FF36C" w14:textId="77777777" w:rsidR="0099275C" w:rsidRPr="00C8713A" w:rsidRDefault="0099275C" w:rsidP="00123B9D">
            <w:pPr>
              <w:rPr>
                <w:rFonts w:cs="Times New Roman"/>
                <w:sz w:val="16"/>
                <w:szCs w:val="16"/>
              </w:rPr>
            </w:pPr>
            <w:r w:rsidRPr="00C8713A">
              <w:rPr>
                <w:rFonts w:cs="Times New Roman"/>
                <w:sz w:val="16"/>
                <w:szCs w:val="16"/>
              </w:rPr>
              <w:t>Mo1Nb1Ti1V1</w:t>
            </w:r>
          </w:p>
        </w:tc>
        <w:tc>
          <w:tcPr>
            <w:tcW w:w="814" w:type="dxa"/>
            <w:vAlign w:val="center"/>
          </w:tcPr>
          <w:p w14:paraId="41AA434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BE330B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5CFB77E"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5CBF114C"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2907771D" w14:textId="77777777" w:rsidR="0099275C" w:rsidRPr="00C8713A" w:rsidRDefault="0099275C" w:rsidP="00123B9D">
            <w:pPr>
              <w:rPr>
                <w:rFonts w:cs="Times New Roman"/>
                <w:sz w:val="16"/>
                <w:szCs w:val="16"/>
              </w:rPr>
            </w:pPr>
            <w:r w:rsidRPr="00C8713A">
              <w:rPr>
                <w:rFonts w:cs="Times New Roman"/>
                <w:sz w:val="16"/>
                <w:szCs w:val="16"/>
              </w:rPr>
              <w:t>1200.0</w:t>
            </w:r>
          </w:p>
        </w:tc>
      </w:tr>
      <w:tr w:rsidR="0099275C" w:rsidRPr="00C8713A" w14:paraId="087549F4" w14:textId="77777777" w:rsidTr="00123B9D">
        <w:tc>
          <w:tcPr>
            <w:tcW w:w="3065" w:type="dxa"/>
            <w:vAlign w:val="center"/>
          </w:tcPr>
          <w:p w14:paraId="7D86EFAF" w14:textId="77777777" w:rsidR="0099275C" w:rsidRPr="00C8713A" w:rsidRDefault="0099275C" w:rsidP="00123B9D">
            <w:pPr>
              <w:rPr>
                <w:rFonts w:cs="Times New Roman"/>
                <w:sz w:val="16"/>
                <w:szCs w:val="16"/>
              </w:rPr>
            </w:pPr>
            <w:r w:rsidRPr="00C8713A">
              <w:rPr>
                <w:rFonts w:cs="Times New Roman"/>
                <w:sz w:val="16"/>
                <w:szCs w:val="16"/>
              </w:rPr>
              <w:t>Mo1Nb1Ti1V1Zr1</w:t>
            </w:r>
          </w:p>
        </w:tc>
        <w:tc>
          <w:tcPr>
            <w:tcW w:w="814" w:type="dxa"/>
            <w:vAlign w:val="center"/>
          </w:tcPr>
          <w:p w14:paraId="3CA61A1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B44A905"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4150088"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4C2217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68ADE0C" w14:textId="77777777" w:rsidR="0099275C" w:rsidRPr="00C8713A" w:rsidRDefault="0099275C" w:rsidP="00123B9D">
            <w:pPr>
              <w:rPr>
                <w:rFonts w:cs="Times New Roman"/>
                <w:sz w:val="16"/>
                <w:szCs w:val="16"/>
              </w:rPr>
            </w:pPr>
            <w:r w:rsidRPr="00C8713A">
              <w:rPr>
                <w:rFonts w:cs="Times New Roman"/>
                <w:sz w:val="16"/>
                <w:szCs w:val="16"/>
              </w:rPr>
              <w:t>1779.0</w:t>
            </w:r>
          </w:p>
        </w:tc>
      </w:tr>
      <w:tr w:rsidR="0099275C" w:rsidRPr="00C8713A" w14:paraId="2B9BF132" w14:textId="77777777" w:rsidTr="00123B9D">
        <w:tc>
          <w:tcPr>
            <w:tcW w:w="3065" w:type="dxa"/>
            <w:vAlign w:val="center"/>
          </w:tcPr>
          <w:p w14:paraId="16A2D615" w14:textId="77777777" w:rsidR="0099275C" w:rsidRPr="00C8713A" w:rsidRDefault="0099275C" w:rsidP="00123B9D">
            <w:pPr>
              <w:rPr>
                <w:rFonts w:cs="Times New Roman"/>
                <w:sz w:val="16"/>
                <w:szCs w:val="16"/>
              </w:rPr>
            </w:pPr>
            <w:r w:rsidRPr="00C8713A">
              <w:rPr>
                <w:rFonts w:cs="Times New Roman"/>
                <w:sz w:val="16"/>
                <w:szCs w:val="16"/>
              </w:rPr>
              <w:t>Mo1Nb1Ti1Zr1</w:t>
            </w:r>
          </w:p>
        </w:tc>
        <w:tc>
          <w:tcPr>
            <w:tcW w:w="814" w:type="dxa"/>
            <w:vAlign w:val="center"/>
          </w:tcPr>
          <w:p w14:paraId="7FFB9F3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3172A8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AC6CC6A"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179CDCD8"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7D1183E" w14:textId="77777777" w:rsidR="0099275C" w:rsidRPr="00C8713A" w:rsidRDefault="0099275C" w:rsidP="00123B9D">
            <w:pPr>
              <w:rPr>
                <w:rFonts w:cs="Times New Roman"/>
                <w:sz w:val="16"/>
                <w:szCs w:val="16"/>
              </w:rPr>
            </w:pPr>
            <w:r w:rsidRPr="00C8713A">
              <w:rPr>
                <w:rFonts w:cs="Times New Roman"/>
                <w:sz w:val="16"/>
                <w:szCs w:val="16"/>
              </w:rPr>
              <w:t>1592.0</w:t>
            </w:r>
          </w:p>
        </w:tc>
      </w:tr>
      <w:tr w:rsidR="0099275C" w:rsidRPr="00C8713A" w14:paraId="74E15097" w14:textId="77777777" w:rsidTr="00123B9D">
        <w:tc>
          <w:tcPr>
            <w:tcW w:w="3065" w:type="dxa"/>
            <w:vAlign w:val="center"/>
          </w:tcPr>
          <w:p w14:paraId="1880C995" w14:textId="77777777" w:rsidR="0099275C" w:rsidRPr="00C8713A" w:rsidRDefault="0099275C" w:rsidP="00123B9D">
            <w:pPr>
              <w:rPr>
                <w:rFonts w:cs="Times New Roman"/>
                <w:sz w:val="16"/>
                <w:szCs w:val="16"/>
              </w:rPr>
            </w:pPr>
            <w:r w:rsidRPr="00C8713A">
              <w:rPr>
                <w:rFonts w:cs="Times New Roman"/>
                <w:sz w:val="16"/>
                <w:szCs w:val="16"/>
              </w:rPr>
              <w:t>Mo1Ta1Ti1V1</w:t>
            </w:r>
          </w:p>
        </w:tc>
        <w:tc>
          <w:tcPr>
            <w:tcW w:w="814" w:type="dxa"/>
            <w:vAlign w:val="center"/>
          </w:tcPr>
          <w:p w14:paraId="1FC2185F"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42DB3A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852D269"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3C5EC29D"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A5CCAEB" w14:textId="77777777" w:rsidR="0099275C" w:rsidRPr="00C8713A" w:rsidRDefault="0099275C" w:rsidP="00123B9D">
            <w:pPr>
              <w:rPr>
                <w:rFonts w:cs="Times New Roman"/>
                <w:sz w:val="16"/>
                <w:szCs w:val="16"/>
              </w:rPr>
            </w:pPr>
            <w:r w:rsidRPr="00C8713A">
              <w:rPr>
                <w:rFonts w:cs="Times New Roman"/>
                <w:sz w:val="16"/>
                <w:szCs w:val="16"/>
              </w:rPr>
              <w:t>1221.0</w:t>
            </w:r>
          </w:p>
        </w:tc>
      </w:tr>
      <w:tr w:rsidR="0099275C" w:rsidRPr="00C8713A" w14:paraId="487274E1" w14:textId="77777777" w:rsidTr="00123B9D">
        <w:tc>
          <w:tcPr>
            <w:tcW w:w="3065" w:type="dxa"/>
            <w:vAlign w:val="center"/>
          </w:tcPr>
          <w:p w14:paraId="02DDAC0B" w14:textId="77777777" w:rsidR="0099275C" w:rsidRPr="00C8713A" w:rsidRDefault="0099275C" w:rsidP="00123B9D">
            <w:pPr>
              <w:rPr>
                <w:rFonts w:cs="Times New Roman"/>
                <w:sz w:val="16"/>
                <w:szCs w:val="16"/>
              </w:rPr>
            </w:pPr>
            <w:r w:rsidRPr="00C8713A">
              <w:rPr>
                <w:rFonts w:cs="Times New Roman"/>
                <w:sz w:val="16"/>
                <w:szCs w:val="16"/>
              </w:rPr>
              <w:t>Nb0.5Ti0.5V1Zr0.5</w:t>
            </w:r>
          </w:p>
        </w:tc>
        <w:tc>
          <w:tcPr>
            <w:tcW w:w="814" w:type="dxa"/>
            <w:vAlign w:val="center"/>
          </w:tcPr>
          <w:p w14:paraId="0D1DC6C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A5FEDF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D39824D"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0248A383"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7B57C68" w14:textId="77777777" w:rsidR="0099275C" w:rsidRPr="00C8713A" w:rsidRDefault="0099275C" w:rsidP="00123B9D">
            <w:pPr>
              <w:rPr>
                <w:rFonts w:cs="Times New Roman"/>
                <w:sz w:val="16"/>
                <w:szCs w:val="16"/>
              </w:rPr>
            </w:pPr>
            <w:r w:rsidRPr="00C8713A">
              <w:rPr>
                <w:rFonts w:cs="Times New Roman"/>
                <w:sz w:val="16"/>
                <w:szCs w:val="16"/>
              </w:rPr>
              <w:t>918.0</w:t>
            </w:r>
          </w:p>
        </w:tc>
      </w:tr>
      <w:tr w:rsidR="0099275C" w:rsidRPr="00C8713A" w14:paraId="1C5A06CA" w14:textId="77777777" w:rsidTr="00123B9D">
        <w:tc>
          <w:tcPr>
            <w:tcW w:w="3065" w:type="dxa"/>
            <w:vAlign w:val="center"/>
          </w:tcPr>
          <w:p w14:paraId="69FAB713" w14:textId="77777777" w:rsidR="0099275C" w:rsidRPr="00C8713A" w:rsidRDefault="0099275C" w:rsidP="00123B9D">
            <w:pPr>
              <w:rPr>
                <w:rFonts w:cs="Times New Roman"/>
                <w:sz w:val="16"/>
                <w:szCs w:val="16"/>
              </w:rPr>
            </w:pPr>
            <w:r w:rsidRPr="00C8713A">
              <w:rPr>
                <w:rFonts w:cs="Times New Roman"/>
                <w:sz w:val="16"/>
                <w:szCs w:val="16"/>
              </w:rPr>
              <w:t>Nb0.5Ti0.5V1Zr0.5</w:t>
            </w:r>
          </w:p>
        </w:tc>
        <w:tc>
          <w:tcPr>
            <w:tcW w:w="814" w:type="dxa"/>
            <w:vAlign w:val="center"/>
          </w:tcPr>
          <w:p w14:paraId="524E3DD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EA7A7E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0E0AB8C"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6621EBE7"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3E63F926" w14:textId="77777777" w:rsidR="0099275C" w:rsidRPr="00C8713A" w:rsidRDefault="0099275C" w:rsidP="00123B9D">
            <w:pPr>
              <w:rPr>
                <w:rFonts w:cs="Times New Roman"/>
                <w:sz w:val="16"/>
                <w:szCs w:val="16"/>
              </w:rPr>
            </w:pPr>
            <w:r w:rsidRPr="00C8713A">
              <w:rPr>
                <w:rFonts w:cs="Times New Roman"/>
                <w:sz w:val="16"/>
                <w:szCs w:val="16"/>
              </w:rPr>
              <w:t>571.0</w:t>
            </w:r>
          </w:p>
        </w:tc>
      </w:tr>
      <w:tr w:rsidR="0099275C" w:rsidRPr="00C8713A" w14:paraId="3E0A89A3" w14:textId="77777777" w:rsidTr="00123B9D">
        <w:tc>
          <w:tcPr>
            <w:tcW w:w="3065" w:type="dxa"/>
            <w:vAlign w:val="center"/>
          </w:tcPr>
          <w:p w14:paraId="44C34102" w14:textId="77777777" w:rsidR="0099275C" w:rsidRPr="00C8713A" w:rsidRDefault="0099275C" w:rsidP="00123B9D">
            <w:pPr>
              <w:rPr>
                <w:rFonts w:cs="Times New Roman"/>
                <w:sz w:val="16"/>
                <w:szCs w:val="16"/>
              </w:rPr>
            </w:pPr>
            <w:r w:rsidRPr="00C8713A">
              <w:rPr>
                <w:rFonts w:cs="Times New Roman"/>
                <w:sz w:val="16"/>
                <w:szCs w:val="16"/>
              </w:rPr>
              <w:t>Nb0.5Ti0.5V1Zr0.5</w:t>
            </w:r>
          </w:p>
        </w:tc>
        <w:tc>
          <w:tcPr>
            <w:tcW w:w="814" w:type="dxa"/>
            <w:vAlign w:val="center"/>
          </w:tcPr>
          <w:p w14:paraId="11A1CA7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6E0D77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AB634A9"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3B0F2816"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4F81B506" w14:textId="77777777" w:rsidR="0099275C" w:rsidRPr="00C8713A" w:rsidRDefault="0099275C" w:rsidP="00123B9D">
            <w:pPr>
              <w:rPr>
                <w:rFonts w:cs="Times New Roman"/>
                <w:sz w:val="16"/>
                <w:szCs w:val="16"/>
              </w:rPr>
            </w:pPr>
            <w:r w:rsidRPr="00C8713A">
              <w:rPr>
                <w:rFonts w:cs="Times New Roman"/>
                <w:sz w:val="16"/>
                <w:szCs w:val="16"/>
              </w:rPr>
              <w:t>240.0</w:t>
            </w:r>
          </w:p>
        </w:tc>
      </w:tr>
      <w:tr w:rsidR="0099275C" w:rsidRPr="00C8713A" w14:paraId="3627FBFA" w14:textId="77777777" w:rsidTr="00123B9D">
        <w:tc>
          <w:tcPr>
            <w:tcW w:w="3065" w:type="dxa"/>
            <w:vAlign w:val="center"/>
          </w:tcPr>
          <w:p w14:paraId="354EFF9E" w14:textId="77777777" w:rsidR="0099275C" w:rsidRPr="00C8713A" w:rsidRDefault="0099275C" w:rsidP="00123B9D">
            <w:pPr>
              <w:rPr>
                <w:rFonts w:cs="Times New Roman"/>
                <w:sz w:val="16"/>
                <w:szCs w:val="16"/>
              </w:rPr>
            </w:pPr>
            <w:r w:rsidRPr="00C8713A">
              <w:rPr>
                <w:rFonts w:cs="Times New Roman"/>
                <w:sz w:val="16"/>
                <w:szCs w:val="16"/>
              </w:rPr>
              <w:t>Nb0.5Ti0.5V1Zr0.5</w:t>
            </w:r>
          </w:p>
        </w:tc>
        <w:tc>
          <w:tcPr>
            <w:tcW w:w="814" w:type="dxa"/>
            <w:vAlign w:val="center"/>
          </w:tcPr>
          <w:p w14:paraId="32B11C3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F94B004"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6316638"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002B20E1"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1990380" w14:textId="77777777" w:rsidR="0099275C" w:rsidRPr="00C8713A" w:rsidRDefault="0099275C" w:rsidP="00123B9D">
            <w:pPr>
              <w:rPr>
                <w:rFonts w:cs="Times New Roman"/>
                <w:sz w:val="16"/>
                <w:szCs w:val="16"/>
              </w:rPr>
            </w:pPr>
            <w:r w:rsidRPr="00C8713A">
              <w:rPr>
                <w:rFonts w:cs="Times New Roman"/>
                <w:sz w:val="16"/>
                <w:szCs w:val="16"/>
              </w:rPr>
              <w:t>72.0</w:t>
            </w:r>
          </w:p>
        </w:tc>
      </w:tr>
      <w:tr w:rsidR="0099275C" w:rsidRPr="00C8713A" w14:paraId="6567230D" w14:textId="77777777" w:rsidTr="00123B9D">
        <w:tc>
          <w:tcPr>
            <w:tcW w:w="3065" w:type="dxa"/>
            <w:vAlign w:val="center"/>
          </w:tcPr>
          <w:p w14:paraId="36FA69B0" w14:textId="77777777" w:rsidR="0099275C" w:rsidRPr="00C8713A" w:rsidRDefault="0099275C" w:rsidP="00123B9D">
            <w:pPr>
              <w:rPr>
                <w:rFonts w:cs="Times New Roman"/>
                <w:sz w:val="16"/>
                <w:szCs w:val="16"/>
              </w:rPr>
            </w:pPr>
            <w:r w:rsidRPr="00C8713A">
              <w:rPr>
                <w:rFonts w:cs="Times New Roman"/>
                <w:sz w:val="16"/>
                <w:szCs w:val="16"/>
              </w:rPr>
              <w:t>Nb1Ta0.3Ti1Zr1</w:t>
            </w:r>
          </w:p>
        </w:tc>
        <w:tc>
          <w:tcPr>
            <w:tcW w:w="814" w:type="dxa"/>
            <w:vAlign w:val="center"/>
          </w:tcPr>
          <w:p w14:paraId="3FB5560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AB1791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57F7CE9"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36E7E5C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9665210" w14:textId="77777777" w:rsidR="0099275C" w:rsidRPr="00C8713A" w:rsidRDefault="0099275C" w:rsidP="00123B9D">
            <w:pPr>
              <w:rPr>
                <w:rFonts w:cs="Times New Roman"/>
                <w:sz w:val="16"/>
                <w:szCs w:val="16"/>
              </w:rPr>
            </w:pPr>
            <w:r w:rsidRPr="00C8713A">
              <w:rPr>
                <w:rFonts w:cs="Times New Roman"/>
                <w:sz w:val="16"/>
                <w:szCs w:val="16"/>
              </w:rPr>
              <w:t>882.0</w:t>
            </w:r>
          </w:p>
        </w:tc>
      </w:tr>
      <w:tr w:rsidR="0099275C" w:rsidRPr="00C8713A" w14:paraId="65C9FE58" w14:textId="77777777" w:rsidTr="00123B9D">
        <w:tc>
          <w:tcPr>
            <w:tcW w:w="3065" w:type="dxa"/>
            <w:vAlign w:val="center"/>
          </w:tcPr>
          <w:p w14:paraId="40B891A6" w14:textId="77777777" w:rsidR="0099275C" w:rsidRPr="00C8713A" w:rsidRDefault="0099275C" w:rsidP="00123B9D">
            <w:pPr>
              <w:rPr>
                <w:rFonts w:cs="Times New Roman"/>
                <w:sz w:val="16"/>
                <w:szCs w:val="16"/>
              </w:rPr>
            </w:pPr>
            <w:r w:rsidRPr="00C8713A">
              <w:rPr>
                <w:rFonts w:cs="Times New Roman"/>
                <w:sz w:val="16"/>
                <w:szCs w:val="16"/>
              </w:rPr>
              <w:t>Nb1Ta0.3Ti1Zr1</w:t>
            </w:r>
          </w:p>
        </w:tc>
        <w:tc>
          <w:tcPr>
            <w:tcW w:w="814" w:type="dxa"/>
            <w:vAlign w:val="center"/>
          </w:tcPr>
          <w:p w14:paraId="03B864A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3FAEC6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C4B3388"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4C04D0A2"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6FC4A3BA" w14:textId="77777777" w:rsidR="0099275C" w:rsidRPr="00C8713A" w:rsidRDefault="0099275C" w:rsidP="00123B9D">
            <w:pPr>
              <w:rPr>
                <w:rFonts w:cs="Times New Roman"/>
                <w:sz w:val="16"/>
                <w:szCs w:val="16"/>
              </w:rPr>
            </w:pPr>
            <w:r w:rsidRPr="00C8713A">
              <w:rPr>
                <w:rFonts w:cs="Times New Roman"/>
                <w:sz w:val="16"/>
                <w:szCs w:val="16"/>
              </w:rPr>
              <w:t>274.0</w:t>
            </w:r>
          </w:p>
        </w:tc>
      </w:tr>
      <w:tr w:rsidR="0099275C" w:rsidRPr="00C8713A" w14:paraId="6B3684A6" w14:textId="77777777" w:rsidTr="00123B9D">
        <w:tc>
          <w:tcPr>
            <w:tcW w:w="3065" w:type="dxa"/>
            <w:vAlign w:val="center"/>
          </w:tcPr>
          <w:p w14:paraId="112F65D7" w14:textId="77777777" w:rsidR="0099275C" w:rsidRPr="00C8713A" w:rsidRDefault="0099275C" w:rsidP="00123B9D">
            <w:pPr>
              <w:rPr>
                <w:rFonts w:cs="Times New Roman"/>
                <w:sz w:val="16"/>
                <w:szCs w:val="16"/>
              </w:rPr>
            </w:pPr>
            <w:r w:rsidRPr="00C8713A">
              <w:rPr>
                <w:rFonts w:cs="Times New Roman"/>
                <w:sz w:val="16"/>
                <w:szCs w:val="16"/>
              </w:rPr>
              <w:t>Nb1Ta0.3Ti1Zr1</w:t>
            </w:r>
          </w:p>
        </w:tc>
        <w:tc>
          <w:tcPr>
            <w:tcW w:w="814" w:type="dxa"/>
            <w:vAlign w:val="center"/>
          </w:tcPr>
          <w:p w14:paraId="6262A3D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D34A54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7B49E41"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17281655" w14:textId="77777777" w:rsidR="0099275C" w:rsidRPr="00C8713A" w:rsidRDefault="0099275C" w:rsidP="00123B9D">
            <w:pPr>
              <w:rPr>
                <w:rFonts w:cs="Times New Roman"/>
                <w:sz w:val="16"/>
                <w:szCs w:val="16"/>
              </w:rPr>
            </w:pPr>
            <w:r w:rsidRPr="00C8713A">
              <w:rPr>
                <w:rFonts w:cs="Times New Roman"/>
                <w:sz w:val="16"/>
                <w:szCs w:val="16"/>
              </w:rPr>
              <w:t>1200.0</w:t>
            </w:r>
          </w:p>
        </w:tc>
        <w:tc>
          <w:tcPr>
            <w:tcW w:w="1616" w:type="dxa"/>
            <w:vAlign w:val="center"/>
          </w:tcPr>
          <w:p w14:paraId="77ED71E0" w14:textId="77777777" w:rsidR="0099275C" w:rsidRPr="00C8713A" w:rsidRDefault="0099275C" w:rsidP="00123B9D">
            <w:pPr>
              <w:rPr>
                <w:rFonts w:cs="Times New Roman"/>
                <w:sz w:val="16"/>
                <w:szCs w:val="16"/>
              </w:rPr>
            </w:pPr>
            <w:r w:rsidRPr="00C8713A">
              <w:rPr>
                <w:rFonts w:cs="Times New Roman"/>
                <w:sz w:val="16"/>
                <w:szCs w:val="16"/>
              </w:rPr>
              <w:t>102.0</w:t>
            </w:r>
          </w:p>
        </w:tc>
      </w:tr>
      <w:tr w:rsidR="0099275C" w:rsidRPr="00C8713A" w14:paraId="34B56F51" w14:textId="77777777" w:rsidTr="00123B9D">
        <w:tc>
          <w:tcPr>
            <w:tcW w:w="3065" w:type="dxa"/>
            <w:vAlign w:val="center"/>
          </w:tcPr>
          <w:p w14:paraId="258BD243"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000E14D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742D81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A68F5F3"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7B03B9A"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4EEB51FE" w14:textId="77777777" w:rsidR="0099275C" w:rsidRPr="00C8713A" w:rsidRDefault="0099275C" w:rsidP="00123B9D">
            <w:pPr>
              <w:rPr>
                <w:rFonts w:cs="Times New Roman"/>
                <w:sz w:val="16"/>
                <w:szCs w:val="16"/>
              </w:rPr>
            </w:pPr>
            <w:r w:rsidRPr="00C8713A">
              <w:rPr>
                <w:rFonts w:cs="Times New Roman"/>
                <w:sz w:val="16"/>
                <w:szCs w:val="16"/>
              </w:rPr>
              <w:t>573.0</w:t>
            </w:r>
          </w:p>
        </w:tc>
      </w:tr>
      <w:tr w:rsidR="0099275C" w:rsidRPr="00C8713A" w14:paraId="0AF973F3" w14:textId="77777777" w:rsidTr="00123B9D">
        <w:tc>
          <w:tcPr>
            <w:tcW w:w="3065" w:type="dxa"/>
            <w:vAlign w:val="center"/>
          </w:tcPr>
          <w:p w14:paraId="2F7C3B70"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4C00F65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BF6C8A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57CD490"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0F351A2" w14:textId="77777777" w:rsidR="0099275C" w:rsidRPr="00C8713A" w:rsidRDefault="0099275C" w:rsidP="00123B9D">
            <w:pPr>
              <w:rPr>
                <w:rFonts w:cs="Times New Roman"/>
                <w:sz w:val="16"/>
                <w:szCs w:val="16"/>
              </w:rPr>
            </w:pPr>
            <w:r w:rsidRPr="00C8713A">
              <w:rPr>
                <w:rFonts w:cs="Times New Roman"/>
                <w:sz w:val="16"/>
                <w:szCs w:val="16"/>
              </w:rPr>
              <w:t>100.0</w:t>
            </w:r>
          </w:p>
        </w:tc>
        <w:tc>
          <w:tcPr>
            <w:tcW w:w="1616" w:type="dxa"/>
            <w:vAlign w:val="center"/>
          </w:tcPr>
          <w:p w14:paraId="518F8BF7" w14:textId="77777777" w:rsidR="0099275C" w:rsidRPr="00C8713A" w:rsidRDefault="0099275C" w:rsidP="00123B9D">
            <w:pPr>
              <w:rPr>
                <w:rFonts w:cs="Times New Roman"/>
                <w:sz w:val="16"/>
                <w:szCs w:val="16"/>
              </w:rPr>
            </w:pPr>
            <w:r w:rsidRPr="00C8713A">
              <w:rPr>
                <w:rFonts w:cs="Times New Roman"/>
                <w:sz w:val="16"/>
                <w:szCs w:val="16"/>
              </w:rPr>
              <w:t>486.0</w:t>
            </w:r>
          </w:p>
        </w:tc>
      </w:tr>
      <w:tr w:rsidR="0099275C" w:rsidRPr="00C8713A" w14:paraId="5A109364" w14:textId="77777777" w:rsidTr="00123B9D">
        <w:tc>
          <w:tcPr>
            <w:tcW w:w="3065" w:type="dxa"/>
            <w:vAlign w:val="center"/>
          </w:tcPr>
          <w:p w14:paraId="1EE1F65D"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5DB5136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06B5D9B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96E1B06"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600F6AFA"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4A87E2B2" w14:textId="77777777" w:rsidR="0099275C" w:rsidRPr="00C8713A" w:rsidRDefault="0099275C" w:rsidP="00123B9D">
            <w:pPr>
              <w:rPr>
                <w:rFonts w:cs="Times New Roman"/>
                <w:sz w:val="16"/>
                <w:szCs w:val="16"/>
              </w:rPr>
            </w:pPr>
            <w:r w:rsidRPr="00C8713A">
              <w:rPr>
                <w:rFonts w:cs="Times New Roman"/>
                <w:sz w:val="16"/>
                <w:szCs w:val="16"/>
              </w:rPr>
              <w:t>378.0</w:t>
            </w:r>
          </w:p>
        </w:tc>
      </w:tr>
      <w:tr w:rsidR="0099275C" w:rsidRPr="00C8713A" w14:paraId="789DF171" w14:textId="77777777" w:rsidTr="00123B9D">
        <w:tc>
          <w:tcPr>
            <w:tcW w:w="3065" w:type="dxa"/>
            <w:vAlign w:val="center"/>
          </w:tcPr>
          <w:p w14:paraId="48F33D2B"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367E6C4B"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B0D52A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9280571"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4F658BCD" w14:textId="77777777" w:rsidR="0099275C" w:rsidRPr="00C8713A" w:rsidRDefault="0099275C" w:rsidP="00123B9D">
            <w:pPr>
              <w:rPr>
                <w:rFonts w:cs="Times New Roman"/>
                <w:sz w:val="16"/>
                <w:szCs w:val="16"/>
              </w:rPr>
            </w:pPr>
            <w:r w:rsidRPr="00C8713A">
              <w:rPr>
                <w:rFonts w:cs="Times New Roman"/>
                <w:sz w:val="16"/>
                <w:szCs w:val="16"/>
              </w:rPr>
              <w:t>300.0</w:t>
            </w:r>
          </w:p>
        </w:tc>
        <w:tc>
          <w:tcPr>
            <w:tcW w:w="1616" w:type="dxa"/>
            <w:vAlign w:val="center"/>
          </w:tcPr>
          <w:p w14:paraId="05B129D1" w14:textId="77777777" w:rsidR="0099275C" w:rsidRPr="00C8713A" w:rsidRDefault="0099275C" w:rsidP="00123B9D">
            <w:pPr>
              <w:rPr>
                <w:rFonts w:cs="Times New Roman"/>
                <w:sz w:val="16"/>
                <w:szCs w:val="16"/>
              </w:rPr>
            </w:pPr>
            <w:r w:rsidRPr="00C8713A">
              <w:rPr>
                <w:rFonts w:cs="Times New Roman"/>
                <w:sz w:val="16"/>
                <w:szCs w:val="16"/>
              </w:rPr>
              <w:t>314.0</w:t>
            </w:r>
          </w:p>
        </w:tc>
      </w:tr>
      <w:tr w:rsidR="0099275C" w:rsidRPr="00C8713A" w14:paraId="3C7BAFA1" w14:textId="77777777" w:rsidTr="00123B9D">
        <w:tc>
          <w:tcPr>
            <w:tcW w:w="3065" w:type="dxa"/>
            <w:vAlign w:val="center"/>
          </w:tcPr>
          <w:p w14:paraId="5E4476EF"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0393847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D4DBAA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9FF3279"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0E402B92" w14:textId="77777777" w:rsidR="0099275C" w:rsidRPr="00C8713A" w:rsidRDefault="0099275C" w:rsidP="00123B9D">
            <w:pPr>
              <w:rPr>
                <w:rFonts w:cs="Times New Roman"/>
                <w:sz w:val="16"/>
                <w:szCs w:val="16"/>
              </w:rPr>
            </w:pPr>
            <w:r w:rsidRPr="00C8713A">
              <w:rPr>
                <w:rFonts w:cs="Times New Roman"/>
                <w:sz w:val="16"/>
                <w:szCs w:val="16"/>
              </w:rPr>
              <w:t>400.0</w:t>
            </w:r>
          </w:p>
        </w:tc>
        <w:tc>
          <w:tcPr>
            <w:tcW w:w="1616" w:type="dxa"/>
            <w:vAlign w:val="center"/>
          </w:tcPr>
          <w:p w14:paraId="4ED42AD3" w14:textId="77777777" w:rsidR="0099275C" w:rsidRPr="00C8713A" w:rsidRDefault="0099275C" w:rsidP="00123B9D">
            <w:pPr>
              <w:rPr>
                <w:rFonts w:cs="Times New Roman"/>
                <w:sz w:val="16"/>
                <w:szCs w:val="16"/>
              </w:rPr>
            </w:pPr>
            <w:r w:rsidRPr="00C8713A">
              <w:rPr>
                <w:rFonts w:cs="Times New Roman"/>
                <w:sz w:val="16"/>
                <w:szCs w:val="16"/>
              </w:rPr>
              <w:t>232.0</w:t>
            </w:r>
          </w:p>
        </w:tc>
      </w:tr>
      <w:tr w:rsidR="0099275C" w:rsidRPr="00C8713A" w14:paraId="444F3DD3" w14:textId="77777777" w:rsidTr="00123B9D">
        <w:tc>
          <w:tcPr>
            <w:tcW w:w="3065" w:type="dxa"/>
            <w:vAlign w:val="center"/>
          </w:tcPr>
          <w:p w14:paraId="700D7832"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4FC905A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DEAE2A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6706450F"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76943E5E"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302987E6" w14:textId="77777777" w:rsidR="0099275C" w:rsidRPr="00C8713A" w:rsidRDefault="0099275C" w:rsidP="00123B9D">
            <w:pPr>
              <w:rPr>
                <w:rFonts w:cs="Times New Roman"/>
                <w:sz w:val="16"/>
                <w:szCs w:val="16"/>
              </w:rPr>
            </w:pPr>
            <w:r w:rsidRPr="00C8713A">
              <w:rPr>
                <w:rFonts w:cs="Times New Roman"/>
                <w:sz w:val="16"/>
                <w:szCs w:val="16"/>
              </w:rPr>
              <w:t>222.0</w:t>
            </w:r>
          </w:p>
        </w:tc>
      </w:tr>
      <w:tr w:rsidR="0099275C" w:rsidRPr="00C8713A" w14:paraId="308013E2" w14:textId="77777777" w:rsidTr="00123B9D">
        <w:tc>
          <w:tcPr>
            <w:tcW w:w="3065" w:type="dxa"/>
            <w:vAlign w:val="center"/>
          </w:tcPr>
          <w:p w14:paraId="2F039521"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377CE5C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4D881ED8"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A14219A"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715A08AE"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260BDF3E" w14:textId="77777777" w:rsidR="0099275C" w:rsidRPr="00C8713A" w:rsidRDefault="0099275C" w:rsidP="00123B9D">
            <w:pPr>
              <w:rPr>
                <w:rFonts w:cs="Times New Roman"/>
                <w:sz w:val="16"/>
                <w:szCs w:val="16"/>
              </w:rPr>
            </w:pPr>
            <w:r w:rsidRPr="00C8713A">
              <w:rPr>
                <w:rFonts w:cs="Times New Roman"/>
                <w:sz w:val="16"/>
                <w:szCs w:val="16"/>
              </w:rPr>
              <w:t>210.0</w:t>
            </w:r>
          </w:p>
        </w:tc>
      </w:tr>
      <w:tr w:rsidR="0099275C" w:rsidRPr="00C8713A" w14:paraId="382D7B07" w14:textId="77777777" w:rsidTr="00123B9D">
        <w:tc>
          <w:tcPr>
            <w:tcW w:w="3065" w:type="dxa"/>
            <w:vAlign w:val="center"/>
          </w:tcPr>
          <w:p w14:paraId="3C878E15" w14:textId="77777777" w:rsidR="0099275C" w:rsidRPr="00C8713A" w:rsidRDefault="0099275C" w:rsidP="00123B9D">
            <w:pPr>
              <w:rPr>
                <w:rFonts w:cs="Times New Roman"/>
                <w:sz w:val="16"/>
                <w:szCs w:val="16"/>
              </w:rPr>
            </w:pPr>
            <w:r w:rsidRPr="00C8713A">
              <w:rPr>
                <w:rFonts w:cs="Times New Roman"/>
                <w:sz w:val="16"/>
                <w:szCs w:val="16"/>
              </w:rPr>
              <w:t>Nb1Ta1Ti1</w:t>
            </w:r>
          </w:p>
        </w:tc>
        <w:tc>
          <w:tcPr>
            <w:tcW w:w="814" w:type="dxa"/>
            <w:vAlign w:val="center"/>
          </w:tcPr>
          <w:p w14:paraId="37629252"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B9433B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F9020AF" w14:textId="77777777" w:rsidR="0099275C" w:rsidRPr="00C8713A" w:rsidRDefault="0099275C" w:rsidP="00123B9D">
            <w:pPr>
              <w:rPr>
                <w:rFonts w:cs="Times New Roman"/>
                <w:sz w:val="16"/>
                <w:szCs w:val="16"/>
              </w:rPr>
            </w:pPr>
            <w:r>
              <w:rPr>
                <w:rFonts w:cs="Times New Roman"/>
                <w:sz w:val="16"/>
                <w:szCs w:val="16"/>
              </w:rPr>
              <w:t>OTHER</w:t>
            </w:r>
          </w:p>
        </w:tc>
        <w:tc>
          <w:tcPr>
            <w:tcW w:w="1270" w:type="dxa"/>
            <w:vAlign w:val="center"/>
          </w:tcPr>
          <w:p w14:paraId="3742BE6E"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1690482C" w14:textId="77777777" w:rsidR="0099275C" w:rsidRPr="00C8713A" w:rsidRDefault="0099275C" w:rsidP="00123B9D">
            <w:pPr>
              <w:rPr>
                <w:rFonts w:cs="Times New Roman"/>
                <w:sz w:val="16"/>
                <w:szCs w:val="16"/>
              </w:rPr>
            </w:pPr>
            <w:r w:rsidRPr="00C8713A">
              <w:rPr>
                <w:rFonts w:cs="Times New Roman"/>
                <w:sz w:val="16"/>
                <w:szCs w:val="16"/>
              </w:rPr>
              <w:t>160.0</w:t>
            </w:r>
          </w:p>
        </w:tc>
      </w:tr>
      <w:tr w:rsidR="0099275C" w:rsidRPr="00C8713A" w14:paraId="2C0E036A" w14:textId="77777777" w:rsidTr="00123B9D">
        <w:tc>
          <w:tcPr>
            <w:tcW w:w="3065" w:type="dxa"/>
            <w:vAlign w:val="center"/>
          </w:tcPr>
          <w:p w14:paraId="43D59A7A" w14:textId="77777777" w:rsidR="0099275C" w:rsidRPr="00C8713A" w:rsidRDefault="0099275C" w:rsidP="00123B9D">
            <w:pPr>
              <w:rPr>
                <w:rFonts w:cs="Times New Roman"/>
                <w:sz w:val="16"/>
                <w:szCs w:val="16"/>
              </w:rPr>
            </w:pPr>
            <w:r w:rsidRPr="00C8713A">
              <w:rPr>
                <w:rFonts w:cs="Times New Roman"/>
                <w:sz w:val="16"/>
                <w:szCs w:val="16"/>
              </w:rPr>
              <w:t>Nb1Ta1Ti1V1</w:t>
            </w:r>
          </w:p>
        </w:tc>
        <w:tc>
          <w:tcPr>
            <w:tcW w:w="814" w:type="dxa"/>
            <w:vAlign w:val="center"/>
          </w:tcPr>
          <w:p w14:paraId="7494197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0A2516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E190461"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0C9C6BE"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17DA4822" w14:textId="77777777" w:rsidR="0099275C" w:rsidRPr="00C8713A" w:rsidRDefault="0099275C" w:rsidP="00123B9D">
            <w:pPr>
              <w:rPr>
                <w:rFonts w:cs="Times New Roman"/>
                <w:sz w:val="16"/>
                <w:szCs w:val="16"/>
              </w:rPr>
            </w:pPr>
            <w:r w:rsidRPr="00C8713A">
              <w:rPr>
                <w:rFonts w:cs="Times New Roman"/>
                <w:sz w:val="16"/>
                <w:szCs w:val="16"/>
              </w:rPr>
              <w:t>1028.5</w:t>
            </w:r>
          </w:p>
        </w:tc>
      </w:tr>
      <w:tr w:rsidR="0099275C" w:rsidRPr="00C8713A" w14:paraId="201019CE" w14:textId="77777777" w:rsidTr="00123B9D">
        <w:tc>
          <w:tcPr>
            <w:tcW w:w="3065" w:type="dxa"/>
            <w:vAlign w:val="center"/>
          </w:tcPr>
          <w:p w14:paraId="30A5C2CA" w14:textId="77777777" w:rsidR="0099275C" w:rsidRPr="00C8713A" w:rsidRDefault="0099275C" w:rsidP="00123B9D">
            <w:pPr>
              <w:rPr>
                <w:rFonts w:cs="Times New Roman"/>
                <w:sz w:val="16"/>
                <w:szCs w:val="16"/>
              </w:rPr>
            </w:pPr>
            <w:r w:rsidRPr="00C8713A">
              <w:rPr>
                <w:rFonts w:cs="Times New Roman"/>
                <w:sz w:val="16"/>
                <w:szCs w:val="16"/>
              </w:rPr>
              <w:t>Nb1Ta1Ti1V1W1</w:t>
            </w:r>
          </w:p>
        </w:tc>
        <w:tc>
          <w:tcPr>
            <w:tcW w:w="814" w:type="dxa"/>
            <w:vAlign w:val="center"/>
          </w:tcPr>
          <w:p w14:paraId="622E8B95"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EADC8E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C01A787"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4684BCCF"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D4C3813" w14:textId="77777777" w:rsidR="0099275C" w:rsidRPr="00C8713A" w:rsidRDefault="0099275C" w:rsidP="00123B9D">
            <w:pPr>
              <w:rPr>
                <w:rFonts w:cs="Times New Roman"/>
                <w:sz w:val="16"/>
                <w:szCs w:val="16"/>
              </w:rPr>
            </w:pPr>
            <w:r w:rsidRPr="00C8713A">
              <w:rPr>
                <w:rFonts w:cs="Times New Roman"/>
                <w:sz w:val="16"/>
                <w:szCs w:val="16"/>
              </w:rPr>
              <w:t>1420.0</w:t>
            </w:r>
          </w:p>
        </w:tc>
      </w:tr>
      <w:tr w:rsidR="0099275C" w:rsidRPr="00C8713A" w14:paraId="2AE35668" w14:textId="77777777" w:rsidTr="00123B9D">
        <w:tc>
          <w:tcPr>
            <w:tcW w:w="3065" w:type="dxa"/>
            <w:vAlign w:val="center"/>
          </w:tcPr>
          <w:p w14:paraId="24BAB2B4"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2966661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866DA11"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CC89EFB"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3787F719"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61F53EB" w14:textId="77777777" w:rsidR="0099275C" w:rsidRPr="00C8713A" w:rsidRDefault="0099275C" w:rsidP="00123B9D">
            <w:pPr>
              <w:rPr>
                <w:rFonts w:cs="Times New Roman"/>
                <w:sz w:val="16"/>
                <w:szCs w:val="16"/>
              </w:rPr>
            </w:pPr>
            <w:r w:rsidRPr="00C8713A">
              <w:rPr>
                <w:rFonts w:cs="Times New Roman"/>
                <w:sz w:val="16"/>
                <w:szCs w:val="16"/>
              </w:rPr>
              <w:t>1054.0</w:t>
            </w:r>
          </w:p>
        </w:tc>
      </w:tr>
      <w:tr w:rsidR="0099275C" w:rsidRPr="00C8713A" w14:paraId="6B04DAE4" w14:textId="77777777" w:rsidTr="00123B9D">
        <w:tc>
          <w:tcPr>
            <w:tcW w:w="3065" w:type="dxa"/>
            <w:vAlign w:val="center"/>
          </w:tcPr>
          <w:p w14:paraId="6E76AD51"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59E3FEF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AB89A4E"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70456A3"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3C7C7CD0" w14:textId="77777777" w:rsidR="0099275C" w:rsidRPr="00C8713A" w:rsidRDefault="0099275C" w:rsidP="00123B9D">
            <w:pPr>
              <w:rPr>
                <w:rFonts w:cs="Times New Roman"/>
                <w:sz w:val="16"/>
                <w:szCs w:val="16"/>
              </w:rPr>
            </w:pPr>
            <w:r w:rsidRPr="00C8713A">
              <w:rPr>
                <w:rFonts w:cs="Times New Roman"/>
                <w:sz w:val="16"/>
                <w:szCs w:val="16"/>
              </w:rPr>
              <w:t>100.0</w:t>
            </w:r>
          </w:p>
        </w:tc>
        <w:tc>
          <w:tcPr>
            <w:tcW w:w="1616" w:type="dxa"/>
            <w:vAlign w:val="center"/>
          </w:tcPr>
          <w:p w14:paraId="0ECD09FD" w14:textId="77777777" w:rsidR="0099275C" w:rsidRPr="00C8713A" w:rsidRDefault="0099275C" w:rsidP="00123B9D">
            <w:pPr>
              <w:rPr>
                <w:rFonts w:cs="Times New Roman"/>
                <w:sz w:val="16"/>
                <w:szCs w:val="16"/>
              </w:rPr>
            </w:pPr>
            <w:r w:rsidRPr="00C8713A">
              <w:rPr>
                <w:rFonts w:cs="Times New Roman"/>
                <w:sz w:val="16"/>
                <w:szCs w:val="16"/>
              </w:rPr>
              <w:t>968.0</w:t>
            </w:r>
          </w:p>
        </w:tc>
      </w:tr>
      <w:tr w:rsidR="0099275C" w:rsidRPr="00C8713A" w14:paraId="6E605D08" w14:textId="77777777" w:rsidTr="00123B9D">
        <w:tc>
          <w:tcPr>
            <w:tcW w:w="3065" w:type="dxa"/>
            <w:vAlign w:val="center"/>
          </w:tcPr>
          <w:p w14:paraId="344E4E92"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3B2906B0"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FF26B0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1FFA968"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4812BC6B" w14:textId="77777777" w:rsidR="0099275C" w:rsidRPr="00C8713A" w:rsidRDefault="0099275C" w:rsidP="00123B9D">
            <w:pPr>
              <w:rPr>
                <w:rFonts w:cs="Times New Roman"/>
                <w:sz w:val="16"/>
                <w:szCs w:val="16"/>
              </w:rPr>
            </w:pPr>
            <w:r w:rsidRPr="00C8713A">
              <w:rPr>
                <w:rFonts w:cs="Times New Roman"/>
                <w:sz w:val="16"/>
                <w:szCs w:val="16"/>
              </w:rPr>
              <w:t>200.0</w:t>
            </w:r>
          </w:p>
        </w:tc>
        <w:tc>
          <w:tcPr>
            <w:tcW w:w="1616" w:type="dxa"/>
            <w:vAlign w:val="center"/>
          </w:tcPr>
          <w:p w14:paraId="11D33336" w14:textId="77777777" w:rsidR="0099275C" w:rsidRPr="00C8713A" w:rsidRDefault="0099275C" w:rsidP="00123B9D">
            <w:pPr>
              <w:rPr>
                <w:rFonts w:cs="Times New Roman"/>
                <w:sz w:val="16"/>
                <w:szCs w:val="16"/>
              </w:rPr>
            </w:pPr>
            <w:r w:rsidRPr="00C8713A">
              <w:rPr>
                <w:rFonts w:cs="Times New Roman"/>
                <w:sz w:val="16"/>
                <w:szCs w:val="16"/>
              </w:rPr>
              <w:t>869.0</w:t>
            </w:r>
          </w:p>
        </w:tc>
      </w:tr>
      <w:tr w:rsidR="0099275C" w:rsidRPr="00C8713A" w14:paraId="48A11E8C" w14:textId="77777777" w:rsidTr="00123B9D">
        <w:tc>
          <w:tcPr>
            <w:tcW w:w="3065" w:type="dxa"/>
            <w:vAlign w:val="center"/>
          </w:tcPr>
          <w:p w14:paraId="01DDE183"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38211DC1"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97F53A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4B9E72B"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7AE635DB" w14:textId="77777777" w:rsidR="0099275C" w:rsidRPr="00C8713A" w:rsidRDefault="0099275C" w:rsidP="00123B9D">
            <w:pPr>
              <w:rPr>
                <w:rFonts w:cs="Times New Roman"/>
                <w:sz w:val="16"/>
                <w:szCs w:val="16"/>
              </w:rPr>
            </w:pPr>
            <w:r w:rsidRPr="00C8713A">
              <w:rPr>
                <w:rFonts w:cs="Times New Roman"/>
                <w:sz w:val="16"/>
                <w:szCs w:val="16"/>
              </w:rPr>
              <w:t>300.0</w:t>
            </w:r>
          </w:p>
        </w:tc>
        <w:tc>
          <w:tcPr>
            <w:tcW w:w="1616" w:type="dxa"/>
            <w:vAlign w:val="center"/>
          </w:tcPr>
          <w:p w14:paraId="6CAD1F92" w14:textId="77777777" w:rsidR="0099275C" w:rsidRPr="00C8713A" w:rsidRDefault="0099275C" w:rsidP="00123B9D">
            <w:pPr>
              <w:rPr>
                <w:rFonts w:cs="Times New Roman"/>
                <w:sz w:val="16"/>
                <w:szCs w:val="16"/>
              </w:rPr>
            </w:pPr>
            <w:r w:rsidRPr="00C8713A">
              <w:rPr>
                <w:rFonts w:cs="Times New Roman"/>
                <w:sz w:val="16"/>
                <w:szCs w:val="16"/>
              </w:rPr>
              <w:t>754.0</w:t>
            </w:r>
          </w:p>
        </w:tc>
      </w:tr>
      <w:tr w:rsidR="0099275C" w:rsidRPr="00C8713A" w14:paraId="48C4B27D" w14:textId="77777777" w:rsidTr="00123B9D">
        <w:tc>
          <w:tcPr>
            <w:tcW w:w="3065" w:type="dxa"/>
            <w:vAlign w:val="center"/>
          </w:tcPr>
          <w:p w14:paraId="681DBA19"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577937BC"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605BFB4A"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3C43779"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99104E2" w14:textId="77777777" w:rsidR="0099275C" w:rsidRPr="00C8713A" w:rsidRDefault="0099275C" w:rsidP="00123B9D">
            <w:pPr>
              <w:rPr>
                <w:rFonts w:cs="Times New Roman"/>
                <w:sz w:val="16"/>
                <w:szCs w:val="16"/>
              </w:rPr>
            </w:pPr>
            <w:r w:rsidRPr="00C8713A">
              <w:rPr>
                <w:rFonts w:cs="Times New Roman"/>
                <w:sz w:val="16"/>
                <w:szCs w:val="16"/>
              </w:rPr>
              <w:t>400.0</w:t>
            </w:r>
          </w:p>
        </w:tc>
        <w:tc>
          <w:tcPr>
            <w:tcW w:w="1616" w:type="dxa"/>
            <w:vAlign w:val="center"/>
          </w:tcPr>
          <w:p w14:paraId="2B752978" w14:textId="77777777" w:rsidR="0099275C" w:rsidRPr="00C8713A" w:rsidRDefault="0099275C" w:rsidP="00123B9D">
            <w:pPr>
              <w:rPr>
                <w:rFonts w:cs="Times New Roman"/>
                <w:sz w:val="16"/>
                <w:szCs w:val="16"/>
              </w:rPr>
            </w:pPr>
            <w:r w:rsidRPr="00C8713A">
              <w:rPr>
                <w:rFonts w:cs="Times New Roman"/>
                <w:sz w:val="16"/>
                <w:szCs w:val="16"/>
              </w:rPr>
              <w:t>627.0</w:t>
            </w:r>
          </w:p>
        </w:tc>
      </w:tr>
      <w:tr w:rsidR="0099275C" w:rsidRPr="00C8713A" w14:paraId="5FE4898D" w14:textId="77777777" w:rsidTr="00123B9D">
        <w:tc>
          <w:tcPr>
            <w:tcW w:w="3065" w:type="dxa"/>
            <w:vAlign w:val="center"/>
          </w:tcPr>
          <w:p w14:paraId="3D0053B5"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5098089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38F6246"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5EB9FF34"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20805DC3"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7799BC95" w14:textId="77777777" w:rsidR="0099275C" w:rsidRPr="00C8713A" w:rsidRDefault="0099275C" w:rsidP="00123B9D">
            <w:pPr>
              <w:rPr>
                <w:rFonts w:cs="Times New Roman"/>
                <w:sz w:val="16"/>
                <w:szCs w:val="16"/>
              </w:rPr>
            </w:pPr>
            <w:r w:rsidRPr="00C8713A">
              <w:rPr>
                <w:rFonts w:cs="Times New Roman"/>
                <w:sz w:val="16"/>
                <w:szCs w:val="16"/>
              </w:rPr>
              <w:t>596.0</w:t>
            </w:r>
          </w:p>
        </w:tc>
      </w:tr>
      <w:tr w:rsidR="0099275C" w:rsidRPr="00C8713A" w14:paraId="6522F6E8" w14:textId="77777777" w:rsidTr="00123B9D">
        <w:tc>
          <w:tcPr>
            <w:tcW w:w="3065" w:type="dxa"/>
            <w:vAlign w:val="center"/>
          </w:tcPr>
          <w:p w14:paraId="5D7DD5F0"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3F8551B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89CF182"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7E9F71F"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25BA3382"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7356D47F" w14:textId="77777777" w:rsidR="0099275C" w:rsidRPr="00C8713A" w:rsidRDefault="0099275C" w:rsidP="00123B9D">
            <w:pPr>
              <w:rPr>
                <w:rFonts w:cs="Times New Roman"/>
                <w:sz w:val="16"/>
                <w:szCs w:val="16"/>
              </w:rPr>
            </w:pPr>
            <w:r w:rsidRPr="00C8713A">
              <w:rPr>
                <w:rFonts w:cs="Times New Roman"/>
                <w:sz w:val="16"/>
                <w:szCs w:val="16"/>
              </w:rPr>
              <w:t>564.0</w:t>
            </w:r>
          </w:p>
        </w:tc>
      </w:tr>
      <w:tr w:rsidR="0099275C" w:rsidRPr="00C8713A" w14:paraId="30B099B1" w14:textId="77777777" w:rsidTr="00123B9D">
        <w:tc>
          <w:tcPr>
            <w:tcW w:w="3065" w:type="dxa"/>
            <w:vAlign w:val="center"/>
          </w:tcPr>
          <w:p w14:paraId="09671C58" w14:textId="77777777" w:rsidR="0099275C" w:rsidRPr="00C8713A" w:rsidRDefault="0099275C" w:rsidP="00123B9D">
            <w:pPr>
              <w:rPr>
                <w:rFonts w:cs="Times New Roman"/>
                <w:sz w:val="16"/>
                <w:szCs w:val="16"/>
              </w:rPr>
            </w:pPr>
            <w:r w:rsidRPr="00C8713A">
              <w:rPr>
                <w:rFonts w:cs="Times New Roman"/>
                <w:sz w:val="16"/>
                <w:szCs w:val="16"/>
              </w:rPr>
              <w:t>Nb1Ta1Ti1W1</w:t>
            </w:r>
          </w:p>
        </w:tc>
        <w:tc>
          <w:tcPr>
            <w:tcW w:w="814" w:type="dxa"/>
            <w:vAlign w:val="center"/>
          </w:tcPr>
          <w:p w14:paraId="53B70B5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303A4133"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5E41765"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5A625DAC"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0AB0837A" w14:textId="77777777" w:rsidR="0099275C" w:rsidRPr="00C8713A" w:rsidRDefault="0099275C" w:rsidP="00123B9D">
            <w:pPr>
              <w:rPr>
                <w:rFonts w:cs="Times New Roman"/>
                <w:sz w:val="16"/>
                <w:szCs w:val="16"/>
              </w:rPr>
            </w:pPr>
            <w:r w:rsidRPr="00C8713A">
              <w:rPr>
                <w:rFonts w:cs="Times New Roman"/>
                <w:sz w:val="16"/>
                <w:szCs w:val="16"/>
              </w:rPr>
              <w:t>459.0</w:t>
            </w:r>
          </w:p>
        </w:tc>
      </w:tr>
      <w:tr w:rsidR="0099275C" w:rsidRPr="00C8713A" w14:paraId="326C5319" w14:textId="77777777" w:rsidTr="00123B9D">
        <w:tc>
          <w:tcPr>
            <w:tcW w:w="3065" w:type="dxa"/>
            <w:vAlign w:val="center"/>
          </w:tcPr>
          <w:p w14:paraId="0204E1E3" w14:textId="77777777" w:rsidR="0099275C" w:rsidRPr="00C8713A" w:rsidRDefault="0099275C" w:rsidP="00123B9D">
            <w:pPr>
              <w:rPr>
                <w:rFonts w:cs="Times New Roman"/>
                <w:sz w:val="16"/>
                <w:szCs w:val="16"/>
              </w:rPr>
            </w:pPr>
            <w:r w:rsidRPr="00C8713A">
              <w:rPr>
                <w:rFonts w:cs="Times New Roman"/>
                <w:sz w:val="16"/>
                <w:szCs w:val="16"/>
              </w:rPr>
              <w:t>Nb1Ti1V0.3Zr1</w:t>
            </w:r>
          </w:p>
        </w:tc>
        <w:tc>
          <w:tcPr>
            <w:tcW w:w="814" w:type="dxa"/>
            <w:vAlign w:val="center"/>
          </w:tcPr>
          <w:p w14:paraId="105A78FD"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9E04C3D"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CD9B832" w14:textId="77777777" w:rsidR="0099275C" w:rsidRPr="00C8713A" w:rsidRDefault="0099275C" w:rsidP="00123B9D">
            <w:pPr>
              <w:rPr>
                <w:rFonts w:cs="Times New Roman"/>
                <w:sz w:val="16"/>
                <w:szCs w:val="16"/>
              </w:rPr>
            </w:pPr>
            <w:r w:rsidRPr="00C8713A">
              <w:rPr>
                <w:rFonts w:cs="Times New Roman"/>
                <w:sz w:val="16"/>
                <w:szCs w:val="16"/>
              </w:rPr>
              <w:t>A</w:t>
            </w:r>
          </w:p>
        </w:tc>
        <w:tc>
          <w:tcPr>
            <w:tcW w:w="1270" w:type="dxa"/>
            <w:vAlign w:val="center"/>
          </w:tcPr>
          <w:p w14:paraId="377C2FB4"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323EE88E" w14:textId="77777777" w:rsidR="0099275C" w:rsidRPr="00C8713A" w:rsidRDefault="0099275C" w:rsidP="00123B9D">
            <w:pPr>
              <w:rPr>
                <w:rFonts w:cs="Times New Roman"/>
                <w:sz w:val="16"/>
                <w:szCs w:val="16"/>
              </w:rPr>
            </w:pPr>
            <w:r w:rsidRPr="00C8713A">
              <w:rPr>
                <w:rFonts w:cs="Times New Roman"/>
                <w:sz w:val="16"/>
                <w:szCs w:val="16"/>
              </w:rPr>
              <w:t>866.0</w:t>
            </w:r>
          </w:p>
        </w:tc>
      </w:tr>
      <w:tr w:rsidR="0099275C" w:rsidRPr="00C8713A" w14:paraId="353A1A49" w14:textId="77777777" w:rsidTr="00123B9D">
        <w:tc>
          <w:tcPr>
            <w:tcW w:w="3065" w:type="dxa"/>
            <w:vAlign w:val="center"/>
          </w:tcPr>
          <w:p w14:paraId="00BCB2D0" w14:textId="77777777" w:rsidR="0099275C" w:rsidRPr="00C8713A" w:rsidRDefault="0099275C" w:rsidP="00123B9D">
            <w:pPr>
              <w:rPr>
                <w:rFonts w:cs="Times New Roman"/>
                <w:sz w:val="16"/>
                <w:szCs w:val="16"/>
              </w:rPr>
            </w:pPr>
            <w:r w:rsidRPr="00C8713A">
              <w:rPr>
                <w:rFonts w:cs="Times New Roman"/>
                <w:sz w:val="16"/>
                <w:szCs w:val="16"/>
              </w:rPr>
              <w:t>Nb1Ti1V1Zr1</w:t>
            </w:r>
          </w:p>
        </w:tc>
        <w:tc>
          <w:tcPr>
            <w:tcW w:w="814" w:type="dxa"/>
            <w:vAlign w:val="center"/>
          </w:tcPr>
          <w:p w14:paraId="6224890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EAA164F"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4E269330"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38E98502"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71A07F21" w14:textId="77777777" w:rsidR="0099275C" w:rsidRPr="00C8713A" w:rsidRDefault="0099275C" w:rsidP="00123B9D">
            <w:pPr>
              <w:rPr>
                <w:rFonts w:cs="Times New Roman"/>
                <w:sz w:val="16"/>
                <w:szCs w:val="16"/>
              </w:rPr>
            </w:pPr>
            <w:r w:rsidRPr="00C8713A">
              <w:rPr>
                <w:rFonts w:cs="Times New Roman"/>
                <w:sz w:val="16"/>
                <w:szCs w:val="16"/>
              </w:rPr>
              <w:t>1105.0</w:t>
            </w:r>
          </w:p>
        </w:tc>
      </w:tr>
      <w:tr w:rsidR="0099275C" w:rsidRPr="00C8713A" w14:paraId="00FCB85B" w14:textId="77777777" w:rsidTr="00123B9D">
        <w:tc>
          <w:tcPr>
            <w:tcW w:w="3065" w:type="dxa"/>
            <w:vAlign w:val="center"/>
          </w:tcPr>
          <w:p w14:paraId="110F41C2" w14:textId="77777777" w:rsidR="0099275C" w:rsidRPr="00C8713A" w:rsidRDefault="0099275C" w:rsidP="00123B9D">
            <w:pPr>
              <w:rPr>
                <w:rFonts w:cs="Times New Roman"/>
                <w:sz w:val="16"/>
                <w:szCs w:val="16"/>
              </w:rPr>
            </w:pPr>
            <w:r w:rsidRPr="00C8713A">
              <w:rPr>
                <w:rFonts w:cs="Times New Roman"/>
                <w:sz w:val="16"/>
                <w:szCs w:val="16"/>
              </w:rPr>
              <w:t>Nb1Ti1V1Zr1</w:t>
            </w:r>
          </w:p>
        </w:tc>
        <w:tc>
          <w:tcPr>
            <w:tcW w:w="814" w:type="dxa"/>
            <w:vAlign w:val="center"/>
          </w:tcPr>
          <w:p w14:paraId="115A5DC9"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2CCA53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0FEBD800"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65CA2C5F" w14:textId="77777777" w:rsidR="0099275C" w:rsidRPr="00C8713A" w:rsidRDefault="0099275C" w:rsidP="00123B9D">
            <w:pPr>
              <w:rPr>
                <w:rFonts w:cs="Times New Roman"/>
                <w:sz w:val="16"/>
                <w:szCs w:val="16"/>
              </w:rPr>
            </w:pPr>
            <w:r w:rsidRPr="00C8713A">
              <w:rPr>
                <w:rFonts w:cs="Times New Roman"/>
                <w:sz w:val="16"/>
                <w:szCs w:val="16"/>
              </w:rPr>
              <w:t>600.0</w:t>
            </w:r>
          </w:p>
        </w:tc>
        <w:tc>
          <w:tcPr>
            <w:tcW w:w="1616" w:type="dxa"/>
            <w:vAlign w:val="center"/>
          </w:tcPr>
          <w:p w14:paraId="18153771" w14:textId="77777777" w:rsidR="0099275C" w:rsidRPr="00C8713A" w:rsidRDefault="0099275C" w:rsidP="00123B9D">
            <w:pPr>
              <w:rPr>
                <w:rFonts w:cs="Times New Roman"/>
                <w:sz w:val="16"/>
                <w:szCs w:val="16"/>
              </w:rPr>
            </w:pPr>
            <w:r w:rsidRPr="00C8713A">
              <w:rPr>
                <w:rFonts w:cs="Times New Roman"/>
                <w:sz w:val="16"/>
                <w:szCs w:val="16"/>
              </w:rPr>
              <w:t>834.0</w:t>
            </w:r>
          </w:p>
        </w:tc>
      </w:tr>
      <w:tr w:rsidR="0099275C" w:rsidRPr="00C8713A" w14:paraId="32A9951C" w14:textId="77777777" w:rsidTr="00123B9D">
        <w:tc>
          <w:tcPr>
            <w:tcW w:w="3065" w:type="dxa"/>
            <w:vAlign w:val="center"/>
          </w:tcPr>
          <w:p w14:paraId="7A39276A" w14:textId="77777777" w:rsidR="0099275C" w:rsidRPr="00C8713A" w:rsidRDefault="0099275C" w:rsidP="00123B9D">
            <w:pPr>
              <w:rPr>
                <w:rFonts w:cs="Times New Roman"/>
                <w:sz w:val="16"/>
                <w:szCs w:val="16"/>
              </w:rPr>
            </w:pPr>
            <w:r w:rsidRPr="00C8713A">
              <w:rPr>
                <w:rFonts w:cs="Times New Roman"/>
                <w:sz w:val="16"/>
                <w:szCs w:val="16"/>
              </w:rPr>
              <w:t>Nb1Ti1V1Zr1</w:t>
            </w:r>
          </w:p>
        </w:tc>
        <w:tc>
          <w:tcPr>
            <w:tcW w:w="814" w:type="dxa"/>
            <w:vAlign w:val="center"/>
          </w:tcPr>
          <w:p w14:paraId="7DA9FBBA"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7D2AFB7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74FCF50A"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27517C7E"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7C21AAFD" w14:textId="77777777" w:rsidR="0099275C" w:rsidRPr="00C8713A" w:rsidRDefault="0099275C" w:rsidP="00123B9D">
            <w:pPr>
              <w:rPr>
                <w:rFonts w:cs="Times New Roman"/>
                <w:sz w:val="16"/>
                <w:szCs w:val="16"/>
              </w:rPr>
            </w:pPr>
            <w:r w:rsidRPr="00C8713A">
              <w:rPr>
                <w:rFonts w:cs="Times New Roman"/>
                <w:sz w:val="16"/>
                <w:szCs w:val="16"/>
              </w:rPr>
              <w:t>187.0</w:t>
            </w:r>
          </w:p>
        </w:tc>
      </w:tr>
      <w:tr w:rsidR="0099275C" w:rsidRPr="00C8713A" w14:paraId="0DABDF65" w14:textId="77777777" w:rsidTr="00123B9D">
        <w:tc>
          <w:tcPr>
            <w:tcW w:w="3065" w:type="dxa"/>
            <w:vAlign w:val="center"/>
          </w:tcPr>
          <w:p w14:paraId="2ECA2DE9" w14:textId="77777777" w:rsidR="0099275C" w:rsidRPr="00C8713A" w:rsidRDefault="0099275C" w:rsidP="00123B9D">
            <w:pPr>
              <w:rPr>
                <w:rFonts w:cs="Times New Roman"/>
                <w:sz w:val="16"/>
                <w:szCs w:val="16"/>
              </w:rPr>
            </w:pPr>
            <w:r w:rsidRPr="00C8713A">
              <w:rPr>
                <w:rFonts w:cs="Times New Roman"/>
                <w:sz w:val="16"/>
                <w:szCs w:val="16"/>
              </w:rPr>
              <w:t>Nb1Ti1V1Zr1</w:t>
            </w:r>
          </w:p>
        </w:tc>
        <w:tc>
          <w:tcPr>
            <w:tcW w:w="814" w:type="dxa"/>
            <w:vAlign w:val="center"/>
          </w:tcPr>
          <w:p w14:paraId="1D501C36"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55711EB"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8573718" w14:textId="77777777" w:rsidR="0099275C" w:rsidRPr="00C8713A" w:rsidRDefault="0099275C" w:rsidP="00123B9D">
            <w:pPr>
              <w:rPr>
                <w:rFonts w:cs="Times New Roman"/>
                <w:sz w:val="16"/>
                <w:szCs w:val="16"/>
              </w:rPr>
            </w:pPr>
            <w:r w:rsidRPr="00C8713A">
              <w:rPr>
                <w:rFonts w:cs="Times New Roman"/>
                <w:sz w:val="16"/>
                <w:szCs w:val="16"/>
              </w:rPr>
              <w:t>OTHER</w:t>
            </w:r>
          </w:p>
        </w:tc>
        <w:tc>
          <w:tcPr>
            <w:tcW w:w="1270" w:type="dxa"/>
            <w:vAlign w:val="center"/>
          </w:tcPr>
          <w:p w14:paraId="64E95B93"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676AF7A8" w14:textId="77777777" w:rsidR="0099275C" w:rsidRPr="00C8713A" w:rsidRDefault="0099275C" w:rsidP="00123B9D">
            <w:pPr>
              <w:rPr>
                <w:rFonts w:cs="Times New Roman"/>
                <w:sz w:val="16"/>
                <w:szCs w:val="16"/>
              </w:rPr>
            </w:pPr>
            <w:r w:rsidRPr="00C8713A">
              <w:rPr>
                <w:rFonts w:cs="Times New Roman"/>
                <w:sz w:val="16"/>
                <w:szCs w:val="16"/>
              </w:rPr>
              <w:t>58.0</w:t>
            </w:r>
          </w:p>
        </w:tc>
      </w:tr>
      <w:tr w:rsidR="0099275C" w:rsidRPr="00C8713A" w14:paraId="267B097A" w14:textId="77777777" w:rsidTr="00123B9D">
        <w:tc>
          <w:tcPr>
            <w:tcW w:w="3065" w:type="dxa"/>
            <w:vAlign w:val="center"/>
          </w:tcPr>
          <w:p w14:paraId="15A5E6BB" w14:textId="77777777" w:rsidR="0099275C" w:rsidRPr="00C8713A" w:rsidRDefault="0099275C" w:rsidP="00123B9D">
            <w:pPr>
              <w:rPr>
                <w:rFonts w:cs="Times New Roman"/>
                <w:sz w:val="16"/>
                <w:szCs w:val="16"/>
              </w:rPr>
            </w:pPr>
            <w:r w:rsidRPr="00C8713A">
              <w:rPr>
                <w:rFonts w:cs="Times New Roman"/>
                <w:sz w:val="16"/>
                <w:szCs w:val="16"/>
              </w:rPr>
              <w:t>Nb1Ti1Zr1</w:t>
            </w:r>
          </w:p>
        </w:tc>
        <w:tc>
          <w:tcPr>
            <w:tcW w:w="814" w:type="dxa"/>
            <w:vAlign w:val="center"/>
          </w:tcPr>
          <w:p w14:paraId="189160E3"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1C3EACD9"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2B79C624"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79B32D97" w14:textId="77777777" w:rsidR="0099275C" w:rsidRPr="00C8713A" w:rsidRDefault="0099275C" w:rsidP="00123B9D">
            <w:pPr>
              <w:rPr>
                <w:rFonts w:cs="Times New Roman"/>
                <w:sz w:val="16"/>
                <w:szCs w:val="16"/>
              </w:rPr>
            </w:pPr>
            <w:r w:rsidRPr="00C8713A">
              <w:rPr>
                <w:rFonts w:cs="Times New Roman"/>
                <w:sz w:val="16"/>
                <w:szCs w:val="16"/>
              </w:rPr>
              <w:t>25.0</w:t>
            </w:r>
          </w:p>
        </w:tc>
        <w:tc>
          <w:tcPr>
            <w:tcW w:w="1616" w:type="dxa"/>
            <w:vAlign w:val="center"/>
          </w:tcPr>
          <w:p w14:paraId="69E8E3E0" w14:textId="77777777" w:rsidR="0099275C" w:rsidRPr="00C8713A" w:rsidRDefault="0099275C" w:rsidP="00123B9D">
            <w:pPr>
              <w:rPr>
                <w:rFonts w:cs="Times New Roman"/>
                <w:sz w:val="16"/>
                <w:szCs w:val="16"/>
              </w:rPr>
            </w:pPr>
            <w:r w:rsidRPr="00C8713A">
              <w:rPr>
                <w:rFonts w:cs="Times New Roman"/>
                <w:sz w:val="16"/>
                <w:szCs w:val="16"/>
              </w:rPr>
              <w:t>1223.0</w:t>
            </w:r>
          </w:p>
        </w:tc>
      </w:tr>
      <w:tr w:rsidR="0099275C" w:rsidRPr="00C8713A" w14:paraId="7C69A89F" w14:textId="77777777" w:rsidTr="00123B9D">
        <w:tc>
          <w:tcPr>
            <w:tcW w:w="3065" w:type="dxa"/>
            <w:vAlign w:val="center"/>
          </w:tcPr>
          <w:p w14:paraId="592765E2" w14:textId="77777777" w:rsidR="0099275C" w:rsidRPr="00C8713A" w:rsidRDefault="0099275C" w:rsidP="00123B9D">
            <w:pPr>
              <w:rPr>
                <w:rFonts w:cs="Times New Roman"/>
                <w:sz w:val="16"/>
                <w:szCs w:val="16"/>
              </w:rPr>
            </w:pPr>
            <w:r w:rsidRPr="00C8713A">
              <w:rPr>
                <w:rFonts w:cs="Times New Roman"/>
                <w:sz w:val="16"/>
                <w:szCs w:val="16"/>
              </w:rPr>
              <w:t>Nb1Ti1Zr1</w:t>
            </w:r>
          </w:p>
        </w:tc>
        <w:tc>
          <w:tcPr>
            <w:tcW w:w="814" w:type="dxa"/>
            <w:vAlign w:val="center"/>
          </w:tcPr>
          <w:p w14:paraId="577C83C4"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5ED7C8EC"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1743F3F5"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4F2B8E6" w14:textId="77777777" w:rsidR="0099275C" w:rsidRPr="00C8713A" w:rsidRDefault="0099275C" w:rsidP="00123B9D">
            <w:pPr>
              <w:rPr>
                <w:rFonts w:cs="Times New Roman"/>
                <w:sz w:val="16"/>
                <w:szCs w:val="16"/>
              </w:rPr>
            </w:pPr>
            <w:r w:rsidRPr="00C8713A">
              <w:rPr>
                <w:rFonts w:cs="Times New Roman"/>
                <w:sz w:val="16"/>
                <w:szCs w:val="16"/>
              </w:rPr>
              <w:t>800.0</w:t>
            </w:r>
          </w:p>
        </w:tc>
        <w:tc>
          <w:tcPr>
            <w:tcW w:w="1616" w:type="dxa"/>
            <w:vAlign w:val="center"/>
          </w:tcPr>
          <w:p w14:paraId="0EAC208E" w14:textId="77777777" w:rsidR="0099275C" w:rsidRPr="00C8713A" w:rsidRDefault="0099275C" w:rsidP="00123B9D">
            <w:pPr>
              <w:rPr>
                <w:rFonts w:cs="Times New Roman"/>
                <w:sz w:val="16"/>
                <w:szCs w:val="16"/>
              </w:rPr>
            </w:pPr>
            <w:r w:rsidRPr="00C8713A">
              <w:rPr>
                <w:rFonts w:cs="Times New Roman"/>
                <w:sz w:val="16"/>
                <w:szCs w:val="16"/>
              </w:rPr>
              <w:t>462.0</w:t>
            </w:r>
          </w:p>
        </w:tc>
      </w:tr>
      <w:tr w:rsidR="0099275C" w:rsidRPr="00C8713A" w14:paraId="21DC8348" w14:textId="77777777" w:rsidTr="00123B9D">
        <w:tc>
          <w:tcPr>
            <w:tcW w:w="3065" w:type="dxa"/>
            <w:vAlign w:val="center"/>
          </w:tcPr>
          <w:p w14:paraId="7C76CF13" w14:textId="77777777" w:rsidR="0099275C" w:rsidRPr="00C8713A" w:rsidRDefault="0099275C" w:rsidP="00123B9D">
            <w:pPr>
              <w:rPr>
                <w:rFonts w:cs="Times New Roman"/>
                <w:sz w:val="16"/>
                <w:szCs w:val="16"/>
              </w:rPr>
            </w:pPr>
            <w:r w:rsidRPr="00C8713A">
              <w:rPr>
                <w:rFonts w:cs="Times New Roman"/>
                <w:sz w:val="16"/>
                <w:szCs w:val="16"/>
              </w:rPr>
              <w:t>Nb1Ti1Zr1</w:t>
            </w:r>
          </w:p>
        </w:tc>
        <w:tc>
          <w:tcPr>
            <w:tcW w:w="814" w:type="dxa"/>
            <w:vAlign w:val="center"/>
          </w:tcPr>
          <w:p w14:paraId="74F2FAB8" w14:textId="77777777" w:rsidR="0099275C" w:rsidRPr="00C8713A" w:rsidRDefault="0099275C" w:rsidP="00123B9D">
            <w:pPr>
              <w:rPr>
                <w:rFonts w:cs="Times New Roman"/>
                <w:sz w:val="16"/>
                <w:szCs w:val="16"/>
              </w:rPr>
            </w:pPr>
            <w:r w:rsidRPr="00C8713A">
              <w:rPr>
                <w:rFonts w:cs="Times New Roman"/>
                <w:sz w:val="16"/>
                <w:szCs w:val="16"/>
              </w:rPr>
              <w:t>BCC</w:t>
            </w:r>
          </w:p>
        </w:tc>
        <w:tc>
          <w:tcPr>
            <w:tcW w:w="1057" w:type="dxa"/>
            <w:vAlign w:val="center"/>
          </w:tcPr>
          <w:p w14:paraId="28895790" w14:textId="77777777" w:rsidR="0099275C" w:rsidRPr="00C8713A" w:rsidRDefault="0099275C" w:rsidP="00123B9D">
            <w:pPr>
              <w:rPr>
                <w:rFonts w:cs="Times New Roman"/>
                <w:sz w:val="16"/>
                <w:szCs w:val="16"/>
              </w:rPr>
            </w:pPr>
            <w:r w:rsidRPr="00C8713A">
              <w:rPr>
                <w:rFonts w:cs="Times New Roman"/>
                <w:sz w:val="16"/>
                <w:szCs w:val="16"/>
              </w:rPr>
              <w:t>C</w:t>
            </w:r>
          </w:p>
        </w:tc>
        <w:tc>
          <w:tcPr>
            <w:tcW w:w="1034" w:type="dxa"/>
            <w:vAlign w:val="center"/>
          </w:tcPr>
          <w:p w14:paraId="37F0E663" w14:textId="77777777" w:rsidR="0099275C" w:rsidRPr="00C8713A" w:rsidRDefault="0099275C" w:rsidP="00123B9D">
            <w:pPr>
              <w:rPr>
                <w:rFonts w:cs="Times New Roman"/>
                <w:sz w:val="16"/>
                <w:szCs w:val="16"/>
              </w:rPr>
            </w:pPr>
            <w:r w:rsidRPr="00C8713A">
              <w:rPr>
                <w:rFonts w:cs="Times New Roman"/>
                <w:sz w:val="16"/>
                <w:szCs w:val="16"/>
              </w:rPr>
              <w:t>AC</w:t>
            </w:r>
          </w:p>
        </w:tc>
        <w:tc>
          <w:tcPr>
            <w:tcW w:w="1270" w:type="dxa"/>
            <w:vAlign w:val="center"/>
          </w:tcPr>
          <w:p w14:paraId="2FC32AD9" w14:textId="77777777" w:rsidR="0099275C" w:rsidRPr="00C8713A" w:rsidRDefault="0099275C" w:rsidP="00123B9D">
            <w:pPr>
              <w:rPr>
                <w:rFonts w:cs="Times New Roman"/>
                <w:sz w:val="16"/>
                <w:szCs w:val="16"/>
              </w:rPr>
            </w:pPr>
            <w:r w:rsidRPr="00C8713A">
              <w:rPr>
                <w:rFonts w:cs="Times New Roman"/>
                <w:sz w:val="16"/>
                <w:szCs w:val="16"/>
              </w:rPr>
              <w:t>1000.0</w:t>
            </w:r>
          </w:p>
        </w:tc>
        <w:tc>
          <w:tcPr>
            <w:tcW w:w="1616" w:type="dxa"/>
            <w:vAlign w:val="center"/>
          </w:tcPr>
          <w:p w14:paraId="6D4F9A3A" w14:textId="77777777" w:rsidR="0099275C" w:rsidRPr="00C8713A" w:rsidRDefault="0099275C" w:rsidP="00123B9D">
            <w:pPr>
              <w:rPr>
                <w:rFonts w:cs="Times New Roman"/>
                <w:sz w:val="16"/>
                <w:szCs w:val="16"/>
              </w:rPr>
            </w:pPr>
            <w:r w:rsidRPr="00C8713A">
              <w:rPr>
                <w:rFonts w:cs="Times New Roman"/>
                <w:sz w:val="16"/>
                <w:szCs w:val="16"/>
              </w:rPr>
              <w:t>218.0</w:t>
            </w:r>
          </w:p>
        </w:tc>
      </w:tr>
    </w:tbl>
    <w:p w14:paraId="63D7FC77" w14:textId="77777777" w:rsidR="0099275C" w:rsidRDefault="0099275C" w:rsidP="0099275C">
      <w:pPr>
        <w:rPr>
          <w:rFonts w:cs="Times New Roman"/>
        </w:rPr>
      </w:pPr>
    </w:p>
    <w:p w14:paraId="6FFD57B1" w14:textId="77777777" w:rsidR="0099275C" w:rsidRDefault="0099275C" w:rsidP="0099275C">
      <w:pPr>
        <w:rPr>
          <w:rFonts w:cs="Times New Roman"/>
        </w:rPr>
      </w:pPr>
    </w:p>
    <w:p w14:paraId="651A01CE" w14:textId="56297264" w:rsidR="0099275C" w:rsidRDefault="0099275C" w:rsidP="0099275C">
      <w:pPr>
        <w:jc w:val="both"/>
        <w:rPr>
          <w:rFonts w:cs="Times New Roman"/>
          <w:b/>
          <w:bCs/>
        </w:rPr>
      </w:pPr>
      <w:r w:rsidRPr="00D10E5F">
        <w:rPr>
          <w:rFonts w:cs="Times New Roman"/>
          <w:b/>
          <w:bCs/>
          <w:sz w:val="20"/>
          <w:szCs w:val="20"/>
        </w:rPr>
        <w:t xml:space="preserve">Table </w:t>
      </w:r>
      <w:r>
        <w:rPr>
          <w:rFonts w:cs="Times New Roman"/>
          <w:b/>
          <w:bCs/>
          <w:sz w:val="20"/>
          <w:szCs w:val="20"/>
        </w:rPr>
        <w:t>S</w:t>
      </w:r>
      <w:r w:rsidR="00391DB9">
        <w:rPr>
          <w:rFonts w:cs="Times New Roman"/>
          <w:b/>
          <w:bCs/>
          <w:sz w:val="20"/>
          <w:szCs w:val="20"/>
        </w:rPr>
        <w:t>5</w:t>
      </w:r>
      <w:r>
        <w:rPr>
          <w:rFonts w:cs="Times New Roman"/>
          <w:b/>
          <w:bCs/>
          <w:sz w:val="20"/>
          <w:szCs w:val="20"/>
        </w:rPr>
        <w:t xml:space="preserve">. </w:t>
      </w:r>
      <w:r>
        <w:rPr>
          <w:rFonts w:cs="Times New Roman"/>
          <w:sz w:val="20"/>
          <w:szCs w:val="20"/>
        </w:rPr>
        <w:t>D</w:t>
      </w:r>
      <w:r w:rsidRPr="00FC7122">
        <w:rPr>
          <w:rFonts w:cs="Times New Roman"/>
          <w:sz w:val="20"/>
          <w:szCs w:val="20"/>
        </w:rPr>
        <w:t xml:space="preserve">ataset comprising </w:t>
      </w:r>
      <w:r>
        <w:rPr>
          <w:rFonts w:cs="Times New Roman"/>
          <w:sz w:val="20"/>
          <w:szCs w:val="20"/>
        </w:rPr>
        <w:t>fracture strain</w:t>
      </w:r>
      <w:r w:rsidRPr="00FC7122">
        <w:rPr>
          <w:rFonts w:cs="Times New Roman"/>
          <w:sz w:val="20"/>
          <w:szCs w:val="20"/>
        </w:rPr>
        <w:t xml:space="preserve"> values (</w:t>
      </w:r>
      <w:r>
        <w:rPr>
          <w:rFonts w:cs="Times New Roman"/>
          <w:sz w:val="20"/>
          <w:szCs w:val="20"/>
        </w:rPr>
        <w:t>%</w:t>
      </w:r>
      <w:r w:rsidRPr="00FC7122">
        <w:rPr>
          <w:rFonts w:cs="Times New Roman"/>
          <w:sz w:val="20"/>
          <w:szCs w:val="20"/>
        </w:rPr>
        <w:t>) for BCC</w:t>
      </w:r>
      <w:r>
        <w:rPr>
          <w:rFonts w:cs="Times New Roman"/>
          <w:sz w:val="20"/>
          <w:szCs w:val="20"/>
        </w:rPr>
        <w:t xml:space="preserve"> HEAs. </w:t>
      </w:r>
      <w:r w:rsidRPr="00FC7122">
        <w:rPr>
          <w:rFonts w:cs="Times New Roman"/>
          <w:sz w:val="20"/>
          <w:szCs w:val="20"/>
        </w:rPr>
        <w:t xml:space="preserve">The dataset includes columns for alloy composition, phase constitution, mechanical testing method, processing condition, testing temperature (°C), and corresponding </w:t>
      </w:r>
      <w:r>
        <w:rPr>
          <w:rFonts w:cs="Times New Roman"/>
          <w:sz w:val="20"/>
          <w:szCs w:val="20"/>
        </w:rPr>
        <w:t>yield strength</w:t>
      </w:r>
      <w:r w:rsidRPr="00FC7122">
        <w:rPr>
          <w:rFonts w:cs="Times New Roman"/>
          <w:sz w:val="20"/>
          <w:szCs w:val="20"/>
        </w:rPr>
        <w:t xml:space="preserve"> values. In this context, "A" denotes alloys that have undergone Annealing, "AC" represents those in the As Cast condition, and "OTHER" refers to all other processing conditions. The mechanical testing method is specified as "C" for Compression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936"/>
        <w:gridCol w:w="1092"/>
        <w:gridCol w:w="1042"/>
        <w:gridCol w:w="1185"/>
        <w:gridCol w:w="1536"/>
      </w:tblGrid>
      <w:tr w:rsidR="0099275C" w:rsidRPr="00C8713A" w14:paraId="4FFB2068" w14:textId="77777777" w:rsidTr="00471DA1">
        <w:tc>
          <w:tcPr>
            <w:tcW w:w="8856" w:type="dxa"/>
            <w:gridSpan w:val="6"/>
            <w:shd w:val="clear" w:color="auto" w:fill="C5C5C5"/>
            <w:vAlign w:val="center"/>
          </w:tcPr>
          <w:p w14:paraId="31C43A3E" w14:textId="12E9D271" w:rsidR="0099275C" w:rsidRPr="00C8713A" w:rsidRDefault="0099275C" w:rsidP="00123B9D">
            <w:pPr>
              <w:jc w:val="center"/>
              <w:rPr>
                <w:rFonts w:cs="Times New Roman"/>
                <w:b/>
                <w:bCs/>
                <w:sz w:val="16"/>
                <w:szCs w:val="16"/>
              </w:rPr>
            </w:pPr>
            <w:r w:rsidRPr="00C8713A">
              <w:rPr>
                <w:rFonts w:cs="Times New Roman"/>
                <w:b/>
                <w:bCs/>
                <w:sz w:val="30"/>
                <w:szCs w:val="30"/>
              </w:rPr>
              <w:t xml:space="preserve">BCC </w:t>
            </w:r>
            <w:r w:rsidR="00471DA1">
              <w:rPr>
                <w:rFonts w:cs="Times New Roman"/>
                <w:b/>
                <w:bCs/>
                <w:sz w:val="30"/>
                <w:szCs w:val="30"/>
              </w:rPr>
              <w:t xml:space="preserve">Fracture Strain </w:t>
            </w:r>
            <w:r w:rsidRPr="00C8713A">
              <w:rPr>
                <w:rFonts w:cs="Times New Roman"/>
                <w:b/>
                <w:bCs/>
                <w:sz w:val="30"/>
                <w:szCs w:val="30"/>
              </w:rPr>
              <w:t>Dataset</w:t>
            </w:r>
          </w:p>
        </w:tc>
      </w:tr>
      <w:tr w:rsidR="0099275C" w:rsidRPr="00C8713A" w14:paraId="19E16B91" w14:textId="77777777" w:rsidTr="00123B9D">
        <w:tc>
          <w:tcPr>
            <w:tcW w:w="3065" w:type="dxa"/>
            <w:vAlign w:val="center"/>
          </w:tcPr>
          <w:p w14:paraId="70172559" w14:textId="77777777" w:rsidR="0099275C" w:rsidRPr="00C8713A" w:rsidRDefault="0099275C" w:rsidP="00123B9D">
            <w:pPr>
              <w:jc w:val="center"/>
              <w:rPr>
                <w:rFonts w:cs="Times New Roman"/>
                <w:b/>
                <w:bCs/>
                <w:sz w:val="16"/>
                <w:szCs w:val="16"/>
              </w:rPr>
            </w:pPr>
            <w:r w:rsidRPr="00C8713A">
              <w:rPr>
                <w:rFonts w:cs="Times New Roman"/>
                <w:b/>
                <w:bCs/>
                <w:sz w:val="16"/>
                <w:szCs w:val="16"/>
              </w:rPr>
              <w:t>Alloy</w:t>
            </w:r>
          </w:p>
        </w:tc>
        <w:tc>
          <w:tcPr>
            <w:tcW w:w="936" w:type="dxa"/>
            <w:vAlign w:val="center"/>
          </w:tcPr>
          <w:p w14:paraId="4300B2EE" w14:textId="77777777" w:rsidR="0099275C" w:rsidRPr="00C8713A" w:rsidRDefault="0099275C" w:rsidP="00123B9D">
            <w:pPr>
              <w:jc w:val="center"/>
              <w:rPr>
                <w:rFonts w:cs="Times New Roman"/>
                <w:b/>
                <w:bCs/>
                <w:sz w:val="16"/>
                <w:szCs w:val="16"/>
              </w:rPr>
            </w:pPr>
            <w:r w:rsidRPr="00C8713A">
              <w:rPr>
                <w:rFonts w:cs="Times New Roman"/>
                <w:b/>
                <w:bCs/>
                <w:sz w:val="16"/>
                <w:szCs w:val="16"/>
              </w:rPr>
              <w:t>Phases</w:t>
            </w:r>
          </w:p>
        </w:tc>
        <w:tc>
          <w:tcPr>
            <w:tcW w:w="1092" w:type="dxa"/>
            <w:vAlign w:val="center"/>
          </w:tcPr>
          <w:p w14:paraId="0CDD2802" w14:textId="77777777" w:rsidR="0099275C" w:rsidRPr="00C8713A" w:rsidRDefault="0099275C" w:rsidP="00123B9D">
            <w:pPr>
              <w:jc w:val="center"/>
              <w:rPr>
                <w:rFonts w:cs="Times New Roman"/>
                <w:b/>
                <w:bCs/>
                <w:sz w:val="16"/>
                <w:szCs w:val="16"/>
              </w:rPr>
            </w:pPr>
            <w:r w:rsidRPr="00C8713A">
              <w:rPr>
                <w:rFonts w:cs="Times New Roman"/>
                <w:b/>
                <w:bCs/>
                <w:sz w:val="16"/>
                <w:szCs w:val="16"/>
              </w:rPr>
              <w:t>Mechanical Testing</w:t>
            </w:r>
          </w:p>
        </w:tc>
        <w:tc>
          <w:tcPr>
            <w:tcW w:w="1042" w:type="dxa"/>
            <w:vAlign w:val="center"/>
          </w:tcPr>
          <w:p w14:paraId="1B549C83" w14:textId="77777777" w:rsidR="0099275C" w:rsidRPr="00C8713A" w:rsidRDefault="0099275C" w:rsidP="00123B9D">
            <w:pPr>
              <w:jc w:val="center"/>
              <w:rPr>
                <w:rFonts w:cs="Times New Roman"/>
                <w:b/>
                <w:bCs/>
                <w:sz w:val="16"/>
                <w:szCs w:val="16"/>
              </w:rPr>
            </w:pPr>
            <w:r w:rsidRPr="00C8713A">
              <w:rPr>
                <w:rFonts w:cs="Times New Roman"/>
                <w:b/>
                <w:bCs/>
                <w:sz w:val="16"/>
                <w:szCs w:val="16"/>
              </w:rPr>
              <w:t>Processing Condition</w:t>
            </w:r>
          </w:p>
        </w:tc>
        <w:tc>
          <w:tcPr>
            <w:tcW w:w="1185" w:type="dxa"/>
            <w:vAlign w:val="center"/>
          </w:tcPr>
          <w:p w14:paraId="18050185" w14:textId="77777777" w:rsidR="0099275C" w:rsidRPr="00C8713A" w:rsidRDefault="0099275C" w:rsidP="00123B9D">
            <w:pPr>
              <w:jc w:val="center"/>
              <w:rPr>
                <w:rFonts w:cs="Times New Roman"/>
                <w:b/>
                <w:bCs/>
                <w:sz w:val="16"/>
                <w:szCs w:val="16"/>
              </w:rPr>
            </w:pPr>
            <w:r w:rsidRPr="00C8713A">
              <w:rPr>
                <w:rFonts w:cs="Times New Roman"/>
                <w:b/>
                <w:bCs/>
                <w:sz w:val="16"/>
                <w:szCs w:val="16"/>
              </w:rPr>
              <w:t>Test</w:t>
            </w:r>
            <w:r>
              <w:rPr>
                <w:rFonts w:cs="Times New Roman"/>
                <w:b/>
                <w:bCs/>
                <w:sz w:val="16"/>
                <w:szCs w:val="16"/>
              </w:rPr>
              <w:t xml:space="preserve"> T</w:t>
            </w:r>
            <w:r w:rsidRPr="00C8713A">
              <w:rPr>
                <w:rFonts w:cs="Times New Roman"/>
                <w:b/>
                <w:bCs/>
                <w:sz w:val="16"/>
                <w:szCs w:val="16"/>
              </w:rPr>
              <w:t>emperature</w:t>
            </w:r>
            <w:r>
              <w:rPr>
                <w:rFonts w:cs="Times New Roman"/>
                <w:b/>
                <w:bCs/>
                <w:sz w:val="16"/>
                <w:szCs w:val="16"/>
              </w:rPr>
              <w:t xml:space="preserve"> </w:t>
            </w:r>
            <w:r w:rsidRPr="00C8713A">
              <w:rPr>
                <w:rFonts w:cs="Times New Roman"/>
                <w:b/>
                <w:bCs/>
                <w:sz w:val="16"/>
                <w:szCs w:val="16"/>
              </w:rPr>
              <w:t>C</w:t>
            </w:r>
          </w:p>
        </w:tc>
        <w:tc>
          <w:tcPr>
            <w:tcW w:w="1536" w:type="dxa"/>
            <w:vAlign w:val="center"/>
          </w:tcPr>
          <w:p w14:paraId="1317FA13" w14:textId="5546020D" w:rsidR="0099275C" w:rsidRPr="00C8713A" w:rsidRDefault="0099275C" w:rsidP="00123B9D">
            <w:pPr>
              <w:jc w:val="center"/>
              <w:rPr>
                <w:rFonts w:cs="Times New Roman"/>
                <w:b/>
                <w:bCs/>
                <w:sz w:val="16"/>
                <w:szCs w:val="16"/>
              </w:rPr>
            </w:pPr>
            <w:r>
              <w:rPr>
                <w:rFonts w:cs="Times New Roman"/>
                <w:b/>
                <w:bCs/>
                <w:sz w:val="16"/>
                <w:szCs w:val="16"/>
              </w:rPr>
              <w:t>Fracture Strain</w:t>
            </w:r>
            <w:r w:rsidRPr="00C8713A">
              <w:rPr>
                <w:rFonts w:cs="Times New Roman"/>
                <w:b/>
                <w:bCs/>
                <w:sz w:val="16"/>
                <w:szCs w:val="16"/>
              </w:rPr>
              <w:t xml:space="preserve"> (%)</w:t>
            </w:r>
          </w:p>
        </w:tc>
      </w:tr>
      <w:tr w:rsidR="0099275C" w:rsidRPr="00C8713A" w14:paraId="250BAF14" w14:textId="77777777" w:rsidTr="00123B9D">
        <w:tc>
          <w:tcPr>
            <w:tcW w:w="3065" w:type="dxa"/>
            <w:vAlign w:val="center"/>
          </w:tcPr>
          <w:p w14:paraId="1EC526F3" w14:textId="77777777" w:rsidR="0099275C" w:rsidRPr="00C8713A" w:rsidRDefault="0099275C" w:rsidP="00123B9D">
            <w:pPr>
              <w:rPr>
                <w:rFonts w:cs="Times New Roman"/>
                <w:sz w:val="16"/>
                <w:szCs w:val="16"/>
                <w:lang w:val="es-MX"/>
              </w:rPr>
            </w:pPr>
            <w:r w:rsidRPr="00C8713A">
              <w:rPr>
                <w:rFonts w:cs="Times New Roman"/>
                <w:sz w:val="16"/>
                <w:szCs w:val="16"/>
                <w:lang w:val="es-MX"/>
              </w:rPr>
              <w:t>Al0.214Nb0.714Ta0.571Ti1V0.143Zr0.929</w:t>
            </w:r>
          </w:p>
        </w:tc>
        <w:tc>
          <w:tcPr>
            <w:tcW w:w="936" w:type="dxa"/>
            <w:vAlign w:val="center"/>
          </w:tcPr>
          <w:p w14:paraId="0C73FF7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91C1AC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63BEDA8" w14:textId="77777777" w:rsidR="0099275C" w:rsidRPr="00C8713A" w:rsidRDefault="0099275C" w:rsidP="00123B9D">
            <w:pPr>
              <w:rPr>
                <w:rFonts w:cs="Times New Roman"/>
                <w:sz w:val="16"/>
                <w:szCs w:val="16"/>
              </w:rPr>
            </w:pPr>
            <w:r w:rsidRPr="00C8713A">
              <w:rPr>
                <w:rFonts w:cs="Times New Roman"/>
                <w:sz w:val="16"/>
                <w:szCs w:val="16"/>
              </w:rPr>
              <w:t>OTHER</w:t>
            </w:r>
          </w:p>
        </w:tc>
        <w:tc>
          <w:tcPr>
            <w:tcW w:w="1185" w:type="dxa"/>
            <w:vAlign w:val="center"/>
          </w:tcPr>
          <w:p w14:paraId="641903B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EAFB050" w14:textId="77777777" w:rsidR="0099275C" w:rsidRPr="00C8713A" w:rsidRDefault="0099275C" w:rsidP="00123B9D">
            <w:pPr>
              <w:rPr>
                <w:rFonts w:cs="Times New Roman"/>
                <w:sz w:val="16"/>
                <w:szCs w:val="16"/>
              </w:rPr>
            </w:pPr>
            <w:r w:rsidRPr="00C8713A">
              <w:rPr>
                <w:rFonts w:cs="Times New Roman"/>
                <w:sz w:val="16"/>
                <w:szCs w:val="16"/>
              </w:rPr>
              <w:t>5.0</w:t>
            </w:r>
          </w:p>
        </w:tc>
      </w:tr>
      <w:tr w:rsidR="0099275C" w:rsidRPr="00C8713A" w14:paraId="299663B3" w14:textId="77777777" w:rsidTr="00123B9D">
        <w:tc>
          <w:tcPr>
            <w:tcW w:w="3065" w:type="dxa"/>
            <w:vAlign w:val="center"/>
          </w:tcPr>
          <w:p w14:paraId="4C4846B7" w14:textId="77777777" w:rsidR="0099275C" w:rsidRPr="00C8713A" w:rsidRDefault="0099275C" w:rsidP="00123B9D">
            <w:pPr>
              <w:rPr>
                <w:rFonts w:cs="Times New Roman"/>
                <w:sz w:val="16"/>
                <w:szCs w:val="16"/>
              </w:rPr>
            </w:pPr>
            <w:r w:rsidRPr="00C8713A">
              <w:rPr>
                <w:rFonts w:cs="Times New Roman"/>
                <w:sz w:val="16"/>
                <w:szCs w:val="16"/>
              </w:rPr>
              <w:t>Al0.214Nb0.714Ta0.714Ti1Zr0.929</w:t>
            </w:r>
          </w:p>
        </w:tc>
        <w:tc>
          <w:tcPr>
            <w:tcW w:w="936" w:type="dxa"/>
            <w:vAlign w:val="center"/>
          </w:tcPr>
          <w:p w14:paraId="0BCDBA0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E65F5A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88D1AF2" w14:textId="77777777" w:rsidR="0099275C" w:rsidRPr="00C8713A" w:rsidRDefault="0099275C" w:rsidP="00123B9D">
            <w:pPr>
              <w:rPr>
                <w:rFonts w:cs="Times New Roman"/>
                <w:sz w:val="16"/>
                <w:szCs w:val="16"/>
              </w:rPr>
            </w:pPr>
            <w:r w:rsidRPr="00C8713A">
              <w:rPr>
                <w:rFonts w:cs="Times New Roman"/>
                <w:sz w:val="16"/>
                <w:szCs w:val="16"/>
              </w:rPr>
              <w:t>OTHER</w:t>
            </w:r>
          </w:p>
        </w:tc>
        <w:tc>
          <w:tcPr>
            <w:tcW w:w="1185" w:type="dxa"/>
            <w:vAlign w:val="center"/>
          </w:tcPr>
          <w:p w14:paraId="384FA0B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1D4538E" w14:textId="77777777" w:rsidR="0099275C" w:rsidRPr="00C8713A" w:rsidRDefault="0099275C" w:rsidP="00123B9D">
            <w:pPr>
              <w:rPr>
                <w:rFonts w:cs="Times New Roman"/>
                <w:sz w:val="16"/>
                <w:szCs w:val="16"/>
              </w:rPr>
            </w:pPr>
            <w:r w:rsidRPr="00C8713A">
              <w:rPr>
                <w:rFonts w:cs="Times New Roman"/>
                <w:sz w:val="16"/>
                <w:szCs w:val="16"/>
              </w:rPr>
              <w:t>5.0</w:t>
            </w:r>
          </w:p>
        </w:tc>
      </w:tr>
      <w:tr w:rsidR="0099275C" w:rsidRPr="00C8713A" w14:paraId="096D611A" w14:textId="77777777" w:rsidTr="00123B9D">
        <w:tc>
          <w:tcPr>
            <w:tcW w:w="3065" w:type="dxa"/>
            <w:vAlign w:val="center"/>
          </w:tcPr>
          <w:p w14:paraId="097BA033" w14:textId="77777777" w:rsidR="0099275C" w:rsidRPr="00C8713A" w:rsidRDefault="0099275C" w:rsidP="00123B9D">
            <w:pPr>
              <w:rPr>
                <w:rFonts w:cs="Times New Roman"/>
                <w:sz w:val="16"/>
                <w:szCs w:val="16"/>
              </w:rPr>
            </w:pPr>
            <w:r w:rsidRPr="00C8713A">
              <w:rPr>
                <w:rFonts w:cs="Times New Roman"/>
                <w:sz w:val="16"/>
                <w:szCs w:val="16"/>
              </w:rPr>
              <w:t>Al0.25Co1Cr1Cu1Fe1Mn1Ni1Ti1V1</w:t>
            </w:r>
          </w:p>
        </w:tc>
        <w:tc>
          <w:tcPr>
            <w:tcW w:w="936" w:type="dxa"/>
            <w:vAlign w:val="center"/>
          </w:tcPr>
          <w:p w14:paraId="66BD73A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D0AD78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3FB84F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32A2FDD"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47AE343" w14:textId="77777777" w:rsidR="0099275C" w:rsidRPr="00C8713A" w:rsidRDefault="0099275C" w:rsidP="00123B9D">
            <w:pPr>
              <w:rPr>
                <w:rFonts w:cs="Times New Roman"/>
                <w:sz w:val="16"/>
                <w:szCs w:val="16"/>
              </w:rPr>
            </w:pPr>
            <w:r w:rsidRPr="00C8713A">
              <w:rPr>
                <w:rFonts w:cs="Times New Roman"/>
                <w:sz w:val="16"/>
                <w:szCs w:val="16"/>
              </w:rPr>
              <w:t>2.0</w:t>
            </w:r>
          </w:p>
        </w:tc>
      </w:tr>
      <w:tr w:rsidR="0099275C" w:rsidRPr="00C8713A" w14:paraId="012E8750" w14:textId="77777777" w:rsidTr="00123B9D">
        <w:tc>
          <w:tcPr>
            <w:tcW w:w="3065" w:type="dxa"/>
            <w:vAlign w:val="center"/>
          </w:tcPr>
          <w:p w14:paraId="4432DB2B" w14:textId="77777777" w:rsidR="0099275C" w:rsidRPr="00C8713A" w:rsidRDefault="0099275C" w:rsidP="00123B9D">
            <w:pPr>
              <w:rPr>
                <w:rFonts w:cs="Times New Roman"/>
                <w:sz w:val="16"/>
                <w:szCs w:val="16"/>
              </w:rPr>
            </w:pPr>
            <w:r w:rsidRPr="00C8713A">
              <w:rPr>
                <w:rFonts w:cs="Times New Roman"/>
                <w:sz w:val="16"/>
                <w:szCs w:val="16"/>
              </w:rPr>
              <w:t>Al0.25Mo1Nb1Ti1V1</w:t>
            </w:r>
          </w:p>
        </w:tc>
        <w:tc>
          <w:tcPr>
            <w:tcW w:w="936" w:type="dxa"/>
            <w:vAlign w:val="center"/>
          </w:tcPr>
          <w:p w14:paraId="6E0EC75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802B38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AADB77B"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564AC1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22A05D4" w14:textId="77777777" w:rsidR="0099275C" w:rsidRPr="00C8713A" w:rsidRDefault="0099275C" w:rsidP="00123B9D">
            <w:pPr>
              <w:rPr>
                <w:rFonts w:cs="Times New Roman"/>
                <w:sz w:val="16"/>
                <w:szCs w:val="16"/>
              </w:rPr>
            </w:pPr>
            <w:r w:rsidRPr="00C8713A">
              <w:rPr>
                <w:rFonts w:cs="Times New Roman"/>
                <w:sz w:val="16"/>
                <w:szCs w:val="16"/>
              </w:rPr>
              <w:t>13.0</w:t>
            </w:r>
          </w:p>
        </w:tc>
      </w:tr>
      <w:tr w:rsidR="0099275C" w:rsidRPr="00C8713A" w14:paraId="0AAFEB22" w14:textId="77777777" w:rsidTr="00123B9D">
        <w:tc>
          <w:tcPr>
            <w:tcW w:w="3065" w:type="dxa"/>
            <w:vAlign w:val="center"/>
          </w:tcPr>
          <w:p w14:paraId="7109ADC0" w14:textId="77777777" w:rsidR="0099275C" w:rsidRPr="00C8713A" w:rsidRDefault="0099275C" w:rsidP="00123B9D">
            <w:pPr>
              <w:rPr>
                <w:rFonts w:cs="Times New Roman"/>
                <w:sz w:val="16"/>
                <w:szCs w:val="16"/>
              </w:rPr>
            </w:pPr>
            <w:r w:rsidRPr="00C8713A">
              <w:rPr>
                <w:rFonts w:cs="Times New Roman"/>
                <w:sz w:val="16"/>
                <w:szCs w:val="16"/>
              </w:rPr>
              <w:t>Al0.2Mo1Ta1Ti1V1</w:t>
            </w:r>
          </w:p>
        </w:tc>
        <w:tc>
          <w:tcPr>
            <w:tcW w:w="936" w:type="dxa"/>
            <w:vAlign w:val="center"/>
          </w:tcPr>
          <w:p w14:paraId="1B5B869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1479DE2"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380BC12"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CBBD7A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D4C1435" w14:textId="77777777" w:rsidR="0099275C" w:rsidRPr="00C8713A" w:rsidRDefault="0099275C" w:rsidP="00123B9D">
            <w:pPr>
              <w:rPr>
                <w:rFonts w:cs="Times New Roman"/>
                <w:sz w:val="16"/>
                <w:szCs w:val="16"/>
              </w:rPr>
            </w:pPr>
            <w:r w:rsidRPr="00C8713A">
              <w:rPr>
                <w:rFonts w:cs="Times New Roman"/>
                <w:sz w:val="16"/>
                <w:szCs w:val="16"/>
              </w:rPr>
              <w:t>7.0</w:t>
            </w:r>
          </w:p>
        </w:tc>
      </w:tr>
      <w:tr w:rsidR="0099275C" w:rsidRPr="00C8713A" w14:paraId="23EEE10C" w14:textId="77777777" w:rsidTr="00123B9D">
        <w:tc>
          <w:tcPr>
            <w:tcW w:w="3065" w:type="dxa"/>
            <w:vAlign w:val="center"/>
          </w:tcPr>
          <w:p w14:paraId="19DC1B78" w14:textId="77777777" w:rsidR="0099275C" w:rsidRPr="00C8713A" w:rsidRDefault="0099275C" w:rsidP="00123B9D">
            <w:pPr>
              <w:rPr>
                <w:rFonts w:cs="Times New Roman"/>
                <w:sz w:val="16"/>
                <w:szCs w:val="16"/>
                <w:lang w:val="es-MX"/>
              </w:rPr>
            </w:pPr>
            <w:r w:rsidRPr="00C8713A">
              <w:rPr>
                <w:rFonts w:cs="Times New Roman"/>
                <w:sz w:val="16"/>
                <w:szCs w:val="16"/>
                <w:lang w:val="es-MX"/>
              </w:rPr>
              <w:t>Al0.333Nb0.667Ta0.533Ti1V0.133Zr0.667</w:t>
            </w:r>
          </w:p>
        </w:tc>
        <w:tc>
          <w:tcPr>
            <w:tcW w:w="936" w:type="dxa"/>
            <w:vAlign w:val="center"/>
          </w:tcPr>
          <w:p w14:paraId="2C16933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919E5B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18F782C" w14:textId="77777777" w:rsidR="0099275C" w:rsidRPr="00C8713A" w:rsidRDefault="0099275C" w:rsidP="00123B9D">
            <w:pPr>
              <w:rPr>
                <w:rFonts w:cs="Times New Roman"/>
                <w:sz w:val="16"/>
                <w:szCs w:val="16"/>
              </w:rPr>
            </w:pPr>
            <w:r w:rsidRPr="00C8713A">
              <w:rPr>
                <w:rFonts w:cs="Times New Roman"/>
                <w:sz w:val="16"/>
                <w:szCs w:val="16"/>
              </w:rPr>
              <w:t>OTHER</w:t>
            </w:r>
          </w:p>
        </w:tc>
        <w:tc>
          <w:tcPr>
            <w:tcW w:w="1185" w:type="dxa"/>
            <w:vAlign w:val="center"/>
          </w:tcPr>
          <w:p w14:paraId="28021B3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3DA9765" w14:textId="77777777" w:rsidR="0099275C" w:rsidRPr="00C8713A" w:rsidRDefault="0099275C" w:rsidP="00123B9D">
            <w:pPr>
              <w:rPr>
                <w:rFonts w:cs="Times New Roman"/>
                <w:sz w:val="16"/>
                <w:szCs w:val="16"/>
              </w:rPr>
            </w:pPr>
            <w:r w:rsidRPr="00C8713A">
              <w:rPr>
                <w:rFonts w:cs="Times New Roman"/>
                <w:sz w:val="16"/>
                <w:szCs w:val="16"/>
              </w:rPr>
              <w:t>5.0</w:t>
            </w:r>
          </w:p>
        </w:tc>
      </w:tr>
      <w:tr w:rsidR="0099275C" w:rsidRPr="00C8713A" w14:paraId="3FFB1D1B" w14:textId="77777777" w:rsidTr="00123B9D">
        <w:tc>
          <w:tcPr>
            <w:tcW w:w="3065" w:type="dxa"/>
            <w:vAlign w:val="center"/>
          </w:tcPr>
          <w:p w14:paraId="1E3C5DCE" w14:textId="77777777" w:rsidR="0099275C" w:rsidRPr="00C8713A" w:rsidRDefault="0099275C" w:rsidP="00123B9D">
            <w:pPr>
              <w:rPr>
                <w:rFonts w:cs="Times New Roman"/>
                <w:sz w:val="16"/>
                <w:szCs w:val="16"/>
              </w:rPr>
            </w:pPr>
            <w:r w:rsidRPr="00C8713A">
              <w:rPr>
                <w:rFonts w:cs="Times New Roman"/>
                <w:sz w:val="16"/>
                <w:szCs w:val="16"/>
              </w:rPr>
              <w:t>Al0.3Hf1Nb1Ta1Ti1Zr1</w:t>
            </w:r>
          </w:p>
        </w:tc>
        <w:tc>
          <w:tcPr>
            <w:tcW w:w="936" w:type="dxa"/>
            <w:vAlign w:val="center"/>
          </w:tcPr>
          <w:p w14:paraId="0CE7768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6BA4EC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46D74F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62E3DC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7046DF5"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470B6F32" w14:textId="77777777" w:rsidTr="00123B9D">
        <w:tc>
          <w:tcPr>
            <w:tcW w:w="3065" w:type="dxa"/>
            <w:vAlign w:val="center"/>
          </w:tcPr>
          <w:p w14:paraId="1F986B21" w14:textId="77777777" w:rsidR="0099275C" w:rsidRPr="00C8713A" w:rsidRDefault="0099275C" w:rsidP="00123B9D">
            <w:pPr>
              <w:rPr>
                <w:rFonts w:cs="Times New Roman"/>
                <w:sz w:val="16"/>
                <w:szCs w:val="16"/>
                <w:lang w:val="es-MX"/>
              </w:rPr>
            </w:pPr>
            <w:r w:rsidRPr="00C8713A">
              <w:rPr>
                <w:rFonts w:cs="Times New Roman"/>
                <w:sz w:val="16"/>
                <w:szCs w:val="16"/>
                <w:lang w:val="es-MX"/>
              </w:rPr>
              <w:t>Al0.3Nb1Ta0.8Ti1.4V0.2Zr1.3</w:t>
            </w:r>
          </w:p>
        </w:tc>
        <w:tc>
          <w:tcPr>
            <w:tcW w:w="936" w:type="dxa"/>
            <w:vAlign w:val="center"/>
          </w:tcPr>
          <w:p w14:paraId="35528E0E"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B208A5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A685B4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083E3E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ECA0415" w14:textId="77777777" w:rsidR="0099275C" w:rsidRPr="00C8713A" w:rsidRDefault="0099275C" w:rsidP="00123B9D">
            <w:pPr>
              <w:rPr>
                <w:rFonts w:cs="Times New Roman"/>
                <w:sz w:val="16"/>
                <w:szCs w:val="16"/>
              </w:rPr>
            </w:pPr>
            <w:r w:rsidRPr="00C8713A">
              <w:rPr>
                <w:rFonts w:cs="Times New Roman"/>
                <w:sz w:val="16"/>
                <w:szCs w:val="16"/>
              </w:rPr>
              <w:t>5.0</w:t>
            </w:r>
          </w:p>
        </w:tc>
      </w:tr>
      <w:tr w:rsidR="0099275C" w:rsidRPr="00C8713A" w14:paraId="32762A11" w14:textId="77777777" w:rsidTr="00123B9D">
        <w:tc>
          <w:tcPr>
            <w:tcW w:w="3065" w:type="dxa"/>
            <w:vAlign w:val="center"/>
          </w:tcPr>
          <w:p w14:paraId="1CB5BBA4" w14:textId="77777777" w:rsidR="0099275C" w:rsidRPr="00C8713A" w:rsidRDefault="0099275C" w:rsidP="00123B9D">
            <w:pPr>
              <w:rPr>
                <w:rFonts w:cs="Times New Roman"/>
                <w:sz w:val="16"/>
                <w:szCs w:val="16"/>
                <w:lang w:val="es-MX"/>
              </w:rPr>
            </w:pPr>
            <w:r w:rsidRPr="00C8713A">
              <w:rPr>
                <w:rFonts w:cs="Times New Roman"/>
                <w:sz w:val="16"/>
                <w:szCs w:val="16"/>
                <w:lang w:val="es-MX"/>
              </w:rPr>
              <w:t>Al0.3Nb1Ta0.8Ti1.4V0.2Zr1.3</w:t>
            </w:r>
          </w:p>
        </w:tc>
        <w:tc>
          <w:tcPr>
            <w:tcW w:w="936" w:type="dxa"/>
            <w:vAlign w:val="center"/>
          </w:tcPr>
          <w:p w14:paraId="02EC3A5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B86616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D52E7A3"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608D2C6F"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22EE7E76"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76800DB9" w14:textId="77777777" w:rsidTr="00123B9D">
        <w:tc>
          <w:tcPr>
            <w:tcW w:w="3065" w:type="dxa"/>
            <w:vAlign w:val="center"/>
          </w:tcPr>
          <w:p w14:paraId="7A38A6AA" w14:textId="77777777" w:rsidR="0099275C" w:rsidRPr="00C8713A" w:rsidRDefault="0099275C" w:rsidP="00123B9D">
            <w:pPr>
              <w:rPr>
                <w:rFonts w:cs="Times New Roman"/>
                <w:sz w:val="16"/>
                <w:szCs w:val="16"/>
                <w:lang w:val="es-MX"/>
              </w:rPr>
            </w:pPr>
            <w:r w:rsidRPr="00C8713A">
              <w:rPr>
                <w:rFonts w:cs="Times New Roman"/>
                <w:sz w:val="16"/>
                <w:szCs w:val="16"/>
                <w:lang w:val="es-MX"/>
              </w:rPr>
              <w:t>Al0.3Nb1Ta0.8Ti1.4V0.2Zr1.3</w:t>
            </w:r>
          </w:p>
        </w:tc>
        <w:tc>
          <w:tcPr>
            <w:tcW w:w="936" w:type="dxa"/>
            <w:vAlign w:val="center"/>
          </w:tcPr>
          <w:p w14:paraId="6A5EB57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E63F9F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C7A0007"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1F5FF153"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3EB9BC78"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468FC8A4" w14:textId="77777777" w:rsidTr="00123B9D">
        <w:tc>
          <w:tcPr>
            <w:tcW w:w="3065" w:type="dxa"/>
            <w:vAlign w:val="center"/>
          </w:tcPr>
          <w:p w14:paraId="299B7303" w14:textId="77777777" w:rsidR="0099275C" w:rsidRPr="00C8713A" w:rsidRDefault="0099275C" w:rsidP="00123B9D">
            <w:pPr>
              <w:rPr>
                <w:rFonts w:cs="Times New Roman"/>
                <w:sz w:val="16"/>
                <w:szCs w:val="16"/>
              </w:rPr>
            </w:pPr>
            <w:r w:rsidRPr="00C8713A">
              <w:rPr>
                <w:rFonts w:cs="Times New Roman"/>
                <w:sz w:val="16"/>
                <w:szCs w:val="16"/>
              </w:rPr>
              <w:t>Al0.3Nb1Ta1Ti1.4Zr1.3</w:t>
            </w:r>
          </w:p>
        </w:tc>
        <w:tc>
          <w:tcPr>
            <w:tcW w:w="936" w:type="dxa"/>
            <w:vAlign w:val="center"/>
          </w:tcPr>
          <w:p w14:paraId="4B97F6D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FE6155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8CC6B2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538009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07AEAD5" w14:textId="77777777" w:rsidR="0099275C" w:rsidRPr="00C8713A" w:rsidRDefault="0099275C" w:rsidP="00123B9D">
            <w:pPr>
              <w:rPr>
                <w:rFonts w:cs="Times New Roman"/>
                <w:sz w:val="16"/>
                <w:szCs w:val="16"/>
              </w:rPr>
            </w:pPr>
            <w:r w:rsidRPr="00C8713A">
              <w:rPr>
                <w:rFonts w:cs="Times New Roman"/>
                <w:sz w:val="16"/>
                <w:szCs w:val="16"/>
              </w:rPr>
              <w:t>5.0</w:t>
            </w:r>
          </w:p>
        </w:tc>
      </w:tr>
      <w:tr w:rsidR="0099275C" w:rsidRPr="00C8713A" w14:paraId="285FA28A" w14:textId="77777777" w:rsidTr="00123B9D">
        <w:tc>
          <w:tcPr>
            <w:tcW w:w="3065" w:type="dxa"/>
            <w:vAlign w:val="center"/>
          </w:tcPr>
          <w:p w14:paraId="15111E90" w14:textId="77777777" w:rsidR="0099275C" w:rsidRPr="00C8713A" w:rsidRDefault="0099275C" w:rsidP="00123B9D">
            <w:pPr>
              <w:rPr>
                <w:rFonts w:cs="Times New Roman"/>
                <w:sz w:val="16"/>
                <w:szCs w:val="16"/>
              </w:rPr>
            </w:pPr>
            <w:r w:rsidRPr="00C8713A">
              <w:rPr>
                <w:rFonts w:cs="Times New Roman"/>
                <w:sz w:val="16"/>
                <w:szCs w:val="16"/>
              </w:rPr>
              <w:t>Al0.3Nb1Ta1Ti1.4Zr1.3</w:t>
            </w:r>
          </w:p>
        </w:tc>
        <w:tc>
          <w:tcPr>
            <w:tcW w:w="936" w:type="dxa"/>
            <w:vAlign w:val="center"/>
          </w:tcPr>
          <w:p w14:paraId="4CCE2BC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C71D38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5CD776D"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466B7B12"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245D3FA7"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51426EA5" w14:textId="77777777" w:rsidTr="00123B9D">
        <w:tc>
          <w:tcPr>
            <w:tcW w:w="3065" w:type="dxa"/>
            <w:vAlign w:val="center"/>
          </w:tcPr>
          <w:p w14:paraId="77EB5CCC" w14:textId="77777777" w:rsidR="0099275C" w:rsidRPr="00C8713A" w:rsidRDefault="0099275C" w:rsidP="00123B9D">
            <w:pPr>
              <w:rPr>
                <w:rFonts w:cs="Times New Roman"/>
                <w:sz w:val="16"/>
                <w:szCs w:val="16"/>
              </w:rPr>
            </w:pPr>
            <w:r w:rsidRPr="00C8713A">
              <w:rPr>
                <w:rFonts w:cs="Times New Roman"/>
                <w:sz w:val="16"/>
                <w:szCs w:val="16"/>
              </w:rPr>
              <w:t>Al0.3Nb1Ta1Ti1.4Zr1.3</w:t>
            </w:r>
          </w:p>
        </w:tc>
        <w:tc>
          <w:tcPr>
            <w:tcW w:w="936" w:type="dxa"/>
            <w:vAlign w:val="center"/>
          </w:tcPr>
          <w:p w14:paraId="1B54080E"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1C5C40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AFCEF59"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7476D76A"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0E32E330"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44FAF3F3" w14:textId="77777777" w:rsidTr="00123B9D">
        <w:tc>
          <w:tcPr>
            <w:tcW w:w="3065" w:type="dxa"/>
            <w:vAlign w:val="center"/>
          </w:tcPr>
          <w:p w14:paraId="7C9B9158" w14:textId="77777777" w:rsidR="0099275C" w:rsidRPr="00C8713A" w:rsidRDefault="0099275C" w:rsidP="00123B9D">
            <w:pPr>
              <w:rPr>
                <w:rFonts w:cs="Times New Roman"/>
                <w:sz w:val="16"/>
                <w:szCs w:val="16"/>
              </w:rPr>
            </w:pPr>
            <w:r w:rsidRPr="00C8713A">
              <w:rPr>
                <w:rFonts w:cs="Times New Roman"/>
                <w:sz w:val="16"/>
                <w:szCs w:val="16"/>
              </w:rPr>
              <w:t>Al0.4Hf0.6Nb1Ta1Ti1Zr1</w:t>
            </w:r>
          </w:p>
        </w:tc>
        <w:tc>
          <w:tcPr>
            <w:tcW w:w="936" w:type="dxa"/>
            <w:vAlign w:val="center"/>
          </w:tcPr>
          <w:p w14:paraId="7723E24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6AC29F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5D1B0E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87D850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26482CE" w14:textId="77777777" w:rsidR="0099275C" w:rsidRPr="00C8713A" w:rsidRDefault="0099275C" w:rsidP="00123B9D">
            <w:pPr>
              <w:rPr>
                <w:rFonts w:cs="Times New Roman"/>
                <w:sz w:val="16"/>
                <w:szCs w:val="16"/>
              </w:rPr>
            </w:pPr>
            <w:r w:rsidRPr="00C8713A">
              <w:rPr>
                <w:rFonts w:cs="Times New Roman"/>
                <w:sz w:val="16"/>
                <w:szCs w:val="16"/>
              </w:rPr>
              <w:t>10.0</w:t>
            </w:r>
          </w:p>
        </w:tc>
      </w:tr>
      <w:tr w:rsidR="0099275C" w:rsidRPr="00C8713A" w14:paraId="7AF3F449" w14:textId="77777777" w:rsidTr="00123B9D">
        <w:tc>
          <w:tcPr>
            <w:tcW w:w="3065" w:type="dxa"/>
            <w:vAlign w:val="center"/>
          </w:tcPr>
          <w:p w14:paraId="6A6D8652" w14:textId="77777777" w:rsidR="0099275C" w:rsidRPr="00C8713A" w:rsidRDefault="0099275C" w:rsidP="00123B9D">
            <w:pPr>
              <w:rPr>
                <w:rFonts w:cs="Times New Roman"/>
                <w:sz w:val="16"/>
                <w:szCs w:val="16"/>
              </w:rPr>
            </w:pPr>
            <w:r w:rsidRPr="00C8713A">
              <w:rPr>
                <w:rFonts w:cs="Times New Roman"/>
                <w:sz w:val="16"/>
                <w:szCs w:val="16"/>
              </w:rPr>
              <w:t>Al0.4Hf0.6Nb1Ta1Ti1Zr1</w:t>
            </w:r>
          </w:p>
        </w:tc>
        <w:tc>
          <w:tcPr>
            <w:tcW w:w="936" w:type="dxa"/>
            <w:vAlign w:val="center"/>
          </w:tcPr>
          <w:p w14:paraId="06C6D7D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553746E"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DA65636"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31461C93"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69C30DC3"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529B885F" w14:textId="77777777" w:rsidTr="00123B9D">
        <w:tc>
          <w:tcPr>
            <w:tcW w:w="3065" w:type="dxa"/>
            <w:vAlign w:val="center"/>
          </w:tcPr>
          <w:p w14:paraId="7BEF9DC9" w14:textId="77777777" w:rsidR="0099275C" w:rsidRPr="00C8713A" w:rsidRDefault="0099275C" w:rsidP="00123B9D">
            <w:pPr>
              <w:rPr>
                <w:rFonts w:cs="Times New Roman"/>
                <w:sz w:val="16"/>
                <w:szCs w:val="16"/>
              </w:rPr>
            </w:pPr>
            <w:r w:rsidRPr="00C8713A">
              <w:rPr>
                <w:rFonts w:cs="Times New Roman"/>
                <w:sz w:val="16"/>
                <w:szCs w:val="16"/>
              </w:rPr>
              <w:t>Al0.4Hf0.6Nb1Ta1Ti1Zr1</w:t>
            </w:r>
          </w:p>
        </w:tc>
        <w:tc>
          <w:tcPr>
            <w:tcW w:w="936" w:type="dxa"/>
            <w:vAlign w:val="center"/>
          </w:tcPr>
          <w:p w14:paraId="32851F3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80BF3F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D9B739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0FAF5E46"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55C07028"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0647AE34" w14:textId="77777777" w:rsidTr="00123B9D">
        <w:tc>
          <w:tcPr>
            <w:tcW w:w="3065" w:type="dxa"/>
            <w:vAlign w:val="center"/>
          </w:tcPr>
          <w:p w14:paraId="33CB762F" w14:textId="77777777" w:rsidR="0099275C" w:rsidRPr="00C8713A" w:rsidRDefault="0099275C" w:rsidP="00123B9D">
            <w:pPr>
              <w:rPr>
                <w:rFonts w:cs="Times New Roman"/>
                <w:sz w:val="16"/>
                <w:szCs w:val="16"/>
              </w:rPr>
            </w:pPr>
            <w:r w:rsidRPr="00C8713A">
              <w:rPr>
                <w:rFonts w:cs="Times New Roman"/>
                <w:sz w:val="16"/>
                <w:szCs w:val="16"/>
              </w:rPr>
              <w:t>Al0.5Hf1Nb1Ta1Ti1Zr1</w:t>
            </w:r>
          </w:p>
        </w:tc>
        <w:tc>
          <w:tcPr>
            <w:tcW w:w="936" w:type="dxa"/>
            <w:vAlign w:val="center"/>
          </w:tcPr>
          <w:p w14:paraId="1F81C27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00E1D7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88CDD42"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F10F8F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92B8986" w14:textId="77777777" w:rsidR="0099275C" w:rsidRPr="00C8713A" w:rsidRDefault="0099275C" w:rsidP="00123B9D">
            <w:pPr>
              <w:rPr>
                <w:rFonts w:cs="Times New Roman"/>
                <w:sz w:val="16"/>
                <w:szCs w:val="16"/>
              </w:rPr>
            </w:pPr>
            <w:r w:rsidRPr="00C8713A">
              <w:rPr>
                <w:rFonts w:cs="Times New Roman"/>
                <w:sz w:val="16"/>
                <w:szCs w:val="16"/>
              </w:rPr>
              <w:t>46.0</w:t>
            </w:r>
          </w:p>
        </w:tc>
      </w:tr>
      <w:tr w:rsidR="0099275C" w:rsidRPr="00C8713A" w14:paraId="3C61DCA6" w14:textId="77777777" w:rsidTr="00123B9D">
        <w:tc>
          <w:tcPr>
            <w:tcW w:w="3065" w:type="dxa"/>
            <w:vAlign w:val="center"/>
          </w:tcPr>
          <w:p w14:paraId="06F2B02D" w14:textId="77777777" w:rsidR="0099275C" w:rsidRPr="00C8713A" w:rsidRDefault="0099275C" w:rsidP="00123B9D">
            <w:pPr>
              <w:rPr>
                <w:rFonts w:cs="Times New Roman"/>
                <w:sz w:val="16"/>
                <w:szCs w:val="16"/>
              </w:rPr>
            </w:pPr>
            <w:r w:rsidRPr="00C8713A">
              <w:rPr>
                <w:rFonts w:cs="Times New Roman"/>
                <w:sz w:val="16"/>
                <w:szCs w:val="16"/>
              </w:rPr>
              <w:t>Al0.5Mo1Nb1Ti1V1</w:t>
            </w:r>
          </w:p>
        </w:tc>
        <w:tc>
          <w:tcPr>
            <w:tcW w:w="936" w:type="dxa"/>
            <w:vAlign w:val="center"/>
          </w:tcPr>
          <w:p w14:paraId="275D531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24866C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E9CA614"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A9C44C8"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8075558" w14:textId="77777777" w:rsidR="0099275C" w:rsidRPr="00C8713A" w:rsidRDefault="0099275C" w:rsidP="00123B9D">
            <w:pPr>
              <w:rPr>
                <w:rFonts w:cs="Times New Roman"/>
                <w:sz w:val="16"/>
                <w:szCs w:val="16"/>
              </w:rPr>
            </w:pPr>
            <w:r w:rsidRPr="00C8713A">
              <w:rPr>
                <w:rFonts w:cs="Times New Roman"/>
                <w:sz w:val="16"/>
                <w:szCs w:val="16"/>
              </w:rPr>
              <w:t>11.0</w:t>
            </w:r>
          </w:p>
        </w:tc>
      </w:tr>
      <w:tr w:rsidR="0099275C" w:rsidRPr="00C8713A" w14:paraId="295BA6EC" w14:textId="77777777" w:rsidTr="00123B9D">
        <w:tc>
          <w:tcPr>
            <w:tcW w:w="3065" w:type="dxa"/>
            <w:vAlign w:val="center"/>
          </w:tcPr>
          <w:p w14:paraId="115A9151" w14:textId="77777777" w:rsidR="0099275C" w:rsidRPr="00C8713A" w:rsidRDefault="0099275C" w:rsidP="00123B9D">
            <w:pPr>
              <w:rPr>
                <w:rFonts w:cs="Times New Roman"/>
                <w:sz w:val="16"/>
                <w:szCs w:val="16"/>
                <w:lang w:val="es-MX"/>
              </w:rPr>
            </w:pPr>
            <w:r w:rsidRPr="00C8713A">
              <w:rPr>
                <w:rFonts w:cs="Times New Roman"/>
                <w:sz w:val="16"/>
                <w:szCs w:val="16"/>
                <w:lang w:val="es-MX"/>
              </w:rPr>
              <w:t>Al0.5Nb1Ta0.8Ti1.5V0.2Zr1</w:t>
            </w:r>
          </w:p>
        </w:tc>
        <w:tc>
          <w:tcPr>
            <w:tcW w:w="936" w:type="dxa"/>
            <w:vAlign w:val="center"/>
          </w:tcPr>
          <w:p w14:paraId="5A858F1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0CE5352"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65F49F5"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0A4F55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3644945" w14:textId="77777777" w:rsidR="0099275C" w:rsidRPr="00C8713A" w:rsidRDefault="0099275C" w:rsidP="00123B9D">
            <w:pPr>
              <w:rPr>
                <w:rFonts w:cs="Times New Roman"/>
                <w:sz w:val="16"/>
                <w:szCs w:val="16"/>
              </w:rPr>
            </w:pPr>
            <w:r w:rsidRPr="00C8713A">
              <w:rPr>
                <w:rFonts w:cs="Times New Roman"/>
                <w:sz w:val="16"/>
                <w:szCs w:val="16"/>
              </w:rPr>
              <w:t>4.5</w:t>
            </w:r>
          </w:p>
        </w:tc>
      </w:tr>
      <w:tr w:rsidR="0099275C" w:rsidRPr="00C8713A" w14:paraId="035998E5" w14:textId="77777777" w:rsidTr="00123B9D">
        <w:tc>
          <w:tcPr>
            <w:tcW w:w="3065" w:type="dxa"/>
            <w:vAlign w:val="center"/>
          </w:tcPr>
          <w:p w14:paraId="3C1F70D2" w14:textId="77777777" w:rsidR="0099275C" w:rsidRPr="00C8713A" w:rsidRDefault="0099275C" w:rsidP="00123B9D">
            <w:pPr>
              <w:rPr>
                <w:rFonts w:cs="Times New Roman"/>
                <w:sz w:val="16"/>
                <w:szCs w:val="16"/>
                <w:lang w:val="es-MX"/>
              </w:rPr>
            </w:pPr>
            <w:r w:rsidRPr="00C8713A">
              <w:rPr>
                <w:rFonts w:cs="Times New Roman"/>
                <w:sz w:val="16"/>
                <w:szCs w:val="16"/>
                <w:lang w:val="es-MX"/>
              </w:rPr>
              <w:t>Al0.5Nb1Ta0.8Ti1.5V0.2Zr1</w:t>
            </w:r>
          </w:p>
        </w:tc>
        <w:tc>
          <w:tcPr>
            <w:tcW w:w="936" w:type="dxa"/>
            <w:vAlign w:val="center"/>
          </w:tcPr>
          <w:p w14:paraId="1D37EDE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5AE609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DBBE74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7CA5777F"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72E62D02"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55EF5355" w14:textId="77777777" w:rsidTr="00123B9D">
        <w:tc>
          <w:tcPr>
            <w:tcW w:w="3065" w:type="dxa"/>
            <w:vAlign w:val="center"/>
          </w:tcPr>
          <w:p w14:paraId="1F4B43B6" w14:textId="77777777" w:rsidR="0099275C" w:rsidRPr="00C8713A" w:rsidRDefault="0099275C" w:rsidP="00123B9D">
            <w:pPr>
              <w:rPr>
                <w:rFonts w:cs="Times New Roman"/>
                <w:sz w:val="16"/>
                <w:szCs w:val="16"/>
                <w:lang w:val="es-MX"/>
              </w:rPr>
            </w:pPr>
            <w:r w:rsidRPr="00C8713A">
              <w:rPr>
                <w:rFonts w:cs="Times New Roman"/>
                <w:sz w:val="16"/>
                <w:szCs w:val="16"/>
                <w:lang w:val="es-MX"/>
              </w:rPr>
              <w:t>Al0.5Nb1Ta0.8Ti1.5V0.2Zr1</w:t>
            </w:r>
          </w:p>
        </w:tc>
        <w:tc>
          <w:tcPr>
            <w:tcW w:w="936" w:type="dxa"/>
            <w:vAlign w:val="center"/>
          </w:tcPr>
          <w:p w14:paraId="257171A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C214FD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50175F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5418B7FD"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53574498"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755B5BB0" w14:textId="77777777" w:rsidTr="00123B9D">
        <w:tc>
          <w:tcPr>
            <w:tcW w:w="3065" w:type="dxa"/>
            <w:vAlign w:val="center"/>
          </w:tcPr>
          <w:p w14:paraId="595CD518" w14:textId="77777777" w:rsidR="0099275C" w:rsidRPr="00C8713A" w:rsidRDefault="0099275C" w:rsidP="00123B9D">
            <w:pPr>
              <w:rPr>
                <w:rFonts w:cs="Times New Roman"/>
                <w:sz w:val="16"/>
                <w:szCs w:val="16"/>
              </w:rPr>
            </w:pPr>
            <w:r w:rsidRPr="00C8713A">
              <w:rPr>
                <w:rFonts w:cs="Times New Roman"/>
                <w:sz w:val="16"/>
                <w:szCs w:val="16"/>
              </w:rPr>
              <w:t>Al0.667Nb1Ta0.333Ti1Zr0.333</w:t>
            </w:r>
          </w:p>
        </w:tc>
        <w:tc>
          <w:tcPr>
            <w:tcW w:w="936" w:type="dxa"/>
            <w:vAlign w:val="center"/>
          </w:tcPr>
          <w:p w14:paraId="5967E52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1CF683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CDE6F76" w14:textId="77777777" w:rsidR="0099275C" w:rsidRPr="00C8713A" w:rsidRDefault="0099275C" w:rsidP="00123B9D">
            <w:pPr>
              <w:rPr>
                <w:rFonts w:cs="Times New Roman"/>
                <w:sz w:val="16"/>
                <w:szCs w:val="16"/>
              </w:rPr>
            </w:pPr>
            <w:r w:rsidRPr="00C8713A">
              <w:rPr>
                <w:rFonts w:cs="Times New Roman"/>
                <w:sz w:val="16"/>
                <w:szCs w:val="16"/>
              </w:rPr>
              <w:t>OTHER</w:t>
            </w:r>
          </w:p>
        </w:tc>
        <w:tc>
          <w:tcPr>
            <w:tcW w:w="1185" w:type="dxa"/>
            <w:vAlign w:val="center"/>
          </w:tcPr>
          <w:p w14:paraId="4C66B50C"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B3C5A27" w14:textId="77777777" w:rsidR="0099275C" w:rsidRPr="00C8713A" w:rsidRDefault="0099275C" w:rsidP="00123B9D">
            <w:pPr>
              <w:rPr>
                <w:rFonts w:cs="Times New Roman"/>
                <w:sz w:val="16"/>
                <w:szCs w:val="16"/>
              </w:rPr>
            </w:pPr>
            <w:r w:rsidRPr="00C8713A">
              <w:rPr>
                <w:rFonts w:cs="Times New Roman"/>
                <w:sz w:val="16"/>
                <w:szCs w:val="16"/>
              </w:rPr>
              <w:t>4.0</w:t>
            </w:r>
          </w:p>
        </w:tc>
      </w:tr>
      <w:tr w:rsidR="0099275C" w:rsidRPr="00C8713A" w14:paraId="3DE64803" w14:textId="77777777" w:rsidTr="00123B9D">
        <w:tc>
          <w:tcPr>
            <w:tcW w:w="3065" w:type="dxa"/>
            <w:vAlign w:val="center"/>
          </w:tcPr>
          <w:p w14:paraId="4CD960C1" w14:textId="77777777" w:rsidR="0099275C" w:rsidRPr="00C8713A" w:rsidRDefault="0099275C" w:rsidP="00123B9D">
            <w:pPr>
              <w:rPr>
                <w:rFonts w:cs="Times New Roman"/>
                <w:sz w:val="16"/>
                <w:szCs w:val="16"/>
              </w:rPr>
            </w:pPr>
            <w:r w:rsidRPr="00C8713A">
              <w:rPr>
                <w:rFonts w:cs="Times New Roman"/>
                <w:sz w:val="16"/>
                <w:szCs w:val="16"/>
              </w:rPr>
              <w:t>Al0.667Nb1Ta0.333Ti1Zr0.333</w:t>
            </w:r>
          </w:p>
        </w:tc>
        <w:tc>
          <w:tcPr>
            <w:tcW w:w="936" w:type="dxa"/>
            <w:vAlign w:val="center"/>
          </w:tcPr>
          <w:p w14:paraId="4A61A2A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EA9D90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4F6CA43" w14:textId="77777777" w:rsidR="0099275C" w:rsidRPr="00C8713A" w:rsidRDefault="0099275C" w:rsidP="00123B9D">
            <w:pPr>
              <w:rPr>
                <w:rFonts w:cs="Times New Roman"/>
                <w:sz w:val="16"/>
                <w:szCs w:val="16"/>
              </w:rPr>
            </w:pPr>
            <w:r w:rsidRPr="00C8713A">
              <w:rPr>
                <w:rFonts w:cs="Times New Roman"/>
                <w:sz w:val="16"/>
                <w:szCs w:val="16"/>
              </w:rPr>
              <w:t>OTHER</w:t>
            </w:r>
          </w:p>
        </w:tc>
        <w:tc>
          <w:tcPr>
            <w:tcW w:w="1185" w:type="dxa"/>
            <w:vAlign w:val="center"/>
          </w:tcPr>
          <w:p w14:paraId="3ABA5072"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18ACF2AB" w14:textId="77777777" w:rsidR="0099275C" w:rsidRPr="00C8713A" w:rsidRDefault="0099275C" w:rsidP="00123B9D">
            <w:pPr>
              <w:rPr>
                <w:rFonts w:cs="Times New Roman"/>
                <w:sz w:val="16"/>
                <w:szCs w:val="16"/>
              </w:rPr>
            </w:pPr>
            <w:r w:rsidRPr="00C8713A">
              <w:rPr>
                <w:rFonts w:cs="Times New Roman"/>
                <w:sz w:val="16"/>
                <w:szCs w:val="16"/>
              </w:rPr>
              <w:t>12.0</w:t>
            </w:r>
          </w:p>
        </w:tc>
      </w:tr>
      <w:tr w:rsidR="0099275C" w:rsidRPr="00C8713A" w14:paraId="09D85646" w14:textId="77777777" w:rsidTr="00123B9D">
        <w:tc>
          <w:tcPr>
            <w:tcW w:w="3065" w:type="dxa"/>
            <w:vAlign w:val="center"/>
          </w:tcPr>
          <w:p w14:paraId="46657647" w14:textId="77777777" w:rsidR="0099275C" w:rsidRPr="00C8713A" w:rsidRDefault="0099275C" w:rsidP="00123B9D">
            <w:pPr>
              <w:rPr>
                <w:rFonts w:cs="Times New Roman"/>
                <w:sz w:val="16"/>
                <w:szCs w:val="16"/>
              </w:rPr>
            </w:pPr>
            <w:r w:rsidRPr="00C8713A">
              <w:rPr>
                <w:rFonts w:cs="Times New Roman"/>
                <w:sz w:val="16"/>
                <w:szCs w:val="16"/>
              </w:rPr>
              <w:t>Al0.6Mo1Ta1Ti1V1</w:t>
            </w:r>
          </w:p>
        </w:tc>
        <w:tc>
          <w:tcPr>
            <w:tcW w:w="936" w:type="dxa"/>
            <w:vAlign w:val="center"/>
          </w:tcPr>
          <w:p w14:paraId="3D775DCE"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75683C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D0A17E6"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743ABA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A1CB1A9" w14:textId="77777777" w:rsidR="0099275C" w:rsidRPr="00C8713A" w:rsidRDefault="0099275C" w:rsidP="00123B9D">
            <w:pPr>
              <w:rPr>
                <w:rFonts w:cs="Times New Roman"/>
                <w:sz w:val="16"/>
                <w:szCs w:val="16"/>
              </w:rPr>
            </w:pPr>
            <w:r w:rsidRPr="00C8713A">
              <w:rPr>
                <w:rFonts w:cs="Times New Roman"/>
                <w:sz w:val="16"/>
                <w:szCs w:val="16"/>
              </w:rPr>
              <w:t>4.0</w:t>
            </w:r>
          </w:p>
        </w:tc>
      </w:tr>
      <w:tr w:rsidR="0099275C" w:rsidRPr="00C8713A" w14:paraId="73067D3C" w14:textId="77777777" w:rsidTr="00123B9D">
        <w:tc>
          <w:tcPr>
            <w:tcW w:w="3065" w:type="dxa"/>
            <w:vAlign w:val="center"/>
          </w:tcPr>
          <w:p w14:paraId="4B725F8B" w14:textId="77777777" w:rsidR="0099275C" w:rsidRPr="00C8713A" w:rsidRDefault="0099275C" w:rsidP="00123B9D">
            <w:pPr>
              <w:rPr>
                <w:rFonts w:cs="Times New Roman"/>
                <w:sz w:val="16"/>
                <w:szCs w:val="16"/>
              </w:rPr>
            </w:pPr>
            <w:r w:rsidRPr="00C8713A">
              <w:rPr>
                <w:rFonts w:cs="Times New Roman"/>
                <w:sz w:val="16"/>
                <w:szCs w:val="16"/>
              </w:rPr>
              <w:t>Al0.75Hf1Nb1Ta1Ti1Zr1</w:t>
            </w:r>
          </w:p>
        </w:tc>
        <w:tc>
          <w:tcPr>
            <w:tcW w:w="936" w:type="dxa"/>
            <w:vAlign w:val="center"/>
          </w:tcPr>
          <w:p w14:paraId="7DC8467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7441D7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B2A6C90"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593BB7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F8B6DF8"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53E85685" w14:textId="77777777" w:rsidTr="00123B9D">
        <w:tc>
          <w:tcPr>
            <w:tcW w:w="3065" w:type="dxa"/>
            <w:vAlign w:val="center"/>
          </w:tcPr>
          <w:p w14:paraId="5AFF6533" w14:textId="77777777" w:rsidR="0099275C" w:rsidRPr="00C8713A" w:rsidRDefault="0099275C" w:rsidP="00123B9D">
            <w:pPr>
              <w:rPr>
                <w:rFonts w:cs="Times New Roman"/>
                <w:sz w:val="16"/>
                <w:szCs w:val="16"/>
              </w:rPr>
            </w:pPr>
            <w:r w:rsidRPr="00C8713A">
              <w:rPr>
                <w:rFonts w:cs="Times New Roman"/>
                <w:sz w:val="16"/>
                <w:szCs w:val="16"/>
              </w:rPr>
              <w:t>Al0.75Mo1Nb1Ti1V1</w:t>
            </w:r>
          </w:p>
        </w:tc>
        <w:tc>
          <w:tcPr>
            <w:tcW w:w="936" w:type="dxa"/>
            <w:vAlign w:val="center"/>
          </w:tcPr>
          <w:p w14:paraId="12DA3FD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9D05E5E"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9C123A0"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180850B"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A7CE19E" w14:textId="77777777" w:rsidR="0099275C" w:rsidRPr="00C8713A" w:rsidRDefault="0099275C" w:rsidP="00123B9D">
            <w:pPr>
              <w:rPr>
                <w:rFonts w:cs="Times New Roman"/>
                <w:sz w:val="16"/>
                <w:szCs w:val="16"/>
              </w:rPr>
            </w:pPr>
            <w:r w:rsidRPr="00C8713A">
              <w:rPr>
                <w:rFonts w:cs="Times New Roman"/>
                <w:sz w:val="16"/>
                <w:szCs w:val="16"/>
              </w:rPr>
              <w:t>8.0</w:t>
            </w:r>
          </w:p>
        </w:tc>
      </w:tr>
      <w:tr w:rsidR="0099275C" w:rsidRPr="00C8713A" w14:paraId="577D6AB9" w14:textId="77777777" w:rsidTr="00123B9D">
        <w:tc>
          <w:tcPr>
            <w:tcW w:w="3065" w:type="dxa"/>
            <w:vAlign w:val="center"/>
          </w:tcPr>
          <w:p w14:paraId="134C0A48" w14:textId="77777777" w:rsidR="0099275C" w:rsidRPr="00C8713A" w:rsidRDefault="0099275C" w:rsidP="00123B9D">
            <w:pPr>
              <w:rPr>
                <w:rFonts w:cs="Times New Roman"/>
                <w:sz w:val="16"/>
                <w:szCs w:val="16"/>
              </w:rPr>
            </w:pPr>
            <w:r w:rsidRPr="00C8713A">
              <w:rPr>
                <w:rFonts w:cs="Times New Roman"/>
                <w:sz w:val="16"/>
                <w:szCs w:val="16"/>
              </w:rPr>
              <w:t>Al1.5Co1Cr1Fe1Ni1Ti1</w:t>
            </w:r>
          </w:p>
        </w:tc>
        <w:tc>
          <w:tcPr>
            <w:tcW w:w="936" w:type="dxa"/>
            <w:vAlign w:val="center"/>
          </w:tcPr>
          <w:p w14:paraId="6733171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E09AA4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3D5D589"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D6DB2A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46B67E3" w14:textId="77777777" w:rsidR="0099275C" w:rsidRPr="00C8713A" w:rsidRDefault="0099275C" w:rsidP="00123B9D">
            <w:pPr>
              <w:rPr>
                <w:rFonts w:cs="Times New Roman"/>
                <w:sz w:val="16"/>
                <w:szCs w:val="16"/>
              </w:rPr>
            </w:pPr>
            <w:r w:rsidRPr="00C8713A">
              <w:rPr>
                <w:rFonts w:cs="Times New Roman"/>
                <w:sz w:val="16"/>
                <w:szCs w:val="16"/>
              </w:rPr>
              <w:t>10.0</w:t>
            </w:r>
          </w:p>
        </w:tc>
      </w:tr>
      <w:tr w:rsidR="0099275C" w:rsidRPr="00C8713A" w14:paraId="0ED635B0" w14:textId="77777777" w:rsidTr="00123B9D">
        <w:tc>
          <w:tcPr>
            <w:tcW w:w="3065" w:type="dxa"/>
            <w:vAlign w:val="center"/>
          </w:tcPr>
          <w:p w14:paraId="01740D68" w14:textId="77777777" w:rsidR="0099275C" w:rsidRPr="00C8713A" w:rsidRDefault="0099275C" w:rsidP="00123B9D">
            <w:pPr>
              <w:rPr>
                <w:rFonts w:cs="Times New Roman"/>
                <w:sz w:val="16"/>
                <w:szCs w:val="16"/>
              </w:rPr>
            </w:pPr>
            <w:r w:rsidRPr="00C8713A">
              <w:rPr>
                <w:rFonts w:cs="Times New Roman"/>
                <w:sz w:val="16"/>
                <w:szCs w:val="16"/>
              </w:rPr>
              <w:t>Al1Co1Cr1Cu1Ni1Ti1</w:t>
            </w:r>
          </w:p>
        </w:tc>
        <w:tc>
          <w:tcPr>
            <w:tcW w:w="936" w:type="dxa"/>
            <w:vAlign w:val="center"/>
          </w:tcPr>
          <w:p w14:paraId="5C330C3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D68BE7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65F1B9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9B34E1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EC6E1ED" w14:textId="77777777" w:rsidR="0099275C" w:rsidRPr="00C8713A" w:rsidRDefault="0099275C" w:rsidP="00123B9D">
            <w:pPr>
              <w:rPr>
                <w:rFonts w:cs="Times New Roman"/>
                <w:sz w:val="16"/>
                <w:szCs w:val="16"/>
              </w:rPr>
            </w:pPr>
            <w:r w:rsidRPr="00C8713A">
              <w:rPr>
                <w:rFonts w:cs="Times New Roman"/>
                <w:sz w:val="16"/>
                <w:szCs w:val="16"/>
              </w:rPr>
              <w:t>8.0</w:t>
            </w:r>
          </w:p>
        </w:tc>
      </w:tr>
      <w:tr w:rsidR="0099275C" w:rsidRPr="00C8713A" w14:paraId="38AF7883" w14:textId="77777777" w:rsidTr="00123B9D">
        <w:tc>
          <w:tcPr>
            <w:tcW w:w="3065" w:type="dxa"/>
            <w:vAlign w:val="center"/>
          </w:tcPr>
          <w:p w14:paraId="4AD66CB1" w14:textId="77777777" w:rsidR="0099275C" w:rsidRPr="00C8713A" w:rsidRDefault="0099275C" w:rsidP="00123B9D">
            <w:pPr>
              <w:rPr>
                <w:rFonts w:cs="Times New Roman"/>
                <w:sz w:val="16"/>
                <w:szCs w:val="16"/>
              </w:rPr>
            </w:pPr>
            <w:r w:rsidRPr="00C8713A">
              <w:rPr>
                <w:rFonts w:cs="Times New Roman"/>
                <w:sz w:val="16"/>
                <w:szCs w:val="16"/>
              </w:rPr>
              <w:t>Al1Co1Cr1Fe1Mo0.1Ni1</w:t>
            </w:r>
          </w:p>
        </w:tc>
        <w:tc>
          <w:tcPr>
            <w:tcW w:w="936" w:type="dxa"/>
            <w:vAlign w:val="center"/>
          </w:tcPr>
          <w:p w14:paraId="1F148E4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2A31AA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643335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B1672CC"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73EA0E5" w14:textId="77777777" w:rsidR="0099275C" w:rsidRPr="00C8713A" w:rsidRDefault="0099275C" w:rsidP="00123B9D">
            <w:pPr>
              <w:rPr>
                <w:rFonts w:cs="Times New Roman"/>
                <w:sz w:val="16"/>
                <w:szCs w:val="16"/>
              </w:rPr>
            </w:pPr>
            <w:r w:rsidRPr="00C8713A">
              <w:rPr>
                <w:rFonts w:cs="Times New Roman"/>
                <w:sz w:val="16"/>
                <w:szCs w:val="16"/>
              </w:rPr>
              <w:t>9.0</w:t>
            </w:r>
          </w:p>
        </w:tc>
      </w:tr>
      <w:tr w:rsidR="0099275C" w:rsidRPr="00C8713A" w14:paraId="54CD51B2" w14:textId="77777777" w:rsidTr="00123B9D">
        <w:tc>
          <w:tcPr>
            <w:tcW w:w="3065" w:type="dxa"/>
            <w:vAlign w:val="center"/>
          </w:tcPr>
          <w:p w14:paraId="3EAF153A" w14:textId="77777777" w:rsidR="0099275C" w:rsidRPr="00C8713A" w:rsidRDefault="0099275C" w:rsidP="00123B9D">
            <w:pPr>
              <w:rPr>
                <w:rFonts w:cs="Times New Roman"/>
                <w:sz w:val="16"/>
                <w:szCs w:val="16"/>
              </w:rPr>
            </w:pPr>
            <w:r w:rsidRPr="00C8713A">
              <w:rPr>
                <w:rFonts w:cs="Times New Roman"/>
                <w:sz w:val="16"/>
                <w:szCs w:val="16"/>
              </w:rPr>
              <w:t>Al1Co1Cr1Fe1Nb0.1Ni1</w:t>
            </w:r>
          </w:p>
        </w:tc>
        <w:tc>
          <w:tcPr>
            <w:tcW w:w="936" w:type="dxa"/>
            <w:vAlign w:val="center"/>
          </w:tcPr>
          <w:p w14:paraId="5DCE318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A4EF19E"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198119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1E89E5C"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40FFF98" w14:textId="77777777" w:rsidR="0099275C" w:rsidRPr="00C8713A" w:rsidRDefault="0099275C" w:rsidP="00123B9D">
            <w:pPr>
              <w:rPr>
                <w:rFonts w:cs="Times New Roman"/>
                <w:sz w:val="16"/>
                <w:szCs w:val="16"/>
              </w:rPr>
            </w:pPr>
            <w:r w:rsidRPr="00C8713A">
              <w:rPr>
                <w:rFonts w:cs="Times New Roman"/>
                <w:sz w:val="16"/>
                <w:szCs w:val="16"/>
              </w:rPr>
              <w:t>17.0</w:t>
            </w:r>
          </w:p>
        </w:tc>
      </w:tr>
      <w:tr w:rsidR="0099275C" w:rsidRPr="00C8713A" w14:paraId="674B5DEF" w14:textId="77777777" w:rsidTr="00123B9D">
        <w:tc>
          <w:tcPr>
            <w:tcW w:w="3065" w:type="dxa"/>
            <w:vAlign w:val="center"/>
          </w:tcPr>
          <w:p w14:paraId="63C3ED95" w14:textId="77777777" w:rsidR="0099275C" w:rsidRPr="00C8713A" w:rsidRDefault="0099275C" w:rsidP="00123B9D">
            <w:pPr>
              <w:rPr>
                <w:rFonts w:cs="Times New Roman"/>
                <w:sz w:val="16"/>
                <w:szCs w:val="16"/>
              </w:rPr>
            </w:pPr>
            <w:r w:rsidRPr="00C8713A">
              <w:rPr>
                <w:rFonts w:cs="Times New Roman"/>
                <w:sz w:val="16"/>
                <w:szCs w:val="16"/>
              </w:rPr>
              <w:t>Al1Co1Cr1Fe1Ni1</w:t>
            </w:r>
          </w:p>
        </w:tc>
        <w:tc>
          <w:tcPr>
            <w:tcW w:w="936" w:type="dxa"/>
            <w:vAlign w:val="center"/>
          </w:tcPr>
          <w:p w14:paraId="6E7E57C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FF94CC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A040541"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74A4BAF"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8462D79" w14:textId="77777777" w:rsidR="0099275C" w:rsidRPr="00C8713A" w:rsidRDefault="0099275C" w:rsidP="00123B9D">
            <w:pPr>
              <w:rPr>
                <w:rFonts w:cs="Times New Roman"/>
                <w:sz w:val="16"/>
                <w:szCs w:val="16"/>
              </w:rPr>
            </w:pPr>
            <w:r w:rsidRPr="00C8713A">
              <w:rPr>
                <w:rFonts w:cs="Times New Roman"/>
                <w:sz w:val="16"/>
                <w:szCs w:val="16"/>
              </w:rPr>
              <w:t>25.0</w:t>
            </w:r>
          </w:p>
        </w:tc>
      </w:tr>
      <w:tr w:rsidR="0099275C" w:rsidRPr="00C8713A" w14:paraId="69C17EC2" w14:textId="77777777" w:rsidTr="00123B9D">
        <w:tc>
          <w:tcPr>
            <w:tcW w:w="3065" w:type="dxa"/>
            <w:vAlign w:val="center"/>
          </w:tcPr>
          <w:p w14:paraId="515F9801" w14:textId="77777777" w:rsidR="0099275C" w:rsidRPr="00C8713A" w:rsidRDefault="0099275C" w:rsidP="00123B9D">
            <w:pPr>
              <w:rPr>
                <w:rFonts w:cs="Times New Roman"/>
                <w:sz w:val="16"/>
                <w:szCs w:val="16"/>
              </w:rPr>
            </w:pPr>
            <w:r w:rsidRPr="00C8713A">
              <w:rPr>
                <w:rFonts w:cs="Times New Roman"/>
                <w:sz w:val="16"/>
                <w:szCs w:val="16"/>
              </w:rPr>
              <w:t>Al1Co1Cr1Fe1Ni1Ti0.5</w:t>
            </w:r>
          </w:p>
        </w:tc>
        <w:tc>
          <w:tcPr>
            <w:tcW w:w="936" w:type="dxa"/>
            <w:vAlign w:val="center"/>
          </w:tcPr>
          <w:p w14:paraId="5B5733B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B677C5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C194044"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FC3287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CF3A303" w14:textId="77777777" w:rsidR="0099275C" w:rsidRPr="00C8713A" w:rsidRDefault="0099275C" w:rsidP="00123B9D">
            <w:pPr>
              <w:rPr>
                <w:rFonts w:cs="Times New Roman"/>
                <w:sz w:val="16"/>
                <w:szCs w:val="16"/>
              </w:rPr>
            </w:pPr>
            <w:r w:rsidRPr="00C8713A">
              <w:rPr>
                <w:rFonts w:cs="Times New Roman"/>
                <w:sz w:val="16"/>
                <w:szCs w:val="16"/>
              </w:rPr>
              <w:t>23.0</w:t>
            </w:r>
          </w:p>
        </w:tc>
      </w:tr>
      <w:tr w:rsidR="0099275C" w:rsidRPr="00C8713A" w14:paraId="184CD63D" w14:textId="77777777" w:rsidTr="00123B9D">
        <w:tc>
          <w:tcPr>
            <w:tcW w:w="3065" w:type="dxa"/>
            <w:vAlign w:val="center"/>
          </w:tcPr>
          <w:p w14:paraId="3F28BC0E" w14:textId="77777777" w:rsidR="0099275C" w:rsidRPr="00C8713A" w:rsidRDefault="0099275C" w:rsidP="00123B9D">
            <w:pPr>
              <w:rPr>
                <w:rFonts w:cs="Times New Roman"/>
                <w:sz w:val="16"/>
                <w:szCs w:val="16"/>
              </w:rPr>
            </w:pPr>
            <w:r w:rsidRPr="00C8713A">
              <w:rPr>
                <w:rFonts w:cs="Times New Roman"/>
                <w:sz w:val="16"/>
                <w:szCs w:val="16"/>
              </w:rPr>
              <w:t>Al1Co1Cr1Fe1Ni1Ti1</w:t>
            </w:r>
          </w:p>
        </w:tc>
        <w:tc>
          <w:tcPr>
            <w:tcW w:w="936" w:type="dxa"/>
            <w:vAlign w:val="center"/>
          </w:tcPr>
          <w:p w14:paraId="18C34E4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79F214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ECBB98B"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899D7CB"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0F87FD5" w14:textId="77777777" w:rsidR="0099275C" w:rsidRPr="00C8713A" w:rsidRDefault="0099275C" w:rsidP="00123B9D">
            <w:pPr>
              <w:rPr>
                <w:rFonts w:cs="Times New Roman"/>
                <w:sz w:val="16"/>
                <w:szCs w:val="16"/>
              </w:rPr>
            </w:pPr>
            <w:r w:rsidRPr="00C8713A">
              <w:rPr>
                <w:rFonts w:cs="Times New Roman"/>
                <w:sz w:val="16"/>
                <w:szCs w:val="16"/>
              </w:rPr>
              <w:t>9.0</w:t>
            </w:r>
          </w:p>
        </w:tc>
      </w:tr>
      <w:tr w:rsidR="0099275C" w:rsidRPr="00C8713A" w14:paraId="49366474" w14:textId="77777777" w:rsidTr="00123B9D">
        <w:tc>
          <w:tcPr>
            <w:tcW w:w="3065" w:type="dxa"/>
            <w:vAlign w:val="center"/>
          </w:tcPr>
          <w:p w14:paraId="56C39D0D" w14:textId="77777777" w:rsidR="0099275C" w:rsidRPr="00C8713A" w:rsidRDefault="0099275C" w:rsidP="00123B9D">
            <w:pPr>
              <w:rPr>
                <w:rFonts w:cs="Times New Roman"/>
                <w:sz w:val="16"/>
                <w:szCs w:val="16"/>
              </w:rPr>
            </w:pPr>
            <w:r w:rsidRPr="00C8713A">
              <w:rPr>
                <w:rFonts w:cs="Times New Roman"/>
                <w:sz w:val="16"/>
                <w:szCs w:val="16"/>
              </w:rPr>
              <w:t>Al1Cr0.5Nb1Ti1V1</w:t>
            </w:r>
          </w:p>
        </w:tc>
        <w:tc>
          <w:tcPr>
            <w:tcW w:w="936" w:type="dxa"/>
            <w:vAlign w:val="center"/>
          </w:tcPr>
          <w:p w14:paraId="296CF31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3B6540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4C283DC" w14:textId="77777777" w:rsidR="0099275C" w:rsidRPr="00C8713A" w:rsidRDefault="0099275C" w:rsidP="00123B9D">
            <w:pPr>
              <w:rPr>
                <w:rFonts w:cs="Times New Roman"/>
                <w:sz w:val="16"/>
                <w:szCs w:val="16"/>
              </w:rPr>
            </w:pPr>
            <w:r w:rsidRPr="00C8713A">
              <w:rPr>
                <w:rFonts w:cs="Times New Roman"/>
                <w:sz w:val="16"/>
                <w:szCs w:val="16"/>
              </w:rPr>
              <w:t>A</w:t>
            </w:r>
          </w:p>
        </w:tc>
        <w:tc>
          <w:tcPr>
            <w:tcW w:w="1185" w:type="dxa"/>
            <w:vAlign w:val="center"/>
          </w:tcPr>
          <w:p w14:paraId="0549574E"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9A710A4" w14:textId="77777777" w:rsidR="0099275C" w:rsidRPr="00C8713A" w:rsidRDefault="0099275C" w:rsidP="00123B9D">
            <w:pPr>
              <w:rPr>
                <w:rFonts w:cs="Times New Roman"/>
                <w:sz w:val="16"/>
                <w:szCs w:val="16"/>
              </w:rPr>
            </w:pPr>
            <w:r w:rsidRPr="00C8713A">
              <w:rPr>
                <w:rFonts w:cs="Times New Roman"/>
                <w:sz w:val="16"/>
                <w:szCs w:val="16"/>
              </w:rPr>
              <w:t>0.8</w:t>
            </w:r>
          </w:p>
        </w:tc>
      </w:tr>
      <w:tr w:rsidR="0099275C" w:rsidRPr="00C8713A" w14:paraId="33BE291F" w14:textId="77777777" w:rsidTr="00123B9D">
        <w:tc>
          <w:tcPr>
            <w:tcW w:w="3065" w:type="dxa"/>
            <w:vAlign w:val="center"/>
          </w:tcPr>
          <w:p w14:paraId="46B8A02A" w14:textId="77777777" w:rsidR="0099275C" w:rsidRPr="00C8713A" w:rsidRDefault="0099275C" w:rsidP="00123B9D">
            <w:pPr>
              <w:rPr>
                <w:rFonts w:cs="Times New Roman"/>
                <w:sz w:val="16"/>
                <w:szCs w:val="16"/>
              </w:rPr>
            </w:pPr>
            <w:r w:rsidRPr="00C8713A">
              <w:rPr>
                <w:rFonts w:cs="Times New Roman"/>
                <w:sz w:val="16"/>
                <w:szCs w:val="16"/>
              </w:rPr>
              <w:t>Al1Cr0.5Nb1Ti1V1</w:t>
            </w:r>
          </w:p>
        </w:tc>
        <w:tc>
          <w:tcPr>
            <w:tcW w:w="936" w:type="dxa"/>
            <w:vAlign w:val="center"/>
          </w:tcPr>
          <w:p w14:paraId="33E545E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DB8405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088CF4D" w14:textId="77777777" w:rsidR="0099275C" w:rsidRPr="00C8713A" w:rsidRDefault="0099275C" w:rsidP="00123B9D">
            <w:pPr>
              <w:rPr>
                <w:rFonts w:cs="Times New Roman"/>
                <w:sz w:val="16"/>
                <w:szCs w:val="16"/>
              </w:rPr>
            </w:pPr>
            <w:r w:rsidRPr="00C8713A">
              <w:rPr>
                <w:rFonts w:cs="Times New Roman"/>
                <w:sz w:val="16"/>
                <w:szCs w:val="16"/>
              </w:rPr>
              <w:t>A</w:t>
            </w:r>
          </w:p>
        </w:tc>
        <w:tc>
          <w:tcPr>
            <w:tcW w:w="1185" w:type="dxa"/>
            <w:vAlign w:val="center"/>
          </w:tcPr>
          <w:p w14:paraId="3B858F52" w14:textId="77777777" w:rsidR="0099275C" w:rsidRPr="00C8713A" w:rsidRDefault="0099275C" w:rsidP="00123B9D">
            <w:pPr>
              <w:rPr>
                <w:rFonts w:cs="Times New Roman"/>
                <w:sz w:val="16"/>
                <w:szCs w:val="16"/>
              </w:rPr>
            </w:pPr>
            <w:r w:rsidRPr="00C8713A">
              <w:rPr>
                <w:rFonts w:cs="Times New Roman"/>
                <w:sz w:val="16"/>
                <w:szCs w:val="16"/>
              </w:rPr>
              <w:t>600</w:t>
            </w:r>
          </w:p>
        </w:tc>
        <w:tc>
          <w:tcPr>
            <w:tcW w:w="1536" w:type="dxa"/>
            <w:vAlign w:val="center"/>
          </w:tcPr>
          <w:p w14:paraId="0DD8082C" w14:textId="77777777" w:rsidR="0099275C" w:rsidRPr="00C8713A" w:rsidRDefault="0099275C" w:rsidP="00123B9D">
            <w:pPr>
              <w:rPr>
                <w:rFonts w:cs="Times New Roman"/>
                <w:sz w:val="16"/>
                <w:szCs w:val="16"/>
              </w:rPr>
            </w:pPr>
            <w:r w:rsidRPr="00C8713A">
              <w:rPr>
                <w:rFonts w:cs="Times New Roman"/>
                <w:sz w:val="16"/>
                <w:szCs w:val="16"/>
              </w:rPr>
              <w:t>2.5</w:t>
            </w:r>
          </w:p>
        </w:tc>
      </w:tr>
      <w:tr w:rsidR="0099275C" w:rsidRPr="00C8713A" w14:paraId="74F898B2" w14:textId="77777777" w:rsidTr="00123B9D">
        <w:tc>
          <w:tcPr>
            <w:tcW w:w="3065" w:type="dxa"/>
            <w:vAlign w:val="center"/>
          </w:tcPr>
          <w:p w14:paraId="213C5963" w14:textId="77777777" w:rsidR="0099275C" w:rsidRPr="00C8713A" w:rsidRDefault="0099275C" w:rsidP="00123B9D">
            <w:pPr>
              <w:rPr>
                <w:rFonts w:cs="Times New Roman"/>
                <w:sz w:val="16"/>
                <w:szCs w:val="16"/>
              </w:rPr>
            </w:pPr>
            <w:r w:rsidRPr="00C8713A">
              <w:rPr>
                <w:rFonts w:cs="Times New Roman"/>
                <w:sz w:val="16"/>
                <w:szCs w:val="16"/>
              </w:rPr>
              <w:t>Al1Cr1Fe1Mo0.2Ni1</w:t>
            </w:r>
          </w:p>
        </w:tc>
        <w:tc>
          <w:tcPr>
            <w:tcW w:w="936" w:type="dxa"/>
            <w:vAlign w:val="center"/>
          </w:tcPr>
          <w:p w14:paraId="233DFD9D"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C3730E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C5CB31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B503028"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E545975" w14:textId="77777777" w:rsidR="0099275C" w:rsidRPr="00C8713A" w:rsidRDefault="0099275C" w:rsidP="00123B9D">
            <w:pPr>
              <w:rPr>
                <w:rFonts w:cs="Times New Roman"/>
                <w:sz w:val="16"/>
                <w:szCs w:val="16"/>
              </w:rPr>
            </w:pPr>
            <w:r w:rsidRPr="00C8713A">
              <w:rPr>
                <w:rFonts w:cs="Times New Roman"/>
                <w:sz w:val="16"/>
                <w:szCs w:val="16"/>
              </w:rPr>
              <w:t>29.0</w:t>
            </w:r>
          </w:p>
        </w:tc>
      </w:tr>
      <w:tr w:rsidR="0099275C" w:rsidRPr="00C8713A" w14:paraId="2B8761E3" w14:textId="77777777" w:rsidTr="00123B9D">
        <w:tc>
          <w:tcPr>
            <w:tcW w:w="3065" w:type="dxa"/>
            <w:vAlign w:val="center"/>
          </w:tcPr>
          <w:p w14:paraId="0006D18A" w14:textId="77777777" w:rsidR="0099275C" w:rsidRPr="00C8713A" w:rsidRDefault="0099275C" w:rsidP="00123B9D">
            <w:pPr>
              <w:rPr>
                <w:rFonts w:cs="Times New Roman"/>
                <w:sz w:val="16"/>
                <w:szCs w:val="16"/>
              </w:rPr>
            </w:pPr>
            <w:r w:rsidRPr="00C8713A">
              <w:rPr>
                <w:rFonts w:cs="Times New Roman"/>
                <w:sz w:val="16"/>
                <w:szCs w:val="16"/>
              </w:rPr>
              <w:t>Al1Cr1Fe1Mo0.5Ni1</w:t>
            </w:r>
          </w:p>
        </w:tc>
        <w:tc>
          <w:tcPr>
            <w:tcW w:w="936" w:type="dxa"/>
            <w:vAlign w:val="center"/>
          </w:tcPr>
          <w:p w14:paraId="20A14BC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6E44D42"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F74C726"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E08E568"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6559023" w14:textId="77777777" w:rsidR="0099275C" w:rsidRPr="00C8713A" w:rsidRDefault="0099275C" w:rsidP="00123B9D">
            <w:pPr>
              <w:rPr>
                <w:rFonts w:cs="Times New Roman"/>
                <w:sz w:val="16"/>
                <w:szCs w:val="16"/>
              </w:rPr>
            </w:pPr>
            <w:r w:rsidRPr="00C8713A">
              <w:rPr>
                <w:rFonts w:cs="Times New Roman"/>
                <w:sz w:val="16"/>
                <w:szCs w:val="16"/>
              </w:rPr>
              <w:t>13.0</w:t>
            </w:r>
          </w:p>
        </w:tc>
      </w:tr>
      <w:tr w:rsidR="0099275C" w:rsidRPr="00C8713A" w14:paraId="252E84D8" w14:textId="77777777" w:rsidTr="00123B9D">
        <w:tc>
          <w:tcPr>
            <w:tcW w:w="3065" w:type="dxa"/>
            <w:vAlign w:val="center"/>
          </w:tcPr>
          <w:p w14:paraId="03C30CC6" w14:textId="77777777" w:rsidR="0099275C" w:rsidRPr="00C8713A" w:rsidRDefault="0099275C" w:rsidP="00123B9D">
            <w:pPr>
              <w:rPr>
                <w:rFonts w:cs="Times New Roman"/>
                <w:sz w:val="16"/>
                <w:szCs w:val="16"/>
              </w:rPr>
            </w:pPr>
            <w:r w:rsidRPr="00C8713A">
              <w:rPr>
                <w:rFonts w:cs="Times New Roman"/>
                <w:sz w:val="16"/>
                <w:szCs w:val="16"/>
              </w:rPr>
              <w:t>Al1Cr1Fe1Ni1</w:t>
            </w:r>
          </w:p>
        </w:tc>
        <w:tc>
          <w:tcPr>
            <w:tcW w:w="936" w:type="dxa"/>
            <w:vAlign w:val="center"/>
          </w:tcPr>
          <w:p w14:paraId="6CCDAA1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903545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FC6ECDC"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D79A5AB"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ED53A69" w14:textId="77777777" w:rsidR="0099275C" w:rsidRPr="00C8713A" w:rsidRDefault="0099275C" w:rsidP="00123B9D">
            <w:pPr>
              <w:rPr>
                <w:rFonts w:cs="Times New Roman"/>
                <w:sz w:val="16"/>
                <w:szCs w:val="16"/>
              </w:rPr>
            </w:pPr>
            <w:r w:rsidRPr="00C8713A">
              <w:rPr>
                <w:rFonts w:cs="Times New Roman"/>
                <w:sz w:val="16"/>
                <w:szCs w:val="16"/>
              </w:rPr>
              <w:t>29.0</w:t>
            </w:r>
          </w:p>
        </w:tc>
      </w:tr>
      <w:tr w:rsidR="0099275C" w:rsidRPr="00C8713A" w14:paraId="22E2EC25" w14:textId="77777777" w:rsidTr="00123B9D">
        <w:tc>
          <w:tcPr>
            <w:tcW w:w="3065" w:type="dxa"/>
            <w:vAlign w:val="center"/>
          </w:tcPr>
          <w:p w14:paraId="04AB1CE0"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936" w:type="dxa"/>
            <w:vAlign w:val="center"/>
          </w:tcPr>
          <w:p w14:paraId="337F7F0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D38746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9D74760"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2D9F62F" w14:textId="77777777" w:rsidR="0099275C" w:rsidRPr="00C8713A" w:rsidRDefault="0099275C" w:rsidP="00123B9D">
            <w:pPr>
              <w:rPr>
                <w:rFonts w:cs="Times New Roman"/>
                <w:sz w:val="16"/>
                <w:szCs w:val="16"/>
              </w:rPr>
            </w:pPr>
            <w:r w:rsidRPr="00C8713A">
              <w:rPr>
                <w:rFonts w:cs="Times New Roman"/>
                <w:sz w:val="16"/>
                <w:szCs w:val="16"/>
              </w:rPr>
              <w:t>400</w:t>
            </w:r>
          </w:p>
        </w:tc>
        <w:tc>
          <w:tcPr>
            <w:tcW w:w="1536" w:type="dxa"/>
            <w:vAlign w:val="center"/>
          </w:tcPr>
          <w:p w14:paraId="4EC6276A" w14:textId="77777777" w:rsidR="0099275C" w:rsidRPr="00C8713A" w:rsidRDefault="0099275C" w:rsidP="00123B9D">
            <w:pPr>
              <w:rPr>
                <w:rFonts w:cs="Times New Roman"/>
                <w:sz w:val="16"/>
                <w:szCs w:val="16"/>
              </w:rPr>
            </w:pPr>
            <w:r w:rsidRPr="00C8713A">
              <w:rPr>
                <w:rFonts w:cs="Times New Roman"/>
                <w:sz w:val="16"/>
                <w:szCs w:val="16"/>
              </w:rPr>
              <w:t>2.0</w:t>
            </w:r>
          </w:p>
        </w:tc>
      </w:tr>
      <w:tr w:rsidR="0099275C" w:rsidRPr="00C8713A" w14:paraId="74009106" w14:textId="77777777" w:rsidTr="00123B9D">
        <w:tc>
          <w:tcPr>
            <w:tcW w:w="3065" w:type="dxa"/>
            <w:vAlign w:val="center"/>
          </w:tcPr>
          <w:p w14:paraId="768A0AB9"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936" w:type="dxa"/>
            <w:vAlign w:val="center"/>
          </w:tcPr>
          <w:p w14:paraId="28CA5FC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6C8556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E80B4D7"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AA6A24E" w14:textId="77777777" w:rsidR="0099275C" w:rsidRPr="00C8713A" w:rsidRDefault="0099275C" w:rsidP="00123B9D">
            <w:pPr>
              <w:rPr>
                <w:rFonts w:cs="Times New Roman"/>
                <w:sz w:val="16"/>
                <w:szCs w:val="16"/>
              </w:rPr>
            </w:pPr>
            <w:r w:rsidRPr="00C8713A">
              <w:rPr>
                <w:rFonts w:cs="Times New Roman"/>
                <w:sz w:val="16"/>
                <w:szCs w:val="16"/>
              </w:rPr>
              <w:t>600</w:t>
            </w:r>
          </w:p>
        </w:tc>
        <w:tc>
          <w:tcPr>
            <w:tcW w:w="1536" w:type="dxa"/>
            <w:vAlign w:val="center"/>
          </w:tcPr>
          <w:p w14:paraId="55AD4A19" w14:textId="77777777" w:rsidR="0099275C" w:rsidRPr="00C8713A" w:rsidRDefault="0099275C" w:rsidP="00123B9D">
            <w:pPr>
              <w:rPr>
                <w:rFonts w:cs="Times New Roman"/>
                <w:sz w:val="16"/>
                <w:szCs w:val="16"/>
              </w:rPr>
            </w:pPr>
            <w:r w:rsidRPr="00C8713A">
              <w:rPr>
                <w:rFonts w:cs="Times New Roman"/>
                <w:sz w:val="16"/>
                <w:szCs w:val="16"/>
              </w:rPr>
              <w:t>3.0</w:t>
            </w:r>
          </w:p>
        </w:tc>
      </w:tr>
      <w:tr w:rsidR="0099275C" w:rsidRPr="00C8713A" w14:paraId="0D5F9DFE" w14:textId="77777777" w:rsidTr="00123B9D">
        <w:tc>
          <w:tcPr>
            <w:tcW w:w="3065" w:type="dxa"/>
            <w:vAlign w:val="center"/>
          </w:tcPr>
          <w:p w14:paraId="54C87B41"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936" w:type="dxa"/>
            <w:vAlign w:val="center"/>
          </w:tcPr>
          <w:p w14:paraId="2A2D51FE"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7AF4DE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B4C351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59E7B18"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2BE50E3A" w14:textId="77777777" w:rsidR="0099275C" w:rsidRPr="00C8713A" w:rsidRDefault="0099275C" w:rsidP="00123B9D">
            <w:pPr>
              <w:rPr>
                <w:rFonts w:cs="Times New Roman"/>
                <w:sz w:val="16"/>
                <w:szCs w:val="16"/>
              </w:rPr>
            </w:pPr>
            <w:r w:rsidRPr="00C8713A">
              <w:rPr>
                <w:rFonts w:cs="Times New Roman"/>
                <w:sz w:val="16"/>
                <w:szCs w:val="16"/>
              </w:rPr>
              <w:t>2.0</w:t>
            </w:r>
          </w:p>
        </w:tc>
      </w:tr>
      <w:tr w:rsidR="0099275C" w:rsidRPr="00C8713A" w14:paraId="4B8FCF77" w14:textId="77777777" w:rsidTr="00123B9D">
        <w:tc>
          <w:tcPr>
            <w:tcW w:w="3065" w:type="dxa"/>
            <w:vAlign w:val="center"/>
          </w:tcPr>
          <w:p w14:paraId="283CC15D"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936" w:type="dxa"/>
            <w:vAlign w:val="center"/>
          </w:tcPr>
          <w:p w14:paraId="3DD2C71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A2C303E"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C439C87"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8D8D75B"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31CAC90D" w14:textId="77777777" w:rsidR="0099275C" w:rsidRPr="00C8713A" w:rsidRDefault="0099275C" w:rsidP="00123B9D">
            <w:pPr>
              <w:rPr>
                <w:rFonts w:cs="Times New Roman"/>
                <w:sz w:val="16"/>
                <w:szCs w:val="16"/>
              </w:rPr>
            </w:pPr>
            <w:r w:rsidRPr="00C8713A">
              <w:rPr>
                <w:rFonts w:cs="Times New Roman"/>
                <w:sz w:val="16"/>
                <w:szCs w:val="16"/>
              </w:rPr>
              <w:t>15.0</w:t>
            </w:r>
          </w:p>
        </w:tc>
      </w:tr>
      <w:tr w:rsidR="0099275C" w:rsidRPr="00C8713A" w14:paraId="10B6A41E" w14:textId="77777777" w:rsidTr="00123B9D">
        <w:tc>
          <w:tcPr>
            <w:tcW w:w="3065" w:type="dxa"/>
            <w:vAlign w:val="center"/>
          </w:tcPr>
          <w:p w14:paraId="6716D69A" w14:textId="77777777" w:rsidR="0099275C" w:rsidRPr="00C8713A" w:rsidRDefault="0099275C" w:rsidP="00123B9D">
            <w:pPr>
              <w:rPr>
                <w:rFonts w:cs="Times New Roman"/>
                <w:sz w:val="16"/>
                <w:szCs w:val="16"/>
              </w:rPr>
            </w:pPr>
            <w:r w:rsidRPr="00C8713A">
              <w:rPr>
                <w:rFonts w:cs="Times New Roman"/>
                <w:sz w:val="16"/>
                <w:szCs w:val="16"/>
              </w:rPr>
              <w:t>Al1Cr1Mo1Nb1Ti1</w:t>
            </w:r>
          </w:p>
        </w:tc>
        <w:tc>
          <w:tcPr>
            <w:tcW w:w="936" w:type="dxa"/>
            <w:vAlign w:val="center"/>
          </w:tcPr>
          <w:p w14:paraId="7233D1FF"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90C0DB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E77C6E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41765F1" w14:textId="77777777" w:rsidR="0099275C" w:rsidRPr="00C8713A" w:rsidRDefault="0099275C" w:rsidP="00123B9D">
            <w:pPr>
              <w:rPr>
                <w:rFonts w:cs="Times New Roman"/>
                <w:sz w:val="16"/>
                <w:szCs w:val="16"/>
              </w:rPr>
            </w:pPr>
            <w:r w:rsidRPr="00C8713A">
              <w:rPr>
                <w:rFonts w:cs="Times New Roman"/>
                <w:sz w:val="16"/>
                <w:szCs w:val="16"/>
              </w:rPr>
              <w:t>1200</w:t>
            </w:r>
          </w:p>
        </w:tc>
        <w:tc>
          <w:tcPr>
            <w:tcW w:w="1536" w:type="dxa"/>
            <w:vAlign w:val="center"/>
          </w:tcPr>
          <w:p w14:paraId="10AE7B23" w14:textId="77777777" w:rsidR="0099275C" w:rsidRPr="00C8713A" w:rsidRDefault="0099275C" w:rsidP="00123B9D">
            <w:pPr>
              <w:rPr>
                <w:rFonts w:cs="Times New Roman"/>
                <w:sz w:val="16"/>
                <w:szCs w:val="16"/>
              </w:rPr>
            </w:pPr>
            <w:r w:rsidRPr="00C8713A">
              <w:rPr>
                <w:rFonts w:cs="Times New Roman"/>
                <w:sz w:val="16"/>
                <w:szCs w:val="16"/>
              </w:rPr>
              <w:t>24.0</w:t>
            </w:r>
          </w:p>
        </w:tc>
      </w:tr>
      <w:tr w:rsidR="0099275C" w:rsidRPr="00C8713A" w14:paraId="5219B15B" w14:textId="77777777" w:rsidTr="00123B9D">
        <w:tc>
          <w:tcPr>
            <w:tcW w:w="3065" w:type="dxa"/>
            <w:vAlign w:val="center"/>
          </w:tcPr>
          <w:p w14:paraId="49C2C16E" w14:textId="77777777" w:rsidR="0099275C" w:rsidRPr="00C8713A" w:rsidRDefault="0099275C" w:rsidP="00123B9D">
            <w:pPr>
              <w:rPr>
                <w:rFonts w:cs="Times New Roman"/>
                <w:sz w:val="16"/>
                <w:szCs w:val="16"/>
              </w:rPr>
            </w:pPr>
            <w:r w:rsidRPr="00C8713A">
              <w:rPr>
                <w:rFonts w:cs="Times New Roman"/>
                <w:sz w:val="16"/>
                <w:szCs w:val="16"/>
              </w:rPr>
              <w:t>Al1Mo0.5Nb1Ta0.5Ti1Zr1</w:t>
            </w:r>
          </w:p>
        </w:tc>
        <w:tc>
          <w:tcPr>
            <w:tcW w:w="936" w:type="dxa"/>
            <w:vAlign w:val="center"/>
          </w:tcPr>
          <w:p w14:paraId="4F836B1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FAFE17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9696E18"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CB15CDE"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B449BCC" w14:textId="77777777" w:rsidR="0099275C" w:rsidRPr="00C8713A" w:rsidRDefault="0099275C" w:rsidP="00123B9D">
            <w:pPr>
              <w:rPr>
                <w:rFonts w:cs="Times New Roman"/>
                <w:sz w:val="16"/>
                <w:szCs w:val="16"/>
              </w:rPr>
            </w:pPr>
            <w:r w:rsidRPr="00C8713A">
              <w:rPr>
                <w:rFonts w:cs="Times New Roman"/>
                <w:sz w:val="16"/>
                <w:szCs w:val="16"/>
              </w:rPr>
              <w:t>10.0</w:t>
            </w:r>
          </w:p>
        </w:tc>
      </w:tr>
      <w:tr w:rsidR="0099275C" w:rsidRPr="00C8713A" w14:paraId="63670A2E" w14:textId="77777777" w:rsidTr="00123B9D">
        <w:tc>
          <w:tcPr>
            <w:tcW w:w="3065" w:type="dxa"/>
            <w:vAlign w:val="center"/>
          </w:tcPr>
          <w:p w14:paraId="3EB5DE81" w14:textId="77777777" w:rsidR="0099275C" w:rsidRPr="00C8713A" w:rsidRDefault="0099275C" w:rsidP="00123B9D">
            <w:pPr>
              <w:rPr>
                <w:rFonts w:cs="Times New Roman"/>
                <w:sz w:val="16"/>
                <w:szCs w:val="16"/>
              </w:rPr>
            </w:pPr>
            <w:r w:rsidRPr="00C8713A">
              <w:rPr>
                <w:rFonts w:cs="Times New Roman"/>
                <w:sz w:val="16"/>
                <w:szCs w:val="16"/>
              </w:rPr>
              <w:t>Al1Mo1Nb1Ti1V1</w:t>
            </w:r>
          </w:p>
        </w:tc>
        <w:tc>
          <w:tcPr>
            <w:tcW w:w="936" w:type="dxa"/>
            <w:vAlign w:val="center"/>
          </w:tcPr>
          <w:p w14:paraId="6225CAA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EDCA06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10204D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58107F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21AA634" w14:textId="77777777" w:rsidR="0099275C" w:rsidRPr="00C8713A" w:rsidRDefault="0099275C" w:rsidP="00123B9D">
            <w:pPr>
              <w:rPr>
                <w:rFonts w:cs="Times New Roman"/>
                <w:sz w:val="16"/>
                <w:szCs w:val="16"/>
              </w:rPr>
            </w:pPr>
            <w:r w:rsidRPr="00C8713A">
              <w:rPr>
                <w:rFonts w:cs="Times New Roman"/>
                <w:sz w:val="16"/>
                <w:szCs w:val="16"/>
              </w:rPr>
              <w:t>3.0</w:t>
            </w:r>
          </w:p>
        </w:tc>
      </w:tr>
      <w:tr w:rsidR="0099275C" w:rsidRPr="00C8713A" w14:paraId="51786700" w14:textId="77777777" w:rsidTr="00123B9D">
        <w:tc>
          <w:tcPr>
            <w:tcW w:w="3065" w:type="dxa"/>
            <w:vAlign w:val="center"/>
          </w:tcPr>
          <w:p w14:paraId="02FE7921" w14:textId="77777777" w:rsidR="0099275C" w:rsidRPr="00C8713A" w:rsidRDefault="0099275C" w:rsidP="00123B9D">
            <w:pPr>
              <w:rPr>
                <w:rFonts w:cs="Times New Roman"/>
                <w:sz w:val="16"/>
                <w:szCs w:val="16"/>
              </w:rPr>
            </w:pPr>
            <w:r w:rsidRPr="00C8713A">
              <w:rPr>
                <w:rFonts w:cs="Times New Roman"/>
                <w:sz w:val="16"/>
                <w:szCs w:val="16"/>
              </w:rPr>
              <w:t>Al1Nb1.5Ta0.5Ti1.5Zr0.5</w:t>
            </w:r>
          </w:p>
        </w:tc>
        <w:tc>
          <w:tcPr>
            <w:tcW w:w="936" w:type="dxa"/>
            <w:vAlign w:val="center"/>
          </w:tcPr>
          <w:p w14:paraId="7779A87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14120B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A911FD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C80462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00F9949" w14:textId="77777777" w:rsidR="0099275C" w:rsidRPr="00C8713A" w:rsidRDefault="0099275C" w:rsidP="00123B9D">
            <w:pPr>
              <w:rPr>
                <w:rFonts w:cs="Times New Roman"/>
                <w:sz w:val="16"/>
                <w:szCs w:val="16"/>
              </w:rPr>
            </w:pPr>
            <w:r w:rsidRPr="00C8713A">
              <w:rPr>
                <w:rFonts w:cs="Times New Roman"/>
                <w:sz w:val="16"/>
                <w:szCs w:val="16"/>
              </w:rPr>
              <w:t>4.0</w:t>
            </w:r>
          </w:p>
        </w:tc>
      </w:tr>
      <w:tr w:rsidR="0099275C" w:rsidRPr="00C8713A" w14:paraId="007C4A1D" w14:textId="77777777" w:rsidTr="00123B9D">
        <w:tc>
          <w:tcPr>
            <w:tcW w:w="3065" w:type="dxa"/>
            <w:vAlign w:val="center"/>
          </w:tcPr>
          <w:p w14:paraId="131450E8" w14:textId="77777777" w:rsidR="0099275C" w:rsidRPr="00C8713A" w:rsidRDefault="0099275C" w:rsidP="00123B9D">
            <w:pPr>
              <w:rPr>
                <w:rFonts w:cs="Times New Roman"/>
                <w:sz w:val="16"/>
                <w:szCs w:val="16"/>
              </w:rPr>
            </w:pPr>
            <w:r w:rsidRPr="00C8713A">
              <w:rPr>
                <w:rFonts w:cs="Times New Roman"/>
                <w:sz w:val="16"/>
                <w:szCs w:val="16"/>
              </w:rPr>
              <w:t>Al1Nb1Ti1V1</w:t>
            </w:r>
          </w:p>
        </w:tc>
        <w:tc>
          <w:tcPr>
            <w:tcW w:w="936" w:type="dxa"/>
            <w:vAlign w:val="center"/>
          </w:tcPr>
          <w:p w14:paraId="0D7088F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142ED1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F8DFC71" w14:textId="77777777" w:rsidR="0099275C" w:rsidRPr="00C8713A" w:rsidRDefault="0099275C" w:rsidP="00123B9D">
            <w:pPr>
              <w:rPr>
                <w:rFonts w:cs="Times New Roman"/>
                <w:sz w:val="16"/>
                <w:szCs w:val="16"/>
              </w:rPr>
            </w:pPr>
            <w:r w:rsidRPr="00C8713A">
              <w:rPr>
                <w:rFonts w:cs="Times New Roman"/>
                <w:sz w:val="16"/>
                <w:szCs w:val="16"/>
              </w:rPr>
              <w:t>A</w:t>
            </w:r>
          </w:p>
        </w:tc>
        <w:tc>
          <w:tcPr>
            <w:tcW w:w="1185" w:type="dxa"/>
            <w:vAlign w:val="center"/>
          </w:tcPr>
          <w:p w14:paraId="351A75A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31FA7FC" w14:textId="77777777" w:rsidR="0099275C" w:rsidRPr="00C8713A" w:rsidRDefault="0099275C" w:rsidP="00123B9D">
            <w:pPr>
              <w:rPr>
                <w:rFonts w:cs="Times New Roman"/>
                <w:sz w:val="16"/>
                <w:szCs w:val="16"/>
              </w:rPr>
            </w:pPr>
            <w:r w:rsidRPr="00C8713A">
              <w:rPr>
                <w:rFonts w:cs="Times New Roman"/>
                <w:sz w:val="16"/>
                <w:szCs w:val="16"/>
              </w:rPr>
              <w:t>5.1</w:t>
            </w:r>
          </w:p>
        </w:tc>
      </w:tr>
      <w:tr w:rsidR="0099275C" w:rsidRPr="00C8713A" w14:paraId="7F81EB36" w14:textId="77777777" w:rsidTr="00123B9D">
        <w:tc>
          <w:tcPr>
            <w:tcW w:w="3065" w:type="dxa"/>
            <w:vAlign w:val="center"/>
          </w:tcPr>
          <w:p w14:paraId="3B33ECAA" w14:textId="77777777" w:rsidR="0099275C" w:rsidRPr="00C8713A" w:rsidRDefault="0099275C" w:rsidP="00123B9D">
            <w:pPr>
              <w:rPr>
                <w:rFonts w:cs="Times New Roman"/>
                <w:sz w:val="16"/>
                <w:szCs w:val="16"/>
              </w:rPr>
            </w:pPr>
            <w:r w:rsidRPr="00C8713A">
              <w:rPr>
                <w:rFonts w:cs="Times New Roman"/>
                <w:sz w:val="16"/>
                <w:szCs w:val="16"/>
              </w:rPr>
              <w:t>Al1Nb1Ti1V1</w:t>
            </w:r>
          </w:p>
        </w:tc>
        <w:tc>
          <w:tcPr>
            <w:tcW w:w="936" w:type="dxa"/>
            <w:vAlign w:val="center"/>
          </w:tcPr>
          <w:p w14:paraId="520AFD1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A9C3DA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6F66239" w14:textId="77777777" w:rsidR="0099275C" w:rsidRPr="00C8713A" w:rsidRDefault="0099275C" w:rsidP="00123B9D">
            <w:pPr>
              <w:rPr>
                <w:rFonts w:cs="Times New Roman"/>
                <w:sz w:val="16"/>
                <w:szCs w:val="16"/>
              </w:rPr>
            </w:pPr>
            <w:r w:rsidRPr="00C8713A">
              <w:rPr>
                <w:rFonts w:cs="Times New Roman"/>
                <w:sz w:val="16"/>
                <w:szCs w:val="16"/>
              </w:rPr>
              <w:t>A</w:t>
            </w:r>
          </w:p>
        </w:tc>
        <w:tc>
          <w:tcPr>
            <w:tcW w:w="1185" w:type="dxa"/>
            <w:vAlign w:val="center"/>
          </w:tcPr>
          <w:p w14:paraId="5522F8C7" w14:textId="77777777" w:rsidR="0099275C" w:rsidRPr="00C8713A" w:rsidRDefault="0099275C" w:rsidP="00123B9D">
            <w:pPr>
              <w:rPr>
                <w:rFonts w:cs="Times New Roman"/>
                <w:sz w:val="16"/>
                <w:szCs w:val="16"/>
              </w:rPr>
            </w:pPr>
            <w:r w:rsidRPr="00C8713A">
              <w:rPr>
                <w:rFonts w:cs="Times New Roman"/>
                <w:sz w:val="16"/>
                <w:szCs w:val="16"/>
              </w:rPr>
              <w:t>600</w:t>
            </w:r>
          </w:p>
        </w:tc>
        <w:tc>
          <w:tcPr>
            <w:tcW w:w="1536" w:type="dxa"/>
            <w:vAlign w:val="center"/>
          </w:tcPr>
          <w:p w14:paraId="39AEBC7D" w14:textId="77777777" w:rsidR="0099275C" w:rsidRPr="00C8713A" w:rsidRDefault="0099275C" w:rsidP="00123B9D">
            <w:pPr>
              <w:rPr>
                <w:rFonts w:cs="Times New Roman"/>
                <w:sz w:val="16"/>
                <w:szCs w:val="16"/>
              </w:rPr>
            </w:pPr>
            <w:r w:rsidRPr="00C8713A">
              <w:rPr>
                <w:rFonts w:cs="Times New Roman"/>
                <w:sz w:val="16"/>
                <w:szCs w:val="16"/>
              </w:rPr>
              <w:t>12.25</w:t>
            </w:r>
          </w:p>
        </w:tc>
      </w:tr>
      <w:tr w:rsidR="0099275C" w:rsidRPr="00C8713A" w14:paraId="123E21BE" w14:textId="77777777" w:rsidTr="00123B9D">
        <w:tc>
          <w:tcPr>
            <w:tcW w:w="3065" w:type="dxa"/>
            <w:vAlign w:val="center"/>
          </w:tcPr>
          <w:p w14:paraId="362974B9" w14:textId="77777777" w:rsidR="0099275C" w:rsidRPr="00C8713A" w:rsidRDefault="0099275C" w:rsidP="00123B9D">
            <w:pPr>
              <w:rPr>
                <w:rFonts w:cs="Times New Roman"/>
                <w:sz w:val="16"/>
                <w:szCs w:val="16"/>
              </w:rPr>
            </w:pPr>
            <w:r w:rsidRPr="00C8713A">
              <w:rPr>
                <w:rFonts w:cs="Times New Roman"/>
                <w:sz w:val="16"/>
                <w:szCs w:val="16"/>
              </w:rPr>
              <w:t>Al2Co1Cr1Cu1Fe1Mn1Ni1Ti1V1</w:t>
            </w:r>
          </w:p>
        </w:tc>
        <w:tc>
          <w:tcPr>
            <w:tcW w:w="936" w:type="dxa"/>
            <w:vAlign w:val="center"/>
          </w:tcPr>
          <w:p w14:paraId="6F6FABA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A192CB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2D44211"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3F74FC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1BB8731" w14:textId="77777777" w:rsidR="0099275C" w:rsidRPr="00C8713A" w:rsidRDefault="0099275C" w:rsidP="00123B9D">
            <w:pPr>
              <w:rPr>
                <w:rFonts w:cs="Times New Roman"/>
                <w:sz w:val="16"/>
                <w:szCs w:val="16"/>
              </w:rPr>
            </w:pPr>
            <w:r w:rsidRPr="00C8713A">
              <w:rPr>
                <w:rFonts w:cs="Times New Roman"/>
                <w:sz w:val="16"/>
                <w:szCs w:val="16"/>
              </w:rPr>
              <w:t>2.0</w:t>
            </w:r>
          </w:p>
        </w:tc>
      </w:tr>
      <w:tr w:rsidR="0099275C" w:rsidRPr="00C8713A" w14:paraId="3A09571D" w14:textId="77777777" w:rsidTr="00123B9D">
        <w:tc>
          <w:tcPr>
            <w:tcW w:w="3065" w:type="dxa"/>
            <w:vAlign w:val="center"/>
          </w:tcPr>
          <w:p w14:paraId="74A13FAD" w14:textId="77777777" w:rsidR="0099275C" w:rsidRPr="00C8713A" w:rsidRDefault="0099275C" w:rsidP="00123B9D">
            <w:pPr>
              <w:rPr>
                <w:rFonts w:cs="Times New Roman"/>
                <w:sz w:val="16"/>
                <w:szCs w:val="16"/>
              </w:rPr>
            </w:pPr>
            <w:r w:rsidRPr="00C8713A">
              <w:rPr>
                <w:rFonts w:cs="Times New Roman"/>
                <w:sz w:val="16"/>
                <w:szCs w:val="16"/>
              </w:rPr>
              <w:t>Al2Co1Cr1Fe1Ni1Ti1</w:t>
            </w:r>
          </w:p>
        </w:tc>
        <w:tc>
          <w:tcPr>
            <w:tcW w:w="936" w:type="dxa"/>
            <w:vAlign w:val="center"/>
          </w:tcPr>
          <w:p w14:paraId="6914D5E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F5E8A6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8EFA36C"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C5D4D9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275534C" w14:textId="77777777" w:rsidR="0099275C" w:rsidRPr="00C8713A" w:rsidRDefault="0099275C" w:rsidP="00123B9D">
            <w:pPr>
              <w:rPr>
                <w:rFonts w:cs="Times New Roman"/>
                <w:sz w:val="16"/>
                <w:szCs w:val="16"/>
              </w:rPr>
            </w:pPr>
            <w:r w:rsidRPr="00C8713A">
              <w:rPr>
                <w:rFonts w:cs="Times New Roman"/>
                <w:sz w:val="16"/>
                <w:szCs w:val="16"/>
              </w:rPr>
              <w:t>5.0</w:t>
            </w:r>
          </w:p>
        </w:tc>
      </w:tr>
      <w:tr w:rsidR="0099275C" w:rsidRPr="00C8713A" w14:paraId="764EAB86" w14:textId="77777777" w:rsidTr="00123B9D">
        <w:tc>
          <w:tcPr>
            <w:tcW w:w="3065" w:type="dxa"/>
            <w:vAlign w:val="center"/>
          </w:tcPr>
          <w:p w14:paraId="135FB879" w14:textId="77777777" w:rsidR="0099275C" w:rsidRPr="00C8713A" w:rsidRDefault="0099275C" w:rsidP="00123B9D">
            <w:pPr>
              <w:rPr>
                <w:rFonts w:cs="Times New Roman"/>
                <w:sz w:val="16"/>
                <w:szCs w:val="16"/>
              </w:rPr>
            </w:pPr>
            <w:r w:rsidRPr="00C8713A">
              <w:rPr>
                <w:rFonts w:cs="Times New Roman"/>
                <w:sz w:val="16"/>
                <w:szCs w:val="16"/>
              </w:rPr>
              <w:t>Co1Cr1Mo1Nb1Ti0.4</w:t>
            </w:r>
          </w:p>
        </w:tc>
        <w:tc>
          <w:tcPr>
            <w:tcW w:w="936" w:type="dxa"/>
            <w:vAlign w:val="center"/>
          </w:tcPr>
          <w:p w14:paraId="5A34B1A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28F45C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D73D5E7"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FE1E22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7ACABFC" w14:textId="77777777" w:rsidR="0099275C" w:rsidRPr="00C8713A" w:rsidRDefault="0099275C" w:rsidP="00123B9D">
            <w:pPr>
              <w:rPr>
                <w:rFonts w:cs="Times New Roman"/>
                <w:sz w:val="16"/>
                <w:szCs w:val="16"/>
              </w:rPr>
            </w:pPr>
            <w:r w:rsidRPr="00C8713A">
              <w:rPr>
                <w:rFonts w:cs="Times New Roman"/>
                <w:sz w:val="16"/>
                <w:szCs w:val="16"/>
              </w:rPr>
              <w:t>5.0</w:t>
            </w:r>
          </w:p>
        </w:tc>
      </w:tr>
      <w:tr w:rsidR="0099275C" w:rsidRPr="00C8713A" w14:paraId="36A775BC" w14:textId="77777777" w:rsidTr="00123B9D">
        <w:tc>
          <w:tcPr>
            <w:tcW w:w="3065" w:type="dxa"/>
            <w:vAlign w:val="center"/>
          </w:tcPr>
          <w:p w14:paraId="431730BC" w14:textId="77777777" w:rsidR="0099275C" w:rsidRPr="00C8713A" w:rsidRDefault="0099275C" w:rsidP="00123B9D">
            <w:pPr>
              <w:rPr>
                <w:rFonts w:cs="Times New Roman"/>
                <w:sz w:val="16"/>
                <w:szCs w:val="16"/>
              </w:rPr>
            </w:pPr>
            <w:r w:rsidRPr="00C8713A">
              <w:rPr>
                <w:rFonts w:cs="Times New Roman"/>
                <w:sz w:val="16"/>
                <w:szCs w:val="16"/>
              </w:rPr>
              <w:t>Cr1Fe1Ni1Ti0.4</w:t>
            </w:r>
          </w:p>
        </w:tc>
        <w:tc>
          <w:tcPr>
            <w:tcW w:w="936" w:type="dxa"/>
            <w:vAlign w:val="center"/>
          </w:tcPr>
          <w:p w14:paraId="6BB57C4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C6DA3C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5311065"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64E92E9"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F66D287" w14:textId="77777777" w:rsidR="0099275C" w:rsidRPr="00C8713A" w:rsidRDefault="0099275C" w:rsidP="00123B9D">
            <w:pPr>
              <w:rPr>
                <w:rFonts w:cs="Times New Roman"/>
                <w:sz w:val="16"/>
                <w:szCs w:val="16"/>
              </w:rPr>
            </w:pPr>
            <w:r w:rsidRPr="00C8713A">
              <w:rPr>
                <w:rFonts w:cs="Times New Roman"/>
                <w:sz w:val="16"/>
                <w:szCs w:val="16"/>
              </w:rPr>
              <w:t>6.5</w:t>
            </w:r>
          </w:p>
        </w:tc>
      </w:tr>
      <w:tr w:rsidR="0099275C" w:rsidRPr="00C8713A" w14:paraId="0CA2995E" w14:textId="77777777" w:rsidTr="00123B9D">
        <w:tc>
          <w:tcPr>
            <w:tcW w:w="3065" w:type="dxa"/>
            <w:vAlign w:val="center"/>
          </w:tcPr>
          <w:p w14:paraId="515C8E54" w14:textId="77777777" w:rsidR="0099275C" w:rsidRPr="00C8713A" w:rsidRDefault="0099275C" w:rsidP="00123B9D">
            <w:pPr>
              <w:rPr>
                <w:rFonts w:cs="Times New Roman"/>
                <w:sz w:val="16"/>
                <w:szCs w:val="16"/>
              </w:rPr>
            </w:pPr>
            <w:r w:rsidRPr="00C8713A">
              <w:rPr>
                <w:rFonts w:cs="Times New Roman"/>
                <w:sz w:val="16"/>
                <w:szCs w:val="16"/>
              </w:rPr>
              <w:t>Hf0.24Nb0.23Ti0.38V0.15</w:t>
            </w:r>
          </w:p>
        </w:tc>
        <w:tc>
          <w:tcPr>
            <w:tcW w:w="936" w:type="dxa"/>
            <w:vAlign w:val="center"/>
          </w:tcPr>
          <w:p w14:paraId="66CD0EF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3C433D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9064AB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016E7AB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665DB81" w14:textId="77777777" w:rsidR="0099275C" w:rsidRPr="00C8713A" w:rsidRDefault="0099275C" w:rsidP="00123B9D">
            <w:pPr>
              <w:rPr>
                <w:rFonts w:cs="Times New Roman"/>
                <w:sz w:val="16"/>
                <w:szCs w:val="16"/>
              </w:rPr>
            </w:pPr>
            <w:r w:rsidRPr="00C8713A">
              <w:rPr>
                <w:rFonts w:cs="Times New Roman"/>
                <w:sz w:val="16"/>
                <w:szCs w:val="16"/>
              </w:rPr>
              <w:t>20.6</w:t>
            </w:r>
          </w:p>
        </w:tc>
      </w:tr>
      <w:tr w:rsidR="0099275C" w:rsidRPr="00C8713A" w14:paraId="50903330" w14:textId="77777777" w:rsidTr="00123B9D">
        <w:tc>
          <w:tcPr>
            <w:tcW w:w="3065" w:type="dxa"/>
            <w:vAlign w:val="center"/>
          </w:tcPr>
          <w:p w14:paraId="54E25E48" w14:textId="77777777" w:rsidR="0099275C" w:rsidRPr="00C8713A" w:rsidRDefault="0099275C" w:rsidP="00123B9D">
            <w:pPr>
              <w:rPr>
                <w:rFonts w:cs="Times New Roman"/>
                <w:sz w:val="16"/>
                <w:szCs w:val="16"/>
              </w:rPr>
            </w:pPr>
            <w:r w:rsidRPr="00C8713A">
              <w:rPr>
                <w:rFonts w:cs="Times New Roman"/>
                <w:sz w:val="16"/>
                <w:szCs w:val="16"/>
              </w:rPr>
              <w:t>Hf0.5Mo0.5Nb1Ti1Zr1</w:t>
            </w:r>
          </w:p>
        </w:tc>
        <w:tc>
          <w:tcPr>
            <w:tcW w:w="936" w:type="dxa"/>
            <w:vAlign w:val="center"/>
          </w:tcPr>
          <w:p w14:paraId="0B47D46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DABE362"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63F0563"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ABE783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8159F61" w14:textId="77777777" w:rsidR="0099275C" w:rsidRPr="00C8713A" w:rsidRDefault="0099275C" w:rsidP="00123B9D">
            <w:pPr>
              <w:rPr>
                <w:rFonts w:cs="Times New Roman"/>
                <w:sz w:val="16"/>
                <w:szCs w:val="16"/>
              </w:rPr>
            </w:pPr>
            <w:r w:rsidRPr="00C8713A">
              <w:rPr>
                <w:rFonts w:cs="Times New Roman"/>
                <w:sz w:val="16"/>
                <w:szCs w:val="16"/>
              </w:rPr>
              <w:t>25.0</w:t>
            </w:r>
          </w:p>
        </w:tc>
      </w:tr>
      <w:tr w:rsidR="0099275C" w:rsidRPr="00C8713A" w14:paraId="7F3AAE96" w14:textId="77777777" w:rsidTr="00123B9D">
        <w:tc>
          <w:tcPr>
            <w:tcW w:w="3065" w:type="dxa"/>
            <w:vAlign w:val="center"/>
          </w:tcPr>
          <w:p w14:paraId="4708A84E" w14:textId="77777777" w:rsidR="0099275C" w:rsidRPr="00C8713A" w:rsidRDefault="0099275C" w:rsidP="00123B9D">
            <w:pPr>
              <w:rPr>
                <w:rFonts w:cs="Times New Roman"/>
                <w:sz w:val="16"/>
                <w:szCs w:val="16"/>
              </w:rPr>
            </w:pPr>
            <w:r w:rsidRPr="00C8713A">
              <w:rPr>
                <w:rFonts w:cs="Times New Roman"/>
                <w:sz w:val="16"/>
                <w:szCs w:val="16"/>
              </w:rPr>
              <w:t>Hf0.5Mo1Nb1Ti1Zr1</w:t>
            </w:r>
          </w:p>
        </w:tc>
        <w:tc>
          <w:tcPr>
            <w:tcW w:w="936" w:type="dxa"/>
            <w:vAlign w:val="center"/>
          </w:tcPr>
          <w:p w14:paraId="322D997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A646D7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9C8AA9A"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4245A226"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46A5B3C" w14:textId="77777777" w:rsidR="0099275C" w:rsidRPr="00C8713A" w:rsidRDefault="0099275C" w:rsidP="00123B9D">
            <w:pPr>
              <w:rPr>
                <w:rFonts w:cs="Times New Roman"/>
                <w:sz w:val="16"/>
                <w:szCs w:val="16"/>
              </w:rPr>
            </w:pPr>
            <w:r w:rsidRPr="00C8713A">
              <w:rPr>
                <w:rFonts w:cs="Times New Roman"/>
                <w:sz w:val="16"/>
                <w:szCs w:val="16"/>
              </w:rPr>
              <w:t>12.09</w:t>
            </w:r>
          </w:p>
        </w:tc>
      </w:tr>
      <w:tr w:rsidR="0099275C" w:rsidRPr="00C8713A" w14:paraId="10B71301" w14:textId="77777777" w:rsidTr="00123B9D">
        <w:tc>
          <w:tcPr>
            <w:tcW w:w="3065" w:type="dxa"/>
            <w:vAlign w:val="center"/>
          </w:tcPr>
          <w:p w14:paraId="0948ADA0" w14:textId="77777777" w:rsidR="0099275C" w:rsidRPr="00C8713A" w:rsidRDefault="0099275C" w:rsidP="00123B9D">
            <w:pPr>
              <w:rPr>
                <w:rFonts w:cs="Times New Roman"/>
                <w:sz w:val="16"/>
                <w:szCs w:val="16"/>
              </w:rPr>
            </w:pPr>
            <w:r w:rsidRPr="00C8713A">
              <w:rPr>
                <w:rFonts w:cs="Times New Roman"/>
                <w:sz w:val="16"/>
                <w:szCs w:val="16"/>
              </w:rPr>
              <w:t>Hf0.5Nb0.5Ta0.5Ti1.5Zr1</w:t>
            </w:r>
          </w:p>
        </w:tc>
        <w:tc>
          <w:tcPr>
            <w:tcW w:w="936" w:type="dxa"/>
            <w:vAlign w:val="center"/>
          </w:tcPr>
          <w:p w14:paraId="443993C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FE77CD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EADBA8C"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09DA506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74A193E" w14:textId="77777777" w:rsidR="0099275C" w:rsidRPr="00C8713A" w:rsidRDefault="0099275C" w:rsidP="00123B9D">
            <w:pPr>
              <w:rPr>
                <w:rFonts w:cs="Times New Roman"/>
                <w:sz w:val="16"/>
                <w:szCs w:val="16"/>
              </w:rPr>
            </w:pPr>
            <w:r w:rsidRPr="00C8713A">
              <w:rPr>
                <w:rFonts w:cs="Times New Roman"/>
                <w:sz w:val="16"/>
                <w:szCs w:val="16"/>
              </w:rPr>
              <w:t>18.8</w:t>
            </w:r>
          </w:p>
        </w:tc>
      </w:tr>
      <w:tr w:rsidR="0099275C" w:rsidRPr="00C8713A" w14:paraId="37D1BC68" w14:textId="77777777" w:rsidTr="00123B9D">
        <w:tc>
          <w:tcPr>
            <w:tcW w:w="3065" w:type="dxa"/>
            <w:vAlign w:val="center"/>
          </w:tcPr>
          <w:p w14:paraId="5A60B8AC" w14:textId="77777777" w:rsidR="0099275C" w:rsidRPr="00C8713A" w:rsidRDefault="0099275C" w:rsidP="00123B9D">
            <w:pPr>
              <w:rPr>
                <w:rFonts w:cs="Times New Roman"/>
                <w:sz w:val="16"/>
                <w:szCs w:val="16"/>
              </w:rPr>
            </w:pPr>
            <w:r w:rsidRPr="00C8713A">
              <w:rPr>
                <w:rFonts w:cs="Times New Roman"/>
                <w:sz w:val="16"/>
                <w:szCs w:val="16"/>
              </w:rPr>
              <w:t>Hf1.5Mo1Nb1Ti1Zr1</w:t>
            </w:r>
          </w:p>
        </w:tc>
        <w:tc>
          <w:tcPr>
            <w:tcW w:w="936" w:type="dxa"/>
            <w:vAlign w:val="center"/>
          </w:tcPr>
          <w:p w14:paraId="4B9977E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9989A9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E6FD1B2"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32CC8C0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C23E33E" w14:textId="77777777" w:rsidR="0099275C" w:rsidRPr="00C8713A" w:rsidRDefault="0099275C" w:rsidP="00123B9D">
            <w:pPr>
              <w:rPr>
                <w:rFonts w:cs="Times New Roman"/>
                <w:sz w:val="16"/>
                <w:szCs w:val="16"/>
              </w:rPr>
            </w:pPr>
            <w:r w:rsidRPr="00C8713A">
              <w:rPr>
                <w:rFonts w:cs="Times New Roman"/>
                <w:sz w:val="16"/>
                <w:szCs w:val="16"/>
              </w:rPr>
              <w:t>16.83</w:t>
            </w:r>
          </w:p>
        </w:tc>
      </w:tr>
      <w:tr w:rsidR="0099275C" w:rsidRPr="00C8713A" w14:paraId="7E94821F" w14:textId="77777777" w:rsidTr="00123B9D">
        <w:tc>
          <w:tcPr>
            <w:tcW w:w="3065" w:type="dxa"/>
            <w:vAlign w:val="center"/>
          </w:tcPr>
          <w:p w14:paraId="0435B76E" w14:textId="77777777" w:rsidR="0099275C" w:rsidRPr="00C8713A" w:rsidRDefault="0099275C" w:rsidP="00123B9D">
            <w:pPr>
              <w:rPr>
                <w:rFonts w:cs="Times New Roman"/>
                <w:sz w:val="16"/>
                <w:szCs w:val="16"/>
              </w:rPr>
            </w:pPr>
            <w:r w:rsidRPr="00C8713A">
              <w:rPr>
                <w:rFonts w:cs="Times New Roman"/>
                <w:sz w:val="16"/>
                <w:szCs w:val="16"/>
              </w:rPr>
              <w:t>Hf1Mo0.25Nb1Ta1Ti1Zr1</w:t>
            </w:r>
          </w:p>
        </w:tc>
        <w:tc>
          <w:tcPr>
            <w:tcW w:w="936" w:type="dxa"/>
            <w:vAlign w:val="center"/>
          </w:tcPr>
          <w:p w14:paraId="1BCA9BAE"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6C315D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529925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6E057D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796C871"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5F4F9250" w14:textId="77777777" w:rsidTr="00123B9D">
        <w:tc>
          <w:tcPr>
            <w:tcW w:w="3065" w:type="dxa"/>
            <w:vAlign w:val="center"/>
          </w:tcPr>
          <w:p w14:paraId="2250CEC2" w14:textId="77777777" w:rsidR="0099275C" w:rsidRPr="00C8713A" w:rsidRDefault="0099275C" w:rsidP="00123B9D">
            <w:pPr>
              <w:rPr>
                <w:rFonts w:cs="Times New Roman"/>
                <w:sz w:val="16"/>
                <w:szCs w:val="16"/>
              </w:rPr>
            </w:pPr>
            <w:r w:rsidRPr="00C8713A">
              <w:rPr>
                <w:rFonts w:cs="Times New Roman"/>
                <w:sz w:val="16"/>
                <w:szCs w:val="16"/>
              </w:rPr>
              <w:t>Hf1Mo0.5Nb1Ta1Ti1Zr1</w:t>
            </w:r>
          </w:p>
        </w:tc>
        <w:tc>
          <w:tcPr>
            <w:tcW w:w="936" w:type="dxa"/>
            <w:vAlign w:val="center"/>
          </w:tcPr>
          <w:p w14:paraId="1118A6BF"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9C19EB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3F1B3B6"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A8804A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F26D1E9"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63C60091" w14:textId="77777777" w:rsidTr="00123B9D">
        <w:tc>
          <w:tcPr>
            <w:tcW w:w="3065" w:type="dxa"/>
            <w:vAlign w:val="center"/>
          </w:tcPr>
          <w:p w14:paraId="0AACE986" w14:textId="77777777" w:rsidR="0099275C" w:rsidRPr="00C8713A" w:rsidRDefault="0099275C" w:rsidP="00123B9D">
            <w:pPr>
              <w:rPr>
                <w:rFonts w:cs="Times New Roman"/>
                <w:sz w:val="16"/>
                <w:szCs w:val="16"/>
              </w:rPr>
            </w:pPr>
            <w:r w:rsidRPr="00C8713A">
              <w:rPr>
                <w:rFonts w:cs="Times New Roman"/>
                <w:sz w:val="16"/>
                <w:szCs w:val="16"/>
              </w:rPr>
              <w:t>Hf1Mo0.5Nb1Ti1V0.5</w:t>
            </w:r>
          </w:p>
        </w:tc>
        <w:tc>
          <w:tcPr>
            <w:tcW w:w="936" w:type="dxa"/>
            <w:vAlign w:val="center"/>
          </w:tcPr>
          <w:p w14:paraId="268760B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2963EA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8EF1F6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8959BBA"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E83DD1A" w14:textId="77777777" w:rsidR="0099275C" w:rsidRPr="00C8713A" w:rsidRDefault="0099275C" w:rsidP="00123B9D">
            <w:pPr>
              <w:rPr>
                <w:rFonts w:cs="Times New Roman"/>
                <w:sz w:val="16"/>
                <w:szCs w:val="16"/>
              </w:rPr>
            </w:pPr>
            <w:r w:rsidRPr="00C8713A">
              <w:rPr>
                <w:rFonts w:cs="Times New Roman"/>
                <w:sz w:val="16"/>
                <w:szCs w:val="16"/>
              </w:rPr>
              <w:t>35.0</w:t>
            </w:r>
          </w:p>
        </w:tc>
      </w:tr>
      <w:tr w:rsidR="0099275C" w:rsidRPr="00C8713A" w14:paraId="47EECF50" w14:textId="77777777" w:rsidTr="00123B9D">
        <w:tc>
          <w:tcPr>
            <w:tcW w:w="3065" w:type="dxa"/>
            <w:vAlign w:val="center"/>
          </w:tcPr>
          <w:p w14:paraId="3E109783" w14:textId="77777777" w:rsidR="0099275C" w:rsidRPr="00C8713A" w:rsidRDefault="0099275C" w:rsidP="00123B9D">
            <w:pPr>
              <w:rPr>
                <w:rFonts w:cs="Times New Roman"/>
                <w:sz w:val="16"/>
                <w:szCs w:val="16"/>
              </w:rPr>
            </w:pPr>
            <w:r w:rsidRPr="00C8713A">
              <w:rPr>
                <w:rFonts w:cs="Times New Roman"/>
                <w:sz w:val="16"/>
                <w:szCs w:val="16"/>
              </w:rPr>
              <w:t>Hf1Mo0.5Nb1Ti1V0.5</w:t>
            </w:r>
          </w:p>
        </w:tc>
        <w:tc>
          <w:tcPr>
            <w:tcW w:w="936" w:type="dxa"/>
            <w:vAlign w:val="center"/>
          </w:tcPr>
          <w:p w14:paraId="1D91587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BFB282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D3FCA4B"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3405139"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4578D777" w14:textId="77777777" w:rsidR="0099275C" w:rsidRPr="00C8713A" w:rsidRDefault="0099275C" w:rsidP="00123B9D">
            <w:pPr>
              <w:rPr>
                <w:rFonts w:cs="Times New Roman"/>
                <w:sz w:val="16"/>
                <w:szCs w:val="16"/>
              </w:rPr>
            </w:pPr>
            <w:r w:rsidRPr="00C8713A">
              <w:rPr>
                <w:rFonts w:cs="Times New Roman"/>
                <w:sz w:val="16"/>
                <w:szCs w:val="16"/>
              </w:rPr>
              <w:t>35.0</w:t>
            </w:r>
          </w:p>
        </w:tc>
      </w:tr>
      <w:tr w:rsidR="0099275C" w:rsidRPr="00C8713A" w14:paraId="622B977F" w14:textId="77777777" w:rsidTr="00123B9D">
        <w:tc>
          <w:tcPr>
            <w:tcW w:w="3065" w:type="dxa"/>
            <w:vAlign w:val="center"/>
          </w:tcPr>
          <w:p w14:paraId="2F941D29" w14:textId="77777777" w:rsidR="0099275C" w:rsidRPr="00C8713A" w:rsidRDefault="0099275C" w:rsidP="00123B9D">
            <w:pPr>
              <w:rPr>
                <w:rFonts w:cs="Times New Roman"/>
                <w:sz w:val="16"/>
                <w:szCs w:val="16"/>
              </w:rPr>
            </w:pPr>
            <w:r w:rsidRPr="00C8713A">
              <w:rPr>
                <w:rFonts w:cs="Times New Roman"/>
                <w:sz w:val="16"/>
                <w:szCs w:val="16"/>
              </w:rPr>
              <w:t>Hf1Mo0.5Nb1Ti1V0.5</w:t>
            </w:r>
          </w:p>
        </w:tc>
        <w:tc>
          <w:tcPr>
            <w:tcW w:w="936" w:type="dxa"/>
            <w:vAlign w:val="center"/>
          </w:tcPr>
          <w:p w14:paraId="602F735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7692C2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8CF6939"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8048B20" w14:textId="77777777" w:rsidR="0099275C" w:rsidRPr="00C8713A" w:rsidRDefault="0099275C" w:rsidP="00123B9D">
            <w:pPr>
              <w:rPr>
                <w:rFonts w:cs="Times New Roman"/>
                <w:sz w:val="16"/>
                <w:szCs w:val="16"/>
              </w:rPr>
            </w:pPr>
            <w:r w:rsidRPr="00C8713A">
              <w:rPr>
                <w:rFonts w:cs="Times New Roman"/>
                <w:sz w:val="16"/>
                <w:szCs w:val="16"/>
              </w:rPr>
              <w:t>1200</w:t>
            </w:r>
          </w:p>
        </w:tc>
        <w:tc>
          <w:tcPr>
            <w:tcW w:w="1536" w:type="dxa"/>
            <w:vAlign w:val="center"/>
          </w:tcPr>
          <w:p w14:paraId="3159EED1" w14:textId="77777777" w:rsidR="0099275C" w:rsidRPr="00C8713A" w:rsidRDefault="0099275C" w:rsidP="00123B9D">
            <w:pPr>
              <w:rPr>
                <w:rFonts w:cs="Times New Roman"/>
                <w:sz w:val="16"/>
                <w:szCs w:val="16"/>
              </w:rPr>
            </w:pPr>
            <w:r w:rsidRPr="00C8713A">
              <w:rPr>
                <w:rFonts w:cs="Times New Roman"/>
                <w:sz w:val="16"/>
                <w:szCs w:val="16"/>
              </w:rPr>
              <w:t>35.0</w:t>
            </w:r>
          </w:p>
        </w:tc>
      </w:tr>
      <w:tr w:rsidR="0099275C" w:rsidRPr="00C8713A" w14:paraId="790C6404" w14:textId="77777777" w:rsidTr="00123B9D">
        <w:tc>
          <w:tcPr>
            <w:tcW w:w="3065" w:type="dxa"/>
            <w:vAlign w:val="center"/>
          </w:tcPr>
          <w:p w14:paraId="3D5FDF98" w14:textId="77777777" w:rsidR="0099275C" w:rsidRPr="00C8713A" w:rsidRDefault="0099275C" w:rsidP="00123B9D">
            <w:pPr>
              <w:rPr>
                <w:rFonts w:cs="Times New Roman"/>
                <w:sz w:val="16"/>
                <w:szCs w:val="16"/>
              </w:rPr>
            </w:pPr>
            <w:r w:rsidRPr="00C8713A">
              <w:rPr>
                <w:rFonts w:cs="Times New Roman"/>
                <w:sz w:val="16"/>
                <w:szCs w:val="16"/>
              </w:rPr>
              <w:t>Hf1Mo0.75Nb1Ta1Ti1Zr1</w:t>
            </w:r>
          </w:p>
        </w:tc>
        <w:tc>
          <w:tcPr>
            <w:tcW w:w="936" w:type="dxa"/>
            <w:vAlign w:val="center"/>
          </w:tcPr>
          <w:p w14:paraId="221198BF"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81D98A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275FA29"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30AD94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23E3F3B"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46BB2BB9" w14:textId="77777777" w:rsidTr="00123B9D">
        <w:tc>
          <w:tcPr>
            <w:tcW w:w="3065" w:type="dxa"/>
            <w:vAlign w:val="center"/>
          </w:tcPr>
          <w:p w14:paraId="6B65E663" w14:textId="77777777" w:rsidR="0099275C" w:rsidRPr="00C8713A" w:rsidRDefault="0099275C" w:rsidP="00123B9D">
            <w:pPr>
              <w:rPr>
                <w:rFonts w:cs="Times New Roman"/>
                <w:sz w:val="16"/>
                <w:szCs w:val="16"/>
              </w:rPr>
            </w:pPr>
            <w:r w:rsidRPr="00C8713A">
              <w:rPr>
                <w:rFonts w:cs="Times New Roman"/>
                <w:sz w:val="16"/>
                <w:szCs w:val="16"/>
              </w:rPr>
              <w:t>Hf1Mo1.5Nb1Ti1Zr1</w:t>
            </w:r>
          </w:p>
        </w:tc>
        <w:tc>
          <w:tcPr>
            <w:tcW w:w="936" w:type="dxa"/>
            <w:vAlign w:val="center"/>
          </w:tcPr>
          <w:p w14:paraId="3F44446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900CE3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EF36FDD"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0C175C5C"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73EFEA0" w14:textId="77777777" w:rsidR="0099275C" w:rsidRPr="00C8713A" w:rsidRDefault="0099275C" w:rsidP="00123B9D">
            <w:pPr>
              <w:rPr>
                <w:rFonts w:cs="Times New Roman"/>
                <w:sz w:val="16"/>
                <w:szCs w:val="16"/>
              </w:rPr>
            </w:pPr>
            <w:r w:rsidRPr="00C8713A">
              <w:rPr>
                <w:rFonts w:cs="Times New Roman"/>
                <w:sz w:val="16"/>
                <w:szCs w:val="16"/>
              </w:rPr>
              <w:t>10.83</w:t>
            </w:r>
          </w:p>
        </w:tc>
      </w:tr>
      <w:tr w:rsidR="0099275C" w:rsidRPr="00C8713A" w14:paraId="6C4F9E71" w14:textId="77777777" w:rsidTr="00123B9D">
        <w:tc>
          <w:tcPr>
            <w:tcW w:w="3065" w:type="dxa"/>
            <w:vAlign w:val="center"/>
          </w:tcPr>
          <w:p w14:paraId="15892BC1" w14:textId="77777777" w:rsidR="0099275C" w:rsidRPr="00C8713A" w:rsidRDefault="0099275C" w:rsidP="00123B9D">
            <w:pPr>
              <w:rPr>
                <w:rFonts w:cs="Times New Roman"/>
                <w:sz w:val="16"/>
                <w:szCs w:val="16"/>
              </w:rPr>
            </w:pPr>
            <w:r w:rsidRPr="00C8713A">
              <w:rPr>
                <w:rFonts w:cs="Times New Roman"/>
                <w:sz w:val="16"/>
                <w:szCs w:val="16"/>
              </w:rPr>
              <w:t>Hf1Mo1Nb0.5Ti1Zr1</w:t>
            </w:r>
          </w:p>
        </w:tc>
        <w:tc>
          <w:tcPr>
            <w:tcW w:w="936" w:type="dxa"/>
            <w:vAlign w:val="center"/>
          </w:tcPr>
          <w:p w14:paraId="4A6052E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C58F57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BCE44CE"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2332538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CBA25F9" w14:textId="77777777" w:rsidR="0099275C" w:rsidRPr="00C8713A" w:rsidRDefault="0099275C" w:rsidP="00123B9D">
            <w:pPr>
              <w:rPr>
                <w:rFonts w:cs="Times New Roman"/>
                <w:sz w:val="16"/>
                <w:szCs w:val="16"/>
              </w:rPr>
            </w:pPr>
            <w:r w:rsidRPr="00C8713A">
              <w:rPr>
                <w:rFonts w:cs="Times New Roman"/>
                <w:sz w:val="16"/>
                <w:szCs w:val="16"/>
              </w:rPr>
              <w:t>13.02</w:t>
            </w:r>
          </w:p>
        </w:tc>
      </w:tr>
      <w:tr w:rsidR="0099275C" w:rsidRPr="00C8713A" w14:paraId="6FF6BD68" w14:textId="77777777" w:rsidTr="00123B9D">
        <w:tc>
          <w:tcPr>
            <w:tcW w:w="3065" w:type="dxa"/>
            <w:vAlign w:val="center"/>
          </w:tcPr>
          <w:p w14:paraId="457E3ED9" w14:textId="77777777" w:rsidR="0099275C" w:rsidRPr="00C8713A" w:rsidRDefault="0099275C" w:rsidP="00123B9D">
            <w:pPr>
              <w:rPr>
                <w:rFonts w:cs="Times New Roman"/>
                <w:sz w:val="16"/>
                <w:szCs w:val="16"/>
              </w:rPr>
            </w:pPr>
            <w:r w:rsidRPr="00C8713A">
              <w:rPr>
                <w:rFonts w:cs="Times New Roman"/>
                <w:sz w:val="16"/>
                <w:szCs w:val="16"/>
              </w:rPr>
              <w:t>Hf1Mo1Nb1.5Ti1Zr1</w:t>
            </w:r>
          </w:p>
        </w:tc>
        <w:tc>
          <w:tcPr>
            <w:tcW w:w="936" w:type="dxa"/>
            <w:vAlign w:val="center"/>
          </w:tcPr>
          <w:p w14:paraId="173DF6F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F37CC9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AB1013E"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5389846F"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DAA7927" w14:textId="77777777" w:rsidR="0099275C" w:rsidRPr="00C8713A" w:rsidRDefault="0099275C" w:rsidP="00123B9D">
            <w:pPr>
              <w:rPr>
                <w:rFonts w:cs="Times New Roman"/>
                <w:sz w:val="16"/>
                <w:szCs w:val="16"/>
              </w:rPr>
            </w:pPr>
            <w:r w:rsidRPr="00C8713A">
              <w:rPr>
                <w:rFonts w:cs="Times New Roman"/>
                <w:sz w:val="16"/>
                <w:szCs w:val="16"/>
              </w:rPr>
              <w:t>23.97</w:t>
            </w:r>
          </w:p>
        </w:tc>
      </w:tr>
      <w:tr w:rsidR="0099275C" w:rsidRPr="00C8713A" w14:paraId="6D6AD07C" w14:textId="77777777" w:rsidTr="00123B9D">
        <w:tc>
          <w:tcPr>
            <w:tcW w:w="3065" w:type="dxa"/>
            <w:vAlign w:val="center"/>
          </w:tcPr>
          <w:p w14:paraId="67CD42BA" w14:textId="77777777" w:rsidR="0099275C" w:rsidRPr="00C8713A" w:rsidRDefault="0099275C" w:rsidP="00123B9D">
            <w:pPr>
              <w:rPr>
                <w:rFonts w:cs="Times New Roman"/>
                <w:sz w:val="16"/>
                <w:szCs w:val="16"/>
              </w:rPr>
            </w:pPr>
            <w:r w:rsidRPr="00C8713A">
              <w:rPr>
                <w:rFonts w:cs="Times New Roman"/>
                <w:sz w:val="16"/>
                <w:szCs w:val="16"/>
              </w:rPr>
              <w:t>Hf1Mo1Nb1Ta1Ti1</w:t>
            </w:r>
          </w:p>
        </w:tc>
        <w:tc>
          <w:tcPr>
            <w:tcW w:w="936" w:type="dxa"/>
            <w:vAlign w:val="center"/>
          </w:tcPr>
          <w:p w14:paraId="4885D4D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1429B2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3466A8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F727F16"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6823CFF" w14:textId="77777777" w:rsidR="0099275C" w:rsidRPr="00C8713A" w:rsidRDefault="0099275C" w:rsidP="00123B9D">
            <w:pPr>
              <w:rPr>
                <w:rFonts w:cs="Times New Roman"/>
                <w:sz w:val="16"/>
                <w:szCs w:val="16"/>
              </w:rPr>
            </w:pPr>
            <w:r w:rsidRPr="00C8713A">
              <w:rPr>
                <w:rFonts w:cs="Times New Roman"/>
                <w:sz w:val="16"/>
                <w:szCs w:val="16"/>
              </w:rPr>
              <w:t>27.0</w:t>
            </w:r>
          </w:p>
        </w:tc>
      </w:tr>
      <w:tr w:rsidR="0099275C" w:rsidRPr="00C8713A" w14:paraId="3BBE5B88" w14:textId="77777777" w:rsidTr="00123B9D">
        <w:tc>
          <w:tcPr>
            <w:tcW w:w="3065" w:type="dxa"/>
            <w:vAlign w:val="center"/>
          </w:tcPr>
          <w:p w14:paraId="35CD1AAF"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936" w:type="dxa"/>
            <w:vAlign w:val="center"/>
          </w:tcPr>
          <w:p w14:paraId="18858C4F"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6647948"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78D9D0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ECE795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2114630" w14:textId="77777777" w:rsidR="0099275C" w:rsidRPr="00C8713A" w:rsidRDefault="0099275C" w:rsidP="00123B9D">
            <w:pPr>
              <w:rPr>
                <w:rFonts w:cs="Times New Roman"/>
                <w:sz w:val="16"/>
                <w:szCs w:val="16"/>
              </w:rPr>
            </w:pPr>
            <w:r w:rsidRPr="00C8713A">
              <w:rPr>
                <w:rFonts w:cs="Times New Roman"/>
                <w:sz w:val="16"/>
                <w:szCs w:val="16"/>
              </w:rPr>
              <w:t>12.0</w:t>
            </w:r>
          </w:p>
        </w:tc>
      </w:tr>
      <w:tr w:rsidR="0099275C" w:rsidRPr="00C8713A" w14:paraId="7FBAB289" w14:textId="77777777" w:rsidTr="00123B9D">
        <w:tc>
          <w:tcPr>
            <w:tcW w:w="3065" w:type="dxa"/>
            <w:vAlign w:val="center"/>
          </w:tcPr>
          <w:p w14:paraId="10CA3DCF"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936" w:type="dxa"/>
            <w:vAlign w:val="center"/>
          </w:tcPr>
          <w:p w14:paraId="39B1FA0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BD1B17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692E52C"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C6E9E07"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7AB15299" w14:textId="77777777" w:rsidR="0099275C" w:rsidRPr="00C8713A" w:rsidRDefault="0099275C" w:rsidP="00123B9D">
            <w:pPr>
              <w:rPr>
                <w:rFonts w:cs="Times New Roman"/>
                <w:sz w:val="16"/>
                <w:szCs w:val="16"/>
              </w:rPr>
            </w:pPr>
            <w:r w:rsidRPr="00C8713A">
              <w:rPr>
                <w:rFonts w:cs="Times New Roman"/>
                <w:sz w:val="16"/>
                <w:szCs w:val="16"/>
              </w:rPr>
              <w:t>23.0</w:t>
            </w:r>
          </w:p>
        </w:tc>
      </w:tr>
      <w:tr w:rsidR="0099275C" w:rsidRPr="00C8713A" w14:paraId="45AA026A" w14:textId="77777777" w:rsidTr="00123B9D">
        <w:tc>
          <w:tcPr>
            <w:tcW w:w="3065" w:type="dxa"/>
            <w:vAlign w:val="center"/>
          </w:tcPr>
          <w:p w14:paraId="386034D2"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936" w:type="dxa"/>
            <w:vAlign w:val="center"/>
          </w:tcPr>
          <w:p w14:paraId="5DD72A4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27E361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EEE0F0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DC49235"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2929DA57"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0EF48B5E" w14:textId="77777777" w:rsidTr="00123B9D">
        <w:tc>
          <w:tcPr>
            <w:tcW w:w="3065" w:type="dxa"/>
            <w:vAlign w:val="center"/>
          </w:tcPr>
          <w:p w14:paraId="262B68F0" w14:textId="77777777" w:rsidR="0099275C" w:rsidRPr="00C8713A" w:rsidRDefault="0099275C" w:rsidP="00123B9D">
            <w:pPr>
              <w:rPr>
                <w:rFonts w:cs="Times New Roman"/>
                <w:sz w:val="16"/>
                <w:szCs w:val="16"/>
              </w:rPr>
            </w:pPr>
            <w:r w:rsidRPr="00C8713A">
              <w:rPr>
                <w:rFonts w:cs="Times New Roman"/>
                <w:sz w:val="16"/>
                <w:szCs w:val="16"/>
              </w:rPr>
              <w:t>Hf1Mo1Nb1Ta1Ti1Zr1</w:t>
            </w:r>
          </w:p>
        </w:tc>
        <w:tc>
          <w:tcPr>
            <w:tcW w:w="936" w:type="dxa"/>
            <w:vAlign w:val="center"/>
          </w:tcPr>
          <w:p w14:paraId="6A657D2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27F235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27AFF0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397254E" w14:textId="77777777" w:rsidR="0099275C" w:rsidRPr="00C8713A" w:rsidRDefault="0099275C" w:rsidP="00123B9D">
            <w:pPr>
              <w:rPr>
                <w:rFonts w:cs="Times New Roman"/>
                <w:sz w:val="16"/>
                <w:szCs w:val="16"/>
              </w:rPr>
            </w:pPr>
            <w:r w:rsidRPr="00C8713A">
              <w:rPr>
                <w:rFonts w:cs="Times New Roman"/>
                <w:sz w:val="16"/>
                <w:szCs w:val="16"/>
              </w:rPr>
              <w:t>1200</w:t>
            </w:r>
          </w:p>
        </w:tc>
        <w:tc>
          <w:tcPr>
            <w:tcW w:w="1536" w:type="dxa"/>
            <w:vAlign w:val="center"/>
          </w:tcPr>
          <w:p w14:paraId="087F1926"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0BB06FC8" w14:textId="77777777" w:rsidTr="00123B9D">
        <w:tc>
          <w:tcPr>
            <w:tcW w:w="3065" w:type="dxa"/>
            <w:vAlign w:val="center"/>
          </w:tcPr>
          <w:p w14:paraId="56935057" w14:textId="77777777" w:rsidR="0099275C" w:rsidRPr="00C8713A" w:rsidRDefault="0099275C" w:rsidP="00123B9D">
            <w:pPr>
              <w:rPr>
                <w:rFonts w:cs="Times New Roman"/>
                <w:sz w:val="16"/>
                <w:szCs w:val="16"/>
              </w:rPr>
            </w:pPr>
            <w:r w:rsidRPr="00C8713A">
              <w:rPr>
                <w:rFonts w:cs="Times New Roman"/>
                <w:sz w:val="16"/>
                <w:szCs w:val="16"/>
              </w:rPr>
              <w:t>Hf1Mo1Nb1Ti0.5Zr1</w:t>
            </w:r>
          </w:p>
        </w:tc>
        <w:tc>
          <w:tcPr>
            <w:tcW w:w="936" w:type="dxa"/>
            <w:vAlign w:val="center"/>
          </w:tcPr>
          <w:p w14:paraId="6C7E067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9CB4D3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75EEB9C"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1F81A05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AF09C7E" w14:textId="77777777" w:rsidR="0099275C" w:rsidRPr="00C8713A" w:rsidRDefault="0099275C" w:rsidP="00123B9D">
            <w:pPr>
              <w:rPr>
                <w:rFonts w:cs="Times New Roman"/>
                <w:sz w:val="16"/>
                <w:szCs w:val="16"/>
              </w:rPr>
            </w:pPr>
            <w:r w:rsidRPr="00C8713A">
              <w:rPr>
                <w:rFonts w:cs="Times New Roman"/>
                <w:sz w:val="16"/>
                <w:szCs w:val="16"/>
              </w:rPr>
              <w:t>12.08</w:t>
            </w:r>
          </w:p>
        </w:tc>
      </w:tr>
      <w:tr w:rsidR="0099275C" w:rsidRPr="00C8713A" w14:paraId="2891A0C7" w14:textId="77777777" w:rsidTr="00123B9D">
        <w:tc>
          <w:tcPr>
            <w:tcW w:w="3065" w:type="dxa"/>
            <w:vAlign w:val="center"/>
          </w:tcPr>
          <w:p w14:paraId="0ABD159D" w14:textId="77777777" w:rsidR="0099275C" w:rsidRPr="00C8713A" w:rsidRDefault="0099275C" w:rsidP="00123B9D">
            <w:pPr>
              <w:rPr>
                <w:rFonts w:cs="Times New Roman"/>
                <w:sz w:val="16"/>
                <w:szCs w:val="16"/>
              </w:rPr>
            </w:pPr>
            <w:r w:rsidRPr="00C8713A">
              <w:rPr>
                <w:rFonts w:cs="Times New Roman"/>
                <w:sz w:val="16"/>
                <w:szCs w:val="16"/>
              </w:rPr>
              <w:t>Hf1Mo1Nb1Ti1.5Zr1</w:t>
            </w:r>
          </w:p>
        </w:tc>
        <w:tc>
          <w:tcPr>
            <w:tcW w:w="936" w:type="dxa"/>
            <w:vAlign w:val="center"/>
          </w:tcPr>
          <w:p w14:paraId="12F2E63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B770FC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1A4C417"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5903AA2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CA3877C" w14:textId="77777777" w:rsidR="0099275C" w:rsidRPr="00C8713A" w:rsidRDefault="0099275C" w:rsidP="00123B9D">
            <w:pPr>
              <w:rPr>
                <w:rFonts w:cs="Times New Roman"/>
                <w:sz w:val="16"/>
                <w:szCs w:val="16"/>
              </w:rPr>
            </w:pPr>
            <w:r w:rsidRPr="00C8713A">
              <w:rPr>
                <w:rFonts w:cs="Times New Roman"/>
                <w:sz w:val="16"/>
                <w:szCs w:val="16"/>
              </w:rPr>
              <w:t>28.98</w:t>
            </w:r>
          </w:p>
        </w:tc>
      </w:tr>
      <w:tr w:rsidR="0099275C" w:rsidRPr="00C8713A" w14:paraId="6BBBD018" w14:textId="77777777" w:rsidTr="00123B9D">
        <w:tc>
          <w:tcPr>
            <w:tcW w:w="3065" w:type="dxa"/>
            <w:vAlign w:val="center"/>
          </w:tcPr>
          <w:p w14:paraId="75D1A82A" w14:textId="77777777" w:rsidR="0099275C" w:rsidRPr="00C8713A" w:rsidRDefault="0099275C" w:rsidP="00123B9D">
            <w:pPr>
              <w:rPr>
                <w:rFonts w:cs="Times New Roman"/>
                <w:sz w:val="16"/>
                <w:szCs w:val="16"/>
              </w:rPr>
            </w:pPr>
            <w:r w:rsidRPr="00C8713A">
              <w:rPr>
                <w:rFonts w:cs="Times New Roman"/>
                <w:sz w:val="16"/>
                <w:szCs w:val="16"/>
              </w:rPr>
              <w:t>Hf1Mo1Nb1Ti1Zr0.5</w:t>
            </w:r>
          </w:p>
        </w:tc>
        <w:tc>
          <w:tcPr>
            <w:tcW w:w="936" w:type="dxa"/>
            <w:vAlign w:val="center"/>
          </w:tcPr>
          <w:p w14:paraId="072D441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E9A623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3B626AE"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6DF6A74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A7BD58A" w14:textId="77777777" w:rsidR="0099275C" w:rsidRPr="00C8713A" w:rsidRDefault="0099275C" w:rsidP="00123B9D">
            <w:pPr>
              <w:rPr>
                <w:rFonts w:cs="Times New Roman"/>
                <w:sz w:val="16"/>
                <w:szCs w:val="16"/>
              </w:rPr>
            </w:pPr>
            <w:r w:rsidRPr="00C8713A">
              <w:rPr>
                <w:rFonts w:cs="Times New Roman"/>
                <w:sz w:val="16"/>
                <w:szCs w:val="16"/>
              </w:rPr>
              <w:t>18.02</w:t>
            </w:r>
          </w:p>
        </w:tc>
      </w:tr>
      <w:tr w:rsidR="0099275C" w:rsidRPr="00C8713A" w14:paraId="4337642D" w14:textId="77777777" w:rsidTr="00123B9D">
        <w:tc>
          <w:tcPr>
            <w:tcW w:w="3065" w:type="dxa"/>
            <w:vAlign w:val="center"/>
          </w:tcPr>
          <w:p w14:paraId="1F2B1511" w14:textId="77777777" w:rsidR="0099275C" w:rsidRPr="00C8713A" w:rsidRDefault="0099275C" w:rsidP="00123B9D">
            <w:pPr>
              <w:rPr>
                <w:rFonts w:cs="Times New Roman"/>
                <w:sz w:val="16"/>
                <w:szCs w:val="16"/>
              </w:rPr>
            </w:pPr>
            <w:r w:rsidRPr="00C8713A">
              <w:rPr>
                <w:rFonts w:cs="Times New Roman"/>
                <w:sz w:val="16"/>
                <w:szCs w:val="16"/>
              </w:rPr>
              <w:t>Hf1Mo1Nb1Ti1Zr1</w:t>
            </w:r>
          </w:p>
        </w:tc>
        <w:tc>
          <w:tcPr>
            <w:tcW w:w="936" w:type="dxa"/>
            <w:vAlign w:val="center"/>
          </w:tcPr>
          <w:p w14:paraId="52D3F9D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9240CE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70F3641"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4DA15AFE"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22C9405" w14:textId="77777777" w:rsidR="0099275C" w:rsidRPr="00C8713A" w:rsidRDefault="0099275C" w:rsidP="00123B9D">
            <w:pPr>
              <w:rPr>
                <w:rFonts w:cs="Times New Roman"/>
                <w:sz w:val="16"/>
                <w:szCs w:val="16"/>
              </w:rPr>
            </w:pPr>
            <w:r w:rsidRPr="00C8713A">
              <w:rPr>
                <w:rFonts w:cs="Times New Roman"/>
                <w:sz w:val="16"/>
                <w:szCs w:val="16"/>
              </w:rPr>
              <w:t>10.12</w:t>
            </w:r>
          </w:p>
        </w:tc>
      </w:tr>
      <w:tr w:rsidR="0099275C" w:rsidRPr="00C8713A" w14:paraId="31B57880" w14:textId="77777777" w:rsidTr="00123B9D">
        <w:tc>
          <w:tcPr>
            <w:tcW w:w="3065" w:type="dxa"/>
            <w:vAlign w:val="center"/>
          </w:tcPr>
          <w:p w14:paraId="3F0ADC74" w14:textId="77777777" w:rsidR="0099275C" w:rsidRPr="00C8713A" w:rsidRDefault="0099275C" w:rsidP="00123B9D">
            <w:pPr>
              <w:rPr>
                <w:rFonts w:cs="Times New Roman"/>
                <w:sz w:val="16"/>
                <w:szCs w:val="16"/>
              </w:rPr>
            </w:pPr>
            <w:r w:rsidRPr="00C8713A">
              <w:rPr>
                <w:rFonts w:cs="Times New Roman"/>
                <w:sz w:val="16"/>
                <w:szCs w:val="16"/>
              </w:rPr>
              <w:t>Hf1Mo1Nb1Ti1Zr1.5</w:t>
            </w:r>
          </w:p>
        </w:tc>
        <w:tc>
          <w:tcPr>
            <w:tcW w:w="936" w:type="dxa"/>
            <w:vAlign w:val="center"/>
          </w:tcPr>
          <w:p w14:paraId="1EB81A4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7D4918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0DF8DF5"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2B55C666"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4A8FB18" w14:textId="77777777" w:rsidR="0099275C" w:rsidRPr="00C8713A" w:rsidRDefault="0099275C" w:rsidP="00123B9D">
            <w:pPr>
              <w:rPr>
                <w:rFonts w:cs="Times New Roman"/>
                <w:sz w:val="16"/>
                <w:szCs w:val="16"/>
              </w:rPr>
            </w:pPr>
            <w:r w:rsidRPr="00C8713A">
              <w:rPr>
                <w:rFonts w:cs="Times New Roman"/>
                <w:sz w:val="16"/>
                <w:szCs w:val="16"/>
              </w:rPr>
              <w:t>16.09</w:t>
            </w:r>
          </w:p>
        </w:tc>
      </w:tr>
      <w:tr w:rsidR="0099275C" w:rsidRPr="00C8713A" w14:paraId="7F18BD71" w14:textId="77777777" w:rsidTr="00123B9D">
        <w:tc>
          <w:tcPr>
            <w:tcW w:w="3065" w:type="dxa"/>
            <w:vAlign w:val="center"/>
          </w:tcPr>
          <w:p w14:paraId="19DC837F"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936" w:type="dxa"/>
            <w:vAlign w:val="center"/>
          </w:tcPr>
          <w:p w14:paraId="3BAD4D1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2726C48"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AB0B73B"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87251A9"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4B3C1A6" w14:textId="77777777" w:rsidR="0099275C" w:rsidRPr="00C8713A" w:rsidRDefault="0099275C" w:rsidP="00123B9D">
            <w:pPr>
              <w:rPr>
                <w:rFonts w:cs="Times New Roman"/>
                <w:sz w:val="16"/>
                <w:szCs w:val="16"/>
              </w:rPr>
            </w:pPr>
            <w:r w:rsidRPr="00C8713A">
              <w:rPr>
                <w:rFonts w:cs="Times New Roman"/>
                <w:sz w:val="16"/>
                <w:szCs w:val="16"/>
              </w:rPr>
              <w:t>4.0</w:t>
            </w:r>
          </w:p>
        </w:tc>
      </w:tr>
      <w:tr w:rsidR="0099275C" w:rsidRPr="00C8713A" w14:paraId="3130F84C" w14:textId="77777777" w:rsidTr="00123B9D">
        <w:tc>
          <w:tcPr>
            <w:tcW w:w="3065" w:type="dxa"/>
            <w:vAlign w:val="center"/>
          </w:tcPr>
          <w:p w14:paraId="73288478"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936" w:type="dxa"/>
            <w:vAlign w:val="center"/>
          </w:tcPr>
          <w:p w14:paraId="746EE98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E00C1B8"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E14912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6124350"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15AD3758" w14:textId="77777777" w:rsidR="0099275C" w:rsidRPr="00C8713A" w:rsidRDefault="0099275C" w:rsidP="00123B9D">
            <w:pPr>
              <w:rPr>
                <w:rFonts w:cs="Times New Roman"/>
                <w:sz w:val="16"/>
                <w:szCs w:val="16"/>
              </w:rPr>
            </w:pPr>
            <w:r w:rsidRPr="00C8713A">
              <w:rPr>
                <w:rFonts w:cs="Times New Roman"/>
                <w:sz w:val="16"/>
                <w:szCs w:val="16"/>
              </w:rPr>
              <w:t>19.0</w:t>
            </w:r>
          </w:p>
        </w:tc>
      </w:tr>
      <w:tr w:rsidR="0099275C" w:rsidRPr="00C8713A" w14:paraId="1AB7A53B" w14:textId="77777777" w:rsidTr="00123B9D">
        <w:tc>
          <w:tcPr>
            <w:tcW w:w="3065" w:type="dxa"/>
            <w:vAlign w:val="center"/>
          </w:tcPr>
          <w:p w14:paraId="3EB24078"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936" w:type="dxa"/>
            <w:vAlign w:val="center"/>
          </w:tcPr>
          <w:p w14:paraId="576012A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BB8B9C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8BC0613"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041C745"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768656AA"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77AA0166" w14:textId="77777777" w:rsidTr="00123B9D">
        <w:tc>
          <w:tcPr>
            <w:tcW w:w="3065" w:type="dxa"/>
            <w:vAlign w:val="center"/>
          </w:tcPr>
          <w:p w14:paraId="124A98D6" w14:textId="77777777" w:rsidR="0099275C" w:rsidRPr="00C8713A" w:rsidRDefault="0099275C" w:rsidP="00123B9D">
            <w:pPr>
              <w:rPr>
                <w:rFonts w:cs="Times New Roman"/>
                <w:sz w:val="16"/>
                <w:szCs w:val="16"/>
              </w:rPr>
            </w:pPr>
            <w:r w:rsidRPr="00C8713A">
              <w:rPr>
                <w:rFonts w:cs="Times New Roman"/>
                <w:sz w:val="16"/>
                <w:szCs w:val="16"/>
              </w:rPr>
              <w:t>Hf1Mo1Ta1Ti1Zr1</w:t>
            </w:r>
          </w:p>
        </w:tc>
        <w:tc>
          <w:tcPr>
            <w:tcW w:w="936" w:type="dxa"/>
            <w:vAlign w:val="center"/>
          </w:tcPr>
          <w:p w14:paraId="52D5F96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5CD859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88B9D6B"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F22F381" w14:textId="77777777" w:rsidR="0099275C" w:rsidRPr="00C8713A" w:rsidRDefault="0099275C" w:rsidP="00123B9D">
            <w:pPr>
              <w:rPr>
                <w:rFonts w:cs="Times New Roman"/>
                <w:sz w:val="16"/>
                <w:szCs w:val="16"/>
              </w:rPr>
            </w:pPr>
            <w:r w:rsidRPr="00C8713A">
              <w:rPr>
                <w:rFonts w:cs="Times New Roman"/>
                <w:sz w:val="16"/>
                <w:szCs w:val="16"/>
              </w:rPr>
              <w:t>1200</w:t>
            </w:r>
          </w:p>
        </w:tc>
        <w:tc>
          <w:tcPr>
            <w:tcW w:w="1536" w:type="dxa"/>
            <w:vAlign w:val="center"/>
          </w:tcPr>
          <w:p w14:paraId="0AE46958"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0EBC8DFD" w14:textId="77777777" w:rsidTr="00123B9D">
        <w:tc>
          <w:tcPr>
            <w:tcW w:w="3065" w:type="dxa"/>
            <w:vAlign w:val="center"/>
          </w:tcPr>
          <w:p w14:paraId="50049B3E" w14:textId="77777777" w:rsidR="0099275C" w:rsidRPr="00C8713A" w:rsidRDefault="0099275C" w:rsidP="00123B9D">
            <w:pPr>
              <w:rPr>
                <w:rFonts w:cs="Times New Roman"/>
                <w:sz w:val="16"/>
                <w:szCs w:val="16"/>
              </w:rPr>
            </w:pPr>
            <w:r w:rsidRPr="00C8713A">
              <w:rPr>
                <w:rFonts w:cs="Times New Roman"/>
                <w:sz w:val="16"/>
                <w:szCs w:val="16"/>
              </w:rPr>
              <w:t>Hf1Nb1Ta1Ti1Zr1</w:t>
            </w:r>
          </w:p>
        </w:tc>
        <w:tc>
          <w:tcPr>
            <w:tcW w:w="936" w:type="dxa"/>
            <w:vAlign w:val="center"/>
          </w:tcPr>
          <w:p w14:paraId="5BC476A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B0902C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3BBFD15"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1DE8ED5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BE5ECDD"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2E6B9C23" w14:textId="77777777" w:rsidTr="00123B9D">
        <w:tc>
          <w:tcPr>
            <w:tcW w:w="3065" w:type="dxa"/>
            <w:vAlign w:val="center"/>
          </w:tcPr>
          <w:p w14:paraId="729FE31F" w14:textId="77777777" w:rsidR="0099275C" w:rsidRPr="00C8713A" w:rsidRDefault="0099275C" w:rsidP="00123B9D">
            <w:pPr>
              <w:rPr>
                <w:rFonts w:cs="Times New Roman"/>
                <w:sz w:val="16"/>
                <w:szCs w:val="16"/>
              </w:rPr>
            </w:pPr>
            <w:r w:rsidRPr="00C8713A">
              <w:rPr>
                <w:rFonts w:cs="Times New Roman"/>
                <w:sz w:val="16"/>
                <w:szCs w:val="16"/>
              </w:rPr>
              <w:t>Hf1Nb1Ta1Zr1</w:t>
            </w:r>
          </w:p>
        </w:tc>
        <w:tc>
          <w:tcPr>
            <w:tcW w:w="936" w:type="dxa"/>
            <w:vAlign w:val="center"/>
          </w:tcPr>
          <w:p w14:paraId="7AD90FA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43A490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B100613"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0C60F3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941DA97" w14:textId="77777777" w:rsidR="0099275C" w:rsidRPr="00C8713A" w:rsidRDefault="0099275C" w:rsidP="00123B9D">
            <w:pPr>
              <w:rPr>
                <w:rFonts w:cs="Times New Roman"/>
                <w:sz w:val="16"/>
                <w:szCs w:val="16"/>
              </w:rPr>
            </w:pPr>
            <w:r w:rsidRPr="00C8713A">
              <w:rPr>
                <w:rFonts w:cs="Times New Roman"/>
                <w:sz w:val="16"/>
                <w:szCs w:val="16"/>
              </w:rPr>
              <w:t>21.6</w:t>
            </w:r>
          </w:p>
        </w:tc>
      </w:tr>
      <w:tr w:rsidR="0099275C" w:rsidRPr="00C8713A" w14:paraId="7187FE00" w14:textId="77777777" w:rsidTr="00123B9D">
        <w:tc>
          <w:tcPr>
            <w:tcW w:w="3065" w:type="dxa"/>
            <w:vAlign w:val="center"/>
          </w:tcPr>
          <w:p w14:paraId="7151B6EA" w14:textId="77777777" w:rsidR="0099275C" w:rsidRPr="00C8713A" w:rsidRDefault="0099275C" w:rsidP="00123B9D">
            <w:pPr>
              <w:rPr>
                <w:rFonts w:cs="Times New Roman"/>
                <w:sz w:val="16"/>
                <w:szCs w:val="16"/>
              </w:rPr>
            </w:pPr>
            <w:r w:rsidRPr="00C8713A">
              <w:rPr>
                <w:rFonts w:cs="Times New Roman"/>
                <w:sz w:val="16"/>
                <w:szCs w:val="16"/>
              </w:rPr>
              <w:t>Hf1Nb1Ti1V1Zr1</w:t>
            </w:r>
          </w:p>
        </w:tc>
        <w:tc>
          <w:tcPr>
            <w:tcW w:w="936" w:type="dxa"/>
            <w:vAlign w:val="center"/>
          </w:tcPr>
          <w:p w14:paraId="66E324C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3076E4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F1DFD78"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7C91CB78"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037A37F" w14:textId="77777777" w:rsidR="0099275C" w:rsidRPr="00C8713A" w:rsidRDefault="0099275C" w:rsidP="00123B9D">
            <w:pPr>
              <w:rPr>
                <w:rFonts w:cs="Times New Roman"/>
                <w:sz w:val="16"/>
                <w:szCs w:val="16"/>
              </w:rPr>
            </w:pPr>
            <w:r w:rsidRPr="00C8713A">
              <w:rPr>
                <w:rFonts w:cs="Times New Roman"/>
                <w:sz w:val="16"/>
                <w:szCs w:val="16"/>
              </w:rPr>
              <w:t>29.6</w:t>
            </w:r>
          </w:p>
        </w:tc>
      </w:tr>
      <w:tr w:rsidR="0099275C" w:rsidRPr="00C8713A" w14:paraId="6F766D22" w14:textId="77777777" w:rsidTr="00123B9D">
        <w:tc>
          <w:tcPr>
            <w:tcW w:w="3065" w:type="dxa"/>
            <w:vAlign w:val="center"/>
          </w:tcPr>
          <w:p w14:paraId="09282F0E" w14:textId="77777777" w:rsidR="0099275C" w:rsidRPr="00C8713A" w:rsidRDefault="0099275C" w:rsidP="00123B9D">
            <w:pPr>
              <w:rPr>
                <w:rFonts w:cs="Times New Roman"/>
                <w:sz w:val="16"/>
                <w:szCs w:val="16"/>
              </w:rPr>
            </w:pPr>
            <w:r w:rsidRPr="00C8713A">
              <w:rPr>
                <w:rFonts w:cs="Times New Roman"/>
                <w:sz w:val="16"/>
                <w:szCs w:val="16"/>
              </w:rPr>
              <w:t>Hf1Nb1Ti1Zr1</w:t>
            </w:r>
          </w:p>
        </w:tc>
        <w:tc>
          <w:tcPr>
            <w:tcW w:w="936" w:type="dxa"/>
            <w:vAlign w:val="center"/>
          </w:tcPr>
          <w:p w14:paraId="65A1E0E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E3E26A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15DD6F9"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80CBD1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BBDE7E7" w14:textId="77777777" w:rsidR="0099275C" w:rsidRPr="00C8713A" w:rsidRDefault="0099275C" w:rsidP="00123B9D">
            <w:pPr>
              <w:rPr>
                <w:rFonts w:cs="Times New Roman"/>
                <w:sz w:val="16"/>
                <w:szCs w:val="16"/>
              </w:rPr>
            </w:pPr>
            <w:r w:rsidRPr="00C8713A">
              <w:rPr>
                <w:rFonts w:cs="Times New Roman"/>
                <w:sz w:val="16"/>
                <w:szCs w:val="16"/>
              </w:rPr>
              <w:t>52.0</w:t>
            </w:r>
          </w:p>
        </w:tc>
      </w:tr>
      <w:tr w:rsidR="0099275C" w:rsidRPr="00C8713A" w14:paraId="5C0BD627" w14:textId="77777777" w:rsidTr="00123B9D">
        <w:tc>
          <w:tcPr>
            <w:tcW w:w="3065" w:type="dxa"/>
            <w:vAlign w:val="center"/>
          </w:tcPr>
          <w:p w14:paraId="2D459C47" w14:textId="77777777" w:rsidR="0099275C" w:rsidRPr="00C8713A" w:rsidRDefault="0099275C" w:rsidP="00123B9D">
            <w:pPr>
              <w:rPr>
                <w:rFonts w:cs="Times New Roman"/>
                <w:sz w:val="16"/>
                <w:szCs w:val="16"/>
              </w:rPr>
            </w:pPr>
            <w:r w:rsidRPr="00C8713A">
              <w:rPr>
                <w:rFonts w:cs="Times New Roman"/>
                <w:sz w:val="16"/>
                <w:szCs w:val="16"/>
              </w:rPr>
              <w:t>Hf1Nb1Ti1Zr1</w:t>
            </w:r>
          </w:p>
        </w:tc>
        <w:tc>
          <w:tcPr>
            <w:tcW w:w="936" w:type="dxa"/>
            <w:vAlign w:val="center"/>
          </w:tcPr>
          <w:p w14:paraId="62890B0F"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E7A324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0E813A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247C90A"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66F83B67" w14:textId="77777777" w:rsidR="0099275C" w:rsidRPr="00C8713A" w:rsidRDefault="0099275C" w:rsidP="00123B9D">
            <w:pPr>
              <w:rPr>
                <w:rFonts w:cs="Times New Roman"/>
                <w:sz w:val="16"/>
                <w:szCs w:val="16"/>
              </w:rPr>
            </w:pPr>
            <w:r w:rsidRPr="00C8713A">
              <w:rPr>
                <w:rFonts w:cs="Times New Roman"/>
                <w:sz w:val="16"/>
                <w:szCs w:val="16"/>
              </w:rPr>
              <w:t>51.0</w:t>
            </w:r>
          </w:p>
        </w:tc>
      </w:tr>
      <w:tr w:rsidR="0099275C" w:rsidRPr="00C8713A" w14:paraId="35312D24" w14:textId="77777777" w:rsidTr="00123B9D">
        <w:tc>
          <w:tcPr>
            <w:tcW w:w="3065" w:type="dxa"/>
            <w:vAlign w:val="center"/>
          </w:tcPr>
          <w:p w14:paraId="4D237A0C" w14:textId="77777777" w:rsidR="0099275C" w:rsidRPr="00C8713A" w:rsidRDefault="0099275C" w:rsidP="00123B9D">
            <w:pPr>
              <w:rPr>
                <w:rFonts w:cs="Times New Roman"/>
                <w:sz w:val="16"/>
                <w:szCs w:val="16"/>
              </w:rPr>
            </w:pPr>
            <w:r w:rsidRPr="00C8713A">
              <w:rPr>
                <w:rFonts w:cs="Times New Roman"/>
                <w:sz w:val="16"/>
                <w:szCs w:val="16"/>
              </w:rPr>
              <w:t>Hf1Nb1Ti1Zr1</w:t>
            </w:r>
          </w:p>
        </w:tc>
        <w:tc>
          <w:tcPr>
            <w:tcW w:w="936" w:type="dxa"/>
            <w:vAlign w:val="center"/>
          </w:tcPr>
          <w:p w14:paraId="650DFD1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4B265C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AF7F6D0"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5C449C8"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564F2451" w14:textId="77777777" w:rsidR="0099275C" w:rsidRPr="00C8713A" w:rsidRDefault="0099275C" w:rsidP="00123B9D">
            <w:pPr>
              <w:rPr>
                <w:rFonts w:cs="Times New Roman"/>
                <w:sz w:val="16"/>
                <w:szCs w:val="16"/>
              </w:rPr>
            </w:pPr>
            <w:r w:rsidRPr="00C8713A">
              <w:rPr>
                <w:rFonts w:cs="Times New Roman"/>
                <w:sz w:val="16"/>
                <w:szCs w:val="16"/>
              </w:rPr>
              <w:t>51.0</w:t>
            </w:r>
          </w:p>
        </w:tc>
      </w:tr>
      <w:tr w:rsidR="0099275C" w:rsidRPr="00C8713A" w14:paraId="62584544" w14:textId="77777777" w:rsidTr="00123B9D">
        <w:tc>
          <w:tcPr>
            <w:tcW w:w="3065" w:type="dxa"/>
            <w:vAlign w:val="center"/>
          </w:tcPr>
          <w:p w14:paraId="3A9D7F44" w14:textId="77777777" w:rsidR="0099275C" w:rsidRPr="00C8713A" w:rsidRDefault="0099275C" w:rsidP="00123B9D">
            <w:pPr>
              <w:rPr>
                <w:rFonts w:cs="Times New Roman"/>
                <w:sz w:val="16"/>
                <w:szCs w:val="16"/>
              </w:rPr>
            </w:pPr>
            <w:r w:rsidRPr="00C8713A">
              <w:rPr>
                <w:rFonts w:cs="Times New Roman"/>
                <w:sz w:val="16"/>
                <w:szCs w:val="16"/>
              </w:rPr>
              <w:t>Mo0.1Nb1Ti1V0.3</w:t>
            </w:r>
          </w:p>
        </w:tc>
        <w:tc>
          <w:tcPr>
            <w:tcW w:w="936" w:type="dxa"/>
            <w:vAlign w:val="center"/>
          </w:tcPr>
          <w:p w14:paraId="47282E9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B903D5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78EB87C"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9481A3A"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E231137" w14:textId="77777777" w:rsidR="0099275C" w:rsidRPr="00C8713A" w:rsidRDefault="0099275C" w:rsidP="00123B9D">
            <w:pPr>
              <w:rPr>
                <w:rFonts w:cs="Times New Roman"/>
                <w:sz w:val="16"/>
                <w:szCs w:val="16"/>
              </w:rPr>
            </w:pPr>
            <w:r w:rsidRPr="00C8713A">
              <w:rPr>
                <w:rFonts w:cs="Times New Roman"/>
                <w:sz w:val="16"/>
                <w:szCs w:val="16"/>
              </w:rPr>
              <w:t>45.0</w:t>
            </w:r>
          </w:p>
        </w:tc>
      </w:tr>
      <w:tr w:rsidR="0099275C" w:rsidRPr="00C8713A" w14:paraId="7C698589" w14:textId="77777777" w:rsidTr="00123B9D">
        <w:tc>
          <w:tcPr>
            <w:tcW w:w="3065" w:type="dxa"/>
            <w:vAlign w:val="center"/>
          </w:tcPr>
          <w:p w14:paraId="6F663D2F" w14:textId="77777777" w:rsidR="0099275C" w:rsidRPr="00C8713A" w:rsidRDefault="0099275C" w:rsidP="00123B9D">
            <w:pPr>
              <w:rPr>
                <w:rFonts w:cs="Times New Roman"/>
                <w:sz w:val="16"/>
                <w:szCs w:val="16"/>
              </w:rPr>
            </w:pPr>
            <w:r w:rsidRPr="00C8713A">
              <w:rPr>
                <w:rFonts w:cs="Times New Roman"/>
                <w:sz w:val="16"/>
                <w:szCs w:val="16"/>
              </w:rPr>
              <w:t>Mo0.1Nb1Ti1V0.3Zr1</w:t>
            </w:r>
          </w:p>
        </w:tc>
        <w:tc>
          <w:tcPr>
            <w:tcW w:w="936" w:type="dxa"/>
            <w:vAlign w:val="center"/>
          </w:tcPr>
          <w:p w14:paraId="40461B1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C8A84FE"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91CE83A"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7505DEBF"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D3F31E1" w14:textId="77777777" w:rsidR="0099275C" w:rsidRPr="00C8713A" w:rsidRDefault="0099275C" w:rsidP="00123B9D">
            <w:pPr>
              <w:rPr>
                <w:rFonts w:cs="Times New Roman"/>
                <w:sz w:val="16"/>
                <w:szCs w:val="16"/>
              </w:rPr>
            </w:pPr>
            <w:r w:rsidRPr="00C8713A">
              <w:rPr>
                <w:rFonts w:cs="Times New Roman"/>
                <w:sz w:val="16"/>
                <w:szCs w:val="16"/>
              </w:rPr>
              <w:t>45.0</w:t>
            </w:r>
          </w:p>
        </w:tc>
      </w:tr>
      <w:tr w:rsidR="0099275C" w:rsidRPr="00C8713A" w14:paraId="52BA95DC" w14:textId="77777777" w:rsidTr="00123B9D">
        <w:tc>
          <w:tcPr>
            <w:tcW w:w="3065" w:type="dxa"/>
            <w:vAlign w:val="center"/>
          </w:tcPr>
          <w:p w14:paraId="7734E243" w14:textId="77777777" w:rsidR="0099275C" w:rsidRPr="00C8713A" w:rsidRDefault="0099275C" w:rsidP="00123B9D">
            <w:pPr>
              <w:rPr>
                <w:rFonts w:cs="Times New Roman"/>
                <w:sz w:val="16"/>
                <w:szCs w:val="16"/>
              </w:rPr>
            </w:pPr>
            <w:r w:rsidRPr="00C8713A">
              <w:rPr>
                <w:rFonts w:cs="Times New Roman"/>
                <w:sz w:val="16"/>
                <w:szCs w:val="16"/>
              </w:rPr>
              <w:t>Mo0.333Nb0.333Ti0.333V1Zr0.333</w:t>
            </w:r>
          </w:p>
        </w:tc>
        <w:tc>
          <w:tcPr>
            <w:tcW w:w="936" w:type="dxa"/>
            <w:vAlign w:val="center"/>
          </w:tcPr>
          <w:p w14:paraId="42D90A2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B67E7C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C33235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0E0ACD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6533F92" w14:textId="77777777" w:rsidR="0099275C" w:rsidRPr="00C8713A" w:rsidRDefault="0099275C" w:rsidP="00123B9D">
            <w:pPr>
              <w:rPr>
                <w:rFonts w:cs="Times New Roman"/>
                <w:sz w:val="16"/>
                <w:szCs w:val="16"/>
              </w:rPr>
            </w:pPr>
            <w:r w:rsidRPr="00C8713A">
              <w:rPr>
                <w:rFonts w:cs="Times New Roman"/>
                <w:sz w:val="16"/>
                <w:szCs w:val="16"/>
              </w:rPr>
              <w:t>24.0</w:t>
            </w:r>
          </w:p>
        </w:tc>
      </w:tr>
      <w:tr w:rsidR="0099275C" w:rsidRPr="00C8713A" w14:paraId="53EA4917" w14:textId="77777777" w:rsidTr="00123B9D">
        <w:tc>
          <w:tcPr>
            <w:tcW w:w="3065" w:type="dxa"/>
            <w:vAlign w:val="center"/>
          </w:tcPr>
          <w:p w14:paraId="5B14003F" w14:textId="77777777" w:rsidR="0099275C" w:rsidRPr="00C8713A" w:rsidRDefault="0099275C" w:rsidP="00123B9D">
            <w:pPr>
              <w:rPr>
                <w:rFonts w:cs="Times New Roman"/>
                <w:sz w:val="16"/>
                <w:szCs w:val="16"/>
              </w:rPr>
            </w:pPr>
            <w:r w:rsidRPr="00C8713A">
              <w:rPr>
                <w:rFonts w:cs="Times New Roman"/>
                <w:sz w:val="16"/>
                <w:szCs w:val="16"/>
              </w:rPr>
              <w:t>Mo0.3Nb1Ti1V0.3</w:t>
            </w:r>
          </w:p>
        </w:tc>
        <w:tc>
          <w:tcPr>
            <w:tcW w:w="936" w:type="dxa"/>
            <w:vAlign w:val="center"/>
          </w:tcPr>
          <w:p w14:paraId="295A5D3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AB7934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F9AB5E8"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D41635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08BF2B1"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442DE970" w14:textId="77777777" w:rsidTr="00123B9D">
        <w:tc>
          <w:tcPr>
            <w:tcW w:w="3065" w:type="dxa"/>
            <w:vAlign w:val="center"/>
          </w:tcPr>
          <w:p w14:paraId="5E02DA8F" w14:textId="77777777" w:rsidR="0099275C" w:rsidRPr="00C8713A" w:rsidRDefault="0099275C" w:rsidP="00123B9D">
            <w:pPr>
              <w:rPr>
                <w:rFonts w:cs="Times New Roman"/>
                <w:sz w:val="16"/>
                <w:szCs w:val="16"/>
              </w:rPr>
            </w:pPr>
            <w:r w:rsidRPr="00C8713A">
              <w:rPr>
                <w:rFonts w:cs="Times New Roman"/>
                <w:sz w:val="16"/>
                <w:szCs w:val="16"/>
              </w:rPr>
              <w:t>Mo0.3Nb1Ti1V0.3Zr1</w:t>
            </w:r>
          </w:p>
        </w:tc>
        <w:tc>
          <w:tcPr>
            <w:tcW w:w="936" w:type="dxa"/>
            <w:vAlign w:val="center"/>
          </w:tcPr>
          <w:p w14:paraId="2E878CA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12C6B7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0238AEC"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2E955FA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383039A"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35570BF6" w14:textId="77777777" w:rsidTr="00123B9D">
        <w:tc>
          <w:tcPr>
            <w:tcW w:w="3065" w:type="dxa"/>
            <w:vAlign w:val="center"/>
          </w:tcPr>
          <w:p w14:paraId="306133E6" w14:textId="77777777" w:rsidR="0099275C" w:rsidRPr="00C8713A" w:rsidRDefault="0099275C" w:rsidP="00123B9D">
            <w:pPr>
              <w:rPr>
                <w:rFonts w:cs="Times New Roman"/>
                <w:sz w:val="16"/>
                <w:szCs w:val="16"/>
              </w:rPr>
            </w:pPr>
            <w:r w:rsidRPr="00C8713A">
              <w:rPr>
                <w:rFonts w:cs="Times New Roman"/>
                <w:sz w:val="16"/>
                <w:szCs w:val="16"/>
              </w:rPr>
              <w:t>Mo0.3Nb1Ti1V1Zr1</w:t>
            </w:r>
          </w:p>
        </w:tc>
        <w:tc>
          <w:tcPr>
            <w:tcW w:w="936" w:type="dxa"/>
            <w:vAlign w:val="center"/>
          </w:tcPr>
          <w:p w14:paraId="1C10B99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8AD018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020041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74A9A3C"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40BD77F" w14:textId="77777777" w:rsidR="0099275C" w:rsidRPr="00C8713A" w:rsidRDefault="0099275C" w:rsidP="00123B9D">
            <w:pPr>
              <w:rPr>
                <w:rFonts w:cs="Times New Roman"/>
                <w:sz w:val="16"/>
                <w:szCs w:val="16"/>
              </w:rPr>
            </w:pPr>
            <w:r w:rsidRPr="00C8713A">
              <w:rPr>
                <w:rFonts w:cs="Times New Roman"/>
                <w:sz w:val="16"/>
                <w:szCs w:val="16"/>
              </w:rPr>
              <w:t>42.0</w:t>
            </w:r>
          </w:p>
        </w:tc>
      </w:tr>
      <w:tr w:rsidR="0099275C" w:rsidRPr="00C8713A" w14:paraId="3D632C89" w14:textId="77777777" w:rsidTr="00123B9D">
        <w:tc>
          <w:tcPr>
            <w:tcW w:w="3065" w:type="dxa"/>
            <w:vAlign w:val="center"/>
          </w:tcPr>
          <w:p w14:paraId="6772BAA0" w14:textId="77777777" w:rsidR="0099275C" w:rsidRPr="00C8713A" w:rsidRDefault="0099275C" w:rsidP="00123B9D">
            <w:pPr>
              <w:rPr>
                <w:rFonts w:cs="Times New Roman"/>
                <w:sz w:val="16"/>
                <w:szCs w:val="16"/>
              </w:rPr>
            </w:pPr>
            <w:r w:rsidRPr="00C8713A">
              <w:rPr>
                <w:rFonts w:cs="Times New Roman"/>
                <w:sz w:val="16"/>
                <w:szCs w:val="16"/>
              </w:rPr>
              <w:t>Mo0.5Nb0.5Ti0.5V1Zr0.5</w:t>
            </w:r>
          </w:p>
        </w:tc>
        <w:tc>
          <w:tcPr>
            <w:tcW w:w="936" w:type="dxa"/>
            <w:vAlign w:val="center"/>
          </w:tcPr>
          <w:p w14:paraId="376E794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430250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609AE99"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C7C05BE"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CF4FB8D" w14:textId="77777777" w:rsidR="0099275C" w:rsidRPr="00C8713A" w:rsidRDefault="0099275C" w:rsidP="00123B9D">
            <w:pPr>
              <w:rPr>
                <w:rFonts w:cs="Times New Roman"/>
                <w:sz w:val="16"/>
                <w:szCs w:val="16"/>
              </w:rPr>
            </w:pPr>
            <w:r w:rsidRPr="00C8713A">
              <w:rPr>
                <w:rFonts w:cs="Times New Roman"/>
                <w:sz w:val="16"/>
                <w:szCs w:val="16"/>
              </w:rPr>
              <w:t>23.0</w:t>
            </w:r>
          </w:p>
        </w:tc>
      </w:tr>
      <w:tr w:rsidR="0099275C" w:rsidRPr="00C8713A" w14:paraId="4212DB2F" w14:textId="77777777" w:rsidTr="00123B9D">
        <w:tc>
          <w:tcPr>
            <w:tcW w:w="3065" w:type="dxa"/>
            <w:vAlign w:val="center"/>
          </w:tcPr>
          <w:p w14:paraId="20B05538" w14:textId="77777777" w:rsidR="0099275C" w:rsidRPr="00C8713A" w:rsidRDefault="0099275C" w:rsidP="00123B9D">
            <w:pPr>
              <w:rPr>
                <w:rFonts w:cs="Times New Roman"/>
                <w:sz w:val="16"/>
                <w:szCs w:val="16"/>
              </w:rPr>
            </w:pPr>
            <w:r w:rsidRPr="00C8713A">
              <w:rPr>
                <w:rFonts w:cs="Times New Roman"/>
                <w:sz w:val="16"/>
                <w:szCs w:val="16"/>
              </w:rPr>
              <w:t>Mo0.5Nb1Ti1V0.3</w:t>
            </w:r>
          </w:p>
        </w:tc>
        <w:tc>
          <w:tcPr>
            <w:tcW w:w="936" w:type="dxa"/>
            <w:vAlign w:val="center"/>
          </w:tcPr>
          <w:p w14:paraId="27C209D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9FFE49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8F1D8F0"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11C45BC"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4ABE8E8" w14:textId="77777777" w:rsidR="0099275C" w:rsidRPr="00C8713A" w:rsidRDefault="0099275C" w:rsidP="00123B9D">
            <w:pPr>
              <w:rPr>
                <w:rFonts w:cs="Times New Roman"/>
                <w:sz w:val="16"/>
                <w:szCs w:val="16"/>
              </w:rPr>
            </w:pPr>
            <w:r w:rsidRPr="00C8713A">
              <w:rPr>
                <w:rFonts w:cs="Times New Roman"/>
                <w:sz w:val="16"/>
                <w:szCs w:val="16"/>
              </w:rPr>
              <w:t>43.0</w:t>
            </w:r>
          </w:p>
        </w:tc>
      </w:tr>
      <w:tr w:rsidR="0099275C" w:rsidRPr="00C8713A" w14:paraId="7ACE166E" w14:textId="77777777" w:rsidTr="00123B9D">
        <w:tc>
          <w:tcPr>
            <w:tcW w:w="3065" w:type="dxa"/>
            <w:vAlign w:val="center"/>
          </w:tcPr>
          <w:p w14:paraId="686F6351" w14:textId="77777777" w:rsidR="0099275C" w:rsidRPr="00C8713A" w:rsidRDefault="0099275C" w:rsidP="00123B9D">
            <w:pPr>
              <w:rPr>
                <w:rFonts w:cs="Times New Roman"/>
                <w:sz w:val="16"/>
                <w:szCs w:val="16"/>
              </w:rPr>
            </w:pPr>
            <w:r w:rsidRPr="00C8713A">
              <w:rPr>
                <w:rFonts w:cs="Times New Roman"/>
                <w:sz w:val="16"/>
                <w:szCs w:val="16"/>
              </w:rPr>
              <w:t>Mo0.5Nb1Ti1V0.3Zr1</w:t>
            </w:r>
          </w:p>
        </w:tc>
        <w:tc>
          <w:tcPr>
            <w:tcW w:w="936" w:type="dxa"/>
            <w:vAlign w:val="center"/>
          </w:tcPr>
          <w:p w14:paraId="1441F64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19242E2"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31CB550"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1F649668"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0EACD2C" w14:textId="77777777" w:rsidR="0099275C" w:rsidRPr="00C8713A" w:rsidRDefault="0099275C" w:rsidP="00123B9D">
            <w:pPr>
              <w:rPr>
                <w:rFonts w:cs="Times New Roman"/>
                <w:sz w:val="16"/>
                <w:szCs w:val="16"/>
              </w:rPr>
            </w:pPr>
            <w:r w:rsidRPr="00C8713A">
              <w:rPr>
                <w:rFonts w:cs="Times New Roman"/>
                <w:sz w:val="16"/>
                <w:szCs w:val="16"/>
              </w:rPr>
              <w:t>43.0</w:t>
            </w:r>
          </w:p>
        </w:tc>
      </w:tr>
      <w:tr w:rsidR="0099275C" w:rsidRPr="00C8713A" w14:paraId="04301BEB" w14:textId="77777777" w:rsidTr="00123B9D">
        <w:tc>
          <w:tcPr>
            <w:tcW w:w="3065" w:type="dxa"/>
            <w:vAlign w:val="center"/>
          </w:tcPr>
          <w:p w14:paraId="4F3F6722" w14:textId="77777777" w:rsidR="0099275C" w:rsidRPr="00C8713A" w:rsidRDefault="0099275C" w:rsidP="00123B9D">
            <w:pPr>
              <w:rPr>
                <w:rFonts w:cs="Times New Roman"/>
                <w:sz w:val="16"/>
                <w:szCs w:val="16"/>
              </w:rPr>
            </w:pPr>
            <w:r w:rsidRPr="00C8713A">
              <w:rPr>
                <w:rFonts w:cs="Times New Roman"/>
                <w:sz w:val="16"/>
                <w:szCs w:val="16"/>
              </w:rPr>
              <w:t>Mo0.5Nb1Ti1V1Zr1</w:t>
            </w:r>
          </w:p>
        </w:tc>
        <w:tc>
          <w:tcPr>
            <w:tcW w:w="936" w:type="dxa"/>
            <w:vAlign w:val="center"/>
          </w:tcPr>
          <w:p w14:paraId="4E644FD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958497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B0844C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1744918B"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C903AE4" w14:textId="77777777" w:rsidR="0099275C" w:rsidRPr="00C8713A" w:rsidRDefault="0099275C" w:rsidP="00123B9D">
            <w:pPr>
              <w:rPr>
                <w:rFonts w:cs="Times New Roman"/>
                <w:sz w:val="16"/>
                <w:szCs w:val="16"/>
              </w:rPr>
            </w:pPr>
            <w:r w:rsidRPr="00C8713A">
              <w:rPr>
                <w:rFonts w:cs="Times New Roman"/>
                <w:sz w:val="16"/>
                <w:szCs w:val="16"/>
              </w:rPr>
              <w:t>32.0</w:t>
            </w:r>
          </w:p>
        </w:tc>
      </w:tr>
      <w:tr w:rsidR="0099275C" w:rsidRPr="00C8713A" w14:paraId="47AA170D" w14:textId="77777777" w:rsidTr="00123B9D">
        <w:tc>
          <w:tcPr>
            <w:tcW w:w="3065" w:type="dxa"/>
            <w:vAlign w:val="center"/>
          </w:tcPr>
          <w:p w14:paraId="44ABA6BD" w14:textId="77777777" w:rsidR="0099275C" w:rsidRPr="00C8713A" w:rsidRDefault="0099275C" w:rsidP="00123B9D">
            <w:pPr>
              <w:rPr>
                <w:rFonts w:cs="Times New Roman"/>
                <w:sz w:val="16"/>
                <w:szCs w:val="16"/>
              </w:rPr>
            </w:pPr>
            <w:r w:rsidRPr="00C8713A">
              <w:rPr>
                <w:rFonts w:cs="Times New Roman"/>
                <w:sz w:val="16"/>
                <w:szCs w:val="16"/>
              </w:rPr>
              <w:t>Mo0.667Nb0.667Ti0.667V1Zr0.667</w:t>
            </w:r>
          </w:p>
        </w:tc>
        <w:tc>
          <w:tcPr>
            <w:tcW w:w="936" w:type="dxa"/>
            <w:vAlign w:val="center"/>
          </w:tcPr>
          <w:p w14:paraId="08288C7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6A2332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7908122"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DB6D0C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973B9C1" w14:textId="77777777" w:rsidR="0099275C" w:rsidRPr="00C8713A" w:rsidRDefault="0099275C" w:rsidP="00123B9D">
            <w:pPr>
              <w:rPr>
                <w:rFonts w:cs="Times New Roman"/>
                <w:sz w:val="16"/>
                <w:szCs w:val="16"/>
              </w:rPr>
            </w:pPr>
            <w:r w:rsidRPr="00C8713A">
              <w:rPr>
                <w:rFonts w:cs="Times New Roman"/>
                <w:sz w:val="16"/>
                <w:szCs w:val="16"/>
              </w:rPr>
              <w:t>20.0</w:t>
            </w:r>
          </w:p>
        </w:tc>
      </w:tr>
      <w:tr w:rsidR="0099275C" w:rsidRPr="00C8713A" w14:paraId="314C3D75" w14:textId="77777777" w:rsidTr="00123B9D">
        <w:tc>
          <w:tcPr>
            <w:tcW w:w="3065" w:type="dxa"/>
            <w:vAlign w:val="center"/>
          </w:tcPr>
          <w:p w14:paraId="634323D0" w14:textId="77777777" w:rsidR="0099275C" w:rsidRPr="00C8713A" w:rsidRDefault="0099275C" w:rsidP="00123B9D">
            <w:pPr>
              <w:rPr>
                <w:rFonts w:cs="Times New Roman"/>
                <w:sz w:val="16"/>
                <w:szCs w:val="16"/>
              </w:rPr>
            </w:pPr>
            <w:r w:rsidRPr="00C8713A">
              <w:rPr>
                <w:rFonts w:cs="Times New Roman"/>
                <w:sz w:val="16"/>
                <w:szCs w:val="16"/>
              </w:rPr>
              <w:t>Mo0.7Nb1Ti1V0.3</w:t>
            </w:r>
          </w:p>
        </w:tc>
        <w:tc>
          <w:tcPr>
            <w:tcW w:w="936" w:type="dxa"/>
            <w:vAlign w:val="center"/>
          </w:tcPr>
          <w:p w14:paraId="21C1D77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4733E68"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42DD745"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DA87AD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37C4411" w14:textId="77777777" w:rsidR="0099275C" w:rsidRPr="00C8713A" w:rsidRDefault="0099275C" w:rsidP="00123B9D">
            <w:pPr>
              <w:rPr>
                <w:rFonts w:cs="Times New Roman"/>
                <w:sz w:val="16"/>
                <w:szCs w:val="16"/>
              </w:rPr>
            </w:pPr>
            <w:r w:rsidRPr="00C8713A">
              <w:rPr>
                <w:rFonts w:cs="Times New Roman"/>
                <w:sz w:val="16"/>
                <w:szCs w:val="16"/>
              </w:rPr>
              <w:t>27.0</w:t>
            </w:r>
          </w:p>
        </w:tc>
      </w:tr>
      <w:tr w:rsidR="0099275C" w:rsidRPr="00C8713A" w14:paraId="28BEC675" w14:textId="77777777" w:rsidTr="00123B9D">
        <w:tc>
          <w:tcPr>
            <w:tcW w:w="3065" w:type="dxa"/>
            <w:vAlign w:val="center"/>
          </w:tcPr>
          <w:p w14:paraId="54DE7FF4" w14:textId="77777777" w:rsidR="0099275C" w:rsidRPr="00C8713A" w:rsidRDefault="0099275C" w:rsidP="00123B9D">
            <w:pPr>
              <w:rPr>
                <w:rFonts w:cs="Times New Roman"/>
                <w:sz w:val="16"/>
                <w:szCs w:val="16"/>
              </w:rPr>
            </w:pPr>
            <w:r w:rsidRPr="00C8713A">
              <w:rPr>
                <w:rFonts w:cs="Times New Roman"/>
                <w:sz w:val="16"/>
                <w:szCs w:val="16"/>
              </w:rPr>
              <w:t>Mo0.7Nb1Ti1V0.3Zr1</w:t>
            </w:r>
          </w:p>
        </w:tc>
        <w:tc>
          <w:tcPr>
            <w:tcW w:w="936" w:type="dxa"/>
            <w:vAlign w:val="center"/>
          </w:tcPr>
          <w:p w14:paraId="76DF944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A490D9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F9B1592"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5B977966"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D192574" w14:textId="77777777" w:rsidR="0099275C" w:rsidRPr="00C8713A" w:rsidRDefault="0099275C" w:rsidP="00123B9D">
            <w:pPr>
              <w:rPr>
                <w:rFonts w:cs="Times New Roman"/>
                <w:sz w:val="16"/>
                <w:szCs w:val="16"/>
              </w:rPr>
            </w:pPr>
            <w:r w:rsidRPr="00C8713A">
              <w:rPr>
                <w:rFonts w:cs="Times New Roman"/>
                <w:sz w:val="16"/>
                <w:szCs w:val="16"/>
              </w:rPr>
              <w:t>26.6</w:t>
            </w:r>
          </w:p>
        </w:tc>
      </w:tr>
      <w:tr w:rsidR="0099275C" w:rsidRPr="00C8713A" w14:paraId="6A477CD9" w14:textId="77777777" w:rsidTr="00123B9D">
        <w:tc>
          <w:tcPr>
            <w:tcW w:w="3065" w:type="dxa"/>
            <w:vAlign w:val="center"/>
          </w:tcPr>
          <w:p w14:paraId="39D03EE3" w14:textId="77777777" w:rsidR="0099275C" w:rsidRPr="00C8713A" w:rsidRDefault="0099275C" w:rsidP="00123B9D">
            <w:pPr>
              <w:rPr>
                <w:rFonts w:cs="Times New Roman"/>
                <w:sz w:val="16"/>
                <w:szCs w:val="16"/>
              </w:rPr>
            </w:pPr>
            <w:r w:rsidRPr="00C8713A">
              <w:rPr>
                <w:rFonts w:cs="Times New Roman"/>
                <w:sz w:val="16"/>
                <w:szCs w:val="16"/>
              </w:rPr>
              <w:t>Mo0.7Nb1Ti1V1Zr1</w:t>
            </w:r>
          </w:p>
        </w:tc>
        <w:tc>
          <w:tcPr>
            <w:tcW w:w="936" w:type="dxa"/>
            <w:vAlign w:val="center"/>
          </w:tcPr>
          <w:p w14:paraId="05094FC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146397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E168E14"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255499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CF41145" w14:textId="77777777" w:rsidR="0099275C" w:rsidRPr="00C8713A" w:rsidRDefault="0099275C" w:rsidP="00123B9D">
            <w:pPr>
              <w:rPr>
                <w:rFonts w:cs="Times New Roman"/>
                <w:sz w:val="16"/>
                <w:szCs w:val="16"/>
              </w:rPr>
            </w:pPr>
            <w:r w:rsidRPr="00C8713A">
              <w:rPr>
                <w:rFonts w:cs="Times New Roman"/>
                <w:sz w:val="16"/>
                <w:szCs w:val="16"/>
              </w:rPr>
              <w:t>32.0</w:t>
            </w:r>
          </w:p>
        </w:tc>
      </w:tr>
      <w:tr w:rsidR="0099275C" w:rsidRPr="00C8713A" w14:paraId="4F5BC2E2" w14:textId="77777777" w:rsidTr="00123B9D">
        <w:tc>
          <w:tcPr>
            <w:tcW w:w="3065" w:type="dxa"/>
            <w:vAlign w:val="center"/>
          </w:tcPr>
          <w:p w14:paraId="538D898A" w14:textId="77777777" w:rsidR="0099275C" w:rsidRPr="00C8713A" w:rsidRDefault="0099275C" w:rsidP="00123B9D">
            <w:pPr>
              <w:rPr>
                <w:rFonts w:cs="Times New Roman"/>
                <w:sz w:val="16"/>
                <w:szCs w:val="16"/>
              </w:rPr>
            </w:pPr>
            <w:r w:rsidRPr="00C8713A">
              <w:rPr>
                <w:rFonts w:cs="Times New Roman"/>
                <w:sz w:val="16"/>
                <w:szCs w:val="16"/>
              </w:rPr>
              <w:t>Mo1.0Nb1Ti1V0.3Zr1</w:t>
            </w:r>
          </w:p>
        </w:tc>
        <w:tc>
          <w:tcPr>
            <w:tcW w:w="936" w:type="dxa"/>
            <w:vAlign w:val="center"/>
          </w:tcPr>
          <w:p w14:paraId="77E264DF"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344B4E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DDBC493"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3311150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1601D96" w14:textId="77777777" w:rsidR="0099275C" w:rsidRPr="00C8713A" w:rsidRDefault="0099275C" w:rsidP="00123B9D">
            <w:pPr>
              <w:rPr>
                <w:rFonts w:cs="Times New Roman"/>
                <w:sz w:val="16"/>
                <w:szCs w:val="16"/>
              </w:rPr>
            </w:pPr>
            <w:r w:rsidRPr="00C8713A">
              <w:rPr>
                <w:rFonts w:cs="Times New Roman"/>
                <w:sz w:val="16"/>
                <w:szCs w:val="16"/>
              </w:rPr>
              <w:t>25.0</w:t>
            </w:r>
          </w:p>
        </w:tc>
      </w:tr>
      <w:tr w:rsidR="0099275C" w:rsidRPr="00C8713A" w14:paraId="7CA91E85" w14:textId="77777777" w:rsidTr="00123B9D">
        <w:tc>
          <w:tcPr>
            <w:tcW w:w="3065" w:type="dxa"/>
            <w:vAlign w:val="center"/>
          </w:tcPr>
          <w:p w14:paraId="0E502535" w14:textId="77777777" w:rsidR="0099275C" w:rsidRPr="00C8713A" w:rsidRDefault="0099275C" w:rsidP="00123B9D">
            <w:pPr>
              <w:rPr>
                <w:rFonts w:cs="Times New Roman"/>
                <w:sz w:val="16"/>
                <w:szCs w:val="16"/>
              </w:rPr>
            </w:pPr>
            <w:r w:rsidRPr="00C8713A">
              <w:rPr>
                <w:rFonts w:cs="Times New Roman"/>
                <w:sz w:val="16"/>
                <w:szCs w:val="16"/>
              </w:rPr>
              <w:t>Mo1.3Nb1Ti1V0.3</w:t>
            </w:r>
          </w:p>
        </w:tc>
        <w:tc>
          <w:tcPr>
            <w:tcW w:w="936" w:type="dxa"/>
            <w:vAlign w:val="center"/>
          </w:tcPr>
          <w:p w14:paraId="33B0123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4B75EB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9B83AD7"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BB606B8"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12CBF07" w14:textId="77777777" w:rsidR="0099275C" w:rsidRPr="00C8713A" w:rsidRDefault="0099275C" w:rsidP="00123B9D">
            <w:pPr>
              <w:rPr>
                <w:rFonts w:cs="Times New Roman"/>
                <w:sz w:val="16"/>
                <w:szCs w:val="16"/>
              </w:rPr>
            </w:pPr>
            <w:r w:rsidRPr="00C8713A">
              <w:rPr>
                <w:rFonts w:cs="Times New Roman"/>
                <w:sz w:val="16"/>
                <w:szCs w:val="16"/>
              </w:rPr>
              <w:t>20.0</w:t>
            </w:r>
          </w:p>
        </w:tc>
      </w:tr>
      <w:tr w:rsidR="0099275C" w:rsidRPr="00C8713A" w14:paraId="182BBDD1" w14:textId="77777777" w:rsidTr="00123B9D">
        <w:tc>
          <w:tcPr>
            <w:tcW w:w="3065" w:type="dxa"/>
            <w:vAlign w:val="center"/>
          </w:tcPr>
          <w:p w14:paraId="7F04D03F" w14:textId="77777777" w:rsidR="0099275C" w:rsidRPr="00C8713A" w:rsidRDefault="0099275C" w:rsidP="00123B9D">
            <w:pPr>
              <w:rPr>
                <w:rFonts w:cs="Times New Roman"/>
                <w:sz w:val="16"/>
                <w:szCs w:val="16"/>
              </w:rPr>
            </w:pPr>
            <w:r w:rsidRPr="00C8713A">
              <w:rPr>
                <w:rFonts w:cs="Times New Roman"/>
                <w:sz w:val="16"/>
                <w:szCs w:val="16"/>
              </w:rPr>
              <w:t>Mo1.3Nb1Ti1V0.3Zr1</w:t>
            </w:r>
          </w:p>
        </w:tc>
        <w:tc>
          <w:tcPr>
            <w:tcW w:w="936" w:type="dxa"/>
            <w:vAlign w:val="center"/>
          </w:tcPr>
          <w:p w14:paraId="76B5EB8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C18C65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D7E225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0AF9486B"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85BE34D" w14:textId="77777777" w:rsidR="0099275C" w:rsidRPr="00C8713A" w:rsidRDefault="0099275C" w:rsidP="00123B9D">
            <w:pPr>
              <w:rPr>
                <w:rFonts w:cs="Times New Roman"/>
                <w:sz w:val="16"/>
                <w:szCs w:val="16"/>
              </w:rPr>
            </w:pPr>
            <w:r w:rsidRPr="00C8713A">
              <w:rPr>
                <w:rFonts w:cs="Times New Roman"/>
                <w:sz w:val="16"/>
                <w:szCs w:val="16"/>
              </w:rPr>
              <w:t>20.0</w:t>
            </w:r>
          </w:p>
        </w:tc>
      </w:tr>
      <w:tr w:rsidR="0099275C" w:rsidRPr="00C8713A" w14:paraId="1D5CE73B" w14:textId="77777777" w:rsidTr="00123B9D">
        <w:tc>
          <w:tcPr>
            <w:tcW w:w="3065" w:type="dxa"/>
            <w:vAlign w:val="center"/>
          </w:tcPr>
          <w:p w14:paraId="611DC148" w14:textId="77777777" w:rsidR="0099275C" w:rsidRPr="00C8713A" w:rsidRDefault="0099275C" w:rsidP="00123B9D">
            <w:pPr>
              <w:rPr>
                <w:rFonts w:cs="Times New Roman"/>
                <w:sz w:val="16"/>
                <w:szCs w:val="16"/>
              </w:rPr>
            </w:pPr>
            <w:r w:rsidRPr="00C8713A">
              <w:rPr>
                <w:rFonts w:cs="Times New Roman"/>
                <w:sz w:val="16"/>
                <w:szCs w:val="16"/>
              </w:rPr>
              <w:t>Mo1.3Nb1Ti1V1Zr1</w:t>
            </w:r>
          </w:p>
        </w:tc>
        <w:tc>
          <w:tcPr>
            <w:tcW w:w="936" w:type="dxa"/>
            <w:vAlign w:val="center"/>
          </w:tcPr>
          <w:p w14:paraId="4D8CD68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F0DC332"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E060EB6"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096F22C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795EAC9"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4BEFAB99" w14:textId="77777777" w:rsidTr="00123B9D">
        <w:tc>
          <w:tcPr>
            <w:tcW w:w="3065" w:type="dxa"/>
            <w:vAlign w:val="center"/>
          </w:tcPr>
          <w:p w14:paraId="101F7D7B" w14:textId="77777777" w:rsidR="0099275C" w:rsidRPr="00C8713A" w:rsidRDefault="0099275C" w:rsidP="00123B9D">
            <w:pPr>
              <w:rPr>
                <w:rFonts w:cs="Times New Roman"/>
                <w:sz w:val="16"/>
                <w:szCs w:val="16"/>
              </w:rPr>
            </w:pPr>
            <w:r w:rsidRPr="00C8713A">
              <w:rPr>
                <w:rFonts w:cs="Times New Roman"/>
                <w:sz w:val="16"/>
                <w:szCs w:val="16"/>
              </w:rPr>
              <w:t>Mo1.3Nb1Ti1V1Zr1</w:t>
            </w:r>
          </w:p>
        </w:tc>
        <w:tc>
          <w:tcPr>
            <w:tcW w:w="936" w:type="dxa"/>
            <w:vAlign w:val="center"/>
          </w:tcPr>
          <w:p w14:paraId="231D904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033ECC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tcPr>
          <w:p w14:paraId="230F35A2" w14:textId="77777777" w:rsidR="0099275C" w:rsidRPr="00C8713A" w:rsidRDefault="0099275C" w:rsidP="00123B9D">
            <w:pPr>
              <w:rPr>
                <w:rFonts w:cs="Times New Roman"/>
                <w:sz w:val="16"/>
                <w:szCs w:val="16"/>
              </w:rPr>
            </w:pPr>
            <w:r w:rsidRPr="005F37DA">
              <w:rPr>
                <w:rFonts w:cs="Times New Roman"/>
                <w:sz w:val="16"/>
                <w:szCs w:val="16"/>
              </w:rPr>
              <w:t>AC</w:t>
            </w:r>
          </w:p>
        </w:tc>
        <w:tc>
          <w:tcPr>
            <w:tcW w:w="1185" w:type="dxa"/>
            <w:vAlign w:val="center"/>
          </w:tcPr>
          <w:p w14:paraId="1989493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2C99F43"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4E1940D8" w14:textId="77777777" w:rsidTr="00123B9D">
        <w:tc>
          <w:tcPr>
            <w:tcW w:w="3065" w:type="dxa"/>
            <w:vAlign w:val="center"/>
          </w:tcPr>
          <w:p w14:paraId="4496F9C1" w14:textId="77777777" w:rsidR="0099275C" w:rsidRPr="00C8713A" w:rsidRDefault="0099275C" w:rsidP="00123B9D">
            <w:pPr>
              <w:rPr>
                <w:rFonts w:cs="Times New Roman"/>
                <w:sz w:val="16"/>
                <w:szCs w:val="16"/>
              </w:rPr>
            </w:pPr>
            <w:r w:rsidRPr="00C8713A">
              <w:rPr>
                <w:rFonts w:cs="Times New Roman"/>
                <w:sz w:val="16"/>
                <w:szCs w:val="16"/>
              </w:rPr>
              <w:t>Mo1.5Nb1Ti1V0.3</w:t>
            </w:r>
          </w:p>
        </w:tc>
        <w:tc>
          <w:tcPr>
            <w:tcW w:w="936" w:type="dxa"/>
            <w:vAlign w:val="center"/>
          </w:tcPr>
          <w:p w14:paraId="6EF82D8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1F7EB7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tcPr>
          <w:p w14:paraId="5F10F019" w14:textId="77777777" w:rsidR="0099275C" w:rsidRPr="00C8713A" w:rsidRDefault="0099275C" w:rsidP="00123B9D">
            <w:pPr>
              <w:rPr>
                <w:rFonts w:cs="Times New Roman"/>
                <w:sz w:val="16"/>
                <w:szCs w:val="16"/>
              </w:rPr>
            </w:pPr>
            <w:r w:rsidRPr="005F37DA">
              <w:rPr>
                <w:rFonts w:cs="Times New Roman"/>
                <w:sz w:val="16"/>
                <w:szCs w:val="16"/>
              </w:rPr>
              <w:t>AC</w:t>
            </w:r>
          </w:p>
        </w:tc>
        <w:tc>
          <w:tcPr>
            <w:tcW w:w="1185" w:type="dxa"/>
            <w:vAlign w:val="center"/>
          </w:tcPr>
          <w:p w14:paraId="27D7CDF1"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D046EBE" w14:textId="77777777" w:rsidR="0099275C" w:rsidRPr="00C8713A" w:rsidRDefault="0099275C" w:rsidP="00123B9D">
            <w:pPr>
              <w:rPr>
                <w:rFonts w:cs="Times New Roman"/>
                <w:sz w:val="16"/>
                <w:szCs w:val="16"/>
              </w:rPr>
            </w:pPr>
            <w:r w:rsidRPr="00C8713A">
              <w:rPr>
                <w:rFonts w:cs="Times New Roman"/>
                <w:sz w:val="16"/>
                <w:szCs w:val="16"/>
              </w:rPr>
              <w:t>8.0</w:t>
            </w:r>
          </w:p>
        </w:tc>
      </w:tr>
      <w:tr w:rsidR="0099275C" w:rsidRPr="00C8713A" w14:paraId="037213C4" w14:textId="77777777" w:rsidTr="00123B9D">
        <w:tc>
          <w:tcPr>
            <w:tcW w:w="3065" w:type="dxa"/>
            <w:vAlign w:val="center"/>
          </w:tcPr>
          <w:p w14:paraId="39D985CC" w14:textId="77777777" w:rsidR="0099275C" w:rsidRPr="00C8713A" w:rsidRDefault="0099275C" w:rsidP="00123B9D">
            <w:pPr>
              <w:rPr>
                <w:rFonts w:cs="Times New Roman"/>
                <w:sz w:val="16"/>
                <w:szCs w:val="16"/>
              </w:rPr>
            </w:pPr>
            <w:r w:rsidRPr="00C8713A">
              <w:rPr>
                <w:rFonts w:cs="Times New Roman"/>
                <w:sz w:val="16"/>
                <w:szCs w:val="16"/>
              </w:rPr>
              <w:t>Mo1.5Nb1Ti1V0.3Zr1</w:t>
            </w:r>
          </w:p>
        </w:tc>
        <w:tc>
          <w:tcPr>
            <w:tcW w:w="936" w:type="dxa"/>
            <w:vAlign w:val="center"/>
          </w:tcPr>
          <w:p w14:paraId="68EEA91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6D9CA3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C2FB1A5"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1CBEBE9E"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CA3654D" w14:textId="77777777" w:rsidR="0099275C" w:rsidRPr="00C8713A" w:rsidRDefault="0099275C" w:rsidP="00123B9D">
            <w:pPr>
              <w:rPr>
                <w:rFonts w:cs="Times New Roman"/>
                <w:sz w:val="16"/>
                <w:szCs w:val="16"/>
              </w:rPr>
            </w:pPr>
            <w:r w:rsidRPr="00C8713A">
              <w:rPr>
                <w:rFonts w:cs="Times New Roman"/>
                <w:sz w:val="16"/>
                <w:szCs w:val="16"/>
              </w:rPr>
              <w:t>8.0</w:t>
            </w:r>
          </w:p>
        </w:tc>
      </w:tr>
      <w:tr w:rsidR="0099275C" w:rsidRPr="00C8713A" w14:paraId="73DC9D8B" w14:textId="77777777" w:rsidTr="00123B9D">
        <w:tc>
          <w:tcPr>
            <w:tcW w:w="3065" w:type="dxa"/>
            <w:vAlign w:val="center"/>
          </w:tcPr>
          <w:p w14:paraId="4A6D030B" w14:textId="77777777" w:rsidR="0099275C" w:rsidRPr="00C8713A" w:rsidRDefault="0099275C" w:rsidP="00123B9D">
            <w:pPr>
              <w:rPr>
                <w:rFonts w:cs="Times New Roman"/>
                <w:sz w:val="16"/>
                <w:szCs w:val="16"/>
              </w:rPr>
            </w:pPr>
            <w:r w:rsidRPr="00C8713A">
              <w:rPr>
                <w:rFonts w:cs="Times New Roman"/>
                <w:sz w:val="16"/>
                <w:szCs w:val="16"/>
              </w:rPr>
              <w:t>Mo1.5Nb1Ti1V1Zr1</w:t>
            </w:r>
          </w:p>
        </w:tc>
        <w:tc>
          <w:tcPr>
            <w:tcW w:w="936" w:type="dxa"/>
            <w:vAlign w:val="center"/>
          </w:tcPr>
          <w:p w14:paraId="531AA9B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0EDC0D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tcPr>
          <w:p w14:paraId="7C0B3557" w14:textId="77777777" w:rsidR="0099275C" w:rsidRPr="00C8713A" w:rsidRDefault="0099275C" w:rsidP="00123B9D">
            <w:pPr>
              <w:rPr>
                <w:rFonts w:cs="Times New Roman"/>
                <w:sz w:val="16"/>
                <w:szCs w:val="16"/>
              </w:rPr>
            </w:pPr>
            <w:r w:rsidRPr="00205557">
              <w:rPr>
                <w:rFonts w:cs="Times New Roman"/>
                <w:sz w:val="16"/>
                <w:szCs w:val="16"/>
              </w:rPr>
              <w:t>AC</w:t>
            </w:r>
          </w:p>
        </w:tc>
        <w:tc>
          <w:tcPr>
            <w:tcW w:w="1185" w:type="dxa"/>
            <w:vAlign w:val="center"/>
          </w:tcPr>
          <w:p w14:paraId="550A50E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7CD8E66" w14:textId="77777777" w:rsidR="0099275C" w:rsidRPr="00C8713A" w:rsidRDefault="0099275C" w:rsidP="00123B9D">
            <w:pPr>
              <w:rPr>
                <w:rFonts w:cs="Times New Roman"/>
                <w:sz w:val="16"/>
                <w:szCs w:val="16"/>
              </w:rPr>
            </w:pPr>
            <w:r w:rsidRPr="00C8713A">
              <w:rPr>
                <w:rFonts w:cs="Times New Roman"/>
                <w:sz w:val="16"/>
                <w:szCs w:val="16"/>
              </w:rPr>
              <w:t>20.0</w:t>
            </w:r>
          </w:p>
        </w:tc>
      </w:tr>
      <w:tr w:rsidR="0099275C" w:rsidRPr="00C8713A" w14:paraId="52DA4AA0" w14:textId="77777777" w:rsidTr="00123B9D">
        <w:tc>
          <w:tcPr>
            <w:tcW w:w="3065" w:type="dxa"/>
            <w:vAlign w:val="center"/>
          </w:tcPr>
          <w:p w14:paraId="7194CA11" w14:textId="77777777" w:rsidR="0099275C" w:rsidRPr="00C8713A" w:rsidRDefault="0099275C" w:rsidP="00123B9D">
            <w:pPr>
              <w:rPr>
                <w:rFonts w:cs="Times New Roman"/>
                <w:sz w:val="16"/>
                <w:szCs w:val="16"/>
              </w:rPr>
            </w:pPr>
            <w:r w:rsidRPr="00C8713A">
              <w:rPr>
                <w:rFonts w:cs="Times New Roman"/>
                <w:sz w:val="16"/>
                <w:szCs w:val="16"/>
              </w:rPr>
              <w:t>Mo1.7Nb1Ti1V1Zr1</w:t>
            </w:r>
          </w:p>
        </w:tc>
        <w:tc>
          <w:tcPr>
            <w:tcW w:w="936" w:type="dxa"/>
            <w:vAlign w:val="center"/>
          </w:tcPr>
          <w:p w14:paraId="7418CFA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6E3460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tcPr>
          <w:p w14:paraId="08019CD0" w14:textId="77777777" w:rsidR="0099275C" w:rsidRPr="00C8713A" w:rsidRDefault="0099275C" w:rsidP="00123B9D">
            <w:pPr>
              <w:rPr>
                <w:rFonts w:cs="Times New Roman"/>
                <w:sz w:val="16"/>
                <w:szCs w:val="16"/>
              </w:rPr>
            </w:pPr>
            <w:r w:rsidRPr="00205557">
              <w:rPr>
                <w:rFonts w:cs="Times New Roman"/>
                <w:sz w:val="16"/>
                <w:szCs w:val="16"/>
              </w:rPr>
              <w:t>AC</w:t>
            </w:r>
          </w:p>
        </w:tc>
        <w:tc>
          <w:tcPr>
            <w:tcW w:w="1185" w:type="dxa"/>
            <w:vAlign w:val="center"/>
          </w:tcPr>
          <w:p w14:paraId="40E9823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9349F90" w14:textId="77777777" w:rsidR="0099275C" w:rsidRPr="00C8713A" w:rsidRDefault="0099275C" w:rsidP="00123B9D">
            <w:pPr>
              <w:rPr>
                <w:rFonts w:cs="Times New Roman"/>
                <w:sz w:val="16"/>
                <w:szCs w:val="16"/>
              </w:rPr>
            </w:pPr>
            <w:r w:rsidRPr="00C8713A">
              <w:rPr>
                <w:rFonts w:cs="Times New Roman"/>
                <w:sz w:val="16"/>
                <w:szCs w:val="16"/>
              </w:rPr>
              <w:t>15.0</w:t>
            </w:r>
          </w:p>
        </w:tc>
      </w:tr>
      <w:tr w:rsidR="0099275C" w:rsidRPr="00C8713A" w14:paraId="7E52E875" w14:textId="77777777" w:rsidTr="00123B9D">
        <w:tc>
          <w:tcPr>
            <w:tcW w:w="3065" w:type="dxa"/>
            <w:vAlign w:val="center"/>
          </w:tcPr>
          <w:p w14:paraId="1B6DCADF" w14:textId="77777777" w:rsidR="0099275C" w:rsidRPr="00C8713A" w:rsidRDefault="0099275C" w:rsidP="00123B9D">
            <w:pPr>
              <w:rPr>
                <w:rFonts w:cs="Times New Roman"/>
                <w:sz w:val="16"/>
                <w:szCs w:val="16"/>
              </w:rPr>
            </w:pPr>
            <w:r w:rsidRPr="00C8713A">
              <w:rPr>
                <w:rFonts w:cs="Times New Roman"/>
                <w:sz w:val="16"/>
                <w:szCs w:val="16"/>
              </w:rPr>
              <w:t>Mo1Nb1Ta1Ti0.25W1</w:t>
            </w:r>
          </w:p>
        </w:tc>
        <w:tc>
          <w:tcPr>
            <w:tcW w:w="936" w:type="dxa"/>
            <w:vAlign w:val="center"/>
          </w:tcPr>
          <w:p w14:paraId="5E0C925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3562E4E"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C3B29F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44C6F64D"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FE3B992" w14:textId="77777777" w:rsidR="0099275C" w:rsidRPr="00C8713A" w:rsidRDefault="0099275C" w:rsidP="00123B9D">
            <w:pPr>
              <w:rPr>
                <w:rFonts w:cs="Times New Roman"/>
                <w:sz w:val="16"/>
                <w:szCs w:val="16"/>
              </w:rPr>
            </w:pPr>
            <w:r w:rsidRPr="00C8713A">
              <w:rPr>
                <w:rFonts w:cs="Times New Roman"/>
                <w:sz w:val="16"/>
                <w:szCs w:val="16"/>
              </w:rPr>
              <w:t>2.5</w:t>
            </w:r>
          </w:p>
        </w:tc>
      </w:tr>
      <w:tr w:rsidR="0099275C" w:rsidRPr="00C8713A" w14:paraId="103364CB" w14:textId="77777777" w:rsidTr="00123B9D">
        <w:tc>
          <w:tcPr>
            <w:tcW w:w="3065" w:type="dxa"/>
            <w:vAlign w:val="center"/>
          </w:tcPr>
          <w:p w14:paraId="4DACC936" w14:textId="77777777" w:rsidR="0099275C" w:rsidRPr="00C8713A" w:rsidRDefault="0099275C" w:rsidP="00123B9D">
            <w:pPr>
              <w:rPr>
                <w:rFonts w:cs="Times New Roman"/>
                <w:sz w:val="16"/>
                <w:szCs w:val="16"/>
              </w:rPr>
            </w:pPr>
            <w:r w:rsidRPr="00C8713A">
              <w:rPr>
                <w:rFonts w:cs="Times New Roman"/>
                <w:sz w:val="16"/>
                <w:szCs w:val="16"/>
              </w:rPr>
              <w:t>Mo1Nb1Ta1Ti0.5W1</w:t>
            </w:r>
          </w:p>
        </w:tc>
        <w:tc>
          <w:tcPr>
            <w:tcW w:w="936" w:type="dxa"/>
            <w:vAlign w:val="center"/>
          </w:tcPr>
          <w:p w14:paraId="78B00E6E"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5268EC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340CCE7"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6801748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ADFA115" w14:textId="77777777" w:rsidR="0099275C" w:rsidRPr="00C8713A" w:rsidRDefault="0099275C" w:rsidP="00123B9D">
            <w:pPr>
              <w:rPr>
                <w:rFonts w:cs="Times New Roman"/>
                <w:sz w:val="16"/>
                <w:szCs w:val="16"/>
              </w:rPr>
            </w:pPr>
            <w:r w:rsidRPr="00C8713A">
              <w:rPr>
                <w:rFonts w:cs="Times New Roman"/>
                <w:sz w:val="16"/>
                <w:szCs w:val="16"/>
              </w:rPr>
              <w:t>5.9</w:t>
            </w:r>
          </w:p>
        </w:tc>
      </w:tr>
      <w:tr w:rsidR="0099275C" w:rsidRPr="00C8713A" w14:paraId="5E3EB74A" w14:textId="77777777" w:rsidTr="00123B9D">
        <w:tc>
          <w:tcPr>
            <w:tcW w:w="3065" w:type="dxa"/>
            <w:vAlign w:val="center"/>
          </w:tcPr>
          <w:p w14:paraId="1EAE8223" w14:textId="77777777" w:rsidR="0099275C" w:rsidRPr="00C8713A" w:rsidRDefault="0099275C" w:rsidP="00123B9D">
            <w:pPr>
              <w:rPr>
                <w:rFonts w:cs="Times New Roman"/>
                <w:sz w:val="16"/>
                <w:szCs w:val="16"/>
              </w:rPr>
            </w:pPr>
            <w:r w:rsidRPr="00C8713A">
              <w:rPr>
                <w:rFonts w:cs="Times New Roman"/>
                <w:sz w:val="16"/>
                <w:szCs w:val="16"/>
              </w:rPr>
              <w:t>Mo1Nb1Ta1Ti0.75W1</w:t>
            </w:r>
          </w:p>
        </w:tc>
        <w:tc>
          <w:tcPr>
            <w:tcW w:w="936" w:type="dxa"/>
            <w:vAlign w:val="center"/>
          </w:tcPr>
          <w:p w14:paraId="27C329A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52169E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DE75C10"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5FC3B9A9"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2B67F4E" w14:textId="77777777" w:rsidR="0099275C" w:rsidRPr="00C8713A" w:rsidRDefault="0099275C" w:rsidP="00123B9D">
            <w:pPr>
              <w:rPr>
                <w:rFonts w:cs="Times New Roman"/>
                <w:sz w:val="16"/>
                <w:szCs w:val="16"/>
              </w:rPr>
            </w:pPr>
            <w:r w:rsidRPr="00C8713A">
              <w:rPr>
                <w:rFonts w:cs="Times New Roman"/>
                <w:sz w:val="16"/>
                <w:szCs w:val="16"/>
              </w:rPr>
              <w:t>8.4</w:t>
            </w:r>
          </w:p>
        </w:tc>
      </w:tr>
      <w:tr w:rsidR="0099275C" w:rsidRPr="00C8713A" w14:paraId="4372F607" w14:textId="77777777" w:rsidTr="00123B9D">
        <w:tc>
          <w:tcPr>
            <w:tcW w:w="3065" w:type="dxa"/>
            <w:vAlign w:val="center"/>
          </w:tcPr>
          <w:p w14:paraId="270A77B6" w14:textId="77777777" w:rsidR="0099275C" w:rsidRPr="00C8713A" w:rsidRDefault="0099275C" w:rsidP="00123B9D">
            <w:pPr>
              <w:rPr>
                <w:rFonts w:cs="Times New Roman"/>
                <w:sz w:val="16"/>
                <w:szCs w:val="16"/>
              </w:rPr>
            </w:pPr>
            <w:r w:rsidRPr="00C8713A">
              <w:rPr>
                <w:rFonts w:cs="Times New Roman"/>
                <w:sz w:val="16"/>
                <w:szCs w:val="16"/>
              </w:rPr>
              <w:t>Mo1Nb1Ta1Ti1V1</w:t>
            </w:r>
          </w:p>
        </w:tc>
        <w:tc>
          <w:tcPr>
            <w:tcW w:w="936" w:type="dxa"/>
            <w:vAlign w:val="center"/>
          </w:tcPr>
          <w:p w14:paraId="579F553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693E4A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2B6FEA8"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1544AC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9C55C4F"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3A77DE61" w14:textId="77777777" w:rsidTr="00123B9D">
        <w:tc>
          <w:tcPr>
            <w:tcW w:w="3065" w:type="dxa"/>
            <w:vAlign w:val="center"/>
          </w:tcPr>
          <w:p w14:paraId="2C5539C8" w14:textId="77777777" w:rsidR="0099275C" w:rsidRPr="00C8713A" w:rsidRDefault="0099275C" w:rsidP="00123B9D">
            <w:pPr>
              <w:rPr>
                <w:rFonts w:cs="Times New Roman"/>
                <w:sz w:val="16"/>
                <w:szCs w:val="16"/>
              </w:rPr>
            </w:pPr>
            <w:r w:rsidRPr="00C8713A">
              <w:rPr>
                <w:rFonts w:cs="Times New Roman"/>
                <w:sz w:val="16"/>
                <w:szCs w:val="16"/>
              </w:rPr>
              <w:t>Mo1Nb1Ta1Ti1V1W1</w:t>
            </w:r>
          </w:p>
        </w:tc>
        <w:tc>
          <w:tcPr>
            <w:tcW w:w="936" w:type="dxa"/>
            <w:vAlign w:val="center"/>
          </w:tcPr>
          <w:p w14:paraId="5C96778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374A05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C3897E0"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22275DE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B49D4DC" w14:textId="77777777" w:rsidR="0099275C" w:rsidRPr="00C8713A" w:rsidRDefault="0099275C" w:rsidP="00123B9D">
            <w:pPr>
              <w:rPr>
                <w:rFonts w:cs="Times New Roman"/>
                <w:sz w:val="16"/>
                <w:szCs w:val="16"/>
              </w:rPr>
            </w:pPr>
            <w:r w:rsidRPr="00C8713A">
              <w:rPr>
                <w:rFonts w:cs="Times New Roman"/>
                <w:sz w:val="16"/>
                <w:szCs w:val="16"/>
              </w:rPr>
              <w:t>10.6</w:t>
            </w:r>
          </w:p>
        </w:tc>
      </w:tr>
      <w:tr w:rsidR="0099275C" w:rsidRPr="00C8713A" w14:paraId="7549716D" w14:textId="77777777" w:rsidTr="00123B9D">
        <w:tc>
          <w:tcPr>
            <w:tcW w:w="3065" w:type="dxa"/>
            <w:vAlign w:val="center"/>
          </w:tcPr>
          <w:p w14:paraId="239AFCA4" w14:textId="77777777" w:rsidR="0099275C" w:rsidRPr="00C8713A" w:rsidRDefault="0099275C" w:rsidP="00123B9D">
            <w:pPr>
              <w:rPr>
                <w:rFonts w:cs="Times New Roman"/>
                <w:sz w:val="16"/>
                <w:szCs w:val="16"/>
              </w:rPr>
            </w:pPr>
            <w:r w:rsidRPr="00C8713A">
              <w:rPr>
                <w:rFonts w:cs="Times New Roman"/>
                <w:sz w:val="16"/>
                <w:szCs w:val="16"/>
              </w:rPr>
              <w:t>Mo1Nb1Ta1Ti1W1</w:t>
            </w:r>
          </w:p>
        </w:tc>
        <w:tc>
          <w:tcPr>
            <w:tcW w:w="936" w:type="dxa"/>
            <w:vAlign w:val="center"/>
          </w:tcPr>
          <w:p w14:paraId="0BDAEB6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885C7B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F4C0754"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52C21CC6"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7BD6AA1F" w14:textId="77777777" w:rsidR="0099275C" w:rsidRPr="00C8713A" w:rsidRDefault="0099275C" w:rsidP="00123B9D">
            <w:pPr>
              <w:rPr>
                <w:rFonts w:cs="Times New Roman"/>
                <w:sz w:val="16"/>
                <w:szCs w:val="16"/>
              </w:rPr>
            </w:pPr>
            <w:r w:rsidRPr="00C8713A">
              <w:rPr>
                <w:rFonts w:cs="Times New Roman"/>
                <w:sz w:val="16"/>
                <w:szCs w:val="16"/>
              </w:rPr>
              <w:t>14.1</w:t>
            </w:r>
          </w:p>
        </w:tc>
      </w:tr>
      <w:tr w:rsidR="0099275C" w:rsidRPr="00C8713A" w14:paraId="38871D41" w14:textId="77777777" w:rsidTr="00123B9D">
        <w:tc>
          <w:tcPr>
            <w:tcW w:w="3065" w:type="dxa"/>
            <w:vAlign w:val="center"/>
          </w:tcPr>
          <w:p w14:paraId="1D9160B4" w14:textId="77777777" w:rsidR="0099275C" w:rsidRPr="00C8713A" w:rsidRDefault="0099275C" w:rsidP="00123B9D">
            <w:pPr>
              <w:rPr>
                <w:rFonts w:cs="Times New Roman"/>
                <w:sz w:val="16"/>
                <w:szCs w:val="16"/>
              </w:rPr>
            </w:pPr>
            <w:r w:rsidRPr="00C8713A">
              <w:rPr>
                <w:rFonts w:cs="Times New Roman"/>
                <w:sz w:val="16"/>
                <w:szCs w:val="16"/>
              </w:rPr>
              <w:t>Mo1Nb1Ta1V1</w:t>
            </w:r>
          </w:p>
        </w:tc>
        <w:tc>
          <w:tcPr>
            <w:tcW w:w="936" w:type="dxa"/>
            <w:vAlign w:val="center"/>
          </w:tcPr>
          <w:p w14:paraId="6D37A7D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B2EC3C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C18F5F8" w14:textId="77777777" w:rsidR="0099275C" w:rsidRPr="00C8713A" w:rsidRDefault="0099275C" w:rsidP="00123B9D">
            <w:pPr>
              <w:rPr>
                <w:rFonts w:cs="Times New Roman"/>
                <w:sz w:val="16"/>
                <w:szCs w:val="16"/>
              </w:rPr>
            </w:pPr>
            <w:r w:rsidRPr="00C8713A">
              <w:rPr>
                <w:rFonts w:cs="Times New Roman"/>
                <w:sz w:val="16"/>
                <w:szCs w:val="16"/>
              </w:rPr>
              <w:t>A</w:t>
            </w:r>
          </w:p>
        </w:tc>
        <w:tc>
          <w:tcPr>
            <w:tcW w:w="1185" w:type="dxa"/>
            <w:vAlign w:val="center"/>
          </w:tcPr>
          <w:p w14:paraId="04A0F4AD"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DD75290" w14:textId="77777777" w:rsidR="0099275C" w:rsidRPr="00C8713A" w:rsidRDefault="0099275C" w:rsidP="00123B9D">
            <w:pPr>
              <w:rPr>
                <w:rFonts w:cs="Times New Roman"/>
                <w:sz w:val="16"/>
                <w:szCs w:val="16"/>
              </w:rPr>
            </w:pPr>
            <w:r w:rsidRPr="00C8713A">
              <w:rPr>
                <w:rFonts w:cs="Times New Roman"/>
                <w:sz w:val="16"/>
                <w:szCs w:val="16"/>
              </w:rPr>
              <w:t>21.0</w:t>
            </w:r>
          </w:p>
        </w:tc>
      </w:tr>
      <w:tr w:rsidR="0099275C" w:rsidRPr="00C8713A" w14:paraId="46E05236" w14:textId="77777777" w:rsidTr="00123B9D">
        <w:tc>
          <w:tcPr>
            <w:tcW w:w="3065" w:type="dxa"/>
            <w:vAlign w:val="center"/>
          </w:tcPr>
          <w:p w14:paraId="327A1045"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936" w:type="dxa"/>
            <w:vAlign w:val="center"/>
          </w:tcPr>
          <w:p w14:paraId="0FCEEFC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0D05392"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322D212"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9E1C1B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4D0BC9B" w14:textId="77777777" w:rsidR="0099275C" w:rsidRPr="00C8713A" w:rsidRDefault="0099275C" w:rsidP="00123B9D">
            <w:pPr>
              <w:rPr>
                <w:rFonts w:cs="Times New Roman"/>
                <w:sz w:val="16"/>
                <w:szCs w:val="16"/>
              </w:rPr>
            </w:pPr>
            <w:r w:rsidRPr="00C8713A">
              <w:rPr>
                <w:rFonts w:cs="Times New Roman"/>
                <w:sz w:val="16"/>
                <w:szCs w:val="16"/>
              </w:rPr>
              <w:t>2.0</w:t>
            </w:r>
          </w:p>
        </w:tc>
      </w:tr>
      <w:tr w:rsidR="0099275C" w:rsidRPr="00C8713A" w14:paraId="0E38C73C" w14:textId="77777777" w:rsidTr="00123B9D">
        <w:tc>
          <w:tcPr>
            <w:tcW w:w="3065" w:type="dxa"/>
            <w:vAlign w:val="center"/>
          </w:tcPr>
          <w:p w14:paraId="26BEBB88"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936" w:type="dxa"/>
            <w:vAlign w:val="center"/>
          </w:tcPr>
          <w:p w14:paraId="7E2D290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58C86A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B159D3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73E0354" w14:textId="77777777" w:rsidR="0099275C" w:rsidRPr="00C8713A" w:rsidRDefault="0099275C" w:rsidP="00123B9D">
            <w:pPr>
              <w:rPr>
                <w:rFonts w:cs="Times New Roman"/>
                <w:sz w:val="16"/>
                <w:szCs w:val="16"/>
              </w:rPr>
            </w:pPr>
            <w:r w:rsidRPr="00C8713A">
              <w:rPr>
                <w:rFonts w:cs="Times New Roman"/>
                <w:sz w:val="16"/>
                <w:szCs w:val="16"/>
              </w:rPr>
              <w:t>600</w:t>
            </w:r>
          </w:p>
        </w:tc>
        <w:tc>
          <w:tcPr>
            <w:tcW w:w="1536" w:type="dxa"/>
            <w:vAlign w:val="center"/>
          </w:tcPr>
          <w:p w14:paraId="11128303" w14:textId="77777777" w:rsidR="0099275C" w:rsidRPr="00C8713A" w:rsidRDefault="0099275C" w:rsidP="00123B9D">
            <w:pPr>
              <w:rPr>
                <w:rFonts w:cs="Times New Roman"/>
                <w:sz w:val="16"/>
                <w:szCs w:val="16"/>
              </w:rPr>
            </w:pPr>
            <w:r w:rsidRPr="00C8713A">
              <w:rPr>
                <w:rFonts w:cs="Times New Roman"/>
                <w:sz w:val="16"/>
                <w:szCs w:val="16"/>
              </w:rPr>
              <w:t>13.0</w:t>
            </w:r>
          </w:p>
        </w:tc>
      </w:tr>
      <w:tr w:rsidR="0099275C" w:rsidRPr="00C8713A" w14:paraId="5B807C40" w14:textId="77777777" w:rsidTr="00123B9D">
        <w:tc>
          <w:tcPr>
            <w:tcW w:w="3065" w:type="dxa"/>
            <w:vAlign w:val="center"/>
          </w:tcPr>
          <w:p w14:paraId="334004AA"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936" w:type="dxa"/>
            <w:vAlign w:val="center"/>
          </w:tcPr>
          <w:p w14:paraId="39FFCC9E"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559A19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A98EFA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82FA72C"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372D2F68" w14:textId="77777777" w:rsidR="0099275C" w:rsidRPr="00C8713A" w:rsidRDefault="0099275C" w:rsidP="00123B9D">
            <w:pPr>
              <w:rPr>
                <w:rFonts w:cs="Times New Roman"/>
                <w:sz w:val="16"/>
                <w:szCs w:val="16"/>
              </w:rPr>
            </w:pPr>
            <w:r w:rsidRPr="00C8713A">
              <w:rPr>
                <w:rFonts w:cs="Times New Roman"/>
                <w:sz w:val="16"/>
                <w:szCs w:val="16"/>
              </w:rPr>
              <w:t>17.0</w:t>
            </w:r>
          </w:p>
        </w:tc>
      </w:tr>
      <w:tr w:rsidR="0099275C" w:rsidRPr="00C8713A" w14:paraId="7D4F7922" w14:textId="77777777" w:rsidTr="00123B9D">
        <w:tc>
          <w:tcPr>
            <w:tcW w:w="3065" w:type="dxa"/>
            <w:vAlign w:val="center"/>
          </w:tcPr>
          <w:p w14:paraId="6B2B8A6D"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936" w:type="dxa"/>
            <w:vAlign w:val="center"/>
          </w:tcPr>
          <w:p w14:paraId="006A560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A725F7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0C56924"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05F7AA9"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39F168D5" w14:textId="77777777" w:rsidR="0099275C" w:rsidRPr="00C8713A" w:rsidRDefault="0099275C" w:rsidP="00123B9D">
            <w:pPr>
              <w:rPr>
                <w:rFonts w:cs="Times New Roman"/>
                <w:sz w:val="16"/>
                <w:szCs w:val="16"/>
              </w:rPr>
            </w:pPr>
            <w:r w:rsidRPr="00C8713A">
              <w:rPr>
                <w:rFonts w:cs="Times New Roman"/>
                <w:sz w:val="16"/>
                <w:szCs w:val="16"/>
              </w:rPr>
              <w:t>19.0</w:t>
            </w:r>
          </w:p>
        </w:tc>
      </w:tr>
      <w:tr w:rsidR="0099275C" w:rsidRPr="00C8713A" w14:paraId="4A839829" w14:textId="77777777" w:rsidTr="00123B9D">
        <w:tc>
          <w:tcPr>
            <w:tcW w:w="3065" w:type="dxa"/>
            <w:vAlign w:val="center"/>
          </w:tcPr>
          <w:p w14:paraId="6CE711AC"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936" w:type="dxa"/>
            <w:vAlign w:val="center"/>
          </w:tcPr>
          <w:p w14:paraId="779DEB4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058872C"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F465E40"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99AB118" w14:textId="77777777" w:rsidR="0099275C" w:rsidRPr="00C8713A" w:rsidRDefault="0099275C" w:rsidP="00123B9D">
            <w:pPr>
              <w:rPr>
                <w:rFonts w:cs="Times New Roman"/>
                <w:sz w:val="16"/>
                <w:szCs w:val="16"/>
              </w:rPr>
            </w:pPr>
            <w:r w:rsidRPr="00C8713A">
              <w:rPr>
                <w:rFonts w:cs="Times New Roman"/>
                <w:sz w:val="16"/>
                <w:szCs w:val="16"/>
              </w:rPr>
              <w:t>1200</w:t>
            </w:r>
          </w:p>
        </w:tc>
        <w:tc>
          <w:tcPr>
            <w:tcW w:w="1536" w:type="dxa"/>
            <w:vAlign w:val="center"/>
          </w:tcPr>
          <w:p w14:paraId="2E88A08A" w14:textId="77777777" w:rsidR="0099275C" w:rsidRPr="00C8713A" w:rsidRDefault="0099275C" w:rsidP="00123B9D">
            <w:pPr>
              <w:rPr>
                <w:rFonts w:cs="Times New Roman"/>
                <w:sz w:val="16"/>
                <w:szCs w:val="16"/>
              </w:rPr>
            </w:pPr>
            <w:r w:rsidRPr="00C8713A">
              <w:rPr>
                <w:rFonts w:cs="Times New Roman"/>
                <w:sz w:val="16"/>
                <w:szCs w:val="16"/>
              </w:rPr>
              <w:t>7.5</w:t>
            </w:r>
          </w:p>
        </w:tc>
      </w:tr>
      <w:tr w:rsidR="0099275C" w:rsidRPr="00C8713A" w14:paraId="1727450F" w14:textId="77777777" w:rsidTr="00123B9D">
        <w:tc>
          <w:tcPr>
            <w:tcW w:w="3065" w:type="dxa"/>
            <w:vAlign w:val="center"/>
          </w:tcPr>
          <w:p w14:paraId="3571486B"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936" w:type="dxa"/>
            <w:vAlign w:val="center"/>
          </w:tcPr>
          <w:p w14:paraId="55F3FD7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C4EF0AF"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B741D20"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08E2D44" w14:textId="77777777" w:rsidR="0099275C" w:rsidRPr="00C8713A" w:rsidRDefault="0099275C" w:rsidP="00123B9D">
            <w:pPr>
              <w:rPr>
                <w:rFonts w:cs="Times New Roman"/>
                <w:sz w:val="16"/>
                <w:szCs w:val="16"/>
              </w:rPr>
            </w:pPr>
            <w:r w:rsidRPr="00C8713A">
              <w:rPr>
                <w:rFonts w:cs="Times New Roman"/>
                <w:sz w:val="16"/>
                <w:szCs w:val="16"/>
              </w:rPr>
              <w:t>1400</w:t>
            </w:r>
          </w:p>
        </w:tc>
        <w:tc>
          <w:tcPr>
            <w:tcW w:w="1536" w:type="dxa"/>
            <w:vAlign w:val="center"/>
          </w:tcPr>
          <w:p w14:paraId="296B5EF9"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38C1E52D" w14:textId="77777777" w:rsidTr="00123B9D">
        <w:tc>
          <w:tcPr>
            <w:tcW w:w="3065" w:type="dxa"/>
            <w:vAlign w:val="center"/>
          </w:tcPr>
          <w:p w14:paraId="589118AE" w14:textId="77777777" w:rsidR="0099275C" w:rsidRPr="00C8713A" w:rsidRDefault="0099275C" w:rsidP="00123B9D">
            <w:pPr>
              <w:rPr>
                <w:rFonts w:cs="Times New Roman"/>
                <w:sz w:val="16"/>
                <w:szCs w:val="16"/>
              </w:rPr>
            </w:pPr>
            <w:r w:rsidRPr="00C8713A">
              <w:rPr>
                <w:rFonts w:cs="Times New Roman"/>
                <w:sz w:val="16"/>
                <w:szCs w:val="16"/>
              </w:rPr>
              <w:t>Mo1Nb1Ta1V1W1</w:t>
            </w:r>
          </w:p>
        </w:tc>
        <w:tc>
          <w:tcPr>
            <w:tcW w:w="936" w:type="dxa"/>
            <w:vAlign w:val="center"/>
          </w:tcPr>
          <w:p w14:paraId="516CA8F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09A2EA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5FD3F65"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F75E766" w14:textId="77777777" w:rsidR="0099275C" w:rsidRPr="00C8713A" w:rsidRDefault="0099275C" w:rsidP="00123B9D">
            <w:pPr>
              <w:rPr>
                <w:rFonts w:cs="Times New Roman"/>
                <w:sz w:val="16"/>
                <w:szCs w:val="16"/>
              </w:rPr>
            </w:pPr>
            <w:r w:rsidRPr="00C8713A">
              <w:rPr>
                <w:rFonts w:cs="Times New Roman"/>
                <w:sz w:val="16"/>
                <w:szCs w:val="16"/>
              </w:rPr>
              <w:t>1600</w:t>
            </w:r>
          </w:p>
        </w:tc>
        <w:tc>
          <w:tcPr>
            <w:tcW w:w="1536" w:type="dxa"/>
            <w:vAlign w:val="center"/>
          </w:tcPr>
          <w:p w14:paraId="093B0881"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3E001286" w14:textId="77777777" w:rsidTr="00123B9D">
        <w:tc>
          <w:tcPr>
            <w:tcW w:w="3065" w:type="dxa"/>
            <w:vAlign w:val="center"/>
          </w:tcPr>
          <w:p w14:paraId="0181BE8D"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6977DA7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605371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11F3837"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5BC34B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03EA300" w14:textId="77777777" w:rsidR="0099275C" w:rsidRPr="00C8713A" w:rsidRDefault="0099275C" w:rsidP="00123B9D">
            <w:pPr>
              <w:rPr>
                <w:rFonts w:cs="Times New Roman"/>
                <w:sz w:val="16"/>
                <w:szCs w:val="16"/>
              </w:rPr>
            </w:pPr>
            <w:r w:rsidRPr="00C8713A">
              <w:rPr>
                <w:rFonts w:cs="Times New Roman"/>
                <w:sz w:val="16"/>
                <w:szCs w:val="16"/>
              </w:rPr>
              <w:t>2.0</w:t>
            </w:r>
          </w:p>
        </w:tc>
      </w:tr>
      <w:tr w:rsidR="0099275C" w:rsidRPr="00C8713A" w14:paraId="6AFA3ABC" w14:textId="77777777" w:rsidTr="00123B9D">
        <w:tc>
          <w:tcPr>
            <w:tcW w:w="3065" w:type="dxa"/>
            <w:vAlign w:val="center"/>
          </w:tcPr>
          <w:p w14:paraId="23D386D5"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04E85F4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19C5F6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70554E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297E5C2" w14:textId="77777777" w:rsidR="0099275C" w:rsidRPr="00C8713A" w:rsidRDefault="0099275C" w:rsidP="00123B9D">
            <w:pPr>
              <w:rPr>
                <w:rFonts w:cs="Times New Roman"/>
                <w:sz w:val="16"/>
                <w:szCs w:val="16"/>
              </w:rPr>
            </w:pPr>
            <w:r w:rsidRPr="00C8713A">
              <w:rPr>
                <w:rFonts w:cs="Times New Roman"/>
                <w:sz w:val="16"/>
                <w:szCs w:val="16"/>
              </w:rPr>
              <w:t>600</w:t>
            </w:r>
          </w:p>
        </w:tc>
        <w:tc>
          <w:tcPr>
            <w:tcW w:w="1536" w:type="dxa"/>
            <w:vAlign w:val="center"/>
          </w:tcPr>
          <w:p w14:paraId="08561F44"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16EE2605" w14:textId="77777777" w:rsidTr="00123B9D">
        <w:tc>
          <w:tcPr>
            <w:tcW w:w="3065" w:type="dxa"/>
            <w:vAlign w:val="center"/>
          </w:tcPr>
          <w:p w14:paraId="1CAC1FA2"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12463B8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B66944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953CA74"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E8A8960"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63C4FB6B"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2986D980" w14:textId="77777777" w:rsidTr="00123B9D">
        <w:tc>
          <w:tcPr>
            <w:tcW w:w="3065" w:type="dxa"/>
            <w:vAlign w:val="center"/>
          </w:tcPr>
          <w:p w14:paraId="493541BE"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1B27EB2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574AB1A"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7D4FB48"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0B8D624"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5DFC0CE0"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4EE94F27" w14:textId="77777777" w:rsidTr="00123B9D">
        <w:tc>
          <w:tcPr>
            <w:tcW w:w="3065" w:type="dxa"/>
            <w:vAlign w:val="center"/>
          </w:tcPr>
          <w:p w14:paraId="3552BB19"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41E07F6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C838926"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D3159A3"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9488C19" w14:textId="77777777" w:rsidR="0099275C" w:rsidRPr="00C8713A" w:rsidRDefault="0099275C" w:rsidP="00123B9D">
            <w:pPr>
              <w:rPr>
                <w:rFonts w:cs="Times New Roman"/>
                <w:sz w:val="16"/>
                <w:szCs w:val="16"/>
              </w:rPr>
            </w:pPr>
            <w:r w:rsidRPr="00C8713A">
              <w:rPr>
                <w:rFonts w:cs="Times New Roman"/>
                <w:sz w:val="16"/>
                <w:szCs w:val="16"/>
              </w:rPr>
              <w:t>1200</w:t>
            </w:r>
          </w:p>
        </w:tc>
        <w:tc>
          <w:tcPr>
            <w:tcW w:w="1536" w:type="dxa"/>
            <w:vAlign w:val="center"/>
          </w:tcPr>
          <w:p w14:paraId="5F33524D"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7A73B665" w14:textId="77777777" w:rsidTr="00123B9D">
        <w:tc>
          <w:tcPr>
            <w:tcW w:w="3065" w:type="dxa"/>
            <w:vAlign w:val="center"/>
          </w:tcPr>
          <w:p w14:paraId="678E7CAF"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6052268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A9D0AE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05B7C4B8"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6026BEE" w14:textId="77777777" w:rsidR="0099275C" w:rsidRPr="00C8713A" w:rsidRDefault="0099275C" w:rsidP="00123B9D">
            <w:pPr>
              <w:rPr>
                <w:rFonts w:cs="Times New Roman"/>
                <w:sz w:val="16"/>
                <w:szCs w:val="16"/>
              </w:rPr>
            </w:pPr>
            <w:r w:rsidRPr="00C8713A">
              <w:rPr>
                <w:rFonts w:cs="Times New Roman"/>
                <w:sz w:val="16"/>
                <w:szCs w:val="16"/>
              </w:rPr>
              <w:t>1400</w:t>
            </w:r>
          </w:p>
        </w:tc>
        <w:tc>
          <w:tcPr>
            <w:tcW w:w="1536" w:type="dxa"/>
            <w:vAlign w:val="center"/>
          </w:tcPr>
          <w:p w14:paraId="55F3864A"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4FA5E380" w14:textId="77777777" w:rsidTr="00123B9D">
        <w:tc>
          <w:tcPr>
            <w:tcW w:w="3065" w:type="dxa"/>
            <w:vAlign w:val="center"/>
          </w:tcPr>
          <w:p w14:paraId="44294803"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7EBC76B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F239D08"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44BFF45"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28CB8DB" w14:textId="77777777" w:rsidR="0099275C" w:rsidRPr="00C8713A" w:rsidRDefault="0099275C" w:rsidP="00123B9D">
            <w:pPr>
              <w:rPr>
                <w:rFonts w:cs="Times New Roman"/>
                <w:sz w:val="16"/>
                <w:szCs w:val="16"/>
              </w:rPr>
            </w:pPr>
            <w:r w:rsidRPr="00C8713A">
              <w:rPr>
                <w:rFonts w:cs="Times New Roman"/>
                <w:sz w:val="16"/>
                <w:szCs w:val="16"/>
              </w:rPr>
              <w:t>1600</w:t>
            </w:r>
          </w:p>
        </w:tc>
        <w:tc>
          <w:tcPr>
            <w:tcW w:w="1536" w:type="dxa"/>
            <w:vAlign w:val="center"/>
          </w:tcPr>
          <w:p w14:paraId="4B9C8BA4" w14:textId="77777777" w:rsidR="0099275C" w:rsidRPr="00C8713A" w:rsidRDefault="0099275C" w:rsidP="00123B9D">
            <w:pPr>
              <w:rPr>
                <w:rFonts w:cs="Times New Roman"/>
                <w:sz w:val="16"/>
                <w:szCs w:val="16"/>
              </w:rPr>
            </w:pPr>
            <w:r w:rsidRPr="00C8713A">
              <w:rPr>
                <w:rFonts w:cs="Times New Roman"/>
                <w:sz w:val="16"/>
                <w:szCs w:val="16"/>
              </w:rPr>
              <w:t>40.0</w:t>
            </w:r>
          </w:p>
        </w:tc>
      </w:tr>
      <w:tr w:rsidR="0099275C" w:rsidRPr="00C8713A" w14:paraId="0AB83556" w14:textId="77777777" w:rsidTr="00123B9D">
        <w:tc>
          <w:tcPr>
            <w:tcW w:w="3065" w:type="dxa"/>
            <w:vAlign w:val="center"/>
          </w:tcPr>
          <w:p w14:paraId="2A1585EF" w14:textId="77777777" w:rsidR="0099275C" w:rsidRPr="00C8713A" w:rsidRDefault="0099275C" w:rsidP="00123B9D">
            <w:pPr>
              <w:rPr>
                <w:rFonts w:cs="Times New Roman"/>
                <w:sz w:val="16"/>
                <w:szCs w:val="16"/>
              </w:rPr>
            </w:pPr>
            <w:r w:rsidRPr="00C8713A">
              <w:rPr>
                <w:rFonts w:cs="Times New Roman"/>
                <w:sz w:val="16"/>
                <w:szCs w:val="16"/>
              </w:rPr>
              <w:t>Mo1Nb1Ta1W1</w:t>
            </w:r>
          </w:p>
        </w:tc>
        <w:tc>
          <w:tcPr>
            <w:tcW w:w="936" w:type="dxa"/>
            <w:vAlign w:val="center"/>
          </w:tcPr>
          <w:p w14:paraId="16BFF2E6"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CD6298F"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F054225" w14:textId="77777777" w:rsidR="0099275C" w:rsidRPr="00C8713A" w:rsidRDefault="0099275C" w:rsidP="00123B9D">
            <w:pPr>
              <w:rPr>
                <w:rFonts w:cs="Times New Roman"/>
                <w:sz w:val="16"/>
                <w:szCs w:val="16"/>
              </w:rPr>
            </w:pPr>
            <w:r w:rsidRPr="00C8713A">
              <w:rPr>
                <w:rFonts w:cs="Times New Roman"/>
                <w:sz w:val="16"/>
                <w:szCs w:val="16"/>
              </w:rPr>
              <w:t>OTHER</w:t>
            </w:r>
          </w:p>
        </w:tc>
        <w:tc>
          <w:tcPr>
            <w:tcW w:w="1185" w:type="dxa"/>
            <w:vAlign w:val="center"/>
          </w:tcPr>
          <w:p w14:paraId="27C74E3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40FBC51" w14:textId="77777777" w:rsidR="0099275C" w:rsidRPr="00C8713A" w:rsidRDefault="0099275C" w:rsidP="00123B9D">
            <w:pPr>
              <w:rPr>
                <w:rFonts w:cs="Times New Roman"/>
                <w:sz w:val="16"/>
                <w:szCs w:val="16"/>
              </w:rPr>
            </w:pPr>
            <w:r w:rsidRPr="00C8713A">
              <w:rPr>
                <w:rFonts w:cs="Times New Roman"/>
                <w:sz w:val="16"/>
                <w:szCs w:val="16"/>
              </w:rPr>
              <w:t>7.5</w:t>
            </w:r>
          </w:p>
        </w:tc>
      </w:tr>
      <w:tr w:rsidR="0099275C" w:rsidRPr="00C8713A" w14:paraId="21607E84" w14:textId="77777777" w:rsidTr="00123B9D">
        <w:tc>
          <w:tcPr>
            <w:tcW w:w="3065" w:type="dxa"/>
            <w:vAlign w:val="center"/>
          </w:tcPr>
          <w:p w14:paraId="57E2E9C6" w14:textId="77777777" w:rsidR="0099275C" w:rsidRPr="00C8713A" w:rsidRDefault="0099275C" w:rsidP="00123B9D">
            <w:pPr>
              <w:rPr>
                <w:rFonts w:cs="Times New Roman"/>
                <w:sz w:val="16"/>
                <w:szCs w:val="16"/>
              </w:rPr>
            </w:pPr>
            <w:r w:rsidRPr="00C8713A">
              <w:rPr>
                <w:rFonts w:cs="Times New Roman"/>
                <w:sz w:val="16"/>
                <w:szCs w:val="16"/>
              </w:rPr>
              <w:t>Mo1Nb1Ti1V0.25Zr1</w:t>
            </w:r>
          </w:p>
        </w:tc>
        <w:tc>
          <w:tcPr>
            <w:tcW w:w="936" w:type="dxa"/>
            <w:vAlign w:val="center"/>
          </w:tcPr>
          <w:p w14:paraId="372F405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AC473FE"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DA2B30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5BC33D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01DC6CD" w14:textId="77777777" w:rsidR="0099275C" w:rsidRPr="00C8713A" w:rsidRDefault="0099275C" w:rsidP="00123B9D">
            <w:pPr>
              <w:rPr>
                <w:rFonts w:cs="Times New Roman"/>
                <w:sz w:val="16"/>
                <w:szCs w:val="16"/>
              </w:rPr>
            </w:pPr>
            <w:r w:rsidRPr="00C8713A">
              <w:rPr>
                <w:rFonts w:cs="Times New Roman"/>
                <w:sz w:val="16"/>
                <w:szCs w:val="16"/>
              </w:rPr>
              <w:t>30.0</w:t>
            </w:r>
          </w:p>
        </w:tc>
      </w:tr>
      <w:tr w:rsidR="0099275C" w:rsidRPr="00C8713A" w14:paraId="4CFB2DD0" w14:textId="77777777" w:rsidTr="00123B9D">
        <w:tc>
          <w:tcPr>
            <w:tcW w:w="3065" w:type="dxa"/>
            <w:vAlign w:val="center"/>
          </w:tcPr>
          <w:p w14:paraId="0DE251D7" w14:textId="77777777" w:rsidR="0099275C" w:rsidRPr="00C8713A" w:rsidRDefault="0099275C" w:rsidP="00123B9D">
            <w:pPr>
              <w:rPr>
                <w:rFonts w:cs="Times New Roman"/>
                <w:sz w:val="16"/>
                <w:szCs w:val="16"/>
              </w:rPr>
            </w:pPr>
            <w:r w:rsidRPr="00C8713A">
              <w:rPr>
                <w:rFonts w:cs="Times New Roman"/>
                <w:sz w:val="16"/>
                <w:szCs w:val="16"/>
              </w:rPr>
              <w:t>Mo1Nb1Ti1V0.3</w:t>
            </w:r>
          </w:p>
        </w:tc>
        <w:tc>
          <w:tcPr>
            <w:tcW w:w="936" w:type="dxa"/>
            <w:vAlign w:val="center"/>
          </w:tcPr>
          <w:p w14:paraId="3E6A6E5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416B84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6A90F28"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EB7395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61E8C5A" w14:textId="77777777" w:rsidR="0099275C" w:rsidRPr="00C8713A" w:rsidRDefault="0099275C" w:rsidP="00123B9D">
            <w:pPr>
              <w:rPr>
                <w:rFonts w:cs="Times New Roman"/>
                <w:sz w:val="16"/>
                <w:szCs w:val="16"/>
              </w:rPr>
            </w:pPr>
            <w:r w:rsidRPr="00C8713A">
              <w:rPr>
                <w:rFonts w:cs="Times New Roman"/>
                <w:sz w:val="16"/>
                <w:szCs w:val="16"/>
              </w:rPr>
              <w:t>25.0</w:t>
            </w:r>
          </w:p>
        </w:tc>
      </w:tr>
      <w:tr w:rsidR="0099275C" w:rsidRPr="00C8713A" w14:paraId="6F145BC4" w14:textId="77777777" w:rsidTr="00123B9D">
        <w:tc>
          <w:tcPr>
            <w:tcW w:w="3065" w:type="dxa"/>
            <w:vAlign w:val="center"/>
          </w:tcPr>
          <w:p w14:paraId="5B196B96" w14:textId="77777777" w:rsidR="0099275C" w:rsidRPr="00C8713A" w:rsidRDefault="0099275C" w:rsidP="00123B9D">
            <w:pPr>
              <w:rPr>
                <w:rFonts w:cs="Times New Roman"/>
                <w:sz w:val="16"/>
                <w:szCs w:val="16"/>
              </w:rPr>
            </w:pPr>
            <w:r w:rsidRPr="00C8713A">
              <w:rPr>
                <w:rFonts w:cs="Times New Roman"/>
                <w:sz w:val="16"/>
                <w:szCs w:val="16"/>
              </w:rPr>
              <w:t>Mo1Nb1Ti1V0.5Zr1</w:t>
            </w:r>
          </w:p>
        </w:tc>
        <w:tc>
          <w:tcPr>
            <w:tcW w:w="936" w:type="dxa"/>
            <w:vAlign w:val="center"/>
          </w:tcPr>
          <w:p w14:paraId="79415053"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9B3838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6C8AF5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BFCC299"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AC267C8" w14:textId="77777777" w:rsidR="0099275C" w:rsidRPr="00C8713A" w:rsidRDefault="0099275C" w:rsidP="00123B9D">
            <w:pPr>
              <w:rPr>
                <w:rFonts w:cs="Times New Roman"/>
                <w:sz w:val="16"/>
                <w:szCs w:val="16"/>
              </w:rPr>
            </w:pPr>
            <w:r w:rsidRPr="00C8713A">
              <w:rPr>
                <w:rFonts w:cs="Times New Roman"/>
                <w:sz w:val="16"/>
                <w:szCs w:val="16"/>
              </w:rPr>
              <w:t>28.0</w:t>
            </w:r>
          </w:p>
        </w:tc>
      </w:tr>
      <w:tr w:rsidR="0099275C" w:rsidRPr="00C8713A" w14:paraId="583DABF0" w14:textId="77777777" w:rsidTr="00123B9D">
        <w:tc>
          <w:tcPr>
            <w:tcW w:w="3065" w:type="dxa"/>
            <w:vAlign w:val="center"/>
          </w:tcPr>
          <w:p w14:paraId="7B114E8F" w14:textId="77777777" w:rsidR="0099275C" w:rsidRPr="00C8713A" w:rsidRDefault="0099275C" w:rsidP="00123B9D">
            <w:pPr>
              <w:rPr>
                <w:rFonts w:cs="Times New Roman"/>
                <w:sz w:val="16"/>
                <w:szCs w:val="16"/>
              </w:rPr>
            </w:pPr>
            <w:r w:rsidRPr="00C8713A">
              <w:rPr>
                <w:rFonts w:cs="Times New Roman"/>
                <w:sz w:val="16"/>
                <w:szCs w:val="16"/>
              </w:rPr>
              <w:t>Mo1Nb1Ti1V0.75Zr1</w:t>
            </w:r>
          </w:p>
        </w:tc>
        <w:tc>
          <w:tcPr>
            <w:tcW w:w="936" w:type="dxa"/>
            <w:vAlign w:val="center"/>
          </w:tcPr>
          <w:p w14:paraId="61FFB49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9BEF8D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E5C311C"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1D4C814"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B0C76FD" w14:textId="77777777" w:rsidR="0099275C" w:rsidRPr="00C8713A" w:rsidRDefault="0099275C" w:rsidP="00123B9D">
            <w:pPr>
              <w:rPr>
                <w:rFonts w:cs="Times New Roman"/>
                <w:sz w:val="16"/>
                <w:szCs w:val="16"/>
              </w:rPr>
            </w:pPr>
            <w:r w:rsidRPr="00C8713A">
              <w:rPr>
                <w:rFonts w:cs="Times New Roman"/>
                <w:sz w:val="16"/>
                <w:szCs w:val="16"/>
              </w:rPr>
              <w:t>29.0</w:t>
            </w:r>
          </w:p>
        </w:tc>
      </w:tr>
      <w:tr w:rsidR="0099275C" w:rsidRPr="00C8713A" w14:paraId="17515001" w14:textId="77777777" w:rsidTr="00123B9D">
        <w:tc>
          <w:tcPr>
            <w:tcW w:w="3065" w:type="dxa"/>
            <w:vAlign w:val="center"/>
          </w:tcPr>
          <w:p w14:paraId="50FA02E8" w14:textId="77777777" w:rsidR="0099275C" w:rsidRPr="00C8713A" w:rsidRDefault="0099275C" w:rsidP="00123B9D">
            <w:pPr>
              <w:rPr>
                <w:rFonts w:cs="Times New Roman"/>
                <w:sz w:val="16"/>
                <w:szCs w:val="16"/>
              </w:rPr>
            </w:pPr>
            <w:r w:rsidRPr="00C8713A">
              <w:rPr>
                <w:rFonts w:cs="Times New Roman"/>
                <w:sz w:val="16"/>
                <w:szCs w:val="16"/>
              </w:rPr>
              <w:t>Mo1Nb1Ti1V1</w:t>
            </w:r>
          </w:p>
        </w:tc>
        <w:tc>
          <w:tcPr>
            <w:tcW w:w="936" w:type="dxa"/>
            <w:vAlign w:val="center"/>
          </w:tcPr>
          <w:p w14:paraId="224E6DA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5D069D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177856D6"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7EA81665"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1702BE9" w14:textId="77777777" w:rsidR="0099275C" w:rsidRPr="00C8713A" w:rsidRDefault="0099275C" w:rsidP="00123B9D">
            <w:pPr>
              <w:rPr>
                <w:rFonts w:cs="Times New Roman"/>
                <w:sz w:val="16"/>
                <w:szCs w:val="16"/>
              </w:rPr>
            </w:pPr>
            <w:r w:rsidRPr="00C8713A">
              <w:rPr>
                <w:rFonts w:cs="Times New Roman"/>
                <w:sz w:val="16"/>
                <w:szCs w:val="16"/>
              </w:rPr>
              <w:t>26.0</w:t>
            </w:r>
          </w:p>
        </w:tc>
      </w:tr>
      <w:tr w:rsidR="0099275C" w:rsidRPr="00C8713A" w14:paraId="3F6ABA50" w14:textId="77777777" w:rsidTr="00123B9D">
        <w:tc>
          <w:tcPr>
            <w:tcW w:w="3065" w:type="dxa"/>
            <w:vAlign w:val="center"/>
          </w:tcPr>
          <w:p w14:paraId="2576FF58" w14:textId="77777777" w:rsidR="0099275C" w:rsidRPr="00C8713A" w:rsidRDefault="0099275C" w:rsidP="00123B9D">
            <w:pPr>
              <w:rPr>
                <w:rFonts w:cs="Times New Roman"/>
                <w:sz w:val="16"/>
                <w:szCs w:val="16"/>
              </w:rPr>
            </w:pPr>
            <w:r w:rsidRPr="00C8713A">
              <w:rPr>
                <w:rFonts w:cs="Times New Roman"/>
                <w:sz w:val="16"/>
                <w:szCs w:val="16"/>
              </w:rPr>
              <w:t>Mo1Nb1Ti1V1.5Zr1</w:t>
            </w:r>
          </w:p>
        </w:tc>
        <w:tc>
          <w:tcPr>
            <w:tcW w:w="936" w:type="dxa"/>
            <w:vAlign w:val="center"/>
          </w:tcPr>
          <w:p w14:paraId="612EA9A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62F984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7AF2AEFD"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B302B2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1F35759" w14:textId="77777777" w:rsidR="0099275C" w:rsidRPr="00C8713A" w:rsidRDefault="0099275C" w:rsidP="00123B9D">
            <w:pPr>
              <w:rPr>
                <w:rFonts w:cs="Times New Roman"/>
                <w:sz w:val="16"/>
                <w:szCs w:val="16"/>
              </w:rPr>
            </w:pPr>
            <w:r w:rsidRPr="00C8713A">
              <w:rPr>
                <w:rFonts w:cs="Times New Roman"/>
                <w:sz w:val="16"/>
                <w:szCs w:val="16"/>
              </w:rPr>
              <w:t>20.0</w:t>
            </w:r>
          </w:p>
        </w:tc>
      </w:tr>
      <w:tr w:rsidR="0099275C" w:rsidRPr="00C8713A" w14:paraId="2EEAC085" w14:textId="77777777" w:rsidTr="00123B9D">
        <w:tc>
          <w:tcPr>
            <w:tcW w:w="3065" w:type="dxa"/>
            <w:vAlign w:val="center"/>
          </w:tcPr>
          <w:p w14:paraId="7C7A65C0" w14:textId="77777777" w:rsidR="0099275C" w:rsidRPr="00C8713A" w:rsidRDefault="0099275C" w:rsidP="00123B9D">
            <w:pPr>
              <w:rPr>
                <w:rFonts w:cs="Times New Roman"/>
                <w:sz w:val="16"/>
                <w:szCs w:val="16"/>
              </w:rPr>
            </w:pPr>
            <w:r w:rsidRPr="00C8713A">
              <w:rPr>
                <w:rFonts w:cs="Times New Roman"/>
                <w:sz w:val="16"/>
                <w:szCs w:val="16"/>
              </w:rPr>
              <w:t>Mo1Nb1Ti1V1Zr1</w:t>
            </w:r>
          </w:p>
        </w:tc>
        <w:tc>
          <w:tcPr>
            <w:tcW w:w="936" w:type="dxa"/>
            <w:vAlign w:val="center"/>
          </w:tcPr>
          <w:p w14:paraId="7E9E7D05"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12F15D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66597AC"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22786EAA"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013A26AF" w14:textId="77777777" w:rsidR="0099275C" w:rsidRPr="00C8713A" w:rsidRDefault="0099275C" w:rsidP="00123B9D">
            <w:pPr>
              <w:rPr>
                <w:rFonts w:cs="Times New Roman"/>
                <w:sz w:val="16"/>
                <w:szCs w:val="16"/>
              </w:rPr>
            </w:pPr>
            <w:r w:rsidRPr="00C8713A">
              <w:rPr>
                <w:rFonts w:cs="Times New Roman"/>
                <w:sz w:val="16"/>
                <w:szCs w:val="16"/>
              </w:rPr>
              <w:t>26.0</w:t>
            </w:r>
          </w:p>
        </w:tc>
      </w:tr>
      <w:tr w:rsidR="0099275C" w:rsidRPr="00C8713A" w14:paraId="128478B0" w14:textId="77777777" w:rsidTr="00123B9D">
        <w:tc>
          <w:tcPr>
            <w:tcW w:w="3065" w:type="dxa"/>
            <w:vAlign w:val="center"/>
          </w:tcPr>
          <w:p w14:paraId="7EE889F4" w14:textId="77777777" w:rsidR="0099275C" w:rsidRPr="00C8713A" w:rsidRDefault="0099275C" w:rsidP="00123B9D">
            <w:pPr>
              <w:rPr>
                <w:rFonts w:cs="Times New Roman"/>
                <w:sz w:val="16"/>
                <w:szCs w:val="16"/>
              </w:rPr>
            </w:pPr>
            <w:r w:rsidRPr="00C8713A">
              <w:rPr>
                <w:rFonts w:cs="Times New Roman"/>
                <w:sz w:val="16"/>
                <w:szCs w:val="16"/>
              </w:rPr>
              <w:t>Mo1Nb1Ti1V2Zr1</w:t>
            </w:r>
          </w:p>
        </w:tc>
        <w:tc>
          <w:tcPr>
            <w:tcW w:w="936" w:type="dxa"/>
            <w:vAlign w:val="center"/>
          </w:tcPr>
          <w:p w14:paraId="3A01409A"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D1825D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tcPr>
          <w:p w14:paraId="02709767" w14:textId="77777777" w:rsidR="0099275C" w:rsidRPr="00C8713A" w:rsidRDefault="0099275C" w:rsidP="00123B9D">
            <w:pPr>
              <w:rPr>
                <w:rFonts w:cs="Times New Roman"/>
                <w:sz w:val="16"/>
                <w:szCs w:val="16"/>
              </w:rPr>
            </w:pPr>
            <w:r w:rsidRPr="009D2EEA">
              <w:rPr>
                <w:rFonts w:cs="Times New Roman"/>
                <w:sz w:val="16"/>
                <w:szCs w:val="16"/>
              </w:rPr>
              <w:t>AC</w:t>
            </w:r>
          </w:p>
        </w:tc>
        <w:tc>
          <w:tcPr>
            <w:tcW w:w="1185" w:type="dxa"/>
            <w:vAlign w:val="center"/>
          </w:tcPr>
          <w:p w14:paraId="346D0C48"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567CF309" w14:textId="77777777" w:rsidR="0099275C" w:rsidRPr="00C8713A" w:rsidRDefault="0099275C" w:rsidP="00123B9D">
            <w:pPr>
              <w:rPr>
                <w:rFonts w:cs="Times New Roman"/>
                <w:sz w:val="16"/>
                <w:szCs w:val="16"/>
              </w:rPr>
            </w:pPr>
            <w:r w:rsidRPr="00C8713A">
              <w:rPr>
                <w:rFonts w:cs="Times New Roman"/>
                <w:sz w:val="16"/>
                <w:szCs w:val="16"/>
              </w:rPr>
              <w:t>23.0</w:t>
            </w:r>
          </w:p>
        </w:tc>
      </w:tr>
      <w:tr w:rsidR="0099275C" w:rsidRPr="00C8713A" w14:paraId="45978EC6" w14:textId="77777777" w:rsidTr="00123B9D">
        <w:tc>
          <w:tcPr>
            <w:tcW w:w="3065" w:type="dxa"/>
            <w:vAlign w:val="center"/>
          </w:tcPr>
          <w:p w14:paraId="7F16B84C" w14:textId="77777777" w:rsidR="0099275C" w:rsidRPr="00C8713A" w:rsidRDefault="0099275C" w:rsidP="00123B9D">
            <w:pPr>
              <w:rPr>
                <w:rFonts w:cs="Times New Roman"/>
                <w:sz w:val="16"/>
                <w:szCs w:val="16"/>
              </w:rPr>
            </w:pPr>
            <w:r w:rsidRPr="00C8713A">
              <w:rPr>
                <w:rFonts w:cs="Times New Roman"/>
                <w:sz w:val="16"/>
                <w:szCs w:val="16"/>
              </w:rPr>
              <w:t>Mo1Nb1Ti1V3Zr1</w:t>
            </w:r>
          </w:p>
        </w:tc>
        <w:tc>
          <w:tcPr>
            <w:tcW w:w="936" w:type="dxa"/>
            <w:vAlign w:val="center"/>
          </w:tcPr>
          <w:p w14:paraId="25A93CF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8938A71"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tcPr>
          <w:p w14:paraId="7F330749" w14:textId="77777777" w:rsidR="0099275C" w:rsidRPr="00C8713A" w:rsidRDefault="0099275C" w:rsidP="00123B9D">
            <w:pPr>
              <w:rPr>
                <w:rFonts w:cs="Times New Roman"/>
                <w:sz w:val="16"/>
                <w:szCs w:val="16"/>
              </w:rPr>
            </w:pPr>
            <w:r w:rsidRPr="009D2EEA">
              <w:rPr>
                <w:rFonts w:cs="Times New Roman"/>
                <w:sz w:val="16"/>
                <w:szCs w:val="16"/>
              </w:rPr>
              <w:t>AC</w:t>
            </w:r>
          </w:p>
        </w:tc>
        <w:tc>
          <w:tcPr>
            <w:tcW w:w="1185" w:type="dxa"/>
            <w:vAlign w:val="center"/>
          </w:tcPr>
          <w:p w14:paraId="63AB6D7C"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2941287" w14:textId="77777777" w:rsidR="0099275C" w:rsidRPr="00C8713A" w:rsidRDefault="0099275C" w:rsidP="00123B9D">
            <w:pPr>
              <w:rPr>
                <w:rFonts w:cs="Times New Roman"/>
                <w:sz w:val="16"/>
                <w:szCs w:val="16"/>
              </w:rPr>
            </w:pPr>
            <w:r w:rsidRPr="00C8713A">
              <w:rPr>
                <w:rFonts w:cs="Times New Roman"/>
                <w:sz w:val="16"/>
                <w:szCs w:val="16"/>
              </w:rPr>
              <w:t>24.0</w:t>
            </w:r>
          </w:p>
        </w:tc>
      </w:tr>
      <w:tr w:rsidR="0099275C" w:rsidRPr="00C8713A" w14:paraId="723DB97A" w14:textId="77777777" w:rsidTr="00123B9D">
        <w:tc>
          <w:tcPr>
            <w:tcW w:w="3065" w:type="dxa"/>
            <w:vAlign w:val="center"/>
          </w:tcPr>
          <w:p w14:paraId="624D1194" w14:textId="77777777" w:rsidR="0099275C" w:rsidRPr="00C8713A" w:rsidRDefault="0099275C" w:rsidP="00123B9D">
            <w:pPr>
              <w:rPr>
                <w:rFonts w:cs="Times New Roman"/>
                <w:sz w:val="16"/>
                <w:szCs w:val="16"/>
              </w:rPr>
            </w:pPr>
            <w:r w:rsidRPr="00C8713A">
              <w:rPr>
                <w:rFonts w:cs="Times New Roman"/>
                <w:sz w:val="16"/>
                <w:szCs w:val="16"/>
              </w:rPr>
              <w:t>Mo1Nb1Ti1Zr1</w:t>
            </w:r>
          </w:p>
        </w:tc>
        <w:tc>
          <w:tcPr>
            <w:tcW w:w="936" w:type="dxa"/>
            <w:vAlign w:val="center"/>
          </w:tcPr>
          <w:p w14:paraId="41A837D4"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D728A6B"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E3512D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3521D359"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DB5CB1B" w14:textId="77777777" w:rsidR="0099275C" w:rsidRPr="00C8713A" w:rsidRDefault="0099275C" w:rsidP="00123B9D">
            <w:pPr>
              <w:rPr>
                <w:rFonts w:cs="Times New Roman"/>
                <w:sz w:val="16"/>
                <w:szCs w:val="16"/>
              </w:rPr>
            </w:pPr>
            <w:r w:rsidRPr="00C8713A">
              <w:rPr>
                <w:rFonts w:cs="Times New Roman"/>
                <w:sz w:val="16"/>
                <w:szCs w:val="16"/>
              </w:rPr>
              <w:t>34.0</w:t>
            </w:r>
          </w:p>
        </w:tc>
      </w:tr>
      <w:tr w:rsidR="0099275C" w:rsidRPr="00C8713A" w14:paraId="6E4EB4B4" w14:textId="77777777" w:rsidTr="00123B9D">
        <w:tc>
          <w:tcPr>
            <w:tcW w:w="3065" w:type="dxa"/>
            <w:vAlign w:val="center"/>
          </w:tcPr>
          <w:p w14:paraId="45016219" w14:textId="77777777" w:rsidR="0099275C" w:rsidRPr="00C8713A" w:rsidRDefault="0099275C" w:rsidP="00123B9D">
            <w:pPr>
              <w:rPr>
                <w:rFonts w:cs="Times New Roman"/>
                <w:sz w:val="16"/>
                <w:szCs w:val="16"/>
              </w:rPr>
            </w:pPr>
            <w:r w:rsidRPr="00C8713A">
              <w:rPr>
                <w:rFonts w:cs="Times New Roman"/>
                <w:sz w:val="16"/>
                <w:szCs w:val="16"/>
              </w:rPr>
              <w:t>Mo1Ta1Ti1V1</w:t>
            </w:r>
          </w:p>
        </w:tc>
        <w:tc>
          <w:tcPr>
            <w:tcW w:w="936" w:type="dxa"/>
            <w:vAlign w:val="center"/>
          </w:tcPr>
          <w:p w14:paraId="611D3EC2"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9FD84F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DE31EE5"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1D251A40"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36CC1AC" w14:textId="77777777" w:rsidR="0099275C" w:rsidRPr="00C8713A" w:rsidRDefault="0099275C" w:rsidP="00123B9D">
            <w:pPr>
              <w:rPr>
                <w:rFonts w:cs="Times New Roman"/>
                <w:sz w:val="16"/>
                <w:szCs w:val="16"/>
              </w:rPr>
            </w:pPr>
            <w:r w:rsidRPr="00C8713A">
              <w:rPr>
                <w:rFonts w:cs="Times New Roman"/>
                <w:sz w:val="16"/>
                <w:szCs w:val="16"/>
              </w:rPr>
              <w:t>10.0</w:t>
            </w:r>
          </w:p>
        </w:tc>
      </w:tr>
      <w:tr w:rsidR="0099275C" w:rsidRPr="00C8713A" w14:paraId="25F730BA" w14:textId="77777777" w:rsidTr="00123B9D">
        <w:tc>
          <w:tcPr>
            <w:tcW w:w="3065" w:type="dxa"/>
            <w:vAlign w:val="center"/>
          </w:tcPr>
          <w:p w14:paraId="5C7759B2" w14:textId="77777777" w:rsidR="0099275C" w:rsidRPr="00C8713A" w:rsidRDefault="0099275C" w:rsidP="00123B9D">
            <w:pPr>
              <w:rPr>
                <w:rFonts w:cs="Times New Roman"/>
                <w:sz w:val="16"/>
                <w:szCs w:val="16"/>
              </w:rPr>
            </w:pPr>
            <w:r w:rsidRPr="00C8713A">
              <w:rPr>
                <w:rFonts w:cs="Times New Roman"/>
                <w:sz w:val="16"/>
                <w:szCs w:val="16"/>
              </w:rPr>
              <w:t>Mo2Nb1Ti1V1Zr1</w:t>
            </w:r>
          </w:p>
        </w:tc>
        <w:tc>
          <w:tcPr>
            <w:tcW w:w="936" w:type="dxa"/>
            <w:vAlign w:val="center"/>
          </w:tcPr>
          <w:p w14:paraId="69B8E8B0"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75C39EC5"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CAEEEE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0E1070E3"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7C75AE8" w14:textId="77777777" w:rsidR="0099275C" w:rsidRPr="00C8713A" w:rsidRDefault="0099275C" w:rsidP="00123B9D">
            <w:pPr>
              <w:rPr>
                <w:rFonts w:cs="Times New Roman"/>
                <w:sz w:val="16"/>
                <w:szCs w:val="16"/>
              </w:rPr>
            </w:pPr>
            <w:r w:rsidRPr="00C8713A">
              <w:rPr>
                <w:rFonts w:cs="Times New Roman"/>
                <w:sz w:val="16"/>
                <w:szCs w:val="16"/>
              </w:rPr>
              <w:t>12.0</w:t>
            </w:r>
          </w:p>
        </w:tc>
      </w:tr>
      <w:tr w:rsidR="0099275C" w:rsidRPr="00C8713A" w14:paraId="74CB4A51" w14:textId="77777777" w:rsidTr="00123B9D">
        <w:tc>
          <w:tcPr>
            <w:tcW w:w="3065" w:type="dxa"/>
            <w:vAlign w:val="center"/>
          </w:tcPr>
          <w:p w14:paraId="17151D20" w14:textId="77777777" w:rsidR="0099275C" w:rsidRPr="00C8713A" w:rsidRDefault="0099275C" w:rsidP="00123B9D">
            <w:pPr>
              <w:rPr>
                <w:rFonts w:cs="Times New Roman"/>
                <w:sz w:val="16"/>
                <w:szCs w:val="16"/>
              </w:rPr>
            </w:pPr>
            <w:r w:rsidRPr="00C8713A">
              <w:rPr>
                <w:rFonts w:cs="Times New Roman"/>
                <w:sz w:val="16"/>
                <w:szCs w:val="16"/>
              </w:rPr>
              <w:t>Nb1Ta1Ti1V1</w:t>
            </w:r>
          </w:p>
        </w:tc>
        <w:tc>
          <w:tcPr>
            <w:tcW w:w="936" w:type="dxa"/>
            <w:vAlign w:val="center"/>
          </w:tcPr>
          <w:p w14:paraId="200B0807"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23FBF3F"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298B166" w14:textId="77777777" w:rsidR="0099275C" w:rsidRPr="00C8713A" w:rsidRDefault="0099275C" w:rsidP="00123B9D">
            <w:pPr>
              <w:rPr>
                <w:rFonts w:cs="Times New Roman"/>
                <w:sz w:val="16"/>
                <w:szCs w:val="16"/>
              </w:rPr>
            </w:pPr>
            <w:r w:rsidRPr="00C8713A">
              <w:rPr>
                <w:rFonts w:cs="Times New Roman"/>
                <w:sz w:val="16"/>
                <w:szCs w:val="16"/>
              </w:rPr>
              <w:t>OTHER</w:t>
            </w:r>
          </w:p>
        </w:tc>
        <w:tc>
          <w:tcPr>
            <w:tcW w:w="1185" w:type="dxa"/>
            <w:vAlign w:val="center"/>
          </w:tcPr>
          <w:p w14:paraId="76DA63E7"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33378A8E" w14:textId="77777777" w:rsidR="0099275C" w:rsidRPr="00C8713A" w:rsidRDefault="0099275C" w:rsidP="00123B9D">
            <w:pPr>
              <w:rPr>
                <w:rFonts w:cs="Times New Roman"/>
                <w:sz w:val="16"/>
                <w:szCs w:val="16"/>
              </w:rPr>
            </w:pPr>
            <w:r w:rsidRPr="00C8713A">
              <w:rPr>
                <w:rFonts w:cs="Times New Roman"/>
                <w:sz w:val="16"/>
                <w:szCs w:val="16"/>
              </w:rPr>
              <w:t>28.56666666666667</w:t>
            </w:r>
          </w:p>
        </w:tc>
      </w:tr>
      <w:tr w:rsidR="0099275C" w:rsidRPr="00C8713A" w14:paraId="5E5A0316" w14:textId="77777777" w:rsidTr="00123B9D">
        <w:tc>
          <w:tcPr>
            <w:tcW w:w="3065" w:type="dxa"/>
            <w:vAlign w:val="center"/>
          </w:tcPr>
          <w:p w14:paraId="35EEF25F" w14:textId="77777777" w:rsidR="0099275C" w:rsidRPr="00C8713A" w:rsidRDefault="0099275C" w:rsidP="00123B9D">
            <w:pPr>
              <w:rPr>
                <w:rFonts w:cs="Times New Roman"/>
                <w:sz w:val="16"/>
                <w:szCs w:val="16"/>
              </w:rPr>
            </w:pPr>
            <w:r w:rsidRPr="00C8713A">
              <w:rPr>
                <w:rFonts w:cs="Times New Roman"/>
                <w:sz w:val="16"/>
                <w:szCs w:val="16"/>
              </w:rPr>
              <w:t>Nb1Ta1Ti1V1W1</w:t>
            </w:r>
          </w:p>
        </w:tc>
        <w:tc>
          <w:tcPr>
            <w:tcW w:w="936" w:type="dxa"/>
            <w:vAlign w:val="center"/>
          </w:tcPr>
          <w:p w14:paraId="2AD5048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491C472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CE16F6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F7C18B6"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66CCEAD6" w14:textId="77777777" w:rsidR="0099275C" w:rsidRPr="00C8713A" w:rsidRDefault="0099275C" w:rsidP="00123B9D">
            <w:pPr>
              <w:rPr>
                <w:rFonts w:cs="Times New Roman"/>
                <w:sz w:val="16"/>
                <w:szCs w:val="16"/>
              </w:rPr>
            </w:pPr>
            <w:r w:rsidRPr="00C8713A">
              <w:rPr>
                <w:rFonts w:cs="Times New Roman"/>
                <w:sz w:val="16"/>
                <w:szCs w:val="16"/>
              </w:rPr>
              <w:t>20.0</w:t>
            </w:r>
          </w:p>
        </w:tc>
      </w:tr>
      <w:tr w:rsidR="0099275C" w:rsidRPr="00C8713A" w14:paraId="02415658" w14:textId="77777777" w:rsidTr="00123B9D">
        <w:tc>
          <w:tcPr>
            <w:tcW w:w="3065" w:type="dxa"/>
            <w:vAlign w:val="center"/>
          </w:tcPr>
          <w:p w14:paraId="3E3539AF" w14:textId="77777777" w:rsidR="0099275C" w:rsidRPr="00C8713A" w:rsidRDefault="0099275C" w:rsidP="00123B9D">
            <w:pPr>
              <w:rPr>
                <w:rFonts w:cs="Times New Roman"/>
                <w:sz w:val="16"/>
                <w:szCs w:val="16"/>
              </w:rPr>
            </w:pPr>
            <w:r w:rsidRPr="00C8713A">
              <w:rPr>
                <w:rFonts w:cs="Times New Roman"/>
                <w:sz w:val="16"/>
                <w:szCs w:val="16"/>
              </w:rPr>
              <w:t>Nb1Ta1V1W1</w:t>
            </w:r>
          </w:p>
        </w:tc>
        <w:tc>
          <w:tcPr>
            <w:tcW w:w="936" w:type="dxa"/>
            <w:vAlign w:val="center"/>
          </w:tcPr>
          <w:p w14:paraId="1AF2CE7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FE831B4"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9C7AB3F"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3C01563F"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A5677DF" w14:textId="77777777" w:rsidR="0099275C" w:rsidRPr="00C8713A" w:rsidRDefault="0099275C" w:rsidP="00123B9D">
            <w:pPr>
              <w:rPr>
                <w:rFonts w:cs="Times New Roman"/>
                <w:sz w:val="16"/>
                <w:szCs w:val="16"/>
              </w:rPr>
            </w:pPr>
            <w:r w:rsidRPr="00C8713A">
              <w:rPr>
                <w:rFonts w:cs="Times New Roman"/>
                <w:sz w:val="16"/>
                <w:szCs w:val="16"/>
              </w:rPr>
              <w:t>12.0</w:t>
            </w:r>
          </w:p>
        </w:tc>
      </w:tr>
      <w:tr w:rsidR="0099275C" w:rsidRPr="00C8713A" w14:paraId="2078C7AC" w14:textId="77777777" w:rsidTr="00123B9D">
        <w:tc>
          <w:tcPr>
            <w:tcW w:w="3065" w:type="dxa"/>
            <w:vAlign w:val="center"/>
          </w:tcPr>
          <w:p w14:paraId="1F9A2784" w14:textId="77777777" w:rsidR="0099275C" w:rsidRPr="00C8713A" w:rsidRDefault="0099275C" w:rsidP="00123B9D">
            <w:pPr>
              <w:rPr>
                <w:rFonts w:cs="Times New Roman"/>
                <w:sz w:val="16"/>
                <w:szCs w:val="16"/>
              </w:rPr>
            </w:pPr>
            <w:r w:rsidRPr="00C8713A">
              <w:rPr>
                <w:rFonts w:cs="Times New Roman"/>
                <w:sz w:val="16"/>
                <w:szCs w:val="16"/>
              </w:rPr>
              <w:t>Nb1Ta1V1W1</w:t>
            </w:r>
          </w:p>
        </w:tc>
        <w:tc>
          <w:tcPr>
            <w:tcW w:w="936" w:type="dxa"/>
            <w:vAlign w:val="center"/>
          </w:tcPr>
          <w:p w14:paraId="77EAB99C"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02DF9188"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55DECB9F"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5F367BF6"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83E7E1C" w14:textId="77777777" w:rsidR="0099275C" w:rsidRPr="00C8713A" w:rsidRDefault="0099275C" w:rsidP="00123B9D">
            <w:pPr>
              <w:rPr>
                <w:rFonts w:cs="Times New Roman"/>
                <w:sz w:val="16"/>
                <w:szCs w:val="16"/>
              </w:rPr>
            </w:pPr>
            <w:r w:rsidRPr="00C8713A">
              <w:rPr>
                <w:rFonts w:cs="Times New Roman"/>
                <w:sz w:val="16"/>
                <w:szCs w:val="16"/>
              </w:rPr>
              <w:t>12.0</w:t>
            </w:r>
          </w:p>
        </w:tc>
      </w:tr>
      <w:tr w:rsidR="0099275C" w:rsidRPr="00C8713A" w14:paraId="52B51D43" w14:textId="77777777" w:rsidTr="00123B9D">
        <w:tc>
          <w:tcPr>
            <w:tcW w:w="3065" w:type="dxa"/>
            <w:vAlign w:val="center"/>
          </w:tcPr>
          <w:p w14:paraId="5490E09C" w14:textId="77777777" w:rsidR="0099275C" w:rsidRPr="00C8713A" w:rsidRDefault="0099275C" w:rsidP="00123B9D">
            <w:pPr>
              <w:rPr>
                <w:rFonts w:cs="Times New Roman"/>
                <w:sz w:val="16"/>
                <w:szCs w:val="16"/>
              </w:rPr>
            </w:pPr>
            <w:r w:rsidRPr="00C8713A">
              <w:rPr>
                <w:rFonts w:cs="Times New Roman"/>
                <w:sz w:val="16"/>
                <w:szCs w:val="16"/>
              </w:rPr>
              <w:t>Nb1Ti1V0.3Zr1</w:t>
            </w:r>
          </w:p>
        </w:tc>
        <w:tc>
          <w:tcPr>
            <w:tcW w:w="936" w:type="dxa"/>
            <w:vAlign w:val="center"/>
          </w:tcPr>
          <w:p w14:paraId="5505935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1F171AD"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6A2DF3A"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215A84B2"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8A1653A" w14:textId="77777777" w:rsidR="0099275C" w:rsidRPr="00C8713A" w:rsidRDefault="0099275C" w:rsidP="00123B9D">
            <w:pPr>
              <w:rPr>
                <w:rFonts w:cs="Times New Roman"/>
                <w:sz w:val="16"/>
                <w:szCs w:val="16"/>
              </w:rPr>
            </w:pPr>
            <w:r w:rsidRPr="00C8713A">
              <w:rPr>
                <w:rFonts w:cs="Times New Roman"/>
                <w:sz w:val="16"/>
                <w:szCs w:val="16"/>
              </w:rPr>
              <w:t>45.0</w:t>
            </w:r>
          </w:p>
        </w:tc>
      </w:tr>
      <w:tr w:rsidR="0099275C" w:rsidRPr="00C8713A" w14:paraId="69BFB8F8" w14:textId="77777777" w:rsidTr="00123B9D">
        <w:tc>
          <w:tcPr>
            <w:tcW w:w="3065" w:type="dxa"/>
            <w:vAlign w:val="center"/>
          </w:tcPr>
          <w:p w14:paraId="09308037" w14:textId="77777777" w:rsidR="0099275C" w:rsidRPr="00C8713A" w:rsidRDefault="0099275C" w:rsidP="00123B9D">
            <w:pPr>
              <w:rPr>
                <w:rFonts w:cs="Times New Roman"/>
                <w:sz w:val="16"/>
                <w:szCs w:val="16"/>
              </w:rPr>
            </w:pPr>
            <w:r w:rsidRPr="00C8713A">
              <w:rPr>
                <w:rFonts w:cs="Times New Roman"/>
                <w:sz w:val="16"/>
                <w:szCs w:val="16"/>
              </w:rPr>
              <w:t>Nb1Ti1V1Zr1</w:t>
            </w:r>
          </w:p>
        </w:tc>
        <w:tc>
          <w:tcPr>
            <w:tcW w:w="936" w:type="dxa"/>
            <w:vAlign w:val="center"/>
          </w:tcPr>
          <w:p w14:paraId="24B36E89"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12A44C39"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40CE100"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3D20A2FA"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281932D4"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13CCE00B" w14:textId="77777777" w:rsidTr="00123B9D">
        <w:tc>
          <w:tcPr>
            <w:tcW w:w="3065" w:type="dxa"/>
            <w:vAlign w:val="center"/>
          </w:tcPr>
          <w:p w14:paraId="7B27E6A5" w14:textId="77777777" w:rsidR="0099275C" w:rsidRPr="00C8713A" w:rsidRDefault="0099275C" w:rsidP="00123B9D">
            <w:pPr>
              <w:rPr>
                <w:rFonts w:cs="Times New Roman"/>
                <w:sz w:val="16"/>
                <w:szCs w:val="16"/>
              </w:rPr>
            </w:pPr>
            <w:r w:rsidRPr="00C8713A">
              <w:rPr>
                <w:rFonts w:cs="Times New Roman"/>
                <w:sz w:val="16"/>
                <w:szCs w:val="16"/>
              </w:rPr>
              <w:t>Nb1Ti1V2Zr1</w:t>
            </w:r>
          </w:p>
        </w:tc>
        <w:tc>
          <w:tcPr>
            <w:tcW w:w="936" w:type="dxa"/>
            <w:vAlign w:val="center"/>
          </w:tcPr>
          <w:p w14:paraId="44C83F01"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5125D4F7"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3367EC23" w14:textId="77777777" w:rsidR="0099275C" w:rsidRPr="00C8713A" w:rsidRDefault="0099275C" w:rsidP="00123B9D">
            <w:pPr>
              <w:rPr>
                <w:rFonts w:cs="Times New Roman"/>
                <w:sz w:val="16"/>
                <w:szCs w:val="16"/>
              </w:rPr>
            </w:pPr>
            <w:r>
              <w:rPr>
                <w:rFonts w:cs="Times New Roman"/>
                <w:sz w:val="16"/>
                <w:szCs w:val="16"/>
              </w:rPr>
              <w:t>AC</w:t>
            </w:r>
          </w:p>
        </w:tc>
        <w:tc>
          <w:tcPr>
            <w:tcW w:w="1185" w:type="dxa"/>
            <w:vAlign w:val="center"/>
          </w:tcPr>
          <w:p w14:paraId="34DABD7A"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46A3C517" w14:textId="77777777" w:rsidR="0099275C" w:rsidRPr="00C8713A" w:rsidRDefault="0099275C" w:rsidP="00123B9D">
            <w:pPr>
              <w:rPr>
                <w:rFonts w:cs="Times New Roman"/>
                <w:sz w:val="16"/>
                <w:szCs w:val="16"/>
              </w:rPr>
            </w:pPr>
            <w:r w:rsidRPr="00C8713A">
              <w:rPr>
                <w:rFonts w:cs="Times New Roman"/>
                <w:sz w:val="16"/>
                <w:szCs w:val="16"/>
              </w:rPr>
              <w:t>50.0</w:t>
            </w:r>
          </w:p>
        </w:tc>
      </w:tr>
      <w:tr w:rsidR="0099275C" w:rsidRPr="00C8713A" w14:paraId="2FC5682C" w14:textId="77777777" w:rsidTr="00123B9D">
        <w:tc>
          <w:tcPr>
            <w:tcW w:w="3065" w:type="dxa"/>
            <w:vAlign w:val="center"/>
          </w:tcPr>
          <w:p w14:paraId="35BBD3EC" w14:textId="77777777" w:rsidR="0099275C" w:rsidRPr="00C8713A" w:rsidRDefault="0099275C" w:rsidP="00123B9D">
            <w:pPr>
              <w:rPr>
                <w:rFonts w:cs="Times New Roman"/>
                <w:sz w:val="16"/>
                <w:szCs w:val="16"/>
              </w:rPr>
            </w:pPr>
            <w:r w:rsidRPr="00C8713A">
              <w:rPr>
                <w:rFonts w:cs="Times New Roman"/>
                <w:sz w:val="16"/>
                <w:szCs w:val="16"/>
              </w:rPr>
              <w:t>Nb1Ti1Zr1</w:t>
            </w:r>
          </w:p>
        </w:tc>
        <w:tc>
          <w:tcPr>
            <w:tcW w:w="936" w:type="dxa"/>
            <w:vAlign w:val="center"/>
          </w:tcPr>
          <w:p w14:paraId="01BDDAFB"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6B868548"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22B3FA8B"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6D9F79BD" w14:textId="77777777" w:rsidR="0099275C" w:rsidRPr="00C8713A" w:rsidRDefault="0099275C" w:rsidP="00123B9D">
            <w:pPr>
              <w:rPr>
                <w:rFonts w:cs="Times New Roman"/>
                <w:sz w:val="16"/>
                <w:szCs w:val="16"/>
              </w:rPr>
            </w:pPr>
            <w:r w:rsidRPr="00C8713A">
              <w:rPr>
                <w:rFonts w:cs="Times New Roman"/>
                <w:sz w:val="16"/>
                <w:szCs w:val="16"/>
              </w:rPr>
              <w:t>25</w:t>
            </w:r>
          </w:p>
        </w:tc>
        <w:tc>
          <w:tcPr>
            <w:tcW w:w="1536" w:type="dxa"/>
            <w:vAlign w:val="center"/>
          </w:tcPr>
          <w:p w14:paraId="1A0E404C" w14:textId="77777777" w:rsidR="0099275C" w:rsidRPr="00C8713A" w:rsidRDefault="0099275C" w:rsidP="00123B9D">
            <w:pPr>
              <w:rPr>
                <w:rFonts w:cs="Times New Roman"/>
                <w:sz w:val="16"/>
                <w:szCs w:val="16"/>
              </w:rPr>
            </w:pPr>
            <w:r w:rsidRPr="00C8713A">
              <w:rPr>
                <w:rFonts w:cs="Times New Roman"/>
                <w:sz w:val="16"/>
                <w:szCs w:val="16"/>
              </w:rPr>
              <w:t>48.0</w:t>
            </w:r>
          </w:p>
        </w:tc>
      </w:tr>
      <w:tr w:rsidR="0099275C" w:rsidRPr="00C8713A" w14:paraId="15FBDE6C" w14:textId="77777777" w:rsidTr="00123B9D">
        <w:tc>
          <w:tcPr>
            <w:tcW w:w="3065" w:type="dxa"/>
            <w:vAlign w:val="center"/>
          </w:tcPr>
          <w:p w14:paraId="433A1B2E" w14:textId="77777777" w:rsidR="0099275C" w:rsidRPr="00C8713A" w:rsidRDefault="0099275C" w:rsidP="00123B9D">
            <w:pPr>
              <w:rPr>
                <w:rFonts w:cs="Times New Roman"/>
                <w:sz w:val="16"/>
                <w:szCs w:val="16"/>
              </w:rPr>
            </w:pPr>
            <w:r w:rsidRPr="00C8713A">
              <w:rPr>
                <w:rFonts w:cs="Times New Roman"/>
                <w:sz w:val="16"/>
                <w:szCs w:val="16"/>
              </w:rPr>
              <w:t>Nb1Ti1Zr1</w:t>
            </w:r>
          </w:p>
        </w:tc>
        <w:tc>
          <w:tcPr>
            <w:tcW w:w="936" w:type="dxa"/>
            <w:vAlign w:val="center"/>
          </w:tcPr>
          <w:p w14:paraId="27317A3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302A8D43"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6B7A11CA"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509530A" w14:textId="77777777" w:rsidR="0099275C" w:rsidRPr="00C8713A" w:rsidRDefault="0099275C" w:rsidP="00123B9D">
            <w:pPr>
              <w:rPr>
                <w:rFonts w:cs="Times New Roman"/>
                <w:sz w:val="16"/>
                <w:szCs w:val="16"/>
              </w:rPr>
            </w:pPr>
            <w:r w:rsidRPr="00C8713A">
              <w:rPr>
                <w:rFonts w:cs="Times New Roman"/>
                <w:sz w:val="16"/>
                <w:szCs w:val="16"/>
              </w:rPr>
              <w:t>800</w:t>
            </w:r>
          </w:p>
        </w:tc>
        <w:tc>
          <w:tcPr>
            <w:tcW w:w="1536" w:type="dxa"/>
            <w:vAlign w:val="center"/>
          </w:tcPr>
          <w:p w14:paraId="11C38CC3" w14:textId="77777777" w:rsidR="0099275C" w:rsidRPr="00C8713A" w:rsidRDefault="0099275C" w:rsidP="00123B9D">
            <w:pPr>
              <w:rPr>
                <w:rFonts w:cs="Times New Roman"/>
                <w:sz w:val="16"/>
                <w:szCs w:val="16"/>
              </w:rPr>
            </w:pPr>
            <w:r w:rsidRPr="00C8713A">
              <w:rPr>
                <w:rFonts w:cs="Times New Roman"/>
                <w:sz w:val="16"/>
                <w:szCs w:val="16"/>
              </w:rPr>
              <w:t>51.0</w:t>
            </w:r>
          </w:p>
        </w:tc>
      </w:tr>
      <w:tr w:rsidR="0099275C" w:rsidRPr="00C8713A" w14:paraId="7AF8DF5D" w14:textId="77777777" w:rsidTr="00123B9D">
        <w:tc>
          <w:tcPr>
            <w:tcW w:w="3065" w:type="dxa"/>
            <w:vAlign w:val="center"/>
          </w:tcPr>
          <w:p w14:paraId="7A9096F1" w14:textId="77777777" w:rsidR="0099275C" w:rsidRPr="00C8713A" w:rsidRDefault="0099275C" w:rsidP="00123B9D">
            <w:pPr>
              <w:rPr>
                <w:rFonts w:cs="Times New Roman"/>
                <w:sz w:val="16"/>
                <w:szCs w:val="16"/>
              </w:rPr>
            </w:pPr>
            <w:r w:rsidRPr="00C8713A">
              <w:rPr>
                <w:rFonts w:cs="Times New Roman"/>
                <w:sz w:val="16"/>
                <w:szCs w:val="16"/>
              </w:rPr>
              <w:t>Nb1Ti1Zr1</w:t>
            </w:r>
          </w:p>
        </w:tc>
        <w:tc>
          <w:tcPr>
            <w:tcW w:w="936" w:type="dxa"/>
            <w:vAlign w:val="center"/>
          </w:tcPr>
          <w:p w14:paraId="17FBA738" w14:textId="77777777" w:rsidR="0099275C" w:rsidRPr="00C8713A" w:rsidRDefault="0099275C" w:rsidP="00123B9D">
            <w:pPr>
              <w:rPr>
                <w:rFonts w:cs="Times New Roman"/>
                <w:sz w:val="16"/>
                <w:szCs w:val="16"/>
              </w:rPr>
            </w:pPr>
            <w:r w:rsidRPr="00C8713A">
              <w:rPr>
                <w:rFonts w:cs="Times New Roman"/>
                <w:sz w:val="16"/>
                <w:szCs w:val="16"/>
              </w:rPr>
              <w:t>BCC</w:t>
            </w:r>
          </w:p>
        </w:tc>
        <w:tc>
          <w:tcPr>
            <w:tcW w:w="1092" w:type="dxa"/>
            <w:vAlign w:val="center"/>
          </w:tcPr>
          <w:p w14:paraId="2C4AD900" w14:textId="77777777" w:rsidR="0099275C" w:rsidRPr="00C8713A" w:rsidRDefault="0099275C" w:rsidP="00123B9D">
            <w:pPr>
              <w:rPr>
                <w:rFonts w:cs="Times New Roman"/>
                <w:sz w:val="16"/>
                <w:szCs w:val="16"/>
              </w:rPr>
            </w:pPr>
            <w:r w:rsidRPr="00C8713A">
              <w:rPr>
                <w:rFonts w:cs="Times New Roman"/>
                <w:sz w:val="16"/>
                <w:szCs w:val="16"/>
              </w:rPr>
              <w:t>C</w:t>
            </w:r>
          </w:p>
        </w:tc>
        <w:tc>
          <w:tcPr>
            <w:tcW w:w="1042" w:type="dxa"/>
            <w:vAlign w:val="center"/>
          </w:tcPr>
          <w:p w14:paraId="4E739DAE" w14:textId="77777777" w:rsidR="0099275C" w:rsidRPr="00C8713A" w:rsidRDefault="0099275C" w:rsidP="00123B9D">
            <w:pPr>
              <w:rPr>
                <w:rFonts w:cs="Times New Roman"/>
                <w:sz w:val="16"/>
                <w:szCs w:val="16"/>
              </w:rPr>
            </w:pPr>
            <w:r w:rsidRPr="00C8713A">
              <w:rPr>
                <w:rFonts w:cs="Times New Roman"/>
                <w:sz w:val="16"/>
                <w:szCs w:val="16"/>
              </w:rPr>
              <w:t>AC</w:t>
            </w:r>
          </w:p>
        </w:tc>
        <w:tc>
          <w:tcPr>
            <w:tcW w:w="1185" w:type="dxa"/>
            <w:vAlign w:val="center"/>
          </w:tcPr>
          <w:p w14:paraId="4474FD65" w14:textId="77777777" w:rsidR="0099275C" w:rsidRPr="00C8713A" w:rsidRDefault="0099275C" w:rsidP="00123B9D">
            <w:pPr>
              <w:rPr>
                <w:rFonts w:cs="Times New Roman"/>
                <w:sz w:val="16"/>
                <w:szCs w:val="16"/>
              </w:rPr>
            </w:pPr>
            <w:r w:rsidRPr="00C8713A">
              <w:rPr>
                <w:rFonts w:cs="Times New Roman"/>
                <w:sz w:val="16"/>
                <w:szCs w:val="16"/>
              </w:rPr>
              <w:t>1000</w:t>
            </w:r>
          </w:p>
        </w:tc>
        <w:tc>
          <w:tcPr>
            <w:tcW w:w="1536" w:type="dxa"/>
            <w:vAlign w:val="center"/>
          </w:tcPr>
          <w:p w14:paraId="5729D5B8" w14:textId="77777777" w:rsidR="0099275C" w:rsidRPr="00C8713A" w:rsidRDefault="0099275C" w:rsidP="00123B9D">
            <w:pPr>
              <w:rPr>
                <w:rFonts w:cs="Times New Roman"/>
                <w:sz w:val="16"/>
                <w:szCs w:val="16"/>
              </w:rPr>
            </w:pPr>
            <w:r w:rsidRPr="00C8713A">
              <w:rPr>
                <w:rFonts w:cs="Times New Roman"/>
                <w:sz w:val="16"/>
                <w:szCs w:val="16"/>
              </w:rPr>
              <w:t>51.0</w:t>
            </w:r>
          </w:p>
        </w:tc>
      </w:tr>
    </w:tbl>
    <w:p w14:paraId="389DE5BA" w14:textId="77777777" w:rsidR="0099275C" w:rsidRDefault="0099275C" w:rsidP="0099275C">
      <w:pPr>
        <w:rPr>
          <w:rFonts w:cs="Times New Roman"/>
        </w:rPr>
      </w:pPr>
    </w:p>
    <w:p w14:paraId="5D233BA0" w14:textId="77777777" w:rsidR="0099275C" w:rsidRDefault="0099275C" w:rsidP="009A6A94">
      <w:pPr>
        <w:jc w:val="both"/>
        <w:rPr>
          <w:sz w:val="20"/>
          <w:szCs w:val="20"/>
        </w:rPr>
      </w:pPr>
    </w:p>
    <w:p w14:paraId="18FFB9AE" w14:textId="77777777" w:rsidR="0099275C" w:rsidRDefault="0099275C" w:rsidP="009A6A94">
      <w:pPr>
        <w:jc w:val="both"/>
        <w:rPr>
          <w:sz w:val="20"/>
          <w:szCs w:val="20"/>
        </w:rPr>
      </w:pPr>
    </w:p>
    <w:p w14:paraId="2CA8247E" w14:textId="77777777" w:rsidR="0099275C" w:rsidRDefault="0099275C" w:rsidP="009A6A94">
      <w:pPr>
        <w:jc w:val="both"/>
        <w:rPr>
          <w:sz w:val="20"/>
          <w:szCs w:val="20"/>
        </w:rPr>
      </w:pPr>
    </w:p>
    <w:p w14:paraId="357C3FF5" w14:textId="77777777" w:rsidR="0099275C" w:rsidRDefault="0099275C" w:rsidP="009A6A94">
      <w:pPr>
        <w:jc w:val="both"/>
        <w:rPr>
          <w:sz w:val="20"/>
          <w:szCs w:val="20"/>
        </w:rPr>
      </w:pPr>
    </w:p>
    <w:p w14:paraId="0E185FC1" w14:textId="77777777" w:rsidR="0099275C" w:rsidRDefault="0099275C" w:rsidP="009A6A94">
      <w:pPr>
        <w:jc w:val="both"/>
        <w:rPr>
          <w:sz w:val="20"/>
          <w:szCs w:val="20"/>
        </w:rPr>
      </w:pPr>
    </w:p>
    <w:p w14:paraId="1583DF27" w14:textId="77777777" w:rsidR="0099275C" w:rsidRDefault="0099275C" w:rsidP="009A6A94">
      <w:pPr>
        <w:jc w:val="both"/>
        <w:rPr>
          <w:sz w:val="20"/>
          <w:szCs w:val="20"/>
        </w:rPr>
      </w:pPr>
    </w:p>
    <w:p w14:paraId="5551C35A" w14:textId="77777777" w:rsidR="0099275C" w:rsidRDefault="0099275C" w:rsidP="009A6A94">
      <w:pPr>
        <w:jc w:val="both"/>
        <w:rPr>
          <w:sz w:val="20"/>
          <w:szCs w:val="20"/>
        </w:rPr>
      </w:pPr>
    </w:p>
    <w:p w14:paraId="32C53C45" w14:textId="77777777" w:rsidR="0099275C" w:rsidRDefault="0099275C" w:rsidP="009A6A94">
      <w:pPr>
        <w:jc w:val="both"/>
        <w:rPr>
          <w:sz w:val="20"/>
          <w:szCs w:val="20"/>
        </w:rPr>
      </w:pPr>
    </w:p>
    <w:p w14:paraId="22C457DE" w14:textId="77777777" w:rsidR="0099275C" w:rsidRDefault="0099275C" w:rsidP="009A6A94">
      <w:pPr>
        <w:jc w:val="both"/>
        <w:rPr>
          <w:sz w:val="20"/>
          <w:szCs w:val="20"/>
        </w:rPr>
      </w:pPr>
    </w:p>
    <w:p w14:paraId="7A78DBF2" w14:textId="77777777" w:rsidR="0099275C" w:rsidRDefault="0099275C" w:rsidP="009A6A94">
      <w:pPr>
        <w:jc w:val="both"/>
        <w:rPr>
          <w:sz w:val="20"/>
          <w:szCs w:val="20"/>
        </w:rPr>
      </w:pPr>
    </w:p>
    <w:p w14:paraId="1099DA91" w14:textId="77777777" w:rsidR="0099275C" w:rsidRDefault="0099275C" w:rsidP="009A6A94">
      <w:pPr>
        <w:jc w:val="both"/>
        <w:rPr>
          <w:sz w:val="20"/>
          <w:szCs w:val="20"/>
        </w:rPr>
      </w:pPr>
    </w:p>
    <w:p w14:paraId="60DD7107" w14:textId="2FAD127F" w:rsidR="004E10FB" w:rsidRDefault="004E10FB" w:rsidP="009A6A94">
      <w:pPr>
        <w:jc w:val="both"/>
        <w:rPr>
          <w:b/>
          <w:bCs/>
          <w:szCs w:val="24"/>
        </w:rPr>
      </w:pPr>
      <w:r w:rsidRPr="004E10FB">
        <w:rPr>
          <w:b/>
          <w:bCs/>
          <w:szCs w:val="24"/>
        </w:rPr>
        <w:t>References</w:t>
      </w:r>
    </w:p>
    <w:sdt>
      <w:sdtPr>
        <w:rPr>
          <w:bCs/>
          <w:color w:val="000000"/>
          <w:szCs w:val="24"/>
        </w:rPr>
        <w:tag w:val="MENDELEY_BIBLIOGRAPHY"/>
        <w:id w:val="700669118"/>
        <w:placeholder>
          <w:docPart w:val="DefaultPlaceholder_-1854013440"/>
        </w:placeholder>
      </w:sdtPr>
      <w:sdtContent>
        <w:p w14:paraId="45EBAD8C" w14:textId="77777777" w:rsidR="004E10FB" w:rsidRPr="004E10FB" w:rsidRDefault="004E10FB">
          <w:pPr>
            <w:autoSpaceDE w:val="0"/>
            <w:autoSpaceDN w:val="0"/>
            <w:ind w:hanging="640"/>
            <w:divId w:val="435100987"/>
            <w:rPr>
              <w:rFonts w:eastAsia="Times New Roman"/>
              <w:color w:val="000000"/>
              <w:szCs w:val="24"/>
            </w:rPr>
          </w:pPr>
          <w:r w:rsidRPr="004E10FB">
            <w:rPr>
              <w:rFonts w:eastAsia="Times New Roman"/>
              <w:color w:val="000000"/>
            </w:rPr>
            <w:t>1.</w:t>
          </w:r>
          <w:r w:rsidRPr="004E10FB">
            <w:rPr>
              <w:rFonts w:eastAsia="Times New Roman"/>
              <w:color w:val="000000"/>
            </w:rPr>
            <w:tab/>
            <w:t xml:space="preserve">Ibarra-Hoyos, D., Simmons, Q. &amp; Poon, S. J. Comparing Machine Learning Models for Strength and Ductility in High-Entropy Alloys. </w:t>
          </w:r>
          <w:r w:rsidRPr="004E10FB">
            <w:rPr>
              <w:rFonts w:eastAsia="Times New Roman"/>
              <w:i/>
              <w:iCs/>
              <w:color w:val="000000"/>
            </w:rPr>
            <w:t>High Entropy Alloys &amp; Materials</w:t>
          </w:r>
          <w:r w:rsidRPr="004E10FB">
            <w:rPr>
              <w:rFonts w:eastAsia="Times New Roman"/>
              <w:color w:val="000000"/>
            </w:rPr>
            <w:t xml:space="preserve"> </w:t>
          </w:r>
          <w:r w:rsidRPr="004E10FB">
            <w:rPr>
              <w:rFonts w:eastAsia="Times New Roman"/>
              <w:bCs/>
              <w:color w:val="000000"/>
            </w:rPr>
            <w:t>3</w:t>
          </w:r>
          <w:r w:rsidRPr="004E10FB">
            <w:rPr>
              <w:rFonts w:eastAsia="Times New Roman"/>
              <w:color w:val="000000"/>
            </w:rPr>
            <w:t>, 101–114 (2025).</w:t>
          </w:r>
        </w:p>
        <w:p w14:paraId="7D6DA381" w14:textId="77777777" w:rsidR="004E10FB" w:rsidRPr="004E10FB" w:rsidRDefault="004E10FB">
          <w:pPr>
            <w:autoSpaceDE w:val="0"/>
            <w:autoSpaceDN w:val="0"/>
            <w:ind w:hanging="640"/>
            <w:divId w:val="1129785133"/>
            <w:rPr>
              <w:rFonts w:eastAsia="Times New Roman"/>
              <w:color w:val="000000"/>
            </w:rPr>
          </w:pPr>
          <w:r w:rsidRPr="004E10FB">
            <w:rPr>
              <w:rFonts w:eastAsia="Times New Roman"/>
              <w:color w:val="000000"/>
            </w:rPr>
            <w:t>2.</w:t>
          </w:r>
          <w:r w:rsidRPr="004E10FB">
            <w:rPr>
              <w:rFonts w:eastAsia="Times New Roman"/>
              <w:color w:val="000000"/>
            </w:rPr>
            <w:tab/>
            <w:t xml:space="preserve">Willsch, D., Willsch, M., De Raedt, H. &amp; Michielsen, K. Support vector machines on the D-Wave quantum annealer. </w:t>
          </w:r>
          <w:r w:rsidRPr="004E10FB">
            <w:rPr>
              <w:rFonts w:eastAsia="Times New Roman"/>
              <w:i/>
              <w:iCs/>
              <w:color w:val="000000"/>
            </w:rPr>
            <w:t>Comput Phys Commun</w:t>
          </w:r>
          <w:r w:rsidRPr="004E10FB">
            <w:rPr>
              <w:rFonts w:eastAsia="Times New Roman"/>
              <w:color w:val="000000"/>
            </w:rPr>
            <w:t xml:space="preserve"> </w:t>
          </w:r>
          <w:r w:rsidRPr="004E10FB">
            <w:rPr>
              <w:rFonts w:eastAsia="Times New Roman"/>
              <w:bCs/>
              <w:color w:val="000000"/>
            </w:rPr>
            <w:t>248</w:t>
          </w:r>
          <w:r w:rsidRPr="004E10FB">
            <w:rPr>
              <w:rFonts w:eastAsia="Times New Roman"/>
              <w:color w:val="000000"/>
            </w:rPr>
            <w:t>, 107006 (2020).</w:t>
          </w:r>
        </w:p>
        <w:p w14:paraId="5254BEC5" w14:textId="72268F49" w:rsidR="004E10FB" w:rsidRPr="004E10FB" w:rsidRDefault="004E10FB" w:rsidP="009A6A94">
          <w:pPr>
            <w:jc w:val="both"/>
            <w:rPr>
              <w:b/>
              <w:bCs/>
              <w:szCs w:val="24"/>
            </w:rPr>
          </w:pPr>
          <w:r w:rsidRPr="004E10FB">
            <w:rPr>
              <w:rFonts w:eastAsia="Times New Roman"/>
              <w:color w:val="000000"/>
            </w:rPr>
            <w:t> </w:t>
          </w:r>
        </w:p>
      </w:sdtContent>
    </w:sdt>
    <w:sectPr w:rsidR="004E10FB" w:rsidRPr="004E10FB" w:rsidSect="00B83C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Courier">
    <w:panose1 w:val="02070409020205020404"/>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F359B8"/>
    <w:multiLevelType w:val="hybridMultilevel"/>
    <w:tmpl w:val="68947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E91A3E"/>
    <w:multiLevelType w:val="hybridMultilevel"/>
    <w:tmpl w:val="F4C4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2A556D"/>
    <w:multiLevelType w:val="multilevel"/>
    <w:tmpl w:val="F5D4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D74B69"/>
    <w:multiLevelType w:val="hybridMultilevel"/>
    <w:tmpl w:val="4E103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E2978"/>
    <w:multiLevelType w:val="multilevel"/>
    <w:tmpl w:val="2A16F5B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74B96"/>
    <w:multiLevelType w:val="hybridMultilevel"/>
    <w:tmpl w:val="9CB0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C065D"/>
    <w:multiLevelType w:val="hybridMultilevel"/>
    <w:tmpl w:val="8F3201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F73E9"/>
    <w:multiLevelType w:val="multilevel"/>
    <w:tmpl w:val="2526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662782"/>
    <w:multiLevelType w:val="hybridMultilevel"/>
    <w:tmpl w:val="DD467C1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510F4C"/>
    <w:multiLevelType w:val="multilevel"/>
    <w:tmpl w:val="EEFA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164EB1"/>
    <w:multiLevelType w:val="hybridMultilevel"/>
    <w:tmpl w:val="18B2A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B706CF"/>
    <w:multiLevelType w:val="multilevel"/>
    <w:tmpl w:val="ECD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67218B"/>
    <w:multiLevelType w:val="hybridMultilevel"/>
    <w:tmpl w:val="F3A2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327A3"/>
    <w:multiLevelType w:val="hybridMultilevel"/>
    <w:tmpl w:val="845AF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E743B5"/>
    <w:multiLevelType w:val="hybridMultilevel"/>
    <w:tmpl w:val="5D32CCD4"/>
    <w:lvl w:ilvl="0" w:tplc="9E40794A">
      <w:start w:val="1"/>
      <w:numFmt w:val="bullet"/>
      <w:lvlText w:val="•"/>
      <w:lvlJc w:val="left"/>
      <w:pPr>
        <w:tabs>
          <w:tab w:val="num" w:pos="720"/>
        </w:tabs>
        <w:ind w:left="720" w:hanging="360"/>
      </w:pPr>
      <w:rPr>
        <w:rFonts w:ascii="Arial" w:hAnsi="Arial" w:hint="default"/>
      </w:rPr>
    </w:lvl>
    <w:lvl w:ilvl="1" w:tplc="683A1068" w:tentative="1">
      <w:start w:val="1"/>
      <w:numFmt w:val="bullet"/>
      <w:lvlText w:val="•"/>
      <w:lvlJc w:val="left"/>
      <w:pPr>
        <w:tabs>
          <w:tab w:val="num" w:pos="1440"/>
        </w:tabs>
        <w:ind w:left="1440" w:hanging="360"/>
      </w:pPr>
      <w:rPr>
        <w:rFonts w:ascii="Arial" w:hAnsi="Arial" w:hint="default"/>
      </w:rPr>
    </w:lvl>
    <w:lvl w:ilvl="2" w:tplc="BCBE6F08" w:tentative="1">
      <w:start w:val="1"/>
      <w:numFmt w:val="bullet"/>
      <w:lvlText w:val="•"/>
      <w:lvlJc w:val="left"/>
      <w:pPr>
        <w:tabs>
          <w:tab w:val="num" w:pos="2160"/>
        </w:tabs>
        <w:ind w:left="2160" w:hanging="360"/>
      </w:pPr>
      <w:rPr>
        <w:rFonts w:ascii="Arial" w:hAnsi="Arial" w:hint="default"/>
      </w:rPr>
    </w:lvl>
    <w:lvl w:ilvl="3" w:tplc="065C3CC4" w:tentative="1">
      <w:start w:val="1"/>
      <w:numFmt w:val="bullet"/>
      <w:lvlText w:val="•"/>
      <w:lvlJc w:val="left"/>
      <w:pPr>
        <w:tabs>
          <w:tab w:val="num" w:pos="2880"/>
        </w:tabs>
        <w:ind w:left="2880" w:hanging="360"/>
      </w:pPr>
      <w:rPr>
        <w:rFonts w:ascii="Arial" w:hAnsi="Arial" w:hint="default"/>
      </w:rPr>
    </w:lvl>
    <w:lvl w:ilvl="4" w:tplc="BF162ED8" w:tentative="1">
      <w:start w:val="1"/>
      <w:numFmt w:val="bullet"/>
      <w:lvlText w:val="•"/>
      <w:lvlJc w:val="left"/>
      <w:pPr>
        <w:tabs>
          <w:tab w:val="num" w:pos="3600"/>
        </w:tabs>
        <w:ind w:left="3600" w:hanging="360"/>
      </w:pPr>
      <w:rPr>
        <w:rFonts w:ascii="Arial" w:hAnsi="Arial" w:hint="default"/>
      </w:rPr>
    </w:lvl>
    <w:lvl w:ilvl="5" w:tplc="5998A8EE" w:tentative="1">
      <w:start w:val="1"/>
      <w:numFmt w:val="bullet"/>
      <w:lvlText w:val="•"/>
      <w:lvlJc w:val="left"/>
      <w:pPr>
        <w:tabs>
          <w:tab w:val="num" w:pos="4320"/>
        </w:tabs>
        <w:ind w:left="4320" w:hanging="360"/>
      </w:pPr>
      <w:rPr>
        <w:rFonts w:ascii="Arial" w:hAnsi="Arial" w:hint="default"/>
      </w:rPr>
    </w:lvl>
    <w:lvl w:ilvl="6" w:tplc="57D61A82" w:tentative="1">
      <w:start w:val="1"/>
      <w:numFmt w:val="bullet"/>
      <w:lvlText w:val="•"/>
      <w:lvlJc w:val="left"/>
      <w:pPr>
        <w:tabs>
          <w:tab w:val="num" w:pos="5040"/>
        </w:tabs>
        <w:ind w:left="5040" w:hanging="360"/>
      </w:pPr>
      <w:rPr>
        <w:rFonts w:ascii="Arial" w:hAnsi="Arial" w:hint="default"/>
      </w:rPr>
    </w:lvl>
    <w:lvl w:ilvl="7" w:tplc="53FE97AE" w:tentative="1">
      <w:start w:val="1"/>
      <w:numFmt w:val="bullet"/>
      <w:lvlText w:val="•"/>
      <w:lvlJc w:val="left"/>
      <w:pPr>
        <w:tabs>
          <w:tab w:val="num" w:pos="5760"/>
        </w:tabs>
        <w:ind w:left="5760" w:hanging="360"/>
      </w:pPr>
      <w:rPr>
        <w:rFonts w:ascii="Arial" w:hAnsi="Arial" w:hint="default"/>
      </w:rPr>
    </w:lvl>
    <w:lvl w:ilvl="8" w:tplc="628E3A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EE580F"/>
    <w:multiLevelType w:val="hybridMultilevel"/>
    <w:tmpl w:val="D678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0E0DD1"/>
    <w:multiLevelType w:val="hybridMultilevel"/>
    <w:tmpl w:val="16B2F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CA4B15"/>
    <w:multiLevelType w:val="hybridMultilevel"/>
    <w:tmpl w:val="731A075C"/>
    <w:lvl w:ilvl="0" w:tplc="C70EEF6E">
      <w:start w:val="1"/>
      <w:numFmt w:val="bullet"/>
      <w:lvlText w:val="•"/>
      <w:lvlJc w:val="left"/>
      <w:pPr>
        <w:tabs>
          <w:tab w:val="num" w:pos="720"/>
        </w:tabs>
        <w:ind w:left="720" w:hanging="360"/>
      </w:pPr>
      <w:rPr>
        <w:rFonts w:ascii="Arial" w:hAnsi="Arial" w:hint="default"/>
      </w:rPr>
    </w:lvl>
    <w:lvl w:ilvl="1" w:tplc="D6446DC6">
      <w:start w:val="1"/>
      <w:numFmt w:val="bullet"/>
      <w:lvlText w:val="•"/>
      <w:lvlJc w:val="left"/>
      <w:pPr>
        <w:tabs>
          <w:tab w:val="num" w:pos="1440"/>
        </w:tabs>
        <w:ind w:left="1440" w:hanging="360"/>
      </w:pPr>
      <w:rPr>
        <w:rFonts w:ascii="Arial" w:hAnsi="Arial" w:hint="default"/>
      </w:rPr>
    </w:lvl>
    <w:lvl w:ilvl="2" w:tplc="CF8A5D7E" w:tentative="1">
      <w:start w:val="1"/>
      <w:numFmt w:val="bullet"/>
      <w:lvlText w:val="•"/>
      <w:lvlJc w:val="left"/>
      <w:pPr>
        <w:tabs>
          <w:tab w:val="num" w:pos="2160"/>
        </w:tabs>
        <w:ind w:left="2160" w:hanging="360"/>
      </w:pPr>
      <w:rPr>
        <w:rFonts w:ascii="Arial" w:hAnsi="Arial" w:hint="default"/>
      </w:rPr>
    </w:lvl>
    <w:lvl w:ilvl="3" w:tplc="02B63DF4" w:tentative="1">
      <w:start w:val="1"/>
      <w:numFmt w:val="bullet"/>
      <w:lvlText w:val="•"/>
      <w:lvlJc w:val="left"/>
      <w:pPr>
        <w:tabs>
          <w:tab w:val="num" w:pos="2880"/>
        </w:tabs>
        <w:ind w:left="2880" w:hanging="360"/>
      </w:pPr>
      <w:rPr>
        <w:rFonts w:ascii="Arial" w:hAnsi="Arial" w:hint="default"/>
      </w:rPr>
    </w:lvl>
    <w:lvl w:ilvl="4" w:tplc="0EAA16F0" w:tentative="1">
      <w:start w:val="1"/>
      <w:numFmt w:val="bullet"/>
      <w:lvlText w:val="•"/>
      <w:lvlJc w:val="left"/>
      <w:pPr>
        <w:tabs>
          <w:tab w:val="num" w:pos="3600"/>
        </w:tabs>
        <w:ind w:left="3600" w:hanging="360"/>
      </w:pPr>
      <w:rPr>
        <w:rFonts w:ascii="Arial" w:hAnsi="Arial" w:hint="default"/>
      </w:rPr>
    </w:lvl>
    <w:lvl w:ilvl="5" w:tplc="45B6B972" w:tentative="1">
      <w:start w:val="1"/>
      <w:numFmt w:val="bullet"/>
      <w:lvlText w:val="•"/>
      <w:lvlJc w:val="left"/>
      <w:pPr>
        <w:tabs>
          <w:tab w:val="num" w:pos="4320"/>
        </w:tabs>
        <w:ind w:left="4320" w:hanging="360"/>
      </w:pPr>
      <w:rPr>
        <w:rFonts w:ascii="Arial" w:hAnsi="Arial" w:hint="default"/>
      </w:rPr>
    </w:lvl>
    <w:lvl w:ilvl="6" w:tplc="D5FEF576" w:tentative="1">
      <w:start w:val="1"/>
      <w:numFmt w:val="bullet"/>
      <w:lvlText w:val="•"/>
      <w:lvlJc w:val="left"/>
      <w:pPr>
        <w:tabs>
          <w:tab w:val="num" w:pos="5040"/>
        </w:tabs>
        <w:ind w:left="5040" w:hanging="360"/>
      </w:pPr>
      <w:rPr>
        <w:rFonts w:ascii="Arial" w:hAnsi="Arial" w:hint="default"/>
      </w:rPr>
    </w:lvl>
    <w:lvl w:ilvl="7" w:tplc="705E4CE6" w:tentative="1">
      <w:start w:val="1"/>
      <w:numFmt w:val="bullet"/>
      <w:lvlText w:val="•"/>
      <w:lvlJc w:val="left"/>
      <w:pPr>
        <w:tabs>
          <w:tab w:val="num" w:pos="5760"/>
        </w:tabs>
        <w:ind w:left="5760" w:hanging="360"/>
      </w:pPr>
      <w:rPr>
        <w:rFonts w:ascii="Arial" w:hAnsi="Arial" w:hint="default"/>
      </w:rPr>
    </w:lvl>
    <w:lvl w:ilvl="8" w:tplc="866690A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C903B22"/>
    <w:multiLevelType w:val="multilevel"/>
    <w:tmpl w:val="6854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704D58"/>
    <w:multiLevelType w:val="multilevel"/>
    <w:tmpl w:val="BE74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7E6596"/>
    <w:multiLevelType w:val="hybridMultilevel"/>
    <w:tmpl w:val="F3F6DE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97BB1"/>
    <w:multiLevelType w:val="multilevel"/>
    <w:tmpl w:val="0702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5D464F"/>
    <w:multiLevelType w:val="multilevel"/>
    <w:tmpl w:val="358E0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0971DD"/>
    <w:multiLevelType w:val="hybridMultilevel"/>
    <w:tmpl w:val="105A9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39576AB"/>
    <w:multiLevelType w:val="hybridMultilevel"/>
    <w:tmpl w:val="9CFA8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A31213"/>
    <w:multiLevelType w:val="hybridMultilevel"/>
    <w:tmpl w:val="E8D4C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5F3651"/>
    <w:multiLevelType w:val="multilevel"/>
    <w:tmpl w:val="E976DEA6"/>
    <w:lvl w:ilvl="0">
      <w:start w:val="3"/>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7BA669E2"/>
    <w:multiLevelType w:val="hybridMultilevel"/>
    <w:tmpl w:val="DD467C12"/>
    <w:lvl w:ilvl="0" w:tplc="A9BAB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10075">
    <w:abstractNumId w:val="26"/>
  </w:num>
  <w:num w:numId="2" w16cid:durableId="1495955909">
    <w:abstractNumId w:val="22"/>
  </w:num>
  <w:num w:numId="3" w16cid:durableId="2132282373">
    <w:abstractNumId w:val="36"/>
  </w:num>
  <w:num w:numId="4" w16cid:durableId="2118133656">
    <w:abstractNumId w:val="21"/>
  </w:num>
  <w:num w:numId="5" w16cid:durableId="1870096575">
    <w:abstractNumId w:val="17"/>
  </w:num>
  <w:num w:numId="6" w16cid:durableId="1704208071">
    <w:abstractNumId w:val="32"/>
  </w:num>
  <w:num w:numId="7" w16cid:durableId="560750393">
    <w:abstractNumId w:val="24"/>
  </w:num>
  <w:num w:numId="8" w16cid:durableId="1032262412">
    <w:abstractNumId w:val="33"/>
  </w:num>
  <w:num w:numId="9" w16cid:durableId="1195001216">
    <w:abstractNumId w:val="34"/>
  </w:num>
  <w:num w:numId="10" w16cid:durableId="61488459">
    <w:abstractNumId w:val="14"/>
  </w:num>
  <w:num w:numId="11" w16cid:durableId="1360930476">
    <w:abstractNumId w:val="18"/>
  </w:num>
  <w:num w:numId="12" w16cid:durableId="626549403">
    <w:abstractNumId w:val="20"/>
  </w:num>
  <w:num w:numId="13" w16cid:durableId="1233156726">
    <w:abstractNumId w:val="16"/>
  </w:num>
  <w:num w:numId="14" w16cid:durableId="29843238">
    <w:abstractNumId w:val="30"/>
  </w:num>
  <w:num w:numId="15" w16cid:durableId="864707981">
    <w:abstractNumId w:val="11"/>
  </w:num>
  <w:num w:numId="16" w16cid:durableId="910385939">
    <w:abstractNumId w:val="13"/>
  </w:num>
  <w:num w:numId="17" w16cid:durableId="343092154">
    <w:abstractNumId w:val="28"/>
  </w:num>
  <w:num w:numId="18" w16cid:durableId="2114813668">
    <w:abstractNumId w:val="31"/>
  </w:num>
  <w:num w:numId="19" w16cid:durableId="551623182">
    <w:abstractNumId w:val="27"/>
  </w:num>
  <w:num w:numId="20" w16cid:durableId="127434413">
    <w:abstractNumId w:val="29"/>
  </w:num>
  <w:num w:numId="21" w16cid:durableId="1207916443">
    <w:abstractNumId w:val="25"/>
  </w:num>
  <w:num w:numId="22" w16cid:durableId="671447334">
    <w:abstractNumId w:val="19"/>
  </w:num>
  <w:num w:numId="23" w16cid:durableId="78449904">
    <w:abstractNumId w:val="35"/>
  </w:num>
  <w:num w:numId="24" w16cid:durableId="1379428188">
    <w:abstractNumId w:val="10"/>
  </w:num>
  <w:num w:numId="25" w16cid:durableId="1433016863">
    <w:abstractNumId w:val="23"/>
  </w:num>
  <w:num w:numId="26" w16cid:durableId="1609654902">
    <w:abstractNumId w:val="12"/>
  </w:num>
  <w:num w:numId="27" w16cid:durableId="1465855817">
    <w:abstractNumId w:val="15"/>
  </w:num>
  <w:num w:numId="28" w16cid:durableId="107047967">
    <w:abstractNumId w:val="9"/>
  </w:num>
  <w:num w:numId="29" w16cid:durableId="185287822">
    <w:abstractNumId w:val="8"/>
  </w:num>
  <w:num w:numId="30" w16cid:durableId="856964261">
    <w:abstractNumId w:val="6"/>
  </w:num>
  <w:num w:numId="31" w16cid:durableId="799038147">
    <w:abstractNumId w:val="5"/>
  </w:num>
  <w:num w:numId="32" w16cid:durableId="92752915">
    <w:abstractNumId w:val="4"/>
  </w:num>
  <w:num w:numId="33" w16cid:durableId="448740385">
    <w:abstractNumId w:val="7"/>
  </w:num>
  <w:num w:numId="34" w16cid:durableId="332296489">
    <w:abstractNumId w:val="3"/>
  </w:num>
  <w:num w:numId="35" w16cid:durableId="450132131">
    <w:abstractNumId w:val="2"/>
  </w:num>
  <w:num w:numId="36" w16cid:durableId="1500340812">
    <w:abstractNumId w:val="1"/>
  </w:num>
  <w:num w:numId="37" w16cid:durableId="173228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C7"/>
    <w:rsid w:val="00031A2C"/>
    <w:rsid w:val="00033CCF"/>
    <w:rsid w:val="00056CD9"/>
    <w:rsid w:val="0006313F"/>
    <w:rsid w:val="000758C9"/>
    <w:rsid w:val="000A5A5F"/>
    <w:rsid w:val="000A63B3"/>
    <w:rsid w:val="000D4947"/>
    <w:rsid w:val="00112881"/>
    <w:rsid w:val="0011440C"/>
    <w:rsid w:val="001278FA"/>
    <w:rsid w:val="0013471F"/>
    <w:rsid w:val="0014058E"/>
    <w:rsid w:val="001666C0"/>
    <w:rsid w:val="0018177D"/>
    <w:rsid w:val="00184CB1"/>
    <w:rsid w:val="001D0876"/>
    <w:rsid w:val="001E2FE0"/>
    <w:rsid w:val="0022078E"/>
    <w:rsid w:val="0024073F"/>
    <w:rsid w:val="0024301F"/>
    <w:rsid w:val="00250C7B"/>
    <w:rsid w:val="00257268"/>
    <w:rsid w:val="0027160E"/>
    <w:rsid w:val="002719B0"/>
    <w:rsid w:val="00281152"/>
    <w:rsid w:val="00294452"/>
    <w:rsid w:val="002D50F8"/>
    <w:rsid w:val="002D58D7"/>
    <w:rsid w:val="002E4B12"/>
    <w:rsid w:val="002F2668"/>
    <w:rsid w:val="00320307"/>
    <w:rsid w:val="003209CD"/>
    <w:rsid w:val="0033361A"/>
    <w:rsid w:val="00350135"/>
    <w:rsid w:val="00355AE6"/>
    <w:rsid w:val="00383CDF"/>
    <w:rsid w:val="00391DB9"/>
    <w:rsid w:val="003B1712"/>
    <w:rsid w:val="003C4016"/>
    <w:rsid w:val="003D634D"/>
    <w:rsid w:val="003E0899"/>
    <w:rsid w:val="00403A7B"/>
    <w:rsid w:val="0045129F"/>
    <w:rsid w:val="004604AA"/>
    <w:rsid w:val="00471DA1"/>
    <w:rsid w:val="004A122D"/>
    <w:rsid w:val="004B6074"/>
    <w:rsid w:val="004E10FB"/>
    <w:rsid w:val="004F455E"/>
    <w:rsid w:val="00510CA2"/>
    <w:rsid w:val="00514101"/>
    <w:rsid w:val="00516C40"/>
    <w:rsid w:val="00552AE0"/>
    <w:rsid w:val="00554CDB"/>
    <w:rsid w:val="00557FFE"/>
    <w:rsid w:val="005628DD"/>
    <w:rsid w:val="0058115B"/>
    <w:rsid w:val="005A2049"/>
    <w:rsid w:val="005D73A9"/>
    <w:rsid w:val="005F4CEE"/>
    <w:rsid w:val="00603DF4"/>
    <w:rsid w:val="00652E28"/>
    <w:rsid w:val="00660923"/>
    <w:rsid w:val="006713F4"/>
    <w:rsid w:val="00673390"/>
    <w:rsid w:val="006A2A20"/>
    <w:rsid w:val="006A6A61"/>
    <w:rsid w:val="006F1C28"/>
    <w:rsid w:val="0072725C"/>
    <w:rsid w:val="00777F0A"/>
    <w:rsid w:val="007939CC"/>
    <w:rsid w:val="007A123D"/>
    <w:rsid w:val="007D4675"/>
    <w:rsid w:val="007D4CC6"/>
    <w:rsid w:val="007E1D2E"/>
    <w:rsid w:val="007F6754"/>
    <w:rsid w:val="00800656"/>
    <w:rsid w:val="00812E4E"/>
    <w:rsid w:val="00815EEC"/>
    <w:rsid w:val="008746EE"/>
    <w:rsid w:val="0088046E"/>
    <w:rsid w:val="0089256C"/>
    <w:rsid w:val="0089336C"/>
    <w:rsid w:val="008A01ED"/>
    <w:rsid w:val="008B2091"/>
    <w:rsid w:val="008D0429"/>
    <w:rsid w:val="008D4D30"/>
    <w:rsid w:val="008E4C08"/>
    <w:rsid w:val="008F34A0"/>
    <w:rsid w:val="0090575C"/>
    <w:rsid w:val="0090652E"/>
    <w:rsid w:val="009118D3"/>
    <w:rsid w:val="009450FA"/>
    <w:rsid w:val="00945DEB"/>
    <w:rsid w:val="00987DF3"/>
    <w:rsid w:val="0099275C"/>
    <w:rsid w:val="0099535C"/>
    <w:rsid w:val="009A6A94"/>
    <w:rsid w:val="009C736B"/>
    <w:rsid w:val="009E6FF9"/>
    <w:rsid w:val="00A01728"/>
    <w:rsid w:val="00A0749F"/>
    <w:rsid w:val="00A325F6"/>
    <w:rsid w:val="00A37A7B"/>
    <w:rsid w:val="00A564C7"/>
    <w:rsid w:val="00A60C4E"/>
    <w:rsid w:val="00A8074E"/>
    <w:rsid w:val="00A92D63"/>
    <w:rsid w:val="00A95779"/>
    <w:rsid w:val="00AB504E"/>
    <w:rsid w:val="00AD4E14"/>
    <w:rsid w:val="00AE0CFD"/>
    <w:rsid w:val="00AE7631"/>
    <w:rsid w:val="00AF7570"/>
    <w:rsid w:val="00B83C5B"/>
    <w:rsid w:val="00BD56C9"/>
    <w:rsid w:val="00C12E98"/>
    <w:rsid w:val="00C16343"/>
    <w:rsid w:val="00C200BC"/>
    <w:rsid w:val="00C233A9"/>
    <w:rsid w:val="00C24283"/>
    <w:rsid w:val="00C35A5E"/>
    <w:rsid w:val="00C372A6"/>
    <w:rsid w:val="00C51D5B"/>
    <w:rsid w:val="00C641AB"/>
    <w:rsid w:val="00C6744B"/>
    <w:rsid w:val="00C9094C"/>
    <w:rsid w:val="00C96F82"/>
    <w:rsid w:val="00CB6C55"/>
    <w:rsid w:val="00CD1F32"/>
    <w:rsid w:val="00CE65D0"/>
    <w:rsid w:val="00CF2908"/>
    <w:rsid w:val="00CF323B"/>
    <w:rsid w:val="00D10130"/>
    <w:rsid w:val="00D203D3"/>
    <w:rsid w:val="00D67605"/>
    <w:rsid w:val="00D71FA2"/>
    <w:rsid w:val="00D77CA0"/>
    <w:rsid w:val="00DB397F"/>
    <w:rsid w:val="00E230BD"/>
    <w:rsid w:val="00E73ADC"/>
    <w:rsid w:val="00EE1673"/>
    <w:rsid w:val="00EF3A87"/>
    <w:rsid w:val="00F061A9"/>
    <w:rsid w:val="00F2507D"/>
    <w:rsid w:val="00F554DE"/>
    <w:rsid w:val="00F87F66"/>
    <w:rsid w:val="00F93411"/>
    <w:rsid w:val="00F94518"/>
    <w:rsid w:val="00FB3ACA"/>
    <w:rsid w:val="00FB5958"/>
    <w:rsid w:val="00FC2506"/>
    <w:rsid w:val="00FC46D9"/>
    <w:rsid w:val="00FD1937"/>
    <w:rsid w:val="00FE60BB"/>
  </w:rsids>
  <m:mathPr>
    <m:mathFont m:val="Cambria Math"/>
    <m:brkBin m:val="before"/>
    <m:brkBinSub m:val="--"/>
    <m:smallFrac m:val="0"/>
    <m:dispDef/>
    <m:lMargin m:val="0"/>
    <m:rMargin m:val="0"/>
    <m:defJc m:val="centerGroup"/>
    <m:wrapIndent m:val="1440"/>
    <m:intLim m:val="subSup"/>
    <m:naryLim m:val="undOvr"/>
  </m:mathPr>
  <w:themeFontLang w:val="es-MX"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0A5D7"/>
  <w15:chartTrackingRefBased/>
  <w15:docId w15:val="{3BF3BBA7-82B9-4DA9-B79D-6EC20E98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63"/>
    <w:pPr>
      <w:spacing w:after="200" w:line="276" w:lineRule="auto"/>
    </w:pPr>
    <w:rPr>
      <w:rFonts w:ascii="Times New Roman" w:eastAsiaTheme="minorEastAsia" w:hAnsi="Times New Roman"/>
      <w:kern w:val="0"/>
      <w:szCs w:val="22"/>
      <w14:ligatures w14:val="none"/>
    </w:rPr>
  </w:style>
  <w:style w:type="paragraph" w:styleId="Heading1">
    <w:name w:val="heading 1"/>
    <w:basedOn w:val="Normal"/>
    <w:next w:val="Normal"/>
    <w:link w:val="Heading1Char"/>
    <w:uiPriority w:val="9"/>
    <w:qFormat/>
    <w:rsid w:val="00A564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564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64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64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64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64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64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64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64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4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64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64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64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64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64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64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64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64C7"/>
    <w:rPr>
      <w:rFonts w:eastAsiaTheme="majorEastAsia" w:cstheme="majorBidi"/>
      <w:color w:val="272727" w:themeColor="text1" w:themeTint="D8"/>
    </w:rPr>
  </w:style>
  <w:style w:type="paragraph" w:styleId="Title">
    <w:name w:val="Title"/>
    <w:basedOn w:val="Normal"/>
    <w:next w:val="Normal"/>
    <w:link w:val="TitleChar"/>
    <w:uiPriority w:val="10"/>
    <w:qFormat/>
    <w:rsid w:val="00A564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4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64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64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64C7"/>
    <w:pPr>
      <w:spacing w:before="160"/>
      <w:jc w:val="center"/>
    </w:pPr>
    <w:rPr>
      <w:i/>
      <w:iCs/>
      <w:color w:val="404040" w:themeColor="text1" w:themeTint="BF"/>
    </w:rPr>
  </w:style>
  <w:style w:type="character" w:customStyle="1" w:styleId="QuoteChar">
    <w:name w:val="Quote Char"/>
    <w:basedOn w:val="DefaultParagraphFont"/>
    <w:link w:val="Quote"/>
    <w:uiPriority w:val="29"/>
    <w:rsid w:val="00A564C7"/>
    <w:rPr>
      <w:i/>
      <w:iCs/>
      <w:color w:val="404040" w:themeColor="text1" w:themeTint="BF"/>
    </w:rPr>
  </w:style>
  <w:style w:type="paragraph" w:styleId="ListParagraph">
    <w:name w:val="List Paragraph"/>
    <w:basedOn w:val="Normal"/>
    <w:uiPriority w:val="34"/>
    <w:qFormat/>
    <w:rsid w:val="00A564C7"/>
    <w:pPr>
      <w:ind w:left="720"/>
      <w:contextualSpacing/>
    </w:pPr>
  </w:style>
  <w:style w:type="character" w:styleId="IntenseEmphasis">
    <w:name w:val="Intense Emphasis"/>
    <w:basedOn w:val="DefaultParagraphFont"/>
    <w:uiPriority w:val="21"/>
    <w:qFormat/>
    <w:rsid w:val="00A564C7"/>
    <w:rPr>
      <w:i/>
      <w:iCs/>
      <w:color w:val="0F4761" w:themeColor="accent1" w:themeShade="BF"/>
    </w:rPr>
  </w:style>
  <w:style w:type="paragraph" w:styleId="IntenseQuote">
    <w:name w:val="Intense Quote"/>
    <w:basedOn w:val="Normal"/>
    <w:next w:val="Normal"/>
    <w:link w:val="IntenseQuoteChar"/>
    <w:uiPriority w:val="30"/>
    <w:qFormat/>
    <w:rsid w:val="00A564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64C7"/>
    <w:rPr>
      <w:i/>
      <w:iCs/>
      <w:color w:val="0F4761" w:themeColor="accent1" w:themeShade="BF"/>
    </w:rPr>
  </w:style>
  <w:style w:type="character" w:styleId="IntenseReference">
    <w:name w:val="Intense Reference"/>
    <w:basedOn w:val="DefaultParagraphFont"/>
    <w:uiPriority w:val="32"/>
    <w:qFormat/>
    <w:rsid w:val="00A564C7"/>
    <w:rPr>
      <w:b/>
      <w:bCs/>
      <w:smallCaps/>
      <w:color w:val="0F4761" w:themeColor="accent1" w:themeShade="BF"/>
      <w:spacing w:val="5"/>
    </w:rPr>
  </w:style>
  <w:style w:type="character" w:styleId="PlaceholderText">
    <w:name w:val="Placeholder Text"/>
    <w:basedOn w:val="DefaultParagraphFont"/>
    <w:uiPriority w:val="99"/>
    <w:semiHidden/>
    <w:rsid w:val="0011440C"/>
    <w:rPr>
      <w:color w:val="666666"/>
    </w:rPr>
  </w:style>
  <w:style w:type="table" w:styleId="TableGrid">
    <w:name w:val="Table Grid"/>
    <w:basedOn w:val="TableNormal"/>
    <w:uiPriority w:val="39"/>
    <w:rsid w:val="00510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094C"/>
    <w:rPr>
      <w:rFonts w:cs="Times New Roman"/>
      <w:szCs w:val="24"/>
    </w:rPr>
  </w:style>
  <w:style w:type="character" w:customStyle="1" w:styleId="vlist-s">
    <w:name w:val="vlist-s"/>
    <w:basedOn w:val="DefaultParagraphFont"/>
    <w:rsid w:val="0099275C"/>
  </w:style>
  <w:style w:type="character" w:customStyle="1" w:styleId="katex-mathml">
    <w:name w:val="katex-mathml"/>
    <w:basedOn w:val="DefaultParagraphFont"/>
    <w:rsid w:val="0099275C"/>
  </w:style>
  <w:style w:type="paragraph" w:styleId="HTMLPreformatted">
    <w:name w:val="HTML Preformatted"/>
    <w:basedOn w:val="Normal"/>
    <w:link w:val="HTMLPreformattedChar"/>
    <w:uiPriority w:val="99"/>
    <w:semiHidden/>
    <w:unhideWhenUsed/>
    <w:rsid w:val="0099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9275C"/>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99275C"/>
    <w:rPr>
      <w:i/>
      <w:iCs/>
    </w:rPr>
  </w:style>
  <w:style w:type="character" w:styleId="Hyperlink">
    <w:name w:val="Hyperlink"/>
    <w:basedOn w:val="DefaultParagraphFont"/>
    <w:uiPriority w:val="99"/>
    <w:unhideWhenUsed/>
    <w:rsid w:val="0099275C"/>
    <w:rPr>
      <w:color w:val="0000FF"/>
      <w:u w:val="single"/>
    </w:rPr>
  </w:style>
  <w:style w:type="character" w:styleId="UnresolvedMention">
    <w:name w:val="Unresolved Mention"/>
    <w:basedOn w:val="DefaultParagraphFont"/>
    <w:uiPriority w:val="99"/>
    <w:semiHidden/>
    <w:unhideWhenUsed/>
    <w:rsid w:val="0099275C"/>
    <w:rPr>
      <w:color w:val="605E5C"/>
      <w:shd w:val="clear" w:color="auto" w:fill="E1DFDD"/>
    </w:rPr>
  </w:style>
  <w:style w:type="character" w:styleId="CommentReference">
    <w:name w:val="annotation reference"/>
    <w:basedOn w:val="DefaultParagraphFont"/>
    <w:uiPriority w:val="99"/>
    <w:semiHidden/>
    <w:unhideWhenUsed/>
    <w:rsid w:val="0099275C"/>
    <w:rPr>
      <w:sz w:val="16"/>
      <w:szCs w:val="16"/>
    </w:rPr>
  </w:style>
  <w:style w:type="paragraph" w:styleId="CommentText">
    <w:name w:val="annotation text"/>
    <w:basedOn w:val="Normal"/>
    <w:link w:val="CommentTextChar"/>
    <w:uiPriority w:val="99"/>
    <w:unhideWhenUsed/>
    <w:rsid w:val="0099275C"/>
    <w:pPr>
      <w:spacing w:after="160" w:line="240" w:lineRule="auto"/>
    </w:pPr>
    <w:rPr>
      <w:rFonts w:asciiTheme="minorHAnsi" w:eastAsia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99275C"/>
    <w:rPr>
      <w:sz w:val="20"/>
      <w:szCs w:val="20"/>
    </w:rPr>
  </w:style>
  <w:style w:type="paragraph" w:styleId="CommentSubject">
    <w:name w:val="annotation subject"/>
    <w:basedOn w:val="CommentText"/>
    <w:next w:val="CommentText"/>
    <w:link w:val="CommentSubjectChar"/>
    <w:uiPriority w:val="99"/>
    <w:semiHidden/>
    <w:unhideWhenUsed/>
    <w:rsid w:val="0099275C"/>
    <w:rPr>
      <w:b/>
      <w:bCs/>
    </w:rPr>
  </w:style>
  <w:style w:type="character" w:customStyle="1" w:styleId="CommentSubjectChar">
    <w:name w:val="Comment Subject Char"/>
    <w:basedOn w:val="CommentTextChar"/>
    <w:link w:val="CommentSubject"/>
    <w:uiPriority w:val="99"/>
    <w:semiHidden/>
    <w:rsid w:val="0099275C"/>
    <w:rPr>
      <w:b/>
      <w:bCs/>
      <w:sz w:val="20"/>
      <w:szCs w:val="20"/>
    </w:rPr>
  </w:style>
  <w:style w:type="paragraph" w:styleId="Revision">
    <w:name w:val="Revision"/>
    <w:hidden/>
    <w:uiPriority w:val="99"/>
    <w:semiHidden/>
    <w:rsid w:val="0099275C"/>
    <w:pPr>
      <w:spacing w:after="0" w:line="240" w:lineRule="auto"/>
    </w:pPr>
    <w:rPr>
      <w:sz w:val="22"/>
      <w:szCs w:val="22"/>
    </w:rPr>
  </w:style>
  <w:style w:type="character" w:styleId="FollowedHyperlink">
    <w:name w:val="FollowedHyperlink"/>
    <w:basedOn w:val="DefaultParagraphFont"/>
    <w:uiPriority w:val="99"/>
    <w:semiHidden/>
    <w:unhideWhenUsed/>
    <w:rsid w:val="0099275C"/>
    <w:rPr>
      <w:color w:val="96607D" w:themeColor="followedHyperlink"/>
      <w:u w:val="single"/>
    </w:rPr>
  </w:style>
  <w:style w:type="table" w:styleId="GridTable2-Accent6">
    <w:name w:val="Grid Table 2 Accent 6"/>
    <w:basedOn w:val="TableNormal"/>
    <w:uiPriority w:val="47"/>
    <w:rsid w:val="0099275C"/>
    <w:pPr>
      <w:spacing w:after="0" w:line="240" w:lineRule="auto"/>
    </w:pPr>
    <w:rPr>
      <w:rFonts w:eastAsiaTheme="minorEastAsia"/>
      <w:kern w:val="0"/>
      <w:lang w:eastAsia="zh-CN"/>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Header">
    <w:name w:val="header"/>
    <w:basedOn w:val="Normal"/>
    <w:link w:val="HeaderChar"/>
    <w:uiPriority w:val="99"/>
    <w:unhideWhenUsed/>
    <w:rsid w:val="0099275C"/>
    <w:pPr>
      <w:tabs>
        <w:tab w:val="center" w:pos="4680"/>
        <w:tab w:val="right" w:pos="9360"/>
      </w:tabs>
      <w:spacing w:after="0" w:line="240" w:lineRule="auto"/>
    </w:pPr>
    <w:rPr>
      <w:rFonts w:asciiTheme="minorHAnsi" w:eastAsiaTheme="minorHAnsi" w:hAnsiTheme="minorHAnsi"/>
      <w:kern w:val="2"/>
      <w:sz w:val="22"/>
      <w14:ligatures w14:val="standardContextual"/>
    </w:rPr>
  </w:style>
  <w:style w:type="character" w:customStyle="1" w:styleId="HeaderChar">
    <w:name w:val="Header Char"/>
    <w:basedOn w:val="DefaultParagraphFont"/>
    <w:link w:val="Header"/>
    <w:uiPriority w:val="99"/>
    <w:rsid w:val="0099275C"/>
    <w:rPr>
      <w:sz w:val="22"/>
      <w:szCs w:val="22"/>
    </w:rPr>
  </w:style>
  <w:style w:type="paragraph" w:styleId="Footer">
    <w:name w:val="footer"/>
    <w:basedOn w:val="Normal"/>
    <w:link w:val="FooterChar"/>
    <w:uiPriority w:val="99"/>
    <w:unhideWhenUsed/>
    <w:rsid w:val="0099275C"/>
    <w:pPr>
      <w:tabs>
        <w:tab w:val="center" w:pos="4680"/>
        <w:tab w:val="right" w:pos="9360"/>
      </w:tabs>
      <w:spacing w:after="0" w:line="240" w:lineRule="auto"/>
    </w:pPr>
    <w:rPr>
      <w:rFonts w:asciiTheme="minorHAnsi" w:eastAsiaTheme="minorHAnsi" w:hAnsiTheme="minorHAnsi"/>
      <w:kern w:val="2"/>
      <w:sz w:val="22"/>
      <w14:ligatures w14:val="standardContextual"/>
    </w:rPr>
  </w:style>
  <w:style w:type="character" w:customStyle="1" w:styleId="FooterChar">
    <w:name w:val="Footer Char"/>
    <w:basedOn w:val="DefaultParagraphFont"/>
    <w:link w:val="Footer"/>
    <w:uiPriority w:val="99"/>
    <w:rsid w:val="0099275C"/>
    <w:rPr>
      <w:sz w:val="22"/>
      <w:szCs w:val="22"/>
    </w:rPr>
  </w:style>
  <w:style w:type="paragraph" w:styleId="NoSpacing">
    <w:name w:val="No Spacing"/>
    <w:uiPriority w:val="1"/>
    <w:qFormat/>
    <w:rsid w:val="0099275C"/>
    <w:pPr>
      <w:spacing w:after="0" w:line="240" w:lineRule="auto"/>
    </w:pPr>
    <w:rPr>
      <w:rFonts w:eastAsiaTheme="minorEastAsia"/>
      <w:kern w:val="0"/>
      <w:sz w:val="22"/>
      <w:szCs w:val="22"/>
      <w14:ligatures w14:val="none"/>
    </w:rPr>
  </w:style>
  <w:style w:type="paragraph" w:styleId="BodyText">
    <w:name w:val="Body Text"/>
    <w:basedOn w:val="Normal"/>
    <w:link w:val="BodyTextChar"/>
    <w:uiPriority w:val="99"/>
    <w:unhideWhenUsed/>
    <w:rsid w:val="0099275C"/>
    <w:pPr>
      <w:spacing w:after="120"/>
    </w:pPr>
    <w:rPr>
      <w:rFonts w:asciiTheme="minorHAnsi" w:hAnsiTheme="minorHAnsi"/>
      <w:sz w:val="22"/>
    </w:rPr>
  </w:style>
  <w:style w:type="character" w:customStyle="1" w:styleId="BodyTextChar">
    <w:name w:val="Body Text Char"/>
    <w:basedOn w:val="DefaultParagraphFont"/>
    <w:link w:val="BodyText"/>
    <w:uiPriority w:val="99"/>
    <w:rsid w:val="0099275C"/>
    <w:rPr>
      <w:rFonts w:eastAsiaTheme="minorEastAsia"/>
      <w:kern w:val="0"/>
      <w:sz w:val="22"/>
      <w:szCs w:val="22"/>
      <w14:ligatures w14:val="none"/>
    </w:rPr>
  </w:style>
  <w:style w:type="paragraph" w:styleId="BodyText2">
    <w:name w:val="Body Text 2"/>
    <w:basedOn w:val="Normal"/>
    <w:link w:val="BodyText2Char"/>
    <w:uiPriority w:val="99"/>
    <w:unhideWhenUsed/>
    <w:rsid w:val="0099275C"/>
    <w:pPr>
      <w:spacing w:after="120" w:line="480" w:lineRule="auto"/>
    </w:pPr>
    <w:rPr>
      <w:rFonts w:asciiTheme="minorHAnsi" w:hAnsiTheme="minorHAnsi"/>
      <w:sz w:val="22"/>
    </w:rPr>
  </w:style>
  <w:style w:type="character" w:customStyle="1" w:styleId="BodyText2Char">
    <w:name w:val="Body Text 2 Char"/>
    <w:basedOn w:val="DefaultParagraphFont"/>
    <w:link w:val="BodyText2"/>
    <w:uiPriority w:val="99"/>
    <w:rsid w:val="0099275C"/>
    <w:rPr>
      <w:rFonts w:eastAsiaTheme="minorEastAsia"/>
      <w:kern w:val="0"/>
      <w:sz w:val="22"/>
      <w:szCs w:val="22"/>
      <w14:ligatures w14:val="none"/>
    </w:rPr>
  </w:style>
  <w:style w:type="paragraph" w:styleId="BodyText3">
    <w:name w:val="Body Text 3"/>
    <w:basedOn w:val="Normal"/>
    <w:link w:val="BodyText3Char"/>
    <w:uiPriority w:val="99"/>
    <w:unhideWhenUsed/>
    <w:rsid w:val="0099275C"/>
    <w:pPr>
      <w:spacing w:after="120"/>
    </w:pPr>
    <w:rPr>
      <w:rFonts w:asciiTheme="minorHAnsi" w:hAnsiTheme="minorHAnsi"/>
      <w:sz w:val="16"/>
      <w:szCs w:val="16"/>
    </w:rPr>
  </w:style>
  <w:style w:type="character" w:customStyle="1" w:styleId="BodyText3Char">
    <w:name w:val="Body Text 3 Char"/>
    <w:basedOn w:val="DefaultParagraphFont"/>
    <w:link w:val="BodyText3"/>
    <w:uiPriority w:val="99"/>
    <w:rsid w:val="0099275C"/>
    <w:rPr>
      <w:rFonts w:eastAsiaTheme="minorEastAsia"/>
      <w:kern w:val="0"/>
      <w:sz w:val="16"/>
      <w:szCs w:val="16"/>
      <w14:ligatures w14:val="none"/>
    </w:rPr>
  </w:style>
  <w:style w:type="paragraph" w:styleId="List">
    <w:name w:val="List"/>
    <w:basedOn w:val="Normal"/>
    <w:uiPriority w:val="99"/>
    <w:unhideWhenUsed/>
    <w:rsid w:val="0099275C"/>
    <w:pPr>
      <w:ind w:left="360" w:hanging="360"/>
      <w:contextualSpacing/>
    </w:pPr>
    <w:rPr>
      <w:rFonts w:asciiTheme="minorHAnsi" w:hAnsiTheme="minorHAnsi"/>
      <w:sz w:val="22"/>
    </w:rPr>
  </w:style>
  <w:style w:type="paragraph" w:styleId="List2">
    <w:name w:val="List 2"/>
    <w:basedOn w:val="Normal"/>
    <w:uiPriority w:val="99"/>
    <w:unhideWhenUsed/>
    <w:rsid w:val="0099275C"/>
    <w:pPr>
      <w:ind w:left="720" w:hanging="360"/>
      <w:contextualSpacing/>
    </w:pPr>
    <w:rPr>
      <w:rFonts w:asciiTheme="minorHAnsi" w:hAnsiTheme="minorHAnsi"/>
      <w:sz w:val="22"/>
    </w:rPr>
  </w:style>
  <w:style w:type="paragraph" w:styleId="List3">
    <w:name w:val="List 3"/>
    <w:basedOn w:val="Normal"/>
    <w:uiPriority w:val="99"/>
    <w:unhideWhenUsed/>
    <w:rsid w:val="0099275C"/>
    <w:pPr>
      <w:ind w:left="1080" w:hanging="360"/>
      <w:contextualSpacing/>
    </w:pPr>
    <w:rPr>
      <w:rFonts w:asciiTheme="minorHAnsi" w:hAnsiTheme="minorHAnsi"/>
      <w:sz w:val="22"/>
    </w:rPr>
  </w:style>
  <w:style w:type="paragraph" w:styleId="ListBullet">
    <w:name w:val="List Bullet"/>
    <w:basedOn w:val="Normal"/>
    <w:uiPriority w:val="99"/>
    <w:unhideWhenUsed/>
    <w:rsid w:val="0099275C"/>
    <w:pPr>
      <w:numPr>
        <w:numId w:val="29"/>
      </w:numPr>
      <w:tabs>
        <w:tab w:val="clear" w:pos="360"/>
      </w:tabs>
      <w:ind w:left="0" w:firstLine="0"/>
      <w:contextualSpacing/>
    </w:pPr>
    <w:rPr>
      <w:rFonts w:asciiTheme="minorHAnsi" w:hAnsiTheme="minorHAnsi"/>
      <w:sz w:val="22"/>
    </w:rPr>
  </w:style>
  <w:style w:type="paragraph" w:styleId="ListBullet2">
    <w:name w:val="List Bullet 2"/>
    <w:basedOn w:val="Normal"/>
    <w:uiPriority w:val="99"/>
    <w:unhideWhenUsed/>
    <w:rsid w:val="0099275C"/>
    <w:pPr>
      <w:numPr>
        <w:numId w:val="30"/>
      </w:numPr>
      <w:tabs>
        <w:tab w:val="clear" w:pos="720"/>
      </w:tabs>
      <w:ind w:left="0" w:firstLine="0"/>
      <w:contextualSpacing/>
    </w:pPr>
    <w:rPr>
      <w:rFonts w:asciiTheme="minorHAnsi" w:hAnsiTheme="minorHAnsi"/>
      <w:sz w:val="22"/>
    </w:rPr>
  </w:style>
  <w:style w:type="paragraph" w:styleId="ListBullet3">
    <w:name w:val="List Bullet 3"/>
    <w:basedOn w:val="Normal"/>
    <w:uiPriority w:val="99"/>
    <w:unhideWhenUsed/>
    <w:rsid w:val="0099275C"/>
    <w:pPr>
      <w:numPr>
        <w:numId w:val="31"/>
      </w:numPr>
      <w:tabs>
        <w:tab w:val="clear" w:pos="1080"/>
      </w:tabs>
      <w:ind w:left="0" w:firstLine="0"/>
      <w:contextualSpacing/>
    </w:pPr>
    <w:rPr>
      <w:rFonts w:asciiTheme="minorHAnsi" w:hAnsiTheme="minorHAnsi"/>
      <w:sz w:val="22"/>
    </w:rPr>
  </w:style>
  <w:style w:type="paragraph" w:styleId="ListNumber">
    <w:name w:val="List Number"/>
    <w:basedOn w:val="Normal"/>
    <w:uiPriority w:val="99"/>
    <w:unhideWhenUsed/>
    <w:rsid w:val="0099275C"/>
    <w:pPr>
      <w:numPr>
        <w:numId w:val="33"/>
      </w:numPr>
      <w:tabs>
        <w:tab w:val="clear" w:pos="360"/>
      </w:tabs>
      <w:ind w:left="0" w:firstLine="0"/>
      <w:contextualSpacing/>
    </w:pPr>
    <w:rPr>
      <w:rFonts w:asciiTheme="minorHAnsi" w:hAnsiTheme="minorHAnsi"/>
      <w:sz w:val="22"/>
    </w:rPr>
  </w:style>
  <w:style w:type="paragraph" w:styleId="ListNumber2">
    <w:name w:val="List Number 2"/>
    <w:basedOn w:val="Normal"/>
    <w:uiPriority w:val="99"/>
    <w:unhideWhenUsed/>
    <w:rsid w:val="0099275C"/>
    <w:pPr>
      <w:numPr>
        <w:numId w:val="34"/>
      </w:numPr>
      <w:tabs>
        <w:tab w:val="clear" w:pos="720"/>
      </w:tabs>
      <w:ind w:left="0" w:firstLine="0"/>
      <w:contextualSpacing/>
    </w:pPr>
    <w:rPr>
      <w:rFonts w:asciiTheme="minorHAnsi" w:hAnsiTheme="minorHAnsi"/>
      <w:sz w:val="22"/>
    </w:rPr>
  </w:style>
  <w:style w:type="paragraph" w:styleId="ListNumber3">
    <w:name w:val="List Number 3"/>
    <w:basedOn w:val="Normal"/>
    <w:uiPriority w:val="99"/>
    <w:unhideWhenUsed/>
    <w:rsid w:val="0099275C"/>
    <w:pPr>
      <w:numPr>
        <w:numId w:val="35"/>
      </w:numPr>
      <w:tabs>
        <w:tab w:val="clear" w:pos="1080"/>
      </w:tabs>
      <w:ind w:left="0" w:firstLine="0"/>
      <w:contextualSpacing/>
    </w:pPr>
    <w:rPr>
      <w:rFonts w:asciiTheme="minorHAnsi" w:hAnsiTheme="minorHAnsi"/>
      <w:sz w:val="22"/>
    </w:rPr>
  </w:style>
  <w:style w:type="paragraph" w:styleId="ListContinue">
    <w:name w:val="List Continue"/>
    <w:basedOn w:val="Normal"/>
    <w:uiPriority w:val="99"/>
    <w:unhideWhenUsed/>
    <w:rsid w:val="0099275C"/>
    <w:pPr>
      <w:spacing w:after="120"/>
      <w:ind w:left="360"/>
      <w:contextualSpacing/>
    </w:pPr>
    <w:rPr>
      <w:rFonts w:asciiTheme="minorHAnsi" w:hAnsiTheme="minorHAnsi"/>
      <w:sz w:val="22"/>
    </w:rPr>
  </w:style>
  <w:style w:type="paragraph" w:styleId="ListContinue2">
    <w:name w:val="List Continue 2"/>
    <w:basedOn w:val="Normal"/>
    <w:uiPriority w:val="99"/>
    <w:unhideWhenUsed/>
    <w:rsid w:val="0099275C"/>
    <w:pPr>
      <w:spacing w:after="120"/>
      <w:ind w:left="720"/>
      <w:contextualSpacing/>
    </w:pPr>
    <w:rPr>
      <w:rFonts w:asciiTheme="minorHAnsi" w:hAnsiTheme="minorHAnsi"/>
      <w:sz w:val="22"/>
    </w:rPr>
  </w:style>
  <w:style w:type="paragraph" w:styleId="ListContinue3">
    <w:name w:val="List Continue 3"/>
    <w:basedOn w:val="Normal"/>
    <w:uiPriority w:val="99"/>
    <w:unhideWhenUsed/>
    <w:rsid w:val="0099275C"/>
    <w:pPr>
      <w:spacing w:after="120"/>
      <w:ind w:left="1080"/>
      <w:contextualSpacing/>
    </w:pPr>
    <w:rPr>
      <w:rFonts w:asciiTheme="minorHAnsi" w:hAnsiTheme="minorHAnsi"/>
      <w:sz w:val="22"/>
    </w:rPr>
  </w:style>
  <w:style w:type="paragraph" w:styleId="MacroText">
    <w:name w:val="macro"/>
    <w:link w:val="MacroTextChar"/>
    <w:uiPriority w:val="99"/>
    <w:unhideWhenUsed/>
    <w:rsid w:val="0099275C"/>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99275C"/>
    <w:rPr>
      <w:rFonts w:ascii="Courier" w:eastAsiaTheme="minorEastAsia" w:hAnsi="Courier"/>
      <w:kern w:val="0"/>
      <w:sz w:val="20"/>
      <w:szCs w:val="20"/>
      <w14:ligatures w14:val="none"/>
    </w:rPr>
  </w:style>
  <w:style w:type="paragraph" w:styleId="Caption">
    <w:name w:val="caption"/>
    <w:basedOn w:val="Normal"/>
    <w:next w:val="Normal"/>
    <w:uiPriority w:val="35"/>
    <w:semiHidden/>
    <w:unhideWhenUsed/>
    <w:qFormat/>
    <w:rsid w:val="0099275C"/>
    <w:pPr>
      <w:spacing w:line="240" w:lineRule="auto"/>
    </w:pPr>
    <w:rPr>
      <w:rFonts w:asciiTheme="minorHAnsi" w:hAnsiTheme="minorHAnsi"/>
      <w:b/>
      <w:bCs/>
      <w:color w:val="156082" w:themeColor="accent1"/>
      <w:sz w:val="18"/>
      <w:szCs w:val="18"/>
    </w:rPr>
  </w:style>
  <w:style w:type="character" w:styleId="Strong">
    <w:name w:val="Strong"/>
    <w:basedOn w:val="DefaultParagraphFont"/>
    <w:uiPriority w:val="22"/>
    <w:qFormat/>
    <w:rsid w:val="0099275C"/>
    <w:rPr>
      <w:b/>
      <w:bCs/>
    </w:rPr>
  </w:style>
  <w:style w:type="character" w:styleId="SubtleEmphasis">
    <w:name w:val="Subtle Emphasis"/>
    <w:basedOn w:val="DefaultParagraphFont"/>
    <w:uiPriority w:val="19"/>
    <w:qFormat/>
    <w:rsid w:val="0099275C"/>
    <w:rPr>
      <w:i/>
      <w:iCs/>
      <w:color w:val="808080" w:themeColor="text1" w:themeTint="7F"/>
    </w:rPr>
  </w:style>
  <w:style w:type="character" w:styleId="SubtleReference">
    <w:name w:val="Subtle Reference"/>
    <w:basedOn w:val="DefaultParagraphFont"/>
    <w:uiPriority w:val="31"/>
    <w:qFormat/>
    <w:rsid w:val="0099275C"/>
    <w:rPr>
      <w:smallCaps/>
      <w:color w:val="E97132" w:themeColor="accent2"/>
      <w:u w:val="single"/>
    </w:rPr>
  </w:style>
  <w:style w:type="character" w:styleId="BookTitle">
    <w:name w:val="Book Title"/>
    <w:basedOn w:val="DefaultParagraphFont"/>
    <w:uiPriority w:val="33"/>
    <w:qFormat/>
    <w:rsid w:val="0099275C"/>
    <w:rPr>
      <w:b/>
      <w:bCs/>
      <w:smallCaps/>
      <w:spacing w:val="5"/>
    </w:rPr>
  </w:style>
  <w:style w:type="paragraph" w:styleId="TOCHeading">
    <w:name w:val="TOC Heading"/>
    <w:basedOn w:val="Heading1"/>
    <w:next w:val="Normal"/>
    <w:uiPriority w:val="39"/>
    <w:semiHidden/>
    <w:unhideWhenUsed/>
    <w:qFormat/>
    <w:rsid w:val="0099275C"/>
    <w:pPr>
      <w:spacing w:before="480" w:after="0"/>
      <w:outlineLvl w:val="9"/>
    </w:pPr>
    <w:rPr>
      <w:b/>
      <w:bCs/>
      <w:sz w:val="28"/>
      <w:szCs w:val="28"/>
    </w:rPr>
  </w:style>
  <w:style w:type="table" w:styleId="LightShading">
    <w:name w:val="Light Shading"/>
    <w:basedOn w:val="TableNormal"/>
    <w:uiPriority w:val="60"/>
    <w:rsid w:val="0099275C"/>
    <w:pPr>
      <w:spacing w:after="0" w:line="240" w:lineRule="auto"/>
    </w:pPr>
    <w:rPr>
      <w:rFonts w:eastAsiaTheme="minorEastAsia"/>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9275C"/>
    <w:pPr>
      <w:spacing w:after="0" w:line="240" w:lineRule="auto"/>
    </w:pPr>
    <w:rPr>
      <w:rFonts w:eastAsiaTheme="minorEastAsia"/>
      <w:color w:val="0F4761" w:themeColor="accent1" w:themeShade="BF"/>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99275C"/>
    <w:pPr>
      <w:spacing w:after="0" w:line="240" w:lineRule="auto"/>
    </w:pPr>
    <w:rPr>
      <w:rFonts w:eastAsiaTheme="minorEastAsia"/>
      <w:color w:val="BF4E14" w:themeColor="accent2" w:themeShade="BF"/>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99275C"/>
    <w:pPr>
      <w:spacing w:after="0" w:line="240" w:lineRule="auto"/>
    </w:pPr>
    <w:rPr>
      <w:rFonts w:eastAsiaTheme="minorEastAsia"/>
      <w:color w:val="124F1A" w:themeColor="accent3" w:themeShade="BF"/>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99275C"/>
    <w:pPr>
      <w:spacing w:after="0" w:line="240" w:lineRule="auto"/>
    </w:pPr>
    <w:rPr>
      <w:rFonts w:eastAsiaTheme="minorEastAsia"/>
      <w:color w:val="0B769F" w:themeColor="accent4" w:themeShade="BF"/>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99275C"/>
    <w:pPr>
      <w:spacing w:after="0" w:line="240" w:lineRule="auto"/>
    </w:pPr>
    <w:rPr>
      <w:rFonts w:eastAsiaTheme="minorEastAsia"/>
      <w:color w:val="77206D" w:themeColor="accent5" w:themeShade="BF"/>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99275C"/>
    <w:pPr>
      <w:spacing w:after="0" w:line="240" w:lineRule="auto"/>
    </w:pPr>
    <w:rPr>
      <w:rFonts w:eastAsiaTheme="minorEastAsia"/>
      <w:color w:val="3A7C22" w:themeColor="accent6" w:themeShade="BF"/>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927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927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927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927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927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927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927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927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9927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9927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927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9927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9927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9927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9927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9927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9927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927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9927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9927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9927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9927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9927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9927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styleId="LineNumber">
    <w:name w:val="line number"/>
    <w:basedOn w:val="DefaultParagraphFont"/>
    <w:uiPriority w:val="99"/>
    <w:semiHidden/>
    <w:unhideWhenUsed/>
    <w:rsid w:val="0099275C"/>
    <w:rPr>
      <w:color w:val="747474" w:themeColor="background2" w:themeShade="8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100987">
      <w:marLeft w:val="640"/>
      <w:marRight w:val="0"/>
      <w:marTop w:val="0"/>
      <w:marBottom w:val="0"/>
      <w:divBdr>
        <w:top w:val="none" w:sz="0" w:space="0" w:color="auto"/>
        <w:left w:val="none" w:sz="0" w:space="0" w:color="auto"/>
        <w:bottom w:val="none" w:sz="0" w:space="0" w:color="auto"/>
        <w:right w:val="none" w:sz="0" w:space="0" w:color="auto"/>
      </w:divBdr>
    </w:div>
    <w:div w:id="112978513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7627301-D198-4E7B-AE48-DB5B9533386F}"/>
      </w:docPartPr>
      <w:docPartBody>
        <w:p w:rsidR="0050670F" w:rsidRDefault="00552CC3">
          <w:r w:rsidRPr="004707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Courier">
    <w:panose1 w:val="02070409020205020404"/>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CC3"/>
    <w:rsid w:val="00033CCF"/>
    <w:rsid w:val="000C3D49"/>
    <w:rsid w:val="0038134B"/>
    <w:rsid w:val="0045002B"/>
    <w:rsid w:val="0050670F"/>
    <w:rsid w:val="00552CC3"/>
    <w:rsid w:val="00687D5F"/>
    <w:rsid w:val="006B1EEC"/>
    <w:rsid w:val="0072725C"/>
    <w:rsid w:val="008724BB"/>
    <w:rsid w:val="008D627B"/>
    <w:rsid w:val="00945DEB"/>
    <w:rsid w:val="00A47A78"/>
    <w:rsid w:val="00B60DC9"/>
    <w:rsid w:val="00BD56C9"/>
    <w:rsid w:val="00C44F59"/>
    <w:rsid w:val="00CF323B"/>
    <w:rsid w:val="00D67605"/>
    <w:rsid w:val="00FD19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F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7F17DC-D6DC-4526-AA5B-90740B2DDC4A}">
  <we:reference id="wa104382081" version="1.55.1.0" store="en-US" storeType="OMEX"/>
  <we:alternateReferences>
    <we:reference id="wa104382081" version="1.55.1.0" store="wa104382081" storeType="OMEX"/>
  </we:alternateReferences>
  <we:properties>
    <we:property name="MENDELEY_CITATIONS" value="[{&quot;citationID&quot;:&quot;MENDELEY_CITATION_9b7b2f8a-9897-4403-ac75-2a7a3653dc8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&quot;,&quot;citationItems&quot;:[{&quot;id&quot;:&quot;e7c617f2-57bb-35dd-ab59-4a5da8dd4815&quot;,&quot;itemData&quot;:{&quot;type&quot;:&quot;article-journal&quot;,&quot;id&quot;:&quot;e7c617f2-57bb-35dd-ab59-4a5da8dd4815&quot;,&quot;title&quot;:&quot;Comparing Machine Learning Models for Strength and Ductility in High-Entropy Alloys&quot;,&quot;author&quot;:[{&quot;family&quot;:&quot;Ibarra-Hoyos&quot;,&quot;given&quot;:&quot;Diego&quot;,&quot;parse-names&quot;:false,&quot;dropping-particle&quot;:&quot;&quot;,&quot;non-dropping-particle&quot;:&quot;&quot;},{&quot;family&quot;:&quot;Simmons&quot;,&quot;given&quot;:&quot;Quentin&quot;,&quot;parse-names&quot;:false,&quot;dropping-particle&quot;:&quot;&quot;,&quot;non-dropping-particle&quot;:&quot;&quot;},{&quot;family&quot;:&quot;Poon&quot;,&quot;given&quot;:&quot;S. Joseph&quot;,&quot;parse-names&quot;:false,&quot;dropping-particle&quot;:&quot;&quot;,&quot;non-dropping-particle&quot;:&quot;&quot;}],&quot;container-title&quot;:&quot;High Entropy Alloys &amp; Materials&quot;,&quot;DOI&quot;:&quot;10.1007/s44210-024-00049-9&quot;,&quot;ISSN&quot;:&quot;2731-5819&quot;,&quot;issued&quot;:{&quot;date-parts&quot;:[[2025,3,27]]},&quot;page&quot;:&quot;101-114&quot;,&quot;abstract&quot;:&quot;&lt;p&gt; We compare several machine learning (ML) models that predict the yield strength and plasticity of high-entropy alloys (HEAs) for achieving high-accuracy with notably low root mean square errors (RMSE). Our models, developed using a comprehensive database of single-phase body-centered cubic (BCC) HEAs and BCC + B2 HEAs (where B2 is ordered BCC), integrate advanced feature engineering reflecting the current understanding of electronic factors, atomic ordering informed by mixing enthalpy, and the D parameter associated with stacking fault energy in HEAs. This approach enables systematic comparisons of different ML models, providing deep insights into the mechanical properties of BCC and related alloys. By leveraging genetic algorithms for feature selection and meticulous hyperparameter optimization, our ML framework excels in both predictive power and interpretability. The rigorous validation process includes repeated k-fold cross-validation and leave-one-out cross-validation (LOOCV), ensuring robust generalization. Moreover, our use of Shapley Additive Explanations (SHAP) revealed critical predictors such as the testing temperature-to-melting temperature ratio &lt;inline-formula&gt; &lt;alternatives&gt; &lt;tex-math&gt;$$\\left(\\frac{{T}_{test}}{{T}_{melt}}\\right)$$&lt;/tex-math&gt; &lt;math&gt; &lt;mfenced&gt; &lt;mfrac&gt; &lt;msub&gt; &lt;mi&gt;T&lt;/mi&gt; &lt;mrow&gt; &lt;mi&gt;test&lt;/mi&gt; &lt;/mrow&gt; &lt;/msub&gt; &lt;msub&gt; &lt;mi&gt;T&lt;/mi&gt; &lt;mrow&gt; &lt;mi&gt;melt&lt;/mi&gt; &lt;/mrow&gt; &lt;/msub&gt; &lt;/mfrac&gt; &lt;/mfenced&gt; &lt;/math&gt; &lt;/alternatives&gt; &lt;/inline-formula&gt; , the mixing enthalpy &lt;inline-formula&gt; &lt;alternatives&gt; &lt;tex-math&gt;$$\\left(\\Delta {\\text{H}}_{\\text{mix}}\\right)$$&lt;/tex-math&gt; &lt;math&gt; &lt;mfenced&gt; &lt;mi&gt;Δ&lt;/mi&gt; &lt;msub&gt; &lt;mtext&gt;H&lt;/mtext&gt; &lt;mtext&gt;mix&lt;/mtext&gt; &lt;/msub&gt; &lt;/mfenced&gt; &lt;/math&gt; &lt;/alternatives&gt; &lt;/inline-formula&gt; and the D parameter, which play key roles in determining plasticity and yield strength. Our work represents an advancement in designing high-performance HEAs with optimized strength and ductility, offering a powerful tool for predicting mechanical properties and exploring new candidate alloys with exceptional mechanical behavior. &lt;/p&gt;&quot;,&quot;issue&quot;:&quot;1&quot;,&quot;volume&quot;:&quot;3&quot;,&quot;container-title-short&quot;:&quot;&quot;},&quot;isTemporary&quot;:false}]},{&quot;citationID&quot;:&quot;MENDELEY_CITATION_71ba5d0c-2950-4bb8-a488-90856d373cc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&quot;,&quot;citationItems&quot;:[{&quot;id&quot;:&quot;b06392c7-cee8-3dc2-9a23-fbe9157afb41&quot;,&quot;itemData&quot;:{&quot;type&quot;:&quot;article-journal&quot;,&quot;id&quot;:&quot;b06392c7-cee8-3dc2-9a23-fbe9157afb41&quot;,&quot;title&quot;:&quot;Support vector machines on the D-Wave quantum annealer&quot;,&quot;author&quot;:[{&quot;family&quot;:&quot;Willsch&quot;,&quot;given&quot;:&quot;D.&quot;,&quot;parse-names&quot;:false,&quot;dropping-particle&quot;:&quot;&quot;,&quot;non-dropping-particle&quot;:&quot;&quot;},{&quot;family&quot;:&quot;Willsch&quot;,&quot;given&quot;:&quot;M.&quot;,&quot;parse-names&quot;:false,&quot;dropping-particle&quot;:&quot;&quot;,&quot;non-dropping-particle&quot;:&quot;&quot;},{&quot;family&quot;:&quot;Raedt&quot;,&quot;given&quot;:&quot;H.&quot;,&quot;parse-names&quot;:false,&quot;dropping-particle&quot;:&quot;&quot;,&quot;non-dropping-particle&quot;:&quot;De&quot;},{&quot;family&quot;:&quot;Michielsen&quot;,&quot;given&quot;:&quot;K.&quot;,&quot;parse-names&quot;:false,&quot;dropping-particle&quot;:&quot;&quot;,&quot;non-dropping-particle&quot;:&quot;&quot;}],&quot;container-title&quot;:&quot;Computer Physics Communications&quot;,&quot;container-title-short&quot;:&quot;Comput Phys Commun&quot;,&quot;DOI&quot;:&quot;10.1016/j.cpc.2019.107006&quot;,&quot;ISSN&quot;:&quot;00104655&quot;,&quot;issued&quot;:{&quot;date-parts&quot;:[[2020,3]]},&quot;page&quot;:&quot;107006&quot;,&quot;volume&quot;:&quot;248&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y name="MENDELEY_BIBLIOGRAPHY_IS_DIRTY" value="false"/>
    <we:property name="MENDELEY_BIBLIOGRAPHY_LAST_MODIFIED" value="1760368293039"/>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EEAD-797E-4872-AA55-B37E02B0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34</Pages>
  <Words>6288</Words>
  <Characters>38171</Characters>
  <Application>Microsoft Office Word</Application>
  <DocSecurity>0</DocSecurity>
  <Lines>3470</Lines>
  <Paragraphs>3419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Ibarra Hoyos</dc:creator>
  <cp:keywords/>
  <dc:description/>
  <cp:lastModifiedBy>Diego Ibarra Hoyos</cp:lastModifiedBy>
  <cp:revision>113</cp:revision>
  <dcterms:created xsi:type="dcterms:W3CDTF">2025-10-06T15:56:00Z</dcterms:created>
  <dcterms:modified xsi:type="dcterms:W3CDTF">2025-11-04T13:26:00Z</dcterms:modified>
</cp:coreProperties>
</file>