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F4480" w14:textId="5C375B57" w:rsidR="003158B7" w:rsidRPr="00CE11C4" w:rsidRDefault="003158B7" w:rsidP="00C221A5">
      <w:pPr>
        <w:rPr>
          <w:rFonts w:ascii="Times New Roman" w:eastAsiaTheme="majorEastAsia" w:hAnsi="Times New Roman" w:cs="Times New Roman"/>
          <w:b/>
          <w:sz w:val="28"/>
          <w:szCs w:val="28"/>
        </w:rPr>
      </w:pPr>
      <w:r w:rsidRPr="003158B7">
        <w:rPr>
          <w:rFonts w:ascii="Times New Roman" w:eastAsiaTheme="majorEastAsia" w:hAnsi="Times New Roman" w:cs="Times New Roman"/>
          <w:b/>
          <w:sz w:val="28"/>
          <w:szCs w:val="28"/>
        </w:rPr>
        <w:t>Perception and interpretation of troublesome interactions:</w:t>
      </w:r>
      <w:r>
        <w:rPr>
          <w:rFonts w:ascii="Times New Roman" w:eastAsiaTheme="majorEastAsia" w:hAnsi="Times New Roman" w:cs="Times New Roman"/>
          <w:b/>
          <w:sz w:val="28"/>
          <w:szCs w:val="28"/>
        </w:rPr>
        <w:t xml:space="preserve"> Survey Questionnaire </w:t>
      </w:r>
    </w:p>
    <w:p w14:paraId="639EC277" w14:textId="1EBB32A5" w:rsidR="00C221A5" w:rsidRPr="00C0078F" w:rsidRDefault="00C221A5">
      <w:pPr>
        <w:rPr>
          <w:rFonts w:ascii="Times New Roman" w:hAnsi="Times New Roman" w:cs="Times New Roman"/>
          <w:b/>
          <w:bCs/>
        </w:rPr>
      </w:pPr>
      <w:r w:rsidRPr="00C0078F">
        <w:rPr>
          <w:rFonts w:ascii="Times New Roman" w:hAnsi="Times New Roman" w:cs="Times New Roman"/>
          <w:b/>
          <w:bCs/>
        </w:rPr>
        <w:t xml:space="preserve">Instructions for </w:t>
      </w:r>
      <w:r w:rsidR="00F14049" w:rsidRPr="00C0078F">
        <w:rPr>
          <w:rFonts w:ascii="Times New Roman" w:hAnsi="Times New Roman" w:cs="Times New Roman"/>
          <w:b/>
          <w:bCs/>
        </w:rPr>
        <w:t>test subjects</w:t>
      </w:r>
      <w:r w:rsidR="00B244D6" w:rsidRPr="00C0078F">
        <w:rPr>
          <w:rFonts w:ascii="Times New Roman" w:hAnsi="Times New Roman" w:cs="Times New Roman"/>
          <w:b/>
          <w:bCs/>
        </w:rPr>
        <w:t xml:space="preserve"> </w:t>
      </w:r>
      <w:r w:rsidR="003158B7" w:rsidRPr="00C0078F">
        <w:rPr>
          <w:rFonts w:ascii="Times New Roman" w:hAnsi="Times New Roman" w:cs="Times New Roman"/>
          <w:b/>
          <w:bCs/>
        </w:rPr>
        <w:t>at</w:t>
      </w:r>
      <w:r w:rsidR="00B244D6" w:rsidRPr="00C0078F">
        <w:rPr>
          <w:rFonts w:ascii="Times New Roman" w:hAnsi="Times New Roman" w:cs="Times New Roman"/>
          <w:b/>
          <w:bCs/>
        </w:rPr>
        <w:t xml:space="preserve"> the beginning of the </w:t>
      </w:r>
      <w:r w:rsidR="003158B7">
        <w:rPr>
          <w:rFonts w:ascii="Times New Roman" w:hAnsi="Times New Roman" w:cs="Times New Roman"/>
          <w:b/>
          <w:bCs/>
        </w:rPr>
        <w:t>su</w:t>
      </w:r>
      <w:r w:rsidR="00B244D6" w:rsidRPr="00C0078F">
        <w:rPr>
          <w:rFonts w:ascii="Times New Roman" w:hAnsi="Times New Roman" w:cs="Times New Roman"/>
          <w:b/>
          <w:bCs/>
        </w:rPr>
        <w:t>rvey</w:t>
      </w:r>
      <w:r w:rsidRPr="00C0078F">
        <w:rPr>
          <w:rFonts w:ascii="Times New Roman" w:hAnsi="Times New Roman" w:cs="Times New Roman"/>
          <w:b/>
          <w:bCs/>
        </w:rPr>
        <w:t xml:space="preserve">: </w:t>
      </w:r>
    </w:p>
    <w:p w14:paraId="11C86C05" w14:textId="52B7FF68" w:rsidR="00C0078F" w:rsidRDefault="00000000">
      <w:pPr>
        <w:rPr>
          <w:rFonts w:ascii="Times New Roman" w:hAnsi="Times New Roman" w:cs="Times New Roman"/>
        </w:rPr>
      </w:pPr>
      <w:r w:rsidRPr="002010AE">
        <w:rPr>
          <w:rFonts w:ascii="Times New Roman" w:hAnsi="Times New Roman" w:cs="Times New Roman"/>
        </w:rPr>
        <w:t xml:space="preserve">During the study, you will watch videos depicting different interaction situations. While watching the video, imagine yourself in the role of the character from whose perspective the events are shown. To gain a clear understanding of the situations, we recommend completing the survey in a calm environment without </w:t>
      </w:r>
      <w:r w:rsidR="00CE11C4" w:rsidRPr="002010AE">
        <w:rPr>
          <w:rFonts w:ascii="Times New Roman" w:hAnsi="Times New Roman" w:cs="Times New Roman"/>
        </w:rPr>
        <w:t>any distractions</w:t>
      </w:r>
      <w:r w:rsidRPr="002010AE">
        <w:rPr>
          <w:rFonts w:ascii="Times New Roman" w:hAnsi="Times New Roman" w:cs="Times New Roman"/>
        </w:rPr>
        <w:t xml:space="preserve">. The videos include dialogue and conversation, the comprehension of which is essential for understanding the situations. Therefore, please ensure that </w:t>
      </w:r>
      <w:r w:rsidR="00CE11C4" w:rsidRPr="002010AE">
        <w:rPr>
          <w:rFonts w:ascii="Times New Roman" w:hAnsi="Times New Roman" w:cs="Times New Roman"/>
        </w:rPr>
        <w:t>you</w:t>
      </w:r>
      <w:r w:rsidRPr="002010AE">
        <w:rPr>
          <w:rFonts w:ascii="Times New Roman" w:hAnsi="Times New Roman" w:cs="Times New Roman"/>
        </w:rPr>
        <w:t xml:space="preserve"> hear the sound clearly.</w:t>
      </w:r>
    </w:p>
    <w:p w14:paraId="6F2CA11E" w14:textId="0CC83696" w:rsidR="00C0078F" w:rsidRDefault="00C0078F">
      <w:pPr>
        <w:rPr>
          <w:rFonts w:ascii="Times New Roman" w:hAnsi="Times New Roman" w:cs="Times New Roman"/>
        </w:rPr>
      </w:pPr>
      <w:r w:rsidRPr="00C0078F">
        <w:rPr>
          <w:rFonts w:ascii="Times New Roman" w:hAnsi="Times New Roman" w:cs="Times New Roman"/>
          <w:b/>
          <w:bCs/>
        </w:rPr>
        <w:t xml:space="preserve">Evaluation of the vignettes: </w:t>
      </w:r>
    </w:p>
    <w:p w14:paraId="3AA82D4F" w14:textId="7E85B404" w:rsidR="001021F2" w:rsidRDefault="00B244D6" w:rsidP="00C0078F">
      <w:pPr>
        <w:rPr>
          <w:rFonts w:ascii="Times New Roman" w:hAnsi="Times New Roman" w:cs="Times New Roman"/>
        </w:rPr>
      </w:pPr>
      <w:r w:rsidRPr="002010AE">
        <w:rPr>
          <w:rFonts w:ascii="Times New Roman" w:hAnsi="Times New Roman" w:cs="Times New Roman"/>
        </w:rPr>
        <w:t xml:space="preserve">After watching each </w:t>
      </w:r>
      <w:r w:rsidR="00C0078F">
        <w:rPr>
          <w:rFonts w:ascii="Times New Roman" w:hAnsi="Times New Roman" w:cs="Times New Roman"/>
        </w:rPr>
        <w:t>vignette</w:t>
      </w:r>
      <w:r w:rsidRPr="002010AE">
        <w:rPr>
          <w:rFonts w:ascii="Times New Roman" w:hAnsi="Times New Roman" w:cs="Times New Roman"/>
        </w:rPr>
        <w:t xml:space="preserve">, </w:t>
      </w:r>
      <w:r w:rsidR="003158B7">
        <w:rPr>
          <w:rFonts w:ascii="Times New Roman" w:hAnsi="Times New Roman" w:cs="Times New Roman"/>
        </w:rPr>
        <w:t>test subjects</w:t>
      </w:r>
      <w:r w:rsidRPr="002010AE">
        <w:rPr>
          <w:rFonts w:ascii="Times New Roman" w:hAnsi="Times New Roman" w:cs="Times New Roman"/>
        </w:rPr>
        <w:t xml:space="preserve"> were asked to evaluate the </w:t>
      </w:r>
      <w:r w:rsidR="003158B7">
        <w:rPr>
          <w:rFonts w:ascii="Times New Roman" w:hAnsi="Times New Roman" w:cs="Times New Roman"/>
        </w:rPr>
        <w:t>observed interaction situation</w:t>
      </w:r>
      <w:r w:rsidRPr="002010AE">
        <w:rPr>
          <w:rFonts w:ascii="Times New Roman" w:hAnsi="Times New Roman" w:cs="Times New Roman"/>
        </w:rPr>
        <w:t xml:space="preserve"> according to the following instructions</w:t>
      </w:r>
      <w:r w:rsidR="003158B7">
        <w:rPr>
          <w:rFonts w:ascii="Times New Roman" w:hAnsi="Times New Roman" w:cs="Times New Roman"/>
        </w:rPr>
        <w:t xml:space="preserve">: </w:t>
      </w:r>
      <w:r w:rsidRPr="002010AE">
        <w:rPr>
          <w:rFonts w:ascii="Times New Roman" w:hAnsi="Times New Roman" w:cs="Times New Roman"/>
        </w:rPr>
        <w:br/>
      </w:r>
      <w:r w:rsidRPr="002010AE">
        <w:rPr>
          <w:rFonts w:ascii="Times New Roman" w:hAnsi="Times New Roman" w:cs="Times New Roman"/>
        </w:rPr>
        <w:br/>
      </w:r>
      <w:r w:rsidRPr="002010AE">
        <w:rPr>
          <w:rFonts w:ascii="Times New Roman" w:hAnsi="Times New Roman" w:cs="Times New Roman"/>
        </w:rPr>
        <w:t>Evaluate the interaction situation you observed on the following dimensions using a 0–7 scale.</w:t>
      </w:r>
    </w:p>
    <w:p w14:paraId="6801CB2B" w14:textId="77777777" w:rsidR="00C0078F" w:rsidRPr="00C0078F" w:rsidRDefault="00C0078F" w:rsidP="00C0078F">
      <w:pPr>
        <w:rPr>
          <w:rFonts w:ascii="Times New Roman" w:hAnsi="Times New Roman" w:cs="Times New Roman"/>
        </w:rPr>
      </w:pPr>
    </w:p>
    <w:tbl>
      <w:tblPr>
        <w:tblStyle w:val="PlainTable4"/>
        <w:tblW w:w="9180" w:type="dxa"/>
        <w:shd w:val="clear" w:color="auto" w:fill="FFFFFF" w:themeFill="background1"/>
        <w:tblLook w:val="04A0" w:firstRow="1" w:lastRow="0" w:firstColumn="1" w:lastColumn="0" w:noHBand="0" w:noVBand="1"/>
      </w:tblPr>
      <w:tblGrid>
        <w:gridCol w:w="2518"/>
        <w:gridCol w:w="425"/>
        <w:gridCol w:w="426"/>
        <w:gridCol w:w="425"/>
        <w:gridCol w:w="425"/>
        <w:gridCol w:w="425"/>
        <w:gridCol w:w="426"/>
        <w:gridCol w:w="425"/>
        <w:gridCol w:w="709"/>
        <w:gridCol w:w="2976"/>
      </w:tblGrid>
      <w:tr w:rsidR="00C0078F" w:rsidRPr="002010AE" w14:paraId="5BC04F9C" w14:textId="540BA942" w:rsidTr="003158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shd w:val="clear" w:color="auto" w:fill="FFFFFF" w:themeFill="background1"/>
          </w:tcPr>
          <w:p w14:paraId="60DF0EDB" w14:textId="05340E42" w:rsidR="00C0078F" w:rsidRPr="002010AE" w:rsidRDefault="00C0078F" w:rsidP="00C0078F">
            <w:pPr>
              <w:spacing w:after="120"/>
              <w:rPr>
                <w:rFonts w:ascii="Times New Roman" w:hAnsi="Times New Roman" w:cs="Times New Roman"/>
                <w:b w:val="0"/>
                <w:bCs w:val="0"/>
              </w:rPr>
            </w:pPr>
          </w:p>
        </w:tc>
        <w:tc>
          <w:tcPr>
            <w:tcW w:w="425" w:type="dxa"/>
            <w:shd w:val="clear" w:color="auto" w:fill="FFFFFF" w:themeFill="background1"/>
          </w:tcPr>
          <w:p w14:paraId="6849DB9F" w14:textId="77777777" w:rsidR="00B244D6" w:rsidRPr="002010AE" w:rsidRDefault="00B244D6" w:rsidP="00C0078F">
            <w:pPr>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2010AE">
              <w:rPr>
                <w:rFonts w:ascii="Times New Roman" w:hAnsi="Times New Roman" w:cs="Times New Roman"/>
                <w:b w:val="0"/>
                <w:bCs w:val="0"/>
              </w:rPr>
              <w:t>0</w:t>
            </w:r>
          </w:p>
        </w:tc>
        <w:tc>
          <w:tcPr>
            <w:tcW w:w="426" w:type="dxa"/>
            <w:shd w:val="clear" w:color="auto" w:fill="FFFFFF" w:themeFill="background1"/>
          </w:tcPr>
          <w:p w14:paraId="747B4A76" w14:textId="77777777" w:rsidR="00B244D6" w:rsidRPr="002010AE" w:rsidRDefault="00B244D6" w:rsidP="00C0078F">
            <w:pPr>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2010AE">
              <w:rPr>
                <w:rFonts w:ascii="Times New Roman" w:hAnsi="Times New Roman" w:cs="Times New Roman"/>
                <w:b w:val="0"/>
                <w:bCs w:val="0"/>
              </w:rPr>
              <w:t>1</w:t>
            </w:r>
          </w:p>
        </w:tc>
        <w:tc>
          <w:tcPr>
            <w:tcW w:w="425" w:type="dxa"/>
            <w:shd w:val="clear" w:color="auto" w:fill="FFFFFF" w:themeFill="background1"/>
          </w:tcPr>
          <w:p w14:paraId="38E479B1" w14:textId="77777777" w:rsidR="00B244D6" w:rsidRPr="002010AE" w:rsidRDefault="00B244D6" w:rsidP="00C0078F">
            <w:pPr>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2010AE">
              <w:rPr>
                <w:rFonts w:ascii="Times New Roman" w:hAnsi="Times New Roman" w:cs="Times New Roman"/>
                <w:b w:val="0"/>
                <w:bCs w:val="0"/>
              </w:rPr>
              <w:t>2</w:t>
            </w:r>
          </w:p>
        </w:tc>
        <w:tc>
          <w:tcPr>
            <w:tcW w:w="425" w:type="dxa"/>
            <w:shd w:val="clear" w:color="auto" w:fill="FFFFFF" w:themeFill="background1"/>
          </w:tcPr>
          <w:p w14:paraId="301D59A3" w14:textId="77777777" w:rsidR="00B244D6" w:rsidRPr="002010AE" w:rsidRDefault="00B244D6" w:rsidP="00C0078F">
            <w:pPr>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2010AE">
              <w:rPr>
                <w:rFonts w:ascii="Times New Roman" w:hAnsi="Times New Roman" w:cs="Times New Roman"/>
                <w:b w:val="0"/>
                <w:bCs w:val="0"/>
              </w:rPr>
              <w:t>3</w:t>
            </w:r>
          </w:p>
        </w:tc>
        <w:tc>
          <w:tcPr>
            <w:tcW w:w="425" w:type="dxa"/>
            <w:shd w:val="clear" w:color="auto" w:fill="FFFFFF" w:themeFill="background1"/>
          </w:tcPr>
          <w:p w14:paraId="71048FFD" w14:textId="77777777" w:rsidR="00B244D6" w:rsidRPr="002010AE" w:rsidRDefault="00B244D6" w:rsidP="00C0078F">
            <w:pPr>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2010AE">
              <w:rPr>
                <w:rFonts w:ascii="Times New Roman" w:hAnsi="Times New Roman" w:cs="Times New Roman"/>
                <w:b w:val="0"/>
                <w:bCs w:val="0"/>
              </w:rPr>
              <w:t>4</w:t>
            </w:r>
          </w:p>
        </w:tc>
        <w:tc>
          <w:tcPr>
            <w:tcW w:w="426" w:type="dxa"/>
            <w:shd w:val="clear" w:color="auto" w:fill="FFFFFF" w:themeFill="background1"/>
          </w:tcPr>
          <w:p w14:paraId="5714CB94" w14:textId="77777777" w:rsidR="00B244D6" w:rsidRPr="002010AE" w:rsidRDefault="00B244D6" w:rsidP="00C0078F">
            <w:pPr>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2010AE">
              <w:rPr>
                <w:rFonts w:ascii="Times New Roman" w:hAnsi="Times New Roman" w:cs="Times New Roman"/>
                <w:b w:val="0"/>
                <w:bCs w:val="0"/>
              </w:rPr>
              <w:t>5</w:t>
            </w:r>
          </w:p>
        </w:tc>
        <w:tc>
          <w:tcPr>
            <w:tcW w:w="425" w:type="dxa"/>
            <w:shd w:val="clear" w:color="auto" w:fill="FFFFFF" w:themeFill="background1"/>
          </w:tcPr>
          <w:p w14:paraId="53D2D18B" w14:textId="77777777" w:rsidR="00B244D6" w:rsidRPr="002010AE" w:rsidRDefault="00B244D6" w:rsidP="00C0078F">
            <w:pPr>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2010AE">
              <w:rPr>
                <w:rFonts w:ascii="Times New Roman" w:hAnsi="Times New Roman" w:cs="Times New Roman"/>
                <w:b w:val="0"/>
                <w:bCs w:val="0"/>
              </w:rPr>
              <w:t>6</w:t>
            </w:r>
          </w:p>
        </w:tc>
        <w:tc>
          <w:tcPr>
            <w:tcW w:w="709" w:type="dxa"/>
            <w:shd w:val="clear" w:color="auto" w:fill="FFFFFF" w:themeFill="background1"/>
          </w:tcPr>
          <w:p w14:paraId="59BDA719" w14:textId="77777777" w:rsidR="00B244D6" w:rsidRPr="002010AE" w:rsidRDefault="00B244D6" w:rsidP="00C0078F">
            <w:pPr>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2010AE">
              <w:rPr>
                <w:rFonts w:ascii="Times New Roman" w:hAnsi="Times New Roman" w:cs="Times New Roman"/>
                <w:b w:val="0"/>
                <w:bCs w:val="0"/>
              </w:rPr>
              <w:t>7</w:t>
            </w:r>
          </w:p>
        </w:tc>
        <w:tc>
          <w:tcPr>
            <w:tcW w:w="2976" w:type="dxa"/>
            <w:shd w:val="clear" w:color="auto" w:fill="FFFFFF" w:themeFill="background1"/>
          </w:tcPr>
          <w:p w14:paraId="5E692224" w14:textId="3913B612" w:rsidR="00B244D6" w:rsidRPr="002010AE" w:rsidRDefault="00B244D6" w:rsidP="00C0078F">
            <w:pPr>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p>
        </w:tc>
      </w:tr>
      <w:tr w:rsidR="00C0078F" w:rsidRPr="002010AE" w14:paraId="26D76096" w14:textId="024F9EC4" w:rsidTr="003158B7">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2518" w:type="dxa"/>
            <w:shd w:val="clear" w:color="auto" w:fill="FFFFFF" w:themeFill="background1"/>
          </w:tcPr>
          <w:p w14:paraId="7BBAF23A" w14:textId="5D109AD5" w:rsidR="00B244D6" w:rsidRPr="002010AE" w:rsidRDefault="00C0078F" w:rsidP="00C0078F">
            <w:pPr>
              <w:spacing w:after="120"/>
              <w:rPr>
                <w:rFonts w:ascii="Times New Roman" w:hAnsi="Times New Roman" w:cs="Times New Roman"/>
                <w:b w:val="0"/>
                <w:bCs w:val="0"/>
              </w:rPr>
            </w:pPr>
            <w:r>
              <w:rPr>
                <w:rFonts w:ascii="Times New Roman" w:hAnsi="Times New Roman" w:cs="Times New Roman"/>
                <w:b w:val="0"/>
                <w:bCs w:val="0"/>
              </w:rPr>
              <w:t>Not p</w:t>
            </w:r>
            <w:r w:rsidR="00B244D6" w:rsidRPr="002010AE">
              <w:rPr>
                <w:rFonts w:ascii="Times New Roman" w:hAnsi="Times New Roman" w:cs="Times New Roman"/>
                <w:b w:val="0"/>
                <w:bCs w:val="0"/>
              </w:rPr>
              <w:t>roblematic</w:t>
            </w:r>
          </w:p>
        </w:tc>
        <w:tc>
          <w:tcPr>
            <w:tcW w:w="425" w:type="dxa"/>
            <w:shd w:val="clear" w:color="auto" w:fill="FFFFFF" w:themeFill="background1"/>
          </w:tcPr>
          <w:p w14:paraId="4DEBA41D" w14:textId="77777777" w:rsidR="00B244D6" w:rsidRPr="002010AE" w:rsidRDefault="00B244D6" w:rsidP="00C0078F">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 </w:t>
            </w:r>
          </w:p>
        </w:tc>
        <w:tc>
          <w:tcPr>
            <w:tcW w:w="426" w:type="dxa"/>
            <w:shd w:val="clear" w:color="auto" w:fill="FFFFFF" w:themeFill="background1"/>
          </w:tcPr>
          <w:p w14:paraId="6403CEEA" w14:textId="77777777" w:rsidR="00B244D6" w:rsidRPr="002010AE" w:rsidRDefault="00B244D6" w:rsidP="00C0078F">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 </w:t>
            </w:r>
          </w:p>
        </w:tc>
        <w:tc>
          <w:tcPr>
            <w:tcW w:w="425" w:type="dxa"/>
            <w:shd w:val="clear" w:color="auto" w:fill="FFFFFF" w:themeFill="background1"/>
          </w:tcPr>
          <w:p w14:paraId="0125D3CF" w14:textId="77777777" w:rsidR="00B244D6" w:rsidRPr="002010AE" w:rsidRDefault="00B244D6" w:rsidP="00C0078F">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 </w:t>
            </w:r>
          </w:p>
        </w:tc>
        <w:tc>
          <w:tcPr>
            <w:tcW w:w="425" w:type="dxa"/>
            <w:shd w:val="clear" w:color="auto" w:fill="FFFFFF" w:themeFill="background1"/>
          </w:tcPr>
          <w:p w14:paraId="233B55C9" w14:textId="77777777" w:rsidR="00B244D6" w:rsidRPr="002010AE" w:rsidRDefault="00B244D6" w:rsidP="00C0078F">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 </w:t>
            </w:r>
          </w:p>
        </w:tc>
        <w:tc>
          <w:tcPr>
            <w:tcW w:w="425" w:type="dxa"/>
            <w:shd w:val="clear" w:color="auto" w:fill="FFFFFF" w:themeFill="background1"/>
          </w:tcPr>
          <w:p w14:paraId="3656D298" w14:textId="77777777" w:rsidR="00B244D6" w:rsidRPr="002010AE" w:rsidRDefault="00B244D6" w:rsidP="00C0078F">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 </w:t>
            </w:r>
          </w:p>
        </w:tc>
        <w:tc>
          <w:tcPr>
            <w:tcW w:w="426" w:type="dxa"/>
            <w:shd w:val="clear" w:color="auto" w:fill="FFFFFF" w:themeFill="background1"/>
          </w:tcPr>
          <w:p w14:paraId="3BD9D6A4" w14:textId="77777777" w:rsidR="00B244D6" w:rsidRPr="002010AE" w:rsidRDefault="00B244D6" w:rsidP="00C0078F">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 </w:t>
            </w:r>
          </w:p>
        </w:tc>
        <w:tc>
          <w:tcPr>
            <w:tcW w:w="425" w:type="dxa"/>
            <w:shd w:val="clear" w:color="auto" w:fill="FFFFFF" w:themeFill="background1"/>
          </w:tcPr>
          <w:p w14:paraId="2F0C2367" w14:textId="77777777" w:rsidR="00B244D6" w:rsidRPr="002010AE" w:rsidRDefault="00B244D6" w:rsidP="00C0078F">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 </w:t>
            </w:r>
          </w:p>
        </w:tc>
        <w:tc>
          <w:tcPr>
            <w:tcW w:w="709" w:type="dxa"/>
            <w:shd w:val="clear" w:color="auto" w:fill="FFFFFF" w:themeFill="background1"/>
          </w:tcPr>
          <w:p w14:paraId="7FB6E761" w14:textId="77777777" w:rsidR="00B244D6" w:rsidRPr="002010AE" w:rsidRDefault="00B244D6" w:rsidP="00C0078F">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 </w:t>
            </w:r>
          </w:p>
        </w:tc>
        <w:tc>
          <w:tcPr>
            <w:tcW w:w="2976" w:type="dxa"/>
            <w:shd w:val="clear" w:color="auto" w:fill="FFFFFF" w:themeFill="background1"/>
          </w:tcPr>
          <w:p w14:paraId="438A76F5" w14:textId="3BE62F8E" w:rsidR="00B244D6" w:rsidRPr="002010AE" w:rsidRDefault="00B244D6" w:rsidP="00C0078F">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Problematic </w:t>
            </w:r>
          </w:p>
        </w:tc>
      </w:tr>
      <w:tr w:rsidR="00C0078F" w:rsidRPr="002010AE" w14:paraId="72CA66E9" w14:textId="32025FDC" w:rsidTr="003158B7">
        <w:tc>
          <w:tcPr>
            <w:cnfStyle w:val="001000000000" w:firstRow="0" w:lastRow="0" w:firstColumn="1" w:lastColumn="0" w:oddVBand="0" w:evenVBand="0" w:oddHBand="0" w:evenHBand="0" w:firstRowFirstColumn="0" w:firstRowLastColumn="0" w:lastRowFirstColumn="0" w:lastRowLastColumn="0"/>
            <w:tcW w:w="2518" w:type="dxa"/>
            <w:shd w:val="clear" w:color="auto" w:fill="FFFFFF" w:themeFill="background1"/>
          </w:tcPr>
          <w:p w14:paraId="2FA12725" w14:textId="383AA480" w:rsidR="00B244D6" w:rsidRPr="002010AE" w:rsidRDefault="00B244D6" w:rsidP="00C0078F">
            <w:pPr>
              <w:spacing w:after="120"/>
              <w:rPr>
                <w:rFonts w:ascii="Times New Roman" w:hAnsi="Times New Roman" w:cs="Times New Roman"/>
                <w:b w:val="0"/>
                <w:bCs w:val="0"/>
              </w:rPr>
            </w:pPr>
            <w:r w:rsidRPr="002010AE">
              <w:rPr>
                <w:rFonts w:ascii="Times New Roman" w:hAnsi="Times New Roman" w:cs="Times New Roman"/>
                <w:b w:val="0"/>
                <w:bCs w:val="0"/>
              </w:rPr>
              <w:t>Not threatening at all</w:t>
            </w:r>
          </w:p>
        </w:tc>
        <w:tc>
          <w:tcPr>
            <w:tcW w:w="425" w:type="dxa"/>
            <w:shd w:val="clear" w:color="auto" w:fill="FFFFFF" w:themeFill="background1"/>
          </w:tcPr>
          <w:p w14:paraId="54678950" w14:textId="77777777" w:rsidR="00B244D6" w:rsidRPr="002010AE" w:rsidRDefault="00B244D6" w:rsidP="00C0078F">
            <w:pPr>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 </w:t>
            </w:r>
          </w:p>
        </w:tc>
        <w:tc>
          <w:tcPr>
            <w:tcW w:w="426" w:type="dxa"/>
            <w:shd w:val="clear" w:color="auto" w:fill="FFFFFF" w:themeFill="background1"/>
          </w:tcPr>
          <w:p w14:paraId="230B97DC" w14:textId="77777777" w:rsidR="00B244D6" w:rsidRPr="002010AE" w:rsidRDefault="00B244D6" w:rsidP="00C0078F">
            <w:pPr>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 </w:t>
            </w:r>
          </w:p>
        </w:tc>
        <w:tc>
          <w:tcPr>
            <w:tcW w:w="425" w:type="dxa"/>
            <w:shd w:val="clear" w:color="auto" w:fill="FFFFFF" w:themeFill="background1"/>
          </w:tcPr>
          <w:p w14:paraId="0ECD8594" w14:textId="77777777" w:rsidR="00B244D6" w:rsidRPr="002010AE" w:rsidRDefault="00B244D6" w:rsidP="00C0078F">
            <w:pPr>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 </w:t>
            </w:r>
          </w:p>
        </w:tc>
        <w:tc>
          <w:tcPr>
            <w:tcW w:w="425" w:type="dxa"/>
            <w:shd w:val="clear" w:color="auto" w:fill="FFFFFF" w:themeFill="background1"/>
          </w:tcPr>
          <w:p w14:paraId="7D8A2A25" w14:textId="77777777" w:rsidR="00B244D6" w:rsidRPr="002010AE" w:rsidRDefault="00B244D6" w:rsidP="00C0078F">
            <w:pPr>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 </w:t>
            </w:r>
          </w:p>
        </w:tc>
        <w:tc>
          <w:tcPr>
            <w:tcW w:w="425" w:type="dxa"/>
            <w:shd w:val="clear" w:color="auto" w:fill="FFFFFF" w:themeFill="background1"/>
          </w:tcPr>
          <w:p w14:paraId="387FD42A" w14:textId="77777777" w:rsidR="00B244D6" w:rsidRPr="002010AE" w:rsidRDefault="00B244D6" w:rsidP="00C0078F">
            <w:pPr>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 </w:t>
            </w:r>
          </w:p>
        </w:tc>
        <w:tc>
          <w:tcPr>
            <w:tcW w:w="426" w:type="dxa"/>
            <w:shd w:val="clear" w:color="auto" w:fill="FFFFFF" w:themeFill="background1"/>
          </w:tcPr>
          <w:p w14:paraId="1AFB1984" w14:textId="77777777" w:rsidR="00B244D6" w:rsidRPr="002010AE" w:rsidRDefault="00B244D6" w:rsidP="00C0078F">
            <w:pPr>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 </w:t>
            </w:r>
          </w:p>
        </w:tc>
        <w:tc>
          <w:tcPr>
            <w:tcW w:w="425" w:type="dxa"/>
            <w:shd w:val="clear" w:color="auto" w:fill="FFFFFF" w:themeFill="background1"/>
          </w:tcPr>
          <w:p w14:paraId="2E0E90A8" w14:textId="77777777" w:rsidR="00B244D6" w:rsidRPr="002010AE" w:rsidRDefault="00B244D6" w:rsidP="00C0078F">
            <w:pPr>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 </w:t>
            </w:r>
          </w:p>
        </w:tc>
        <w:tc>
          <w:tcPr>
            <w:tcW w:w="709" w:type="dxa"/>
            <w:shd w:val="clear" w:color="auto" w:fill="FFFFFF" w:themeFill="background1"/>
          </w:tcPr>
          <w:p w14:paraId="7FD03D3E" w14:textId="77777777" w:rsidR="00B244D6" w:rsidRPr="002010AE" w:rsidRDefault="00B244D6" w:rsidP="00C0078F">
            <w:pPr>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 </w:t>
            </w:r>
          </w:p>
        </w:tc>
        <w:tc>
          <w:tcPr>
            <w:tcW w:w="2976" w:type="dxa"/>
            <w:shd w:val="clear" w:color="auto" w:fill="FFFFFF" w:themeFill="background1"/>
          </w:tcPr>
          <w:p w14:paraId="20245703" w14:textId="002A3D8D" w:rsidR="00B244D6" w:rsidRPr="002010AE" w:rsidRDefault="00B244D6" w:rsidP="00C0078F">
            <w:pPr>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Threatening </w:t>
            </w:r>
          </w:p>
        </w:tc>
      </w:tr>
      <w:tr w:rsidR="00C0078F" w:rsidRPr="002010AE" w14:paraId="3306C1E0" w14:textId="2D2ACAA2" w:rsidTr="003158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shd w:val="clear" w:color="auto" w:fill="FFFFFF" w:themeFill="background1"/>
          </w:tcPr>
          <w:p w14:paraId="59DAEE5B" w14:textId="1FA15E30" w:rsidR="00B244D6" w:rsidRPr="002010AE" w:rsidRDefault="00B244D6" w:rsidP="00C0078F">
            <w:pPr>
              <w:spacing w:after="120"/>
              <w:rPr>
                <w:rFonts w:ascii="Times New Roman" w:hAnsi="Times New Roman" w:cs="Times New Roman"/>
                <w:b w:val="0"/>
                <w:bCs w:val="0"/>
              </w:rPr>
            </w:pPr>
            <w:r w:rsidRPr="002010AE">
              <w:rPr>
                <w:rFonts w:ascii="Times New Roman" w:hAnsi="Times New Roman" w:cs="Times New Roman"/>
                <w:b w:val="0"/>
                <w:bCs w:val="0"/>
              </w:rPr>
              <w:t>Pleasant</w:t>
            </w:r>
          </w:p>
        </w:tc>
        <w:tc>
          <w:tcPr>
            <w:tcW w:w="425" w:type="dxa"/>
            <w:shd w:val="clear" w:color="auto" w:fill="FFFFFF" w:themeFill="background1"/>
          </w:tcPr>
          <w:p w14:paraId="3EF700AF" w14:textId="77777777" w:rsidR="00B244D6" w:rsidRPr="002010AE" w:rsidRDefault="00B244D6" w:rsidP="00C0078F">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 </w:t>
            </w:r>
          </w:p>
        </w:tc>
        <w:tc>
          <w:tcPr>
            <w:tcW w:w="426" w:type="dxa"/>
            <w:shd w:val="clear" w:color="auto" w:fill="FFFFFF" w:themeFill="background1"/>
          </w:tcPr>
          <w:p w14:paraId="24E21B6F" w14:textId="77777777" w:rsidR="00B244D6" w:rsidRPr="002010AE" w:rsidRDefault="00B244D6" w:rsidP="00C0078F">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 </w:t>
            </w:r>
          </w:p>
        </w:tc>
        <w:tc>
          <w:tcPr>
            <w:tcW w:w="425" w:type="dxa"/>
            <w:shd w:val="clear" w:color="auto" w:fill="FFFFFF" w:themeFill="background1"/>
          </w:tcPr>
          <w:p w14:paraId="11432D58" w14:textId="77777777" w:rsidR="00B244D6" w:rsidRPr="002010AE" w:rsidRDefault="00B244D6" w:rsidP="00C0078F">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 </w:t>
            </w:r>
          </w:p>
        </w:tc>
        <w:tc>
          <w:tcPr>
            <w:tcW w:w="425" w:type="dxa"/>
            <w:shd w:val="clear" w:color="auto" w:fill="FFFFFF" w:themeFill="background1"/>
          </w:tcPr>
          <w:p w14:paraId="592F4F66" w14:textId="77777777" w:rsidR="00B244D6" w:rsidRPr="002010AE" w:rsidRDefault="00B244D6" w:rsidP="00C0078F">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 </w:t>
            </w:r>
          </w:p>
        </w:tc>
        <w:tc>
          <w:tcPr>
            <w:tcW w:w="425" w:type="dxa"/>
            <w:shd w:val="clear" w:color="auto" w:fill="FFFFFF" w:themeFill="background1"/>
          </w:tcPr>
          <w:p w14:paraId="0705F25F" w14:textId="77777777" w:rsidR="00B244D6" w:rsidRPr="002010AE" w:rsidRDefault="00B244D6" w:rsidP="00C0078F">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 </w:t>
            </w:r>
          </w:p>
        </w:tc>
        <w:tc>
          <w:tcPr>
            <w:tcW w:w="426" w:type="dxa"/>
            <w:shd w:val="clear" w:color="auto" w:fill="FFFFFF" w:themeFill="background1"/>
          </w:tcPr>
          <w:p w14:paraId="0A2FD2B9" w14:textId="77777777" w:rsidR="00B244D6" w:rsidRPr="002010AE" w:rsidRDefault="00B244D6" w:rsidP="00C0078F">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 </w:t>
            </w:r>
          </w:p>
        </w:tc>
        <w:tc>
          <w:tcPr>
            <w:tcW w:w="425" w:type="dxa"/>
            <w:shd w:val="clear" w:color="auto" w:fill="FFFFFF" w:themeFill="background1"/>
          </w:tcPr>
          <w:p w14:paraId="67B3BD20" w14:textId="77777777" w:rsidR="00B244D6" w:rsidRPr="002010AE" w:rsidRDefault="00B244D6" w:rsidP="00C0078F">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 </w:t>
            </w:r>
          </w:p>
        </w:tc>
        <w:tc>
          <w:tcPr>
            <w:tcW w:w="709" w:type="dxa"/>
            <w:shd w:val="clear" w:color="auto" w:fill="FFFFFF" w:themeFill="background1"/>
          </w:tcPr>
          <w:p w14:paraId="756B5E1F" w14:textId="77777777" w:rsidR="00B244D6" w:rsidRPr="002010AE" w:rsidRDefault="00B244D6" w:rsidP="00C0078F">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 </w:t>
            </w:r>
          </w:p>
        </w:tc>
        <w:tc>
          <w:tcPr>
            <w:tcW w:w="2976" w:type="dxa"/>
            <w:shd w:val="clear" w:color="auto" w:fill="FFFFFF" w:themeFill="background1"/>
          </w:tcPr>
          <w:p w14:paraId="5DAC79B3" w14:textId="6B7BB27C" w:rsidR="00B244D6" w:rsidRPr="002010AE" w:rsidRDefault="00B244D6" w:rsidP="00C0078F">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Annoying </w:t>
            </w:r>
          </w:p>
        </w:tc>
      </w:tr>
      <w:tr w:rsidR="00C0078F" w:rsidRPr="002010AE" w14:paraId="1C4509A3" w14:textId="3CC5A17E" w:rsidTr="003158B7">
        <w:tc>
          <w:tcPr>
            <w:cnfStyle w:val="001000000000" w:firstRow="0" w:lastRow="0" w:firstColumn="1" w:lastColumn="0" w:oddVBand="0" w:evenVBand="0" w:oddHBand="0" w:evenHBand="0" w:firstRowFirstColumn="0" w:firstRowLastColumn="0" w:lastRowFirstColumn="0" w:lastRowLastColumn="0"/>
            <w:tcW w:w="2518" w:type="dxa"/>
            <w:shd w:val="clear" w:color="auto" w:fill="FFFFFF" w:themeFill="background1"/>
          </w:tcPr>
          <w:p w14:paraId="25487688" w14:textId="46C6F049" w:rsidR="00B244D6" w:rsidRPr="002010AE" w:rsidRDefault="00B244D6" w:rsidP="00C0078F">
            <w:pPr>
              <w:spacing w:after="120"/>
              <w:rPr>
                <w:rFonts w:ascii="Times New Roman" w:hAnsi="Times New Roman" w:cs="Times New Roman"/>
                <w:b w:val="0"/>
                <w:bCs w:val="0"/>
              </w:rPr>
            </w:pPr>
            <w:r w:rsidRPr="002010AE">
              <w:rPr>
                <w:rFonts w:ascii="Times New Roman" w:hAnsi="Times New Roman" w:cs="Times New Roman"/>
                <w:b w:val="0"/>
                <w:bCs w:val="0"/>
              </w:rPr>
              <w:t>Not serious at all</w:t>
            </w:r>
          </w:p>
        </w:tc>
        <w:tc>
          <w:tcPr>
            <w:tcW w:w="425" w:type="dxa"/>
            <w:shd w:val="clear" w:color="auto" w:fill="FFFFFF" w:themeFill="background1"/>
          </w:tcPr>
          <w:p w14:paraId="67F8162C" w14:textId="77777777" w:rsidR="00B244D6" w:rsidRPr="002010AE" w:rsidRDefault="00B244D6" w:rsidP="00C0078F">
            <w:pPr>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 </w:t>
            </w:r>
          </w:p>
        </w:tc>
        <w:tc>
          <w:tcPr>
            <w:tcW w:w="426" w:type="dxa"/>
            <w:shd w:val="clear" w:color="auto" w:fill="FFFFFF" w:themeFill="background1"/>
          </w:tcPr>
          <w:p w14:paraId="33777CDD" w14:textId="77777777" w:rsidR="00B244D6" w:rsidRPr="002010AE" w:rsidRDefault="00B244D6" w:rsidP="00C0078F">
            <w:pPr>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 </w:t>
            </w:r>
          </w:p>
        </w:tc>
        <w:tc>
          <w:tcPr>
            <w:tcW w:w="425" w:type="dxa"/>
            <w:shd w:val="clear" w:color="auto" w:fill="FFFFFF" w:themeFill="background1"/>
          </w:tcPr>
          <w:p w14:paraId="09FDECD3" w14:textId="77777777" w:rsidR="00B244D6" w:rsidRPr="002010AE" w:rsidRDefault="00B244D6" w:rsidP="00C0078F">
            <w:pPr>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 </w:t>
            </w:r>
          </w:p>
        </w:tc>
        <w:tc>
          <w:tcPr>
            <w:tcW w:w="425" w:type="dxa"/>
            <w:shd w:val="clear" w:color="auto" w:fill="FFFFFF" w:themeFill="background1"/>
          </w:tcPr>
          <w:p w14:paraId="6D731984" w14:textId="77777777" w:rsidR="00B244D6" w:rsidRPr="002010AE" w:rsidRDefault="00B244D6" w:rsidP="00C0078F">
            <w:pPr>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 </w:t>
            </w:r>
          </w:p>
        </w:tc>
        <w:tc>
          <w:tcPr>
            <w:tcW w:w="425" w:type="dxa"/>
            <w:shd w:val="clear" w:color="auto" w:fill="FFFFFF" w:themeFill="background1"/>
          </w:tcPr>
          <w:p w14:paraId="73A6C600" w14:textId="77777777" w:rsidR="00B244D6" w:rsidRPr="002010AE" w:rsidRDefault="00B244D6" w:rsidP="00C0078F">
            <w:pPr>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 </w:t>
            </w:r>
          </w:p>
        </w:tc>
        <w:tc>
          <w:tcPr>
            <w:tcW w:w="426" w:type="dxa"/>
            <w:shd w:val="clear" w:color="auto" w:fill="FFFFFF" w:themeFill="background1"/>
          </w:tcPr>
          <w:p w14:paraId="6006E150" w14:textId="77777777" w:rsidR="00B244D6" w:rsidRPr="002010AE" w:rsidRDefault="00B244D6" w:rsidP="00C0078F">
            <w:pPr>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 </w:t>
            </w:r>
          </w:p>
        </w:tc>
        <w:tc>
          <w:tcPr>
            <w:tcW w:w="425" w:type="dxa"/>
            <w:shd w:val="clear" w:color="auto" w:fill="FFFFFF" w:themeFill="background1"/>
          </w:tcPr>
          <w:p w14:paraId="02FEA8E3" w14:textId="77777777" w:rsidR="00B244D6" w:rsidRPr="002010AE" w:rsidRDefault="00B244D6" w:rsidP="00C0078F">
            <w:pPr>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 </w:t>
            </w:r>
          </w:p>
        </w:tc>
        <w:tc>
          <w:tcPr>
            <w:tcW w:w="709" w:type="dxa"/>
            <w:shd w:val="clear" w:color="auto" w:fill="FFFFFF" w:themeFill="background1"/>
          </w:tcPr>
          <w:p w14:paraId="7EA1B260" w14:textId="77777777" w:rsidR="00B244D6" w:rsidRPr="002010AE" w:rsidRDefault="00B244D6" w:rsidP="00C0078F">
            <w:pPr>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 </w:t>
            </w:r>
          </w:p>
        </w:tc>
        <w:tc>
          <w:tcPr>
            <w:tcW w:w="2976" w:type="dxa"/>
            <w:shd w:val="clear" w:color="auto" w:fill="FFFFFF" w:themeFill="background1"/>
          </w:tcPr>
          <w:p w14:paraId="04D133F9" w14:textId="339BE8B3" w:rsidR="00B244D6" w:rsidRPr="002010AE" w:rsidRDefault="00B244D6" w:rsidP="00C0078F">
            <w:pPr>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Serious </w:t>
            </w:r>
          </w:p>
        </w:tc>
      </w:tr>
      <w:tr w:rsidR="00C0078F" w:rsidRPr="002010AE" w14:paraId="73E24599" w14:textId="68C378B9" w:rsidTr="003158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shd w:val="clear" w:color="auto" w:fill="FFFFFF" w:themeFill="background1"/>
          </w:tcPr>
          <w:p w14:paraId="1F8F66E4" w14:textId="4D40A716" w:rsidR="00B244D6" w:rsidRPr="002010AE" w:rsidRDefault="00B244D6" w:rsidP="00C0078F">
            <w:pPr>
              <w:spacing w:after="120"/>
              <w:rPr>
                <w:rFonts w:ascii="Times New Roman" w:hAnsi="Times New Roman" w:cs="Times New Roman"/>
                <w:b w:val="0"/>
                <w:bCs w:val="0"/>
              </w:rPr>
            </w:pPr>
            <w:r w:rsidRPr="002010AE">
              <w:rPr>
                <w:rFonts w:ascii="Times New Roman" w:hAnsi="Times New Roman" w:cs="Times New Roman"/>
                <w:b w:val="0"/>
                <w:bCs w:val="0"/>
              </w:rPr>
              <w:t>Not amusing at all</w:t>
            </w:r>
          </w:p>
        </w:tc>
        <w:tc>
          <w:tcPr>
            <w:tcW w:w="425" w:type="dxa"/>
            <w:shd w:val="clear" w:color="auto" w:fill="FFFFFF" w:themeFill="background1"/>
          </w:tcPr>
          <w:p w14:paraId="5B6B06E7" w14:textId="77777777" w:rsidR="00B244D6" w:rsidRPr="002010AE" w:rsidRDefault="00B244D6" w:rsidP="00C0078F">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 </w:t>
            </w:r>
          </w:p>
        </w:tc>
        <w:tc>
          <w:tcPr>
            <w:tcW w:w="426" w:type="dxa"/>
            <w:shd w:val="clear" w:color="auto" w:fill="FFFFFF" w:themeFill="background1"/>
          </w:tcPr>
          <w:p w14:paraId="33F4B019" w14:textId="77777777" w:rsidR="00B244D6" w:rsidRPr="002010AE" w:rsidRDefault="00B244D6" w:rsidP="00C0078F">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 </w:t>
            </w:r>
          </w:p>
        </w:tc>
        <w:tc>
          <w:tcPr>
            <w:tcW w:w="425" w:type="dxa"/>
            <w:shd w:val="clear" w:color="auto" w:fill="FFFFFF" w:themeFill="background1"/>
          </w:tcPr>
          <w:p w14:paraId="4D14834D" w14:textId="77777777" w:rsidR="00B244D6" w:rsidRPr="002010AE" w:rsidRDefault="00B244D6" w:rsidP="00C0078F">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 </w:t>
            </w:r>
          </w:p>
        </w:tc>
        <w:tc>
          <w:tcPr>
            <w:tcW w:w="425" w:type="dxa"/>
            <w:shd w:val="clear" w:color="auto" w:fill="FFFFFF" w:themeFill="background1"/>
          </w:tcPr>
          <w:p w14:paraId="26FE011C" w14:textId="77777777" w:rsidR="00B244D6" w:rsidRPr="002010AE" w:rsidRDefault="00B244D6" w:rsidP="00C0078F">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 </w:t>
            </w:r>
          </w:p>
        </w:tc>
        <w:tc>
          <w:tcPr>
            <w:tcW w:w="425" w:type="dxa"/>
            <w:shd w:val="clear" w:color="auto" w:fill="FFFFFF" w:themeFill="background1"/>
          </w:tcPr>
          <w:p w14:paraId="797D445E" w14:textId="77777777" w:rsidR="00B244D6" w:rsidRPr="002010AE" w:rsidRDefault="00B244D6" w:rsidP="00C0078F">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 </w:t>
            </w:r>
          </w:p>
        </w:tc>
        <w:tc>
          <w:tcPr>
            <w:tcW w:w="426" w:type="dxa"/>
            <w:shd w:val="clear" w:color="auto" w:fill="FFFFFF" w:themeFill="background1"/>
          </w:tcPr>
          <w:p w14:paraId="55B4C900" w14:textId="77777777" w:rsidR="00B244D6" w:rsidRPr="002010AE" w:rsidRDefault="00B244D6" w:rsidP="00C0078F">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 </w:t>
            </w:r>
          </w:p>
        </w:tc>
        <w:tc>
          <w:tcPr>
            <w:tcW w:w="425" w:type="dxa"/>
            <w:shd w:val="clear" w:color="auto" w:fill="FFFFFF" w:themeFill="background1"/>
          </w:tcPr>
          <w:p w14:paraId="138FF2C6" w14:textId="77777777" w:rsidR="00B244D6" w:rsidRPr="002010AE" w:rsidRDefault="00B244D6" w:rsidP="00C0078F">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 </w:t>
            </w:r>
          </w:p>
        </w:tc>
        <w:tc>
          <w:tcPr>
            <w:tcW w:w="709" w:type="dxa"/>
            <w:shd w:val="clear" w:color="auto" w:fill="FFFFFF" w:themeFill="background1"/>
          </w:tcPr>
          <w:p w14:paraId="14614D61" w14:textId="77777777" w:rsidR="00B244D6" w:rsidRPr="002010AE" w:rsidRDefault="00B244D6" w:rsidP="00C0078F">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 </w:t>
            </w:r>
          </w:p>
        </w:tc>
        <w:tc>
          <w:tcPr>
            <w:tcW w:w="2976" w:type="dxa"/>
            <w:shd w:val="clear" w:color="auto" w:fill="FFFFFF" w:themeFill="background1"/>
          </w:tcPr>
          <w:p w14:paraId="2DFB43EC" w14:textId="5944B923" w:rsidR="00B244D6" w:rsidRPr="002010AE" w:rsidRDefault="00B244D6" w:rsidP="00C0078F">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Amusing </w:t>
            </w:r>
          </w:p>
        </w:tc>
      </w:tr>
      <w:tr w:rsidR="00C0078F" w:rsidRPr="002010AE" w14:paraId="5CD91526" w14:textId="77777777" w:rsidTr="003158B7">
        <w:tc>
          <w:tcPr>
            <w:cnfStyle w:val="001000000000" w:firstRow="0" w:lastRow="0" w:firstColumn="1" w:lastColumn="0" w:oddVBand="0" w:evenVBand="0" w:oddHBand="0" w:evenHBand="0" w:firstRowFirstColumn="0" w:firstRowLastColumn="0" w:lastRowFirstColumn="0" w:lastRowLastColumn="0"/>
            <w:tcW w:w="2518" w:type="dxa"/>
            <w:shd w:val="clear" w:color="auto" w:fill="FFFFFF" w:themeFill="background1"/>
          </w:tcPr>
          <w:p w14:paraId="039D0C02" w14:textId="0FBB1638" w:rsidR="002010AE" w:rsidRPr="002010AE" w:rsidRDefault="002010AE" w:rsidP="00C0078F">
            <w:pPr>
              <w:spacing w:after="120"/>
              <w:rPr>
                <w:rFonts w:ascii="Times New Roman" w:hAnsi="Times New Roman" w:cs="Times New Roman"/>
              </w:rPr>
            </w:pPr>
            <w:r w:rsidRPr="002010AE">
              <w:rPr>
                <w:rFonts w:ascii="Times New Roman" w:hAnsi="Times New Roman" w:cs="Times New Roman"/>
                <w:b w:val="0"/>
                <w:bCs w:val="0"/>
              </w:rPr>
              <w:t xml:space="preserve">Acceptable </w:t>
            </w:r>
          </w:p>
        </w:tc>
        <w:tc>
          <w:tcPr>
            <w:tcW w:w="425" w:type="dxa"/>
            <w:shd w:val="clear" w:color="auto" w:fill="FFFFFF" w:themeFill="background1"/>
          </w:tcPr>
          <w:p w14:paraId="3AE258E8" w14:textId="77777777" w:rsidR="002010AE" w:rsidRPr="002010AE" w:rsidRDefault="002010AE" w:rsidP="00C0078F">
            <w:pPr>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426" w:type="dxa"/>
            <w:shd w:val="clear" w:color="auto" w:fill="FFFFFF" w:themeFill="background1"/>
          </w:tcPr>
          <w:p w14:paraId="18798E41" w14:textId="77777777" w:rsidR="002010AE" w:rsidRPr="002010AE" w:rsidRDefault="002010AE" w:rsidP="00C0078F">
            <w:pPr>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425" w:type="dxa"/>
            <w:shd w:val="clear" w:color="auto" w:fill="FFFFFF" w:themeFill="background1"/>
          </w:tcPr>
          <w:p w14:paraId="0A532284" w14:textId="77777777" w:rsidR="002010AE" w:rsidRPr="002010AE" w:rsidRDefault="002010AE" w:rsidP="00C0078F">
            <w:pPr>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425" w:type="dxa"/>
            <w:shd w:val="clear" w:color="auto" w:fill="FFFFFF" w:themeFill="background1"/>
          </w:tcPr>
          <w:p w14:paraId="325FDFB2" w14:textId="77777777" w:rsidR="002010AE" w:rsidRPr="002010AE" w:rsidRDefault="002010AE" w:rsidP="00C0078F">
            <w:pPr>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425" w:type="dxa"/>
            <w:shd w:val="clear" w:color="auto" w:fill="FFFFFF" w:themeFill="background1"/>
          </w:tcPr>
          <w:p w14:paraId="23157CEB" w14:textId="77777777" w:rsidR="002010AE" w:rsidRPr="002010AE" w:rsidRDefault="002010AE" w:rsidP="00C0078F">
            <w:pPr>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426" w:type="dxa"/>
            <w:shd w:val="clear" w:color="auto" w:fill="FFFFFF" w:themeFill="background1"/>
          </w:tcPr>
          <w:p w14:paraId="0A660144" w14:textId="77777777" w:rsidR="002010AE" w:rsidRPr="002010AE" w:rsidRDefault="002010AE" w:rsidP="00C0078F">
            <w:pPr>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425" w:type="dxa"/>
            <w:shd w:val="clear" w:color="auto" w:fill="FFFFFF" w:themeFill="background1"/>
          </w:tcPr>
          <w:p w14:paraId="064B4288" w14:textId="77777777" w:rsidR="002010AE" w:rsidRPr="002010AE" w:rsidRDefault="002010AE" w:rsidP="00C0078F">
            <w:pPr>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709" w:type="dxa"/>
            <w:shd w:val="clear" w:color="auto" w:fill="FFFFFF" w:themeFill="background1"/>
          </w:tcPr>
          <w:p w14:paraId="1044110F" w14:textId="77777777" w:rsidR="002010AE" w:rsidRPr="002010AE" w:rsidRDefault="002010AE" w:rsidP="00C0078F">
            <w:pPr>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976" w:type="dxa"/>
            <w:shd w:val="clear" w:color="auto" w:fill="FFFFFF" w:themeFill="background1"/>
          </w:tcPr>
          <w:p w14:paraId="1E4F2206" w14:textId="17501C91" w:rsidR="002010AE" w:rsidRPr="002010AE" w:rsidRDefault="002010AE" w:rsidP="00C0078F">
            <w:pPr>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Inappropriate </w:t>
            </w:r>
          </w:p>
        </w:tc>
      </w:tr>
      <w:tr w:rsidR="002010AE" w:rsidRPr="002010AE" w14:paraId="6F53F296" w14:textId="1B699219" w:rsidTr="003158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shd w:val="clear" w:color="auto" w:fill="FFFFFF" w:themeFill="background1"/>
          </w:tcPr>
          <w:p w14:paraId="5ED84C6A" w14:textId="3E3C08CB" w:rsidR="002010AE" w:rsidRPr="002010AE" w:rsidRDefault="002010AE" w:rsidP="00C0078F">
            <w:pPr>
              <w:spacing w:after="120"/>
              <w:rPr>
                <w:rFonts w:ascii="Times New Roman" w:hAnsi="Times New Roman" w:cs="Times New Roman"/>
                <w:b w:val="0"/>
                <w:bCs w:val="0"/>
              </w:rPr>
            </w:pPr>
            <w:r w:rsidRPr="002010AE">
              <w:rPr>
                <w:rFonts w:ascii="Times New Roman" w:hAnsi="Times New Roman" w:cs="Times New Roman"/>
                <w:b w:val="0"/>
                <w:bCs w:val="0"/>
              </w:rPr>
              <w:t>Not at all embarrassing</w:t>
            </w:r>
          </w:p>
        </w:tc>
        <w:tc>
          <w:tcPr>
            <w:tcW w:w="425" w:type="dxa"/>
            <w:shd w:val="clear" w:color="auto" w:fill="FFFFFF" w:themeFill="background1"/>
          </w:tcPr>
          <w:p w14:paraId="2AF8769F" w14:textId="77777777" w:rsidR="002010AE" w:rsidRPr="002010AE" w:rsidRDefault="002010AE" w:rsidP="00C0078F">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 </w:t>
            </w:r>
          </w:p>
        </w:tc>
        <w:tc>
          <w:tcPr>
            <w:tcW w:w="426" w:type="dxa"/>
            <w:shd w:val="clear" w:color="auto" w:fill="FFFFFF" w:themeFill="background1"/>
          </w:tcPr>
          <w:p w14:paraId="18EB6BC2" w14:textId="77777777" w:rsidR="002010AE" w:rsidRPr="002010AE" w:rsidRDefault="002010AE" w:rsidP="00C0078F">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 </w:t>
            </w:r>
          </w:p>
        </w:tc>
        <w:tc>
          <w:tcPr>
            <w:tcW w:w="425" w:type="dxa"/>
            <w:shd w:val="clear" w:color="auto" w:fill="FFFFFF" w:themeFill="background1"/>
          </w:tcPr>
          <w:p w14:paraId="1A91BB95" w14:textId="77777777" w:rsidR="002010AE" w:rsidRPr="002010AE" w:rsidRDefault="002010AE" w:rsidP="00C0078F">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 </w:t>
            </w:r>
          </w:p>
        </w:tc>
        <w:tc>
          <w:tcPr>
            <w:tcW w:w="425" w:type="dxa"/>
            <w:shd w:val="clear" w:color="auto" w:fill="FFFFFF" w:themeFill="background1"/>
          </w:tcPr>
          <w:p w14:paraId="63D60F41" w14:textId="77777777" w:rsidR="002010AE" w:rsidRPr="002010AE" w:rsidRDefault="002010AE" w:rsidP="00C0078F">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 </w:t>
            </w:r>
          </w:p>
        </w:tc>
        <w:tc>
          <w:tcPr>
            <w:tcW w:w="425" w:type="dxa"/>
            <w:shd w:val="clear" w:color="auto" w:fill="FFFFFF" w:themeFill="background1"/>
          </w:tcPr>
          <w:p w14:paraId="26141F6F" w14:textId="77777777" w:rsidR="002010AE" w:rsidRPr="002010AE" w:rsidRDefault="002010AE" w:rsidP="00C0078F">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 </w:t>
            </w:r>
          </w:p>
        </w:tc>
        <w:tc>
          <w:tcPr>
            <w:tcW w:w="426" w:type="dxa"/>
            <w:shd w:val="clear" w:color="auto" w:fill="FFFFFF" w:themeFill="background1"/>
          </w:tcPr>
          <w:p w14:paraId="6D06B199" w14:textId="77777777" w:rsidR="002010AE" w:rsidRPr="002010AE" w:rsidRDefault="002010AE" w:rsidP="00C0078F">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 </w:t>
            </w:r>
          </w:p>
        </w:tc>
        <w:tc>
          <w:tcPr>
            <w:tcW w:w="425" w:type="dxa"/>
            <w:shd w:val="clear" w:color="auto" w:fill="FFFFFF" w:themeFill="background1"/>
          </w:tcPr>
          <w:p w14:paraId="34D83757" w14:textId="77777777" w:rsidR="002010AE" w:rsidRPr="002010AE" w:rsidRDefault="002010AE" w:rsidP="00C0078F">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 </w:t>
            </w:r>
          </w:p>
        </w:tc>
        <w:tc>
          <w:tcPr>
            <w:tcW w:w="709" w:type="dxa"/>
            <w:shd w:val="clear" w:color="auto" w:fill="FFFFFF" w:themeFill="background1"/>
          </w:tcPr>
          <w:p w14:paraId="65CFC8B7" w14:textId="77777777" w:rsidR="002010AE" w:rsidRPr="002010AE" w:rsidRDefault="002010AE" w:rsidP="00C0078F">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 </w:t>
            </w:r>
          </w:p>
        </w:tc>
        <w:tc>
          <w:tcPr>
            <w:tcW w:w="2976" w:type="dxa"/>
            <w:shd w:val="clear" w:color="auto" w:fill="FFFFFF" w:themeFill="background1"/>
          </w:tcPr>
          <w:p w14:paraId="3C1688FF" w14:textId="33F1FC5B" w:rsidR="002010AE" w:rsidRPr="002010AE" w:rsidRDefault="002010AE" w:rsidP="00C0078F">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Embarrassing </w:t>
            </w:r>
          </w:p>
        </w:tc>
      </w:tr>
      <w:tr w:rsidR="00C0078F" w:rsidRPr="002010AE" w14:paraId="3CA60709" w14:textId="47927627" w:rsidTr="003158B7">
        <w:tc>
          <w:tcPr>
            <w:cnfStyle w:val="001000000000" w:firstRow="0" w:lastRow="0" w:firstColumn="1" w:lastColumn="0" w:oddVBand="0" w:evenVBand="0" w:oddHBand="0" w:evenHBand="0" w:firstRowFirstColumn="0" w:firstRowLastColumn="0" w:lastRowFirstColumn="0" w:lastRowLastColumn="0"/>
            <w:tcW w:w="2518" w:type="dxa"/>
            <w:shd w:val="clear" w:color="auto" w:fill="FFFFFF" w:themeFill="background1"/>
          </w:tcPr>
          <w:p w14:paraId="028E6A18" w14:textId="0E1ADA0C" w:rsidR="002010AE" w:rsidRPr="002010AE" w:rsidRDefault="002010AE" w:rsidP="00C0078F">
            <w:pPr>
              <w:spacing w:after="120"/>
              <w:rPr>
                <w:rFonts w:ascii="Times New Roman" w:hAnsi="Times New Roman" w:cs="Times New Roman"/>
                <w:b w:val="0"/>
                <w:bCs w:val="0"/>
              </w:rPr>
            </w:pPr>
            <w:r w:rsidRPr="002010AE">
              <w:rPr>
                <w:rFonts w:ascii="Times New Roman" w:hAnsi="Times New Roman" w:cs="Times New Roman"/>
                <w:b w:val="0"/>
                <w:bCs w:val="0"/>
              </w:rPr>
              <w:t>The situation feels recognizable</w:t>
            </w:r>
          </w:p>
        </w:tc>
        <w:tc>
          <w:tcPr>
            <w:tcW w:w="425" w:type="dxa"/>
            <w:shd w:val="clear" w:color="auto" w:fill="FFFFFF" w:themeFill="background1"/>
          </w:tcPr>
          <w:p w14:paraId="2C88C91A" w14:textId="77777777" w:rsidR="002010AE" w:rsidRPr="002010AE" w:rsidRDefault="002010AE" w:rsidP="00C0078F">
            <w:pPr>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 </w:t>
            </w:r>
          </w:p>
        </w:tc>
        <w:tc>
          <w:tcPr>
            <w:tcW w:w="426" w:type="dxa"/>
            <w:shd w:val="clear" w:color="auto" w:fill="FFFFFF" w:themeFill="background1"/>
          </w:tcPr>
          <w:p w14:paraId="1697AEA3" w14:textId="77777777" w:rsidR="002010AE" w:rsidRPr="002010AE" w:rsidRDefault="002010AE" w:rsidP="00C0078F">
            <w:pPr>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 </w:t>
            </w:r>
          </w:p>
        </w:tc>
        <w:tc>
          <w:tcPr>
            <w:tcW w:w="425" w:type="dxa"/>
            <w:shd w:val="clear" w:color="auto" w:fill="FFFFFF" w:themeFill="background1"/>
          </w:tcPr>
          <w:p w14:paraId="54135292" w14:textId="77777777" w:rsidR="002010AE" w:rsidRPr="002010AE" w:rsidRDefault="002010AE" w:rsidP="00C0078F">
            <w:pPr>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 </w:t>
            </w:r>
          </w:p>
        </w:tc>
        <w:tc>
          <w:tcPr>
            <w:tcW w:w="425" w:type="dxa"/>
            <w:shd w:val="clear" w:color="auto" w:fill="FFFFFF" w:themeFill="background1"/>
          </w:tcPr>
          <w:p w14:paraId="04537D17" w14:textId="77777777" w:rsidR="002010AE" w:rsidRPr="002010AE" w:rsidRDefault="002010AE" w:rsidP="00C0078F">
            <w:pPr>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 </w:t>
            </w:r>
          </w:p>
        </w:tc>
        <w:tc>
          <w:tcPr>
            <w:tcW w:w="425" w:type="dxa"/>
            <w:shd w:val="clear" w:color="auto" w:fill="FFFFFF" w:themeFill="background1"/>
          </w:tcPr>
          <w:p w14:paraId="11F28ADD" w14:textId="77777777" w:rsidR="002010AE" w:rsidRPr="002010AE" w:rsidRDefault="002010AE" w:rsidP="00C0078F">
            <w:pPr>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 </w:t>
            </w:r>
          </w:p>
        </w:tc>
        <w:tc>
          <w:tcPr>
            <w:tcW w:w="426" w:type="dxa"/>
            <w:shd w:val="clear" w:color="auto" w:fill="FFFFFF" w:themeFill="background1"/>
          </w:tcPr>
          <w:p w14:paraId="20C5F9E8" w14:textId="77777777" w:rsidR="002010AE" w:rsidRPr="002010AE" w:rsidRDefault="002010AE" w:rsidP="00C0078F">
            <w:pPr>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 </w:t>
            </w:r>
          </w:p>
        </w:tc>
        <w:tc>
          <w:tcPr>
            <w:tcW w:w="425" w:type="dxa"/>
            <w:shd w:val="clear" w:color="auto" w:fill="FFFFFF" w:themeFill="background1"/>
          </w:tcPr>
          <w:p w14:paraId="661106E8" w14:textId="77777777" w:rsidR="002010AE" w:rsidRPr="002010AE" w:rsidRDefault="002010AE" w:rsidP="00C0078F">
            <w:pPr>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 </w:t>
            </w:r>
          </w:p>
        </w:tc>
        <w:tc>
          <w:tcPr>
            <w:tcW w:w="709" w:type="dxa"/>
            <w:shd w:val="clear" w:color="auto" w:fill="FFFFFF" w:themeFill="background1"/>
          </w:tcPr>
          <w:p w14:paraId="3642D304" w14:textId="77777777" w:rsidR="002010AE" w:rsidRPr="002010AE" w:rsidRDefault="002010AE" w:rsidP="00C0078F">
            <w:pPr>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 </w:t>
            </w:r>
          </w:p>
        </w:tc>
        <w:tc>
          <w:tcPr>
            <w:tcW w:w="2976" w:type="dxa"/>
            <w:shd w:val="clear" w:color="auto" w:fill="FFFFFF" w:themeFill="background1"/>
          </w:tcPr>
          <w:p w14:paraId="58CB9600" w14:textId="73AC3B03" w:rsidR="002010AE" w:rsidRPr="002010AE" w:rsidRDefault="002010AE" w:rsidP="00C0078F">
            <w:pPr>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The situation feels unfamiliar </w:t>
            </w:r>
          </w:p>
        </w:tc>
      </w:tr>
      <w:tr w:rsidR="002010AE" w:rsidRPr="002010AE" w14:paraId="590C2569" w14:textId="77777777" w:rsidTr="003158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shd w:val="clear" w:color="auto" w:fill="FFFFFF" w:themeFill="background1"/>
          </w:tcPr>
          <w:p w14:paraId="7DE1A536" w14:textId="22E339E5" w:rsidR="002010AE" w:rsidRPr="002010AE" w:rsidRDefault="002010AE" w:rsidP="00C0078F">
            <w:pPr>
              <w:spacing w:after="120"/>
              <w:rPr>
                <w:rFonts w:ascii="Times New Roman" w:hAnsi="Times New Roman" w:cs="Times New Roman"/>
                <w:b w:val="0"/>
                <w:bCs w:val="0"/>
              </w:rPr>
            </w:pPr>
            <w:r w:rsidRPr="002010AE">
              <w:rPr>
                <w:rFonts w:ascii="Times New Roman" w:hAnsi="Times New Roman" w:cs="Times New Roman"/>
                <w:b w:val="0"/>
                <w:bCs w:val="0"/>
              </w:rPr>
              <w:t xml:space="preserve">The situation is understandable </w:t>
            </w:r>
          </w:p>
        </w:tc>
        <w:tc>
          <w:tcPr>
            <w:tcW w:w="425" w:type="dxa"/>
            <w:shd w:val="clear" w:color="auto" w:fill="FFFFFF" w:themeFill="background1"/>
          </w:tcPr>
          <w:p w14:paraId="548C0838" w14:textId="77777777" w:rsidR="002010AE" w:rsidRPr="002010AE" w:rsidRDefault="002010AE" w:rsidP="00C0078F">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426" w:type="dxa"/>
            <w:shd w:val="clear" w:color="auto" w:fill="FFFFFF" w:themeFill="background1"/>
          </w:tcPr>
          <w:p w14:paraId="1B243313" w14:textId="77777777" w:rsidR="002010AE" w:rsidRPr="002010AE" w:rsidRDefault="002010AE" w:rsidP="00C0078F">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425" w:type="dxa"/>
            <w:shd w:val="clear" w:color="auto" w:fill="FFFFFF" w:themeFill="background1"/>
          </w:tcPr>
          <w:p w14:paraId="56C81480" w14:textId="77777777" w:rsidR="002010AE" w:rsidRPr="002010AE" w:rsidRDefault="002010AE" w:rsidP="00C0078F">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425" w:type="dxa"/>
            <w:shd w:val="clear" w:color="auto" w:fill="FFFFFF" w:themeFill="background1"/>
          </w:tcPr>
          <w:p w14:paraId="54C75FF8" w14:textId="77777777" w:rsidR="002010AE" w:rsidRPr="002010AE" w:rsidRDefault="002010AE" w:rsidP="00C0078F">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425" w:type="dxa"/>
            <w:shd w:val="clear" w:color="auto" w:fill="FFFFFF" w:themeFill="background1"/>
          </w:tcPr>
          <w:p w14:paraId="7FB99564" w14:textId="77777777" w:rsidR="002010AE" w:rsidRPr="002010AE" w:rsidRDefault="002010AE" w:rsidP="00C0078F">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426" w:type="dxa"/>
            <w:shd w:val="clear" w:color="auto" w:fill="FFFFFF" w:themeFill="background1"/>
          </w:tcPr>
          <w:p w14:paraId="0DA5178A" w14:textId="77777777" w:rsidR="002010AE" w:rsidRPr="002010AE" w:rsidRDefault="002010AE" w:rsidP="00C0078F">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425" w:type="dxa"/>
            <w:shd w:val="clear" w:color="auto" w:fill="FFFFFF" w:themeFill="background1"/>
          </w:tcPr>
          <w:p w14:paraId="1184C681" w14:textId="77777777" w:rsidR="002010AE" w:rsidRPr="002010AE" w:rsidRDefault="002010AE" w:rsidP="00C0078F">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09" w:type="dxa"/>
            <w:shd w:val="clear" w:color="auto" w:fill="FFFFFF" w:themeFill="background1"/>
          </w:tcPr>
          <w:p w14:paraId="2DBFED46" w14:textId="77777777" w:rsidR="002010AE" w:rsidRPr="002010AE" w:rsidRDefault="002010AE" w:rsidP="00C0078F">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976" w:type="dxa"/>
            <w:shd w:val="clear" w:color="auto" w:fill="FFFFFF" w:themeFill="background1"/>
          </w:tcPr>
          <w:p w14:paraId="36FE68ED" w14:textId="63888808" w:rsidR="002010AE" w:rsidRPr="002010AE" w:rsidRDefault="002010AE" w:rsidP="00C0078F">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The situation feels difficult to understand</w:t>
            </w:r>
          </w:p>
        </w:tc>
      </w:tr>
      <w:tr w:rsidR="00C0078F" w:rsidRPr="002010AE" w14:paraId="67708411" w14:textId="77777777" w:rsidTr="003158B7">
        <w:tc>
          <w:tcPr>
            <w:cnfStyle w:val="001000000000" w:firstRow="0" w:lastRow="0" w:firstColumn="1" w:lastColumn="0" w:oddVBand="0" w:evenVBand="0" w:oddHBand="0" w:evenHBand="0" w:firstRowFirstColumn="0" w:firstRowLastColumn="0" w:lastRowFirstColumn="0" w:lastRowLastColumn="0"/>
            <w:tcW w:w="2518" w:type="dxa"/>
            <w:shd w:val="clear" w:color="auto" w:fill="FFFFFF" w:themeFill="background1"/>
          </w:tcPr>
          <w:p w14:paraId="7F438FB9" w14:textId="313F7DFE" w:rsidR="002010AE" w:rsidRPr="002010AE" w:rsidRDefault="002010AE" w:rsidP="00C0078F">
            <w:pPr>
              <w:spacing w:after="120"/>
              <w:rPr>
                <w:rFonts w:ascii="Times New Roman" w:hAnsi="Times New Roman" w:cs="Times New Roman"/>
              </w:rPr>
            </w:pPr>
            <w:r w:rsidRPr="002010AE">
              <w:rPr>
                <w:rFonts w:ascii="Times New Roman" w:hAnsi="Times New Roman" w:cs="Times New Roman"/>
                <w:b w:val="0"/>
                <w:bCs w:val="0"/>
              </w:rPr>
              <w:t>While watching the video, I felt I was part of the events</w:t>
            </w:r>
          </w:p>
        </w:tc>
        <w:tc>
          <w:tcPr>
            <w:tcW w:w="425" w:type="dxa"/>
            <w:shd w:val="clear" w:color="auto" w:fill="FFFFFF" w:themeFill="background1"/>
          </w:tcPr>
          <w:p w14:paraId="5DED963B" w14:textId="6BD135D0" w:rsidR="002010AE" w:rsidRPr="002010AE" w:rsidRDefault="002010AE" w:rsidP="00C0078F">
            <w:pPr>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 </w:t>
            </w:r>
          </w:p>
        </w:tc>
        <w:tc>
          <w:tcPr>
            <w:tcW w:w="426" w:type="dxa"/>
            <w:shd w:val="clear" w:color="auto" w:fill="FFFFFF" w:themeFill="background1"/>
          </w:tcPr>
          <w:p w14:paraId="7EA9302B" w14:textId="540A63C6" w:rsidR="002010AE" w:rsidRPr="002010AE" w:rsidRDefault="002010AE" w:rsidP="00C0078F">
            <w:pPr>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 </w:t>
            </w:r>
          </w:p>
        </w:tc>
        <w:tc>
          <w:tcPr>
            <w:tcW w:w="425" w:type="dxa"/>
            <w:shd w:val="clear" w:color="auto" w:fill="FFFFFF" w:themeFill="background1"/>
          </w:tcPr>
          <w:p w14:paraId="3BA9E08D" w14:textId="2DA27C78" w:rsidR="002010AE" w:rsidRPr="002010AE" w:rsidRDefault="002010AE" w:rsidP="00C0078F">
            <w:pPr>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 </w:t>
            </w:r>
          </w:p>
        </w:tc>
        <w:tc>
          <w:tcPr>
            <w:tcW w:w="425" w:type="dxa"/>
            <w:shd w:val="clear" w:color="auto" w:fill="FFFFFF" w:themeFill="background1"/>
          </w:tcPr>
          <w:p w14:paraId="7F184FAB" w14:textId="4D8DE3C1" w:rsidR="002010AE" w:rsidRPr="002010AE" w:rsidRDefault="002010AE" w:rsidP="00C0078F">
            <w:pPr>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 </w:t>
            </w:r>
          </w:p>
        </w:tc>
        <w:tc>
          <w:tcPr>
            <w:tcW w:w="425" w:type="dxa"/>
            <w:shd w:val="clear" w:color="auto" w:fill="FFFFFF" w:themeFill="background1"/>
          </w:tcPr>
          <w:p w14:paraId="62B55A24" w14:textId="57674CFC" w:rsidR="002010AE" w:rsidRPr="002010AE" w:rsidRDefault="002010AE" w:rsidP="00C0078F">
            <w:pPr>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 </w:t>
            </w:r>
          </w:p>
        </w:tc>
        <w:tc>
          <w:tcPr>
            <w:tcW w:w="426" w:type="dxa"/>
            <w:shd w:val="clear" w:color="auto" w:fill="FFFFFF" w:themeFill="background1"/>
          </w:tcPr>
          <w:p w14:paraId="624FFD34" w14:textId="310152A3" w:rsidR="002010AE" w:rsidRPr="002010AE" w:rsidRDefault="002010AE" w:rsidP="00C0078F">
            <w:pPr>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 </w:t>
            </w:r>
          </w:p>
        </w:tc>
        <w:tc>
          <w:tcPr>
            <w:tcW w:w="425" w:type="dxa"/>
            <w:shd w:val="clear" w:color="auto" w:fill="FFFFFF" w:themeFill="background1"/>
          </w:tcPr>
          <w:p w14:paraId="31B1A3D6" w14:textId="1ACC110E" w:rsidR="002010AE" w:rsidRPr="002010AE" w:rsidRDefault="002010AE" w:rsidP="00C0078F">
            <w:pPr>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 </w:t>
            </w:r>
          </w:p>
        </w:tc>
        <w:tc>
          <w:tcPr>
            <w:tcW w:w="709" w:type="dxa"/>
            <w:shd w:val="clear" w:color="auto" w:fill="FFFFFF" w:themeFill="background1"/>
          </w:tcPr>
          <w:p w14:paraId="06E70A75" w14:textId="21B717C3" w:rsidR="002010AE" w:rsidRPr="002010AE" w:rsidRDefault="002010AE" w:rsidP="00C0078F">
            <w:pPr>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 xml:space="preserve"> </w:t>
            </w:r>
          </w:p>
        </w:tc>
        <w:tc>
          <w:tcPr>
            <w:tcW w:w="2976" w:type="dxa"/>
            <w:shd w:val="clear" w:color="auto" w:fill="FFFFFF" w:themeFill="background1"/>
          </w:tcPr>
          <w:p w14:paraId="6888E971" w14:textId="1A7EC128" w:rsidR="002010AE" w:rsidRPr="002010AE" w:rsidRDefault="002010AE" w:rsidP="00C0078F">
            <w:pPr>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0AE">
              <w:rPr>
                <w:rFonts w:ascii="Times New Roman" w:hAnsi="Times New Roman" w:cs="Times New Roman"/>
              </w:rPr>
              <w:t>I was not able to engage with the situation in the video</w:t>
            </w:r>
          </w:p>
        </w:tc>
      </w:tr>
    </w:tbl>
    <w:p w14:paraId="7DA92DDA" w14:textId="77777777" w:rsidR="001021F2" w:rsidRDefault="001021F2">
      <w:pPr>
        <w:rPr>
          <w:rFonts w:ascii="Times New Roman" w:hAnsi="Times New Roman" w:cs="Times New Roman"/>
        </w:rPr>
      </w:pPr>
    </w:p>
    <w:p w14:paraId="6C1D69E0" w14:textId="77777777" w:rsidR="00CE11C4" w:rsidRPr="002010AE" w:rsidRDefault="00CE11C4">
      <w:pPr>
        <w:rPr>
          <w:rFonts w:ascii="Times New Roman" w:hAnsi="Times New Roman" w:cs="Times New Roman"/>
        </w:rPr>
      </w:pPr>
    </w:p>
    <w:sectPr w:rsidR="00CE11C4" w:rsidRPr="002010AE" w:rsidSect="00034616">
      <w:headerReference w:type="even" r:id="rId8"/>
      <w:headerReference w:type="default" r:id="rId9"/>
      <w:headerReference w:type="firs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2324B" w14:textId="77777777" w:rsidR="007134BF" w:rsidRDefault="007134BF" w:rsidP="003158B7">
      <w:pPr>
        <w:spacing w:after="0" w:line="240" w:lineRule="auto"/>
      </w:pPr>
      <w:r>
        <w:separator/>
      </w:r>
    </w:p>
  </w:endnote>
  <w:endnote w:type="continuationSeparator" w:id="0">
    <w:p w14:paraId="41DA499C" w14:textId="77777777" w:rsidR="007134BF" w:rsidRDefault="007134BF" w:rsidP="003158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E03AF" w14:textId="77777777" w:rsidR="007134BF" w:rsidRDefault="007134BF" w:rsidP="003158B7">
      <w:pPr>
        <w:spacing w:after="0" w:line="240" w:lineRule="auto"/>
      </w:pPr>
      <w:r>
        <w:separator/>
      </w:r>
    </w:p>
  </w:footnote>
  <w:footnote w:type="continuationSeparator" w:id="0">
    <w:p w14:paraId="01BA3EB8" w14:textId="77777777" w:rsidR="007134BF" w:rsidRDefault="007134BF" w:rsidP="003158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295C4" w14:textId="60D5B2B1" w:rsidR="003158B7" w:rsidRDefault="003158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66AF7" w14:textId="36B88BBD" w:rsidR="003158B7" w:rsidRDefault="003158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F83BC" w14:textId="49A0BE7D" w:rsidR="003158B7" w:rsidRDefault="003158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52912560">
    <w:abstractNumId w:val="8"/>
  </w:num>
  <w:num w:numId="2" w16cid:durableId="1825853676">
    <w:abstractNumId w:val="6"/>
  </w:num>
  <w:num w:numId="3" w16cid:durableId="2103836996">
    <w:abstractNumId w:val="5"/>
  </w:num>
  <w:num w:numId="4" w16cid:durableId="1189683058">
    <w:abstractNumId w:val="4"/>
  </w:num>
  <w:num w:numId="5" w16cid:durableId="1441952314">
    <w:abstractNumId w:val="7"/>
  </w:num>
  <w:num w:numId="6" w16cid:durableId="389961590">
    <w:abstractNumId w:val="3"/>
  </w:num>
  <w:num w:numId="7" w16cid:durableId="1941062820">
    <w:abstractNumId w:val="2"/>
  </w:num>
  <w:num w:numId="8" w16cid:durableId="1382442392">
    <w:abstractNumId w:val="1"/>
  </w:num>
  <w:num w:numId="9" w16cid:durableId="511839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021F2"/>
    <w:rsid w:val="0015074B"/>
    <w:rsid w:val="002010AE"/>
    <w:rsid w:val="0029639D"/>
    <w:rsid w:val="003158B7"/>
    <w:rsid w:val="00326F90"/>
    <w:rsid w:val="007134BF"/>
    <w:rsid w:val="00AA1D8D"/>
    <w:rsid w:val="00B244D6"/>
    <w:rsid w:val="00B47730"/>
    <w:rsid w:val="00C0078F"/>
    <w:rsid w:val="00C221A5"/>
    <w:rsid w:val="00CB0664"/>
    <w:rsid w:val="00CE11C4"/>
    <w:rsid w:val="00F14049"/>
    <w:rsid w:val="00FC693F"/>
    <w:rsid w:val="00FE30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79273D"/>
  <w14:defaultImageDpi w14:val="300"/>
  <w15:docId w15:val="{910E0E7F-D77E-4E3F-983B-63A7E1EC9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049"/>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PlainTable1">
    <w:name w:val="Plain Table 1"/>
    <w:basedOn w:val="TableNormal"/>
    <w:uiPriority w:val="99"/>
    <w:rsid w:val="00B244D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99"/>
    <w:rsid w:val="002010A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C007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0dc41d9b-b010-4340-bce3-e554a9fc2bef}" enabled="1" method="Privileged" siteId="{fa6944af-cc7c-4cd8-9154-c01132798910}"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223</Words>
  <Characters>1341</Characters>
  <Application>Microsoft Office Word</Application>
  <DocSecurity>0</DocSecurity>
  <Lines>37</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Henri Nevalainen (TAU)</cp:lastModifiedBy>
  <cp:revision>3</cp:revision>
  <dcterms:created xsi:type="dcterms:W3CDTF">2013-12-23T23:15:00Z</dcterms:created>
  <dcterms:modified xsi:type="dcterms:W3CDTF">2025-09-08T08:28:00Z</dcterms:modified>
  <cp:category/>
</cp:coreProperties>
</file>