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CA674" w14:textId="7162C690" w:rsidR="00461C3D" w:rsidRPr="00B97298" w:rsidRDefault="00000000" w:rsidP="00B97298">
      <w:pPr>
        <w:jc w:val="center"/>
        <w:rPr>
          <w:rFonts w:ascii="Times New Roman" w:hAnsi="Times New Roman" w:cs="Times New Roman"/>
          <w:sz w:val="40"/>
          <w:szCs w:val="40"/>
          <w:lang w:eastAsia="ko-KR"/>
        </w:rPr>
      </w:pPr>
      <w:r w:rsidRPr="00B97298">
        <w:rPr>
          <w:rFonts w:ascii="Times New Roman" w:hAnsi="Times New Roman" w:cs="Times New Roman"/>
          <w:sz w:val="40"/>
          <w:szCs w:val="40"/>
        </w:rPr>
        <w:t>Chatbot Usability Survey</w:t>
      </w:r>
      <w:r w:rsidR="00B97298">
        <w:rPr>
          <w:rFonts w:ascii="Times New Roman" w:hAnsi="Times New Roman" w:cs="Times New Roman"/>
          <w:sz w:val="40"/>
          <w:szCs w:val="40"/>
          <w:lang w:eastAsia="ko-KR"/>
        </w:rPr>
        <w:br/>
      </w:r>
      <w:r w:rsidRPr="00B97298">
        <w:rPr>
          <w:rFonts w:ascii="Times New Roman" w:hAnsi="Times New Roman" w:cs="Times New Roman"/>
          <w:sz w:val="40"/>
          <w:szCs w:val="40"/>
        </w:rPr>
        <w:t>[Experimental Group]</w:t>
      </w:r>
    </w:p>
    <w:p w14:paraId="4D6A6B5F" w14:textId="77777777" w:rsidR="00461C3D" w:rsidRPr="00B97298" w:rsidRDefault="00461C3D">
      <w:pPr>
        <w:rPr>
          <w:rFonts w:ascii="Times New Roman" w:hAnsi="Times New Roman" w:cs="Times New Roman"/>
        </w:rPr>
      </w:pPr>
    </w:p>
    <w:p w14:paraId="0FAA7A9C" w14:textId="4A62E990" w:rsidR="00461C3D" w:rsidRPr="00B97298" w:rsidRDefault="00000000">
      <w:pPr>
        <w:rPr>
          <w:rFonts w:ascii="Times New Roman" w:hAnsi="Times New Roman" w:cs="Times New Roman"/>
        </w:rPr>
      </w:pPr>
      <w:r w:rsidRPr="00B97298">
        <w:rPr>
          <w:rFonts w:ascii="Times New Roman" w:hAnsi="Times New Roman" w:cs="Times New Roman"/>
        </w:rPr>
        <w:t>This survey consists of items evaluating the usability of the OSCE chatbot. It includes the collection of personal information such as name, age, and school of origin. The responses may be presented in research reports, papers, etc., in the form of statistical analyses.</w:t>
      </w:r>
    </w:p>
    <w:p w14:paraId="1A2E7C54" w14:textId="77777777" w:rsidR="00461C3D" w:rsidRPr="00B97298" w:rsidRDefault="00461C3D">
      <w:pPr>
        <w:rPr>
          <w:rFonts w:ascii="Times New Roman" w:hAnsi="Times New Roman" w:cs="Times New Roman"/>
        </w:rPr>
      </w:pPr>
    </w:p>
    <w:p w14:paraId="04646B33" w14:textId="77777777" w:rsidR="00461C3D" w:rsidRPr="00B97298" w:rsidRDefault="00000000">
      <w:pPr>
        <w:rPr>
          <w:rFonts w:ascii="Times New Roman" w:hAnsi="Times New Roman" w:cs="Times New Roman"/>
        </w:rPr>
      </w:pPr>
      <w:r w:rsidRPr="00B97298">
        <w:rPr>
          <w:rFonts w:ascii="Times New Roman" w:hAnsi="Times New Roman" w:cs="Times New Roman"/>
        </w:rPr>
        <w:t>I agree that the results of this survey will be used for research purposes. □ Agree □ Disagree</w:t>
      </w:r>
    </w:p>
    <w:p w14:paraId="1B713E59" w14:textId="77777777" w:rsidR="00461C3D" w:rsidRPr="00B97298" w:rsidRDefault="00461C3D">
      <w:pPr>
        <w:rPr>
          <w:rFonts w:ascii="Times New Roman" w:hAnsi="Times New Roman" w:cs="Times New Roman"/>
        </w:rPr>
      </w:pPr>
    </w:p>
    <w:p w14:paraId="6271A65C" w14:textId="77777777" w:rsidR="00461C3D" w:rsidRPr="00B97298" w:rsidRDefault="00000000">
      <w:pPr>
        <w:rPr>
          <w:rFonts w:ascii="Times New Roman" w:hAnsi="Times New Roman" w:cs="Times New Roman"/>
          <w:b/>
          <w:bCs/>
          <w:sz w:val="30"/>
          <w:szCs w:val="30"/>
        </w:rPr>
      </w:pPr>
      <w:r w:rsidRPr="00B97298">
        <w:rPr>
          <w:rFonts w:ascii="Times New Roman" w:hAnsi="Times New Roman" w:cs="Times New Roman"/>
          <w:b/>
          <w:bCs/>
          <w:sz w:val="30"/>
          <w:szCs w:val="30"/>
        </w:rPr>
        <w:t>Basic Information</w:t>
      </w:r>
    </w:p>
    <w:p w14:paraId="3D0802F2"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xml:space="preserve">Initials: </w:t>
      </w:r>
    </w:p>
    <w:p w14:paraId="7765CA7D"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Code: AAR___</w:t>
      </w:r>
    </w:p>
    <w:p w14:paraId="17160FAE"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Year: [    ] year of medical school</w:t>
      </w:r>
    </w:p>
    <w:p w14:paraId="446439D6"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xml:space="preserve">Age: </w:t>
      </w:r>
    </w:p>
    <w:p w14:paraId="540BA65A"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xml:space="preserve">School: </w:t>
      </w:r>
    </w:p>
    <w:p w14:paraId="5DF99BD7"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Gender: □ Male □ Female</w:t>
      </w:r>
    </w:p>
    <w:p w14:paraId="649EE61F" w14:textId="76B1FED3"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xml:space="preserve">Number of times you have previously taken the OSCE exam: [  </w:t>
      </w:r>
      <w:proofErr w:type="gramStart"/>
      <w:r w:rsidRPr="00B97298">
        <w:rPr>
          <w:rFonts w:ascii="Times New Roman" w:hAnsi="Times New Roman" w:cs="Times New Roman"/>
        </w:rPr>
        <w:t xml:space="preserve">  ]</w:t>
      </w:r>
      <w:proofErr w:type="gramEnd"/>
      <w:r w:rsidRPr="00B97298">
        <w:rPr>
          <w:rFonts w:ascii="Times New Roman" w:hAnsi="Times New Roman" w:cs="Times New Roman"/>
        </w:rPr>
        <w:t xml:space="preserve"> times</w:t>
      </w:r>
    </w:p>
    <w:p w14:paraId="3EEF22C1"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xml:space="preserve">Time spent studying the pre-learning materials: approximately [  </w:t>
      </w:r>
      <w:proofErr w:type="gramStart"/>
      <w:r w:rsidRPr="00B97298">
        <w:rPr>
          <w:rFonts w:ascii="Times New Roman" w:hAnsi="Times New Roman" w:cs="Times New Roman"/>
        </w:rPr>
        <w:t xml:space="preserve">  ]</w:t>
      </w:r>
      <w:proofErr w:type="gramEnd"/>
      <w:r w:rsidRPr="00B97298">
        <w:rPr>
          <w:rFonts w:ascii="Times New Roman" w:hAnsi="Times New Roman" w:cs="Times New Roman"/>
        </w:rPr>
        <w:t xml:space="preserve"> minutes</w:t>
      </w:r>
    </w:p>
    <w:p w14:paraId="77152ABD" w14:textId="77777777" w:rsidR="00461C3D" w:rsidRPr="00B97298" w:rsidRDefault="00461C3D">
      <w:pPr>
        <w:rPr>
          <w:rFonts w:ascii="Times New Roman" w:hAnsi="Times New Roman" w:cs="Times New Roman"/>
        </w:rPr>
      </w:pPr>
    </w:p>
    <w:p w14:paraId="021592B2" w14:textId="77777777" w:rsidR="00461C3D" w:rsidRPr="00B97298" w:rsidRDefault="00000000">
      <w:pPr>
        <w:rPr>
          <w:rFonts w:ascii="Times New Roman" w:hAnsi="Times New Roman" w:cs="Times New Roman"/>
          <w:b/>
          <w:bCs/>
        </w:rPr>
      </w:pPr>
      <w:r w:rsidRPr="00B97298">
        <w:rPr>
          <w:rFonts w:ascii="Times New Roman" w:hAnsi="Times New Roman" w:cs="Times New Roman"/>
          <w:b/>
          <w:bCs/>
        </w:rPr>
        <w:t>Experience using LLM chatbots (ChatGPT, Gemini, Claude, DeepSeek, etc.):</w:t>
      </w:r>
    </w:p>
    <w:p w14:paraId="10A957B6"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None at all</w:t>
      </w:r>
    </w:p>
    <w:p w14:paraId="4B969891"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Almost none</w:t>
      </w:r>
    </w:p>
    <w:p w14:paraId="6B67CD09"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Average</w:t>
      </w:r>
    </w:p>
    <w:p w14:paraId="0831D4B9"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Often use (about 3–4 times a week, more than 10 minutes each time)</w:t>
      </w:r>
    </w:p>
    <w:p w14:paraId="7ABA79D2"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Very often use (about 5 times a week, more than 20 minutes each time)</w:t>
      </w:r>
    </w:p>
    <w:p w14:paraId="5EE06B77" w14:textId="77777777" w:rsidR="00461C3D" w:rsidRPr="00B97298" w:rsidRDefault="00461C3D">
      <w:pPr>
        <w:rPr>
          <w:rFonts w:ascii="Times New Roman" w:hAnsi="Times New Roman" w:cs="Times New Roman"/>
        </w:rPr>
      </w:pPr>
    </w:p>
    <w:p w14:paraId="6287AFEF" w14:textId="77777777" w:rsidR="00461C3D" w:rsidRPr="00B97298" w:rsidRDefault="00000000">
      <w:pPr>
        <w:rPr>
          <w:rFonts w:ascii="Times New Roman" w:hAnsi="Times New Roman" w:cs="Times New Roman"/>
          <w:b/>
          <w:bCs/>
        </w:rPr>
      </w:pPr>
      <w:r w:rsidRPr="00B97298">
        <w:rPr>
          <w:rFonts w:ascii="Times New Roman" w:hAnsi="Times New Roman" w:cs="Times New Roman"/>
          <w:b/>
          <w:bCs/>
        </w:rPr>
        <w:lastRenderedPageBreak/>
        <w:t>Main purposes of using LLM chatbots (multiple selections possible):</w:t>
      </w:r>
    </w:p>
    <w:p w14:paraId="0A755FC2"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Support for assignments and report writing</w:t>
      </w:r>
    </w:p>
    <w:p w14:paraId="53E75996"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Assistance in exam preparation and studying</w:t>
      </w:r>
    </w:p>
    <w:p w14:paraId="6D64AD9A"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Resolving questions related to lectures and classes</w:t>
      </w:r>
    </w:p>
    <w:p w14:paraId="4A64CC2E"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Career and employment preparation</w:t>
      </w:r>
    </w:p>
    <w:p w14:paraId="17F9D575"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Creative activities and idea brainstorming</w:t>
      </w:r>
    </w:p>
    <w:p w14:paraId="667EADB0"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Exploring hobbies and personal interests</w:t>
      </w:r>
    </w:p>
    <w:p w14:paraId="24DA1E05"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Other (please describe: ________________________________________________)</w:t>
      </w:r>
    </w:p>
    <w:p w14:paraId="5EBE5A90" w14:textId="77777777" w:rsidR="00461C3D" w:rsidRPr="00B97298" w:rsidRDefault="00461C3D">
      <w:pPr>
        <w:rPr>
          <w:rFonts w:ascii="Times New Roman" w:hAnsi="Times New Roman" w:cs="Times New Roman"/>
        </w:rPr>
      </w:pPr>
    </w:p>
    <w:p w14:paraId="47A541B8" w14:textId="77777777" w:rsidR="00461C3D" w:rsidRPr="00B97298" w:rsidRDefault="00000000">
      <w:pPr>
        <w:rPr>
          <w:rFonts w:ascii="Times New Roman" w:hAnsi="Times New Roman" w:cs="Times New Roman"/>
          <w:b/>
          <w:bCs/>
        </w:rPr>
      </w:pPr>
      <w:r w:rsidRPr="00B97298">
        <w:rPr>
          <w:rFonts w:ascii="Times New Roman" w:hAnsi="Times New Roman" w:cs="Times New Roman"/>
          <w:b/>
          <w:bCs/>
        </w:rPr>
        <w:t>Background knowledge about LLM chatbots (how the model works, how it is trained, etc.):</w:t>
      </w:r>
    </w:p>
    <w:p w14:paraId="29D70FE7"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None at all</w:t>
      </w:r>
    </w:p>
    <w:p w14:paraId="3A89E583"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Almost none</w:t>
      </w:r>
    </w:p>
    <w:p w14:paraId="5736AF33"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Average</w:t>
      </w:r>
    </w:p>
    <w:p w14:paraId="67EC24D8"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Have knowledge</w:t>
      </w:r>
    </w:p>
    <w:p w14:paraId="694E7331"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Have abundant knowledge</w:t>
      </w:r>
    </w:p>
    <w:p w14:paraId="01A62141" w14:textId="77777777" w:rsidR="00461C3D" w:rsidRPr="00B97298" w:rsidRDefault="00461C3D">
      <w:pPr>
        <w:rPr>
          <w:rFonts w:ascii="Times New Roman" w:hAnsi="Times New Roman" w:cs="Times New Roman"/>
        </w:rPr>
      </w:pPr>
    </w:p>
    <w:p w14:paraId="5D567727" w14:textId="77777777" w:rsidR="00461C3D" w:rsidRPr="00B97298" w:rsidRDefault="00000000">
      <w:pPr>
        <w:rPr>
          <w:rFonts w:ascii="Times New Roman" w:hAnsi="Times New Roman" w:cs="Times New Roman"/>
          <w:b/>
          <w:bCs/>
        </w:rPr>
      </w:pPr>
      <w:r w:rsidRPr="00B97298">
        <w:rPr>
          <w:rFonts w:ascii="Times New Roman" w:hAnsi="Times New Roman" w:cs="Times New Roman"/>
          <w:b/>
          <w:bCs/>
        </w:rPr>
        <w:t>How many times have you used this OSCE practice chatbot in total? (average over 4 scenarios)</w:t>
      </w:r>
    </w:p>
    <w:p w14:paraId="59260A61"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1–2 times</w:t>
      </w:r>
    </w:p>
    <w:p w14:paraId="2369102B" w14:textId="77777777"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3–5 times</w:t>
      </w:r>
    </w:p>
    <w:p w14:paraId="109E0ECD" w14:textId="317C2019"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6–10 times</w:t>
      </w:r>
    </w:p>
    <w:p w14:paraId="2B9902A4" w14:textId="4448A853" w:rsidR="00461C3D" w:rsidRPr="00B97298" w:rsidRDefault="00000000" w:rsidP="00B97298">
      <w:pPr>
        <w:ind w:firstLine="720"/>
        <w:rPr>
          <w:rFonts w:ascii="Times New Roman" w:hAnsi="Times New Roman" w:cs="Times New Roman"/>
        </w:rPr>
      </w:pPr>
      <w:r w:rsidRPr="00B97298">
        <w:rPr>
          <w:rFonts w:ascii="Times New Roman" w:hAnsi="Times New Roman" w:cs="Times New Roman"/>
        </w:rPr>
        <w:t>□ More than 10 times</w:t>
      </w:r>
    </w:p>
    <w:p w14:paraId="280706AD" w14:textId="77777777" w:rsidR="00461C3D" w:rsidRPr="00B97298" w:rsidRDefault="00461C3D">
      <w:pPr>
        <w:rPr>
          <w:rFonts w:ascii="Times New Roman" w:hAnsi="Times New Roman" w:cs="Times New Roman"/>
        </w:rPr>
      </w:pPr>
    </w:p>
    <w:p w14:paraId="3097DE0F" w14:textId="77777777" w:rsidR="00461C3D" w:rsidRPr="00B97298" w:rsidRDefault="00000000">
      <w:pPr>
        <w:rPr>
          <w:rFonts w:ascii="Times New Roman" w:hAnsi="Times New Roman" w:cs="Times New Roman"/>
          <w:b/>
          <w:bCs/>
          <w:sz w:val="30"/>
          <w:szCs w:val="30"/>
        </w:rPr>
      </w:pPr>
      <w:r w:rsidRPr="00B97298">
        <w:rPr>
          <w:rFonts w:ascii="Times New Roman" w:hAnsi="Times New Roman" w:cs="Times New Roman"/>
          <w:b/>
          <w:bCs/>
          <w:sz w:val="30"/>
          <w:szCs w:val="30"/>
        </w:rPr>
        <w:t xml:space="preserve">**System Usability Evaluation**  </w:t>
      </w:r>
    </w:p>
    <w:p w14:paraId="1508B016" w14:textId="3446455B" w:rsidR="00461C3D" w:rsidRPr="00B97298" w:rsidRDefault="00000000">
      <w:pPr>
        <w:rPr>
          <w:rFonts w:ascii="Times New Roman" w:hAnsi="Times New Roman" w:cs="Times New Roman"/>
        </w:rPr>
      </w:pPr>
      <w:r w:rsidRPr="00B97298">
        <w:rPr>
          <w:rFonts w:ascii="Times New Roman" w:hAnsi="Times New Roman" w:cs="Times New Roman"/>
        </w:rPr>
        <w:t>(1: Strongly disagree ~ 5: Strongly agree)</w:t>
      </w:r>
    </w:p>
    <w:p w14:paraId="0957E5CE" w14:textId="77777777" w:rsidR="00461C3D" w:rsidRPr="00B97298" w:rsidRDefault="00000000">
      <w:pPr>
        <w:rPr>
          <w:rFonts w:ascii="Times New Roman" w:hAnsi="Times New Roman" w:cs="Times New Roman"/>
          <w:b/>
          <w:bCs/>
        </w:rPr>
      </w:pPr>
      <w:r w:rsidRPr="00B97298">
        <w:rPr>
          <w:rFonts w:ascii="Times New Roman" w:hAnsi="Times New Roman" w:cs="Times New Roman"/>
          <w:b/>
          <w:bCs/>
        </w:rPr>
        <w:t>### 1. Chatbot Response Quality</w:t>
      </w:r>
    </w:p>
    <w:p w14:paraId="3ED213CC" w14:textId="77777777" w:rsidR="00412FF0" w:rsidRDefault="00412FF0">
      <w:pPr>
        <w:rPr>
          <w:rFonts w:ascii="Times New Roman" w:hAnsi="Times New Roman" w:cs="Times New Roman"/>
        </w:rPr>
      </w:pPr>
      <w:r>
        <w:rPr>
          <w:rFonts w:ascii="Times New Roman" w:hAnsi="Times New Roman" w:cs="Times New Roman"/>
        </w:rPr>
        <w:t xml:space="preserve">Q1. </w:t>
      </w:r>
      <w:r w:rsidR="00000000" w:rsidRPr="00B97298">
        <w:rPr>
          <w:rFonts w:ascii="Times New Roman" w:hAnsi="Times New Roman" w:cs="Times New Roman"/>
        </w:rPr>
        <w:t xml:space="preserve">The chatbot accurately reflected the patient information given in the scenario. </w:t>
      </w:r>
      <w:r w:rsidR="00B97298">
        <w:rPr>
          <w:rFonts w:ascii="Times New Roman" w:hAnsi="Times New Roman" w:cs="Times New Roman"/>
        </w:rPr>
        <w:tab/>
      </w:r>
    </w:p>
    <w:p w14:paraId="0C17D0F4" w14:textId="59983264" w:rsidR="00461C3D" w:rsidRPr="00B97298" w:rsidRDefault="00000000" w:rsidP="00412FF0">
      <w:pPr>
        <w:ind w:left="6480" w:firstLine="720"/>
        <w:rPr>
          <w:rFonts w:ascii="Times New Roman" w:hAnsi="Times New Roman" w:cs="Times New Roman"/>
        </w:rPr>
      </w:pPr>
      <w:r w:rsidRPr="00B97298">
        <w:rPr>
          <w:rFonts w:ascii="Times New Roman" w:hAnsi="Times New Roman" w:cs="Times New Roman"/>
        </w:rPr>
        <w:lastRenderedPageBreak/>
        <w:t xml:space="preserve">□1 □2 □3 □4 □5  </w:t>
      </w:r>
    </w:p>
    <w:p w14:paraId="1B4FF578" w14:textId="04937884" w:rsidR="00B97298" w:rsidRDefault="00412FF0">
      <w:pPr>
        <w:rPr>
          <w:rFonts w:ascii="Times New Roman" w:hAnsi="Times New Roman" w:cs="Times New Roman"/>
        </w:rPr>
      </w:pPr>
      <w:r>
        <w:rPr>
          <w:rFonts w:ascii="Times New Roman" w:hAnsi="Times New Roman" w:cs="Times New Roman"/>
        </w:rPr>
        <w:t xml:space="preserve">Q2. </w:t>
      </w:r>
      <w:r w:rsidR="00000000" w:rsidRPr="00B97298">
        <w:rPr>
          <w:rFonts w:ascii="Times New Roman" w:hAnsi="Times New Roman" w:cs="Times New Roman"/>
        </w:rPr>
        <w:t xml:space="preserve">The specificity of the chatbot’s responses was appropriate (neither too verbose nor too short). </w:t>
      </w:r>
    </w:p>
    <w:p w14:paraId="08B7CE33" w14:textId="4B085FCC" w:rsidR="00461C3D" w:rsidRPr="00B97298" w:rsidRDefault="00000000" w:rsidP="00B97298">
      <w:pPr>
        <w:ind w:left="6480" w:firstLine="720"/>
        <w:rPr>
          <w:rFonts w:ascii="Times New Roman" w:hAnsi="Times New Roman" w:cs="Times New Roman"/>
        </w:rPr>
      </w:pPr>
      <w:r w:rsidRPr="00B97298">
        <w:rPr>
          <w:rFonts w:ascii="Times New Roman" w:hAnsi="Times New Roman" w:cs="Times New Roman"/>
        </w:rPr>
        <w:t xml:space="preserve">□1 □2 □3 □4 □5  </w:t>
      </w:r>
    </w:p>
    <w:p w14:paraId="0E6E3ECA" w14:textId="0DC81FDC" w:rsidR="00461C3D" w:rsidRPr="00B97298" w:rsidRDefault="00412FF0">
      <w:pPr>
        <w:rPr>
          <w:rFonts w:ascii="Times New Roman" w:hAnsi="Times New Roman" w:cs="Times New Roman"/>
        </w:rPr>
      </w:pPr>
      <w:r>
        <w:rPr>
          <w:rFonts w:ascii="Times New Roman" w:hAnsi="Times New Roman" w:cs="Times New Roman"/>
        </w:rPr>
        <w:t xml:space="preserve">Q3. </w:t>
      </w:r>
      <w:r w:rsidR="00000000" w:rsidRPr="00B97298">
        <w:rPr>
          <w:rFonts w:ascii="Times New Roman" w:hAnsi="Times New Roman" w:cs="Times New Roman"/>
        </w:rPr>
        <w:t xml:space="preserve">The chatbot’s responses were natural, like those of a real patient. </w:t>
      </w:r>
      <w:r w:rsidR="00B97298">
        <w:rPr>
          <w:rFonts w:ascii="Times New Roman" w:hAnsi="Times New Roman" w:cs="Times New Roman"/>
        </w:rPr>
        <w:tab/>
      </w:r>
      <w:r w:rsidR="00B97298">
        <w:rPr>
          <w:rFonts w:ascii="Times New Roman" w:hAnsi="Times New Roman" w:cs="Times New Roman"/>
        </w:rPr>
        <w:tab/>
      </w:r>
      <w:r w:rsidR="00000000" w:rsidRPr="00B97298">
        <w:rPr>
          <w:rFonts w:ascii="Times New Roman" w:hAnsi="Times New Roman" w:cs="Times New Roman"/>
        </w:rPr>
        <w:t xml:space="preserve">□1 □2 □3 □4 □5  </w:t>
      </w:r>
    </w:p>
    <w:p w14:paraId="266B1699" w14:textId="3BE60640" w:rsidR="00B97298" w:rsidRDefault="00412FF0">
      <w:pPr>
        <w:rPr>
          <w:rFonts w:ascii="Times New Roman" w:hAnsi="Times New Roman" w:cs="Times New Roman"/>
        </w:rPr>
      </w:pPr>
      <w:r>
        <w:rPr>
          <w:rFonts w:ascii="Times New Roman" w:hAnsi="Times New Roman" w:cs="Times New Roman"/>
        </w:rPr>
        <w:t xml:space="preserve">Q4. </w:t>
      </w:r>
      <w:r w:rsidR="00000000" w:rsidRPr="00B97298">
        <w:rPr>
          <w:rFonts w:ascii="Times New Roman" w:hAnsi="Times New Roman" w:cs="Times New Roman"/>
        </w:rPr>
        <w:t xml:space="preserve">The chatbot remembered and maintained the conversation context well within a session. </w:t>
      </w:r>
    </w:p>
    <w:p w14:paraId="366B9111" w14:textId="40A5744A" w:rsidR="00461C3D" w:rsidRPr="00B97298" w:rsidRDefault="00000000" w:rsidP="00B97298">
      <w:pPr>
        <w:ind w:left="6480" w:firstLine="720"/>
        <w:rPr>
          <w:rFonts w:ascii="Times New Roman" w:hAnsi="Times New Roman" w:cs="Times New Roman"/>
        </w:rPr>
      </w:pPr>
      <w:r w:rsidRPr="00B97298">
        <w:rPr>
          <w:rFonts w:ascii="Times New Roman" w:hAnsi="Times New Roman" w:cs="Times New Roman"/>
        </w:rPr>
        <w:t xml:space="preserve">□1 □2 □3 □4 □5  </w:t>
      </w:r>
    </w:p>
    <w:p w14:paraId="57A9102B" w14:textId="2CB87D5B" w:rsidR="00461C3D" w:rsidRPr="00B97298" w:rsidRDefault="00412FF0">
      <w:pPr>
        <w:rPr>
          <w:rFonts w:ascii="Times New Roman" w:hAnsi="Times New Roman" w:cs="Times New Roman"/>
        </w:rPr>
      </w:pPr>
      <w:r>
        <w:rPr>
          <w:rFonts w:ascii="Times New Roman" w:hAnsi="Times New Roman" w:cs="Times New Roman"/>
        </w:rPr>
        <w:t xml:space="preserve">Q5. </w:t>
      </w:r>
      <w:r w:rsidR="00000000" w:rsidRPr="00B97298">
        <w:rPr>
          <w:rFonts w:ascii="Times New Roman" w:hAnsi="Times New Roman" w:cs="Times New Roman"/>
        </w:rPr>
        <w:t xml:space="preserve">The chatbot provided consistent responses across multiple practice sessions. </w:t>
      </w:r>
      <w:r w:rsidR="00B97298">
        <w:rPr>
          <w:rFonts w:ascii="Times New Roman" w:hAnsi="Times New Roman" w:cs="Times New Roman"/>
        </w:rPr>
        <w:tab/>
      </w:r>
      <w:r w:rsidR="00000000" w:rsidRPr="00B97298">
        <w:rPr>
          <w:rFonts w:ascii="Times New Roman" w:hAnsi="Times New Roman" w:cs="Times New Roman"/>
        </w:rPr>
        <w:t xml:space="preserve">□1 □2 □3 □4 □5  </w:t>
      </w:r>
    </w:p>
    <w:p w14:paraId="0EA6E3DA" w14:textId="4AD140DE" w:rsidR="00B97298" w:rsidRDefault="00412FF0">
      <w:pPr>
        <w:rPr>
          <w:rFonts w:ascii="Times New Roman" w:hAnsi="Times New Roman" w:cs="Times New Roman"/>
        </w:rPr>
      </w:pPr>
      <w:r>
        <w:rPr>
          <w:rFonts w:ascii="Times New Roman" w:hAnsi="Times New Roman" w:cs="Times New Roman"/>
        </w:rPr>
        <w:t xml:space="preserve">Q6. </w:t>
      </w:r>
      <w:r w:rsidR="00000000" w:rsidRPr="00B97298">
        <w:rPr>
          <w:rFonts w:ascii="Times New Roman" w:hAnsi="Times New Roman" w:cs="Times New Roman"/>
        </w:rPr>
        <w:t xml:space="preserve">The chatbot appropriately understood Traditional Korean Medicine (TKM) terminology. </w:t>
      </w:r>
    </w:p>
    <w:p w14:paraId="0BDE170B" w14:textId="04DF8967" w:rsidR="00461C3D" w:rsidRPr="00B97298" w:rsidRDefault="00000000" w:rsidP="00B97298">
      <w:pPr>
        <w:ind w:left="6480" w:firstLine="720"/>
        <w:rPr>
          <w:rFonts w:ascii="Times New Roman" w:hAnsi="Times New Roman" w:cs="Times New Roman"/>
        </w:rPr>
      </w:pPr>
      <w:r w:rsidRPr="00B97298">
        <w:rPr>
          <w:rFonts w:ascii="Times New Roman" w:hAnsi="Times New Roman" w:cs="Times New Roman"/>
        </w:rPr>
        <w:t xml:space="preserve">□1 □2 □3 □4 □5  </w:t>
      </w:r>
    </w:p>
    <w:p w14:paraId="6226B72B" w14:textId="77777777" w:rsidR="00461C3D" w:rsidRPr="00B97298" w:rsidRDefault="00000000">
      <w:pPr>
        <w:rPr>
          <w:rFonts w:ascii="Times New Roman" w:hAnsi="Times New Roman" w:cs="Times New Roman"/>
        </w:rPr>
      </w:pPr>
      <w:r w:rsidRPr="00B97298">
        <w:rPr>
          <w:rFonts w:ascii="Times New Roman" w:hAnsi="Times New Roman" w:cs="Times New Roman"/>
        </w:rPr>
        <w:t>(If used, list TKM terms: _________________________________________________)</w:t>
      </w:r>
    </w:p>
    <w:p w14:paraId="024DD2FA" w14:textId="77777777" w:rsidR="00461C3D" w:rsidRPr="00B97298" w:rsidRDefault="00461C3D">
      <w:pPr>
        <w:rPr>
          <w:rFonts w:ascii="Times New Roman" w:hAnsi="Times New Roman" w:cs="Times New Roman"/>
        </w:rPr>
      </w:pPr>
    </w:p>
    <w:p w14:paraId="7EA378F0" w14:textId="77777777" w:rsidR="00461C3D" w:rsidRPr="00861F48" w:rsidRDefault="00000000">
      <w:pPr>
        <w:rPr>
          <w:rFonts w:ascii="Times New Roman" w:hAnsi="Times New Roman" w:cs="Times New Roman"/>
          <w:b/>
          <w:bCs/>
          <w:sz w:val="30"/>
          <w:szCs w:val="30"/>
        </w:rPr>
      </w:pPr>
      <w:r w:rsidRPr="00861F48">
        <w:rPr>
          <w:rFonts w:ascii="Times New Roman" w:hAnsi="Times New Roman" w:cs="Times New Roman"/>
          <w:b/>
          <w:bCs/>
          <w:sz w:val="30"/>
          <w:szCs w:val="30"/>
        </w:rPr>
        <w:t>### 2. Automated Scoring System</w:t>
      </w:r>
    </w:p>
    <w:p w14:paraId="5C6ABACF" w14:textId="2228B19A" w:rsidR="00861F48" w:rsidRDefault="00412FF0" w:rsidP="00861F48">
      <w:pPr>
        <w:rPr>
          <w:rFonts w:ascii="Times New Roman" w:hAnsi="Times New Roman" w:cs="Times New Roman"/>
        </w:rPr>
      </w:pPr>
      <w:r>
        <w:rPr>
          <w:rFonts w:ascii="Times New Roman" w:hAnsi="Times New Roman" w:cs="Times New Roman"/>
        </w:rPr>
        <w:t xml:space="preserve">Q7. </w:t>
      </w:r>
      <w:r w:rsidR="00000000" w:rsidRPr="00B97298">
        <w:rPr>
          <w:rFonts w:ascii="Times New Roman" w:hAnsi="Times New Roman" w:cs="Times New Roman"/>
        </w:rPr>
        <w:t xml:space="preserve">The score I received reflected my actual performance level well.  </w:t>
      </w:r>
    </w:p>
    <w:p w14:paraId="66C8B4B1" w14:textId="46BB1C4E" w:rsidR="00461C3D" w:rsidRPr="00B97298" w:rsidRDefault="00000000" w:rsidP="00861F48">
      <w:pPr>
        <w:ind w:firstLine="720"/>
        <w:rPr>
          <w:rFonts w:ascii="Times New Roman" w:hAnsi="Times New Roman" w:cs="Times New Roman"/>
        </w:rPr>
      </w:pPr>
      <w:r w:rsidRPr="00B97298">
        <w:rPr>
          <w:rFonts w:ascii="Times New Roman" w:hAnsi="Times New Roman" w:cs="Times New Roman"/>
        </w:rPr>
        <w:t xml:space="preserve">History taking score </w:t>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Pr="00B97298">
        <w:rPr>
          <w:rFonts w:ascii="Times New Roman" w:hAnsi="Times New Roman" w:cs="Times New Roman"/>
        </w:rPr>
        <w:t xml:space="preserve">□1 □2 □3 □4 □5  </w:t>
      </w:r>
    </w:p>
    <w:p w14:paraId="3CC8E615" w14:textId="20B9229F" w:rsidR="00461C3D" w:rsidRPr="00B97298" w:rsidRDefault="00000000">
      <w:pPr>
        <w:rPr>
          <w:rFonts w:ascii="Times New Roman" w:hAnsi="Times New Roman" w:cs="Times New Roman"/>
        </w:rPr>
      </w:pPr>
      <w:r w:rsidRPr="00B97298">
        <w:rPr>
          <w:rFonts w:ascii="Times New Roman" w:hAnsi="Times New Roman" w:cs="Times New Roman"/>
        </w:rPr>
        <w:t xml:space="preserve">  </w:t>
      </w:r>
      <w:r w:rsidR="00861F48">
        <w:rPr>
          <w:rFonts w:ascii="Times New Roman" w:hAnsi="Times New Roman" w:cs="Times New Roman"/>
        </w:rPr>
        <w:tab/>
      </w:r>
      <w:r w:rsidRPr="00B97298">
        <w:rPr>
          <w:rFonts w:ascii="Times New Roman" w:hAnsi="Times New Roman" w:cs="Times New Roman"/>
        </w:rPr>
        <w:t xml:space="preserve">Patient education score </w:t>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Pr="00B97298">
        <w:rPr>
          <w:rFonts w:ascii="Times New Roman" w:hAnsi="Times New Roman" w:cs="Times New Roman"/>
        </w:rPr>
        <w:t xml:space="preserve">□1 □2 □3 □4 □5  </w:t>
      </w:r>
    </w:p>
    <w:p w14:paraId="022F902B" w14:textId="785EEC3A" w:rsidR="00461C3D" w:rsidRPr="00B97298" w:rsidRDefault="00412FF0">
      <w:pPr>
        <w:rPr>
          <w:rFonts w:ascii="Times New Roman" w:hAnsi="Times New Roman" w:cs="Times New Roman"/>
        </w:rPr>
      </w:pPr>
      <w:r>
        <w:rPr>
          <w:rFonts w:ascii="Times New Roman" w:hAnsi="Times New Roman" w:cs="Times New Roman"/>
        </w:rPr>
        <w:t>Q8.</w:t>
      </w:r>
      <w:r w:rsidR="00000000" w:rsidRPr="00B97298">
        <w:rPr>
          <w:rFonts w:ascii="Times New Roman" w:hAnsi="Times New Roman" w:cs="Times New Roman"/>
        </w:rPr>
        <w:t xml:space="preserve"> Over consecutive practice sessions, the chatbot’s scores could be used as a reliable indicator of my OSCE readiness. </w:t>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000000" w:rsidRPr="00B97298">
        <w:rPr>
          <w:rFonts w:ascii="Times New Roman" w:hAnsi="Times New Roman" w:cs="Times New Roman"/>
        </w:rPr>
        <w:t xml:space="preserve">□1 □2 □3 □4 □5  </w:t>
      </w:r>
    </w:p>
    <w:p w14:paraId="75BA819B" w14:textId="2782A246" w:rsidR="00461C3D" w:rsidRPr="00B97298" w:rsidRDefault="00412FF0">
      <w:pPr>
        <w:rPr>
          <w:rFonts w:ascii="Times New Roman" w:hAnsi="Times New Roman" w:cs="Times New Roman"/>
        </w:rPr>
      </w:pPr>
      <w:r>
        <w:rPr>
          <w:rFonts w:ascii="Times New Roman" w:hAnsi="Times New Roman" w:cs="Times New Roman"/>
        </w:rPr>
        <w:t xml:space="preserve">Q9. </w:t>
      </w:r>
      <w:r w:rsidR="00000000" w:rsidRPr="00B97298">
        <w:rPr>
          <w:rFonts w:ascii="Times New Roman" w:hAnsi="Times New Roman" w:cs="Times New Roman"/>
        </w:rPr>
        <w:t xml:space="preserve">Improvements I made based on previous feedback were appropriately reflected in subsequent scores. </w:t>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000000" w:rsidRPr="00B97298">
        <w:rPr>
          <w:rFonts w:ascii="Times New Roman" w:hAnsi="Times New Roman" w:cs="Times New Roman"/>
        </w:rPr>
        <w:t xml:space="preserve">□1 □2 □3 □4 □5  </w:t>
      </w:r>
    </w:p>
    <w:p w14:paraId="0F0B1C29" w14:textId="77777777" w:rsidR="00461C3D" w:rsidRPr="00B97298" w:rsidRDefault="00461C3D">
      <w:pPr>
        <w:rPr>
          <w:rFonts w:ascii="Times New Roman" w:hAnsi="Times New Roman" w:cs="Times New Roman"/>
        </w:rPr>
      </w:pPr>
    </w:p>
    <w:p w14:paraId="38441D3F" w14:textId="77777777" w:rsidR="00461C3D" w:rsidRPr="00861F48" w:rsidRDefault="00000000">
      <w:pPr>
        <w:rPr>
          <w:rFonts w:ascii="Times New Roman" w:hAnsi="Times New Roman" w:cs="Times New Roman"/>
          <w:b/>
          <w:bCs/>
          <w:sz w:val="30"/>
          <w:szCs w:val="30"/>
        </w:rPr>
      </w:pPr>
      <w:r w:rsidRPr="00861F48">
        <w:rPr>
          <w:rFonts w:ascii="Times New Roman" w:hAnsi="Times New Roman" w:cs="Times New Roman"/>
          <w:b/>
          <w:bCs/>
          <w:sz w:val="30"/>
          <w:szCs w:val="30"/>
        </w:rPr>
        <w:t>### 3. Feedback Quality</w:t>
      </w:r>
    </w:p>
    <w:p w14:paraId="2822D740" w14:textId="19C26FCA" w:rsidR="00461C3D" w:rsidRPr="00B97298" w:rsidRDefault="00412FF0">
      <w:pPr>
        <w:rPr>
          <w:rFonts w:ascii="Times New Roman" w:hAnsi="Times New Roman" w:cs="Times New Roman"/>
        </w:rPr>
      </w:pPr>
      <w:r>
        <w:rPr>
          <w:rFonts w:ascii="Times New Roman" w:hAnsi="Times New Roman" w:cs="Times New Roman"/>
        </w:rPr>
        <w:t>Q10.</w:t>
      </w:r>
      <w:r w:rsidR="00000000" w:rsidRPr="00B97298">
        <w:rPr>
          <w:rFonts w:ascii="Times New Roman" w:hAnsi="Times New Roman" w:cs="Times New Roman"/>
        </w:rPr>
        <w:t xml:space="preserve"> The feedback accurately quoted my conversation. </w:t>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000000" w:rsidRPr="00B97298">
        <w:rPr>
          <w:rFonts w:ascii="Times New Roman" w:hAnsi="Times New Roman" w:cs="Times New Roman"/>
        </w:rPr>
        <w:t xml:space="preserve">□1 □2 □3 □4 □5  </w:t>
      </w:r>
    </w:p>
    <w:p w14:paraId="5BA8722A" w14:textId="7786A743" w:rsidR="00461C3D" w:rsidRPr="00B97298" w:rsidRDefault="00412FF0">
      <w:pPr>
        <w:rPr>
          <w:rFonts w:ascii="Times New Roman" w:hAnsi="Times New Roman" w:cs="Times New Roman"/>
        </w:rPr>
      </w:pPr>
      <w:r>
        <w:rPr>
          <w:rFonts w:ascii="Times New Roman" w:hAnsi="Times New Roman" w:cs="Times New Roman"/>
        </w:rPr>
        <w:t>Q11.</w:t>
      </w:r>
      <w:r w:rsidR="00000000" w:rsidRPr="00B97298">
        <w:rPr>
          <w:rFonts w:ascii="Times New Roman" w:hAnsi="Times New Roman" w:cs="Times New Roman"/>
        </w:rPr>
        <w:t xml:space="preserve"> The feedback was consistent across multiple practice sessions. </w:t>
      </w:r>
      <w:r w:rsidR="00861F48">
        <w:rPr>
          <w:rFonts w:ascii="Times New Roman" w:hAnsi="Times New Roman" w:cs="Times New Roman"/>
        </w:rPr>
        <w:tab/>
      </w:r>
      <w:r w:rsidR="00861F48">
        <w:rPr>
          <w:rFonts w:ascii="Times New Roman" w:hAnsi="Times New Roman" w:cs="Times New Roman"/>
        </w:rPr>
        <w:tab/>
      </w:r>
      <w:r w:rsidR="00000000" w:rsidRPr="00B97298">
        <w:rPr>
          <w:rFonts w:ascii="Times New Roman" w:hAnsi="Times New Roman" w:cs="Times New Roman"/>
        </w:rPr>
        <w:t xml:space="preserve">□1 □2 □3 □4 □5  </w:t>
      </w:r>
    </w:p>
    <w:p w14:paraId="68308CC6" w14:textId="2BF78BFF" w:rsidR="00461C3D" w:rsidRPr="00B97298" w:rsidRDefault="00412FF0">
      <w:pPr>
        <w:rPr>
          <w:rFonts w:ascii="Times New Roman" w:hAnsi="Times New Roman" w:cs="Times New Roman"/>
        </w:rPr>
      </w:pPr>
      <w:r>
        <w:rPr>
          <w:rFonts w:ascii="Times New Roman" w:hAnsi="Times New Roman" w:cs="Times New Roman"/>
        </w:rPr>
        <w:t xml:space="preserve">Q12. </w:t>
      </w:r>
      <w:r w:rsidR="00000000" w:rsidRPr="00B97298">
        <w:rPr>
          <w:rFonts w:ascii="Times New Roman" w:hAnsi="Times New Roman" w:cs="Times New Roman"/>
        </w:rPr>
        <w:t xml:space="preserve">The feedback pointed out specific areas for improvement. </w:t>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000000" w:rsidRPr="00B97298">
        <w:rPr>
          <w:rFonts w:ascii="Times New Roman" w:hAnsi="Times New Roman" w:cs="Times New Roman"/>
        </w:rPr>
        <w:t xml:space="preserve">□1 □2 □3 □4 □5  </w:t>
      </w:r>
    </w:p>
    <w:p w14:paraId="299567C4" w14:textId="08B3DF94" w:rsidR="00461C3D" w:rsidRPr="00B97298" w:rsidRDefault="00412FF0">
      <w:pPr>
        <w:rPr>
          <w:rFonts w:ascii="Times New Roman" w:hAnsi="Times New Roman" w:cs="Times New Roman"/>
        </w:rPr>
      </w:pPr>
      <w:r>
        <w:rPr>
          <w:rFonts w:ascii="Times New Roman" w:hAnsi="Times New Roman" w:cs="Times New Roman"/>
        </w:rPr>
        <w:t xml:space="preserve">Q13. </w:t>
      </w:r>
      <w:r w:rsidR="00000000" w:rsidRPr="00B97298">
        <w:rPr>
          <w:rFonts w:ascii="Times New Roman" w:hAnsi="Times New Roman" w:cs="Times New Roman"/>
        </w:rPr>
        <w:t xml:space="preserve">The feedback was generated immediately. </w:t>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000000" w:rsidRPr="00B97298">
        <w:rPr>
          <w:rFonts w:ascii="Times New Roman" w:hAnsi="Times New Roman" w:cs="Times New Roman"/>
        </w:rPr>
        <w:t xml:space="preserve">□1 □2 □3 □4 □5  </w:t>
      </w:r>
    </w:p>
    <w:p w14:paraId="24FA4A7F" w14:textId="37DB3FD3" w:rsidR="00861F48" w:rsidRDefault="00412FF0">
      <w:pPr>
        <w:rPr>
          <w:rFonts w:ascii="Times New Roman" w:hAnsi="Times New Roman" w:cs="Times New Roman"/>
        </w:rPr>
      </w:pPr>
      <w:r>
        <w:rPr>
          <w:rFonts w:ascii="Times New Roman" w:hAnsi="Times New Roman" w:cs="Times New Roman"/>
        </w:rPr>
        <w:t xml:space="preserve">Q14. </w:t>
      </w:r>
      <w:r w:rsidR="00000000" w:rsidRPr="00B97298">
        <w:rPr>
          <w:rFonts w:ascii="Times New Roman" w:hAnsi="Times New Roman" w:cs="Times New Roman"/>
        </w:rPr>
        <w:t xml:space="preserve">The feedback was non-judgmental and encouraged me to identify improvements myself. </w:t>
      </w:r>
    </w:p>
    <w:p w14:paraId="63BA89E4" w14:textId="1DBE34BF" w:rsidR="00461C3D" w:rsidRPr="00B97298" w:rsidRDefault="00000000" w:rsidP="00861F48">
      <w:pPr>
        <w:ind w:left="6480" w:firstLine="720"/>
        <w:rPr>
          <w:rFonts w:ascii="Times New Roman" w:hAnsi="Times New Roman" w:cs="Times New Roman"/>
        </w:rPr>
      </w:pPr>
      <w:r w:rsidRPr="00B97298">
        <w:rPr>
          <w:rFonts w:ascii="Times New Roman" w:hAnsi="Times New Roman" w:cs="Times New Roman"/>
        </w:rPr>
        <w:t xml:space="preserve">□1 □2 □3 □4 □5  </w:t>
      </w:r>
    </w:p>
    <w:p w14:paraId="0648D8CE" w14:textId="2F8C5E5D" w:rsidR="00461C3D" w:rsidRPr="00B97298" w:rsidRDefault="00412FF0">
      <w:pPr>
        <w:rPr>
          <w:rFonts w:ascii="Times New Roman" w:hAnsi="Times New Roman" w:cs="Times New Roman"/>
        </w:rPr>
      </w:pPr>
      <w:r>
        <w:rPr>
          <w:rFonts w:ascii="Times New Roman" w:hAnsi="Times New Roman" w:cs="Times New Roman"/>
        </w:rPr>
        <w:lastRenderedPageBreak/>
        <w:t xml:space="preserve">Q15. </w:t>
      </w:r>
      <w:r w:rsidR="00000000" w:rsidRPr="00B97298">
        <w:rPr>
          <w:rFonts w:ascii="Times New Roman" w:hAnsi="Times New Roman" w:cs="Times New Roman"/>
        </w:rPr>
        <w:t xml:space="preserve">The feedback included all key points without omission. </w:t>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000000" w:rsidRPr="00B97298">
        <w:rPr>
          <w:rFonts w:ascii="Times New Roman" w:hAnsi="Times New Roman" w:cs="Times New Roman"/>
        </w:rPr>
        <w:t xml:space="preserve">□1 □2 □3 □4 □5  </w:t>
      </w:r>
    </w:p>
    <w:p w14:paraId="33B21CAC" w14:textId="658E701B" w:rsidR="00461C3D" w:rsidRPr="00B97298" w:rsidRDefault="00412FF0">
      <w:pPr>
        <w:rPr>
          <w:rFonts w:ascii="Times New Roman" w:hAnsi="Times New Roman" w:cs="Times New Roman"/>
        </w:rPr>
      </w:pPr>
      <w:r>
        <w:rPr>
          <w:rFonts w:ascii="Times New Roman" w:hAnsi="Times New Roman" w:cs="Times New Roman"/>
        </w:rPr>
        <w:t xml:space="preserve">Q16. </w:t>
      </w:r>
      <w:r w:rsidR="00000000" w:rsidRPr="00B97298">
        <w:rPr>
          <w:rFonts w:ascii="Times New Roman" w:hAnsi="Times New Roman" w:cs="Times New Roman"/>
        </w:rPr>
        <w:t xml:space="preserve">The length of the feedback was appropriate (neither too long nor too short). </w:t>
      </w:r>
      <w:r w:rsidR="00861F48">
        <w:rPr>
          <w:rFonts w:ascii="Times New Roman" w:hAnsi="Times New Roman" w:cs="Times New Roman"/>
        </w:rPr>
        <w:tab/>
      </w:r>
      <w:r w:rsidR="00000000" w:rsidRPr="00B97298">
        <w:rPr>
          <w:rFonts w:ascii="Times New Roman" w:hAnsi="Times New Roman" w:cs="Times New Roman"/>
        </w:rPr>
        <w:t xml:space="preserve">□1 □2 □3 □4 □5  </w:t>
      </w:r>
    </w:p>
    <w:p w14:paraId="5302B10C" w14:textId="3F7021B7" w:rsidR="00461C3D" w:rsidRPr="00B97298" w:rsidRDefault="00412FF0">
      <w:pPr>
        <w:rPr>
          <w:rFonts w:ascii="Times New Roman" w:hAnsi="Times New Roman" w:cs="Times New Roman"/>
        </w:rPr>
      </w:pPr>
      <w:r>
        <w:rPr>
          <w:rFonts w:ascii="Times New Roman" w:hAnsi="Times New Roman" w:cs="Times New Roman"/>
        </w:rPr>
        <w:t xml:space="preserve">Q17. </w:t>
      </w:r>
      <w:r w:rsidR="00000000" w:rsidRPr="00B97298">
        <w:rPr>
          <w:rFonts w:ascii="Times New Roman" w:hAnsi="Times New Roman" w:cs="Times New Roman"/>
        </w:rPr>
        <w:t xml:space="preserve">The content of the feedback was easy to understand. </w:t>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000000" w:rsidRPr="00B97298">
        <w:rPr>
          <w:rFonts w:ascii="Times New Roman" w:hAnsi="Times New Roman" w:cs="Times New Roman"/>
        </w:rPr>
        <w:t xml:space="preserve">□1 □2 □3 □4 □5  </w:t>
      </w:r>
    </w:p>
    <w:p w14:paraId="294F0CE7" w14:textId="0D559606" w:rsidR="00461C3D" w:rsidRPr="00B97298" w:rsidRDefault="00412FF0">
      <w:pPr>
        <w:rPr>
          <w:rFonts w:ascii="Times New Roman" w:hAnsi="Times New Roman" w:cs="Times New Roman"/>
        </w:rPr>
      </w:pPr>
      <w:r>
        <w:rPr>
          <w:rFonts w:ascii="Times New Roman" w:hAnsi="Times New Roman" w:cs="Times New Roman"/>
        </w:rPr>
        <w:t xml:space="preserve">Q18. </w:t>
      </w:r>
      <w:r w:rsidR="00000000" w:rsidRPr="00B97298">
        <w:rPr>
          <w:rFonts w:ascii="Times New Roman" w:hAnsi="Times New Roman" w:cs="Times New Roman"/>
        </w:rPr>
        <w:t xml:space="preserve">I could apply the content of the feedback. </w:t>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000000" w:rsidRPr="00B97298">
        <w:rPr>
          <w:rFonts w:ascii="Times New Roman" w:hAnsi="Times New Roman" w:cs="Times New Roman"/>
        </w:rPr>
        <w:t xml:space="preserve">□1 □2 □3 □4 □5  </w:t>
      </w:r>
    </w:p>
    <w:p w14:paraId="58AEB0D7" w14:textId="71C059FC" w:rsidR="00461C3D" w:rsidRPr="00B97298" w:rsidRDefault="00412FF0">
      <w:pPr>
        <w:rPr>
          <w:rFonts w:ascii="Times New Roman" w:hAnsi="Times New Roman" w:cs="Times New Roman"/>
        </w:rPr>
      </w:pPr>
      <w:r>
        <w:rPr>
          <w:rFonts w:ascii="Times New Roman" w:hAnsi="Times New Roman" w:cs="Times New Roman"/>
        </w:rPr>
        <w:t xml:space="preserve">Q19. </w:t>
      </w:r>
      <w:r w:rsidR="00000000" w:rsidRPr="00B97298">
        <w:rPr>
          <w:rFonts w:ascii="Times New Roman" w:hAnsi="Times New Roman" w:cs="Times New Roman"/>
        </w:rPr>
        <w:t xml:space="preserve">The tone of the feedback was sufficiently natural. </w:t>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000000" w:rsidRPr="00B97298">
        <w:rPr>
          <w:rFonts w:ascii="Times New Roman" w:hAnsi="Times New Roman" w:cs="Times New Roman"/>
        </w:rPr>
        <w:t xml:space="preserve">□1 □2 □3 □4 □5  </w:t>
      </w:r>
    </w:p>
    <w:p w14:paraId="40C3076A" w14:textId="391CF772" w:rsidR="00461C3D" w:rsidRPr="00B97298" w:rsidRDefault="00412FF0">
      <w:pPr>
        <w:rPr>
          <w:rFonts w:ascii="Times New Roman" w:hAnsi="Times New Roman" w:cs="Times New Roman"/>
        </w:rPr>
      </w:pPr>
      <w:r>
        <w:rPr>
          <w:rFonts w:ascii="Times New Roman" w:hAnsi="Times New Roman" w:cs="Times New Roman"/>
        </w:rPr>
        <w:t xml:space="preserve">Q20. </w:t>
      </w:r>
      <w:r w:rsidR="00000000" w:rsidRPr="00B97298">
        <w:rPr>
          <w:rFonts w:ascii="Times New Roman" w:hAnsi="Times New Roman" w:cs="Times New Roman"/>
        </w:rPr>
        <w:t xml:space="preserve">The tone of the feedback was sufficiently supportive. </w:t>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000000" w:rsidRPr="00B97298">
        <w:rPr>
          <w:rFonts w:ascii="Times New Roman" w:hAnsi="Times New Roman" w:cs="Times New Roman"/>
        </w:rPr>
        <w:t xml:space="preserve">□1 □2 □3 □4 □5  </w:t>
      </w:r>
    </w:p>
    <w:p w14:paraId="15004926" w14:textId="1FFA423A" w:rsidR="00461C3D" w:rsidRPr="00B97298" w:rsidRDefault="00412FF0">
      <w:pPr>
        <w:rPr>
          <w:rFonts w:ascii="Times New Roman" w:hAnsi="Times New Roman" w:cs="Times New Roman"/>
        </w:rPr>
      </w:pPr>
      <w:r>
        <w:rPr>
          <w:rFonts w:ascii="Times New Roman" w:hAnsi="Times New Roman" w:cs="Times New Roman"/>
        </w:rPr>
        <w:t xml:space="preserve">Q21. </w:t>
      </w:r>
      <w:r w:rsidR="00000000" w:rsidRPr="00B97298">
        <w:rPr>
          <w:rFonts w:ascii="Times New Roman" w:hAnsi="Times New Roman" w:cs="Times New Roman"/>
        </w:rPr>
        <w:t xml:space="preserve">For TKM-related content, the feedback provided was of sufficient quantity. </w:t>
      </w:r>
      <w:r w:rsidR="00861F48">
        <w:rPr>
          <w:rFonts w:ascii="Times New Roman" w:hAnsi="Times New Roman" w:cs="Times New Roman"/>
        </w:rPr>
        <w:tab/>
      </w:r>
      <w:r w:rsidR="00000000" w:rsidRPr="00B97298">
        <w:rPr>
          <w:rFonts w:ascii="Times New Roman" w:hAnsi="Times New Roman" w:cs="Times New Roman"/>
        </w:rPr>
        <w:t xml:space="preserve">□1 □2 □3 □4 □5  </w:t>
      </w:r>
    </w:p>
    <w:p w14:paraId="4702EFE6" w14:textId="28E8A597" w:rsidR="00461C3D" w:rsidRPr="00B97298" w:rsidRDefault="00412FF0">
      <w:pPr>
        <w:rPr>
          <w:rFonts w:ascii="Times New Roman" w:hAnsi="Times New Roman" w:cs="Times New Roman"/>
        </w:rPr>
      </w:pPr>
      <w:r>
        <w:rPr>
          <w:rFonts w:ascii="Times New Roman" w:hAnsi="Times New Roman" w:cs="Times New Roman"/>
        </w:rPr>
        <w:t xml:space="preserve">Q22. </w:t>
      </w:r>
      <w:r w:rsidR="00000000" w:rsidRPr="00B97298">
        <w:rPr>
          <w:rFonts w:ascii="Times New Roman" w:hAnsi="Times New Roman" w:cs="Times New Roman"/>
        </w:rPr>
        <w:t xml:space="preserve">For TKM-related content, the feedback provided was of sufficient quality. </w:t>
      </w:r>
      <w:r w:rsidR="00861F48">
        <w:rPr>
          <w:rFonts w:ascii="Times New Roman" w:hAnsi="Times New Roman" w:cs="Times New Roman"/>
        </w:rPr>
        <w:tab/>
      </w:r>
      <w:r w:rsidR="00000000" w:rsidRPr="00B97298">
        <w:rPr>
          <w:rFonts w:ascii="Times New Roman" w:hAnsi="Times New Roman" w:cs="Times New Roman"/>
        </w:rPr>
        <w:t xml:space="preserve">□1 □2 □3 □4 □5  </w:t>
      </w:r>
    </w:p>
    <w:p w14:paraId="56BA3421" w14:textId="4796441D" w:rsidR="00461C3D" w:rsidRPr="00B97298" w:rsidRDefault="00412FF0">
      <w:pPr>
        <w:rPr>
          <w:rFonts w:ascii="Times New Roman" w:hAnsi="Times New Roman" w:cs="Times New Roman"/>
        </w:rPr>
      </w:pPr>
      <w:r>
        <w:rPr>
          <w:rFonts w:ascii="Times New Roman" w:hAnsi="Times New Roman" w:cs="Times New Roman"/>
        </w:rPr>
        <w:t xml:space="preserve">Q23. </w:t>
      </w:r>
      <w:r w:rsidR="00000000" w:rsidRPr="00B97298">
        <w:rPr>
          <w:rFonts w:ascii="Times New Roman" w:hAnsi="Times New Roman" w:cs="Times New Roman"/>
        </w:rPr>
        <w:t xml:space="preserve">The feedback provided was practically helpful for the OSCE exam. </w:t>
      </w:r>
      <w:r w:rsidR="00861F48">
        <w:rPr>
          <w:rFonts w:ascii="Times New Roman" w:hAnsi="Times New Roman" w:cs="Times New Roman"/>
        </w:rPr>
        <w:tab/>
      </w:r>
      <w:r w:rsidR="00861F48">
        <w:rPr>
          <w:rFonts w:ascii="Times New Roman" w:hAnsi="Times New Roman" w:cs="Times New Roman"/>
        </w:rPr>
        <w:tab/>
      </w:r>
      <w:r w:rsidR="00000000" w:rsidRPr="00B97298">
        <w:rPr>
          <w:rFonts w:ascii="Times New Roman" w:hAnsi="Times New Roman" w:cs="Times New Roman"/>
        </w:rPr>
        <w:t xml:space="preserve">□1 □2 □3 □4 □5  </w:t>
      </w:r>
    </w:p>
    <w:p w14:paraId="406EAD35" w14:textId="77777777" w:rsidR="00461C3D" w:rsidRPr="00B97298" w:rsidRDefault="00461C3D">
      <w:pPr>
        <w:rPr>
          <w:rFonts w:ascii="Times New Roman" w:hAnsi="Times New Roman" w:cs="Times New Roman"/>
        </w:rPr>
      </w:pPr>
    </w:p>
    <w:p w14:paraId="70F78E36" w14:textId="77777777" w:rsidR="00461C3D" w:rsidRPr="00861F48" w:rsidRDefault="00000000">
      <w:pPr>
        <w:rPr>
          <w:rFonts w:ascii="Times New Roman" w:hAnsi="Times New Roman" w:cs="Times New Roman"/>
          <w:b/>
          <w:bCs/>
          <w:sz w:val="30"/>
          <w:szCs w:val="30"/>
        </w:rPr>
      </w:pPr>
      <w:r w:rsidRPr="00861F48">
        <w:rPr>
          <w:rFonts w:ascii="Times New Roman" w:hAnsi="Times New Roman" w:cs="Times New Roman"/>
          <w:b/>
          <w:bCs/>
          <w:sz w:val="30"/>
          <w:szCs w:val="30"/>
        </w:rPr>
        <w:t>### 4. System Stability</w:t>
      </w:r>
    </w:p>
    <w:p w14:paraId="6417A427" w14:textId="5720456E" w:rsidR="00461C3D" w:rsidRPr="00B97298" w:rsidRDefault="007F649E">
      <w:pPr>
        <w:rPr>
          <w:rFonts w:ascii="Times New Roman" w:hAnsi="Times New Roman" w:cs="Times New Roman"/>
        </w:rPr>
      </w:pPr>
      <w:r>
        <w:rPr>
          <w:rFonts w:ascii="Times New Roman" w:hAnsi="Times New Roman" w:cs="Times New Roman"/>
        </w:rPr>
        <w:t xml:space="preserve">Q24. </w:t>
      </w:r>
      <w:r w:rsidR="00000000" w:rsidRPr="00B97298">
        <w:rPr>
          <w:rFonts w:ascii="Times New Roman" w:hAnsi="Times New Roman" w:cs="Times New Roman"/>
        </w:rPr>
        <w:t xml:space="preserve">Response speed: The chatbot responded at an appropriate speed. </w:t>
      </w:r>
      <w:r w:rsidR="00861F48">
        <w:rPr>
          <w:rFonts w:ascii="Times New Roman" w:hAnsi="Times New Roman" w:cs="Times New Roman"/>
        </w:rPr>
        <w:tab/>
      </w:r>
      <w:r w:rsidR="00861F48">
        <w:rPr>
          <w:rFonts w:ascii="Times New Roman" w:hAnsi="Times New Roman" w:cs="Times New Roman"/>
        </w:rPr>
        <w:tab/>
      </w:r>
      <w:r w:rsidR="00000000" w:rsidRPr="00B97298">
        <w:rPr>
          <w:rFonts w:ascii="Times New Roman" w:hAnsi="Times New Roman" w:cs="Times New Roman"/>
        </w:rPr>
        <w:t xml:space="preserve">□1 □2 □3 □4 □5  </w:t>
      </w:r>
    </w:p>
    <w:p w14:paraId="7A0153A4" w14:textId="4F96093D" w:rsidR="00461C3D" w:rsidRPr="00B97298" w:rsidRDefault="007F649E">
      <w:pPr>
        <w:rPr>
          <w:rFonts w:ascii="Times New Roman" w:hAnsi="Times New Roman" w:cs="Times New Roman"/>
        </w:rPr>
      </w:pPr>
      <w:r>
        <w:rPr>
          <w:rFonts w:ascii="Times New Roman" w:hAnsi="Times New Roman" w:cs="Times New Roman"/>
        </w:rPr>
        <w:t xml:space="preserve">Q25. </w:t>
      </w:r>
      <w:r w:rsidR="00000000" w:rsidRPr="00B97298">
        <w:rPr>
          <w:rFonts w:ascii="Times New Roman" w:hAnsi="Times New Roman" w:cs="Times New Roman"/>
        </w:rPr>
        <w:t xml:space="preserve">Scoring speed: The chatbot scored at an appropriate speed. </w:t>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000000" w:rsidRPr="00B97298">
        <w:rPr>
          <w:rFonts w:ascii="Times New Roman" w:hAnsi="Times New Roman" w:cs="Times New Roman"/>
        </w:rPr>
        <w:t xml:space="preserve">□1 □2 □3 □4 □5  </w:t>
      </w:r>
    </w:p>
    <w:p w14:paraId="57B4F0F5" w14:textId="2C04C5E9" w:rsidR="00861F48" w:rsidRDefault="007F649E">
      <w:pPr>
        <w:rPr>
          <w:rFonts w:ascii="Times New Roman" w:hAnsi="Times New Roman" w:cs="Times New Roman"/>
        </w:rPr>
      </w:pPr>
      <w:r>
        <w:rPr>
          <w:rFonts w:ascii="Times New Roman" w:hAnsi="Times New Roman" w:cs="Times New Roman"/>
        </w:rPr>
        <w:t xml:space="preserve">Q26. </w:t>
      </w:r>
      <w:r w:rsidR="00000000" w:rsidRPr="00B97298">
        <w:rPr>
          <w:rFonts w:ascii="Times New Roman" w:hAnsi="Times New Roman" w:cs="Times New Roman"/>
        </w:rPr>
        <w:t xml:space="preserve">Feedback generation speed: The chatbot provided feedback at an appropriate speed. </w:t>
      </w:r>
    </w:p>
    <w:p w14:paraId="1FF2B4DD" w14:textId="67FC5E27" w:rsidR="00461C3D" w:rsidRPr="00B97298" w:rsidRDefault="00000000" w:rsidP="00861F48">
      <w:pPr>
        <w:ind w:left="6480" w:firstLine="720"/>
        <w:rPr>
          <w:rFonts w:ascii="Times New Roman" w:hAnsi="Times New Roman" w:cs="Times New Roman"/>
        </w:rPr>
      </w:pPr>
      <w:r w:rsidRPr="00B97298">
        <w:rPr>
          <w:rFonts w:ascii="Times New Roman" w:hAnsi="Times New Roman" w:cs="Times New Roman"/>
        </w:rPr>
        <w:t xml:space="preserve">□1 □2 □3 □4 □5  </w:t>
      </w:r>
    </w:p>
    <w:p w14:paraId="1E05575B" w14:textId="77777777" w:rsidR="007F649E" w:rsidRDefault="007F649E">
      <w:pPr>
        <w:rPr>
          <w:rFonts w:ascii="Times New Roman" w:hAnsi="Times New Roman" w:cs="Times New Roman"/>
        </w:rPr>
      </w:pPr>
      <w:r>
        <w:rPr>
          <w:rFonts w:ascii="Times New Roman" w:hAnsi="Times New Roman" w:cs="Times New Roman"/>
        </w:rPr>
        <w:t xml:space="preserve">Q27. </w:t>
      </w:r>
      <w:r w:rsidR="00000000" w:rsidRPr="00B97298">
        <w:rPr>
          <w:rFonts w:ascii="Times New Roman" w:hAnsi="Times New Roman" w:cs="Times New Roman"/>
        </w:rPr>
        <w:t xml:space="preserve">There was no inconvenience caused by errors or bugs during the conversation. </w:t>
      </w:r>
    </w:p>
    <w:p w14:paraId="3D11468C" w14:textId="4AE7145F" w:rsidR="00461C3D" w:rsidRPr="00B97298" w:rsidRDefault="00000000" w:rsidP="007F649E">
      <w:pPr>
        <w:ind w:left="6480" w:firstLine="720"/>
        <w:rPr>
          <w:rFonts w:ascii="Times New Roman" w:hAnsi="Times New Roman" w:cs="Times New Roman"/>
        </w:rPr>
      </w:pPr>
      <w:r w:rsidRPr="00B97298">
        <w:rPr>
          <w:rFonts w:ascii="Times New Roman" w:hAnsi="Times New Roman" w:cs="Times New Roman"/>
        </w:rPr>
        <w:t xml:space="preserve">□1 □2 □3 □4 □5  </w:t>
      </w:r>
    </w:p>
    <w:p w14:paraId="5ACC2E8B" w14:textId="53CF57DD" w:rsidR="00461C3D" w:rsidRPr="00B97298" w:rsidRDefault="007F649E">
      <w:pPr>
        <w:rPr>
          <w:rFonts w:ascii="Times New Roman" w:hAnsi="Times New Roman" w:cs="Times New Roman"/>
        </w:rPr>
      </w:pPr>
      <w:r>
        <w:rPr>
          <w:rFonts w:ascii="Times New Roman" w:hAnsi="Times New Roman" w:cs="Times New Roman"/>
        </w:rPr>
        <w:t xml:space="preserve">Q28. </w:t>
      </w:r>
      <w:r w:rsidR="00000000" w:rsidRPr="00B97298">
        <w:rPr>
          <w:rFonts w:ascii="Times New Roman" w:hAnsi="Times New Roman" w:cs="Times New Roman"/>
        </w:rPr>
        <w:t xml:space="preserve">Buttons such as "Retry" and "Delete" functioned properly. </w:t>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000000" w:rsidRPr="00B97298">
        <w:rPr>
          <w:rFonts w:ascii="Times New Roman" w:hAnsi="Times New Roman" w:cs="Times New Roman"/>
        </w:rPr>
        <w:t xml:space="preserve">□1 □2 □3 □4 □5  </w:t>
      </w:r>
    </w:p>
    <w:p w14:paraId="6622617C" w14:textId="71AC648A" w:rsidR="00461C3D" w:rsidRPr="00B97298" w:rsidRDefault="007F649E">
      <w:pPr>
        <w:rPr>
          <w:rFonts w:ascii="Times New Roman" w:hAnsi="Times New Roman" w:cs="Times New Roman"/>
        </w:rPr>
      </w:pPr>
      <w:r>
        <w:rPr>
          <w:rFonts w:ascii="Times New Roman" w:hAnsi="Times New Roman" w:cs="Times New Roman"/>
        </w:rPr>
        <w:t xml:space="preserve">Q29. </w:t>
      </w:r>
      <w:r w:rsidR="00000000" w:rsidRPr="00B97298">
        <w:rPr>
          <w:rFonts w:ascii="Times New Roman" w:hAnsi="Times New Roman" w:cs="Times New Roman"/>
        </w:rPr>
        <w:t xml:space="preserve">Scroll and readability of the chat window were appropriate. </w:t>
      </w:r>
      <w:r w:rsidR="00861F48">
        <w:rPr>
          <w:rFonts w:ascii="Times New Roman" w:hAnsi="Times New Roman" w:cs="Times New Roman"/>
        </w:rPr>
        <w:tab/>
      </w:r>
      <w:r w:rsidR="00861F48">
        <w:rPr>
          <w:rFonts w:ascii="Times New Roman" w:hAnsi="Times New Roman" w:cs="Times New Roman"/>
        </w:rPr>
        <w:tab/>
      </w:r>
      <w:r w:rsidR="00000000" w:rsidRPr="00B97298">
        <w:rPr>
          <w:rFonts w:ascii="Times New Roman" w:hAnsi="Times New Roman" w:cs="Times New Roman"/>
        </w:rPr>
        <w:t xml:space="preserve">□1 □2 □3 □4 □5  </w:t>
      </w:r>
    </w:p>
    <w:p w14:paraId="5002CDD4" w14:textId="6178C863" w:rsidR="00461C3D" w:rsidRPr="00B97298" w:rsidRDefault="007F649E">
      <w:pPr>
        <w:rPr>
          <w:rFonts w:ascii="Times New Roman" w:hAnsi="Times New Roman" w:cs="Times New Roman"/>
        </w:rPr>
      </w:pPr>
      <w:r>
        <w:rPr>
          <w:rFonts w:ascii="Times New Roman" w:hAnsi="Times New Roman" w:cs="Times New Roman"/>
        </w:rPr>
        <w:t xml:space="preserve">Q30. </w:t>
      </w:r>
      <w:r w:rsidR="00000000" w:rsidRPr="00B97298">
        <w:rPr>
          <w:rFonts w:ascii="Times New Roman" w:hAnsi="Times New Roman" w:cs="Times New Roman"/>
        </w:rPr>
        <w:t xml:space="preserve">The scoring and feedback results were displayed clearly. </w:t>
      </w:r>
      <w:r w:rsidR="00861F48">
        <w:rPr>
          <w:rFonts w:ascii="Times New Roman" w:hAnsi="Times New Roman" w:cs="Times New Roman"/>
        </w:rPr>
        <w:tab/>
      </w:r>
      <w:r w:rsidR="00861F48">
        <w:rPr>
          <w:rFonts w:ascii="Times New Roman" w:hAnsi="Times New Roman" w:cs="Times New Roman"/>
        </w:rPr>
        <w:tab/>
      </w:r>
      <w:r w:rsidR="00861F48">
        <w:rPr>
          <w:rFonts w:ascii="Times New Roman" w:hAnsi="Times New Roman" w:cs="Times New Roman"/>
        </w:rPr>
        <w:tab/>
      </w:r>
      <w:r w:rsidR="00000000" w:rsidRPr="00B97298">
        <w:rPr>
          <w:rFonts w:ascii="Times New Roman" w:hAnsi="Times New Roman" w:cs="Times New Roman"/>
        </w:rPr>
        <w:t xml:space="preserve">□1 □2 □3 □4 □5  </w:t>
      </w:r>
    </w:p>
    <w:p w14:paraId="169F1A8E" w14:textId="77777777" w:rsidR="00461C3D" w:rsidRPr="00B97298" w:rsidRDefault="00461C3D">
      <w:pPr>
        <w:rPr>
          <w:rFonts w:ascii="Times New Roman" w:hAnsi="Times New Roman" w:cs="Times New Roman"/>
        </w:rPr>
      </w:pPr>
    </w:p>
    <w:p w14:paraId="70CA7992" w14:textId="77777777" w:rsidR="00461C3D" w:rsidRPr="00861F48" w:rsidRDefault="00000000">
      <w:pPr>
        <w:rPr>
          <w:rFonts w:ascii="Times New Roman" w:hAnsi="Times New Roman" w:cs="Times New Roman"/>
          <w:b/>
          <w:bCs/>
          <w:sz w:val="30"/>
          <w:szCs w:val="30"/>
        </w:rPr>
      </w:pPr>
      <w:r w:rsidRPr="00861F48">
        <w:rPr>
          <w:rFonts w:ascii="Times New Roman" w:hAnsi="Times New Roman" w:cs="Times New Roman"/>
          <w:b/>
          <w:bCs/>
          <w:sz w:val="30"/>
          <w:szCs w:val="30"/>
        </w:rPr>
        <w:t>### 5. Error Reporting and Improvement Suggestions (Open-ended)</w:t>
      </w:r>
    </w:p>
    <w:p w14:paraId="22A6DAE4" w14:textId="77777777" w:rsidR="00461C3D" w:rsidRPr="00B97298" w:rsidRDefault="00000000">
      <w:pPr>
        <w:rPr>
          <w:rFonts w:ascii="Times New Roman" w:hAnsi="Times New Roman" w:cs="Times New Roman"/>
        </w:rPr>
      </w:pPr>
      <w:r w:rsidRPr="00B97298">
        <w:rPr>
          <w:rFonts w:ascii="Times New Roman" w:hAnsi="Times New Roman" w:cs="Times New Roman"/>
        </w:rPr>
        <w:t xml:space="preserve">- If there were specific errors or inconveniences during use, please describe: ____________________________________________  </w:t>
      </w:r>
    </w:p>
    <w:p w14:paraId="76281240" w14:textId="77777777" w:rsidR="00461C3D" w:rsidRPr="00B97298" w:rsidRDefault="00000000">
      <w:pPr>
        <w:rPr>
          <w:rFonts w:ascii="Times New Roman" w:hAnsi="Times New Roman" w:cs="Times New Roman"/>
        </w:rPr>
      </w:pPr>
      <w:r w:rsidRPr="00B97298">
        <w:rPr>
          <w:rFonts w:ascii="Times New Roman" w:hAnsi="Times New Roman" w:cs="Times New Roman"/>
        </w:rPr>
        <w:t xml:space="preserve">- Is there any feature you would like to see removed? ____________________________________________  </w:t>
      </w:r>
    </w:p>
    <w:p w14:paraId="7A510EA4" w14:textId="77777777" w:rsidR="00461C3D" w:rsidRPr="00B97298" w:rsidRDefault="00000000">
      <w:pPr>
        <w:rPr>
          <w:rFonts w:ascii="Times New Roman" w:hAnsi="Times New Roman" w:cs="Times New Roman"/>
        </w:rPr>
      </w:pPr>
      <w:r w:rsidRPr="00B97298">
        <w:rPr>
          <w:rFonts w:ascii="Times New Roman" w:hAnsi="Times New Roman" w:cs="Times New Roman"/>
        </w:rPr>
        <w:lastRenderedPageBreak/>
        <w:t xml:space="preserve">- Features you would like to see added in the future (check all that apply):  </w:t>
      </w:r>
    </w:p>
    <w:p w14:paraId="12ABB147" w14:textId="7C5230D9" w:rsidR="00461C3D" w:rsidRPr="00B97298" w:rsidRDefault="00000000">
      <w:pPr>
        <w:rPr>
          <w:rFonts w:ascii="Times New Roman" w:hAnsi="Times New Roman" w:cs="Times New Roman"/>
        </w:rPr>
      </w:pPr>
      <w:r w:rsidRPr="00B97298">
        <w:rPr>
          <w:rFonts w:ascii="Times New Roman" w:hAnsi="Times New Roman" w:cs="Times New Roman"/>
        </w:rPr>
        <w:t xml:space="preserve"> </w:t>
      </w:r>
      <w:r w:rsidR="00861F48">
        <w:rPr>
          <w:rFonts w:ascii="Times New Roman" w:hAnsi="Times New Roman" w:cs="Times New Roman"/>
        </w:rPr>
        <w:tab/>
      </w:r>
      <w:r w:rsidRPr="00B97298">
        <w:rPr>
          <w:rFonts w:ascii="Times New Roman" w:hAnsi="Times New Roman" w:cs="Times New Roman"/>
        </w:rPr>
        <w:t xml:space="preserve">□ Time measurement and time limit function  </w:t>
      </w:r>
    </w:p>
    <w:p w14:paraId="5FBCA278" w14:textId="7828F4E2" w:rsidR="00461C3D" w:rsidRPr="00B97298" w:rsidRDefault="00000000">
      <w:pPr>
        <w:rPr>
          <w:rFonts w:ascii="Times New Roman" w:hAnsi="Times New Roman" w:cs="Times New Roman"/>
        </w:rPr>
      </w:pPr>
      <w:r w:rsidRPr="00B97298">
        <w:rPr>
          <w:rFonts w:ascii="Times New Roman" w:hAnsi="Times New Roman" w:cs="Times New Roman"/>
        </w:rPr>
        <w:t xml:space="preserve">  </w:t>
      </w:r>
      <w:r w:rsidR="00861F48">
        <w:rPr>
          <w:rFonts w:ascii="Times New Roman" w:hAnsi="Times New Roman" w:cs="Times New Roman"/>
        </w:rPr>
        <w:tab/>
      </w:r>
      <w:r w:rsidRPr="00B97298">
        <w:rPr>
          <w:rFonts w:ascii="Times New Roman" w:hAnsi="Times New Roman" w:cs="Times New Roman"/>
        </w:rPr>
        <w:t xml:space="preserve">□ Physical examination function (inspection, palpation, auscultation, etc.)  </w:t>
      </w:r>
    </w:p>
    <w:p w14:paraId="62B1BFD7" w14:textId="1D142EAD" w:rsidR="00461C3D" w:rsidRPr="00B97298" w:rsidRDefault="00000000">
      <w:pPr>
        <w:rPr>
          <w:rFonts w:ascii="Times New Roman" w:hAnsi="Times New Roman" w:cs="Times New Roman"/>
        </w:rPr>
      </w:pPr>
      <w:r w:rsidRPr="00B97298">
        <w:rPr>
          <w:rFonts w:ascii="Times New Roman" w:hAnsi="Times New Roman" w:cs="Times New Roman"/>
        </w:rPr>
        <w:t xml:space="preserve">  </w:t>
      </w:r>
      <w:r w:rsidR="00861F48">
        <w:rPr>
          <w:rFonts w:ascii="Times New Roman" w:hAnsi="Times New Roman" w:cs="Times New Roman"/>
        </w:rPr>
        <w:tab/>
      </w:r>
      <w:r w:rsidRPr="00B97298">
        <w:rPr>
          <w:rFonts w:ascii="Times New Roman" w:hAnsi="Times New Roman" w:cs="Times New Roman"/>
        </w:rPr>
        <w:t xml:space="preserve">□ TKM physical examination simulation function </w:t>
      </w:r>
      <w:r w:rsidRPr="007F649E">
        <w:rPr>
          <w:rFonts w:ascii="Times New Roman" w:hAnsi="Times New Roman" w:cs="Times New Roman"/>
          <w:sz w:val="20"/>
          <w:szCs w:val="20"/>
        </w:rPr>
        <w:t xml:space="preserve">(pulse diagnosis, tongue diagnosis, etc.)  </w:t>
      </w:r>
    </w:p>
    <w:p w14:paraId="58198AAC" w14:textId="0D11A21C" w:rsidR="00461C3D" w:rsidRPr="00B97298" w:rsidRDefault="00000000">
      <w:pPr>
        <w:rPr>
          <w:rFonts w:ascii="Times New Roman" w:hAnsi="Times New Roman" w:cs="Times New Roman"/>
        </w:rPr>
      </w:pPr>
      <w:r w:rsidRPr="00B97298">
        <w:rPr>
          <w:rFonts w:ascii="Times New Roman" w:hAnsi="Times New Roman" w:cs="Times New Roman"/>
        </w:rPr>
        <w:t xml:space="preserve">  </w:t>
      </w:r>
      <w:r w:rsidR="00861F48">
        <w:rPr>
          <w:rFonts w:ascii="Times New Roman" w:hAnsi="Times New Roman" w:cs="Times New Roman"/>
        </w:rPr>
        <w:tab/>
      </w:r>
      <w:r w:rsidRPr="00B97298">
        <w:rPr>
          <w:rFonts w:ascii="Times New Roman" w:hAnsi="Times New Roman" w:cs="Times New Roman"/>
        </w:rPr>
        <w:t xml:space="preserve">□ Voice interaction function  </w:t>
      </w:r>
    </w:p>
    <w:p w14:paraId="66E9D414" w14:textId="6A0C213F" w:rsidR="00461C3D" w:rsidRPr="00B97298" w:rsidRDefault="00000000">
      <w:pPr>
        <w:rPr>
          <w:rFonts w:ascii="Times New Roman" w:hAnsi="Times New Roman" w:cs="Times New Roman"/>
        </w:rPr>
      </w:pPr>
      <w:r w:rsidRPr="00B97298">
        <w:rPr>
          <w:rFonts w:ascii="Times New Roman" w:hAnsi="Times New Roman" w:cs="Times New Roman"/>
        </w:rPr>
        <w:t xml:space="preserve">  </w:t>
      </w:r>
      <w:r w:rsidR="00861F48">
        <w:rPr>
          <w:rFonts w:ascii="Times New Roman" w:hAnsi="Times New Roman" w:cs="Times New Roman"/>
        </w:rPr>
        <w:tab/>
      </w:r>
      <w:r w:rsidRPr="00B97298">
        <w:rPr>
          <w:rFonts w:ascii="Times New Roman" w:hAnsi="Times New Roman" w:cs="Times New Roman"/>
        </w:rPr>
        <w:t xml:space="preserve">□ Virtual patient’s face with expressions  </w:t>
      </w:r>
    </w:p>
    <w:p w14:paraId="3379FD2D" w14:textId="0177BFF7" w:rsidR="00461C3D" w:rsidRPr="00B97298" w:rsidRDefault="00000000">
      <w:pPr>
        <w:rPr>
          <w:rFonts w:ascii="Times New Roman" w:hAnsi="Times New Roman" w:cs="Times New Roman"/>
        </w:rPr>
      </w:pPr>
      <w:r w:rsidRPr="00B97298">
        <w:rPr>
          <w:rFonts w:ascii="Times New Roman" w:hAnsi="Times New Roman" w:cs="Times New Roman"/>
        </w:rPr>
        <w:t xml:space="preserve"> </w:t>
      </w:r>
      <w:r w:rsidR="00861F48">
        <w:rPr>
          <w:rFonts w:ascii="Times New Roman" w:hAnsi="Times New Roman" w:cs="Times New Roman"/>
        </w:rPr>
        <w:tab/>
      </w:r>
      <w:r w:rsidRPr="00B97298">
        <w:rPr>
          <w:rFonts w:ascii="Times New Roman" w:hAnsi="Times New Roman" w:cs="Times New Roman"/>
        </w:rPr>
        <w:t xml:space="preserve">□ Consultation video recording and self-feedback function  </w:t>
      </w:r>
    </w:p>
    <w:p w14:paraId="69F26F20" w14:textId="2A4F65E9" w:rsidR="00461C3D" w:rsidRPr="00B97298" w:rsidRDefault="00000000">
      <w:pPr>
        <w:rPr>
          <w:rFonts w:ascii="Times New Roman" w:hAnsi="Times New Roman" w:cs="Times New Roman"/>
        </w:rPr>
      </w:pPr>
      <w:r w:rsidRPr="00B97298">
        <w:rPr>
          <w:rFonts w:ascii="Times New Roman" w:hAnsi="Times New Roman" w:cs="Times New Roman"/>
        </w:rPr>
        <w:t xml:space="preserve">  </w:t>
      </w:r>
      <w:r w:rsidR="00861F48">
        <w:rPr>
          <w:rFonts w:ascii="Times New Roman" w:hAnsi="Times New Roman" w:cs="Times New Roman"/>
        </w:rPr>
        <w:tab/>
      </w:r>
      <w:r w:rsidRPr="00B97298">
        <w:rPr>
          <w:rFonts w:ascii="Times New Roman" w:hAnsi="Times New Roman" w:cs="Times New Roman"/>
        </w:rPr>
        <w:t xml:space="preserve">□ Other: ____________________________________________  </w:t>
      </w:r>
    </w:p>
    <w:p w14:paraId="149E1F48" w14:textId="77777777" w:rsidR="00461C3D" w:rsidRPr="00B97298" w:rsidRDefault="00461C3D">
      <w:pPr>
        <w:rPr>
          <w:rFonts w:ascii="Times New Roman" w:hAnsi="Times New Roman" w:cs="Times New Roman"/>
        </w:rPr>
      </w:pPr>
    </w:p>
    <w:p w14:paraId="1122BBEA" w14:textId="77777777" w:rsidR="00461C3D" w:rsidRPr="00861F48" w:rsidRDefault="00000000">
      <w:pPr>
        <w:rPr>
          <w:rFonts w:ascii="Times New Roman" w:hAnsi="Times New Roman" w:cs="Times New Roman"/>
          <w:b/>
          <w:bCs/>
          <w:sz w:val="30"/>
          <w:szCs w:val="30"/>
        </w:rPr>
      </w:pPr>
      <w:r w:rsidRPr="00861F48">
        <w:rPr>
          <w:rFonts w:ascii="Times New Roman" w:hAnsi="Times New Roman" w:cs="Times New Roman"/>
          <w:b/>
          <w:bCs/>
          <w:sz w:val="30"/>
          <w:szCs w:val="30"/>
        </w:rPr>
        <w:t>### 6. Other Opinions</w:t>
      </w:r>
    </w:p>
    <w:p w14:paraId="7C8FC0AB" w14:textId="77777777" w:rsidR="00461C3D" w:rsidRPr="00B97298" w:rsidRDefault="00000000">
      <w:pPr>
        <w:rPr>
          <w:rFonts w:ascii="Times New Roman" w:hAnsi="Times New Roman" w:cs="Times New Roman"/>
        </w:rPr>
      </w:pPr>
      <w:r w:rsidRPr="00B97298">
        <w:rPr>
          <w:rFonts w:ascii="Times New Roman" w:hAnsi="Times New Roman" w:cs="Times New Roman"/>
        </w:rPr>
        <w:t xml:space="preserve">- For OSCE preparation purposes, if using the chatbot right before the exam, how much time do you think is needed per scenario?  </w:t>
      </w:r>
    </w:p>
    <w:p w14:paraId="31DF56F5" w14:textId="430564ED" w:rsidR="00461C3D" w:rsidRPr="00B97298" w:rsidRDefault="00000000">
      <w:pPr>
        <w:rPr>
          <w:rFonts w:ascii="Times New Roman" w:hAnsi="Times New Roman" w:cs="Times New Roman"/>
        </w:rPr>
      </w:pPr>
      <w:r w:rsidRPr="00B97298">
        <w:rPr>
          <w:rFonts w:ascii="Times New Roman" w:hAnsi="Times New Roman" w:cs="Times New Roman"/>
        </w:rPr>
        <w:t xml:space="preserve">  </w:t>
      </w:r>
      <w:r w:rsidR="00861F48">
        <w:rPr>
          <w:rFonts w:ascii="Times New Roman" w:hAnsi="Times New Roman" w:cs="Times New Roman"/>
        </w:rPr>
        <w:tab/>
      </w:r>
      <w:r w:rsidRPr="00B97298">
        <w:rPr>
          <w:rFonts w:ascii="Times New Roman" w:hAnsi="Times New Roman" w:cs="Times New Roman"/>
        </w:rPr>
        <w:t xml:space="preserve">□ Within 15 min □ 30 min □ 1 hour □ More than 2 hours  </w:t>
      </w:r>
    </w:p>
    <w:p w14:paraId="6017D1FD" w14:textId="77777777" w:rsidR="00461C3D" w:rsidRPr="00B97298" w:rsidRDefault="00461C3D">
      <w:pPr>
        <w:rPr>
          <w:rFonts w:ascii="Times New Roman" w:hAnsi="Times New Roman" w:cs="Times New Roman"/>
        </w:rPr>
      </w:pPr>
    </w:p>
    <w:p w14:paraId="0CDFC0B6" w14:textId="77777777" w:rsidR="00461C3D" w:rsidRPr="00B97298" w:rsidRDefault="00000000">
      <w:pPr>
        <w:rPr>
          <w:rFonts w:ascii="Times New Roman" w:hAnsi="Times New Roman" w:cs="Times New Roman"/>
        </w:rPr>
      </w:pPr>
      <w:r w:rsidRPr="00B97298">
        <w:rPr>
          <w:rFonts w:ascii="Times New Roman" w:hAnsi="Times New Roman" w:cs="Times New Roman"/>
        </w:rPr>
        <w:t xml:space="preserve">- Please freely provide suggestions regarding the use of chatbots in mock clinical training, including the appropriate timing and methods for education. ____________________________________________  </w:t>
      </w:r>
    </w:p>
    <w:p w14:paraId="7EF0CBDF" w14:textId="77777777" w:rsidR="00461C3D" w:rsidRPr="00B97298" w:rsidRDefault="00461C3D">
      <w:pPr>
        <w:rPr>
          <w:rFonts w:ascii="Times New Roman" w:hAnsi="Times New Roman" w:cs="Times New Roman"/>
        </w:rPr>
      </w:pPr>
    </w:p>
    <w:p w14:paraId="76CA2E55" w14:textId="77777777" w:rsidR="00461C3D" w:rsidRPr="00B97298" w:rsidRDefault="00000000">
      <w:pPr>
        <w:rPr>
          <w:rFonts w:ascii="Times New Roman" w:hAnsi="Times New Roman" w:cs="Times New Roman"/>
        </w:rPr>
      </w:pPr>
      <w:r w:rsidRPr="00B97298">
        <w:rPr>
          <w:rFonts w:ascii="Times New Roman" w:hAnsi="Times New Roman" w:cs="Times New Roman"/>
        </w:rPr>
        <w:t>- Any other comments you would like to share with the research team about the OSCE practice chatbot system: ____________________________________________</w:t>
      </w:r>
    </w:p>
    <w:sectPr w:rsidR="00461C3D" w:rsidRPr="00B9729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694838429">
    <w:abstractNumId w:val="8"/>
  </w:num>
  <w:num w:numId="2" w16cid:durableId="1999652378">
    <w:abstractNumId w:val="6"/>
  </w:num>
  <w:num w:numId="3" w16cid:durableId="1400252329">
    <w:abstractNumId w:val="5"/>
  </w:num>
  <w:num w:numId="4" w16cid:durableId="1369791524">
    <w:abstractNumId w:val="4"/>
  </w:num>
  <w:num w:numId="5" w16cid:durableId="1070536870">
    <w:abstractNumId w:val="7"/>
  </w:num>
  <w:num w:numId="6" w16cid:durableId="1501310070">
    <w:abstractNumId w:val="3"/>
  </w:num>
  <w:num w:numId="7" w16cid:durableId="703097818">
    <w:abstractNumId w:val="2"/>
  </w:num>
  <w:num w:numId="8" w16cid:durableId="116677918">
    <w:abstractNumId w:val="1"/>
  </w:num>
  <w:num w:numId="9" w16cid:durableId="574512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12FF0"/>
    <w:rsid w:val="00461C3D"/>
    <w:rsid w:val="004F1B46"/>
    <w:rsid w:val="007F649E"/>
    <w:rsid w:val="00861F48"/>
    <w:rsid w:val="00AA1D8D"/>
    <w:rsid w:val="00B47730"/>
    <w:rsid w:val="00B9729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D821B3"/>
  <w14:defaultImageDpi w14:val="300"/>
  <w15:docId w15:val="{0AF2598C-B98A-C242-84F2-5C87D81F2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7686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921</Words>
  <Characters>5254</Characters>
  <Application>Microsoft Office Word</Application>
  <DocSecurity>0</DocSecurity>
  <Lines>43</Lines>
  <Paragraphs>12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6163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준동 김</cp:lastModifiedBy>
  <cp:revision>4</cp:revision>
  <dcterms:created xsi:type="dcterms:W3CDTF">2013-12-23T23:15:00Z</dcterms:created>
  <dcterms:modified xsi:type="dcterms:W3CDTF">2025-08-14T09:46:00Z</dcterms:modified>
  <cp:category/>
</cp:coreProperties>
</file>