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EDB2" w14:textId="6B93F5FD" w:rsidR="00897A25" w:rsidRPr="0066181D" w:rsidRDefault="00877C01" w:rsidP="0066181D">
      <w:pPr>
        <w:jc w:val="center"/>
        <w:rPr>
          <w:rFonts w:ascii="Times New Roman" w:hAnsi="Times New Roman" w:cs="Times New Roman"/>
          <w:b/>
          <w:bCs/>
          <w:sz w:val="40"/>
          <w:szCs w:val="40"/>
        </w:rPr>
      </w:pPr>
      <w:r w:rsidRPr="0066181D">
        <w:rPr>
          <w:rFonts w:ascii="Times New Roman" w:hAnsi="Times New Roman" w:cs="Times New Roman"/>
          <w:b/>
          <w:bCs/>
          <w:sz w:val="40"/>
          <w:szCs w:val="40"/>
        </w:rPr>
        <w:t>OSCE Learning-Process Survey</w:t>
      </w:r>
      <w:r w:rsidR="00000000" w:rsidRPr="0066181D">
        <w:rPr>
          <w:rFonts w:ascii="Times New Roman" w:hAnsi="Times New Roman" w:cs="Times New Roman"/>
          <w:b/>
          <w:bCs/>
          <w:sz w:val="40"/>
          <w:szCs w:val="40"/>
        </w:rPr>
        <w:t xml:space="preserve"> </w:t>
      </w:r>
      <w:r w:rsidRPr="0066181D">
        <w:rPr>
          <w:rFonts w:ascii="Times New Roman" w:hAnsi="Times New Roman" w:cs="Times New Roman"/>
          <w:b/>
          <w:bCs/>
          <w:sz w:val="40"/>
          <w:szCs w:val="40"/>
        </w:rPr>
        <w:br/>
      </w:r>
      <w:r w:rsidR="00000000" w:rsidRPr="0066181D">
        <w:rPr>
          <w:rFonts w:ascii="Times New Roman" w:hAnsi="Times New Roman" w:cs="Times New Roman"/>
          <w:b/>
          <w:bCs/>
          <w:sz w:val="40"/>
          <w:szCs w:val="40"/>
        </w:rPr>
        <w:t>[Experimental Group, Control Group]</w:t>
      </w:r>
    </w:p>
    <w:p w14:paraId="1472B768" w14:textId="77777777" w:rsidR="00897A25" w:rsidRPr="00877C01" w:rsidRDefault="00897A25">
      <w:pPr>
        <w:rPr>
          <w:rFonts w:ascii="Times New Roman" w:hAnsi="Times New Roman" w:cs="Times New Roman"/>
        </w:rPr>
      </w:pPr>
    </w:p>
    <w:p w14:paraId="7B21CCCC" w14:textId="506939F4" w:rsidR="00897A25" w:rsidRPr="00877C01" w:rsidRDefault="00000000">
      <w:pPr>
        <w:rPr>
          <w:rFonts w:ascii="Times New Roman" w:hAnsi="Times New Roman" w:cs="Times New Roman"/>
        </w:rPr>
      </w:pPr>
      <w:r w:rsidRPr="00877C01">
        <w:rPr>
          <w:rFonts w:ascii="Times New Roman" w:hAnsi="Times New Roman" w:cs="Times New Roman"/>
        </w:rPr>
        <w:t>This survey consists of items evaluating the OSCE training course. It includes the collection of personal information such as name, age, and school of origin. The responses may be presented in research reports, papers, etc., in the form of statistical analyses.</w:t>
      </w:r>
    </w:p>
    <w:p w14:paraId="5ABA9A74" w14:textId="77777777" w:rsidR="00897A25" w:rsidRPr="00877C01" w:rsidRDefault="00000000">
      <w:pPr>
        <w:rPr>
          <w:rFonts w:ascii="Times New Roman" w:hAnsi="Times New Roman" w:cs="Times New Roman"/>
        </w:rPr>
      </w:pPr>
      <w:r w:rsidRPr="00877C01">
        <w:rPr>
          <w:rFonts w:ascii="Times New Roman" w:hAnsi="Times New Roman" w:cs="Times New Roman"/>
        </w:rPr>
        <w:t>I agree that the results of this survey will be used for research purposes. □ Agree □ Disagree</w:t>
      </w:r>
    </w:p>
    <w:p w14:paraId="43C44701" w14:textId="77777777" w:rsidR="00897A25" w:rsidRPr="00877C01" w:rsidRDefault="00897A25">
      <w:pPr>
        <w:rPr>
          <w:rFonts w:ascii="Times New Roman" w:hAnsi="Times New Roman" w:cs="Times New Roman"/>
        </w:rPr>
      </w:pPr>
    </w:p>
    <w:p w14:paraId="5BE4DCA9" w14:textId="77777777" w:rsidR="00897A25" w:rsidRPr="00845066" w:rsidRDefault="00000000">
      <w:pPr>
        <w:rPr>
          <w:rFonts w:ascii="Times New Roman" w:hAnsi="Times New Roman" w:cs="Times New Roman"/>
          <w:b/>
          <w:bCs/>
          <w:sz w:val="30"/>
          <w:szCs w:val="30"/>
        </w:rPr>
      </w:pPr>
      <w:r w:rsidRPr="00845066">
        <w:rPr>
          <w:rFonts w:ascii="Times New Roman" w:hAnsi="Times New Roman" w:cs="Times New Roman"/>
          <w:b/>
          <w:bCs/>
          <w:sz w:val="30"/>
          <w:szCs w:val="30"/>
        </w:rPr>
        <w:t>Basic Information</w:t>
      </w:r>
    </w:p>
    <w:p w14:paraId="75F21D6D"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 xml:space="preserve">Initials: </w:t>
      </w:r>
    </w:p>
    <w:p w14:paraId="645FDD39"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Code: AAR___</w:t>
      </w:r>
    </w:p>
    <w:p w14:paraId="4CB6D2DC"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Year: [    ] year of medical school</w:t>
      </w:r>
    </w:p>
    <w:p w14:paraId="1CC42521"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 xml:space="preserve">Age: </w:t>
      </w:r>
    </w:p>
    <w:p w14:paraId="2BD12959"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 xml:space="preserve">School: </w:t>
      </w:r>
    </w:p>
    <w:p w14:paraId="122C0451"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Gender: □ Male □ Female</w:t>
      </w:r>
    </w:p>
    <w:p w14:paraId="3DAE47C1" w14:textId="7777777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Number of times you have previously taken the OSCE exam: [    ] times</w:t>
      </w:r>
    </w:p>
    <w:p w14:paraId="62039705" w14:textId="77777777" w:rsidR="00897A25" w:rsidRPr="00877C01" w:rsidRDefault="00897A25">
      <w:pPr>
        <w:rPr>
          <w:rFonts w:ascii="Times New Roman" w:hAnsi="Times New Roman" w:cs="Times New Roman"/>
        </w:rPr>
      </w:pPr>
    </w:p>
    <w:p w14:paraId="3EC587D6" w14:textId="77777777" w:rsidR="00897A25" w:rsidRPr="00877C01" w:rsidRDefault="00000000">
      <w:pPr>
        <w:rPr>
          <w:rFonts w:ascii="Times New Roman" w:hAnsi="Times New Roman" w:cs="Times New Roman"/>
        </w:rPr>
      </w:pPr>
      <w:r w:rsidRPr="00877C01">
        <w:rPr>
          <w:rFonts w:ascii="Times New Roman" w:hAnsi="Times New Roman" w:cs="Times New Roman"/>
        </w:rPr>
        <w:t>Which learning method did you use to prepare for this OSCE exam? (Select one)</w:t>
      </w:r>
    </w:p>
    <w:p w14:paraId="3AF90199" w14:textId="46B25C9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 xml:space="preserve">□ </w:t>
      </w:r>
      <w:r w:rsidR="00D756BB">
        <w:rPr>
          <w:rFonts w:ascii="Times New Roman" w:hAnsi="Times New Roman" w:cs="Times New Roman"/>
        </w:rPr>
        <w:t xml:space="preserve">Peer </w:t>
      </w:r>
      <w:r w:rsidRPr="00877C01">
        <w:rPr>
          <w:rFonts w:ascii="Times New Roman" w:hAnsi="Times New Roman" w:cs="Times New Roman"/>
        </w:rPr>
        <w:t>Role-play</w:t>
      </w:r>
    </w:p>
    <w:p w14:paraId="7DBF10C9" w14:textId="20B124B7" w:rsidR="00897A25" w:rsidRPr="00877C01" w:rsidRDefault="00000000" w:rsidP="00845066">
      <w:pPr>
        <w:ind w:firstLine="720"/>
        <w:rPr>
          <w:rFonts w:ascii="Times New Roman" w:hAnsi="Times New Roman" w:cs="Times New Roman"/>
        </w:rPr>
      </w:pPr>
      <w:r w:rsidRPr="00877C01">
        <w:rPr>
          <w:rFonts w:ascii="Times New Roman" w:hAnsi="Times New Roman" w:cs="Times New Roman"/>
        </w:rPr>
        <w:t xml:space="preserve">□ </w:t>
      </w:r>
      <w:r w:rsidR="00D756BB">
        <w:rPr>
          <w:rFonts w:ascii="Times New Roman" w:hAnsi="Times New Roman" w:cs="Times New Roman"/>
        </w:rPr>
        <w:t xml:space="preserve">AI </w:t>
      </w:r>
      <w:r w:rsidRPr="00877C01">
        <w:rPr>
          <w:rFonts w:ascii="Times New Roman" w:hAnsi="Times New Roman" w:cs="Times New Roman"/>
        </w:rPr>
        <w:t>Chatbot</w:t>
      </w:r>
    </w:p>
    <w:p w14:paraId="3ACF8381" w14:textId="75464634" w:rsidR="00897A25" w:rsidRPr="00877C01" w:rsidRDefault="00897A25">
      <w:pPr>
        <w:rPr>
          <w:rFonts w:ascii="Times New Roman" w:hAnsi="Times New Roman" w:cs="Times New Roman"/>
        </w:rPr>
      </w:pPr>
    </w:p>
    <w:p w14:paraId="66EC6AEF" w14:textId="77777777" w:rsidR="00D756BB" w:rsidRDefault="00D756BB">
      <w:pPr>
        <w:rPr>
          <w:rFonts w:ascii="Times New Roman" w:hAnsi="Times New Roman" w:cs="Times New Roman"/>
        </w:rPr>
      </w:pPr>
      <w:r>
        <w:rPr>
          <w:rFonts w:ascii="Times New Roman" w:hAnsi="Times New Roman" w:cs="Times New Roman"/>
        </w:rPr>
        <w:br w:type="page"/>
      </w:r>
    </w:p>
    <w:p w14:paraId="18749D51" w14:textId="4997F2F6" w:rsidR="00897A25" w:rsidRPr="00877C01" w:rsidRDefault="00000000">
      <w:pPr>
        <w:rPr>
          <w:rFonts w:ascii="Times New Roman" w:hAnsi="Times New Roman" w:cs="Times New Roman" w:hint="eastAsia"/>
        </w:rPr>
      </w:pPr>
      <w:r w:rsidRPr="00877C01">
        <w:rPr>
          <w:rFonts w:ascii="Times New Roman" w:hAnsi="Times New Roman" w:cs="Times New Roman"/>
        </w:rPr>
        <w:lastRenderedPageBreak/>
        <w:t>Today, you participated in a 1-hour-and-30-minute practice session, using either the role-play method or the OSCE chatbot method. Please answer the following questions regarding your experience with the OSCE practice process.</w:t>
      </w:r>
    </w:p>
    <w:p w14:paraId="4CC3F8DA" w14:textId="77777777" w:rsidR="00897A25" w:rsidRPr="00877C01" w:rsidRDefault="00000000">
      <w:pPr>
        <w:rPr>
          <w:rFonts w:ascii="Times New Roman" w:hAnsi="Times New Roman" w:cs="Times New Roman"/>
        </w:rPr>
      </w:pPr>
      <w:r w:rsidRPr="00877C01">
        <w:rPr>
          <w:rFonts w:ascii="Times New Roman" w:hAnsi="Times New Roman" w:cs="Times New Roman"/>
        </w:rPr>
        <w:t>(1: Strongly disagree ~ 5: Strongly agree)</w:t>
      </w:r>
    </w:p>
    <w:p w14:paraId="152EA787" w14:textId="77777777" w:rsidR="00897A25" w:rsidRPr="00877C01" w:rsidRDefault="00897A25">
      <w:pPr>
        <w:rPr>
          <w:rFonts w:ascii="Times New Roman" w:hAnsi="Times New Roman" w:cs="Times New Roman"/>
        </w:rPr>
      </w:pPr>
    </w:p>
    <w:p w14:paraId="069666A3" w14:textId="60BE2601"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t>### 1. Basic Evaluation of the Learning Method</w:t>
      </w:r>
    </w:p>
    <w:p w14:paraId="52EC312A" w14:textId="50245D57" w:rsidR="00897A25" w:rsidRPr="00877C01" w:rsidRDefault="00877C01">
      <w:pPr>
        <w:rPr>
          <w:rFonts w:ascii="Times New Roman" w:hAnsi="Times New Roman" w:cs="Times New Roman"/>
        </w:rPr>
      </w:pPr>
      <w:r w:rsidRPr="00877C01">
        <w:rPr>
          <w:rFonts w:ascii="Times New Roman" w:eastAsia="맑은 고딕" w:hAnsi="Times New Roman" w:cs="Times New Roman"/>
          <w:lang w:eastAsia="ko-KR"/>
        </w:rPr>
        <w:t>Q</w:t>
      </w:r>
      <w:r w:rsidR="00000000" w:rsidRPr="00877C01">
        <w:rPr>
          <w:rFonts w:ascii="Times New Roman" w:hAnsi="Times New Roman" w:cs="Times New Roman"/>
        </w:rPr>
        <w:t xml:space="preserve">1. I was able to practice in a way </w:t>
      </w:r>
      <w:proofErr w:type="gramStart"/>
      <w:r w:rsidR="00000000" w:rsidRPr="00877C01">
        <w:rPr>
          <w:rFonts w:ascii="Times New Roman" w:hAnsi="Times New Roman" w:cs="Times New Roman"/>
        </w:rPr>
        <w:t>similar to</w:t>
      </w:r>
      <w:proofErr w:type="gramEnd"/>
      <w:r w:rsidR="00000000" w:rsidRPr="00877C01">
        <w:rPr>
          <w:rFonts w:ascii="Times New Roman" w:hAnsi="Times New Roman" w:cs="Times New Roman"/>
        </w:rPr>
        <w:t xml:space="preserve"> the actual OSCE exam situation. </w:t>
      </w:r>
      <w:r w:rsidR="0066181D">
        <w:rPr>
          <w:rFonts w:ascii="Times New Roman" w:hAnsi="Times New Roman" w:cs="Times New Roman"/>
        </w:rPr>
        <w:tab/>
      </w:r>
      <w:r w:rsidR="00000000" w:rsidRPr="00877C01">
        <w:rPr>
          <w:rFonts w:ascii="Times New Roman" w:hAnsi="Times New Roman" w:cs="Times New Roman"/>
        </w:rPr>
        <w:t xml:space="preserve">□1 □2 □3 □4 □5  </w:t>
      </w:r>
    </w:p>
    <w:p w14:paraId="4A26E9B4" w14:textId="7195F84B"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2. It helped me systematically diagnose the patient’s symptoms. </w:t>
      </w:r>
      <w:r w:rsidR="0066181D">
        <w:rPr>
          <w:rFonts w:ascii="Times New Roman" w:hAnsi="Times New Roman" w:cs="Times New Roman"/>
        </w:rPr>
        <w:tab/>
      </w:r>
      <w:r w:rsidR="0066181D">
        <w:rPr>
          <w:rFonts w:ascii="Times New Roman" w:hAnsi="Times New Roman" w:cs="Times New Roman"/>
        </w:rPr>
        <w:tab/>
      </w:r>
      <w:r w:rsidR="00000000" w:rsidRPr="00877C01">
        <w:rPr>
          <w:rFonts w:ascii="Times New Roman" w:hAnsi="Times New Roman" w:cs="Times New Roman"/>
        </w:rPr>
        <w:t xml:space="preserve">□1 □2 □3 □4 □5  </w:t>
      </w:r>
    </w:p>
    <w:p w14:paraId="51E0893D" w14:textId="5F28DD1F"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3. It helped improve my communication skills with patients. </w:t>
      </w:r>
      <w:r w:rsidR="0066181D">
        <w:rPr>
          <w:rFonts w:ascii="Times New Roman" w:hAnsi="Times New Roman" w:cs="Times New Roman"/>
        </w:rPr>
        <w:tab/>
      </w:r>
      <w:r w:rsidR="0066181D">
        <w:rPr>
          <w:rFonts w:ascii="Times New Roman" w:hAnsi="Times New Roman" w:cs="Times New Roman"/>
        </w:rPr>
        <w:tab/>
      </w:r>
      <w:r w:rsidR="0066181D">
        <w:rPr>
          <w:rFonts w:ascii="Times New Roman" w:hAnsi="Times New Roman" w:cs="Times New Roman"/>
        </w:rPr>
        <w:tab/>
      </w:r>
      <w:r w:rsidR="00000000" w:rsidRPr="00877C01">
        <w:rPr>
          <w:rFonts w:ascii="Times New Roman" w:hAnsi="Times New Roman" w:cs="Times New Roman"/>
        </w:rPr>
        <w:t xml:space="preserve">□1 □2 □3 □4 □5  </w:t>
      </w:r>
    </w:p>
    <w:p w14:paraId="2DFDC3C0" w14:textId="56B9742E"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4. It was efficient considering the learning time. </w:t>
      </w:r>
      <w:r w:rsidR="0066181D">
        <w:rPr>
          <w:rFonts w:ascii="Times New Roman" w:hAnsi="Times New Roman" w:cs="Times New Roman"/>
        </w:rPr>
        <w:tab/>
      </w:r>
      <w:r w:rsidR="0066181D">
        <w:rPr>
          <w:rFonts w:ascii="Times New Roman" w:hAnsi="Times New Roman" w:cs="Times New Roman"/>
        </w:rPr>
        <w:tab/>
      </w:r>
      <w:r w:rsidR="0066181D">
        <w:rPr>
          <w:rFonts w:ascii="Times New Roman" w:hAnsi="Times New Roman" w:cs="Times New Roman"/>
        </w:rPr>
        <w:tab/>
      </w:r>
      <w:r w:rsidR="0066181D">
        <w:rPr>
          <w:rFonts w:ascii="Times New Roman" w:hAnsi="Times New Roman" w:cs="Times New Roman"/>
        </w:rPr>
        <w:tab/>
      </w:r>
      <w:r w:rsidR="00000000" w:rsidRPr="00877C01">
        <w:rPr>
          <w:rFonts w:ascii="Times New Roman" w:hAnsi="Times New Roman" w:cs="Times New Roman"/>
        </w:rPr>
        <w:t xml:space="preserve">□1 □2 □3 □4 □5  </w:t>
      </w:r>
    </w:p>
    <w:p w14:paraId="7B4B6760" w14:textId="23AAFA87"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5. The practice method felt free from time and environmental restrictions. </w:t>
      </w:r>
      <w:r w:rsidR="0066181D">
        <w:rPr>
          <w:rFonts w:ascii="Times New Roman" w:hAnsi="Times New Roman" w:cs="Times New Roman"/>
        </w:rPr>
        <w:tab/>
      </w:r>
      <w:r w:rsidR="00000000" w:rsidRPr="00877C01">
        <w:rPr>
          <w:rFonts w:ascii="Times New Roman" w:hAnsi="Times New Roman" w:cs="Times New Roman"/>
        </w:rPr>
        <w:t xml:space="preserve">□1 □2 □3 □4 □5  </w:t>
      </w:r>
    </w:p>
    <w:p w14:paraId="16C9CAC9" w14:textId="192E14C3"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6. It was easy to self-regulate the learning pace. </w:t>
      </w:r>
      <w:r w:rsidR="0066181D">
        <w:rPr>
          <w:rFonts w:ascii="Times New Roman" w:hAnsi="Times New Roman" w:cs="Times New Roman"/>
        </w:rPr>
        <w:tab/>
      </w:r>
      <w:r w:rsidR="0066181D">
        <w:rPr>
          <w:rFonts w:ascii="Times New Roman" w:hAnsi="Times New Roman" w:cs="Times New Roman"/>
        </w:rPr>
        <w:tab/>
      </w:r>
      <w:r w:rsidR="0066181D">
        <w:rPr>
          <w:rFonts w:ascii="Times New Roman" w:hAnsi="Times New Roman" w:cs="Times New Roman"/>
        </w:rPr>
        <w:tab/>
      </w:r>
      <w:r w:rsidR="0066181D">
        <w:rPr>
          <w:rFonts w:ascii="Times New Roman" w:hAnsi="Times New Roman" w:cs="Times New Roman"/>
        </w:rPr>
        <w:tab/>
      </w:r>
      <w:r w:rsidR="00000000" w:rsidRPr="00877C01">
        <w:rPr>
          <w:rFonts w:ascii="Times New Roman" w:hAnsi="Times New Roman" w:cs="Times New Roman"/>
        </w:rPr>
        <w:t xml:space="preserve">□1 □2 □3 □4 □5  </w:t>
      </w:r>
    </w:p>
    <w:p w14:paraId="56752CB4" w14:textId="1E34B964"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7. I was able to repeatedly practice the clinical scenarios sufficiently. </w:t>
      </w:r>
      <w:r w:rsidR="0066181D">
        <w:rPr>
          <w:rFonts w:ascii="Times New Roman" w:hAnsi="Times New Roman" w:cs="Times New Roman"/>
        </w:rPr>
        <w:tab/>
      </w:r>
      <w:r w:rsidR="0066181D">
        <w:rPr>
          <w:rFonts w:ascii="Times New Roman" w:hAnsi="Times New Roman" w:cs="Times New Roman"/>
        </w:rPr>
        <w:tab/>
      </w:r>
      <w:r w:rsidR="00000000" w:rsidRPr="00877C01">
        <w:rPr>
          <w:rFonts w:ascii="Times New Roman" w:hAnsi="Times New Roman" w:cs="Times New Roman"/>
        </w:rPr>
        <w:t xml:space="preserve">□1 □2 □3 □4 □5  </w:t>
      </w:r>
    </w:p>
    <w:p w14:paraId="6840CB42" w14:textId="68440558"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8. I was able to stay focused during the learning time.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18C282F6" w14:textId="43E9C36A"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9. It helped me identify mistakes or missed parts.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7926E4FD" w14:textId="1BB33648"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10. It helped me identify specific areas for improvement.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642BC501" w14:textId="77777777" w:rsidR="00897A25" w:rsidRPr="00877C01" w:rsidRDefault="00897A25">
      <w:pPr>
        <w:rPr>
          <w:rFonts w:ascii="Times New Roman" w:hAnsi="Times New Roman" w:cs="Times New Roman"/>
        </w:rPr>
      </w:pPr>
    </w:p>
    <w:p w14:paraId="517C2874" w14:textId="65509DAF"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t>### 2. Qualitative Evaluation of the Learning Experience</w:t>
      </w:r>
    </w:p>
    <w:p w14:paraId="2328D6B7" w14:textId="0E5E101C"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11. I could systematically practice the OSCE examination process. </w:t>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70C1E585" w14:textId="1BA6B657"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12. I gained a clear understanding of the OSCE examination process. </w:t>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598F249D" w14:textId="56DA2171"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13. The feedback provided was consistent.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637C7A44" w14:textId="7C2D4417"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14. The feedback provided was objective.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396B7DBC" w14:textId="2CF3312E"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15. The feedback provided was specific.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6BC378E0" w14:textId="1664AB53"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16. </w:t>
      </w:r>
      <w:r w:rsidR="00000000" w:rsidRPr="00EB1EE0">
        <w:rPr>
          <w:rFonts w:ascii="Times New Roman" w:hAnsi="Times New Roman" w:cs="Times New Roman"/>
          <w:sz w:val="21"/>
          <w:szCs w:val="21"/>
        </w:rPr>
        <w:t>The feedback was non-judgmental and suggested directions for improvement</w:t>
      </w:r>
      <w:r w:rsidR="00000000" w:rsidRPr="00877C01">
        <w:rPr>
          <w:rFonts w:ascii="Times New Roman" w:hAnsi="Times New Roman" w:cs="Times New Roman"/>
        </w:rPr>
        <w:t xml:space="preserve">. </w:t>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45011293" w14:textId="7EFF416D"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17. My ability to handle various unexpected situations improved. </w:t>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55326C24" w14:textId="2F0D3F42"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18. It helped me select appropriate vocabulary when interacting with patients. </w:t>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0A6B79A6" w14:textId="77777777" w:rsidR="00897A25" w:rsidRPr="00877C01" w:rsidRDefault="00897A25">
      <w:pPr>
        <w:rPr>
          <w:rFonts w:ascii="Times New Roman" w:hAnsi="Times New Roman" w:cs="Times New Roman"/>
        </w:rPr>
      </w:pPr>
    </w:p>
    <w:p w14:paraId="579F863E" w14:textId="3A12E403"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lastRenderedPageBreak/>
        <w:t>### 3. Psychological/Emotional Evaluation</w:t>
      </w:r>
    </w:p>
    <w:p w14:paraId="0ECF63A3" w14:textId="77777777" w:rsidR="00EB1EE0" w:rsidRDefault="00877C01">
      <w:pPr>
        <w:rPr>
          <w:rFonts w:ascii="Times New Roman" w:hAnsi="Times New Roman" w:cs="Times New Roman"/>
          <w:lang w:eastAsia="ko-KR"/>
        </w:rPr>
      </w:pPr>
      <w:r w:rsidRPr="00877C01">
        <w:rPr>
          <w:rFonts w:ascii="Times New Roman" w:hAnsi="Times New Roman" w:cs="Times New Roman"/>
        </w:rPr>
        <w:t>Q</w:t>
      </w:r>
      <w:r w:rsidR="00000000" w:rsidRPr="00877C01">
        <w:rPr>
          <w:rFonts w:ascii="Times New Roman" w:hAnsi="Times New Roman" w:cs="Times New Roman"/>
        </w:rPr>
        <w:t xml:space="preserve">19. I felt appropriate tension and responsibility during the medical interview practice. </w:t>
      </w:r>
    </w:p>
    <w:p w14:paraId="1DEDE6BF" w14:textId="01C21C96" w:rsidR="00897A25" w:rsidRPr="00877C01" w:rsidRDefault="00000000" w:rsidP="00EB1EE0">
      <w:pPr>
        <w:ind w:left="6480" w:firstLine="720"/>
        <w:rPr>
          <w:rFonts w:ascii="Times New Roman" w:hAnsi="Times New Roman" w:cs="Times New Roman"/>
        </w:rPr>
      </w:pPr>
      <w:r w:rsidRPr="00877C01">
        <w:rPr>
          <w:rFonts w:ascii="Times New Roman" w:hAnsi="Times New Roman" w:cs="Times New Roman"/>
        </w:rPr>
        <w:t xml:space="preserve">□1 □2 □3 □4 □5  </w:t>
      </w:r>
    </w:p>
    <w:p w14:paraId="4AB9E848" w14:textId="11C3CA17"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20. I gained sufficient confidence during the learning process.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5910E327" w14:textId="67F2FD65"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21. I felt prepared for the OSCE exam through practice.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77E73691" w14:textId="0C41BE1B"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22. I felt prepared for real patient care through practice.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7C254BFD" w14:textId="77777777" w:rsidR="00897A25" w:rsidRPr="00877C01" w:rsidRDefault="00897A25">
      <w:pPr>
        <w:rPr>
          <w:rFonts w:ascii="Times New Roman" w:hAnsi="Times New Roman" w:cs="Times New Roman"/>
        </w:rPr>
      </w:pPr>
    </w:p>
    <w:p w14:paraId="7F582D48" w14:textId="29630C90"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t>### 4. Evaluation of Improvement by Competency</w:t>
      </w:r>
    </w:p>
    <w:p w14:paraId="74CE26E1" w14:textId="64AFEBAB" w:rsidR="00897A25" w:rsidRPr="00EB1EE0" w:rsidRDefault="00000000">
      <w:pPr>
        <w:rPr>
          <w:rFonts w:ascii="Times New Roman" w:hAnsi="Times New Roman" w:cs="Times New Roman"/>
        </w:rPr>
      </w:pPr>
      <w:r w:rsidRPr="00EB1EE0">
        <w:rPr>
          <w:rFonts w:ascii="Times New Roman" w:hAnsi="Times New Roman" w:cs="Times New Roman"/>
        </w:rPr>
        <w:t xml:space="preserve">Which competencies do you feel have improved the most through </w:t>
      </w:r>
      <w:r w:rsidR="00877C01" w:rsidRPr="00EB1EE0">
        <w:rPr>
          <w:rFonts w:ascii="Times New Roman" w:hAnsi="Times New Roman" w:cs="Times New Roman"/>
        </w:rPr>
        <w:t>Peer R</w:t>
      </w:r>
      <w:r w:rsidRPr="00EB1EE0">
        <w:rPr>
          <w:rFonts w:ascii="Times New Roman" w:hAnsi="Times New Roman" w:cs="Times New Roman"/>
        </w:rPr>
        <w:t>ole-</w:t>
      </w:r>
      <w:r w:rsidR="00877C01" w:rsidRPr="00EB1EE0">
        <w:rPr>
          <w:rFonts w:ascii="Times New Roman" w:hAnsi="Times New Roman" w:cs="Times New Roman"/>
        </w:rPr>
        <w:t>P</w:t>
      </w:r>
      <w:r w:rsidRPr="00EB1EE0">
        <w:rPr>
          <w:rFonts w:ascii="Times New Roman" w:hAnsi="Times New Roman" w:cs="Times New Roman"/>
        </w:rPr>
        <w:t>lay/</w:t>
      </w:r>
      <w:r w:rsidR="00877C01" w:rsidRPr="00EB1EE0">
        <w:rPr>
          <w:rFonts w:ascii="Times New Roman" w:hAnsi="Times New Roman" w:cs="Times New Roman"/>
        </w:rPr>
        <w:t>AI C</w:t>
      </w:r>
      <w:r w:rsidRPr="00EB1EE0">
        <w:rPr>
          <w:rFonts w:ascii="Times New Roman" w:hAnsi="Times New Roman" w:cs="Times New Roman"/>
        </w:rPr>
        <w:t xml:space="preserve">hatbot training? (Multiple selections possible)  </w:t>
      </w:r>
    </w:p>
    <w:p w14:paraId="23B66C04"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Initiating the consultation (negotiating the interview topic, establishing initial rapport)  </w:t>
      </w:r>
    </w:p>
    <w:p w14:paraId="285AAD0C"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Information gathering: biomedical information  </w:t>
      </w:r>
    </w:p>
    <w:p w14:paraId="39AD65CC"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Information gathering: patient-centered illness experience (patient’s perspective, expectations, concerns, etc.)  </w:t>
      </w:r>
    </w:p>
    <w:p w14:paraId="4C27250A"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Physical examination  </w:t>
      </w:r>
    </w:p>
    <w:p w14:paraId="14C4D9FC"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Explanation &amp; planning (shared decision-making)  </w:t>
      </w:r>
    </w:p>
    <w:p w14:paraId="5EEB5ADB"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Closing (final plan confirmation, establishing a safety net)  </w:t>
      </w:r>
    </w:p>
    <w:p w14:paraId="06097A40"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Structuring the interview (logical flow)  </w:t>
      </w:r>
    </w:p>
    <w:p w14:paraId="34A391F0"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Building a collaborative relationship with the patient  </w:t>
      </w:r>
    </w:p>
    <w:p w14:paraId="02226FDF"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Time management  </w:t>
      </w:r>
    </w:p>
    <w:p w14:paraId="7E2A5CA7"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Stress management during the exam  </w:t>
      </w:r>
    </w:p>
    <w:p w14:paraId="3A317E0A"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Handling unexpected situations  </w:t>
      </w:r>
    </w:p>
    <w:p w14:paraId="17BD0A58" w14:textId="77777777" w:rsidR="00897A25" w:rsidRPr="00877C01" w:rsidRDefault="00897A25">
      <w:pPr>
        <w:rPr>
          <w:rFonts w:ascii="Times New Roman" w:hAnsi="Times New Roman" w:cs="Times New Roman"/>
        </w:rPr>
      </w:pPr>
    </w:p>
    <w:p w14:paraId="39A9BC3F" w14:textId="3F5C38EC" w:rsidR="00877C01" w:rsidRPr="00EB1EE0" w:rsidRDefault="00000000">
      <w:pPr>
        <w:rPr>
          <w:rFonts w:ascii="Times New Roman" w:hAnsi="Times New Roman" w:cs="Times New Roman" w:hint="eastAsia"/>
          <w:lang w:eastAsia="ko-KR"/>
        </w:rPr>
      </w:pPr>
      <w:r w:rsidRPr="00EB1EE0">
        <w:rPr>
          <w:rFonts w:ascii="Times New Roman" w:hAnsi="Times New Roman" w:cs="Times New Roman"/>
        </w:rPr>
        <w:t xml:space="preserve">Which areas did you find most difficult in the actual OSCE exam (or least effective in role-play/chatbot training)? (Multiple selections possible)  </w:t>
      </w:r>
    </w:p>
    <w:p w14:paraId="52C85ACE"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Initiating the consultation (negotiating the interview topic, establishing initial rapport)  </w:t>
      </w:r>
    </w:p>
    <w:p w14:paraId="6B507BD5"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Information </w:t>
      </w:r>
      <w:proofErr w:type="gramStart"/>
      <w:r w:rsidRPr="00877C01">
        <w:rPr>
          <w:rFonts w:ascii="Times New Roman" w:hAnsi="Times New Roman" w:cs="Times New Roman"/>
        </w:rPr>
        <w:t>gathering:</w:t>
      </w:r>
      <w:proofErr w:type="gramEnd"/>
      <w:r w:rsidRPr="00877C01">
        <w:rPr>
          <w:rFonts w:ascii="Times New Roman" w:hAnsi="Times New Roman" w:cs="Times New Roman"/>
        </w:rPr>
        <w:t xml:space="preserve"> biomedical information  </w:t>
      </w:r>
    </w:p>
    <w:p w14:paraId="09AB82E8"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lastRenderedPageBreak/>
        <w:t xml:space="preserve">□ Information </w:t>
      </w:r>
      <w:proofErr w:type="gramStart"/>
      <w:r w:rsidRPr="00877C01">
        <w:rPr>
          <w:rFonts w:ascii="Times New Roman" w:hAnsi="Times New Roman" w:cs="Times New Roman"/>
        </w:rPr>
        <w:t>gathering:</w:t>
      </w:r>
      <w:proofErr w:type="gramEnd"/>
      <w:r w:rsidRPr="00877C01">
        <w:rPr>
          <w:rFonts w:ascii="Times New Roman" w:hAnsi="Times New Roman" w:cs="Times New Roman"/>
        </w:rPr>
        <w:t xml:space="preserve"> patient-centered illness experience (patient’s perspective, expectations, concerns, etc.)  </w:t>
      </w:r>
    </w:p>
    <w:p w14:paraId="13C9C0BF"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Physical examination  </w:t>
      </w:r>
    </w:p>
    <w:p w14:paraId="3DF41749"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Explanation &amp; planning (shared decision-making)  </w:t>
      </w:r>
    </w:p>
    <w:p w14:paraId="582E1253"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Closing (final plan confirmation, establishing a safety net)  </w:t>
      </w:r>
    </w:p>
    <w:p w14:paraId="7A81ECF0"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Structuring the interview (logical flow)  </w:t>
      </w:r>
    </w:p>
    <w:p w14:paraId="656BBDE1" w14:textId="77777777" w:rsidR="00877C01" w:rsidRPr="00877C01" w:rsidRDefault="00877C01" w:rsidP="00EB1EE0">
      <w:pPr>
        <w:ind w:firstLine="720"/>
        <w:rPr>
          <w:rFonts w:ascii="Times New Roman" w:hAnsi="Times New Roman" w:cs="Times New Roman"/>
        </w:rPr>
      </w:pPr>
      <w:r w:rsidRPr="00877C01">
        <w:rPr>
          <w:rFonts w:ascii="Times New Roman" w:hAnsi="Times New Roman" w:cs="Times New Roman"/>
        </w:rPr>
        <w:t xml:space="preserve">□ Building a collaborative relationship with the patient  </w:t>
      </w:r>
    </w:p>
    <w:p w14:paraId="082007C9" w14:textId="77777777" w:rsidR="00897A25" w:rsidRPr="00877C01" w:rsidRDefault="00897A25">
      <w:pPr>
        <w:rPr>
          <w:rFonts w:ascii="Times New Roman" w:hAnsi="Times New Roman" w:cs="Times New Roman"/>
        </w:rPr>
      </w:pPr>
    </w:p>
    <w:p w14:paraId="17274069" w14:textId="50009D82"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t>### 5. Evaluation by Clinical Presentation</w:t>
      </w:r>
    </w:p>
    <w:p w14:paraId="57DEBF81" w14:textId="77777777" w:rsidR="00897A25" w:rsidRPr="00EB1EE0" w:rsidRDefault="00000000">
      <w:pPr>
        <w:rPr>
          <w:rFonts w:ascii="Times New Roman" w:hAnsi="Times New Roman" w:cs="Times New Roman"/>
          <w:b/>
          <w:bCs/>
        </w:rPr>
      </w:pPr>
      <w:r w:rsidRPr="00EB1EE0">
        <w:rPr>
          <w:rFonts w:ascii="Times New Roman" w:hAnsi="Times New Roman" w:cs="Times New Roman"/>
          <w:b/>
          <w:bCs/>
        </w:rPr>
        <w:t xml:space="preserve">Which clinical presentation (symptom) was most helpful to train </w:t>
      </w:r>
      <w:proofErr w:type="gramStart"/>
      <w:r w:rsidRPr="00EB1EE0">
        <w:rPr>
          <w:rFonts w:ascii="Times New Roman" w:hAnsi="Times New Roman" w:cs="Times New Roman"/>
          <w:b/>
          <w:bCs/>
        </w:rPr>
        <w:t>with in</w:t>
      </w:r>
      <w:proofErr w:type="gramEnd"/>
      <w:r w:rsidRPr="00EB1EE0">
        <w:rPr>
          <w:rFonts w:ascii="Times New Roman" w:hAnsi="Times New Roman" w:cs="Times New Roman"/>
          <w:b/>
          <w:bCs/>
        </w:rPr>
        <w:t xml:space="preserve"> role-play/chatbot practice?  </w:t>
      </w:r>
    </w:p>
    <w:p w14:paraId="17659D05"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Shoulder pain  </w:t>
      </w:r>
    </w:p>
    <w:p w14:paraId="30458489"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Dizziness  </w:t>
      </w:r>
    </w:p>
    <w:p w14:paraId="75FA4CB0" w14:textId="77777777" w:rsidR="00897A25" w:rsidRPr="00877C01" w:rsidRDefault="00000000" w:rsidP="00EB1EE0">
      <w:pPr>
        <w:ind w:left="720" w:firstLine="720"/>
        <w:rPr>
          <w:rFonts w:ascii="Times New Roman" w:hAnsi="Times New Roman" w:cs="Times New Roman"/>
        </w:rPr>
      </w:pPr>
      <w:r w:rsidRPr="00877C01">
        <w:rPr>
          <w:rFonts w:ascii="Times New Roman" w:hAnsi="Times New Roman" w:cs="Times New Roman"/>
        </w:rPr>
        <w:t xml:space="preserve">Reason: _______________________________  </w:t>
      </w:r>
    </w:p>
    <w:p w14:paraId="1E5D02BC" w14:textId="77777777" w:rsidR="00897A25" w:rsidRPr="00877C01" w:rsidRDefault="00897A25">
      <w:pPr>
        <w:rPr>
          <w:rFonts w:ascii="Times New Roman" w:hAnsi="Times New Roman" w:cs="Times New Roman"/>
        </w:rPr>
      </w:pPr>
    </w:p>
    <w:p w14:paraId="713EB771" w14:textId="77777777" w:rsidR="00897A25" w:rsidRPr="00EB1EE0" w:rsidRDefault="00000000">
      <w:pPr>
        <w:rPr>
          <w:rFonts w:ascii="Times New Roman" w:hAnsi="Times New Roman" w:cs="Times New Roman"/>
          <w:b/>
          <w:bCs/>
        </w:rPr>
      </w:pPr>
      <w:r w:rsidRPr="00EB1EE0">
        <w:rPr>
          <w:rFonts w:ascii="Times New Roman" w:hAnsi="Times New Roman" w:cs="Times New Roman"/>
          <w:b/>
          <w:bCs/>
        </w:rPr>
        <w:t xml:space="preserve">Which clinical competency do you think was most improved through role-play/chatbot training? (Multiple selections possible)  </w:t>
      </w:r>
    </w:p>
    <w:p w14:paraId="0E105F64"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History taking (medical interview)  </w:t>
      </w:r>
    </w:p>
    <w:p w14:paraId="2528440A"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Selecting appropriate physical examination items  </w:t>
      </w:r>
    </w:p>
    <w:p w14:paraId="14C6FCC4"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Patient education (explaining the presumed diagnosis)  </w:t>
      </w:r>
    </w:p>
    <w:p w14:paraId="30DBA978"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Patient education (establishing the treatment plan)  </w:t>
      </w:r>
    </w:p>
    <w:p w14:paraId="76013842" w14:textId="77777777" w:rsidR="00897A25" w:rsidRPr="00877C01" w:rsidRDefault="00000000" w:rsidP="00EB1EE0">
      <w:pPr>
        <w:ind w:firstLine="720"/>
        <w:rPr>
          <w:rFonts w:ascii="Times New Roman" w:hAnsi="Times New Roman" w:cs="Times New Roman"/>
        </w:rPr>
      </w:pPr>
      <w:r w:rsidRPr="00877C01">
        <w:rPr>
          <w:rFonts w:ascii="Times New Roman" w:hAnsi="Times New Roman" w:cs="Times New Roman"/>
        </w:rPr>
        <w:t xml:space="preserve">□ Establishing the physician–patient relationship  </w:t>
      </w:r>
    </w:p>
    <w:p w14:paraId="27D829C0" w14:textId="77777777" w:rsidR="00897A25" w:rsidRPr="00877C01" w:rsidRDefault="00000000" w:rsidP="00EB1EE0">
      <w:pPr>
        <w:ind w:left="720" w:firstLine="720"/>
        <w:rPr>
          <w:rFonts w:ascii="Times New Roman" w:hAnsi="Times New Roman" w:cs="Times New Roman"/>
        </w:rPr>
      </w:pPr>
      <w:r w:rsidRPr="00877C01">
        <w:rPr>
          <w:rFonts w:ascii="Times New Roman" w:hAnsi="Times New Roman" w:cs="Times New Roman"/>
        </w:rPr>
        <w:t xml:space="preserve">Reason: _______________________________  </w:t>
      </w:r>
    </w:p>
    <w:p w14:paraId="2AC66246" w14:textId="77777777" w:rsidR="00897A25" w:rsidRPr="00877C01" w:rsidRDefault="00897A25">
      <w:pPr>
        <w:rPr>
          <w:rFonts w:ascii="Times New Roman" w:hAnsi="Times New Roman" w:cs="Times New Roman"/>
        </w:rPr>
      </w:pPr>
    </w:p>
    <w:p w14:paraId="1145B083" w14:textId="345EF6C1"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t>### 6. Willingness to Recommend</w:t>
      </w:r>
    </w:p>
    <w:p w14:paraId="39914DAF" w14:textId="71AAB394"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23. I would recommend this learning method to other students. </w:t>
      </w:r>
      <w:r w:rsidR="00EB1EE0">
        <w:rPr>
          <w:rFonts w:ascii="Times New Roman" w:hAnsi="Times New Roman" w:cs="Times New Roman"/>
          <w:lang w:eastAsia="ko-KR"/>
        </w:rPr>
        <w:tab/>
      </w:r>
      <w:r w:rsidR="00EB1EE0">
        <w:rPr>
          <w:rFonts w:ascii="Times New Roman" w:hAnsi="Times New Roman" w:cs="Times New Roman"/>
          <w:lang w:eastAsia="ko-KR"/>
        </w:rPr>
        <w:tab/>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165DFFFA" w14:textId="3CB81E0A" w:rsidR="00897A25" w:rsidRPr="00877C01" w:rsidRDefault="00877C01">
      <w:pPr>
        <w:rPr>
          <w:rFonts w:ascii="Times New Roman" w:hAnsi="Times New Roman" w:cs="Times New Roman"/>
        </w:rPr>
      </w:pPr>
      <w:r w:rsidRPr="00877C01">
        <w:rPr>
          <w:rFonts w:ascii="Times New Roman" w:hAnsi="Times New Roman" w:cs="Times New Roman"/>
        </w:rPr>
        <w:t>Q</w:t>
      </w:r>
      <w:r w:rsidR="00000000" w:rsidRPr="00877C01">
        <w:rPr>
          <w:rFonts w:ascii="Times New Roman" w:hAnsi="Times New Roman" w:cs="Times New Roman"/>
        </w:rPr>
        <w:t xml:space="preserve">24. I would like to continue using this method for future OSCE preparation. </w:t>
      </w:r>
      <w:r w:rsidR="00EB1EE0">
        <w:rPr>
          <w:rFonts w:ascii="Times New Roman" w:hAnsi="Times New Roman" w:cs="Times New Roman"/>
          <w:lang w:eastAsia="ko-KR"/>
        </w:rPr>
        <w:tab/>
      </w:r>
      <w:r w:rsidR="00000000" w:rsidRPr="00877C01">
        <w:rPr>
          <w:rFonts w:ascii="Times New Roman" w:hAnsi="Times New Roman" w:cs="Times New Roman"/>
        </w:rPr>
        <w:t xml:space="preserve">□1 □2 □3 □4 □5  </w:t>
      </w:r>
    </w:p>
    <w:p w14:paraId="2F31E5A6" w14:textId="77777777" w:rsidR="00897A25" w:rsidRPr="00877C01" w:rsidRDefault="00897A25">
      <w:pPr>
        <w:rPr>
          <w:rFonts w:ascii="Times New Roman" w:hAnsi="Times New Roman" w:cs="Times New Roman"/>
        </w:rPr>
      </w:pPr>
    </w:p>
    <w:p w14:paraId="4F984803" w14:textId="7E654769" w:rsidR="00897A25" w:rsidRPr="00EB1EE0" w:rsidRDefault="00000000">
      <w:pPr>
        <w:rPr>
          <w:rFonts w:ascii="Times New Roman" w:hAnsi="Times New Roman" w:cs="Times New Roman" w:hint="eastAsia"/>
          <w:b/>
          <w:bCs/>
          <w:sz w:val="30"/>
          <w:szCs w:val="30"/>
          <w:lang w:eastAsia="ko-KR"/>
        </w:rPr>
      </w:pPr>
      <w:r w:rsidRPr="00EB1EE0">
        <w:rPr>
          <w:rFonts w:ascii="Times New Roman" w:hAnsi="Times New Roman" w:cs="Times New Roman"/>
          <w:b/>
          <w:bCs/>
          <w:sz w:val="30"/>
          <w:szCs w:val="30"/>
        </w:rPr>
        <w:t>### 7. Open-ended Questions</w:t>
      </w:r>
    </w:p>
    <w:p w14:paraId="200F6FFC"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1. What is the biggest strength of this learning method?  </w:t>
      </w:r>
    </w:p>
    <w:p w14:paraId="0B47E8AC"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__________________________________________  </w:t>
      </w:r>
    </w:p>
    <w:p w14:paraId="60B5C4F5" w14:textId="77777777" w:rsidR="00897A25" w:rsidRPr="00877C01" w:rsidRDefault="00897A25">
      <w:pPr>
        <w:rPr>
          <w:rFonts w:ascii="Times New Roman" w:hAnsi="Times New Roman" w:cs="Times New Roman"/>
        </w:rPr>
      </w:pPr>
    </w:p>
    <w:p w14:paraId="3851C6DE"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2. What is the biggest weakness of this learning method?  </w:t>
      </w:r>
    </w:p>
    <w:p w14:paraId="344700A6"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__________________________________________  </w:t>
      </w:r>
    </w:p>
    <w:p w14:paraId="22F0BD85" w14:textId="77777777" w:rsidR="00897A25" w:rsidRPr="00877C01" w:rsidRDefault="00897A25">
      <w:pPr>
        <w:rPr>
          <w:rFonts w:ascii="Times New Roman" w:hAnsi="Times New Roman" w:cs="Times New Roman"/>
        </w:rPr>
      </w:pPr>
    </w:p>
    <w:p w14:paraId="08A3494C"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3. What was the most difficult part of the learning process?  </w:t>
      </w:r>
    </w:p>
    <w:p w14:paraId="7B3FA200"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__________________________________________  </w:t>
      </w:r>
    </w:p>
    <w:p w14:paraId="5336DF72" w14:textId="77777777" w:rsidR="00897A25" w:rsidRPr="00877C01" w:rsidRDefault="00897A25">
      <w:pPr>
        <w:rPr>
          <w:rFonts w:ascii="Times New Roman" w:hAnsi="Times New Roman" w:cs="Times New Roman"/>
        </w:rPr>
      </w:pPr>
    </w:p>
    <w:p w14:paraId="7B270595" w14:textId="77777777" w:rsidR="00897A25" w:rsidRPr="00877C01" w:rsidRDefault="00000000">
      <w:pPr>
        <w:rPr>
          <w:rFonts w:ascii="Times New Roman" w:hAnsi="Times New Roman" w:cs="Times New Roman"/>
        </w:rPr>
      </w:pPr>
      <w:r w:rsidRPr="00877C01">
        <w:rPr>
          <w:rFonts w:ascii="Times New Roman" w:hAnsi="Times New Roman" w:cs="Times New Roman"/>
        </w:rPr>
        <w:t xml:space="preserve">4. What improvements are needed to make this learning method more effective?  </w:t>
      </w:r>
    </w:p>
    <w:p w14:paraId="230E17EC" w14:textId="77777777" w:rsidR="00897A25" w:rsidRPr="00877C01" w:rsidRDefault="00000000">
      <w:pPr>
        <w:rPr>
          <w:rFonts w:ascii="Times New Roman" w:hAnsi="Times New Roman" w:cs="Times New Roman"/>
        </w:rPr>
      </w:pPr>
      <w:r w:rsidRPr="00877C01">
        <w:rPr>
          <w:rFonts w:ascii="Times New Roman" w:hAnsi="Times New Roman" w:cs="Times New Roman"/>
        </w:rPr>
        <w:t>__________________________________________</w:t>
      </w:r>
    </w:p>
    <w:sectPr w:rsidR="00897A25" w:rsidRPr="00877C0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75130137">
    <w:abstractNumId w:val="8"/>
  </w:num>
  <w:num w:numId="2" w16cid:durableId="1772777906">
    <w:abstractNumId w:val="6"/>
  </w:num>
  <w:num w:numId="3" w16cid:durableId="1587953868">
    <w:abstractNumId w:val="5"/>
  </w:num>
  <w:num w:numId="4" w16cid:durableId="484779399">
    <w:abstractNumId w:val="4"/>
  </w:num>
  <w:num w:numId="5" w16cid:durableId="1523779646">
    <w:abstractNumId w:val="7"/>
  </w:num>
  <w:num w:numId="6" w16cid:durableId="631205518">
    <w:abstractNumId w:val="3"/>
  </w:num>
  <w:num w:numId="7" w16cid:durableId="1961180957">
    <w:abstractNumId w:val="2"/>
  </w:num>
  <w:num w:numId="8" w16cid:durableId="844593701">
    <w:abstractNumId w:val="1"/>
  </w:num>
  <w:num w:numId="9" w16cid:durableId="1731268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4F0B"/>
    <w:rsid w:val="0029639D"/>
    <w:rsid w:val="00326F90"/>
    <w:rsid w:val="004F1B46"/>
    <w:rsid w:val="0066181D"/>
    <w:rsid w:val="006C05A2"/>
    <w:rsid w:val="00845066"/>
    <w:rsid w:val="00877C01"/>
    <w:rsid w:val="00897A25"/>
    <w:rsid w:val="00AA1D8D"/>
    <w:rsid w:val="00B47730"/>
    <w:rsid w:val="00CB0664"/>
    <w:rsid w:val="00D756BB"/>
    <w:rsid w:val="00EB1EE0"/>
    <w:rsid w:val="00F033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5149F8"/>
  <w14:defaultImageDpi w14:val="300"/>
  <w15:docId w15:val="{0AF2598C-B98A-C242-84F2-5C87D81F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855</Words>
  <Characters>4878</Characters>
  <Application>Microsoft Office Word</Application>
  <DocSecurity>0</DocSecurity>
  <Lines>40</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준동 김</cp:lastModifiedBy>
  <cp:revision>8</cp:revision>
  <dcterms:created xsi:type="dcterms:W3CDTF">2013-12-23T23:15:00Z</dcterms:created>
  <dcterms:modified xsi:type="dcterms:W3CDTF">2025-08-14T09:36:00Z</dcterms:modified>
  <cp:category/>
</cp:coreProperties>
</file>