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AAA" w:rsidRDefault="00776D54" w:rsidP="004841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776D54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                                         </w:t>
      </w:r>
      <w:r w:rsidR="00455AAA" w:rsidRPr="00776D54">
        <w:rPr>
          <w:rFonts w:ascii="Times New Roman" w:hAnsi="Times New Roman" w:cs="Times New Roman"/>
          <w:b/>
          <w:sz w:val="24"/>
          <w:szCs w:val="24"/>
          <w:lang w:val="fr-FR"/>
        </w:rPr>
        <w:t>Data Collection Questionnaire</w:t>
      </w:r>
    </w:p>
    <w:p w:rsidR="00C65FBA" w:rsidRPr="00776D54" w:rsidRDefault="00C65FBA" w:rsidP="004841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455AAA" w:rsidRDefault="00455AAA" w:rsidP="004841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776D54">
        <w:rPr>
          <w:rFonts w:ascii="Times New Roman" w:hAnsi="Times New Roman" w:cs="Times New Roman"/>
          <w:b/>
          <w:sz w:val="24"/>
          <w:szCs w:val="24"/>
          <w:lang w:val="fr-FR"/>
        </w:rPr>
        <w:t xml:space="preserve">Section </w:t>
      </w:r>
      <w:proofErr w:type="gramStart"/>
      <w:r w:rsidRPr="00776D54">
        <w:rPr>
          <w:rFonts w:ascii="Times New Roman" w:hAnsi="Times New Roman" w:cs="Times New Roman"/>
          <w:b/>
          <w:sz w:val="24"/>
          <w:szCs w:val="24"/>
          <w:lang w:val="fr-FR"/>
        </w:rPr>
        <w:t>1:</w:t>
      </w:r>
      <w:proofErr w:type="gramEnd"/>
      <w:r w:rsidRPr="00776D54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776D54">
        <w:rPr>
          <w:rFonts w:ascii="Times New Roman" w:hAnsi="Times New Roman" w:cs="Times New Roman"/>
          <w:b/>
          <w:sz w:val="24"/>
          <w:szCs w:val="24"/>
          <w:lang w:val="fr-FR"/>
        </w:rPr>
        <w:t>Sociodemographic</w:t>
      </w:r>
      <w:proofErr w:type="spellEnd"/>
      <w:r w:rsidRPr="00776D54">
        <w:rPr>
          <w:rFonts w:ascii="Times New Roman" w:hAnsi="Times New Roman" w:cs="Times New Roman"/>
          <w:b/>
          <w:sz w:val="24"/>
          <w:szCs w:val="24"/>
          <w:lang w:val="fr-FR"/>
        </w:rPr>
        <w:t xml:space="preserve"> Information</w:t>
      </w:r>
    </w:p>
    <w:p w:rsidR="00C65FBA" w:rsidRPr="00776D54" w:rsidRDefault="00C65FBA" w:rsidP="004841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241434" w:rsidRPr="0048412A" w:rsidRDefault="00DA5091" w:rsidP="0048412A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412A">
        <w:rPr>
          <w:rFonts w:ascii="Times New Roman" w:hAnsi="Times New Roman" w:cs="Times New Roman"/>
          <w:sz w:val="24"/>
          <w:szCs w:val="24"/>
        </w:rPr>
        <w:t>How old are you? _____________________________</w:t>
      </w:r>
    </w:p>
    <w:p w:rsidR="0048412A" w:rsidRPr="0048412A" w:rsidRDefault="0048412A" w:rsidP="0048412A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6F8F" w:rsidRPr="00776D54" w:rsidRDefault="00DA5091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A6F8F" w:rsidRPr="00776D54" w:rsidSect="00034616">
          <w:headerReference w:type="default" r:id="rId8"/>
          <w:footerReference w:type="default" r:id="rId9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  <w:r w:rsidRPr="00776D54">
        <w:rPr>
          <w:rFonts w:ascii="Times New Roman" w:hAnsi="Times New Roman" w:cs="Times New Roman"/>
          <w:sz w:val="24"/>
          <w:szCs w:val="24"/>
        </w:rPr>
        <w:t>2. What is your rel</w:t>
      </w:r>
      <w:r w:rsidR="00416D3C">
        <w:rPr>
          <w:rFonts w:ascii="Times New Roman" w:hAnsi="Times New Roman" w:cs="Times New Roman"/>
          <w:sz w:val="24"/>
          <w:szCs w:val="24"/>
        </w:rPr>
        <w:t xml:space="preserve">igion? (Select one answer only </w:t>
      </w:r>
    </w:p>
    <w:p w:rsidR="000A6F8F" w:rsidRDefault="00416D3C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lastRenderedPageBreak/>
        <w:t xml:space="preserve">    </w:t>
      </w:r>
      <w:r w:rsidR="00DA5091" w:rsidRPr="00776D54">
        <w:rPr>
          <w:rFonts w:ascii="Segoe UI Symbol" w:hAnsi="Segoe UI Symbol" w:cs="Segoe UI Symbol"/>
          <w:sz w:val="24"/>
          <w:szCs w:val="24"/>
        </w:rPr>
        <w:t>☐</w:t>
      </w:r>
      <w:r w:rsidR="00DA5091" w:rsidRPr="00776D54">
        <w:rPr>
          <w:rFonts w:ascii="Times New Roman" w:hAnsi="Times New Roman" w:cs="Times New Roman"/>
          <w:sz w:val="24"/>
          <w:szCs w:val="24"/>
        </w:rPr>
        <w:t xml:space="preserve"> Catholic</w:t>
      </w:r>
      <w:r w:rsidR="00DA5091"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="00DA5091" w:rsidRPr="00776D54">
        <w:rPr>
          <w:rFonts w:ascii="Segoe UI Symbol" w:hAnsi="Segoe UI Symbol" w:cs="Segoe UI Symbol"/>
          <w:sz w:val="24"/>
          <w:szCs w:val="24"/>
        </w:rPr>
        <w:t>☐</w:t>
      </w:r>
      <w:r w:rsidR="00DA5091" w:rsidRPr="00776D54">
        <w:rPr>
          <w:rFonts w:ascii="Times New Roman" w:hAnsi="Times New Roman" w:cs="Times New Roman"/>
          <w:sz w:val="24"/>
          <w:szCs w:val="24"/>
        </w:rPr>
        <w:t xml:space="preserve"> Protestant</w:t>
      </w:r>
      <w:r w:rsidR="00DA5091" w:rsidRPr="00776D54">
        <w:rPr>
          <w:rFonts w:ascii="Times New Roman" w:hAnsi="Times New Roman" w:cs="Times New Roman"/>
          <w:sz w:val="24"/>
          <w:szCs w:val="24"/>
        </w:rPr>
        <w:br/>
      </w:r>
      <w:r w:rsidR="00DA5091" w:rsidRPr="00776D54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DA5091" w:rsidRPr="00776D54">
        <w:rPr>
          <w:rFonts w:ascii="Segoe UI Symbol" w:hAnsi="Segoe UI Symbol" w:cs="Segoe UI Symbol"/>
          <w:sz w:val="24"/>
          <w:szCs w:val="24"/>
        </w:rPr>
        <w:t>☐</w:t>
      </w:r>
      <w:r w:rsidR="00DA5091" w:rsidRPr="00776D54">
        <w:rPr>
          <w:rFonts w:ascii="Times New Roman" w:hAnsi="Times New Roman" w:cs="Times New Roman"/>
          <w:sz w:val="24"/>
          <w:szCs w:val="24"/>
        </w:rPr>
        <w:t xml:space="preserve"> None</w:t>
      </w:r>
      <w:r w:rsidR="00DA5091"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="00DA5091" w:rsidRPr="00776D54">
        <w:rPr>
          <w:rFonts w:ascii="Segoe UI Symbol" w:hAnsi="Segoe UI Symbol" w:cs="Segoe UI Symbol"/>
          <w:sz w:val="24"/>
          <w:szCs w:val="24"/>
        </w:rPr>
        <w:t>☐</w:t>
      </w:r>
      <w:r w:rsidR="00DA5091" w:rsidRPr="00776D54">
        <w:rPr>
          <w:rFonts w:ascii="Times New Roman" w:hAnsi="Times New Roman" w:cs="Times New Roman"/>
          <w:sz w:val="24"/>
          <w:szCs w:val="24"/>
        </w:rPr>
        <w:t xml:space="preserve"> Other: _____________</w:t>
      </w:r>
    </w:p>
    <w:p w:rsidR="0048412A" w:rsidRDefault="0048412A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412A" w:rsidRPr="00776D54" w:rsidRDefault="0048412A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8412A" w:rsidRPr="00776D54" w:rsidSect="000A6F8F">
          <w:type w:val="continuous"/>
          <w:pgSz w:w="12240" w:h="15840"/>
          <w:pgMar w:top="1440" w:right="1800" w:bottom="1440" w:left="1800" w:header="720" w:footer="720" w:gutter="0"/>
          <w:cols w:num="2" w:space="720"/>
          <w:docGrid w:linePitch="360"/>
        </w:sectPr>
      </w:pPr>
    </w:p>
    <w:p w:rsidR="000A6F8F" w:rsidRPr="00776D54" w:rsidRDefault="00DA5091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A6F8F" w:rsidRPr="00776D54" w:rsidSect="000A6F8F">
          <w:type w:val="continuous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  <w:r w:rsidRPr="00776D54">
        <w:rPr>
          <w:rFonts w:ascii="Times New Roman" w:hAnsi="Times New Roman" w:cs="Times New Roman"/>
          <w:sz w:val="24"/>
          <w:szCs w:val="24"/>
        </w:rPr>
        <w:lastRenderedPageBreak/>
        <w:t>3. Which department are you</w:t>
      </w:r>
      <w:r w:rsidR="00416D3C">
        <w:rPr>
          <w:rFonts w:ascii="Times New Roman" w:hAnsi="Times New Roman" w:cs="Times New Roman"/>
          <w:sz w:val="24"/>
          <w:szCs w:val="24"/>
        </w:rPr>
        <w:t xml:space="preserve"> from? (Select one answer only)</w:t>
      </w:r>
    </w:p>
    <w:p w:rsidR="000F1C4A" w:rsidRPr="00776D54" w:rsidRDefault="00DA5091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D54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="000A6F8F" w:rsidRPr="00776D54">
        <w:rPr>
          <w:rFonts w:ascii="Times New Roman" w:hAnsi="Times New Roman" w:cs="Times New Roman"/>
          <w:sz w:val="24"/>
          <w:szCs w:val="24"/>
        </w:rPr>
        <w:t xml:space="preserve"> Centr</w:t>
      </w:r>
      <w:r w:rsidR="000F1C4A" w:rsidRPr="00776D54">
        <w:rPr>
          <w:rFonts w:ascii="Times New Roman" w:hAnsi="Times New Roman" w:cs="Times New Roman"/>
          <w:sz w:val="24"/>
          <w:szCs w:val="24"/>
        </w:rPr>
        <w:t>e</w:t>
      </w:r>
      <w:r w:rsidR="000A6F8F" w:rsidRPr="00776D54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0F1C4A" w:rsidRPr="00776D5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A6F8F" w:rsidRPr="00776D54">
        <w:rPr>
          <w:rFonts w:ascii="Segoe UI Symbol" w:hAnsi="Segoe UI Symbol" w:cs="Segoe UI Symbol"/>
          <w:sz w:val="24"/>
          <w:szCs w:val="24"/>
        </w:rPr>
        <w:t>☐</w:t>
      </w:r>
      <w:r w:rsidR="000A6F8F" w:rsidRPr="00776D54">
        <w:rPr>
          <w:rFonts w:ascii="Times New Roman" w:hAnsi="Times New Roman" w:cs="Times New Roman"/>
          <w:sz w:val="24"/>
          <w:szCs w:val="24"/>
        </w:rPr>
        <w:t xml:space="preserve"> West</w:t>
      </w:r>
      <w:r w:rsidRPr="00776D54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A6F8F" w:rsidRPr="00776D54" w:rsidRDefault="000F1C4A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A6F8F" w:rsidRPr="00776D54" w:rsidSect="000A6F8F">
          <w:type w:val="continuous"/>
          <w:pgSz w:w="12240" w:h="15840"/>
          <w:pgMar w:top="1440" w:right="1800" w:bottom="1440" w:left="1800" w:header="720" w:footer="720" w:gutter="0"/>
          <w:cols w:num="3" w:space="720"/>
          <w:docGrid w:linePitch="360"/>
        </w:sectPr>
      </w:pPr>
      <w:r w:rsidRPr="00776D54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DA5091" w:rsidRPr="00776D54">
        <w:rPr>
          <w:rFonts w:ascii="Segoe UI Symbol" w:hAnsi="Segoe UI Symbol" w:cs="Segoe UI Symbol"/>
          <w:sz w:val="24"/>
          <w:szCs w:val="24"/>
        </w:rPr>
        <w:t>☐</w:t>
      </w:r>
      <w:r w:rsidR="00DA5091" w:rsidRPr="00776D54">
        <w:rPr>
          <w:rFonts w:ascii="Times New Roman" w:hAnsi="Times New Roman" w:cs="Times New Roman"/>
          <w:sz w:val="24"/>
          <w:szCs w:val="24"/>
        </w:rPr>
        <w:t xml:space="preserve"> Other: _________</w:t>
      </w:r>
      <w:r w:rsidR="000A6F8F" w:rsidRPr="00776D54">
        <w:rPr>
          <w:rFonts w:ascii="Times New Roman" w:hAnsi="Times New Roman" w:cs="Times New Roman"/>
          <w:sz w:val="24"/>
          <w:szCs w:val="24"/>
        </w:rPr>
        <w:t>_</w:t>
      </w:r>
    </w:p>
    <w:p w:rsidR="0048412A" w:rsidRDefault="0048412A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6F8F" w:rsidRPr="00776D54" w:rsidRDefault="00DA5091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A6F8F" w:rsidRPr="00776D54" w:rsidSect="000A6F8F">
          <w:type w:val="continuous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  <w:r w:rsidRPr="00776D54">
        <w:rPr>
          <w:rFonts w:ascii="Times New Roman" w:hAnsi="Times New Roman" w:cs="Times New Roman"/>
          <w:sz w:val="24"/>
          <w:szCs w:val="24"/>
        </w:rPr>
        <w:t>4. What is your marital sta</w:t>
      </w:r>
      <w:r w:rsidR="000A6F8F" w:rsidRPr="00776D54">
        <w:rPr>
          <w:rFonts w:ascii="Times New Roman" w:hAnsi="Times New Roman" w:cs="Times New Roman"/>
          <w:sz w:val="24"/>
          <w:szCs w:val="24"/>
        </w:rPr>
        <w:t xml:space="preserve">tus? (Select one answer only) </w:t>
      </w:r>
    </w:p>
    <w:p w:rsidR="00241434" w:rsidRPr="00776D54" w:rsidRDefault="000A6F8F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D54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DA5091" w:rsidRPr="00776D54">
        <w:rPr>
          <w:rFonts w:ascii="Segoe UI Symbol" w:hAnsi="Segoe UI Symbol" w:cs="Segoe UI Symbol"/>
          <w:sz w:val="24"/>
          <w:szCs w:val="24"/>
        </w:rPr>
        <w:t>☐</w:t>
      </w:r>
      <w:r w:rsidR="00DA5091" w:rsidRPr="00776D54">
        <w:rPr>
          <w:rFonts w:ascii="Times New Roman" w:hAnsi="Times New Roman" w:cs="Times New Roman"/>
          <w:sz w:val="24"/>
          <w:szCs w:val="24"/>
        </w:rPr>
        <w:t xml:space="preserve"> Single</w:t>
      </w:r>
      <w:r w:rsidR="00DA5091"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="00DA5091" w:rsidRPr="00776D54">
        <w:rPr>
          <w:rFonts w:ascii="Segoe UI Symbol" w:hAnsi="Segoe UI Symbol" w:cs="Segoe UI Symbol"/>
          <w:sz w:val="24"/>
          <w:szCs w:val="24"/>
        </w:rPr>
        <w:t>☐</w:t>
      </w:r>
      <w:r w:rsidR="00DA5091" w:rsidRPr="00776D54">
        <w:rPr>
          <w:rFonts w:ascii="Times New Roman" w:hAnsi="Times New Roman" w:cs="Times New Roman"/>
          <w:sz w:val="24"/>
          <w:szCs w:val="24"/>
        </w:rPr>
        <w:t xml:space="preserve"> Marri</w:t>
      </w:r>
      <w:r w:rsidRPr="00776D54">
        <w:rPr>
          <w:rFonts w:ascii="Times New Roman" w:hAnsi="Times New Roman" w:cs="Times New Roman"/>
          <w:sz w:val="24"/>
          <w:szCs w:val="24"/>
        </w:rPr>
        <w:t>ed</w:t>
      </w:r>
      <w:r w:rsidRPr="00776D54">
        <w:rPr>
          <w:rFonts w:ascii="Times New Roman" w:hAnsi="Times New Roman" w:cs="Times New Roman"/>
          <w:sz w:val="24"/>
          <w:szCs w:val="24"/>
        </w:rPr>
        <w:br/>
      </w:r>
      <w:r w:rsidRPr="00776D54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Pr="00776D54">
        <w:rPr>
          <w:rFonts w:ascii="Times New Roman" w:hAnsi="Times New Roman" w:cs="Times New Roman"/>
          <w:sz w:val="24"/>
          <w:szCs w:val="24"/>
        </w:rPr>
        <w:t xml:space="preserve"> Cohabiting</w:t>
      </w:r>
      <w:r w:rsidR="00DA5091"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="00DA5091" w:rsidRPr="00776D54">
        <w:rPr>
          <w:rFonts w:ascii="Segoe UI Symbol" w:hAnsi="Segoe UI Symbol" w:cs="Segoe UI Symbol"/>
          <w:sz w:val="24"/>
          <w:szCs w:val="24"/>
        </w:rPr>
        <w:t>☐</w:t>
      </w:r>
      <w:r w:rsidR="00DA5091" w:rsidRPr="00776D54">
        <w:rPr>
          <w:rFonts w:ascii="Times New Roman" w:hAnsi="Times New Roman" w:cs="Times New Roman"/>
          <w:sz w:val="24"/>
          <w:szCs w:val="24"/>
        </w:rPr>
        <w:t xml:space="preserve"> Other</w:t>
      </w:r>
    </w:p>
    <w:p w:rsidR="000A6F8F" w:rsidRPr="00776D54" w:rsidRDefault="000A6F8F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A6F8F" w:rsidRPr="00776D54" w:rsidSect="000A6F8F">
          <w:type w:val="continuous"/>
          <w:pgSz w:w="12240" w:h="15840"/>
          <w:pgMar w:top="1440" w:right="1800" w:bottom="1440" w:left="1800" w:header="720" w:footer="720" w:gutter="0"/>
          <w:cols w:num="2" w:space="720"/>
          <w:docGrid w:linePitch="360"/>
        </w:sectPr>
      </w:pPr>
    </w:p>
    <w:p w:rsidR="0048412A" w:rsidRDefault="0048412A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6F8F" w:rsidRPr="00776D54" w:rsidRDefault="00DA5091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A6F8F" w:rsidRPr="00776D54" w:rsidSect="000A6F8F">
          <w:type w:val="continuous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  <w:r w:rsidRPr="00776D54">
        <w:rPr>
          <w:rFonts w:ascii="Times New Roman" w:hAnsi="Times New Roman" w:cs="Times New Roman"/>
          <w:sz w:val="24"/>
          <w:szCs w:val="24"/>
        </w:rPr>
        <w:t>5. What is your level of educatio</w:t>
      </w:r>
      <w:r w:rsidR="00416D3C">
        <w:rPr>
          <w:rFonts w:ascii="Times New Roman" w:hAnsi="Times New Roman" w:cs="Times New Roman"/>
          <w:sz w:val="24"/>
          <w:szCs w:val="24"/>
        </w:rPr>
        <w:t>n? (Select one answer only)</w:t>
      </w:r>
    </w:p>
    <w:p w:rsidR="00241434" w:rsidRPr="00416D3C" w:rsidRDefault="00416D3C" w:rsidP="0048412A">
      <w:pPr>
        <w:spacing w:after="0" w:line="240" w:lineRule="auto"/>
        <w:rPr>
          <w:rFonts w:ascii="Segoe UI Symbol" w:hAnsi="Segoe UI Symbol" w:cs="Segoe UI Symbol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lastRenderedPageBreak/>
        <w:t xml:space="preserve">    </w:t>
      </w:r>
      <w:r w:rsidR="00DA5091" w:rsidRPr="00776D54">
        <w:rPr>
          <w:rFonts w:ascii="Segoe UI Symbol" w:hAnsi="Segoe UI Symbol" w:cs="Segoe UI Symbol"/>
          <w:sz w:val="24"/>
          <w:szCs w:val="24"/>
        </w:rPr>
        <w:t>☐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</w:t>
      </w:r>
      <w:r w:rsidR="00DA5091" w:rsidRPr="00776D54">
        <w:rPr>
          <w:rFonts w:ascii="Times New Roman" w:hAnsi="Times New Roman" w:cs="Times New Roman"/>
          <w:sz w:val="24"/>
          <w:szCs w:val="24"/>
        </w:rPr>
        <w:t>school</w:t>
      </w:r>
      <w:proofErr w:type="spellEnd"/>
      <w:r w:rsidR="00DA5091"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="00DA5091" w:rsidRPr="00776D54">
        <w:rPr>
          <w:rFonts w:ascii="Segoe UI Symbol" w:hAnsi="Segoe UI Symbol" w:cs="Segoe UI Symbol"/>
          <w:sz w:val="24"/>
          <w:szCs w:val="24"/>
        </w:rPr>
        <w:t>☐</w:t>
      </w:r>
      <w:r w:rsidR="00DA5091" w:rsidRPr="00776D54">
        <w:rPr>
          <w:rFonts w:ascii="Times New Roman" w:hAnsi="Times New Roman" w:cs="Times New Roman"/>
          <w:sz w:val="24"/>
          <w:szCs w:val="24"/>
        </w:rPr>
        <w:t xml:space="preserve"> Primary level</w:t>
      </w:r>
      <w:r w:rsidR="00DA5091" w:rsidRPr="00776D54">
        <w:rPr>
          <w:rFonts w:ascii="Times New Roman" w:hAnsi="Times New Roman" w:cs="Times New Roman"/>
          <w:sz w:val="24"/>
          <w:szCs w:val="24"/>
        </w:rPr>
        <w:br/>
      </w:r>
      <w:r w:rsidR="00DA5091" w:rsidRPr="00776D54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DA5091" w:rsidRPr="00776D54">
        <w:rPr>
          <w:rFonts w:ascii="Segoe UI Symbol" w:hAnsi="Segoe UI Symbol" w:cs="Segoe UI Symbol"/>
          <w:sz w:val="24"/>
          <w:szCs w:val="24"/>
        </w:rPr>
        <w:t>☐</w:t>
      </w:r>
      <w:r w:rsidR="00DA5091" w:rsidRPr="00776D54">
        <w:rPr>
          <w:rFonts w:ascii="Times New Roman" w:hAnsi="Times New Roman" w:cs="Times New Roman"/>
          <w:sz w:val="24"/>
          <w:szCs w:val="24"/>
        </w:rPr>
        <w:t xml:space="preserve"> Secondary l</w:t>
      </w:r>
      <w:r w:rsidR="000A6F8F" w:rsidRPr="00776D54">
        <w:rPr>
          <w:rFonts w:ascii="Times New Roman" w:hAnsi="Times New Roman" w:cs="Times New Roman"/>
          <w:sz w:val="24"/>
          <w:szCs w:val="24"/>
        </w:rPr>
        <w:t>evel</w:t>
      </w:r>
      <w:r w:rsidR="000A6F8F"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="000A6F8F" w:rsidRPr="00776D54">
        <w:rPr>
          <w:rFonts w:ascii="Segoe UI Symbol" w:hAnsi="Segoe UI Symbol" w:cs="Segoe UI Symbol"/>
          <w:sz w:val="24"/>
          <w:szCs w:val="24"/>
        </w:rPr>
        <w:t>☐</w:t>
      </w:r>
      <w:r w:rsidR="000A6F8F" w:rsidRPr="00776D54">
        <w:rPr>
          <w:rFonts w:ascii="Times New Roman" w:hAnsi="Times New Roman" w:cs="Times New Roman"/>
          <w:sz w:val="24"/>
          <w:szCs w:val="24"/>
        </w:rPr>
        <w:t xml:space="preserve"> University/Vocational</w:t>
      </w:r>
      <w:r w:rsidR="00DA5091" w:rsidRPr="00776D54">
        <w:rPr>
          <w:rFonts w:ascii="Times New Roman" w:hAnsi="Times New Roman" w:cs="Times New Roman"/>
          <w:sz w:val="24"/>
          <w:szCs w:val="24"/>
        </w:rPr>
        <w:t xml:space="preserve"> school</w:t>
      </w:r>
    </w:p>
    <w:p w:rsidR="000A6F8F" w:rsidRPr="00776D54" w:rsidRDefault="000A6F8F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A6F8F" w:rsidRPr="00776D54" w:rsidSect="000A6F8F">
          <w:type w:val="continuous"/>
          <w:pgSz w:w="12240" w:h="15840"/>
          <w:pgMar w:top="1440" w:right="1800" w:bottom="1440" w:left="1800" w:header="720" w:footer="720" w:gutter="0"/>
          <w:cols w:num="2" w:space="720"/>
          <w:docGrid w:linePitch="360"/>
        </w:sectPr>
      </w:pPr>
    </w:p>
    <w:p w:rsidR="0048412A" w:rsidRDefault="0048412A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6F8F" w:rsidRPr="00776D54" w:rsidRDefault="00DA5091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A6F8F" w:rsidRPr="00776D54" w:rsidSect="000A6F8F">
          <w:type w:val="continuous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  <w:r w:rsidRPr="00776D54">
        <w:rPr>
          <w:rFonts w:ascii="Times New Roman" w:hAnsi="Times New Roman" w:cs="Times New Roman"/>
          <w:sz w:val="24"/>
          <w:szCs w:val="24"/>
        </w:rPr>
        <w:t>6. What are you currently doing? (Se</w:t>
      </w:r>
      <w:r w:rsidR="000A6F8F" w:rsidRPr="00776D54">
        <w:rPr>
          <w:rFonts w:ascii="Times New Roman" w:hAnsi="Times New Roman" w:cs="Times New Roman"/>
          <w:sz w:val="24"/>
          <w:szCs w:val="24"/>
        </w:rPr>
        <w:t>lect one answer</w:t>
      </w:r>
      <w:r w:rsidR="00416D3C">
        <w:rPr>
          <w:rFonts w:ascii="Times New Roman" w:hAnsi="Times New Roman" w:cs="Times New Roman"/>
          <w:sz w:val="24"/>
          <w:szCs w:val="24"/>
        </w:rPr>
        <w:t xml:space="preserve"> only)</w:t>
      </w:r>
    </w:p>
    <w:p w:rsidR="000A6F8F" w:rsidRPr="00776D54" w:rsidRDefault="00416D3C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A6F8F" w:rsidRPr="00776D54" w:rsidSect="000A6F8F">
          <w:type w:val="continuous"/>
          <w:pgSz w:w="12240" w:h="15840"/>
          <w:pgMar w:top="1440" w:right="1800" w:bottom="1440" w:left="1800" w:header="720" w:footer="720" w:gutter="0"/>
          <w:cols w:num="2" w:space="720"/>
          <w:docGrid w:linePitch="360"/>
        </w:sectPr>
      </w:pPr>
      <w:r>
        <w:rPr>
          <w:rFonts w:ascii="Segoe UI Symbol" w:hAnsi="Segoe UI Symbol" w:cs="Segoe UI Symbol"/>
          <w:sz w:val="24"/>
          <w:szCs w:val="24"/>
        </w:rPr>
        <w:lastRenderedPageBreak/>
        <w:t xml:space="preserve">    </w:t>
      </w:r>
      <w:r w:rsidR="000A6F8F" w:rsidRPr="00776D54">
        <w:rPr>
          <w:rFonts w:ascii="Segoe UI Symbol" w:hAnsi="Segoe UI Symbol" w:cs="Segoe UI Symbol"/>
          <w:sz w:val="24"/>
          <w:szCs w:val="24"/>
        </w:rPr>
        <w:t>☐</w:t>
      </w:r>
      <w:r w:rsidR="000A6F8F" w:rsidRPr="00776D54">
        <w:rPr>
          <w:rFonts w:ascii="Times New Roman" w:hAnsi="Times New Roman" w:cs="Times New Roman"/>
          <w:sz w:val="24"/>
          <w:szCs w:val="24"/>
        </w:rPr>
        <w:t xml:space="preserve"> Unemployed</w:t>
      </w:r>
      <w:r w:rsidR="00DA5091"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="00DA5091" w:rsidRPr="00776D54">
        <w:rPr>
          <w:rFonts w:ascii="Segoe UI Symbol" w:hAnsi="Segoe UI Symbol" w:cs="Segoe UI Symbol"/>
          <w:sz w:val="24"/>
          <w:szCs w:val="24"/>
        </w:rPr>
        <w:t>☐</w:t>
      </w:r>
      <w:r w:rsidR="00DA5091" w:rsidRPr="00776D54">
        <w:rPr>
          <w:rFonts w:ascii="Times New Roman" w:hAnsi="Times New Roman" w:cs="Times New Roman"/>
          <w:sz w:val="24"/>
          <w:szCs w:val="24"/>
        </w:rPr>
        <w:t xml:space="preserve"> Student</w:t>
      </w:r>
      <w:r w:rsidR="00DA5091"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="00DA5091" w:rsidRPr="00776D54">
        <w:rPr>
          <w:rFonts w:ascii="Segoe UI Symbol" w:hAnsi="Segoe UI Symbol" w:cs="Segoe UI Symbol"/>
          <w:sz w:val="24"/>
          <w:szCs w:val="24"/>
        </w:rPr>
        <w:t>☐</w:t>
      </w:r>
      <w:r w:rsidR="00DA5091" w:rsidRPr="00776D54">
        <w:rPr>
          <w:rFonts w:ascii="Times New Roman" w:hAnsi="Times New Roman" w:cs="Times New Roman"/>
          <w:sz w:val="24"/>
          <w:szCs w:val="24"/>
        </w:rPr>
        <w:t xml:space="preserve"> Business owner</w:t>
      </w:r>
      <w:r w:rsidR="00DA5091" w:rsidRPr="00776D54">
        <w:rPr>
          <w:rFonts w:ascii="Times New Roman" w:hAnsi="Times New Roman" w:cs="Times New Roman"/>
          <w:sz w:val="24"/>
          <w:szCs w:val="24"/>
        </w:rPr>
        <w:br/>
      </w:r>
      <w:r w:rsidR="000A6F8F" w:rsidRPr="00776D54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0A6F8F" w:rsidRPr="00776D54">
        <w:rPr>
          <w:rFonts w:ascii="Segoe UI Symbol" w:hAnsi="Segoe UI Symbol" w:cs="Segoe UI Symbol"/>
          <w:sz w:val="24"/>
          <w:szCs w:val="24"/>
        </w:rPr>
        <w:t>☐</w:t>
      </w:r>
      <w:r w:rsidR="000A6F8F" w:rsidRPr="00776D54">
        <w:rPr>
          <w:rFonts w:ascii="Times New Roman" w:hAnsi="Times New Roman" w:cs="Times New Roman"/>
          <w:sz w:val="24"/>
          <w:szCs w:val="24"/>
        </w:rPr>
        <w:t xml:space="preserve"> Salaried Worker</w:t>
      </w:r>
      <w:r w:rsidR="00DA5091"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="00DA5091" w:rsidRPr="00776D54">
        <w:rPr>
          <w:rFonts w:ascii="Segoe UI Symbol" w:hAnsi="Segoe UI Symbol" w:cs="Segoe UI Symbol"/>
          <w:sz w:val="24"/>
          <w:szCs w:val="24"/>
        </w:rPr>
        <w:t>☐</w:t>
      </w:r>
      <w:r w:rsidR="00DA5091" w:rsidRPr="00776D54">
        <w:rPr>
          <w:rFonts w:ascii="Times New Roman" w:hAnsi="Times New Roman" w:cs="Times New Roman"/>
          <w:sz w:val="24"/>
          <w:szCs w:val="24"/>
        </w:rPr>
        <w:t xml:space="preserve"> Other</w:t>
      </w:r>
    </w:p>
    <w:p w:rsidR="0048412A" w:rsidRDefault="0048412A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1434" w:rsidRPr="00776D54" w:rsidRDefault="00DA5091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D54">
        <w:rPr>
          <w:rFonts w:ascii="Times New Roman" w:hAnsi="Times New Roman" w:cs="Times New Roman"/>
          <w:sz w:val="24"/>
          <w:szCs w:val="24"/>
        </w:rPr>
        <w:t>7. What means of transportation do you use to come to the hospital? (Select one answer only)</w:t>
      </w:r>
      <w:r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Pr="00776D54">
        <w:rPr>
          <w:rFonts w:ascii="Times New Roman" w:hAnsi="Times New Roman" w:cs="Times New Roman"/>
          <w:sz w:val="24"/>
          <w:szCs w:val="24"/>
        </w:rPr>
        <w:t xml:space="preserve"> On foot</w:t>
      </w:r>
      <w:r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Pr="00776D54">
        <w:rPr>
          <w:rFonts w:ascii="Times New Roman" w:hAnsi="Times New Roman" w:cs="Times New Roman"/>
          <w:sz w:val="24"/>
          <w:szCs w:val="24"/>
        </w:rPr>
        <w:t xml:space="preserve"> Car</w:t>
      </w:r>
      <w:r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Pr="00776D54">
        <w:rPr>
          <w:rFonts w:ascii="Times New Roman" w:hAnsi="Times New Roman" w:cs="Times New Roman"/>
          <w:sz w:val="24"/>
          <w:szCs w:val="24"/>
        </w:rPr>
        <w:t xml:space="preserve"> Motorcycle</w:t>
      </w:r>
    </w:p>
    <w:p w:rsidR="0048412A" w:rsidRDefault="0048412A" w:rsidP="004841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A6F8F" w:rsidRDefault="000A6F8F" w:rsidP="004841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76D54">
        <w:rPr>
          <w:rFonts w:ascii="Times New Roman" w:hAnsi="Times New Roman" w:cs="Times New Roman"/>
          <w:b/>
          <w:sz w:val="24"/>
          <w:szCs w:val="24"/>
        </w:rPr>
        <w:t>Section 2: Knowledge about Cervical Cancer</w:t>
      </w:r>
    </w:p>
    <w:p w:rsidR="00C65FBA" w:rsidRPr="00776D54" w:rsidRDefault="00C65FBA" w:rsidP="004841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832C1" w:rsidRPr="00776D54" w:rsidRDefault="00DA5091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D54">
        <w:rPr>
          <w:rFonts w:ascii="Times New Roman" w:hAnsi="Times New Roman" w:cs="Times New Roman"/>
          <w:sz w:val="24"/>
          <w:szCs w:val="24"/>
        </w:rPr>
        <w:t>8. Have you ever heard about cervical cancer?</w:t>
      </w:r>
      <w:r w:rsidR="00B6561C" w:rsidRPr="00776D54">
        <w:rPr>
          <w:rFonts w:ascii="Times New Roman" w:hAnsi="Times New Roman" w:cs="Times New Roman"/>
          <w:sz w:val="24"/>
          <w:szCs w:val="24"/>
        </w:rPr>
        <w:t xml:space="preserve"> (Select one answer only)</w:t>
      </w:r>
      <w:r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Pr="00776D54">
        <w:rPr>
          <w:rFonts w:ascii="Times New Roman" w:hAnsi="Times New Roman" w:cs="Times New Roman"/>
          <w:sz w:val="24"/>
          <w:szCs w:val="24"/>
        </w:rPr>
        <w:t xml:space="preserve"> Yes</w:t>
      </w:r>
      <w:r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Pr="00776D54">
        <w:rPr>
          <w:rFonts w:ascii="Times New Roman" w:hAnsi="Times New Roman" w:cs="Times New Roman"/>
          <w:sz w:val="24"/>
          <w:szCs w:val="24"/>
        </w:rPr>
        <w:t xml:space="preserve"> No</w:t>
      </w:r>
    </w:p>
    <w:p w:rsidR="00D832C1" w:rsidRPr="00776D54" w:rsidRDefault="00DA5091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832C1" w:rsidRPr="00776D54" w:rsidSect="000A6F8F">
          <w:type w:val="continuous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  <w:r w:rsidRPr="00776D54">
        <w:rPr>
          <w:rFonts w:ascii="Times New Roman" w:hAnsi="Times New Roman" w:cs="Times New Roman"/>
          <w:sz w:val="24"/>
          <w:szCs w:val="24"/>
        </w:rPr>
        <w:t>9. If yes, where have you most</w:t>
      </w:r>
      <w:r w:rsidR="00B6561C" w:rsidRPr="00776D54">
        <w:rPr>
          <w:rFonts w:ascii="Times New Roman" w:hAnsi="Times New Roman" w:cs="Times New Roman"/>
          <w:sz w:val="24"/>
          <w:szCs w:val="24"/>
        </w:rPr>
        <w:t>ly heard about it? (Select one answ</w:t>
      </w:r>
      <w:r w:rsidR="00416D3C">
        <w:rPr>
          <w:rFonts w:ascii="Times New Roman" w:hAnsi="Times New Roman" w:cs="Times New Roman"/>
          <w:sz w:val="24"/>
          <w:szCs w:val="24"/>
        </w:rPr>
        <w:t>er only)</w:t>
      </w:r>
    </w:p>
    <w:p w:rsidR="00D832C1" w:rsidRPr="00776D54" w:rsidRDefault="00D832C1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832C1" w:rsidRPr="00776D54" w:rsidSect="00D832C1">
          <w:type w:val="continuous"/>
          <w:pgSz w:w="12240" w:h="15840"/>
          <w:pgMar w:top="1440" w:right="1800" w:bottom="1440" w:left="1800" w:header="720" w:footer="720" w:gutter="0"/>
          <w:cols w:num="2" w:space="720"/>
          <w:docGrid w:linePitch="360"/>
        </w:sectPr>
      </w:pPr>
      <w:r w:rsidRPr="00776D54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416D3C">
        <w:rPr>
          <w:rFonts w:ascii="Times New Roman" w:hAnsi="Times New Roman" w:cs="Times New Roman"/>
          <w:sz w:val="24"/>
          <w:szCs w:val="24"/>
        </w:rPr>
        <w:t xml:space="preserve">  </w:t>
      </w:r>
      <w:r w:rsidR="00DA5091" w:rsidRPr="00776D54">
        <w:rPr>
          <w:rFonts w:ascii="Segoe UI Symbol" w:hAnsi="Segoe UI Symbol" w:cs="Segoe UI Symbol"/>
          <w:sz w:val="24"/>
          <w:szCs w:val="24"/>
        </w:rPr>
        <w:t>☐</w:t>
      </w:r>
      <w:r w:rsidR="00DA5091" w:rsidRPr="00776D54">
        <w:rPr>
          <w:rFonts w:ascii="Times New Roman" w:hAnsi="Times New Roman" w:cs="Times New Roman"/>
          <w:sz w:val="24"/>
          <w:szCs w:val="24"/>
        </w:rPr>
        <w:t xml:space="preserve"> Radio/TV</w:t>
      </w:r>
      <w:r w:rsidR="00DA5091"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="00DA5091" w:rsidRPr="00776D54">
        <w:rPr>
          <w:rFonts w:ascii="Segoe UI Symbol" w:hAnsi="Segoe UI Symbol" w:cs="Segoe UI Symbol"/>
          <w:sz w:val="24"/>
          <w:szCs w:val="24"/>
        </w:rPr>
        <w:t>☐</w:t>
      </w:r>
      <w:r w:rsidR="00DA5091" w:rsidRPr="00776D54">
        <w:rPr>
          <w:rFonts w:ascii="Times New Roman" w:hAnsi="Times New Roman" w:cs="Times New Roman"/>
          <w:sz w:val="24"/>
          <w:szCs w:val="24"/>
        </w:rPr>
        <w:t xml:space="preserve"> Health personnel</w:t>
      </w:r>
      <w:r w:rsidR="00DA5091" w:rsidRPr="00776D54">
        <w:rPr>
          <w:rFonts w:ascii="Times New Roman" w:hAnsi="Times New Roman" w:cs="Times New Roman"/>
          <w:sz w:val="24"/>
          <w:szCs w:val="24"/>
        </w:rPr>
        <w:br/>
      </w:r>
      <w:r w:rsidR="00DA5091" w:rsidRPr="00776D54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DA5091" w:rsidRPr="00776D54">
        <w:rPr>
          <w:rFonts w:ascii="Segoe UI Symbol" w:hAnsi="Segoe UI Symbol" w:cs="Segoe UI Symbol"/>
          <w:sz w:val="24"/>
          <w:szCs w:val="24"/>
        </w:rPr>
        <w:t>☐</w:t>
      </w:r>
      <w:r w:rsidR="00DA5091" w:rsidRPr="00776D54">
        <w:rPr>
          <w:rFonts w:ascii="Times New Roman" w:hAnsi="Times New Roman" w:cs="Times New Roman"/>
          <w:sz w:val="24"/>
          <w:szCs w:val="24"/>
        </w:rPr>
        <w:t xml:space="preserve"> Social media</w:t>
      </w:r>
      <w:r w:rsidR="00DA5091"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="00DA5091" w:rsidRPr="00776D54">
        <w:rPr>
          <w:rFonts w:ascii="Segoe UI Symbol" w:hAnsi="Segoe UI Symbol" w:cs="Segoe UI Symbol"/>
          <w:sz w:val="24"/>
          <w:szCs w:val="24"/>
        </w:rPr>
        <w:t>☐</w:t>
      </w:r>
      <w:r w:rsidR="00DA5091" w:rsidRPr="00776D54">
        <w:rPr>
          <w:rFonts w:ascii="Times New Roman" w:hAnsi="Times New Roman" w:cs="Times New Roman"/>
          <w:sz w:val="24"/>
          <w:szCs w:val="24"/>
        </w:rPr>
        <w:t xml:space="preserve"> Other: ____________</w:t>
      </w:r>
    </w:p>
    <w:p w:rsidR="0048412A" w:rsidRDefault="0048412A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32C1" w:rsidRPr="00776D54" w:rsidRDefault="00DA5091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832C1" w:rsidRPr="00776D54" w:rsidSect="000A6F8F">
          <w:type w:val="continuous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  <w:r w:rsidRPr="00776D54">
        <w:rPr>
          <w:rFonts w:ascii="Times New Roman" w:hAnsi="Times New Roman" w:cs="Times New Roman"/>
          <w:sz w:val="24"/>
          <w:szCs w:val="24"/>
        </w:rPr>
        <w:t>10. What causes cervical can</w:t>
      </w:r>
      <w:r w:rsidR="00B6561C" w:rsidRPr="00776D54">
        <w:rPr>
          <w:rFonts w:ascii="Times New Roman" w:hAnsi="Times New Roman" w:cs="Times New Roman"/>
          <w:sz w:val="24"/>
          <w:szCs w:val="24"/>
        </w:rPr>
        <w:t>cer? (Select one answ</w:t>
      </w:r>
      <w:r w:rsidR="00416D3C">
        <w:rPr>
          <w:rFonts w:ascii="Times New Roman" w:hAnsi="Times New Roman" w:cs="Times New Roman"/>
          <w:sz w:val="24"/>
          <w:szCs w:val="24"/>
        </w:rPr>
        <w:t>er only)</w:t>
      </w:r>
    </w:p>
    <w:p w:rsidR="00D832C1" w:rsidRPr="00776D54" w:rsidRDefault="00416D3C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832C1" w:rsidRPr="00776D54" w:rsidSect="00D832C1">
          <w:type w:val="continuous"/>
          <w:pgSz w:w="12240" w:h="15840"/>
          <w:pgMar w:top="1440" w:right="1800" w:bottom="1440" w:left="1800" w:header="720" w:footer="720" w:gutter="0"/>
          <w:cols w:num="2" w:space="720"/>
          <w:docGrid w:linePitch="360"/>
        </w:sectPr>
      </w:pPr>
      <w:r>
        <w:rPr>
          <w:rFonts w:ascii="Segoe UI Symbol" w:hAnsi="Segoe UI Symbol" w:cs="Segoe UI Symbol"/>
          <w:sz w:val="24"/>
          <w:szCs w:val="24"/>
        </w:rPr>
        <w:lastRenderedPageBreak/>
        <w:t xml:space="preserve">   </w:t>
      </w:r>
      <w:r w:rsidR="00DA5091" w:rsidRPr="00776D54">
        <w:rPr>
          <w:rFonts w:ascii="Segoe UI Symbol" w:hAnsi="Segoe UI Symbol" w:cs="Segoe UI Symbol"/>
          <w:sz w:val="24"/>
          <w:szCs w:val="24"/>
        </w:rPr>
        <w:t>☐</w:t>
      </w:r>
      <w:r w:rsidR="00DA5091" w:rsidRPr="00776D54">
        <w:rPr>
          <w:rFonts w:ascii="Times New Roman" w:hAnsi="Times New Roman" w:cs="Times New Roman"/>
          <w:sz w:val="24"/>
          <w:szCs w:val="24"/>
        </w:rPr>
        <w:t xml:space="preserve"> HPV infection</w:t>
      </w:r>
      <w:r w:rsidR="00DA5091"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="00DA5091" w:rsidRPr="00776D54">
        <w:rPr>
          <w:rFonts w:ascii="Segoe UI Symbol" w:hAnsi="Segoe UI Symbol" w:cs="Segoe UI Symbol"/>
          <w:sz w:val="24"/>
          <w:szCs w:val="24"/>
        </w:rPr>
        <w:t>☐</w:t>
      </w:r>
      <w:r w:rsidR="00DA5091" w:rsidRPr="00776D54">
        <w:rPr>
          <w:rFonts w:ascii="Times New Roman" w:hAnsi="Times New Roman" w:cs="Times New Roman"/>
          <w:sz w:val="24"/>
          <w:szCs w:val="24"/>
        </w:rPr>
        <w:t xml:space="preserve"> Herpes infection</w:t>
      </w:r>
      <w:r w:rsidR="00DA5091" w:rsidRPr="00776D54">
        <w:rPr>
          <w:rFonts w:ascii="Times New Roman" w:hAnsi="Times New Roman" w:cs="Times New Roman"/>
          <w:sz w:val="24"/>
          <w:szCs w:val="24"/>
        </w:rPr>
        <w:br/>
      </w:r>
      <w:r w:rsidR="00DA5091" w:rsidRPr="00776D54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DA5091" w:rsidRPr="00776D54">
        <w:rPr>
          <w:rFonts w:ascii="Segoe UI Symbol" w:hAnsi="Segoe UI Symbol" w:cs="Segoe UI Symbol"/>
          <w:sz w:val="24"/>
          <w:szCs w:val="24"/>
        </w:rPr>
        <w:t>☐</w:t>
      </w:r>
      <w:r w:rsidR="00DA5091" w:rsidRPr="00776D54">
        <w:rPr>
          <w:rFonts w:ascii="Times New Roman" w:hAnsi="Times New Roman" w:cs="Times New Roman"/>
          <w:sz w:val="24"/>
          <w:szCs w:val="24"/>
        </w:rPr>
        <w:t xml:space="preserve"> I don't know</w:t>
      </w:r>
      <w:r w:rsidR="00DA5091"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="00DA5091" w:rsidRPr="00776D54">
        <w:rPr>
          <w:rFonts w:ascii="Segoe UI Symbol" w:hAnsi="Segoe UI Symbol" w:cs="Segoe UI Symbol"/>
          <w:sz w:val="24"/>
          <w:szCs w:val="24"/>
        </w:rPr>
        <w:t>☐</w:t>
      </w:r>
      <w:r w:rsidR="00DA5091" w:rsidRPr="00776D54">
        <w:rPr>
          <w:rFonts w:ascii="Times New Roman" w:hAnsi="Times New Roman" w:cs="Times New Roman"/>
          <w:sz w:val="24"/>
          <w:szCs w:val="24"/>
        </w:rPr>
        <w:t xml:space="preserve"> HIV infection</w:t>
      </w:r>
    </w:p>
    <w:p w:rsidR="00D832C1" w:rsidRDefault="00DA5091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D54">
        <w:rPr>
          <w:rFonts w:ascii="Times New Roman" w:hAnsi="Times New Roman" w:cs="Times New Roman"/>
          <w:sz w:val="24"/>
          <w:szCs w:val="24"/>
        </w:rPr>
        <w:lastRenderedPageBreak/>
        <w:t>11. Which of the following are risk factors? (Check all that apply)</w:t>
      </w:r>
    </w:p>
    <w:p w:rsidR="00C65FBA" w:rsidRDefault="00C65FBA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5FBA" w:rsidRPr="00776D54" w:rsidRDefault="00C65FBA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65FBA" w:rsidRPr="00776D54" w:rsidSect="000A6F8F">
          <w:type w:val="continuous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:rsidR="00D832C1" w:rsidRPr="00776D54" w:rsidRDefault="00D832C1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D54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Pr="00776D54">
        <w:rPr>
          <w:rFonts w:ascii="Times New Roman" w:hAnsi="Times New Roman" w:cs="Times New Roman"/>
          <w:sz w:val="24"/>
          <w:szCs w:val="24"/>
        </w:rPr>
        <w:t xml:space="preserve"> Having an uncircumcised male partner</w:t>
      </w:r>
      <w:r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="00D51E4D" w:rsidRPr="00776D54">
        <w:rPr>
          <w:rFonts w:ascii="Times New Roman" w:hAnsi="Times New Roman" w:cs="Times New Roman"/>
          <w:sz w:val="24"/>
          <w:szCs w:val="24"/>
        </w:rPr>
        <w:t xml:space="preserve"> Smoking tobacco</w:t>
      </w:r>
      <w:r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Pr="00776D54">
        <w:rPr>
          <w:rFonts w:ascii="Times New Roman" w:hAnsi="Times New Roman" w:cs="Times New Roman"/>
          <w:sz w:val="24"/>
          <w:szCs w:val="24"/>
        </w:rPr>
        <w:t xml:space="preserve"> Having a partner with multiple sexual partners</w:t>
      </w:r>
      <w:r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Pr="00776D54">
        <w:rPr>
          <w:rFonts w:ascii="Times New Roman" w:hAnsi="Times New Roman" w:cs="Times New Roman"/>
          <w:sz w:val="24"/>
          <w:szCs w:val="24"/>
        </w:rPr>
        <w:t xml:space="preserve"> Family history of cervical cancer</w:t>
      </w:r>
      <w:r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Pr="00776D54">
        <w:rPr>
          <w:rFonts w:ascii="Times New Roman" w:hAnsi="Times New Roman" w:cs="Times New Roman"/>
          <w:sz w:val="24"/>
          <w:szCs w:val="24"/>
        </w:rPr>
        <w:t xml:space="preserve"> Living with HIV</w:t>
      </w:r>
      <w:r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Pr="00776D54">
        <w:rPr>
          <w:rFonts w:ascii="Times New Roman" w:hAnsi="Times New Roman" w:cs="Times New Roman"/>
          <w:sz w:val="24"/>
          <w:szCs w:val="24"/>
        </w:rPr>
        <w:t xml:space="preserve"> Not doing regular screening tests</w:t>
      </w:r>
      <w:r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Pr="00776D54">
        <w:rPr>
          <w:rFonts w:ascii="Times New Roman" w:hAnsi="Times New Roman" w:cs="Times New Roman"/>
          <w:sz w:val="24"/>
          <w:szCs w:val="24"/>
        </w:rPr>
        <w:t xml:space="preserve"> Long-term use of birth control pills</w:t>
      </w:r>
      <w:r w:rsidRPr="00776D54">
        <w:rPr>
          <w:rFonts w:ascii="Times New Roman" w:hAnsi="Times New Roman" w:cs="Times New Roman"/>
          <w:sz w:val="24"/>
          <w:szCs w:val="24"/>
        </w:rPr>
        <w:br/>
      </w:r>
      <w:r w:rsidRPr="00776D54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Pr="00776D54">
        <w:rPr>
          <w:rFonts w:ascii="Times New Roman" w:hAnsi="Times New Roman" w:cs="Times New Roman"/>
          <w:sz w:val="24"/>
          <w:szCs w:val="24"/>
        </w:rPr>
        <w:t xml:space="preserve"> History of sexually transmitted infections</w:t>
      </w:r>
      <w:r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Pr="00776D54">
        <w:rPr>
          <w:rFonts w:ascii="Times New Roman" w:hAnsi="Times New Roman" w:cs="Times New Roman"/>
          <w:sz w:val="24"/>
          <w:szCs w:val="24"/>
        </w:rPr>
        <w:t xml:space="preserve"> Early sexual debut</w:t>
      </w:r>
      <w:r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Pr="00776D54">
        <w:rPr>
          <w:rFonts w:ascii="Times New Roman" w:hAnsi="Times New Roman" w:cs="Times New Roman"/>
          <w:sz w:val="24"/>
          <w:szCs w:val="24"/>
        </w:rPr>
        <w:t xml:space="preserve"> Having multiple sexual partners</w:t>
      </w:r>
      <w:r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Pr="00776D54">
        <w:rPr>
          <w:rFonts w:ascii="Times New Roman" w:hAnsi="Times New Roman" w:cs="Times New Roman"/>
          <w:sz w:val="24"/>
          <w:szCs w:val="24"/>
        </w:rPr>
        <w:t xml:space="preserve"> Having many children</w:t>
      </w:r>
      <w:r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Pr="00776D54">
        <w:rPr>
          <w:rFonts w:ascii="Times New Roman" w:hAnsi="Times New Roman" w:cs="Times New Roman"/>
          <w:sz w:val="24"/>
          <w:szCs w:val="24"/>
        </w:rPr>
        <w:t xml:space="preserve"> Having children at a young age</w:t>
      </w:r>
      <w:r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="00D51E4D" w:rsidRPr="00776D54">
        <w:rPr>
          <w:rFonts w:ascii="Times New Roman" w:hAnsi="Times New Roman" w:cs="Times New Roman"/>
          <w:sz w:val="24"/>
          <w:szCs w:val="24"/>
        </w:rPr>
        <w:t xml:space="preserve"> Having unprotected sex</w:t>
      </w:r>
      <w:r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Pr="00776D54">
        <w:rPr>
          <w:rFonts w:ascii="Times New Roman" w:hAnsi="Times New Roman" w:cs="Times New Roman"/>
          <w:sz w:val="24"/>
          <w:szCs w:val="24"/>
        </w:rPr>
        <w:t xml:space="preserve"> I don’t know</w:t>
      </w:r>
    </w:p>
    <w:p w:rsidR="00D832C1" w:rsidRPr="00776D54" w:rsidRDefault="00D832C1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832C1" w:rsidRPr="00776D54" w:rsidSect="00D832C1">
          <w:type w:val="continuous"/>
          <w:pgSz w:w="12240" w:h="15840"/>
          <w:pgMar w:top="1440" w:right="1800" w:bottom="1440" w:left="1800" w:header="720" w:footer="720" w:gutter="0"/>
          <w:cols w:num="2" w:space="720"/>
          <w:docGrid w:linePitch="360"/>
        </w:sectPr>
      </w:pPr>
    </w:p>
    <w:p w:rsidR="00416D3C" w:rsidRDefault="00416D3C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32C1" w:rsidRPr="00776D54" w:rsidRDefault="00DA5091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832C1" w:rsidRPr="00776D54" w:rsidSect="000A6F8F">
          <w:type w:val="continuous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  <w:r w:rsidRPr="00776D54">
        <w:rPr>
          <w:rFonts w:ascii="Times New Roman" w:hAnsi="Times New Roman" w:cs="Times New Roman"/>
          <w:sz w:val="24"/>
          <w:szCs w:val="24"/>
        </w:rPr>
        <w:t>12. What are some signs and symptoms of cervical cancer? (Check all that apply)</w:t>
      </w:r>
      <w:r w:rsidR="00D832C1" w:rsidRPr="00776D54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832C1" w:rsidRPr="00776D54" w:rsidRDefault="00D832C1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832C1" w:rsidRPr="00776D54" w:rsidSect="00D832C1">
          <w:type w:val="continuous"/>
          <w:pgSz w:w="12240" w:h="15840"/>
          <w:pgMar w:top="1440" w:right="1800" w:bottom="1440" w:left="1800" w:header="720" w:footer="720" w:gutter="0"/>
          <w:cols w:num="2" w:space="720"/>
          <w:docGrid w:linePitch="360"/>
        </w:sectPr>
      </w:pPr>
      <w:r w:rsidRPr="00776D54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Pr="00776D54">
        <w:rPr>
          <w:rFonts w:ascii="Times New Roman" w:hAnsi="Times New Roman" w:cs="Times New Roman"/>
          <w:sz w:val="24"/>
          <w:szCs w:val="24"/>
        </w:rPr>
        <w:t xml:space="preserve"> Vaginal bleeding outside of menstruation</w:t>
      </w:r>
      <w:r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Pr="00776D54">
        <w:rPr>
          <w:rFonts w:ascii="Times New Roman" w:hAnsi="Times New Roman" w:cs="Times New Roman"/>
          <w:sz w:val="24"/>
          <w:szCs w:val="24"/>
        </w:rPr>
        <w:t xml:space="preserve"> Persistent diarrhea</w:t>
      </w:r>
      <w:r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Pr="00776D54">
        <w:rPr>
          <w:rFonts w:ascii="Times New Roman" w:hAnsi="Times New Roman" w:cs="Times New Roman"/>
          <w:sz w:val="24"/>
          <w:szCs w:val="24"/>
        </w:rPr>
        <w:t xml:space="preserve"> Foul-smelling and persistent vaginal discharge</w:t>
      </w:r>
      <w:r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Pr="00776D54">
        <w:rPr>
          <w:rFonts w:ascii="Times New Roman" w:hAnsi="Times New Roman" w:cs="Times New Roman"/>
          <w:sz w:val="24"/>
          <w:szCs w:val="24"/>
        </w:rPr>
        <w:t xml:space="preserve"> Unexplained weight loss</w:t>
      </w:r>
      <w:r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Pr="00776D54">
        <w:rPr>
          <w:rFonts w:ascii="Times New Roman" w:hAnsi="Times New Roman" w:cs="Times New Roman"/>
          <w:sz w:val="24"/>
          <w:szCs w:val="24"/>
        </w:rPr>
        <w:t xml:space="preserve"> Heavy or p</w:t>
      </w:r>
      <w:r w:rsidR="00D51E4D" w:rsidRPr="00776D54">
        <w:rPr>
          <w:rFonts w:ascii="Times New Roman" w:hAnsi="Times New Roman" w:cs="Times New Roman"/>
          <w:sz w:val="24"/>
          <w:szCs w:val="24"/>
        </w:rPr>
        <w:t>rolonged menstrual bleeding</w:t>
      </w:r>
      <w:r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Pr="00776D54">
        <w:rPr>
          <w:rFonts w:ascii="Times New Roman" w:hAnsi="Times New Roman" w:cs="Times New Roman"/>
          <w:sz w:val="24"/>
          <w:szCs w:val="24"/>
        </w:rPr>
        <w:t xml:space="preserve"> Post-menopausal vaginal bleeding</w:t>
      </w:r>
      <w:r w:rsidRPr="00776D54">
        <w:rPr>
          <w:rFonts w:ascii="Times New Roman" w:hAnsi="Times New Roman" w:cs="Times New Roman"/>
          <w:sz w:val="24"/>
          <w:szCs w:val="24"/>
        </w:rPr>
        <w:br/>
      </w:r>
      <w:r w:rsidRPr="00776D54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Pr="00776D54">
        <w:rPr>
          <w:rFonts w:ascii="Times New Roman" w:hAnsi="Times New Roman" w:cs="Times New Roman"/>
          <w:sz w:val="24"/>
          <w:szCs w:val="24"/>
        </w:rPr>
        <w:t xml:space="preserve"> Persistent back pain</w:t>
      </w:r>
      <w:r w:rsidR="00D51E4D" w:rsidRPr="00776D54">
        <w:rPr>
          <w:rFonts w:ascii="Times New Roman" w:hAnsi="Times New Roman" w:cs="Times New Roman"/>
          <w:sz w:val="24"/>
          <w:szCs w:val="24"/>
        </w:rPr>
        <w:t xml:space="preserve"> or lower abdominal</w:t>
      </w:r>
      <w:r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Pr="00776D54">
        <w:rPr>
          <w:rFonts w:ascii="Times New Roman" w:hAnsi="Times New Roman" w:cs="Times New Roman"/>
          <w:sz w:val="24"/>
          <w:szCs w:val="24"/>
        </w:rPr>
        <w:t xml:space="preserve"> Pain or discomfort during sex</w:t>
      </w:r>
      <w:r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Pr="00776D54">
        <w:rPr>
          <w:rFonts w:ascii="Times New Roman" w:hAnsi="Times New Roman" w:cs="Times New Roman"/>
          <w:sz w:val="24"/>
          <w:szCs w:val="24"/>
        </w:rPr>
        <w:t xml:space="preserve"> Blood in urine or stool</w:t>
      </w:r>
      <w:r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Pr="00776D54">
        <w:rPr>
          <w:rFonts w:ascii="Times New Roman" w:hAnsi="Times New Roman" w:cs="Times New Roman"/>
          <w:sz w:val="24"/>
          <w:szCs w:val="24"/>
        </w:rPr>
        <w:t xml:space="preserve"> Bleeding during or after intercourse</w:t>
      </w:r>
      <w:r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Pr="00776D54">
        <w:rPr>
          <w:rFonts w:ascii="Times New Roman" w:hAnsi="Times New Roman" w:cs="Times New Roman"/>
          <w:sz w:val="24"/>
          <w:szCs w:val="24"/>
        </w:rPr>
        <w:t xml:space="preserve"> Urinating or defecating through the vagina</w:t>
      </w:r>
      <w:r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Pr="00776D54">
        <w:rPr>
          <w:rFonts w:ascii="Times New Roman" w:hAnsi="Times New Roman" w:cs="Times New Roman"/>
          <w:sz w:val="24"/>
          <w:szCs w:val="24"/>
        </w:rPr>
        <w:t xml:space="preserve"> I don’t know</w:t>
      </w:r>
    </w:p>
    <w:p w:rsidR="00416D3C" w:rsidRDefault="00416D3C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1434" w:rsidRPr="00776D54" w:rsidRDefault="00DA5091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D54">
        <w:rPr>
          <w:rFonts w:ascii="Times New Roman" w:hAnsi="Times New Roman" w:cs="Times New Roman"/>
          <w:sz w:val="24"/>
          <w:szCs w:val="24"/>
        </w:rPr>
        <w:t>13. Is it possible to prevent cervical cancer?</w:t>
      </w:r>
      <w:r w:rsidR="00B6561C" w:rsidRPr="00776D54">
        <w:rPr>
          <w:rFonts w:ascii="Times New Roman" w:hAnsi="Times New Roman" w:cs="Times New Roman"/>
          <w:sz w:val="24"/>
          <w:szCs w:val="24"/>
        </w:rPr>
        <w:t xml:space="preserve"> (Select one answer only)</w:t>
      </w:r>
      <w:r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Pr="00776D54">
        <w:rPr>
          <w:rFonts w:ascii="Times New Roman" w:hAnsi="Times New Roman" w:cs="Times New Roman"/>
          <w:sz w:val="24"/>
          <w:szCs w:val="24"/>
        </w:rPr>
        <w:t xml:space="preserve"> Yes</w:t>
      </w:r>
      <w:r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Pr="00776D54">
        <w:rPr>
          <w:rFonts w:ascii="Times New Roman" w:hAnsi="Times New Roman" w:cs="Times New Roman"/>
          <w:sz w:val="24"/>
          <w:szCs w:val="24"/>
        </w:rPr>
        <w:t xml:space="preserve"> No</w:t>
      </w:r>
      <w:r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Pr="00776D54">
        <w:rPr>
          <w:rFonts w:ascii="Times New Roman" w:hAnsi="Times New Roman" w:cs="Times New Roman"/>
          <w:sz w:val="24"/>
          <w:szCs w:val="24"/>
        </w:rPr>
        <w:t xml:space="preserve"> Don’t know</w:t>
      </w:r>
    </w:p>
    <w:p w:rsidR="00241434" w:rsidRPr="00776D54" w:rsidRDefault="00DA5091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D54">
        <w:rPr>
          <w:rFonts w:ascii="Times New Roman" w:hAnsi="Times New Roman" w:cs="Times New Roman"/>
          <w:sz w:val="24"/>
          <w:szCs w:val="24"/>
        </w:rPr>
        <w:t>14. Is there a vaccine to protect against cervical cancer?</w:t>
      </w:r>
      <w:r w:rsidR="00B6561C" w:rsidRPr="00776D54">
        <w:rPr>
          <w:rFonts w:ascii="Times New Roman" w:hAnsi="Times New Roman" w:cs="Times New Roman"/>
          <w:sz w:val="24"/>
          <w:szCs w:val="24"/>
        </w:rPr>
        <w:t xml:space="preserve"> (Select one answer only)</w:t>
      </w:r>
      <w:r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Pr="00776D54">
        <w:rPr>
          <w:rFonts w:ascii="Times New Roman" w:hAnsi="Times New Roman" w:cs="Times New Roman"/>
          <w:sz w:val="24"/>
          <w:szCs w:val="24"/>
        </w:rPr>
        <w:t xml:space="preserve"> Yes</w:t>
      </w:r>
      <w:r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Pr="00776D54">
        <w:rPr>
          <w:rFonts w:ascii="Times New Roman" w:hAnsi="Times New Roman" w:cs="Times New Roman"/>
          <w:sz w:val="24"/>
          <w:szCs w:val="24"/>
        </w:rPr>
        <w:t xml:space="preserve"> No</w:t>
      </w:r>
      <w:r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Pr="00776D54">
        <w:rPr>
          <w:rFonts w:ascii="Times New Roman" w:hAnsi="Times New Roman" w:cs="Times New Roman"/>
          <w:sz w:val="24"/>
          <w:szCs w:val="24"/>
        </w:rPr>
        <w:t xml:space="preserve"> Don’t know</w:t>
      </w:r>
    </w:p>
    <w:p w:rsidR="0048412A" w:rsidRDefault="0048412A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32C1" w:rsidRPr="00776D54" w:rsidRDefault="00DA5091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832C1" w:rsidRPr="00776D54" w:rsidSect="000A6F8F">
          <w:type w:val="continuous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  <w:r w:rsidRPr="00776D54">
        <w:rPr>
          <w:rFonts w:ascii="Times New Roman" w:hAnsi="Times New Roman" w:cs="Times New Roman"/>
          <w:sz w:val="24"/>
          <w:szCs w:val="24"/>
        </w:rPr>
        <w:t xml:space="preserve">15. If yes, </w:t>
      </w:r>
      <w:r w:rsidR="00B6561C" w:rsidRPr="00776D54">
        <w:rPr>
          <w:rFonts w:ascii="Times New Roman" w:hAnsi="Times New Roman" w:cs="Times New Roman"/>
          <w:sz w:val="24"/>
          <w:szCs w:val="24"/>
        </w:rPr>
        <w:t>which vaccine(s)? (Select one answer only)</w:t>
      </w:r>
    </w:p>
    <w:p w:rsidR="00D832C1" w:rsidRPr="00776D54" w:rsidRDefault="00B6561C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832C1" w:rsidRPr="00776D54" w:rsidSect="00D832C1">
          <w:type w:val="continuous"/>
          <w:pgSz w:w="12240" w:h="15840"/>
          <w:pgMar w:top="1440" w:right="1800" w:bottom="1440" w:left="1800" w:header="720" w:footer="720" w:gutter="0"/>
          <w:cols w:num="2" w:space="720"/>
          <w:docGrid w:linePitch="360"/>
        </w:sectPr>
      </w:pPr>
      <w:r w:rsidRPr="00776D54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D832C1" w:rsidRPr="00776D54">
        <w:rPr>
          <w:rFonts w:ascii="Segoe UI Symbol" w:hAnsi="Segoe UI Symbol" w:cs="Segoe UI Symbol"/>
          <w:sz w:val="24"/>
          <w:szCs w:val="24"/>
        </w:rPr>
        <w:t>☐</w:t>
      </w:r>
      <w:r w:rsidR="00D832C1" w:rsidRPr="00776D54">
        <w:rPr>
          <w:rFonts w:ascii="Times New Roman" w:hAnsi="Times New Roman" w:cs="Times New Roman"/>
          <w:sz w:val="24"/>
          <w:szCs w:val="24"/>
        </w:rPr>
        <w:t xml:space="preserve"> HPV vaccine</w:t>
      </w:r>
      <w:r w:rsidR="00D832C1"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="00D832C1" w:rsidRPr="00776D54">
        <w:rPr>
          <w:rFonts w:ascii="Segoe UI Symbol" w:hAnsi="Segoe UI Symbol" w:cs="Segoe UI Symbol"/>
          <w:sz w:val="24"/>
          <w:szCs w:val="24"/>
        </w:rPr>
        <w:t>☐</w:t>
      </w:r>
      <w:r w:rsidR="00D832C1" w:rsidRPr="00776D54">
        <w:rPr>
          <w:rFonts w:ascii="Times New Roman" w:hAnsi="Times New Roman" w:cs="Times New Roman"/>
          <w:sz w:val="24"/>
          <w:szCs w:val="24"/>
        </w:rPr>
        <w:t xml:space="preserve"> Vaccine against </w:t>
      </w:r>
      <w:proofErr w:type="spellStart"/>
      <w:r w:rsidR="00D832C1" w:rsidRPr="00776D54">
        <w:rPr>
          <w:rFonts w:ascii="Times New Roman" w:hAnsi="Times New Roman" w:cs="Times New Roman"/>
          <w:sz w:val="24"/>
          <w:szCs w:val="24"/>
        </w:rPr>
        <w:t>trichomoniasis</w:t>
      </w:r>
      <w:proofErr w:type="spellEnd"/>
      <w:r w:rsidR="00D832C1" w:rsidRPr="00776D54">
        <w:rPr>
          <w:rFonts w:ascii="Times New Roman" w:hAnsi="Times New Roman" w:cs="Times New Roman"/>
          <w:sz w:val="24"/>
          <w:szCs w:val="24"/>
        </w:rPr>
        <w:t xml:space="preserve"> infection</w:t>
      </w:r>
      <w:r w:rsidR="00D832C1" w:rsidRPr="00776D54">
        <w:rPr>
          <w:rFonts w:ascii="Times New Roman" w:hAnsi="Times New Roman" w:cs="Times New Roman"/>
          <w:sz w:val="24"/>
          <w:szCs w:val="24"/>
        </w:rPr>
        <w:br/>
      </w:r>
      <w:r w:rsidR="00D832C1" w:rsidRPr="00776D54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D832C1" w:rsidRPr="00776D54">
        <w:rPr>
          <w:rFonts w:ascii="Segoe UI Symbol" w:hAnsi="Segoe UI Symbol" w:cs="Segoe UI Symbol"/>
          <w:sz w:val="24"/>
          <w:szCs w:val="24"/>
        </w:rPr>
        <w:t>☐</w:t>
      </w:r>
      <w:r w:rsidR="00D832C1" w:rsidRPr="00776D54">
        <w:rPr>
          <w:rFonts w:ascii="Times New Roman" w:hAnsi="Times New Roman" w:cs="Times New Roman"/>
          <w:sz w:val="24"/>
          <w:szCs w:val="24"/>
        </w:rPr>
        <w:t xml:space="preserve"> Vaccine against herpes virus</w:t>
      </w:r>
      <w:r w:rsidR="00D832C1"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="00D832C1" w:rsidRPr="00776D54">
        <w:rPr>
          <w:rFonts w:ascii="Segoe UI Symbol" w:hAnsi="Segoe UI Symbol" w:cs="Segoe UI Symbol"/>
          <w:sz w:val="24"/>
          <w:szCs w:val="24"/>
        </w:rPr>
        <w:t>☐</w:t>
      </w:r>
      <w:r w:rsidR="00D832C1" w:rsidRPr="00776D54">
        <w:rPr>
          <w:rFonts w:ascii="Times New Roman" w:hAnsi="Times New Roman" w:cs="Times New Roman"/>
          <w:sz w:val="24"/>
          <w:szCs w:val="24"/>
        </w:rPr>
        <w:t xml:space="preserve"> I don’t know</w:t>
      </w:r>
    </w:p>
    <w:p w:rsidR="00416D3C" w:rsidRDefault="00416D3C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32C1" w:rsidRPr="00776D54" w:rsidRDefault="00DA5091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832C1" w:rsidRPr="00776D54" w:rsidSect="000A6F8F">
          <w:type w:val="continuous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  <w:r w:rsidRPr="00776D54">
        <w:rPr>
          <w:rFonts w:ascii="Times New Roman" w:hAnsi="Times New Roman" w:cs="Times New Roman"/>
          <w:sz w:val="24"/>
          <w:szCs w:val="24"/>
        </w:rPr>
        <w:t>16. What can be done to prevent cervica</w:t>
      </w:r>
      <w:r w:rsidR="00B6561C" w:rsidRPr="00776D54">
        <w:rPr>
          <w:rFonts w:ascii="Times New Roman" w:hAnsi="Times New Roman" w:cs="Times New Roman"/>
          <w:sz w:val="24"/>
          <w:szCs w:val="24"/>
        </w:rPr>
        <w:t>l cancer? (Check all that apply)</w:t>
      </w:r>
    </w:p>
    <w:p w:rsidR="00D832C1" w:rsidRPr="00776D54" w:rsidRDefault="00D832C1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D54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B6561C" w:rsidRPr="00776D54">
        <w:rPr>
          <w:rFonts w:ascii="Times New Roman" w:hAnsi="Times New Roman" w:cs="Times New Roman"/>
          <w:sz w:val="24"/>
          <w:szCs w:val="24"/>
        </w:rPr>
        <w:t xml:space="preserve">  </w:t>
      </w: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Pr="00776D54">
        <w:rPr>
          <w:rFonts w:ascii="Times New Roman" w:hAnsi="Times New Roman" w:cs="Times New Roman"/>
          <w:sz w:val="24"/>
          <w:szCs w:val="24"/>
        </w:rPr>
        <w:t xml:space="preserve"> Do screening tests</w:t>
      </w:r>
    </w:p>
    <w:p w:rsidR="00D832C1" w:rsidRPr="00776D54" w:rsidRDefault="00D832C1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D54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Pr="00776D54">
        <w:rPr>
          <w:rFonts w:ascii="Times New Roman" w:hAnsi="Times New Roman" w:cs="Times New Roman"/>
          <w:sz w:val="24"/>
          <w:szCs w:val="24"/>
        </w:rPr>
        <w:t xml:space="preserve"> Avoid </w:t>
      </w:r>
      <w:r w:rsidR="00D51E4D" w:rsidRPr="00776D54">
        <w:rPr>
          <w:rFonts w:ascii="Times New Roman" w:hAnsi="Times New Roman" w:cs="Times New Roman"/>
          <w:sz w:val="24"/>
          <w:szCs w:val="24"/>
        </w:rPr>
        <w:t>having multiple sexual partners</w:t>
      </w:r>
    </w:p>
    <w:p w:rsidR="00D832C1" w:rsidRPr="00776D54" w:rsidRDefault="00D832C1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D54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="0010759F" w:rsidRPr="00776D54">
        <w:rPr>
          <w:rFonts w:ascii="Times New Roman" w:hAnsi="Times New Roman" w:cs="Times New Roman"/>
          <w:sz w:val="24"/>
          <w:szCs w:val="24"/>
        </w:rPr>
        <w:t xml:space="preserve"> Avoid having many </w:t>
      </w:r>
      <w:r w:rsidR="00B6561C" w:rsidRPr="00776D54">
        <w:rPr>
          <w:rFonts w:ascii="Times New Roman" w:hAnsi="Times New Roman" w:cs="Times New Roman"/>
          <w:sz w:val="24"/>
          <w:szCs w:val="24"/>
        </w:rPr>
        <w:t xml:space="preserve">children                  </w:t>
      </w: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="00D51E4D" w:rsidRPr="00776D54">
        <w:rPr>
          <w:rFonts w:ascii="Times New Roman" w:hAnsi="Times New Roman" w:cs="Times New Roman"/>
          <w:sz w:val="24"/>
          <w:szCs w:val="24"/>
        </w:rPr>
        <w:t xml:space="preserve"> HPV vaccination</w:t>
      </w:r>
    </w:p>
    <w:p w:rsidR="00D832C1" w:rsidRPr="00776D54" w:rsidRDefault="0010759F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D54">
        <w:rPr>
          <w:rFonts w:ascii="Times New Roman" w:hAnsi="Times New Roman" w:cs="Times New Roman"/>
          <w:sz w:val="24"/>
          <w:szCs w:val="24"/>
        </w:rPr>
        <w:t xml:space="preserve">    </w:t>
      </w:r>
      <w:r w:rsidR="00D832C1" w:rsidRPr="00776D54">
        <w:rPr>
          <w:rFonts w:ascii="Segoe UI Symbol" w:hAnsi="Segoe UI Symbol" w:cs="Segoe UI Symbol"/>
          <w:sz w:val="24"/>
          <w:szCs w:val="24"/>
        </w:rPr>
        <w:t>☐</w:t>
      </w:r>
      <w:r w:rsidR="00D832C1" w:rsidRPr="00776D54">
        <w:rPr>
          <w:rFonts w:ascii="Times New Roman" w:hAnsi="Times New Roman" w:cs="Times New Roman"/>
          <w:sz w:val="24"/>
          <w:szCs w:val="24"/>
        </w:rPr>
        <w:t xml:space="preserve"> Stop smoking</w:t>
      </w:r>
    </w:p>
    <w:p w:rsidR="00D832C1" w:rsidRPr="00776D54" w:rsidRDefault="00D832C1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D54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="0010759F" w:rsidRPr="00776D54">
        <w:rPr>
          <w:rFonts w:ascii="Times New Roman" w:hAnsi="Times New Roman" w:cs="Times New Roman"/>
          <w:sz w:val="24"/>
          <w:szCs w:val="24"/>
        </w:rPr>
        <w:t xml:space="preserve"> Use condoms during sex</w:t>
      </w:r>
    </w:p>
    <w:p w:rsidR="00D832C1" w:rsidRPr="00776D54" w:rsidRDefault="00D832C1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D54">
        <w:rPr>
          <w:rFonts w:ascii="Times New Roman" w:hAnsi="Times New Roman" w:cs="Times New Roman"/>
          <w:sz w:val="24"/>
          <w:szCs w:val="24"/>
        </w:rPr>
        <w:t xml:space="preserve">    </w:t>
      </w: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Pr="00776D54">
        <w:rPr>
          <w:rFonts w:ascii="Times New Roman" w:hAnsi="Times New Roman" w:cs="Times New Roman"/>
          <w:sz w:val="24"/>
          <w:szCs w:val="24"/>
        </w:rPr>
        <w:t xml:space="preserve"> I don’t know</w:t>
      </w:r>
    </w:p>
    <w:p w:rsidR="00D832C1" w:rsidRPr="00776D54" w:rsidRDefault="00D832C1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832C1" w:rsidRPr="00776D54" w:rsidSect="00D832C1">
          <w:type w:val="continuous"/>
          <w:pgSz w:w="12240" w:h="15840"/>
          <w:pgMar w:top="1440" w:right="1800" w:bottom="1440" w:left="1800" w:header="720" w:footer="720" w:gutter="0"/>
          <w:cols w:num="2" w:space="720"/>
          <w:docGrid w:linePitch="360"/>
        </w:sectPr>
      </w:pPr>
    </w:p>
    <w:p w:rsidR="00416D3C" w:rsidRDefault="00416D3C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1434" w:rsidRDefault="00DA5091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D54">
        <w:rPr>
          <w:rFonts w:ascii="Times New Roman" w:hAnsi="Times New Roman" w:cs="Times New Roman"/>
          <w:sz w:val="24"/>
          <w:szCs w:val="24"/>
        </w:rPr>
        <w:t>17. Do you know of any cervical cancer screening programs in Haiti?</w:t>
      </w:r>
      <w:r w:rsidR="00B6561C" w:rsidRPr="00776D54">
        <w:rPr>
          <w:rFonts w:ascii="Times New Roman" w:hAnsi="Times New Roman" w:cs="Times New Roman"/>
          <w:sz w:val="24"/>
          <w:szCs w:val="24"/>
        </w:rPr>
        <w:t xml:space="preserve"> (Select one answ</w:t>
      </w:r>
      <w:r w:rsidR="00455AAA" w:rsidRPr="00776D54">
        <w:rPr>
          <w:rFonts w:ascii="Times New Roman" w:hAnsi="Times New Roman" w:cs="Times New Roman"/>
          <w:sz w:val="24"/>
          <w:szCs w:val="24"/>
        </w:rPr>
        <w:t>er only)</w:t>
      </w:r>
      <w:r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Pr="00776D54">
        <w:rPr>
          <w:rFonts w:ascii="Times New Roman" w:hAnsi="Times New Roman" w:cs="Times New Roman"/>
          <w:sz w:val="24"/>
          <w:szCs w:val="24"/>
        </w:rPr>
        <w:t xml:space="preserve"> Yes</w:t>
      </w:r>
      <w:r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Pr="00776D54">
        <w:rPr>
          <w:rFonts w:ascii="Times New Roman" w:hAnsi="Times New Roman" w:cs="Times New Roman"/>
          <w:sz w:val="24"/>
          <w:szCs w:val="24"/>
        </w:rPr>
        <w:t xml:space="preserve"> No</w:t>
      </w:r>
      <w:r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Pr="00776D54">
        <w:rPr>
          <w:rFonts w:ascii="Times New Roman" w:hAnsi="Times New Roman" w:cs="Times New Roman"/>
          <w:sz w:val="24"/>
          <w:szCs w:val="24"/>
        </w:rPr>
        <w:t xml:space="preserve"> Don’t know</w:t>
      </w:r>
    </w:p>
    <w:p w:rsidR="00C55BE3" w:rsidRPr="00776D54" w:rsidRDefault="00C55BE3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1C4A" w:rsidRDefault="00DA5091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D54">
        <w:rPr>
          <w:rFonts w:ascii="Times New Roman" w:hAnsi="Times New Roman" w:cs="Times New Roman"/>
          <w:sz w:val="24"/>
          <w:szCs w:val="24"/>
        </w:rPr>
        <w:t xml:space="preserve">18. If yes, do you know a </w:t>
      </w:r>
      <w:r w:rsidR="00D832C1" w:rsidRPr="00776D54">
        <w:rPr>
          <w:rFonts w:ascii="Times New Roman" w:hAnsi="Times New Roman" w:cs="Times New Roman"/>
          <w:sz w:val="24"/>
          <w:szCs w:val="24"/>
        </w:rPr>
        <w:t>place to get screen</w:t>
      </w:r>
      <w:r w:rsidR="000F1C4A" w:rsidRPr="00776D54">
        <w:rPr>
          <w:rFonts w:ascii="Times New Roman" w:hAnsi="Times New Roman" w:cs="Times New Roman"/>
          <w:sz w:val="24"/>
          <w:szCs w:val="24"/>
        </w:rPr>
        <w:t>ed?</w:t>
      </w:r>
      <w:r w:rsidR="00455AAA" w:rsidRPr="00776D54">
        <w:rPr>
          <w:rFonts w:ascii="Times New Roman" w:hAnsi="Times New Roman" w:cs="Times New Roman"/>
          <w:sz w:val="24"/>
          <w:szCs w:val="24"/>
        </w:rPr>
        <w:t xml:space="preserve"> (Select one answer only)</w:t>
      </w:r>
    </w:p>
    <w:p w:rsidR="00C55BE3" w:rsidRDefault="00C55BE3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5BE3" w:rsidRPr="00776D54" w:rsidRDefault="00C55BE3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55BE3" w:rsidRPr="00776D54" w:rsidSect="000A6F8F">
          <w:type w:val="continuous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:rsidR="000F1C4A" w:rsidRPr="00776D54" w:rsidRDefault="000F1C4A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D54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416D3C">
        <w:rPr>
          <w:rFonts w:ascii="Times New Roman" w:hAnsi="Times New Roman" w:cs="Times New Roman"/>
          <w:sz w:val="24"/>
          <w:szCs w:val="24"/>
        </w:rPr>
        <w:t xml:space="preserve">   </w:t>
      </w:r>
      <w:r w:rsidR="00D832C1" w:rsidRPr="00776D54">
        <w:rPr>
          <w:rFonts w:ascii="Segoe UI Symbol" w:hAnsi="Segoe UI Symbol" w:cs="Segoe UI Symbol"/>
          <w:sz w:val="24"/>
          <w:szCs w:val="24"/>
        </w:rPr>
        <w:t>☐</w:t>
      </w:r>
      <w:r w:rsidR="00D832C1" w:rsidRPr="00776D54">
        <w:rPr>
          <w:rFonts w:ascii="Times New Roman" w:hAnsi="Times New Roman" w:cs="Times New Roman"/>
          <w:sz w:val="24"/>
          <w:szCs w:val="24"/>
        </w:rPr>
        <w:t xml:space="preserve"> University Hospital of Mirebalais</w:t>
      </w:r>
      <w:r w:rsidR="00DA5091"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="00DA5091" w:rsidRPr="00776D54">
        <w:rPr>
          <w:rFonts w:ascii="Segoe UI Symbol" w:hAnsi="Segoe UI Symbol" w:cs="Segoe UI Symbol"/>
          <w:sz w:val="24"/>
          <w:szCs w:val="24"/>
        </w:rPr>
        <w:t>☐</w:t>
      </w:r>
      <w:r w:rsidR="00DA5091" w:rsidRPr="00776D54">
        <w:rPr>
          <w:rFonts w:ascii="Times New Roman" w:hAnsi="Times New Roman" w:cs="Times New Roman"/>
          <w:sz w:val="24"/>
          <w:szCs w:val="24"/>
        </w:rPr>
        <w:t xml:space="preserve"> Private hospital</w:t>
      </w:r>
      <w:r w:rsidR="00DA5091" w:rsidRPr="00776D54">
        <w:rPr>
          <w:rFonts w:ascii="Times New Roman" w:hAnsi="Times New Roman" w:cs="Times New Roman"/>
          <w:sz w:val="24"/>
          <w:szCs w:val="24"/>
        </w:rPr>
        <w:br/>
      </w:r>
      <w:r w:rsidR="00DA5091" w:rsidRPr="00776D54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DA5091" w:rsidRPr="00776D54">
        <w:rPr>
          <w:rFonts w:ascii="Segoe UI Symbol" w:hAnsi="Segoe UI Symbol" w:cs="Segoe UI Symbol"/>
          <w:sz w:val="24"/>
          <w:szCs w:val="24"/>
        </w:rPr>
        <w:t>☐</w:t>
      </w:r>
      <w:r w:rsidR="00DA5091" w:rsidRPr="00776D54">
        <w:rPr>
          <w:rFonts w:ascii="Times New Roman" w:hAnsi="Times New Roman" w:cs="Times New Roman"/>
          <w:sz w:val="24"/>
          <w:szCs w:val="24"/>
        </w:rPr>
        <w:t xml:space="preserve"> Public hospital</w:t>
      </w:r>
      <w:r w:rsidR="00DA5091"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="00DA5091" w:rsidRPr="00776D54">
        <w:rPr>
          <w:rFonts w:ascii="Segoe UI Symbol" w:hAnsi="Segoe UI Symbol" w:cs="Segoe UI Symbol"/>
          <w:sz w:val="24"/>
          <w:szCs w:val="24"/>
        </w:rPr>
        <w:t>☐</w:t>
      </w:r>
      <w:r w:rsidR="00DA5091" w:rsidRPr="00776D54">
        <w:rPr>
          <w:rFonts w:ascii="Times New Roman" w:hAnsi="Times New Roman" w:cs="Times New Roman"/>
          <w:sz w:val="24"/>
          <w:szCs w:val="24"/>
        </w:rPr>
        <w:t xml:space="preserve"> Other</w:t>
      </w:r>
    </w:p>
    <w:p w:rsidR="00455AAA" w:rsidRPr="00776D54" w:rsidRDefault="00455AAA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55AAA" w:rsidRPr="00776D54" w:rsidSect="000F1C4A">
          <w:type w:val="continuous"/>
          <w:pgSz w:w="12240" w:h="15840"/>
          <w:pgMar w:top="1440" w:right="1800" w:bottom="1440" w:left="1800" w:header="720" w:footer="720" w:gutter="0"/>
          <w:cols w:num="2" w:space="720"/>
          <w:docGrid w:linePitch="360"/>
        </w:sectPr>
      </w:pPr>
    </w:p>
    <w:p w:rsidR="0048412A" w:rsidRDefault="0048412A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1434" w:rsidRPr="00776D54" w:rsidRDefault="00DA5091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D54">
        <w:rPr>
          <w:rFonts w:ascii="Times New Roman" w:hAnsi="Times New Roman" w:cs="Times New Roman"/>
          <w:sz w:val="24"/>
          <w:szCs w:val="24"/>
        </w:rPr>
        <w:t>19. At what age should a woman start screening? _______________________</w:t>
      </w:r>
    </w:p>
    <w:p w:rsidR="0048412A" w:rsidRDefault="0048412A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759F" w:rsidRPr="00776D54" w:rsidRDefault="00DA5091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0759F" w:rsidRPr="00776D54" w:rsidSect="000A6F8F">
          <w:type w:val="continuous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  <w:r w:rsidRPr="00776D54">
        <w:rPr>
          <w:rFonts w:ascii="Times New Roman" w:hAnsi="Times New Roman" w:cs="Times New Roman"/>
          <w:sz w:val="24"/>
          <w:szCs w:val="24"/>
        </w:rPr>
        <w:t>20. What tests are used to screen for cervica</w:t>
      </w:r>
      <w:r w:rsidR="0010759F" w:rsidRPr="00776D54">
        <w:rPr>
          <w:rFonts w:ascii="Times New Roman" w:hAnsi="Times New Roman" w:cs="Times New Roman"/>
          <w:sz w:val="24"/>
          <w:szCs w:val="24"/>
        </w:rPr>
        <w:t>l cancer? (Check all that apply</w:t>
      </w:r>
      <w:r w:rsidR="00455AAA" w:rsidRPr="00776D54">
        <w:rPr>
          <w:rFonts w:ascii="Times New Roman" w:hAnsi="Times New Roman" w:cs="Times New Roman"/>
          <w:sz w:val="24"/>
          <w:szCs w:val="24"/>
        </w:rPr>
        <w:t>)</w:t>
      </w:r>
    </w:p>
    <w:p w:rsidR="0010759F" w:rsidRPr="00776D54" w:rsidRDefault="0010759F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D54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Pr="00776D54">
        <w:rPr>
          <w:rFonts w:ascii="Times New Roman" w:hAnsi="Times New Roman" w:cs="Times New Roman"/>
          <w:sz w:val="24"/>
          <w:szCs w:val="24"/>
        </w:rPr>
        <w:t xml:space="preserve"> HPV test</w:t>
      </w:r>
      <w:r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Pr="00776D54">
        <w:rPr>
          <w:rFonts w:ascii="Times New Roman" w:hAnsi="Times New Roman" w:cs="Times New Roman"/>
          <w:sz w:val="24"/>
          <w:szCs w:val="24"/>
        </w:rPr>
        <w:t xml:space="preserve"> Pap test</w:t>
      </w:r>
      <w:r w:rsidRPr="00776D54">
        <w:rPr>
          <w:rFonts w:ascii="Times New Roman" w:hAnsi="Times New Roman" w:cs="Times New Roman"/>
          <w:sz w:val="24"/>
          <w:szCs w:val="24"/>
        </w:rPr>
        <w:br/>
      </w:r>
      <w:r w:rsidRPr="00776D54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Pr="00776D54">
        <w:rPr>
          <w:rFonts w:ascii="Times New Roman" w:hAnsi="Times New Roman" w:cs="Times New Roman"/>
          <w:sz w:val="24"/>
          <w:szCs w:val="24"/>
        </w:rPr>
        <w:t xml:space="preserve"> VIA</w:t>
      </w:r>
      <w:r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Pr="00776D54">
        <w:rPr>
          <w:rFonts w:ascii="Times New Roman" w:hAnsi="Times New Roman" w:cs="Times New Roman"/>
          <w:sz w:val="24"/>
          <w:szCs w:val="24"/>
        </w:rPr>
        <w:t xml:space="preserve"> I Don’t Know</w:t>
      </w:r>
    </w:p>
    <w:p w:rsidR="0010759F" w:rsidRPr="00776D54" w:rsidRDefault="0010759F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0759F" w:rsidRPr="00776D54" w:rsidSect="0010759F">
          <w:type w:val="continuous"/>
          <w:pgSz w:w="12240" w:h="15840"/>
          <w:pgMar w:top="1440" w:right="1800" w:bottom="1440" w:left="1800" w:header="720" w:footer="720" w:gutter="0"/>
          <w:cols w:num="2" w:space="720"/>
          <w:docGrid w:linePitch="360"/>
        </w:sectPr>
      </w:pPr>
    </w:p>
    <w:p w:rsidR="0048412A" w:rsidRDefault="0048412A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1C4A" w:rsidRPr="00776D54" w:rsidRDefault="00DA5091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F1C4A" w:rsidRPr="00776D54" w:rsidSect="000A6F8F">
          <w:type w:val="continuous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  <w:r w:rsidRPr="00776D54">
        <w:rPr>
          <w:rFonts w:ascii="Times New Roman" w:hAnsi="Times New Roman" w:cs="Times New Roman"/>
          <w:sz w:val="24"/>
          <w:szCs w:val="24"/>
        </w:rPr>
        <w:t>21. How of</w:t>
      </w:r>
      <w:r w:rsidR="000F1C4A" w:rsidRPr="00776D54">
        <w:rPr>
          <w:rFonts w:ascii="Times New Roman" w:hAnsi="Times New Roman" w:cs="Times New Roman"/>
          <w:sz w:val="24"/>
          <w:szCs w:val="24"/>
        </w:rPr>
        <w:t>ten should one be screened?</w:t>
      </w:r>
      <w:r w:rsidR="00455AAA" w:rsidRPr="00776D54">
        <w:rPr>
          <w:rFonts w:ascii="Times New Roman" w:hAnsi="Times New Roman" w:cs="Times New Roman"/>
          <w:sz w:val="24"/>
          <w:szCs w:val="24"/>
        </w:rPr>
        <w:t xml:space="preserve"> (Select one answer only)</w:t>
      </w:r>
    </w:p>
    <w:p w:rsidR="000F1C4A" w:rsidRPr="00776D54" w:rsidRDefault="0048412A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F1C4A" w:rsidRPr="00776D54" w:rsidSect="000F1C4A">
          <w:type w:val="continuous"/>
          <w:pgSz w:w="12240" w:h="15840"/>
          <w:pgMar w:top="1440" w:right="1800" w:bottom="1440" w:left="1800" w:header="720" w:footer="720" w:gutter="0"/>
          <w:cols w:num="2" w:space="720"/>
          <w:docGrid w:linePitch="360"/>
        </w:sectPr>
      </w:pPr>
      <w:r>
        <w:rPr>
          <w:rFonts w:ascii="Segoe UI Symbol" w:hAnsi="Segoe UI Symbol" w:cs="Segoe UI Symbol"/>
          <w:sz w:val="24"/>
          <w:szCs w:val="24"/>
        </w:rPr>
        <w:lastRenderedPageBreak/>
        <w:t xml:space="preserve">   </w:t>
      </w:r>
      <w:r w:rsidR="00DA5091" w:rsidRPr="00776D54">
        <w:rPr>
          <w:rFonts w:ascii="Segoe UI Symbol" w:hAnsi="Segoe UI Symbol" w:cs="Segoe UI Symbol"/>
          <w:sz w:val="24"/>
          <w:szCs w:val="24"/>
        </w:rPr>
        <w:t>☐</w:t>
      </w:r>
      <w:r w:rsidR="00DA5091" w:rsidRPr="00776D54">
        <w:rPr>
          <w:rFonts w:ascii="Times New Roman" w:hAnsi="Times New Roman" w:cs="Times New Roman"/>
          <w:sz w:val="24"/>
          <w:szCs w:val="24"/>
        </w:rPr>
        <w:t xml:space="preserve"> Every 6 months</w:t>
      </w:r>
      <w:r w:rsidR="00DA5091"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="00DA5091" w:rsidRPr="00776D54">
        <w:rPr>
          <w:rFonts w:ascii="Segoe UI Symbol" w:hAnsi="Segoe UI Symbol" w:cs="Segoe UI Symbol"/>
          <w:sz w:val="24"/>
          <w:szCs w:val="24"/>
        </w:rPr>
        <w:t>☐</w:t>
      </w:r>
      <w:r w:rsidR="00DA5091" w:rsidRPr="00776D54">
        <w:rPr>
          <w:rFonts w:ascii="Times New Roman" w:hAnsi="Times New Roman" w:cs="Times New Roman"/>
          <w:sz w:val="24"/>
          <w:szCs w:val="24"/>
        </w:rPr>
        <w:t xml:space="preserve"> Every 1 year</w:t>
      </w:r>
      <w:r w:rsidR="00DA5091"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="00DA5091" w:rsidRPr="00776D54">
        <w:rPr>
          <w:rFonts w:ascii="Segoe UI Symbol" w:hAnsi="Segoe UI Symbol" w:cs="Segoe UI Symbol"/>
          <w:sz w:val="24"/>
          <w:szCs w:val="24"/>
        </w:rPr>
        <w:t>☐</w:t>
      </w:r>
      <w:r w:rsidR="00DA5091" w:rsidRPr="00776D54">
        <w:rPr>
          <w:rFonts w:ascii="Times New Roman" w:hAnsi="Times New Roman" w:cs="Times New Roman"/>
          <w:sz w:val="24"/>
          <w:szCs w:val="24"/>
        </w:rPr>
        <w:t xml:space="preserve"> Every 2 years</w:t>
      </w:r>
      <w:r w:rsidR="00DA5091" w:rsidRPr="00776D54">
        <w:rPr>
          <w:rFonts w:ascii="Times New Roman" w:hAnsi="Times New Roman" w:cs="Times New Roman"/>
          <w:sz w:val="24"/>
          <w:szCs w:val="24"/>
        </w:rPr>
        <w:br/>
      </w:r>
      <w:r w:rsidR="00DA5091" w:rsidRPr="00776D54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DA5091" w:rsidRPr="00776D54">
        <w:rPr>
          <w:rFonts w:ascii="Segoe UI Symbol" w:hAnsi="Segoe UI Symbol" w:cs="Segoe UI Symbol"/>
          <w:sz w:val="24"/>
          <w:szCs w:val="24"/>
        </w:rPr>
        <w:t>☐</w:t>
      </w:r>
      <w:r w:rsidR="00DA5091" w:rsidRPr="00776D54">
        <w:rPr>
          <w:rFonts w:ascii="Times New Roman" w:hAnsi="Times New Roman" w:cs="Times New Roman"/>
          <w:sz w:val="24"/>
          <w:szCs w:val="24"/>
        </w:rPr>
        <w:t xml:space="preserve"> Every 3 years</w:t>
      </w:r>
      <w:r w:rsidR="00DA5091"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="00DA5091" w:rsidRPr="00776D54">
        <w:rPr>
          <w:rFonts w:ascii="Segoe UI Symbol" w:hAnsi="Segoe UI Symbol" w:cs="Segoe UI Symbol"/>
          <w:sz w:val="24"/>
          <w:szCs w:val="24"/>
        </w:rPr>
        <w:t>☐</w:t>
      </w:r>
      <w:r w:rsidR="00DA5091" w:rsidRPr="00776D54">
        <w:rPr>
          <w:rFonts w:ascii="Times New Roman" w:hAnsi="Times New Roman" w:cs="Times New Roman"/>
          <w:sz w:val="24"/>
          <w:szCs w:val="24"/>
        </w:rPr>
        <w:t xml:space="preserve"> More than 3 years</w:t>
      </w:r>
      <w:r w:rsidR="00DA5091"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="00DA5091" w:rsidRPr="00776D54">
        <w:rPr>
          <w:rFonts w:ascii="Segoe UI Symbol" w:hAnsi="Segoe UI Symbol" w:cs="Segoe UI Symbol"/>
          <w:sz w:val="24"/>
          <w:szCs w:val="24"/>
        </w:rPr>
        <w:t>☐</w:t>
      </w:r>
      <w:r w:rsidR="00DA5091" w:rsidRPr="00776D54">
        <w:rPr>
          <w:rFonts w:ascii="Times New Roman" w:hAnsi="Times New Roman" w:cs="Times New Roman"/>
          <w:sz w:val="24"/>
          <w:szCs w:val="24"/>
        </w:rPr>
        <w:t xml:space="preserve"> I don’t know</w:t>
      </w:r>
    </w:p>
    <w:p w:rsidR="0048412A" w:rsidRDefault="0048412A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1434" w:rsidRPr="00776D54" w:rsidRDefault="00DA5091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D54">
        <w:rPr>
          <w:rFonts w:ascii="Times New Roman" w:hAnsi="Times New Roman" w:cs="Times New Roman"/>
          <w:sz w:val="24"/>
          <w:szCs w:val="24"/>
        </w:rPr>
        <w:t>22. Can cervical cancer be treated?</w:t>
      </w:r>
      <w:r w:rsidR="00455AAA" w:rsidRPr="00776D54">
        <w:rPr>
          <w:rFonts w:ascii="Times New Roman" w:hAnsi="Times New Roman" w:cs="Times New Roman"/>
          <w:sz w:val="24"/>
          <w:szCs w:val="24"/>
        </w:rPr>
        <w:t xml:space="preserve"> (Select one answer only)</w:t>
      </w:r>
      <w:r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Pr="00776D54">
        <w:rPr>
          <w:rFonts w:ascii="Times New Roman" w:hAnsi="Times New Roman" w:cs="Times New Roman"/>
          <w:sz w:val="24"/>
          <w:szCs w:val="24"/>
        </w:rPr>
        <w:t xml:space="preserve"> Yes</w:t>
      </w:r>
      <w:r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Pr="00776D54">
        <w:rPr>
          <w:rFonts w:ascii="Times New Roman" w:hAnsi="Times New Roman" w:cs="Times New Roman"/>
          <w:sz w:val="24"/>
          <w:szCs w:val="24"/>
        </w:rPr>
        <w:t xml:space="preserve"> No</w:t>
      </w:r>
      <w:r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Pr="00776D54">
        <w:rPr>
          <w:rFonts w:ascii="Times New Roman" w:hAnsi="Times New Roman" w:cs="Times New Roman"/>
          <w:sz w:val="24"/>
          <w:szCs w:val="24"/>
        </w:rPr>
        <w:t xml:space="preserve"> Don’t know</w:t>
      </w:r>
    </w:p>
    <w:p w:rsidR="0048412A" w:rsidRDefault="0048412A" w:rsidP="004841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F1C4A" w:rsidRPr="00776D54" w:rsidRDefault="000F1C4A" w:rsidP="004841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76D54">
        <w:rPr>
          <w:rFonts w:ascii="Times New Roman" w:hAnsi="Times New Roman" w:cs="Times New Roman"/>
          <w:b/>
          <w:sz w:val="24"/>
          <w:szCs w:val="24"/>
        </w:rPr>
        <w:t>Section 3: Risk Behaviors Related to Cervical Cancer</w:t>
      </w:r>
    </w:p>
    <w:p w:rsidR="0048412A" w:rsidRDefault="0048412A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7572" w:rsidRPr="00776D54" w:rsidRDefault="00DA5091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D54">
        <w:rPr>
          <w:rFonts w:ascii="Times New Roman" w:hAnsi="Times New Roman" w:cs="Times New Roman"/>
          <w:sz w:val="24"/>
          <w:szCs w:val="24"/>
        </w:rPr>
        <w:t>23. At what age did you first have sex?</w:t>
      </w:r>
      <w:r w:rsidR="00152CC0" w:rsidRPr="00776D54">
        <w:rPr>
          <w:rFonts w:ascii="Times New Roman" w:hAnsi="Times New Roman" w:cs="Times New Roman"/>
          <w:sz w:val="24"/>
          <w:szCs w:val="24"/>
        </w:rPr>
        <w:t xml:space="preserve">     Answer: </w:t>
      </w:r>
      <w:r w:rsidRPr="00776D54">
        <w:rPr>
          <w:rFonts w:ascii="Times New Roman" w:hAnsi="Times New Roman" w:cs="Times New Roman"/>
          <w:sz w:val="24"/>
          <w:szCs w:val="24"/>
        </w:rPr>
        <w:t xml:space="preserve"> ________________________</w:t>
      </w:r>
      <w:r w:rsidR="00FC7572" w:rsidRPr="00776D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</w:p>
    <w:p w:rsidR="0048412A" w:rsidRDefault="0048412A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7572" w:rsidRPr="00776D54" w:rsidRDefault="00FC7572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D54">
        <w:rPr>
          <w:rFonts w:ascii="Times New Roman" w:hAnsi="Times New Roman" w:cs="Times New Roman"/>
          <w:sz w:val="24"/>
          <w:szCs w:val="24"/>
        </w:rPr>
        <w:t xml:space="preserve">24. </w:t>
      </w:r>
      <w:r w:rsidRPr="00776D54">
        <w:rPr>
          <w:rStyle w:val="Strong"/>
          <w:rFonts w:ascii="Times New Roman" w:hAnsi="Times New Roman" w:cs="Times New Roman"/>
          <w:b w:val="0"/>
          <w:sz w:val="24"/>
          <w:szCs w:val="24"/>
        </w:rPr>
        <w:t>Up to this day, with how many men do you estimate you have had sexual intercourse?</w:t>
      </w:r>
      <w:r w:rsidRPr="00776D54">
        <w:rPr>
          <w:rFonts w:ascii="Times New Roman" w:hAnsi="Times New Roman" w:cs="Times New Roman"/>
          <w:b/>
          <w:sz w:val="24"/>
          <w:szCs w:val="24"/>
        </w:rPr>
        <w:br/>
      </w:r>
      <w:r w:rsidR="00152CC0" w:rsidRPr="00776D54">
        <w:rPr>
          <w:rFonts w:ascii="Times New Roman" w:hAnsi="Times New Roman" w:cs="Times New Roman"/>
          <w:sz w:val="24"/>
          <w:szCs w:val="24"/>
        </w:rPr>
        <w:t xml:space="preserve">     </w:t>
      </w:r>
      <w:r w:rsidRPr="00776D54">
        <w:rPr>
          <w:rFonts w:ascii="Times New Roman" w:hAnsi="Times New Roman" w:cs="Times New Roman"/>
          <w:sz w:val="24"/>
          <w:szCs w:val="24"/>
        </w:rPr>
        <w:t>Answer:</w:t>
      </w:r>
      <w:r w:rsidRPr="00776D54">
        <w:rPr>
          <w:rFonts w:ascii="Times New Roman" w:hAnsi="Times New Roman" w:cs="Times New Roman"/>
          <w:b/>
          <w:sz w:val="24"/>
          <w:szCs w:val="24"/>
        </w:rPr>
        <w:t xml:space="preserve"> ________________________</w:t>
      </w:r>
    </w:p>
    <w:p w:rsidR="00241434" w:rsidRPr="00776D54" w:rsidRDefault="00FC7572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D54">
        <w:rPr>
          <w:rFonts w:ascii="Times New Roman" w:hAnsi="Times New Roman" w:cs="Times New Roman"/>
          <w:sz w:val="24"/>
          <w:szCs w:val="24"/>
        </w:rPr>
        <w:t>25</w:t>
      </w:r>
      <w:r w:rsidR="00DA5091" w:rsidRPr="00776D54">
        <w:rPr>
          <w:rFonts w:ascii="Times New Roman" w:hAnsi="Times New Roman" w:cs="Times New Roman"/>
          <w:sz w:val="24"/>
          <w:szCs w:val="24"/>
        </w:rPr>
        <w:t xml:space="preserve">. At what age did you have your first child? </w:t>
      </w:r>
      <w:r w:rsidR="00152CC0" w:rsidRPr="00776D54">
        <w:rPr>
          <w:rFonts w:ascii="Times New Roman" w:hAnsi="Times New Roman" w:cs="Times New Roman"/>
          <w:sz w:val="24"/>
          <w:szCs w:val="24"/>
        </w:rPr>
        <w:t xml:space="preserve">  Answer:  </w:t>
      </w:r>
      <w:r w:rsidR="00DA5091" w:rsidRPr="00776D54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48412A" w:rsidRDefault="0048412A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1434" w:rsidRPr="00776D54" w:rsidRDefault="00FC7572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D54">
        <w:rPr>
          <w:rFonts w:ascii="Times New Roman" w:hAnsi="Times New Roman" w:cs="Times New Roman"/>
          <w:sz w:val="24"/>
          <w:szCs w:val="24"/>
        </w:rPr>
        <w:t>26</w:t>
      </w:r>
      <w:r w:rsidR="00DA5091" w:rsidRPr="00776D54">
        <w:rPr>
          <w:rFonts w:ascii="Times New Roman" w:hAnsi="Times New Roman" w:cs="Times New Roman"/>
          <w:sz w:val="24"/>
          <w:szCs w:val="24"/>
        </w:rPr>
        <w:t>. How many times have you given</w:t>
      </w:r>
      <w:r w:rsidRPr="00776D54">
        <w:rPr>
          <w:rFonts w:ascii="Times New Roman" w:hAnsi="Times New Roman" w:cs="Times New Roman"/>
          <w:sz w:val="24"/>
          <w:szCs w:val="24"/>
        </w:rPr>
        <w:t xml:space="preserve"> birth?</w:t>
      </w:r>
      <w:r w:rsidR="00152CC0" w:rsidRPr="00776D54">
        <w:rPr>
          <w:rFonts w:ascii="Times New Roman" w:hAnsi="Times New Roman" w:cs="Times New Roman"/>
          <w:sz w:val="24"/>
          <w:szCs w:val="24"/>
        </w:rPr>
        <w:t xml:space="preserve">   Answer:  </w:t>
      </w:r>
      <w:r w:rsidRPr="00776D54">
        <w:rPr>
          <w:rFonts w:ascii="Times New Roman" w:hAnsi="Times New Roman" w:cs="Times New Roman"/>
          <w:sz w:val="24"/>
          <w:szCs w:val="24"/>
        </w:rPr>
        <w:t xml:space="preserve"> _______________________</w:t>
      </w:r>
    </w:p>
    <w:p w:rsidR="0048412A" w:rsidRDefault="0048412A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1434" w:rsidRPr="00776D54" w:rsidRDefault="00DA5091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D54">
        <w:rPr>
          <w:rFonts w:ascii="Times New Roman" w:hAnsi="Times New Roman" w:cs="Times New Roman"/>
          <w:sz w:val="24"/>
          <w:szCs w:val="24"/>
        </w:rPr>
        <w:lastRenderedPageBreak/>
        <w:t>27. Have you ever had sex with multiple men during the same period?</w:t>
      </w:r>
      <w:r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Pr="00776D54">
        <w:rPr>
          <w:rFonts w:ascii="Times New Roman" w:hAnsi="Times New Roman" w:cs="Times New Roman"/>
          <w:sz w:val="24"/>
          <w:szCs w:val="24"/>
        </w:rPr>
        <w:t xml:space="preserve"> Yes</w:t>
      </w:r>
      <w:r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Pr="00776D54">
        <w:rPr>
          <w:rFonts w:ascii="Times New Roman" w:hAnsi="Times New Roman" w:cs="Times New Roman"/>
          <w:sz w:val="24"/>
          <w:szCs w:val="24"/>
        </w:rPr>
        <w:t xml:space="preserve"> No</w:t>
      </w:r>
    </w:p>
    <w:p w:rsidR="00241434" w:rsidRPr="00776D54" w:rsidRDefault="00DA5091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D54">
        <w:rPr>
          <w:rFonts w:ascii="Times New Roman" w:hAnsi="Times New Roman" w:cs="Times New Roman"/>
          <w:sz w:val="24"/>
          <w:szCs w:val="24"/>
        </w:rPr>
        <w:t>28. Has your partner had other partners at the same time?</w:t>
      </w:r>
      <w:r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Pr="00776D54">
        <w:rPr>
          <w:rFonts w:ascii="Times New Roman" w:hAnsi="Times New Roman" w:cs="Times New Roman"/>
          <w:sz w:val="24"/>
          <w:szCs w:val="24"/>
        </w:rPr>
        <w:t xml:space="preserve"> Yes</w:t>
      </w:r>
      <w:r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Pr="00776D54">
        <w:rPr>
          <w:rFonts w:ascii="Times New Roman" w:hAnsi="Times New Roman" w:cs="Times New Roman"/>
          <w:sz w:val="24"/>
          <w:szCs w:val="24"/>
        </w:rPr>
        <w:t xml:space="preserve"> No</w:t>
      </w:r>
    </w:p>
    <w:p w:rsidR="00241434" w:rsidRPr="00776D54" w:rsidRDefault="00DA5091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D54">
        <w:rPr>
          <w:rFonts w:ascii="Times New Roman" w:hAnsi="Times New Roman" w:cs="Times New Roman"/>
          <w:sz w:val="24"/>
          <w:szCs w:val="24"/>
        </w:rPr>
        <w:t>29. Do you usually have sex without a condom?</w:t>
      </w:r>
      <w:r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Pr="00776D54">
        <w:rPr>
          <w:rFonts w:ascii="Times New Roman" w:hAnsi="Times New Roman" w:cs="Times New Roman"/>
          <w:sz w:val="24"/>
          <w:szCs w:val="24"/>
        </w:rPr>
        <w:t xml:space="preserve"> Yes</w:t>
      </w:r>
      <w:r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Pr="00776D54">
        <w:rPr>
          <w:rFonts w:ascii="Times New Roman" w:hAnsi="Times New Roman" w:cs="Times New Roman"/>
          <w:sz w:val="24"/>
          <w:szCs w:val="24"/>
        </w:rPr>
        <w:t xml:space="preserve"> No</w:t>
      </w:r>
    </w:p>
    <w:p w:rsidR="00241434" w:rsidRPr="00776D54" w:rsidRDefault="00DA5091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D54">
        <w:rPr>
          <w:rFonts w:ascii="Times New Roman" w:hAnsi="Times New Roman" w:cs="Times New Roman"/>
          <w:sz w:val="24"/>
          <w:szCs w:val="24"/>
        </w:rPr>
        <w:t>30. Do you smoke?</w:t>
      </w:r>
      <w:r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Pr="00776D54">
        <w:rPr>
          <w:rFonts w:ascii="Times New Roman" w:hAnsi="Times New Roman" w:cs="Times New Roman"/>
          <w:sz w:val="24"/>
          <w:szCs w:val="24"/>
        </w:rPr>
        <w:t xml:space="preserve"> Yes</w:t>
      </w:r>
      <w:r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Pr="00776D54">
        <w:rPr>
          <w:rFonts w:ascii="Times New Roman" w:hAnsi="Times New Roman" w:cs="Times New Roman"/>
          <w:sz w:val="24"/>
          <w:szCs w:val="24"/>
        </w:rPr>
        <w:t xml:space="preserve"> No</w:t>
      </w:r>
    </w:p>
    <w:p w:rsidR="00241434" w:rsidRPr="00776D54" w:rsidRDefault="00DA5091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D54">
        <w:rPr>
          <w:rFonts w:ascii="Times New Roman" w:hAnsi="Times New Roman" w:cs="Times New Roman"/>
          <w:sz w:val="24"/>
          <w:szCs w:val="24"/>
        </w:rPr>
        <w:t>31. Have you received treatment for an STI?</w:t>
      </w:r>
      <w:r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Pr="00776D54">
        <w:rPr>
          <w:rFonts w:ascii="Times New Roman" w:hAnsi="Times New Roman" w:cs="Times New Roman"/>
          <w:sz w:val="24"/>
          <w:szCs w:val="24"/>
        </w:rPr>
        <w:t xml:space="preserve"> Yes</w:t>
      </w:r>
      <w:r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Pr="00776D54">
        <w:rPr>
          <w:rFonts w:ascii="Times New Roman" w:hAnsi="Times New Roman" w:cs="Times New Roman"/>
          <w:sz w:val="24"/>
          <w:szCs w:val="24"/>
        </w:rPr>
        <w:t xml:space="preserve"> No</w:t>
      </w:r>
    </w:p>
    <w:p w:rsidR="00241434" w:rsidRPr="00776D54" w:rsidRDefault="00DA5091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D54">
        <w:rPr>
          <w:rFonts w:ascii="Times New Roman" w:hAnsi="Times New Roman" w:cs="Times New Roman"/>
          <w:sz w:val="24"/>
          <w:szCs w:val="24"/>
        </w:rPr>
        <w:t>32. Are your partners usually circumcised?</w:t>
      </w:r>
      <w:r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Pr="00776D54">
        <w:rPr>
          <w:rFonts w:ascii="Times New Roman" w:hAnsi="Times New Roman" w:cs="Times New Roman"/>
          <w:sz w:val="24"/>
          <w:szCs w:val="24"/>
        </w:rPr>
        <w:t xml:space="preserve"> Yes</w:t>
      </w:r>
      <w:r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Pr="00776D54">
        <w:rPr>
          <w:rFonts w:ascii="Times New Roman" w:hAnsi="Times New Roman" w:cs="Times New Roman"/>
          <w:sz w:val="24"/>
          <w:szCs w:val="24"/>
        </w:rPr>
        <w:t xml:space="preserve"> No</w:t>
      </w:r>
    </w:p>
    <w:p w:rsidR="00241434" w:rsidRPr="00776D54" w:rsidRDefault="00DA5091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D54">
        <w:rPr>
          <w:rFonts w:ascii="Times New Roman" w:hAnsi="Times New Roman" w:cs="Times New Roman"/>
          <w:sz w:val="24"/>
          <w:szCs w:val="24"/>
        </w:rPr>
        <w:t>33. Has a doctor ever treated you for a cervical problem?</w:t>
      </w:r>
      <w:r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Pr="00776D54">
        <w:rPr>
          <w:rFonts w:ascii="Times New Roman" w:hAnsi="Times New Roman" w:cs="Times New Roman"/>
          <w:sz w:val="24"/>
          <w:szCs w:val="24"/>
        </w:rPr>
        <w:t xml:space="preserve"> Yes</w:t>
      </w:r>
      <w:r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Pr="00776D54">
        <w:rPr>
          <w:rFonts w:ascii="Times New Roman" w:hAnsi="Times New Roman" w:cs="Times New Roman"/>
          <w:sz w:val="24"/>
          <w:szCs w:val="24"/>
        </w:rPr>
        <w:t xml:space="preserve"> No</w:t>
      </w:r>
    </w:p>
    <w:p w:rsidR="00241434" w:rsidRPr="00776D54" w:rsidRDefault="00DA5091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D54">
        <w:rPr>
          <w:rFonts w:ascii="Times New Roman" w:hAnsi="Times New Roman" w:cs="Times New Roman"/>
          <w:sz w:val="24"/>
          <w:szCs w:val="24"/>
        </w:rPr>
        <w:t>34. Do you have a family member who had cervical cancer?</w:t>
      </w:r>
      <w:r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Pr="00776D54">
        <w:rPr>
          <w:rFonts w:ascii="Times New Roman" w:hAnsi="Times New Roman" w:cs="Times New Roman"/>
          <w:sz w:val="24"/>
          <w:szCs w:val="24"/>
        </w:rPr>
        <w:t xml:space="preserve"> Yes</w:t>
      </w:r>
      <w:r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Pr="00776D54">
        <w:rPr>
          <w:rFonts w:ascii="Times New Roman" w:hAnsi="Times New Roman" w:cs="Times New Roman"/>
          <w:sz w:val="24"/>
          <w:szCs w:val="24"/>
        </w:rPr>
        <w:t xml:space="preserve"> No</w:t>
      </w:r>
    </w:p>
    <w:p w:rsidR="0048412A" w:rsidRDefault="0048412A" w:rsidP="004841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52CC0" w:rsidRDefault="00152CC0" w:rsidP="004841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76D54">
        <w:rPr>
          <w:rFonts w:ascii="Times New Roman" w:hAnsi="Times New Roman" w:cs="Times New Roman"/>
          <w:b/>
          <w:sz w:val="24"/>
          <w:szCs w:val="24"/>
        </w:rPr>
        <w:t>Section 4: Screening Practices</w:t>
      </w:r>
      <w:r w:rsidR="002051BC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822B29">
        <w:rPr>
          <w:rFonts w:ascii="Times New Roman" w:hAnsi="Times New Roman" w:cs="Times New Roman"/>
          <w:b/>
          <w:sz w:val="24"/>
          <w:szCs w:val="24"/>
        </w:rPr>
        <w:t xml:space="preserve">   </w:t>
      </w:r>
      <w:bookmarkStart w:id="0" w:name="_GoBack"/>
      <w:bookmarkEnd w:id="0"/>
    </w:p>
    <w:p w:rsidR="00C65FBA" w:rsidRPr="00776D54" w:rsidRDefault="00C65FBA" w:rsidP="004841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1434" w:rsidRPr="00776D54" w:rsidRDefault="00DA5091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D54">
        <w:rPr>
          <w:rFonts w:ascii="Times New Roman" w:hAnsi="Times New Roman" w:cs="Times New Roman"/>
          <w:sz w:val="24"/>
          <w:szCs w:val="24"/>
        </w:rPr>
        <w:t>35. Have you ever been screened for cervical cancer?</w:t>
      </w:r>
      <w:r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Pr="00776D54">
        <w:rPr>
          <w:rFonts w:ascii="Times New Roman" w:hAnsi="Times New Roman" w:cs="Times New Roman"/>
          <w:sz w:val="24"/>
          <w:szCs w:val="24"/>
        </w:rPr>
        <w:t xml:space="preserve"> Yes</w:t>
      </w:r>
      <w:r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Pr="00776D54">
        <w:rPr>
          <w:rFonts w:ascii="Times New Roman" w:hAnsi="Times New Roman" w:cs="Times New Roman"/>
          <w:sz w:val="24"/>
          <w:szCs w:val="24"/>
        </w:rPr>
        <w:t xml:space="preserve"> No</w:t>
      </w:r>
    </w:p>
    <w:p w:rsidR="00B6561C" w:rsidRPr="00776D54" w:rsidRDefault="00B6561C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D54">
        <w:rPr>
          <w:rFonts w:ascii="Times New Roman" w:hAnsi="Times New Roman" w:cs="Times New Roman"/>
          <w:sz w:val="24"/>
          <w:szCs w:val="24"/>
        </w:rPr>
        <w:t xml:space="preserve">If you answered NO to question 35, you may skip questions 36 to 38 and go </w:t>
      </w:r>
      <w:r w:rsidR="00455AAA" w:rsidRPr="00776D54">
        <w:rPr>
          <w:rFonts w:ascii="Times New Roman" w:hAnsi="Times New Roman" w:cs="Times New Roman"/>
          <w:sz w:val="24"/>
          <w:szCs w:val="24"/>
        </w:rPr>
        <w:t>directly to question 39</w:t>
      </w:r>
      <w:r w:rsidRPr="00776D54">
        <w:rPr>
          <w:rFonts w:ascii="Times New Roman" w:hAnsi="Times New Roman" w:cs="Times New Roman"/>
          <w:sz w:val="24"/>
          <w:szCs w:val="24"/>
        </w:rPr>
        <w:t>.</w:t>
      </w:r>
    </w:p>
    <w:p w:rsidR="0048412A" w:rsidRDefault="0048412A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1434" w:rsidRDefault="00DA5091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D54">
        <w:rPr>
          <w:rFonts w:ascii="Times New Roman" w:hAnsi="Times New Roman" w:cs="Times New Roman"/>
          <w:sz w:val="24"/>
          <w:szCs w:val="24"/>
        </w:rPr>
        <w:t>36. How long ago was your last screening test?</w:t>
      </w:r>
      <w:r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Pr="00776D54">
        <w:rPr>
          <w:rFonts w:ascii="Times New Roman" w:hAnsi="Times New Roman" w:cs="Times New Roman"/>
          <w:sz w:val="24"/>
          <w:szCs w:val="24"/>
        </w:rPr>
        <w:t xml:space="preserve"> Less than 3 years</w:t>
      </w:r>
      <w:r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Pr="00776D54">
        <w:rPr>
          <w:rFonts w:ascii="Times New Roman" w:hAnsi="Times New Roman" w:cs="Times New Roman"/>
          <w:sz w:val="24"/>
          <w:szCs w:val="24"/>
        </w:rPr>
        <w:t xml:space="preserve"> 3 years</w:t>
      </w:r>
      <w:r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Pr="00776D54">
        <w:rPr>
          <w:rFonts w:ascii="Times New Roman" w:hAnsi="Times New Roman" w:cs="Times New Roman"/>
          <w:sz w:val="24"/>
          <w:szCs w:val="24"/>
        </w:rPr>
        <w:t xml:space="preserve"> More than 3 years</w:t>
      </w:r>
    </w:p>
    <w:p w:rsidR="00770929" w:rsidRPr="00776D54" w:rsidRDefault="00770929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3964" w:rsidRDefault="00DA5091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D54">
        <w:rPr>
          <w:rFonts w:ascii="Times New Roman" w:hAnsi="Times New Roman" w:cs="Times New Roman"/>
          <w:sz w:val="24"/>
          <w:szCs w:val="24"/>
        </w:rPr>
        <w:t>37. What screening test(s) did you do? (Check all that apply)</w:t>
      </w:r>
      <w:r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Pr="00776D54">
        <w:rPr>
          <w:rFonts w:ascii="Times New Roman" w:hAnsi="Times New Roman" w:cs="Times New Roman"/>
          <w:sz w:val="24"/>
          <w:szCs w:val="24"/>
        </w:rPr>
        <w:t xml:space="preserve"> HPV tes</w:t>
      </w:r>
      <w:r w:rsidR="000F1C4A" w:rsidRPr="00776D54">
        <w:rPr>
          <w:rFonts w:ascii="Times New Roman" w:hAnsi="Times New Roman" w:cs="Times New Roman"/>
          <w:sz w:val="24"/>
          <w:szCs w:val="24"/>
        </w:rPr>
        <w:t>t</w:t>
      </w:r>
      <w:r w:rsidR="00E93964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0F1C4A"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="000F1C4A" w:rsidRPr="00776D54">
        <w:rPr>
          <w:rFonts w:ascii="Segoe UI Symbol" w:hAnsi="Segoe UI Symbol" w:cs="Segoe UI Symbol"/>
          <w:sz w:val="24"/>
          <w:szCs w:val="24"/>
        </w:rPr>
        <w:t>☐</w:t>
      </w:r>
      <w:r w:rsidR="000F1C4A" w:rsidRPr="00776D54">
        <w:rPr>
          <w:rFonts w:ascii="Times New Roman" w:hAnsi="Times New Roman" w:cs="Times New Roman"/>
          <w:sz w:val="24"/>
          <w:szCs w:val="24"/>
        </w:rPr>
        <w:t xml:space="preserve"> Pap test</w:t>
      </w:r>
      <w:r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Pr="00776D54">
        <w:rPr>
          <w:rFonts w:ascii="Times New Roman" w:hAnsi="Times New Roman" w:cs="Times New Roman"/>
          <w:sz w:val="24"/>
          <w:szCs w:val="24"/>
        </w:rPr>
        <w:t xml:space="preserve"> VIA</w:t>
      </w:r>
    </w:p>
    <w:p w:rsidR="00E93964" w:rsidRDefault="00E93964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lastRenderedPageBreak/>
        <w:t xml:space="preserve">   </w:t>
      </w: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="00770929">
        <w:rPr>
          <w:rFonts w:ascii="Segoe UI Symbol" w:hAnsi="Segoe UI Symbol" w:cs="Segoe UI Symbol"/>
          <w:sz w:val="24"/>
          <w:szCs w:val="24"/>
        </w:rPr>
        <w:t xml:space="preserve"> </w:t>
      </w:r>
      <w:r w:rsidR="00770929" w:rsidRPr="00770929">
        <w:rPr>
          <w:rFonts w:ascii="Times New Roman" w:hAnsi="Times New Roman" w:cs="Times New Roman"/>
          <w:sz w:val="24"/>
          <w:szCs w:val="24"/>
        </w:rPr>
        <w:t>Don’t remember</w:t>
      </w:r>
    </w:p>
    <w:p w:rsidR="00770929" w:rsidRPr="00776D54" w:rsidRDefault="00770929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5AAA" w:rsidRPr="008D77D0" w:rsidRDefault="00DA5091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D54">
        <w:rPr>
          <w:rFonts w:ascii="Times New Roman" w:hAnsi="Times New Roman" w:cs="Times New Roman"/>
          <w:sz w:val="24"/>
          <w:szCs w:val="24"/>
        </w:rPr>
        <w:t>38</w:t>
      </w:r>
      <w:r w:rsidR="00152CC0" w:rsidRPr="00776D54">
        <w:rPr>
          <w:rFonts w:ascii="Times New Roman" w:hAnsi="Times New Roman" w:cs="Times New Roman"/>
          <w:sz w:val="24"/>
          <w:szCs w:val="24"/>
        </w:rPr>
        <w:t>. Where did you do it?</w:t>
      </w:r>
      <w:r w:rsidR="00152CC0"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="00152CC0" w:rsidRPr="00776D54">
        <w:rPr>
          <w:rFonts w:ascii="Segoe UI Symbol" w:hAnsi="Segoe UI Symbol" w:cs="Segoe UI Symbol"/>
          <w:sz w:val="24"/>
          <w:szCs w:val="24"/>
        </w:rPr>
        <w:t>☐</w:t>
      </w:r>
      <w:r w:rsidR="00152CC0" w:rsidRPr="00776D54">
        <w:rPr>
          <w:rFonts w:ascii="Times New Roman" w:hAnsi="Times New Roman" w:cs="Times New Roman"/>
          <w:sz w:val="24"/>
          <w:szCs w:val="24"/>
        </w:rPr>
        <w:t xml:space="preserve"> University Hospital of Mirebalais</w:t>
      </w:r>
      <w:r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Pr="00776D54">
        <w:rPr>
          <w:rFonts w:ascii="Times New Roman" w:hAnsi="Times New Roman" w:cs="Times New Roman"/>
          <w:sz w:val="24"/>
          <w:szCs w:val="24"/>
        </w:rPr>
        <w:t xml:space="preserve"> Public hospital/center</w:t>
      </w:r>
      <w:r w:rsidRPr="00776D5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Pr="00776D54">
        <w:rPr>
          <w:rFonts w:ascii="Times New Roman" w:hAnsi="Times New Roman" w:cs="Times New Roman"/>
          <w:sz w:val="24"/>
          <w:szCs w:val="24"/>
        </w:rPr>
        <w:t xml:space="preserve"> Private hospital/clinic</w:t>
      </w:r>
    </w:p>
    <w:p w:rsidR="0048412A" w:rsidRDefault="0048412A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0E28" w:rsidRPr="00C65FBA" w:rsidRDefault="00E40E28" w:rsidP="00E40E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65FBA">
        <w:rPr>
          <w:rFonts w:ascii="Times New Roman" w:hAnsi="Times New Roman" w:cs="Times New Roman"/>
          <w:b/>
          <w:sz w:val="24"/>
          <w:szCs w:val="24"/>
        </w:rPr>
        <w:t>Section 5:</w:t>
      </w:r>
      <w:r w:rsidR="00C65FBA" w:rsidRPr="00C65FBA">
        <w:rPr>
          <w:rFonts w:ascii="Times New Roman" w:hAnsi="Times New Roman" w:cs="Times New Roman"/>
          <w:b/>
          <w:sz w:val="24"/>
          <w:szCs w:val="24"/>
        </w:rPr>
        <w:t xml:space="preserve"> P</w:t>
      </w:r>
      <w:r w:rsidRPr="00C65FBA">
        <w:rPr>
          <w:rFonts w:ascii="Times New Roman" w:hAnsi="Times New Roman" w:cs="Times New Roman"/>
          <w:b/>
          <w:sz w:val="24"/>
          <w:szCs w:val="24"/>
        </w:rPr>
        <w:t>erceived barriers to screening</w:t>
      </w:r>
    </w:p>
    <w:p w:rsidR="00C65FBA" w:rsidRDefault="00C65FBA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0929" w:rsidRDefault="00770929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70929" w:rsidSect="000A6F8F">
          <w:type w:val="continuous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:rsidR="00B6561C" w:rsidRDefault="00DA5091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D54">
        <w:rPr>
          <w:rFonts w:ascii="Times New Roman" w:hAnsi="Times New Roman" w:cs="Times New Roman"/>
          <w:sz w:val="24"/>
          <w:szCs w:val="24"/>
        </w:rPr>
        <w:lastRenderedPageBreak/>
        <w:t xml:space="preserve">39. Why haven't you been </w:t>
      </w:r>
      <w:r w:rsidR="00455AAA" w:rsidRPr="00776D54">
        <w:rPr>
          <w:rFonts w:ascii="Times New Roman" w:hAnsi="Times New Roman" w:cs="Times New Roman"/>
          <w:sz w:val="24"/>
          <w:szCs w:val="24"/>
        </w:rPr>
        <w:t xml:space="preserve">screened?  </w:t>
      </w:r>
    </w:p>
    <w:p w:rsidR="00C55BE3" w:rsidRPr="00776D54" w:rsidRDefault="00C55BE3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5AAA" w:rsidRPr="00776D54" w:rsidRDefault="00C55BE3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55AAA" w:rsidRPr="00776D54" w:rsidSect="0048412A">
          <w:type w:val="continuous"/>
          <w:pgSz w:w="12240" w:h="15840"/>
          <w:pgMar w:top="1440" w:right="1800" w:bottom="1440" w:left="1800" w:header="720" w:footer="720" w:gutter="0"/>
          <w:cols w:num="2" w:space="720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B6561C" w:rsidRPr="00776D54" w:rsidRDefault="00B6561C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D54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776D54">
        <w:rPr>
          <w:rFonts w:ascii="Times New Roman" w:hAnsi="Times New Roman" w:cs="Times New Roman"/>
          <w:sz w:val="24"/>
          <w:szCs w:val="24"/>
        </w:rPr>
        <w:t xml:space="preserve"> I don’t know where screening is done</w:t>
      </w:r>
    </w:p>
    <w:p w:rsidR="00B6561C" w:rsidRPr="00776D54" w:rsidRDefault="00B6561C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Pr="00776D54">
        <w:rPr>
          <w:rFonts w:ascii="Times New Roman" w:hAnsi="Times New Roman" w:cs="Times New Roman"/>
          <w:sz w:val="24"/>
          <w:szCs w:val="24"/>
        </w:rPr>
        <w:t xml:space="preserve"> I can’t afford the test</w:t>
      </w:r>
    </w:p>
    <w:p w:rsidR="00B6561C" w:rsidRPr="00776D54" w:rsidRDefault="00B6561C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Pr="00776D54">
        <w:rPr>
          <w:rFonts w:ascii="Times New Roman" w:hAnsi="Times New Roman" w:cs="Times New Roman"/>
          <w:sz w:val="24"/>
          <w:szCs w:val="24"/>
        </w:rPr>
        <w:t xml:space="preserve"> The screening location is far from where I live</w:t>
      </w:r>
    </w:p>
    <w:p w:rsidR="00B6561C" w:rsidRPr="00776D54" w:rsidRDefault="00B6561C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Pr="00776D54">
        <w:rPr>
          <w:rFonts w:ascii="Times New Roman" w:hAnsi="Times New Roman" w:cs="Times New Roman"/>
          <w:sz w:val="24"/>
          <w:szCs w:val="24"/>
        </w:rPr>
        <w:t xml:space="preserve"> The test is painful</w:t>
      </w:r>
    </w:p>
    <w:p w:rsidR="00B6561C" w:rsidRPr="00776D54" w:rsidRDefault="00B6561C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Pr="00776D54">
        <w:rPr>
          <w:rFonts w:ascii="Times New Roman" w:hAnsi="Times New Roman" w:cs="Times New Roman"/>
          <w:sz w:val="24"/>
          <w:szCs w:val="24"/>
        </w:rPr>
        <w:t xml:space="preserve"> I’m afraid of receiving a positive result</w:t>
      </w:r>
    </w:p>
    <w:p w:rsidR="00B6561C" w:rsidRPr="00776D54" w:rsidRDefault="00B6561C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Pr="00776D54">
        <w:rPr>
          <w:rFonts w:ascii="Times New Roman" w:hAnsi="Times New Roman" w:cs="Times New Roman"/>
          <w:sz w:val="24"/>
          <w:szCs w:val="24"/>
        </w:rPr>
        <w:t xml:space="preserve"> The test is embarrassing</w:t>
      </w:r>
    </w:p>
    <w:p w:rsidR="00B6561C" w:rsidRPr="00776D54" w:rsidRDefault="00B6561C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Pr="00776D54">
        <w:rPr>
          <w:rFonts w:ascii="Times New Roman" w:hAnsi="Times New Roman" w:cs="Times New Roman"/>
          <w:sz w:val="24"/>
          <w:szCs w:val="24"/>
        </w:rPr>
        <w:t xml:space="preserve"> I lack information about cervical cancer</w:t>
      </w:r>
    </w:p>
    <w:p w:rsidR="00B6561C" w:rsidRPr="00776D54" w:rsidRDefault="00B6561C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="00C55BE3">
        <w:rPr>
          <w:rFonts w:ascii="Times New Roman" w:hAnsi="Times New Roman" w:cs="Times New Roman"/>
          <w:sz w:val="24"/>
          <w:szCs w:val="24"/>
        </w:rPr>
        <w:t xml:space="preserve"> </w:t>
      </w:r>
      <w:r w:rsidR="00C55BE3" w:rsidRPr="00C55BE3">
        <w:rPr>
          <w:rFonts w:ascii="Times New Roman" w:hAnsi="Times New Roman" w:cs="Times New Roman"/>
          <w:sz w:val="24"/>
          <w:szCs w:val="24"/>
        </w:rPr>
        <w:t>Willful negligence</w:t>
      </w:r>
    </w:p>
    <w:p w:rsidR="00B6561C" w:rsidRPr="00776D54" w:rsidRDefault="00B6561C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Pr="00776D54">
        <w:rPr>
          <w:rFonts w:ascii="Times New Roman" w:hAnsi="Times New Roman" w:cs="Times New Roman"/>
          <w:sz w:val="24"/>
          <w:szCs w:val="24"/>
        </w:rPr>
        <w:t xml:space="preserve"> I’m not old enough to get screened</w:t>
      </w:r>
    </w:p>
    <w:p w:rsidR="00B6561C" w:rsidRPr="00776D54" w:rsidRDefault="00B6561C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Pr="00776D54">
        <w:rPr>
          <w:rFonts w:ascii="Times New Roman" w:hAnsi="Times New Roman" w:cs="Times New Roman"/>
          <w:sz w:val="24"/>
          <w:szCs w:val="24"/>
        </w:rPr>
        <w:t xml:space="preserve"> The doctor never prescribed the test</w:t>
      </w:r>
    </w:p>
    <w:p w:rsidR="00B6561C" w:rsidRPr="00776D54" w:rsidRDefault="00B6561C" w:rsidP="00484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D54">
        <w:rPr>
          <w:rFonts w:ascii="Segoe UI Symbol" w:hAnsi="Segoe UI Symbol" w:cs="Segoe UI Symbol"/>
          <w:sz w:val="24"/>
          <w:szCs w:val="24"/>
        </w:rPr>
        <w:t>☐</w:t>
      </w:r>
      <w:r w:rsidRPr="00776D54">
        <w:rPr>
          <w:rFonts w:ascii="Times New Roman" w:hAnsi="Times New Roman" w:cs="Times New Roman"/>
          <w:sz w:val="24"/>
          <w:szCs w:val="24"/>
        </w:rPr>
        <w:t xml:space="preserve"> None of the above</w:t>
      </w:r>
    </w:p>
    <w:sectPr w:rsidR="00B6561C" w:rsidRPr="00776D54" w:rsidSect="0048412A">
      <w:type w:val="continuous"/>
      <w:pgSz w:w="12240" w:h="15840"/>
      <w:pgMar w:top="1440" w:right="1800" w:bottom="1440" w:left="180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388C" w:rsidRDefault="00C2388C" w:rsidP="00776D54">
      <w:pPr>
        <w:spacing w:after="0" w:line="240" w:lineRule="auto"/>
      </w:pPr>
      <w:r>
        <w:separator/>
      </w:r>
    </w:p>
  </w:endnote>
  <w:endnote w:type="continuationSeparator" w:id="0">
    <w:p w:rsidR="00C2388C" w:rsidRDefault="00C2388C" w:rsidP="00776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6956970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48412A" w:rsidRDefault="0048412A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22B29" w:rsidRPr="00822B29">
          <w:rPr>
            <w:b/>
            <w:bCs/>
            <w:noProof/>
          </w:rPr>
          <w:t>4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48412A" w:rsidRDefault="004841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388C" w:rsidRDefault="00C2388C" w:rsidP="00776D54">
      <w:pPr>
        <w:spacing w:after="0" w:line="240" w:lineRule="auto"/>
      </w:pPr>
      <w:r>
        <w:separator/>
      </w:r>
    </w:p>
  </w:footnote>
  <w:footnote w:type="continuationSeparator" w:id="0">
    <w:p w:rsidR="00C2388C" w:rsidRDefault="00C2388C" w:rsidP="00776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6D54" w:rsidRPr="00776D54" w:rsidRDefault="00776D54" w:rsidP="00776D54">
    <w:pPr>
      <w:pStyle w:val="Header"/>
      <w:jc w:val="both"/>
      <w:rPr>
        <w:sz w:val="20"/>
      </w:rPr>
    </w:pPr>
    <w:r w:rsidRPr="00776D54">
      <w:rPr>
        <w:sz w:val="20"/>
      </w:rPr>
      <w:t>Women's knowledge, risk behaviors and practices regarding cervical cancer and its screening: An Analytical Cross-Sectional Study Conducted at the External Obstetrics-Gynecology Department of the University Hospital of Mirebalais</w:t>
    </w:r>
  </w:p>
  <w:p w:rsidR="00776D54" w:rsidRDefault="00776D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B5A0D50"/>
    <w:multiLevelType w:val="hybridMultilevel"/>
    <w:tmpl w:val="450E7F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A6F8F"/>
    <w:rsid w:val="000F1C4A"/>
    <w:rsid w:val="0010759F"/>
    <w:rsid w:val="0015074B"/>
    <w:rsid w:val="00152CC0"/>
    <w:rsid w:val="002051BC"/>
    <w:rsid w:val="00241434"/>
    <w:rsid w:val="0029639D"/>
    <w:rsid w:val="00326F90"/>
    <w:rsid w:val="00416D3C"/>
    <w:rsid w:val="00455AAA"/>
    <w:rsid w:val="0048412A"/>
    <w:rsid w:val="0049637C"/>
    <w:rsid w:val="005A0E70"/>
    <w:rsid w:val="00770929"/>
    <w:rsid w:val="00776D54"/>
    <w:rsid w:val="00822B29"/>
    <w:rsid w:val="008D77D0"/>
    <w:rsid w:val="00AA1D8D"/>
    <w:rsid w:val="00B12D8E"/>
    <w:rsid w:val="00B47730"/>
    <w:rsid w:val="00B6561C"/>
    <w:rsid w:val="00C2388C"/>
    <w:rsid w:val="00C55BE3"/>
    <w:rsid w:val="00C65FBA"/>
    <w:rsid w:val="00C844A8"/>
    <w:rsid w:val="00CB0664"/>
    <w:rsid w:val="00D51E4D"/>
    <w:rsid w:val="00D832C1"/>
    <w:rsid w:val="00DA5091"/>
    <w:rsid w:val="00E15E57"/>
    <w:rsid w:val="00E40E28"/>
    <w:rsid w:val="00E93964"/>
    <w:rsid w:val="00FC693F"/>
    <w:rsid w:val="00FC7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90A4634"/>
  <w14:defaultImageDpi w14:val="300"/>
  <w15:docId w15:val="{966E8D11-385E-48A5-AA6A-B9EFED2CB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FC7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3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A90FAE1-6D0F-4EA7-ABF0-C73DBF8DC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908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6072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Winnie</cp:lastModifiedBy>
  <cp:revision>12</cp:revision>
  <dcterms:created xsi:type="dcterms:W3CDTF">2025-07-14T00:14:00Z</dcterms:created>
  <dcterms:modified xsi:type="dcterms:W3CDTF">2025-07-18T22:23:00Z</dcterms:modified>
  <cp:category/>
</cp:coreProperties>
</file>