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30E9F" w14:textId="3679E7DA" w:rsidR="008320A5" w:rsidRPr="008320A5" w:rsidRDefault="008320A5" w:rsidP="008320A5">
      <w:pPr>
        <w:spacing w:after="0"/>
        <w:jc w:val="center"/>
        <w:rPr>
          <w:b/>
          <w:bCs/>
          <w:sz w:val="32"/>
          <w:szCs w:val="32"/>
        </w:rPr>
      </w:pPr>
      <w:r w:rsidRPr="008320A5">
        <w:rPr>
          <w:b/>
          <w:bCs/>
          <w:sz w:val="32"/>
          <w:szCs w:val="32"/>
        </w:rPr>
        <w:t xml:space="preserve">Questionnaire Used in the </w:t>
      </w:r>
      <w:r>
        <w:rPr>
          <w:b/>
          <w:bCs/>
          <w:sz w:val="32"/>
          <w:szCs w:val="32"/>
        </w:rPr>
        <w:t>Study- English</w:t>
      </w:r>
      <w:r w:rsidRPr="008320A5">
        <w:rPr>
          <w:b/>
          <w:bCs/>
          <w:sz w:val="32"/>
          <w:szCs w:val="32"/>
        </w:rPr>
        <w:t xml:space="preserve"> Version</w:t>
      </w:r>
    </w:p>
    <w:p w14:paraId="096B03C8" w14:textId="13A26F1C" w:rsidR="008320A5" w:rsidRPr="008320A5" w:rsidRDefault="00000000" w:rsidP="008320A5">
      <w:pPr>
        <w:spacing w:after="0"/>
        <w:ind w:left="-709"/>
        <w:jc w:val="both"/>
        <w:rPr>
          <w:b/>
          <w:bCs/>
        </w:rPr>
      </w:pPr>
      <w:r w:rsidRPr="008320A5">
        <w:rPr>
          <w:b/>
          <w:bCs/>
        </w:rPr>
        <w:t>Title of Study:</w:t>
      </w:r>
      <w:r>
        <w:t xml:space="preserve"> </w:t>
      </w:r>
      <w:r w:rsidR="00E70D67" w:rsidRPr="004D056D">
        <w:rPr>
          <w:b/>
          <w:bCs/>
        </w:rPr>
        <w:t xml:space="preserve">The Ripple Effect: Working </w:t>
      </w:r>
      <w:r w:rsidR="008320A5">
        <w:rPr>
          <w:b/>
          <w:bCs/>
        </w:rPr>
        <w:t>Mothers’</w:t>
      </w:r>
      <w:r w:rsidR="00E70D67" w:rsidRPr="004D056D">
        <w:rPr>
          <w:b/>
          <w:bCs/>
        </w:rPr>
        <w:t xml:space="preserve"> Mental Health </w:t>
      </w:r>
      <w:proofErr w:type="gramStart"/>
      <w:r w:rsidR="00E70D67" w:rsidRPr="004D056D">
        <w:rPr>
          <w:b/>
          <w:bCs/>
        </w:rPr>
        <w:t>And</w:t>
      </w:r>
      <w:proofErr w:type="gramEnd"/>
      <w:r w:rsidR="00E70D67" w:rsidRPr="004D056D">
        <w:rPr>
          <w:b/>
          <w:bCs/>
        </w:rPr>
        <w:t xml:space="preserve"> Its Impact </w:t>
      </w:r>
      <w:proofErr w:type="gramStart"/>
      <w:r w:rsidR="00E70D67" w:rsidRPr="004D056D">
        <w:rPr>
          <w:b/>
          <w:bCs/>
        </w:rPr>
        <w:t>On</w:t>
      </w:r>
      <w:proofErr w:type="gramEnd"/>
      <w:r w:rsidR="00E70D67" w:rsidRPr="004D056D">
        <w:rPr>
          <w:b/>
          <w:bCs/>
        </w:rPr>
        <w:t xml:space="preserve"> Children</w:t>
      </w:r>
      <w:r w:rsidR="00E70D67">
        <w:rPr>
          <w:b/>
          <w:bCs/>
        </w:rPr>
        <w:t>.</w:t>
      </w:r>
    </w:p>
    <w:p w14:paraId="3390B1B3" w14:textId="0631C9D6" w:rsidR="008320A5" w:rsidRDefault="008320A5" w:rsidP="008320A5">
      <w:pPr>
        <w:tabs>
          <w:tab w:val="left" w:pos="5730"/>
        </w:tabs>
        <w:spacing w:after="0"/>
        <w:rPr>
          <w:b/>
          <w:bCs/>
          <w:sz w:val="28"/>
          <w:szCs w:val="24"/>
        </w:rPr>
      </w:pPr>
      <w:r w:rsidRPr="008320A5">
        <w:rPr>
          <w:b/>
          <w:bCs/>
          <w:sz w:val="28"/>
          <w:szCs w:val="24"/>
        </w:rPr>
        <w:t>Purpose of the Study</w:t>
      </w:r>
      <w:r>
        <w:rPr>
          <w:b/>
          <w:bCs/>
          <w:sz w:val="28"/>
          <w:szCs w:val="24"/>
        </w:rPr>
        <w:tab/>
      </w:r>
    </w:p>
    <w:p w14:paraId="6A144029" w14:textId="7171BDF1" w:rsidR="00B92725" w:rsidRPr="008320A5" w:rsidRDefault="00000000" w:rsidP="008320A5">
      <w:pPr>
        <w:spacing w:after="0"/>
        <w:ind w:left="-567"/>
        <w:rPr>
          <w:b/>
          <w:bCs/>
          <w:sz w:val="28"/>
          <w:szCs w:val="24"/>
        </w:rPr>
      </w:pPr>
      <w:r>
        <w:t>This questionnaire was designed to collect data for a study exploring the mental health, work-life balance, and technological coping mechanisms of working mothers.</w:t>
      </w:r>
    </w:p>
    <w:p w14:paraId="5A1C2E87" w14:textId="77777777" w:rsidR="008320A5" w:rsidRDefault="008320A5" w:rsidP="008320A5">
      <w:pPr>
        <w:rPr>
          <w:b/>
          <w:bCs/>
        </w:rPr>
      </w:pPr>
    </w:p>
    <w:p w14:paraId="73766964" w14:textId="21086520" w:rsidR="008320A5" w:rsidRPr="008320A5" w:rsidRDefault="008320A5" w:rsidP="008320A5">
      <w:pPr>
        <w:rPr>
          <w:b/>
          <w:bCs/>
        </w:rPr>
      </w:pPr>
      <w:r w:rsidRPr="008320A5">
        <w:rPr>
          <w:b/>
          <w:bCs/>
        </w:rPr>
        <w:t>Questionnaire</w:t>
      </w:r>
    </w:p>
    <w:p w14:paraId="4198B092" w14:textId="77777777" w:rsidR="00B92725" w:rsidRDefault="00000000" w:rsidP="008320A5">
      <w:pPr>
        <w:spacing w:after="0"/>
      </w:pPr>
      <w:r>
        <w:t>1. Age:</w:t>
      </w:r>
    </w:p>
    <w:p w14:paraId="6CF46DE7" w14:textId="77777777" w:rsidR="008320A5" w:rsidRDefault="008320A5" w:rsidP="008320A5">
      <w:pPr>
        <w:spacing w:after="0"/>
      </w:pPr>
    </w:p>
    <w:p w14:paraId="19BAA616" w14:textId="77777777" w:rsidR="00B92725" w:rsidRDefault="00000000" w:rsidP="008320A5">
      <w:pPr>
        <w:spacing w:after="0"/>
      </w:pPr>
      <w:r>
        <w:rPr>
          <w:rFonts w:ascii="Segoe UI Symbol" w:hAnsi="Segoe UI Symbol" w:cs="Segoe UI Symbol"/>
        </w:rPr>
        <w:t>☐</w:t>
      </w:r>
      <w:r>
        <w:t xml:space="preserve"> 25–30</w:t>
      </w:r>
      <w:r>
        <w:br/>
        <w:t>☐ 31–35</w:t>
      </w:r>
      <w:r>
        <w:br/>
        <w:t>☐ 36–40</w:t>
      </w:r>
      <w:r>
        <w:br/>
        <w:t>☐ 41–45</w:t>
      </w:r>
      <w:r>
        <w:br/>
        <w:t>☐ Above 45</w:t>
      </w:r>
    </w:p>
    <w:p w14:paraId="593F1E96" w14:textId="77777777" w:rsidR="008320A5" w:rsidRDefault="008320A5" w:rsidP="008320A5">
      <w:pPr>
        <w:spacing w:after="0"/>
      </w:pPr>
    </w:p>
    <w:p w14:paraId="288253B0" w14:textId="77777777" w:rsidR="00B92725" w:rsidRDefault="00000000" w:rsidP="008320A5">
      <w:pPr>
        <w:spacing w:after="0"/>
      </w:pPr>
      <w:r>
        <w:t>2. Type of Employment:</w:t>
      </w:r>
    </w:p>
    <w:p w14:paraId="4737C838" w14:textId="77777777" w:rsidR="008320A5" w:rsidRDefault="008320A5" w:rsidP="008320A5">
      <w:pPr>
        <w:spacing w:after="0"/>
      </w:pPr>
    </w:p>
    <w:p w14:paraId="2AD15B88" w14:textId="77777777" w:rsidR="00B92725" w:rsidRDefault="00000000" w:rsidP="008320A5">
      <w:pPr>
        <w:spacing w:after="0"/>
      </w:pPr>
      <w:r>
        <w:t>☐ Full-time</w:t>
      </w:r>
      <w:r>
        <w:br/>
        <w:t>☐ Part-time</w:t>
      </w:r>
      <w:r>
        <w:br/>
        <w:t>☐ Freelance/Remote</w:t>
      </w:r>
      <w:r>
        <w:br/>
        <w:t>☐ Self-employed</w:t>
      </w:r>
    </w:p>
    <w:p w14:paraId="57120AF9" w14:textId="77777777" w:rsidR="008320A5" w:rsidRDefault="008320A5" w:rsidP="008320A5">
      <w:pPr>
        <w:spacing w:after="0"/>
      </w:pPr>
    </w:p>
    <w:p w14:paraId="3CB14D05" w14:textId="77777777" w:rsidR="00B92725" w:rsidRDefault="00000000" w:rsidP="008320A5">
      <w:pPr>
        <w:spacing w:after="0"/>
      </w:pPr>
      <w:r>
        <w:t>3. Number of Children:</w:t>
      </w:r>
    </w:p>
    <w:p w14:paraId="15C292A2" w14:textId="77777777" w:rsidR="008320A5" w:rsidRDefault="008320A5" w:rsidP="008320A5">
      <w:pPr>
        <w:spacing w:after="0"/>
      </w:pPr>
    </w:p>
    <w:p w14:paraId="78E47FC5" w14:textId="77777777" w:rsidR="00B92725" w:rsidRDefault="00000000" w:rsidP="008320A5">
      <w:pPr>
        <w:spacing w:after="0"/>
      </w:pPr>
      <w:r>
        <w:t>☐ 1</w:t>
      </w:r>
      <w:r>
        <w:br/>
        <w:t>☐ 2</w:t>
      </w:r>
      <w:r>
        <w:br/>
        <w:t>☐ 3</w:t>
      </w:r>
      <w:r>
        <w:br/>
        <w:t>☐ 4</w:t>
      </w:r>
      <w:r>
        <w:br/>
        <w:t>☐ More than 4</w:t>
      </w:r>
    </w:p>
    <w:p w14:paraId="213DD924" w14:textId="77777777" w:rsidR="008320A5" w:rsidRDefault="008320A5" w:rsidP="008320A5">
      <w:pPr>
        <w:spacing w:after="0"/>
      </w:pPr>
    </w:p>
    <w:p w14:paraId="7106A94A" w14:textId="77777777" w:rsidR="00B92725" w:rsidRDefault="00000000" w:rsidP="008320A5">
      <w:pPr>
        <w:spacing w:after="0"/>
      </w:pPr>
      <w:r>
        <w:t>4. On a scale of 1 to 5, how difficult is it to balance your work and parenting responsibilities?</w:t>
      </w:r>
    </w:p>
    <w:p w14:paraId="4F13D831" w14:textId="77777777" w:rsidR="008320A5" w:rsidRDefault="008320A5" w:rsidP="008320A5">
      <w:pPr>
        <w:spacing w:after="0"/>
      </w:pPr>
    </w:p>
    <w:p w14:paraId="27997E7C" w14:textId="77777777" w:rsidR="00B92725" w:rsidRDefault="00000000" w:rsidP="008320A5">
      <w:pPr>
        <w:spacing w:after="0"/>
      </w:pPr>
      <w:r>
        <w:t>(1 = Very Easy, 5 = Very Difficult)</w:t>
      </w:r>
    </w:p>
    <w:p w14:paraId="4696259A" w14:textId="77777777" w:rsidR="00B92725" w:rsidRDefault="00000000" w:rsidP="008320A5">
      <w:pPr>
        <w:spacing w:after="0"/>
      </w:pPr>
      <w:r>
        <w:lastRenderedPageBreak/>
        <w:t>☐ 1</w:t>
      </w:r>
      <w:r>
        <w:br/>
        <w:t>☐ 2</w:t>
      </w:r>
      <w:r>
        <w:br/>
        <w:t>☐ 3</w:t>
      </w:r>
      <w:r>
        <w:br/>
        <w:t>☐ 4</w:t>
      </w:r>
      <w:r>
        <w:br/>
        <w:t>☐ 5</w:t>
      </w:r>
    </w:p>
    <w:p w14:paraId="54667A6A" w14:textId="77777777" w:rsidR="008320A5" w:rsidRDefault="008320A5" w:rsidP="008320A5">
      <w:pPr>
        <w:spacing w:after="0"/>
      </w:pPr>
    </w:p>
    <w:p w14:paraId="092D5486" w14:textId="77777777" w:rsidR="00B92725" w:rsidRDefault="00000000" w:rsidP="008320A5">
      <w:pPr>
        <w:spacing w:after="0"/>
      </w:pPr>
      <w:r>
        <w:t>5. How many hours do you work per week (on average)?</w:t>
      </w:r>
    </w:p>
    <w:p w14:paraId="2D5E8275" w14:textId="77777777" w:rsidR="008320A5" w:rsidRDefault="008320A5" w:rsidP="008320A5">
      <w:pPr>
        <w:spacing w:after="0"/>
      </w:pPr>
    </w:p>
    <w:p w14:paraId="2B104869" w14:textId="77777777" w:rsidR="00B92725" w:rsidRDefault="00000000" w:rsidP="008320A5">
      <w:pPr>
        <w:spacing w:after="0"/>
      </w:pPr>
      <w:r>
        <w:t>☐ Less than 20 hours</w:t>
      </w:r>
      <w:r>
        <w:br/>
        <w:t>☐ 20–40 hours</w:t>
      </w:r>
      <w:r>
        <w:br/>
        <w:t>☐ More than 40 hours</w:t>
      </w:r>
    </w:p>
    <w:p w14:paraId="5B7EA666" w14:textId="77777777" w:rsidR="008320A5" w:rsidRDefault="008320A5" w:rsidP="008320A5">
      <w:pPr>
        <w:spacing w:after="0"/>
      </w:pPr>
    </w:p>
    <w:p w14:paraId="2AB6B2AC" w14:textId="77777777" w:rsidR="00B92725" w:rsidRDefault="00000000" w:rsidP="008320A5">
      <w:pPr>
        <w:spacing w:after="0"/>
      </w:pPr>
      <w:r>
        <w:t>6. Do you feel that your job impacts the amount of quality time you spend with your child(ren)?</w:t>
      </w:r>
    </w:p>
    <w:p w14:paraId="524994AC" w14:textId="77777777" w:rsidR="008320A5" w:rsidRDefault="008320A5" w:rsidP="008320A5">
      <w:pPr>
        <w:spacing w:after="0"/>
      </w:pPr>
    </w:p>
    <w:p w14:paraId="3DF131BF" w14:textId="77777777" w:rsidR="00B92725" w:rsidRDefault="00000000" w:rsidP="008320A5">
      <w:pPr>
        <w:spacing w:after="0"/>
      </w:pPr>
      <w:r>
        <w:t>☐ Yes, significantly</w:t>
      </w:r>
      <w:r>
        <w:br/>
        <w:t>☐ Yes, slightly</w:t>
      </w:r>
      <w:r>
        <w:br/>
        <w:t>☐ No</w:t>
      </w:r>
    </w:p>
    <w:p w14:paraId="10BEF53D" w14:textId="77777777" w:rsidR="008320A5" w:rsidRDefault="008320A5" w:rsidP="008320A5">
      <w:pPr>
        <w:spacing w:after="0"/>
      </w:pPr>
    </w:p>
    <w:p w14:paraId="690E4E3E" w14:textId="77777777" w:rsidR="00B92725" w:rsidRDefault="00000000" w:rsidP="008320A5">
      <w:pPr>
        <w:spacing w:after="0"/>
      </w:pPr>
      <w:r>
        <w:t>7. Have you experienced any of the following in the last 6 months? (Select all that apply)</w:t>
      </w:r>
    </w:p>
    <w:p w14:paraId="1B5ABC10" w14:textId="77777777" w:rsidR="008320A5" w:rsidRDefault="008320A5" w:rsidP="008320A5">
      <w:pPr>
        <w:spacing w:after="0"/>
      </w:pPr>
    </w:p>
    <w:p w14:paraId="64DC82E7" w14:textId="77777777" w:rsidR="00B92725" w:rsidRDefault="00000000" w:rsidP="008320A5">
      <w:pPr>
        <w:spacing w:after="0"/>
      </w:pPr>
      <w:r>
        <w:t>☐ Anxiety</w:t>
      </w:r>
      <w:r>
        <w:br/>
        <w:t>☐ Burnout</w:t>
      </w:r>
      <w:r>
        <w:br/>
        <w:t>☐ Depression</w:t>
      </w:r>
      <w:r>
        <w:br/>
        <w:t>☐ Sleep disturbances</w:t>
      </w:r>
      <w:r>
        <w:br/>
        <w:t>☐ None of the above</w:t>
      </w:r>
    </w:p>
    <w:p w14:paraId="69F746AC" w14:textId="77777777" w:rsidR="008320A5" w:rsidRDefault="008320A5" w:rsidP="008320A5">
      <w:pPr>
        <w:spacing w:after="0"/>
      </w:pPr>
    </w:p>
    <w:p w14:paraId="7A96C4B6" w14:textId="77777777" w:rsidR="00B92725" w:rsidRDefault="00000000" w:rsidP="008320A5">
      <w:pPr>
        <w:spacing w:after="0"/>
      </w:pPr>
      <w:r>
        <w:t>8. Do you use any mobile apps or digital tools for managing your mental health (e.g., meditation, therapy, journaling)?</w:t>
      </w:r>
    </w:p>
    <w:p w14:paraId="3175DAA7" w14:textId="77777777" w:rsidR="008320A5" w:rsidRDefault="008320A5" w:rsidP="008320A5">
      <w:pPr>
        <w:spacing w:after="0"/>
      </w:pPr>
    </w:p>
    <w:p w14:paraId="0505706F" w14:textId="77777777" w:rsidR="00B92725" w:rsidRDefault="00000000" w:rsidP="008320A5">
      <w:pPr>
        <w:spacing w:after="0"/>
      </w:pPr>
      <w:r>
        <w:t>☐ Yes</w:t>
      </w:r>
      <w:r>
        <w:br/>
        <w:t>☐ No</w:t>
      </w:r>
      <w:r>
        <w:br/>
        <w:t>☐ Occasionally</w:t>
      </w:r>
    </w:p>
    <w:p w14:paraId="1494374A" w14:textId="77777777" w:rsidR="008320A5" w:rsidRDefault="008320A5" w:rsidP="008320A5">
      <w:pPr>
        <w:spacing w:after="0"/>
      </w:pPr>
    </w:p>
    <w:p w14:paraId="3CB6FE9B" w14:textId="77777777" w:rsidR="00B92725" w:rsidRDefault="00000000" w:rsidP="008320A5">
      <w:pPr>
        <w:spacing w:after="0"/>
      </w:pPr>
      <w:r>
        <w:t>9. Do you think digital tools have helped you manage your stress or improve work-life balance?</w:t>
      </w:r>
    </w:p>
    <w:p w14:paraId="5352678F" w14:textId="77777777" w:rsidR="00B92725" w:rsidRDefault="00000000" w:rsidP="008320A5">
      <w:pPr>
        <w:spacing w:after="0"/>
      </w:pPr>
      <w:r>
        <w:lastRenderedPageBreak/>
        <w:t>☐ Yes</w:t>
      </w:r>
      <w:r>
        <w:br/>
        <w:t>☐ No</w:t>
      </w:r>
      <w:r>
        <w:br/>
        <w:t>☐ Not sure</w:t>
      </w:r>
    </w:p>
    <w:p w14:paraId="1A7E3789" w14:textId="77777777" w:rsidR="008320A5" w:rsidRDefault="008320A5" w:rsidP="008320A5">
      <w:pPr>
        <w:spacing w:after="0"/>
      </w:pPr>
    </w:p>
    <w:p w14:paraId="1B5BBE54" w14:textId="77777777" w:rsidR="00B92725" w:rsidRDefault="00000000" w:rsidP="008320A5">
      <w:pPr>
        <w:spacing w:after="0"/>
      </w:pPr>
      <w:r>
        <w:t>10. Do you feel that your child shows any signs of behavioural change due to your limited availability?</w:t>
      </w:r>
    </w:p>
    <w:p w14:paraId="6917C6A2" w14:textId="77777777" w:rsidR="008320A5" w:rsidRDefault="008320A5" w:rsidP="008320A5">
      <w:pPr>
        <w:spacing w:after="0"/>
      </w:pPr>
    </w:p>
    <w:p w14:paraId="29A16D24" w14:textId="77777777" w:rsidR="00B92725" w:rsidRDefault="00000000" w:rsidP="008320A5">
      <w:pPr>
        <w:spacing w:after="0"/>
      </w:pPr>
      <w:r>
        <w:t>☐ Yes</w:t>
      </w:r>
      <w:r>
        <w:br/>
        <w:t>☐ No</w:t>
      </w:r>
      <w:r>
        <w:br/>
        <w:t>☐ Not sure</w:t>
      </w:r>
    </w:p>
    <w:p w14:paraId="4B35A92C" w14:textId="77777777" w:rsidR="008320A5" w:rsidRDefault="008320A5" w:rsidP="008320A5">
      <w:pPr>
        <w:spacing w:after="0"/>
      </w:pPr>
    </w:p>
    <w:p w14:paraId="30E4C2A4" w14:textId="77777777" w:rsidR="00B92725" w:rsidRDefault="00000000" w:rsidP="008320A5">
      <w:pPr>
        <w:spacing w:after="0"/>
      </w:pPr>
      <w:r>
        <w:t>11. If yes, what kind of changes have you observed? (Select all that apply)</w:t>
      </w:r>
    </w:p>
    <w:p w14:paraId="14FD78EF" w14:textId="77777777" w:rsidR="008320A5" w:rsidRDefault="008320A5" w:rsidP="008320A5">
      <w:pPr>
        <w:spacing w:after="0"/>
      </w:pPr>
    </w:p>
    <w:p w14:paraId="530BC8C5" w14:textId="77777777" w:rsidR="00B92725" w:rsidRDefault="00000000" w:rsidP="008320A5">
      <w:pPr>
        <w:spacing w:after="0"/>
      </w:pPr>
      <w:r>
        <w:t>☐ Attention-seeking</w:t>
      </w:r>
      <w:r>
        <w:br/>
        <w:t>☐ Increased screen time</w:t>
      </w:r>
      <w:r>
        <w:br/>
        <w:t>☐ Mood swings</w:t>
      </w:r>
      <w:r>
        <w:br/>
        <w:t>☐ Drop in academic performance</w:t>
      </w:r>
      <w:r>
        <w:br/>
        <w:t>☐ Reduced communication</w:t>
      </w:r>
      <w:r>
        <w:br/>
        <w:t>☐ Others: ___________</w:t>
      </w:r>
    </w:p>
    <w:p w14:paraId="06221A71" w14:textId="5B151482" w:rsidR="00B92725" w:rsidRDefault="00000000" w:rsidP="008320A5">
      <w:pPr>
        <w:spacing w:after="0"/>
      </w:pPr>
      <w:r>
        <w:br/>
      </w:r>
    </w:p>
    <w:sectPr w:rsidR="00B9272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2611890">
    <w:abstractNumId w:val="8"/>
  </w:num>
  <w:num w:numId="2" w16cid:durableId="459153987">
    <w:abstractNumId w:val="6"/>
  </w:num>
  <w:num w:numId="3" w16cid:durableId="950556148">
    <w:abstractNumId w:val="5"/>
  </w:num>
  <w:num w:numId="4" w16cid:durableId="863907623">
    <w:abstractNumId w:val="4"/>
  </w:num>
  <w:num w:numId="5" w16cid:durableId="309333210">
    <w:abstractNumId w:val="7"/>
  </w:num>
  <w:num w:numId="6" w16cid:durableId="70933070">
    <w:abstractNumId w:val="3"/>
  </w:num>
  <w:num w:numId="7" w16cid:durableId="1852450144">
    <w:abstractNumId w:val="2"/>
  </w:num>
  <w:num w:numId="8" w16cid:durableId="1388609377">
    <w:abstractNumId w:val="1"/>
  </w:num>
  <w:num w:numId="9" w16cid:durableId="1164734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8320A5"/>
    <w:rsid w:val="00AA1D8D"/>
    <w:rsid w:val="00B47730"/>
    <w:rsid w:val="00B92725"/>
    <w:rsid w:val="00BD3CCC"/>
    <w:rsid w:val="00CB0664"/>
    <w:rsid w:val="00E70D67"/>
    <w:rsid w:val="00EF25C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917368"/>
  <w14:defaultImageDpi w14:val="300"/>
  <w15:docId w15:val="{4E6E0CA9-5B97-4BF2-BA9D-255B6F3E0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323</Words>
  <Characters>1395</Characters>
  <Application>Microsoft Office Word</Application>
  <DocSecurity>0</DocSecurity>
  <Lines>73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raseena v</cp:lastModifiedBy>
  <cp:revision>2</cp:revision>
  <dcterms:created xsi:type="dcterms:W3CDTF">2025-06-23T08:24:00Z</dcterms:created>
  <dcterms:modified xsi:type="dcterms:W3CDTF">2025-06-23T08:24:00Z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f05a29a5-5dbb-4342-ab3e-4fe49be5f15e</vt:lpwstr>
  </property>
</Properties>
</file>