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0C1E3" w14:textId="77777777" w:rsidR="00FC4E4C" w:rsidRDefault="00000000" w:rsidP="006E0103">
      <w:pPr>
        <w:pStyle w:val="Heading1"/>
        <w:ind w:left="-993"/>
      </w:pPr>
      <w:r>
        <w:t>Table 1: Gene and Basic Genetic Information</w:t>
      </w:r>
    </w:p>
    <w:tbl>
      <w:tblPr>
        <w:tblStyle w:val="TableGrid"/>
        <w:tblW w:w="0" w:type="auto"/>
        <w:tblInd w:w="-885" w:type="dxa"/>
        <w:tblLook w:val="04A0" w:firstRow="1" w:lastRow="0" w:firstColumn="1" w:lastColumn="0" w:noHBand="0" w:noVBand="1"/>
      </w:tblPr>
      <w:tblGrid>
        <w:gridCol w:w="2399"/>
        <w:gridCol w:w="1234"/>
        <w:gridCol w:w="1530"/>
        <w:gridCol w:w="1234"/>
        <w:gridCol w:w="1858"/>
        <w:gridCol w:w="1479"/>
        <w:gridCol w:w="1418"/>
      </w:tblGrid>
      <w:tr w:rsidR="00FC4E4C" w14:paraId="5E590186" w14:textId="77777777" w:rsidTr="005A7CB3">
        <w:tc>
          <w:tcPr>
            <w:tcW w:w="2399" w:type="dxa"/>
          </w:tcPr>
          <w:p w14:paraId="06AB16A8" w14:textId="77777777" w:rsidR="00FC4E4C" w:rsidRDefault="00000000">
            <w:r>
              <w:t>Gene</w:t>
            </w:r>
          </w:p>
        </w:tc>
        <w:tc>
          <w:tcPr>
            <w:tcW w:w="1234" w:type="dxa"/>
          </w:tcPr>
          <w:p w14:paraId="6C90ED57" w14:textId="77B81A19" w:rsidR="00FC4E4C" w:rsidRDefault="00000000">
            <w:r>
              <w:t>Former identifier</w:t>
            </w:r>
            <w:r w:rsidR="005A7CB3">
              <w:t xml:space="preserve"> </w:t>
            </w:r>
            <w:r w:rsidRPr="00800793">
              <w:rPr>
                <w:vertAlign w:val="superscript"/>
              </w:rPr>
              <w:t>1</w:t>
            </w:r>
          </w:p>
        </w:tc>
        <w:tc>
          <w:tcPr>
            <w:tcW w:w="1530" w:type="dxa"/>
          </w:tcPr>
          <w:p w14:paraId="0EEE194C" w14:textId="77777777" w:rsidR="00FC4E4C" w:rsidRDefault="00000000">
            <w:r>
              <w:t>Sequence Completeness</w:t>
            </w:r>
          </w:p>
        </w:tc>
        <w:tc>
          <w:tcPr>
            <w:tcW w:w="1234" w:type="dxa"/>
          </w:tcPr>
          <w:p w14:paraId="5F4D214B" w14:textId="77777777" w:rsidR="00FC4E4C" w:rsidRDefault="00000000">
            <w:proofErr w:type="spellStart"/>
            <w:r>
              <w:t>GeneBank</w:t>
            </w:r>
            <w:proofErr w:type="spellEnd"/>
            <w:r>
              <w:t xml:space="preserve"> accession number</w:t>
            </w:r>
          </w:p>
        </w:tc>
        <w:tc>
          <w:tcPr>
            <w:tcW w:w="1764" w:type="dxa"/>
          </w:tcPr>
          <w:p w14:paraId="2D032C4A" w14:textId="6CCE2931" w:rsidR="00FC4E4C" w:rsidRDefault="00000000">
            <w:r>
              <w:t>Top BLAST match</w:t>
            </w:r>
            <w:r w:rsidR="005A7CB3">
              <w:t xml:space="preserve"> </w:t>
            </w:r>
            <w:r w:rsidRPr="005A7CB3">
              <w:rPr>
                <w:vertAlign w:val="superscript"/>
              </w:rPr>
              <w:t>2</w:t>
            </w:r>
          </w:p>
        </w:tc>
        <w:tc>
          <w:tcPr>
            <w:tcW w:w="1479" w:type="dxa"/>
          </w:tcPr>
          <w:p w14:paraId="6DC6D7E4" w14:textId="3C0F1D3C" w:rsidR="00FC4E4C" w:rsidRDefault="00000000" w:rsidP="0050273A">
            <w:r>
              <w:t>Transcript length (</w:t>
            </w:r>
            <w:proofErr w:type="spellStart"/>
            <w:r>
              <w:t>nt</w:t>
            </w:r>
            <w:proofErr w:type="spellEnd"/>
            <w:r>
              <w:t>)</w:t>
            </w:r>
            <w:r w:rsidR="005A7CB3">
              <w:t xml:space="preserve"> </w:t>
            </w:r>
            <w:r w:rsidRPr="005A7CB3">
              <w:rPr>
                <w:vertAlign w:val="superscript"/>
              </w:rPr>
              <w:t>3</w:t>
            </w:r>
          </w:p>
        </w:tc>
        <w:tc>
          <w:tcPr>
            <w:tcW w:w="1418" w:type="dxa"/>
          </w:tcPr>
          <w:p w14:paraId="00552AD6" w14:textId="2AE157F2" w:rsidR="00FC4E4C" w:rsidRDefault="00000000" w:rsidP="0050273A">
            <w:r>
              <w:t>Protein length (aa)</w:t>
            </w:r>
            <w:r w:rsidR="005A7CB3">
              <w:t xml:space="preserve"> </w:t>
            </w:r>
            <w:r w:rsidRPr="005A7CB3">
              <w:rPr>
                <w:vertAlign w:val="superscript"/>
              </w:rPr>
              <w:t>4</w:t>
            </w:r>
          </w:p>
        </w:tc>
      </w:tr>
      <w:tr w:rsidR="00FC4E4C" w14:paraId="1D204773" w14:textId="77777777" w:rsidTr="005A7CB3">
        <w:tc>
          <w:tcPr>
            <w:tcW w:w="2399" w:type="dxa"/>
          </w:tcPr>
          <w:p w14:paraId="179C4AD9" w14:textId="77777777" w:rsidR="00FC4E4C" w:rsidRDefault="00000000">
            <w:r>
              <w:t>EfsHSP32.doubleACD</w:t>
            </w:r>
          </w:p>
        </w:tc>
        <w:tc>
          <w:tcPr>
            <w:tcW w:w="1234" w:type="dxa"/>
          </w:tcPr>
          <w:p w14:paraId="61F02E89" w14:textId="77777777" w:rsidR="00FC4E4C" w:rsidRDefault="00000000">
            <w:r>
              <w:t>Ef_ID1</w:t>
            </w:r>
          </w:p>
        </w:tc>
        <w:tc>
          <w:tcPr>
            <w:tcW w:w="1530" w:type="dxa"/>
          </w:tcPr>
          <w:p w14:paraId="56363774" w14:textId="77777777" w:rsidR="00FC4E4C" w:rsidRDefault="00000000">
            <w:r>
              <w:t>Complete</w:t>
            </w:r>
          </w:p>
        </w:tc>
        <w:tc>
          <w:tcPr>
            <w:tcW w:w="1234" w:type="dxa"/>
          </w:tcPr>
          <w:p w14:paraId="78FA3661" w14:textId="77777777" w:rsidR="00FC4E4C" w:rsidRDefault="00000000">
            <w:r>
              <w:t>PQ603076</w:t>
            </w:r>
          </w:p>
        </w:tc>
        <w:tc>
          <w:tcPr>
            <w:tcW w:w="1764" w:type="dxa"/>
          </w:tcPr>
          <w:p w14:paraId="32050DE4" w14:textId="77777777" w:rsidR="00FC4E4C" w:rsidRDefault="00000000">
            <w:r>
              <w:t>GIKG01088656</w:t>
            </w:r>
          </w:p>
        </w:tc>
        <w:tc>
          <w:tcPr>
            <w:tcW w:w="1479" w:type="dxa"/>
          </w:tcPr>
          <w:p w14:paraId="06F2B7FA" w14:textId="77777777" w:rsidR="00FC4E4C" w:rsidRDefault="00000000">
            <w:r>
              <w:t>855</w:t>
            </w:r>
          </w:p>
        </w:tc>
        <w:tc>
          <w:tcPr>
            <w:tcW w:w="1418" w:type="dxa"/>
          </w:tcPr>
          <w:p w14:paraId="2888A4A0" w14:textId="77777777" w:rsidR="00FC4E4C" w:rsidRDefault="00000000">
            <w:r>
              <w:t>284</w:t>
            </w:r>
          </w:p>
        </w:tc>
      </w:tr>
      <w:tr w:rsidR="00FC4E4C" w14:paraId="1FEC3D6A" w14:textId="77777777" w:rsidTr="005A7CB3">
        <w:tc>
          <w:tcPr>
            <w:tcW w:w="2399" w:type="dxa"/>
          </w:tcPr>
          <w:p w14:paraId="7A61B887" w14:textId="77777777" w:rsidR="00FC4E4C" w:rsidRDefault="00000000">
            <w:r>
              <w:t>EfsHSP38.1.doubleACD</w:t>
            </w:r>
          </w:p>
        </w:tc>
        <w:tc>
          <w:tcPr>
            <w:tcW w:w="1234" w:type="dxa"/>
          </w:tcPr>
          <w:p w14:paraId="11F10443" w14:textId="77777777" w:rsidR="00FC4E4C" w:rsidRDefault="00000000">
            <w:r>
              <w:t>Ef_ID3</w:t>
            </w:r>
          </w:p>
        </w:tc>
        <w:tc>
          <w:tcPr>
            <w:tcW w:w="1530" w:type="dxa"/>
          </w:tcPr>
          <w:p w14:paraId="663D437F" w14:textId="77777777" w:rsidR="00FC4E4C" w:rsidRDefault="00000000">
            <w:r>
              <w:t>Complete</w:t>
            </w:r>
          </w:p>
        </w:tc>
        <w:tc>
          <w:tcPr>
            <w:tcW w:w="1234" w:type="dxa"/>
          </w:tcPr>
          <w:p w14:paraId="57535213" w14:textId="77777777" w:rsidR="00FC4E4C" w:rsidRDefault="00000000">
            <w:r>
              <w:t>PQ603077</w:t>
            </w:r>
          </w:p>
        </w:tc>
        <w:tc>
          <w:tcPr>
            <w:tcW w:w="1764" w:type="dxa"/>
          </w:tcPr>
          <w:p w14:paraId="3280952B" w14:textId="77777777" w:rsidR="00FC4E4C" w:rsidRDefault="00000000">
            <w:r>
              <w:t>GIKG01098320</w:t>
            </w:r>
          </w:p>
        </w:tc>
        <w:tc>
          <w:tcPr>
            <w:tcW w:w="1479" w:type="dxa"/>
          </w:tcPr>
          <w:p w14:paraId="09E76C8A" w14:textId="77777777" w:rsidR="00FC4E4C" w:rsidRDefault="00000000">
            <w:r>
              <w:t>1020</w:t>
            </w:r>
          </w:p>
        </w:tc>
        <w:tc>
          <w:tcPr>
            <w:tcW w:w="1418" w:type="dxa"/>
          </w:tcPr>
          <w:p w14:paraId="0E3B9C6A" w14:textId="77777777" w:rsidR="00FC4E4C" w:rsidRDefault="00000000">
            <w:r>
              <w:t>339</w:t>
            </w:r>
          </w:p>
        </w:tc>
      </w:tr>
      <w:tr w:rsidR="00FC4E4C" w14:paraId="065ECE26" w14:textId="77777777" w:rsidTr="005A7CB3">
        <w:tc>
          <w:tcPr>
            <w:tcW w:w="2399" w:type="dxa"/>
          </w:tcPr>
          <w:p w14:paraId="44FCDA1C" w14:textId="77777777" w:rsidR="00FC4E4C" w:rsidRDefault="00000000">
            <w:r>
              <w:t>EfsHSP38.7.doubleACD</w:t>
            </w:r>
          </w:p>
        </w:tc>
        <w:tc>
          <w:tcPr>
            <w:tcW w:w="1234" w:type="dxa"/>
          </w:tcPr>
          <w:p w14:paraId="33482C67" w14:textId="77777777" w:rsidR="00FC4E4C" w:rsidRDefault="00000000">
            <w:r>
              <w:t>Ef_ID5</w:t>
            </w:r>
          </w:p>
        </w:tc>
        <w:tc>
          <w:tcPr>
            <w:tcW w:w="1530" w:type="dxa"/>
          </w:tcPr>
          <w:p w14:paraId="72DC4927" w14:textId="77777777" w:rsidR="00FC4E4C" w:rsidRDefault="00000000">
            <w:r>
              <w:t xml:space="preserve">Incomplete </w:t>
            </w:r>
          </w:p>
        </w:tc>
        <w:tc>
          <w:tcPr>
            <w:tcW w:w="1234" w:type="dxa"/>
          </w:tcPr>
          <w:p w14:paraId="07EF3FED" w14:textId="77777777" w:rsidR="00FC4E4C" w:rsidRDefault="00000000">
            <w:r>
              <w:t>PQ603078</w:t>
            </w:r>
          </w:p>
        </w:tc>
        <w:tc>
          <w:tcPr>
            <w:tcW w:w="1764" w:type="dxa"/>
          </w:tcPr>
          <w:p w14:paraId="00742A2A" w14:textId="77777777" w:rsidR="00FC4E4C" w:rsidRDefault="00000000">
            <w:r>
              <w:t>GIKG01013943</w:t>
            </w:r>
          </w:p>
        </w:tc>
        <w:tc>
          <w:tcPr>
            <w:tcW w:w="1479" w:type="dxa"/>
          </w:tcPr>
          <w:p w14:paraId="0382302E" w14:textId="77777777" w:rsidR="00FC4E4C" w:rsidRDefault="00000000">
            <w:r>
              <w:t>1023*</w:t>
            </w:r>
          </w:p>
        </w:tc>
        <w:tc>
          <w:tcPr>
            <w:tcW w:w="1418" w:type="dxa"/>
          </w:tcPr>
          <w:p w14:paraId="347EFA8D" w14:textId="77777777" w:rsidR="00FC4E4C" w:rsidRDefault="00000000">
            <w:r>
              <w:t>340*</w:t>
            </w:r>
          </w:p>
        </w:tc>
      </w:tr>
      <w:tr w:rsidR="00FC4E4C" w14:paraId="251CA23A" w14:textId="77777777" w:rsidTr="005A7CB3">
        <w:tc>
          <w:tcPr>
            <w:tcW w:w="2399" w:type="dxa"/>
          </w:tcPr>
          <w:p w14:paraId="7E17309A" w14:textId="77777777" w:rsidR="00FC4E4C" w:rsidRDefault="00000000">
            <w:r>
              <w:t>EfsHSP55.doubleACD</w:t>
            </w:r>
          </w:p>
        </w:tc>
        <w:tc>
          <w:tcPr>
            <w:tcW w:w="1234" w:type="dxa"/>
          </w:tcPr>
          <w:p w14:paraId="5AB06D41" w14:textId="77777777" w:rsidR="00FC4E4C" w:rsidRDefault="00000000">
            <w:r>
              <w:t>Ef_ID6</w:t>
            </w:r>
          </w:p>
        </w:tc>
        <w:tc>
          <w:tcPr>
            <w:tcW w:w="1530" w:type="dxa"/>
          </w:tcPr>
          <w:p w14:paraId="3D5C4F06" w14:textId="77777777" w:rsidR="00FC4E4C" w:rsidRDefault="00000000">
            <w:r>
              <w:t>5' Incomplete</w:t>
            </w:r>
          </w:p>
        </w:tc>
        <w:tc>
          <w:tcPr>
            <w:tcW w:w="1234" w:type="dxa"/>
          </w:tcPr>
          <w:p w14:paraId="19506F0D" w14:textId="77777777" w:rsidR="00FC4E4C" w:rsidRDefault="00000000">
            <w:r>
              <w:t>PQ603079</w:t>
            </w:r>
          </w:p>
        </w:tc>
        <w:tc>
          <w:tcPr>
            <w:tcW w:w="1764" w:type="dxa"/>
          </w:tcPr>
          <w:p w14:paraId="3DC0FF58" w14:textId="77777777" w:rsidR="00FC4E4C" w:rsidRDefault="00000000">
            <w:r>
              <w:t>GIKG01130900</w:t>
            </w:r>
          </w:p>
        </w:tc>
        <w:tc>
          <w:tcPr>
            <w:tcW w:w="1479" w:type="dxa"/>
          </w:tcPr>
          <w:p w14:paraId="3010A099" w14:textId="77777777" w:rsidR="00FC4E4C" w:rsidRDefault="00000000">
            <w:r>
              <w:t>1464*</w:t>
            </w:r>
          </w:p>
        </w:tc>
        <w:tc>
          <w:tcPr>
            <w:tcW w:w="1418" w:type="dxa"/>
          </w:tcPr>
          <w:p w14:paraId="08EDC7F4" w14:textId="77777777" w:rsidR="00FC4E4C" w:rsidRDefault="00000000">
            <w:r>
              <w:t>487*</w:t>
            </w:r>
          </w:p>
        </w:tc>
      </w:tr>
      <w:tr w:rsidR="00FC4E4C" w14:paraId="05B8FCBE" w14:textId="77777777" w:rsidTr="005A7CB3">
        <w:tc>
          <w:tcPr>
            <w:tcW w:w="2399" w:type="dxa"/>
          </w:tcPr>
          <w:p w14:paraId="56884297" w14:textId="77777777" w:rsidR="00FC4E4C" w:rsidRDefault="00000000">
            <w:r>
              <w:t>EfsHSP33.doubleACD</w:t>
            </w:r>
          </w:p>
        </w:tc>
        <w:tc>
          <w:tcPr>
            <w:tcW w:w="1234" w:type="dxa"/>
          </w:tcPr>
          <w:p w14:paraId="446F8B8C" w14:textId="77777777" w:rsidR="00FC4E4C" w:rsidRDefault="00000000">
            <w:r>
              <w:t>Ef_ID10</w:t>
            </w:r>
          </w:p>
        </w:tc>
        <w:tc>
          <w:tcPr>
            <w:tcW w:w="1530" w:type="dxa"/>
          </w:tcPr>
          <w:p w14:paraId="06495AE5" w14:textId="77777777" w:rsidR="00FC4E4C" w:rsidRDefault="00000000">
            <w:r>
              <w:t>Complete</w:t>
            </w:r>
          </w:p>
        </w:tc>
        <w:tc>
          <w:tcPr>
            <w:tcW w:w="1234" w:type="dxa"/>
          </w:tcPr>
          <w:p w14:paraId="4730BF49" w14:textId="77777777" w:rsidR="00FC4E4C" w:rsidRDefault="00000000">
            <w:r>
              <w:t>PQ603080</w:t>
            </w:r>
          </w:p>
        </w:tc>
        <w:tc>
          <w:tcPr>
            <w:tcW w:w="1764" w:type="dxa"/>
          </w:tcPr>
          <w:p w14:paraId="342720EC" w14:textId="77777777" w:rsidR="00FC4E4C" w:rsidRDefault="00000000">
            <w:r>
              <w:t>GIUK01088083</w:t>
            </w:r>
          </w:p>
        </w:tc>
        <w:tc>
          <w:tcPr>
            <w:tcW w:w="1479" w:type="dxa"/>
          </w:tcPr>
          <w:p w14:paraId="5C26C98F" w14:textId="77777777" w:rsidR="00FC4E4C" w:rsidRDefault="00000000">
            <w:r>
              <w:t>876</w:t>
            </w:r>
          </w:p>
        </w:tc>
        <w:tc>
          <w:tcPr>
            <w:tcW w:w="1418" w:type="dxa"/>
          </w:tcPr>
          <w:p w14:paraId="570F6C42" w14:textId="77777777" w:rsidR="00FC4E4C" w:rsidRDefault="00000000">
            <w:r>
              <w:t>291</w:t>
            </w:r>
          </w:p>
        </w:tc>
      </w:tr>
      <w:tr w:rsidR="00FC4E4C" w14:paraId="673EA4DF" w14:textId="77777777" w:rsidTr="005A7CB3">
        <w:tc>
          <w:tcPr>
            <w:tcW w:w="2399" w:type="dxa"/>
          </w:tcPr>
          <w:p w14:paraId="24C4B38E" w14:textId="77777777" w:rsidR="00FC4E4C" w:rsidRDefault="00000000">
            <w:r>
              <w:t>EfsHSP59.doubleACD</w:t>
            </w:r>
          </w:p>
        </w:tc>
        <w:tc>
          <w:tcPr>
            <w:tcW w:w="1234" w:type="dxa"/>
          </w:tcPr>
          <w:p w14:paraId="292920B6" w14:textId="77777777" w:rsidR="00FC4E4C" w:rsidRDefault="00000000">
            <w:r>
              <w:t>Ef_ID11</w:t>
            </w:r>
          </w:p>
        </w:tc>
        <w:tc>
          <w:tcPr>
            <w:tcW w:w="1530" w:type="dxa"/>
          </w:tcPr>
          <w:p w14:paraId="29D89C97" w14:textId="77777777" w:rsidR="00FC4E4C" w:rsidRDefault="00000000">
            <w:r>
              <w:t>5' Incomplete</w:t>
            </w:r>
          </w:p>
        </w:tc>
        <w:tc>
          <w:tcPr>
            <w:tcW w:w="1234" w:type="dxa"/>
          </w:tcPr>
          <w:p w14:paraId="75FC28B7" w14:textId="77777777" w:rsidR="00FC4E4C" w:rsidRDefault="00000000">
            <w:r>
              <w:t>PQ603081</w:t>
            </w:r>
          </w:p>
        </w:tc>
        <w:tc>
          <w:tcPr>
            <w:tcW w:w="1764" w:type="dxa"/>
          </w:tcPr>
          <w:p w14:paraId="65B2E8D8" w14:textId="0FFAA152" w:rsidR="00FC4E4C" w:rsidRDefault="00000000">
            <w:r>
              <w:t>GIKG01136737*</w:t>
            </w:r>
            <w:r w:rsidR="00E3111A">
              <w:t>*</w:t>
            </w:r>
          </w:p>
        </w:tc>
        <w:tc>
          <w:tcPr>
            <w:tcW w:w="1479" w:type="dxa"/>
          </w:tcPr>
          <w:p w14:paraId="1B9B83C2" w14:textId="77777777" w:rsidR="00FC4E4C" w:rsidRDefault="00000000">
            <w:r>
              <w:t>1578†</w:t>
            </w:r>
          </w:p>
        </w:tc>
        <w:tc>
          <w:tcPr>
            <w:tcW w:w="1418" w:type="dxa"/>
          </w:tcPr>
          <w:p w14:paraId="381A626C" w14:textId="77777777" w:rsidR="00FC4E4C" w:rsidRDefault="00000000">
            <w:r>
              <w:t>525†</w:t>
            </w:r>
          </w:p>
        </w:tc>
      </w:tr>
      <w:tr w:rsidR="00FC4E4C" w14:paraId="59E4BA4D" w14:textId="77777777" w:rsidTr="005A7CB3">
        <w:tc>
          <w:tcPr>
            <w:tcW w:w="2399" w:type="dxa"/>
          </w:tcPr>
          <w:p w14:paraId="6947DE78" w14:textId="48F0E35A" w:rsidR="00FC4E4C" w:rsidRDefault="00000000">
            <w:r>
              <w:t>EfsHSP8</w:t>
            </w:r>
            <w:r w:rsidR="003544F3">
              <w:t>4</w:t>
            </w:r>
            <w:r>
              <w:t>.doubleACD</w:t>
            </w:r>
          </w:p>
        </w:tc>
        <w:tc>
          <w:tcPr>
            <w:tcW w:w="1234" w:type="dxa"/>
          </w:tcPr>
          <w:p w14:paraId="052E8B2C" w14:textId="77777777" w:rsidR="00FC4E4C" w:rsidRDefault="00000000">
            <w:r>
              <w:t>Ef_ID12</w:t>
            </w:r>
          </w:p>
        </w:tc>
        <w:tc>
          <w:tcPr>
            <w:tcW w:w="1530" w:type="dxa"/>
          </w:tcPr>
          <w:p w14:paraId="659DC7D6" w14:textId="77777777" w:rsidR="00FC4E4C" w:rsidRDefault="00000000">
            <w:r>
              <w:t>5' Incomplete</w:t>
            </w:r>
          </w:p>
        </w:tc>
        <w:tc>
          <w:tcPr>
            <w:tcW w:w="1234" w:type="dxa"/>
          </w:tcPr>
          <w:p w14:paraId="71084710" w14:textId="77777777" w:rsidR="00FC4E4C" w:rsidRDefault="00000000">
            <w:r>
              <w:t>PQ603082</w:t>
            </w:r>
          </w:p>
        </w:tc>
        <w:tc>
          <w:tcPr>
            <w:tcW w:w="1764" w:type="dxa"/>
          </w:tcPr>
          <w:p w14:paraId="659B2759" w14:textId="77777777" w:rsidR="00FC4E4C" w:rsidRDefault="00000000">
            <w:r>
              <w:t>GIUK01042923</w:t>
            </w:r>
          </w:p>
        </w:tc>
        <w:tc>
          <w:tcPr>
            <w:tcW w:w="1479" w:type="dxa"/>
          </w:tcPr>
          <w:p w14:paraId="0C4168F6" w14:textId="77777777" w:rsidR="00FC4E4C" w:rsidRDefault="00000000">
            <w:r>
              <w:t>2247*</w:t>
            </w:r>
          </w:p>
        </w:tc>
        <w:tc>
          <w:tcPr>
            <w:tcW w:w="1418" w:type="dxa"/>
          </w:tcPr>
          <w:p w14:paraId="446460DC" w14:textId="77777777" w:rsidR="00FC4E4C" w:rsidRDefault="00000000">
            <w:r>
              <w:t>748*</w:t>
            </w:r>
          </w:p>
        </w:tc>
      </w:tr>
      <w:tr w:rsidR="00FC4E4C" w14:paraId="30046D04" w14:textId="77777777" w:rsidTr="005A7CB3">
        <w:tc>
          <w:tcPr>
            <w:tcW w:w="2399" w:type="dxa"/>
          </w:tcPr>
          <w:p w14:paraId="36CC08C5" w14:textId="77777777" w:rsidR="00FC4E4C" w:rsidRDefault="00000000">
            <w:r>
              <w:t>EfsHSP52.doubleACD</w:t>
            </w:r>
          </w:p>
        </w:tc>
        <w:tc>
          <w:tcPr>
            <w:tcW w:w="1234" w:type="dxa"/>
          </w:tcPr>
          <w:p w14:paraId="4C793D84" w14:textId="77777777" w:rsidR="00FC4E4C" w:rsidRDefault="00000000">
            <w:r>
              <w:t>Ef_ID13</w:t>
            </w:r>
          </w:p>
        </w:tc>
        <w:tc>
          <w:tcPr>
            <w:tcW w:w="1530" w:type="dxa"/>
          </w:tcPr>
          <w:p w14:paraId="6239C386" w14:textId="77777777" w:rsidR="00FC4E4C" w:rsidRDefault="00000000">
            <w:r>
              <w:t>Complete</w:t>
            </w:r>
          </w:p>
        </w:tc>
        <w:tc>
          <w:tcPr>
            <w:tcW w:w="1234" w:type="dxa"/>
          </w:tcPr>
          <w:p w14:paraId="5D0ECBF6" w14:textId="77777777" w:rsidR="00FC4E4C" w:rsidRDefault="00000000">
            <w:r>
              <w:t>PQ603083</w:t>
            </w:r>
          </w:p>
        </w:tc>
        <w:tc>
          <w:tcPr>
            <w:tcW w:w="1764" w:type="dxa"/>
          </w:tcPr>
          <w:p w14:paraId="1BB385DE" w14:textId="77777777" w:rsidR="00FC4E4C" w:rsidRDefault="00000000">
            <w:r>
              <w:t>GIKG01145199</w:t>
            </w:r>
          </w:p>
        </w:tc>
        <w:tc>
          <w:tcPr>
            <w:tcW w:w="1479" w:type="dxa"/>
          </w:tcPr>
          <w:p w14:paraId="512365E5" w14:textId="77777777" w:rsidR="00FC4E4C" w:rsidRDefault="00000000">
            <w:r>
              <w:t>1407</w:t>
            </w:r>
          </w:p>
        </w:tc>
        <w:tc>
          <w:tcPr>
            <w:tcW w:w="1418" w:type="dxa"/>
          </w:tcPr>
          <w:p w14:paraId="5608F0A2" w14:textId="77777777" w:rsidR="00FC4E4C" w:rsidRDefault="00000000">
            <w:r>
              <w:t>468</w:t>
            </w:r>
          </w:p>
        </w:tc>
      </w:tr>
      <w:tr w:rsidR="00FC4E4C" w14:paraId="3A8B2B52" w14:textId="77777777" w:rsidTr="005A7CB3">
        <w:tc>
          <w:tcPr>
            <w:tcW w:w="2399" w:type="dxa"/>
          </w:tcPr>
          <w:p w14:paraId="34D6F717" w14:textId="77777777" w:rsidR="00FC4E4C" w:rsidRDefault="00000000">
            <w:r>
              <w:t>EfsHSP36.doubleACD</w:t>
            </w:r>
          </w:p>
        </w:tc>
        <w:tc>
          <w:tcPr>
            <w:tcW w:w="1234" w:type="dxa"/>
          </w:tcPr>
          <w:p w14:paraId="35D1EF85" w14:textId="77777777" w:rsidR="00FC4E4C" w:rsidRDefault="00000000">
            <w:r>
              <w:t>Ef_ID15</w:t>
            </w:r>
          </w:p>
        </w:tc>
        <w:tc>
          <w:tcPr>
            <w:tcW w:w="1530" w:type="dxa"/>
          </w:tcPr>
          <w:p w14:paraId="51DE83B4" w14:textId="77777777" w:rsidR="00FC4E4C" w:rsidRDefault="00000000">
            <w:r>
              <w:t>Complete</w:t>
            </w:r>
          </w:p>
        </w:tc>
        <w:tc>
          <w:tcPr>
            <w:tcW w:w="1234" w:type="dxa"/>
          </w:tcPr>
          <w:p w14:paraId="606F67AE" w14:textId="77777777" w:rsidR="00FC4E4C" w:rsidRDefault="00000000">
            <w:r>
              <w:t>PQ603084</w:t>
            </w:r>
          </w:p>
        </w:tc>
        <w:tc>
          <w:tcPr>
            <w:tcW w:w="1764" w:type="dxa"/>
          </w:tcPr>
          <w:p w14:paraId="2CE96F81" w14:textId="77777777" w:rsidR="00FC4E4C" w:rsidRDefault="00000000">
            <w:r>
              <w:t>GIKG01094581</w:t>
            </w:r>
          </w:p>
        </w:tc>
        <w:tc>
          <w:tcPr>
            <w:tcW w:w="1479" w:type="dxa"/>
          </w:tcPr>
          <w:p w14:paraId="126773EB" w14:textId="77777777" w:rsidR="00FC4E4C" w:rsidRDefault="00000000">
            <w:r>
              <w:t>1023</w:t>
            </w:r>
          </w:p>
        </w:tc>
        <w:tc>
          <w:tcPr>
            <w:tcW w:w="1418" w:type="dxa"/>
          </w:tcPr>
          <w:p w14:paraId="25D6BFDC" w14:textId="77777777" w:rsidR="00FC4E4C" w:rsidRDefault="00000000">
            <w:r>
              <w:t>340</w:t>
            </w:r>
          </w:p>
        </w:tc>
      </w:tr>
    </w:tbl>
    <w:p w14:paraId="030F52CB" w14:textId="1079C524" w:rsidR="006E0103" w:rsidRPr="002069A2" w:rsidRDefault="00800793" w:rsidP="00800793">
      <w:pPr>
        <w:spacing w:after="0" w:line="240" w:lineRule="auto"/>
        <w:ind w:left="-993"/>
        <w:rPr>
          <w:lang w:val="es-ES"/>
        </w:rPr>
      </w:pPr>
      <w:r w:rsidRPr="002069A2">
        <w:rPr>
          <w:vertAlign w:val="superscript"/>
          <w:lang w:val="es-ES"/>
        </w:rPr>
        <w:t>1</w:t>
      </w:r>
      <w:r w:rsidRPr="002069A2">
        <w:rPr>
          <w:lang w:val="es-ES"/>
        </w:rPr>
        <w:t xml:space="preserve"> Data </w:t>
      </w:r>
      <w:proofErr w:type="spellStart"/>
      <w:r w:rsidRPr="002069A2">
        <w:rPr>
          <w:lang w:val="es-ES"/>
        </w:rPr>
        <w:t>from</w:t>
      </w:r>
      <w:proofErr w:type="spellEnd"/>
      <w:r w:rsidRPr="002069A2">
        <w:rPr>
          <w:lang w:val="es-ES"/>
        </w:rPr>
        <w:t xml:space="preserve"> de la Fuente and Novo (2022).</w:t>
      </w:r>
    </w:p>
    <w:p w14:paraId="701DEC18" w14:textId="6383CE40" w:rsidR="00800793" w:rsidRDefault="00800793" w:rsidP="00800793">
      <w:pPr>
        <w:spacing w:after="0" w:line="240" w:lineRule="auto"/>
        <w:ind w:left="-993"/>
      </w:pPr>
      <w:r w:rsidRPr="00800793">
        <w:rPr>
          <w:vertAlign w:val="superscript"/>
        </w:rPr>
        <w:t>2</w:t>
      </w:r>
      <w:r w:rsidRPr="00800793">
        <w:t xml:space="preserve"> Incomplete sequences from the BLAST search are marked with </w:t>
      </w:r>
      <w:r w:rsidR="00E3111A">
        <w:t xml:space="preserve">a double </w:t>
      </w:r>
      <w:r w:rsidRPr="00800793">
        <w:t>asterisk (*</w:t>
      </w:r>
      <w:r w:rsidR="00E3111A">
        <w:t>*</w:t>
      </w:r>
      <w:r w:rsidRPr="00800793">
        <w:t>).</w:t>
      </w:r>
    </w:p>
    <w:p w14:paraId="5430FA02" w14:textId="441CA7A8" w:rsidR="00800793" w:rsidRDefault="00800793" w:rsidP="00800793">
      <w:pPr>
        <w:spacing w:after="0" w:line="240" w:lineRule="auto"/>
        <w:ind w:left="-993"/>
      </w:pPr>
      <w:r w:rsidRPr="00800793">
        <w:rPr>
          <w:vertAlign w:val="superscript"/>
        </w:rPr>
        <w:t>3,4</w:t>
      </w:r>
      <w:r w:rsidRPr="00800793">
        <w:t xml:space="preserve"> Transcript length (</w:t>
      </w:r>
      <w:proofErr w:type="spellStart"/>
      <w:r w:rsidRPr="00800793">
        <w:t>nt</w:t>
      </w:r>
      <w:proofErr w:type="spellEnd"/>
      <w:r w:rsidRPr="00800793">
        <w:t>)</w:t>
      </w:r>
      <w:r>
        <w:t xml:space="preserve"> and protein length (aa)</w:t>
      </w:r>
      <w:r w:rsidRPr="00800793">
        <w:t xml:space="preserve"> values marked with an asterisk (*) are estimated based on the top BLAST match for incomplete sequences, except for EfsHSP59.doubleACD, which is marked with a dagger (†). In this case, the transcript length was estimated from our own sequence due to the incompleteness of the top BLAST match.</w:t>
      </w:r>
    </w:p>
    <w:p w14:paraId="5887FCDF" w14:textId="77777777" w:rsidR="00800793" w:rsidRDefault="00800793"/>
    <w:p w14:paraId="71054710" w14:textId="77777777" w:rsidR="00800793" w:rsidRDefault="00800793"/>
    <w:p w14:paraId="42BD5A78" w14:textId="5DFF03F2" w:rsidR="006E0103" w:rsidRDefault="006E0103"/>
    <w:p w14:paraId="6384E28B" w14:textId="77777777" w:rsidR="006E0103" w:rsidRDefault="006E0103"/>
    <w:p w14:paraId="0809BECF" w14:textId="754497EA" w:rsidR="00FC4E4C" w:rsidRDefault="00000000">
      <w:r>
        <w:br w:type="page"/>
      </w:r>
    </w:p>
    <w:p w14:paraId="78E9D2C1" w14:textId="7DA17B64" w:rsidR="00FC4E4C" w:rsidRDefault="00000000" w:rsidP="006E0103">
      <w:pPr>
        <w:pStyle w:val="Heading1"/>
        <w:ind w:left="-993"/>
      </w:pPr>
      <w:r>
        <w:lastRenderedPageBreak/>
        <w:t xml:space="preserve">Table 2: </w:t>
      </w:r>
      <w:r w:rsidR="00C5623A" w:rsidRPr="00C5623A">
        <w:t xml:space="preserve">Physicochemical Properties of Dimeric </w:t>
      </w:r>
      <w:proofErr w:type="spellStart"/>
      <w:r w:rsidR="00C5623A" w:rsidRPr="00C5623A">
        <w:t>sHSPs</w:t>
      </w:r>
      <w:proofErr w:type="spellEnd"/>
    </w:p>
    <w:tbl>
      <w:tblPr>
        <w:tblStyle w:val="TableGrid"/>
        <w:tblW w:w="14460" w:type="dxa"/>
        <w:tblInd w:w="-885" w:type="dxa"/>
        <w:tblLook w:val="04A0" w:firstRow="1" w:lastRow="0" w:firstColumn="1" w:lastColumn="0" w:noHBand="0" w:noVBand="1"/>
      </w:tblPr>
      <w:tblGrid>
        <w:gridCol w:w="2400"/>
        <w:gridCol w:w="924"/>
        <w:gridCol w:w="879"/>
        <w:gridCol w:w="1258"/>
        <w:gridCol w:w="1175"/>
        <w:gridCol w:w="1058"/>
        <w:gridCol w:w="2655"/>
        <w:gridCol w:w="2693"/>
        <w:gridCol w:w="1418"/>
      </w:tblGrid>
      <w:tr w:rsidR="00FC4E4C" w14:paraId="66DD307E" w14:textId="77777777" w:rsidTr="00A014C4">
        <w:tc>
          <w:tcPr>
            <w:tcW w:w="2400" w:type="dxa"/>
          </w:tcPr>
          <w:p w14:paraId="3D4721DC" w14:textId="6D6D23E9" w:rsidR="00FC4E4C" w:rsidRDefault="00000000">
            <w:r>
              <w:t>Protein name</w:t>
            </w:r>
          </w:p>
        </w:tc>
        <w:tc>
          <w:tcPr>
            <w:tcW w:w="924" w:type="dxa"/>
          </w:tcPr>
          <w:p w14:paraId="6CEAD68D" w14:textId="5D6B480E" w:rsidR="00FC4E4C" w:rsidRDefault="00000000">
            <w:r>
              <w:t>MW</w:t>
            </w:r>
            <w:r w:rsidR="005A7CB3">
              <w:t xml:space="preserve"> </w:t>
            </w:r>
            <w:r w:rsidRPr="00800793">
              <w:rPr>
                <w:vertAlign w:val="superscript"/>
              </w:rPr>
              <w:t>5</w:t>
            </w:r>
          </w:p>
        </w:tc>
        <w:tc>
          <w:tcPr>
            <w:tcW w:w="879" w:type="dxa"/>
          </w:tcPr>
          <w:p w14:paraId="0835D311" w14:textId="77777777" w:rsidR="00FC4E4C" w:rsidRDefault="00000000">
            <w:r>
              <w:t xml:space="preserve">pI </w:t>
            </w:r>
            <w:r w:rsidRPr="005A7CB3">
              <w:rPr>
                <w:vertAlign w:val="superscript"/>
              </w:rPr>
              <w:t>6</w:t>
            </w:r>
          </w:p>
        </w:tc>
        <w:tc>
          <w:tcPr>
            <w:tcW w:w="1258" w:type="dxa"/>
          </w:tcPr>
          <w:p w14:paraId="13EEDFC3" w14:textId="77777777" w:rsidR="00FC4E4C" w:rsidRDefault="00000000">
            <w:r>
              <w:t xml:space="preserve">Protein GRAVY </w:t>
            </w:r>
            <w:r w:rsidRPr="005A7CB3">
              <w:rPr>
                <w:vertAlign w:val="superscript"/>
              </w:rPr>
              <w:t>7</w:t>
            </w:r>
          </w:p>
        </w:tc>
        <w:tc>
          <w:tcPr>
            <w:tcW w:w="1175" w:type="dxa"/>
          </w:tcPr>
          <w:p w14:paraId="4E0AF23D" w14:textId="77777777" w:rsidR="00FC4E4C" w:rsidRDefault="00000000">
            <w:r>
              <w:t xml:space="preserve">Instability index </w:t>
            </w:r>
            <w:r w:rsidRPr="005A7CB3">
              <w:rPr>
                <w:vertAlign w:val="superscript"/>
              </w:rPr>
              <w:t>8</w:t>
            </w:r>
          </w:p>
        </w:tc>
        <w:tc>
          <w:tcPr>
            <w:tcW w:w="1058" w:type="dxa"/>
          </w:tcPr>
          <w:p w14:paraId="14FBE30F" w14:textId="77777777" w:rsidR="00FC4E4C" w:rsidRDefault="00000000">
            <w:r>
              <w:t xml:space="preserve">Aliphatic index </w:t>
            </w:r>
            <w:r w:rsidRPr="005A7CB3">
              <w:rPr>
                <w:vertAlign w:val="superscript"/>
              </w:rPr>
              <w:t>9</w:t>
            </w:r>
          </w:p>
        </w:tc>
        <w:tc>
          <w:tcPr>
            <w:tcW w:w="2655" w:type="dxa"/>
          </w:tcPr>
          <w:p w14:paraId="1E426236" w14:textId="55988856" w:rsidR="00FC4E4C" w:rsidRDefault="00000000" w:rsidP="005A7CB3">
            <w:pPr>
              <w:ind w:right="-105"/>
            </w:pPr>
            <w:r>
              <w:t>Subcellular localization</w:t>
            </w:r>
            <w:r w:rsidR="005A7CB3">
              <w:t xml:space="preserve"> </w:t>
            </w:r>
            <w:r w:rsidRPr="005A7CB3">
              <w:rPr>
                <w:vertAlign w:val="superscript"/>
              </w:rPr>
              <w:t>10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73BE6816" w14:textId="77777777" w:rsidR="00FC4E4C" w:rsidRDefault="00000000">
            <w:r>
              <w:t xml:space="preserve">Tm (21 °C) / Tm (31 °C) </w:t>
            </w:r>
            <w:r w:rsidRPr="005A7CB3">
              <w:rPr>
                <w:vertAlign w:val="superscript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AC1637" w14:textId="2BE8D43C" w:rsidR="00FC4E4C" w:rsidRPr="002069A2" w:rsidRDefault="00FC4E4C">
            <w:pPr>
              <w:rPr>
                <w:sz w:val="16"/>
                <w:szCs w:val="16"/>
                <w:highlight w:val="yellow"/>
              </w:rPr>
            </w:pPr>
          </w:p>
        </w:tc>
      </w:tr>
      <w:tr w:rsidR="002069A2" w14:paraId="47859D10" w14:textId="77777777" w:rsidTr="00A014C4">
        <w:tc>
          <w:tcPr>
            <w:tcW w:w="2400" w:type="dxa"/>
          </w:tcPr>
          <w:p w14:paraId="4E9A3CEC" w14:textId="77777777" w:rsidR="002069A2" w:rsidRDefault="002069A2" w:rsidP="002069A2">
            <w:r>
              <w:t>EfsHSP32.doubleACD</w:t>
            </w:r>
          </w:p>
        </w:tc>
        <w:tc>
          <w:tcPr>
            <w:tcW w:w="924" w:type="dxa"/>
          </w:tcPr>
          <w:p w14:paraId="0E1FF9D6" w14:textId="77777777" w:rsidR="002069A2" w:rsidRDefault="002069A2" w:rsidP="002069A2">
            <w:r>
              <w:t>32.23</w:t>
            </w:r>
          </w:p>
        </w:tc>
        <w:tc>
          <w:tcPr>
            <w:tcW w:w="879" w:type="dxa"/>
          </w:tcPr>
          <w:p w14:paraId="7BC040E2" w14:textId="77777777" w:rsidR="002069A2" w:rsidRDefault="002069A2" w:rsidP="002069A2">
            <w:r>
              <w:t>4.91</w:t>
            </w:r>
          </w:p>
        </w:tc>
        <w:tc>
          <w:tcPr>
            <w:tcW w:w="1258" w:type="dxa"/>
          </w:tcPr>
          <w:p w14:paraId="19861C82" w14:textId="77777777" w:rsidR="002069A2" w:rsidRDefault="002069A2" w:rsidP="002069A2">
            <w:r>
              <w:t>-0.657</w:t>
            </w:r>
          </w:p>
        </w:tc>
        <w:tc>
          <w:tcPr>
            <w:tcW w:w="1175" w:type="dxa"/>
          </w:tcPr>
          <w:p w14:paraId="49006B30" w14:textId="77777777" w:rsidR="002069A2" w:rsidRDefault="002069A2" w:rsidP="002069A2">
            <w:r>
              <w:t>48.14</w:t>
            </w:r>
          </w:p>
        </w:tc>
        <w:tc>
          <w:tcPr>
            <w:tcW w:w="1058" w:type="dxa"/>
          </w:tcPr>
          <w:p w14:paraId="301CE09D" w14:textId="77777777" w:rsidR="002069A2" w:rsidRDefault="002069A2" w:rsidP="002069A2">
            <w:r>
              <w:t>86.8</w:t>
            </w:r>
          </w:p>
        </w:tc>
        <w:tc>
          <w:tcPr>
            <w:tcW w:w="2655" w:type="dxa"/>
          </w:tcPr>
          <w:p w14:paraId="5EE1A825" w14:textId="79BE8010" w:rsidR="002069A2" w:rsidRPr="00A014C4" w:rsidRDefault="002069A2" w:rsidP="002069A2">
            <w:r w:rsidRPr="00A014C4">
              <w:t>Cytoplasm/Nucleus</w:t>
            </w:r>
          </w:p>
        </w:tc>
        <w:tc>
          <w:tcPr>
            <w:tcW w:w="2693" w:type="dxa"/>
          </w:tcPr>
          <w:p w14:paraId="11FC8DBA" w14:textId="77777777" w:rsidR="002069A2" w:rsidRDefault="002069A2" w:rsidP="002069A2">
            <w:r>
              <w:t xml:space="preserve">42.56°C / 42.71°C 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14:paraId="20D5DCD5" w14:textId="1E22C0E4" w:rsidR="002069A2" w:rsidRPr="002069A2" w:rsidRDefault="002069A2" w:rsidP="002069A2">
            <w:pPr>
              <w:rPr>
                <w:sz w:val="16"/>
                <w:szCs w:val="16"/>
                <w:highlight w:val="yellow"/>
              </w:rPr>
            </w:pPr>
          </w:p>
        </w:tc>
      </w:tr>
      <w:tr w:rsidR="00FC4E4C" w14:paraId="29FC9C28" w14:textId="77777777" w:rsidTr="00A014C4">
        <w:tc>
          <w:tcPr>
            <w:tcW w:w="2400" w:type="dxa"/>
          </w:tcPr>
          <w:p w14:paraId="6BE745CD" w14:textId="77777777" w:rsidR="00FC4E4C" w:rsidRDefault="00000000">
            <w:r>
              <w:t>EfsHSP38.</w:t>
            </w:r>
            <w:proofErr w:type="gramStart"/>
            <w:r>
              <w:t>1.doubleACD</w:t>
            </w:r>
            <w:proofErr w:type="gramEnd"/>
          </w:p>
        </w:tc>
        <w:tc>
          <w:tcPr>
            <w:tcW w:w="924" w:type="dxa"/>
          </w:tcPr>
          <w:p w14:paraId="226DC542" w14:textId="77777777" w:rsidR="00FC4E4C" w:rsidRDefault="00000000">
            <w:r>
              <w:t>38.1</w:t>
            </w:r>
          </w:p>
        </w:tc>
        <w:tc>
          <w:tcPr>
            <w:tcW w:w="879" w:type="dxa"/>
          </w:tcPr>
          <w:p w14:paraId="68352B26" w14:textId="77777777" w:rsidR="00FC4E4C" w:rsidRDefault="00000000">
            <w:r>
              <w:t>6.12</w:t>
            </w:r>
          </w:p>
        </w:tc>
        <w:tc>
          <w:tcPr>
            <w:tcW w:w="1258" w:type="dxa"/>
          </w:tcPr>
          <w:p w14:paraId="5AC53728" w14:textId="77777777" w:rsidR="00FC4E4C" w:rsidRDefault="00000000">
            <w:r>
              <w:t>-0.826</w:t>
            </w:r>
          </w:p>
        </w:tc>
        <w:tc>
          <w:tcPr>
            <w:tcW w:w="1175" w:type="dxa"/>
          </w:tcPr>
          <w:p w14:paraId="5AE1D804" w14:textId="77777777" w:rsidR="00FC4E4C" w:rsidRDefault="00000000">
            <w:r>
              <w:t>55.75</w:t>
            </w:r>
          </w:p>
        </w:tc>
        <w:tc>
          <w:tcPr>
            <w:tcW w:w="1058" w:type="dxa"/>
          </w:tcPr>
          <w:p w14:paraId="2528ED2B" w14:textId="77777777" w:rsidR="00FC4E4C" w:rsidRDefault="00000000">
            <w:r>
              <w:t>64.37</w:t>
            </w:r>
          </w:p>
        </w:tc>
        <w:tc>
          <w:tcPr>
            <w:tcW w:w="2655" w:type="dxa"/>
          </w:tcPr>
          <w:p w14:paraId="2E1F4AB0" w14:textId="022FDE0D" w:rsidR="00FC4E4C" w:rsidRPr="00A014C4" w:rsidRDefault="00000000">
            <w:r w:rsidRPr="00A014C4">
              <w:t>Cytoplasm</w:t>
            </w:r>
            <w:r w:rsidR="002069A2" w:rsidRPr="00A014C4">
              <w:t>/Nucleus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01810108" w14:textId="77777777" w:rsidR="00FC4E4C" w:rsidRDefault="00000000">
            <w:r>
              <w:t>42.92°C / 43.01°C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114122" w14:textId="364E9C0F" w:rsidR="00FC4E4C" w:rsidRPr="002069A2" w:rsidRDefault="00FC4E4C">
            <w:pPr>
              <w:rPr>
                <w:sz w:val="16"/>
                <w:szCs w:val="16"/>
                <w:highlight w:val="yellow"/>
              </w:rPr>
            </w:pPr>
          </w:p>
        </w:tc>
      </w:tr>
      <w:tr w:rsidR="002069A2" w14:paraId="11B426B8" w14:textId="77777777" w:rsidTr="00A014C4">
        <w:tc>
          <w:tcPr>
            <w:tcW w:w="2400" w:type="dxa"/>
          </w:tcPr>
          <w:p w14:paraId="5AFF7190" w14:textId="77777777" w:rsidR="002069A2" w:rsidRDefault="002069A2" w:rsidP="002069A2">
            <w:r>
              <w:t>EfsHSP38.</w:t>
            </w:r>
            <w:proofErr w:type="gramStart"/>
            <w:r>
              <w:t>7.doubleACD</w:t>
            </w:r>
            <w:proofErr w:type="gramEnd"/>
          </w:p>
        </w:tc>
        <w:tc>
          <w:tcPr>
            <w:tcW w:w="924" w:type="dxa"/>
          </w:tcPr>
          <w:p w14:paraId="14B482A6" w14:textId="77777777" w:rsidR="002069A2" w:rsidRDefault="002069A2" w:rsidP="002069A2">
            <w:r>
              <w:t>38.7*</w:t>
            </w:r>
          </w:p>
        </w:tc>
        <w:tc>
          <w:tcPr>
            <w:tcW w:w="879" w:type="dxa"/>
          </w:tcPr>
          <w:p w14:paraId="6C04CBE8" w14:textId="77777777" w:rsidR="002069A2" w:rsidRDefault="002069A2" w:rsidP="002069A2">
            <w:r>
              <w:t>6.43*</w:t>
            </w:r>
          </w:p>
        </w:tc>
        <w:tc>
          <w:tcPr>
            <w:tcW w:w="1258" w:type="dxa"/>
          </w:tcPr>
          <w:p w14:paraId="0F0F6691" w14:textId="77777777" w:rsidR="002069A2" w:rsidRDefault="002069A2" w:rsidP="002069A2">
            <w:r>
              <w:t xml:space="preserve"> -0.795*</w:t>
            </w:r>
          </w:p>
        </w:tc>
        <w:tc>
          <w:tcPr>
            <w:tcW w:w="1175" w:type="dxa"/>
          </w:tcPr>
          <w:p w14:paraId="5CDE6FB6" w14:textId="5355A8AC" w:rsidR="002069A2" w:rsidRDefault="002069A2" w:rsidP="002069A2">
            <w:r>
              <w:t>51.950</w:t>
            </w:r>
            <w:r w:rsidR="00A014C4">
              <w:t>*</w:t>
            </w:r>
          </w:p>
        </w:tc>
        <w:tc>
          <w:tcPr>
            <w:tcW w:w="1058" w:type="dxa"/>
          </w:tcPr>
          <w:p w14:paraId="5C708B4E" w14:textId="1834B0B8" w:rsidR="002069A2" w:rsidRDefault="002069A2" w:rsidP="002069A2">
            <w:r>
              <w:t>62.3</w:t>
            </w:r>
            <w:r w:rsidR="00A014C4">
              <w:t>*</w:t>
            </w:r>
          </w:p>
        </w:tc>
        <w:tc>
          <w:tcPr>
            <w:tcW w:w="2655" w:type="dxa"/>
          </w:tcPr>
          <w:p w14:paraId="649D28A5" w14:textId="386C3B57" w:rsidR="002069A2" w:rsidRPr="00A014C4" w:rsidRDefault="002069A2" w:rsidP="002069A2">
            <w:r w:rsidRPr="00A014C4">
              <w:t>Cytoplasm/Nucleus</w:t>
            </w:r>
            <w:r w:rsidR="00A014C4">
              <w:t>*</w:t>
            </w:r>
          </w:p>
        </w:tc>
        <w:tc>
          <w:tcPr>
            <w:tcW w:w="2693" w:type="dxa"/>
          </w:tcPr>
          <w:p w14:paraId="7C2D1EB3" w14:textId="4003BD4E" w:rsidR="002069A2" w:rsidRDefault="002069A2" w:rsidP="002069A2">
            <w:r>
              <w:t>41.95°C / 42.10°C</w:t>
            </w:r>
            <w:r w:rsidR="00A014C4">
              <w:t>*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14:paraId="69FFB448" w14:textId="00C5ABE4" w:rsidR="002069A2" w:rsidRPr="002069A2" w:rsidRDefault="002069A2" w:rsidP="002069A2">
            <w:pPr>
              <w:rPr>
                <w:sz w:val="16"/>
                <w:szCs w:val="16"/>
                <w:highlight w:val="yellow"/>
              </w:rPr>
            </w:pPr>
          </w:p>
        </w:tc>
      </w:tr>
      <w:tr w:rsidR="002069A2" w14:paraId="53B62BF2" w14:textId="77777777" w:rsidTr="00A014C4">
        <w:tc>
          <w:tcPr>
            <w:tcW w:w="2400" w:type="dxa"/>
          </w:tcPr>
          <w:p w14:paraId="473E1E49" w14:textId="77777777" w:rsidR="002069A2" w:rsidRDefault="002069A2" w:rsidP="002069A2">
            <w:r>
              <w:t>EfsHSP55.doubleACD</w:t>
            </w:r>
          </w:p>
        </w:tc>
        <w:tc>
          <w:tcPr>
            <w:tcW w:w="924" w:type="dxa"/>
          </w:tcPr>
          <w:p w14:paraId="351CAE43" w14:textId="77777777" w:rsidR="002069A2" w:rsidRDefault="002069A2" w:rsidP="002069A2">
            <w:r>
              <w:t xml:space="preserve"> 55.5*</w:t>
            </w:r>
          </w:p>
        </w:tc>
        <w:tc>
          <w:tcPr>
            <w:tcW w:w="879" w:type="dxa"/>
          </w:tcPr>
          <w:p w14:paraId="28560EB7" w14:textId="77777777" w:rsidR="002069A2" w:rsidRDefault="002069A2" w:rsidP="002069A2">
            <w:r>
              <w:t>5.37*</w:t>
            </w:r>
          </w:p>
        </w:tc>
        <w:tc>
          <w:tcPr>
            <w:tcW w:w="1258" w:type="dxa"/>
          </w:tcPr>
          <w:p w14:paraId="087F5C2C" w14:textId="77777777" w:rsidR="002069A2" w:rsidRDefault="002069A2" w:rsidP="002069A2">
            <w:r>
              <w:t xml:space="preserve"> -0.909*</w:t>
            </w:r>
          </w:p>
        </w:tc>
        <w:tc>
          <w:tcPr>
            <w:tcW w:w="1175" w:type="dxa"/>
          </w:tcPr>
          <w:p w14:paraId="18FFC7B9" w14:textId="2B2D50CC" w:rsidR="002069A2" w:rsidRDefault="002069A2" w:rsidP="002069A2">
            <w:r>
              <w:t>50.15</w:t>
            </w:r>
            <w:r w:rsidR="00A014C4">
              <w:t>*</w:t>
            </w:r>
          </w:p>
        </w:tc>
        <w:tc>
          <w:tcPr>
            <w:tcW w:w="1058" w:type="dxa"/>
          </w:tcPr>
          <w:p w14:paraId="279DBF7A" w14:textId="048173EF" w:rsidR="002069A2" w:rsidRDefault="002069A2" w:rsidP="002069A2">
            <w:r>
              <w:t>57.84</w:t>
            </w:r>
            <w:r w:rsidR="00A014C4">
              <w:t>*</w:t>
            </w:r>
          </w:p>
        </w:tc>
        <w:tc>
          <w:tcPr>
            <w:tcW w:w="2655" w:type="dxa"/>
          </w:tcPr>
          <w:p w14:paraId="69C778CB" w14:textId="754958C9" w:rsidR="002069A2" w:rsidRPr="00A014C4" w:rsidRDefault="002069A2" w:rsidP="002069A2">
            <w:r w:rsidRPr="00A014C4">
              <w:t>Cytoplasm/Nucleus</w:t>
            </w:r>
            <w:r w:rsidR="00A014C4">
              <w:t>*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2471FCE8" w14:textId="6F58E2DA" w:rsidR="002069A2" w:rsidRDefault="002069A2" w:rsidP="002069A2">
            <w:r>
              <w:t xml:space="preserve">52.87°C / 53.52°C </w:t>
            </w:r>
            <w:r w:rsidR="00A014C4">
              <w:t>*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001F1B" w14:textId="3A600566" w:rsidR="002069A2" w:rsidRPr="002069A2" w:rsidRDefault="002069A2" w:rsidP="002069A2">
            <w:pPr>
              <w:rPr>
                <w:sz w:val="16"/>
                <w:szCs w:val="16"/>
                <w:highlight w:val="yellow"/>
              </w:rPr>
            </w:pPr>
          </w:p>
        </w:tc>
      </w:tr>
      <w:tr w:rsidR="002069A2" w14:paraId="2452D532" w14:textId="77777777" w:rsidTr="00A014C4">
        <w:tc>
          <w:tcPr>
            <w:tcW w:w="2400" w:type="dxa"/>
          </w:tcPr>
          <w:p w14:paraId="0EC0B44A" w14:textId="77777777" w:rsidR="002069A2" w:rsidRDefault="002069A2" w:rsidP="002069A2">
            <w:r>
              <w:t>EfsHSP33.doubleACD</w:t>
            </w:r>
          </w:p>
        </w:tc>
        <w:tc>
          <w:tcPr>
            <w:tcW w:w="924" w:type="dxa"/>
          </w:tcPr>
          <w:p w14:paraId="11D13867" w14:textId="77777777" w:rsidR="002069A2" w:rsidRDefault="002069A2" w:rsidP="002069A2">
            <w:r>
              <w:t>33.21</w:t>
            </w:r>
          </w:p>
        </w:tc>
        <w:tc>
          <w:tcPr>
            <w:tcW w:w="879" w:type="dxa"/>
          </w:tcPr>
          <w:p w14:paraId="226D7FC4" w14:textId="77777777" w:rsidR="002069A2" w:rsidRDefault="002069A2" w:rsidP="002069A2">
            <w:r>
              <w:t>4.90</w:t>
            </w:r>
          </w:p>
        </w:tc>
        <w:tc>
          <w:tcPr>
            <w:tcW w:w="1258" w:type="dxa"/>
          </w:tcPr>
          <w:p w14:paraId="5DCB4C75" w14:textId="77777777" w:rsidR="002069A2" w:rsidRDefault="002069A2" w:rsidP="002069A2">
            <w:r>
              <w:t>-0.608</w:t>
            </w:r>
          </w:p>
        </w:tc>
        <w:tc>
          <w:tcPr>
            <w:tcW w:w="1175" w:type="dxa"/>
          </w:tcPr>
          <w:p w14:paraId="5B40FE91" w14:textId="77777777" w:rsidR="002069A2" w:rsidRDefault="002069A2" w:rsidP="002069A2">
            <w:r>
              <w:t>45.47</w:t>
            </w:r>
          </w:p>
        </w:tc>
        <w:tc>
          <w:tcPr>
            <w:tcW w:w="1058" w:type="dxa"/>
          </w:tcPr>
          <w:p w14:paraId="6772E740" w14:textId="77777777" w:rsidR="002069A2" w:rsidRDefault="002069A2" w:rsidP="002069A2">
            <w:r>
              <w:t>76.94</w:t>
            </w:r>
          </w:p>
        </w:tc>
        <w:tc>
          <w:tcPr>
            <w:tcW w:w="2655" w:type="dxa"/>
          </w:tcPr>
          <w:p w14:paraId="3E1E75A4" w14:textId="15B794D6" w:rsidR="002069A2" w:rsidRPr="00A014C4" w:rsidRDefault="002069A2" w:rsidP="002069A2">
            <w:r w:rsidRPr="00A014C4">
              <w:t>Cytoplasm/Nucleus</w:t>
            </w:r>
          </w:p>
        </w:tc>
        <w:tc>
          <w:tcPr>
            <w:tcW w:w="2693" w:type="dxa"/>
          </w:tcPr>
          <w:p w14:paraId="3193E3EE" w14:textId="77777777" w:rsidR="002069A2" w:rsidRDefault="002069A2" w:rsidP="002069A2">
            <w:r>
              <w:t xml:space="preserve">38.32°C / 38.35°C 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14:paraId="119BE2A7" w14:textId="10BBDD0C" w:rsidR="002069A2" w:rsidRPr="002069A2" w:rsidRDefault="002069A2" w:rsidP="002069A2">
            <w:pPr>
              <w:rPr>
                <w:sz w:val="16"/>
                <w:szCs w:val="16"/>
                <w:highlight w:val="yellow"/>
              </w:rPr>
            </w:pPr>
          </w:p>
        </w:tc>
      </w:tr>
      <w:tr w:rsidR="00FC4E4C" w14:paraId="4C51FEC0" w14:textId="77777777" w:rsidTr="00A014C4">
        <w:tc>
          <w:tcPr>
            <w:tcW w:w="2400" w:type="dxa"/>
          </w:tcPr>
          <w:p w14:paraId="18C99F4E" w14:textId="1E33D095" w:rsidR="00FC4E4C" w:rsidRDefault="00000000">
            <w:r>
              <w:t>EfsHSP</w:t>
            </w:r>
            <w:r w:rsidR="00FC1E10">
              <w:t>59</w:t>
            </w:r>
            <w:r>
              <w:t>.doubleACD</w:t>
            </w:r>
          </w:p>
        </w:tc>
        <w:tc>
          <w:tcPr>
            <w:tcW w:w="924" w:type="dxa"/>
          </w:tcPr>
          <w:p w14:paraId="09F13966" w14:textId="77777777" w:rsidR="00FC4E4C" w:rsidRDefault="00000000">
            <w:r>
              <w:t>58.97†</w:t>
            </w:r>
          </w:p>
        </w:tc>
        <w:tc>
          <w:tcPr>
            <w:tcW w:w="879" w:type="dxa"/>
          </w:tcPr>
          <w:p w14:paraId="0633AB2A" w14:textId="3448581A" w:rsidR="00FC4E4C" w:rsidRDefault="00000000">
            <w:r>
              <w:t>8,23†</w:t>
            </w:r>
          </w:p>
        </w:tc>
        <w:tc>
          <w:tcPr>
            <w:tcW w:w="1258" w:type="dxa"/>
          </w:tcPr>
          <w:p w14:paraId="073A2B13" w14:textId="77777777" w:rsidR="00FC4E4C" w:rsidRDefault="00000000">
            <w:r>
              <w:t xml:space="preserve"> -0.691†</w:t>
            </w:r>
          </w:p>
        </w:tc>
        <w:tc>
          <w:tcPr>
            <w:tcW w:w="1175" w:type="dxa"/>
          </w:tcPr>
          <w:p w14:paraId="5D932FF2" w14:textId="06511473" w:rsidR="00FC4E4C" w:rsidRDefault="00000000">
            <w:r>
              <w:t>49.28</w:t>
            </w:r>
            <w:r w:rsidR="005A7CB3">
              <w:t>†</w:t>
            </w:r>
          </w:p>
        </w:tc>
        <w:tc>
          <w:tcPr>
            <w:tcW w:w="1058" w:type="dxa"/>
          </w:tcPr>
          <w:p w14:paraId="72A35205" w14:textId="6F8A2431" w:rsidR="00FC4E4C" w:rsidRDefault="00000000">
            <w:r>
              <w:t>67.73</w:t>
            </w:r>
            <w:r w:rsidR="005A7CB3">
              <w:t>†</w:t>
            </w:r>
          </w:p>
        </w:tc>
        <w:tc>
          <w:tcPr>
            <w:tcW w:w="2655" w:type="dxa"/>
          </w:tcPr>
          <w:p w14:paraId="7E8E745C" w14:textId="2F95EAFC" w:rsidR="00FC4E4C" w:rsidRPr="00A014C4" w:rsidRDefault="00000000">
            <w:r w:rsidRPr="00A014C4">
              <w:t>Nucleus</w:t>
            </w:r>
            <w:r w:rsidR="005A7CB3" w:rsidRPr="00A014C4">
              <w:t>†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3A12F904" w14:textId="25649E7D" w:rsidR="00FC4E4C" w:rsidRDefault="00000000">
            <w:r>
              <w:t>44.95°C / 46.45°C</w:t>
            </w:r>
            <w:r w:rsidR="005A7CB3">
              <w:t>†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E7D138" w14:textId="121BBCC6" w:rsidR="00FC4E4C" w:rsidRPr="002069A2" w:rsidRDefault="00FC4E4C">
            <w:pPr>
              <w:rPr>
                <w:sz w:val="16"/>
                <w:szCs w:val="16"/>
                <w:highlight w:val="yellow"/>
              </w:rPr>
            </w:pPr>
          </w:p>
        </w:tc>
      </w:tr>
      <w:tr w:rsidR="002069A2" w14:paraId="26E89107" w14:textId="77777777" w:rsidTr="00A014C4">
        <w:tc>
          <w:tcPr>
            <w:tcW w:w="2400" w:type="dxa"/>
          </w:tcPr>
          <w:p w14:paraId="00A6E871" w14:textId="56918E0B" w:rsidR="002069A2" w:rsidRDefault="002069A2" w:rsidP="002069A2">
            <w:r>
              <w:t>EfsHSP84.doubleACD</w:t>
            </w:r>
          </w:p>
        </w:tc>
        <w:tc>
          <w:tcPr>
            <w:tcW w:w="924" w:type="dxa"/>
          </w:tcPr>
          <w:p w14:paraId="1E2FDE9E" w14:textId="77777777" w:rsidR="002069A2" w:rsidRDefault="002069A2" w:rsidP="002069A2">
            <w:r>
              <w:t>83.94*</w:t>
            </w:r>
          </w:p>
        </w:tc>
        <w:tc>
          <w:tcPr>
            <w:tcW w:w="879" w:type="dxa"/>
          </w:tcPr>
          <w:p w14:paraId="2D7C0348" w14:textId="77777777" w:rsidR="002069A2" w:rsidRDefault="002069A2" w:rsidP="002069A2">
            <w:r>
              <w:t>9.36*</w:t>
            </w:r>
          </w:p>
        </w:tc>
        <w:tc>
          <w:tcPr>
            <w:tcW w:w="1258" w:type="dxa"/>
          </w:tcPr>
          <w:p w14:paraId="0996A2C2" w14:textId="77777777" w:rsidR="002069A2" w:rsidRDefault="002069A2" w:rsidP="002069A2">
            <w:r>
              <w:t xml:space="preserve"> -1.071*</w:t>
            </w:r>
          </w:p>
        </w:tc>
        <w:tc>
          <w:tcPr>
            <w:tcW w:w="1175" w:type="dxa"/>
          </w:tcPr>
          <w:p w14:paraId="72EEB425" w14:textId="19E0035E" w:rsidR="002069A2" w:rsidRDefault="002069A2" w:rsidP="002069A2">
            <w:r>
              <w:t>55.87</w:t>
            </w:r>
            <w:r w:rsidR="00A014C4">
              <w:t>*</w:t>
            </w:r>
          </w:p>
        </w:tc>
        <w:tc>
          <w:tcPr>
            <w:tcW w:w="1058" w:type="dxa"/>
          </w:tcPr>
          <w:p w14:paraId="4A81D275" w14:textId="41EDF9CD" w:rsidR="002069A2" w:rsidRDefault="002069A2" w:rsidP="002069A2">
            <w:r>
              <w:t>52.01</w:t>
            </w:r>
            <w:r w:rsidR="00A014C4">
              <w:t>*</w:t>
            </w:r>
          </w:p>
        </w:tc>
        <w:tc>
          <w:tcPr>
            <w:tcW w:w="2655" w:type="dxa"/>
          </w:tcPr>
          <w:p w14:paraId="7173C105" w14:textId="61950057" w:rsidR="002069A2" w:rsidRPr="00A014C4" w:rsidRDefault="002069A2" w:rsidP="002069A2">
            <w:r w:rsidRPr="00A014C4">
              <w:t>Cytoplasm/Nucleus</w:t>
            </w:r>
            <w:r w:rsidR="00A014C4">
              <w:t>*</w:t>
            </w:r>
          </w:p>
        </w:tc>
        <w:tc>
          <w:tcPr>
            <w:tcW w:w="2693" w:type="dxa"/>
          </w:tcPr>
          <w:p w14:paraId="00C0D9F3" w14:textId="2C3B05C3" w:rsidR="002069A2" w:rsidRDefault="002069A2" w:rsidP="002069A2">
            <w:r>
              <w:t>41.07°C / 41.55°C</w:t>
            </w:r>
            <w:r w:rsidR="00A014C4">
              <w:t>*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14:paraId="0175FFF2" w14:textId="4D25C03C" w:rsidR="002069A2" w:rsidRPr="002069A2" w:rsidRDefault="002069A2" w:rsidP="002069A2">
            <w:pPr>
              <w:rPr>
                <w:sz w:val="16"/>
                <w:szCs w:val="16"/>
                <w:highlight w:val="yellow"/>
              </w:rPr>
            </w:pPr>
          </w:p>
        </w:tc>
      </w:tr>
      <w:tr w:rsidR="002069A2" w14:paraId="6ADD455E" w14:textId="77777777" w:rsidTr="00A014C4">
        <w:tc>
          <w:tcPr>
            <w:tcW w:w="2400" w:type="dxa"/>
          </w:tcPr>
          <w:p w14:paraId="43107BAA" w14:textId="77777777" w:rsidR="002069A2" w:rsidRDefault="002069A2" w:rsidP="002069A2">
            <w:r>
              <w:t>EfsHSP52.doubleACD</w:t>
            </w:r>
          </w:p>
        </w:tc>
        <w:tc>
          <w:tcPr>
            <w:tcW w:w="924" w:type="dxa"/>
          </w:tcPr>
          <w:p w14:paraId="6A650A33" w14:textId="77777777" w:rsidR="002069A2" w:rsidRDefault="002069A2" w:rsidP="002069A2">
            <w:r>
              <w:t>52.24</w:t>
            </w:r>
          </w:p>
        </w:tc>
        <w:tc>
          <w:tcPr>
            <w:tcW w:w="879" w:type="dxa"/>
          </w:tcPr>
          <w:p w14:paraId="41453C2A" w14:textId="77777777" w:rsidR="002069A2" w:rsidRDefault="002069A2" w:rsidP="002069A2">
            <w:r>
              <w:t>8.79</w:t>
            </w:r>
          </w:p>
        </w:tc>
        <w:tc>
          <w:tcPr>
            <w:tcW w:w="1258" w:type="dxa"/>
          </w:tcPr>
          <w:p w14:paraId="1821F7D8" w14:textId="77777777" w:rsidR="002069A2" w:rsidRDefault="002069A2" w:rsidP="002069A2">
            <w:r>
              <w:t>-0.842</w:t>
            </w:r>
          </w:p>
        </w:tc>
        <w:tc>
          <w:tcPr>
            <w:tcW w:w="1175" w:type="dxa"/>
          </w:tcPr>
          <w:p w14:paraId="6A2DD21D" w14:textId="77777777" w:rsidR="002069A2" w:rsidRDefault="002069A2" w:rsidP="002069A2">
            <w:r>
              <w:t>38.44</w:t>
            </w:r>
          </w:p>
        </w:tc>
        <w:tc>
          <w:tcPr>
            <w:tcW w:w="1058" w:type="dxa"/>
          </w:tcPr>
          <w:p w14:paraId="7AE288A9" w14:textId="77777777" w:rsidR="002069A2" w:rsidRDefault="002069A2" w:rsidP="002069A2">
            <w:r>
              <w:t>62.65</w:t>
            </w:r>
          </w:p>
        </w:tc>
        <w:tc>
          <w:tcPr>
            <w:tcW w:w="2655" w:type="dxa"/>
          </w:tcPr>
          <w:p w14:paraId="5FA1AB56" w14:textId="1D3A222B" w:rsidR="002069A2" w:rsidRPr="00A014C4" w:rsidRDefault="002069A2" w:rsidP="002069A2">
            <w:r w:rsidRPr="00A014C4">
              <w:t>Cytoplasm/Nucleus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5836EA77" w14:textId="77777777" w:rsidR="002069A2" w:rsidRDefault="002069A2" w:rsidP="002069A2">
            <w:r>
              <w:t>40.68°C / 41.91°C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CDCA78" w14:textId="3C4CA280" w:rsidR="002069A2" w:rsidRPr="002069A2" w:rsidRDefault="002069A2" w:rsidP="002069A2">
            <w:pPr>
              <w:rPr>
                <w:sz w:val="16"/>
                <w:szCs w:val="16"/>
                <w:highlight w:val="yellow"/>
              </w:rPr>
            </w:pPr>
          </w:p>
        </w:tc>
      </w:tr>
      <w:tr w:rsidR="002069A2" w14:paraId="6B340F81" w14:textId="77777777" w:rsidTr="00A014C4">
        <w:tc>
          <w:tcPr>
            <w:tcW w:w="2400" w:type="dxa"/>
          </w:tcPr>
          <w:p w14:paraId="45BB16F1" w14:textId="77777777" w:rsidR="002069A2" w:rsidRDefault="002069A2" w:rsidP="002069A2">
            <w:r>
              <w:t>EfsHSP36.doubleACD</w:t>
            </w:r>
          </w:p>
        </w:tc>
        <w:tc>
          <w:tcPr>
            <w:tcW w:w="924" w:type="dxa"/>
          </w:tcPr>
          <w:p w14:paraId="356BF5B1" w14:textId="77777777" w:rsidR="002069A2" w:rsidRDefault="002069A2" w:rsidP="002069A2">
            <w:r>
              <w:t>36.76</w:t>
            </w:r>
          </w:p>
        </w:tc>
        <w:tc>
          <w:tcPr>
            <w:tcW w:w="879" w:type="dxa"/>
          </w:tcPr>
          <w:p w14:paraId="09BD4E7C" w14:textId="77777777" w:rsidR="002069A2" w:rsidRDefault="002069A2" w:rsidP="002069A2">
            <w:r>
              <w:t>5.1</w:t>
            </w:r>
          </w:p>
        </w:tc>
        <w:tc>
          <w:tcPr>
            <w:tcW w:w="1258" w:type="dxa"/>
          </w:tcPr>
          <w:p w14:paraId="3E78B3F4" w14:textId="77777777" w:rsidR="002069A2" w:rsidRDefault="002069A2" w:rsidP="002069A2">
            <w:r>
              <w:t>-0.544</w:t>
            </w:r>
          </w:p>
        </w:tc>
        <w:tc>
          <w:tcPr>
            <w:tcW w:w="1175" w:type="dxa"/>
          </w:tcPr>
          <w:p w14:paraId="379C675D" w14:textId="77777777" w:rsidR="002069A2" w:rsidRDefault="002069A2" w:rsidP="002069A2">
            <w:r>
              <w:t>40.69</w:t>
            </w:r>
          </w:p>
        </w:tc>
        <w:tc>
          <w:tcPr>
            <w:tcW w:w="1058" w:type="dxa"/>
          </w:tcPr>
          <w:p w14:paraId="06363ED1" w14:textId="77777777" w:rsidR="002069A2" w:rsidRDefault="002069A2" w:rsidP="002069A2">
            <w:r>
              <w:t>75.74</w:t>
            </w:r>
          </w:p>
        </w:tc>
        <w:tc>
          <w:tcPr>
            <w:tcW w:w="2655" w:type="dxa"/>
          </w:tcPr>
          <w:p w14:paraId="6A149E35" w14:textId="4EC34559" w:rsidR="002069A2" w:rsidRPr="00A014C4" w:rsidRDefault="002069A2" w:rsidP="002069A2">
            <w:r w:rsidRPr="00A014C4">
              <w:t>Cytoplasm/Nucleus</w:t>
            </w:r>
          </w:p>
        </w:tc>
        <w:tc>
          <w:tcPr>
            <w:tcW w:w="2693" w:type="dxa"/>
          </w:tcPr>
          <w:p w14:paraId="34063FA1" w14:textId="77777777" w:rsidR="002069A2" w:rsidRDefault="002069A2" w:rsidP="002069A2">
            <w:r>
              <w:t>42.56°C / 42.71°C</w:t>
            </w:r>
          </w:p>
        </w:tc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14:paraId="6EC3DE4D" w14:textId="6302E722" w:rsidR="002069A2" w:rsidRPr="002069A2" w:rsidRDefault="002069A2" w:rsidP="002069A2">
            <w:pPr>
              <w:rPr>
                <w:sz w:val="16"/>
                <w:szCs w:val="16"/>
                <w:highlight w:val="yellow"/>
              </w:rPr>
            </w:pPr>
          </w:p>
        </w:tc>
      </w:tr>
    </w:tbl>
    <w:p w14:paraId="4743B87B" w14:textId="3016CC03" w:rsidR="00E71DF4" w:rsidRDefault="00800793" w:rsidP="00800793">
      <w:pPr>
        <w:ind w:left="-993"/>
      </w:pPr>
      <w:r w:rsidRPr="00800793">
        <w:t>For incomplete sequences, molecular properties (</w:t>
      </w:r>
      <w:r w:rsidR="005A7CB3" w:rsidRPr="005A7CB3">
        <w:rPr>
          <w:vertAlign w:val="superscript"/>
        </w:rPr>
        <w:t>5</w:t>
      </w:r>
      <w:r w:rsidRPr="00800793">
        <w:t>,</w:t>
      </w:r>
      <w:r w:rsidR="005A7CB3" w:rsidRPr="005A7CB3">
        <w:rPr>
          <w:vertAlign w:val="superscript"/>
        </w:rPr>
        <w:t>6</w:t>
      </w:r>
      <w:r w:rsidR="005A7CB3">
        <w:t>,</w:t>
      </w:r>
      <w:r w:rsidR="005A7CB3" w:rsidRPr="005A7CB3">
        <w:rPr>
          <w:vertAlign w:val="superscript"/>
        </w:rPr>
        <w:t>7</w:t>
      </w:r>
      <w:r w:rsidR="005A7CB3">
        <w:t>,</w:t>
      </w:r>
      <w:r w:rsidR="005A7CB3" w:rsidRPr="005A7CB3">
        <w:rPr>
          <w:vertAlign w:val="superscript"/>
        </w:rPr>
        <w:t>8</w:t>
      </w:r>
      <w:r w:rsidR="005A7CB3">
        <w:t>,</w:t>
      </w:r>
      <w:r w:rsidR="005A7CB3" w:rsidRPr="005A7CB3">
        <w:rPr>
          <w:vertAlign w:val="superscript"/>
        </w:rPr>
        <w:t>9</w:t>
      </w:r>
      <w:r w:rsidR="005A7CB3">
        <w:t>,</w:t>
      </w:r>
      <w:r w:rsidR="005A7CB3" w:rsidRPr="005A7CB3">
        <w:rPr>
          <w:vertAlign w:val="superscript"/>
        </w:rPr>
        <w:t>10</w:t>
      </w:r>
      <w:r w:rsidR="005A7CB3">
        <w:t>,</w:t>
      </w:r>
      <w:r w:rsidR="005A7CB3" w:rsidRPr="005A7CB3">
        <w:rPr>
          <w:vertAlign w:val="superscript"/>
        </w:rPr>
        <w:t>11</w:t>
      </w:r>
      <w:r w:rsidRPr="00800793">
        <w:t>) are determined based on the top BLAST match and indicated with an asterisk (*). An exception is EfsHSP59.doubleACD, marked with a dagger (†), where molecular properties were determined from the EfsHSP59.doubleACD sequence itself due to the incompleteness of the top BLAST match.</w:t>
      </w:r>
    </w:p>
    <w:p w14:paraId="39C4688C" w14:textId="04303EDD" w:rsidR="0039116A" w:rsidRPr="005B3B9D" w:rsidRDefault="0039116A" w:rsidP="00800793">
      <w:pPr>
        <w:ind w:left="-993"/>
      </w:pPr>
    </w:p>
    <w:sectPr w:rsidR="0039116A" w:rsidRPr="005B3B9D" w:rsidSect="006E0103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42457527">
    <w:abstractNumId w:val="8"/>
  </w:num>
  <w:num w:numId="2" w16cid:durableId="1590699130">
    <w:abstractNumId w:val="6"/>
  </w:num>
  <w:num w:numId="3" w16cid:durableId="1308777862">
    <w:abstractNumId w:val="5"/>
  </w:num>
  <w:num w:numId="4" w16cid:durableId="1220441977">
    <w:abstractNumId w:val="4"/>
  </w:num>
  <w:num w:numId="5" w16cid:durableId="317925736">
    <w:abstractNumId w:val="7"/>
  </w:num>
  <w:num w:numId="6" w16cid:durableId="114755288">
    <w:abstractNumId w:val="3"/>
  </w:num>
  <w:num w:numId="7" w16cid:durableId="2018381053">
    <w:abstractNumId w:val="2"/>
  </w:num>
  <w:num w:numId="8" w16cid:durableId="875659072">
    <w:abstractNumId w:val="1"/>
  </w:num>
  <w:num w:numId="9" w16cid:durableId="1987661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F2687"/>
    <w:rsid w:val="002069A2"/>
    <w:rsid w:val="0029639D"/>
    <w:rsid w:val="00326F90"/>
    <w:rsid w:val="003544F3"/>
    <w:rsid w:val="0039116A"/>
    <w:rsid w:val="004225C2"/>
    <w:rsid w:val="005010AA"/>
    <w:rsid w:val="0050273A"/>
    <w:rsid w:val="00522C3E"/>
    <w:rsid w:val="005A7CB3"/>
    <w:rsid w:val="005B3B9D"/>
    <w:rsid w:val="00647898"/>
    <w:rsid w:val="006E0103"/>
    <w:rsid w:val="00800793"/>
    <w:rsid w:val="00A014C4"/>
    <w:rsid w:val="00A8047D"/>
    <w:rsid w:val="00AA1D8D"/>
    <w:rsid w:val="00B47730"/>
    <w:rsid w:val="00C5623A"/>
    <w:rsid w:val="00CB0664"/>
    <w:rsid w:val="00CC5905"/>
    <w:rsid w:val="00E3111A"/>
    <w:rsid w:val="00E5258E"/>
    <w:rsid w:val="00E71DF4"/>
    <w:rsid w:val="00FC1E10"/>
    <w:rsid w:val="00FC4E4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15ABA6"/>
  <w14:defaultImageDpi w14:val="300"/>
  <w15:docId w15:val="{CB5B6ACF-780F-44D1-BDC8-D21B12189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027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27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27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27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273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Natasha Lombriz</cp:lastModifiedBy>
  <cp:revision>4</cp:revision>
  <dcterms:created xsi:type="dcterms:W3CDTF">2025-01-13T12:52:00Z</dcterms:created>
  <dcterms:modified xsi:type="dcterms:W3CDTF">2025-01-17T14:25:00Z</dcterms:modified>
  <cp:category/>
</cp:coreProperties>
</file>