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FFA414" w14:textId="4A409DED" w:rsidR="0079150F" w:rsidRPr="0079150F" w:rsidRDefault="0079150F" w:rsidP="00431F65">
      <w:pPr>
        <w:pStyle w:val="BBAuthorName"/>
        <w:spacing w:after="0"/>
        <w:jc w:val="both"/>
        <w:rPr>
          <w:rFonts w:ascii="Times New Roman" w:hAnsi="Times New Roman"/>
          <w:sz w:val="28"/>
          <w:szCs w:val="30"/>
          <w:lang w:eastAsia="zh-CN"/>
        </w:rPr>
      </w:pPr>
      <w:bookmarkStart w:id="0" w:name="_Hlk518218050"/>
      <w:bookmarkStart w:id="1" w:name="_Hlk511687822"/>
      <w:r w:rsidRPr="00303FD6">
        <w:rPr>
          <w:rFonts w:ascii="Times New Roman" w:hAnsi="Times New Roman"/>
          <w:sz w:val="28"/>
          <w:szCs w:val="30"/>
          <w:lang w:eastAsia="zh-CN"/>
        </w:rPr>
        <w:t xml:space="preserve">Supplementary </w:t>
      </w:r>
      <w:r w:rsidR="00BB4E2F">
        <w:rPr>
          <w:rFonts w:ascii="Times New Roman" w:hAnsi="Times New Roman"/>
          <w:sz w:val="28"/>
          <w:szCs w:val="30"/>
          <w:lang w:eastAsia="zh-CN"/>
        </w:rPr>
        <w:t>Information</w:t>
      </w:r>
      <w:r>
        <w:rPr>
          <w:rFonts w:ascii="Times New Roman" w:hAnsi="Times New Roman" w:hint="eastAsia"/>
          <w:sz w:val="28"/>
          <w:szCs w:val="30"/>
          <w:lang w:eastAsia="zh-CN"/>
        </w:rPr>
        <w:t xml:space="preserve"> </w:t>
      </w:r>
      <w:r w:rsidRPr="00CA0B67">
        <w:rPr>
          <w:rFonts w:ascii="Times New Roman" w:hAnsi="Times New Roman" w:hint="eastAsia"/>
          <w:sz w:val="28"/>
          <w:szCs w:val="30"/>
          <w:lang w:eastAsia="zh-CN"/>
        </w:rPr>
        <w:t>for</w:t>
      </w:r>
    </w:p>
    <w:bookmarkEnd w:id="0"/>
    <w:p w14:paraId="0BC70B8A" w14:textId="64C0F2B9" w:rsidR="00186CED" w:rsidRPr="00785A66" w:rsidRDefault="00186CED" w:rsidP="00431F65">
      <w:pPr>
        <w:pStyle w:val="BBAuthorName"/>
        <w:rPr>
          <w:rFonts w:ascii="Times New Roman" w:hAnsi="Times New Roman"/>
          <w:b/>
          <w:i w:val="0"/>
          <w:sz w:val="28"/>
        </w:rPr>
      </w:pPr>
      <w:r w:rsidRPr="001761F2">
        <w:rPr>
          <w:rFonts w:ascii="Times New Roman" w:hAnsi="Times New Roman"/>
          <w:b/>
          <w:i w:val="0"/>
          <w:sz w:val="28"/>
          <w:lang w:val="en-CA"/>
        </w:rPr>
        <w:t xml:space="preserve">A full </w:t>
      </w:r>
      <w:r>
        <w:rPr>
          <w:rFonts w:ascii="Times New Roman" w:hAnsi="Times New Roman"/>
          <w:b/>
          <w:i w:val="0"/>
          <w:sz w:val="28"/>
          <w:lang w:val="en-CA"/>
        </w:rPr>
        <w:t xml:space="preserve">computational </w:t>
      </w:r>
      <w:r w:rsidRPr="001761F2">
        <w:rPr>
          <w:rFonts w:ascii="Times New Roman" w:hAnsi="Times New Roman"/>
          <w:b/>
          <w:i w:val="0"/>
          <w:sz w:val="28"/>
          <w:lang w:val="en-CA"/>
        </w:rPr>
        <w:t>search of CO</w:t>
      </w:r>
      <w:r w:rsidRPr="00C45E12">
        <w:rPr>
          <w:rFonts w:ascii="Times New Roman" w:hAnsi="Times New Roman"/>
          <w:b/>
          <w:i w:val="0"/>
          <w:sz w:val="28"/>
          <w:vertAlign w:val="subscript"/>
          <w:lang w:val="en-CA"/>
        </w:rPr>
        <w:t>2</w:t>
      </w:r>
      <w:r w:rsidRPr="001761F2">
        <w:rPr>
          <w:rFonts w:ascii="Times New Roman" w:hAnsi="Times New Roman"/>
          <w:b/>
          <w:i w:val="0"/>
          <w:sz w:val="28"/>
          <w:lang w:val="en-CA"/>
        </w:rPr>
        <w:t xml:space="preserve"> electroreduction pathways</w:t>
      </w:r>
      <w:r w:rsidR="004449B1">
        <w:rPr>
          <w:rFonts w:ascii="Times New Roman" w:hAnsi="Times New Roman"/>
          <w:b/>
          <w:i w:val="0"/>
          <w:sz w:val="28"/>
          <w:lang w:val="en-CA"/>
        </w:rPr>
        <w:t xml:space="preserve"> using graph theory</w:t>
      </w:r>
    </w:p>
    <w:p w14:paraId="1D33487F" w14:textId="77777777" w:rsidR="00F86CCC" w:rsidRPr="00785A66" w:rsidRDefault="00F86CCC" w:rsidP="00431F65">
      <w:pPr>
        <w:pStyle w:val="BBAuthorName"/>
        <w:jc w:val="both"/>
        <w:rPr>
          <w:rFonts w:ascii="Times New Roman" w:hAnsi="Times New Roman"/>
          <w:i w:val="0"/>
          <w:szCs w:val="24"/>
          <w:vertAlign w:val="superscript"/>
        </w:rPr>
      </w:pPr>
      <w:r w:rsidRPr="00785A66">
        <w:rPr>
          <w:rFonts w:ascii="Times New Roman" w:hAnsi="Times New Roman"/>
          <w:i w:val="0"/>
          <w:szCs w:val="24"/>
        </w:rPr>
        <w:t>Ziyun Wang</w:t>
      </w:r>
      <w:r w:rsidRPr="00785A66">
        <w:rPr>
          <w:rFonts w:ascii="Times New Roman" w:hAnsi="Times New Roman"/>
          <w:i w:val="0"/>
          <w:szCs w:val="24"/>
          <w:vertAlign w:val="superscript"/>
        </w:rPr>
        <w:t>1</w:t>
      </w:r>
      <w:r w:rsidRPr="00785A66">
        <w:rPr>
          <w:rFonts w:ascii="Times New Roman" w:hAnsi="Times New Roman"/>
          <w:i w:val="0"/>
          <w:szCs w:val="24"/>
        </w:rPr>
        <w:t xml:space="preserve">, </w:t>
      </w:r>
      <w:r>
        <w:rPr>
          <w:rFonts w:ascii="Times New Roman" w:hAnsi="Times New Roman"/>
          <w:i w:val="0"/>
          <w:szCs w:val="24"/>
        </w:rPr>
        <w:t>Yuguang C. Li</w:t>
      </w:r>
      <w:r w:rsidRPr="00785A66">
        <w:rPr>
          <w:rFonts w:ascii="Times New Roman" w:hAnsi="Times New Roman"/>
          <w:i w:val="0"/>
          <w:szCs w:val="24"/>
          <w:vertAlign w:val="superscript"/>
        </w:rPr>
        <w:t>1</w:t>
      </w:r>
      <w:r w:rsidRPr="00785A66">
        <w:rPr>
          <w:rFonts w:ascii="Times New Roman" w:hAnsi="Times New Roman"/>
          <w:i w:val="0"/>
          <w:szCs w:val="24"/>
        </w:rPr>
        <w:t xml:space="preserve">, </w:t>
      </w:r>
      <w:r w:rsidRPr="00636F8F">
        <w:rPr>
          <w:rFonts w:ascii="Times New Roman" w:hAnsi="Times New Roman"/>
          <w:i w:val="0"/>
          <w:szCs w:val="24"/>
        </w:rPr>
        <w:t>Jacob R. Boes</w:t>
      </w:r>
      <w:r w:rsidRPr="00785A66">
        <w:rPr>
          <w:rFonts w:ascii="Times New Roman" w:hAnsi="Times New Roman"/>
          <w:i w:val="0"/>
          <w:szCs w:val="24"/>
          <w:vertAlign w:val="superscript"/>
        </w:rPr>
        <w:t>2</w:t>
      </w:r>
      <w:r w:rsidRPr="00785A66">
        <w:rPr>
          <w:rFonts w:ascii="Times New Roman" w:hAnsi="Times New Roman"/>
          <w:i w:val="0"/>
          <w:szCs w:val="24"/>
        </w:rPr>
        <w:t xml:space="preserve">, </w:t>
      </w:r>
      <w:r>
        <w:rPr>
          <w:rFonts w:ascii="Times New Roman" w:hAnsi="Times New Roman"/>
          <w:i w:val="0"/>
          <w:szCs w:val="24"/>
        </w:rPr>
        <w:t>Ying Wang</w:t>
      </w:r>
      <w:r w:rsidRPr="003C1426">
        <w:rPr>
          <w:rFonts w:ascii="Times New Roman" w:hAnsi="Times New Roman"/>
          <w:i w:val="0"/>
          <w:szCs w:val="24"/>
          <w:vertAlign w:val="superscript"/>
        </w:rPr>
        <w:t>1</w:t>
      </w:r>
      <w:r>
        <w:rPr>
          <w:rFonts w:ascii="Times New Roman" w:hAnsi="Times New Roman"/>
          <w:i w:val="0"/>
          <w:szCs w:val="24"/>
        </w:rPr>
        <w:t xml:space="preserve">, </w:t>
      </w:r>
      <w:r w:rsidRPr="00785A66">
        <w:rPr>
          <w:rFonts w:ascii="Times New Roman" w:hAnsi="Times New Roman"/>
          <w:i w:val="0"/>
          <w:szCs w:val="24"/>
        </w:rPr>
        <w:t>Edward H. Sargent</w:t>
      </w:r>
      <w:r w:rsidRPr="00785A66">
        <w:rPr>
          <w:rFonts w:ascii="Times New Roman" w:hAnsi="Times New Roman"/>
          <w:i w:val="0"/>
          <w:szCs w:val="24"/>
          <w:vertAlign w:val="superscript"/>
        </w:rPr>
        <w:t>*,1</w:t>
      </w:r>
    </w:p>
    <w:p w14:paraId="5370E2F0" w14:textId="77777777" w:rsidR="00F86CCC" w:rsidRPr="00785A66" w:rsidRDefault="00F86CCC" w:rsidP="00431F65">
      <w:pPr>
        <w:pStyle w:val="BCAuthorAddress"/>
        <w:jc w:val="both"/>
        <w:rPr>
          <w:rFonts w:ascii="Times New Roman" w:hAnsi="Times New Roman"/>
        </w:rPr>
      </w:pPr>
      <w:r w:rsidRPr="00785A66">
        <w:rPr>
          <w:rFonts w:ascii="Times New Roman" w:hAnsi="Times New Roman"/>
          <w:vertAlign w:val="superscript"/>
        </w:rPr>
        <w:t>1</w:t>
      </w:r>
      <w:r w:rsidRPr="00785A66">
        <w:rPr>
          <w:rFonts w:ascii="Times New Roman" w:hAnsi="Times New Roman"/>
        </w:rPr>
        <w:t>Department of Electrical and Computer Engineering, University of Toronto, 10 King’s College Road, Toronto, ON, M5S 3G4, Canada.</w:t>
      </w:r>
    </w:p>
    <w:p w14:paraId="2CBEF0DF" w14:textId="77777777" w:rsidR="00F86CCC" w:rsidRDefault="00F86CCC" w:rsidP="00431F65">
      <w:pPr>
        <w:pStyle w:val="BCAuthorAddress"/>
        <w:jc w:val="both"/>
        <w:rPr>
          <w:rFonts w:ascii="Times New Roman" w:hAnsi="Times New Roman"/>
          <w:vertAlign w:val="superscript"/>
        </w:rPr>
      </w:pPr>
      <w:r w:rsidRPr="00785A66">
        <w:rPr>
          <w:rFonts w:ascii="Times New Roman" w:hAnsi="Times New Roman"/>
          <w:vertAlign w:val="superscript"/>
        </w:rPr>
        <w:t>2</w:t>
      </w:r>
      <w:r>
        <w:t>Stanford University, Department of Chemical Engineering, Stanford, California 94305, USA</w:t>
      </w:r>
    </w:p>
    <w:p w14:paraId="342B7321" w14:textId="77777777" w:rsidR="00F86CCC" w:rsidRPr="00785A66" w:rsidRDefault="00F86CCC" w:rsidP="00431F65">
      <w:pPr>
        <w:pStyle w:val="BIEmailAddress"/>
        <w:spacing w:after="0"/>
        <w:rPr>
          <w:rFonts w:ascii="Times New Roman" w:hAnsi="Times New Roman"/>
        </w:rPr>
      </w:pPr>
      <w:r w:rsidRPr="00785A66">
        <w:rPr>
          <w:rFonts w:ascii="Times New Roman" w:hAnsi="Times New Roman"/>
          <w:vertAlign w:val="superscript"/>
        </w:rPr>
        <w:t xml:space="preserve"> (*) </w:t>
      </w:r>
      <w:r w:rsidRPr="00785A66">
        <w:rPr>
          <w:rFonts w:ascii="Times New Roman" w:hAnsi="Times New Roman"/>
        </w:rPr>
        <w:t>Correspondence and requests for materials should be addressed to Edward H. Sargent (ted.sargent@utoronto.ca) (E.H.S)</w:t>
      </w:r>
      <w:r w:rsidRPr="00785A66">
        <w:rPr>
          <w:rFonts w:ascii="Times New Roman" w:hAnsi="Times New Roman"/>
        </w:rPr>
        <w:br w:type="page"/>
      </w:r>
    </w:p>
    <w:bookmarkEnd w:id="1"/>
    <w:p w14:paraId="31839B88" w14:textId="2DFC38D5" w:rsidR="001636BB" w:rsidRPr="001C3F8E" w:rsidRDefault="001636BB" w:rsidP="00431F65">
      <w:pPr>
        <w:pStyle w:val="AIReceivedDate"/>
        <w:rPr>
          <w:rFonts w:ascii="Times New Roman" w:hAnsi="Times New Roman"/>
          <w:b w:val="0"/>
          <w:szCs w:val="24"/>
          <w:lang w:val="en-CA" w:eastAsia="zh-CN"/>
        </w:rPr>
      </w:pPr>
      <w:r w:rsidRPr="00CB52C3">
        <w:rPr>
          <w:rFonts w:ascii="Times New Roman" w:hAnsi="Times New Roman"/>
          <w:szCs w:val="24"/>
        </w:rPr>
        <w:lastRenderedPageBreak/>
        <w:t>Computational</w:t>
      </w:r>
      <w:r w:rsidR="00C5570C" w:rsidRPr="00CB52C3">
        <w:rPr>
          <w:rFonts w:ascii="Times New Roman" w:hAnsi="Times New Roman"/>
          <w:szCs w:val="24"/>
        </w:rPr>
        <w:t xml:space="preserve"> methods</w:t>
      </w:r>
      <w:bookmarkStart w:id="2" w:name="OLE_LINK1"/>
      <w:bookmarkStart w:id="3" w:name="OLE_LINK2"/>
      <w:bookmarkStart w:id="4" w:name="OLE_LINK3"/>
      <w:r w:rsidR="00C9638E" w:rsidRPr="00CB52C3">
        <w:rPr>
          <w:rFonts w:ascii="Times New Roman" w:hAnsi="Times New Roman"/>
          <w:szCs w:val="24"/>
        </w:rPr>
        <w:t xml:space="preserve">. </w:t>
      </w:r>
      <w:bookmarkEnd w:id="2"/>
      <w:bookmarkEnd w:id="3"/>
      <w:bookmarkEnd w:id="4"/>
      <w:r w:rsidR="00D652FB" w:rsidRPr="00CB52C3">
        <w:rPr>
          <w:rFonts w:ascii="Times New Roman" w:hAnsi="Times New Roman"/>
          <w:b w:val="0"/>
          <w:bCs/>
          <w:szCs w:val="24"/>
        </w:rPr>
        <w:t>All the DFT calculations were carried out using the</w:t>
      </w:r>
      <w:r w:rsidR="00D652FB" w:rsidRPr="00CB52C3">
        <w:rPr>
          <w:rFonts w:ascii="Times New Roman" w:hAnsi="Times New Roman"/>
          <w:szCs w:val="24"/>
        </w:rPr>
        <w:t xml:space="preserve"> </w:t>
      </w:r>
      <w:r w:rsidR="00097934" w:rsidRPr="00CB52C3">
        <w:rPr>
          <w:rFonts w:ascii="Times New Roman" w:hAnsi="Times New Roman"/>
          <w:b w:val="0"/>
          <w:bCs/>
          <w:i/>
          <w:szCs w:val="24"/>
        </w:rPr>
        <w:t>ab initio</w:t>
      </w:r>
      <w:r w:rsidR="00097934" w:rsidRPr="00CB52C3">
        <w:rPr>
          <w:rFonts w:ascii="Times New Roman" w:hAnsi="Times New Roman"/>
          <w:b w:val="0"/>
          <w:bCs/>
          <w:szCs w:val="24"/>
        </w:rPr>
        <w:t xml:space="preserve"> simulation program (VASP)</w:t>
      </w:r>
      <w:r w:rsidR="00097934" w:rsidRPr="00CB52C3">
        <w:rPr>
          <w:rFonts w:ascii="Times New Roman" w:hAnsi="Times New Roman"/>
          <w:b w:val="0"/>
          <w:bCs/>
          <w:szCs w:val="24"/>
        </w:rPr>
        <w:fldChar w:fldCharType="begin">
          <w:fldData xml:space="preserve">PEVuZE5vdGU+PENpdGU+PEF1dGhvcj5LcmVzc2U8L0F1dGhvcj48WWVhcj4xOTk2PC9ZZWFyPjxS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</w:fldData>
        </w:fldChar>
      </w:r>
      <w:r w:rsidR="00672682">
        <w:rPr>
          <w:rFonts w:ascii="Times New Roman" w:hAnsi="Times New Roman"/>
          <w:b w:val="0"/>
          <w:bCs/>
          <w:szCs w:val="24"/>
        </w:rPr>
        <w:instrText xml:space="preserve"> ADDIN EN.CITE </w:instrText>
      </w:r>
      <w:r w:rsidR="00672682">
        <w:rPr>
          <w:rFonts w:ascii="Times New Roman" w:hAnsi="Times New Roman"/>
          <w:b w:val="0"/>
          <w:bCs/>
          <w:szCs w:val="24"/>
        </w:rPr>
        <w:fldChar w:fldCharType="begin">
          <w:fldData xml:space="preserve">PEVuZE5vdGU+PENpdGU+PEF1dGhvcj5LcmVzc2U8L0F1dGhvcj48WWVhcj4xOTk2PC9ZZWFyPjxS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</w:fldData>
        </w:fldChar>
      </w:r>
      <w:r w:rsidR="00672682">
        <w:rPr>
          <w:rFonts w:ascii="Times New Roman" w:hAnsi="Times New Roman"/>
          <w:b w:val="0"/>
          <w:bCs/>
          <w:szCs w:val="24"/>
        </w:rPr>
        <w:instrText xml:space="preserve"> ADDIN EN.CITE.DATA </w:instrText>
      </w:r>
      <w:r w:rsidR="00672682">
        <w:rPr>
          <w:rFonts w:ascii="Times New Roman" w:hAnsi="Times New Roman"/>
          <w:b w:val="0"/>
          <w:bCs/>
          <w:szCs w:val="24"/>
        </w:rPr>
      </w:r>
      <w:r w:rsidR="00672682">
        <w:rPr>
          <w:rFonts w:ascii="Times New Roman" w:hAnsi="Times New Roman"/>
          <w:b w:val="0"/>
          <w:bCs/>
          <w:szCs w:val="24"/>
        </w:rPr>
        <w:fldChar w:fldCharType="end"/>
      </w:r>
      <w:r w:rsidR="00097934" w:rsidRPr="00CB52C3">
        <w:rPr>
          <w:rFonts w:ascii="Times New Roman" w:hAnsi="Times New Roman"/>
          <w:b w:val="0"/>
          <w:bCs/>
          <w:szCs w:val="24"/>
        </w:rPr>
      </w:r>
      <w:r w:rsidR="00097934" w:rsidRPr="00CB52C3">
        <w:rPr>
          <w:rFonts w:ascii="Times New Roman" w:hAnsi="Times New Roman"/>
          <w:b w:val="0"/>
          <w:bCs/>
          <w:szCs w:val="24"/>
        </w:rPr>
        <w:fldChar w:fldCharType="separate"/>
      </w:r>
      <w:r w:rsidR="00672682" w:rsidRPr="00672682">
        <w:rPr>
          <w:rFonts w:ascii="Times New Roman" w:hAnsi="Times New Roman"/>
          <w:b w:val="0"/>
          <w:bCs/>
          <w:noProof/>
          <w:szCs w:val="24"/>
          <w:vertAlign w:val="superscript"/>
        </w:rPr>
        <w:t>1-4</w:t>
      </w:r>
      <w:r w:rsidR="00097934" w:rsidRPr="00CB52C3">
        <w:rPr>
          <w:rFonts w:ascii="Times New Roman" w:hAnsi="Times New Roman"/>
          <w:b w:val="0"/>
          <w:bCs/>
          <w:szCs w:val="24"/>
        </w:rPr>
        <w:fldChar w:fldCharType="end"/>
      </w:r>
      <w:r w:rsidR="00D652FB" w:rsidRPr="00CB52C3">
        <w:rPr>
          <w:rFonts w:ascii="Times New Roman" w:hAnsi="Times New Roman"/>
          <w:b w:val="0"/>
          <w:bCs/>
          <w:szCs w:val="24"/>
        </w:rPr>
        <w:t xml:space="preserve"> </w:t>
      </w:r>
      <w:r w:rsidR="00097934" w:rsidRPr="00CB52C3">
        <w:rPr>
          <w:rFonts w:ascii="Times New Roman" w:hAnsi="Times New Roman"/>
          <w:b w:val="0"/>
          <w:szCs w:val="24"/>
        </w:rPr>
        <w:t>with the Perdew-Burke-Ernzerhof (PBE)</w:t>
      </w:r>
      <w:r w:rsidR="00097934" w:rsidRPr="00CB52C3">
        <w:rPr>
          <w:rFonts w:ascii="Times New Roman" w:hAnsi="Times New Roman"/>
          <w:b w:val="0"/>
          <w:szCs w:val="24"/>
        </w:rPr>
        <w:fldChar w:fldCharType="begin"/>
      </w:r>
      <w:r w:rsidR="00097934" w:rsidRPr="00CB52C3">
        <w:rPr>
          <w:rFonts w:ascii="Times New Roman" w:hAnsi="Times New Roman"/>
          <w:b w:val="0"/>
          <w:szCs w:val="24"/>
        </w:rPr>
        <w:instrText xml:space="preserve"> ADDIN EN.CITE &lt;EndNote&gt;&lt;Cite&gt;&lt;Author&gt;Perdew&lt;/Author&gt;&lt;Year&gt;1996&lt;/Year&gt;&lt;RecNum&gt;4522&lt;/RecNum&gt;&lt;DisplayText&gt;&lt;style face="superscript"&gt;5&lt;/style&gt;&lt;/DisplayText&gt;&lt;record&gt;&lt;rec-number&gt;4522&lt;/rec-number&gt;&lt;foreign-keys&gt;&lt;key app="EN" db-id="9vxsett92f9p5gevzpo5satx9peas0srxp5e" timestamp="1350588098"&gt;4522&lt;/key&gt;&lt;/foreign-keys&gt;&lt;ref-type name="Journal Article"&gt;17&lt;/ref-type&gt;&lt;contributors&gt;&lt;authors&gt;&lt;author&gt;Perdew, John P.&lt;/author&gt;&lt;author&gt;Burke, Kieron&lt;/author&gt;&lt;author&gt;Ernzerhof, Matthias&lt;/author&gt;&lt;/authors&gt;&lt;/contributors&gt;&lt;titles&gt;&lt;title&gt;Generalized Gradient Approximation Made Simple&lt;/title&gt;&lt;secondary-title&gt;Physical Review Letters&lt;/secondary-title&gt;&lt;/titles&gt;&lt;periodical&gt;&lt;full-title&gt;Physical Review Letters&lt;/full-title&gt;&lt;abbr-1&gt;Phys. Rev. Lett.&lt;/abbr-1&gt;&lt;abbr-2&gt;Phys Rev Lett&lt;/abbr-2&gt;&lt;/periodical&gt;&lt;pages&gt;3865-3868&lt;/pages&gt;&lt;volume&gt;77&lt;/volume&gt;&lt;number&gt;18&lt;/number&gt;&lt;dates&gt;&lt;year&gt;1996&lt;/year&gt;&lt;pub-dates&gt;&lt;date&gt;10/28/&lt;/date&gt;&lt;/pub-dates&gt;&lt;/dates&gt;&lt;publisher&gt;American Physical Society&lt;/publisher&gt;&lt;urls&gt;&lt;related-urls&gt;&lt;url&gt;http://link.aps.org/doi/10.1103/PhysRevLett.77.3865&lt;/url&gt;&lt;/related-urls&gt;&lt;/urls&gt;&lt;/record&gt;&lt;/Cite&gt;&lt;/EndNote&gt;</w:instrText>
      </w:r>
      <w:r w:rsidR="00097934" w:rsidRPr="00CB52C3">
        <w:rPr>
          <w:rFonts w:ascii="Times New Roman" w:hAnsi="Times New Roman"/>
          <w:b w:val="0"/>
          <w:szCs w:val="24"/>
        </w:rPr>
        <w:fldChar w:fldCharType="separate"/>
      </w:r>
      <w:r w:rsidR="00097934" w:rsidRPr="00CB52C3">
        <w:rPr>
          <w:rFonts w:ascii="Times New Roman" w:hAnsi="Times New Roman"/>
          <w:b w:val="0"/>
          <w:noProof/>
          <w:szCs w:val="24"/>
          <w:vertAlign w:val="superscript"/>
        </w:rPr>
        <w:t>5</w:t>
      </w:r>
      <w:r w:rsidR="00097934" w:rsidRPr="00CB52C3">
        <w:rPr>
          <w:rFonts w:ascii="Times New Roman" w:hAnsi="Times New Roman"/>
          <w:b w:val="0"/>
          <w:szCs w:val="24"/>
        </w:rPr>
        <w:fldChar w:fldCharType="end"/>
      </w:r>
      <w:r w:rsidR="00097934" w:rsidRPr="00CB52C3">
        <w:rPr>
          <w:rFonts w:ascii="Times New Roman" w:hAnsi="Times New Roman"/>
          <w:b w:val="0"/>
          <w:szCs w:val="24"/>
        </w:rPr>
        <w:t xml:space="preserve"> exchange-correlation functional. The projector-augmented wave (PAW) method</w:t>
      </w:r>
      <w:r w:rsidR="00097934" w:rsidRPr="00CB52C3">
        <w:rPr>
          <w:rFonts w:ascii="Times New Roman" w:hAnsi="Times New Roman"/>
          <w:b w:val="0"/>
          <w:szCs w:val="24"/>
        </w:rPr>
        <w:fldChar w:fldCharType="begin"/>
      </w:r>
      <w:r w:rsidR="00672682">
        <w:rPr>
          <w:rFonts w:ascii="Times New Roman" w:hAnsi="Times New Roman"/>
          <w:b w:val="0"/>
          <w:szCs w:val="24"/>
        </w:rPr>
        <w:instrText xml:space="preserve"> ADDIN EN.CITE &lt;EndNote&gt;&lt;Cite&gt;&lt;Author&gt;Kresse&lt;/Author&gt;&lt;Year&gt;1999&lt;/Year&gt;&lt;RecNum&gt;4524&lt;/RecNum&gt;&lt;DisplayText&gt;&lt;style face="superscript"&gt;6,7&lt;/style&gt;&lt;/DisplayText&gt;&lt;record&gt;&lt;rec-number&gt;4524&lt;/rec-number&gt;&lt;foreign-keys&gt;&lt;key app="EN" db-id="9vxsett92f9p5gevzpo5satx9peas0srxp5e" timestamp="1350589494"&gt;4524&lt;/key&gt;&lt;/foreign-keys&gt;&lt;ref-type name="Journal Article"&gt;17&lt;/ref-type&gt;&lt;contributors&gt;&lt;authors&gt;&lt;author&gt;Kresse, G.&lt;/author&gt;&lt;author&gt;Joubert, D.&lt;/author&gt;&lt;/authors&gt;&lt;/contributors&gt;&lt;titles&gt;&lt;title&gt;From ultrasoft pseudopotentials to the projector augmented-wave method&lt;/title&gt;&lt;secondary-title&gt;Physical Review B&lt;/secondary-title&gt;&lt;/titles&gt;&lt;periodical&gt;&lt;full-title&gt;Physical Review B&lt;/full-title&gt;&lt;abbr-1&gt;Phys. Rev. B&lt;/abbr-1&gt;&lt;/periodical&gt;&lt;pages&gt;1758-1775&lt;/pages&gt;&lt;volume&gt;59&lt;/volume&gt;&lt;number&gt;3&lt;/number&gt;&lt;dates&gt;&lt;year&gt;1999&lt;/year&gt;&lt;pub-dates&gt;&lt;date&gt;01/15/&lt;/date&gt;&lt;/pub-dates&gt;&lt;/dates&gt;&lt;publisher&gt;American Physical Society&lt;/publisher&gt;&lt;urls&gt;&lt;related-urls&gt;&lt;url&gt;http://link.aps.org/doi/10.1103/PhysRevB.59.1758&lt;/url&gt;&lt;/related-urls&gt;&lt;/urls&gt;&lt;/record&gt;&lt;/Cite&gt;&lt;Cite&gt;&lt;Author&gt;Blöchl&lt;/Author&gt;&lt;Year&gt;1994&lt;/Year&gt;&lt;RecNum&gt;4523&lt;/RecNum&gt;&lt;record&gt;&lt;rec-number&gt;4523&lt;/rec-number&gt;&lt;foreign-keys&gt;&lt;key app="EN" db-id="9vxsett92f9p5gevzpo5satx9peas0srxp5e" timestamp="1350589451"&gt;4523&lt;/key&gt;&lt;/foreign-keys&gt;&lt;ref-type name="Journal Article"&gt;17&lt;/ref-type&gt;&lt;contributors&gt;&lt;authors&gt;&lt;author&gt;Blöchl, P. E.&lt;/author&gt;&lt;/authors&gt;&lt;/contributors&gt;&lt;titles&gt;&lt;title&gt;Projector augmented-wave method&lt;/title&gt;&lt;secondary-title&gt;Physical Review B&lt;/secondary-title&gt;&lt;/titles&gt;&lt;periodical&gt;&lt;full-title&gt;Physical Review B&lt;/full-title&gt;&lt;abbr-1&gt;Phys. Rev. B&lt;/abbr-1&gt;&lt;/periodical&gt;&lt;pages&gt;17953-17979&lt;/pages&gt;&lt;volume&gt;50&lt;/volume&gt;&lt;number&gt;24&lt;/number&gt;&lt;dates&gt;&lt;year&gt;1994&lt;/year&gt;&lt;pub-dates&gt;&lt;date&gt;12/15/&lt;/date&gt;&lt;/pub-dates&gt;&lt;/dates&gt;&lt;publisher&gt;American Physical Society&lt;/publisher&gt;&lt;urls&gt;&lt;related-urls&gt;&lt;url&gt;http://link.aps.org/doi/10.1103/PhysRevB.50.17953&lt;/url&gt;&lt;/related-urls&gt;&lt;/urls&gt;&lt;/record&gt;&lt;/Cite&gt;&lt;/EndNote&gt;</w:instrText>
      </w:r>
      <w:r w:rsidR="00097934" w:rsidRPr="00CB52C3">
        <w:rPr>
          <w:rFonts w:ascii="Times New Roman" w:hAnsi="Times New Roman"/>
          <w:b w:val="0"/>
          <w:szCs w:val="24"/>
        </w:rPr>
        <w:fldChar w:fldCharType="separate"/>
      </w:r>
      <w:r w:rsidR="00672682" w:rsidRPr="00672682">
        <w:rPr>
          <w:rFonts w:ascii="Times New Roman" w:hAnsi="Times New Roman"/>
          <w:b w:val="0"/>
          <w:noProof/>
          <w:szCs w:val="24"/>
          <w:vertAlign w:val="superscript"/>
        </w:rPr>
        <w:t>6,7</w:t>
      </w:r>
      <w:r w:rsidR="00097934" w:rsidRPr="00CB52C3">
        <w:rPr>
          <w:rFonts w:ascii="Times New Roman" w:hAnsi="Times New Roman"/>
          <w:b w:val="0"/>
          <w:szCs w:val="24"/>
        </w:rPr>
        <w:fldChar w:fldCharType="end"/>
      </w:r>
      <w:r w:rsidR="00097934" w:rsidRPr="00CB52C3">
        <w:rPr>
          <w:rFonts w:ascii="Times New Roman" w:hAnsi="Times New Roman"/>
          <w:b w:val="0"/>
          <w:szCs w:val="24"/>
        </w:rPr>
        <w:t xml:space="preserve"> was </w:t>
      </w:r>
      <w:r w:rsidR="00D652FB" w:rsidRPr="00CB52C3">
        <w:rPr>
          <w:rFonts w:ascii="Times New Roman" w:hAnsi="Times New Roman"/>
          <w:b w:val="0"/>
          <w:szCs w:val="24"/>
        </w:rPr>
        <w:t>used</w:t>
      </w:r>
      <w:r w:rsidR="00097934" w:rsidRPr="00CB52C3">
        <w:rPr>
          <w:rFonts w:ascii="Times New Roman" w:hAnsi="Times New Roman"/>
          <w:b w:val="0"/>
          <w:szCs w:val="24"/>
        </w:rPr>
        <w:t xml:space="preserve"> to describe the electron-ion interactions, and the cut-off energy for the plane-wave basis set was 450 eV. In order to illustrate the long-range dispersion interactions between the adsorbates and catalysts, we employed the D3 correction method by Grimme et al.</w:t>
      </w:r>
      <w:r w:rsidR="00097934" w:rsidRPr="00CB52C3">
        <w:rPr>
          <w:rFonts w:ascii="Times New Roman" w:hAnsi="Times New Roman"/>
          <w:b w:val="0"/>
          <w:szCs w:val="24"/>
        </w:rPr>
        <w:fldChar w:fldCharType="begin"/>
      </w:r>
      <w:r w:rsidR="00097934" w:rsidRPr="00CB52C3">
        <w:rPr>
          <w:rFonts w:ascii="Times New Roman" w:hAnsi="Times New Roman"/>
          <w:b w:val="0"/>
          <w:szCs w:val="24"/>
        </w:rPr>
        <w:instrText xml:space="preserve"> ADDIN EN.CITE &lt;EndNote&gt;&lt;Cite&gt;&lt;Author&gt;Grimme&lt;/Author&gt;&lt;Year&gt;2010&lt;/Year&gt;&lt;RecNum&gt;9538&lt;/RecNum&gt;&lt;DisplayText&gt;&lt;style face="superscript"&gt;8&lt;/style&gt;&lt;/DisplayText&gt;&lt;record&gt;&lt;rec-number&gt;9538&lt;/rec-number&gt;&lt;foreign-keys&gt;&lt;key app="EN" db-id="9vxsett92f9p5gevzpo5satx9peas0srxp5e" timestamp="1500156322"&gt;9538&lt;/key&gt;&lt;/foreign-keys&gt;&lt;ref-type name="Journal Article"&gt;17&lt;/ref-type&gt;&lt;contributors&gt;&lt;authors&gt;&lt;author&gt;Grimme, Stefan&lt;/author&gt;&lt;author&gt;Antony, Jens&lt;/author&gt;&lt;author&gt;Ehrlich, Stephan&lt;/author&gt;&lt;author&gt;Krieg, Helge&lt;/author&gt;&lt;/authors&gt;&lt;/contributors&gt;&lt;titles&gt;&lt;title&gt;A consistent and accurate ab initio parametrization of density functional dispersion correction (DFT-D) for the 94 elements H-Pu&lt;/title&gt;&lt;secondary-title&gt;The Journal of Chemical Physics&lt;/secondary-title&gt;&lt;/titles&gt;&lt;periodical&gt;&lt;full-title&gt;The Journal of chemical physics&lt;/full-title&gt;&lt;/periodical&gt;&lt;pages&gt;154104&lt;/pages&gt;&lt;volume&gt;132&lt;/volume&gt;&lt;number&gt;15&lt;/number&gt;&lt;dates&gt;&lt;year&gt;2010&lt;/year&gt;&lt;pub-dates&gt;&lt;date&gt;2010/04/21&lt;/date&gt;&lt;/pub-dates&gt;&lt;/dates&gt;&lt;publisher&gt;American Institute of Physics&lt;/publisher&gt;&lt;isbn&gt;0021-9606&lt;/isbn&gt;&lt;urls&gt;&lt;related-urls&gt;&lt;url&gt;http://dx.doi.org/10.1063/1.3382344&lt;/url&gt;&lt;/related-urls&gt;&lt;/urls&gt;&lt;electronic-resource-num&gt;10.1063/1.3382344&lt;/electronic-resource-num&gt;&lt;access-date&gt;2017/07/15&lt;/access-date&gt;&lt;/record&gt;&lt;/Cite&gt;&lt;/EndNote&gt;</w:instrText>
      </w:r>
      <w:r w:rsidR="00097934" w:rsidRPr="00CB52C3">
        <w:rPr>
          <w:rFonts w:ascii="Times New Roman" w:hAnsi="Times New Roman"/>
          <w:b w:val="0"/>
          <w:szCs w:val="24"/>
        </w:rPr>
        <w:fldChar w:fldCharType="separate"/>
      </w:r>
      <w:r w:rsidR="00097934" w:rsidRPr="00CB52C3">
        <w:rPr>
          <w:rFonts w:ascii="Times New Roman" w:hAnsi="Times New Roman"/>
          <w:b w:val="0"/>
          <w:noProof/>
          <w:szCs w:val="24"/>
          <w:vertAlign w:val="superscript"/>
        </w:rPr>
        <w:t>8</w:t>
      </w:r>
      <w:r w:rsidR="00097934" w:rsidRPr="00CB52C3">
        <w:rPr>
          <w:rFonts w:ascii="Times New Roman" w:hAnsi="Times New Roman"/>
          <w:b w:val="0"/>
          <w:szCs w:val="24"/>
        </w:rPr>
        <w:fldChar w:fldCharType="end"/>
      </w:r>
      <w:r w:rsidR="00097934" w:rsidRPr="00CB52C3">
        <w:rPr>
          <w:rFonts w:ascii="Times New Roman" w:hAnsi="Times New Roman"/>
          <w:b w:val="0"/>
          <w:szCs w:val="24"/>
        </w:rPr>
        <w:t xml:space="preserve">. Brillouin zone integration was accomplished using a 3×3×1 Monkhorst-Pack k-point mesh. All the adsorption geometries were optimized using a force-based conjugate gradient algorithm. </w:t>
      </w:r>
      <w:r w:rsidR="009B4FA6" w:rsidRPr="00CB52C3">
        <w:rPr>
          <w:rFonts w:ascii="Times New Roman" w:hAnsi="Times New Roman"/>
          <w:b w:val="0"/>
          <w:szCs w:val="24"/>
        </w:rPr>
        <w:t xml:space="preserve">The crystal structure of copper was optimized, and the lattice parameter is 3.63 Å. </w:t>
      </w:r>
      <w:r w:rsidR="007C1E9F" w:rsidRPr="00CB52C3">
        <w:rPr>
          <w:rFonts w:ascii="Times New Roman" w:hAnsi="Times New Roman"/>
          <w:b w:val="0"/>
          <w:szCs w:val="24"/>
        </w:rPr>
        <w:t xml:space="preserve">For Cu(111) and Cu(100), the four-layer p(3×3) slab was used with the upper two layer relaxed and bottom two layer fixed. </w:t>
      </w:r>
      <w:r w:rsidR="0078538C" w:rsidRPr="00CB52C3">
        <w:rPr>
          <w:rFonts w:ascii="Times New Roman" w:hAnsi="Times New Roman"/>
          <w:b w:val="0"/>
          <w:szCs w:val="24"/>
        </w:rPr>
        <w:t>The initial structures of all the intermediate states were obtained using the Catkit package developed by Stanford University (</w:t>
      </w:r>
      <w:hyperlink r:id="rId8" w:history="1">
        <w:r w:rsidRPr="00CB52C3">
          <w:rPr>
            <w:rStyle w:val="Hyperlink"/>
            <w:rFonts w:ascii="Times New Roman" w:hAnsi="Times New Roman"/>
            <w:b w:val="0"/>
            <w:szCs w:val="24"/>
          </w:rPr>
          <w:t>https://github.com/SUNCAT-Center/CatKit</w:t>
        </w:r>
      </w:hyperlink>
      <w:r w:rsidR="0078538C" w:rsidRPr="00CB52C3">
        <w:rPr>
          <w:rFonts w:ascii="Times New Roman" w:hAnsi="Times New Roman"/>
          <w:b w:val="0"/>
          <w:szCs w:val="24"/>
        </w:rPr>
        <w:t>).</w:t>
      </w:r>
    </w:p>
    <w:p w14:paraId="653FB15E" w14:textId="4B27C94B" w:rsidR="001860CE" w:rsidRPr="00CB52C3" w:rsidRDefault="002F4C58" w:rsidP="00431F65">
      <w:pPr>
        <w:pStyle w:val="AIReceivedDate"/>
        <w:ind w:firstLine="420"/>
        <w:rPr>
          <w:rFonts w:ascii="Times New Roman" w:hAnsi="Times New Roman"/>
          <w:b w:val="0"/>
          <w:szCs w:val="24"/>
        </w:rPr>
      </w:pPr>
      <w:r w:rsidRPr="00CB52C3">
        <w:rPr>
          <w:rFonts w:ascii="Times New Roman" w:hAnsi="Times New Roman"/>
          <w:b w:val="0"/>
          <w:szCs w:val="24"/>
        </w:rPr>
        <w:t>To consider the entropy effect, we used the following entropy values from NIST</w:t>
      </w:r>
      <w:r w:rsidR="001636BB" w:rsidRPr="00CB52C3">
        <w:rPr>
          <w:rFonts w:ascii="Times New Roman" w:hAnsi="Times New Roman"/>
          <w:b w:val="0"/>
          <w:szCs w:val="24"/>
        </w:rPr>
        <w:fldChar w:fldCharType="begin"/>
      </w:r>
      <w:r w:rsidR="001636BB" w:rsidRPr="00CB52C3">
        <w:rPr>
          <w:rFonts w:ascii="Times New Roman" w:hAnsi="Times New Roman"/>
          <w:b w:val="0"/>
          <w:szCs w:val="24"/>
        </w:rPr>
        <w:instrText xml:space="preserve"> ADDIN EN.CITE &lt;EndNote&gt;&lt;Cite&gt;&lt;Year&gt;2005&lt;/Year&gt;&lt;RecNum&gt;6820&lt;/RecNum&gt;&lt;DisplayText&gt;&lt;style face="superscript"&gt;9&lt;/style&gt;&lt;/DisplayText&gt;&lt;record&gt;&lt;rec-number&gt;6820&lt;/rec-number&gt;&lt;foreign-keys&gt;&lt;key app="EN" db-id="9vxsett92f9p5gevzpo5satx9peas0srxp5e" timestamp="1409826896"&gt;6820&lt;/key&gt;&lt;/foreign-keys&gt;&lt;ref-type name="Book"&gt;6&lt;/ref-type&gt;&lt;contributors&gt;&lt;secondary-authors&gt;&lt;author&gt;Linstrom, P. J.&lt;/author&gt;&lt;author&gt;Mallard, W. G.&lt;/author&gt;&lt;/secondary-authors&gt;&lt;/contributors&gt;&lt;auth-address&gt;Gaithersburg MD, 20899&lt;/auth-address&gt;&lt;titles&gt;&lt;title&gt;NIST Chemistry WebBook, NIST Standard Reference Database Number 69&lt;/title&gt;&lt;/titles&gt;&lt;keywords&gt;&lt;keyword&gt;chemical-properties&lt;/keyword&gt;&lt;keyword&gt;spectroscopy&lt;/keyword&gt;&lt;/keywords&gt;&lt;dates&gt;&lt;year&gt;2005&lt;/year&gt;&lt;/dates&gt;&lt;publisher&gt;National Institute of Standards and Technology&lt;/publisher&gt;&lt;urls&gt;&lt;related-urls&gt;&lt;url&gt;http://webbook.nist.gov&lt;/url&gt;&lt;/related-urls&gt;&lt;/urls&gt;&lt;electronic-resource-num&gt;citeulike-article-id:3211271&lt;/electronic-resource-num&gt;&lt;/record&gt;&lt;/Cite&gt;&lt;/EndNote&gt;</w:instrText>
      </w:r>
      <w:r w:rsidR="001636BB" w:rsidRPr="00CB52C3">
        <w:rPr>
          <w:rFonts w:ascii="Times New Roman" w:hAnsi="Times New Roman"/>
          <w:b w:val="0"/>
          <w:szCs w:val="24"/>
        </w:rPr>
        <w:fldChar w:fldCharType="separate"/>
      </w:r>
      <w:r w:rsidR="001636BB" w:rsidRPr="00CB52C3">
        <w:rPr>
          <w:rFonts w:ascii="Times New Roman" w:hAnsi="Times New Roman"/>
          <w:b w:val="0"/>
          <w:noProof/>
          <w:szCs w:val="24"/>
          <w:vertAlign w:val="superscript"/>
        </w:rPr>
        <w:t>9</w:t>
      </w:r>
      <w:r w:rsidR="001636BB" w:rsidRPr="00CB52C3">
        <w:rPr>
          <w:rFonts w:ascii="Times New Roman" w:hAnsi="Times New Roman"/>
          <w:b w:val="0"/>
          <w:szCs w:val="24"/>
        </w:rPr>
        <w:fldChar w:fldCharType="end"/>
      </w:r>
      <w:r w:rsidRPr="00CB52C3">
        <w:rPr>
          <w:rFonts w:ascii="Times New Roman" w:hAnsi="Times New Roman"/>
          <w:b w:val="0"/>
          <w:szCs w:val="24"/>
        </w:rPr>
        <w:t xml:space="preserve">: 197.66 J/mol/K for CO, 192.8 J/mol/K for 1-propanol, 117.3 J/mol/K for acetaldehyde, 200.4 J/mol/K for acetone, 159.86 J/mol/K for ethanol, 219.32 J/mol/K for ethylene, 166.9 J/mol/K for ethylene glycol, 186.25 J/mol/K for methane, 127.2 J/mol/K for methanol, 212.9 J/mol/K for propionaldehyde, 229.6 J/mol/K for ethane, 269.91 J/mol/K for propane, 180.58 J/mol/K for 2-propanol, </w:t>
      </w:r>
      <w:r w:rsidR="001636BB" w:rsidRPr="00CB52C3">
        <w:rPr>
          <w:rFonts w:ascii="Times New Roman" w:hAnsi="Times New Roman"/>
          <w:b w:val="0"/>
          <w:szCs w:val="24"/>
        </w:rPr>
        <w:t xml:space="preserve">and </w:t>
      </w:r>
      <w:r w:rsidRPr="00CB52C3">
        <w:rPr>
          <w:rFonts w:ascii="Times New Roman" w:hAnsi="Times New Roman"/>
          <w:b w:val="0"/>
          <w:szCs w:val="24"/>
        </w:rPr>
        <w:t>200.93 J/mol/K for acetylene</w:t>
      </w:r>
      <w:r w:rsidR="001636BB" w:rsidRPr="00CB52C3">
        <w:rPr>
          <w:rFonts w:ascii="Times New Roman" w:hAnsi="Times New Roman"/>
          <w:b w:val="0"/>
          <w:szCs w:val="24"/>
        </w:rPr>
        <w:t xml:space="preserve">. For the </w:t>
      </w:r>
      <w:r w:rsidR="001636BB" w:rsidRPr="00CB52C3">
        <w:rPr>
          <w:rFonts w:ascii="Times New Roman" w:hAnsi="Times New Roman"/>
          <w:b w:val="0"/>
          <w:szCs w:val="24"/>
          <w:lang w:eastAsia="zh-CN"/>
        </w:rPr>
        <w:t xml:space="preserve">products not in NIST, we used the entropy values of similar products: </w:t>
      </w:r>
      <w:r w:rsidR="001636BB" w:rsidRPr="00CB52C3">
        <w:rPr>
          <w:rFonts w:ascii="Times New Roman" w:hAnsi="Times New Roman"/>
          <w:b w:val="0"/>
          <w:szCs w:val="24"/>
        </w:rPr>
        <w:t>200.4 J/mol/K for allyl alcohol and hydroxyacetone from acetone, 166.9 J/mol/K for glycolaldehyde and glyoxal from ethylene glycol, 192.8 J/mol/K for 1,2-propylene glycol, 1,3-propylene glycol, and glycerol from 1-propanol.</w:t>
      </w:r>
    </w:p>
    <w:p w14:paraId="1451DE33" w14:textId="0347AA9B" w:rsidR="00F96AE0" w:rsidRPr="00F96AE0" w:rsidRDefault="00F96AE0" w:rsidP="00431F65">
      <w:pPr>
        <w:spacing w:line="480" w:lineRule="auto"/>
        <w:rPr>
          <w:rFonts w:ascii="Times New Roman" w:hAnsi="Times New Roman"/>
          <w:sz w:val="24"/>
          <w:szCs w:val="24"/>
          <w:lang w:val="en-CA"/>
        </w:rPr>
      </w:pPr>
      <w:r>
        <w:rPr>
          <w:rFonts w:ascii="Times New Roman" w:hAnsi="Times New Roman"/>
          <w:b/>
          <w:sz w:val="24"/>
          <w:szCs w:val="24"/>
          <w:lang w:eastAsia="en-US"/>
        </w:rPr>
        <w:lastRenderedPageBreak/>
        <w:t>Implementation of pH and applied potential.</w:t>
      </w:r>
      <w:r w:rsidRPr="00F96AE0">
        <w:rPr>
          <w:rFonts w:ascii="Times New Roman" w:hAnsi="Times New Roman"/>
          <w:color w:val="4472C4" w:themeColor="accent1"/>
          <w:sz w:val="24"/>
          <w:szCs w:val="24"/>
          <w:lang w:val="en-CA"/>
        </w:rPr>
        <w:t xml:space="preserve"> </w:t>
      </w:r>
      <w:r w:rsidRPr="00F96AE0">
        <w:rPr>
          <w:rFonts w:ascii="Times New Roman" w:hAnsi="Times New Roman"/>
          <w:sz w:val="24"/>
          <w:szCs w:val="24"/>
          <w:lang w:val="en-CA"/>
        </w:rPr>
        <w:t>The computational hydrogen electrode (CHE) assumes at U=0 V vs. RHE, protons and electrons are at equilibrium with H</w:t>
      </w:r>
      <w:r w:rsidRPr="00F96AE0">
        <w:rPr>
          <w:rFonts w:ascii="Times New Roman" w:hAnsi="Times New Roman"/>
          <w:sz w:val="24"/>
          <w:szCs w:val="24"/>
          <w:vertAlign w:val="subscript"/>
          <w:lang w:val="en-CA"/>
        </w:rPr>
        <w:t>2</w:t>
      </w:r>
      <w:r w:rsidRPr="00F96AE0">
        <w:rPr>
          <w:rFonts w:ascii="Times New Roman" w:hAnsi="Times New Roman"/>
          <w:sz w:val="24"/>
          <w:szCs w:val="24"/>
          <w:lang w:val="en-CA"/>
        </w:rPr>
        <w:t xml:space="preserve"> at 1 atm, 298 K, and all pH values:</w:t>
      </w:r>
    </w:p>
    <w:p w14:paraId="23C618D4" w14:textId="0655332D" w:rsidR="00F96AE0" w:rsidRPr="00F96AE0" w:rsidRDefault="00AC6CE9" w:rsidP="00431F65">
      <w:pPr>
        <w:spacing w:line="480" w:lineRule="auto"/>
        <w:jc w:val="center"/>
        <w:rPr>
          <w:rFonts w:ascii="Times New Roman" w:hAnsi="Times New Roman"/>
          <w:sz w:val="24"/>
          <w:szCs w:val="24"/>
          <w:lang w:val="en-CA"/>
        </w:rPr>
      </w:pPr>
      <m:oMath>
        <m:sSup>
          <m:sSupPr>
            <m:ctrlPr>
              <w:rPr>
                <w:rFonts w:ascii="Cambria Math" w:hAnsi="Cambria Math"/>
                <w:i/>
                <w:sz w:val="24"/>
                <w:szCs w:val="24"/>
                <w:lang w:val="en-CA"/>
              </w:rPr>
            </m:ctrlPr>
          </m:sSupPr>
          <m:e>
            <m:r>
              <w:rPr>
                <w:rFonts w:ascii="Cambria Math" w:hAnsi="Cambria Math"/>
                <w:sz w:val="24"/>
                <w:szCs w:val="24"/>
                <w:lang w:val="en-CA"/>
              </w:rPr>
              <m:t>H</m:t>
            </m:r>
          </m:e>
          <m:sup>
            <m:r>
              <w:rPr>
                <w:rFonts w:ascii="Cambria Math" w:hAnsi="Cambria Math"/>
                <w:sz w:val="24"/>
                <w:szCs w:val="24"/>
                <w:lang w:val="en-CA"/>
              </w:rPr>
              <m:t>+</m:t>
            </m:r>
          </m:sup>
        </m:sSup>
        <m:r>
          <w:rPr>
            <w:rFonts w:ascii="Cambria Math" w:hAnsi="Cambria Math"/>
            <w:sz w:val="24"/>
            <w:szCs w:val="24"/>
            <w:lang w:val="en-CA"/>
          </w:rPr>
          <m:t>+</m:t>
        </m:r>
        <m:sSup>
          <m:sSupPr>
            <m:ctrlPr>
              <w:rPr>
                <w:rFonts w:ascii="Cambria Math" w:hAnsi="Cambria Math"/>
                <w:i/>
                <w:sz w:val="24"/>
                <w:szCs w:val="24"/>
                <w:lang w:val="en-CA"/>
              </w:rPr>
            </m:ctrlPr>
          </m:sSupPr>
          <m:e>
            <m:r>
              <w:rPr>
                <w:rFonts w:ascii="Cambria Math" w:hAnsi="Cambria Math"/>
                <w:sz w:val="24"/>
                <w:szCs w:val="24"/>
                <w:lang w:val="en-CA"/>
              </w:rPr>
              <m:t>e</m:t>
            </m:r>
          </m:e>
          <m:sup>
            <m:r>
              <w:rPr>
                <w:rFonts w:ascii="Cambria Math" w:hAnsi="Cambria Math"/>
                <w:sz w:val="24"/>
                <w:szCs w:val="24"/>
                <w:lang w:val="en-CA"/>
              </w:rPr>
              <m:t>-</m:t>
            </m:r>
          </m:sup>
        </m:sSup>
        <m:r>
          <w:rPr>
            <w:rFonts w:ascii="Cambria Math" w:hAnsi="Cambria Math"/>
            <w:sz w:val="24"/>
            <w:szCs w:val="24"/>
            <w:lang w:val="en-CA"/>
          </w:rPr>
          <m:t>→</m:t>
        </m:r>
        <m:sSub>
          <m:sSubPr>
            <m:ctrlPr>
              <w:rPr>
                <w:rFonts w:ascii="Cambria Math" w:hAnsi="Cambria Math"/>
                <w:i/>
                <w:sz w:val="24"/>
                <w:szCs w:val="24"/>
                <w:lang w:val="en-CA"/>
              </w:rPr>
            </m:ctrlPr>
          </m:sSubPr>
          <m:e>
            <m:r>
              <w:rPr>
                <w:rFonts w:ascii="Cambria Math" w:hAnsi="Cambria Math"/>
                <w:sz w:val="24"/>
                <w:szCs w:val="24"/>
                <w:lang w:val="en-CA"/>
              </w:rPr>
              <m:t>H</m:t>
            </m:r>
          </m:e>
          <m:sub>
            <m:r>
              <w:rPr>
                <w:rFonts w:ascii="Cambria Math" w:hAnsi="Cambria Math"/>
                <w:sz w:val="24"/>
                <w:szCs w:val="24"/>
                <w:lang w:val="en-CA"/>
              </w:rPr>
              <m:t>2</m:t>
            </m:r>
          </m:sub>
        </m:sSub>
        <m:r>
          <w:rPr>
            <w:rFonts w:ascii="Cambria Math" w:hAnsi="Cambria Math"/>
            <w:sz w:val="24"/>
            <w:szCs w:val="24"/>
            <w:lang w:val="en-CA"/>
          </w:rPr>
          <m:t>(g)</m:t>
        </m:r>
      </m:oMath>
      <w:r w:rsidR="00F96AE0" w:rsidRPr="00F96AE0">
        <w:rPr>
          <w:rFonts w:ascii="Times New Roman" w:hAnsi="Times New Roman"/>
          <w:sz w:val="24"/>
          <w:szCs w:val="24"/>
          <w:lang w:val="en-CA"/>
        </w:rPr>
        <w:t xml:space="preserve">          (</w:t>
      </w:r>
      <w:r w:rsidR="001B2654">
        <w:rPr>
          <w:rFonts w:ascii="Times New Roman" w:hAnsi="Times New Roman"/>
          <w:sz w:val="24"/>
          <w:szCs w:val="24"/>
          <w:lang w:val="en-CA"/>
        </w:rPr>
        <w:t>S</w:t>
      </w:r>
      <w:r w:rsidR="00F96AE0" w:rsidRPr="00F96AE0">
        <w:rPr>
          <w:rFonts w:ascii="Times New Roman" w:hAnsi="Times New Roman"/>
          <w:sz w:val="24"/>
          <w:szCs w:val="24"/>
          <w:lang w:val="en-CA"/>
        </w:rPr>
        <w:t>1)</w:t>
      </w:r>
    </w:p>
    <w:p w14:paraId="01B34FBE" w14:textId="77777777" w:rsidR="00F96AE0" w:rsidRPr="00F96AE0" w:rsidRDefault="00F96AE0" w:rsidP="00431F65">
      <w:pPr>
        <w:spacing w:line="480" w:lineRule="auto"/>
        <w:rPr>
          <w:rFonts w:ascii="Times New Roman" w:hAnsi="Times New Roman"/>
          <w:sz w:val="24"/>
          <w:szCs w:val="24"/>
          <w:lang w:val="en-CA"/>
        </w:rPr>
      </w:pPr>
      <w:r w:rsidRPr="00F96AE0">
        <w:rPr>
          <w:rFonts w:ascii="Times New Roman" w:hAnsi="Times New Roman"/>
          <w:sz w:val="24"/>
          <w:szCs w:val="24"/>
          <w:lang w:val="en-CA"/>
        </w:rPr>
        <w:t>At potential U</w:t>
      </w:r>
      <w:r w:rsidRPr="00F96AE0">
        <w:rPr>
          <w:rFonts w:ascii="Times New Roman" w:hAnsi="Times New Roman"/>
          <w:sz w:val="24"/>
          <w:szCs w:val="24"/>
          <w:vertAlign w:val="subscript"/>
          <w:lang w:val="en-CA"/>
        </w:rPr>
        <w:t xml:space="preserve">RHE </w:t>
      </w:r>
      <w:r w:rsidRPr="00F96AE0">
        <w:rPr>
          <w:rFonts w:ascii="Times New Roman" w:hAnsi="Times New Roman"/>
          <w:sz w:val="24"/>
          <w:szCs w:val="24"/>
          <w:lang w:val="en-CA"/>
        </w:rPr>
        <w:t xml:space="preserve">≠ 0 V vs. RHE, </w:t>
      </w:r>
    </w:p>
    <w:p w14:paraId="5706CD84" w14:textId="0D99080A" w:rsidR="00F96AE0" w:rsidRPr="00F96AE0" w:rsidRDefault="00F96AE0" w:rsidP="00431F65">
      <w:pPr>
        <w:spacing w:line="480" w:lineRule="auto"/>
        <w:jc w:val="center"/>
        <w:rPr>
          <w:rFonts w:ascii="Times New Roman" w:hAnsi="Times New Roman"/>
          <w:sz w:val="24"/>
          <w:szCs w:val="24"/>
          <w:lang w:val="en-CA"/>
        </w:rPr>
      </w:pPr>
      <m:oMath>
        <m:r>
          <w:rPr>
            <w:rFonts w:ascii="Cambria Math" w:hAnsi="Cambria Math"/>
            <w:sz w:val="24"/>
            <w:szCs w:val="24"/>
            <w:lang w:val="en-CA"/>
          </w:rPr>
          <m:t>μ</m:t>
        </m:r>
        <m:d>
          <m:dPr>
            <m:ctrlPr>
              <w:rPr>
                <w:rFonts w:ascii="Cambria Math" w:hAnsi="Cambria Math"/>
                <w:i/>
                <w:sz w:val="24"/>
                <w:szCs w:val="24"/>
                <w:lang w:val="en-CA"/>
              </w:rPr>
            </m:ctrlPr>
          </m:dPr>
          <m:e>
            <m:sSup>
              <m:sSupPr>
                <m:ctrlPr>
                  <w:rPr>
                    <w:rFonts w:ascii="Cambria Math" w:hAnsi="Cambria Math"/>
                    <w:i/>
                    <w:sz w:val="24"/>
                    <w:szCs w:val="24"/>
                    <w:lang w:val="en-CA"/>
                  </w:rPr>
                </m:ctrlPr>
              </m:sSupPr>
              <m:e>
                <m:r>
                  <w:rPr>
                    <w:rFonts w:ascii="Cambria Math" w:hAnsi="Cambria Math"/>
                    <w:sz w:val="24"/>
                    <w:szCs w:val="24"/>
                    <w:lang w:val="en-CA"/>
                  </w:rPr>
                  <m:t>H</m:t>
                </m:r>
              </m:e>
              <m:sup>
                <m:r>
                  <w:rPr>
                    <w:rFonts w:ascii="Cambria Math" w:hAnsi="Cambria Math"/>
                    <w:sz w:val="24"/>
                    <w:szCs w:val="24"/>
                    <w:lang w:val="en-CA"/>
                  </w:rPr>
                  <m:t>+</m:t>
                </m:r>
              </m:sup>
            </m:sSup>
          </m:e>
        </m:d>
        <m:r>
          <w:rPr>
            <w:rFonts w:ascii="Cambria Math" w:hAnsi="Cambria Math"/>
            <w:sz w:val="24"/>
            <w:szCs w:val="24"/>
            <w:lang w:val="en-CA"/>
          </w:rPr>
          <m:t>+μ</m:t>
        </m:r>
        <m:d>
          <m:dPr>
            <m:ctrlPr>
              <w:rPr>
                <w:rFonts w:ascii="Cambria Math" w:hAnsi="Cambria Math"/>
                <w:i/>
                <w:sz w:val="24"/>
                <w:szCs w:val="24"/>
                <w:lang w:val="en-CA"/>
              </w:rPr>
            </m:ctrlPr>
          </m:dPr>
          <m:e>
            <m:sSup>
              <m:sSupPr>
                <m:ctrlPr>
                  <w:rPr>
                    <w:rFonts w:ascii="Cambria Math" w:hAnsi="Cambria Math"/>
                    <w:i/>
                    <w:sz w:val="24"/>
                    <w:szCs w:val="24"/>
                    <w:lang w:val="en-CA"/>
                  </w:rPr>
                </m:ctrlPr>
              </m:sSupPr>
              <m:e>
                <m:r>
                  <w:rPr>
                    <w:rFonts w:ascii="Cambria Math" w:hAnsi="Cambria Math"/>
                    <w:sz w:val="24"/>
                    <w:szCs w:val="24"/>
                    <w:lang w:val="en-CA"/>
                  </w:rPr>
                  <m:t>e</m:t>
                </m:r>
              </m:e>
              <m:sup>
                <m:r>
                  <w:rPr>
                    <w:rFonts w:ascii="Cambria Math" w:hAnsi="Cambria Math"/>
                    <w:sz w:val="24"/>
                    <w:szCs w:val="24"/>
                    <w:lang w:val="en-CA"/>
                  </w:rPr>
                  <m:t>-</m:t>
                </m:r>
              </m:sup>
            </m:sSup>
          </m:e>
        </m:d>
        <m:r>
          <w:rPr>
            <w:rFonts w:ascii="Cambria Math" w:hAnsi="Cambria Math"/>
            <w:sz w:val="24"/>
            <w:szCs w:val="24"/>
            <w:lang w:val="en-CA"/>
          </w:rPr>
          <m:t>=</m:t>
        </m:r>
        <m:f>
          <m:fPr>
            <m:ctrlPr>
              <w:rPr>
                <w:rFonts w:ascii="Cambria Math" w:hAnsi="Cambria Math"/>
                <w:i/>
                <w:sz w:val="24"/>
                <w:szCs w:val="24"/>
                <w:lang w:val="en-CA"/>
              </w:rPr>
            </m:ctrlPr>
          </m:fPr>
          <m:num>
            <m:r>
              <w:rPr>
                <w:rFonts w:ascii="Cambria Math" w:hAnsi="Cambria Math"/>
                <w:sz w:val="24"/>
                <w:szCs w:val="24"/>
                <w:lang w:val="en-CA"/>
              </w:rPr>
              <m:t>1</m:t>
            </m:r>
          </m:num>
          <m:den>
            <m:r>
              <w:rPr>
                <w:rFonts w:ascii="Cambria Math" w:hAnsi="Cambria Math"/>
                <w:sz w:val="24"/>
                <w:szCs w:val="24"/>
                <w:lang w:val="en-CA"/>
              </w:rPr>
              <m:t>2</m:t>
            </m:r>
          </m:den>
        </m:f>
        <m:r>
          <w:rPr>
            <w:rFonts w:ascii="Cambria Math" w:hAnsi="Cambria Math"/>
            <w:sz w:val="24"/>
            <w:szCs w:val="24"/>
            <w:lang w:val="en-CA"/>
          </w:rPr>
          <m:t>μ</m:t>
        </m:r>
        <m:d>
          <m:dPr>
            <m:ctrlPr>
              <w:rPr>
                <w:rFonts w:ascii="Cambria Math" w:hAnsi="Cambria Math"/>
                <w:i/>
                <w:sz w:val="24"/>
                <w:szCs w:val="24"/>
                <w:lang w:val="en-CA"/>
              </w:rPr>
            </m:ctrlPr>
          </m:dPr>
          <m:e>
            <m:sSub>
              <m:sSubPr>
                <m:ctrlPr>
                  <w:rPr>
                    <w:rFonts w:ascii="Cambria Math" w:hAnsi="Cambria Math"/>
                    <w:i/>
                    <w:sz w:val="24"/>
                    <w:szCs w:val="24"/>
                    <w:lang w:val="en-CA"/>
                  </w:rPr>
                </m:ctrlPr>
              </m:sSubPr>
              <m:e>
                <m:r>
                  <w:rPr>
                    <w:rFonts w:ascii="Cambria Math" w:hAnsi="Cambria Math"/>
                    <w:sz w:val="24"/>
                    <w:szCs w:val="24"/>
                    <w:lang w:val="en-CA"/>
                  </w:rPr>
                  <m:t>H</m:t>
                </m:r>
              </m:e>
              <m:sub>
                <m:r>
                  <w:rPr>
                    <w:rFonts w:ascii="Cambria Math" w:hAnsi="Cambria Math"/>
                    <w:sz w:val="24"/>
                    <w:szCs w:val="24"/>
                    <w:lang w:val="en-CA"/>
                  </w:rPr>
                  <m:t>2</m:t>
                </m:r>
              </m:sub>
            </m:sSub>
          </m:e>
        </m:d>
        <m:r>
          <w:rPr>
            <w:rFonts w:ascii="Cambria Math" w:hAnsi="Cambria Math"/>
            <w:sz w:val="24"/>
            <w:szCs w:val="24"/>
            <w:lang w:val="en-CA"/>
          </w:rPr>
          <m:t>-e</m:t>
        </m:r>
        <m:sSub>
          <m:sSubPr>
            <m:ctrlPr>
              <w:rPr>
                <w:rFonts w:ascii="Cambria Math" w:hAnsi="Cambria Math"/>
                <w:i/>
                <w:sz w:val="24"/>
                <w:szCs w:val="24"/>
                <w:lang w:val="en-CA"/>
              </w:rPr>
            </m:ctrlPr>
          </m:sSubPr>
          <m:e>
            <m:r>
              <w:rPr>
                <w:rFonts w:ascii="Cambria Math" w:hAnsi="Cambria Math"/>
                <w:sz w:val="24"/>
                <w:szCs w:val="24"/>
                <w:lang w:val="en-CA"/>
              </w:rPr>
              <m:t>U</m:t>
            </m:r>
          </m:e>
          <m:sub>
            <m:r>
              <w:rPr>
                <w:rFonts w:ascii="Cambria Math" w:hAnsi="Cambria Math"/>
                <w:sz w:val="24"/>
                <w:szCs w:val="24"/>
                <w:lang w:val="en-CA"/>
              </w:rPr>
              <m:t>RHE</m:t>
            </m:r>
          </m:sub>
        </m:sSub>
      </m:oMath>
      <w:r w:rsidRPr="00F96AE0">
        <w:rPr>
          <w:rFonts w:ascii="Times New Roman" w:hAnsi="Times New Roman"/>
          <w:sz w:val="24"/>
          <w:szCs w:val="24"/>
          <w:lang w:val="en-CA"/>
        </w:rPr>
        <w:t xml:space="preserve">          (</w:t>
      </w:r>
      <w:r w:rsidR="001B2654">
        <w:rPr>
          <w:rFonts w:ascii="Times New Roman" w:hAnsi="Times New Roman"/>
          <w:sz w:val="24"/>
          <w:szCs w:val="24"/>
          <w:lang w:val="en-CA"/>
        </w:rPr>
        <w:t>S</w:t>
      </w:r>
      <w:r w:rsidRPr="00F96AE0">
        <w:rPr>
          <w:rFonts w:ascii="Times New Roman" w:hAnsi="Times New Roman"/>
          <w:sz w:val="24"/>
          <w:szCs w:val="24"/>
          <w:lang w:val="en-CA"/>
        </w:rPr>
        <w:t>2)</w:t>
      </w:r>
    </w:p>
    <w:p w14:paraId="3B072237" w14:textId="59050894" w:rsidR="00F96AE0" w:rsidRPr="00F96AE0" w:rsidRDefault="0032138D" w:rsidP="00431F65">
      <w:pPr>
        <w:spacing w:line="480" w:lineRule="auto"/>
        <w:rPr>
          <w:rFonts w:ascii="Times New Roman" w:hAnsi="Times New Roman"/>
          <w:sz w:val="24"/>
          <w:szCs w:val="24"/>
          <w:lang w:val="en-CA"/>
        </w:rPr>
      </w:pPr>
      <w:r>
        <w:rPr>
          <w:rFonts w:ascii="Times New Roman" w:hAnsi="Times New Roman"/>
          <w:sz w:val="24"/>
          <w:szCs w:val="24"/>
          <w:lang w:val="en-CA"/>
        </w:rPr>
        <w:t>w</w:t>
      </w:r>
      <w:r w:rsidRPr="0032138D">
        <w:rPr>
          <w:rFonts w:ascii="Times New Roman" w:hAnsi="Times New Roman"/>
          <w:sz w:val="24"/>
          <w:szCs w:val="24"/>
          <w:lang w:val="en-CA"/>
        </w:rPr>
        <w:t xml:space="preserve">here </w:t>
      </w:r>
      <m:oMath>
        <m:r>
          <w:rPr>
            <w:rFonts w:ascii="Cambria Math" w:hAnsi="Cambria Math"/>
            <w:sz w:val="24"/>
            <w:szCs w:val="24"/>
            <w:lang w:val="en-CA"/>
          </w:rPr>
          <m:t>μ</m:t>
        </m:r>
        <m:d>
          <m:dPr>
            <m:ctrlPr>
              <w:rPr>
                <w:rFonts w:ascii="Cambria Math" w:hAnsi="Cambria Math"/>
                <w:i/>
                <w:sz w:val="24"/>
                <w:szCs w:val="24"/>
                <w:lang w:val="en-CA"/>
              </w:rPr>
            </m:ctrlPr>
          </m:dPr>
          <m:e>
            <m:sSup>
              <m:sSupPr>
                <m:ctrlPr>
                  <w:rPr>
                    <w:rFonts w:ascii="Cambria Math" w:hAnsi="Cambria Math"/>
                    <w:i/>
                    <w:sz w:val="24"/>
                    <w:szCs w:val="24"/>
                    <w:lang w:val="en-CA"/>
                  </w:rPr>
                </m:ctrlPr>
              </m:sSupPr>
              <m:e>
                <m:r>
                  <w:rPr>
                    <w:rFonts w:ascii="Cambria Math" w:hAnsi="Cambria Math"/>
                    <w:sz w:val="24"/>
                    <w:szCs w:val="24"/>
                    <w:lang w:val="en-CA"/>
                  </w:rPr>
                  <m:t>H</m:t>
                </m:r>
              </m:e>
              <m:sup>
                <m:r>
                  <w:rPr>
                    <w:rFonts w:ascii="Cambria Math" w:hAnsi="Cambria Math"/>
                    <w:sz w:val="24"/>
                    <w:szCs w:val="24"/>
                    <w:lang w:val="en-CA"/>
                  </w:rPr>
                  <m:t>+</m:t>
                </m:r>
              </m:sup>
            </m:sSup>
          </m:e>
        </m:d>
      </m:oMath>
      <w:r w:rsidRPr="0032138D">
        <w:rPr>
          <w:rFonts w:ascii="Times New Roman" w:hAnsi="Times New Roman"/>
          <w:sz w:val="24"/>
          <w:szCs w:val="24"/>
          <w:lang w:val="en-CA"/>
        </w:rPr>
        <w:t xml:space="preserve">, </w:t>
      </w:r>
      <m:oMath>
        <m:r>
          <w:rPr>
            <w:rFonts w:ascii="Cambria Math" w:hAnsi="Cambria Math"/>
            <w:sz w:val="24"/>
            <w:szCs w:val="24"/>
            <w:lang w:val="en-CA"/>
          </w:rPr>
          <m:t>μ</m:t>
        </m:r>
        <m:d>
          <m:dPr>
            <m:ctrlPr>
              <w:rPr>
                <w:rFonts w:ascii="Cambria Math" w:hAnsi="Cambria Math"/>
                <w:i/>
                <w:sz w:val="24"/>
                <w:szCs w:val="24"/>
                <w:lang w:val="en-CA"/>
              </w:rPr>
            </m:ctrlPr>
          </m:dPr>
          <m:e>
            <m:sSup>
              <m:sSupPr>
                <m:ctrlPr>
                  <w:rPr>
                    <w:rFonts w:ascii="Cambria Math" w:hAnsi="Cambria Math"/>
                    <w:i/>
                    <w:sz w:val="24"/>
                    <w:szCs w:val="24"/>
                    <w:lang w:val="en-CA"/>
                  </w:rPr>
                </m:ctrlPr>
              </m:sSupPr>
              <m:e>
                <m:r>
                  <w:rPr>
                    <w:rFonts w:ascii="Cambria Math" w:hAnsi="Cambria Math"/>
                    <w:sz w:val="24"/>
                    <w:szCs w:val="24"/>
                    <w:lang w:val="en-CA"/>
                  </w:rPr>
                  <m:t>e</m:t>
                </m:r>
              </m:e>
              <m:sup>
                <m:r>
                  <w:rPr>
                    <w:rFonts w:ascii="Cambria Math" w:hAnsi="Cambria Math"/>
                    <w:sz w:val="24"/>
                    <w:szCs w:val="24"/>
                    <w:lang w:val="en-CA"/>
                  </w:rPr>
                  <m:t>-</m:t>
                </m:r>
              </m:sup>
            </m:sSup>
          </m:e>
        </m:d>
      </m:oMath>
      <w:r w:rsidRPr="0032138D">
        <w:rPr>
          <w:rFonts w:ascii="Times New Roman" w:hAnsi="Times New Roman"/>
          <w:sz w:val="24"/>
          <w:szCs w:val="24"/>
          <w:lang w:val="en-CA"/>
        </w:rPr>
        <w:t xml:space="preserve">, and </w:t>
      </w:r>
      <m:oMath>
        <m:r>
          <w:rPr>
            <w:rFonts w:ascii="Cambria Math" w:hAnsi="Cambria Math"/>
            <w:sz w:val="24"/>
            <w:szCs w:val="24"/>
            <w:lang w:val="en-CA"/>
          </w:rPr>
          <m:t>μ</m:t>
        </m:r>
        <m:d>
          <m:dPr>
            <m:ctrlPr>
              <w:rPr>
                <w:rFonts w:ascii="Cambria Math" w:hAnsi="Cambria Math"/>
                <w:i/>
                <w:sz w:val="24"/>
                <w:szCs w:val="24"/>
                <w:lang w:val="en-CA"/>
              </w:rPr>
            </m:ctrlPr>
          </m:dPr>
          <m:e>
            <m:sSub>
              <m:sSubPr>
                <m:ctrlPr>
                  <w:rPr>
                    <w:rFonts w:ascii="Cambria Math" w:hAnsi="Cambria Math"/>
                    <w:i/>
                    <w:sz w:val="24"/>
                    <w:szCs w:val="24"/>
                    <w:lang w:val="en-CA"/>
                  </w:rPr>
                </m:ctrlPr>
              </m:sSubPr>
              <m:e>
                <m:r>
                  <w:rPr>
                    <w:rFonts w:ascii="Cambria Math" w:hAnsi="Cambria Math"/>
                    <w:sz w:val="24"/>
                    <w:szCs w:val="24"/>
                    <w:lang w:val="en-CA"/>
                  </w:rPr>
                  <m:t>H</m:t>
                </m:r>
              </m:e>
              <m:sub>
                <m:r>
                  <w:rPr>
                    <w:rFonts w:ascii="Cambria Math" w:hAnsi="Cambria Math"/>
                    <w:sz w:val="24"/>
                    <w:szCs w:val="24"/>
                    <w:lang w:val="en-CA"/>
                  </w:rPr>
                  <m:t>2</m:t>
                </m:r>
              </m:sub>
            </m:sSub>
          </m:e>
        </m:d>
      </m:oMath>
      <w:r w:rsidRPr="0032138D">
        <w:rPr>
          <w:rFonts w:ascii="Times New Roman" w:hAnsi="Times New Roman"/>
          <w:sz w:val="24"/>
          <w:szCs w:val="24"/>
          <w:lang w:val="en-CA"/>
        </w:rPr>
        <w:t xml:space="preserve"> are the chemical potentials of proton, electron, and hydrogen, respectively. </w:t>
      </w:r>
      <m:oMath>
        <m:sSub>
          <m:sSubPr>
            <m:ctrlPr>
              <w:rPr>
                <w:rFonts w:ascii="Cambria Math" w:hAnsi="Cambria Math"/>
                <w:i/>
                <w:sz w:val="24"/>
                <w:szCs w:val="24"/>
                <w:lang w:val="en-CA"/>
              </w:rPr>
            </m:ctrlPr>
          </m:sSubPr>
          <m:e>
            <m:r>
              <w:rPr>
                <w:rFonts w:ascii="Cambria Math" w:hAnsi="Cambria Math"/>
                <w:sz w:val="24"/>
                <w:szCs w:val="24"/>
                <w:lang w:val="en-CA"/>
              </w:rPr>
              <m:t>U</m:t>
            </m:r>
          </m:e>
          <m:sub>
            <m:r>
              <w:rPr>
                <w:rFonts w:ascii="Cambria Math" w:hAnsi="Cambria Math"/>
                <w:sz w:val="24"/>
                <w:szCs w:val="24"/>
                <w:lang w:val="en-CA"/>
              </w:rPr>
              <m:t>RHE</m:t>
            </m:r>
          </m:sub>
        </m:sSub>
      </m:oMath>
      <w:r w:rsidRPr="0032138D">
        <w:rPr>
          <w:rFonts w:ascii="Times New Roman" w:hAnsi="Times New Roman"/>
          <w:sz w:val="24"/>
          <w:szCs w:val="24"/>
          <w:lang w:val="en-CA"/>
        </w:rPr>
        <w:t xml:space="preserve"> is the applied potential on the scale of reversible hydrogen electrode (RHE). </w:t>
      </w:r>
      <w:r w:rsidR="00F96AE0" w:rsidRPr="00F96AE0">
        <w:rPr>
          <w:rFonts w:ascii="Times New Roman" w:hAnsi="Times New Roman"/>
          <w:sz w:val="24"/>
          <w:szCs w:val="24"/>
          <w:lang w:val="en-CA"/>
        </w:rPr>
        <w:t>With this equilibrium, the free energy change of a proton-electron transfer step, C</w:t>
      </w:r>
      <w:r w:rsidR="00F96AE0" w:rsidRPr="00F96AE0">
        <w:rPr>
          <w:rFonts w:ascii="Times New Roman" w:hAnsi="Times New Roman"/>
          <w:sz w:val="24"/>
          <w:szCs w:val="24"/>
          <w:vertAlign w:val="subscript"/>
          <w:lang w:val="en-CA"/>
        </w:rPr>
        <w:t>x</w:t>
      </w:r>
      <w:r w:rsidR="00F96AE0" w:rsidRPr="00F96AE0">
        <w:rPr>
          <w:rFonts w:ascii="Times New Roman" w:hAnsi="Times New Roman"/>
          <w:sz w:val="24"/>
          <w:szCs w:val="24"/>
          <w:lang w:val="en-CA"/>
        </w:rPr>
        <w:t>H</w:t>
      </w:r>
      <w:r w:rsidR="00F96AE0" w:rsidRPr="00F96AE0">
        <w:rPr>
          <w:rFonts w:ascii="Times New Roman" w:hAnsi="Times New Roman"/>
          <w:sz w:val="24"/>
          <w:szCs w:val="24"/>
          <w:vertAlign w:val="subscript"/>
          <w:lang w:val="en-CA"/>
        </w:rPr>
        <w:t>y</w:t>
      </w:r>
      <w:r w:rsidR="00F96AE0" w:rsidRPr="00F96AE0">
        <w:rPr>
          <w:rFonts w:ascii="Times New Roman" w:hAnsi="Times New Roman"/>
          <w:sz w:val="24"/>
          <w:szCs w:val="24"/>
          <w:lang w:val="en-CA"/>
        </w:rPr>
        <w:t>O</w:t>
      </w:r>
      <w:r w:rsidR="00F96AE0" w:rsidRPr="00F96AE0">
        <w:rPr>
          <w:rFonts w:ascii="Times New Roman" w:hAnsi="Times New Roman"/>
          <w:sz w:val="24"/>
          <w:szCs w:val="24"/>
          <w:vertAlign w:val="subscript"/>
          <w:lang w:val="en-CA"/>
        </w:rPr>
        <w:t>z</w:t>
      </w:r>
      <w:r w:rsidR="00F96AE0" w:rsidRPr="00F96AE0">
        <w:rPr>
          <w:rFonts w:ascii="Times New Roman" w:hAnsi="Times New Roman"/>
          <w:sz w:val="24"/>
          <w:szCs w:val="24"/>
          <w:lang w:val="en-CA"/>
        </w:rPr>
        <w:t xml:space="preserve"> to C</w:t>
      </w:r>
      <w:r w:rsidR="00F96AE0" w:rsidRPr="00F96AE0">
        <w:rPr>
          <w:rFonts w:ascii="Times New Roman" w:hAnsi="Times New Roman"/>
          <w:sz w:val="24"/>
          <w:szCs w:val="24"/>
          <w:vertAlign w:val="subscript"/>
          <w:lang w:val="en-CA"/>
        </w:rPr>
        <w:t>x</w:t>
      </w:r>
      <w:r w:rsidR="00F96AE0" w:rsidRPr="00F96AE0">
        <w:rPr>
          <w:rFonts w:ascii="Times New Roman" w:hAnsi="Times New Roman"/>
          <w:sz w:val="24"/>
          <w:szCs w:val="24"/>
          <w:lang w:val="en-CA"/>
        </w:rPr>
        <w:t>H</w:t>
      </w:r>
      <w:r w:rsidR="00F96AE0" w:rsidRPr="00F96AE0">
        <w:rPr>
          <w:rFonts w:ascii="Times New Roman" w:hAnsi="Times New Roman"/>
          <w:sz w:val="24"/>
          <w:szCs w:val="24"/>
          <w:vertAlign w:val="subscript"/>
          <w:lang w:val="en-CA"/>
        </w:rPr>
        <w:t>y+1</w:t>
      </w:r>
      <w:r w:rsidR="00F96AE0" w:rsidRPr="00F96AE0">
        <w:rPr>
          <w:rFonts w:ascii="Times New Roman" w:hAnsi="Times New Roman"/>
          <w:sz w:val="24"/>
          <w:szCs w:val="24"/>
          <w:lang w:val="en-CA"/>
        </w:rPr>
        <w:t>O</w:t>
      </w:r>
      <w:r w:rsidR="00F96AE0" w:rsidRPr="00F96AE0">
        <w:rPr>
          <w:rFonts w:ascii="Times New Roman" w:hAnsi="Times New Roman"/>
          <w:sz w:val="24"/>
          <w:szCs w:val="24"/>
          <w:vertAlign w:val="subscript"/>
          <w:lang w:val="en-CA"/>
        </w:rPr>
        <w:t>z</w:t>
      </w:r>
      <w:r w:rsidR="00F96AE0" w:rsidRPr="00F96AE0">
        <w:rPr>
          <w:rFonts w:ascii="Times New Roman" w:hAnsi="Times New Roman"/>
          <w:sz w:val="24"/>
          <w:szCs w:val="24"/>
          <w:lang w:val="en-CA"/>
        </w:rPr>
        <w:t xml:space="preserve"> can be calculated using:</w:t>
      </w:r>
    </w:p>
    <w:p w14:paraId="1BB8599F" w14:textId="77777777" w:rsidR="00F96AE0" w:rsidRPr="00F96AE0" w:rsidRDefault="00F96AE0" w:rsidP="00431F65">
      <w:pPr>
        <w:spacing w:line="480" w:lineRule="auto"/>
        <w:jc w:val="center"/>
        <w:rPr>
          <w:rFonts w:ascii="Times New Roman" w:hAnsi="Times New Roman"/>
          <w:sz w:val="24"/>
          <w:szCs w:val="24"/>
          <w:lang w:val="en-CA"/>
        </w:rPr>
      </w:pPr>
      <m:oMathPara>
        <m:oMath>
          <m:r>
            <m:rPr>
              <m:sty m:val="p"/>
            </m:rPr>
            <w:rPr>
              <w:rFonts w:ascii="Cambria Math" w:hAnsi="Cambria Math"/>
              <w:sz w:val="24"/>
              <w:szCs w:val="24"/>
              <w:lang w:val="en-CA"/>
            </w:rPr>
            <m:t>Δ</m:t>
          </m:r>
          <m:r>
            <w:rPr>
              <w:rFonts w:ascii="Cambria Math" w:hAnsi="Cambria Math"/>
              <w:sz w:val="24"/>
              <w:szCs w:val="24"/>
              <w:lang w:val="en-CA"/>
            </w:rPr>
            <m:t>G=μ</m:t>
          </m:r>
          <m:d>
            <m:dPr>
              <m:ctrlPr>
                <w:rPr>
                  <w:rFonts w:ascii="Cambria Math" w:hAnsi="Cambria Math"/>
                  <w:i/>
                  <w:sz w:val="24"/>
                  <w:szCs w:val="24"/>
                  <w:lang w:val="en-CA"/>
                </w:rPr>
              </m:ctrlPr>
            </m:dPr>
            <m:e>
              <m:sSub>
                <m:sSubPr>
                  <m:ctrlPr>
                    <w:rPr>
                      <w:rFonts w:ascii="Cambria Math" w:hAnsi="Cambria Math"/>
                      <w:i/>
                      <w:sz w:val="24"/>
                      <w:szCs w:val="24"/>
                      <w:lang w:val="en-CA"/>
                    </w:rPr>
                  </m:ctrlPr>
                </m:sSubPr>
                <m:e>
                  <m:r>
                    <w:rPr>
                      <w:rFonts w:ascii="Cambria Math" w:hAnsi="Cambria Math"/>
                      <w:sz w:val="24"/>
                      <w:szCs w:val="24"/>
                      <w:lang w:val="en-CA"/>
                    </w:rPr>
                    <m:t>C</m:t>
                  </m:r>
                </m:e>
                <m:sub>
                  <m:r>
                    <w:rPr>
                      <w:rFonts w:ascii="Cambria Math" w:hAnsi="Cambria Math"/>
                      <w:sz w:val="24"/>
                      <w:szCs w:val="24"/>
                      <w:lang w:val="en-CA"/>
                    </w:rPr>
                    <m:t>x</m:t>
                  </m:r>
                </m:sub>
              </m:sSub>
              <m:sSub>
                <m:sSubPr>
                  <m:ctrlPr>
                    <w:rPr>
                      <w:rFonts w:ascii="Cambria Math" w:hAnsi="Cambria Math"/>
                      <w:i/>
                      <w:sz w:val="24"/>
                      <w:szCs w:val="24"/>
                      <w:lang w:val="en-CA"/>
                    </w:rPr>
                  </m:ctrlPr>
                </m:sSubPr>
                <m:e>
                  <m:r>
                    <w:rPr>
                      <w:rFonts w:ascii="Cambria Math" w:hAnsi="Cambria Math"/>
                      <w:sz w:val="24"/>
                      <w:szCs w:val="24"/>
                      <w:lang w:val="en-CA"/>
                    </w:rPr>
                    <m:t>H</m:t>
                  </m:r>
                </m:e>
                <m:sub>
                  <m:r>
                    <w:rPr>
                      <w:rFonts w:ascii="Cambria Math" w:hAnsi="Cambria Math"/>
                      <w:sz w:val="24"/>
                      <w:szCs w:val="24"/>
                      <w:lang w:val="en-CA"/>
                    </w:rPr>
                    <m:t>y+1</m:t>
                  </m:r>
                </m:sub>
              </m:sSub>
              <m:sSub>
                <m:sSubPr>
                  <m:ctrlPr>
                    <w:rPr>
                      <w:rFonts w:ascii="Cambria Math" w:hAnsi="Cambria Math"/>
                      <w:i/>
                      <w:sz w:val="24"/>
                      <w:szCs w:val="24"/>
                      <w:lang w:val="en-CA"/>
                    </w:rPr>
                  </m:ctrlPr>
                </m:sSubPr>
                <m:e>
                  <m:r>
                    <w:rPr>
                      <w:rFonts w:ascii="Cambria Math" w:hAnsi="Cambria Math"/>
                      <w:sz w:val="24"/>
                      <w:szCs w:val="24"/>
                      <w:lang w:val="en-CA"/>
                    </w:rPr>
                    <m:t>O</m:t>
                  </m:r>
                </m:e>
                <m:sub>
                  <m:r>
                    <w:rPr>
                      <w:rFonts w:ascii="Cambria Math" w:hAnsi="Cambria Math"/>
                      <w:sz w:val="24"/>
                      <w:szCs w:val="24"/>
                      <w:lang w:val="en-CA"/>
                    </w:rPr>
                    <m:t>z</m:t>
                  </m:r>
                </m:sub>
              </m:sSub>
            </m:e>
          </m:d>
          <m:r>
            <w:rPr>
              <w:rFonts w:ascii="Cambria Math" w:hAnsi="Cambria Math"/>
              <w:sz w:val="24"/>
              <w:szCs w:val="24"/>
              <w:lang w:val="en-CA"/>
            </w:rPr>
            <m:t>-μ</m:t>
          </m:r>
          <m:d>
            <m:dPr>
              <m:ctrlPr>
                <w:rPr>
                  <w:rFonts w:ascii="Cambria Math" w:hAnsi="Cambria Math"/>
                  <w:i/>
                  <w:sz w:val="24"/>
                  <w:szCs w:val="24"/>
                  <w:lang w:val="en-CA"/>
                </w:rPr>
              </m:ctrlPr>
            </m:dPr>
            <m:e>
              <m:sSub>
                <m:sSubPr>
                  <m:ctrlPr>
                    <w:rPr>
                      <w:rFonts w:ascii="Cambria Math" w:hAnsi="Cambria Math"/>
                      <w:i/>
                      <w:sz w:val="24"/>
                      <w:szCs w:val="24"/>
                      <w:lang w:val="en-CA"/>
                    </w:rPr>
                  </m:ctrlPr>
                </m:sSubPr>
                <m:e>
                  <m:r>
                    <w:rPr>
                      <w:rFonts w:ascii="Cambria Math" w:hAnsi="Cambria Math"/>
                      <w:sz w:val="24"/>
                      <w:szCs w:val="24"/>
                      <w:lang w:val="en-CA"/>
                    </w:rPr>
                    <m:t>C</m:t>
                  </m:r>
                </m:e>
                <m:sub>
                  <m:r>
                    <w:rPr>
                      <w:rFonts w:ascii="Cambria Math" w:hAnsi="Cambria Math"/>
                      <w:sz w:val="24"/>
                      <w:szCs w:val="24"/>
                      <w:lang w:val="en-CA"/>
                    </w:rPr>
                    <m:t>x</m:t>
                  </m:r>
                </m:sub>
              </m:sSub>
              <m:sSub>
                <m:sSubPr>
                  <m:ctrlPr>
                    <w:rPr>
                      <w:rFonts w:ascii="Cambria Math" w:hAnsi="Cambria Math"/>
                      <w:i/>
                      <w:sz w:val="24"/>
                      <w:szCs w:val="24"/>
                      <w:lang w:val="en-CA"/>
                    </w:rPr>
                  </m:ctrlPr>
                </m:sSubPr>
                <m:e>
                  <m:r>
                    <w:rPr>
                      <w:rFonts w:ascii="Cambria Math" w:hAnsi="Cambria Math"/>
                      <w:sz w:val="24"/>
                      <w:szCs w:val="24"/>
                      <w:lang w:val="en-CA"/>
                    </w:rPr>
                    <m:t>H</m:t>
                  </m:r>
                </m:e>
                <m:sub>
                  <m:r>
                    <w:rPr>
                      <w:rFonts w:ascii="Cambria Math" w:hAnsi="Cambria Math"/>
                      <w:sz w:val="24"/>
                      <w:szCs w:val="24"/>
                      <w:lang w:val="en-CA"/>
                    </w:rPr>
                    <m:t>y</m:t>
                  </m:r>
                </m:sub>
              </m:sSub>
              <m:sSub>
                <m:sSubPr>
                  <m:ctrlPr>
                    <w:rPr>
                      <w:rFonts w:ascii="Cambria Math" w:hAnsi="Cambria Math"/>
                      <w:i/>
                      <w:sz w:val="24"/>
                      <w:szCs w:val="24"/>
                      <w:lang w:val="en-CA"/>
                    </w:rPr>
                  </m:ctrlPr>
                </m:sSubPr>
                <m:e>
                  <m:r>
                    <w:rPr>
                      <w:rFonts w:ascii="Cambria Math" w:hAnsi="Cambria Math"/>
                      <w:sz w:val="24"/>
                      <w:szCs w:val="24"/>
                      <w:lang w:val="en-CA"/>
                    </w:rPr>
                    <m:t>O</m:t>
                  </m:r>
                </m:e>
                <m:sub>
                  <m:r>
                    <w:rPr>
                      <w:rFonts w:ascii="Cambria Math" w:hAnsi="Cambria Math"/>
                      <w:sz w:val="24"/>
                      <w:szCs w:val="24"/>
                      <w:lang w:val="en-CA"/>
                    </w:rPr>
                    <m:t>z</m:t>
                  </m:r>
                </m:sub>
              </m:sSub>
            </m:e>
          </m:d>
          <m:r>
            <w:rPr>
              <w:rFonts w:ascii="Cambria Math" w:hAnsi="Cambria Math"/>
              <w:sz w:val="24"/>
              <w:szCs w:val="24"/>
              <w:lang w:val="en-CA"/>
            </w:rPr>
            <m:t>-μ</m:t>
          </m:r>
          <m:d>
            <m:dPr>
              <m:ctrlPr>
                <w:rPr>
                  <w:rFonts w:ascii="Cambria Math" w:hAnsi="Cambria Math"/>
                  <w:i/>
                  <w:sz w:val="24"/>
                  <w:szCs w:val="24"/>
                  <w:lang w:val="en-CA"/>
                </w:rPr>
              </m:ctrlPr>
            </m:dPr>
            <m:e>
              <m:sSup>
                <m:sSupPr>
                  <m:ctrlPr>
                    <w:rPr>
                      <w:rFonts w:ascii="Cambria Math" w:hAnsi="Cambria Math"/>
                      <w:i/>
                      <w:sz w:val="24"/>
                      <w:szCs w:val="24"/>
                      <w:lang w:val="en-CA"/>
                    </w:rPr>
                  </m:ctrlPr>
                </m:sSupPr>
                <m:e>
                  <m:r>
                    <w:rPr>
                      <w:rFonts w:ascii="Cambria Math" w:hAnsi="Cambria Math"/>
                      <w:sz w:val="24"/>
                      <w:szCs w:val="24"/>
                      <w:lang w:val="en-CA"/>
                    </w:rPr>
                    <m:t>H</m:t>
                  </m:r>
                </m:e>
                <m:sup>
                  <m:r>
                    <w:rPr>
                      <w:rFonts w:ascii="Cambria Math" w:hAnsi="Cambria Math"/>
                      <w:sz w:val="24"/>
                      <w:szCs w:val="24"/>
                      <w:lang w:val="en-CA"/>
                    </w:rPr>
                    <m:t>+</m:t>
                  </m:r>
                </m:sup>
              </m:sSup>
            </m:e>
          </m:d>
          <m:r>
            <w:rPr>
              <w:rFonts w:ascii="Cambria Math" w:hAnsi="Cambria Math"/>
              <w:sz w:val="24"/>
              <w:szCs w:val="24"/>
              <w:lang w:val="en-CA"/>
            </w:rPr>
            <m:t>+μ</m:t>
          </m:r>
          <m:d>
            <m:dPr>
              <m:ctrlPr>
                <w:rPr>
                  <w:rFonts w:ascii="Cambria Math" w:hAnsi="Cambria Math"/>
                  <w:i/>
                  <w:sz w:val="24"/>
                  <w:szCs w:val="24"/>
                  <w:lang w:val="en-CA"/>
                </w:rPr>
              </m:ctrlPr>
            </m:dPr>
            <m:e>
              <m:sSup>
                <m:sSupPr>
                  <m:ctrlPr>
                    <w:rPr>
                      <w:rFonts w:ascii="Cambria Math" w:hAnsi="Cambria Math"/>
                      <w:i/>
                      <w:sz w:val="24"/>
                      <w:szCs w:val="24"/>
                      <w:lang w:val="en-CA"/>
                    </w:rPr>
                  </m:ctrlPr>
                </m:sSupPr>
                <m:e>
                  <m:r>
                    <w:rPr>
                      <w:rFonts w:ascii="Cambria Math" w:hAnsi="Cambria Math"/>
                      <w:sz w:val="24"/>
                      <w:szCs w:val="24"/>
                      <w:lang w:val="en-CA"/>
                    </w:rPr>
                    <m:t>e</m:t>
                  </m:r>
                </m:e>
                <m:sup>
                  <m:r>
                    <w:rPr>
                      <w:rFonts w:ascii="Cambria Math" w:hAnsi="Cambria Math"/>
                      <w:sz w:val="24"/>
                      <w:szCs w:val="24"/>
                      <w:lang w:val="en-CA"/>
                    </w:rPr>
                    <m:t>-</m:t>
                  </m:r>
                </m:sup>
              </m:sSup>
            </m:e>
          </m:d>
        </m:oMath>
      </m:oMathPara>
    </w:p>
    <w:p w14:paraId="0A52E0BD" w14:textId="42D60E12" w:rsidR="00F96AE0" w:rsidRPr="00F96AE0" w:rsidRDefault="00F96AE0" w:rsidP="00431F65">
      <w:pPr>
        <w:spacing w:line="480" w:lineRule="auto"/>
        <w:jc w:val="center"/>
        <w:rPr>
          <w:rFonts w:ascii="Times New Roman" w:hAnsi="Times New Roman"/>
          <w:sz w:val="24"/>
          <w:szCs w:val="24"/>
          <w:lang w:val="en-CA"/>
        </w:rPr>
      </w:pPr>
      <m:oMath>
        <m:r>
          <w:rPr>
            <w:rFonts w:ascii="Cambria Math" w:hAnsi="Cambria Math"/>
            <w:sz w:val="24"/>
            <w:szCs w:val="24"/>
            <w:lang w:val="en-CA"/>
          </w:rPr>
          <m:t>=μ</m:t>
        </m:r>
        <m:d>
          <m:dPr>
            <m:ctrlPr>
              <w:rPr>
                <w:rFonts w:ascii="Cambria Math" w:hAnsi="Cambria Math"/>
                <w:i/>
                <w:sz w:val="24"/>
                <w:szCs w:val="24"/>
                <w:lang w:val="en-CA"/>
              </w:rPr>
            </m:ctrlPr>
          </m:dPr>
          <m:e>
            <m:sSub>
              <m:sSubPr>
                <m:ctrlPr>
                  <w:rPr>
                    <w:rFonts w:ascii="Cambria Math" w:hAnsi="Cambria Math"/>
                    <w:i/>
                    <w:sz w:val="24"/>
                    <w:szCs w:val="24"/>
                    <w:lang w:val="en-CA"/>
                  </w:rPr>
                </m:ctrlPr>
              </m:sSubPr>
              <m:e>
                <m:r>
                  <w:rPr>
                    <w:rFonts w:ascii="Cambria Math" w:hAnsi="Cambria Math"/>
                    <w:sz w:val="24"/>
                    <w:szCs w:val="24"/>
                    <w:lang w:val="en-CA"/>
                  </w:rPr>
                  <m:t>C</m:t>
                </m:r>
              </m:e>
              <m:sub>
                <m:r>
                  <w:rPr>
                    <w:rFonts w:ascii="Cambria Math" w:hAnsi="Cambria Math"/>
                    <w:sz w:val="24"/>
                    <w:szCs w:val="24"/>
                    <w:lang w:val="en-CA"/>
                  </w:rPr>
                  <m:t>x</m:t>
                </m:r>
              </m:sub>
            </m:sSub>
            <m:sSub>
              <m:sSubPr>
                <m:ctrlPr>
                  <w:rPr>
                    <w:rFonts w:ascii="Cambria Math" w:hAnsi="Cambria Math"/>
                    <w:i/>
                    <w:sz w:val="24"/>
                    <w:szCs w:val="24"/>
                    <w:lang w:val="en-CA"/>
                  </w:rPr>
                </m:ctrlPr>
              </m:sSubPr>
              <m:e>
                <m:r>
                  <w:rPr>
                    <w:rFonts w:ascii="Cambria Math" w:hAnsi="Cambria Math"/>
                    <w:sz w:val="24"/>
                    <w:szCs w:val="24"/>
                    <w:lang w:val="en-CA"/>
                  </w:rPr>
                  <m:t>H</m:t>
                </m:r>
              </m:e>
              <m:sub>
                <m:r>
                  <w:rPr>
                    <w:rFonts w:ascii="Cambria Math" w:hAnsi="Cambria Math"/>
                    <w:sz w:val="24"/>
                    <w:szCs w:val="24"/>
                    <w:lang w:val="en-CA"/>
                  </w:rPr>
                  <m:t>y+1</m:t>
                </m:r>
              </m:sub>
            </m:sSub>
            <m:sSub>
              <m:sSubPr>
                <m:ctrlPr>
                  <w:rPr>
                    <w:rFonts w:ascii="Cambria Math" w:hAnsi="Cambria Math"/>
                    <w:i/>
                    <w:sz w:val="24"/>
                    <w:szCs w:val="24"/>
                    <w:lang w:val="en-CA"/>
                  </w:rPr>
                </m:ctrlPr>
              </m:sSubPr>
              <m:e>
                <m:r>
                  <w:rPr>
                    <w:rFonts w:ascii="Cambria Math" w:hAnsi="Cambria Math"/>
                    <w:sz w:val="24"/>
                    <w:szCs w:val="24"/>
                    <w:lang w:val="en-CA"/>
                  </w:rPr>
                  <m:t>O</m:t>
                </m:r>
              </m:e>
              <m:sub>
                <m:r>
                  <w:rPr>
                    <w:rFonts w:ascii="Cambria Math" w:hAnsi="Cambria Math"/>
                    <w:sz w:val="24"/>
                    <w:szCs w:val="24"/>
                    <w:lang w:val="en-CA"/>
                  </w:rPr>
                  <m:t>z</m:t>
                </m:r>
              </m:sub>
            </m:sSub>
          </m:e>
        </m:d>
        <m:r>
          <w:rPr>
            <w:rFonts w:ascii="Cambria Math" w:hAnsi="Cambria Math"/>
            <w:sz w:val="24"/>
            <w:szCs w:val="24"/>
            <w:lang w:val="en-CA"/>
          </w:rPr>
          <m:t>-μ</m:t>
        </m:r>
        <m:d>
          <m:dPr>
            <m:ctrlPr>
              <w:rPr>
                <w:rFonts w:ascii="Cambria Math" w:hAnsi="Cambria Math"/>
                <w:i/>
                <w:sz w:val="24"/>
                <w:szCs w:val="24"/>
                <w:lang w:val="en-CA"/>
              </w:rPr>
            </m:ctrlPr>
          </m:dPr>
          <m:e>
            <m:sSub>
              <m:sSubPr>
                <m:ctrlPr>
                  <w:rPr>
                    <w:rFonts w:ascii="Cambria Math" w:hAnsi="Cambria Math"/>
                    <w:i/>
                    <w:sz w:val="24"/>
                    <w:szCs w:val="24"/>
                    <w:lang w:val="en-CA"/>
                  </w:rPr>
                </m:ctrlPr>
              </m:sSubPr>
              <m:e>
                <m:r>
                  <w:rPr>
                    <w:rFonts w:ascii="Cambria Math" w:hAnsi="Cambria Math"/>
                    <w:sz w:val="24"/>
                    <w:szCs w:val="24"/>
                    <w:lang w:val="en-CA"/>
                  </w:rPr>
                  <m:t>C</m:t>
                </m:r>
              </m:e>
              <m:sub>
                <m:r>
                  <w:rPr>
                    <w:rFonts w:ascii="Cambria Math" w:hAnsi="Cambria Math"/>
                    <w:sz w:val="24"/>
                    <w:szCs w:val="24"/>
                    <w:lang w:val="en-CA"/>
                  </w:rPr>
                  <m:t>x</m:t>
                </m:r>
              </m:sub>
            </m:sSub>
            <m:sSub>
              <m:sSubPr>
                <m:ctrlPr>
                  <w:rPr>
                    <w:rFonts w:ascii="Cambria Math" w:hAnsi="Cambria Math"/>
                    <w:i/>
                    <w:sz w:val="24"/>
                    <w:szCs w:val="24"/>
                    <w:lang w:val="en-CA"/>
                  </w:rPr>
                </m:ctrlPr>
              </m:sSubPr>
              <m:e>
                <m:r>
                  <w:rPr>
                    <w:rFonts w:ascii="Cambria Math" w:hAnsi="Cambria Math"/>
                    <w:sz w:val="24"/>
                    <w:szCs w:val="24"/>
                    <w:lang w:val="en-CA"/>
                  </w:rPr>
                  <m:t>H</m:t>
                </m:r>
              </m:e>
              <m:sub>
                <m:r>
                  <w:rPr>
                    <w:rFonts w:ascii="Cambria Math" w:hAnsi="Cambria Math"/>
                    <w:sz w:val="24"/>
                    <w:szCs w:val="24"/>
                    <w:lang w:val="en-CA"/>
                  </w:rPr>
                  <m:t>y</m:t>
                </m:r>
              </m:sub>
            </m:sSub>
            <m:sSub>
              <m:sSubPr>
                <m:ctrlPr>
                  <w:rPr>
                    <w:rFonts w:ascii="Cambria Math" w:hAnsi="Cambria Math"/>
                    <w:i/>
                    <w:sz w:val="24"/>
                    <w:szCs w:val="24"/>
                    <w:lang w:val="en-CA"/>
                  </w:rPr>
                </m:ctrlPr>
              </m:sSubPr>
              <m:e>
                <m:r>
                  <w:rPr>
                    <w:rFonts w:ascii="Cambria Math" w:hAnsi="Cambria Math"/>
                    <w:sz w:val="24"/>
                    <w:szCs w:val="24"/>
                    <w:lang w:val="en-CA"/>
                  </w:rPr>
                  <m:t>O</m:t>
                </m:r>
              </m:e>
              <m:sub>
                <m:r>
                  <w:rPr>
                    <w:rFonts w:ascii="Cambria Math" w:hAnsi="Cambria Math"/>
                    <w:sz w:val="24"/>
                    <w:szCs w:val="24"/>
                    <w:lang w:val="en-CA"/>
                  </w:rPr>
                  <m:t>z</m:t>
                </m:r>
              </m:sub>
            </m:sSub>
          </m:e>
        </m:d>
        <m:r>
          <w:rPr>
            <w:rFonts w:ascii="Cambria Math" w:hAnsi="Cambria Math"/>
            <w:sz w:val="24"/>
            <w:szCs w:val="24"/>
            <w:lang w:val="en-CA"/>
          </w:rPr>
          <m:t>-[</m:t>
        </m:r>
        <m:f>
          <m:fPr>
            <m:ctrlPr>
              <w:rPr>
                <w:rFonts w:ascii="Cambria Math" w:hAnsi="Cambria Math"/>
                <w:i/>
                <w:sz w:val="24"/>
                <w:szCs w:val="24"/>
                <w:lang w:val="en-CA"/>
              </w:rPr>
            </m:ctrlPr>
          </m:fPr>
          <m:num>
            <m:r>
              <w:rPr>
                <w:rFonts w:ascii="Cambria Math" w:hAnsi="Cambria Math"/>
                <w:sz w:val="24"/>
                <w:szCs w:val="24"/>
                <w:lang w:val="en-CA"/>
              </w:rPr>
              <m:t>1</m:t>
            </m:r>
          </m:num>
          <m:den>
            <m:r>
              <w:rPr>
                <w:rFonts w:ascii="Cambria Math" w:hAnsi="Cambria Math"/>
                <w:sz w:val="24"/>
                <w:szCs w:val="24"/>
                <w:lang w:val="en-CA"/>
              </w:rPr>
              <m:t>2</m:t>
            </m:r>
          </m:den>
        </m:f>
        <m:r>
          <w:rPr>
            <w:rFonts w:ascii="Cambria Math" w:hAnsi="Cambria Math"/>
            <w:sz w:val="24"/>
            <w:szCs w:val="24"/>
            <w:lang w:val="en-CA"/>
          </w:rPr>
          <m:t>μ</m:t>
        </m:r>
        <m:d>
          <m:dPr>
            <m:ctrlPr>
              <w:rPr>
                <w:rFonts w:ascii="Cambria Math" w:hAnsi="Cambria Math"/>
                <w:i/>
                <w:sz w:val="24"/>
                <w:szCs w:val="24"/>
                <w:lang w:val="en-CA"/>
              </w:rPr>
            </m:ctrlPr>
          </m:dPr>
          <m:e>
            <m:sSub>
              <m:sSubPr>
                <m:ctrlPr>
                  <w:rPr>
                    <w:rFonts w:ascii="Cambria Math" w:hAnsi="Cambria Math"/>
                    <w:i/>
                    <w:sz w:val="24"/>
                    <w:szCs w:val="24"/>
                    <w:lang w:val="en-CA"/>
                  </w:rPr>
                </m:ctrlPr>
              </m:sSubPr>
              <m:e>
                <m:r>
                  <w:rPr>
                    <w:rFonts w:ascii="Cambria Math" w:hAnsi="Cambria Math"/>
                    <w:sz w:val="24"/>
                    <w:szCs w:val="24"/>
                    <w:lang w:val="en-CA"/>
                  </w:rPr>
                  <m:t>H</m:t>
                </m:r>
              </m:e>
              <m:sub>
                <m:r>
                  <w:rPr>
                    <w:rFonts w:ascii="Cambria Math" w:hAnsi="Cambria Math"/>
                    <w:sz w:val="24"/>
                    <w:szCs w:val="24"/>
                    <w:lang w:val="en-CA"/>
                  </w:rPr>
                  <m:t>2</m:t>
                </m:r>
              </m:sub>
            </m:sSub>
          </m:e>
        </m:d>
        <m:r>
          <w:rPr>
            <w:rFonts w:ascii="Cambria Math" w:hAnsi="Cambria Math"/>
            <w:sz w:val="24"/>
            <w:szCs w:val="24"/>
            <w:lang w:val="en-CA"/>
          </w:rPr>
          <m:t>-e</m:t>
        </m:r>
        <m:sSub>
          <m:sSubPr>
            <m:ctrlPr>
              <w:rPr>
                <w:rFonts w:ascii="Cambria Math" w:hAnsi="Cambria Math"/>
                <w:i/>
                <w:sz w:val="24"/>
                <w:szCs w:val="24"/>
                <w:lang w:val="en-CA"/>
              </w:rPr>
            </m:ctrlPr>
          </m:sSubPr>
          <m:e>
            <m:r>
              <w:rPr>
                <w:rFonts w:ascii="Cambria Math" w:hAnsi="Cambria Math"/>
                <w:sz w:val="24"/>
                <w:szCs w:val="24"/>
                <w:lang w:val="en-CA"/>
              </w:rPr>
              <m:t>U</m:t>
            </m:r>
          </m:e>
          <m:sub>
            <m:r>
              <w:rPr>
                <w:rFonts w:ascii="Cambria Math" w:hAnsi="Cambria Math"/>
                <w:sz w:val="24"/>
                <w:szCs w:val="24"/>
                <w:lang w:val="en-CA"/>
              </w:rPr>
              <m:t>RHE</m:t>
            </m:r>
          </m:sub>
        </m:sSub>
        <m:r>
          <w:rPr>
            <w:rFonts w:ascii="Cambria Math" w:hAnsi="Cambria Math"/>
            <w:sz w:val="24"/>
            <w:szCs w:val="24"/>
            <w:lang w:val="en-CA"/>
          </w:rPr>
          <m:t>]</m:t>
        </m:r>
      </m:oMath>
      <w:r w:rsidRPr="00F96AE0">
        <w:rPr>
          <w:rFonts w:ascii="Times New Roman" w:hAnsi="Times New Roman"/>
          <w:sz w:val="24"/>
          <w:szCs w:val="24"/>
          <w:lang w:val="en-CA"/>
        </w:rPr>
        <w:t xml:space="preserve">           (</w:t>
      </w:r>
      <w:r w:rsidR="001B2654">
        <w:rPr>
          <w:rFonts w:ascii="Times New Roman" w:hAnsi="Times New Roman"/>
          <w:sz w:val="24"/>
          <w:szCs w:val="24"/>
          <w:lang w:val="en-CA"/>
        </w:rPr>
        <w:t>S</w:t>
      </w:r>
      <w:r w:rsidRPr="00F96AE0">
        <w:rPr>
          <w:rFonts w:ascii="Times New Roman" w:hAnsi="Times New Roman"/>
          <w:sz w:val="24"/>
          <w:szCs w:val="24"/>
          <w:lang w:val="en-CA"/>
        </w:rPr>
        <w:t>3)</w:t>
      </w:r>
    </w:p>
    <w:p w14:paraId="28845A13" w14:textId="539D5525" w:rsidR="00F96AE0" w:rsidRPr="00F96AE0" w:rsidRDefault="00431F65" w:rsidP="00431F65">
      <w:pPr>
        <w:spacing w:line="480" w:lineRule="auto"/>
        <w:rPr>
          <w:rFonts w:ascii="Times New Roman" w:hAnsi="Times New Roman"/>
          <w:sz w:val="24"/>
          <w:szCs w:val="24"/>
          <w:lang w:val="en-CA"/>
        </w:rPr>
      </w:pPr>
      <w:r w:rsidRPr="00431F65">
        <w:rPr>
          <w:rFonts w:ascii="Times New Roman" w:hAnsi="Times New Roman"/>
          <w:sz w:val="24"/>
          <w:szCs w:val="24"/>
          <w:lang w:val="en-CA"/>
        </w:rPr>
        <w:t xml:space="preserve">where </w:t>
      </w:r>
      <m:oMath>
        <m:r>
          <w:rPr>
            <w:rFonts w:ascii="Cambria Math" w:hAnsi="Cambria Math"/>
            <w:sz w:val="24"/>
            <w:szCs w:val="24"/>
            <w:lang w:val="en-CA"/>
          </w:rPr>
          <m:t>μ</m:t>
        </m:r>
        <m:d>
          <m:dPr>
            <m:ctrlPr>
              <w:rPr>
                <w:rFonts w:ascii="Cambria Math" w:hAnsi="Cambria Math"/>
                <w:i/>
                <w:sz w:val="24"/>
                <w:szCs w:val="24"/>
                <w:lang w:val="en-CA"/>
              </w:rPr>
            </m:ctrlPr>
          </m:dPr>
          <m:e>
            <m:sSub>
              <m:sSubPr>
                <m:ctrlPr>
                  <w:rPr>
                    <w:rFonts w:ascii="Cambria Math" w:hAnsi="Cambria Math"/>
                    <w:i/>
                    <w:sz w:val="24"/>
                    <w:szCs w:val="24"/>
                    <w:lang w:val="en-CA"/>
                  </w:rPr>
                </m:ctrlPr>
              </m:sSubPr>
              <m:e>
                <m:r>
                  <w:rPr>
                    <w:rFonts w:ascii="Cambria Math" w:hAnsi="Cambria Math"/>
                    <w:sz w:val="24"/>
                    <w:szCs w:val="24"/>
                    <w:lang w:val="en-CA"/>
                  </w:rPr>
                  <m:t>C</m:t>
                </m:r>
              </m:e>
              <m:sub>
                <m:r>
                  <w:rPr>
                    <w:rFonts w:ascii="Cambria Math" w:hAnsi="Cambria Math"/>
                    <w:sz w:val="24"/>
                    <w:szCs w:val="24"/>
                    <w:lang w:val="en-CA"/>
                  </w:rPr>
                  <m:t>x</m:t>
                </m:r>
              </m:sub>
            </m:sSub>
            <m:sSub>
              <m:sSubPr>
                <m:ctrlPr>
                  <w:rPr>
                    <w:rFonts w:ascii="Cambria Math" w:hAnsi="Cambria Math"/>
                    <w:i/>
                    <w:sz w:val="24"/>
                    <w:szCs w:val="24"/>
                    <w:lang w:val="en-CA"/>
                  </w:rPr>
                </m:ctrlPr>
              </m:sSubPr>
              <m:e>
                <m:r>
                  <w:rPr>
                    <w:rFonts w:ascii="Cambria Math" w:hAnsi="Cambria Math"/>
                    <w:sz w:val="24"/>
                    <w:szCs w:val="24"/>
                    <w:lang w:val="en-CA"/>
                  </w:rPr>
                  <m:t>H</m:t>
                </m:r>
              </m:e>
              <m:sub>
                <m:r>
                  <w:rPr>
                    <w:rFonts w:ascii="Cambria Math" w:hAnsi="Cambria Math"/>
                    <w:sz w:val="24"/>
                    <w:szCs w:val="24"/>
                    <w:lang w:val="en-CA"/>
                  </w:rPr>
                  <m:t>y+1</m:t>
                </m:r>
              </m:sub>
            </m:sSub>
            <m:sSub>
              <m:sSubPr>
                <m:ctrlPr>
                  <w:rPr>
                    <w:rFonts w:ascii="Cambria Math" w:hAnsi="Cambria Math"/>
                    <w:i/>
                    <w:sz w:val="24"/>
                    <w:szCs w:val="24"/>
                    <w:lang w:val="en-CA"/>
                  </w:rPr>
                </m:ctrlPr>
              </m:sSubPr>
              <m:e>
                <m:r>
                  <w:rPr>
                    <w:rFonts w:ascii="Cambria Math" w:hAnsi="Cambria Math"/>
                    <w:sz w:val="24"/>
                    <w:szCs w:val="24"/>
                    <w:lang w:val="en-CA"/>
                  </w:rPr>
                  <m:t>O</m:t>
                </m:r>
              </m:e>
              <m:sub>
                <m:r>
                  <w:rPr>
                    <w:rFonts w:ascii="Cambria Math" w:hAnsi="Cambria Math"/>
                    <w:sz w:val="24"/>
                    <w:szCs w:val="24"/>
                    <w:lang w:val="en-CA"/>
                  </w:rPr>
                  <m:t>z</m:t>
                </m:r>
              </m:sub>
            </m:sSub>
          </m:e>
        </m:d>
      </m:oMath>
      <w:r w:rsidRPr="00431F65">
        <w:rPr>
          <w:rFonts w:ascii="Times New Roman" w:hAnsi="Times New Roman"/>
          <w:sz w:val="24"/>
          <w:szCs w:val="24"/>
          <w:lang w:val="en-CA"/>
        </w:rPr>
        <w:t xml:space="preserve"> and </w:t>
      </w:r>
      <m:oMath>
        <m:r>
          <w:rPr>
            <w:rFonts w:ascii="Cambria Math" w:hAnsi="Cambria Math"/>
            <w:sz w:val="24"/>
            <w:szCs w:val="24"/>
            <w:lang w:val="en-CA"/>
          </w:rPr>
          <m:t>μ</m:t>
        </m:r>
        <m:d>
          <m:dPr>
            <m:ctrlPr>
              <w:rPr>
                <w:rFonts w:ascii="Cambria Math" w:hAnsi="Cambria Math"/>
                <w:i/>
                <w:sz w:val="24"/>
                <w:szCs w:val="24"/>
                <w:lang w:val="en-CA"/>
              </w:rPr>
            </m:ctrlPr>
          </m:dPr>
          <m:e>
            <m:sSub>
              <m:sSubPr>
                <m:ctrlPr>
                  <w:rPr>
                    <w:rFonts w:ascii="Cambria Math" w:hAnsi="Cambria Math"/>
                    <w:i/>
                    <w:sz w:val="24"/>
                    <w:szCs w:val="24"/>
                    <w:lang w:val="en-CA"/>
                  </w:rPr>
                </m:ctrlPr>
              </m:sSubPr>
              <m:e>
                <m:r>
                  <w:rPr>
                    <w:rFonts w:ascii="Cambria Math" w:hAnsi="Cambria Math"/>
                    <w:sz w:val="24"/>
                    <w:szCs w:val="24"/>
                    <w:lang w:val="en-CA"/>
                  </w:rPr>
                  <m:t>C</m:t>
                </m:r>
              </m:e>
              <m:sub>
                <m:r>
                  <w:rPr>
                    <w:rFonts w:ascii="Cambria Math" w:hAnsi="Cambria Math"/>
                    <w:sz w:val="24"/>
                    <w:szCs w:val="24"/>
                    <w:lang w:val="en-CA"/>
                  </w:rPr>
                  <m:t>x</m:t>
                </m:r>
              </m:sub>
            </m:sSub>
            <m:sSub>
              <m:sSubPr>
                <m:ctrlPr>
                  <w:rPr>
                    <w:rFonts w:ascii="Cambria Math" w:hAnsi="Cambria Math"/>
                    <w:i/>
                    <w:sz w:val="24"/>
                    <w:szCs w:val="24"/>
                    <w:lang w:val="en-CA"/>
                  </w:rPr>
                </m:ctrlPr>
              </m:sSubPr>
              <m:e>
                <m:r>
                  <w:rPr>
                    <w:rFonts w:ascii="Cambria Math" w:hAnsi="Cambria Math"/>
                    <w:sz w:val="24"/>
                    <w:szCs w:val="24"/>
                    <w:lang w:val="en-CA"/>
                  </w:rPr>
                  <m:t>H</m:t>
                </m:r>
              </m:e>
              <m:sub>
                <m:r>
                  <w:rPr>
                    <w:rFonts w:ascii="Cambria Math" w:hAnsi="Cambria Math"/>
                    <w:sz w:val="24"/>
                    <w:szCs w:val="24"/>
                    <w:lang w:val="en-CA"/>
                  </w:rPr>
                  <m:t>y</m:t>
                </m:r>
              </m:sub>
            </m:sSub>
            <m:sSub>
              <m:sSubPr>
                <m:ctrlPr>
                  <w:rPr>
                    <w:rFonts w:ascii="Cambria Math" w:hAnsi="Cambria Math"/>
                    <w:i/>
                    <w:sz w:val="24"/>
                    <w:szCs w:val="24"/>
                    <w:lang w:val="en-CA"/>
                  </w:rPr>
                </m:ctrlPr>
              </m:sSubPr>
              <m:e>
                <m:r>
                  <w:rPr>
                    <w:rFonts w:ascii="Cambria Math" w:hAnsi="Cambria Math"/>
                    <w:sz w:val="24"/>
                    <w:szCs w:val="24"/>
                    <w:lang w:val="en-CA"/>
                  </w:rPr>
                  <m:t>O</m:t>
                </m:r>
              </m:e>
              <m:sub>
                <m:r>
                  <w:rPr>
                    <w:rFonts w:ascii="Cambria Math" w:hAnsi="Cambria Math"/>
                    <w:sz w:val="24"/>
                    <w:szCs w:val="24"/>
                    <w:lang w:val="en-CA"/>
                  </w:rPr>
                  <m:t>z</m:t>
                </m:r>
              </m:sub>
            </m:sSub>
          </m:e>
        </m:d>
      </m:oMath>
      <w:r w:rsidRPr="00431F65">
        <w:rPr>
          <w:rFonts w:ascii="Times New Roman" w:hAnsi="Times New Roman"/>
          <w:sz w:val="24"/>
          <w:szCs w:val="24"/>
          <w:lang w:val="en-CA"/>
        </w:rPr>
        <w:t xml:space="preserve"> are the chemical potentials of C</w:t>
      </w:r>
      <w:r w:rsidRPr="00431F65">
        <w:rPr>
          <w:rFonts w:ascii="Times New Roman" w:hAnsi="Times New Roman"/>
          <w:sz w:val="24"/>
          <w:szCs w:val="24"/>
          <w:vertAlign w:val="subscript"/>
          <w:lang w:val="en-CA"/>
        </w:rPr>
        <w:t>x</w:t>
      </w:r>
      <w:r w:rsidRPr="00431F65">
        <w:rPr>
          <w:rFonts w:ascii="Times New Roman" w:hAnsi="Times New Roman"/>
          <w:sz w:val="24"/>
          <w:szCs w:val="24"/>
          <w:lang w:val="en-CA"/>
        </w:rPr>
        <w:t>H</w:t>
      </w:r>
      <w:r w:rsidRPr="00431F65">
        <w:rPr>
          <w:rFonts w:ascii="Times New Roman" w:hAnsi="Times New Roman"/>
          <w:sz w:val="24"/>
          <w:szCs w:val="24"/>
          <w:vertAlign w:val="subscript"/>
          <w:lang w:val="en-CA"/>
        </w:rPr>
        <w:t>y</w:t>
      </w:r>
      <w:r w:rsidRPr="00431F65">
        <w:rPr>
          <w:rFonts w:ascii="Times New Roman" w:hAnsi="Times New Roman"/>
          <w:sz w:val="24"/>
          <w:szCs w:val="24"/>
          <w:lang w:val="en-CA"/>
        </w:rPr>
        <w:t>O</w:t>
      </w:r>
      <w:r w:rsidRPr="00431F65">
        <w:rPr>
          <w:rFonts w:ascii="Times New Roman" w:hAnsi="Times New Roman"/>
          <w:sz w:val="24"/>
          <w:szCs w:val="24"/>
          <w:vertAlign w:val="subscript"/>
          <w:lang w:val="en-CA"/>
        </w:rPr>
        <w:t>z</w:t>
      </w:r>
      <w:r w:rsidRPr="00431F65">
        <w:rPr>
          <w:rFonts w:ascii="Times New Roman" w:hAnsi="Times New Roman"/>
          <w:sz w:val="24"/>
          <w:szCs w:val="24"/>
          <w:lang w:val="en-CA"/>
        </w:rPr>
        <w:t xml:space="preserve"> and C</w:t>
      </w:r>
      <w:r w:rsidRPr="00431F65">
        <w:rPr>
          <w:rFonts w:ascii="Times New Roman" w:hAnsi="Times New Roman"/>
          <w:sz w:val="24"/>
          <w:szCs w:val="24"/>
          <w:vertAlign w:val="subscript"/>
          <w:lang w:val="en-CA"/>
        </w:rPr>
        <w:t>x</w:t>
      </w:r>
      <w:r w:rsidRPr="00431F65">
        <w:rPr>
          <w:rFonts w:ascii="Times New Roman" w:hAnsi="Times New Roman"/>
          <w:sz w:val="24"/>
          <w:szCs w:val="24"/>
          <w:lang w:val="en-CA"/>
        </w:rPr>
        <w:t>H</w:t>
      </w:r>
      <w:r w:rsidRPr="00431F65">
        <w:rPr>
          <w:rFonts w:ascii="Times New Roman" w:hAnsi="Times New Roman"/>
          <w:sz w:val="24"/>
          <w:szCs w:val="24"/>
          <w:vertAlign w:val="subscript"/>
          <w:lang w:val="en-CA"/>
        </w:rPr>
        <w:t>y+1</w:t>
      </w:r>
      <w:r w:rsidRPr="00431F65">
        <w:rPr>
          <w:rFonts w:ascii="Times New Roman" w:hAnsi="Times New Roman"/>
          <w:sz w:val="24"/>
          <w:szCs w:val="24"/>
          <w:lang w:val="en-CA"/>
        </w:rPr>
        <w:t>O</w:t>
      </w:r>
      <w:r w:rsidRPr="00431F65">
        <w:rPr>
          <w:rFonts w:ascii="Times New Roman" w:hAnsi="Times New Roman"/>
          <w:sz w:val="24"/>
          <w:szCs w:val="24"/>
          <w:vertAlign w:val="subscript"/>
          <w:lang w:val="en-CA"/>
        </w:rPr>
        <w:t>z</w:t>
      </w:r>
      <w:r w:rsidRPr="00431F65">
        <w:rPr>
          <w:rFonts w:ascii="Times New Roman" w:hAnsi="Times New Roman"/>
          <w:sz w:val="24"/>
          <w:szCs w:val="24"/>
          <w:lang w:val="en-CA"/>
        </w:rPr>
        <w:t>.</w:t>
      </w:r>
      <w:r w:rsidR="00F96AE0" w:rsidRPr="00431F65">
        <w:rPr>
          <w:rFonts w:ascii="Times New Roman" w:hAnsi="Times New Roman"/>
          <w:sz w:val="24"/>
          <w:szCs w:val="24"/>
          <w:lang w:val="en-CA"/>
        </w:rPr>
        <w:t xml:space="preserve">The pH dependence can be released by converting the reference potential from RHE </w:t>
      </w:r>
      <w:r w:rsidR="00F96AE0" w:rsidRPr="00F96AE0">
        <w:rPr>
          <w:rFonts w:ascii="Times New Roman" w:hAnsi="Times New Roman"/>
          <w:sz w:val="24"/>
          <w:szCs w:val="24"/>
          <w:lang w:val="en-CA"/>
        </w:rPr>
        <w:t>to SHE scales using Nernst equation:</w:t>
      </w:r>
    </w:p>
    <w:p w14:paraId="78805334" w14:textId="28E6A959" w:rsidR="00F96AE0" w:rsidRPr="00F96AE0" w:rsidRDefault="00AC6CE9" w:rsidP="00431F65">
      <w:pPr>
        <w:spacing w:line="480" w:lineRule="auto"/>
        <w:jc w:val="center"/>
        <w:rPr>
          <w:rFonts w:ascii="Times New Roman" w:hAnsi="Times New Roman"/>
          <w:sz w:val="24"/>
          <w:szCs w:val="24"/>
          <w:lang w:val="en-CA"/>
        </w:rPr>
      </w:pPr>
      <m:oMath>
        <m:sSub>
          <m:sSubPr>
            <m:ctrlPr>
              <w:rPr>
                <w:rFonts w:ascii="Cambria Math" w:hAnsi="Cambria Math"/>
                <w:i/>
                <w:sz w:val="24"/>
                <w:szCs w:val="24"/>
                <w:lang w:val="en-CA"/>
              </w:rPr>
            </m:ctrlPr>
          </m:sSubPr>
          <m:e>
            <m:r>
              <w:rPr>
                <w:rFonts w:ascii="Cambria Math" w:hAnsi="Cambria Math"/>
                <w:sz w:val="24"/>
                <w:szCs w:val="24"/>
                <w:lang w:val="en-CA"/>
              </w:rPr>
              <m:t>U</m:t>
            </m:r>
          </m:e>
          <m:sub>
            <m:r>
              <w:rPr>
                <w:rFonts w:ascii="Cambria Math" w:hAnsi="Cambria Math"/>
                <w:sz w:val="24"/>
                <w:szCs w:val="24"/>
                <w:lang w:val="en-CA"/>
              </w:rPr>
              <m:t>RHE</m:t>
            </m:r>
          </m:sub>
        </m:sSub>
        <m:r>
          <w:rPr>
            <w:rFonts w:ascii="Cambria Math" w:hAnsi="Cambria Math"/>
            <w:sz w:val="24"/>
            <w:szCs w:val="24"/>
            <w:lang w:val="en-CA"/>
          </w:rPr>
          <m:t>=</m:t>
        </m:r>
        <m:sSub>
          <m:sSubPr>
            <m:ctrlPr>
              <w:rPr>
                <w:rFonts w:ascii="Cambria Math" w:hAnsi="Cambria Math"/>
                <w:i/>
                <w:sz w:val="24"/>
                <w:szCs w:val="24"/>
                <w:lang w:val="en-CA"/>
              </w:rPr>
            </m:ctrlPr>
          </m:sSubPr>
          <m:e>
            <m:r>
              <w:rPr>
                <w:rFonts w:ascii="Cambria Math" w:hAnsi="Cambria Math"/>
                <w:sz w:val="24"/>
                <w:szCs w:val="24"/>
                <w:lang w:val="en-CA"/>
              </w:rPr>
              <m:t>U</m:t>
            </m:r>
          </m:e>
          <m:sub>
            <m:r>
              <w:rPr>
                <w:rFonts w:ascii="Cambria Math" w:hAnsi="Cambria Math"/>
                <w:sz w:val="24"/>
                <w:szCs w:val="24"/>
                <w:lang w:val="en-CA"/>
              </w:rPr>
              <m:t>SHE</m:t>
            </m:r>
          </m:sub>
        </m:sSub>
        <m:r>
          <w:rPr>
            <w:rFonts w:ascii="Cambria Math" w:hAnsi="Cambria Math"/>
            <w:sz w:val="24"/>
            <w:szCs w:val="24"/>
            <w:lang w:val="en-CA"/>
          </w:rPr>
          <m:t>+</m:t>
        </m:r>
        <m:f>
          <m:fPr>
            <m:ctrlPr>
              <w:rPr>
                <w:rFonts w:ascii="Cambria Math" w:hAnsi="Cambria Math"/>
                <w:i/>
                <w:sz w:val="24"/>
                <w:szCs w:val="24"/>
                <w:lang w:val="en-CA"/>
              </w:rPr>
            </m:ctrlPr>
          </m:fPr>
          <m:num>
            <m:sSub>
              <m:sSubPr>
                <m:ctrlPr>
                  <w:rPr>
                    <w:rFonts w:ascii="Cambria Math" w:hAnsi="Cambria Math"/>
                    <w:i/>
                    <w:sz w:val="24"/>
                    <w:szCs w:val="24"/>
                    <w:lang w:val="en-CA"/>
                  </w:rPr>
                </m:ctrlPr>
              </m:sSubPr>
              <m:e>
                <m:r>
                  <w:rPr>
                    <w:rFonts w:ascii="Cambria Math" w:hAnsi="Cambria Math"/>
                    <w:sz w:val="24"/>
                    <w:szCs w:val="24"/>
                    <w:lang w:val="en-CA"/>
                  </w:rPr>
                  <m:t>k</m:t>
                </m:r>
              </m:e>
              <m:sub>
                <m:r>
                  <w:rPr>
                    <w:rFonts w:ascii="Cambria Math" w:hAnsi="Cambria Math"/>
                    <w:sz w:val="24"/>
                    <w:szCs w:val="24"/>
                    <w:lang w:val="en-CA"/>
                  </w:rPr>
                  <m:t>B</m:t>
                </m:r>
              </m:sub>
            </m:sSub>
            <m:r>
              <w:rPr>
                <w:rFonts w:ascii="Cambria Math" w:hAnsi="Cambria Math"/>
                <w:sz w:val="24"/>
                <w:szCs w:val="24"/>
                <w:lang w:val="en-CA"/>
              </w:rPr>
              <m:t>T</m:t>
            </m:r>
          </m:num>
          <m:den>
            <m:r>
              <w:rPr>
                <w:rFonts w:ascii="Cambria Math" w:hAnsi="Cambria Math"/>
                <w:sz w:val="24"/>
                <w:szCs w:val="24"/>
                <w:lang w:val="en-CA"/>
              </w:rPr>
              <m:t>e</m:t>
            </m:r>
          </m:den>
        </m:f>
        <m:r>
          <m:rPr>
            <m:sty m:val="p"/>
          </m:rPr>
          <w:rPr>
            <w:rFonts w:ascii="Cambria Math" w:hAnsi="Cambria Math"/>
            <w:sz w:val="24"/>
            <w:szCs w:val="24"/>
            <w:lang w:val="en-CA"/>
          </w:rPr>
          <m:t>ln⁡</m:t>
        </m:r>
        <m:r>
          <w:rPr>
            <w:rFonts w:ascii="Cambria Math" w:hAnsi="Cambria Math"/>
            <w:sz w:val="24"/>
            <w:szCs w:val="24"/>
            <w:lang w:val="en-CA"/>
          </w:rPr>
          <m:t>[</m:t>
        </m:r>
        <m:sSup>
          <m:sSupPr>
            <m:ctrlPr>
              <w:rPr>
                <w:rFonts w:ascii="Cambria Math" w:hAnsi="Cambria Math"/>
                <w:i/>
                <w:sz w:val="24"/>
                <w:szCs w:val="24"/>
                <w:lang w:val="en-CA"/>
              </w:rPr>
            </m:ctrlPr>
          </m:sSupPr>
          <m:e>
            <m:r>
              <w:rPr>
                <w:rFonts w:ascii="Cambria Math" w:hAnsi="Cambria Math"/>
                <w:sz w:val="24"/>
                <w:szCs w:val="24"/>
                <w:lang w:val="en-CA"/>
              </w:rPr>
              <m:t>H</m:t>
            </m:r>
          </m:e>
          <m:sup>
            <m:r>
              <w:rPr>
                <w:rFonts w:ascii="Cambria Math" w:hAnsi="Cambria Math"/>
                <w:sz w:val="24"/>
                <w:szCs w:val="24"/>
                <w:lang w:val="en-CA"/>
              </w:rPr>
              <m:t>+</m:t>
            </m:r>
          </m:sup>
        </m:sSup>
        <m:r>
          <w:rPr>
            <w:rFonts w:ascii="Cambria Math" w:hAnsi="Cambria Math"/>
            <w:sz w:val="24"/>
            <w:szCs w:val="24"/>
            <w:lang w:val="en-CA"/>
          </w:rPr>
          <m:t>]</m:t>
        </m:r>
      </m:oMath>
      <w:r w:rsidR="00F96AE0" w:rsidRPr="00F96AE0">
        <w:rPr>
          <w:rFonts w:ascii="Times New Roman" w:hAnsi="Times New Roman"/>
          <w:sz w:val="24"/>
          <w:szCs w:val="24"/>
          <w:lang w:val="en-CA"/>
        </w:rPr>
        <w:t xml:space="preserve">           (</w:t>
      </w:r>
      <w:r w:rsidR="001B2654">
        <w:rPr>
          <w:rFonts w:ascii="Times New Roman" w:hAnsi="Times New Roman"/>
          <w:sz w:val="24"/>
          <w:szCs w:val="24"/>
          <w:lang w:val="en-CA"/>
        </w:rPr>
        <w:t>S</w:t>
      </w:r>
      <w:r w:rsidR="00F96AE0" w:rsidRPr="00F96AE0">
        <w:rPr>
          <w:rFonts w:ascii="Times New Roman" w:hAnsi="Times New Roman"/>
          <w:sz w:val="24"/>
          <w:szCs w:val="24"/>
          <w:lang w:val="en-CA"/>
        </w:rPr>
        <w:t>4)</w:t>
      </w:r>
    </w:p>
    <w:p w14:paraId="6E04FCF4" w14:textId="38B8C118" w:rsidR="00F96AE0" w:rsidRPr="00F96AE0" w:rsidRDefault="00C0346A" w:rsidP="00431F65">
      <w:pPr>
        <w:spacing w:line="480" w:lineRule="auto"/>
        <w:rPr>
          <w:rFonts w:ascii="Times New Roman" w:hAnsi="Times New Roman"/>
          <w:sz w:val="24"/>
          <w:szCs w:val="24"/>
          <w:lang w:val="en-CA"/>
        </w:rPr>
      </w:pPr>
      <w:r w:rsidRPr="00C0346A">
        <w:rPr>
          <w:rFonts w:ascii="Times New Roman" w:hAnsi="Times New Roman"/>
          <w:sz w:val="24"/>
          <w:szCs w:val="24"/>
          <w:lang w:val="en-CA"/>
        </w:rPr>
        <w:t>where</w:t>
      </w:r>
      <m:oMath>
        <m:r>
          <w:rPr>
            <w:rFonts w:ascii="Cambria Math" w:hAnsi="Cambria Math"/>
            <w:sz w:val="24"/>
            <w:szCs w:val="24"/>
            <w:lang w:val="en-CA"/>
          </w:rPr>
          <m:t xml:space="preserve"> </m:t>
        </m:r>
        <m:sSub>
          <m:sSubPr>
            <m:ctrlPr>
              <w:rPr>
                <w:rFonts w:ascii="Cambria Math" w:hAnsi="Cambria Math"/>
                <w:i/>
                <w:sz w:val="24"/>
                <w:szCs w:val="24"/>
                <w:lang w:val="en-CA"/>
              </w:rPr>
            </m:ctrlPr>
          </m:sSubPr>
          <m:e>
            <m:r>
              <w:rPr>
                <w:rFonts w:ascii="Cambria Math" w:hAnsi="Cambria Math"/>
                <w:sz w:val="24"/>
                <w:szCs w:val="24"/>
                <w:lang w:val="en-CA"/>
              </w:rPr>
              <m:t>U</m:t>
            </m:r>
          </m:e>
          <m:sub>
            <m:r>
              <w:rPr>
                <w:rFonts w:ascii="Cambria Math" w:hAnsi="Cambria Math"/>
                <w:sz w:val="24"/>
                <w:szCs w:val="24"/>
                <w:lang w:val="en-CA"/>
              </w:rPr>
              <m:t>SHE</m:t>
            </m:r>
          </m:sub>
        </m:sSub>
      </m:oMath>
      <w:r w:rsidRPr="00C0346A">
        <w:rPr>
          <w:rFonts w:ascii="Times New Roman" w:hAnsi="Times New Roman"/>
          <w:sz w:val="24"/>
          <w:szCs w:val="24"/>
          <w:lang w:val="en-CA"/>
        </w:rPr>
        <w:t xml:space="preserve"> is the applied potential on the SHE scale, and</w:t>
      </w:r>
      <m:oMath>
        <m:sSub>
          <m:sSubPr>
            <m:ctrlPr>
              <w:rPr>
                <w:rFonts w:ascii="Cambria Math" w:hAnsi="Cambria Math"/>
                <w:i/>
                <w:sz w:val="24"/>
                <w:szCs w:val="24"/>
                <w:lang w:val="en-CA"/>
              </w:rPr>
            </m:ctrlPr>
          </m:sSubPr>
          <m:e>
            <m:r>
              <w:rPr>
                <w:rFonts w:ascii="Cambria Math" w:hAnsi="Cambria Math"/>
                <w:sz w:val="24"/>
                <w:szCs w:val="24"/>
                <w:lang w:val="en-CA"/>
              </w:rPr>
              <m:t>k</m:t>
            </m:r>
          </m:e>
          <m:sub>
            <m:r>
              <w:rPr>
                <w:rFonts w:ascii="Cambria Math" w:hAnsi="Cambria Math"/>
                <w:sz w:val="24"/>
                <w:szCs w:val="24"/>
                <w:lang w:val="en-CA"/>
              </w:rPr>
              <m:t>B</m:t>
            </m:r>
          </m:sub>
        </m:sSub>
      </m:oMath>
      <w:r w:rsidRPr="00C0346A">
        <w:rPr>
          <w:rFonts w:ascii="Times New Roman" w:hAnsi="Times New Roman"/>
          <w:sz w:val="24"/>
          <w:szCs w:val="24"/>
          <w:lang w:val="en-CA"/>
        </w:rPr>
        <w:t xml:space="preserve"> and </w:t>
      </w:r>
      <m:oMath>
        <m:r>
          <w:rPr>
            <w:rFonts w:ascii="Cambria Math" w:hAnsi="Cambria Math"/>
            <w:sz w:val="24"/>
            <w:szCs w:val="24"/>
            <w:lang w:val="en-CA"/>
          </w:rPr>
          <m:t>T</m:t>
        </m:r>
      </m:oMath>
      <w:r w:rsidRPr="00C0346A">
        <w:rPr>
          <w:rFonts w:ascii="Times New Roman" w:hAnsi="Times New Roman"/>
          <w:sz w:val="24"/>
          <w:szCs w:val="24"/>
          <w:lang w:val="en-CA"/>
        </w:rPr>
        <w:t xml:space="preserve"> are the Boltzmann constant and temperature, respectively. </w:t>
      </w:r>
      <m:oMath>
        <m:r>
          <m:rPr>
            <m:sty m:val="p"/>
          </m:rPr>
          <w:rPr>
            <w:rFonts w:ascii="Cambria Math" w:hAnsi="Cambria Math"/>
            <w:sz w:val="24"/>
            <w:szCs w:val="24"/>
            <w:lang w:val="en-CA"/>
          </w:rPr>
          <m:t>⁡</m:t>
        </m:r>
        <m:r>
          <w:rPr>
            <w:rFonts w:ascii="Cambria Math" w:hAnsi="Cambria Math"/>
            <w:sz w:val="24"/>
            <w:szCs w:val="24"/>
            <w:lang w:val="en-CA"/>
          </w:rPr>
          <m:t>[</m:t>
        </m:r>
        <m:sSup>
          <m:sSupPr>
            <m:ctrlPr>
              <w:rPr>
                <w:rFonts w:ascii="Cambria Math" w:hAnsi="Cambria Math"/>
                <w:i/>
                <w:sz w:val="24"/>
                <w:szCs w:val="24"/>
                <w:lang w:val="en-CA"/>
              </w:rPr>
            </m:ctrlPr>
          </m:sSupPr>
          <m:e>
            <m:r>
              <w:rPr>
                <w:rFonts w:ascii="Cambria Math" w:hAnsi="Cambria Math"/>
                <w:sz w:val="24"/>
                <w:szCs w:val="24"/>
                <w:lang w:val="en-CA"/>
              </w:rPr>
              <m:t>H</m:t>
            </m:r>
          </m:e>
          <m:sup>
            <m:r>
              <w:rPr>
                <w:rFonts w:ascii="Cambria Math" w:hAnsi="Cambria Math"/>
                <w:sz w:val="24"/>
                <w:szCs w:val="24"/>
                <w:lang w:val="en-CA"/>
              </w:rPr>
              <m:t>+</m:t>
            </m:r>
          </m:sup>
        </m:sSup>
        <m:r>
          <w:rPr>
            <w:rFonts w:ascii="Cambria Math" w:hAnsi="Cambria Math"/>
            <w:sz w:val="24"/>
            <w:szCs w:val="24"/>
            <w:lang w:val="en-CA"/>
          </w:rPr>
          <m:t>]</m:t>
        </m:r>
      </m:oMath>
      <w:r w:rsidRPr="00C0346A">
        <w:rPr>
          <w:rFonts w:ascii="Times New Roman" w:hAnsi="Times New Roman"/>
          <w:sz w:val="24"/>
          <w:szCs w:val="24"/>
          <w:lang w:val="en-CA"/>
        </w:rPr>
        <w:t xml:space="preserve"> is the proton concentration. </w:t>
      </w:r>
      <w:r w:rsidR="00F96AE0" w:rsidRPr="00F96AE0">
        <w:rPr>
          <w:rFonts w:ascii="Times New Roman" w:hAnsi="Times New Roman"/>
          <w:sz w:val="24"/>
          <w:szCs w:val="24"/>
          <w:lang w:val="en-CA"/>
        </w:rPr>
        <w:t xml:space="preserve">Therefore, the free energy change in Equation </w:t>
      </w:r>
      <w:r w:rsidR="002F51CF">
        <w:rPr>
          <w:rFonts w:ascii="Times New Roman" w:hAnsi="Times New Roman"/>
          <w:sz w:val="24"/>
          <w:szCs w:val="24"/>
          <w:lang w:val="en-CA"/>
        </w:rPr>
        <w:t>S</w:t>
      </w:r>
      <w:r w:rsidR="00F96AE0" w:rsidRPr="00F96AE0">
        <w:rPr>
          <w:rFonts w:ascii="Times New Roman" w:hAnsi="Times New Roman"/>
          <w:sz w:val="24"/>
          <w:szCs w:val="24"/>
          <w:lang w:val="en-CA"/>
        </w:rPr>
        <w:t>3 can be written as:</w:t>
      </w:r>
    </w:p>
    <w:p w14:paraId="506921A3" w14:textId="33FB88E2" w:rsidR="00F96AE0" w:rsidRPr="00F96AE0" w:rsidRDefault="00F96AE0" w:rsidP="00431F65">
      <w:pPr>
        <w:spacing w:line="480" w:lineRule="auto"/>
        <w:jc w:val="center"/>
        <w:rPr>
          <w:rFonts w:ascii="Times New Roman" w:hAnsi="Times New Roman"/>
          <w:sz w:val="24"/>
          <w:szCs w:val="24"/>
          <w:lang w:val="en-CA"/>
        </w:rPr>
      </w:pPr>
      <m:oMath>
        <m:r>
          <m:rPr>
            <m:sty m:val="p"/>
          </m:rPr>
          <w:rPr>
            <w:rFonts w:ascii="Cambria Math" w:hAnsi="Cambria Math"/>
            <w:sz w:val="24"/>
            <w:szCs w:val="24"/>
            <w:lang w:val="en-CA"/>
          </w:rPr>
          <m:t>Δ</m:t>
        </m:r>
        <m:r>
          <w:rPr>
            <w:rFonts w:ascii="Cambria Math" w:hAnsi="Cambria Math"/>
            <w:sz w:val="24"/>
            <w:szCs w:val="24"/>
            <w:lang w:val="en-CA"/>
          </w:rPr>
          <m:t>G=μ</m:t>
        </m:r>
        <m:d>
          <m:dPr>
            <m:ctrlPr>
              <w:rPr>
                <w:rFonts w:ascii="Cambria Math" w:hAnsi="Cambria Math"/>
                <w:i/>
                <w:sz w:val="24"/>
                <w:szCs w:val="24"/>
                <w:lang w:val="en-CA"/>
              </w:rPr>
            </m:ctrlPr>
          </m:dPr>
          <m:e>
            <m:sSub>
              <m:sSubPr>
                <m:ctrlPr>
                  <w:rPr>
                    <w:rFonts w:ascii="Cambria Math" w:hAnsi="Cambria Math"/>
                    <w:i/>
                    <w:sz w:val="24"/>
                    <w:szCs w:val="24"/>
                    <w:lang w:val="en-CA"/>
                  </w:rPr>
                </m:ctrlPr>
              </m:sSubPr>
              <m:e>
                <m:r>
                  <w:rPr>
                    <w:rFonts w:ascii="Cambria Math" w:hAnsi="Cambria Math"/>
                    <w:sz w:val="24"/>
                    <w:szCs w:val="24"/>
                    <w:lang w:val="en-CA"/>
                  </w:rPr>
                  <m:t>C</m:t>
                </m:r>
              </m:e>
              <m:sub>
                <m:r>
                  <w:rPr>
                    <w:rFonts w:ascii="Cambria Math" w:hAnsi="Cambria Math"/>
                    <w:sz w:val="24"/>
                    <w:szCs w:val="24"/>
                    <w:lang w:val="en-CA"/>
                  </w:rPr>
                  <m:t>x</m:t>
                </m:r>
              </m:sub>
            </m:sSub>
            <m:sSub>
              <m:sSubPr>
                <m:ctrlPr>
                  <w:rPr>
                    <w:rFonts w:ascii="Cambria Math" w:hAnsi="Cambria Math"/>
                    <w:i/>
                    <w:sz w:val="24"/>
                    <w:szCs w:val="24"/>
                    <w:lang w:val="en-CA"/>
                  </w:rPr>
                </m:ctrlPr>
              </m:sSubPr>
              <m:e>
                <m:r>
                  <w:rPr>
                    <w:rFonts w:ascii="Cambria Math" w:hAnsi="Cambria Math"/>
                    <w:sz w:val="24"/>
                    <w:szCs w:val="24"/>
                    <w:lang w:val="en-CA"/>
                  </w:rPr>
                  <m:t>H</m:t>
                </m:r>
              </m:e>
              <m:sub>
                <m:r>
                  <w:rPr>
                    <w:rFonts w:ascii="Cambria Math" w:hAnsi="Cambria Math"/>
                    <w:sz w:val="24"/>
                    <w:szCs w:val="24"/>
                    <w:lang w:val="en-CA"/>
                  </w:rPr>
                  <m:t>y+1</m:t>
                </m:r>
              </m:sub>
            </m:sSub>
            <m:sSub>
              <m:sSubPr>
                <m:ctrlPr>
                  <w:rPr>
                    <w:rFonts w:ascii="Cambria Math" w:hAnsi="Cambria Math"/>
                    <w:i/>
                    <w:sz w:val="24"/>
                    <w:szCs w:val="24"/>
                    <w:lang w:val="en-CA"/>
                  </w:rPr>
                </m:ctrlPr>
              </m:sSubPr>
              <m:e>
                <m:r>
                  <w:rPr>
                    <w:rFonts w:ascii="Cambria Math" w:hAnsi="Cambria Math"/>
                    <w:sz w:val="24"/>
                    <w:szCs w:val="24"/>
                    <w:lang w:val="en-CA"/>
                  </w:rPr>
                  <m:t>O</m:t>
                </m:r>
              </m:e>
              <m:sub>
                <m:r>
                  <w:rPr>
                    <w:rFonts w:ascii="Cambria Math" w:hAnsi="Cambria Math"/>
                    <w:sz w:val="24"/>
                    <w:szCs w:val="24"/>
                    <w:lang w:val="en-CA"/>
                  </w:rPr>
                  <m:t>z</m:t>
                </m:r>
              </m:sub>
            </m:sSub>
          </m:e>
        </m:d>
        <m:r>
          <w:rPr>
            <w:rFonts w:ascii="Cambria Math" w:hAnsi="Cambria Math"/>
            <w:sz w:val="24"/>
            <w:szCs w:val="24"/>
            <w:lang w:val="en-CA"/>
          </w:rPr>
          <m:t>-μ</m:t>
        </m:r>
        <m:d>
          <m:dPr>
            <m:ctrlPr>
              <w:rPr>
                <w:rFonts w:ascii="Cambria Math" w:hAnsi="Cambria Math"/>
                <w:i/>
                <w:sz w:val="24"/>
                <w:szCs w:val="24"/>
                <w:lang w:val="en-CA"/>
              </w:rPr>
            </m:ctrlPr>
          </m:dPr>
          <m:e>
            <m:sSub>
              <m:sSubPr>
                <m:ctrlPr>
                  <w:rPr>
                    <w:rFonts w:ascii="Cambria Math" w:hAnsi="Cambria Math"/>
                    <w:i/>
                    <w:sz w:val="24"/>
                    <w:szCs w:val="24"/>
                    <w:lang w:val="en-CA"/>
                  </w:rPr>
                </m:ctrlPr>
              </m:sSubPr>
              <m:e>
                <m:r>
                  <w:rPr>
                    <w:rFonts w:ascii="Cambria Math" w:hAnsi="Cambria Math"/>
                    <w:sz w:val="24"/>
                    <w:szCs w:val="24"/>
                    <w:lang w:val="en-CA"/>
                  </w:rPr>
                  <m:t>C</m:t>
                </m:r>
              </m:e>
              <m:sub>
                <m:r>
                  <w:rPr>
                    <w:rFonts w:ascii="Cambria Math" w:hAnsi="Cambria Math"/>
                    <w:sz w:val="24"/>
                    <w:szCs w:val="24"/>
                    <w:lang w:val="en-CA"/>
                  </w:rPr>
                  <m:t>x</m:t>
                </m:r>
              </m:sub>
            </m:sSub>
            <m:sSub>
              <m:sSubPr>
                <m:ctrlPr>
                  <w:rPr>
                    <w:rFonts w:ascii="Cambria Math" w:hAnsi="Cambria Math"/>
                    <w:i/>
                    <w:sz w:val="24"/>
                    <w:szCs w:val="24"/>
                    <w:lang w:val="en-CA"/>
                  </w:rPr>
                </m:ctrlPr>
              </m:sSubPr>
              <m:e>
                <m:r>
                  <w:rPr>
                    <w:rFonts w:ascii="Cambria Math" w:hAnsi="Cambria Math"/>
                    <w:sz w:val="24"/>
                    <w:szCs w:val="24"/>
                    <w:lang w:val="en-CA"/>
                  </w:rPr>
                  <m:t>H</m:t>
                </m:r>
              </m:e>
              <m:sub>
                <m:r>
                  <w:rPr>
                    <w:rFonts w:ascii="Cambria Math" w:hAnsi="Cambria Math"/>
                    <w:sz w:val="24"/>
                    <w:szCs w:val="24"/>
                    <w:lang w:val="en-CA"/>
                  </w:rPr>
                  <m:t>y</m:t>
                </m:r>
              </m:sub>
            </m:sSub>
            <m:sSub>
              <m:sSubPr>
                <m:ctrlPr>
                  <w:rPr>
                    <w:rFonts w:ascii="Cambria Math" w:hAnsi="Cambria Math"/>
                    <w:i/>
                    <w:sz w:val="24"/>
                    <w:szCs w:val="24"/>
                    <w:lang w:val="en-CA"/>
                  </w:rPr>
                </m:ctrlPr>
              </m:sSubPr>
              <m:e>
                <m:r>
                  <w:rPr>
                    <w:rFonts w:ascii="Cambria Math" w:hAnsi="Cambria Math"/>
                    <w:sz w:val="24"/>
                    <w:szCs w:val="24"/>
                    <w:lang w:val="en-CA"/>
                  </w:rPr>
                  <m:t>O</m:t>
                </m:r>
              </m:e>
              <m:sub>
                <m:r>
                  <w:rPr>
                    <w:rFonts w:ascii="Cambria Math" w:hAnsi="Cambria Math"/>
                    <w:sz w:val="24"/>
                    <w:szCs w:val="24"/>
                    <w:lang w:val="en-CA"/>
                  </w:rPr>
                  <m:t>z</m:t>
                </m:r>
              </m:sub>
            </m:sSub>
          </m:e>
        </m:d>
        <m:r>
          <w:rPr>
            <w:rFonts w:ascii="Cambria Math" w:hAnsi="Cambria Math"/>
            <w:sz w:val="24"/>
            <w:szCs w:val="24"/>
            <w:lang w:val="en-CA"/>
          </w:rPr>
          <m:t>-[</m:t>
        </m:r>
        <m:f>
          <m:fPr>
            <m:ctrlPr>
              <w:rPr>
                <w:rFonts w:ascii="Cambria Math" w:hAnsi="Cambria Math"/>
                <w:i/>
                <w:sz w:val="24"/>
                <w:szCs w:val="24"/>
                <w:lang w:val="en-CA"/>
              </w:rPr>
            </m:ctrlPr>
          </m:fPr>
          <m:num>
            <m:r>
              <w:rPr>
                <w:rFonts w:ascii="Cambria Math" w:hAnsi="Cambria Math"/>
                <w:sz w:val="24"/>
                <w:szCs w:val="24"/>
                <w:lang w:val="en-CA"/>
              </w:rPr>
              <m:t>1</m:t>
            </m:r>
          </m:num>
          <m:den>
            <m:r>
              <w:rPr>
                <w:rFonts w:ascii="Cambria Math" w:hAnsi="Cambria Math"/>
                <w:sz w:val="24"/>
                <w:szCs w:val="24"/>
                <w:lang w:val="en-CA"/>
              </w:rPr>
              <m:t>2</m:t>
            </m:r>
          </m:den>
        </m:f>
        <m:r>
          <w:rPr>
            <w:rFonts w:ascii="Cambria Math" w:hAnsi="Cambria Math"/>
            <w:sz w:val="24"/>
            <w:szCs w:val="24"/>
            <w:lang w:val="en-CA"/>
          </w:rPr>
          <m:t>μ</m:t>
        </m:r>
        <m:d>
          <m:dPr>
            <m:ctrlPr>
              <w:rPr>
                <w:rFonts w:ascii="Cambria Math" w:hAnsi="Cambria Math"/>
                <w:i/>
                <w:sz w:val="24"/>
                <w:szCs w:val="24"/>
                <w:lang w:val="en-CA"/>
              </w:rPr>
            </m:ctrlPr>
          </m:dPr>
          <m:e>
            <m:sSub>
              <m:sSubPr>
                <m:ctrlPr>
                  <w:rPr>
                    <w:rFonts w:ascii="Cambria Math" w:hAnsi="Cambria Math"/>
                    <w:i/>
                    <w:sz w:val="24"/>
                    <w:szCs w:val="24"/>
                    <w:lang w:val="en-CA"/>
                  </w:rPr>
                </m:ctrlPr>
              </m:sSubPr>
              <m:e>
                <m:r>
                  <w:rPr>
                    <w:rFonts w:ascii="Cambria Math" w:hAnsi="Cambria Math"/>
                    <w:sz w:val="24"/>
                    <w:szCs w:val="24"/>
                    <w:lang w:val="en-CA"/>
                  </w:rPr>
                  <m:t>H</m:t>
                </m:r>
              </m:e>
              <m:sub>
                <m:r>
                  <w:rPr>
                    <w:rFonts w:ascii="Cambria Math" w:hAnsi="Cambria Math"/>
                    <w:sz w:val="24"/>
                    <w:szCs w:val="24"/>
                    <w:lang w:val="en-CA"/>
                  </w:rPr>
                  <m:t>2</m:t>
                </m:r>
              </m:sub>
            </m:sSub>
          </m:e>
        </m:d>
        <m:r>
          <w:rPr>
            <w:rFonts w:ascii="Cambria Math" w:hAnsi="Cambria Math"/>
            <w:sz w:val="24"/>
            <w:szCs w:val="24"/>
            <w:lang w:val="en-CA"/>
          </w:rPr>
          <m:t>-e</m:t>
        </m:r>
        <m:sSub>
          <m:sSubPr>
            <m:ctrlPr>
              <w:rPr>
                <w:rFonts w:ascii="Cambria Math" w:hAnsi="Cambria Math"/>
                <w:i/>
                <w:sz w:val="24"/>
                <w:szCs w:val="24"/>
                <w:lang w:val="en-CA"/>
              </w:rPr>
            </m:ctrlPr>
          </m:sSubPr>
          <m:e>
            <m:r>
              <w:rPr>
                <w:rFonts w:ascii="Cambria Math" w:hAnsi="Cambria Math"/>
                <w:sz w:val="24"/>
                <w:szCs w:val="24"/>
                <w:lang w:val="en-CA"/>
              </w:rPr>
              <m:t>U</m:t>
            </m:r>
          </m:e>
          <m:sub>
            <m:r>
              <w:rPr>
                <w:rFonts w:ascii="Cambria Math" w:hAnsi="Cambria Math"/>
                <w:sz w:val="24"/>
                <w:szCs w:val="24"/>
                <w:lang w:val="en-CA"/>
              </w:rPr>
              <m:t>SHE</m:t>
            </m:r>
          </m:sub>
        </m:sSub>
        <m:r>
          <w:rPr>
            <w:rFonts w:ascii="Cambria Math" w:hAnsi="Cambria Math"/>
            <w:sz w:val="24"/>
            <w:szCs w:val="24"/>
            <w:lang w:val="en-CA"/>
          </w:rPr>
          <m:t>-</m:t>
        </m:r>
        <m:sSub>
          <m:sSubPr>
            <m:ctrlPr>
              <w:rPr>
                <w:rFonts w:ascii="Cambria Math" w:hAnsi="Cambria Math"/>
                <w:i/>
                <w:sz w:val="24"/>
                <w:szCs w:val="24"/>
                <w:lang w:val="en-CA"/>
              </w:rPr>
            </m:ctrlPr>
          </m:sSubPr>
          <m:e>
            <m:r>
              <w:rPr>
                <w:rFonts w:ascii="Cambria Math" w:hAnsi="Cambria Math"/>
                <w:sz w:val="24"/>
                <w:szCs w:val="24"/>
                <w:lang w:val="en-CA"/>
              </w:rPr>
              <m:t>k</m:t>
            </m:r>
          </m:e>
          <m:sub>
            <m:r>
              <w:rPr>
                <w:rFonts w:ascii="Cambria Math" w:hAnsi="Cambria Math"/>
                <w:sz w:val="24"/>
                <w:szCs w:val="24"/>
                <w:lang w:val="en-CA"/>
              </w:rPr>
              <m:t>B</m:t>
            </m:r>
          </m:sub>
        </m:sSub>
        <m:r>
          <w:rPr>
            <w:rFonts w:ascii="Cambria Math" w:hAnsi="Cambria Math"/>
            <w:sz w:val="24"/>
            <w:szCs w:val="24"/>
            <w:lang w:val="en-CA"/>
          </w:rPr>
          <m:t>Tln</m:t>
        </m:r>
        <m:d>
          <m:dPr>
            <m:begChr m:val="["/>
            <m:endChr m:val="]"/>
            <m:ctrlPr>
              <w:rPr>
                <w:rFonts w:ascii="Cambria Math" w:hAnsi="Cambria Math"/>
                <w:i/>
                <w:sz w:val="24"/>
                <w:szCs w:val="24"/>
                <w:lang w:val="en-CA"/>
              </w:rPr>
            </m:ctrlPr>
          </m:dPr>
          <m:e>
            <m:sSup>
              <m:sSupPr>
                <m:ctrlPr>
                  <w:rPr>
                    <w:rFonts w:ascii="Cambria Math" w:hAnsi="Cambria Math"/>
                    <w:i/>
                    <w:sz w:val="24"/>
                    <w:szCs w:val="24"/>
                    <w:lang w:val="en-CA"/>
                  </w:rPr>
                </m:ctrlPr>
              </m:sSupPr>
              <m:e>
                <m:r>
                  <w:rPr>
                    <w:rFonts w:ascii="Cambria Math" w:hAnsi="Cambria Math"/>
                    <w:sz w:val="24"/>
                    <w:szCs w:val="24"/>
                    <w:lang w:val="en-CA"/>
                  </w:rPr>
                  <m:t>H</m:t>
                </m:r>
              </m:e>
              <m:sup>
                <m:r>
                  <w:rPr>
                    <w:rFonts w:ascii="Cambria Math" w:hAnsi="Cambria Math"/>
                    <w:sz w:val="24"/>
                    <w:szCs w:val="24"/>
                    <w:lang w:val="en-CA"/>
                  </w:rPr>
                  <m:t>+</m:t>
                </m:r>
              </m:sup>
            </m:sSup>
          </m:e>
        </m:d>
        <m:r>
          <w:rPr>
            <w:rFonts w:ascii="Cambria Math" w:hAnsi="Cambria Math"/>
            <w:sz w:val="24"/>
            <w:szCs w:val="24"/>
            <w:lang w:val="en-CA"/>
          </w:rPr>
          <m:t>]</m:t>
        </m:r>
      </m:oMath>
      <w:r w:rsidRPr="00F96AE0">
        <w:rPr>
          <w:rFonts w:ascii="Times New Roman" w:hAnsi="Times New Roman"/>
          <w:sz w:val="24"/>
          <w:szCs w:val="24"/>
          <w:lang w:val="en-CA"/>
        </w:rPr>
        <w:t xml:space="preserve">           (</w:t>
      </w:r>
      <w:r w:rsidR="001B2654">
        <w:rPr>
          <w:rFonts w:ascii="Times New Roman" w:hAnsi="Times New Roman"/>
          <w:sz w:val="24"/>
          <w:szCs w:val="24"/>
          <w:lang w:val="en-CA"/>
        </w:rPr>
        <w:t>S</w:t>
      </w:r>
      <w:r w:rsidRPr="00F96AE0">
        <w:rPr>
          <w:rFonts w:ascii="Times New Roman" w:hAnsi="Times New Roman"/>
          <w:sz w:val="24"/>
          <w:szCs w:val="24"/>
          <w:lang w:val="en-CA"/>
        </w:rPr>
        <w:t>5)</w:t>
      </w:r>
    </w:p>
    <w:p w14:paraId="6C3C53F0" w14:textId="77777777" w:rsidR="00F96AE0" w:rsidRPr="00F96AE0" w:rsidRDefault="00F96AE0" w:rsidP="00431F65">
      <w:pPr>
        <w:spacing w:line="480" w:lineRule="auto"/>
        <w:rPr>
          <w:rFonts w:ascii="Times New Roman" w:hAnsi="Times New Roman"/>
          <w:sz w:val="24"/>
          <w:szCs w:val="24"/>
          <w:lang w:val="en-CA"/>
        </w:rPr>
      </w:pPr>
      <w:r w:rsidRPr="00F96AE0">
        <w:rPr>
          <w:rFonts w:ascii="Times New Roman" w:hAnsi="Times New Roman"/>
          <w:sz w:val="24"/>
          <w:szCs w:val="24"/>
          <w:lang w:val="en-CA"/>
        </w:rPr>
        <w:t>With the approximation in this work, the forward reaction rate of the step, C</w:t>
      </w:r>
      <w:r w:rsidRPr="00F96AE0">
        <w:rPr>
          <w:rFonts w:ascii="Times New Roman" w:hAnsi="Times New Roman"/>
          <w:sz w:val="24"/>
          <w:szCs w:val="24"/>
          <w:vertAlign w:val="subscript"/>
          <w:lang w:val="en-CA"/>
        </w:rPr>
        <w:t>x</w:t>
      </w:r>
      <w:r w:rsidRPr="00F96AE0">
        <w:rPr>
          <w:rFonts w:ascii="Times New Roman" w:hAnsi="Times New Roman"/>
          <w:sz w:val="24"/>
          <w:szCs w:val="24"/>
          <w:lang w:val="en-CA"/>
        </w:rPr>
        <w:t>H</w:t>
      </w:r>
      <w:r w:rsidRPr="00F96AE0">
        <w:rPr>
          <w:rFonts w:ascii="Times New Roman" w:hAnsi="Times New Roman"/>
          <w:sz w:val="24"/>
          <w:szCs w:val="24"/>
          <w:vertAlign w:val="subscript"/>
          <w:lang w:val="en-CA"/>
        </w:rPr>
        <w:t>y</w:t>
      </w:r>
      <w:r w:rsidRPr="00F96AE0">
        <w:rPr>
          <w:rFonts w:ascii="Times New Roman" w:hAnsi="Times New Roman"/>
          <w:sz w:val="24"/>
          <w:szCs w:val="24"/>
          <w:lang w:val="en-CA"/>
        </w:rPr>
        <w:t>O</w:t>
      </w:r>
      <w:r w:rsidRPr="00F96AE0">
        <w:rPr>
          <w:rFonts w:ascii="Times New Roman" w:hAnsi="Times New Roman"/>
          <w:sz w:val="24"/>
          <w:szCs w:val="24"/>
          <w:vertAlign w:val="subscript"/>
          <w:lang w:val="en-CA"/>
        </w:rPr>
        <w:t>z</w:t>
      </w:r>
      <w:r w:rsidRPr="00F96AE0">
        <w:rPr>
          <w:rFonts w:ascii="Times New Roman" w:hAnsi="Times New Roman"/>
          <w:sz w:val="24"/>
          <w:szCs w:val="24"/>
          <w:lang w:val="en-CA"/>
        </w:rPr>
        <w:t xml:space="preserve"> to C</w:t>
      </w:r>
      <w:r w:rsidRPr="00F96AE0">
        <w:rPr>
          <w:rFonts w:ascii="Times New Roman" w:hAnsi="Times New Roman"/>
          <w:sz w:val="24"/>
          <w:szCs w:val="24"/>
          <w:vertAlign w:val="subscript"/>
          <w:lang w:val="en-CA"/>
        </w:rPr>
        <w:t>x</w:t>
      </w:r>
      <w:r w:rsidRPr="00F96AE0">
        <w:rPr>
          <w:rFonts w:ascii="Times New Roman" w:hAnsi="Times New Roman"/>
          <w:sz w:val="24"/>
          <w:szCs w:val="24"/>
          <w:lang w:val="en-CA"/>
        </w:rPr>
        <w:t>H</w:t>
      </w:r>
      <w:r w:rsidRPr="00F96AE0">
        <w:rPr>
          <w:rFonts w:ascii="Times New Roman" w:hAnsi="Times New Roman"/>
          <w:sz w:val="24"/>
          <w:szCs w:val="24"/>
          <w:vertAlign w:val="subscript"/>
          <w:lang w:val="en-CA"/>
        </w:rPr>
        <w:t>y+1</w:t>
      </w:r>
      <w:r w:rsidRPr="00F96AE0">
        <w:rPr>
          <w:rFonts w:ascii="Times New Roman" w:hAnsi="Times New Roman"/>
          <w:sz w:val="24"/>
          <w:szCs w:val="24"/>
          <w:lang w:val="en-CA"/>
        </w:rPr>
        <w:t>O</w:t>
      </w:r>
      <w:r w:rsidRPr="00F96AE0">
        <w:rPr>
          <w:rFonts w:ascii="Times New Roman" w:hAnsi="Times New Roman"/>
          <w:sz w:val="24"/>
          <w:szCs w:val="24"/>
          <w:vertAlign w:val="subscript"/>
          <w:lang w:val="en-CA"/>
        </w:rPr>
        <w:t>z</w:t>
      </w:r>
      <w:r w:rsidRPr="00F96AE0">
        <w:rPr>
          <w:rFonts w:ascii="Times New Roman" w:hAnsi="Times New Roman"/>
          <w:sz w:val="24"/>
          <w:szCs w:val="24"/>
          <w:lang w:val="en-CA"/>
        </w:rPr>
        <w:t xml:space="preserve"> are written as:</w:t>
      </w:r>
    </w:p>
    <w:p w14:paraId="616D0357" w14:textId="53BF1FDD" w:rsidR="00F96AE0" w:rsidRPr="00F96AE0" w:rsidRDefault="00AC6CE9" w:rsidP="00431F65">
      <w:pPr>
        <w:spacing w:line="480" w:lineRule="auto"/>
        <w:jc w:val="center"/>
        <w:rPr>
          <w:rFonts w:ascii="Times New Roman" w:hAnsi="Times New Roman"/>
          <w:sz w:val="24"/>
          <w:szCs w:val="24"/>
          <w:lang w:val="en-CA"/>
        </w:rPr>
      </w:pPr>
      <m:oMath>
        <m:sSub>
          <m:sSubPr>
            <m:ctrlPr>
              <w:rPr>
                <w:rFonts w:ascii="Cambria Math" w:hAnsi="Cambria Math"/>
                <w:i/>
                <w:sz w:val="24"/>
                <w:szCs w:val="24"/>
                <w:lang w:val="en-CA"/>
              </w:rPr>
            </m:ctrlPr>
          </m:sSubPr>
          <m:e>
            <m:r>
              <w:rPr>
                <w:rFonts w:ascii="Cambria Math" w:hAnsi="Cambria Math"/>
                <w:sz w:val="24"/>
                <w:szCs w:val="24"/>
                <w:lang w:val="en-CA"/>
              </w:rPr>
              <m:t>r</m:t>
            </m:r>
          </m:e>
          <m:sub>
            <m:r>
              <w:rPr>
                <w:rFonts w:ascii="Cambria Math" w:hAnsi="Cambria Math"/>
                <w:sz w:val="24"/>
                <w:szCs w:val="24"/>
                <w:lang w:val="en-CA"/>
              </w:rPr>
              <m:t>f</m:t>
            </m:r>
          </m:sub>
        </m:sSub>
        <m:r>
          <w:rPr>
            <w:rFonts w:ascii="Cambria Math" w:hAnsi="Cambria Math"/>
            <w:sz w:val="24"/>
            <w:szCs w:val="24"/>
            <w:lang w:val="en-CA"/>
          </w:rPr>
          <m:t>=k</m:t>
        </m:r>
        <m:func>
          <m:funcPr>
            <m:ctrlPr>
              <w:rPr>
                <w:rFonts w:ascii="Cambria Math" w:hAnsi="Cambria Math"/>
                <w:i/>
                <w:sz w:val="24"/>
                <w:szCs w:val="24"/>
                <w:lang w:val="en-CA"/>
              </w:rPr>
            </m:ctrlPr>
          </m:funcPr>
          <m:fName>
            <m:r>
              <m:rPr>
                <m:sty m:val="p"/>
              </m:rPr>
              <w:rPr>
                <w:rFonts w:ascii="Cambria Math" w:hAnsi="Cambria Math"/>
                <w:sz w:val="24"/>
                <w:szCs w:val="24"/>
                <w:lang w:val="en-CA"/>
              </w:rPr>
              <m:t>exp</m:t>
            </m:r>
          </m:fName>
          <m:e>
            <m:f>
              <m:fPr>
                <m:ctrlPr>
                  <w:rPr>
                    <w:rFonts w:ascii="Cambria Math" w:hAnsi="Cambria Math"/>
                    <w:i/>
                    <w:sz w:val="24"/>
                    <w:szCs w:val="24"/>
                    <w:lang w:val="en-CA"/>
                  </w:rPr>
                </m:ctrlPr>
              </m:fPr>
              <m:num>
                <m:r>
                  <m:rPr>
                    <m:sty m:val="p"/>
                  </m:rPr>
                  <w:rPr>
                    <w:rFonts w:ascii="Cambria Math" w:hAnsi="Cambria Math"/>
                    <w:sz w:val="24"/>
                    <w:szCs w:val="24"/>
                    <w:lang w:val="en-CA"/>
                  </w:rPr>
                  <m:t>Δ</m:t>
                </m:r>
                <m:r>
                  <w:rPr>
                    <w:rFonts w:ascii="Cambria Math" w:hAnsi="Cambria Math"/>
                    <w:sz w:val="24"/>
                    <w:szCs w:val="24"/>
                    <w:lang w:val="en-CA"/>
                  </w:rPr>
                  <m:t>G</m:t>
                </m:r>
              </m:num>
              <m:den>
                <m:sSub>
                  <m:sSubPr>
                    <m:ctrlPr>
                      <w:rPr>
                        <w:rFonts w:ascii="Cambria Math" w:hAnsi="Cambria Math"/>
                        <w:i/>
                        <w:sz w:val="24"/>
                        <w:szCs w:val="24"/>
                        <w:lang w:val="en-CA"/>
                      </w:rPr>
                    </m:ctrlPr>
                  </m:sSubPr>
                  <m:e>
                    <m:r>
                      <w:rPr>
                        <w:rFonts w:ascii="Cambria Math" w:hAnsi="Cambria Math"/>
                        <w:sz w:val="24"/>
                        <w:szCs w:val="24"/>
                        <w:lang w:val="en-CA"/>
                      </w:rPr>
                      <m:t>k</m:t>
                    </m:r>
                  </m:e>
                  <m:sub>
                    <m:r>
                      <w:rPr>
                        <w:rFonts w:ascii="Cambria Math" w:hAnsi="Cambria Math"/>
                        <w:sz w:val="24"/>
                        <w:szCs w:val="24"/>
                        <w:lang w:val="en-CA"/>
                      </w:rPr>
                      <m:t>B</m:t>
                    </m:r>
                  </m:sub>
                </m:sSub>
                <m:r>
                  <w:rPr>
                    <w:rFonts w:ascii="Cambria Math" w:hAnsi="Cambria Math"/>
                    <w:sz w:val="24"/>
                    <w:szCs w:val="24"/>
                    <w:lang w:val="en-CA"/>
                  </w:rPr>
                  <m:t>T</m:t>
                </m:r>
              </m:den>
            </m:f>
            <m:r>
              <w:rPr>
                <w:rFonts w:ascii="Cambria Math" w:hAnsi="Cambria Math"/>
                <w:sz w:val="24"/>
                <w:szCs w:val="24"/>
                <w:lang w:val="en-CA"/>
              </w:rPr>
              <m:t>=k</m:t>
            </m:r>
            <m:func>
              <m:funcPr>
                <m:ctrlPr>
                  <w:rPr>
                    <w:rFonts w:ascii="Cambria Math" w:hAnsi="Cambria Math"/>
                    <w:i/>
                    <w:sz w:val="24"/>
                    <w:szCs w:val="24"/>
                    <w:lang w:val="en-CA"/>
                  </w:rPr>
                </m:ctrlPr>
              </m:funcPr>
              <m:fName>
                <m:r>
                  <m:rPr>
                    <m:sty m:val="p"/>
                  </m:rPr>
                  <w:rPr>
                    <w:rFonts w:ascii="Cambria Math" w:hAnsi="Cambria Math"/>
                    <w:sz w:val="24"/>
                    <w:szCs w:val="24"/>
                    <w:lang w:val="en-CA"/>
                  </w:rPr>
                  <m:t>exp</m:t>
                </m:r>
              </m:fName>
              <m:e>
                <m:f>
                  <m:fPr>
                    <m:ctrlPr>
                      <w:rPr>
                        <w:rFonts w:ascii="Cambria Math" w:hAnsi="Cambria Math"/>
                        <w:i/>
                        <w:sz w:val="24"/>
                        <w:szCs w:val="24"/>
                        <w:lang w:val="en-CA"/>
                      </w:rPr>
                    </m:ctrlPr>
                  </m:fPr>
                  <m:num>
                    <m:r>
                      <w:rPr>
                        <w:rFonts w:ascii="Cambria Math" w:hAnsi="Cambria Math"/>
                        <w:sz w:val="24"/>
                        <w:szCs w:val="24"/>
                        <w:lang w:val="en-CA"/>
                      </w:rPr>
                      <m:t>μ</m:t>
                    </m:r>
                    <m:d>
                      <m:dPr>
                        <m:ctrlPr>
                          <w:rPr>
                            <w:rFonts w:ascii="Cambria Math" w:hAnsi="Cambria Math"/>
                            <w:i/>
                            <w:sz w:val="24"/>
                            <w:szCs w:val="24"/>
                            <w:lang w:val="en-CA"/>
                          </w:rPr>
                        </m:ctrlPr>
                      </m:dPr>
                      <m:e>
                        <m:sSub>
                          <m:sSubPr>
                            <m:ctrlPr>
                              <w:rPr>
                                <w:rFonts w:ascii="Cambria Math" w:hAnsi="Cambria Math"/>
                                <w:i/>
                                <w:sz w:val="24"/>
                                <w:szCs w:val="24"/>
                                <w:lang w:val="en-CA"/>
                              </w:rPr>
                            </m:ctrlPr>
                          </m:sSubPr>
                          <m:e>
                            <m:r>
                              <w:rPr>
                                <w:rFonts w:ascii="Cambria Math" w:hAnsi="Cambria Math"/>
                                <w:sz w:val="24"/>
                                <w:szCs w:val="24"/>
                                <w:lang w:val="en-CA"/>
                              </w:rPr>
                              <m:t>C</m:t>
                            </m:r>
                          </m:e>
                          <m:sub>
                            <m:r>
                              <w:rPr>
                                <w:rFonts w:ascii="Cambria Math" w:hAnsi="Cambria Math"/>
                                <w:sz w:val="24"/>
                                <w:szCs w:val="24"/>
                                <w:lang w:val="en-CA"/>
                              </w:rPr>
                              <m:t>x</m:t>
                            </m:r>
                          </m:sub>
                        </m:sSub>
                        <m:sSub>
                          <m:sSubPr>
                            <m:ctrlPr>
                              <w:rPr>
                                <w:rFonts w:ascii="Cambria Math" w:hAnsi="Cambria Math"/>
                                <w:i/>
                                <w:sz w:val="24"/>
                                <w:szCs w:val="24"/>
                                <w:lang w:val="en-CA"/>
                              </w:rPr>
                            </m:ctrlPr>
                          </m:sSubPr>
                          <m:e>
                            <m:r>
                              <w:rPr>
                                <w:rFonts w:ascii="Cambria Math" w:hAnsi="Cambria Math"/>
                                <w:sz w:val="24"/>
                                <w:szCs w:val="24"/>
                                <w:lang w:val="en-CA"/>
                              </w:rPr>
                              <m:t>H</m:t>
                            </m:r>
                          </m:e>
                          <m:sub>
                            <m:r>
                              <w:rPr>
                                <w:rFonts w:ascii="Cambria Math" w:hAnsi="Cambria Math"/>
                                <w:sz w:val="24"/>
                                <w:szCs w:val="24"/>
                                <w:lang w:val="en-CA"/>
                              </w:rPr>
                              <m:t>y+1</m:t>
                            </m:r>
                          </m:sub>
                        </m:sSub>
                        <m:sSub>
                          <m:sSubPr>
                            <m:ctrlPr>
                              <w:rPr>
                                <w:rFonts w:ascii="Cambria Math" w:hAnsi="Cambria Math"/>
                                <w:i/>
                                <w:sz w:val="24"/>
                                <w:szCs w:val="24"/>
                                <w:lang w:val="en-CA"/>
                              </w:rPr>
                            </m:ctrlPr>
                          </m:sSubPr>
                          <m:e>
                            <m:r>
                              <w:rPr>
                                <w:rFonts w:ascii="Cambria Math" w:hAnsi="Cambria Math"/>
                                <w:sz w:val="24"/>
                                <w:szCs w:val="24"/>
                                <w:lang w:val="en-CA"/>
                              </w:rPr>
                              <m:t>O</m:t>
                            </m:r>
                          </m:e>
                          <m:sub>
                            <m:r>
                              <w:rPr>
                                <w:rFonts w:ascii="Cambria Math" w:hAnsi="Cambria Math"/>
                                <w:sz w:val="24"/>
                                <w:szCs w:val="24"/>
                                <w:lang w:val="en-CA"/>
                              </w:rPr>
                              <m:t>z</m:t>
                            </m:r>
                          </m:sub>
                        </m:sSub>
                      </m:e>
                    </m:d>
                    <m:r>
                      <w:rPr>
                        <w:rFonts w:ascii="Cambria Math" w:hAnsi="Cambria Math"/>
                        <w:sz w:val="24"/>
                        <w:szCs w:val="24"/>
                        <w:lang w:val="en-CA"/>
                      </w:rPr>
                      <m:t>-μ</m:t>
                    </m:r>
                    <m:d>
                      <m:dPr>
                        <m:ctrlPr>
                          <w:rPr>
                            <w:rFonts w:ascii="Cambria Math" w:hAnsi="Cambria Math"/>
                            <w:i/>
                            <w:sz w:val="24"/>
                            <w:szCs w:val="24"/>
                            <w:lang w:val="en-CA"/>
                          </w:rPr>
                        </m:ctrlPr>
                      </m:dPr>
                      <m:e>
                        <m:sSub>
                          <m:sSubPr>
                            <m:ctrlPr>
                              <w:rPr>
                                <w:rFonts w:ascii="Cambria Math" w:hAnsi="Cambria Math"/>
                                <w:i/>
                                <w:sz w:val="24"/>
                                <w:szCs w:val="24"/>
                                <w:lang w:val="en-CA"/>
                              </w:rPr>
                            </m:ctrlPr>
                          </m:sSubPr>
                          <m:e>
                            <m:r>
                              <w:rPr>
                                <w:rFonts w:ascii="Cambria Math" w:hAnsi="Cambria Math"/>
                                <w:sz w:val="24"/>
                                <w:szCs w:val="24"/>
                                <w:lang w:val="en-CA"/>
                              </w:rPr>
                              <m:t>C</m:t>
                            </m:r>
                          </m:e>
                          <m:sub>
                            <m:r>
                              <w:rPr>
                                <w:rFonts w:ascii="Cambria Math" w:hAnsi="Cambria Math"/>
                                <w:sz w:val="24"/>
                                <w:szCs w:val="24"/>
                                <w:lang w:val="en-CA"/>
                              </w:rPr>
                              <m:t>x</m:t>
                            </m:r>
                          </m:sub>
                        </m:sSub>
                        <m:sSub>
                          <m:sSubPr>
                            <m:ctrlPr>
                              <w:rPr>
                                <w:rFonts w:ascii="Cambria Math" w:hAnsi="Cambria Math"/>
                                <w:i/>
                                <w:sz w:val="24"/>
                                <w:szCs w:val="24"/>
                                <w:lang w:val="en-CA"/>
                              </w:rPr>
                            </m:ctrlPr>
                          </m:sSubPr>
                          <m:e>
                            <m:r>
                              <w:rPr>
                                <w:rFonts w:ascii="Cambria Math" w:hAnsi="Cambria Math"/>
                                <w:sz w:val="24"/>
                                <w:szCs w:val="24"/>
                                <w:lang w:val="en-CA"/>
                              </w:rPr>
                              <m:t>H</m:t>
                            </m:r>
                          </m:e>
                          <m:sub>
                            <m:r>
                              <w:rPr>
                                <w:rFonts w:ascii="Cambria Math" w:hAnsi="Cambria Math"/>
                                <w:sz w:val="24"/>
                                <w:szCs w:val="24"/>
                                <w:lang w:val="en-CA"/>
                              </w:rPr>
                              <m:t>y</m:t>
                            </m:r>
                          </m:sub>
                        </m:sSub>
                        <m:sSub>
                          <m:sSubPr>
                            <m:ctrlPr>
                              <w:rPr>
                                <w:rFonts w:ascii="Cambria Math" w:hAnsi="Cambria Math"/>
                                <w:i/>
                                <w:sz w:val="24"/>
                                <w:szCs w:val="24"/>
                                <w:lang w:val="en-CA"/>
                              </w:rPr>
                            </m:ctrlPr>
                          </m:sSubPr>
                          <m:e>
                            <m:r>
                              <w:rPr>
                                <w:rFonts w:ascii="Cambria Math" w:hAnsi="Cambria Math"/>
                                <w:sz w:val="24"/>
                                <w:szCs w:val="24"/>
                                <w:lang w:val="en-CA"/>
                              </w:rPr>
                              <m:t>O</m:t>
                            </m:r>
                          </m:e>
                          <m:sub>
                            <m:r>
                              <w:rPr>
                                <w:rFonts w:ascii="Cambria Math" w:hAnsi="Cambria Math"/>
                                <w:sz w:val="24"/>
                                <w:szCs w:val="24"/>
                                <w:lang w:val="en-CA"/>
                              </w:rPr>
                              <m:t>z</m:t>
                            </m:r>
                          </m:sub>
                        </m:sSub>
                      </m:e>
                    </m:d>
                    <m:r>
                      <w:rPr>
                        <w:rFonts w:ascii="Cambria Math" w:hAnsi="Cambria Math"/>
                        <w:sz w:val="24"/>
                        <w:szCs w:val="24"/>
                        <w:lang w:val="en-CA"/>
                      </w:rPr>
                      <m:t>-[</m:t>
                    </m:r>
                    <m:f>
                      <m:fPr>
                        <m:ctrlPr>
                          <w:rPr>
                            <w:rFonts w:ascii="Cambria Math" w:hAnsi="Cambria Math"/>
                            <w:i/>
                            <w:sz w:val="24"/>
                            <w:szCs w:val="24"/>
                            <w:lang w:val="en-CA"/>
                          </w:rPr>
                        </m:ctrlPr>
                      </m:fPr>
                      <m:num>
                        <m:r>
                          <w:rPr>
                            <w:rFonts w:ascii="Cambria Math" w:hAnsi="Cambria Math"/>
                            <w:sz w:val="24"/>
                            <w:szCs w:val="24"/>
                            <w:lang w:val="en-CA"/>
                          </w:rPr>
                          <m:t>1</m:t>
                        </m:r>
                      </m:num>
                      <m:den>
                        <m:r>
                          <w:rPr>
                            <w:rFonts w:ascii="Cambria Math" w:hAnsi="Cambria Math"/>
                            <w:sz w:val="24"/>
                            <w:szCs w:val="24"/>
                            <w:lang w:val="en-CA"/>
                          </w:rPr>
                          <m:t>2</m:t>
                        </m:r>
                      </m:den>
                    </m:f>
                    <m:r>
                      <w:rPr>
                        <w:rFonts w:ascii="Cambria Math" w:hAnsi="Cambria Math"/>
                        <w:sz w:val="24"/>
                        <w:szCs w:val="24"/>
                        <w:lang w:val="en-CA"/>
                      </w:rPr>
                      <m:t>μ</m:t>
                    </m:r>
                    <m:d>
                      <m:dPr>
                        <m:ctrlPr>
                          <w:rPr>
                            <w:rFonts w:ascii="Cambria Math" w:hAnsi="Cambria Math"/>
                            <w:i/>
                            <w:sz w:val="24"/>
                            <w:szCs w:val="24"/>
                            <w:lang w:val="en-CA"/>
                          </w:rPr>
                        </m:ctrlPr>
                      </m:dPr>
                      <m:e>
                        <m:sSub>
                          <m:sSubPr>
                            <m:ctrlPr>
                              <w:rPr>
                                <w:rFonts w:ascii="Cambria Math" w:hAnsi="Cambria Math"/>
                                <w:i/>
                                <w:sz w:val="24"/>
                                <w:szCs w:val="24"/>
                                <w:lang w:val="en-CA"/>
                              </w:rPr>
                            </m:ctrlPr>
                          </m:sSubPr>
                          <m:e>
                            <m:r>
                              <w:rPr>
                                <w:rFonts w:ascii="Cambria Math" w:hAnsi="Cambria Math"/>
                                <w:sz w:val="24"/>
                                <w:szCs w:val="24"/>
                                <w:lang w:val="en-CA"/>
                              </w:rPr>
                              <m:t>H</m:t>
                            </m:r>
                          </m:e>
                          <m:sub>
                            <m:r>
                              <w:rPr>
                                <w:rFonts w:ascii="Cambria Math" w:hAnsi="Cambria Math"/>
                                <w:sz w:val="24"/>
                                <w:szCs w:val="24"/>
                                <w:lang w:val="en-CA"/>
                              </w:rPr>
                              <m:t>2</m:t>
                            </m:r>
                          </m:sub>
                        </m:sSub>
                      </m:e>
                    </m:d>
                    <m:r>
                      <w:rPr>
                        <w:rFonts w:ascii="Cambria Math" w:hAnsi="Cambria Math"/>
                        <w:sz w:val="24"/>
                        <w:szCs w:val="24"/>
                        <w:lang w:val="en-CA"/>
                      </w:rPr>
                      <m:t>-e</m:t>
                    </m:r>
                    <m:sSub>
                      <m:sSubPr>
                        <m:ctrlPr>
                          <w:rPr>
                            <w:rFonts w:ascii="Cambria Math" w:hAnsi="Cambria Math"/>
                            <w:i/>
                            <w:sz w:val="24"/>
                            <w:szCs w:val="24"/>
                            <w:lang w:val="en-CA"/>
                          </w:rPr>
                        </m:ctrlPr>
                      </m:sSubPr>
                      <m:e>
                        <m:r>
                          <w:rPr>
                            <w:rFonts w:ascii="Cambria Math" w:hAnsi="Cambria Math"/>
                            <w:sz w:val="24"/>
                            <w:szCs w:val="24"/>
                            <w:lang w:val="en-CA"/>
                          </w:rPr>
                          <m:t>U</m:t>
                        </m:r>
                      </m:e>
                      <m:sub>
                        <m:r>
                          <w:rPr>
                            <w:rFonts w:ascii="Cambria Math" w:hAnsi="Cambria Math"/>
                            <w:sz w:val="24"/>
                            <w:szCs w:val="24"/>
                            <w:lang w:val="en-CA"/>
                          </w:rPr>
                          <m:t>SHE</m:t>
                        </m:r>
                      </m:sub>
                    </m:sSub>
                    <m:r>
                      <w:rPr>
                        <w:rFonts w:ascii="Cambria Math" w:hAnsi="Cambria Math"/>
                        <w:sz w:val="24"/>
                        <w:szCs w:val="24"/>
                        <w:lang w:val="en-CA"/>
                      </w:rPr>
                      <m:t>-</m:t>
                    </m:r>
                    <m:sSub>
                      <m:sSubPr>
                        <m:ctrlPr>
                          <w:rPr>
                            <w:rFonts w:ascii="Cambria Math" w:hAnsi="Cambria Math"/>
                            <w:i/>
                            <w:sz w:val="24"/>
                            <w:szCs w:val="24"/>
                            <w:lang w:val="en-CA"/>
                          </w:rPr>
                        </m:ctrlPr>
                      </m:sSubPr>
                      <m:e>
                        <m:r>
                          <w:rPr>
                            <w:rFonts w:ascii="Cambria Math" w:hAnsi="Cambria Math"/>
                            <w:sz w:val="24"/>
                            <w:szCs w:val="24"/>
                            <w:lang w:val="en-CA"/>
                          </w:rPr>
                          <m:t>k</m:t>
                        </m:r>
                      </m:e>
                      <m:sub>
                        <m:r>
                          <w:rPr>
                            <w:rFonts w:ascii="Cambria Math" w:hAnsi="Cambria Math"/>
                            <w:sz w:val="24"/>
                            <w:szCs w:val="24"/>
                            <w:lang w:val="en-CA"/>
                          </w:rPr>
                          <m:t>B</m:t>
                        </m:r>
                      </m:sub>
                    </m:sSub>
                    <m:r>
                      <w:rPr>
                        <w:rFonts w:ascii="Cambria Math" w:hAnsi="Cambria Math"/>
                        <w:sz w:val="24"/>
                        <w:szCs w:val="24"/>
                        <w:lang w:val="en-CA"/>
                      </w:rPr>
                      <m:t>Tln</m:t>
                    </m:r>
                    <m:d>
                      <m:dPr>
                        <m:begChr m:val="["/>
                        <m:endChr m:val="]"/>
                        <m:ctrlPr>
                          <w:rPr>
                            <w:rFonts w:ascii="Cambria Math" w:hAnsi="Cambria Math"/>
                            <w:i/>
                            <w:sz w:val="24"/>
                            <w:szCs w:val="24"/>
                            <w:lang w:val="en-CA"/>
                          </w:rPr>
                        </m:ctrlPr>
                      </m:dPr>
                      <m:e>
                        <m:sSup>
                          <m:sSupPr>
                            <m:ctrlPr>
                              <w:rPr>
                                <w:rFonts w:ascii="Cambria Math" w:hAnsi="Cambria Math"/>
                                <w:i/>
                                <w:sz w:val="24"/>
                                <w:szCs w:val="24"/>
                                <w:lang w:val="en-CA"/>
                              </w:rPr>
                            </m:ctrlPr>
                          </m:sSupPr>
                          <m:e>
                            <m:r>
                              <w:rPr>
                                <w:rFonts w:ascii="Cambria Math" w:hAnsi="Cambria Math"/>
                                <w:sz w:val="24"/>
                                <w:szCs w:val="24"/>
                                <w:lang w:val="en-CA"/>
                              </w:rPr>
                              <m:t>H</m:t>
                            </m:r>
                          </m:e>
                          <m:sup>
                            <m:r>
                              <w:rPr>
                                <w:rFonts w:ascii="Cambria Math" w:hAnsi="Cambria Math"/>
                                <w:sz w:val="24"/>
                                <w:szCs w:val="24"/>
                                <w:lang w:val="en-CA"/>
                              </w:rPr>
                              <m:t>+</m:t>
                            </m:r>
                          </m:sup>
                        </m:sSup>
                      </m:e>
                    </m:d>
                    <m:r>
                      <w:rPr>
                        <w:rFonts w:ascii="Cambria Math" w:hAnsi="Cambria Math"/>
                        <w:sz w:val="24"/>
                        <w:szCs w:val="24"/>
                        <w:lang w:val="en-CA"/>
                      </w:rPr>
                      <m:t>]</m:t>
                    </m:r>
                  </m:num>
                  <m:den>
                    <m:sSub>
                      <m:sSubPr>
                        <m:ctrlPr>
                          <w:rPr>
                            <w:rFonts w:ascii="Cambria Math" w:hAnsi="Cambria Math"/>
                            <w:i/>
                            <w:sz w:val="24"/>
                            <w:szCs w:val="24"/>
                            <w:lang w:val="en-CA"/>
                          </w:rPr>
                        </m:ctrlPr>
                      </m:sSubPr>
                      <m:e>
                        <m:r>
                          <w:rPr>
                            <w:rFonts w:ascii="Cambria Math" w:hAnsi="Cambria Math"/>
                            <w:sz w:val="24"/>
                            <w:szCs w:val="24"/>
                            <w:lang w:val="en-CA"/>
                          </w:rPr>
                          <m:t>k</m:t>
                        </m:r>
                      </m:e>
                      <m:sub>
                        <m:r>
                          <w:rPr>
                            <w:rFonts w:ascii="Cambria Math" w:hAnsi="Cambria Math"/>
                            <w:sz w:val="24"/>
                            <w:szCs w:val="24"/>
                            <w:lang w:val="en-CA"/>
                          </w:rPr>
                          <m:t>B</m:t>
                        </m:r>
                      </m:sub>
                    </m:sSub>
                    <m:r>
                      <w:rPr>
                        <w:rFonts w:ascii="Cambria Math" w:hAnsi="Cambria Math"/>
                        <w:sz w:val="24"/>
                        <w:szCs w:val="24"/>
                        <w:lang w:val="en-CA"/>
                      </w:rPr>
                      <m:t>T</m:t>
                    </m:r>
                  </m:den>
                </m:f>
                <m:r>
                  <w:rPr>
                    <w:rFonts w:ascii="Cambria Math" w:hAnsi="Cambria Math"/>
                    <w:sz w:val="24"/>
                    <w:szCs w:val="24"/>
                    <w:lang w:val="en-CA"/>
                  </w:rPr>
                  <m:t>=k[</m:t>
                </m:r>
                <m:sSup>
                  <m:sSupPr>
                    <m:ctrlPr>
                      <w:rPr>
                        <w:rFonts w:ascii="Cambria Math" w:hAnsi="Cambria Math"/>
                        <w:i/>
                        <w:sz w:val="24"/>
                        <w:szCs w:val="24"/>
                        <w:lang w:val="en-CA"/>
                      </w:rPr>
                    </m:ctrlPr>
                  </m:sSupPr>
                  <m:e>
                    <m:r>
                      <w:rPr>
                        <w:rFonts w:ascii="Cambria Math" w:hAnsi="Cambria Math"/>
                        <w:sz w:val="24"/>
                        <w:szCs w:val="24"/>
                        <w:lang w:val="en-CA"/>
                      </w:rPr>
                      <m:t>H</m:t>
                    </m:r>
                  </m:e>
                  <m:sup>
                    <m:r>
                      <w:rPr>
                        <w:rFonts w:ascii="Cambria Math" w:hAnsi="Cambria Math"/>
                        <w:sz w:val="24"/>
                        <w:szCs w:val="24"/>
                        <w:lang w:val="en-CA"/>
                      </w:rPr>
                      <m:t>+</m:t>
                    </m:r>
                  </m:sup>
                </m:sSup>
                <m:r>
                  <w:rPr>
                    <w:rFonts w:ascii="Cambria Math" w:hAnsi="Cambria Math"/>
                    <w:sz w:val="24"/>
                    <w:szCs w:val="24"/>
                    <w:lang w:val="en-CA"/>
                  </w:rPr>
                  <m:t>]</m:t>
                </m:r>
                <m:func>
                  <m:funcPr>
                    <m:ctrlPr>
                      <w:rPr>
                        <w:rFonts w:ascii="Cambria Math" w:hAnsi="Cambria Math"/>
                        <w:i/>
                        <w:sz w:val="24"/>
                        <w:szCs w:val="24"/>
                        <w:lang w:val="en-CA"/>
                      </w:rPr>
                    </m:ctrlPr>
                  </m:funcPr>
                  <m:fName>
                    <m:r>
                      <m:rPr>
                        <m:sty m:val="p"/>
                      </m:rPr>
                      <w:rPr>
                        <w:rFonts w:ascii="Cambria Math" w:hAnsi="Cambria Math"/>
                        <w:sz w:val="24"/>
                        <w:szCs w:val="24"/>
                        <w:lang w:val="en-CA"/>
                      </w:rPr>
                      <m:t>exp</m:t>
                    </m:r>
                  </m:fName>
                  <m:e>
                    <m:f>
                      <m:fPr>
                        <m:ctrlPr>
                          <w:rPr>
                            <w:rFonts w:ascii="Cambria Math" w:hAnsi="Cambria Math"/>
                            <w:i/>
                            <w:sz w:val="24"/>
                            <w:szCs w:val="24"/>
                            <w:lang w:val="en-CA"/>
                          </w:rPr>
                        </m:ctrlPr>
                      </m:fPr>
                      <m:num>
                        <m:r>
                          <w:rPr>
                            <w:rFonts w:ascii="Cambria Math" w:hAnsi="Cambria Math"/>
                            <w:sz w:val="24"/>
                            <w:szCs w:val="24"/>
                            <w:lang w:val="en-CA"/>
                          </w:rPr>
                          <m:t>μ</m:t>
                        </m:r>
                        <m:d>
                          <m:dPr>
                            <m:ctrlPr>
                              <w:rPr>
                                <w:rFonts w:ascii="Cambria Math" w:hAnsi="Cambria Math"/>
                                <w:i/>
                                <w:sz w:val="24"/>
                                <w:szCs w:val="24"/>
                                <w:lang w:val="en-CA"/>
                              </w:rPr>
                            </m:ctrlPr>
                          </m:dPr>
                          <m:e>
                            <m:sSub>
                              <m:sSubPr>
                                <m:ctrlPr>
                                  <w:rPr>
                                    <w:rFonts w:ascii="Cambria Math" w:hAnsi="Cambria Math"/>
                                    <w:i/>
                                    <w:sz w:val="24"/>
                                    <w:szCs w:val="24"/>
                                    <w:lang w:val="en-CA"/>
                                  </w:rPr>
                                </m:ctrlPr>
                              </m:sSubPr>
                              <m:e>
                                <m:r>
                                  <w:rPr>
                                    <w:rFonts w:ascii="Cambria Math" w:hAnsi="Cambria Math"/>
                                    <w:sz w:val="24"/>
                                    <w:szCs w:val="24"/>
                                    <w:lang w:val="en-CA"/>
                                  </w:rPr>
                                  <m:t>C</m:t>
                                </m:r>
                              </m:e>
                              <m:sub>
                                <m:r>
                                  <w:rPr>
                                    <w:rFonts w:ascii="Cambria Math" w:hAnsi="Cambria Math"/>
                                    <w:sz w:val="24"/>
                                    <w:szCs w:val="24"/>
                                    <w:lang w:val="en-CA"/>
                                  </w:rPr>
                                  <m:t>x</m:t>
                                </m:r>
                              </m:sub>
                            </m:sSub>
                            <m:sSub>
                              <m:sSubPr>
                                <m:ctrlPr>
                                  <w:rPr>
                                    <w:rFonts w:ascii="Cambria Math" w:hAnsi="Cambria Math"/>
                                    <w:i/>
                                    <w:sz w:val="24"/>
                                    <w:szCs w:val="24"/>
                                    <w:lang w:val="en-CA"/>
                                  </w:rPr>
                                </m:ctrlPr>
                              </m:sSubPr>
                              <m:e>
                                <m:r>
                                  <w:rPr>
                                    <w:rFonts w:ascii="Cambria Math" w:hAnsi="Cambria Math"/>
                                    <w:sz w:val="24"/>
                                    <w:szCs w:val="24"/>
                                    <w:lang w:val="en-CA"/>
                                  </w:rPr>
                                  <m:t>H</m:t>
                                </m:r>
                              </m:e>
                              <m:sub>
                                <m:r>
                                  <w:rPr>
                                    <w:rFonts w:ascii="Cambria Math" w:hAnsi="Cambria Math"/>
                                    <w:sz w:val="24"/>
                                    <w:szCs w:val="24"/>
                                    <w:lang w:val="en-CA"/>
                                  </w:rPr>
                                  <m:t>y+1</m:t>
                                </m:r>
                              </m:sub>
                            </m:sSub>
                            <m:sSub>
                              <m:sSubPr>
                                <m:ctrlPr>
                                  <w:rPr>
                                    <w:rFonts w:ascii="Cambria Math" w:hAnsi="Cambria Math"/>
                                    <w:i/>
                                    <w:sz w:val="24"/>
                                    <w:szCs w:val="24"/>
                                    <w:lang w:val="en-CA"/>
                                  </w:rPr>
                                </m:ctrlPr>
                              </m:sSubPr>
                              <m:e>
                                <m:r>
                                  <w:rPr>
                                    <w:rFonts w:ascii="Cambria Math" w:hAnsi="Cambria Math"/>
                                    <w:sz w:val="24"/>
                                    <w:szCs w:val="24"/>
                                    <w:lang w:val="en-CA"/>
                                  </w:rPr>
                                  <m:t>O</m:t>
                                </m:r>
                              </m:e>
                              <m:sub>
                                <m:r>
                                  <w:rPr>
                                    <w:rFonts w:ascii="Cambria Math" w:hAnsi="Cambria Math"/>
                                    <w:sz w:val="24"/>
                                    <w:szCs w:val="24"/>
                                    <w:lang w:val="en-CA"/>
                                  </w:rPr>
                                  <m:t>z</m:t>
                                </m:r>
                              </m:sub>
                            </m:sSub>
                          </m:e>
                        </m:d>
                        <m:r>
                          <w:rPr>
                            <w:rFonts w:ascii="Cambria Math" w:hAnsi="Cambria Math"/>
                            <w:sz w:val="24"/>
                            <w:szCs w:val="24"/>
                            <w:lang w:val="en-CA"/>
                          </w:rPr>
                          <m:t>-μ</m:t>
                        </m:r>
                        <m:d>
                          <m:dPr>
                            <m:ctrlPr>
                              <w:rPr>
                                <w:rFonts w:ascii="Cambria Math" w:hAnsi="Cambria Math"/>
                                <w:i/>
                                <w:sz w:val="24"/>
                                <w:szCs w:val="24"/>
                                <w:lang w:val="en-CA"/>
                              </w:rPr>
                            </m:ctrlPr>
                          </m:dPr>
                          <m:e>
                            <m:sSub>
                              <m:sSubPr>
                                <m:ctrlPr>
                                  <w:rPr>
                                    <w:rFonts w:ascii="Cambria Math" w:hAnsi="Cambria Math"/>
                                    <w:i/>
                                    <w:sz w:val="24"/>
                                    <w:szCs w:val="24"/>
                                    <w:lang w:val="en-CA"/>
                                  </w:rPr>
                                </m:ctrlPr>
                              </m:sSubPr>
                              <m:e>
                                <m:r>
                                  <w:rPr>
                                    <w:rFonts w:ascii="Cambria Math" w:hAnsi="Cambria Math"/>
                                    <w:sz w:val="24"/>
                                    <w:szCs w:val="24"/>
                                    <w:lang w:val="en-CA"/>
                                  </w:rPr>
                                  <m:t>C</m:t>
                                </m:r>
                              </m:e>
                              <m:sub>
                                <m:r>
                                  <w:rPr>
                                    <w:rFonts w:ascii="Cambria Math" w:hAnsi="Cambria Math"/>
                                    <w:sz w:val="24"/>
                                    <w:szCs w:val="24"/>
                                    <w:lang w:val="en-CA"/>
                                  </w:rPr>
                                  <m:t>x</m:t>
                                </m:r>
                              </m:sub>
                            </m:sSub>
                            <m:sSub>
                              <m:sSubPr>
                                <m:ctrlPr>
                                  <w:rPr>
                                    <w:rFonts w:ascii="Cambria Math" w:hAnsi="Cambria Math"/>
                                    <w:i/>
                                    <w:sz w:val="24"/>
                                    <w:szCs w:val="24"/>
                                    <w:lang w:val="en-CA"/>
                                  </w:rPr>
                                </m:ctrlPr>
                              </m:sSubPr>
                              <m:e>
                                <m:r>
                                  <w:rPr>
                                    <w:rFonts w:ascii="Cambria Math" w:hAnsi="Cambria Math"/>
                                    <w:sz w:val="24"/>
                                    <w:szCs w:val="24"/>
                                    <w:lang w:val="en-CA"/>
                                  </w:rPr>
                                  <m:t>H</m:t>
                                </m:r>
                              </m:e>
                              <m:sub>
                                <m:r>
                                  <w:rPr>
                                    <w:rFonts w:ascii="Cambria Math" w:hAnsi="Cambria Math"/>
                                    <w:sz w:val="24"/>
                                    <w:szCs w:val="24"/>
                                    <w:lang w:val="en-CA"/>
                                  </w:rPr>
                                  <m:t>y</m:t>
                                </m:r>
                              </m:sub>
                            </m:sSub>
                            <m:sSub>
                              <m:sSubPr>
                                <m:ctrlPr>
                                  <w:rPr>
                                    <w:rFonts w:ascii="Cambria Math" w:hAnsi="Cambria Math"/>
                                    <w:i/>
                                    <w:sz w:val="24"/>
                                    <w:szCs w:val="24"/>
                                    <w:lang w:val="en-CA"/>
                                  </w:rPr>
                                </m:ctrlPr>
                              </m:sSubPr>
                              <m:e>
                                <m:r>
                                  <w:rPr>
                                    <w:rFonts w:ascii="Cambria Math" w:hAnsi="Cambria Math"/>
                                    <w:sz w:val="24"/>
                                    <w:szCs w:val="24"/>
                                    <w:lang w:val="en-CA"/>
                                  </w:rPr>
                                  <m:t>O</m:t>
                                </m:r>
                              </m:e>
                              <m:sub>
                                <m:r>
                                  <w:rPr>
                                    <w:rFonts w:ascii="Cambria Math" w:hAnsi="Cambria Math"/>
                                    <w:sz w:val="24"/>
                                    <w:szCs w:val="24"/>
                                    <w:lang w:val="en-CA"/>
                                  </w:rPr>
                                  <m:t>z</m:t>
                                </m:r>
                              </m:sub>
                            </m:sSub>
                          </m:e>
                        </m:d>
                        <m:r>
                          <w:rPr>
                            <w:rFonts w:ascii="Cambria Math" w:hAnsi="Cambria Math"/>
                            <w:sz w:val="24"/>
                            <w:szCs w:val="24"/>
                            <w:lang w:val="en-CA"/>
                          </w:rPr>
                          <m:t>-[</m:t>
                        </m:r>
                        <m:f>
                          <m:fPr>
                            <m:ctrlPr>
                              <w:rPr>
                                <w:rFonts w:ascii="Cambria Math" w:hAnsi="Cambria Math"/>
                                <w:i/>
                                <w:sz w:val="24"/>
                                <w:szCs w:val="24"/>
                                <w:lang w:val="en-CA"/>
                              </w:rPr>
                            </m:ctrlPr>
                          </m:fPr>
                          <m:num>
                            <m:r>
                              <w:rPr>
                                <w:rFonts w:ascii="Cambria Math" w:hAnsi="Cambria Math"/>
                                <w:sz w:val="24"/>
                                <w:szCs w:val="24"/>
                                <w:lang w:val="en-CA"/>
                              </w:rPr>
                              <m:t>1</m:t>
                            </m:r>
                          </m:num>
                          <m:den>
                            <m:r>
                              <w:rPr>
                                <w:rFonts w:ascii="Cambria Math" w:hAnsi="Cambria Math"/>
                                <w:sz w:val="24"/>
                                <w:szCs w:val="24"/>
                                <w:lang w:val="en-CA"/>
                              </w:rPr>
                              <m:t>2</m:t>
                            </m:r>
                          </m:den>
                        </m:f>
                        <m:r>
                          <w:rPr>
                            <w:rFonts w:ascii="Cambria Math" w:hAnsi="Cambria Math"/>
                            <w:sz w:val="24"/>
                            <w:szCs w:val="24"/>
                            <w:lang w:val="en-CA"/>
                          </w:rPr>
                          <m:t>μ</m:t>
                        </m:r>
                        <m:d>
                          <m:dPr>
                            <m:ctrlPr>
                              <w:rPr>
                                <w:rFonts w:ascii="Cambria Math" w:hAnsi="Cambria Math"/>
                                <w:i/>
                                <w:sz w:val="24"/>
                                <w:szCs w:val="24"/>
                                <w:lang w:val="en-CA"/>
                              </w:rPr>
                            </m:ctrlPr>
                          </m:dPr>
                          <m:e>
                            <m:sSub>
                              <m:sSubPr>
                                <m:ctrlPr>
                                  <w:rPr>
                                    <w:rFonts w:ascii="Cambria Math" w:hAnsi="Cambria Math"/>
                                    <w:i/>
                                    <w:sz w:val="24"/>
                                    <w:szCs w:val="24"/>
                                    <w:lang w:val="en-CA"/>
                                  </w:rPr>
                                </m:ctrlPr>
                              </m:sSubPr>
                              <m:e>
                                <m:r>
                                  <w:rPr>
                                    <w:rFonts w:ascii="Cambria Math" w:hAnsi="Cambria Math"/>
                                    <w:sz w:val="24"/>
                                    <w:szCs w:val="24"/>
                                    <w:lang w:val="en-CA"/>
                                  </w:rPr>
                                  <m:t>H</m:t>
                                </m:r>
                              </m:e>
                              <m:sub>
                                <m:r>
                                  <w:rPr>
                                    <w:rFonts w:ascii="Cambria Math" w:hAnsi="Cambria Math"/>
                                    <w:sz w:val="24"/>
                                    <w:szCs w:val="24"/>
                                    <w:lang w:val="en-CA"/>
                                  </w:rPr>
                                  <m:t>2</m:t>
                                </m:r>
                              </m:sub>
                            </m:sSub>
                          </m:e>
                        </m:d>
                        <m:r>
                          <w:rPr>
                            <w:rFonts w:ascii="Cambria Math" w:hAnsi="Cambria Math"/>
                            <w:sz w:val="24"/>
                            <w:szCs w:val="24"/>
                            <w:lang w:val="en-CA"/>
                          </w:rPr>
                          <m:t>-e</m:t>
                        </m:r>
                        <m:sSub>
                          <m:sSubPr>
                            <m:ctrlPr>
                              <w:rPr>
                                <w:rFonts w:ascii="Cambria Math" w:hAnsi="Cambria Math"/>
                                <w:i/>
                                <w:sz w:val="24"/>
                                <w:szCs w:val="24"/>
                                <w:lang w:val="en-CA"/>
                              </w:rPr>
                            </m:ctrlPr>
                          </m:sSubPr>
                          <m:e>
                            <m:r>
                              <w:rPr>
                                <w:rFonts w:ascii="Cambria Math" w:hAnsi="Cambria Math"/>
                                <w:sz w:val="24"/>
                                <w:szCs w:val="24"/>
                                <w:lang w:val="en-CA"/>
                              </w:rPr>
                              <m:t>U</m:t>
                            </m:r>
                          </m:e>
                          <m:sub>
                            <m:r>
                              <w:rPr>
                                <w:rFonts w:ascii="Cambria Math" w:hAnsi="Cambria Math"/>
                                <w:sz w:val="24"/>
                                <w:szCs w:val="24"/>
                                <w:lang w:val="en-CA"/>
                              </w:rPr>
                              <m:t>SHE</m:t>
                            </m:r>
                          </m:sub>
                        </m:sSub>
                        <m:r>
                          <w:rPr>
                            <w:rFonts w:ascii="Cambria Math" w:hAnsi="Cambria Math"/>
                            <w:sz w:val="24"/>
                            <w:szCs w:val="24"/>
                            <w:lang w:val="en-CA"/>
                          </w:rPr>
                          <m:t>]</m:t>
                        </m:r>
                      </m:num>
                      <m:den>
                        <m:sSub>
                          <m:sSubPr>
                            <m:ctrlPr>
                              <w:rPr>
                                <w:rFonts w:ascii="Cambria Math" w:hAnsi="Cambria Math"/>
                                <w:i/>
                                <w:sz w:val="24"/>
                                <w:szCs w:val="24"/>
                                <w:lang w:val="en-CA"/>
                              </w:rPr>
                            </m:ctrlPr>
                          </m:sSubPr>
                          <m:e>
                            <m:r>
                              <w:rPr>
                                <w:rFonts w:ascii="Cambria Math" w:hAnsi="Cambria Math"/>
                                <w:sz w:val="24"/>
                                <w:szCs w:val="24"/>
                                <w:lang w:val="en-CA"/>
                              </w:rPr>
                              <m:t>k</m:t>
                            </m:r>
                          </m:e>
                          <m:sub>
                            <m:r>
                              <w:rPr>
                                <w:rFonts w:ascii="Cambria Math" w:hAnsi="Cambria Math"/>
                                <w:sz w:val="24"/>
                                <w:szCs w:val="24"/>
                                <w:lang w:val="en-CA"/>
                              </w:rPr>
                              <m:t>B</m:t>
                            </m:r>
                          </m:sub>
                        </m:sSub>
                        <m:r>
                          <w:rPr>
                            <w:rFonts w:ascii="Cambria Math" w:hAnsi="Cambria Math"/>
                            <w:sz w:val="24"/>
                            <w:szCs w:val="24"/>
                            <w:lang w:val="en-CA"/>
                          </w:rPr>
                          <m:t>T</m:t>
                        </m:r>
                      </m:den>
                    </m:f>
                  </m:e>
                </m:func>
              </m:e>
            </m:func>
          </m:e>
        </m:func>
      </m:oMath>
      <w:r w:rsidR="00F96AE0" w:rsidRPr="00F96AE0">
        <w:rPr>
          <w:rFonts w:ascii="Times New Roman" w:hAnsi="Times New Roman"/>
          <w:sz w:val="24"/>
          <w:szCs w:val="24"/>
          <w:lang w:val="en-CA"/>
        </w:rPr>
        <w:t xml:space="preserve">           (</w:t>
      </w:r>
      <w:r w:rsidR="001B2654">
        <w:rPr>
          <w:rFonts w:ascii="Times New Roman" w:hAnsi="Times New Roman"/>
          <w:sz w:val="24"/>
          <w:szCs w:val="24"/>
          <w:lang w:val="en-CA"/>
        </w:rPr>
        <w:t>S</w:t>
      </w:r>
      <w:r w:rsidR="00F96AE0" w:rsidRPr="00F96AE0">
        <w:rPr>
          <w:rFonts w:ascii="Times New Roman" w:hAnsi="Times New Roman"/>
          <w:sz w:val="24"/>
          <w:szCs w:val="24"/>
          <w:lang w:val="en-CA"/>
        </w:rPr>
        <w:t>6)</w:t>
      </w:r>
    </w:p>
    <w:p w14:paraId="4383716D" w14:textId="7DFFF0A5" w:rsidR="00F96AE0" w:rsidRPr="00F96AE0" w:rsidRDefault="00F96AE0" w:rsidP="00431F65">
      <w:pPr>
        <w:spacing w:line="480" w:lineRule="auto"/>
        <w:rPr>
          <w:rFonts w:ascii="Times New Roman" w:hAnsi="Times New Roman"/>
          <w:b/>
          <w:sz w:val="24"/>
          <w:szCs w:val="24"/>
          <w:lang w:eastAsia="en-US"/>
        </w:rPr>
      </w:pPr>
      <w:r w:rsidRPr="00F96AE0">
        <w:rPr>
          <w:rFonts w:ascii="Times New Roman" w:hAnsi="Times New Roman"/>
          <w:sz w:val="24"/>
          <w:szCs w:val="24"/>
          <w:lang w:val="en-CA"/>
        </w:rPr>
        <w:t>Therefore, the applied potential correction on the SHE scale</w:t>
      </w:r>
      <w:r>
        <w:rPr>
          <w:rFonts w:ascii="Times New Roman" w:hAnsi="Times New Roman"/>
          <w:sz w:val="24"/>
          <w:szCs w:val="24"/>
          <w:lang w:val="en-CA"/>
        </w:rPr>
        <w:t xml:space="preserve"> is used.</w:t>
      </w:r>
    </w:p>
    <w:p w14:paraId="1CF40DD5" w14:textId="3EB1BBEE" w:rsidR="00FC5260" w:rsidRDefault="00254217" w:rsidP="00431F65">
      <w:pPr>
        <w:spacing w:line="480" w:lineRule="auto"/>
        <w:rPr>
          <w:rFonts w:ascii="Times New Roman" w:hAnsi="Times New Roman"/>
          <w:sz w:val="24"/>
          <w:szCs w:val="24"/>
          <w:lang w:eastAsia="en-US"/>
        </w:rPr>
      </w:pPr>
      <w:r>
        <w:rPr>
          <w:rFonts w:ascii="Times New Roman" w:hAnsi="Times New Roman"/>
          <w:b/>
          <w:sz w:val="24"/>
          <w:szCs w:val="24"/>
          <w:lang w:eastAsia="en-US"/>
        </w:rPr>
        <w:t>Steady-state equation</w:t>
      </w:r>
      <w:r w:rsidR="00D267E6" w:rsidRPr="00D267E6">
        <w:rPr>
          <w:rFonts w:ascii="Times New Roman" w:hAnsi="Times New Roman"/>
          <w:b/>
          <w:sz w:val="24"/>
          <w:szCs w:val="24"/>
          <w:lang w:eastAsia="en-US"/>
        </w:rPr>
        <w:t>.</w:t>
      </w:r>
      <w:r w:rsidR="00D267E6">
        <w:rPr>
          <w:rFonts w:ascii="Times New Roman" w:hAnsi="Times New Roman"/>
          <w:sz w:val="24"/>
          <w:szCs w:val="24"/>
          <w:lang w:eastAsia="en-US"/>
        </w:rPr>
        <w:t xml:space="preserve"> </w:t>
      </w:r>
      <w:r w:rsidR="00FB6E44" w:rsidRPr="00FB6E44">
        <w:rPr>
          <w:rFonts w:ascii="Times New Roman" w:hAnsi="Times New Roman" w:hint="eastAsia"/>
          <w:sz w:val="24"/>
          <w:szCs w:val="24"/>
          <w:lang w:eastAsia="en-US"/>
        </w:rPr>
        <w:t>The rate equation for</w:t>
      </w:r>
      <w:r w:rsidR="00A95C39">
        <w:rPr>
          <w:rFonts w:ascii="Times New Roman" w:hAnsi="Times New Roman"/>
          <w:sz w:val="24"/>
          <w:szCs w:val="24"/>
          <w:lang w:eastAsia="en-US"/>
        </w:rPr>
        <w:t xml:space="preserve"> step i,</w:t>
      </w:r>
      <w:r w:rsidR="00FB6E44" w:rsidRPr="00FB6E44">
        <w:rPr>
          <w:rFonts w:ascii="Times New Roman" w:hAnsi="Times New Roman" w:hint="eastAsia"/>
          <w:sz w:val="24"/>
          <w:szCs w:val="24"/>
          <w:lang w:eastAsia="en-US"/>
        </w:rPr>
        <w:t xml:space="preserve"> </w:t>
      </w:r>
      <w:r w:rsidR="004271A2" w:rsidRPr="00987B4D">
        <w:rPr>
          <w:rFonts w:ascii="Times New Roman" w:hAnsi="Times New Roman"/>
          <w:sz w:val="24"/>
          <w:szCs w:val="24"/>
          <w:lang w:eastAsia="en-US"/>
        </w:rPr>
        <w:t>C</w:t>
      </w:r>
      <w:r w:rsidR="00A95C39" w:rsidRPr="00A95C39">
        <w:rPr>
          <w:rFonts w:ascii="Times New Roman" w:hAnsi="Times New Roman"/>
          <w:sz w:val="24"/>
          <w:szCs w:val="24"/>
          <w:vertAlign w:val="subscript"/>
          <w:lang w:eastAsia="en-US"/>
        </w:rPr>
        <w:t>x</w:t>
      </w:r>
      <w:r w:rsidR="00A95C39">
        <w:rPr>
          <w:rFonts w:ascii="Times New Roman" w:hAnsi="Times New Roman"/>
          <w:sz w:val="24"/>
          <w:szCs w:val="24"/>
          <w:lang w:eastAsia="en-US"/>
        </w:rPr>
        <w:t>H</w:t>
      </w:r>
      <w:r w:rsidR="00A95C39">
        <w:rPr>
          <w:rFonts w:ascii="Times New Roman" w:hAnsi="Times New Roman"/>
          <w:sz w:val="24"/>
          <w:szCs w:val="24"/>
          <w:vertAlign w:val="subscript"/>
          <w:lang w:eastAsia="en-US"/>
        </w:rPr>
        <w:t>y</w:t>
      </w:r>
      <w:r w:rsidR="004271A2" w:rsidRPr="00987B4D">
        <w:rPr>
          <w:rFonts w:ascii="Times New Roman" w:hAnsi="Times New Roman"/>
          <w:sz w:val="24"/>
          <w:szCs w:val="24"/>
          <w:lang w:eastAsia="en-US"/>
        </w:rPr>
        <w:t>O</w:t>
      </w:r>
      <w:r w:rsidR="00A95C39" w:rsidRPr="00A95C39">
        <w:rPr>
          <w:rFonts w:ascii="Times New Roman" w:hAnsi="Times New Roman"/>
          <w:sz w:val="24"/>
          <w:szCs w:val="24"/>
          <w:vertAlign w:val="subscript"/>
          <w:lang w:eastAsia="en-US"/>
        </w:rPr>
        <w:t>z</w:t>
      </w:r>
      <w:r w:rsidR="00A95C39">
        <w:rPr>
          <w:rFonts w:ascii="Times New Roman" w:hAnsi="Times New Roman"/>
          <w:sz w:val="24"/>
          <w:szCs w:val="24"/>
          <w:lang w:eastAsia="en-US"/>
        </w:rPr>
        <w:t>*</w:t>
      </w:r>
      <w:r w:rsidR="004271A2" w:rsidRPr="00987B4D">
        <w:rPr>
          <w:rFonts w:ascii="Times New Roman" w:hAnsi="Times New Roman"/>
          <w:sz w:val="24"/>
          <w:szCs w:val="24"/>
          <w:lang w:eastAsia="en-US"/>
        </w:rPr>
        <w:t xml:space="preserve"> </w:t>
      </w:r>
      <w:r w:rsidR="004271A2" w:rsidRPr="00987B4D">
        <w:rPr>
          <w:rFonts w:ascii="Times New Roman" w:hAnsi="Times New Roman" w:hint="eastAsia"/>
          <w:sz w:val="24"/>
          <w:szCs w:val="24"/>
          <w:lang w:eastAsia="en-US"/>
        </w:rPr>
        <w:t>+</w:t>
      </w:r>
      <w:r w:rsidR="00A95C39">
        <w:rPr>
          <w:rFonts w:ascii="Times New Roman" w:hAnsi="Times New Roman"/>
          <w:sz w:val="24"/>
          <w:szCs w:val="24"/>
          <w:lang w:eastAsia="en-US"/>
        </w:rPr>
        <w:t>H</w:t>
      </w:r>
      <w:r w:rsidR="0041739E" w:rsidRPr="0041739E">
        <w:rPr>
          <w:rFonts w:ascii="Times New Roman" w:hAnsi="Times New Roman"/>
          <w:sz w:val="24"/>
          <w:szCs w:val="24"/>
          <w:vertAlign w:val="superscript"/>
          <w:lang w:eastAsia="en-US"/>
        </w:rPr>
        <w:t>+</w:t>
      </w:r>
      <w:r w:rsidR="004271A2" w:rsidRPr="00987B4D">
        <w:rPr>
          <w:rFonts w:ascii="Times New Roman" w:hAnsi="Times New Roman" w:hint="eastAsia"/>
          <w:sz w:val="24"/>
          <w:szCs w:val="24"/>
          <w:lang w:eastAsia="en-US"/>
        </w:rPr>
        <w:t xml:space="preserve"> </w:t>
      </w:r>
      <w:r w:rsidR="004271A2" w:rsidRPr="00987B4D">
        <w:rPr>
          <w:rFonts w:ascii="Times New Roman" w:hAnsi="Times New Roman"/>
          <w:sz w:val="24"/>
          <w:szCs w:val="24"/>
          <w:lang w:eastAsia="en-US"/>
        </w:rPr>
        <w:t>↔ C</w:t>
      </w:r>
      <w:r w:rsidR="001A4518" w:rsidRPr="001A4518">
        <w:rPr>
          <w:rFonts w:ascii="Times New Roman" w:hAnsi="Times New Roman"/>
          <w:sz w:val="24"/>
          <w:szCs w:val="24"/>
          <w:vertAlign w:val="subscript"/>
          <w:lang w:eastAsia="en-US"/>
        </w:rPr>
        <w:t>x</w:t>
      </w:r>
      <w:r w:rsidR="001A4518">
        <w:rPr>
          <w:rFonts w:ascii="Times New Roman" w:hAnsi="Times New Roman"/>
          <w:sz w:val="24"/>
          <w:szCs w:val="24"/>
          <w:lang w:eastAsia="en-US"/>
        </w:rPr>
        <w:t>H</w:t>
      </w:r>
      <w:r w:rsidR="001A4518" w:rsidRPr="001A4518">
        <w:rPr>
          <w:rFonts w:ascii="Times New Roman" w:hAnsi="Times New Roman"/>
          <w:sz w:val="24"/>
          <w:szCs w:val="24"/>
          <w:vertAlign w:val="subscript"/>
          <w:lang w:eastAsia="en-US"/>
        </w:rPr>
        <w:t>y</w:t>
      </w:r>
      <w:r w:rsidR="008E0C54">
        <w:rPr>
          <w:rFonts w:ascii="Times New Roman" w:hAnsi="Times New Roman"/>
          <w:sz w:val="24"/>
          <w:szCs w:val="24"/>
          <w:vertAlign w:val="subscript"/>
          <w:lang w:eastAsia="en-US"/>
        </w:rPr>
        <w:t>+1</w:t>
      </w:r>
      <w:r w:rsidR="004271A2" w:rsidRPr="00987B4D">
        <w:rPr>
          <w:rFonts w:ascii="Times New Roman" w:hAnsi="Times New Roman"/>
          <w:sz w:val="24"/>
          <w:szCs w:val="24"/>
          <w:lang w:eastAsia="en-US"/>
        </w:rPr>
        <w:t>O</w:t>
      </w:r>
      <w:r w:rsidR="001A4518" w:rsidRPr="001A4518">
        <w:rPr>
          <w:rFonts w:ascii="Times New Roman" w:hAnsi="Times New Roman"/>
          <w:sz w:val="24"/>
          <w:szCs w:val="24"/>
          <w:vertAlign w:val="subscript"/>
          <w:lang w:eastAsia="en-US"/>
        </w:rPr>
        <w:t>z</w:t>
      </w:r>
      <w:r w:rsidR="004271A2" w:rsidRPr="00987B4D">
        <w:rPr>
          <w:rFonts w:ascii="Times New Roman" w:hAnsi="Times New Roman" w:hint="eastAsia"/>
          <w:sz w:val="24"/>
          <w:szCs w:val="24"/>
          <w:lang w:eastAsia="en-US"/>
        </w:rPr>
        <w:t>*</w:t>
      </w:r>
      <w:r w:rsidR="003E3B5C">
        <w:rPr>
          <w:rFonts w:ascii="Times New Roman" w:hAnsi="Times New Roman"/>
          <w:sz w:val="24"/>
          <w:szCs w:val="24"/>
          <w:lang w:eastAsia="en-US"/>
        </w:rPr>
        <w:t xml:space="preserve">, </w:t>
      </w:r>
      <w:r w:rsidR="009C79F8">
        <w:rPr>
          <w:rFonts w:ascii="Times New Roman" w:hAnsi="Times New Roman"/>
          <w:sz w:val="24"/>
          <w:szCs w:val="24"/>
          <w:lang w:eastAsia="en-US"/>
        </w:rPr>
        <w:t>can be written as:</w:t>
      </w:r>
    </w:p>
    <w:p w14:paraId="28FB9B3B" w14:textId="4C9136B3" w:rsidR="00876CF8" w:rsidRPr="00FB6E44" w:rsidRDefault="00AC6CE9" w:rsidP="00431F65">
      <w:pPr>
        <w:spacing w:line="480" w:lineRule="auto"/>
        <w:jc w:val="center"/>
        <w:rPr>
          <w:rFonts w:ascii="Times New Roman" w:hAnsi="Times New Roman"/>
          <w:sz w:val="24"/>
          <w:szCs w:val="24"/>
          <w:lang w:eastAsia="en-US"/>
        </w:rPr>
      </w:pPr>
      <m:oMath>
        <m:sSub>
          <m:sSubPr>
            <m:ctrlPr>
              <w:rPr>
                <w:rFonts w:ascii="Cambria Math" w:hAnsi="Cambria Math"/>
                <w:i/>
                <w:sz w:val="24"/>
                <w:szCs w:val="24"/>
                <w:lang w:eastAsia="en-US"/>
              </w:rPr>
            </m:ctrlPr>
          </m:sSubPr>
          <m:e>
            <m:r>
              <w:rPr>
                <w:rFonts w:ascii="Cambria Math" w:hAnsi="Cambria Math"/>
                <w:sz w:val="24"/>
                <w:szCs w:val="24"/>
                <w:lang w:eastAsia="en-US"/>
              </w:rPr>
              <m:t>r</m:t>
            </m:r>
          </m:e>
          <m:sub>
            <m:r>
              <w:rPr>
                <w:rFonts w:ascii="Cambria Math" w:hAnsi="Cambria Math"/>
                <w:sz w:val="24"/>
                <w:szCs w:val="24"/>
                <w:lang w:eastAsia="en-US"/>
              </w:rPr>
              <m:t>i</m:t>
            </m:r>
          </m:sub>
        </m:sSub>
        <m:r>
          <w:rPr>
            <w:rFonts w:ascii="Cambria Math" w:hAnsi="Cambria Math"/>
            <w:sz w:val="24"/>
            <w:szCs w:val="24"/>
            <w:lang w:eastAsia="en-US"/>
          </w:rPr>
          <m:t>=</m:t>
        </m:r>
        <m:sSub>
          <m:sSubPr>
            <m:ctrlPr>
              <w:rPr>
                <w:rFonts w:ascii="Cambria Math" w:hAnsi="Cambria Math"/>
                <w:i/>
                <w:sz w:val="24"/>
                <w:szCs w:val="24"/>
                <w:lang w:eastAsia="en-US"/>
              </w:rPr>
            </m:ctrlPr>
          </m:sSubPr>
          <m:e>
            <m:r>
              <w:rPr>
                <w:rFonts w:ascii="Cambria Math" w:hAnsi="Cambria Math"/>
                <w:sz w:val="24"/>
                <w:szCs w:val="24"/>
                <w:lang w:eastAsia="en-US"/>
              </w:rPr>
              <m:t>k</m:t>
            </m:r>
          </m:e>
          <m:sub>
            <m:r>
              <w:rPr>
                <w:rFonts w:ascii="Cambria Math" w:hAnsi="Cambria Math"/>
                <w:sz w:val="24"/>
                <w:szCs w:val="24"/>
                <w:lang w:eastAsia="en-US"/>
              </w:rPr>
              <m:t>i</m:t>
            </m:r>
          </m:sub>
        </m:sSub>
        <m:sSub>
          <m:sSubPr>
            <m:ctrlPr>
              <w:rPr>
                <w:rFonts w:ascii="Cambria Math" w:hAnsi="Cambria Math"/>
                <w:i/>
                <w:sz w:val="24"/>
                <w:szCs w:val="24"/>
                <w:lang w:eastAsia="en-US"/>
              </w:rPr>
            </m:ctrlPr>
          </m:sSubPr>
          <m:e>
            <m:r>
              <w:rPr>
                <w:rFonts w:ascii="Cambria Math" w:hAnsi="Cambria Math"/>
                <w:sz w:val="24"/>
                <w:szCs w:val="24"/>
                <w:lang w:eastAsia="en-US"/>
              </w:rPr>
              <m:t>θ</m:t>
            </m:r>
          </m:e>
          <m:sub>
            <m:sSub>
              <m:sSubPr>
                <m:ctrlPr>
                  <w:rPr>
                    <w:rFonts w:ascii="Cambria Math" w:hAnsi="Cambria Math"/>
                    <w:i/>
                    <w:sz w:val="24"/>
                    <w:szCs w:val="24"/>
                    <w:lang w:eastAsia="en-US"/>
                  </w:rPr>
                </m:ctrlPr>
              </m:sSubPr>
              <m:e>
                <m:r>
                  <w:rPr>
                    <w:rFonts w:ascii="Cambria Math" w:hAnsi="Cambria Math"/>
                    <w:sz w:val="24"/>
                    <w:szCs w:val="24"/>
                    <w:lang w:eastAsia="en-US"/>
                  </w:rPr>
                  <m:t>C</m:t>
                </m:r>
              </m:e>
              <m:sub>
                <m:r>
                  <w:rPr>
                    <w:rFonts w:ascii="Cambria Math" w:hAnsi="Cambria Math"/>
                    <w:sz w:val="24"/>
                    <w:szCs w:val="24"/>
                    <w:lang w:eastAsia="en-US"/>
                  </w:rPr>
                  <m:t>x</m:t>
                </m:r>
              </m:sub>
            </m:sSub>
            <m:sSub>
              <m:sSubPr>
                <m:ctrlPr>
                  <w:rPr>
                    <w:rFonts w:ascii="Cambria Math" w:hAnsi="Cambria Math"/>
                    <w:i/>
                    <w:sz w:val="24"/>
                    <w:szCs w:val="24"/>
                    <w:lang w:eastAsia="en-US"/>
                  </w:rPr>
                </m:ctrlPr>
              </m:sSubPr>
              <m:e>
                <m:r>
                  <w:rPr>
                    <w:rFonts w:ascii="Cambria Math" w:hAnsi="Cambria Math"/>
                    <w:sz w:val="24"/>
                    <w:szCs w:val="24"/>
                    <w:lang w:eastAsia="en-US"/>
                  </w:rPr>
                  <m:t>H</m:t>
                </m:r>
              </m:e>
              <m:sub>
                <m:r>
                  <w:rPr>
                    <w:rFonts w:ascii="Cambria Math" w:hAnsi="Cambria Math"/>
                    <w:sz w:val="24"/>
                    <w:szCs w:val="24"/>
                    <w:lang w:eastAsia="en-US"/>
                  </w:rPr>
                  <m:t>y</m:t>
                </m:r>
              </m:sub>
            </m:sSub>
            <m:sSub>
              <m:sSubPr>
                <m:ctrlPr>
                  <w:rPr>
                    <w:rFonts w:ascii="Cambria Math" w:hAnsi="Cambria Math"/>
                    <w:i/>
                    <w:sz w:val="24"/>
                    <w:szCs w:val="24"/>
                    <w:lang w:eastAsia="en-US"/>
                  </w:rPr>
                </m:ctrlPr>
              </m:sSubPr>
              <m:e>
                <m:r>
                  <w:rPr>
                    <w:rFonts w:ascii="Cambria Math" w:hAnsi="Cambria Math"/>
                    <w:sz w:val="24"/>
                    <w:szCs w:val="24"/>
                    <w:lang w:eastAsia="en-US"/>
                  </w:rPr>
                  <m:t>O</m:t>
                </m:r>
              </m:e>
              <m:sub>
                <m:r>
                  <w:rPr>
                    <w:rFonts w:ascii="Cambria Math" w:hAnsi="Cambria Math"/>
                    <w:sz w:val="24"/>
                    <w:szCs w:val="24"/>
                    <w:lang w:eastAsia="en-US"/>
                  </w:rPr>
                  <m:t>z</m:t>
                </m:r>
              </m:sub>
            </m:sSub>
          </m:sub>
        </m:sSub>
        <m:d>
          <m:dPr>
            <m:begChr m:val="["/>
            <m:endChr m:val="]"/>
            <m:ctrlPr>
              <w:rPr>
                <w:rFonts w:ascii="Cambria Math" w:hAnsi="Cambria Math"/>
                <w:i/>
                <w:sz w:val="24"/>
                <w:szCs w:val="24"/>
                <w:lang w:eastAsia="en-US"/>
              </w:rPr>
            </m:ctrlPr>
          </m:dPr>
          <m:e>
            <m:sSup>
              <m:sSupPr>
                <m:ctrlPr>
                  <w:rPr>
                    <w:rFonts w:ascii="Cambria Math" w:hAnsi="Cambria Math"/>
                    <w:i/>
                    <w:sz w:val="24"/>
                    <w:szCs w:val="24"/>
                    <w:lang w:eastAsia="en-US"/>
                  </w:rPr>
                </m:ctrlPr>
              </m:sSupPr>
              <m:e>
                <m:r>
                  <w:rPr>
                    <w:rFonts w:ascii="Cambria Math" w:hAnsi="Cambria Math"/>
                    <w:sz w:val="24"/>
                    <w:szCs w:val="24"/>
                    <w:lang w:eastAsia="en-US"/>
                  </w:rPr>
                  <m:t>H</m:t>
                </m:r>
              </m:e>
              <m:sup>
                <m:r>
                  <w:rPr>
                    <w:rFonts w:ascii="Cambria Math" w:hAnsi="Cambria Math"/>
                    <w:sz w:val="24"/>
                    <w:szCs w:val="24"/>
                    <w:lang w:eastAsia="en-US"/>
                  </w:rPr>
                  <m:t>+</m:t>
                </m:r>
              </m:sup>
            </m:sSup>
          </m:e>
        </m:d>
        <m:r>
          <w:rPr>
            <w:rFonts w:ascii="Cambria Math" w:hAnsi="Cambria Math"/>
            <w:sz w:val="24"/>
            <w:szCs w:val="24"/>
            <w:lang w:eastAsia="en-US"/>
          </w:rPr>
          <m:t>-</m:t>
        </m:r>
        <m:sSub>
          <m:sSubPr>
            <m:ctrlPr>
              <w:rPr>
                <w:rFonts w:ascii="Cambria Math" w:hAnsi="Cambria Math"/>
                <w:i/>
                <w:sz w:val="24"/>
                <w:szCs w:val="24"/>
                <w:lang w:eastAsia="en-US"/>
              </w:rPr>
            </m:ctrlPr>
          </m:sSubPr>
          <m:e>
            <m:r>
              <w:rPr>
                <w:rFonts w:ascii="Cambria Math" w:hAnsi="Cambria Math"/>
                <w:sz w:val="24"/>
                <w:szCs w:val="24"/>
                <w:lang w:eastAsia="en-US"/>
              </w:rPr>
              <m:t>k</m:t>
            </m:r>
          </m:e>
          <m:sub>
            <m:r>
              <w:rPr>
                <w:rFonts w:ascii="Cambria Math" w:hAnsi="Cambria Math"/>
                <w:sz w:val="24"/>
                <w:szCs w:val="24"/>
                <w:lang w:eastAsia="en-US"/>
              </w:rPr>
              <m:t>-i</m:t>
            </m:r>
          </m:sub>
        </m:sSub>
        <m:sSub>
          <m:sSubPr>
            <m:ctrlPr>
              <w:rPr>
                <w:rFonts w:ascii="Cambria Math" w:hAnsi="Cambria Math"/>
                <w:i/>
                <w:sz w:val="24"/>
                <w:szCs w:val="24"/>
                <w:lang w:eastAsia="en-US"/>
              </w:rPr>
            </m:ctrlPr>
          </m:sSubPr>
          <m:e>
            <m:r>
              <w:rPr>
                <w:rFonts w:ascii="Cambria Math" w:hAnsi="Cambria Math"/>
                <w:sz w:val="24"/>
                <w:szCs w:val="24"/>
                <w:lang w:eastAsia="en-US"/>
              </w:rPr>
              <m:t>θ</m:t>
            </m:r>
          </m:e>
          <m:sub>
            <m:sSub>
              <m:sSubPr>
                <m:ctrlPr>
                  <w:rPr>
                    <w:rFonts w:ascii="Cambria Math" w:hAnsi="Cambria Math"/>
                    <w:i/>
                    <w:sz w:val="24"/>
                    <w:szCs w:val="24"/>
                    <w:lang w:eastAsia="en-US"/>
                  </w:rPr>
                </m:ctrlPr>
              </m:sSubPr>
              <m:e>
                <m:r>
                  <w:rPr>
                    <w:rFonts w:ascii="Cambria Math" w:hAnsi="Cambria Math"/>
                    <w:sz w:val="24"/>
                    <w:szCs w:val="24"/>
                    <w:lang w:eastAsia="en-US"/>
                  </w:rPr>
                  <m:t>C</m:t>
                </m:r>
              </m:e>
              <m:sub>
                <m:r>
                  <w:rPr>
                    <w:rFonts w:ascii="Cambria Math" w:hAnsi="Cambria Math"/>
                    <w:sz w:val="24"/>
                    <w:szCs w:val="24"/>
                    <w:lang w:eastAsia="en-US"/>
                  </w:rPr>
                  <m:t>x</m:t>
                </m:r>
              </m:sub>
            </m:sSub>
            <m:sSub>
              <m:sSubPr>
                <m:ctrlPr>
                  <w:rPr>
                    <w:rFonts w:ascii="Cambria Math" w:hAnsi="Cambria Math"/>
                    <w:i/>
                    <w:sz w:val="24"/>
                    <w:szCs w:val="24"/>
                    <w:lang w:eastAsia="en-US"/>
                  </w:rPr>
                </m:ctrlPr>
              </m:sSubPr>
              <m:e>
                <m:r>
                  <w:rPr>
                    <w:rFonts w:ascii="Cambria Math" w:hAnsi="Cambria Math"/>
                    <w:sz w:val="24"/>
                    <w:szCs w:val="24"/>
                    <w:lang w:eastAsia="en-US"/>
                  </w:rPr>
                  <m:t>H</m:t>
                </m:r>
              </m:e>
              <m:sub>
                <m:r>
                  <w:rPr>
                    <w:rFonts w:ascii="Cambria Math" w:hAnsi="Cambria Math"/>
                    <w:sz w:val="24"/>
                    <w:szCs w:val="24"/>
                    <w:lang w:eastAsia="en-US"/>
                  </w:rPr>
                  <m:t>y+1</m:t>
                </m:r>
              </m:sub>
            </m:sSub>
            <m:sSub>
              <m:sSubPr>
                <m:ctrlPr>
                  <w:rPr>
                    <w:rFonts w:ascii="Cambria Math" w:hAnsi="Cambria Math"/>
                    <w:i/>
                    <w:sz w:val="24"/>
                    <w:szCs w:val="24"/>
                    <w:lang w:eastAsia="en-US"/>
                  </w:rPr>
                </m:ctrlPr>
              </m:sSubPr>
              <m:e>
                <m:r>
                  <w:rPr>
                    <w:rFonts w:ascii="Cambria Math" w:hAnsi="Cambria Math"/>
                    <w:sz w:val="24"/>
                    <w:szCs w:val="24"/>
                    <w:lang w:eastAsia="en-US"/>
                  </w:rPr>
                  <m:t>O</m:t>
                </m:r>
              </m:e>
              <m:sub>
                <m:r>
                  <w:rPr>
                    <w:rFonts w:ascii="Cambria Math" w:hAnsi="Cambria Math"/>
                    <w:sz w:val="24"/>
                    <w:szCs w:val="24"/>
                    <w:lang w:eastAsia="en-US"/>
                  </w:rPr>
                  <m:t>z</m:t>
                </m:r>
              </m:sub>
            </m:sSub>
          </m:sub>
        </m:sSub>
      </m:oMath>
      <w:r w:rsidR="001B2654" w:rsidRPr="00F96AE0">
        <w:rPr>
          <w:rFonts w:ascii="Times New Roman" w:hAnsi="Times New Roman"/>
          <w:sz w:val="24"/>
          <w:szCs w:val="24"/>
          <w:lang w:val="en-CA"/>
        </w:rPr>
        <w:t xml:space="preserve">           </w:t>
      </w:r>
      <w:r w:rsidR="00876CF8" w:rsidRPr="00FB6E44">
        <w:rPr>
          <w:rFonts w:ascii="Times New Roman" w:hAnsi="Times New Roman" w:hint="eastAsia"/>
          <w:sz w:val="24"/>
          <w:szCs w:val="24"/>
          <w:lang w:eastAsia="en-US"/>
        </w:rPr>
        <w:t>(</w:t>
      </w:r>
      <w:r w:rsidR="00876CF8">
        <w:rPr>
          <w:rFonts w:ascii="Times New Roman" w:hAnsi="Times New Roman"/>
          <w:sz w:val="24"/>
          <w:szCs w:val="24"/>
          <w:lang w:eastAsia="en-US"/>
        </w:rPr>
        <w:t>S</w:t>
      </w:r>
      <w:r w:rsidR="001B2654">
        <w:rPr>
          <w:rFonts w:ascii="Times New Roman" w:hAnsi="Times New Roman"/>
          <w:sz w:val="24"/>
          <w:szCs w:val="24"/>
          <w:lang w:eastAsia="en-US"/>
        </w:rPr>
        <w:t>7</w:t>
      </w:r>
      <w:r w:rsidR="00876CF8" w:rsidRPr="00FB6E44">
        <w:rPr>
          <w:rFonts w:ascii="Times New Roman" w:hAnsi="Times New Roman" w:hint="eastAsia"/>
          <w:sz w:val="24"/>
          <w:szCs w:val="24"/>
          <w:lang w:eastAsia="en-US"/>
        </w:rPr>
        <w:t>)</w:t>
      </w:r>
    </w:p>
    <w:p w14:paraId="2C381244" w14:textId="26DA035F" w:rsidR="00FB6E44" w:rsidRPr="00FB6E44" w:rsidRDefault="00876CF8" w:rsidP="00431F65">
      <w:pPr>
        <w:spacing w:line="480" w:lineRule="auto"/>
        <w:rPr>
          <w:rFonts w:ascii="Times New Roman" w:hAnsi="Times New Roman"/>
          <w:sz w:val="24"/>
          <w:szCs w:val="24"/>
          <w:lang w:eastAsia="en-US"/>
        </w:rPr>
      </w:pPr>
      <w:r>
        <w:rPr>
          <w:rFonts w:ascii="Times New Roman" w:hAnsi="Times New Roman"/>
          <w:sz w:val="24"/>
          <w:szCs w:val="24"/>
          <w:lang w:eastAsia="en-US"/>
        </w:rPr>
        <w:t xml:space="preserve">where, </w:t>
      </w:r>
      <m:oMath>
        <m:sSub>
          <m:sSubPr>
            <m:ctrlPr>
              <w:rPr>
                <w:rFonts w:ascii="Cambria Math" w:hAnsi="Cambria Math"/>
                <w:i/>
                <w:sz w:val="24"/>
                <w:szCs w:val="24"/>
                <w:lang w:eastAsia="en-US"/>
              </w:rPr>
            </m:ctrlPr>
          </m:sSubPr>
          <m:e>
            <m:r>
              <w:rPr>
                <w:rFonts w:ascii="Cambria Math" w:hAnsi="Cambria Math"/>
                <w:sz w:val="24"/>
                <w:szCs w:val="24"/>
                <w:lang w:eastAsia="en-US"/>
              </w:rPr>
              <m:t>r</m:t>
            </m:r>
          </m:e>
          <m:sub>
            <m:r>
              <w:rPr>
                <w:rFonts w:ascii="Cambria Math" w:hAnsi="Cambria Math"/>
                <w:sz w:val="24"/>
                <w:szCs w:val="24"/>
                <w:lang w:eastAsia="en-US"/>
              </w:rPr>
              <m:t>i</m:t>
            </m:r>
          </m:sub>
        </m:sSub>
      </m:oMath>
      <w:r>
        <w:rPr>
          <w:rFonts w:ascii="Times New Roman" w:hAnsi="Times New Roman"/>
          <w:sz w:val="24"/>
          <w:szCs w:val="24"/>
          <w:lang w:eastAsia="en-US"/>
        </w:rPr>
        <w:t xml:space="preserve"> </w:t>
      </w:r>
      <w:r w:rsidR="00FB6E44" w:rsidRPr="00FB6E44">
        <w:rPr>
          <w:rFonts w:ascii="Times New Roman" w:hAnsi="Times New Roman" w:hint="eastAsia"/>
          <w:sz w:val="24"/>
          <w:szCs w:val="24"/>
          <w:lang w:eastAsia="en-US"/>
        </w:rPr>
        <w:t xml:space="preserve">is the rate of step </w:t>
      </w:r>
      <w:r w:rsidR="00FB6E44" w:rsidRPr="00FB6E44">
        <w:rPr>
          <w:rFonts w:ascii="Times New Roman" w:hAnsi="Times New Roman"/>
          <w:sz w:val="24"/>
          <w:szCs w:val="24"/>
          <w:lang w:eastAsia="en-US"/>
        </w:rPr>
        <w:t>i which</w:t>
      </w:r>
      <w:r w:rsidR="00FB6E44" w:rsidRPr="00FB6E44">
        <w:rPr>
          <w:rFonts w:ascii="Times New Roman" w:hAnsi="Times New Roman" w:hint="eastAsia"/>
          <w:sz w:val="24"/>
          <w:szCs w:val="24"/>
          <w:lang w:eastAsia="en-US"/>
        </w:rPr>
        <w:t xml:space="preserve"> is</w:t>
      </w:r>
      <w:r w:rsidR="00FB6E44" w:rsidRPr="00FB6E44">
        <w:rPr>
          <w:rFonts w:ascii="Times New Roman" w:hAnsi="Times New Roman"/>
          <w:sz w:val="24"/>
          <w:szCs w:val="24"/>
          <w:lang w:eastAsia="en-US"/>
        </w:rPr>
        <w:t xml:space="preserve"> equal to</w:t>
      </w:r>
      <w:r w:rsidR="00FB6E44" w:rsidRPr="00FB6E44">
        <w:rPr>
          <w:rFonts w:ascii="Times New Roman" w:hAnsi="Times New Roman" w:hint="eastAsia"/>
          <w:sz w:val="24"/>
          <w:szCs w:val="24"/>
          <w:lang w:eastAsia="en-US"/>
        </w:rPr>
        <w:t xml:space="preserve"> the rate of the forward reaction minus the rate of the reverse reaction. </w:t>
      </w:r>
      <m:oMath>
        <m:sSub>
          <m:sSubPr>
            <m:ctrlPr>
              <w:rPr>
                <w:rFonts w:ascii="Cambria Math" w:hAnsi="Cambria Math"/>
                <w:i/>
                <w:sz w:val="24"/>
                <w:szCs w:val="24"/>
                <w:lang w:eastAsia="en-US"/>
              </w:rPr>
            </m:ctrlPr>
          </m:sSubPr>
          <m:e>
            <m:r>
              <w:rPr>
                <w:rFonts w:ascii="Cambria Math" w:hAnsi="Cambria Math"/>
                <w:sz w:val="24"/>
                <w:szCs w:val="24"/>
                <w:lang w:eastAsia="en-US"/>
              </w:rPr>
              <m:t>θ</m:t>
            </m:r>
          </m:e>
          <m:sub>
            <m:sSub>
              <m:sSubPr>
                <m:ctrlPr>
                  <w:rPr>
                    <w:rFonts w:ascii="Cambria Math" w:hAnsi="Cambria Math"/>
                    <w:i/>
                    <w:sz w:val="24"/>
                    <w:szCs w:val="24"/>
                    <w:lang w:eastAsia="en-US"/>
                  </w:rPr>
                </m:ctrlPr>
              </m:sSubPr>
              <m:e>
                <m:r>
                  <w:rPr>
                    <w:rFonts w:ascii="Cambria Math" w:hAnsi="Cambria Math"/>
                    <w:sz w:val="24"/>
                    <w:szCs w:val="24"/>
                    <w:lang w:eastAsia="en-US"/>
                  </w:rPr>
                  <m:t>C</m:t>
                </m:r>
              </m:e>
              <m:sub>
                <m:r>
                  <w:rPr>
                    <w:rFonts w:ascii="Cambria Math" w:hAnsi="Cambria Math"/>
                    <w:sz w:val="24"/>
                    <w:szCs w:val="24"/>
                    <w:lang w:eastAsia="en-US"/>
                  </w:rPr>
                  <m:t>x</m:t>
                </m:r>
              </m:sub>
            </m:sSub>
            <m:sSub>
              <m:sSubPr>
                <m:ctrlPr>
                  <w:rPr>
                    <w:rFonts w:ascii="Cambria Math" w:hAnsi="Cambria Math"/>
                    <w:i/>
                    <w:sz w:val="24"/>
                    <w:szCs w:val="24"/>
                    <w:lang w:eastAsia="en-US"/>
                  </w:rPr>
                </m:ctrlPr>
              </m:sSubPr>
              <m:e>
                <m:r>
                  <w:rPr>
                    <w:rFonts w:ascii="Cambria Math" w:hAnsi="Cambria Math"/>
                    <w:sz w:val="24"/>
                    <w:szCs w:val="24"/>
                    <w:lang w:eastAsia="en-US"/>
                  </w:rPr>
                  <m:t>H</m:t>
                </m:r>
              </m:e>
              <m:sub>
                <m:r>
                  <w:rPr>
                    <w:rFonts w:ascii="Cambria Math" w:hAnsi="Cambria Math"/>
                    <w:sz w:val="24"/>
                    <w:szCs w:val="24"/>
                    <w:lang w:eastAsia="en-US"/>
                  </w:rPr>
                  <m:t>y</m:t>
                </m:r>
              </m:sub>
            </m:sSub>
            <m:sSub>
              <m:sSubPr>
                <m:ctrlPr>
                  <w:rPr>
                    <w:rFonts w:ascii="Cambria Math" w:hAnsi="Cambria Math"/>
                    <w:i/>
                    <w:sz w:val="24"/>
                    <w:szCs w:val="24"/>
                    <w:lang w:eastAsia="en-US"/>
                  </w:rPr>
                </m:ctrlPr>
              </m:sSubPr>
              <m:e>
                <m:r>
                  <w:rPr>
                    <w:rFonts w:ascii="Cambria Math" w:hAnsi="Cambria Math"/>
                    <w:sz w:val="24"/>
                    <w:szCs w:val="24"/>
                    <w:lang w:eastAsia="en-US"/>
                  </w:rPr>
                  <m:t>O</m:t>
                </m:r>
              </m:e>
              <m:sub>
                <m:r>
                  <w:rPr>
                    <w:rFonts w:ascii="Cambria Math" w:hAnsi="Cambria Math"/>
                    <w:sz w:val="24"/>
                    <w:szCs w:val="24"/>
                    <w:lang w:eastAsia="en-US"/>
                  </w:rPr>
                  <m:t>z</m:t>
                </m:r>
              </m:sub>
            </m:sSub>
          </m:sub>
        </m:sSub>
      </m:oMath>
      <w:r w:rsidR="00264055">
        <w:rPr>
          <w:rFonts w:ascii="Times New Roman" w:hAnsi="Times New Roman"/>
          <w:sz w:val="24"/>
          <w:szCs w:val="24"/>
          <w:lang w:eastAsia="en-US"/>
        </w:rPr>
        <w:t xml:space="preserve"> and </w:t>
      </w:r>
      <m:oMath>
        <m:sSub>
          <m:sSubPr>
            <m:ctrlPr>
              <w:rPr>
                <w:rFonts w:ascii="Cambria Math" w:hAnsi="Cambria Math"/>
                <w:i/>
                <w:sz w:val="24"/>
                <w:szCs w:val="24"/>
                <w:lang w:eastAsia="en-US"/>
              </w:rPr>
            </m:ctrlPr>
          </m:sSubPr>
          <m:e>
            <m:r>
              <w:rPr>
                <w:rFonts w:ascii="Cambria Math" w:hAnsi="Cambria Math"/>
                <w:sz w:val="24"/>
                <w:szCs w:val="24"/>
                <w:lang w:eastAsia="en-US"/>
              </w:rPr>
              <m:t>θ</m:t>
            </m:r>
          </m:e>
          <m:sub>
            <m:sSub>
              <m:sSubPr>
                <m:ctrlPr>
                  <w:rPr>
                    <w:rFonts w:ascii="Cambria Math" w:hAnsi="Cambria Math"/>
                    <w:i/>
                    <w:sz w:val="24"/>
                    <w:szCs w:val="24"/>
                    <w:lang w:eastAsia="en-US"/>
                  </w:rPr>
                </m:ctrlPr>
              </m:sSubPr>
              <m:e>
                <m:r>
                  <w:rPr>
                    <w:rFonts w:ascii="Cambria Math" w:hAnsi="Cambria Math"/>
                    <w:sz w:val="24"/>
                    <w:szCs w:val="24"/>
                    <w:lang w:eastAsia="en-US"/>
                  </w:rPr>
                  <m:t>C</m:t>
                </m:r>
              </m:e>
              <m:sub>
                <m:r>
                  <w:rPr>
                    <w:rFonts w:ascii="Cambria Math" w:hAnsi="Cambria Math"/>
                    <w:sz w:val="24"/>
                    <w:szCs w:val="24"/>
                    <w:lang w:eastAsia="en-US"/>
                  </w:rPr>
                  <m:t>x</m:t>
                </m:r>
              </m:sub>
            </m:sSub>
            <m:sSub>
              <m:sSubPr>
                <m:ctrlPr>
                  <w:rPr>
                    <w:rFonts w:ascii="Cambria Math" w:hAnsi="Cambria Math"/>
                    <w:i/>
                    <w:sz w:val="24"/>
                    <w:szCs w:val="24"/>
                    <w:lang w:eastAsia="en-US"/>
                  </w:rPr>
                </m:ctrlPr>
              </m:sSubPr>
              <m:e>
                <m:r>
                  <w:rPr>
                    <w:rFonts w:ascii="Cambria Math" w:hAnsi="Cambria Math"/>
                    <w:sz w:val="24"/>
                    <w:szCs w:val="24"/>
                    <w:lang w:eastAsia="en-US"/>
                  </w:rPr>
                  <m:t>H</m:t>
                </m:r>
              </m:e>
              <m:sub>
                <m:r>
                  <w:rPr>
                    <w:rFonts w:ascii="Cambria Math" w:hAnsi="Cambria Math"/>
                    <w:sz w:val="24"/>
                    <w:szCs w:val="24"/>
                    <w:lang w:eastAsia="en-US"/>
                  </w:rPr>
                  <m:t>y+1</m:t>
                </m:r>
              </m:sub>
            </m:sSub>
            <m:sSub>
              <m:sSubPr>
                <m:ctrlPr>
                  <w:rPr>
                    <w:rFonts w:ascii="Cambria Math" w:hAnsi="Cambria Math"/>
                    <w:i/>
                    <w:sz w:val="24"/>
                    <w:szCs w:val="24"/>
                    <w:lang w:eastAsia="en-US"/>
                  </w:rPr>
                </m:ctrlPr>
              </m:sSubPr>
              <m:e>
                <m:r>
                  <w:rPr>
                    <w:rFonts w:ascii="Cambria Math" w:hAnsi="Cambria Math"/>
                    <w:sz w:val="24"/>
                    <w:szCs w:val="24"/>
                    <w:lang w:eastAsia="en-US"/>
                  </w:rPr>
                  <m:t>O</m:t>
                </m:r>
              </m:e>
              <m:sub>
                <m:r>
                  <w:rPr>
                    <w:rFonts w:ascii="Cambria Math" w:hAnsi="Cambria Math"/>
                    <w:sz w:val="24"/>
                    <w:szCs w:val="24"/>
                    <w:lang w:eastAsia="en-US"/>
                  </w:rPr>
                  <m:t>z</m:t>
                </m:r>
              </m:sub>
            </m:sSub>
          </m:sub>
        </m:sSub>
      </m:oMath>
      <w:r w:rsidR="00264055">
        <w:rPr>
          <w:rFonts w:ascii="Times New Roman" w:hAnsi="Times New Roman"/>
          <w:sz w:val="24"/>
          <w:szCs w:val="24"/>
          <w:lang w:eastAsia="en-US"/>
        </w:rPr>
        <w:t xml:space="preserve"> are the </w:t>
      </w:r>
      <w:r w:rsidR="00515AB4">
        <w:rPr>
          <w:rFonts w:ascii="Times New Roman" w:hAnsi="Times New Roman"/>
          <w:sz w:val="24"/>
          <w:szCs w:val="24"/>
        </w:rPr>
        <w:t xml:space="preserve">surface coverage of </w:t>
      </w:r>
      <w:r w:rsidR="00515AB4" w:rsidRPr="00987B4D">
        <w:rPr>
          <w:rFonts w:ascii="Times New Roman" w:hAnsi="Times New Roman"/>
          <w:sz w:val="24"/>
          <w:szCs w:val="24"/>
          <w:lang w:eastAsia="en-US"/>
        </w:rPr>
        <w:t>C</w:t>
      </w:r>
      <w:r w:rsidR="00515AB4" w:rsidRPr="00A95C39">
        <w:rPr>
          <w:rFonts w:ascii="Times New Roman" w:hAnsi="Times New Roman"/>
          <w:sz w:val="24"/>
          <w:szCs w:val="24"/>
          <w:vertAlign w:val="subscript"/>
          <w:lang w:eastAsia="en-US"/>
        </w:rPr>
        <w:t>x</w:t>
      </w:r>
      <w:r w:rsidR="00515AB4">
        <w:rPr>
          <w:rFonts w:ascii="Times New Roman" w:hAnsi="Times New Roman"/>
          <w:sz w:val="24"/>
          <w:szCs w:val="24"/>
          <w:lang w:eastAsia="en-US"/>
        </w:rPr>
        <w:t>H</w:t>
      </w:r>
      <w:r w:rsidR="00515AB4">
        <w:rPr>
          <w:rFonts w:ascii="Times New Roman" w:hAnsi="Times New Roman"/>
          <w:sz w:val="24"/>
          <w:szCs w:val="24"/>
          <w:vertAlign w:val="subscript"/>
          <w:lang w:eastAsia="en-US"/>
        </w:rPr>
        <w:t>y</w:t>
      </w:r>
      <w:r w:rsidR="00515AB4" w:rsidRPr="00987B4D">
        <w:rPr>
          <w:rFonts w:ascii="Times New Roman" w:hAnsi="Times New Roman"/>
          <w:sz w:val="24"/>
          <w:szCs w:val="24"/>
          <w:lang w:eastAsia="en-US"/>
        </w:rPr>
        <w:t>O</w:t>
      </w:r>
      <w:r w:rsidR="00515AB4" w:rsidRPr="00A95C39">
        <w:rPr>
          <w:rFonts w:ascii="Times New Roman" w:hAnsi="Times New Roman"/>
          <w:sz w:val="24"/>
          <w:szCs w:val="24"/>
          <w:vertAlign w:val="subscript"/>
          <w:lang w:eastAsia="en-US"/>
        </w:rPr>
        <w:t>z</w:t>
      </w:r>
      <w:r w:rsidR="00515AB4">
        <w:rPr>
          <w:rFonts w:ascii="Times New Roman" w:hAnsi="Times New Roman"/>
          <w:sz w:val="24"/>
          <w:szCs w:val="24"/>
          <w:lang w:eastAsia="en-US"/>
        </w:rPr>
        <w:t xml:space="preserve">* and </w:t>
      </w:r>
      <w:r w:rsidR="00515AB4" w:rsidRPr="00987B4D">
        <w:rPr>
          <w:rFonts w:ascii="Times New Roman" w:hAnsi="Times New Roman"/>
          <w:sz w:val="24"/>
          <w:szCs w:val="24"/>
          <w:lang w:eastAsia="en-US"/>
        </w:rPr>
        <w:t>C</w:t>
      </w:r>
      <w:r w:rsidR="00515AB4" w:rsidRPr="00A95C39">
        <w:rPr>
          <w:rFonts w:ascii="Times New Roman" w:hAnsi="Times New Roman"/>
          <w:sz w:val="24"/>
          <w:szCs w:val="24"/>
          <w:vertAlign w:val="subscript"/>
          <w:lang w:eastAsia="en-US"/>
        </w:rPr>
        <w:t>x</w:t>
      </w:r>
      <w:r w:rsidR="00515AB4">
        <w:rPr>
          <w:rFonts w:ascii="Times New Roman" w:hAnsi="Times New Roman"/>
          <w:sz w:val="24"/>
          <w:szCs w:val="24"/>
          <w:lang w:eastAsia="en-US"/>
        </w:rPr>
        <w:t>H</w:t>
      </w:r>
      <w:r w:rsidR="00515AB4">
        <w:rPr>
          <w:rFonts w:ascii="Times New Roman" w:hAnsi="Times New Roman"/>
          <w:sz w:val="24"/>
          <w:szCs w:val="24"/>
          <w:vertAlign w:val="subscript"/>
          <w:lang w:eastAsia="en-US"/>
        </w:rPr>
        <w:t>y+1</w:t>
      </w:r>
      <w:r w:rsidR="00515AB4" w:rsidRPr="00987B4D">
        <w:rPr>
          <w:rFonts w:ascii="Times New Roman" w:hAnsi="Times New Roman"/>
          <w:sz w:val="24"/>
          <w:szCs w:val="24"/>
          <w:lang w:eastAsia="en-US"/>
        </w:rPr>
        <w:t>O</w:t>
      </w:r>
      <w:r w:rsidR="00515AB4" w:rsidRPr="00A95C39">
        <w:rPr>
          <w:rFonts w:ascii="Times New Roman" w:hAnsi="Times New Roman"/>
          <w:sz w:val="24"/>
          <w:szCs w:val="24"/>
          <w:vertAlign w:val="subscript"/>
          <w:lang w:eastAsia="en-US"/>
        </w:rPr>
        <w:t>z</w:t>
      </w:r>
      <w:r w:rsidR="00515AB4">
        <w:rPr>
          <w:rFonts w:ascii="Times New Roman" w:hAnsi="Times New Roman"/>
          <w:sz w:val="24"/>
          <w:szCs w:val="24"/>
          <w:lang w:eastAsia="en-US"/>
        </w:rPr>
        <w:t xml:space="preserve">*, respectively. </w:t>
      </w:r>
      <w:r w:rsidR="00FB6E44" w:rsidRPr="00FB6E44">
        <w:rPr>
          <w:rFonts w:ascii="Times New Roman" w:hAnsi="Times New Roman" w:hint="eastAsia"/>
          <w:sz w:val="24"/>
          <w:szCs w:val="24"/>
          <w:lang w:eastAsia="en-US"/>
        </w:rPr>
        <w:t>k</w:t>
      </w:r>
      <w:r w:rsidR="00FB6E44" w:rsidRPr="005D4E90">
        <w:rPr>
          <w:rFonts w:ascii="Times New Roman" w:hAnsi="Times New Roman" w:hint="eastAsia"/>
          <w:sz w:val="24"/>
          <w:szCs w:val="24"/>
          <w:vertAlign w:val="subscript"/>
          <w:lang w:eastAsia="en-US"/>
        </w:rPr>
        <w:t>i</w:t>
      </w:r>
      <w:r w:rsidR="00FB6E44" w:rsidRPr="00FB6E44">
        <w:rPr>
          <w:rFonts w:ascii="Times New Roman" w:hAnsi="Times New Roman" w:hint="eastAsia"/>
          <w:sz w:val="24"/>
          <w:szCs w:val="24"/>
          <w:lang w:eastAsia="en-US"/>
        </w:rPr>
        <w:t xml:space="preserve"> is the rate constant of the forward reaction, while k</w:t>
      </w:r>
      <w:r w:rsidR="00FB6E44" w:rsidRPr="005D4E90">
        <w:rPr>
          <w:rFonts w:ascii="Times New Roman" w:hAnsi="Times New Roman" w:hint="eastAsia"/>
          <w:sz w:val="24"/>
          <w:szCs w:val="24"/>
          <w:vertAlign w:val="subscript"/>
          <w:lang w:eastAsia="en-US"/>
        </w:rPr>
        <w:t>-i</w:t>
      </w:r>
      <w:r w:rsidR="00FB6E44" w:rsidRPr="00FB6E44">
        <w:rPr>
          <w:rFonts w:ascii="Times New Roman" w:hAnsi="Times New Roman" w:hint="eastAsia"/>
          <w:sz w:val="24"/>
          <w:szCs w:val="24"/>
          <w:lang w:eastAsia="en-US"/>
        </w:rPr>
        <w:t xml:space="preserve"> is that of the reverse reaction. Both rate constants are derived from transition state theory (TST), which is given by:</w:t>
      </w:r>
    </w:p>
    <w:p w14:paraId="7E218C26" w14:textId="621DC15D" w:rsidR="00FB6E44" w:rsidRPr="00FB6E44" w:rsidRDefault="00FB6E44" w:rsidP="00EB7D4D">
      <w:pPr>
        <w:spacing w:line="480" w:lineRule="auto"/>
        <w:jc w:val="center"/>
        <w:rPr>
          <w:rFonts w:ascii="Times New Roman" w:hAnsi="Times New Roman"/>
          <w:sz w:val="24"/>
          <w:szCs w:val="24"/>
          <w:lang w:eastAsia="en-US"/>
        </w:rPr>
      </w:pPr>
      <m:oMath>
        <m:r>
          <m:rPr>
            <m:sty m:val="p"/>
          </m:rPr>
          <w:rPr>
            <w:rFonts w:ascii="Cambria Math" w:hAnsi="Cambria Math"/>
            <w:sz w:val="24"/>
            <w:szCs w:val="24"/>
            <w:lang w:eastAsia="en-US"/>
          </w:rPr>
          <m:t>k=</m:t>
        </m:r>
        <m:f>
          <m:fPr>
            <m:ctrlPr>
              <w:rPr>
                <w:rFonts w:ascii="Cambria Math" w:hAnsi="Cambria Math"/>
                <w:sz w:val="24"/>
                <w:szCs w:val="24"/>
                <w:lang w:eastAsia="en-US"/>
              </w:rPr>
            </m:ctrlPr>
          </m:fPr>
          <m:num>
            <m:sSub>
              <m:sSubPr>
                <m:ctrlPr>
                  <w:rPr>
                    <w:rFonts w:ascii="Cambria Math" w:hAnsi="Cambria Math"/>
                    <w:sz w:val="24"/>
                    <w:szCs w:val="24"/>
                    <w:lang w:eastAsia="en-US"/>
                  </w:rPr>
                </m:ctrlPr>
              </m:sSubPr>
              <m:e>
                <m:r>
                  <w:rPr>
                    <w:rFonts w:ascii="Cambria Math" w:hAnsi="Cambria Math"/>
                    <w:sz w:val="24"/>
                    <w:szCs w:val="24"/>
                    <w:lang w:eastAsia="en-US"/>
                  </w:rPr>
                  <m:t>k</m:t>
                </m:r>
              </m:e>
              <m:sub>
                <m:r>
                  <w:rPr>
                    <w:rFonts w:ascii="Cambria Math" w:hAnsi="Cambria Math"/>
                    <w:sz w:val="24"/>
                    <w:szCs w:val="24"/>
                    <w:lang w:eastAsia="en-US"/>
                  </w:rPr>
                  <m:t>B</m:t>
                </m:r>
              </m:sub>
            </m:sSub>
            <m:r>
              <w:rPr>
                <w:rFonts w:ascii="Cambria Math" w:hAnsi="Cambria Math"/>
                <w:sz w:val="24"/>
                <w:szCs w:val="24"/>
                <w:lang w:eastAsia="en-US"/>
              </w:rPr>
              <m:t>T</m:t>
            </m:r>
          </m:num>
          <m:den>
            <m:r>
              <w:rPr>
                <w:rFonts w:ascii="Cambria Math" w:hAnsi="Cambria Math"/>
                <w:sz w:val="24"/>
                <w:szCs w:val="24"/>
                <w:lang w:eastAsia="en-US"/>
              </w:rPr>
              <m:t>h</m:t>
            </m:r>
          </m:den>
        </m:f>
        <m:sSup>
          <m:sSupPr>
            <m:ctrlPr>
              <w:rPr>
                <w:rFonts w:ascii="Cambria Math" w:hAnsi="Cambria Math"/>
                <w:sz w:val="24"/>
                <w:szCs w:val="24"/>
                <w:lang w:eastAsia="en-US"/>
              </w:rPr>
            </m:ctrlPr>
          </m:sSupPr>
          <m:e>
            <m:r>
              <w:rPr>
                <w:rFonts w:ascii="Cambria Math" w:hAnsi="Cambria Math"/>
                <w:sz w:val="24"/>
                <w:szCs w:val="24"/>
                <w:lang w:eastAsia="en-US"/>
              </w:rPr>
              <m:t>e</m:t>
            </m:r>
          </m:e>
          <m:sup>
            <m:r>
              <m:rPr>
                <m:sty m:val="p"/>
              </m:rPr>
              <w:rPr>
                <w:rFonts w:ascii="Cambria Math" w:hAnsi="Cambria Math"/>
                <w:sz w:val="24"/>
                <w:szCs w:val="24"/>
                <w:lang w:eastAsia="en-US"/>
              </w:rPr>
              <m:t>-∆</m:t>
            </m:r>
            <m:sSup>
              <m:sSupPr>
                <m:ctrlPr>
                  <w:rPr>
                    <w:rFonts w:ascii="Cambria Math" w:hAnsi="Cambria Math"/>
                    <w:sz w:val="24"/>
                    <w:szCs w:val="24"/>
                    <w:lang w:eastAsia="en-US"/>
                  </w:rPr>
                </m:ctrlPr>
              </m:sSupPr>
              <m:e>
                <m:r>
                  <w:rPr>
                    <w:rFonts w:ascii="Cambria Math" w:hAnsi="Cambria Math"/>
                    <w:sz w:val="24"/>
                    <w:szCs w:val="24"/>
                    <w:lang w:eastAsia="en-US"/>
                  </w:rPr>
                  <m:t>G</m:t>
                </m:r>
              </m:e>
              <m:sup>
                <m:r>
                  <m:rPr>
                    <m:sty m:val="p"/>
                  </m:rPr>
                  <w:rPr>
                    <w:rFonts w:ascii="Cambria Math" w:hAnsi="Cambria Math"/>
                    <w:sz w:val="24"/>
                    <w:szCs w:val="24"/>
                    <w:lang w:eastAsia="en-US"/>
                  </w:rPr>
                  <m:t>≠,°</m:t>
                </m:r>
              </m:sup>
            </m:sSup>
            <m:r>
              <m:rPr>
                <m:sty m:val="p"/>
              </m:rPr>
              <w:rPr>
                <w:rFonts w:ascii="Cambria Math" w:hAnsi="Cambria Math"/>
                <w:sz w:val="24"/>
                <w:szCs w:val="24"/>
                <w:lang w:eastAsia="en-US"/>
              </w:rPr>
              <m:t>/</m:t>
            </m:r>
            <m:sSub>
              <m:sSubPr>
                <m:ctrlPr>
                  <w:rPr>
                    <w:rFonts w:ascii="Cambria Math" w:hAnsi="Cambria Math"/>
                    <w:sz w:val="24"/>
                    <w:szCs w:val="24"/>
                    <w:lang w:eastAsia="en-US"/>
                  </w:rPr>
                </m:ctrlPr>
              </m:sSubPr>
              <m:e>
                <m:r>
                  <w:rPr>
                    <w:rFonts w:ascii="Cambria Math" w:hAnsi="Cambria Math"/>
                    <w:sz w:val="24"/>
                    <w:szCs w:val="24"/>
                    <w:lang w:eastAsia="en-US"/>
                  </w:rPr>
                  <m:t>k</m:t>
                </m:r>
              </m:e>
              <m:sub>
                <m:r>
                  <w:rPr>
                    <w:rFonts w:ascii="Cambria Math" w:hAnsi="Cambria Math"/>
                    <w:sz w:val="24"/>
                    <w:szCs w:val="24"/>
                    <w:lang w:eastAsia="en-US"/>
                  </w:rPr>
                  <m:t>B</m:t>
                </m:r>
              </m:sub>
            </m:sSub>
            <m:r>
              <w:rPr>
                <w:rFonts w:ascii="Cambria Math" w:hAnsi="Cambria Math"/>
                <w:sz w:val="24"/>
                <w:szCs w:val="24"/>
                <w:lang w:eastAsia="en-US"/>
              </w:rPr>
              <m:t>T</m:t>
            </m:r>
          </m:sup>
        </m:sSup>
      </m:oMath>
      <w:r w:rsidR="00EB7D4D" w:rsidRPr="00F96AE0">
        <w:rPr>
          <w:rFonts w:ascii="Times New Roman" w:hAnsi="Times New Roman"/>
          <w:sz w:val="24"/>
          <w:szCs w:val="24"/>
          <w:lang w:val="en-CA"/>
        </w:rPr>
        <w:t xml:space="preserve">           </w:t>
      </w:r>
      <w:r w:rsidRPr="00FB6E44">
        <w:rPr>
          <w:rFonts w:ascii="Times New Roman" w:hAnsi="Times New Roman" w:hint="eastAsia"/>
          <w:sz w:val="24"/>
          <w:szCs w:val="24"/>
          <w:lang w:eastAsia="en-US"/>
        </w:rPr>
        <w:t>(</w:t>
      </w:r>
      <w:r>
        <w:rPr>
          <w:rFonts w:ascii="Times New Roman" w:hAnsi="Times New Roman"/>
          <w:sz w:val="24"/>
          <w:szCs w:val="24"/>
          <w:lang w:eastAsia="en-US"/>
        </w:rPr>
        <w:t>S</w:t>
      </w:r>
      <w:r w:rsidR="002F51CF">
        <w:rPr>
          <w:rFonts w:ascii="Times New Roman" w:hAnsi="Times New Roman"/>
          <w:sz w:val="24"/>
          <w:szCs w:val="24"/>
          <w:lang w:eastAsia="en-US"/>
        </w:rPr>
        <w:t>8</w:t>
      </w:r>
      <w:r w:rsidRPr="00FB6E44">
        <w:rPr>
          <w:rFonts w:ascii="Times New Roman" w:hAnsi="Times New Roman" w:hint="eastAsia"/>
          <w:sz w:val="24"/>
          <w:szCs w:val="24"/>
          <w:lang w:eastAsia="en-US"/>
        </w:rPr>
        <w:t>)</w:t>
      </w:r>
    </w:p>
    <w:p w14:paraId="680A78A6" w14:textId="4CEDD72D" w:rsidR="00FB6E44" w:rsidRPr="00FB6E44" w:rsidRDefault="00FB6E44" w:rsidP="00431F65">
      <w:pPr>
        <w:spacing w:line="480" w:lineRule="auto"/>
        <w:rPr>
          <w:rFonts w:ascii="Times New Roman" w:hAnsi="Times New Roman"/>
          <w:sz w:val="24"/>
          <w:szCs w:val="24"/>
          <w:lang w:eastAsia="en-US"/>
        </w:rPr>
      </w:pPr>
      <w:r w:rsidRPr="00FB6E44">
        <w:rPr>
          <w:rFonts w:ascii="Times New Roman" w:hAnsi="Times New Roman" w:hint="eastAsia"/>
          <w:sz w:val="24"/>
          <w:szCs w:val="24"/>
          <w:lang w:eastAsia="en-US"/>
        </w:rPr>
        <w:t xml:space="preserve">where </w:t>
      </w:r>
      <m:oMath>
        <m:r>
          <m:rPr>
            <m:sty m:val="p"/>
          </m:rPr>
          <w:rPr>
            <w:rFonts w:ascii="Cambria Math" w:hAnsi="Cambria Math"/>
            <w:sz w:val="24"/>
            <w:szCs w:val="24"/>
            <w:lang w:eastAsia="en-US"/>
          </w:rPr>
          <m:t>∆</m:t>
        </m:r>
        <m:sSup>
          <m:sSupPr>
            <m:ctrlPr>
              <w:rPr>
                <w:rFonts w:ascii="Cambria Math" w:hAnsi="Cambria Math"/>
                <w:sz w:val="24"/>
                <w:szCs w:val="24"/>
                <w:lang w:eastAsia="en-US"/>
              </w:rPr>
            </m:ctrlPr>
          </m:sSupPr>
          <m:e>
            <m:r>
              <w:rPr>
                <w:rFonts w:ascii="Cambria Math" w:hAnsi="Cambria Math"/>
                <w:sz w:val="24"/>
                <w:szCs w:val="24"/>
                <w:lang w:eastAsia="en-US"/>
              </w:rPr>
              <m:t>G</m:t>
            </m:r>
          </m:e>
          <m:sup>
            <m:r>
              <m:rPr>
                <m:sty m:val="p"/>
              </m:rPr>
              <w:rPr>
                <w:rFonts w:ascii="Cambria Math" w:hAnsi="Cambria Math"/>
                <w:sz w:val="24"/>
                <w:szCs w:val="24"/>
                <w:lang w:eastAsia="en-US"/>
              </w:rPr>
              <m:t>≠,°</m:t>
            </m:r>
          </m:sup>
        </m:sSup>
      </m:oMath>
      <w:r w:rsidRPr="00FB6E44">
        <w:rPr>
          <w:rFonts w:ascii="Times New Roman" w:hAnsi="Times New Roman" w:hint="eastAsia"/>
          <w:sz w:val="24"/>
          <w:szCs w:val="24"/>
          <w:lang w:eastAsia="en-US"/>
        </w:rPr>
        <w:t xml:space="preserve"> is the change of standard molar Gibbs free energy barrier</w:t>
      </w:r>
      <w:r w:rsidR="009E53D9">
        <w:rPr>
          <w:rFonts w:ascii="Times New Roman" w:hAnsi="Times New Roman"/>
          <w:sz w:val="24"/>
          <w:szCs w:val="24"/>
          <w:lang w:eastAsia="en-US"/>
        </w:rPr>
        <w:t xml:space="preserve"> at 0 V vs. SHE</w:t>
      </w:r>
      <w:r w:rsidRPr="00FB6E44">
        <w:rPr>
          <w:rFonts w:ascii="Times New Roman" w:hAnsi="Times New Roman" w:hint="eastAsia"/>
          <w:sz w:val="24"/>
          <w:szCs w:val="24"/>
          <w:lang w:eastAsia="en-US"/>
        </w:rPr>
        <w:t>.</w:t>
      </w:r>
      <w:r w:rsidR="009E53D9">
        <w:rPr>
          <w:rFonts w:ascii="Times New Roman" w:hAnsi="Times New Roman"/>
          <w:sz w:val="24"/>
          <w:szCs w:val="24"/>
          <w:lang w:eastAsia="en-US"/>
        </w:rPr>
        <w:t xml:space="preserve"> In this work, we used the reaction energies</w:t>
      </w:r>
      <w:r w:rsidR="00325E3C">
        <w:rPr>
          <w:rFonts w:ascii="Times New Roman" w:hAnsi="Times New Roman"/>
          <w:sz w:val="24"/>
          <w:szCs w:val="24"/>
          <w:lang w:eastAsia="en-US"/>
        </w:rPr>
        <w:t xml:space="preserve"> to describe the favourability of one step. </w:t>
      </w:r>
      <w:r w:rsidR="001D3D4D">
        <w:rPr>
          <w:rFonts w:ascii="Times New Roman" w:hAnsi="Times New Roman"/>
          <w:sz w:val="24"/>
          <w:szCs w:val="24"/>
          <w:lang w:eastAsia="en-US"/>
        </w:rPr>
        <w:t xml:space="preserve">For a reaction with a reaction energy </w:t>
      </w:r>
      <m:oMath>
        <m:r>
          <m:rPr>
            <m:sty m:val="p"/>
          </m:rPr>
          <w:rPr>
            <w:rFonts w:ascii="Cambria Math" w:hAnsi="Cambria Math"/>
            <w:sz w:val="24"/>
            <w:szCs w:val="24"/>
            <w:lang w:eastAsia="en-US"/>
          </w:rPr>
          <m:t>∆</m:t>
        </m:r>
        <m:sSup>
          <m:sSupPr>
            <m:ctrlPr>
              <w:rPr>
                <w:rFonts w:ascii="Cambria Math" w:hAnsi="Cambria Math"/>
                <w:sz w:val="24"/>
                <w:szCs w:val="24"/>
                <w:lang w:eastAsia="en-US"/>
              </w:rPr>
            </m:ctrlPr>
          </m:sSupPr>
          <m:e>
            <m:r>
              <w:rPr>
                <w:rFonts w:ascii="Cambria Math" w:hAnsi="Cambria Math"/>
                <w:sz w:val="24"/>
                <w:szCs w:val="24"/>
                <w:lang w:eastAsia="en-US"/>
              </w:rPr>
              <m:t>G</m:t>
            </m:r>
          </m:e>
          <m:sup>
            <m:r>
              <m:rPr>
                <m:sty m:val="p"/>
              </m:rPr>
              <w:rPr>
                <w:rFonts w:ascii="Cambria Math" w:hAnsi="Cambria Math"/>
                <w:sz w:val="24"/>
                <w:szCs w:val="24"/>
                <w:lang w:eastAsia="en-US"/>
              </w:rPr>
              <m:t>°</m:t>
            </m:r>
          </m:sup>
        </m:sSup>
      </m:oMath>
      <w:r w:rsidR="001D3D4D">
        <w:rPr>
          <w:rFonts w:ascii="Times New Roman" w:hAnsi="Times New Roman"/>
          <w:sz w:val="24"/>
          <w:szCs w:val="24"/>
          <w:lang w:eastAsia="en-US"/>
        </w:rPr>
        <w:t xml:space="preserve">, </w:t>
      </w:r>
      <w:r w:rsidR="00325E3C">
        <w:rPr>
          <w:rFonts w:ascii="Times New Roman" w:hAnsi="Times New Roman"/>
          <w:sz w:val="24"/>
          <w:szCs w:val="24"/>
          <w:lang w:eastAsia="en-US"/>
        </w:rPr>
        <w:t>the forward</w:t>
      </w:r>
      <w:r w:rsidR="001D3D4D">
        <w:rPr>
          <w:rFonts w:ascii="Times New Roman" w:hAnsi="Times New Roman"/>
          <w:sz w:val="24"/>
          <w:szCs w:val="24"/>
          <w:lang w:eastAsia="en-US"/>
        </w:rPr>
        <w:t xml:space="preserve"> and </w:t>
      </w:r>
      <w:r w:rsidR="00E55F58">
        <w:rPr>
          <w:rFonts w:ascii="Times New Roman" w:hAnsi="Times New Roman"/>
          <w:sz w:val="24"/>
          <w:szCs w:val="24"/>
          <w:lang w:eastAsia="en-US"/>
        </w:rPr>
        <w:t>reverse</w:t>
      </w:r>
      <w:r w:rsidR="00325E3C">
        <w:rPr>
          <w:rFonts w:ascii="Times New Roman" w:hAnsi="Times New Roman"/>
          <w:sz w:val="24"/>
          <w:szCs w:val="24"/>
          <w:lang w:eastAsia="en-US"/>
        </w:rPr>
        <w:t xml:space="preserve"> reaction barrier</w:t>
      </w:r>
      <w:r w:rsidR="001D3D4D">
        <w:rPr>
          <w:rFonts w:ascii="Times New Roman" w:hAnsi="Times New Roman"/>
          <w:sz w:val="24"/>
          <w:szCs w:val="24"/>
          <w:lang w:eastAsia="en-US"/>
        </w:rPr>
        <w:t xml:space="preserve"> is </w:t>
      </w:r>
      <m:oMath>
        <m:r>
          <m:rPr>
            <m:sty m:val="p"/>
          </m:rPr>
          <w:rPr>
            <w:rFonts w:ascii="Cambria Math" w:hAnsi="Cambria Math"/>
            <w:sz w:val="24"/>
            <w:szCs w:val="24"/>
            <w:lang w:eastAsia="en-US"/>
          </w:rPr>
          <m:t>max⁡</m:t>
        </m:r>
        <m:r>
          <w:rPr>
            <w:rFonts w:ascii="Cambria Math" w:hAnsi="Cambria Math"/>
            <w:sz w:val="24"/>
            <w:szCs w:val="24"/>
            <w:lang w:eastAsia="en-US"/>
          </w:rPr>
          <m:t>(</m:t>
        </m:r>
        <m:r>
          <m:rPr>
            <m:sty m:val="p"/>
          </m:rPr>
          <w:rPr>
            <w:rFonts w:ascii="Cambria Math" w:hAnsi="Cambria Math"/>
            <w:sz w:val="24"/>
            <w:szCs w:val="24"/>
            <w:lang w:eastAsia="en-US"/>
          </w:rPr>
          <m:t>∆</m:t>
        </m:r>
        <m:sSup>
          <m:sSupPr>
            <m:ctrlPr>
              <w:rPr>
                <w:rFonts w:ascii="Cambria Math" w:hAnsi="Cambria Math"/>
                <w:sz w:val="24"/>
                <w:szCs w:val="24"/>
                <w:lang w:eastAsia="en-US"/>
              </w:rPr>
            </m:ctrlPr>
          </m:sSupPr>
          <m:e>
            <m:r>
              <w:rPr>
                <w:rFonts w:ascii="Cambria Math" w:hAnsi="Cambria Math"/>
                <w:sz w:val="24"/>
                <w:szCs w:val="24"/>
                <w:lang w:eastAsia="en-US"/>
              </w:rPr>
              <m:t>G</m:t>
            </m:r>
          </m:e>
          <m:sup>
            <m:r>
              <m:rPr>
                <m:sty m:val="p"/>
              </m:rPr>
              <w:rPr>
                <w:rFonts w:ascii="Cambria Math" w:hAnsi="Cambria Math"/>
                <w:sz w:val="24"/>
                <w:szCs w:val="24"/>
                <w:lang w:eastAsia="en-US"/>
              </w:rPr>
              <m:t>°</m:t>
            </m:r>
          </m:sup>
        </m:sSup>
        <m:r>
          <w:rPr>
            <w:rFonts w:ascii="Cambria Math" w:hAnsi="Cambria Math"/>
            <w:sz w:val="24"/>
            <w:szCs w:val="24"/>
            <w:lang w:eastAsia="en-US"/>
          </w:rPr>
          <m:t>,0)</m:t>
        </m:r>
      </m:oMath>
      <w:r w:rsidR="00E55F58">
        <w:rPr>
          <w:rFonts w:ascii="Times New Roman" w:hAnsi="Times New Roman"/>
          <w:sz w:val="24"/>
          <w:szCs w:val="24"/>
          <w:lang w:eastAsia="en-US"/>
        </w:rPr>
        <w:t xml:space="preserve"> and </w:t>
      </w:r>
      <m:oMath>
        <m:r>
          <m:rPr>
            <m:sty m:val="p"/>
          </m:rPr>
          <w:rPr>
            <w:rFonts w:ascii="Cambria Math" w:hAnsi="Cambria Math"/>
            <w:sz w:val="24"/>
            <w:szCs w:val="24"/>
            <w:lang w:eastAsia="en-US"/>
          </w:rPr>
          <m:t>max⁡</m:t>
        </m:r>
        <m:r>
          <w:rPr>
            <w:rFonts w:ascii="Cambria Math" w:hAnsi="Cambria Math"/>
            <w:sz w:val="24"/>
            <w:szCs w:val="24"/>
            <w:lang w:eastAsia="en-US"/>
          </w:rPr>
          <m:t>(-</m:t>
        </m:r>
        <m:r>
          <m:rPr>
            <m:sty m:val="p"/>
          </m:rPr>
          <w:rPr>
            <w:rFonts w:ascii="Cambria Math" w:hAnsi="Cambria Math"/>
            <w:sz w:val="24"/>
            <w:szCs w:val="24"/>
            <w:lang w:eastAsia="en-US"/>
          </w:rPr>
          <m:t>∆</m:t>
        </m:r>
        <m:sSup>
          <m:sSupPr>
            <m:ctrlPr>
              <w:rPr>
                <w:rFonts w:ascii="Cambria Math" w:hAnsi="Cambria Math"/>
                <w:sz w:val="24"/>
                <w:szCs w:val="24"/>
                <w:lang w:eastAsia="en-US"/>
              </w:rPr>
            </m:ctrlPr>
          </m:sSupPr>
          <m:e>
            <m:r>
              <w:rPr>
                <w:rFonts w:ascii="Cambria Math" w:hAnsi="Cambria Math"/>
                <w:sz w:val="24"/>
                <w:szCs w:val="24"/>
                <w:lang w:eastAsia="en-US"/>
              </w:rPr>
              <m:t>G</m:t>
            </m:r>
          </m:e>
          <m:sup>
            <m:r>
              <m:rPr>
                <m:sty m:val="p"/>
              </m:rPr>
              <w:rPr>
                <w:rFonts w:ascii="Cambria Math" w:hAnsi="Cambria Math"/>
                <w:sz w:val="24"/>
                <w:szCs w:val="24"/>
                <w:lang w:eastAsia="en-US"/>
              </w:rPr>
              <m:t>°</m:t>
            </m:r>
          </m:sup>
        </m:sSup>
        <m:r>
          <w:rPr>
            <w:rFonts w:ascii="Cambria Math" w:hAnsi="Cambria Math"/>
            <w:sz w:val="24"/>
            <w:szCs w:val="24"/>
            <w:lang w:eastAsia="en-US"/>
          </w:rPr>
          <m:t>,0)</m:t>
        </m:r>
      </m:oMath>
      <w:r w:rsidR="00E55F58">
        <w:rPr>
          <w:rFonts w:ascii="Times New Roman" w:hAnsi="Times New Roman"/>
          <w:sz w:val="24"/>
          <w:szCs w:val="24"/>
          <w:lang w:eastAsia="en-US"/>
        </w:rPr>
        <w:t>, respectively.</w:t>
      </w:r>
    </w:p>
    <w:p w14:paraId="316DC51C" w14:textId="77777777" w:rsidR="002C439F" w:rsidRDefault="00FB6E44" w:rsidP="00431F65">
      <w:pPr>
        <w:spacing w:line="480" w:lineRule="auto"/>
        <w:ind w:firstLine="357"/>
        <w:rPr>
          <w:rFonts w:ascii="Times New Roman" w:hAnsi="Times New Roman"/>
          <w:sz w:val="24"/>
          <w:szCs w:val="24"/>
          <w:lang w:eastAsia="en-US"/>
        </w:rPr>
      </w:pPr>
      <w:r w:rsidRPr="00FB6E44">
        <w:rPr>
          <w:rFonts w:ascii="Times New Roman" w:hAnsi="Times New Roman" w:hint="eastAsia"/>
          <w:sz w:val="24"/>
          <w:szCs w:val="24"/>
          <w:lang w:eastAsia="en-US"/>
        </w:rPr>
        <w:t xml:space="preserve">The steady-state </w:t>
      </w:r>
      <w:r w:rsidRPr="00FB6E44">
        <w:rPr>
          <w:rFonts w:ascii="Times New Roman" w:hAnsi="Times New Roman"/>
          <w:sz w:val="24"/>
          <w:szCs w:val="24"/>
          <w:lang w:eastAsia="en-US"/>
        </w:rPr>
        <w:t>approximation</w:t>
      </w:r>
      <w:r w:rsidRPr="00FB6E44">
        <w:rPr>
          <w:rFonts w:ascii="Times New Roman" w:hAnsi="Times New Roman" w:hint="eastAsia"/>
          <w:sz w:val="24"/>
          <w:szCs w:val="24"/>
          <w:lang w:eastAsia="en-US"/>
        </w:rPr>
        <w:t xml:space="preserve"> was used in our model, which assumes that the changes in all the coverages of surface species X are zero at the steady-state:</w:t>
      </w:r>
    </w:p>
    <w:p w14:paraId="0A15635A" w14:textId="713E2F60" w:rsidR="00FB6E44" w:rsidRPr="00FB6E44" w:rsidRDefault="00AC6CE9" w:rsidP="00EB7D4D">
      <w:pPr>
        <w:spacing w:line="480" w:lineRule="auto"/>
        <w:jc w:val="center"/>
        <w:rPr>
          <w:rFonts w:ascii="Times New Roman" w:hAnsi="Times New Roman"/>
          <w:sz w:val="24"/>
          <w:szCs w:val="24"/>
          <w:lang w:eastAsia="en-US"/>
        </w:rPr>
      </w:pPr>
      <m:oMath>
        <m:f>
          <m:fPr>
            <m:ctrlPr>
              <w:rPr>
                <w:rFonts w:ascii="Cambria Math" w:hAnsi="Cambria Math"/>
                <w:sz w:val="24"/>
                <w:szCs w:val="24"/>
                <w:lang w:eastAsia="en-US"/>
              </w:rPr>
            </m:ctrlPr>
          </m:fPr>
          <m:num>
            <m:r>
              <w:rPr>
                <w:rFonts w:ascii="Cambria Math" w:hAnsi="Cambria Math"/>
                <w:sz w:val="24"/>
                <w:szCs w:val="24"/>
                <w:lang w:eastAsia="en-US"/>
              </w:rPr>
              <m:t>d</m:t>
            </m:r>
            <m:sSub>
              <m:sSubPr>
                <m:ctrlPr>
                  <w:rPr>
                    <w:rFonts w:ascii="Cambria Math" w:hAnsi="Cambria Math"/>
                    <w:sz w:val="24"/>
                    <w:szCs w:val="24"/>
                    <w:lang w:eastAsia="en-US"/>
                  </w:rPr>
                </m:ctrlPr>
              </m:sSubPr>
              <m:e>
                <m:r>
                  <w:rPr>
                    <w:rFonts w:ascii="Cambria Math" w:hAnsi="Cambria Math"/>
                    <w:sz w:val="24"/>
                    <w:szCs w:val="24"/>
                    <w:lang w:eastAsia="en-US"/>
                  </w:rPr>
                  <m:t>θ</m:t>
                </m:r>
              </m:e>
              <m:sub>
                <m:r>
                  <w:rPr>
                    <w:rFonts w:ascii="Cambria Math" w:hAnsi="Cambria Math"/>
                    <w:sz w:val="24"/>
                    <w:szCs w:val="24"/>
                    <w:lang w:eastAsia="en-US"/>
                  </w:rPr>
                  <m:t>x</m:t>
                </m:r>
              </m:sub>
            </m:sSub>
          </m:num>
          <m:den>
            <m:r>
              <w:rPr>
                <w:rFonts w:ascii="Cambria Math" w:hAnsi="Cambria Math"/>
                <w:sz w:val="24"/>
                <w:szCs w:val="24"/>
                <w:lang w:eastAsia="en-US"/>
              </w:rPr>
              <m:t>dt</m:t>
            </m:r>
          </m:den>
        </m:f>
        <m:r>
          <m:rPr>
            <m:sty m:val="p"/>
          </m:rPr>
          <w:rPr>
            <w:rFonts w:ascii="Cambria Math" w:hAnsi="Cambria Math"/>
            <w:sz w:val="24"/>
            <w:szCs w:val="24"/>
            <w:lang w:eastAsia="en-US"/>
          </w:rPr>
          <m:t>=</m:t>
        </m:r>
        <m:nary>
          <m:naryPr>
            <m:chr m:val="∑"/>
            <m:limLoc m:val="undOvr"/>
            <m:subHide m:val="1"/>
            <m:supHide m:val="1"/>
            <m:ctrlPr>
              <w:rPr>
                <w:rFonts w:ascii="Cambria Math" w:hAnsi="Cambria Math"/>
                <w:i/>
                <w:sz w:val="24"/>
                <w:szCs w:val="24"/>
                <w:lang w:eastAsia="en-US"/>
              </w:rPr>
            </m:ctrlPr>
          </m:naryPr>
          <m:sub/>
          <m:sup/>
          <m:e>
            <m:sSub>
              <m:sSubPr>
                <m:ctrlPr>
                  <w:rPr>
                    <w:rFonts w:ascii="Cambria Math" w:hAnsi="Cambria Math"/>
                    <w:sz w:val="24"/>
                    <w:szCs w:val="24"/>
                    <w:lang w:eastAsia="en-US"/>
                  </w:rPr>
                </m:ctrlPr>
              </m:sSubPr>
              <m:e>
                <m:r>
                  <w:rPr>
                    <w:rFonts w:ascii="Cambria Math" w:hAnsi="Cambria Math"/>
                    <w:sz w:val="24"/>
                    <w:szCs w:val="24"/>
                    <w:lang w:eastAsia="en-US"/>
                  </w:rPr>
                  <m:t>r</m:t>
                </m:r>
              </m:e>
              <m:sub>
                <m:r>
                  <m:rPr>
                    <m:sty m:val="p"/>
                  </m:rPr>
                  <w:rPr>
                    <w:rFonts w:ascii="Cambria Math" w:hAnsi="Cambria Math"/>
                    <w:sz w:val="24"/>
                    <w:szCs w:val="24"/>
                    <w:lang w:eastAsia="en-US"/>
                  </w:rPr>
                  <m:t>x</m:t>
                </m:r>
              </m:sub>
            </m:sSub>
          </m:e>
        </m:nary>
        <m:r>
          <m:rPr>
            <m:sty m:val="p"/>
          </m:rPr>
          <w:rPr>
            <w:rFonts w:ascii="Cambria Math" w:hAnsi="Cambria Math"/>
            <w:sz w:val="24"/>
            <w:szCs w:val="24"/>
            <w:lang w:eastAsia="en-US"/>
          </w:rPr>
          <m:t>-</m:t>
        </m:r>
        <m:nary>
          <m:naryPr>
            <m:chr m:val="∑"/>
            <m:limLoc m:val="undOvr"/>
            <m:subHide m:val="1"/>
            <m:supHide m:val="1"/>
            <m:ctrlPr>
              <w:rPr>
                <w:rFonts w:ascii="Cambria Math" w:hAnsi="Cambria Math"/>
                <w:sz w:val="24"/>
                <w:szCs w:val="24"/>
                <w:lang w:eastAsia="en-US"/>
              </w:rPr>
            </m:ctrlPr>
          </m:naryPr>
          <m:sub/>
          <m:sup/>
          <m:e>
            <m:sSub>
              <m:sSubPr>
                <m:ctrlPr>
                  <w:rPr>
                    <w:rFonts w:ascii="Cambria Math" w:hAnsi="Cambria Math"/>
                    <w:sz w:val="24"/>
                    <w:szCs w:val="24"/>
                    <w:lang w:eastAsia="en-US"/>
                  </w:rPr>
                </m:ctrlPr>
              </m:sSubPr>
              <m:e>
                <m:r>
                  <w:rPr>
                    <w:rFonts w:ascii="Cambria Math" w:hAnsi="Cambria Math"/>
                    <w:sz w:val="24"/>
                    <w:szCs w:val="24"/>
                    <w:lang w:eastAsia="en-US"/>
                  </w:rPr>
                  <m:t>r</m:t>
                </m:r>
              </m:e>
              <m:sub>
                <m:r>
                  <m:rPr>
                    <m:sty m:val="p"/>
                  </m:rPr>
                  <w:rPr>
                    <w:rFonts w:ascii="Cambria Math" w:hAnsi="Cambria Math"/>
                    <w:sz w:val="24"/>
                    <w:szCs w:val="24"/>
                    <w:lang w:eastAsia="en-US"/>
                  </w:rPr>
                  <m:t>-x</m:t>
                </m:r>
              </m:sub>
            </m:sSub>
          </m:e>
        </m:nary>
        <m:r>
          <m:rPr>
            <m:sty m:val="p"/>
          </m:rPr>
          <w:rPr>
            <w:rFonts w:ascii="Cambria Math" w:hAnsi="Cambria Math"/>
            <w:sz w:val="24"/>
            <w:szCs w:val="24"/>
            <w:lang w:eastAsia="en-US"/>
          </w:rPr>
          <m:t>=0</m:t>
        </m:r>
      </m:oMath>
      <w:r w:rsidR="00EB7D4D" w:rsidRPr="00F96AE0">
        <w:rPr>
          <w:rFonts w:ascii="Times New Roman" w:hAnsi="Times New Roman"/>
          <w:sz w:val="24"/>
          <w:szCs w:val="24"/>
          <w:lang w:val="en-CA"/>
        </w:rPr>
        <w:t xml:space="preserve">           </w:t>
      </w:r>
      <w:r w:rsidR="00FB6E44" w:rsidRPr="00FB6E44">
        <w:rPr>
          <w:rFonts w:ascii="Times New Roman" w:hAnsi="Times New Roman" w:hint="eastAsia"/>
          <w:sz w:val="24"/>
          <w:szCs w:val="24"/>
          <w:lang w:eastAsia="en-US"/>
        </w:rPr>
        <w:t>(</w:t>
      </w:r>
      <w:r w:rsidR="002C439F">
        <w:rPr>
          <w:rFonts w:ascii="Times New Roman" w:hAnsi="Times New Roman"/>
          <w:sz w:val="24"/>
          <w:szCs w:val="24"/>
          <w:lang w:eastAsia="en-US"/>
        </w:rPr>
        <w:t>S</w:t>
      </w:r>
      <w:r w:rsidR="00EB7D4D">
        <w:rPr>
          <w:rFonts w:ascii="Times New Roman" w:hAnsi="Times New Roman"/>
          <w:sz w:val="24"/>
          <w:szCs w:val="24"/>
          <w:lang w:eastAsia="en-US"/>
        </w:rPr>
        <w:t>9</w:t>
      </w:r>
      <w:r w:rsidR="00FB6E44" w:rsidRPr="00FB6E44">
        <w:rPr>
          <w:rFonts w:ascii="Times New Roman" w:hAnsi="Times New Roman" w:hint="eastAsia"/>
          <w:sz w:val="24"/>
          <w:szCs w:val="24"/>
          <w:lang w:eastAsia="en-US"/>
        </w:rPr>
        <w:t>)</w:t>
      </w:r>
    </w:p>
    <w:p w14:paraId="2A6702E3" w14:textId="2FB5C5F1" w:rsidR="00D93DDC" w:rsidRDefault="00D93DDC" w:rsidP="00431F65">
      <w:pPr>
        <w:spacing w:line="480" w:lineRule="auto"/>
        <w:ind w:right="480"/>
        <w:rPr>
          <w:rFonts w:ascii="Times New Roman" w:hAnsi="Times New Roman"/>
          <w:sz w:val="24"/>
          <w:szCs w:val="24"/>
          <w:lang w:eastAsia="en-US"/>
        </w:rPr>
      </w:pPr>
      <w:r>
        <w:rPr>
          <w:rFonts w:ascii="Times New Roman" w:hAnsi="Times New Roman"/>
          <w:sz w:val="24"/>
          <w:szCs w:val="24"/>
          <w:lang w:eastAsia="en-US"/>
        </w:rPr>
        <w:t xml:space="preserve">where </w:t>
      </w:r>
      <m:oMath>
        <m:sSub>
          <m:sSubPr>
            <m:ctrlPr>
              <w:rPr>
                <w:rFonts w:ascii="Cambria Math" w:hAnsi="Cambria Math"/>
                <w:sz w:val="24"/>
                <w:szCs w:val="24"/>
                <w:lang w:eastAsia="en-US"/>
              </w:rPr>
            </m:ctrlPr>
          </m:sSubPr>
          <m:e>
            <m:r>
              <w:rPr>
                <w:rFonts w:ascii="Cambria Math" w:hAnsi="Cambria Math"/>
                <w:sz w:val="24"/>
                <w:szCs w:val="24"/>
                <w:lang w:eastAsia="en-US"/>
              </w:rPr>
              <m:t>r</m:t>
            </m:r>
          </m:e>
          <m:sub>
            <m:r>
              <m:rPr>
                <m:sty m:val="p"/>
              </m:rPr>
              <w:rPr>
                <w:rFonts w:ascii="Cambria Math" w:hAnsi="Cambria Math"/>
                <w:sz w:val="24"/>
                <w:szCs w:val="24"/>
                <w:lang w:eastAsia="en-US"/>
              </w:rPr>
              <m:t>x</m:t>
            </m:r>
          </m:sub>
        </m:sSub>
      </m:oMath>
      <w:r>
        <w:rPr>
          <w:rFonts w:ascii="Times New Roman" w:hAnsi="Times New Roman"/>
          <w:sz w:val="24"/>
          <w:szCs w:val="24"/>
          <w:lang w:eastAsia="en-US"/>
        </w:rPr>
        <w:t xml:space="preserve"> and </w:t>
      </w:r>
      <m:oMath>
        <m:sSub>
          <m:sSubPr>
            <m:ctrlPr>
              <w:rPr>
                <w:rFonts w:ascii="Cambria Math" w:hAnsi="Cambria Math"/>
                <w:sz w:val="24"/>
                <w:szCs w:val="24"/>
                <w:lang w:eastAsia="en-US"/>
              </w:rPr>
            </m:ctrlPr>
          </m:sSubPr>
          <m:e>
            <m:r>
              <w:rPr>
                <w:rFonts w:ascii="Cambria Math" w:hAnsi="Cambria Math"/>
                <w:sz w:val="24"/>
                <w:szCs w:val="24"/>
                <w:lang w:eastAsia="en-US"/>
              </w:rPr>
              <m:t>r</m:t>
            </m:r>
          </m:e>
          <m:sub>
            <m:r>
              <m:rPr>
                <m:sty m:val="p"/>
              </m:rPr>
              <w:rPr>
                <w:rFonts w:ascii="Cambria Math" w:hAnsi="Cambria Math"/>
                <w:sz w:val="24"/>
                <w:szCs w:val="24"/>
                <w:lang w:eastAsia="en-US"/>
              </w:rPr>
              <m:t>-x</m:t>
            </m:r>
          </m:sub>
        </m:sSub>
      </m:oMath>
      <w:r>
        <w:rPr>
          <w:rFonts w:ascii="Times New Roman" w:hAnsi="Times New Roman"/>
          <w:sz w:val="24"/>
          <w:szCs w:val="24"/>
          <w:lang w:eastAsia="en-US"/>
        </w:rPr>
        <w:t xml:space="preserve"> are the reactions</w:t>
      </w:r>
      <w:r w:rsidR="00976F28">
        <w:rPr>
          <w:rFonts w:ascii="Times New Roman" w:hAnsi="Times New Roman"/>
          <w:sz w:val="24"/>
          <w:szCs w:val="24"/>
          <w:lang w:eastAsia="en-US"/>
        </w:rPr>
        <w:t xml:space="preserve"> with species X generating and consuming, respectively.</w:t>
      </w:r>
    </w:p>
    <w:p w14:paraId="310CB2FE" w14:textId="77777777" w:rsidR="00976F28" w:rsidRDefault="00A1375C" w:rsidP="00431F65">
      <w:pPr>
        <w:spacing w:line="480" w:lineRule="auto"/>
        <w:ind w:right="480"/>
        <w:rPr>
          <w:rFonts w:ascii="Times New Roman" w:hAnsi="Times New Roman"/>
          <w:sz w:val="24"/>
          <w:szCs w:val="24"/>
          <w:lang w:eastAsia="en-US"/>
        </w:rPr>
      </w:pPr>
      <w:r w:rsidRPr="00A1375C">
        <w:rPr>
          <w:rFonts w:ascii="Times New Roman" w:hAnsi="Times New Roman" w:hint="eastAsia"/>
          <w:sz w:val="24"/>
          <w:szCs w:val="24"/>
          <w:lang w:eastAsia="en-US"/>
        </w:rPr>
        <w:t xml:space="preserve">With all the coverages above, the </w:t>
      </w:r>
      <w:r w:rsidRPr="00A1375C">
        <w:rPr>
          <w:rFonts w:ascii="Times New Roman" w:hAnsi="Times New Roman"/>
          <w:sz w:val="24"/>
          <w:szCs w:val="24"/>
          <w:lang w:eastAsia="en-US"/>
        </w:rPr>
        <w:t>coverage</w:t>
      </w:r>
      <w:r w:rsidRPr="00A1375C">
        <w:rPr>
          <w:rFonts w:ascii="Times New Roman" w:hAnsi="Times New Roman" w:hint="eastAsia"/>
          <w:sz w:val="24"/>
          <w:szCs w:val="24"/>
          <w:lang w:eastAsia="en-US"/>
        </w:rPr>
        <w:t xml:space="preserve"> of free sites is obtained using:</w:t>
      </w:r>
    </w:p>
    <w:p w14:paraId="161F9003" w14:textId="66D07F4E" w:rsidR="00A1375C" w:rsidRPr="00A1375C" w:rsidRDefault="00AC6CE9" w:rsidP="00EB7D4D">
      <w:pPr>
        <w:spacing w:line="480" w:lineRule="auto"/>
        <w:ind w:right="480"/>
        <w:jc w:val="center"/>
        <w:rPr>
          <w:rFonts w:ascii="Times New Roman" w:hAnsi="Times New Roman"/>
          <w:sz w:val="24"/>
          <w:szCs w:val="24"/>
          <w:lang w:eastAsia="en-US"/>
        </w:rPr>
      </w:pPr>
      <m:oMath>
        <m:sSub>
          <m:sSubPr>
            <m:ctrlPr>
              <w:rPr>
                <w:rFonts w:ascii="Cambria Math" w:hAnsi="Cambria Math"/>
                <w:sz w:val="24"/>
                <w:szCs w:val="24"/>
                <w:lang w:eastAsia="en-US"/>
              </w:rPr>
            </m:ctrlPr>
          </m:sSubPr>
          <m:e>
            <m:r>
              <w:rPr>
                <w:rFonts w:ascii="Cambria Math" w:hAnsi="Cambria Math"/>
                <w:sz w:val="24"/>
                <w:szCs w:val="24"/>
                <w:lang w:eastAsia="en-US"/>
              </w:rPr>
              <m:t>θ</m:t>
            </m:r>
          </m:e>
          <m:sub>
            <m:r>
              <m:rPr>
                <m:sty m:val="p"/>
              </m:rPr>
              <w:rPr>
                <w:rFonts w:ascii="Cambria Math" w:hAnsi="Cambria Math"/>
                <w:sz w:val="24"/>
                <w:szCs w:val="24"/>
                <w:lang w:eastAsia="en-US"/>
              </w:rPr>
              <m:t>*</m:t>
            </m:r>
          </m:sub>
        </m:sSub>
        <m:r>
          <m:rPr>
            <m:sty m:val="p"/>
          </m:rPr>
          <w:rPr>
            <w:rFonts w:ascii="Cambria Math" w:hAnsi="Cambria Math"/>
            <w:sz w:val="24"/>
            <w:szCs w:val="24"/>
            <w:lang w:eastAsia="en-US"/>
          </w:rPr>
          <m:t>=1-</m:t>
        </m:r>
        <m:nary>
          <m:naryPr>
            <m:chr m:val="∑"/>
            <m:limLoc m:val="undOvr"/>
            <m:subHide m:val="1"/>
            <m:supHide m:val="1"/>
            <m:ctrlPr>
              <w:rPr>
                <w:rFonts w:ascii="Cambria Math" w:hAnsi="Cambria Math"/>
                <w:sz w:val="24"/>
                <w:szCs w:val="24"/>
                <w:lang w:eastAsia="en-US"/>
              </w:rPr>
            </m:ctrlPr>
          </m:naryPr>
          <m:sub/>
          <m:sup/>
          <m:e>
            <m:sSub>
              <m:sSubPr>
                <m:ctrlPr>
                  <w:rPr>
                    <w:rFonts w:ascii="Cambria Math" w:hAnsi="Cambria Math"/>
                    <w:sz w:val="24"/>
                    <w:szCs w:val="24"/>
                    <w:lang w:eastAsia="en-US"/>
                  </w:rPr>
                </m:ctrlPr>
              </m:sSubPr>
              <m:e>
                <m:r>
                  <w:rPr>
                    <w:rFonts w:ascii="Cambria Math" w:hAnsi="Cambria Math"/>
                    <w:sz w:val="24"/>
                    <w:szCs w:val="24"/>
                    <w:lang w:eastAsia="en-US"/>
                  </w:rPr>
                  <m:t>θ</m:t>
                </m:r>
              </m:e>
              <m:sub>
                <m:r>
                  <w:rPr>
                    <w:rFonts w:ascii="Cambria Math" w:hAnsi="Cambria Math"/>
                    <w:sz w:val="24"/>
                    <w:szCs w:val="24"/>
                    <w:lang w:eastAsia="en-US"/>
                  </w:rPr>
                  <m:t>X</m:t>
                </m:r>
              </m:sub>
            </m:sSub>
          </m:e>
        </m:nary>
      </m:oMath>
      <w:r w:rsidR="00EB7D4D" w:rsidRPr="00F96AE0">
        <w:rPr>
          <w:rFonts w:ascii="Times New Roman" w:hAnsi="Times New Roman"/>
          <w:sz w:val="24"/>
          <w:szCs w:val="24"/>
          <w:lang w:val="en-CA"/>
        </w:rPr>
        <w:t xml:space="preserve">           </w:t>
      </w:r>
      <w:r w:rsidR="00A1375C" w:rsidRPr="00A1375C">
        <w:rPr>
          <w:rFonts w:ascii="Times New Roman" w:hAnsi="Times New Roman" w:hint="eastAsia"/>
          <w:sz w:val="24"/>
          <w:szCs w:val="24"/>
          <w:lang w:eastAsia="en-US"/>
        </w:rPr>
        <w:t>(</w:t>
      </w:r>
      <w:r w:rsidR="00976F28">
        <w:rPr>
          <w:rFonts w:ascii="Times New Roman" w:hAnsi="Times New Roman"/>
          <w:sz w:val="24"/>
          <w:szCs w:val="24"/>
          <w:lang w:eastAsia="en-US"/>
        </w:rPr>
        <w:t>S</w:t>
      </w:r>
      <w:r w:rsidR="00EB7D4D">
        <w:rPr>
          <w:rFonts w:ascii="Times New Roman" w:hAnsi="Times New Roman"/>
          <w:sz w:val="24"/>
          <w:szCs w:val="24"/>
          <w:lang w:eastAsia="en-US"/>
        </w:rPr>
        <w:t>10</w:t>
      </w:r>
      <w:r w:rsidR="00A1375C" w:rsidRPr="00A1375C">
        <w:rPr>
          <w:rFonts w:ascii="Times New Roman" w:hAnsi="Times New Roman" w:hint="eastAsia"/>
          <w:sz w:val="24"/>
          <w:szCs w:val="24"/>
          <w:lang w:eastAsia="en-US"/>
        </w:rPr>
        <w:t>)</w:t>
      </w:r>
    </w:p>
    <w:p w14:paraId="7D0E64A5" w14:textId="53E49369" w:rsidR="00FB6E44" w:rsidRDefault="00A1375C" w:rsidP="00431F65">
      <w:pPr>
        <w:spacing w:line="480" w:lineRule="auto"/>
        <w:rPr>
          <w:rFonts w:ascii="Times New Roman" w:hAnsi="Times New Roman"/>
          <w:sz w:val="24"/>
          <w:szCs w:val="24"/>
          <w:lang w:eastAsia="en-US"/>
        </w:rPr>
      </w:pPr>
      <w:r w:rsidRPr="00987B4D">
        <w:rPr>
          <w:rFonts w:ascii="Times New Roman" w:hAnsi="Times New Roman"/>
          <w:sz w:val="24"/>
          <w:szCs w:val="24"/>
          <w:lang w:eastAsia="en-US"/>
        </w:rPr>
        <w:t>In our kinetic modelling, the adsorption energies and activation energies were calculated at 1/9 ML, which corresponds to a reaction condition of low coverage regime.</w:t>
      </w:r>
    </w:p>
    <w:p w14:paraId="63EC0F89" w14:textId="06FF70B8" w:rsidR="00254217" w:rsidRDefault="00254217" w:rsidP="00431F65">
      <w:pPr>
        <w:spacing w:line="480" w:lineRule="auto"/>
        <w:rPr>
          <w:rFonts w:ascii="Times New Roman" w:hAnsi="Times New Roman"/>
          <w:sz w:val="24"/>
          <w:szCs w:val="24"/>
          <w:lang w:eastAsia="en-US"/>
        </w:rPr>
      </w:pPr>
      <w:r w:rsidRPr="00D267E6">
        <w:rPr>
          <w:rFonts w:ascii="Times New Roman" w:hAnsi="Times New Roman"/>
          <w:b/>
          <w:sz w:val="24"/>
          <w:szCs w:val="24"/>
          <w:lang w:eastAsia="en-US"/>
        </w:rPr>
        <w:t>Steady-state solver.</w:t>
      </w:r>
      <w:r>
        <w:rPr>
          <w:rFonts w:ascii="Times New Roman" w:hAnsi="Times New Roman"/>
          <w:sz w:val="24"/>
          <w:szCs w:val="24"/>
          <w:lang w:eastAsia="en-US"/>
        </w:rPr>
        <w:t xml:space="preserve"> </w:t>
      </w:r>
      <w:r w:rsidR="00987B4D" w:rsidRPr="00CB52C3">
        <w:rPr>
          <w:rFonts w:ascii="Times New Roman" w:hAnsi="Times New Roman"/>
          <w:sz w:val="24"/>
          <w:szCs w:val="24"/>
          <w:lang w:eastAsia="en-US"/>
        </w:rPr>
        <w:t xml:space="preserve">For the </w:t>
      </w:r>
      <w:r w:rsidR="00987B4D">
        <w:rPr>
          <w:rFonts w:ascii="Times New Roman" w:hAnsi="Times New Roman"/>
          <w:sz w:val="24"/>
          <w:szCs w:val="24"/>
          <w:lang w:eastAsia="en-US"/>
        </w:rPr>
        <w:t>steady-state solver</w:t>
      </w:r>
      <w:r w:rsidR="00987B4D" w:rsidRPr="00CB52C3">
        <w:rPr>
          <w:rFonts w:ascii="Times New Roman" w:hAnsi="Times New Roman"/>
          <w:sz w:val="24"/>
          <w:szCs w:val="24"/>
          <w:lang w:eastAsia="en-US"/>
        </w:rPr>
        <w:t xml:space="preserve">, </w:t>
      </w:r>
      <w:r w:rsidR="00067FA8">
        <w:rPr>
          <w:rFonts w:ascii="Times New Roman" w:hAnsi="Times New Roman"/>
          <w:sz w:val="24"/>
          <w:szCs w:val="24"/>
          <w:lang w:eastAsia="en-US"/>
        </w:rPr>
        <w:t>we</w:t>
      </w:r>
      <w:r w:rsidR="00713521" w:rsidRPr="00713521">
        <w:rPr>
          <w:rFonts w:ascii="Times New Roman" w:hAnsi="Times New Roman"/>
          <w:sz w:val="24"/>
          <w:szCs w:val="24"/>
          <w:lang w:eastAsia="en-US"/>
        </w:rPr>
        <w:t xml:space="preserve"> used the stiff differential equation function, ode15s, to generate reasonable initial guess for the following fsolve function. </w:t>
      </w:r>
      <w:r w:rsidRPr="00254217">
        <w:rPr>
          <w:rFonts w:ascii="Times New Roman" w:hAnsi="Times New Roman"/>
          <w:sz w:val="24"/>
          <w:szCs w:val="24"/>
          <w:lang w:eastAsia="en-US"/>
        </w:rPr>
        <w:t>For the ode15s, we used 10</w:t>
      </w:r>
      <w:r w:rsidRPr="00254217">
        <w:rPr>
          <w:rFonts w:ascii="Times New Roman" w:hAnsi="Times New Roman"/>
          <w:sz w:val="24"/>
          <w:szCs w:val="24"/>
          <w:vertAlign w:val="superscript"/>
          <w:lang w:eastAsia="en-US"/>
        </w:rPr>
        <w:t>-50</w:t>
      </w:r>
      <w:r w:rsidRPr="00254217">
        <w:rPr>
          <w:rFonts w:ascii="Times New Roman" w:hAnsi="Times New Roman"/>
          <w:sz w:val="24"/>
          <w:szCs w:val="24"/>
          <w:lang w:eastAsia="en-US"/>
        </w:rPr>
        <w:t xml:space="preserve"> for the AbsTol and 100×ε for RealTol (ε is the epsilon of the machine, which is the minimum distance that MATLAB can recognize)</w:t>
      </w:r>
      <w:r>
        <w:rPr>
          <w:rFonts w:ascii="Times New Roman" w:hAnsi="Times New Roman"/>
          <w:sz w:val="24"/>
          <w:szCs w:val="24"/>
          <w:lang w:eastAsia="en-US"/>
        </w:rPr>
        <w:t>.</w:t>
      </w:r>
      <w:r w:rsidR="00467513">
        <w:rPr>
          <w:rFonts w:ascii="Times New Roman" w:hAnsi="Times New Roman"/>
          <w:sz w:val="24"/>
          <w:szCs w:val="24"/>
          <w:lang w:eastAsia="en-US"/>
        </w:rPr>
        <w:t xml:space="preserve"> The fsolve function solves </w:t>
      </w:r>
      <w:r w:rsidR="00D72960" w:rsidRPr="00D72960">
        <w:rPr>
          <w:rFonts w:ascii="Times New Roman" w:hAnsi="Times New Roman"/>
          <w:sz w:val="24"/>
          <w:szCs w:val="24"/>
          <w:lang w:eastAsia="en-US"/>
        </w:rPr>
        <w:t>a system of equations by minimizing the sum of squares of the components</w:t>
      </w:r>
      <w:r w:rsidR="00D72960">
        <w:rPr>
          <w:rFonts w:ascii="Times New Roman" w:hAnsi="Times New Roman"/>
          <w:sz w:val="24"/>
          <w:szCs w:val="24"/>
          <w:lang w:eastAsia="en-US"/>
        </w:rPr>
        <w:t xml:space="preserve"> using the Trust-region algorithm. 1000 decimal were considered, and the </w:t>
      </w:r>
      <w:r w:rsidR="00D72960" w:rsidRPr="00E57F48">
        <w:rPr>
          <w:rFonts w:ascii="Times New Roman" w:hAnsi="Times New Roman"/>
          <w:sz w:val="24"/>
          <w:szCs w:val="24"/>
          <w:lang w:eastAsia="en-US"/>
        </w:rPr>
        <w:t xml:space="preserve">convergence criteria </w:t>
      </w:r>
      <w:r w:rsidR="00D72960">
        <w:rPr>
          <w:rFonts w:ascii="Times New Roman" w:hAnsi="Times New Roman"/>
          <w:sz w:val="24"/>
          <w:szCs w:val="24"/>
          <w:lang w:eastAsia="en-US"/>
        </w:rPr>
        <w:t>w</w:t>
      </w:r>
      <w:r w:rsidR="004101FD">
        <w:rPr>
          <w:rFonts w:ascii="Times New Roman" w:hAnsi="Times New Roman"/>
          <w:sz w:val="24"/>
          <w:szCs w:val="24"/>
          <w:lang w:eastAsia="en-US"/>
        </w:rPr>
        <w:t>ere</w:t>
      </w:r>
      <w:r w:rsidR="00D72960">
        <w:rPr>
          <w:rFonts w:ascii="Times New Roman" w:hAnsi="Times New Roman"/>
          <w:sz w:val="24"/>
          <w:szCs w:val="24"/>
          <w:lang w:eastAsia="en-US"/>
        </w:rPr>
        <w:t xml:space="preserve"> set to be 10</w:t>
      </w:r>
      <w:r w:rsidR="00D72960" w:rsidRPr="00E57F48">
        <w:rPr>
          <w:rFonts w:ascii="Times New Roman" w:hAnsi="Times New Roman"/>
          <w:sz w:val="24"/>
          <w:szCs w:val="24"/>
          <w:vertAlign w:val="superscript"/>
          <w:lang w:eastAsia="en-US"/>
        </w:rPr>
        <w:t>-100</w:t>
      </w:r>
      <w:r w:rsidR="00D72960">
        <w:rPr>
          <w:rFonts w:ascii="Times New Roman" w:hAnsi="Times New Roman"/>
          <w:sz w:val="24"/>
          <w:szCs w:val="24"/>
          <w:lang w:eastAsia="en-US"/>
        </w:rPr>
        <w:t>.</w:t>
      </w:r>
    </w:p>
    <w:p w14:paraId="6EFFB2E7" w14:textId="28D80C92" w:rsidR="00987B4D" w:rsidRDefault="0000087B" w:rsidP="00431F65">
      <w:pPr>
        <w:spacing w:line="480" w:lineRule="auto"/>
        <w:ind w:firstLine="420"/>
        <w:rPr>
          <w:rFonts w:ascii="Times New Roman" w:hAnsi="Times New Roman"/>
          <w:sz w:val="24"/>
          <w:szCs w:val="24"/>
          <w:lang w:eastAsia="en-US"/>
        </w:rPr>
      </w:pPr>
      <w:r>
        <w:rPr>
          <w:rFonts w:ascii="Times New Roman" w:hAnsi="Times New Roman"/>
          <w:sz w:val="24"/>
          <w:szCs w:val="24"/>
          <w:lang w:eastAsia="en-US"/>
        </w:rPr>
        <w:t>For example, f</w:t>
      </w:r>
      <w:r w:rsidR="004E5A68">
        <w:rPr>
          <w:rFonts w:ascii="Times New Roman" w:hAnsi="Times New Roman"/>
          <w:sz w:val="24"/>
          <w:szCs w:val="24"/>
          <w:lang w:eastAsia="en-US"/>
        </w:rPr>
        <w:t xml:space="preserve">or a </w:t>
      </w:r>
      <w:r w:rsidR="00D44736">
        <w:rPr>
          <w:rFonts w:ascii="Times New Roman" w:hAnsi="Times New Roman"/>
          <w:sz w:val="24"/>
          <w:szCs w:val="24"/>
          <w:lang w:eastAsia="en-US"/>
        </w:rPr>
        <w:t xml:space="preserve">reaction </w:t>
      </w:r>
      <w:r w:rsidR="002345D4">
        <w:rPr>
          <w:rFonts w:ascii="Times New Roman" w:hAnsi="Times New Roman"/>
          <w:sz w:val="24"/>
          <w:szCs w:val="24"/>
          <w:lang w:eastAsia="en-US"/>
        </w:rPr>
        <w:t>with 3 intermediates,</w:t>
      </w:r>
      <w:r w:rsidR="00C770D1">
        <w:rPr>
          <w:rFonts w:ascii="Times New Roman" w:hAnsi="Times New Roman"/>
          <w:sz w:val="24"/>
          <w:szCs w:val="24"/>
          <w:lang w:eastAsia="en-US"/>
        </w:rPr>
        <w:t xml:space="preserve"> </w:t>
      </w:r>
      <w:r w:rsidR="002345D4">
        <w:rPr>
          <w:rFonts w:ascii="Times New Roman" w:hAnsi="Times New Roman"/>
          <w:sz w:val="24"/>
          <w:szCs w:val="24"/>
          <w:lang w:eastAsia="en-US"/>
        </w:rPr>
        <w:t>t</w:t>
      </w:r>
      <w:r w:rsidR="00713521" w:rsidRPr="00713521">
        <w:rPr>
          <w:rFonts w:ascii="Times New Roman" w:hAnsi="Times New Roman"/>
          <w:sz w:val="24"/>
          <w:szCs w:val="24"/>
          <w:lang w:eastAsia="en-US"/>
        </w:rPr>
        <w:t>he input of the ode15s is the initial coverage values of all the intermediates</w:t>
      </w:r>
      <w:r w:rsidR="002345D4">
        <w:rPr>
          <w:rFonts w:ascii="Times New Roman" w:hAnsi="Times New Roman"/>
          <w:sz w:val="24"/>
          <w:szCs w:val="24"/>
          <w:lang w:eastAsia="en-US"/>
        </w:rPr>
        <w:t xml:space="preserve"> </w:t>
      </w:r>
      <w:r w:rsidR="00AA1F52">
        <w:rPr>
          <w:rFonts w:ascii="Times New Roman" w:hAnsi="Times New Roman"/>
          <w:sz w:val="24"/>
          <w:szCs w:val="24"/>
          <w:lang w:eastAsia="en-US"/>
        </w:rPr>
        <w:t>(</w:t>
      </w:r>
      <w:r w:rsidR="002345D4">
        <w:rPr>
          <w:rFonts w:ascii="Times New Roman" w:hAnsi="Times New Roman"/>
          <w:sz w:val="24"/>
          <w:szCs w:val="24"/>
          <w:lang w:eastAsia="en-US"/>
        </w:rPr>
        <w:t>0, 0, 0</w:t>
      </w:r>
      <w:r w:rsidR="00AA1F52">
        <w:rPr>
          <w:rFonts w:ascii="Times New Roman" w:hAnsi="Times New Roman"/>
          <w:sz w:val="24"/>
          <w:szCs w:val="24"/>
          <w:lang w:eastAsia="en-US"/>
        </w:rPr>
        <w:t>)</w:t>
      </w:r>
      <w:r w:rsidR="00713521" w:rsidRPr="00713521">
        <w:rPr>
          <w:rFonts w:ascii="Times New Roman" w:hAnsi="Times New Roman"/>
          <w:sz w:val="24"/>
          <w:szCs w:val="24"/>
          <w:lang w:eastAsia="en-US"/>
        </w:rPr>
        <w:t>. The output is the surface coverage values at t = 100 s using the ode15s</w:t>
      </w:r>
      <w:r w:rsidR="00047FCE">
        <w:rPr>
          <w:rFonts w:ascii="Times New Roman" w:hAnsi="Times New Roman"/>
          <w:sz w:val="24"/>
          <w:szCs w:val="24"/>
          <w:lang w:eastAsia="en-US"/>
        </w:rPr>
        <w:t>, (</w:t>
      </w:r>
      <m:oMath>
        <m:sSub>
          <m:sSubPr>
            <m:ctrlPr>
              <w:rPr>
                <w:rFonts w:ascii="Cambria Math" w:hAnsi="Cambria Math"/>
                <w:i/>
                <w:sz w:val="24"/>
                <w:szCs w:val="24"/>
                <w:lang w:eastAsia="en-US"/>
              </w:rPr>
            </m:ctrlPr>
          </m:sSubPr>
          <m:e>
            <m:r>
              <w:rPr>
                <w:rFonts w:ascii="Cambria Math" w:hAnsi="Cambria Math"/>
                <w:sz w:val="24"/>
                <w:szCs w:val="24"/>
                <w:lang w:eastAsia="en-US"/>
              </w:rPr>
              <m:t>θ</m:t>
            </m:r>
          </m:e>
          <m:sub>
            <m:r>
              <w:rPr>
                <w:rFonts w:ascii="Cambria Math" w:hAnsi="Cambria Math"/>
                <w:sz w:val="24"/>
                <w:szCs w:val="24"/>
                <w:lang w:eastAsia="en-US"/>
              </w:rPr>
              <m:t>1, ODE</m:t>
            </m:r>
          </m:sub>
        </m:sSub>
      </m:oMath>
      <w:r w:rsidR="00D62E7E">
        <w:rPr>
          <w:rFonts w:ascii="Times New Roman" w:hAnsi="Times New Roman"/>
          <w:sz w:val="24"/>
          <w:szCs w:val="24"/>
          <w:lang w:eastAsia="en-US"/>
        </w:rPr>
        <w:t xml:space="preserve">, </w:t>
      </w:r>
      <m:oMath>
        <m:sSub>
          <m:sSubPr>
            <m:ctrlPr>
              <w:rPr>
                <w:rFonts w:ascii="Cambria Math" w:hAnsi="Cambria Math"/>
                <w:i/>
                <w:sz w:val="24"/>
                <w:szCs w:val="24"/>
                <w:lang w:eastAsia="en-US"/>
              </w:rPr>
            </m:ctrlPr>
          </m:sSubPr>
          <m:e>
            <m:r>
              <w:rPr>
                <w:rFonts w:ascii="Cambria Math" w:hAnsi="Cambria Math"/>
                <w:sz w:val="24"/>
                <w:szCs w:val="24"/>
                <w:lang w:eastAsia="en-US"/>
              </w:rPr>
              <m:t>θ</m:t>
            </m:r>
          </m:e>
          <m:sub>
            <m:r>
              <w:rPr>
                <w:rFonts w:ascii="Cambria Math" w:hAnsi="Cambria Math"/>
                <w:sz w:val="24"/>
                <w:szCs w:val="24"/>
                <w:lang w:eastAsia="en-US"/>
              </w:rPr>
              <m:t>2, ODE</m:t>
            </m:r>
          </m:sub>
        </m:sSub>
      </m:oMath>
      <w:r w:rsidR="00D62E7E">
        <w:rPr>
          <w:rFonts w:ascii="Times New Roman" w:hAnsi="Times New Roman"/>
          <w:sz w:val="24"/>
          <w:szCs w:val="24"/>
          <w:lang w:eastAsia="en-US"/>
        </w:rPr>
        <w:t xml:space="preserve">, </w:t>
      </w:r>
      <m:oMath>
        <m:sSub>
          <m:sSubPr>
            <m:ctrlPr>
              <w:rPr>
                <w:rFonts w:ascii="Cambria Math" w:hAnsi="Cambria Math"/>
                <w:i/>
                <w:sz w:val="24"/>
                <w:szCs w:val="24"/>
                <w:lang w:eastAsia="en-US"/>
              </w:rPr>
            </m:ctrlPr>
          </m:sSubPr>
          <m:e>
            <m:r>
              <w:rPr>
                <w:rFonts w:ascii="Cambria Math" w:hAnsi="Cambria Math"/>
                <w:sz w:val="24"/>
                <w:szCs w:val="24"/>
                <w:lang w:eastAsia="en-US"/>
              </w:rPr>
              <m:t>θ</m:t>
            </m:r>
          </m:e>
          <m:sub>
            <m:r>
              <w:rPr>
                <w:rFonts w:ascii="Cambria Math" w:hAnsi="Cambria Math"/>
                <w:sz w:val="24"/>
                <w:szCs w:val="24"/>
                <w:lang w:eastAsia="en-US"/>
              </w:rPr>
              <m:t>3, ODE</m:t>
            </m:r>
          </m:sub>
        </m:sSub>
      </m:oMath>
      <w:r w:rsidR="00D62E7E">
        <w:rPr>
          <w:rFonts w:ascii="Times New Roman" w:hAnsi="Times New Roman"/>
          <w:sz w:val="24"/>
          <w:szCs w:val="24"/>
          <w:lang w:eastAsia="en-US"/>
        </w:rPr>
        <w:t>)</w:t>
      </w:r>
      <w:r w:rsidR="00713521" w:rsidRPr="00713521">
        <w:rPr>
          <w:rFonts w:ascii="Times New Roman" w:hAnsi="Times New Roman"/>
          <w:sz w:val="24"/>
          <w:szCs w:val="24"/>
          <w:lang w:eastAsia="en-US"/>
        </w:rPr>
        <w:t>. Then, this surface coverage values</w:t>
      </w:r>
      <w:r w:rsidR="00ED3EEB">
        <w:rPr>
          <w:rFonts w:ascii="Times New Roman" w:hAnsi="Times New Roman"/>
          <w:sz w:val="24"/>
          <w:szCs w:val="24"/>
          <w:lang w:eastAsia="en-US"/>
        </w:rPr>
        <w:t>, (</w:t>
      </w:r>
      <m:oMath>
        <m:sSub>
          <m:sSubPr>
            <m:ctrlPr>
              <w:rPr>
                <w:rFonts w:ascii="Cambria Math" w:hAnsi="Cambria Math"/>
                <w:i/>
                <w:sz w:val="24"/>
                <w:szCs w:val="24"/>
                <w:lang w:eastAsia="en-US"/>
              </w:rPr>
            </m:ctrlPr>
          </m:sSubPr>
          <m:e>
            <m:r>
              <w:rPr>
                <w:rFonts w:ascii="Cambria Math" w:hAnsi="Cambria Math"/>
                <w:sz w:val="24"/>
                <w:szCs w:val="24"/>
                <w:lang w:eastAsia="en-US"/>
              </w:rPr>
              <m:t>θ</m:t>
            </m:r>
          </m:e>
          <m:sub>
            <m:r>
              <w:rPr>
                <w:rFonts w:ascii="Cambria Math" w:hAnsi="Cambria Math"/>
                <w:sz w:val="24"/>
                <w:szCs w:val="24"/>
                <w:lang w:eastAsia="en-US"/>
              </w:rPr>
              <m:t>1, ODE</m:t>
            </m:r>
          </m:sub>
        </m:sSub>
      </m:oMath>
      <w:r w:rsidR="00ED3EEB">
        <w:rPr>
          <w:rFonts w:ascii="Times New Roman" w:hAnsi="Times New Roman"/>
          <w:sz w:val="24"/>
          <w:szCs w:val="24"/>
          <w:lang w:eastAsia="en-US"/>
        </w:rPr>
        <w:t xml:space="preserve">, </w:t>
      </w:r>
      <m:oMath>
        <m:sSub>
          <m:sSubPr>
            <m:ctrlPr>
              <w:rPr>
                <w:rFonts w:ascii="Cambria Math" w:hAnsi="Cambria Math"/>
                <w:i/>
                <w:sz w:val="24"/>
                <w:szCs w:val="24"/>
                <w:lang w:eastAsia="en-US"/>
              </w:rPr>
            </m:ctrlPr>
          </m:sSubPr>
          <m:e>
            <m:r>
              <w:rPr>
                <w:rFonts w:ascii="Cambria Math" w:hAnsi="Cambria Math"/>
                <w:sz w:val="24"/>
                <w:szCs w:val="24"/>
                <w:lang w:eastAsia="en-US"/>
              </w:rPr>
              <m:t>θ</m:t>
            </m:r>
          </m:e>
          <m:sub>
            <m:r>
              <w:rPr>
                <w:rFonts w:ascii="Cambria Math" w:hAnsi="Cambria Math"/>
                <w:sz w:val="24"/>
                <w:szCs w:val="24"/>
                <w:lang w:eastAsia="en-US"/>
              </w:rPr>
              <m:t>2, ODE</m:t>
            </m:r>
          </m:sub>
        </m:sSub>
      </m:oMath>
      <w:r w:rsidR="00ED3EEB">
        <w:rPr>
          <w:rFonts w:ascii="Times New Roman" w:hAnsi="Times New Roman"/>
          <w:sz w:val="24"/>
          <w:szCs w:val="24"/>
          <w:lang w:eastAsia="en-US"/>
        </w:rPr>
        <w:t xml:space="preserve">, </w:t>
      </w:r>
      <m:oMath>
        <m:sSub>
          <m:sSubPr>
            <m:ctrlPr>
              <w:rPr>
                <w:rFonts w:ascii="Cambria Math" w:hAnsi="Cambria Math"/>
                <w:i/>
                <w:sz w:val="24"/>
                <w:szCs w:val="24"/>
                <w:lang w:eastAsia="en-US"/>
              </w:rPr>
            </m:ctrlPr>
          </m:sSubPr>
          <m:e>
            <m:r>
              <w:rPr>
                <w:rFonts w:ascii="Cambria Math" w:hAnsi="Cambria Math"/>
                <w:sz w:val="24"/>
                <w:szCs w:val="24"/>
                <w:lang w:eastAsia="en-US"/>
              </w:rPr>
              <m:t>θ</m:t>
            </m:r>
          </m:e>
          <m:sub>
            <m:r>
              <w:rPr>
                <w:rFonts w:ascii="Cambria Math" w:hAnsi="Cambria Math"/>
                <w:sz w:val="24"/>
                <w:szCs w:val="24"/>
                <w:lang w:eastAsia="en-US"/>
              </w:rPr>
              <m:t>3, ODE</m:t>
            </m:r>
          </m:sub>
        </m:sSub>
      </m:oMath>
      <w:r w:rsidR="00ED3EEB">
        <w:rPr>
          <w:rFonts w:ascii="Times New Roman" w:hAnsi="Times New Roman"/>
          <w:sz w:val="24"/>
          <w:szCs w:val="24"/>
          <w:lang w:eastAsia="en-US"/>
        </w:rPr>
        <w:t>)</w:t>
      </w:r>
      <w:r w:rsidR="00156940">
        <w:rPr>
          <w:rFonts w:ascii="Times New Roman" w:hAnsi="Times New Roman"/>
          <w:sz w:val="24"/>
          <w:szCs w:val="24"/>
          <w:lang w:eastAsia="en-US"/>
        </w:rPr>
        <w:t>,</w:t>
      </w:r>
      <w:r w:rsidR="00713521" w:rsidRPr="00713521">
        <w:rPr>
          <w:rFonts w:ascii="Times New Roman" w:hAnsi="Times New Roman"/>
          <w:sz w:val="24"/>
          <w:szCs w:val="24"/>
          <w:lang w:eastAsia="en-US"/>
        </w:rPr>
        <w:t xml:space="preserve"> are passed to fsolve as input</w:t>
      </w:r>
      <w:r w:rsidR="00D62E7E">
        <w:rPr>
          <w:rFonts w:ascii="Times New Roman" w:hAnsi="Times New Roman"/>
          <w:sz w:val="24"/>
          <w:szCs w:val="24"/>
          <w:lang w:eastAsia="en-US"/>
        </w:rPr>
        <w:t xml:space="preserve"> to solve the </w:t>
      </w:r>
      <w:r w:rsidR="00365FF1">
        <w:rPr>
          <w:rFonts w:ascii="Times New Roman" w:hAnsi="Times New Roman"/>
          <w:sz w:val="24"/>
          <w:szCs w:val="24"/>
          <w:lang w:eastAsia="en-US"/>
        </w:rPr>
        <w:t>steady-state coverage</w:t>
      </w:r>
      <w:r w:rsidR="00713521" w:rsidRPr="00713521">
        <w:rPr>
          <w:rFonts w:ascii="Times New Roman" w:hAnsi="Times New Roman"/>
          <w:sz w:val="24"/>
          <w:szCs w:val="24"/>
          <w:lang w:eastAsia="en-US"/>
        </w:rPr>
        <w:t>.</w:t>
      </w:r>
    </w:p>
    <w:p w14:paraId="3BC12747" w14:textId="55BEC67F" w:rsidR="00162602" w:rsidRDefault="00162602" w:rsidP="00431F65">
      <w:pPr>
        <w:spacing w:line="480" w:lineRule="auto"/>
        <w:ind w:firstLine="420"/>
        <w:rPr>
          <w:rFonts w:ascii="Times New Roman" w:hAnsi="Times New Roman"/>
          <w:sz w:val="24"/>
          <w:szCs w:val="24"/>
          <w:lang w:val="en-CA"/>
        </w:rPr>
      </w:pPr>
      <w:r w:rsidRPr="00162602">
        <w:rPr>
          <w:rFonts w:ascii="Times New Roman" w:hAnsi="Times New Roman"/>
          <w:sz w:val="24"/>
          <w:szCs w:val="24"/>
          <w:lang w:val="en-CA"/>
        </w:rPr>
        <w:t>For the concentration/partial pressure of reactants and products, the partial pressures of CO and products are 0.1 bar and 10</w:t>
      </w:r>
      <w:r w:rsidRPr="00162602">
        <w:rPr>
          <w:rFonts w:ascii="Times New Roman" w:hAnsi="Times New Roman"/>
          <w:sz w:val="24"/>
          <w:szCs w:val="24"/>
          <w:vertAlign w:val="superscript"/>
          <w:lang w:val="en-CA"/>
        </w:rPr>
        <w:t>-20</w:t>
      </w:r>
      <w:r w:rsidRPr="00162602">
        <w:rPr>
          <w:rFonts w:ascii="Times New Roman" w:hAnsi="Times New Roman"/>
          <w:sz w:val="24"/>
          <w:szCs w:val="24"/>
          <w:lang w:val="en-CA"/>
        </w:rPr>
        <w:t xml:space="preserve"> bar, respectively, to describe the reaction condition at the beginning. The partial pressure of liquid water was determined using the ideal gas approximation at its vapour pressure at room temperature, 3534 Pa (3.49×10</w:t>
      </w:r>
      <w:r w:rsidRPr="00162602">
        <w:rPr>
          <w:rFonts w:ascii="Times New Roman" w:hAnsi="Times New Roman"/>
          <w:sz w:val="24"/>
          <w:szCs w:val="24"/>
          <w:vertAlign w:val="superscript"/>
          <w:lang w:val="en-CA"/>
        </w:rPr>
        <w:t>-2</w:t>
      </w:r>
      <w:r w:rsidRPr="00162602">
        <w:rPr>
          <w:rFonts w:ascii="Times New Roman" w:hAnsi="Times New Roman"/>
          <w:sz w:val="24"/>
          <w:szCs w:val="24"/>
          <w:lang w:val="en-CA"/>
        </w:rPr>
        <w:t xml:space="preserve"> bar).</w:t>
      </w:r>
    </w:p>
    <w:p w14:paraId="12D1D839" w14:textId="3B8BD6D1" w:rsidR="00906E8C" w:rsidRPr="00162602" w:rsidRDefault="00274F08" w:rsidP="00431F65">
      <w:pPr>
        <w:spacing w:line="480" w:lineRule="auto"/>
        <w:rPr>
          <w:rFonts w:ascii="Times New Roman" w:hAnsi="Times New Roman"/>
          <w:sz w:val="24"/>
          <w:szCs w:val="24"/>
          <w:lang w:eastAsia="en-US"/>
        </w:rPr>
      </w:pPr>
      <w:r w:rsidRPr="0041234E">
        <w:rPr>
          <w:rFonts w:ascii="Times New Roman" w:hAnsi="Times New Roman"/>
          <w:b/>
          <w:sz w:val="24"/>
          <w:szCs w:val="24"/>
          <w:lang w:val="en-CA"/>
        </w:rPr>
        <w:t>Directed graph.</w:t>
      </w:r>
      <w:r w:rsidR="0041234E">
        <w:rPr>
          <w:rFonts w:ascii="Times New Roman" w:hAnsi="Times New Roman"/>
          <w:sz w:val="24"/>
          <w:szCs w:val="24"/>
          <w:lang w:val="en-CA"/>
        </w:rPr>
        <w:t xml:space="preserve"> </w:t>
      </w:r>
      <w:r w:rsidR="0041234E" w:rsidRPr="0041234E">
        <w:rPr>
          <w:rFonts w:ascii="Times New Roman" w:hAnsi="Times New Roman"/>
          <w:sz w:val="24"/>
          <w:szCs w:val="24"/>
          <w:lang w:val="en-CA"/>
        </w:rPr>
        <w:t xml:space="preserve">We used the directed graph to find all the simple paths from reactant node to product nodes using a modified depth-first search algorithm implemented in networkx package. With the directed graph, the numbers of possible simple pathways without repeating nodes were evaluated as listed in Table S1. After the evaluation of simple paths, the pre-set direction was removed, and the directions of reactions were determined from sign of the steady-state </w:t>
      </w:r>
      <w:r w:rsidR="0041234E" w:rsidRPr="0041234E">
        <w:rPr>
          <w:rFonts w:ascii="Times New Roman" w:hAnsi="Times New Roman"/>
          <w:sz w:val="24"/>
          <w:szCs w:val="24"/>
          <w:lang w:val="en-CA"/>
        </w:rPr>
        <w:lastRenderedPageBreak/>
        <w:t>solver. The directed graph has no connections with the steady-state solver.</w:t>
      </w:r>
    </w:p>
    <w:p w14:paraId="6B30566B" w14:textId="6A199B7E" w:rsidR="00B97165" w:rsidRDefault="009A2ED0" w:rsidP="00431F65">
      <w:pPr>
        <w:spacing w:line="480" w:lineRule="auto"/>
        <w:rPr>
          <w:rFonts w:ascii="Times New Roman" w:hAnsi="Times New Roman"/>
          <w:sz w:val="24"/>
          <w:szCs w:val="24"/>
          <w:lang w:eastAsia="en-US"/>
        </w:rPr>
      </w:pPr>
      <w:r w:rsidRPr="009A2ED0">
        <w:rPr>
          <w:rFonts w:ascii="Times New Roman" w:hAnsi="Times New Roman"/>
          <w:b/>
          <w:sz w:val="24"/>
          <w:szCs w:val="24"/>
          <w:lang w:eastAsia="en-US"/>
        </w:rPr>
        <w:t xml:space="preserve">Graph-based enumeration of </w:t>
      </w:r>
      <w:r w:rsidR="004101FD">
        <w:rPr>
          <w:rFonts w:ascii="Times New Roman" w:hAnsi="Times New Roman"/>
          <w:b/>
          <w:sz w:val="24"/>
          <w:szCs w:val="24"/>
          <w:lang w:eastAsia="en-US"/>
        </w:rPr>
        <w:t xml:space="preserve">the </w:t>
      </w:r>
      <w:r w:rsidRPr="009A2ED0">
        <w:rPr>
          <w:rFonts w:ascii="Times New Roman" w:hAnsi="Times New Roman"/>
          <w:b/>
          <w:sz w:val="24"/>
          <w:szCs w:val="24"/>
          <w:lang w:eastAsia="en-US"/>
        </w:rPr>
        <w:t>intermediate structure.</w:t>
      </w:r>
      <w:r>
        <w:rPr>
          <w:rFonts w:ascii="Times New Roman" w:hAnsi="Times New Roman"/>
          <w:b/>
          <w:sz w:val="24"/>
          <w:szCs w:val="24"/>
          <w:lang w:eastAsia="en-US"/>
        </w:rPr>
        <w:t xml:space="preserve"> </w:t>
      </w:r>
      <w:r w:rsidR="000576D6">
        <w:rPr>
          <w:rFonts w:ascii="Times New Roman" w:hAnsi="Times New Roman"/>
          <w:sz w:val="24"/>
          <w:szCs w:val="24"/>
          <w:lang w:eastAsia="en-US"/>
        </w:rPr>
        <w:t xml:space="preserve">To generate all the possible structures for given chemical formula, </w:t>
      </w:r>
      <w:r w:rsidR="004B0544">
        <w:rPr>
          <w:rFonts w:ascii="Times New Roman" w:hAnsi="Times New Roman"/>
          <w:sz w:val="24"/>
          <w:szCs w:val="24"/>
          <w:lang w:eastAsia="en-US"/>
        </w:rPr>
        <w:t xml:space="preserve">a graph-based enumeration method implemented in the Catkit is used, which </w:t>
      </w:r>
      <w:r w:rsidR="007839F1">
        <w:rPr>
          <w:rFonts w:ascii="Times New Roman" w:hAnsi="Times New Roman"/>
          <w:sz w:val="24"/>
          <w:szCs w:val="24"/>
          <w:lang w:eastAsia="en-US"/>
        </w:rPr>
        <w:t xml:space="preserve">treats </w:t>
      </w:r>
      <w:r w:rsidR="007839F1" w:rsidRPr="007839F1">
        <w:rPr>
          <w:rFonts w:ascii="Times New Roman" w:hAnsi="Times New Roman"/>
          <w:sz w:val="24"/>
          <w:szCs w:val="24"/>
          <w:lang w:eastAsia="en-US"/>
        </w:rPr>
        <w:t xml:space="preserve">the atoms in one intermediate as nodes </w:t>
      </w:r>
      <w:r w:rsidR="007839F1">
        <w:rPr>
          <w:rFonts w:ascii="Times New Roman" w:hAnsi="Times New Roman"/>
          <w:sz w:val="24"/>
          <w:szCs w:val="24"/>
          <w:lang w:eastAsia="en-US"/>
        </w:rPr>
        <w:t>and</w:t>
      </w:r>
      <w:r w:rsidR="007839F1" w:rsidRPr="007839F1">
        <w:rPr>
          <w:rFonts w:ascii="Times New Roman" w:hAnsi="Times New Roman"/>
          <w:sz w:val="24"/>
          <w:szCs w:val="24"/>
          <w:lang w:eastAsia="en-US"/>
        </w:rPr>
        <w:t xml:space="preserve"> the bonds as edges</w:t>
      </w:r>
      <w:r w:rsidR="003C76A1">
        <w:rPr>
          <w:rFonts w:ascii="Times New Roman" w:hAnsi="Times New Roman"/>
          <w:sz w:val="24"/>
          <w:szCs w:val="24"/>
          <w:lang w:eastAsia="en-US"/>
        </w:rPr>
        <w:t xml:space="preserve"> (more details can be found in ref. </w:t>
      </w:r>
      <w:r w:rsidR="00221173" w:rsidRPr="00221173">
        <w:rPr>
          <w:rFonts w:ascii="Times New Roman" w:hAnsi="Times New Roman"/>
          <w:sz w:val="24"/>
          <w:szCs w:val="24"/>
          <w:lang w:eastAsia="en-US"/>
        </w:rPr>
        <w:fldChar w:fldCharType="begin"/>
      </w:r>
      <w:r w:rsidR="00221173" w:rsidRPr="00221173">
        <w:rPr>
          <w:rFonts w:ascii="Times New Roman" w:hAnsi="Times New Roman"/>
          <w:sz w:val="24"/>
          <w:szCs w:val="24"/>
          <w:lang w:eastAsia="en-US"/>
        </w:rPr>
        <w:instrText xml:space="preserve"> ADDIN EN.CITE &lt;EndNote&gt;&lt;Cite&gt;&lt;Author&gt;Boes&lt;/Author&gt;&lt;Year&gt;2019&lt;/Year&gt;&lt;RecNum&gt;10577&lt;/RecNum&gt;&lt;DisplayText&gt;&lt;style face="superscript"&gt;10&lt;/style&gt;&lt;/DisplayText&gt;&lt;record&gt;&lt;rec-number&gt;10577&lt;/rec-number&gt;&lt;foreign-keys&gt;&lt;key app="EN" db-id="9vxsett92f9p5gevzpo5satx9peas0srxp5e" timestamp="1558535921"&gt;10577&lt;/key&gt;&lt;/foreign-keys&gt;&lt;ref-type name="Journal Article"&gt;17&lt;/ref-type&gt;&lt;contributors&gt;&lt;authors&gt;&lt;author&gt;Boes, Jacob R.&lt;/author&gt;&lt;author&gt;Mamun, Osman&lt;/author&gt;&lt;author&gt;Winther, Kirsten&lt;/author&gt;&lt;author&gt;Bligaard, Thomas&lt;/author&gt;&lt;/authors&gt;&lt;/contributors&gt;&lt;titles&gt;&lt;title&gt;Graph Theory Approach to High-Throughput Surface Adsorption Structure Generation&lt;/title&gt;&lt;secondary-title&gt;The Journal of Physical Chemistry A&lt;/secondary-title&gt;&lt;/titles&gt;&lt;periodical&gt;&lt;full-title&gt;The Journal of Physical Chemistry A&lt;/full-title&gt;&lt;abbr-1&gt;J. Phys. Chem. A&lt;/abbr-1&gt;&lt;/periodical&gt;&lt;pages&gt;2281-2285&lt;/pages&gt;&lt;volume&gt;123&lt;/volume&gt;&lt;number&gt;11&lt;/number&gt;&lt;dates&gt;&lt;year&gt;2019&lt;/year&gt;&lt;pub-dates&gt;&lt;date&gt;2019/03/21&lt;/date&gt;&lt;/pub-dates&gt;&lt;/dates&gt;&lt;publisher&gt;American Chemical Society&lt;/publisher&gt;&lt;isbn&gt;1089-5639&lt;/isbn&gt;&lt;urls&gt;&lt;related-urls&gt;&lt;url&gt;https://doi.org/10.1021/acs.jpca.9b00311&lt;/url&gt;&lt;url&gt;https://pubs.acs.org/doi/pdfplus/10.1021/acs.jpca.9b00311&lt;/url&gt;&lt;/related-urls&gt;&lt;/urls&gt;&lt;electronic-resource-num&gt;10.1021/acs.jpca.9b00311&lt;/electronic-resource-num&gt;&lt;/record&gt;&lt;/Cite&gt;&lt;/EndNote&gt;</w:instrText>
      </w:r>
      <w:r w:rsidR="00221173" w:rsidRPr="00221173">
        <w:rPr>
          <w:rFonts w:ascii="Times New Roman" w:hAnsi="Times New Roman"/>
          <w:sz w:val="24"/>
          <w:szCs w:val="24"/>
          <w:lang w:eastAsia="en-US"/>
        </w:rPr>
        <w:fldChar w:fldCharType="separate"/>
      </w:r>
      <w:r w:rsidR="00221173" w:rsidRPr="00221173">
        <w:rPr>
          <w:rFonts w:ascii="Times New Roman" w:hAnsi="Times New Roman"/>
          <w:noProof/>
          <w:sz w:val="24"/>
          <w:szCs w:val="24"/>
          <w:lang w:eastAsia="en-US"/>
        </w:rPr>
        <w:t>10</w:t>
      </w:r>
      <w:r w:rsidR="00221173" w:rsidRPr="00221173">
        <w:rPr>
          <w:rFonts w:ascii="Times New Roman" w:hAnsi="Times New Roman"/>
          <w:sz w:val="24"/>
          <w:szCs w:val="24"/>
          <w:lang w:eastAsia="en-US"/>
        </w:rPr>
        <w:fldChar w:fldCharType="end"/>
      </w:r>
      <w:r w:rsidR="003C76A1">
        <w:rPr>
          <w:rFonts w:ascii="Times New Roman" w:hAnsi="Times New Roman"/>
          <w:sz w:val="24"/>
          <w:szCs w:val="24"/>
          <w:lang w:eastAsia="en-US"/>
        </w:rPr>
        <w:t>)</w:t>
      </w:r>
      <w:r w:rsidR="007839F1">
        <w:rPr>
          <w:rFonts w:ascii="Times New Roman" w:hAnsi="Times New Roman"/>
          <w:sz w:val="24"/>
          <w:szCs w:val="24"/>
          <w:lang w:eastAsia="en-US"/>
        </w:rPr>
        <w:t>.</w:t>
      </w:r>
      <w:r w:rsidR="00574C00">
        <w:rPr>
          <w:rFonts w:ascii="Times New Roman" w:hAnsi="Times New Roman"/>
          <w:sz w:val="24"/>
          <w:szCs w:val="24"/>
          <w:lang w:eastAsia="en-US"/>
        </w:rPr>
        <w:t xml:space="preserve"> </w:t>
      </w:r>
      <w:r w:rsidR="00862C08">
        <w:rPr>
          <w:rFonts w:ascii="Times New Roman" w:hAnsi="Times New Roman"/>
          <w:sz w:val="24"/>
          <w:szCs w:val="24"/>
          <w:lang w:eastAsia="en-US"/>
        </w:rPr>
        <w:t>W</w:t>
      </w:r>
      <w:r w:rsidR="00574C00">
        <w:rPr>
          <w:rFonts w:ascii="Times New Roman" w:hAnsi="Times New Roman"/>
          <w:sz w:val="24"/>
          <w:szCs w:val="24"/>
          <w:lang w:eastAsia="en-US"/>
        </w:rPr>
        <w:t xml:space="preserve">e </w:t>
      </w:r>
      <w:r w:rsidR="00862C08">
        <w:rPr>
          <w:rFonts w:ascii="Times New Roman" w:hAnsi="Times New Roman"/>
          <w:sz w:val="24"/>
          <w:szCs w:val="24"/>
          <w:lang w:eastAsia="en-US"/>
        </w:rPr>
        <w:t>used</w:t>
      </w:r>
      <w:r w:rsidR="00574C00">
        <w:rPr>
          <w:rFonts w:ascii="Times New Roman" w:hAnsi="Times New Roman"/>
          <w:sz w:val="24"/>
          <w:szCs w:val="24"/>
          <w:lang w:eastAsia="en-US"/>
        </w:rPr>
        <w:t xml:space="preserve"> the connectivity matrix of all the species </w:t>
      </w:r>
      <w:r w:rsidR="00862C08">
        <w:rPr>
          <w:rFonts w:ascii="Times New Roman" w:hAnsi="Times New Roman"/>
          <w:sz w:val="24"/>
          <w:szCs w:val="24"/>
          <w:lang w:eastAsia="en-US"/>
        </w:rPr>
        <w:t>to remove the intermediates using the rules, no O-O, C-O-C, O-C-O bonds.</w:t>
      </w:r>
      <w:r w:rsidR="00F15E0A">
        <w:rPr>
          <w:rFonts w:ascii="Times New Roman" w:hAnsi="Times New Roman"/>
          <w:sz w:val="24"/>
          <w:szCs w:val="24"/>
          <w:lang w:eastAsia="en-US"/>
        </w:rPr>
        <w:t xml:space="preserve"> </w:t>
      </w:r>
      <w:r w:rsidR="006D5496" w:rsidRPr="006D5496">
        <w:rPr>
          <w:rFonts w:ascii="Times New Roman" w:hAnsi="Times New Roman"/>
          <w:sz w:val="24"/>
          <w:szCs w:val="24"/>
          <w:lang w:eastAsia="en-US"/>
        </w:rPr>
        <w:t>For the definition of unsaturated, we assumed the coordination numbers of carbon, oxygen, and hydrogen are 4, 2, and 1, respectively. The degree of unsaturation is calculated by subtracting the true coordination numbers from the pre-set coordination numbers. The site with highest degree of unsaturation is defined as most unsaturated.</w:t>
      </w:r>
      <w:r w:rsidR="006D5496">
        <w:rPr>
          <w:rFonts w:ascii="Times New Roman" w:hAnsi="Times New Roman"/>
          <w:sz w:val="24"/>
          <w:szCs w:val="24"/>
          <w:lang w:eastAsia="en-US"/>
        </w:rPr>
        <w:t xml:space="preserve"> For saturated species,</w:t>
      </w:r>
      <w:r w:rsidR="0068624A">
        <w:rPr>
          <w:rFonts w:ascii="Times New Roman" w:hAnsi="Times New Roman"/>
          <w:sz w:val="24"/>
          <w:szCs w:val="24"/>
          <w:lang w:eastAsia="en-US"/>
        </w:rPr>
        <w:t xml:space="preserve"> the gas-phase formation energies are used.</w:t>
      </w:r>
    </w:p>
    <w:p w14:paraId="46D0CCAA" w14:textId="117907E3" w:rsidR="00987B4D" w:rsidRDefault="00F15E0A" w:rsidP="00431F65">
      <w:pPr>
        <w:spacing w:line="480" w:lineRule="auto"/>
        <w:rPr>
          <w:rFonts w:ascii="Times New Roman" w:hAnsi="Times New Roman"/>
          <w:sz w:val="24"/>
          <w:szCs w:val="24"/>
          <w:lang w:eastAsia="en-US"/>
        </w:rPr>
      </w:pPr>
      <w:r>
        <w:rPr>
          <w:rFonts w:ascii="Times New Roman" w:hAnsi="Times New Roman"/>
          <w:sz w:val="24"/>
          <w:szCs w:val="24"/>
          <w:lang w:eastAsia="en-US"/>
        </w:rPr>
        <w:t>After optimization, the connectivity matrix</w:t>
      </w:r>
      <w:r w:rsidR="00390AA2">
        <w:rPr>
          <w:rFonts w:ascii="Times New Roman" w:hAnsi="Times New Roman"/>
          <w:sz w:val="24"/>
          <w:szCs w:val="24"/>
          <w:lang w:eastAsia="en-US"/>
        </w:rPr>
        <w:t xml:space="preserve"> of the intermediate is compared to that of the initial structure. </w:t>
      </w:r>
      <w:r w:rsidR="00E675E7">
        <w:rPr>
          <w:rFonts w:ascii="Times New Roman" w:hAnsi="Times New Roman"/>
          <w:sz w:val="24"/>
          <w:szCs w:val="24"/>
          <w:lang w:eastAsia="en-US"/>
        </w:rPr>
        <w:t xml:space="preserve">The difference in the connectivity matrix suggests that </w:t>
      </w:r>
      <w:r w:rsidR="002B1E94">
        <w:rPr>
          <w:rFonts w:ascii="Times New Roman" w:hAnsi="Times New Roman"/>
          <w:sz w:val="24"/>
          <w:szCs w:val="24"/>
          <w:lang w:eastAsia="en-US"/>
        </w:rPr>
        <w:t>the intermed</w:t>
      </w:r>
      <w:r w:rsidR="0090511E">
        <w:rPr>
          <w:rFonts w:ascii="Times New Roman" w:hAnsi="Times New Roman"/>
          <w:sz w:val="24"/>
          <w:szCs w:val="24"/>
          <w:lang w:eastAsia="en-US"/>
        </w:rPr>
        <w:t>i</w:t>
      </w:r>
      <w:r w:rsidR="002B1E94">
        <w:rPr>
          <w:rFonts w:ascii="Times New Roman" w:hAnsi="Times New Roman"/>
          <w:sz w:val="24"/>
          <w:szCs w:val="24"/>
          <w:lang w:eastAsia="en-US"/>
        </w:rPr>
        <w:t>ate reconstructs or dissociates.</w:t>
      </w:r>
      <w:r w:rsidR="0090511E">
        <w:rPr>
          <w:rFonts w:ascii="Times New Roman" w:hAnsi="Times New Roman"/>
          <w:sz w:val="24"/>
          <w:szCs w:val="24"/>
          <w:lang w:eastAsia="en-US"/>
        </w:rPr>
        <w:t xml:space="preserve"> If all the geometries of this intermediate</w:t>
      </w:r>
      <w:r w:rsidR="00480FFF">
        <w:rPr>
          <w:rFonts w:ascii="Times New Roman" w:hAnsi="Times New Roman"/>
          <w:sz w:val="24"/>
          <w:szCs w:val="24"/>
          <w:lang w:eastAsia="en-US"/>
        </w:rPr>
        <w:t xml:space="preserve"> reconstruct or dissociate, this intermediate will be treated as unstable and removed from the node list.</w:t>
      </w:r>
      <w:r w:rsidR="005B286A">
        <w:rPr>
          <w:rFonts w:ascii="Times New Roman" w:hAnsi="Times New Roman"/>
          <w:sz w:val="24"/>
          <w:szCs w:val="24"/>
          <w:lang w:eastAsia="en-US"/>
        </w:rPr>
        <w:t xml:space="preserve"> The reactions with this</w:t>
      </w:r>
      <w:r w:rsidR="00CB465A">
        <w:rPr>
          <w:rFonts w:ascii="Times New Roman" w:hAnsi="Times New Roman"/>
          <w:sz w:val="24"/>
          <w:szCs w:val="24"/>
          <w:lang w:eastAsia="en-US"/>
        </w:rPr>
        <w:t xml:space="preserve"> unstable species will also be removed.</w:t>
      </w:r>
      <w:r w:rsidR="00480FFF">
        <w:rPr>
          <w:rFonts w:ascii="Times New Roman" w:hAnsi="Times New Roman"/>
          <w:sz w:val="24"/>
          <w:szCs w:val="24"/>
          <w:lang w:eastAsia="en-US"/>
        </w:rPr>
        <w:t xml:space="preserve"> The numbers of</w:t>
      </w:r>
      <w:r w:rsidR="007E13E7">
        <w:rPr>
          <w:rFonts w:ascii="Times New Roman" w:hAnsi="Times New Roman"/>
          <w:sz w:val="24"/>
          <w:szCs w:val="24"/>
          <w:lang w:eastAsia="en-US"/>
        </w:rPr>
        <w:t xml:space="preserve"> stable</w:t>
      </w:r>
      <w:r w:rsidR="00480FFF">
        <w:rPr>
          <w:rFonts w:ascii="Times New Roman" w:hAnsi="Times New Roman"/>
          <w:sz w:val="24"/>
          <w:szCs w:val="24"/>
          <w:lang w:eastAsia="en-US"/>
        </w:rPr>
        <w:t xml:space="preserve"> </w:t>
      </w:r>
      <w:r w:rsidR="007E13E7">
        <w:rPr>
          <w:rFonts w:ascii="Times New Roman" w:hAnsi="Times New Roman"/>
          <w:sz w:val="24"/>
          <w:szCs w:val="24"/>
          <w:lang w:eastAsia="en-US"/>
        </w:rPr>
        <w:t>species</w:t>
      </w:r>
      <w:r w:rsidR="00CB465A">
        <w:rPr>
          <w:rFonts w:ascii="Times New Roman" w:hAnsi="Times New Roman"/>
          <w:sz w:val="24"/>
          <w:szCs w:val="24"/>
          <w:lang w:eastAsia="en-US"/>
        </w:rPr>
        <w:t xml:space="preserve"> and reactions</w:t>
      </w:r>
      <w:r w:rsidR="007E13E7">
        <w:rPr>
          <w:rFonts w:ascii="Times New Roman" w:hAnsi="Times New Roman"/>
          <w:sz w:val="24"/>
          <w:szCs w:val="24"/>
          <w:lang w:eastAsia="en-US"/>
        </w:rPr>
        <w:t xml:space="preserve"> are listed in </w:t>
      </w:r>
      <w:r w:rsidR="007E13E7" w:rsidRPr="00984727">
        <w:rPr>
          <w:rFonts w:ascii="Times New Roman" w:hAnsi="Times New Roman"/>
          <w:b/>
          <w:sz w:val="24"/>
          <w:szCs w:val="24"/>
        </w:rPr>
        <w:t xml:space="preserve">Supplementary </w:t>
      </w:r>
      <w:r w:rsidR="007E13E7" w:rsidRPr="007E13E7">
        <w:rPr>
          <w:rFonts w:ascii="Times New Roman" w:hAnsi="Times New Roman"/>
          <w:b/>
          <w:sz w:val="24"/>
          <w:szCs w:val="24"/>
          <w:lang w:eastAsia="en-US"/>
        </w:rPr>
        <w:t>Table 2</w:t>
      </w:r>
      <w:r w:rsidR="007E13E7">
        <w:rPr>
          <w:rFonts w:ascii="Times New Roman" w:hAnsi="Times New Roman"/>
          <w:sz w:val="24"/>
          <w:szCs w:val="24"/>
          <w:lang w:eastAsia="en-US"/>
        </w:rPr>
        <w:t>.</w:t>
      </w:r>
    </w:p>
    <w:p w14:paraId="662AC0B3" w14:textId="0A956440" w:rsidR="00551AC5" w:rsidRPr="00551AC5" w:rsidRDefault="002725FA" w:rsidP="00431F65">
      <w:pPr>
        <w:spacing w:line="480" w:lineRule="auto"/>
        <w:rPr>
          <w:rFonts w:ascii="Times New Roman" w:hAnsi="Times New Roman"/>
          <w:sz w:val="24"/>
          <w:szCs w:val="24"/>
          <w:lang w:val="en-CA"/>
        </w:rPr>
      </w:pPr>
      <w:r w:rsidRPr="00551AC5">
        <w:rPr>
          <w:rFonts w:ascii="Times New Roman" w:hAnsi="Times New Roman"/>
          <w:b/>
          <w:sz w:val="24"/>
          <w:szCs w:val="24"/>
          <w:lang w:eastAsia="en-US"/>
        </w:rPr>
        <w:t>Thermodynamics vs. kinetics.</w:t>
      </w:r>
      <w:r>
        <w:rPr>
          <w:rFonts w:ascii="Times New Roman" w:hAnsi="Times New Roman"/>
          <w:sz w:val="24"/>
          <w:szCs w:val="24"/>
          <w:lang w:eastAsia="en-US"/>
        </w:rPr>
        <w:t xml:space="preserve"> </w:t>
      </w:r>
      <w:r w:rsidR="00551AC5" w:rsidRPr="00551AC5">
        <w:rPr>
          <w:rFonts w:ascii="Times New Roman" w:hAnsi="Times New Roman"/>
          <w:sz w:val="24"/>
          <w:szCs w:val="24"/>
          <w:lang w:val="en-CA"/>
        </w:rPr>
        <w:t>We chose the energies of the intermediates</w:t>
      </w:r>
      <w:r w:rsidR="00551AC5">
        <w:rPr>
          <w:rFonts w:ascii="Times New Roman" w:hAnsi="Times New Roman"/>
          <w:sz w:val="24"/>
          <w:szCs w:val="24"/>
          <w:lang w:val="en-CA"/>
        </w:rPr>
        <w:t xml:space="preserve"> to describe the kinetics</w:t>
      </w:r>
      <w:r w:rsidR="00551AC5" w:rsidRPr="00551AC5">
        <w:rPr>
          <w:rFonts w:ascii="Times New Roman" w:hAnsi="Times New Roman"/>
          <w:sz w:val="24"/>
          <w:szCs w:val="24"/>
          <w:lang w:val="en-CA"/>
        </w:rPr>
        <w:t xml:space="preserve"> due to the following reasons:</w:t>
      </w:r>
    </w:p>
    <w:p w14:paraId="112F7915" w14:textId="10EBAFB0" w:rsidR="00551AC5" w:rsidRPr="00551AC5" w:rsidRDefault="00551AC5" w:rsidP="00431F65">
      <w:pPr>
        <w:spacing w:line="480" w:lineRule="auto"/>
        <w:rPr>
          <w:rFonts w:ascii="Times New Roman" w:hAnsi="Times New Roman"/>
          <w:sz w:val="24"/>
          <w:szCs w:val="24"/>
          <w:lang w:val="en-CA"/>
        </w:rPr>
      </w:pPr>
      <w:r w:rsidRPr="00551AC5">
        <w:rPr>
          <w:rFonts w:ascii="Times New Roman" w:hAnsi="Times New Roman"/>
          <w:sz w:val="24"/>
          <w:szCs w:val="24"/>
          <w:lang w:val="en-CA"/>
        </w:rPr>
        <w:t xml:space="preserve">1. </w:t>
      </w:r>
      <w:r>
        <w:rPr>
          <w:rFonts w:ascii="Times New Roman" w:hAnsi="Times New Roman"/>
          <w:sz w:val="24"/>
          <w:szCs w:val="24"/>
          <w:lang w:val="en-CA"/>
        </w:rPr>
        <w:t>C</w:t>
      </w:r>
      <w:r w:rsidRPr="00551AC5">
        <w:rPr>
          <w:rFonts w:ascii="Times New Roman" w:hAnsi="Times New Roman"/>
          <w:sz w:val="24"/>
          <w:szCs w:val="24"/>
          <w:lang w:val="en-CA"/>
        </w:rPr>
        <w:t xml:space="preserve">onsidering both transition states and initial states accurately can give a better description on the reaction rate. However, there are still debates in the computational methods for the accurate transition state calculations. For example, with no solvent considered the barrier for </w:t>
      </w:r>
      <w:r w:rsidRPr="00551AC5">
        <w:rPr>
          <w:rFonts w:ascii="Times New Roman" w:hAnsi="Times New Roman"/>
          <w:sz w:val="24"/>
          <w:szCs w:val="24"/>
          <w:lang w:val="en-CA"/>
        </w:rPr>
        <w:lastRenderedPageBreak/>
        <w:t>CO dimerization in CO</w:t>
      </w:r>
      <w:r w:rsidRPr="00551AC5">
        <w:rPr>
          <w:rFonts w:ascii="Times New Roman" w:hAnsi="Times New Roman"/>
          <w:sz w:val="24"/>
          <w:szCs w:val="24"/>
          <w:vertAlign w:val="subscript"/>
          <w:lang w:val="en-CA"/>
        </w:rPr>
        <w:t>2</w:t>
      </w:r>
      <w:r w:rsidRPr="00551AC5">
        <w:rPr>
          <w:rFonts w:ascii="Times New Roman" w:hAnsi="Times New Roman"/>
          <w:sz w:val="24"/>
          <w:szCs w:val="24"/>
          <w:lang w:val="en-CA"/>
        </w:rPr>
        <w:t>RR was calculated to be 0.98 eV on Cu(100), while 0.38 eV was found using a charged water mode</w:t>
      </w:r>
      <w:r w:rsidR="0036459A">
        <w:rPr>
          <w:rFonts w:ascii="Times New Roman" w:hAnsi="Times New Roman"/>
          <w:sz w:val="24"/>
          <w:szCs w:val="24"/>
          <w:lang w:val="en-CA"/>
        </w:rPr>
        <w:t>l</w:t>
      </w:r>
      <w:r w:rsidR="0036459A">
        <w:rPr>
          <w:rFonts w:ascii="Times New Roman" w:hAnsi="Times New Roman"/>
          <w:sz w:val="24"/>
          <w:szCs w:val="24"/>
          <w:lang w:val="en-CA"/>
        </w:rPr>
        <w:fldChar w:fldCharType="begin"/>
      </w:r>
      <w:r w:rsidR="0036459A">
        <w:rPr>
          <w:rFonts w:ascii="Times New Roman" w:hAnsi="Times New Roman"/>
          <w:sz w:val="24"/>
          <w:szCs w:val="24"/>
          <w:lang w:val="en-CA"/>
        </w:rPr>
        <w:instrText xml:space="preserve"> ADDIN EN.CITE &lt;EndNote&gt;&lt;Cite&gt;&lt;Author&gt;Montoya&lt;/Author&gt;&lt;Year&gt;2015&lt;/Year&gt;&lt;RecNum&gt;9520&lt;/RecNum&gt;&lt;DisplayText&gt;&lt;style face="superscript"&gt;11&lt;/style&gt;&lt;/DisplayText&gt;&lt;record&gt;&lt;rec-number&gt;9520&lt;/rec-number&gt;&lt;foreign-keys&gt;&lt;key app="EN" db-id="9vxsett92f9p5gevzpo5satx9peas0srxp5e" timestamp="1498667227"&gt;9520&lt;/key&gt;&lt;/foreign-keys&gt;&lt;ref-type name="Journal Article"&gt;17&lt;/ref-type&gt;&lt;contributors&gt;&lt;authors&gt;&lt;author&gt;Montoya, Joseph H.&lt;/author&gt;&lt;author&gt;Shi, Chuan&lt;/author&gt;&lt;author&gt;Chan, Karen&lt;/author&gt;&lt;author&gt;Nørskov, Jens K.&lt;/author&gt;&lt;/authors&gt;&lt;/contributors&gt;&lt;titles&gt;&lt;title&gt;&lt;style face="normal" font="default" size="100%"&gt;Theoretical Insights into a CO Dimerization Mechanism in CO&lt;/style&gt;&lt;style face="subscript" font="default" size="100%"&gt;2&lt;/style&gt;&lt;style face="normal" font="default" size="100%"&gt; Electroreduction&lt;/style&gt;&lt;/title&gt;&lt;secondary-title&gt;The Journal of Physical Chemistry Letters&lt;/secondary-title&gt;&lt;/titles&gt;&lt;periodical&gt;&lt;full-title&gt;The Journal of Physical Chemistry Letters&lt;/full-title&gt;&lt;abbr-1&gt;J. Phys. Chem. Lett.&lt;/abbr-1&gt;&lt;/periodical&gt;&lt;pages&gt;2032-2037&lt;/pages&gt;&lt;volume&gt;6&lt;/volume&gt;&lt;number&gt;11&lt;/number&gt;&lt;dates&gt;&lt;year&gt;2015&lt;/year&gt;&lt;pub-dates&gt;&lt;date&gt;2015/06/04&lt;/date&gt;&lt;/pub-dates&gt;&lt;/dates&gt;&lt;publisher&gt;American Chemical Society&lt;/publisher&gt;&lt;isbn&gt;1948-7185&lt;/isbn&gt;&lt;urls&gt;&lt;related-urls&gt;&lt;url&gt;http://dx.doi.org/10.1021/acs.jpclett.5b00722&lt;/url&gt;&lt;url&gt;http://pubs.acs.org/doi/pdfplus/10.1021/acs.jpclett.5b00722&lt;/url&gt;&lt;/related-urls&gt;&lt;/urls&gt;&lt;electronic-resource-num&gt;10.1021/acs.jpclett.5b00722&lt;/electronic-resource-num&gt;&lt;/record&gt;&lt;/Cite&gt;&lt;/EndNote&gt;</w:instrText>
      </w:r>
      <w:r w:rsidR="0036459A">
        <w:rPr>
          <w:rFonts w:ascii="Times New Roman" w:hAnsi="Times New Roman"/>
          <w:sz w:val="24"/>
          <w:szCs w:val="24"/>
          <w:lang w:val="en-CA"/>
        </w:rPr>
        <w:fldChar w:fldCharType="separate"/>
      </w:r>
      <w:r w:rsidR="0036459A" w:rsidRPr="0036459A">
        <w:rPr>
          <w:rFonts w:ascii="Times New Roman" w:hAnsi="Times New Roman"/>
          <w:noProof/>
          <w:sz w:val="24"/>
          <w:szCs w:val="24"/>
          <w:vertAlign w:val="superscript"/>
          <w:lang w:val="en-CA"/>
        </w:rPr>
        <w:t>11</w:t>
      </w:r>
      <w:r w:rsidR="0036459A">
        <w:rPr>
          <w:rFonts w:ascii="Times New Roman" w:hAnsi="Times New Roman"/>
          <w:sz w:val="24"/>
          <w:szCs w:val="24"/>
          <w:lang w:val="en-CA"/>
        </w:rPr>
        <w:fldChar w:fldCharType="end"/>
      </w:r>
      <w:r w:rsidRPr="00551AC5">
        <w:rPr>
          <w:rFonts w:ascii="Times New Roman" w:hAnsi="Times New Roman"/>
          <w:sz w:val="24"/>
          <w:szCs w:val="24"/>
          <w:lang w:val="en-CA"/>
        </w:rPr>
        <w:t>. For the same system, this barrier value was reported to be 0.69 eV using the biased ab initio molecular dynamics</w:t>
      </w:r>
      <w:r w:rsidR="00D00B1C">
        <w:rPr>
          <w:rFonts w:ascii="Times New Roman" w:hAnsi="Times New Roman"/>
          <w:sz w:val="24"/>
          <w:szCs w:val="24"/>
          <w:lang w:val="en-CA"/>
        </w:rPr>
        <w:fldChar w:fldCharType="begin"/>
      </w:r>
      <w:r w:rsidR="00D00B1C">
        <w:rPr>
          <w:rFonts w:ascii="Times New Roman" w:hAnsi="Times New Roman"/>
          <w:sz w:val="24"/>
          <w:szCs w:val="24"/>
          <w:lang w:val="en-CA"/>
        </w:rPr>
        <w:instrText xml:space="preserve"> ADDIN EN.CITE &lt;EndNote&gt;&lt;Cite&gt;&lt;Author&gt;Cheng&lt;/Author&gt;&lt;Year&gt;2017&lt;/Year&gt;&lt;RecNum&gt;10484&lt;/RecNum&gt;&lt;DisplayText&gt;&lt;style face="superscript"&gt;12&lt;/style&gt;&lt;/DisplayText&gt;&lt;record&gt;&lt;rec-number&gt;10484&lt;/rec-number&gt;&lt;foreign-keys&gt;&lt;key app="EN" db-id="9vxsett92f9p5gevzpo5satx9peas0srxp5e" timestamp="1542739537"&gt;10484&lt;/key&gt;&lt;/foreign-keys&gt;&lt;ref-type name="Journal Article"&gt;17&lt;/ref-type&gt;&lt;contributors&gt;&lt;authors&gt;&lt;author&gt;Cheng, T.&lt;/author&gt;&lt;author&gt;Xiao, H.&lt;/author&gt;&lt;author&gt;Goddard, W. A.&lt;/author&gt;&lt;/authors&gt;&lt;/contributors&gt;&lt;auth-address&gt;Joint Center for Artificial Photosynthesis, California Institute of Technology, Pasadena, CA 91125.&amp;#xD;Materials and Process Simulation Center (MC139-74), California Institute of Technology, Pasadena, CA 91125.&amp;#xD;Joint Center for Artificial Photosynthesis, California Institute of Technology, Pasadena, CA 91125; wag@wag.caltech.edu.&lt;/auth-address&gt;&lt;titles&gt;&lt;title&gt;Full atomistic reaction mechanism with kinetics for CO reduction on Cu(100) from ab initio molecular dynamics free-energy calculations at 298 K&lt;/title&gt;&lt;secondary-title&gt;Proceedings of the National Academy of Sciences of the United States of America&lt;/secondary-title&gt;&lt;/titles&gt;&lt;periodical&gt;&lt;full-title&gt;Proceedings of the National Academy of Sciences of the United States of America&lt;/full-title&gt;&lt;abbr-1&gt;Proc. Natl. Acad. Sci. U. S. A.&lt;/abbr-1&gt;&lt;abbr-2&gt;Proc Natl Acad Sci U S A&lt;/abbr-2&gt;&lt;/periodical&gt;&lt;pages&gt;1795-1800&lt;/pages&gt;&lt;volume&gt;114&lt;/volume&gt;&lt;number&gt;8&lt;/number&gt;&lt;edition&gt;2017/02/09&lt;/edition&gt;&lt;keywords&gt;&lt;keyword&gt;*QM metadynamics&lt;/keyword&gt;&lt;keyword&gt;*copper&lt;/keyword&gt;&lt;keyword&gt;*electrocatalysis&lt;/keyword&gt;&lt;keyword&gt;*free-energy reaction barriers&lt;/keyword&gt;&lt;keyword&gt;*reaction mechanism&lt;/keyword&gt;&lt;/keywords&gt;&lt;dates&gt;&lt;year&gt;2017&lt;/year&gt;&lt;pub-dates&gt;&lt;date&gt;Feb 21&lt;/date&gt;&lt;/pub-dates&gt;&lt;/dates&gt;&lt;isbn&gt;1091-6490 (Electronic)&amp;#xD;0027-8424 (Linking)&lt;/isbn&gt;&lt;accession-num&gt;28167767&lt;/accession-num&gt;&lt;urls&gt;&lt;related-urls&gt;&lt;url&gt;https://www.ncbi.nlm.nih.gov/pubmed/28167767&lt;/url&gt;&lt;/related-urls&gt;&lt;/urls&gt;&lt;custom2&gt;PMC5338443&lt;/custom2&gt;&lt;electronic-resource-num&gt;10.1073/pnas.1612106114&lt;/electronic-resource-num&gt;&lt;/record&gt;&lt;/Cite&gt;&lt;/EndNote&gt;</w:instrText>
      </w:r>
      <w:r w:rsidR="00D00B1C">
        <w:rPr>
          <w:rFonts w:ascii="Times New Roman" w:hAnsi="Times New Roman"/>
          <w:sz w:val="24"/>
          <w:szCs w:val="24"/>
          <w:lang w:val="en-CA"/>
        </w:rPr>
        <w:fldChar w:fldCharType="separate"/>
      </w:r>
      <w:r w:rsidR="00D00B1C" w:rsidRPr="00D00B1C">
        <w:rPr>
          <w:rFonts w:ascii="Times New Roman" w:hAnsi="Times New Roman"/>
          <w:noProof/>
          <w:sz w:val="24"/>
          <w:szCs w:val="24"/>
          <w:vertAlign w:val="superscript"/>
          <w:lang w:val="en-CA"/>
        </w:rPr>
        <w:t>12</w:t>
      </w:r>
      <w:r w:rsidR="00D00B1C">
        <w:rPr>
          <w:rFonts w:ascii="Times New Roman" w:hAnsi="Times New Roman"/>
          <w:sz w:val="24"/>
          <w:szCs w:val="24"/>
          <w:lang w:val="en-CA"/>
        </w:rPr>
        <w:fldChar w:fldCharType="end"/>
      </w:r>
      <w:r w:rsidRPr="00551AC5">
        <w:rPr>
          <w:rFonts w:ascii="Times New Roman" w:hAnsi="Times New Roman"/>
          <w:sz w:val="24"/>
          <w:szCs w:val="24"/>
          <w:lang w:val="en-CA"/>
        </w:rPr>
        <w:t>. Therefore, the huge differences in the transition state energies using different methods lead to difficulties in calculating the transition state accurately.</w:t>
      </w:r>
    </w:p>
    <w:p w14:paraId="6544DD3D" w14:textId="0DC169DD" w:rsidR="00551AC5" w:rsidRPr="00551AC5" w:rsidRDefault="00551AC5" w:rsidP="00431F65">
      <w:pPr>
        <w:spacing w:line="480" w:lineRule="auto"/>
        <w:rPr>
          <w:rFonts w:ascii="Times New Roman" w:hAnsi="Times New Roman"/>
          <w:sz w:val="24"/>
          <w:szCs w:val="24"/>
          <w:lang w:val="en-CA"/>
        </w:rPr>
      </w:pPr>
      <w:r w:rsidRPr="00551AC5">
        <w:rPr>
          <w:rFonts w:ascii="Times New Roman" w:hAnsi="Times New Roman"/>
          <w:sz w:val="24"/>
          <w:szCs w:val="24"/>
          <w:lang w:val="en-CA"/>
        </w:rPr>
        <w:t>2. The purpose of this work is to obtain the most likely reaction pathways of all products instead of reporting the selectivity of different products. Among all the pathways to one product, the reaction types and intermediate states are similar. For example, there are ten pathways from CO to CH</w:t>
      </w:r>
      <w:r w:rsidRPr="00551AC5">
        <w:rPr>
          <w:rFonts w:ascii="Times New Roman" w:hAnsi="Times New Roman"/>
          <w:sz w:val="24"/>
          <w:szCs w:val="24"/>
          <w:vertAlign w:val="subscript"/>
          <w:lang w:val="en-CA"/>
        </w:rPr>
        <w:t>4</w:t>
      </w:r>
      <w:r w:rsidRPr="00551AC5">
        <w:rPr>
          <w:rFonts w:ascii="Times New Roman" w:hAnsi="Times New Roman"/>
          <w:sz w:val="24"/>
          <w:szCs w:val="24"/>
          <w:lang w:val="en-CA"/>
        </w:rPr>
        <w:t xml:space="preserve"> (Figure 1b), in which the intermediate structures and the reaction types are similar. For the same groups of reaction with similar structures of reactants and products, the Bronsted-Evans-Polanyi (BEP) relation was found between reaction barriers and enthalpy changes</w:t>
      </w:r>
      <w:r w:rsidR="006650D5">
        <w:rPr>
          <w:rFonts w:ascii="Times New Roman" w:hAnsi="Times New Roman"/>
          <w:sz w:val="24"/>
          <w:szCs w:val="24"/>
          <w:lang w:val="en-CA"/>
        </w:rPr>
        <w:fldChar w:fldCharType="begin">
          <w:fldData xml:space="preserve">PEVuZE5vdGU+PENpdGU+PEF1dGhvcj5Mb2dhZG90dGlyPC9BdXRob3I+PFllYXI+MjAwMTwvWWVh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==
</w:fldData>
        </w:fldChar>
      </w:r>
      <w:r w:rsidR="00B12299">
        <w:rPr>
          <w:rFonts w:ascii="Times New Roman" w:hAnsi="Times New Roman"/>
          <w:sz w:val="24"/>
          <w:szCs w:val="24"/>
          <w:lang w:val="en-CA"/>
        </w:rPr>
        <w:instrText xml:space="preserve"> ADDIN EN.CITE </w:instrText>
      </w:r>
      <w:r w:rsidR="00B12299">
        <w:rPr>
          <w:rFonts w:ascii="Times New Roman" w:hAnsi="Times New Roman"/>
          <w:sz w:val="24"/>
          <w:szCs w:val="24"/>
          <w:lang w:val="en-CA"/>
        </w:rPr>
        <w:fldChar w:fldCharType="begin">
          <w:fldData xml:space="preserve">PEVuZE5vdGU+PENpdGU+PEF1dGhvcj5Mb2dhZG90dGlyPC9BdXRob3I+PFllYXI+MjAwMTwvWWVh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==
</w:fldData>
        </w:fldChar>
      </w:r>
      <w:r w:rsidR="00B12299">
        <w:rPr>
          <w:rFonts w:ascii="Times New Roman" w:hAnsi="Times New Roman"/>
          <w:sz w:val="24"/>
          <w:szCs w:val="24"/>
          <w:lang w:val="en-CA"/>
        </w:rPr>
        <w:instrText xml:space="preserve"> ADDIN EN.CITE.DATA </w:instrText>
      </w:r>
      <w:r w:rsidR="00B12299">
        <w:rPr>
          <w:rFonts w:ascii="Times New Roman" w:hAnsi="Times New Roman"/>
          <w:sz w:val="24"/>
          <w:szCs w:val="24"/>
          <w:lang w:val="en-CA"/>
        </w:rPr>
      </w:r>
      <w:r w:rsidR="00B12299">
        <w:rPr>
          <w:rFonts w:ascii="Times New Roman" w:hAnsi="Times New Roman"/>
          <w:sz w:val="24"/>
          <w:szCs w:val="24"/>
          <w:lang w:val="en-CA"/>
        </w:rPr>
        <w:fldChar w:fldCharType="end"/>
      </w:r>
      <w:r w:rsidR="006650D5">
        <w:rPr>
          <w:rFonts w:ascii="Times New Roman" w:hAnsi="Times New Roman"/>
          <w:sz w:val="24"/>
          <w:szCs w:val="24"/>
          <w:lang w:val="en-CA"/>
        </w:rPr>
      </w:r>
      <w:r w:rsidR="006650D5">
        <w:rPr>
          <w:rFonts w:ascii="Times New Roman" w:hAnsi="Times New Roman"/>
          <w:sz w:val="24"/>
          <w:szCs w:val="24"/>
          <w:lang w:val="en-CA"/>
        </w:rPr>
        <w:fldChar w:fldCharType="separate"/>
      </w:r>
      <w:r w:rsidR="00B12299" w:rsidRPr="00B12299">
        <w:rPr>
          <w:rFonts w:ascii="Times New Roman" w:hAnsi="Times New Roman"/>
          <w:noProof/>
          <w:sz w:val="24"/>
          <w:szCs w:val="24"/>
          <w:vertAlign w:val="superscript"/>
          <w:lang w:val="en-CA"/>
        </w:rPr>
        <w:t>13,14</w:t>
      </w:r>
      <w:r w:rsidR="006650D5">
        <w:rPr>
          <w:rFonts w:ascii="Times New Roman" w:hAnsi="Times New Roman"/>
          <w:sz w:val="24"/>
          <w:szCs w:val="24"/>
          <w:lang w:val="en-CA"/>
        </w:rPr>
        <w:fldChar w:fldCharType="end"/>
      </w:r>
      <w:r w:rsidRPr="00551AC5">
        <w:rPr>
          <w:rFonts w:ascii="Times New Roman" w:hAnsi="Times New Roman"/>
          <w:sz w:val="24"/>
          <w:szCs w:val="24"/>
          <w:lang w:val="en-CA"/>
        </w:rPr>
        <w:t>. Therefore, a thermodynamically favorable pathway is likely to be also kinetically favorable for pathways with similar intermediates.</w:t>
      </w:r>
    </w:p>
    <w:p w14:paraId="1DE8595C" w14:textId="63D5BD0A" w:rsidR="00551AC5" w:rsidRPr="00551AC5" w:rsidRDefault="00551AC5" w:rsidP="00431F65">
      <w:pPr>
        <w:spacing w:line="480" w:lineRule="auto"/>
        <w:rPr>
          <w:rFonts w:ascii="Times New Roman" w:hAnsi="Times New Roman"/>
          <w:sz w:val="24"/>
          <w:szCs w:val="24"/>
          <w:lang w:val="en-CA"/>
        </w:rPr>
      </w:pPr>
      <w:r w:rsidRPr="00551AC5">
        <w:rPr>
          <w:rFonts w:ascii="Times New Roman" w:hAnsi="Times New Roman"/>
          <w:sz w:val="24"/>
          <w:szCs w:val="24"/>
          <w:lang w:val="en-CA"/>
        </w:rPr>
        <w:t>3. The intermediate energy is used in literature to explain the reaction rate in oxygen reduction reaction</w:t>
      </w:r>
      <w:r w:rsidR="00BC7570">
        <w:rPr>
          <w:rFonts w:ascii="Times New Roman" w:hAnsi="Times New Roman"/>
          <w:sz w:val="24"/>
          <w:szCs w:val="24"/>
          <w:lang w:val="en-CA"/>
        </w:rPr>
        <w:fldChar w:fldCharType="begin">
          <w:fldData xml:space="preserve">PEVuZE5vdGU+PENpdGU+PEF1dGhvcj5Ob3Jza292PC9BdXRob3I+PFllYXI+MjAwNDwvWWVhcj48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</w:fldData>
        </w:fldChar>
      </w:r>
      <w:r w:rsidR="00BC7570">
        <w:rPr>
          <w:rFonts w:ascii="Times New Roman" w:hAnsi="Times New Roman"/>
          <w:sz w:val="24"/>
          <w:szCs w:val="24"/>
          <w:lang w:val="en-CA"/>
        </w:rPr>
        <w:instrText xml:space="preserve"> ADDIN EN.CITE </w:instrText>
      </w:r>
      <w:r w:rsidR="00BC7570">
        <w:rPr>
          <w:rFonts w:ascii="Times New Roman" w:hAnsi="Times New Roman"/>
          <w:sz w:val="24"/>
          <w:szCs w:val="24"/>
          <w:lang w:val="en-CA"/>
        </w:rPr>
        <w:fldChar w:fldCharType="begin">
          <w:fldData xml:space="preserve">PEVuZE5vdGU+PENpdGU+PEF1dGhvcj5Ob3Jza292PC9BdXRob3I+PFllYXI+MjAwNDwvWWVhcj48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</w:fldData>
        </w:fldChar>
      </w:r>
      <w:r w:rsidR="00BC7570">
        <w:rPr>
          <w:rFonts w:ascii="Times New Roman" w:hAnsi="Times New Roman"/>
          <w:sz w:val="24"/>
          <w:szCs w:val="24"/>
          <w:lang w:val="en-CA"/>
        </w:rPr>
        <w:instrText xml:space="preserve"> ADDIN EN.CITE.DATA </w:instrText>
      </w:r>
      <w:r w:rsidR="00BC7570">
        <w:rPr>
          <w:rFonts w:ascii="Times New Roman" w:hAnsi="Times New Roman"/>
          <w:sz w:val="24"/>
          <w:szCs w:val="24"/>
          <w:lang w:val="en-CA"/>
        </w:rPr>
      </w:r>
      <w:r w:rsidR="00BC7570">
        <w:rPr>
          <w:rFonts w:ascii="Times New Roman" w:hAnsi="Times New Roman"/>
          <w:sz w:val="24"/>
          <w:szCs w:val="24"/>
          <w:lang w:val="en-CA"/>
        </w:rPr>
        <w:fldChar w:fldCharType="end"/>
      </w:r>
      <w:r w:rsidR="00BC7570">
        <w:rPr>
          <w:rFonts w:ascii="Times New Roman" w:hAnsi="Times New Roman"/>
          <w:sz w:val="24"/>
          <w:szCs w:val="24"/>
          <w:lang w:val="en-CA"/>
        </w:rPr>
      </w:r>
      <w:r w:rsidR="00BC7570">
        <w:rPr>
          <w:rFonts w:ascii="Times New Roman" w:hAnsi="Times New Roman"/>
          <w:sz w:val="24"/>
          <w:szCs w:val="24"/>
          <w:lang w:val="en-CA"/>
        </w:rPr>
        <w:fldChar w:fldCharType="separate"/>
      </w:r>
      <w:r w:rsidR="00BC7570" w:rsidRPr="00BC7570">
        <w:rPr>
          <w:rFonts w:ascii="Times New Roman" w:hAnsi="Times New Roman"/>
          <w:noProof/>
          <w:sz w:val="24"/>
          <w:szCs w:val="24"/>
          <w:vertAlign w:val="superscript"/>
          <w:lang w:val="en-CA"/>
        </w:rPr>
        <w:t>15</w:t>
      </w:r>
      <w:r w:rsidR="00BC7570">
        <w:rPr>
          <w:rFonts w:ascii="Times New Roman" w:hAnsi="Times New Roman"/>
          <w:sz w:val="24"/>
          <w:szCs w:val="24"/>
          <w:lang w:val="en-CA"/>
        </w:rPr>
        <w:fldChar w:fldCharType="end"/>
      </w:r>
      <w:r w:rsidRPr="00551AC5">
        <w:rPr>
          <w:rFonts w:ascii="Times New Roman" w:hAnsi="Times New Roman"/>
          <w:sz w:val="24"/>
          <w:szCs w:val="24"/>
          <w:lang w:val="en-CA"/>
        </w:rPr>
        <w:t xml:space="preserve"> and oxygen evolution reaction</w:t>
      </w:r>
      <w:r w:rsidR="00BA51D4">
        <w:rPr>
          <w:rFonts w:ascii="Times New Roman" w:hAnsi="Times New Roman"/>
          <w:sz w:val="24"/>
          <w:szCs w:val="24"/>
          <w:lang w:val="en-CA"/>
        </w:rPr>
        <w:fldChar w:fldCharType="begin"/>
      </w:r>
      <w:r w:rsidR="00BA51D4">
        <w:rPr>
          <w:rFonts w:ascii="Times New Roman" w:hAnsi="Times New Roman"/>
          <w:sz w:val="24"/>
          <w:szCs w:val="24"/>
          <w:lang w:val="en-CA"/>
        </w:rPr>
        <w:instrText xml:space="preserve"> ADDIN EN.CITE &lt;EndNote&gt;&lt;Cite&gt;&lt;Author&gt;Rossmeisl&lt;/Author&gt;&lt;Year&gt;2007&lt;/Year&gt;&lt;RecNum&gt;10115&lt;/RecNum&gt;&lt;DisplayText&gt;&lt;style face="superscript"&gt;16&lt;/style&gt;&lt;/DisplayText&gt;&lt;record&gt;&lt;rec-number&gt;10115&lt;/rec-number&gt;&lt;foreign-keys&gt;&lt;key app="EN" db-id="9vxsett92f9p5gevzpo5satx9peas0srxp5e" timestamp="1517597201"&gt;10115&lt;/key&gt;&lt;/foreign-keys&gt;&lt;ref-type name="Journal Article"&gt;17&lt;/ref-type&gt;&lt;contributors&gt;&lt;authors&gt;&lt;author&gt;Rossmeisl, J.&lt;/author&gt;&lt;author&gt;Qu, Z. W.&lt;/author&gt;&lt;author&gt;Zhu, H.&lt;/author&gt;&lt;author&gt;Kroes, G. J.&lt;/author&gt;&lt;author&gt;Nørskov, J. K.&lt;/author&gt;&lt;/authors&gt;&lt;/contributors&gt;&lt;titles&gt;&lt;title&gt;Electrolysis of water on oxide surfaces&lt;/title&gt;&lt;secondary-title&gt;Journal of Electroanalytical Chemistry&lt;/secondary-title&gt;&lt;/titles&gt;&lt;periodical&gt;&lt;full-title&gt;Journal of Electroanalytical Chemistry&lt;/full-title&gt;&lt;abbr-1&gt;J. Electroanal. Chem.&lt;/abbr-1&gt;&lt;abbr-2&gt;J Electroanal Chem&lt;/abbr-2&gt;&lt;/periodical&gt;&lt;pages&gt;83-89&lt;/pages&gt;&lt;volume&gt;607&lt;/volume&gt;&lt;number&gt;1&lt;/number&gt;&lt;keywords&gt;&lt;keyword&gt;Electrolysis&lt;/keyword&gt;&lt;keyword&gt;Oxide surfaces&lt;/keyword&gt;&lt;keyword&gt;Density functional theory&lt;/keyword&gt;&lt;keyword&gt;Linear relations&lt;/keyword&gt;&lt;/keywords&gt;&lt;dates&gt;&lt;year&gt;2007&lt;/year&gt;&lt;pub-dates&gt;&lt;date&gt;2007/09/01/&lt;/date&gt;&lt;/pub-dates&gt;&lt;/dates&gt;&lt;isbn&gt;1572-6657&lt;/isbn&gt;&lt;urls&gt;&lt;related-urls&gt;&lt;url&gt;http://www.sciencedirect.com/science/article/pii/S0022072806006371&lt;/url&gt;&lt;url&gt;https://ac.els-cdn.com/S0022072806006371/1-s2.0-S0022072806006371-main.pdf?_tid=6e34dca4-0849-11e8-a282-00000aab0f27&amp;amp;acdnat=1517597391_32aaffe5e2b7a3641743568a3059eaec&lt;/url&gt;&lt;/related-urls&gt;&lt;/urls&gt;&lt;electronic-resource-num&gt;https://doi.org/10.1016/j.jelechem.2006.11.008&lt;/electronic-resource-num&gt;&lt;/record&gt;&lt;/Cite&gt;&lt;/EndNote&gt;</w:instrText>
      </w:r>
      <w:r w:rsidR="00BA51D4">
        <w:rPr>
          <w:rFonts w:ascii="Times New Roman" w:hAnsi="Times New Roman"/>
          <w:sz w:val="24"/>
          <w:szCs w:val="24"/>
          <w:lang w:val="en-CA"/>
        </w:rPr>
        <w:fldChar w:fldCharType="separate"/>
      </w:r>
      <w:r w:rsidR="00BA51D4" w:rsidRPr="00BA51D4">
        <w:rPr>
          <w:rFonts w:ascii="Times New Roman" w:hAnsi="Times New Roman"/>
          <w:noProof/>
          <w:sz w:val="24"/>
          <w:szCs w:val="24"/>
          <w:vertAlign w:val="superscript"/>
          <w:lang w:val="en-CA"/>
        </w:rPr>
        <w:t>16</w:t>
      </w:r>
      <w:r w:rsidR="00BA51D4">
        <w:rPr>
          <w:rFonts w:ascii="Times New Roman" w:hAnsi="Times New Roman"/>
          <w:sz w:val="24"/>
          <w:szCs w:val="24"/>
          <w:lang w:val="en-CA"/>
        </w:rPr>
        <w:fldChar w:fldCharType="end"/>
      </w:r>
      <w:r w:rsidRPr="00551AC5">
        <w:rPr>
          <w:rFonts w:ascii="Times New Roman" w:hAnsi="Times New Roman"/>
          <w:sz w:val="24"/>
          <w:szCs w:val="24"/>
          <w:lang w:val="en-CA"/>
        </w:rPr>
        <w:t xml:space="preserve"> by Nørskov and co-workers. Furthermore, the selectivity of CO</w:t>
      </w:r>
      <w:r w:rsidRPr="00551AC5">
        <w:rPr>
          <w:rFonts w:ascii="Times New Roman" w:hAnsi="Times New Roman"/>
          <w:sz w:val="24"/>
          <w:szCs w:val="24"/>
          <w:vertAlign w:val="subscript"/>
          <w:lang w:val="en-CA"/>
        </w:rPr>
        <w:t>2</w:t>
      </w:r>
      <w:r w:rsidRPr="00551AC5">
        <w:rPr>
          <w:rFonts w:ascii="Times New Roman" w:hAnsi="Times New Roman"/>
          <w:sz w:val="24"/>
          <w:szCs w:val="24"/>
          <w:lang w:val="en-CA"/>
        </w:rPr>
        <w:t>RR was also investigated using the intermediate energy by Koper</w:t>
      </w:r>
      <w:r w:rsidR="00BA51D4">
        <w:rPr>
          <w:rFonts w:ascii="Times New Roman" w:hAnsi="Times New Roman"/>
          <w:sz w:val="24"/>
          <w:szCs w:val="24"/>
          <w:lang w:val="en-CA"/>
        </w:rPr>
        <w:fldChar w:fldCharType="begin"/>
      </w:r>
      <w:r w:rsidR="00BA51D4">
        <w:rPr>
          <w:rFonts w:ascii="Times New Roman" w:hAnsi="Times New Roman"/>
          <w:sz w:val="24"/>
          <w:szCs w:val="24"/>
          <w:lang w:val="en-CA"/>
        </w:rPr>
        <w:instrText xml:space="preserve"> ADDIN EN.CITE &lt;EndNote&gt;&lt;Cite&gt;&lt;Author&gt;Calle-Vallejo&lt;/Author&gt;&lt;Year&gt;2013&lt;/Year&gt;&lt;RecNum&gt;9521&lt;/RecNum&gt;&lt;DisplayText&gt;&lt;style face="superscript"&gt;17&lt;/style&gt;&lt;/DisplayText&gt;&lt;record&gt;&lt;rec-number&gt;9521&lt;/rec-number&gt;&lt;foreign-keys&gt;&lt;key app="EN" db-id="9vxsett92f9p5gevzpo5satx9peas0srxp5e" timestamp="1498667855"&gt;9521&lt;/key&gt;&lt;/foreign-keys&gt;&lt;ref-type name="Journal Article"&gt;17&lt;/ref-type&gt;&lt;contributors&gt;&lt;authors&gt;&lt;author&gt;Calle-Vallejo, Federico&lt;/author&gt;&lt;author&gt;Koper, Marc T. M.&lt;/author&gt;&lt;/authors&gt;&lt;/contributors&gt;&lt;titles&gt;&lt;title&gt;&lt;style face="normal" font="default" size="100%"&gt;Theoretical Considerations on the Electroreduction of CO to C&lt;/style&gt;&lt;style face="subscript" font="default" size="100%"&gt;2&lt;/style&gt;&lt;style face="normal" font="default" size="100%"&gt; Species on Cu(100) Electrodes&lt;/style&gt;&lt;/title&gt;&lt;secondary-title&gt;Angewandte Chemie International Edition&lt;/secondary-title&gt;&lt;/titles&gt;&lt;periodical&gt;&lt;full-title&gt;Angewandte Chemie International Edition&lt;/full-title&gt;&lt;abbr-1&gt;Angew. Chem. Int. Ed.&lt;/abbr-1&gt;&lt;abbr-2&gt;Angew Chem Int Ed&lt;/abbr-2&gt;&lt;/periodical&gt;&lt;pages&gt;7282-7285&lt;/pages&gt;&lt;volume&gt;52&lt;/volume&gt;&lt;number&gt;28&lt;/number&gt;&lt;keywords&gt;&lt;keyword&gt;CO-Reduktion&lt;/keyword&gt;&lt;keyword&gt;CO2-Reduktion&lt;/keyword&gt;&lt;keyword&gt;DFT-Rechnungen&lt;/keyword&gt;&lt;keyword&gt;Elektrokatalyse&lt;/keyword&gt;&lt;keyword&gt;Reaktionspfade&lt;/keyword&gt;&lt;/keywords&gt;&lt;dates&gt;&lt;year&gt;2013&lt;/year&gt;&lt;/dates&gt;&lt;publisher&gt;WILEY-VCH Verlag&lt;/publisher&gt;&lt;isbn&gt;1521-3757&lt;/isbn&gt;&lt;urls&gt;&lt;related-urls&gt;&lt;url&gt;http://dx.doi.org/10.1002/ange.201301470&lt;/url&gt;&lt;url&gt;http://onlinelibrary.wiley.com/store/10.1002/ange.201301470/asset/7423_ftp.pdf?v=1&amp;amp;t=j4h85nvb&amp;amp;s=6aee923503af202dc30f0582662fabe494e78bdf&lt;/url&gt;&lt;/related-urls&gt;&lt;/urls&gt;&lt;electronic-resource-num&gt;10.1002/ange.201301470&lt;/electronic-resource-num&gt;&lt;/record&gt;&lt;/Cite&gt;&lt;/EndNote&gt;</w:instrText>
      </w:r>
      <w:r w:rsidR="00BA51D4">
        <w:rPr>
          <w:rFonts w:ascii="Times New Roman" w:hAnsi="Times New Roman"/>
          <w:sz w:val="24"/>
          <w:szCs w:val="24"/>
          <w:lang w:val="en-CA"/>
        </w:rPr>
        <w:fldChar w:fldCharType="separate"/>
      </w:r>
      <w:r w:rsidR="00BA51D4" w:rsidRPr="00BA51D4">
        <w:rPr>
          <w:rFonts w:ascii="Times New Roman" w:hAnsi="Times New Roman"/>
          <w:noProof/>
          <w:sz w:val="24"/>
          <w:szCs w:val="24"/>
          <w:vertAlign w:val="superscript"/>
          <w:lang w:val="en-CA"/>
        </w:rPr>
        <w:t>17</w:t>
      </w:r>
      <w:r w:rsidR="00BA51D4">
        <w:rPr>
          <w:rFonts w:ascii="Times New Roman" w:hAnsi="Times New Roman"/>
          <w:sz w:val="24"/>
          <w:szCs w:val="24"/>
          <w:lang w:val="en-CA"/>
        </w:rPr>
        <w:fldChar w:fldCharType="end"/>
      </w:r>
      <w:r w:rsidRPr="00551AC5">
        <w:rPr>
          <w:rFonts w:ascii="Times New Roman" w:hAnsi="Times New Roman"/>
          <w:sz w:val="24"/>
          <w:szCs w:val="24"/>
          <w:lang w:val="en-CA"/>
        </w:rPr>
        <w:t xml:space="preserve"> and Nørskov</w:t>
      </w:r>
      <w:r w:rsidR="006C7BAC">
        <w:rPr>
          <w:rFonts w:ascii="Times New Roman" w:hAnsi="Times New Roman"/>
          <w:sz w:val="24"/>
          <w:szCs w:val="24"/>
          <w:lang w:val="en-CA"/>
        </w:rPr>
        <w:fldChar w:fldCharType="begin"/>
      </w:r>
      <w:r w:rsidR="006C7BAC">
        <w:rPr>
          <w:rFonts w:ascii="Times New Roman" w:hAnsi="Times New Roman"/>
          <w:sz w:val="24"/>
          <w:szCs w:val="24"/>
          <w:lang w:val="en-CA"/>
        </w:rPr>
        <w:instrText xml:space="preserve"> ADDIN EN.CITE &lt;EndNote&gt;&lt;Cite&gt;&lt;Author&gt;Peterson&lt;/Author&gt;&lt;Year&gt;2010&lt;/Year&gt;&lt;RecNum&gt;10164&lt;/RecNum&gt;&lt;DisplayText&gt;&lt;style face="superscript"&gt;18&lt;/style&gt;&lt;/DisplayText&gt;&lt;record&gt;&lt;rec-number&gt;10164&lt;/rec-number&gt;&lt;foreign-keys&gt;&lt;key app="EN" db-id="9vxsett92f9p5gevzpo5satx9peas0srxp5e" timestamp="1526656376"&gt;10164&lt;/key&gt;&lt;/foreign-keys&gt;&lt;ref-type name="Journal Article"&gt;17&lt;/ref-type&gt;&lt;contributors&gt;&lt;authors&gt;&lt;author&gt;Peterson, Andrew A.&lt;/author&gt;&lt;author&gt;Abild-Pedersen, Frank&lt;/author&gt;&lt;author&gt;Studt, Felix&lt;/author&gt;&lt;author&gt;Rossmeisl, Jan&lt;/author&gt;&lt;author&gt;Norskov, Jens K.&lt;/author&gt;&lt;/authors&gt;&lt;/contributors&gt;&lt;titles&gt;&lt;title&gt;How copper catalyzes the electroreduction of carbon dioxide into hydrocarbon fuels&lt;/title&gt;&lt;secondary-title&gt;Energy &amp;amp; Environmental Science&lt;/secondary-title&gt;&lt;/titles&gt;&lt;periodical&gt;&lt;full-title&gt;Energy &amp;amp; Environmental Science&lt;/full-title&gt;&lt;abbr-1&gt;Energ. Environ. Sci.&lt;/abbr-1&gt;&lt;/periodical&gt;&lt;pages&gt;1311-1315&lt;/pages&gt;&lt;volume&gt;3&lt;/volume&gt;&lt;number&gt;9&lt;/number&gt;&lt;dates&gt;&lt;year&gt;2010&lt;/year&gt;&lt;/dates&gt;&lt;publisher&gt;The Royal Society of Chemistry&lt;/publisher&gt;&lt;isbn&gt;1754-5692&lt;/isbn&gt;&lt;work-type&gt;10.1039/C0EE00071J&lt;/work-type&gt;&lt;urls&gt;&lt;related-urls&gt;&lt;url&gt;http://dx.doi.org/10.1039/C0EE00071J&lt;/url&gt;&lt;url&gt;http://pubs.rsc.org/en/content/articlepdf/2010/ee/c0ee00071j&lt;/url&gt;&lt;/related-urls&gt;&lt;/urls&gt;&lt;electronic-resource-num&gt;10.1039/C0EE00071J&lt;/electronic-resource-num&gt;&lt;/record&gt;&lt;/Cite&gt;&lt;/EndNote&gt;</w:instrText>
      </w:r>
      <w:r w:rsidR="006C7BAC">
        <w:rPr>
          <w:rFonts w:ascii="Times New Roman" w:hAnsi="Times New Roman"/>
          <w:sz w:val="24"/>
          <w:szCs w:val="24"/>
          <w:lang w:val="en-CA"/>
        </w:rPr>
        <w:fldChar w:fldCharType="separate"/>
      </w:r>
      <w:r w:rsidR="006C7BAC" w:rsidRPr="006C7BAC">
        <w:rPr>
          <w:rFonts w:ascii="Times New Roman" w:hAnsi="Times New Roman"/>
          <w:noProof/>
          <w:sz w:val="24"/>
          <w:szCs w:val="24"/>
          <w:vertAlign w:val="superscript"/>
          <w:lang w:val="en-CA"/>
        </w:rPr>
        <w:t>18</w:t>
      </w:r>
      <w:r w:rsidR="006C7BAC">
        <w:rPr>
          <w:rFonts w:ascii="Times New Roman" w:hAnsi="Times New Roman"/>
          <w:sz w:val="24"/>
          <w:szCs w:val="24"/>
          <w:lang w:val="en-CA"/>
        </w:rPr>
        <w:fldChar w:fldCharType="end"/>
      </w:r>
      <w:r w:rsidRPr="00551AC5">
        <w:rPr>
          <w:rFonts w:ascii="Times New Roman" w:hAnsi="Times New Roman"/>
          <w:sz w:val="24"/>
          <w:szCs w:val="24"/>
          <w:lang w:val="en-CA"/>
        </w:rPr>
        <w:t xml:space="preserve">. Without the consideration of transition states, these papers reported reasonable reaction mechanisms. </w:t>
      </w:r>
    </w:p>
    <w:p w14:paraId="409E800A" w14:textId="71985A71" w:rsidR="007839F1" w:rsidRDefault="00551AC5" w:rsidP="00431F65">
      <w:pPr>
        <w:spacing w:line="480" w:lineRule="auto"/>
        <w:rPr>
          <w:rFonts w:ascii="Times New Roman" w:hAnsi="Times New Roman"/>
          <w:sz w:val="24"/>
          <w:szCs w:val="24"/>
          <w:lang w:val="en-CA"/>
        </w:rPr>
      </w:pPr>
      <w:r w:rsidRPr="00551AC5">
        <w:rPr>
          <w:rFonts w:ascii="Times New Roman" w:hAnsi="Times New Roman"/>
          <w:sz w:val="24"/>
          <w:szCs w:val="24"/>
          <w:lang w:val="en-CA"/>
        </w:rPr>
        <w:t>4. Calculating the transition states on large scales are extremely challenging using the current transition state location methods. The state-of-the-art nudged elastic band for transition state was estimated to take ~ 300 CPU hours (CPU-h), 15x slower than intermediate state calculation</w:t>
      </w:r>
      <w:r w:rsidR="00DC5E48">
        <w:rPr>
          <w:rFonts w:ascii="Times New Roman" w:hAnsi="Times New Roman"/>
          <w:sz w:val="24"/>
          <w:szCs w:val="24"/>
          <w:lang w:val="en-CA"/>
        </w:rPr>
        <w:fldChar w:fldCharType="begin"/>
      </w:r>
      <w:r w:rsidR="00DC5E48">
        <w:rPr>
          <w:rFonts w:ascii="Times New Roman" w:hAnsi="Times New Roman"/>
          <w:sz w:val="24"/>
          <w:szCs w:val="24"/>
          <w:lang w:val="en-CA"/>
        </w:rPr>
        <w:instrText xml:space="preserve"> ADDIN EN.CITE &lt;EndNote&gt;&lt;Cite&gt;&lt;Author&gt;Ulissi&lt;/Author&gt;&lt;Year&gt;2017&lt;/Year&gt;&lt;RecNum&gt;9506&lt;/RecNum&gt;&lt;DisplayText&gt;&lt;style face="superscript"&gt;19&lt;/style&gt;&lt;/DisplayText&gt;&lt;record&gt;&lt;rec-number&gt;9506&lt;/rec-number&gt;&lt;foreign-keys&gt;&lt;key app="EN" db-id="9vxsett92f9p5gevzpo5satx9peas0srxp5e" timestamp="1497216986"&gt;9506&lt;/key&gt;&lt;/foreign-keys&gt;&lt;ref-type name="Journal Article"&gt;17&lt;/ref-type&gt;&lt;contributors&gt;&lt;authors&gt;&lt;author&gt;Ulissi, Zachary W.&lt;/author&gt;&lt;author&gt;Medford, Andrew J.&lt;/author&gt;&lt;author&gt;Bligaard, Thomas&lt;/author&gt;&lt;author&gt;Nørskov, Jens K.&lt;/author&gt;&lt;/authors&gt;&lt;/contributors&gt;&lt;titles&gt;&lt;title&gt;To address surface reaction network complexity using scaling relations machine learning and DFT calculations&lt;/title&gt;&lt;secondary-title&gt;Nature Communication&lt;/secondary-title&gt;&lt;/titles&gt;&lt;periodical&gt;&lt;full-title&gt;Nature Communication&lt;/full-title&gt;&lt;abbr-1&gt;Nat. Commun.&lt;/abbr-1&gt;&lt;/periodical&gt;&lt;pages&gt;14621&lt;/pages&gt;&lt;volume&gt;8&lt;/volume&gt;&lt;dates&gt;&lt;year&gt;2017&lt;/year&gt;&lt;pub-dates&gt;&lt;date&gt;03/06/online&lt;/date&gt;&lt;/pub-dates&gt;&lt;/dates&gt;&lt;publisher&gt;The Author(s)&lt;/publisher&gt;&lt;work-type&gt;Article&lt;/work-type&gt;&lt;urls&gt;&lt;related-urls&gt;&lt;url&gt;http://dx.doi.org/10.1038/ncomms14621&lt;/url&gt;&lt;url&gt;http://www.nature.com/articles/ncomms14621.pdf&lt;/url&gt;&lt;/related-urls&gt;&lt;/urls&gt;&lt;electronic-resource-num&gt;10.1038/ncomms14621&amp;#xD;http://dharmasastra.live.cf.private.springer.com/articles/ncomms14621#supplementary-information&lt;/electronic-resource-num&gt;&lt;/record&gt;&lt;/Cite&gt;&lt;/EndNote&gt;</w:instrText>
      </w:r>
      <w:r w:rsidR="00DC5E48">
        <w:rPr>
          <w:rFonts w:ascii="Times New Roman" w:hAnsi="Times New Roman"/>
          <w:sz w:val="24"/>
          <w:szCs w:val="24"/>
          <w:lang w:val="en-CA"/>
        </w:rPr>
        <w:fldChar w:fldCharType="separate"/>
      </w:r>
      <w:r w:rsidR="00DC5E48" w:rsidRPr="00DC5E48">
        <w:rPr>
          <w:rFonts w:ascii="Times New Roman" w:hAnsi="Times New Roman"/>
          <w:noProof/>
          <w:sz w:val="24"/>
          <w:szCs w:val="24"/>
          <w:vertAlign w:val="superscript"/>
          <w:lang w:val="en-CA"/>
        </w:rPr>
        <w:t>19</w:t>
      </w:r>
      <w:r w:rsidR="00DC5E48">
        <w:rPr>
          <w:rFonts w:ascii="Times New Roman" w:hAnsi="Times New Roman"/>
          <w:sz w:val="24"/>
          <w:szCs w:val="24"/>
          <w:lang w:val="en-CA"/>
        </w:rPr>
        <w:fldChar w:fldCharType="end"/>
      </w:r>
      <w:r w:rsidR="00DC5E48">
        <w:rPr>
          <w:rFonts w:ascii="Times New Roman" w:hAnsi="Times New Roman"/>
          <w:sz w:val="24"/>
          <w:szCs w:val="24"/>
          <w:lang w:val="en-CA"/>
        </w:rPr>
        <w:t>.</w:t>
      </w:r>
      <w:r w:rsidRPr="00551AC5">
        <w:rPr>
          <w:rFonts w:ascii="Times New Roman" w:hAnsi="Times New Roman"/>
          <w:sz w:val="24"/>
          <w:szCs w:val="24"/>
          <w:lang w:val="en-CA"/>
        </w:rPr>
        <w:t xml:space="preserve"> Furthermore, each transition state requires more attempts with different </w:t>
      </w:r>
      <w:r w:rsidRPr="00551AC5">
        <w:rPr>
          <w:rFonts w:ascii="Times New Roman" w:hAnsi="Times New Roman"/>
          <w:sz w:val="24"/>
          <w:szCs w:val="24"/>
          <w:lang w:val="en-CA"/>
        </w:rPr>
        <w:lastRenderedPageBreak/>
        <w:t xml:space="preserve">orientations and reaction sites. Assuming that four orientations, x+, y+, x-, and y-, </w:t>
      </w:r>
      <w:r w:rsidR="007059CE">
        <w:rPr>
          <w:rFonts w:ascii="Times New Roman" w:hAnsi="Times New Roman"/>
          <w:sz w:val="24"/>
          <w:szCs w:val="24"/>
          <w:lang w:val="en-CA"/>
        </w:rPr>
        <w:t>on the</w:t>
      </w:r>
      <w:r w:rsidRPr="00551AC5">
        <w:rPr>
          <w:rFonts w:ascii="Times New Roman" w:hAnsi="Times New Roman"/>
          <w:sz w:val="24"/>
          <w:szCs w:val="24"/>
          <w:lang w:val="en-CA"/>
        </w:rPr>
        <w:t xml:space="preserve"> surface in the xy direction are considered, the total </w:t>
      </w:r>
      <w:r w:rsidR="007059CE">
        <w:rPr>
          <w:rFonts w:ascii="Times New Roman" w:hAnsi="Times New Roman"/>
          <w:sz w:val="24"/>
          <w:szCs w:val="24"/>
          <w:lang w:val="en-CA"/>
        </w:rPr>
        <w:t>resources</w:t>
      </w:r>
      <w:r w:rsidRPr="00551AC5">
        <w:rPr>
          <w:rFonts w:ascii="Times New Roman" w:hAnsi="Times New Roman"/>
          <w:sz w:val="24"/>
          <w:szCs w:val="24"/>
          <w:lang w:val="en-CA"/>
        </w:rPr>
        <w:t xml:space="preserve"> for the transition state calculations are estimated to be 4 (orientations) × 7 (3 sites for Cu(100) and 4 sites for Cu(111)) × 4506 (reaction numbers) × 300 (CPU-h in literature) = 37,850,400 CPU-h. With the current computational resources. Therefore, calculating the transition state is currently not feasible based on the current computational resources.</w:t>
      </w:r>
    </w:p>
    <w:p w14:paraId="7CD2A49F" w14:textId="6355DFCA" w:rsidR="00A931FD" w:rsidRDefault="00A931FD" w:rsidP="00431F65">
      <w:pPr>
        <w:spacing w:line="480" w:lineRule="auto"/>
        <w:rPr>
          <w:rFonts w:ascii="Times New Roman" w:hAnsi="Times New Roman"/>
          <w:sz w:val="24"/>
          <w:szCs w:val="24"/>
          <w:lang w:val="en-CA"/>
        </w:rPr>
      </w:pPr>
      <w:r w:rsidRPr="00324A62">
        <w:rPr>
          <w:rFonts w:ascii="Times New Roman" w:hAnsi="Times New Roman"/>
          <w:b/>
          <w:sz w:val="24"/>
          <w:szCs w:val="24"/>
          <w:lang w:val="en-CA"/>
        </w:rPr>
        <w:t>Codes.</w:t>
      </w:r>
      <w:r>
        <w:rPr>
          <w:rFonts w:ascii="Times New Roman" w:hAnsi="Times New Roman"/>
          <w:sz w:val="24"/>
          <w:szCs w:val="24"/>
          <w:lang w:val="en-CA"/>
        </w:rPr>
        <w:t xml:space="preserve"> </w:t>
      </w:r>
      <w:r w:rsidR="00324A62" w:rsidRPr="00324A62">
        <w:rPr>
          <w:rFonts w:ascii="Times New Roman" w:hAnsi="Times New Roman"/>
          <w:sz w:val="24"/>
          <w:szCs w:val="24"/>
          <w:lang w:val="en-CA"/>
        </w:rPr>
        <w:t>We used Catkit</w:t>
      </w:r>
      <w:r w:rsidR="00AF3406">
        <w:rPr>
          <w:rFonts w:ascii="Times New Roman" w:hAnsi="Times New Roman"/>
          <w:sz w:val="24"/>
          <w:szCs w:val="24"/>
          <w:lang w:val="en-CA"/>
        </w:rPr>
        <w:t xml:space="preserve"> (</w:t>
      </w:r>
      <w:r w:rsidR="00AF3406" w:rsidRPr="00AF3406">
        <w:rPr>
          <w:rFonts w:ascii="Times New Roman" w:hAnsi="Times New Roman"/>
          <w:sz w:val="24"/>
          <w:szCs w:val="24"/>
          <w:lang w:val="en-CA"/>
        </w:rPr>
        <w:t>github.com/SUNCAT-Center/CatKit</w:t>
      </w:r>
      <w:r w:rsidR="00AF3406">
        <w:rPr>
          <w:rFonts w:ascii="Times New Roman" w:hAnsi="Times New Roman"/>
          <w:sz w:val="24"/>
          <w:szCs w:val="24"/>
          <w:lang w:val="en-CA"/>
        </w:rPr>
        <w:t>)</w:t>
      </w:r>
      <w:r w:rsidR="00324A62" w:rsidRPr="00324A62">
        <w:rPr>
          <w:rFonts w:ascii="Times New Roman" w:hAnsi="Times New Roman"/>
          <w:sz w:val="24"/>
          <w:szCs w:val="24"/>
          <w:lang w:val="en-CA"/>
        </w:rPr>
        <w:t xml:space="preserve"> for the graph-based enumeration, RDkit</w:t>
      </w:r>
      <w:r w:rsidR="00AF3406">
        <w:rPr>
          <w:rFonts w:ascii="Times New Roman" w:hAnsi="Times New Roman"/>
          <w:sz w:val="24"/>
          <w:szCs w:val="24"/>
          <w:lang w:val="en-CA"/>
        </w:rPr>
        <w:t xml:space="preserve"> (</w:t>
      </w:r>
      <w:r w:rsidR="00AF3406" w:rsidRPr="00AF3406">
        <w:rPr>
          <w:rFonts w:ascii="Times New Roman" w:hAnsi="Times New Roman"/>
          <w:sz w:val="24"/>
          <w:szCs w:val="24"/>
          <w:lang w:val="en-CA"/>
        </w:rPr>
        <w:t>www.rdkit.org</w:t>
      </w:r>
      <w:r w:rsidR="00AF3406">
        <w:rPr>
          <w:rFonts w:ascii="Times New Roman" w:hAnsi="Times New Roman"/>
          <w:sz w:val="24"/>
          <w:szCs w:val="24"/>
          <w:lang w:val="en-CA"/>
        </w:rPr>
        <w:t>)</w:t>
      </w:r>
      <w:r w:rsidR="00324A62" w:rsidRPr="00324A62">
        <w:rPr>
          <w:rFonts w:ascii="Times New Roman" w:hAnsi="Times New Roman"/>
          <w:sz w:val="24"/>
          <w:szCs w:val="24"/>
          <w:lang w:val="en-CA"/>
        </w:rPr>
        <w:t xml:space="preserve"> for drawing the </w:t>
      </w:r>
      <w:r w:rsidR="00AF3406">
        <w:rPr>
          <w:rFonts w:ascii="Times New Roman" w:hAnsi="Times New Roman"/>
          <w:sz w:val="24"/>
          <w:szCs w:val="24"/>
          <w:lang w:val="en-CA"/>
        </w:rPr>
        <w:t xml:space="preserve">species </w:t>
      </w:r>
      <w:r w:rsidR="00324A62" w:rsidRPr="00324A62">
        <w:rPr>
          <w:rFonts w:ascii="Times New Roman" w:hAnsi="Times New Roman"/>
          <w:sz w:val="24"/>
          <w:szCs w:val="24"/>
          <w:lang w:val="en-CA"/>
        </w:rPr>
        <w:t xml:space="preserve">structures, networkx </w:t>
      </w:r>
      <w:r w:rsidR="00617880">
        <w:rPr>
          <w:rFonts w:ascii="Times New Roman" w:hAnsi="Times New Roman"/>
          <w:sz w:val="24"/>
          <w:szCs w:val="24"/>
          <w:lang w:val="en-CA"/>
        </w:rPr>
        <w:t>(</w:t>
      </w:r>
      <w:r w:rsidR="00617880" w:rsidRPr="00617880">
        <w:rPr>
          <w:rFonts w:ascii="Times New Roman" w:hAnsi="Times New Roman"/>
          <w:sz w:val="24"/>
          <w:szCs w:val="24"/>
          <w:lang w:val="en-CA"/>
        </w:rPr>
        <w:t>networkx.github.io</w:t>
      </w:r>
      <w:r w:rsidR="00617880">
        <w:rPr>
          <w:rFonts w:ascii="Times New Roman" w:hAnsi="Times New Roman"/>
          <w:sz w:val="24"/>
          <w:szCs w:val="24"/>
          <w:lang w:val="en-CA"/>
        </w:rPr>
        <w:t xml:space="preserve">) </w:t>
      </w:r>
      <w:r w:rsidR="00324A62" w:rsidRPr="00324A62">
        <w:rPr>
          <w:rFonts w:ascii="Times New Roman" w:hAnsi="Times New Roman"/>
          <w:sz w:val="24"/>
          <w:szCs w:val="24"/>
          <w:lang w:val="en-CA"/>
        </w:rPr>
        <w:t xml:space="preserve">and Gelphi </w:t>
      </w:r>
      <w:r w:rsidR="00617880">
        <w:rPr>
          <w:rFonts w:ascii="Times New Roman" w:hAnsi="Times New Roman"/>
          <w:sz w:val="24"/>
          <w:szCs w:val="24"/>
          <w:lang w:val="en-CA"/>
        </w:rPr>
        <w:t>(</w:t>
      </w:r>
      <w:r w:rsidR="00617880" w:rsidRPr="00617880">
        <w:rPr>
          <w:rFonts w:ascii="Times New Roman" w:hAnsi="Times New Roman"/>
          <w:sz w:val="24"/>
          <w:szCs w:val="24"/>
          <w:lang w:val="en-CA"/>
        </w:rPr>
        <w:t>gephi.org</w:t>
      </w:r>
      <w:r w:rsidR="00617880">
        <w:rPr>
          <w:rFonts w:ascii="Times New Roman" w:hAnsi="Times New Roman"/>
          <w:sz w:val="24"/>
          <w:szCs w:val="24"/>
          <w:lang w:val="en-CA"/>
        </w:rPr>
        <w:t xml:space="preserve">) </w:t>
      </w:r>
      <w:r w:rsidR="00324A62" w:rsidRPr="00324A62">
        <w:rPr>
          <w:rFonts w:ascii="Times New Roman" w:hAnsi="Times New Roman"/>
          <w:sz w:val="24"/>
          <w:szCs w:val="24"/>
          <w:lang w:val="en-CA"/>
        </w:rPr>
        <w:t>to draw the reaction graph</w:t>
      </w:r>
      <w:r w:rsidR="00617880">
        <w:rPr>
          <w:rFonts w:ascii="Times New Roman" w:hAnsi="Times New Roman"/>
          <w:sz w:val="24"/>
          <w:szCs w:val="24"/>
          <w:lang w:val="en-CA"/>
        </w:rPr>
        <w:t>s</w:t>
      </w:r>
      <w:r w:rsidR="00324A62" w:rsidRPr="00324A62">
        <w:rPr>
          <w:rFonts w:ascii="Times New Roman" w:hAnsi="Times New Roman"/>
          <w:sz w:val="24"/>
          <w:szCs w:val="24"/>
          <w:lang w:val="en-CA"/>
        </w:rPr>
        <w:t>.</w:t>
      </w:r>
    </w:p>
    <w:p w14:paraId="019F93BA" w14:textId="59A2FA2A" w:rsidR="00CF02BF" w:rsidRPr="00CF02BF" w:rsidRDefault="00423BD1" w:rsidP="00CF02BF">
      <w:pPr>
        <w:spacing w:line="480" w:lineRule="auto"/>
        <w:rPr>
          <w:rFonts w:ascii="Times New Roman" w:hAnsi="Times New Roman"/>
          <w:bCs/>
          <w:sz w:val="24"/>
          <w:szCs w:val="24"/>
          <w:lang w:val="en-CA"/>
        </w:rPr>
      </w:pPr>
      <w:r w:rsidRPr="00CF02BF">
        <w:rPr>
          <w:rFonts w:ascii="Times New Roman" w:hAnsi="Times New Roman"/>
          <w:b/>
          <w:sz w:val="24"/>
          <w:szCs w:val="24"/>
          <w:lang w:val="en-CA"/>
        </w:rPr>
        <w:t>Enviroment effects.</w:t>
      </w:r>
      <w:r w:rsidR="00CF02BF" w:rsidRPr="00CF02BF">
        <w:rPr>
          <w:rFonts w:ascii="Times New Roman" w:hAnsi="Times New Roman"/>
          <w:bCs/>
          <w:color w:val="4472C4" w:themeColor="accent1"/>
          <w:sz w:val="24"/>
          <w:szCs w:val="24"/>
          <w:lang w:val="en-CA"/>
        </w:rPr>
        <w:t xml:space="preserve"> </w:t>
      </w:r>
      <w:r w:rsidR="00CF02BF">
        <w:rPr>
          <w:rFonts w:ascii="Times New Roman" w:hAnsi="Times New Roman"/>
          <w:bCs/>
          <w:sz w:val="24"/>
          <w:szCs w:val="24"/>
          <w:lang w:val="en-CA"/>
        </w:rPr>
        <w:t>T</w:t>
      </w:r>
      <w:r w:rsidR="00CF02BF" w:rsidRPr="00CF02BF">
        <w:rPr>
          <w:rFonts w:ascii="Times New Roman" w:hAnsi="Times New Roman"/>
          <w:bCs/>
          <w:sz w:val="24"/>
          <w:szCs w:val="24"/>
          <w:lang w:val="en-CA"/>
        </w:rPr>
        <w:t>here are several methods to consider the environment effects, including (i) the ab initio molecular dynamics with biased sampling method</w:t>
      </w:r>
      <w:r w:rsidR="003701F2">
        <w:rPr>
          <w:rFonts w:ascii="Times New Roman" w:hAnsi="Times New Roman"/>
          <w:bCs/>
          <w:sz w:val="24"/>
          <w:szCs w:val="24"/>
          <w:lang w:val="en-CA"/>
        </w:rPr>
        <w:fldChar w:fldCharType="begin"/>
      </w:r>
      <w:r w:rsidR="003701F2">
        <w:rPr>
          <w:rFonts w:ascii="Times New Roman" w:hAnsi="Times New Roman"/>
          <w:bCs/>
          <w:sz w:val="24"/>
          <w:szCs w:val="24"/>
          <w:lang w:val="en-CA"/>
        </w:rPr>
        <w:instrText xml:space="preserve"> ADDIN EN.CITE &lt;EndNote&gt;&lt;Cite&gt;&lt;Author&gt;Cheng&lt;/Author&gt;&lt;Year&gt;2017&lt;/Year&gt;&lt;RecNum&gt;10484&lt;/RecNum&gt;&lt;DisplayText&gt;&lt;style face="superscript"&gt;12&lt;/style&gt;&lt;/DisplayText&gt;&lt;record&gt;&lt;rec-number&gt;10484&lt;/rec-number&gt;&lt;foreign-keys&gt;&lt;key app="EN" db-id="9vxsett92f9p5gevzpo5satx9peas0srxp5e" timestamp="1542739537"&gt;10484&lt;/key&gt;&lt;/foreign-keys&gt;&lt;ref-type name="Journal Article"&gt;17&lt;/ref-type&gt;&lt;contributors&gt;&lt;authors&gt;&lt;author&gt;Cheng, T.&lt;/author&gt;&lt;author&gt;Xiao, H.&lt;/author&gt;&lt;author&gt;Goddard, W. A.&lt;/author&gt;&lt;/authors&gt;&lt;/contributors&gt;&lt;auth-address&gt;Joint Center for Artificial Photosynthesis, California Institute of Technology, Pasadena, CA 91125.&amp;#xD;Materials and Process Simulation Center (MC139-74), California Institute of Technology, Pasadena, CA 91125.&amp;#xD;Joint Center for Artificial Photosynthesis, California Institute of Technology, Pasadena, CA 91125; wag@wag.caltech.edu.&lt;/auth-address&gt;&lt;titles&gt;&lt;title&gt;Full atomistic reaction mechanism with kinetics for CO reduction on Cu(100) from ab initio molecular dynamics free-energy calculations at 298 K&lt;/title&gt;&lt;secondary-title&gt;Proceedings of the National Academy of Sciences of the United States of America&lt;/secondary-title&gt;&lt;/titles&gt;&lt;periodical&gt;&lt;full-title&gt;Proceedings of the National Academy of Sciences of the United States of America&lt;/full-title&gt;&lt;abbr-1&gt;Proc. Natl. Acad. Sci. U. S. A.&lt;/abbr-1&gt;&lt;abbr-2&gt;Proc Natl Acad Sci U S A&lt;/abbr-2&gt;&lt;/periodical&gt;&lt;pages&gt;1795-1800&lt;/pages&gt;&lt;volume&gt;114&lt;/volume&gt;&lt;number&gt;8&lt;/number&gt;&lt;edition&gt;2017/02/09&lt;/edition&gt;&lt;keywords&gt;&lt;keyword&gt;*QM metadynamics&lt;/keyword&gt;&lt;keyword&gt;*copper&lt;/keyword&gt;&lt;keyword&gt;*electrocatalysis&lt;/keyword&gt;&lt;keyword&gt;*free-energy reaction barriers&lt;/keyword&gt;&lt;keyword&gt;*reaction mechanism&lt;/keyword&gt;&lt;/keywords&gt;&lt;dates&gt;&lt;year&gt;2017&lt;/year&gt;&lt;pub-dates&gt;&lt;date&gt;Feb 21&lt;/date&gt;&lt;/pub-dates&gt;&lt;/dates&gt;&lt;isbn&gt;1091-6490 (Electronic)&amp;#xD;0027-8424 (Linking)&lt;/isbn&gt;&lt;accession-num&gt;28167767&lt;/accession-num&gt;&lt;urls&gt;&lt;related-urls&gt;&lt;url&gt;https://www.ncbi.nlm.nih.gov/pubmed/28167767&lt;/url&gt;&lt;/related-urls&gt;&lt;/urls&gt;&lt;custom2&gt;PMC5338443&lt;/custom2&gt;&lt;electronic-resource-num&gt;10.1073/pnas.1612106114&lt;/electronic-resource-num&gt;&lt;/record&gt;&lt;/Cite&gt;&lt;/EndNote&gt;</w:instrText>
      </w:r>
      <w:r w:rsidR="003701F2">
        <w:rPr>
          <w:rFonts w:ascii="Times New Roman" w:hAnsi="Times New Roman"/>
          <w:bCs/>
          <w:sz w:val="24"/>
          <w:szCs w:val="24"/>
          <w:lang w:val="en-CA"/>
        </w:rPr>
        <w:fldChar w:fldCharType="separate"/>
      </w:r>
      <w:r w:rsidR="003701F2" w:rsidRPr="003701F2">
        <w:rPr>
          <w:rFonts w:ascii="Times New Roman" w:hAnsi="Times New Roman"/>
          <w:bCs/>
          <w:noProof/>
          <w:sz w:val="24"/>
          <w:szCs w:val="24"/>
          <w:vertAlign w:val="superscript"/>
          <w:lang w:val="en-CA"/>
        </w:rPr>
        <w:t>12</w:t>
      </w:r>
      <w:r w:rsidR="003701F2">
        <w:rPr>
          <w:rFonts w:ascii="Times New Roman" w:hAnsi="Times New Roman"/>
          <w:bCs/>
          <w:sz w:val="24"/>
          <w:szCs w:val="24"/>
          <w:lang w:val="en-CA"/>
        </w:rPr>
        <w:fldChar w:fldCharType="end"/>
      </w:r>
      <w:r w:rsidR="003701F2">
        <w:rPr>
          <w:rFonts w:ascii="Times New Roman" w:hAnsi="Times New Roman"/>
          <w:bCs/>
          <w:sz w:val="24"/>
          <w:szCs w:val="24"/>
          <w:lang w:val="en-CA"/>
        </w:rPr>
        <w:t xml:space="preserve">, </w:t>
      </w:r>
      <w:r w:rsidR="00CF02BF" w:rsidRPr="00CF02BF">
        <w:rPr>
          <w:rFonts w:ascii="Times New Roman" w:hAnsi="Times New Roman"/>
          <w:bCs/>
          <w:sz w:val="24"/>
          <w:szCs w:val="24"/>
          <w:lang w:val="en-CA"/>
        </w:rPr>
        <w:t>(ii) the grand canonical quantum mechanics (GCQM) method</w:t>
      </w:r>
      <w:r w:rsidR="00832179">
        <w:rPr>
          <w:rFonts w:ascii="Times New Roman" w:hAnsi="Times New Roman"/>
          <w:bCs/>
          <w:sz w:val="24"/>
          <w:szCs w:val="24"/>
          <w:lang w:val="en-CA"/>
        </w:rPr>
        <w:fldChar w:fldCharType="begin">
          <w:fldData xml:space="preserve">PEVuZE5vdGU+PENpdGU+PEF1dGhvcj5YaWFvPC9BdXRob3I+PFllYXI+MjAxNzwvWWVhcj48UmVj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</w:fldData>
        </w:fldChar>
      </w:r>
      <w:r w:rsidR="00832179">
        <w:rPr>
          <w:rFonts w:ascii="Times New Roman" w:hAnsi="Times New Roman"/>
          <w:bCs/>
          <w:sz w:val="24"/>
          <w:szCs w:val="24"/>
          <w:lang w:val="en-CA"/>
        </w:rPr>
        <w:instrText xml:space="preserve"> ADDIN EN.CITE </w:instrText>
      </w:r>
      <w:r w:rsidR="00832179">
        <w:rPr>
          <w:rFonts w:ascii="Times New Roman" w:hAnsi="Times New Roman"/>
          <w:bCs/>
          <w:sz w:val="24"/>
          <w:szCs w:val="24"/>
          <w:lang w:val="en-CA"/>
        </w:rPr>
        <w:fldChar w:fldCharType="begin">
          <w:fldData xml:space="preserve">PEVuZE5vdGU+PENpdGU+PEF1dGhvcj5YaWFvPC9BdXRob3I+PFllYXI+MjAxNzwvWWVhcj48UmVj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</w:fldData>
        </w:fldChar>
      </w:r>
      <w:r w:rsidR="00832179">
        <w:rPr>
          <w:rFonts w:ascii="Times New Roman" w:hAnsi="Times New Roman"/>
          <w:bCs/>
          <w:sz w:val="24"/>
          <w:szCs w:val="24"/>
          <w:lang w:val="en-CA"/>
        </w:rPr>
        <w:instrText xml:space="preserve"> ADDIN EN.CITE.DATA </w:instrText>
      </w:r>
      <w:r w:rsidR="00832179">
        <w:rPr>
          <w:rFonts w:ascii="Times New Roman" w:hAnsi="Times New Roman"/>
          <w:bCs/>
          <w:sz w:val="24"/>
          <w:szCs w:val="24"/>
          <w:lang w:val="en-CA"/>
        </w:rPr>
      </w:r>
      <w:r w:rsidR="00832179">
        <w:rPr>
          <w:rFonts w:ascii="Times New Roman" w:hAnsi="Times New Roman"/>
          <w:bCs/>
          <w:sz w:val="24"/>
          <w:szCs w:val="24"/>
          <w:lang w:val="en-CA"/>
        </w:rPr>
        <w:fldChar w:fldCharType="end"/>
      </w:r>
      <w:r w:rsidR="00832179">
        <w:rPr>
          <w:rFonts w:ascii="Times New Roman" w:hAnsi="Times New Roman"/>
          <w:bCs/>
          <w:sz w:val="24"/>
          <w:szCs w:val="24"/>
          <w:lang w:val="en-CA"/>
        </w:rPr>
      </w:r>
      <w:r w:rsidR="00832179">
        <w:rPr>
          <w:rFonts w:ascii="Times New Roman" w:hAnsi="Times New Roman"/>
          <w:bCs/>
          <w:sz w:val="24"/>
          <w:szCs w:val="24"/>
          <w:lang w:val="en-CA"/>
        </w:rPr>
        <w:fldChar w:fldCharType="separate"/>
      </w:r>
      <w:r w:rsidR="00832179" w:rsidRPr="00832179">
        <w:rPr>
          <w:rFonts w:ascii="Times New Roman" w:hAnsi="Times New Roman"/>
          <w:bCs/>
          <w:noProof/>
          <w:sz w:val="24"/>
          <w:szCs w:val="24"/>
          <w:vertAlign w:val="superscript"/>
          <w:lang w:val="en-CA"/>
        </w:rPr>
        <w:t>20,21</w:t>
      </w:r>
      <w:r w:rsidR="00832179">
        <w:rPr>
          <w:rFonts w:ascii="Times New Roman" w:hAnsi="Times New Roman"/>
          <w:bCs/>
          <w:sz w:val="24"/>
          <w:szCs w:val="24"/>
          <w:lang w:val="en-CA"/>
        </w:rPr>
        <w:fldChar w:fldCharType="end"/>
      </w:r>
      <w:r w:rsidR="00CF02BF" w:rsidRPr="00CF02BF">
        <w:rPr>
          <w:rFonts w:ascii="Times New Roman" w:hAnsi="Times New Roman"/>
          <w:bCs/>
          <w:sz w:val="24"/>
          <w:szCs w:val="24"/>
          <w:lang w:val="en-CA"/>
        </w:rPr>
        <w:t>, and (iii) charged water model using global optimization method</w:t>
      </w:r>
      <w:r w:rsidR="00DD3D54">
        <w:rPr>
          <w:rFonts w:ascii="Times New Roman" w:hAnsi="Times New Roman"/>
          <w:bCs/>
          <w:sz w:val="24"/>
          <w:szCs w:val="24"/>
          <w:lang w:val="en-CA"/>
        </w:rPr>
        <w:fldChar w:fldCharType="begin"/>
      </w:r>
      <w:r w:rsidR="00DD3D54">
        <w:rPr>
          <w:rFonts w:ascii="Times New Roman" w:hAnsi="Times New Roman"/>
          <w:bCs/>
          <w:sz w:val="24"/>
          <w:szCs w:val="24"/>
          <w:lang w:val="en-CA"/>
        </w:rPr>
        <w:instrText xml:space="preserve"> ADDIN EN.CITE &lt;EndNote&gt;&lt;Cite&gt;&lt;Author&gt;Montoya&lt;/Author&gt;&lt;Year&gt;2015&lt;/Year&gt;&lt;RecNum&gt;9520&lt;/RecNum&gt;&lt;DisplayText&gt;&lt;style face="superscript"&gt;11&lt;/style&gt;&lt;/DisplayText&gt;&lt;record&gt;&lt;rec-number&gt;9520&lt;/rec-number&gt;&lt;foreign-keys&gt;&lt;key app="EN" db-id="9vxsett92f9p5gevzpo5satx9peas0srxp5e" timestamp="1498667227"&gt;9520&lt;/key&gt;&lt;/foreign-keys&gt;&lt;ref-type name="Journal Article"&gt;17&lt;/ref-type&gt;&lt;contributors&gt;&lt;authors&gt;&lt;author&gt;Montoya, Joseph H.&lt;/author&gt;&lt;author&gt;Shi, Chuan&lt;/author&gt;&lt;author&gt;Chan, Karen&lt;/author&gt;&lt;author&gt;Nørskov, Jens K.&lt;/author&gt;&lt;/authors&gt;&lt;/contributors&gt;&lt;titles&gt;&lt;title&gt;&lt;style face="normal" font="default" size="100%"&gt;Theoretical Insights into a CO Dimerization Mechanism in CO&lt;/style&gt;&lt;style face="subscript" font="default" size="100%"&gt;2&lt;/style&gt;&lt;style face="normal" font="default" size="100%"&gt; Electroreduction&lt;/style&gt;&lt;/title&gt;&lt;secondary-title&gt;The Journal of Physical Chemistry Letters&lt;/secondary-title&gt;&lt;/titles&gt;&lt;periodical&gt;&lt;full-title&gt;The Journal of Physical Chemistry Letters&lt;/full-title&gt;&lt;abbr-1&gt;J. Phys. Chem. Lett.&lt;/abbr-1&gt;&lt;/periodical&gt;&lt;pages&gt;2032-2037&lt;/pages&gt;&lt;volume&gt;6&lt;/volume&gt;&lt;number&gt;11&lt;/number&gt;&lt;dates&gt;&lt;year&gt;2015&lt;/year&gt;&lt;pub-dates&gt;&lt;date&gt;2015/06/04&lt;/date&gt;&lt;/pub-dates&gt;&lt;/dates&gt;&lt;publisher&gt;American Chemical Society&lt;/publisher&gt;&lt;isbn&gt;1948-7185&lt;/isbn&gt;&lt;urls&gt;&lt;related-urls&gt;&lt;url&gt;http://dx.doi.org/10.1021/acs.jpclett.5b00722&lt;/url&gt;&lt;url&gt;http://pubs.acs.org/doi/pdfplus/10.1021/acs.jpclett.5b00722&lt;/url&gt;&lt;/related-urls&gt;&lt;/urls&gt;&lt;electronic-resource-num&gt;10.1021/acs.jpclett.5b00722&lt;/electronic-resource-num&gt;&lt;/record&gt;&lt;/Cite&gt;&lt;/EndNote&gt;</w:instrText>
      </w:r>
      <w:r w:rsidR="00DD3D54">
        <w:rPr>
          <w:rFonts w:ascii="Times New Roman" w:hAnsi="Times New Roman"/>
          <w:bCs/>
          <w:sz w:val="24"/>
          <w:szCs w:val="24"/>
          <w:lang w:val="en-CA"/>
        </w:rPr>
        <w:fldChar w:fldCharType="separate"/>
      </w:r>
      <w:r w:rsidR="00DD3D54" w:rsidRPr="00DD3D54">
        <w:rPr>
          <w:rFonts w:ascii="Times New Roman" w:hAnsi="Times New Roman"/>
          <w:bCs/>
          <w:noProof/>
          <w:sz w:val="24"/>
          <w:szCs w:val="24"/>
          <w:vertAlign w:val="superscript"/>
          <w:lang w:val="en-CA"/>
        </w:rPr>
        <w:t>11</w:t>
      </w:r>
      <w:r w:rsidR="00DD3D54">
        <w:rPr>
          <w:rFonts w:ascii="Times New Roman" w:hAnsi="Times New Roman"/>
          <w:bCs/>
          <w:sz w:val="24"/>
          <w:szCs w:val="24"/>
          <w:lang w:val="en-CA"/>
        </w:rPr>
        <w:fldChar w:fldCharType="end"/>
      </w:r>
      <w:r w:rsidR="00CF02BF" w:rsidRPr="00CF02BF">
        <w:rPr>
          <w:rFonts w:ascii="Times New Roman" w:hAnsi="Times New Roman"/>
          <w:bCs/>
          <w:sz w:val="24"/>
          <w:szCs w:val="24"/>
          <w:lang w:val="en-CA"/>
        </w:rPr>
        <w:t>.</w:t>
      </w:r>
    </w:p>
    <w:p w14:paraId="7077406A" w14:textId="048214C0" w:rsidR="00423BD1" w:rsidRPr="0053596E" w:rsidRDefault="00DD3D54" w:rsidP="00431F65">
      <w:pPr>
        <w:spacing w:line="480" w:lineRule="auto"/>
        <w:rPr>
          <w:rFonts w:ascii="Times New Roman" w:hAnsi="Times New Roman"/>
          <w:bCs/>
          <w:sz w:val="24"/>
          <w:szCs w:val="24"/>
          <w:lang w:val="en-CA"/>
        </w:rPr>
      </w:pPr>
      <w:r>
        <w:rPr>
          <w:rFonts w:ascii="Times New Roman" w:hAnsi="Times New Roman"/>
          <w:bCs/>
          <w:sz w:val="24"/>
          <w:szCs w:val="24"/>
          <w:lang w:val="en-CA"/>
        </w:rPr>
        <w:t>As comparision, w</w:t>
      </w:r>
      <w:r w:rsidR="00CF02BF" w:rsidRPr="00CF02BF">
        <w:rPr>
          <w:rFonts w:ascii="Times New Roman" w:hAnsi="Times New Roman"/>
          <w:bCs/>
          <w:sz w:val="24"/>
          <w:szCs w:val="24"/>
          <w:lang w:val="en-CA"/>
        </w:rPr>
        <w:t>e implemented the GCQM method, which consider</w:t>
      </w:r>
      <w:r>
        <w:rPr>
          <w:rFonts w:ascii="Times New Roman" w:hAnsi="Times New Roman"/>
          <w:bCs/>
          <w:sz w:val="24"/>
          <w:szCs w:val="24"/>
          <w:lang w:val="en-CA"/>
        </w:rPr>
        <w:t>s</w:t>
      </w:r>
      <w:r w:rsidR="00CF02BF" w:rsidRPr="00CF02BF">
        <w:rPr>
          <w:rFonts w:ascii="Times New Roman" w:hAnsi="Times New Roman"/>
          <w:bCs/>
          <w:sz w:val="24"/>
          <w:szCs w:val="24"/>
          <w:lang w:val="en-CA"/>
        </w:rPr>
        <w:t xml:space="preserve"> the effect of potential, solvent, and ions all together. We used JDFTx</w:t>
      </w:r>
      <w:r w:rsidR="00C6411F">
        <w:rPr>
          <w:rFonts w:ascii="Times New Roman" w:hAnsi="Times New Roman"/>
          <w:bCs/>
          <w:sz w:val="24"/>
          <w:szCs w:val="24"/>
          <w:lang w:val="en-CA"/>
        </w:rPr>
        <w:fldChar w:fldCharType="begin"/>
      </w:r>
      <w:r w:rsidR="00C6411F">
        <w:rPr>
          <w:rFonts w:ascii="Times New Roman" w:hAnsi="Times New Roman"/>
          <w:bCs/>
          <w:sz w:val="24"/>
          <w:szCs w:val="24"/>
          <w:lang w:val="en-CA"/>
        </w:rPr>
        <w:instrText xml:space="preserve"> ADDIN EN.CITE &lt;EndNote&gt;&lt;Cite&gt;&lt;Author&gt;Sundararaman&lt;/Author&gt;&lt;Year&gt;2017&lt;/Year&gt;&lt;RecNum&gt;10231&lt;/RecNum&gt;&lt;DisplayText&gt;&lt;style face="superscript"&gt;22&lt;/style&gt;&lt;/DisplayText&gt;&lt;record&gt;&lt;rec-number&gt;10231&lt;/rec-number&gt;&lt;foreign-keys&gt;&lt;key app="EN" db-id="9vxsett92f9p5gevzpo5satx9peas0srxp5e" timestamp="1540404657"&gt;10231&lt;/key&gt;&lt;/foreign-keys&gt;&lt;ref-type name="Journal Article"&gt;17&lt;/ref-type&gt;&lt;contributors&gt;&lt;authors&gt;&lt;author&gt;Sundararaman, Ravishankar&lt;/author&gt;&lt;author&gt;Letchworth-Weaver, Kendra&lt;/author&gt;&lt;author&gt;Schwarz, Kathleen A.&lt;/author&gt;&lt;author&gt;Gunceler, Deniz&lt;/author&gt;&lt;author&gt;Ozhabes, Yalcin&lt;/author&gt;&lt;author&gt;Arias, T. A.&lt;/author&gt;&lt;/authors&gt;&lt;/contributors&gt;&lt;titles&gt;&lt;title&gt;JDFTx: Software for joint density-functional theory&lt;/title&gt;&lt;secondary-title&gt;SoftwareX&lt;/secondary-title&gt;&lt;/titles&gt;&lt;periodical&gt;&lt;full-title&gt;SoftwareX&lt;/full-title&gt;&lt;/periodical&gt;&lt;pages&gt;278-284&lt;/pages&gt;&lt;volume&gt;6&lt;/volume&gt;&lt;keywords&gt;&lt;keyword&gt;Density functional theory&lt;/keyword&gt;&lt;keyword&gt;Electronic structure&lt;/keyword&gt;&lt;keyword&gt;Solvation&lt;/keyword&gt;&lt;keyword&gt;Electrochemistry&lt;/keyword&gt;&lt;keyword&gt;Light-matter interactions&lt;/keyword&gt;&lt;/keywords&gt;&lt;dates&gt;&lt;year&gt;2017&lt;/year&gt;&lt;pub-dates&gt;&lt;date&gt;2017/01/01/&lt;/date&gt;&lt;/pub-dates&gt;&lt;/dates&gt;&lt;isbn&gt;2352-7110&lt;/isbn&gt;&lt;urls&gt;&lt;related-urls&gt;&lt;url&gt;http://www.sciencedirect.com/science/article/pii/S2352711017300559&lt;/url&gt;&lt;url&gt;https://ac.els-cdn.com/S2352711017300559/1-s2.0-S2352711017300559-main.pdf?_tid=36be8826-26ec-44a7-b9e4-399f8dc79c04&amp;amp;acdnat=1540404851_e9f3d4df08aee3e85135ca26c84c429e&lt;/url&gt;&lt;/related-urls&gt;&lt;/urls&gt;&lt;electronic-resource-num&gt;https://doi.org/10.1016/j.softx.2017.10.006&lt;/electronic-resource-num&gt;&lt;/record&gt;&lt;/Cite&gt;&lt;/EndNote&gt;</w:instrText>
      </w:r>
      <w:r w:rsidR="00C6411F">
        <w:rPr>
          <w:rFonts w:ascii="Times New Roman" w:hAnsi="Times New Roman"/>
          <w:bCs/>
          <w:sz w:val="24"/>
          <w:szCs w:val="24"/>
          <w:lang w:val="en-CA"/>
        </w:rPr>
        <w:fldChar w:fldCharType="separate"/>
      </w:r>
      <w:r w:rsidR="00C6411F" w:rsidRPr="00C6411F">
        <w:rPr>
          <w:rFonts w:ascii="Times New Roman" w:hAnsi="Times New Roman"/>
          <w:bCs/>
          <w:noProof/>
          <w:sz w:val="24"/>
          <w:szCs w:val="24"/>
          <w:vertAlign w:val="superscript"/>
          <w:lang w:val="en-CA"/>
        </w:rPr>
        <w:t>22</w:t>
      </w:r>
      <w:r w:rsidR="00C6411F">
        <w:rPr>
          <w:rFonts w:ascii="Times New Roman" w:hAnsi="Times New Roman"/>
          <w:bCs/>
          <w:sz w:val="24"/>
          <w:szCs w:val="24"/>
          <w:lang w:val="en-CA"/>
        </w:rPr>
        <w:fldChar w:fldCharType="end"/>
      </w:r>
      <w:r w:rsidR="00CF02BF" w:rsidRPr="00CF02BF">
        <w:rPr>
          <w:rFonts w:ascii="Times New Roman" w:hAnsi="Times New Roman"/>
          <w:bCs/>
          <w:sz w:val="24"/>
          <w:szCs w:val="24"/>
          <w:lang w:val="en-CA"/>
        </w:rPr>
        <w:t xml:space="preserve"> to calculate the all the energies at the 0 V potential vs. SHE with the presence of 0.1 M K</w:t>
      </w:r>
      <w:r w:rsidR="00CF02BF" w:rsidRPr="00CF02BF">
        <w:rPr>
          <w:rFonts w:ascii="Times New Roman" w:hAnsi="Times New Roman"/>
          <w:bCs/>
          <w:sz w:val="24"/>
          <w:szCs w:val="24"/>
          <w:vertAlign w:val="superscript"/>
          <w:lang w:val="en-CA"/>
        </w:rPr>
        <w:t>+</w:t>
      </w:r>
      <w:r w:rsidR="00CF02BF" w:rsidRPr="00CF02BF">
        <w:rPr>
          <w:rFonts w:ascii="Times New Roman" w:hAnsi="Times New Roman"/>
          <w:bCs/>
          <w:sz w:val="24"/>
          <w:szCs w:val="24"/>
          <w:lang w:val="en-CA"/>
        </w:rPr>
        <w:t xml:space="preserve"> and 0.1 M F</w:t>
      </w:r>
      <w:r w:rsidR="00CF02BF" w:rsidRPr="00CF02BF">
        <w:rPr>
          <w:rFonts w:ascii="Times New Roman" w:hAnsi="Times New Roman"/>
          <w:bCs/>
          <w:sz w:val="24"/>
          <w:szCs w:val="24"/>
          <w:vertAlign w:val="superscript"/>
          <w:lang w:val="en-CA"/>
        </w:rPr>
        <w:t>-</w:t>
      </w:r>
      <w:r w:rsidR="00CF02BF" w:rsidRPr="00CF02BF">
        <w:rPr>
          <w:rFonts w:ascii="Times New Roman" w:hAnsi="Times New Roman"/>
          <w:bCs/>
          <w:sz w:val="24"/>
          <w:szCs w:val="24"/>
          <w:lang w:val="en-CA"/>
        </w:rPr>
        <w:t xml:space="preserve"> according to the settings in </w:t>
      </w:r>
      <w:r w:rsidR="008944F8">
        <w:rPr>
          <w:rFonts w:ascii="Times New Roman" w:hAnsi="Times New Roman"/>
          <w:bCs/>
          <w:sz w:val="24"/>
          <w:szCs w:val="24"/>
          <w:lang w:val="en-CA"/>
        </w:rPr>
        <w:t xml:space="preserve">ref. </w:t>
      </w:r>
      <w:r w:rsidR="008944F8" w:rsidRPr="008944F8">
        <w:rPr>
          <w:rFonts w:ascii="Times New Roman" w:hAnsi="Times New Roman"/>
          <w:bCs/>
          <w:sz w:val="24"/>
          <w:szCs w:val="24"/>
          <w:lang w:val="en-CA"/>
        </w:rPr>
        <w:fldChar w:fldCharType="begin"/>
      </w:r>
      <w:r w:rsidR="008944F8" w:rsidRPr="008944F8">
        <w:rPr>
          <w:rFonts w:ascii="Times New Roman" w:hAnsi="Times New Roman"/>
          <w:bCs/>
          <w:sz w:val="24"/>
          <w:szCs w:val="24"/>
          <w:lang w:val="en-CA"/>
        </w:rPr>
        <w:instrText xml:space="preserve"> ADDIN EN.CITE &lt;EndNote&gt;&lt;Cite&gt;&lt;Author&gt;Xiao&lt;/Author&gt;&lt;Year&gt;2017&lt;/Year&gt;&lt;RecNum&gt;9519&lt;/RecNum&gt;&lt;DisplayText&gt;&lt;style face="superscript"&gt;20&lt;/style&gt;&lt;/DisplayText&gt;&lt;record&gt;&lt;rec-number&gt;9519&lt;/rec-number&gt;&lt;foreign-keys&gt;&lt;key app="EN" db-id="9vxsett92f9p5gevzpo5satx9peas0srxp5e" timestamp="1498667179"&gt;9519&lt;/key&gt;&lt;/foreign-keys&gt;&lt;ref-type name="Journal Article"&gt;17&lt;/ref-type&gt;&lt;contributors&gt;&lt;authors&gt;&lt;author&gt;Xiao, Hai&lt;/author&gt;&lt;author&gt;Cheng, Tao&lt;/author&gt;&lt;author&gt;Goddard, William A.&lt;/author&gt;&lt;/authors&gt;&lt;/contributors&gt;&lt;titles&gt;&lt;title&gt;&lt;style face="normal" font="default" size="100%"&gt;Atomistic Mechanisms Underlying Selectivities in C&lt;/style&gt;&lt;style face="subscript" font="default" size="100%"&gt;1&lt;/style&gt;&lt;style face="normal" font="default" size="100%"&gt; and C&lt;/style&gt;&lt;style face="subscript" font="default" size="100%"&gt;2&lt;/style&gt;&lt;style face="normal" font="default" size="100%"&gt; Products from Electrochemical Reduction of CO on Cu(111)&lt;/style&gt;&lt;/title&gt;&lt;secondary-title&gt;Journal of the American Chemical Society&lt;/secondary-title&gt;&lt;/titles&gt;&lt;periodical&gt;&lt;full-title&gt;Journal of the American Chemical Society&lt;/full-title&gt;&lt;abbr-1&gt;J. Am. Chem. Soc.&lt;/abbr-1&gt;&lt;abbr-2&gt;J Am Chem Soc&lt;/abbr-2&gt;&lt;/periodical&gt;&lt;pages&gt;130-136&lt;/pages&gt;&lt;volume&gt;139&lt;/volume&gt;&lt;number&gt;1&lt;/number&gt;&lt;dates&gt;&lt;year&gt;2017&lt;/year&gt;&lt;pub-dates&gt;&lt;date&gt;2017/01/11&lt;/date&gt;&lt;/pub-dates&gt;&lt;/dates&gt;&lt;publisher&gt;American Chemical Society&lt;/publisher&gt;&lt;isbn&gt;0002-7863&lt;/isbn&gt;&lt;urls&gt;&lt;related-urls&gt;&lt;url&gt;http://dx.doi.org/10.1021/jacs.6b06846&lt;/url&gt;&lt;url&gt;http://pubs.acs.org/doi/pdfplus/10.1021/jacs.6b06846&lt;/url&gt;&lt;/related-urls&gt;&lt;/urls&gt;&lt;electronic-resource-num&gt;10.1021/jacs.6b06846&lt;/electronic-resource-num&gt;&lt;/record&gt;&lt;/Cite&gt;&lt;/EndNote&gt;</w:instrText>
      </w:r>
      <w:r w:rsidR="008944F8" w:rsidRPr="008944F8">
        <w:rPr>
          <w:rFonts w:ascii="Times New Roman" w:hAnsi="Times New Roman"/>
          <w:bCs/>
          <w:sz w:val="24"/>
          <w:szCs w:val="24"/>
          <w:lang w:val="en-CA"/>
        </w:rPr>
        <w:fldChar w:fldCharType="separate"/>
      </w:r>
      <w:r w:rsidR="008944F8" w:rsidRPr="008944F8">
        <w:rPr>
          <w:rFonts w:ascii="Times New Roman" w:hAnsi="Times New Roman"/>
          <w:bCs/>
          <w:noProof/>
          <w:sz w:val="24"/>
          <w:szCs w:val="24"/>
          <w:lang w:val="en-CA"/>
        </w:rPr>
        <w:t>20</w:t>
      </w:r>
      <w:r w:rsidR="008944F8" w:rsidRPr="008944F8">
        <w:rPr>
          <w:rFonts w:ascii="Times New Roman" w:hAnsi="Times New Roman"/>
          <w:bCs/>
          <w:sz w:val="24"/>
          <w:szCs w:val="24"/>
          <w:lang w:val="en-CA"/>
        </w:rPr>
        <w:fldChar w:fldCharType="end"/>
      </w:r>
      <w:r w:rsidR="00CF02BF" w:rsidRPr="00CF02BF">
        <w:rPr>
          <w:rFonts w:ascii="Times New Roman" w:hAnsi="Times New Roman"/>
          <w:bCs/>
          <w:sz w:val="24"/>
          <w:szCs w:val="24"/>
          <w:lang w:val="en-CA"/>
        </w:rPr>
        <w:t xml:space="preserve">. As shown in Figure </w:t>
      </w:r>
      <w:r w:rsidR="00EE3C14">
        <w:rPr>
          <w:rFonts w:ascii="Times New Roman" w:hAnsi="Times New Roman"/>
          <w:bCs/>
          <w:sz w:val="24"/>
          <w:szCs w:val="24"/>
          <w:lang w:val="en-CA"/>
        </w:rPr>
        <w:t>S1</w:t>
      </w:r>
      <w:r w:rsidR="00CF02BF" w:rsidRPr="00CF02BF">
        <w:rPr>
          <w:rFonts w:ascii="Times New Roman" w:hAnsi="Times New Roman"/>
          <w:bCs/>
          <w:sz w:val="24"/>
          <w:szCs w:val="24"/>
          <w:lang w:val="en-CA"/>
        </w:rPr>
        <w:t xml:space="preserve">, the energies from GCQM are similar to those from the polarizable continuum model (PCM). However, the energies from GCQM are more positive for both Cu(100) and Cu(111), and the mean absolute errors (MAE) are 0.18 eV and 0.17 eV on Cu(100) and Cu(111), respectively. The MAEs of the calculated enthalpy changes are much lower than those of the formation energies and the energy values distributed on both sides of the diagonal line, suggesting that the formation energy differences of these two methods are cancelled to </w:t>
      </w:r>
      <w:r w:rsidR="00CF02BF" w:rsidRPr="00CF02BF">
        <w:rPr>
          <w:rFonts w:ascii="Times New Roman" w:hAnsi="Times New Roman"/>
          <w:bCs/>
          <w:sz w:val="24"/>
          <w:szCs w:val="24"/>
          <w:lang w:val="en-CA"/>
        </w:rPr>
        <w:lastRenderedPageBreak/>
        <w:t>some extends. Therefore, our PCM implementation gives similar reaction energy values compared to those using GCQM.</w:t>
      </w:r>
    </w:p>
    <w:p w14:paraId="5C246C3C" w14:textId="3938A995" w:rsidR="00021DAA" w:rsidRDefault="002D786F" w:rsidP="00BD1534">
      <w:pPr>
        <w:spacing w:line="480" w:lineRule="auto"/>
        <w:rPr>
          <w:rFonts w:ascii="Times New Roman" w:hAnsi="Times New Roman"/>
          <w:sz w:val="24"/>
          <w:szCs w:val="24"/>
        </w:rPr>
      </w:pPr>
      <w:r w:rsidRPr="002D786F">
        <w:rPr>
          <w:rFonts w:ascii="Times New Roman" w:hAnsi="Times New Roman"/>
          <w:b/>
          <w:sz w:val="24"/>
          <w:szCs w:val="24"/>
          <w:lang w:eastAsia="en-US"/>
        </w:rPr>
        <w:t>Reaction mechanisms.</w:t>
      </w:r>
      <w:r>
        <w:rPr>
          <w:rFonts w:ascii="Times New Roman" w:hAnsi="Times New Roman"/>
          <w:sz w:val="24"/>
          <w:szCs w:val="24"/>
          <w:lang w:eastAsia="en-US"/>
        </w:rPr>
        <w:t xml:space="preserve"> </w:t>
      </w:r>
      <w:r w:rsidR="007272B5">
        <w:rPr>
          <w:rFonts w:ascii="Times New Roman" w:hAnsi="Times New Roman"/>
          <w:sz w:val="24"/>
          <w:szCs w:val="24"/>
          <w:lang w:eastAsia="en-US"/>
        </w:rPr>
        <w:t xml:space="preserve">For the reaction mechanisms from CO to the products, the </w:t>
      </w:r>
      <w:r w:rsidR="002D18FC">
        <w:rPr>
          <w:rFonts w:ascii="Times New Roman" w:hAnsi="Times New Roman"/>
          <w:sz w:val="24"/>
          <w:szCs w:val="24"/>
          <w:lang w:eastAsia="en-US"/>
        </w:rPr>
        <w:t xml:space="preserve">fastest pathway will be given if </w:t>
      </w:r>
      <w:r w:rsidR="00A62FAC">
        <w:rPr>
          <w:rFonts w:ascii="Times New Roman" w:hAnsi="Times New Roman"/>
          <w:sz w:val="24"/>
          <w:szCs w:val="24"/>
          <w:lang w:eastAsia="en-US"/>
        </w:rPr>
        <w:t>explains 100% of the product formation, otherwise the top two pathway</w:t>
      </w:r>
      <w:r w:rsidR="00871E20">
        <w:rPr>
          <w:rFonts w:ascii="Times New Roman" w:hAnsi="Times New Roman"/>
          <w:sz w:val="24"/>
          <w:szCs w:val="24"/>
          <w:lang w:eastAsia="en-US"/>
        </w:rPr>
        <w:t>s are listed (</w:t>
      </w:r>
      <w:r w:rsidR="00871E20" w:rsidRPr="00984727">
        <w:rPr>
          <w:rFonts w:ascii="Times New Roman" w:hAnsi="Times New Roman"/>
          <w:b/>
          <w:sz w:val="24"/>
          <w:szCs w:val="24"/>
        </w:rPr>
        <w:t>Supplementary Table 2</w:t>
      </w:r>
      <w:r w:rsidR="00B408CE">
        <w:rPr>
          <w:rFonts w:ascii="Times New Roman" w:hAnsi="Times New Roman"/>
          <w:b/>
          <w:sz w:val="24"/>
          <w:szCs w:val="24"/>
        </w:rPr>
        <w:t>-37</w:t>
      </w:r>
      <w:r w:rsidR="00B408CE" w:rsidRPr="00B408CE">
        <w:rPr>
          <w:rFonts w:ascii="Times New Roman" w:hAnsi="Times New Roman"/>
          <w:sz w:val="24"/>
          <w:szCs w:val="24"/>
        </w:rPr>
        <w:t>).</w:t>
      </w:r>
      <w:r w:rsidR="00B408CE">
        <w:rPr>
          <w:rFonts w:ascii="Times New Roman" w:hAnsi="Times New Roman"/>
          <w:sz w:val="24"/>
          <w:szCs w:val="24"/>
        </w:rPr>
        <w:t xml:space="preserve"> The lists of these tables are:</w:t>
      </w:r>
    </w:p>
    <w:p w14:paraId="7E736CD4"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 xml:space="preserve">Supplementary Table </w:t>
      </w:r>
      <w:r>
        <w:rPr>
          <w:rFonts w:ascii="Times New Roman" w:hAnsi="Times New Roman"/>
          <w:b/>
          <w:sz w:val="24"/>
          <w:szCs w:val="24"/>
        </w:rPr>
        <w:t>3</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ethylene at pH=7 and U=-0.5 V </w:t>
      </w:r>
      <w:r>
        <w:rPr>
          <w:rFonts w:ascii="Times New Roman" w:hAnsi="Times New Roman"/>
          <w:sz w:val="24"/>
          <w:szCs w:val="24"/>
        </w:rPr>
        <w:t xml:space="preserve">vs. SHE </w:t>
      </w:r>
      <w:r w:rsidRPr="00984727">
        <w:rPr>
          <w:rFonts w:ascii="Times New Roman" w:hAnsi="Times New Roman"/>
          <w:sz w:val="24"/>
          <w:szCs w:val="24"/>
        </w:rPr>
        <w:t>on Cu(100).</w:t>
      </w:r>
    </w:p>
    <w:p w14:paraId="2D2304F7"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 xml:space="preserve">Supplementary Table </w:t>
      </w:r>
      <w:r>
        <w:rPr>
          <w:rFonts w:ascii="Times New Roman" w:hAnsi="Times New Roman"/>
          <w:b/>
          <w:sz w:val="24"/>
          <w:szCs w:val="24"/>
        </w:rPr>
        <w:t>4</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acetaldehyde at pH=7 and U=-0.5 V </w:t>
      </w:r>
      <w:r>
        <w:rPr>
          <w:rFonts w:ascii="Times New Roman" w:hAnsi="Times New Roman"/>
          <w:sz w:val="24"/>
          <w:szCs w:val="24"/>
        </w:rPr>
        <w:t xml:space="preserve">vs. SHE </w:t>
      </w:r>
      <w:r w:rsidRPr="00984727">
        <w:rPr>
          <w:rFonts w:ascii="Times New Roman" w:hAnsi="Times New Roman"/>
          <w:sz w:val="24"/>
          <w:szCs w:val="24"/>
        </w:rPr>
        <w:t>on Cu(100).</w:t>
      </w:r>
    </w:p>
    <w:p w14:paraId="33824CA0"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 xml:space="preserve">Supplementary Table </w:t>
      </w:r>
      <w:r>
        <w:rPr>
          <w:rFonts w:ascii="Times New Roman" w:hAnsi="Times New Roman"/>
          <w:b/>
          <w:sz w:val="24"/>
          <w:szCs w:val="24"/>
        </w:rPr>
        <w:t>5</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ethane at pH=7 and U=-0.5 V </w:t>
      </w:r>
      <w:r>
        <w:rPr>
          <w:rFonts w:ascii="Times New Roman" w:hAnsi="Times New Roman"/>
          <w:sz w:val="24"/>
          <w:szCs w:val="24"/>
        </w:rPr>
        <w:t xml:space="preserve">vs. SHE </w:t>
      </w:r>
      <w:r w:rsidRPr="00984727">
        <w:rPr>
          <w:rFonts w:ascii="Times New Roman" w:hAnsi="Times New Roman"/>
          <w:sz w:val="24"/>
          <w:szCs w:val="24"/>
        </w:rPr>
        <w:t>on Cu(100).</w:t>
      </w:r>
    </w:p>
    <w:p w14:paraId="28C26840"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 xml:space="preserve">Supplementary Table </w:t>
      </w:r>
      <w:r>
        <w:rPr>
          <w:rFonts w:ascii="Times New Roman" w:hAnsi="Times New Roman"/>
          <w:b/>
          <w:sz w:val="24"/>
          <w:szCs w:val="24"/>
        </w:rPr>
        <w:t>6</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glycolaldehyde at pH=7 and U=-0.5 V </w:t>
      </w:r>
      <w:r>
        <w:rPr>
          <w:rFonts w:ascii="Times New Roman" w:hAnsi="Times New Roman"/>
          <w:sz w:val="24"/>
          <w:szCs w:val="24"/>
        </w:rPr>
        <w:t xml:space="preserve">vs. SHE </w:t>
      </w:r>
      <w:r w:rsidRPr="00984727">
        <w:rPr>
          <w:rFonts w:ascii="Times New Roman" w:hAnsi="Times New Roman"/>
          <w:sz w:val="24"/>
          <w:szCs w:val="24"/>
        </w:rPr>
        <w:t>on Cu(100).</w:t>
      </w:r>
    </w:p>
    <w:p w14:paraId="452615B9"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 xml:space="preserve">Supplementary Table </w:t>
      </w:r>
      <w:r>
        <w:rPr>
          <w:rFonts w:ascii="Times New Roman" w:hAnsi="Times New Roman"/>
          <w:b/>
          <w:sz w:val="24"/>
          <w:szCs w:val="24"/>
        </w:rPr>
        <w:t>7</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ethanol at pH=7 and U=-0.5 V </w:t>
      </w:r>
      <w:r>
        <w:rPr>
          <w:rFonts w:ascii="Times New Roman" w:hAnsi="Times New Roman"/>
          <w:sz w:val="24"/>
          <w:szCs w:val="24"/>
        </w:rPr>
        <w:t xml:space="preserve">vs. SHE </w:t>
      </w:r>
      <w:r w:rsidRPr="00984727">
        <w:rPr>
          <w:rFonts w:ascii="Times New Roman" w:hAnsi="Times New Roman"/>
          <w:sz w:val="24"/>
          <w:szCs w:val="24"/>
        </w:rPr>
        <w:t>on Cu(100).</w:t>
      </w:r>
    </w:p>
    <w:p w14:paraId="611C3611"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 xml:space="preserve">Supplementary Table </w:t>
      </w:r>
      <w:r>
        <w:rPr>
          <w:rFonts w:ascii="Times New Roman" w:hAnsi="Times New Roman"/>
          <w:b/>
          <w:sz w:val="24"/>
          <w:szCs w:val="24"/>
        </w:rPr>
        <w:t>8</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ethylene glycol at pH=7 and U=-0.5 V </w:t>
      </w:r>
      <w:r>
        <w:rPr>
          <w:rFonts w:ascii="Times New Roman" w:hAnsi="Times New Roman"/>
          <w:sz w:val="24"/>
          <w:szCs w:val="24"/>
        </w:rPr>
        <w:t xml:space="preserve">vs. SHE </w:t>
      </w:r>
      <w:r w:rsidRPr="00984727">
        <w:rPr>
          <w:rFonts w:ascii="Times New Roman" w:hAnsi="Times New Roman"/>
          <w:sz w:val="24"/>
          <w:szCs w:val="24"/>
        </w:rPr>
        <w:t>on Cu(100).</w:t>
      </w:r>
    </w:p>
    <w:p w14:paraId="12531E8B"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 xml:space="preserve">Supplementary Table </w:t>
      </w:r>
      <w:r>
        <w:rPr>
          <w:rFonts w:ascii="Times New Roman" w:hAnsi="Times New Roman"/>
          <w:b/>
          <w:sz w:val="24"/>
          <w:szCs w:val="24"/>
        </w:rPr>
        <w:t>9</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acetylene at pH=7 and U=-0.5 V </w:t>
      </w:r>
      <w:r>
        <w:rPr>
          <w:rFonts w:ascii="Times New Roman" w:hAnsi="Times New Roman"/>
          <w:sz w:val="24"/>
          <w:szCs w:val="24"/>
        </w:rPr>
        <w:t xml:space="preserve">vs. SHE </w:t>
      </w:r>
      <w:r w:rsidRPr="00984727">
        <w:rPr>
          <w:rFonts w:ascii="Times New Roman" w:hAnsi="Times New Roman"/>
          <w:sz w:val="24"/>
          <w:szCs w:val="24"/>
        </w:rPr>
        <w:t>on Cu(100).</w:t>
      </w:r>
    </w:p>
    <w:p w14:paraId="19C77159"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 xml:space="preserve">Supplementary Table </w:t>
      </w:r>
      <w:r>
        <w:rPr>
          <w:rFonts w:ascii="Times New Roman" w:hAnsi="Times New Roman"/>
          <w:b/>
          <w:sz w:val="24"/>
          <w:szCs w:val="24"/>
        </w:rPr>
        <w:t>10</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glyoxal at pH=7 and U=-0.5 V </w:t>
      </w:r>
      <w:r>
        <w:rPr>
          <w:rFonts w:ascii="Times New Roman" w:hAnsi="Times New Roman"/>
          <w:sz w:val="24"/>
          <w:szCs w:val="24"/>
        </w:rPr>
        <w:t xml:space="preserve">vs. SHE </w:t>
      </w:r>
      <w:r w:rsidRPr="00984727">
        <w:rPr>
          <w:rFonts w:ascii="Times New Roman" w:hAnsi="Times New Roman"/>
          <w:sz w:val="24"/>
          <w:szCs w:val="24"/>
        </w:rPr>
        <w:t>on Cu(100).</w:t>
      </w:r>
    </w:p>
    <w:p w14:paraId="13541550"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1</w:t>
      </w:r>
      <w:r>
        <w:rPr>
          <w:rFonts w:ascii="Times New Roman" w:hAnsi="Times New Roman"/>
          <w:b/>
          <w:sz w:val="24"/>
          <w:szCs w:val="24"/>
        </w:rPr>
        <w:t>1</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ethylene at pH=7 and U=-0.5 V </w:t>
      </w:r>
      <w:r>
        <w:rPr>
          <w:rFonts w:ascii="Times New Roman" w:hAnsi="Times New Roman"/>
          <w:sz w:val="24"/>
          <w:szCs w:val="24"/>
        </w:rPr>
        <w:t xml:space="preserve">vs. SHE </w:t>
      </w:r>
      <w:r w:rsidRPr="00984727">
        <w:rPr>
          <w:rFonts w:ascii="Times New Roman" w:hAnsi="Times New Roman"/>
          <w:sz w:val="24"/>
          <w:szCs w:val="24"/>
        </w:rPr>
        <w:t xml:space="preserve">on </w:t>
      </w:r>
      <w:r w:rsidRPr="00984727">
        <w:rPr>
          <w:rFonts w:ascii="Times New Roman" w:hAnsi="Times New Roman"/>
          <w:sz w:val="24"/>
          <w:szCs w:val="24"/>
        </w:rPr>
        <w:lastRenderedPageBreak/>
        <w:t>Cu(111).</w:t>
      </w:r>
    </w:p>
    <w:p w14:paraId="1BC25776"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1</w:t>
      </w:r>
      <w:r>
        <w:rPr>
          <w:rFonts w:ascii="Times New Roman" w:hAnsi="Times New Roman"/>
          <w:b/>
          <w:sz w:val="24"/>
          <w:szCs w:val="24"/>
        </w:rPr>
        <w:t>2</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acetaldehyde at pH=7 and U=-0.5 V </w:t>
      </w:r>
      <w:r>
        <w:rPr>
          <w:rFonts w:ascii="Times New Roman" w:hAnsi="Times New Roman"/>
          <w:sz w:val="24"/>
          <w:szCs w:val="24"/>
        </w:rPr>
        <w:t xml:space="preserve">vs. SHE </w:t>
      </w:r>
      <w:r w:rsidRPr="00984727">
        <w:rPr>
          <w:rFonts w:ascii="Times New Roman" w:hAnsi="Times New Roman"/>
          <w:sz w:val="24"/>
          <w:szCs w:val="24"/>
        </w:rPr>
        <w:t>on Cu(111).</w:t>
      </w:r>
    </w:p>
    <w:p w14:paraId="09A20297"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1</w:t>
      </w:r>
      <w:r>
        <w:rPr>
          <w:rFonts w:ascii="Times New Roman" w:hAnsi="Times New Roman"/>
          <w:b/>
          <w:sz w:val="24"/>
          <w:szCs w:val="24"/>
        </w:rPr>
        <w:t>3</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ethane at pH=7 and U=-0.5 V </w:t>
      </w:r>
      <w:r>
        <w:rPr>
          <w:rFonts w:ascii="Times New Roman" w:hAnsi="Times New Roman"/>
          <w:sz w:val="24"/>
          <w:szCs w:val="24"/>
        </w:rPr>
        <w:t xml:space="preserve">vs. SHE </w:t>
      </w:r>
      <w:r w:rsidRPr="00984727">
        <w:rPr>
          <w:rFonts w:ascii="Times New Roman" w:hAnsi="Times New Roman"/>
          <w:sz w:val="24"/>
          <w:szCs w:val="24"/>
        </w:rPr>
        <w:t>on Cu(111).</w:t>
      </w:r>
    </w:p>
    <w:p w14:paraId="274A2197"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1</w:t>
      </w:r>
      <w:r>
        <w:rPr>
          <w:rFonts w:ascii="Times New Roman" w:hAnsi="Times New Roman"/>
          <w:b/>
          <w:sz w:val="24"/>
          <w:szCs w:val="24"/>
        </w:rPr>
        <w:t>4</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glycolaldehyde at pH=7 and U=-0.5 V </w:t>
      </w:r>
      <w:r>
        <w:rPr>
          <w:rFonts w:ascii="Times New Roman" w:hAnsi="Times New Roman"/>
          <w:sz w:val="24"/>
          <w:szCs w:val="24"/>
        </w:rPr>
        <w:t xml:space="preserve">vs. SHE </w:t>
      </w:r>
      <w:r w:rsidRPr="00984727">
        <w:rPr>
          <w:rFonts w:ascii="Times New Roman" w:hAnsi="Times New Roman"/>
          <w:sz w:val="24"/>
          <w:szCs w:val="24"/>
        </w:rPr>
        <w:t>on Cu(111).</w:t>
      </w:r>
    </w:p>
    <w:p w14:paraId="61F76350"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1</w:t>
      </w:r>
      <w:r>
        <w:rPr>
          <w:rFonts w:ascii="Times New Roman" w:hAnsi="Times New Roman"/>
          <w:b/>
          <w:sz w:val="24"/>
          <w:szCs w:val="24"/>
        </w:rPr>
        <w:t>5</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ethanol at pH=7 and U=-0.5 V </w:t>
      </w:r>
      <w:r>
        <w:rPr>
          <w:rFonts w:ascii="Times New Roman" w:hAnsi="Times New Roman"/>
          <w:sz w:val="24"/>
          <w:szCs w:val="24"/>
        </w:rPr>
        <w:t xml:space="preserve">vs. SHE </w:t>
      </w:r>
      <w:r w:rsidRPr="00984727">
        <w:rPr>
          <w:rFonts w:ascii="Times New Roman" w:hAnsi="Times New Roman"/>
          <w:sz w:val="24"/>
          <w:szCs w:val="24"/>
        </w:rPr>
        <w:t>on Cu(111).</w:t>
      </w:r>
    </w:p>
    <w:p w14:paraId="6AA9DC83"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1</w:t>
      </w:r>
      <w:r>
        <w:rPr>
          <w:rFonts w:ascii="Times New Roman" w:hAnsi="Times New Roman"/>
          <w:b/>
          <w:sz w:val="24"/>
          <w:szCs w:val="24"/>
        </w:rPr>
        <w:t>6</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ethylene glycol at pH=7 and U=-0.5 V </w:t>
      </w:r>
      <w:r>
        <w:rPr>
          <w:rFonts w:ascii="Times New Roman" w:hAnsi="Times New Roman"/>
          <w:sz w:val="24"/>
          <w:szCs w:val="24"/>
        </w:rPr>
        <w:t xml:space="preserve">vs. SHE </w:t>
      </w:r>
      <w:r w:rsidRPr="00984727">
        <w:rPr>
          <w:rFonts w:ascii="Times New Roman" w:hAnsi="Times New Roman"/>
          <w:sz w:val="24"/>
          <w:szCs w:val="24"/>
        </w:rPr>
        <w:t>on Cu(111).</w:t>
      </w:r>
    </w:p>
    <w:p w14:paraId="117D6F60"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1</w:t>
      </w:r>
      <w:r>
        <w:rPr>
          <w:rFonts w:ascii="Times New Roman" w:hAnsi="Times New Roman"/>
          <w:b/>
          <w:sz w:val="24"/>
          <w:szCs w:val="24"/>
        </w:rPr>
        <w:t>7</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acetylene at pH=7 and U=-0.5 V </w:t>
      </w:r>
      <w:r>
        <w:rPr>
          <w:rFonts w:ascii="Times New Roman" w:hAnsi="Times New Roman"/>
          <w:sz w:val="24"/>
          <w:szCs w:val="24"/>
        </w:rPr>
        <w:t xml:space="preserve">vs. SHE </w:t>
      </w:r>
      <w:r w:rsidRPr="00984727">
        <w:rPr>
          <w:rFonts w:ascii="Times New Roman" w:hAnsi="Times New Roman"/>
          <w:sz w:val="24"/>
          <w:szCs w:val="24"/>
        </w:rPr>
        <w:t>on Cu(111).</w:t>
      </w:r>
    </w:p>
    <w:p w14:paraId="14266AED"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1</w:t>
      </w:r>
      <w:r>
        <w:rPr>
          <w:rFonts w:ascii="Times New Roman" w:hAnsi="Times New Roman"/>
          <w:b/>
          <w:sz w:val="24"/>
          <w:szCs w:val="24"/>
        </w:rPr>
        <w:t>8</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glyoxal at pH=7 and U=-0.5 V </w:t>
      </w:r>
      <w:r>
        <w:rPr>
          <w:rFonts w:ascii="Times New Roman" w:hAnsi="Times New Roman"/>
          <w:sz w:val="24"/>
          <w:szCs w:val="24"/>
        </w:rPr>
        <w:t xml:space="preserve">vs. SHE </w:t>
      </w:r>
      <w:r w:rsidRPr="00984727">
        <w:rPr>
          <w:rFonts w:ascii="Times New Roman" w:hAnsi="Times New Roman"/>
          <w:sz w:val="24"/>
          <w:szCs w:val="24"/>
        </w:rPr>
        <w:t>on Cu(111).</w:t>
      </w:r>
    </w:p>
    <w:p w14:paraId="20E0D0A7"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1</w:t>
      </w:r>
      <w:r>
        <w:rPr>
          <w:rFonts w:ascii="Times New Roman" w:hAnsi="Times New Roman"/>
          <w:b/>
          <w:sz w:val="24"/>
          <w:szCs w:val="24"/>
        </w:rPr>
        <w:t>9</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1-propanol at pH=7 and U=-0.5 V </w:t>
      </w:r>
      <w:r>
        <w:rPr>
          <w:rFonts w:ascii="Times New Roman" w:hAnsi="Times New Roman"/>
          <w:sz w:val="24"/>
          <w:szCs w:val="24"/>
        </w:rPr>
        <w:t xml:space="preserve">vs. SHE </w:t>
      </w:r>
      <w:r w:rsidRPr="00984727">
        <w:rPr>
          <w:rFonts w:ascii="Times New Roman" w:hAnsi="Times New Roman"/>
          <w:sz w:val="24"/>
          <w:szCs w:val="24"/>
        </w:rPr>
        <w:t>on Cu(100).</w:t>
      </w:r>
    </w:p>
    <w:p w14:paraId="6BB1663D"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 xml:space="preserve">Supplementary Table </w:t>
      </w:r>
      <w:r>
        <w:rPr>
          <w:rFonts w:ascii="Times New Roman" w:hAnsi="Times New Roman"/>
          <w:b/>
          <w:sz w:val="24"/>
          <w:szCs w:val="24"/>
        </w:rPr>
        <w:t>20</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1,3-propylene glycol at pH=7 and U=-0.5 V </w:t>
      </w:r>
      <w:r>
        <w:rPr>
          <w:rFonts w:ascii="Times New Roman" w:hAnsi="Times New Roman"/>
          <w:sz w:val="24"/>
          <w:szCs w:val="24"/>
        </w:rPr>
        <w:t xml:space="preserve">vs. SHE </w:t>
      </w:r>
      <w:r w:rsidRPr="00984727">
        <w:rPr>
          <w:rFonts w:ascii="Times New Roman" w:hAnsi="Times New Roman"/>
          <w:sz w:val="24"/>
          <w:szCs w:val="24"/>
        </w:rPr>
        <w:t>on Cu(100).</w:t>
      </w:r>
    </w:p>
    <w:p w14:paraId="0FAC2E9F"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2</w:t>
      </w:r>
      <w:r>
        <w:rPr>
          <w:rFonts w:ascii="Times New Roman" w:hAnsi="Times New Roman"/>
          <w:b/>
          <w:sz w:val="24"/>
          <w:szCs w:val="24"/>
        </w:rPr>
        <w:t>1</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propionaldehyde at pH=7 and U=-0.5 V </w:t>
      </w:r>
      <w:r>
        <w:rPr>
          <w:rFonts w:ascii="Times New Roman" w:hAnsi="Times New Roman"/>
          <w:sz w:val="24"/>
          <w:szCs w:val="24"/>
        </w:rPr>
        <w:t xml:space="preserve">vs. SHE </w:t>
      </w:r>
      <w:r w:rsidRPr="00984727">
        <w:rPr>
          <w:rFonts w:ascii="Times New Roman" w:hAnsi="Times New Roman"/>
          <w:sz w:val="24"/>
          <w:szCs w:val="24"/>
        </w:rPr>
        <w:t>on Cu(100).</w:t>
      </w:r>
    </w:p>
    <w:p w14:paraId="5B8531FF"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2</w:t>
      </w:r>
      <w:r>
        <w:rPr>
          <w:rFonts w:ascii="Times New Roman" w:hAnsi="Times New Roman"/>
          <w:b/>
          <w:sz w:val="24"/>
          <w:szCs w:val="24"/>
        </w:rPr>
        <w:t>2</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acetone at pH=7 and U=-0.5 V </w:t>
      </w:r>
      <w:r>
        <w:rPr>
          <w:rFonts w:ascii="Times New Roman" w:hAnsi="Times New Roman"/>
          <w:sz w:val="24"/>
          <w:szCs w:val="24"/>
        </w:rPr>
        <w:t xml:space="preserve">vs. SHE </w:t>
      </w:r>
      <w:r w:rsidRPr="00984727">
        <w:rPr>
          <w:rFonts w:ascii="Times New Roman" w:hAnsi="Times New Roman"/>
          <w:sz w:val="24"/>
          <w:szCs w:val="24"/>
        </w:rPr>
        <w:t xml:space="preserve">on </w:t>
      </w:r>
      <w:r w:rsidRPr="00984727">
        <w:rPr>
          <w:rFonts w:ascii="Times New Roman" w:hAnsi="Times New Roman"/>
          <w:sz w:val="24"/>
          <w:szCs w:val="24"/>
        </w:rPr>
        <w:lastRenderedPageBreak/>
        <w:t>Cu(100).</w:t>
      </w:r>
    </w:p>
    <w:p w14:paraId="1FDBF23C"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2</w:t>
      </w:r>
      <w:r>
        <w:rPr>
          <w:rFonts w:ascii="Times New Roman" w:hAnsi="Times New Roman"/>
          <w:b/>
          <w:sz w:val="24"/>
          <w:szCs w:val="24"/>
        </w:rPr>
        <w:t>3</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allyl alcohol at pH=7 and U=-0.5 V </w:t>
      </w:r>
      <w:r>
        <w:rPr>
          <w:rFonts w:ascii="Times New Roman" w:hAnsi="Times New Roman"/>
          <w:sz w:val="24"/>
          <w:szCs w:val="24"/>
        </w:rPr>
        <w:t xml:space="preserve">vs. SHE </w:t>
      </w:r>
      <w:r w:rsidRPr="00984727">
        <w:rPr>
          <w:rFonts w:ascii="Times New Roman" w:hAnsi="Times New Roman"/>
          <w:sz w:val="24"/>
          <w:szCs w:val="24"/>
        </w:rPr>
        <w:t>on Cu(100).</w:t>
      </w:r>
    </w:p>
    <w:p w14:paraId="53E89F2B"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2</w:t>
      </w:r>
      <w:r>
        <w:rPr>
          <w:rFonts w:ascii="Times New Roman" w:hAnsi="Times New Roman"/>
          <w:b/>
          <w:sz w:val="24"/>
          <w:szCs w:val="24"/>
        </w:rPr>
        <w:t>4</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propane at pH=7 and U=-0.5 V </w:t>
      </w:r>
      <w:r>
        <w:rPr>
          <w:rFonts w:ascii="Times New Roman" w:hAnsi="Times New Roman"/>
          <w:sz w:val="24"/>
          <w:szCs w:val="24"/>
        </w:rPr>
        <w:t xml:space="preserve">vs. SHE </w:t>
      </w:r>
      <w:r w:rsidRPr="00984727">
        <w:rPr>
          <w:rFonts w:ascii="Times New Roman" w:hAnsi="Times New Roman"/>
          <w:sz w:val="24"/>
          <w:szCs w:val="24"/>
        </w:rPr>
        <w:t>on Cu(100).</w:t>
      </w:r>
    </w:p>
    <w:p w14:paraId="1E2F1761"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2</w:t>
      </w:r>
      <w:r>
        <w:rPr>
          <w:rFonts w:ascii="Times New Roman" w:hAnsi="Times New Roman"/>
          <w:b/>
          <w:sz w:val="24"/>
          <w:szCs w:val="24"/>
        </w:rPr>
        <w:t>5</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2-propanol at pH=7 and U=-0.5 V </w:t>
      </w:r>
      <w:r>
        <w:rPr>
          <w:rFonts w:ascii="Times New Roman" w:hAnsi="Times New Roman"/>
          <w:sz w:val="24"/>
          <w:szCs w:val="24"/>
        </w:rPr>
        <w:t xml:space="preserve">vs. SHE </w:t>
      </w:r>
      <w:r w:rsidRPr="00984727">
        <w:rPr>
          <w:rFonts w:ascii="Times New Roman" w:hAnsi="Times New Roman"/>
          <w:sz w:val="24"/>
          <w:szCs w:val="24"/>
        </w:rPr>
        <w:t>on Cu(100).</w:t>
      </w:r>
    </w:p>
    <w:p w14:paraId="0FA0A727"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2</w:t>
      </w:r>
      <w:r>
        <w:rPr>
          <w:rFonts w:ascii="Times New Roman" w:hAnsi="Times New Roman"/>
          <w:b/>
          <w:sz w:val="24"/>
          <w:szCs w:val="24"/>
        </w:rPr>
        <w:t>6</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1,2-propylene glycol at pH=7 and U=-0.5 V </w:t>
      </w:r>
      <w:r>
        <w:rPr>
          <w:rFonts w:ascii="Times New Roman" w:hAnsi="Times New Roman"/>
          <w:sz w:val="24"/>
          <w:szCs w:val="24"/>
        </w:rPr>
        <w:t xml:space="preserve">vs. SHE </w:t>
      </w:r>
      <w:r w:rsidRPr="00984727">
        <w:rPr>
          <w:rFonts w:ascii="Times New Roman" w:hAnsi="Times New Roman"/>
          <w:sz w:val="24"/>
          <w:szCs w:val="24"/>
        </w:rPr>
        <w:t>on Cu(100).</w:t>
      </w:r>
    </w:p>
    <w:p w14:paraId="21393E83"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2</w:t>
      </w:r>
      <w:r>
        <w:rPr>
          <w:rFonts w:ascii="Times New Roman" w:hAnsi="Times New Roman"/>
          <w:b/>
          <w:sz w:val="24"/>
          <w:szCs w:val="24"/>
        </w:rPr>
        <w:t>7</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glycerol at pH=7 and U=-0.5 V </w:t>
      </w:r>
      <w:r>
        <w:rPr>
          <w:rFonts w:ascii="Times New Roman" w:hAnsi="Times New Roman"/>
          <w:sz w:val="24"/>
          <w:szCs w:val="24"/>
        </w:rPr>
        <w:t xml:space="preserve">vs. SHE </w:t>
      </w:r>
      <w:r w:rsidRPr="00984727">
        <w:rPr>
          <w:rFonts w:ascii="Times New Roman" w:hAnsi="Times New Roman"/>
          <w:sz w:val="24"/>
          <w:szCs w:val="24"/>
        </w:rPr>
        <w:t>on Cu(100).</w:t>
      </w:r>
    </w:p>
    <w:p w14:paraId="2C1FFC09"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2</w:t>
      </w:r>
      <w:r>
        <w:rPr>
          <w:rFonts w:ascii="Times New Roman" w:hAnsi="Times New Roman"/>
          <w:b/>
          <w:sz w:val="24"/>
          <w:szCs w:val="24"/>
        </w:rPr>
        <w:t>8</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hydroxyacetone at pH=7 and U=-0.5 V </w:t>
      </w:r>
      <w:r>
        <w:rPr>
          <w:rFonts w:ascii="Times New Roman" w:hAnsi="Times New Roman"/>
          <w:sz w:val="24"/>
          <w:szCs w:val="24"/>
        </w:rPr>
        <w:t xml:space="preserve">vs. SHE </w:t>
      </w:r>
      <w:r w:rsidRPr="00984727">
        <w:rPr>
          <w:rFonts w:ascii="Times New Roman" w:hAnsi="Times New Roman"/>
          <w:sz w:val="24"/>
          <w:szCs w:val="24"/>
        </w:rPr>
        <w:t>on Cu(100).</w:t>
      </w:r>
    </w:p>
    <w:p w14:paraId="6214B3F1"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2</w:t>
      </w:r>
      <w:r>
        <w:rPr>
          <w:rFonts w:ascii="Times New Roman" w:hAnsi="Times New Roman"/>
          <w:b/>
          <w:sz w:val="24"/>
          <w:szCs w:val="24"/>
        </w:rPr>
        <w:t>9</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1-propanol at pH=7 and U=-0.5 V </w:t>
      </w:r>
      <w:r>
        <w:rPr>
          <w:rFonts w:ascii="Times New Roman" w:hAnsi="Times New Roman"/>
          <w:sz w:val="24"/>
          <w:szCs w:val="24"/>
        </w:rPr>
        <w:t xml:space="preserve">vs. SHE </w:t>
      </w:r>
      <w:r w:rsidRPr="00984727">
        <w:rPr>
          <w:rFonts w:ascii="Times New Roman" w:hAnsi="Times New Roman"/>
          <w:sz w:val="24"/>
          <w:szCs w:val="24"/>
        </w:rPr>
        <w:t>on Cu(111).</w:t>
      </w:r>
    </w:p>
    <w:p w14:paraId="4F481A1D"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 xml:space="preserve">Supplementary Table </w:t>
      </w:r>
      <w:r>
        <w:rPr>
          <w:rFonts w:ascii="Times New Roman" w:hAnsi="Times New Roman"/>
          <w:b/>
          <w:sz w:val="24"/>
          <w:szCs w:val="24"/>
        </w:rPr>
        <w:t>30</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1,3-propylene glycol at pH=7 and U=-0.5 V </w:t>
      </w:r>
      <w:r>
        <w:rPr>
          <w:rFonts w:ascii="Times New Roman" w:hAnsi="Times New Roman"/>
          <w:sz w:val="24"/>
          <w:szCs w:val="24"/>
        </w:rPr>
        <w:t xml:space="preserve">vs. SHE </w:t>
      </w:r>
      <w:r w:rsidRPr="00984727">
        <w:rPr>
          <w:rFonts w:ascii="Times New Roman" w:hAnsi="Times New Roman"/>
          <w:sz w:val="24"/>
          <w:szCs w:val="24"/>
        </w:rPr>
        <w:t>on Cu(111).</w:t>
      </w:r>
    </w:p>
    <w:p w14:paraId="1C1EA427"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3</w:t>
      </w:r>
      <w:r>
        <w:rPr>
          <w:rFonts w:ascii="Times New Roman" w:hAnsi="Times New Roman"/>
          <w:b/>
          <w:sz w:val="24"/>
          <w:szCs w:val="24"/>
        </w:rPr>
        <w:t>1</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propionaldehyde at pH=7 and U=-0.5 V </w:t>
      </w:r>
      <w:r>
        <w:rPr>
          <w:rFonts w:ascii="Times New Roman" w:hAnsi="Times New Roman"/>
          <w:sz w:val="24"/>
          <w:szCs w:val="24"/>
        </w:rPr>
        <w:t xml:space="preserve">vs. SHE </w:t>
      </w:r>
      <w:r w:rsidRPr="00984727">
        <w:rPr>
          <w:rFonts w:ascii="Times New Roman" w:hAnsi="Times New Roman"/>
          <w:sz w:val="24"/>
          <w:szCs w:val="24"/>
        </w:rPr>
        <w:t>on Cu(111).</w:t>
      </w:r>
    </w:p>
    <w:p w14:paraId="5E8C28EF"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3</w:t>
      </w:r>
      <w:r>
        <w:rPr>
          <w:rFonts w:ascii="Times New Roman" w:hAnsi="Times New Roman"/>
          <w:b/>
          <w:sz w:val="24"/>
          <w:szCs w:val="24"/>
        </w:rPr>
        <w:t>2</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acetone at pH=7 and U=-0.5 V </w:t>
      </w:r>
      <w:r>
        <w:rPr>
          <w:rFonts w:ascii="Times New Roman" w:hAnsi="Times New Roman"/>
          <w:sz w:val="24"/>
          <w:szCs w:val="24"/>
        </w:rPr>
        <w:t xml:space="preserve">vs. SHE </w:t>
      </w:r>
      <w:r w:rsidRPr="00984727">
        <w:rPr>
          <w:rFonts w:ascii="Times New Roman" w:hAnsi="Times New Roman"/>
          <w:sz w:val="24"/>
          <w:szCs w:val="24"/>
        </w:rPr>
        <w:t>on Cu(111).</w:t>
      </w:r>
    </w:p>
    <w:p w14:paraId="420B3E94"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3</w:t>
      </w:r>
      <w:r>
        <w:rPr>
          <w:rFonts w:ascii="Times New Roman" w:hAnsi="Times New Roman"/>
          <w:b/>
          <w:sz w:val="24"/>
          <w:szCs w:val="24"/>
        </w:rPr>
        <w:t>3</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allyl alcohol at pH=7 and U=-0.5 V </w:t>
      </w:r>
      <w:r>
        <w:rPr>
          <w:rFonts w:ascii="Times New Roman" w:hAnsi="Times New Roman"/>
          <w:sz w:val="24"/>
          <w:szCs w:val="24"/>
        </w:rPr>
        <w:t xml:space="preserve">vs. </w:t>
      </w:r>
      <w:r>
        <w:rPr>
          <w:rFonts w:ascii="Times New Roman" w:hAnsi="Times New Roman"/>
          <w:sz w:val="24"/>
          <w:szCs w:val="24"/>
        </w:rPr>
        <w:lastRenderedPageBreak/>
        <w:t xml:space="preserve">SHE </w:t>
      </w:r>
      <w:r w:rsidRPr="00984727">
        <w:rPr>
          <w:rFonts w:ascii="Times New Roman" w:hAnsi="Times New Roman"/>
          <w:sz w:val="24"/>
          <w:szCs w:val="24"/>
        </w:rPr>
        <w:t>on Cu(111).</w:t>
      </w:r>
    </w:p>
    <w:p w14:paraId="446C80DE"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3</w:t>
      </w:r>
      <w:r>
        <w:rPr>
          <w:rFonts w:ascii="Times New Roman" w:hAnsi="Times New Roman"/>
          <w:b/>
          <w:sz w:val="24"/>
          <w:szCs w:val="24"/>
        </w:rPr>
        <w:t>4</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propane at pH=7 and U=-0.5 V </w:t>
      </w:r>
      <w:r>
        <w:rPr>
          <w:rFonts w:ascii="Times New Roman" w:hAnsi="Times New Roman"/>
          <w:sz w:val="24"/>
          <w:szCs w:val="24"/>
        </w:rPr>
        <w:t xml:space="preserve">vs. SHE </w:t>
      </w:r>
      <w:r w:rsidRPr="00984727">
        <w:rPr>
          <w:rFonts w:ascii="Times New Roman" w:hAnsi="Times New Roman"/>
          <w:sz w:val="24"/>
          <w:szCs w:val="24"/>
        </w:rPr>
        <w:t>on Cu(111).</w:t>
      </w:r>
    </w:p>
    <w:p w14:paraId="11989AF8"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3</w:t>
      </w:r>
      <w:r>
        <w:rPr>
          <w:rFonts w:ascii="Times New Roman" w:hAnsi="Times New Roman"/>
          <w:b/>
          <w:sz w:val="24"/>
          <w:szCs w:val="24"/>
        </w:rPr>
        <w:t>5</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2-propanol at pH=7 and U=-0.5 V </w:t>
      </w:r>
      <w:r>
        <w:rPr>
          <w:rFonts w:ascii="Times New Roman" w:hAnsi="Times New Roman"/>
          <w:sz w:val="24"/>
          <w:szCs w:val="24"/>
        </w:rPr>
        <w:t xml:space="preserve">vs. SHE </w:t>
      </w:r>
      <w:r w:rsidRPr="00984727">
        <w:rPr>
          <w:rFonts w:ascii="Times New Roman" w:hAnsi="Times New Roman"/>
          <w:sz w:val="24"/>
          <w:szCs w:val="24"/>
        </w:rPr>
        <w:t>on Cu(111).</w:t>
      </w:r>
    </w:p>
    <w:p w14:paraId="267DD92A"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3</w:t>
      </w:r>
      <w:r>
        <w:rPr>
          <w:rFonts w:ascii="Times New Roman" w:hAnsi="Times New Roman"/>
          <w:b/>
          <w:sz w:val="24"/>
          <w:szCs w:val="24"/>
        </w:rPr>
        <w:t>6</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1,2-propylene glycol at pH=7 and U=-0.5 V </w:t>
      </w:r>
      <w:r>
        <w:rPr>
          <w:rFonts w:ascii="Times New Roman" w:hAnsi="Times New Roman"/>
          <w:sz w:val="24"/>
          <w:szCs w:val="24"/>
        </w:rPr>
        <w:t xml:space="preserve">vs. SHE </w:t>
      </w:r>
      <w:r w:rsidRPr="00984727">
        <w:rPr>
          <w:rFonts w:ascii="Times New Roman" w:hAnsi="Times New Roman"/>
          <w:sz w:val="24"/>
          <w:szCs w:val="24"/>
        </w:rPr>
        <w:t>on Cu(111).</w:t>
      </w:r>
    </w:p>
    <w:p w14:paraId="4500D528"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3</w:t>
      </w:r>
      <w:r>
        <w:rPr>
          <w:rFonts w:ascii="Times New Roman" w:hAnsi="Times New Roman"/>
          <w:b/>
          <w:sz w:val="24"/>
          <w:szCs w:val="24"/>
        </w:rPr>
        <w:t>7</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glycerol at pH=7 and U=-0.5 V </w:t>
      </w:r>
      <w:r>
        <w:rPr>
          <w:rFonts w:ascii="Times New Roman" w:hAnsi="Times New Roman"/>
          <w:sz w:val="24"/>
          <w:szCs w:val="24"/>
        </w:rPr>
        <w:t xml:space="preserve">vs. SHE </w:t>
      </w:r>
      <w:r w:rsidRPr="00984727">
        <w:rPr>
          <w:rFonts w:ascii="Times New Roman" w:hAnsi="Times New Roman"/>
          <w:sz w:val="24"/>
          <w:szCs w:val="24"/>
        </w:rPr>
        <w:t>on Cu(111).</w:t>
      </w:r>
    </w:p>
    <w:p w14:paraId="4BFE4283" w14:textId="77777777" w:rsidR="00BB5B28" w:rsidRPr="00984727" w:rsidRDefault="00BB5B28" w:rsidP="00BB5B28">
      <w:pPr>
        <w:spacing w:line="480" w:lineRule="auto"/>
        <w:rPr>
          <w:rFonts w:ascii="Times New Roman" w:hAnsi="Times New Roman"/>
          <w:sz w:val="24"/>
          <w:szCs w:val="24"/>
        </w:rPr>
      </w:pPr>
      <w:r w:rsidRPr="00984727">
        <w:rPr>
          <w:rFonts w:ascii="Times New Roman" w:hAnsi="Times New Roman"/>
          <w:b/>
          <w:sz w:val="24"/>
          <w:szCs w:val="24"/>
        </w:rPr>
        <w:t>Supplementary Table 3</w:t>
      </w:r>
      <w:r>
        <w:rPr>
          <w:rFonts w:ascii="Times New Roman" w:hAnsi="Times New Roman"/>
          <w:b/>
          <w:sz w:val="24"/>
          <w:szCs w:val="24"/>
        </w:rPr>
        <w:t>8</w:t>
      </w:r>
      <w:r w:rsidRPr="00984727">
        <w:rPr>
          <w:rFonts w:ascii="Times New Roman" w:hAnsi="Times New Roman"/>
          <w:b/>
          <w:sz w:val="24"/>
          <w:szCs w:val="24"/>
        </w:rPr>
        <w:t xml:space="preserve"> | </w:t>
      </w:r>
      <w:r w:rsidRPr="00984727">
        <w:rPr>
          <w:rFonts w:ascii="Times New Roman" w:hAnsi="Times New Roman"/>
          <w:sz w:val="24"/>
          <w:szCs w:val="24"/>
        </w:rPr>
        <w:t xml:space="preserve">Reaction pathway(s) to hydroxyacetone at pH=7 and U=-0.5 V </w:t>
      </w:r>
      <w:r>
        <w:rPr>
          <w:rFonts w:ascii="Times New Roman" w:hAnsi="Times New Roman"/>
          <w:sz w:val="24"/>
          <w:szCs w:val="24"/>
        </w:rPr>
        <w:t xml:space="preserve">vs. SHE </w:t>
      </w:r>
      <w:r w:rsidRPr="00984727">
        <w:rPr>
          <w:rFonts w:ascii="Times New Roman" w:hAnsi="Times New Roman"/>
          <w:sz w:val="24"/>
          <w:szCs w:val="24"/>
        </w:rPr>
        <w:t>on Cu(111).</w:t>
      </w:r>
    </w:p>
    <w:p w14:paraId="6509B4BE" w14:textId="77777777" w:rsidR="00984727" w:rsidRDefault="00984727" w:rsidP="00431F65">
      <w:pPr>
        <w:spacing w:line="480" w:lineRule="auto"/>
      </w:pPr>
    </w:p>
    <w:p w14:paraId="23AFF96F" w14:textId="3100E853" w:rsidR="00FE63D2" w:rsidRDefault="00FE63D2" w:rsidP="00431F65">
      <w:pPr>
        <w:spacing w:line="480" w:lineRule="auto"/>
        <w:ind w:firstLine="420"/>
        <w:rPr>
          <w:rFonts w:ascii="Times New Roman" w:hAnsi="Times New Roman"/>
          <w:sz w:val="24"/>
          <w:szCs w:val="24"/>
        </w:rPr>
      </w:pPr>
    </w:p>
    <w:p w14:paraId="0ADD7932" w14:textId="77777777" w:rsidR="00FE63D2" w:rsidRPr="00CB52C3" w:rsidRDefault="00FE63D2" w:rsidP="00431F65">
      <w:pPr>
        <w:spacing w:line="480" w:lineRule="auto"/>
        <w:ind w:firstLine="420"/>
        <w:rPr>
          <w:rFonts w:ascii="Times New Roman" w:hAnsi="Times New Roman"/>
          <w:sz w:val="24"/>
          <w:szCs w:val="24"/>
        </w:rPr>
      </w:pPr>
    </w:p>
    <w:p w14:paraId="67A16A62" w14:textId="77777777" w:rsidR="001860CE" w:rsidRPr="00CB52C3" w:rsidRDefault="001860CE" w:rsidP="00431F65">
      <w:pPr>
        <w:widowControl/>
        <w:spacing w:line="480" w:lineRule="auto"/>
        <w:jc w:val="left"/>
        <w:rPr>
          <w:rFonts w:ascii="Times New Roman" w:hAnsi="Times New Roman"/>
          <w:sz w:val="24"/>
          <w:szCs w:val="24"/>
          <w:lang w:eastAsia="en-US"/>
        </w:rPr>
      </w:pPr>
      <w:r w:rsidRPr="00CB52C3">
        <w:rPr>
          <w:rFonts w:ascii="Times New Roman" w:hAnsi="Times New Roman"/>
          <w:sz w:val="24"/>
          <w:szCs w:val="24"/>
          <w:lang w:eastAsia="en-US"/>
        </w:rPr>
        <w:br w:type="page"/>
      </w:r>
    </w:p>
    <w:p w14:paraId="1F969AA9" w14:textId="5BAA4258" w:rsidR="00097934" w:rsidRPr="00CB52C3" w:rsidRDefault="001860CE" w:rsidP="00431F65">
      <w:pPr>
        <w:spacing w:line="480" w:lineRule="auto"/>
        <w:rPr>
          <w:rFonts w:ascii="Times New Roman" w:hAnsi="Times New Roman"/>
          <w:b/>
          <w:sz w:val="24"/>
          <w:szCs w:val="24"/>
        </w:rPr>
      </w:pPr>
      <w:r w:rsidRPr="00CB52C3">
        <w:rPr>
          <w:rFonts w:ascii="Times New Roman" w:hAnsi="Times New Roman"/>
          <w:b/>
          <w:sz w:val="24"/>
          <w:szCs w:val="24"/>
        </w:rPr>
        <w:lastRenderedPageBreak/>
        <w:t>References</w:t>
      </w:r>
    </w:p>
    <w:p w14:paraId="0189F751" w14:textId="77777777" w:rsidR="008944F8" w:rsidRPr="00BB5B28" w:rsidRDefault="00097934"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fldChar w:fldCharType="begin"/>
      </w:r>
      <w:r w:rsidRPr="00BB5B28">
        <w:rPr>
          <w:rFonts w:ascii="Times New Roman" w:hAnsi="Times New Roman" w:cs="Times New Roman"/>
          <w:sz w:val="24"/>
          <w:szCs w:val="24"/>
        </w:rPr>
        <w:instrText xml:space="preserve"> ADDIN EN.REFLIST </w:instrText>
      </w:r>
      <w:r w:rsidRPr="00BB5B28">
        <w:rPr>
          <w:rFonts w:ascii="Times New Roman" w:hAnsi="Times New Roman" w:cs="Times New Roman"/>
          <w:sz w:val="24"/>
          <w:szCs w:val="24"/>
        </w:rPr>
        <w:fldChar w:fldCharType="separate"/>
      </w:r>
      <w:r w:rsidR="008944F8" w:rsidRPr="00BB5B28">
        <w:rPr>
          <w:rFonts w:ascii="Times New Roman" w:hAnsi="Times New Roman" w:cs="Times New Roman"/>
          <w:sz w:val="24"/>
          <w:szCs w:val="24"/>
        </w:rPr>
        <w:t>1</w:t>
      </w:r>
      <w:r w:rsidR="008944F8" w:rsidRPr="00BB5B28">
        <w:rPr>
          <w:rFonts w:ascii="Times New Roman" w:hAnsi="Times New Roman" w:cs="Times New Roman"/>
          <w:sz w:val="24"/>
          <w:szCs w:val="24"/>
        </w:rPr>
        <w:tab/>
        <w:t xml:space="preserve">Kresse, G. &amp; Furthmüller, J. Efficient iterative schemes for ab initio total-energy calculations using a plane-wave basis set. </w:t>
      </w:r>
      <w:r w:rsidR="008944F8" w:rsidRPr="00BB5B28">
        <w:rPr>
          <w:rFonts w:ascii="Times New Roman" w:hAnsi="Times New Roman" w:cs="Times New Roman"/>
          <w:i/>
          <w:sz w:val="24"/>
          <w:szCs w:val="24"/>
        </w:rPr>
        <w:t>Phys. Rev. B</w:t>
      </w:r>
      <w:r w:rsidR="008944F8" w:rsidRPr="00BB5B28">
        <w:rPr>
          <w:rFonts w:ascii="Times New Roman" w:hAnsi="Times New Roman" w:cs="Times New Roman"/>
          <w:sz w:val="24"/>
          <w:szCs w:val="24"/>
        </w:rPr>
        <w:t xml:space="preserve"> </w:t>
      </w:r>
      <w:r w:rsidR="008944F8" w:rsidRPr="00BB5B28">
        <w:rPr>
          <w:rFonts w:ascii="Times New Roman" w:hAnsi="Times New Roman" w:cs="Times New Roman"/>
          <w:b/>
          <w:sz w:val="24"/>
          <w:szCs w:val="24"/>
        </w:rPr>
        <w:t>54</w:t>
      </w:r>
      <w:r w:rsidR="008944F8" w:rsidRPr="00BB5B28">
        <w:rPr>
          <w:rFonts w:ascii="Times New Roman" w:hAnsi="Times New Roman" w:cs="Times New Roman"/>
          <w:sz w:val="24"/>
          <w:szCs w:val="24"/>
        </w:rPr>
        <w:t>, 11169-11186 (1996).</w:t>
      </w:r>
    </w:p>
    <w:p w14:paraId="1C4B8918" w14:textId="77777777" w:rsidR="008944F8" w:rsidRPr="00BB5B28" w:rsidRDefault="008944F8"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t>2</w:t>
      </w:r>
      <w:r w:rsidRPr="00BB5B28">
        <w:rPr>
          <w:rFonts w:ascii="Times New Roman" w:hAnsi="Times New Roman" w:cs="Times New Roman"/>
          <w:sz w:val="24"/>
          <w:szCs w:val="24"/>
        </w:rPr>
        <w:tab/>
        <w:t xml:space="preserve">Kresse, G. &amp; Furthmuller, J. Efficiency of ab-initio total energy calculations for metals and semiconductors using a plane-wave basis set. </w:t>
      </w:r>
      <w:r w:rsidRPr="00BB5B28">
        <w:rPr>
          <w:rFonts w:ascii="Times New Roman" w:hAnsi="Times New Roman" w:cs="Times New Roman"/>
          <w:i/>
          <w:sz w:val="24"/>
          <w:szCs w:val="24"/>
        </w:rPr>
        <w:t>Comp. Mater. Sci.</w:t>
      </w:r>
      <w:r w:rsidRPr="00BB5B28">
        <w:rPr>
          <w:rFonts w:ascii="Times New Roman" w:hAnsi="Times New Roman" w:cs="Times New Roman"/>
          <w:sz w:val="24"/>
          <w:szCs w:val="24"/>
        </w:rPr>
        <w:t xml:space="preserve"> </w:t>
      </w:r>
      <w:r w:rsidRPr="00BB5B28">
        <w:rPr>
          <w:rFonts w:ascii="Times New Roman" w:hAnsi="Times New Roman" w:cs="Times New Roman"/>
          <w:b/>
          <w:sz w:val="24"/>
          <w:szCs w:val="24"/>
        </w:rPr>
        <w:t>6</w:t>
      </w:r>
      <w:r w:rsidRPr="00BB5B28">
        <w:rPr>
          <w:rFonts w:ascii="Times New Roman" w:hAnsi="Times New Roman" w:cs="Times New Roman"/>
          <w:sz w:val="24"/>
          <w:szCs w:val="24"/>
        </w:rPr>
        <w:t>, 15-50 (1996).</w:t>
      </w:r>
    </w:p>
    <w:p w14:paraId="62F04899" w14:textId="77777777" w:rsidR="008944F8" w:rsidRPr="00BB5B28" w:rsidRDefault="008944F8"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t>3</w:t>
      </w:r>
      <w:r w:rsidRPr="00BB5B28">
        <w:rPr>
          <w:rFonts w:ascii="Times New Roman" w:hAnsi="Times New Roman" w:cs="Times New Roman"/>
          <w:sz w:val="24"/>
          <w:szCs w:val="24"/>
        </w:rPr>
        <w:tab/>
        <w:t xml:space="preserve">Kresse, G. &amp; Hafner, J. Ab-Initio Molecular-Dynamics Simulation of the Liquid-Metal Amorphous-Semiconductor Transition in Germanium. </w:t>
      </w:r>
      <w:r w:rsidRPr="00BB5B28">
        <w:rPr>
          <w:rFonts w:ascii="Times New Roman" w:hAnsi="Times New Roman" w:cs="Times New Roman"/>
          <w:i/>
          <w:sz w:val="24"/>
          <w:szCs w:val="24"/>
        </w:rPr>
        <w:t>Phys. Rev. B</w:t>
      </w:r>
      <w:r w:rsidRPr="00BB5B28">
        <w:rPr>
          <w:rFonts w:ascii="Times New Roman" w:hAnsi="Times New Roman" w:cs="Times New Roman"/>
          <w:sz w:val="24"/>
          <w:szCs w:val="24"/>
        </w:rPr>
        <w:t xml:space="preserve"> </w:t>
      </w:r>
      <w:r w:rsidRPr="00BB5B28">
        <w:rPr>
          <w:rFonts w:ascii="Times New Roman" w:hAnsi="Times New Roman" w:cs="Times New Roman"/>
          <w:b/>
          <w:sz w:val="24"/>
          <w:szCs w:val="24"/>
        </w:rPr>
        <w:t>49</w:t>
      </w:r>
      <w:r w:rsidRPr="00BB5B28">
        <w:rPr>
          <w:rFonts w:ascii="Times New Roman" w:hAnsi="Times New Roman" w:cs="Times New Roman"/>
          <w:sz w:val="24"/>
          <w:szCs w:val="24"/>
        </w:rPr>
        <w:t>, 14251-14269 (1994).</w:t>
      </w:r>
    </w:p>
    <w:p w14:paraId="13AA6612" w14:textId="77777777" w:rsidR="008944F8" w:rsidRPr="00BB5B28" w:rsidRDefault="008944F8"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t>4</w:t>
      </w:r>
      <w:r w:rsidRPr="00BB5B28">
        <w:rPr>
          <w:rFonts w:ascii="Times New Roman" w:hAnsi="Times New Roman" w:cs="Times New Roman"/>
          <w:sz w:val="24"/>
          <w:szCs w:val="24"/>
        </w:rPr>
        <w:tab/>
        <w:t xml:space="preserve">Kresse, G. &amp; Hafner, J. Ab initio molecular dynamics for liquid metals. </w:t>
      </w:r>
      <w:r w:rsidRPr="00BB5B28">
        <w:rPr>
          <w:rFonts w:ascii="Times New Roman" w:hAnsi="Times New Roman" w:cs="Times New Roman"/>
          <w:i/>
          <w:sz w:val="24"/>
          <w:szCs w:val="24"/>
        </w:rPr>
        <w:t>Phys. Rev. B</w:t>
      </w:r>
      <w:r w:rsidRPr="00BB5B28">
        <w:rPr>
          <w:rFonts w:ascii="Times New Roman" w:hAnsi="Times New Roman" w:cs="Times New Roman"/>
          <w:sz w:val="24"/>
          <w:szCs w:val="24"/>
        </w:rPr>
        <w:t xml:space="preserve"> </w:t>
      </w:r>
      <w:r w:rsidRPr="00BB5B28">
        <w:rPr>
          <w:rFonts w:ascii="Times New Roman" w:hAnsi="Times New Roman" w:cs="Times New Roman"/>
          <w:b/>
          <w:sz w:val="24"/>
          <w:szCs w:val="24"/>
        </w:rPr>
        <w:t>47</w:t>
      </w:r>
      <w:r w:rsidRPr="00BB5B28">
        <w:rPr>
          <w:rFonts w:ascii="Times New Roman" w:hAnsi="Times New Roman" w:cs="Times New Roman"/>
          <w:sz w:val="24"/>
          <w:szCs w:val="24"/>
        </w:rPr>
        <w:t>, 558-561 (1993).</w:t>
      </w:r>
    </w:p>
    <w:p w14:paraId="13B8CE69" w14:textId="77777777" w:rsidR="008944F8" w:rsidRPr="00BB5B28" w:rsidRDefault="008944F8"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t>5</w:t>
      </w:r>
      <w:r w:rsidRPr="00BB5B28">
        <w:rPr>
          <w:rFonts w:ascii="Times New Roman" w:hAnsi="Times New Roman" w:cs="Times New Roman"/>
          <w:sz w:val="24"/>
          <w:szCs w:val="24"/>
        </w:rPr>
        <w:tab/>
        <w:t xml:space="preserve">Perdew, J. P., Burke, K. &amp; Ernzerhof, M. Generalized Gradient Approximation Made Simple. </w:t>
      </w:r>
      <w:r w:rsidRPr="00BB5B28">
        <w:rPr>
          <w:rFonts w:ascii="Times New Roman" w:hAnsi="Times New Roman" w:cs="Times New Roman"/>
          <w:i/>
          <w:sz w:val="24"/>
          <w:szCs w:val="24"/>
        </w:rPr>
        <w:t>Phys. Rev. Lett.</w:t>
      </w:r>
      <w:r w:rsidRPr="00BB5B28">
        <w:rPr>
          <w:rFonts w:ascii="Times New Roman" w:hAnsi="Times New Roman" w:cs="Times New Roman"/>
          <w:sz w:val="24"/>
          <w:szCs w:val="24"/>
        </w:rPr>
        <w:t xml:space="preserve"> </w:t>
      </w:r>
      <w:r w:rsidRPr="00BB5B28">
        <w:rPr>
          <w:rFonts w:ascii="Times New Roman" w:hAnsi="Times New Roman" w:cs="Times New Roman"/>
          <w:b/>
          <w:sz w:val="24"/>
          <w:szCs w:val="24"/>
        </w:rPr>
        <w:t>77</w:t>
      </w:r>
      <w:r w:rsidRPr="00BB5B28">
        <w:rPr>
          <w:rFonts w:ascii="Times New Roman" w:hAnsi="Times New Roman" w:cs="Times New Roman"/>
          <w:sz w:val="24"/>
          <w:szCs w:val="24"/>
        </w:rPr>
        <w:t>, 3865-3868 (1996).</w:t>
      </w:r>
    </w:p>
    <w:p w14:paraId="450F7A52" w14:textId="77777777" w:rsidR="008944F8" w:rsidRPr="00BB5B28" w:rsidRDefault="008944F8"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t>6</w:t>
      </w:r>
      <w:r w:rsidRPr="00BB5B28">
        <w:rPr>
          <w:rFonts w:ascii="Times New Roman" w:hAnsi="Times New Roman" w:cs="Times New Roman"/>
          <w:sz w:val="24"/>
          <w:szCs w:val="24"/>
        </w:rPr>
        <w:tab/>
        <w:t xml:space="preserve">Kresse, G. &amp; Joubert, D. From ultrasoft pseudopotentials to the projector augmented-wave method. </w:t>
      </w:r>
      <w:r w:rsidRPr="00BB5B28">
        <w:rPr>
          <w:rFonts w:ascii="Times New Roman" w:hAnsi="Times New Roman" w:cs="Times New Roman"/>
          <w:i/>
          <w:sz w:val="24"/>
          <w:szCs w:val="24"/>
        </w:rPr>
        <w:t>Phys. Rev. B</w:t>
      </w:r>
      <w:r w:rsidRPr="00BB5B28">
        <w:rPr>
          <w:rFonts w:ascii="Times New Roman" w:hAnsi="Times New Roman" w:cs="Times New Roman"/>
          <w:sz w:val="24"/>
          <w:szCs w:val="24"/>
        </w:rPr>
        <w:t xml:space="preserve"> </w:t>
      </w:r>
      <w:r w:rsidRPr="00BB5B28">
        <w:rPr>
          <w:rFonts w:ascii="Times New Roman" w:hAnsi="Times New Roman" w:cs="Times New Roman"/>
          <w:b/>
          <w:sz w:val="24"/>
          <w:szCs w:val="24"/>
        </w:rPr>
        <w:t>59</w:t>
      </w:r>
      <w:r w:rsidRPr="00BB5B28">
        <w:rPr>
          <w:rFonts w:ascii="Times New Roman" w:hAnsi="Times New Roman" w:cs="Times New Roman"/>
          <w:sz w:val="24"/>
          <w:szCs w:val="24"/>
        </w:rPr>
        <w:t>, 1758-1775 (1999).</w:t>
      </w:r>
    </w:p>
    <w:p w14:paraId="594183B6" w14:textId="77777777" w:rsidR="008944F8" w:rsidRPr="00BB5B28" w:rsidRDefault="008944F8"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t>7</w:t>
      </w:r>
      <w:r w:rsidRPr="00BB5B28">
        <w:rPr>
          <w:rFonts w:ascii="Times New Roman" w:hAnsi="Times New Roman" w:cs="Times New Roman"/>
          <w:sz w:val="24"/>
          <w:szCs w:val="24"/>
        </w:rPr>
        <w:tab/>
        <w:t xml:space="preserve">Blöchl, P. E. Projector augmented-wave method. </w:t>
      </w:r>
      <w:r w:rsidRPr="00BB5B28">
        <w:rPr>
          <w:rFonts w:ascii="Times New Roman" w:hAnsi="Times New Roman" w:cs="Times New Roman"/>
          <w:i/>
          <w:sz w:val="24"/>
          <w:szCs w:val="24"/>
        </w:rPr>
        <w:t>Phys. Rev. B</w:t>
      </w:r>
      <w:r w:rsidRPr="00BB5B28">
        <w:rPr>
          <w:rFonts w:ascii="Times New Roman" w:hAnsi="Times New Roman" w:cs="Times New Roman"/>
          <w:sz w:val="24"/>
          <w:szCs w:val="24"/>
        </w:rPr>
        <w:t xml:space="preserve"> </w:t>
      </w:r>
      <w:r w:rsidRPr="00BB5B28">
        <w:rPr>
          <w:rFonts w:ascii="Times New Roman" w:hAnsi="Times New Roman" w:cs="Times New Roman"/>
          <w:b/>
          <w:sz w:val="24"/>
          <w:szCs w:val="24"/>
        </w:rPr>
        <w:t>50</w:t>
      </w:r>
      <w:r w:rsidRPr="00BB5B28">
        <w:rPr>
          <w:rFonts w:ascii="Times New Roman" w:hAnsi="Times New Roman" w:cs="Times New Roman"/>
          <w:sz w:val="24"/>
          <w:szCs w:val="24"/>
        </w:rPr>
        <w:t>, 17953-17979 (1994).</w:t>
      </w:r>
    </w:p>
    <w:p w14:paraId="7EDD42B0" w14:textId="77777777" w:rsidR="008944F8" w:rsidRPr="00BB5B28" w:rsidRDefault="008944F8"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t>8</w:t>
      </w:r>
      <w:r w:rsidRPr="00BB5B28">
        <w:rPr>
          <w:rFonts w:ascii="Times New Roman" w:hAnsi="Times New Roman" w:cs="Times New Roman"/>
          <w:sz w:val="24"/>
          <w:szCs w:val="24"/>
        </w:rPr>
        <w:tab/>
        <w:t xml:space="preserve">Grimme, S., Antony, J., Ehrlich, S. &amp; Krieg, H. A consistent and accurate ab initio parametrization of density functional dispersion correction (DFT-D) for the 94 elements H-Pu. </w:t>
      </w:r>
      <w:r w:rsidRPr="00BB5B28">
        <w:rPr>
          <w:rFonts w:ascii="Times New Roman" w:hAnsi="Times New Roman" w:cs="Times New Roman"/>
          <w:i/>
          <w:sz w:val="24"/>
          <w:szCs w:val="24"/>
        </w:rPr>
        <w:t>The Journal of Chemical Physics</w:t>
      </w:r>
      <w:r w:rsidRPr="00BB5B28">
        <w:rPr>
          <w:rFonts w:ascii="Times New Roman" w:hAnsi="Times New Roman" w:cs="Times New Roman"/>
          <w:sz w:val="24"/>
          <w:szCs w:val="24"/>
        </w:rPr>
        <w:t xml:space="preserve"> </w:t>
      </w:r>
      <w:r w:rsidRPr="00BB5B28">
        <w:rPr>
          <w:rFonts w:ascii="Times New Roman" w:hAnsi="Times New Roman" w:cs="Times New Roman"/>
          <w:b/>
          <w:sz w:val="24"/>
          <w:szCs w:val="24"/>
        </w:rPr>
        <w:t>132</w:t>
      </w:r>
      <w:r w:rsidRPr="00BB5B28">
        <w:rPr>
          <w:rFonts w:ascii="Times New Roman" w:hAnsi="Times New Roman" w:cs="Times New Roman"/>
          <w:sz w:val="24"/>
          <w:szCs w:val="24"/>
        </w:rPr>
        <w:t>, 154104 (2010).</w:t>
      </w:r>
    </w:p>
    <w:p w14:paraId="5F209244" w14:textId="77777777" w:rsidR="008944F8" w:rsidRPr="00BB5B28" w:rsidRDefault="008944F8"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t>9</w:t>
      </w:r>
      <w:r w:rsidRPr="00BB5B28">
        <w:rPr>
          <w:rFonts w:ascii="Times New Roman" w:hAnsi="Times New Roman" w:cs="Times New Roman"/>
          <w:sz w:val="24"/>
          <w:szCs w:val="24"/>
        </w:rPr>
        <w:tab/>
      </w:r>
      <w:r w:rsidRPr="00BB5B28">
        <w:rPr>
          <w:rFonts w:ascii="Times New Roman" w:hAnsi="Times New Roman" w:cs="Times New Roman"/>
          <w:i/>
          <w:sz w:val="24"/>
          <w:szCs w:val="24"/>
        </w:rPr>
        <w:t>NIST Chemistry WebBook, NIST Standard Reference Database Number 69</w:t>
      </w:r>
      <w:r w:rsidRPr="00BB5B28">
        <w:rPr>
          <w:rFonts w:ascii="Times New Roman" w:hAnsi="Times New Roman" w:cs="Times New Roman"/>
          <w:sz w:val="24"/>
          <w:szCs w:val="24"/>
        </w:rPr>
        <w:t>.  (National Institute of Standards and Technology, 2005).</w:t>
      </w:r>
    </w:p>
    <w:p w14:paraId="0C9784C0" w14:textId="77777777" w:rsidR="008944F8" w:rsidRPr="00BB5B28" w:rsidRDefault="008944F8"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t>10</w:t>
      </w:r>
      <w:r w:rsidRPr="00BB5B28">
        <w:rPr>
          <w:rFonts w:ascii="Times New Roman" w:hAnsi="Times New Roman" w:cs="Times New Roman"/>
          <w:sz w:val="24"/>
          <w:szCs w:val="24"/>
        </w:rPr>
        <w:tab/>
        <w:t xml:space="preserve">Boes, J. R., Mamun, O., Winther, K. &amp; Bligaard, T. Graph Theory Approach to High-Throughput Surface Adsorption Structure Generation. </w:t>
      </w:r>
      <w:r w:rsidRPr="00BB5B28">
        <w:rPr>
          <w:rFonts w:ascii="Times New Roman" w:hAnsi="Times New Roman" w:cs="Times New Roman"/>
          <w:i/>
          <w:sz w:val="24"/>
          <w:szCs w:val="24"/>
        </w:rPr>
        <w:t>J. Phys. Chem. A</w:t>
      </w:r>
      <w:r w:rsidRPr="00BB5B28">
        <w:rPr>
          <w:rFonts w:ascii="Times New Roman" w:hAnsi="Times New Roman" w:cs="Times New Roman"/>
          <w:sz w:val="24"/>
          <w:szCs w:val="24"/>
        </w:rPr>
        <w:t xml:space="preserve"> </w:t>
      </w:r>
      <w:r w:rsidRPr="00BB5B28">
        <w:rPr>
          <w:rFonts w:ascii="Times New Roman" w:hAnsi="Times New Roman" w:cs="Times New Roman"/>
          <w:b/>
          <w:sz w:val="24"/>
          <w:szCs w:val="24"/>
        </w:rPr>
        <w:t>123</w:t>
      </w:r>
      <w:r w:rsidRPr="00BB5B28">
        <w:rPr>
          <w:rFonts w:ascii="Times New Roman" w:hAnsi="Times New Roman" w:cs="Times New Roman"/>
          <w:sz w:val="24"/>
          <w:szCs w:val="24"/>
        </w:rPr>
        <w:t>, 2281-2285 (2019).</w:t>
      </w:r>
    </w:p>
    <w:p w14:paraId="0B015B93" w14:textId="77777777" w:rsidR="008944F8" w:rsidRPr="00BB5B28" w:rsidRDefault="008944F8"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t>11</w:t>
      </w:r>
      <w:r w:rsidRPr="00BB5B28">
        <w:rPr>
          <w:rFonts w:ascii="Times New Roman" w:hAnsi="Times New Roman" w:cs="Times New Roman"/>
          <w:sz w:val="24"/>
          <w:szCs w:val="24"/>
        </w:rPr>
        <w:tab/>
        <w:t>Montoya, J. H., Shi, C., Chan, K. &amp; Nørskov, J. K. Theoretical Insights into a CO Dimerization Mechanism in CO</w:t>
      </w:r>
      <w:r w:rsidRPr="00BB5B28">
        <w:rPr>
          <w:rFonts w:ascii="Times New Roman" w:hAnsi="Times New Roman" w:cs="Times New Roman"/>
          <w:sz w:val="24"/>
          <w:szCs w:val="24"/>
          <w:vertAlign w:val="subscript"/>
        </w:rPr>
        <w:t>2</w:t>
      </w:r>
      <w:r w:rsidRPr="00BB5B28">
        <w:rPr>
          <w:rFonts w:ascii="Times New Roman" w:hAnsi="Times New Roman" w:cs="Times New Roman"/>
          <w:sz w:val="24"/>
          <w:szCs w:val="24"/>
        </w:rPr>
        <w:t xml:space="preserve"> Electroreduction. </w:t>
      </w:r>
      <w:r w:rsidRPr="00BB5B28">
        <w:rPr>
          <w:rFonts w:ascii="Times New Roman" w:hAnsi="Times New Roman" w:cs="Times New Roman"/>
          <w:i/>
          <w:sz w:val="24"/>
          <w:szCs w:val="24"/>
        </w:rPr>
        <w:t>J. Phys. Chem. Lett.</w:t>
      </w:r>
      <w:r w:rsidRPr="00BB5B28">
        <w:rPr>
          <w:rFonts w:ascii="Times New Roman" w:hAnsi="Times New Roman" w:cs="Times New Roman"/>
          <w:sz w:val="24"/>
          <w:szCs w:val="24"/>
        </w:rPr>
        <w:t xml:space="preserve"> </w:t>
      </w:r>
      <w:r w:rsidRPr="00BB5B28">
        <w:rPr>
          <w:rFonts w:ascii="Times New Roman" w:hAnsi="Times New Roman" w:cs="Times New Roman"/>
          <w:b/>
          <w:sz w:val="24"/>
          <w:szCs w:val="24"/>
        </w:rPr>
        <w:t>6</w:t>
      </w:r>
      <w:r w:rsidRPr="00BB5B28">
        <w:rPr>
          <w:rFonts w:ascii="Times New Roman" w:hAnsi="Times New Roman" w:cs="Times New Roman"/>
          <w:sz w:val="24"/>
          <w:szCs w:val="24"/>
        </w:rPr>
        <w:t>, 2032-2037 (2015).</w:t>
      </w:r>
    </w:p>
    <w:p w14:paraId="75333147" w14:textId="77777777" w:rsidR="008944F8" w:rsidRPr="00BB5B28" w:rsidRDefault="008944F8"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t>12</w:t>
      </w:r>
      <w:r w:rsidRPr="00BB5B28">
        <w:rPr>
          <w:rFonts w:ascii="Times New Roman" w:hAnsi="Times New Roman" w:cs="Times New Roman"/>
          <w:sz w:val="24"/>
          <w:szCs w:val="24"/>
        </w:rPr>
        <w:tab/>
        <w:t xml:space="preserve">Cheng, T., Xiao, H. &amp; Goddard, W. A. Full atomistic reaction mechanism with kinetics for CO reduction on Cu(100) from ab initio molecular dynamics free-energy calculations at 298 K. </w:t>
      </w:r>
      <w:r w:rsidRPr="00BB5B28">
        <w:rPr>
          <w:rFonts w:ascii="Times New Roman" w:hAnsi="Times New Roman" w:cs="Times New Roman"/>
          <w:i/>
          <w:sz w:val="24"/>
          <w:szCs w:val="24"/>
        </w:rPr>
        <w:t>Proc. Natl. Acad. Sci. U. S. A.</w:t>
      </w:r>
      <w:r w:rsidRPr="00BB5B28">
        <w:rPr>
          <w:rFonts w:ascii="Times New Roman" w:hAnsi="Times New Roman" w:cs="Times New Roman"/>
          <w:sz w:val="24"/>
          <w:szCs w:val="24"/>
        </w:rPr>
        <w:t xml:space="preserve"> </w:t>
      </w:r>
      <w:r w:rsidRPr="00BB5B28">
        <w:rPr>
          <w:rFonts w:ascii="Times New Roman" w:hAnsi="Times New Roman" w:cs="Times New Roman"/>
          <w:b/>
          <w:sz w:val="24"/>
          <w:szCs w:val="24"/>
        </w:rPr>
        <w:t>114</w:t>
      </w:r>
      <w:r w:rsidRPr="00BB5B28">
        <w:rPr>
          <w:rFonts w:ascii="Times New Roman" w:hAnsi="Times New Roman" w:cs="Times New Roman"/>
          <w:sz w:val="24"/>
          <w:szCs w:val="24"/>
        </w:rPr>
        <w:t>, 1795-1800 (2017).</w:t>
      </w:r>
    </w:p>
    <w:p w14:paraId="059A0F94" w14:textId="77777777" w:rsidR="008944F8" w:rsidRPr="00BB5B28" w:rsidRDefault="008944F8"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t>13</w:t>
      </w:r>
      <w:r w:rsidRPr="00BB5B28">
        <w:rPr>
          <w:rFonts w:ascii="Times New Roman" w:hAnsi="Times New Roman" w:cs="Times New Roman"/>
          <w:sz w:val="24"/>
          <w:szCs w:val="24"/>
        </w:rPr>
        <w:tab/>
        <w:t>Logadottir, A.</w:t>
      </w:r>
      <w:r w:rsidRPr="00BB5B28">
        <w:rPr>
          <w:rFonts w:ascii="Times New Roman" w:hAnsi="Times New Roman" w:cs="Times New Roman"/>
          <w:i/>
          <w:sz w:val="24"/>
          <w:szCs w:val="24"/>
        </w:rPr>
        <w:t xml:space="preserve"> et al.</w:t>
      </w:r>
      <w:r w:rsidRPr="00BB5B28">
        <w:rPr>
          <w:rFonts w:ascii="Times New Roman" w:hAnsi="Times New Roman" w:cs="Times New Roman"/>
          <w:sz w:val="24"/>
          <w:szCs w:val="24"/>
        </w:rPr>
        <w:t xml:space="preserve"> The Bronsted-Evans-Polanyi relation and the volcano plot for ammonia synthesis over transition metal catalysts. </w:t>
      </w:r>
      <w:r w:rsidRPr="00BB5B28">
        <w:rPr>
          <w:rFonts w:ascii="Times New Roman" w:hAnsi="Times New Roman" w:cs="Times New Roman"/>
          <w:i/>
          <w:sz w:val="24"/>
          <w:szCs w:val="24"/>
        </w:rPr>
        <w:t>J. Catal.</w:t>
      </w:r>
      <w:r w:rsidRPr="00BB5B28">
        <w:rPr>
          <w:rFonts w:ascii="Times New Roman" w:hAnsi="Times New Roman" w:cs="Times New Roman"/>
          <w:sz w:val="24"/>
          <w:szCs w:val="24"/>
        </w:rPr>
        <w:t xml:space="preserve"> </w:t>
      </w:r>
      <w:r w:rsidRPr="00BB5B28">
        <w:rPr>
          <w:rFonts w:ascii="Times New Roman" w:hAnsi="Times New Roman" w:cs="Times New Roman"/>
          <w:b/>
          <w:sz w:val="24"/>
          <w:szCs w:val="24"/>
        </w:rPr>
        <w:t>197</w:t>
      </w:r>
      <w:r w:rsidRPr="00BB5B28">
        <w:rPr>
          <w:rFonts w:ascii="Times New Roman" w:hAnsi="Times New Roman" w:cs="Times New Roman"/>
          <w:sz w:val="24"/>
          <w:szCs w:val="24"/>
        </w:rPr>
        <w:t>, 229-231 (2001).</w:t>
      </w:r>
    </w:p>
    <w:p w14:paraId="7AF3C061" w14:textId="77777777" w:rsidR="008944F8" w:rsidRPr="00BB5B28" w:rsidRDefault="008944F8"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t>14</w:t>
      </w:r>
      <w:r w:rsidRPr="00BB5B28">
        <w:rPr>
          <w:rFonts w:ascii="Times New Roman" w:hAnsi="Times New Roman" w:cs="Times New Roman"/>
          <w:sz w:val="24"/>
          <w:szCs w:val="24"/>
        </w:rPr>
        <w:tab/>
        <w:t>Cheng, J.</w:t>
      </w:r>
      <w:r w:rsidRPr="00BB5B28">
        <w:rPr>
          <w:rFonts w:ascii="Times New Roman" w:hAnsi="Times New Roman" w:cs="Times New Roman"/>
          <w:i/>
          <w:sz w:val="24"/>
          <w:szCs w:val="24"/>
        </w:rPr>
        <w:t xml:space="preserve"> et al.</w:t>
      </w:r>
      <w:r w:rsidRPr="00BB5B28">
        <w:rPr>
          <w:rFonts w:ascii="Times New Roman" w:hAnsi="Times New Roman" w:cs="Times New Roman"/>
          <w:sz w:val="24"/>
          <w:szCs w:val="24"/>
        </w:rPr>
        <w:t xml:space="preserve"> Bronsted-Evans-Polanyi relation of multistep reactions and volcano curve in heterogeneous catalysis. </w:t>
      </w:r>
      <w:r w:rsidRPr="00BB5B28">
        <w:rPr>
          <w:rFonts w:ascii="Times New Roman" w:hAnsi="Times New Roman" w:cs="Times New Roman"/>
          <w:i/>
          <w:sz w:val="24"/>
          <w:szCs w:val="24"/>
        </w:rPr>
        <w:t>J. Phys. Chem. C</w:t>
      </w:r>
      <w:r w:rsidRPr="00BB5B28">
        <w:rPr>
          <w:rFonts w:ascii="Times New Roman" w:hAnsi="Times New Roman" w:cs="Times New Roman"/>
          <w:sz w:val="24"/>
          <w:szCs w:val="24"/>
        </w:rPr>
        <w:t xml:space="preserve"> </w:t>
      </w:r>
      <w:r w:rsidRPr="00BB5B28">
        <w:rPr>
          <w:rFonts w:ascii="Times New Roman" w:hAnsi="Times New Roman" w:cs="Times New Roman"/>
          <w:b/>
          <w:sz w:val="24"/>
          <w:szCs w:val="24"/>
        </w:rPr>
        <w:t>112</w:t>
      </w:r>
      <w:r w:rsidRPr="00BB5B28">
        <w:rPr>
          <w:rFonts w:ascii="Times New Roman" w:hAnsi="Times New Roman" w:cs="Times New Roman"/>
          <w:sz w:val="24"/>
          <w:szCs w:val="24"/>
        </w:rPr>
        <w:t>, 1308-1311 (2008).</w:t>
      </w:r>
    </w:p>
    <w:p w14:paraId="4DD37476" w14:textId="77777777" w:rsidR="008944F8" w:rsidRPr="00BB5B28" w:rsidRDefault="008944F8"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t>15</w:t>
      </w:r>
      <w:r w:rsidRPr="00BB5B28">
        <w:rPr>
          <w:rFonts w:ascii="Times New Roman" w:hAnsi="Times New Roman" w:cs="Times New Roman"/>
          <w:sz w:val="24"/>
          <w:szCs w:val="24"/>
        </w:rPr>
        <w:tab/>
        <w:t>Norskov, J. K.</w:t>
      </w:r>
      <w:r w:rsidRPr="00BB5B28">
        <w:rPr>
          <w:rFonts w:ascii="Times New Roman" w:hAnsi="Times New Roman" w:cs="Times New Roman"/>
          <w:i/>
          <w:sz w:val="24"/>
          <w:szCs w:val="24"/>
        </w:rPr>
        <w:t xml:space="preserve"> et al.</w:t>
      </w:r>
      <w:r w:rsidRPr="00BB5B28">
        <w:rPr>
          <w:rFonts w:ascii="Times New Roman" w:hAnsi="Times New Roman" w:cs="Times New Roman"/>
          <w:sz w:val="24"/>
          <w:szCs w:val="24"/>
        </w:rPr>
        <w:t xml:space="preserve"> Origin of the overpotential for oxygen reduction at a fuel-cell cathode. </w:t>
      </w:r>
      <w:r w:rsidRPr="00BB5B28">
        <w:rPr>
          <w:rFonts w:ascii="Times New Roman" w:hAnsi="Times New Roman" w:cs="Times New Roman"/>
          <w:i/>
          <w:sz w:val="24"/>
          <w:szCs w:val="24"/>
        </w:rPr>
        <w:t>J. Phys. Chem. B</w:t>
      </w:r>
      <w:r w:rsidRPr="00BB5B28">
        <w:rPr>
          <w:rFonts w:ascii="Times New Roman" w:hAnsi="Times New Roman" w:cs="Times New Roman"/>
          <w:sz w:val="24"/>
          <w:szCs w:val="24"/>
        </w:rPr>
        <w:t xml:space="preserve"> </w:t>
      </w:r>
      <w:r w:rsidRPr="00BB5B28">
        <w:rPr>
          <w:rFonts w:ascii="Times New Roman" w:hAnsi="Times New Roman" w:cs="Times New Roman"/>
          <w:b/>
          <w:sz w:val="24"/>
          <w:szCs w:val="24"/>
        </w:rPr>
        <w:t>108</w:t>
      </w:r>
      <w:r w:rsidRPr="00BB5B28">
        <w:rPr>
          <w:rFonts w:ascii="Times New Roman" w:hAnsi="Times New Roman" w:cs="Times New Roman"/>
          <w:sz w:val="24"/>
          <w:szCs w:val="24"/>
        </w:rPr>
        <w:t>, 17886-17892 (2004).</w:t>
      </w:r>
    </w:p>
    <w:p w14:paraId="3F72E070" w14:textId="77777777" w:rsidR="008944F8" w:rsidRPr="00BB5B28" w:rsidRDefault="008944F8"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t>16</w:t>
      </w:r>
      <w:r w:rsidRPr="00BB5B28">
        <w:rPr>
          <w:rFonts w:ascii="Times New Roman" w:hAnsi="Times New Roman" w:cs="Times New Roman"/>
          <w:sz w:val="24"/>
          <w:szCs w:val="24"/>
        </w:rPr>
        <w:tab/>
        <w:t xml:space="preserve">Rossmeisl, J., Qu, Z. W., Zhu, H., Kroes, G. J. &amp; Nørskov, J. K. Electrolysis of water on oxide surfaces. </w:t>
      </w:r>
      <w:r w:rsidRPr="00BB5B28">
        <w:rPr>
          <w:rFonts w:ascii="Times New Roman" w:hAnsi="Times New Roman" w:cs="Times New Roman"/>
          <w:i/>
          <w:sz w:val="24"/>
          <w:szCs w:val="24"/>
        </w:rPr>
        <w:t>J. Electroanal. Chem.</w:t>
      </w:r>
      <w:r w:rsidRPr="00BB5B28">
        <w:rPr>
          <w:rFonts w:ascii="Times New Roman" w:hAnsi="Times New Roman" w:cs="Times New Roman"/>
          <w:sz w:val="24"/>
          <w:szCs w:val="24"/>
        </w:rPr>
        <w:t xml:space="preserve"> </w:t>
      </w:r>
      <w:r w:rsidRPr="00BB5B28">
        <w:rPr>
          <w:rFonts w:ascii="Times New Roman" w:hAnsi="Times New Roman" w:cs="Times New Roman"/>
          <w:b/>
          <w:sz w:val="24"/>
          <w:szCs w:val="24"/>
        </w:rPr>
        <w:t>607</w:t>
      </w:r>
      <w:r w:rsidRPr="00BB5B28">
        <w:rPr>
          <w:rFonts w:ascii="Times New Roman" w:hAnsi="Times New Roman" w:cs="Times New Roman"/>
          <w:sz w:val="24"/>
          <w:szCs w:val="24"/>
        </w:rPr>
        <w:t>, 83-89 (2007).</w:t>
      </w:r>
    </w:p>
    <w:p w14:paraId="55F97639" w14:textId="77777777" w:rsidR="008944F8" w:rsidRPr="00BB5B28" w:rsidRDefault="008944F8"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t>17</w:t>
      </w:r>
      <w:r w:rsidRPr="00BB5B28">
        <w:rPr>
          <w:rFonts w:ascii="Times New Roman" w:hAnsi="Times New Roman" w:cs="Times New Roman"/>
          <w:sz w:val="24"/>
          <w:szCs w:val="24"/>
        </w:rPr>
        <w:tab/>
        <w:t>Calle-Vallejo, F. &amp; Koper, M. T. M. Theoretical Considerations on the Electroreduction of CO to C</w:t>
      </w:r>
      <w:r w:rsidRPr="00BB5B28">
        <w:rPr>
          <w:rFonts w:ascii="Times New Roman" w:hAnsi="Times New Roman" w:cs="Times New Roman"/>
          <w:sz w:val="24"/>
          <w:szCs w:val="24"/>
          <w:vertAlign w:val="subscript"/>
        </w:rPr>
        <w:t>2</w:t>
      </w:r>
      <w:r w:rsidRPr="00BB5B28">
        <w:rPr>
          <w:rFonts w:ascii="Times New Roman" w:hAnsi="Times New Roman" w:cs="Times New Roman"/>
          <w:sz w:val="24"/>
          <w:szCs w:val="24"/>
        </w:rPr>
        <w:t xml:space="preserve"> Species on Cu(100) Electrodes. </w:t>
      </w:r>
      <w:r w:rsidRPr="00BB5B28">
        <w:rPr>
          <w:rFonts w:ascii="Times New Roman" w:hAnsi="Times New Roman" w:cs="Times New Roman"/>
          <w:i/>
          <w:sz w:val="24"/>
          <w:szCs w:val="24"/>
        </w:rPr>
        <w:t>Angew. Chem. Int. Ed.</w:t>
      </w:r>
      <w:r w:rsidRPr="00BB5B28">
        <w:rPr>
          <w:rFonts w:ascii="Times New Roman" w:hAnsi="Times New Roman" w:cs="Times New Roman"/>
          <w:sz w:val="24"/>
          <w:szCs w:val="24"/>
        </w:rPr>
        <w:t xml:space="preserve"> </w:t>
      </w:r>
      <w:r w:rsidRPr="00BB5B28">
        <w:rPr>
          <w:rFonts w:ascii="Times New Roman" w:hAnsi="Times New Roman" w:cs="Times New Roman"/>
          <w:b/>
          <w:sz w:val="24"/>
          <w:szCs w:val="24"/>
        </w:rPr>
        <w:t>52</w:t>
      </w:r>
      <w:r w:rsidRPr="00BB5B28">
        <w:rPr>
          <w:rFonts w:ascii="Times New Roman" w:hAnsi="Times New Roman" w:cs="Times New Roman"/>
          <w:sz w:val="24"/>
          <w:szCs w:val="24"/>
        </w:rPr>
        <w:t>, 7282-7285 (2013).</w:t>
      </w:r>
    </w:p>
    <w:p w14:paraId="6CFCE78E" w14:textId="77777777" w:rsidR="008944F8" w:rsidRPr="00BB5B28" w:rsidRDefault="008944F8"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t>18</w:t>
      </w:r>
      <w:r w:rsidRPr="00BB5B28">
        <w:rPr>
          <w:rFonts w:ascii="Times New Roman" w:hAnsi="Times New Roman" w:cs="Times New Roman"/>
          <w:sz w:val="24"/>
          <w:szCs w:val="24"/>
        </w:rPr>
        <w:tab/>
        <w:t xml:space="preserve">Peterson, A. A., Abild-Pedersen, F., Studt, F., Rossmeisl, J. &amp; Norskov, J. K. How copper catalyzes the electroreduction of carbon dioxide into hydrocarbon fuels. </w:t>
      </w:r>
      <w:r w:rsidRPr="00BB5B28">
        <w:rPr>
          <w:rFonts w:ascii="Times New Roman" w:hAnsi="Times New Roman" w:cs="Times New Roman"/>
          <w:i/>
          <w:sz w:val="24"/>
          <w:szCs w:val="24"/>
        </w:rPr>
        <w:t>Energ. Environ. Sci.</w:t>
      </w:r>
      <w:r w:rsidRPr="00BB5B28">
        <w:rPr>
          <w:rFonts w:ascii="Times New Roman" w:hAnsi="Times New Roman" w:cs="Times New Roman"/>
          <w:sz w:val="24"/>
          <w:szCs w:val="24"/>
        </w:rPr>
        <w:t xml:space="preserve"> </w:t>
      </w:r>
      <w:r w:rsidRPr="00BB5B28">
        <w:rPr>
          <w:rFonts w:ascii="Times New Roman" w:hAnsi="Times New Roman" w:cs="Times New Roman"/>
          <w:b/>
          <w:sz w:val="24"/>
          <w:szCs w:val="24"/>
        </w:rPr>
        <w:t>3</w:t>
      </w:r>
      <w:r w:rsidRPr="00BB5B28">
        <w:rPr>
          <w:rFonts w:ascii="Times New Roman" w:hAnsi="Times New Roman" w:cs="Times New Roman"/>
          <w:sz w:val="24"/>
          <w:szCs w:val="24"/>
        </w:rPr>
        <w:t>, 1311-1315 (2010).</w:t>
      </w:r>
    </w:p>
    <w:p w14:paraId="65D4D42C" w14:textId="77777777" w:rsidR="008944F8" w:rsidRPr="00BB5B28" w:rsidRDefault="008944F8"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lastRenderedPageBreak/>
        <w:t>19</w:t>
      </w:r>
      <w:r w:rsidRPr="00BB5B28">
        <w:rPr>
          <w:rFonts w:ascii="Times New Roman" w:hAnsi="Times New Roman" w:cs="Times New Roman"/>
          <w:sz w:val="24"/>
          <w:szCs w:val="24"/>
        </w:rPr>
        <w:tab/>
        <w:t xml:space="preserve">Ulissi, Z. W., Medford, A. J., Bligaard, T. &amp; Nørskov, J. K. To address surface reaction network complexity using scaling relations machine learning and DFT calculations. </w:t>
      </w:r>
      <w:r w:rsidRPr="00BB5B28">
        <w:rPr>
          <w:rFonts w:ascii="Times New Roman" w:hAnsi="Times New Roman" w:cs="Times New Roman"/>
          <w:i/>
          <w:sz w:val="24"/>
          <w:szCs w:val="24"/>
        </w:rPr>
        <w:t>Nat. Commun.</w:t>
      </w:r>
      <w:r w:rsidRPr="00BB5B28">
        <w:rPr>
          <w:rFonts w:ascii="Times New Roman" w:hAnsi="Times New Roman" w:cs="Times New Roman"/>
          <w:sz w:val="24"/>
          <w:szCs w:val="24"/>
        </w:rPr>
        <w:t xml:space="preserve"> </w:t>
      </w:r>
      <w:r w:rsidRPr="00BB5B28">
        <w:rPr>
          <w:rFonts w:ascii="Times New Roman" w:hAnsi="Times New Roman" w:cs="Times New Roman"/>
          <w:b/>
          <w:sz w:val="24"/>
          <w:szCs w:val="24"/>
        </w:rPr>
        <w:t>8</w:t>
      </w:r>
      <w:r w:rsidRPr="00BB5B28">
        <w:rPr>
          <w:rFonts w:ascii="Times New Roman" w:hAnsi="Times New Roman" w:cs="Times New Roman"/>
          <w:sz w:val="24"/>
          <w:szCs w:val="24"/>
        </w:rPr>
        <w:t>, 14621 (2017).</w:t>
      </w:r>
    </w:p>
    <w:p w14:paraId="0530A104" w14:textId="77777777" w:rsidR="008944F8" w:rsidRPr="00BB5B28" w:rsidRDefault="008944F8"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t>20</w:t>
      </w:r>
      <w:r w:rsidRPr="00BB5B28">
        <w:rPr>
          <w:rFonts w:ascii="Times New Roman" w:hAnsi="Times New Roman" w:cs="Times New Roman"/>
          <w:sz w:val="24"/>
          <w:szCs w:val="24"/>
        </w:rPr>
        <w:tab/>
        <w:t>Xiao, H., Cheng, T. &amp; Goddard, W. A. Atomistic Mechanisms Underlying Selectivities in C</w:t>
      </w:r>
      <w:r w:rsidRPr="00BB5B28">
        <w:rPr>
          <w:rFonts w:ascii="Times New Roman" w:hAnsi="Times New Roman" w:cs="Times New Roman"/>
          <w:sz w:val="24"/>
          <w:szCs w:val="24"/>
          <w:vertAlign w:val="subscript"/>
        </w:rPr>
        <w:t>1</w:t>
      </w:r>
      <w:r w:rsidRPr="00BB5B28">
        <w:rPr>
          <w:rFonts w:ascii="Times New Roman" w:hAnsi="Times New Roman" w:cs="Times New Roman"/>
          <w:sz w:val="24"/>
          <w:szCs w:val="24"/>
        </w:rPr>
        <w:t xml:space="preserve"> and C</w:t>
      </w:r>
      <w:r w:rsidRPr="00BB5B28">
        <w:rPr>
          <w:rFonts w:ascii="Times New Roman" w:hAnsi="Times New Roman" w:cs="Times New Roman"/>
          <w:sz w:val="24"/>
          <w:szCs w:val="24"/>
          <w:vertAlign w:val="subscript"/>
        </w:rPr>
        <w:t>2</w:t>
      </w:r>
      <w:r w:rsidRPr="00BB5B28">
        <w:rPr>
          <w:rFonts w:ascii="Times New Roman" w:hAnsi="Times New Roman" w:cs="Times New Roman"/>
          <w:sz w:val="24"/>
          <w:szCs w:val="24"/>
        </w:rPr>
        <w:t xml:space="preserve"> Products from Electrochemical Reduction of CO on Cu(111). </w:t>
      </w:r>
      <w:r w:rsidRPr="00BB5B28">
        <w:rPr>
          <w:rFonts w:ascii="Times New Roman" w:hAnsi="Times New Roman" w:cs="Times New Roman"/>
          <w:i/>
          <w:sz w:val="24"/>
          <w:szCs w:val="24"/>
        </w:rPr>
        <w:t>J. Am. Chem. Soc.</w:t>
      </w:r>
      <w:r w:rsidRPr="00BB5B28">
        <w:rPr>
          <w:rFonts w:ascii="Times New Roman" w:hAnsi="Times New Roman" w:cs="Times New Roman"/>
          <w:sz w:val="24"/>
          <w:szCs w:val="24"/>
        </w:rPr>
        <w:t xml:space="preserve"> </w:t>
      </w:r>
      <w:r w:rsidRPr="00BB5B28">
        <w:rPr>
          <w:rFonts w:ascii="Times New Roman" w:hAnsi="Times New Roman" w:cs="Times New Roman"/>
          <w:b/>
          <w:sz w:val="24"/>
          <w:szCs w:val="24"/>
        </w:rPr>
        <w:t>139</w:t>
      </w:r>
      <w:r w:rsidRPr="00BB5B28">
        <w:rPr>
          <w:rFonts w:ascii="Times New Roman" w:hAnsi="Times New Roman" w:cs="Times New Roman"/>
          <w:sz w:val="24"/>
          <w:szCs w:val="24"/>
        </w:rPr>
        <w:t>, 130-136 (2017).</w:t>
      </w:r>
    </w:p>
    <w:p w14:paraId="1DFDA609" w14:textId="77777777" w:rsidR="008944F8" w:rsidRPr="00BB5B28" w:rsidRDefault="008944F8"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t>21</w:t>
      </w:r>
      <w:r w:rsidRPr="00BB5B28">
        <w:rPr>
          <w:rFonts w:ascii="Times New Roman" w:hAnsi="Times New Roman" w:cs="Times New Roman"/>
          <w:sz w:val="24"/>
          <w:szCs w:val="24"/>
        </w:rPr>
        <w:tab/>
        <w:t>Goodpaster, J. D., Bell, A. T. &amp; Head-Gordon, M. Identification of Possible Pathways for C–C Bond Formation during Electrochemical Reduction of CO</w:t>
      </w:r>
      <w:r w:rsidRPr="00BB5B28">
        <w:rPr>
          <w:rFonts w:ascii="Times New Roman" w:hAnsi="Times New Roman" w:cs="Times New Roman"/>
          <w:sz w:val="24"/>
          <w:szCs w:val="24"/>
          <w:vertAlign w:val="subscript"/>
        </w:rPr>
        <w:t>2</w:t>
      </w:r>
      <w:r w:rsidRPr="00BB5B28">
        <w:rPr>
          <w:rFonts w:ascii="Times New Roman" w:hAnsi="Times New Roman" w:cs="Times New Roman"/>
          <w:sz w:val="24"/>
          <w:szCs w:val="24"/>
        </w:rPr>
        <w:t xml:space="preserve">: New Theoretical Insights from an Improved Electrochemical Model. </w:t>
      </w:r>
      <w:r w:rsidRPr="00BB5B28">
        <w:rPr>
          <w:rFonts w:ascii="Times New Roman" w:hAnsi="Times New Roman" w:cs="Times New Roman"/>
          <w:i/>
          <w:sz w:val="24"/>
          <w:szCs w:val="24"/>
        </w:rPr>
        <w:t>J. Phys. Chem. Lett.</w:t>
      </w:r>
      <w:r w:rsidRPr="00BB5B28">
        <w:rPr>
          <w:rFonts w:ascii="Times New Roman" w:hAnsi="Times New Roman" w:cs="Times New Roman"/>
          <w:sz w:val="24"/>
          <w:szCs w:val="24"/>
        </w:rPr>
        <w:t xml:space="preserve"> </w:t>
      </w:r>
      <w:r w:rsidRPr="00BB5B28">
        <w:rPr>
          <w:rFonts w:ascii="Times New Roman" w:hAnsi="Times New Roman" w:cs="Times New Roman"/>
          <w:b/>
          <w:sz w:val="24"/>
          <w:szCs w:val="24"/>
        </w:rPr>
        <w:t>7</w:t>
      </w:r>
      <w:r w:rsidRPr="00BB5B28">
        <w:rPr>
          <w:rFonts w:ascii="Times New Roman" w:hAnsi="Times New Roman" w:cs="Times New Roman"/>
          <w:sz w:val="24"/>
          <w:szCs w:val="24"/>
        </w:rPr>
        <w:t>, 1471-1477 (2016).</w:t>
      </w:r>
    </w:p>
    <w:p w14:paraId="33BD7806" w14:textId="77777777" w:rsidR="008944F8" w:rsidRPr="00BB5B28" w:rsidRDefault="008944F8" w:rsidP="008944F8">
      <w:pPr>
        <w:pStyle w:val="EndNoteBibliography"/>
        <w:ind w:left="720" w:hanging="720"/>
        <w:rPr>
          <w:rFonts w:ascii="Times New Roman" w:hAnsi="Times New Roman" w:cs="Times New Roman"/>
          <w:sz w:val="24"/>
          <w:szCs w:val="24"/>
        </w:rPr>
      </w:pPr>
      <w:r w:rsidRPr="00BB5B28">
        <w:rPr>
          <w:rFonts w:ascii="Times New Roman" w:hAnsi="Times New Roman" w:cs="Times New Roman"/>
          <w:sz w:val="24"/>
          <w:szCs w:val="24"/>
        </w:rPr>
        <w:t>22</w:t>
      </w:r>
      <w:r w:rsidRPr="00BB5B28">
        <w:rPr>
          <w:rFonts w:ascii="Times New Roman" w:hAnsi="Times New Roman" w:cs="Times New Roman"/>
          <w:sz w:val="24"/>
          <w:szCs w:val="24"/>
        </w:rPr>
        <w:tab/>
        <w:t>Sundararaman, R.</w:t>
      </w:r>
      <w:r w:rsidRPr="00BB5B28">
        <w:rPr>
          <w:rFonts w:ascii="Times New Roman" w:hAnsi="Times New Roman" w:cs="Times New Roman"/>
          <w:i/>
          <w:sz w:val="24"/>
          <w:szCs w:val="24"/>
        </w:rPr>
        <w:t xml:space="preserve"> et al.</w:t>
      </w:r>
      <w:r w:rsidRPr="00BB5B28">
        <w:rPr>
          <w:rFonts w:ascii="Times New Roman" w:hAnsi="Times New Roman" w:cs="Times New Roman"/>
          <w:sz w:val="24"/>
          <w:szCs w:val="24"/>
        </w:rPr>
        <w:t xml:space="preserve"> JDFTx: Software for joint density-functional theory. </w:t>
      </w:r>
      <w:r w:rsidRPr="00BB5B28">
        <w:rPr>
          <w:rFonts w:ascii="Times New Roman" w:hAnsi="Times New Roman" w:cs="Times New Roman"/>
          <w:i/>
          <w:sz w:val="24"/>
          <w:szCs w:val="24"/>
        </w:rPr>
        <w:t>SoftwareX</w:t>
      </w:r>
      <w:r w:rsidRPr="00BB5B28">
        <w:rPr>
          <w:rFonts w:ascii="Times New Roman" w:hAnsi="Times New Roman" w:cs="Times New Roman"/>
          <w:sz w:val="24"/>
          <w:szCs w:val="24"/>
        </w:rPr>
        <w:t xml:space="preserve"> </w:t>
      </w:r>
      <w:r w:rsidRPr="00BB5B28">
        <w:rPr>
          <w:rFonts w:ascii="Times New Roman" w:hAnsi="Times New Roman" w:cs="Times New Roman"/>
          <w:b/>
          <w:sz w:val="24"/>
          <w:szCs w:val="24"/>
        </w:rPr>
        <w:t>6</w:t>
      </w:r>
      <w:r w:rsidRPr="00BB5B28">
        <w:rPr>
          <w:rFonts w:ascii="Times New Roman" w:hAnsi="Times New Roman" w:cs="Times New Roman"/>
          <w:sz w:val="24"/>
          <w:szCs w:val="24"/>
        </w:rPr>
        <w:t>, 278-284 (2017).</w:t>
      </w:r>
    </w:p>
    <w:p w14:paraId="23E333C1" w14:textId="26D77C04" w:rsidR="00AA3D77" w:rsidRPr="00C71CDE" w:rsidRDefault="00097934" w:rsidP="00431F65">
      <w:pPr>
        <w:spacing w:line="480" w:lineRule="auto"/>
        <w:rPr>
          <w:rFonts w:ascii="Times New Roman" w:hAnsi="Times New Roman"/>
          <w:sz w:val="24"/>
          <w:szCs w:val="24"/>
        </w:rPr>
      </w:pPr>
      <w:r w:rsidRPr="00BB5B28">
        <w:rPr>
          <w:rFonts w:ascii="Times New Roman" w:hAnsi="Times New Roman"/>
          <w:sz w:val="24"/>
          <w:szCs w:val="24"/>
        </w:rPr>
        <w:fldChar w:fldCharType="end"/>
      </w:r>
      <w:r w:rsidR="00AA3D77" w:rsidRPr="00C71CDE">
        <w:rPr>
          <w:rFonts w:ascii="Times New Roman" w:hAnsi="Times New Roman"/>
          <w:sz w:val="24"/>
          <w:szCs w:val="24"/>
        </w:rPr>
        <w:br w:type="page"/>
      </w:r>
    </w:p>
    <w:p w14:paraId="65E9B152" w14:textId="019B755D" w:rsidR="00AA3D77" w:rsidRDefault="00AA3D77" w:rsidP="00431F65">
      <w:pPr>
        <w:spacing w:line="480" w:lineRule="auto"/>
        <w:rPr>
          <w:rFonts w:ascii="Times New Roman" w:hAnsi="Times New Roman"/>
          <w:b/>
          <w:sz w:val="24"/>
          <w:szCs w:val="24"/>
        </w:rPr>
      </w:pPr>
      <w:r w:rsidRPr="00CB52C3">
        <w:rPr>
          <w:rFonts w:ascii="Times New Roman" w:hAnsi="Times New Roman"/>
          <w:b/>
          <w:sz w:val="24"/>
          <w:szCs w:val="24"/>
        </w:rPr>
        <w:lastRenderedPageBreak/>
        <w:t xml:space="preserve">Supplementary </w:t>
      </w:r>
      <w:r w:rsidR="00EE3C14">
        <w:rPr>
          <w:rFonts w:ascii="Times New Roman" w:hAnsi="Times New Roman"/>
          <w:b/>
          <w:sz w:val="24"/>
          <w:szCs w:val="24"/>
        </w:rPr>
        <w:t xml:space="preserve">figure and </w:t>
      </w:r>
      <w:r w:rsidRPr="00CB52C3">
        <w:rPr>
          <w:rFonts w:ascii="Times New Roman" w:hAnsi="Times New Roman"/>
          <w:b/>
          <w:sz w:val="24"/>
          <w:szCs w:val="24"/>
        </w:rPr>
        <w:t>tables.</w:t>
      </w:r>
    </w:p>
    <w:p w14:paraId="26EEF24F" w14:textId="77777777" w:rsidR="00C13FA7" w:rsidRDefault="00C13FA7" w:rsidP="00C13FA7">
      <w:pPr>
        <w:jc w:val="center"/>
        <w:rPr>
          <w:rFonts w:ascii="Times New Roman" w:hAnsi="Times New Roman"/>
          <w:bCs/>
          <w:color w:val="4472C4" w:themeColor="accent1"/>
          <w:sz w:val="24"/>
          <w:szCs w:val="24"/>
          <w:lang w:val="en-CA"/>
        </w:rPr>
      </w:pPr>
      <w:r>
        <w:rPr>
          <w:noProof/>
        </w:rPr>
        <w:drawing>
          <wp:inline distT="0" distB="0" distL="0" distR="0" wp14:anchorId="24DE790D" wp14:editId="05D69B5A">
            <wp:extent cx="5943600" cy="5943600"/>
            <wp:effectExtent l="0" t="0" r="0" b="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43F22ADB" w14:textId="3065601E" w:rsidR="00731C00" w:rsidRDefault="00C13FA7" w:rsidP="00731C00">
      <w:pPr>
        <w:rPr>
          <w:rFonts w:ascii="Times New Roman" w:hAnsi="Times New Roman"/>
          <w:bCs/>
          <w:color w:val="4472C4" w:themeColor="accent1"/>
          <w:sz w:val="24"/>
          <w:szCs w:val="24"/>
          <w:lang w:val="en-CA"/>
        </w:rPr>
      </w:pPr>
      <w:r w:rsidRPr="00CB52C3">
        <w:rPr>
          <w:rFonts w:ascii="Times New Roman" w:hAnsi="Times New Roman"/>
          <w:b/>
          <w:sz w:val="24"/>
          <w:szCs w:val="24"/>
        </w:rPr>
        <w:t xml:space="preserve">Supplementary </w:t>
      </w:r>
      <w:r>
        <w:rPr>
          <w:rFonts w:ascii="Times New Roman" w:hAnsi="Times New Roman"/>
          <w:b/>
          <w:sz w:val="24"/>
          <w:szCs w:val="24"/>
        </w:rPr>
        <w:t>Figure</w:t>
      </w:r>
      <w:r w:rsidRPr="00CB52C3">
        <w:rPr>
          <w:rFonts w:ascii="Times New Roman" w:hAnsi="Times New Roman"/>
          <w:b/>
          <w:sz w:val="24"/>
          <w:szCs w:val="24"/>
        </w:rPr>
        <w:t xml:space="preserve"> </w:t>
      </w:r>
      <w:r w:rsidRPr="00C13FA7">
        <w:rPr>
          <w:rFonts w:ascii="Times New Roman" w:hAnsi="Times New Roman"/>
          <w:b/>
          <w:sz w:val="24"/>
          <w:szCs w:val="24"/>
        </w:rPr>
        <w:t xml:space="preserve">1 | </w:t>
      </w:r>
      <w:r w:rsidRPr="00C13FA7">
        <w:rPr>
          <w:rFonts w:ascii="Times New Roman" w:hAnsi="Times New Roman"/>
          <w:bCs/>
          <w:sz w:val="24"/>
          <w:szCs w:val="24"/>
          <w:lang w:val="en-CA"/>
        </w:rPr>
        <w:t>Comparisons between the formation energies on (a) Cu(100) and (c) Cu(111), and the enthalpy changes of all reactions on (b) Cu(100) and (d) Cu(111) with the mean absolute errors (MAE) using polarizable continuum model (PCM) and those using the grand canonical quantum mechanics (GCQM).</w:t>
      </w:r>
    </w:p>
    <w:p w14:paraId="3C251F7D" w14:textId="77777777" w:rsidR="00731C00" w:rsidRDefault="00731C00">
      <w:pPr>
        <w:widowControl/>
        <w:jc w:val="left"/>
        <w:rPr>
          <w:rFonts w:ascii="Times New Roman" w:hAnsi="Times New Roman"/>
          <w:bCs/>
          <w:color w:val="4472C4" w:themeColor="accent1"/>
          <w:sz w:val="24"/>
          <w:szCs w:val="24"/>
          <w:lang w:val="en-CA"/>
        </w:rPr>
      </w:pPr>
      <w:r>
        <w:rPr>
          <w:rFonts w:ascii="Times New Roman" w:hAnsi="Times New Roman"/>
          <w:bCs/>
          <w:color w:val="4472C4" w:themeColor="accent1"/>
          <w:sz w:val="24"/>
          <w:szCs w:val="24"/>
          <w:lang w:val="en-CA"/>
        </w:rPr>
        <w:br w:type="page"/>
      </w:r>
    </w:p>
    <w:p w14:paraId="2D88C055" w14:textId="77777777" w:rsidR="00DB0871" w:rsidRDefault="00DB0871" w:rsidP="00431F65">
      <w:pPr>
        <w:spacing w:line="480" w:lineRule="auto"/>
        <w:rPr>
          <w:rFonts w:ascii="Times New Roman" w:hAnsi="Times New Roman"/>
          <w:b/>
          <w:sz w:val="24"/>
          <w:szCs w:val="24"/>
        </w:rPr>
      </w:pPr>
      <w:r>
        <w:rPr>
          <w:noProof/>
        </w:rPr>
        <w:lastRenderedPageBreak/>
        <w:drawing>
          <wp:inline distT="0" distB="0" distL="0" distR="0" wp14:anchorId="4D696374" wp14:editId="3B59A44C">
            <wp:extent cx="5731510" cy="2185670"/>
            <wp:effectExtent l="0" t="0" r="254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2185670"/>
                    </a:xfrm>
                    <a:prstGeom prst="rect">
                      <a:avLst/>
                    </a:prstGeom>
                    <a:noFill/>
                    <a:ln>
                      <a:noFill/>
                    </a:ln>
                  </pic:spPr>
                </pic:pic>
              </a:graphicData>
            </a:graphic>
          </wp:inline>
        </w:drawing>
      </w:r>
    </w:p>
    <w:p w14:paraId="36779B46" w14:textId="63A8E90E" w:rsidR="00AA7941" w:rsidRDefault="00DB0871" w:rsidP="00431F65">
      <w:pPr>
        <w:spacing w:line="480" w:lineRule="auto"/>
        <w:rPr>
          <w:rFonts w:ascii="Times New Roman" w:hAnsi="Times New Roman"/>
          <w:bCs/>
          <w:sz w:val="24"/>
          <w:szCs w:val="24"/>
          <w:lang w:val="en-CA"/>
        </w:rPr>
      </w:pPr>
      <w:r w:rsidRPr="00CB52C3">
        <w:rPr>
          <w:rFonts w:ascii="Times New Roman" w:hAnsi="Times New Roman"/>
          <w:b/>
          <w:sz w:val="24"/>
          <w:szCs w:val="24"/>
        </w:rPr>
        <w:t xml:space="preserve">Supplementary </w:t>
      </w:r>
      <w:r>
        <w:rPr>
          <w:rFonts w:ascii="Times New Roman" w:hAnsi="Times New Roman"/>
          <w:b/>
          <w:sz w:val="24"/>
          <w:szCs w:val="24"/>
        </w:rPr>
        <w:t>Figure</w:t>
      </w:r>
      <w:r w:rsidRPr="00CB52C3">
        <w:rPr>
          <w:rFonts w:ascii="Times New Roman" w:hAnsi="Times New Roman"/>
          <w:b/>
          <w:sz w:val="24"/>
          <w:szCs w:val="24"/>
        </w:rPr>
        <w:t xml:space="preserve"> </w:t>
      </w:r>
      <w:r>
        <w:rPr>
          <w:rFonts w:ascii="Times New Roman" w:hAnsi="Times New Roman"/>
          <w:b/>
          <w:sz w:val="24"/>
          <w:szCs w:val="24"/>
        </w:rPr>
        <w:t>2</w:t>
      </w:r>
      <w:r w:rsidRPr="00C13FA7">
        <w:rPr>
          <w:rFonts w:ascii="Times New Roman" w:hAnsi="Times New Roman"/>
          <w:b/>
          <w:sz w:val="24"/>
          <w:szCs w:val="24"/>
        </w:rPr>
        <w:t xml:space="preserve"> | </w:t>
      </w:r>
      <w:r>
        <w:rPr>
          <w:rFonts w:ascii="Times New Roman" w:hAnsi="Times New Roman"/>
          <w:bCs/>
          <w:sz w:val="24"/>
          <w:szCs w:val="24"/>
          <w:lang w:val="en-CA"/>
        </w:rPr>
        <w:t xml:space="preserve">Pipelines of </w:t>
      </w:r>
      <w:r w:rsidR="00AA7941">
        <w:rPr>
          <w:rFonts w:ascii="Times New Roman" w:hAnsi="Times New Roman"/>
          <w:bCs/>
          <w:sz w:val="24"/>
          <w:szCs w:val="24"/>
          <w:lang w:val="en-CA"/>
        </w:rPr>
        <w:t>catalyst screening for C</w:t>
      </w:r>
      <w:r w:rsidR="00AA7941" w:rsidRPr="00AA7941">
        <w:rPr>
          <w:rFonts w:ascii="Times New Roman" w:hAnsi="Times New Roman"/>
          <w:bCs/>
          <w:sz w:val="24"/>
          <w:szCs w:val="24"/>
          <w:vertAlign w:val="subscript"/>
          <w:lang w:val="en-CA"/>
        </w:rPr>
        <w:t>3</w:t>
      </w:r>
      <w:r w:rsidR="00AA7941">
        <w:rPr>
          <w:rFonts w:ascii="Times New Roman" w:hAnsi="Times New Roman"/>
          <w:bCs/>
          <w:sz w:val="24"/>
          <w:szCs w:val="24"/>
          <w:lang w:val="en-CA"/>
        </w:rPr>
        <w:t xml:space="preserve"> products.</w:t>
      </w:r>
      <w:r w:rsidR="00C138DF">
        <w:rPr>
          <w:rFonts w:ascii="Times New Roman" w:hAnsi="Times New Roman"/>
          <w:bCs/>
          <w:sz w:val="24"/>
          <w:szCs w:val="24"/>
          <w:lang w:val="en-CA"/>
        </w:rPr>
        <w:t xml:space="preserve"> Host metal atoms are shown in blue, while the dopant metal atoms are shown in yellow.</w:t>
      </w:r>
      <w:bookmarkStart w:id="5" w:name="_GoBack"/>
      <w:bookmarkEnd w:id="5"/>
    </w:p>
    <w:p w14:paraId="2D92E161" w14:textId="77777777" w:rsidR="00AA7941" w:rsidRDefault="00AA7941">
      <w:pPr>
        <w:widowControl/>
        <w:jc w:val="left"/>
        <w:rPr>
          <w:rFonts w:ascii="Times New Roman" w:hAnsi="Times New Roman"/>
          <w:bCs/>
          <w:sz w:val="24"/>
          <w:szCs w:val="24"/>
          <w:lang w:val="en-CA"/>
        </w:rPr>
      </w:pPr>
      <w:r>
        <w:rPr>
          <w:rFonts w:ascii="Times New Roman" w:hAnsi="Times New Roman"/>
          <w:bCs/>
          <w:sz w:val="24"/>
          <w:szCs w:val="24"/>
          <w:lang w:val="en-CA"/>
        </w:rPr>
        <w:br w:type="page"/>
      </w:r>
    </w:p>
    <w:p w14:paraId="51449139" w14:textId="72475AE9" w:rsidR="00AA3D77" w:rsidRPr="00CB52C3" w:rsidRDefault="00AA3D77" w:rsidP="00431F65">
      <w:pPr>
        <w:spacing w:line="480" w:lineRule="auto"/>
        <w:rPr>
          <w:rFonts w:ascii="Times New Roman" w:hAnsi="Times New Roman"/>
          <w:sz w:val="24"/>
          <w:szCs w:val="24"/>
        </w:rPr>
      </w:pPr>
      <w:r w:rsidRPr="00CB52C3">
        <w:rPr>
          <w:rFonts w:ascii="Times New Roman" w:hAnsi="Times New Roman"/>
          <w:b/>
          <w:sz w:val="24"/>
          <w:szCs w:val="24"/>
        </w:rPr>
        <w:lastRenderedPageBreak/>
        <w:t xml:space="preserve">Supplementary Table 1 | </w:t>
      </w:r>
      <w:r w:rsidRPr="00CB52C3">
        <w:rPr>
          <w:rStyle w:val="fontstyle01"/>
          <w:rFonts w:ascii="Times New Roman" w:hAnsi="Times New Roman"/>
          <w:sz w:val="24"/>
          <w:szCs w:val="24"/>
        </w:rPr>
        <w:t>Index, chemical formula, number of electron transfer per carbon atom</w:t>
      </w:r>
      <w:r w:rsidRPr="00CB52C3">
        <w:rPr>
          <w:rFonts w:ascii="Times New Roman" w:hAnsi="Times New Roman"/>
          <w:color w:val="000000"/>
          <w:sz w:val="24"/>
          <w:szCs w:val="24"/>
        </w:rPr>
        <w:t xml:space="preserve"> </w:t>
      </w:r>
      <w:r w:rsidRPr="00CB52C3">
        <w:rPr>
          <w:rStyle w:val="fontstyle01"/>
          <w:rFonts w:ascii="Times New Roman" w:hAnsi="Times New Roman"/>
          <w:sz w:val="24"/>
          <w:szCs w:val="24"/>
        </w:rPr>
        <w:t>(#e/#C), number of carbon (#C), product name, number of elementary steps from CO (#step), and numbers of possible reaction pathways using simple path algorithm (#path) of products up to C</w:t>
      </w:r>
      <w:r w:rsidRPr="00CB52C3">
        <w:rPr>
          <w:rStyle w:val="fontstyle01"/>
          <w:rFonts w:ascii="Times New Roman" w:hAnsi="Times New Roman"/>
          <w:sz w:val="24"/>
          <w:szCs w:val="24"/>
          <w:vertAlign w:val="subscript"/>
        </w:rPr>
        <w:t>3</w:t>
      </w:r>
      <w:r w:rsidRPr="00CB52C3">
        <w:rPr>
          <w:rStyle w:val="fontstyle01"/>
          <w:rFonts w:ascii="Times New Roman" w:hAnsi="Times New Roman"/>
          <w:sz w:val="24"/>
          <w:szCs w:val="24"/>
        </w:rPr>
        <w:t>. The index is corresponding to the index of full species list in</w:t>
      </w:r>
      <w:r w:rsidR="00D05A62" w:rsidRPr="00D05A62">
        <w:rPr>
          <w:rFonts w:ascii="Times New Roman" w:hAnsi="Times New Roman"/>
          <w:b/>
          <w:sz w:val="24"/>
          <w:szCs w:val="24"/>
        </w:rPr>
        <w:t xml:space="preserve"> </w:t>
      </w:r>
      <w:r w:rsidR="00D05A62" w:rsidRPr="00CB52C3">
        <w:rPr>
          <w:rFonts w:ascii="Times New Roman" w:hAnsi="Times New Roman"/>
          <w:b/>
          <w:sz w:val="24"/>
          <w:szCs w:val="24"/>
        </w:rPr>
        <w:t>Supplementary</w:t>
      </w:r>
      <w:r w:rsidRPr="00CB52C3">
        <w:rPr>
          <w:rStyle w:val="fontstyle01"/>
          <w:rFonts w:ascii="Times New Roman" w:hAnsi="Times New Roman"/>
          <w:sz w:val="24"/>
          <w:szCs w:val="24"/>
        </w:rPr>
        <w:t xml:space="preserve"> </w:t>
      </w:r>
      <w:r w:rsidRPr="00CB52C3">
        <w:rPr>
          <w:rStyle w:val="fontstyle01"/>
          <w:rFonts w:ascii="Times New Roman" w:hAnsi="Times New Roman"/>
          <w:b/>
          <w:sz w:val="24"/>
          <w:szCs w:val="24"/>
        </w:rPr>
        <w:t>Sheet 1</w:t>
      </w:r>
      <w:r w:rsidRPr="00CB52C3">
        <w:rPr>
          <w:rStyle w:val="fontstyle01"/>
          <w:rFonts w:ascii="Times New Roman" w:hAnsi="Times New Roman"/>
          <w:sz w:val="24"/>
          <w:szCs w:val="24"/>
        </w:rPr>
        <w:t>.</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1083"/>
        <w:gridCol w:w="960"/>
        <w:gridCol w:w="960"/>
        <w:gridCol w:w="2336"/>
        <w:gridCol w:w="960"/>
        <w:gridCol w:w="1525"/>
      </w:tblGrid>
      <w:tr w:rsidR="00AA3D77" w:rsidRPr="00CB52C3" w14:paraId="55F0EBBC" w14:textId="77777777" w:rsidTr="009B4FA6">
        <w:trPr>
          <w:trHeight w:val="300"/>
        </w:trPr>
        <w:tc>
          <w:tcPr>
            <w:tcW w:w="960" w:type="dxa"/>
            <w:shd w:val="clear" w:color="auto" w:fill="auto"/>
            <w:noWrap/>
            <w:vAlign w:val="bottom"/>
            <w:hideMark/>
          </w:tcPr>
          <w:p w14:paraId="4E8409E7"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Index</w:t>
            </w:r>
          </w:p>
        </w:tc>
        <w:tc>
          <w:tcPr>
            <w:tcW w:w="1083" w:type="dxa"/>
            <w:shd w:val="clear" w:color="auto" w:fill="auto"/>
            <w:noWrap/>
            <w:vAlign w:val="bottom"/>
            <w:hideMark/>
          </w:tcPr>
          <w:p w14:paraId="3A7CC6B9"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formula</w:t>
            </w:r>
          </w:p>
        </w:tc>
        <w:tc>
          <w:tcPr>
            <w:tcW w:w="960" w:type="dxa"/>
            <w:shd w:val="clear" w:color="auto" w:fill="auto"/>
            <w:noWrap/>
            <w:vAlign w:val="bottom"/>
            <w:hideMark/>
          </w:tcPr>
          <w:p w14:paraId="5FE07EF2"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#e/#C</w:t>
            </w:r>
          </w:p>
        </w:tc>
        <w:tc>
          <w:tcPr>
            <w:tcW w:w="960" w:type="dxa"/>
            <w:shd w:val="clear" w:color="auto" w:fill="auto"/>
            <w:noWrap/>
            <w:vAlign w:val="bottom"/>
            <w:hideMark/>
          </w:tcPr>
          <w:p w14:paraId="4272FEA7"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#C</w:t>
            </w:r>
          </w:p>
        </w:tc>
        <w:tc>
          <w:tcPr>
            <w:tcW w:w="2336" w:type="dxa"/>
            <w:shd w:val="clear" w:color="auto" w:fill="auto"/>
            <w:noWrap/>
            <w:vAlign w:val="bottom"/>
            <w:hideMark/>
          </w:tcPr>
          <w:p w14:paraId="50A0265B"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name</w:t>
            </w:r>
          </w:p>
        </w:tc>
        <w:tc>
          <w:tcPr>
            <w:tcW w:w="960" w:type="dxa"/>
            <w:shd w:val="clear" w:color="auto" w:fill="auto"/>
            <w:noWrap/>
            <w:vAlign w:val="bottom"/>
            <w:hideMark/>
          </w:tcPr>
          <w:p w14:paraId="2AEC5B29"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#step</w:t>
            </w:r>
          </w:p>
        </w:tc>
        <w:tc>
          <w:tcPr>
            <w:tcW w:w="1525" w:type="dxa"/>
            <w:shd w:val="clear" w:color="auto" w:fill="auto"/>
            <w:noWrap/>
            <w:vAlign w:val="bottom"/>
            <w:hideMark/>
          </w:tcPr>
          <w:p w14:paraId="4871EF2A"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#path</w:t>
            </w:r>
          </w:p>
        </w:tc>
      </w:tr>
      <w:tr w:rsidR="00AA3D77" w:rsidRPr="00CB52C3" w14:paraId="5FBCC781" w14:textId="77777777" w:rsidTr="009B4FA6">
        <w:trPr>
          <w:trHeight w:val="300"/>
        </w:trPr>
        <w:tc>
          <w:tcPr>
            <w:tcW w:w="960" w:type="dxa"/>
            <w:shd w:val="clear" w:color="auto" w:fill="auto"/>
            <w:noWrap/>
            <w:vAlign w:val="bottom"/>
            <w:hideMark/>
          </w:tcPr>
          <w:p w14:paraId="16905E18"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16</w:t>
            </w:r>
          </w:p>
        </w:tc>
        <w:tc>
          <w:tcPr>
            <w:tcW w:w="1083" w:type="dxa"/>
            <w:shd w:val="clear" w:color="auto" w:fill="auto"/>
            <w:noWrap/>
            <w:vAlign w:val="bottom"/>
            <w:hideMark/>
          </w:tcPr>
          <w:p w14:paraId="3B768D8B"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CH</w:t>
            </w:r>
            <w:r w:rsidRPr="00CB52C3">
              <w:rPr>
                <w:rFonts w:ascii="Times New Roman" w:eastAsia="Times New Roman" w:hAnsi="Times New Roman"/>
                <w:color w:val="000000"/>
                <w:kern w:val="0"/>
                <w:sz w:val="24"/>
                <w:szCs w:val="24"/>
                <w:vertAlign w:val="subscript"/>
              </w:rPr>
              <w:t>4</w:t>
            </w:r>
            <w:r w:rsidRPr="00CB52C3">
              <w:rPr>
                <w:rFonts w:ascii="Times New Roman" w:eastAsia="Times New Roman" w:hAnsi="Times New Roman"/>
                <w:color w:val="000000"/>
                <w:kern w:val="0"/>
                <w:sz w:val="24"/>
                <w:szCs w:val="24"/>
              </w:rPr>
              <w:t>O</w:t>
            </w:r>
          </w:p>
        </w:tc>
        <w:tc>
          <w:tcPr>
            <w:tcW w:w="960" w:type="dxa"/>
            <w:shd w:val="clear" w:color="auto" w:fill="auto"/>
            <w:noWrap/>
            <w:vAlign w:val="bottom"/>
            <w:hideMark/>
          </w:tcPr>
          <w:p w14:paraId="4E20EAA2"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4</w:t>
            </w:r>
          </w:p>
        </w:tc>
        <w:tc>
          <w:tcPr>
            <w:tcW w:w="960" w:type="dxa"/>
            <w:shd w:val="clear" w:color="auto" w:fill="auto"/>
            <w:noWrap/>
            <w:vAlign w:val="bottom"/>
            <w:hideMark/>
          </w:tcPr>
          <w:p w14:paraId="5FD61A39"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w:t>
            </w:r>
          </w:p>
        </w:tc>
        <w:tc>
          <w:tcPr>
            <w:tcW w:w="2336" w:type="dxa"/>
            <w:shd w:val="clear" w:color="auto" w:fill="auto"/>
            <w:noWrap/>
            <w:vAlign w:val="bottom"/>
            <w:hideMark/>
          </w:tcPr>
          <w:p w14:paraId="33B8E096"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methanol</w:t>
            </w:r>
          </w:p>
        </w:tc>
        <w:tc>
          <w:tcPr>
            <w:tcW w:w="960" w:type="dxa"/>
            <w:shd w:val="clear" w:color="auto" w:fill="auto"/>
            <w:noWrap/>
            <w:vAlign w:val="bottom"/>
            <w:hideMark/>
          </w:tcPr>
          <w:p w14:paraId="568CB933"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4</w:t>
            </w:r>
          </w:p>
        </w:tc>
        <w:tc>
          <w:tcPr>
            <w:tcW w:w="1525" w:type="dxa"/>
            <w:shd w:val="clear" w:color="auto" w:fill="auto"/>
            <w:noWrap/>
            <w:vAlign w:val="bottom"/>
            <w:hideMark/>
          </w:tcPr>
          <w:p w14:paraId="6FA9CA24"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4</w:t>
            </w:r>
          </w:p>
        </w:tc>
      </w:tr>
      <w:tr w:rsidR="00AA3D77" w:rsidRPr="00CB52C3" w14:paraId="4B26E3F2" w14:textId="77777777" w:rsidTr="009B4FA6">
        <w:trPr>
          <w:trHeight w:val="300"/>
        </w:trPr>
        <w:tc>
          <w:tcPr>
            <w:tcW w:w="960" w:type="dxa"/>
            <w:shd w:val="clear" w:color="auto" w:fill="auto"/>
            <w:noWrap/>
            <w:vAlign w:val="bottom"/>
            <w:hideMark/>
          </w:tcPr>
          <w:p w14:paraId="683E8696"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24</w:t>
            </w:r>
          </w:p>
        </w:tc>
        <w:tc>
          <w:tcPr>
            <w:tcW w:w="1083" w:type="dxa"/>
            <w:shd w:val="clear" w:color="auto" w:fill="auto"/>
            <w:noWrap/>
            <w:vAlign w:val="bottom"/>
            <w:hideMark/>
          </w:tcPr>
          <w:p w14:paraId="41BE29D2"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C</w:t>
            </w:r>
            <w:r w:rsidRPr="00CB52C3">
              <w:rPr>
                <w:rFonts w:ascii="Times New Roman" w:eastAsia="Times New Roman" w:hAnsi="Times New Roman"/>
                <w:color w:val="000000"/>
                <w:kern w:val="0"/>
                <w:sz w:val="24"/>
                <w:szCs w:val="24"/>
                <w:vertAlign w:val="subscript"/>
              </w:rPr>
              <w:t>2</w:t>
            </w:r>
            <w:r w:rsidRPr="00CB52C3">
              <w:rPr>
                <w:rFonts w:ascii="Times New Roman" w:eastAsia="Times New Roman" w:hAnsi="Times New Roman"/>
                <w:color w:val="000000"/>
                <w:kern w:val="0"/>
                <w:sz w:val="24"/>
                <w:szCs w:val="24"/>
              </w:rPr>
              <w:t>H</w:t>
            </w:r>
            <w:r w:rsidRPr="00CB52C3">
              <w:rPr>
                <w:rFonts w:ascii="Times New Roman" w:eastAsia="Times New Roman" w:hAnsi="Times New Roman"/>
                <w:color w:val="000000"/>
                <w:kern w:val="0"/>
                <w:sz w:val="24"/>
                <w:szCs w:val="24"/>
                <w:vertAlign w:val="subscript"/>
              </w:rPr>
              <w:t>2</w:t>
            </w:r>
            <w:r w:rsidRPr="00CB52C3">
              <w:rPr>
                <w:rFonts w:ascii="Times New Roman" w:eastAsia="Times New Roman" w:hAnsi="Times New Roman"/>
                <w:color w:val="000000"/>
                <w:kern w:val="0"/>
                <w:sz w:val="24"/>
                <w:szCs w:val="24"/>
              </w:rPr>
              <w:t>O</w:t>
            </w:r>
            <w:r w:rsidRPr="00CB52C3">
              <w:rPr>
                <w:rFonts w:ascii="Times New Roman" w:eastAsia="Times New Roman" w:hAnsi="Times New Roman"/>
                <w:color w:val="000000"/>
                <w:kern w:val="0"/>
                <w:sz w:val="24"/>
                <w:szCs w:val="24"/>
                <w:vertAlign w:val="subscript"/>
              </w:rPr>
              <w:t>2</w:t>
            </w:r>
          </w:p>
        </w:tc>
        <w:tc>
          <w:tcPr>
            <w:tcW w:w="960" w:type="dxa"/>
            <w:shd w:val="clear" w:color="auto" w:fill="auto"/>
            <w:noWrap/>
            <w:vAlign w:val="bottom"/>
            <w:hideMark/>
          </w:tcPr>
          <w:p w14:paraId="37572466"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w:t>
            </w:r>
          </w:p>
        </w:tc>
        <w:tc>
          <w:tcPr>
            <w:tcW w:w="960" w:type="dxa"/>
            <w:shd w:val="clear" w:color="auto" w:fill="auto"/>
            <w:noWrap/>
            <w:vAlign w:val="bottom"/>
            <w:hideMark/>
          </w:tcPr>
          <w:p w14:paraId="251C1EFE"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2</w:t>
            </w:r>
          </w:p>
        </w:tc>
        <w:tc>
          <w:tcPr>
            <w:tcW w:w="2336" w:type="dxa"/>
            <w:shd w:val="clear" w:color="auto" w:fill="auto"/>
            <w:noWrap/>
            <w:vAlign w:val="bottom"/>
            <w:hideMark/>
          </w:tcPr>
          <w:p w14:paraId="42DDCA1E"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glyoxal</w:t>
            </w:r>
          </w:p>
        </w:tc>
        <w:tc>
          <w:tcPr>
            <w:tcW w:w="960" w:type="dxa"/>
            <w:shd w:val="clear" w:color="auto" w:fill="auto"/>
            <w:noWrap/>
            <w:vAlign w:val="bottom"/>
            <w:hideMark/>
          </w:tcPr>
          <w:p w14:paraId="519FC48D"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w:t>
            </w:r>
          </w:p>
        </w:tc>
        <w:tc>
          <w:tcPr>
            <w:tcW w:w="1525" w:type="dxa"/>
            <w:shd w:val="clear" w:color="auto" w:fill="auto"/>
            <w:noWrap/>
            <w:vAlign w:val="bottom"/>
            <w:hideMark/>
          </w:tcPr>
          <w:p w14:paraId="79444563"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4</w:t>
            </w:r>
          </w:p>
        </w:tc>
      </w:tr>
      <w:tr w:rsidR="00AA3D77" w:rsidRPr="00CB52C3" w14:paraId="7FE6D528" w14:textId="77777777" w:rsidTr="009B4FA6">
        <w:trPr>
          <w:trHeight w:val="300"/>
        </w:trPr>
        <w:tc>
          <w:tcPr>
            <w:tcW w:w="960" w:type="dxa"/>
            <w:shd w:val="clear" w:color="auto" w:fill="auto"/>
            <w:noWrap/>
            <w:vAlign w:val="bottom"/>
            <w:hideMark/>
          </w:tcPr>
          <w:p w14:paraId="2E0393DB"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18</w:t>
            </w:r>
          </w:p>
        </w:tc>
        <w:tc>
          <w:tcPr>
            <w:tcW w:w="1083" w:type="dxa"/>
            <w:shd w:val="clear" w:color="auto" w:fill="auto"/>
            <w:noWrap/>
            <w:vAlign w:val="bottom"/>
            <w:hideMark/>
          </w:tcPr>
          <w:p w14:paraId="5A4C0356"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CH</w:t>
            </w:r>
            <w:r w:rsidRPr="00CB52C3">
              <w:rPr>
                <w:rFonts w:ascii="Times New Roman" w:eastAsia="Times New Roman" w:hAnsi="Times New Roman"/>
                <w:color w:val="000000"/>
                <w:kern w:val="0"/>
                <w:sz w:val="24"/>
                <w:szCs w:val="24"/>
                <w:vertAlign w:val="subscript"/>
              </w:rPr>
              <w:t>4</w:t>
            </w:r>
          </w:p>
        </w:tc>
        <w:tc>
          <w:tcPr>
            <w:tcW w:w="960" w:type="dxa"/>
            <w:shd w:val="clear" w:color="auto" w:fill="auto"/>
            <w:noWrap/>
            <w:vAlign w:val="bottom"/>
            <w:hideMark/>
          </w:tcPr>
          <w:p w14:paraId="3128DEB9"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6</w:t>
            </w:r>
          </w:p>
        </w:tc>
        <w:tc>
          <w:tcPr>
            <w:tcW w:w="960" w:type="dxa"/>
            <w:shd w:val="clear" w:color="auto" w:fill="auto"/>
            <w:noWrap/>
            <w:vAlign w:val="bottom"/>
            <w:hideMark/>
          </w:tcPr>
          <w:p w14:paraId="07F528F1"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w:t>
            </w:r>
          </w:p>
        </w:tc>
        <w:tc>
          <w:tcPr>
            <w:tcW w:w="2336" w:type="dxa"/>
            <w:shd w:val="clear" w:color="auto" w:fill="auto"/>
            <w:noWrap/>
            <w:vAlign w:val="bottom"/>
            <w:hideMark/>
          </w:tcPr>
          <w:p w14:paraId="63304ED6"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methane</w:t>
            </w:r>
          </w:p>
        </w:tc>
        <w:tc>
          <w:tcPr>
            <w:tcW w:w="960" w:type="dxa"/>
            <w:shd w:val="clear" w:color="auto" w:fill="auto"/>
            <w:noWrap/>
            <w:vAlign w:val="bottom"/>
            <w:hideMark/>
          </w:tcPr>
          <w:p w14:paraId="4F4D44CD"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6</w:t>
            </w:r>
          </w:p>
        </w:tc>
        <w:tc>
          <w:tcPr>
            <w:tcW w:w="1525" w:type="dxa"/>
            <w:shd w:val="clear" w:color="auto" w:fill="auto"/>
            <w:noWrap/>
            <w:vAlign w:val="bottom"/>
            <w:hideMark/>
          </w:tcPr>
          <w:p w14:paraId="62555D3D"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10</w:t>
            </w:r>
          </w:p>
        </w:tc>
      </w:tr>
      <w:tr w:rsidR="00AA3D77" w:rsidRPr="00CB52C3" w14:paraId="3CC33351" w14:textId="77777777" w:rsidTr="009B4FA6">
        <w:trPr>
          <w:trHeight w:val="300"/>
        </w:trPr>
        <w:tc>
          <w:tcPr>
            <w:tcW w:w="960" w:type="dxa"/>
            <w:shd w:val="clear" w:color="auto" w:fill="auto"/>
            <w:noWrap/>
            <w:vAlign w:val="bottom"/>
            <w:hideMark/>
          </w:tcPr>
          <w:p w14:paraId="558C643A"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43</w:t>
            </w:r>
          </w:p>
        </w:tc>
        <w:tc>
          <w:tcPr>
            <w:tcW w:w="1083" w:type="dxa"/>
            <w:shd w:val="clear" w:color="auto" w:fill="auto"/>
            <w:noWrap/>
            <w:vAlign w:val="bottom"/>
            <w:hideMark/>
          </w:tcPr>
          <w:p w14:paraId="05EDF94A"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C</w:t>
            </w:r>
            <w:r w:rsidRPr="00CB52C3">
              <w:rPr>
                <w:rFonts w:ascii="Times New Roman" w:eastAsia="Times New Roman" w:hAnsi="Times New Roman"/>
                <w:color w:val="000000"/>
                <w:kern w:val="0"/>
                <w:sz w:val="24"/>
                <w:szCs w:val="24"/>
                <w:vertAlign w:val="subscript"/>
              </w:rPr>
              <w:t>2</w:t>
            </w:r>
            <w:r w:rsidRPr="00CB52C3">
              <w:rPr>
                <w:rFonts w:ascii="Times New Roman" w:eastAsia="Times New Roman" w:hAnsi="Times New Roman"/>
                <w:color w:val="000000"/>
                <w:kern w:val="0"/>
                <w:sz w:val="24"/>
                <w:szCs w:val="24"/>
              </w:rPr>
              <w:t>H</w:t>
            </w:r>
            <w:r w:rsidRPr="00CB52C3">
              <w:rPr>
                <w:rFonts w:ascii="Times New Roman" w:eastAsia="Times New Roman" w:hAnsi="Times New Roman"/>
                <w:color w:val="000000"/>
                <w:kern w:val="0"/>
                <w:sz w:val="24"/>
                <w:szCs w:val="24"/>
                <w:vertAlign w:val="subscript"/>
              </w:rPr>
              <w:t>4</w:t>
            </w:r>
            <w:r w:rsidRPr="00CB52C3">
              <w:rPr>
                <w:rFonts w:ascii="Times New Roman" w:eastAsia="Times New Roman" w:hAnsi="Times New Roman"/>
                <w:color w:val="000000"/>
                <w:kern w:val="0"/>
                <w:sz w:val="24"/>
                <w:szCs w:val="24"/>
              </w:rPr>
              <w:t>O</w:t>
            </w:r>
            <w:r w:rsidRPr="00CB52C3">
              <w:rPr>
                <w:rFonts w:ascii="Times New Roman" w:eastAsia="Times New Roman" w:hAnsi="Times New Roman"/>
                <w:color w:val="000000"/>
                <w:kern w:val="0"/>
                <w:sz w:val="24"/>
                <w:szCs w:val="24"/>
                <w:vertAlign w:val="subscript"/>
              </w:rPr>
              <w:t>2</w:t>
            </w:r>
          </w:p>
        </w:tc>
        <w:tc>
          <w:tcPr>
            <w:tcW w:w="960" w:type="dxa"/>
            <w:shd w:val="clear" w:color="auto" w:fill="auto"/>
            <w:noWrap/>
            <w:vAlign w:val="bottom"/>
            <w:hideMark/>
          </w:tcPr>
          <w:p w14:paraId="158134CC"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2</w:t>
            </w:r>
          </w:p>
        </w:tc>
        <w:tc>
          <w:tcPr>
            <w:tcW w:w="960" w:type="dxa"/>
            <w:shd w:val="clear" w:color="auto" w:fill="auto"/>
            <w:noWrap/>
            <w:vAlign w:val="bottom"/>
            <w:hideMark/>
          </w:tcPr>
          <w:p w14:paraId="18D33055"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2</w:t>
            </w:r>
          </w:p>
        </w:tc>
        <w:tc>
          <w:tcPr>
            <w:tcW w:w="2336" w:type="dxa"/>
            <w:shd w:val="clear" w:color="auto" w:fill="auto"/>
            <w:noWrap/>
            <w:vAlign w:val="bottom"/>
            <w:hideMark/>
          </w:tcPr>
          <w:p w14:paraId="78F1E586"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glycolaldehyde</w:t>
            </w:r>
          </w:p>
        </w:tc>
        <w:tc>
          <w:tcPr>
            <w:tcW w:w="960" w:type="dxa"/>
            <w:shd w:val="clear" w:color="auto" w:fill="auto"/>
            <w:noWrap/>
            <w:vAlign w:val="bottom"/>
            <w:hideMark/>
          </w:tcPr>
          <w:p w14:paraId="72FF2BCE"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5</w:t>
            </w:r>
          </w:p>
        </w:tc>
        <w:tc>
          <w:tcPr>
            <w:tcW w:w="1525" w:type="dxa"/>
            <w:shd w:val="clear" w:color="auto" w:fill="auto"/>
            <w:noWrap/>
            <w:vAlign w:val="bottom"/>
            <w:hideMark/>
          </w:tcPr>
          <w:p w14:paraId="42406DDB"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57</w:t>
            </w:r>
          </w:p>
        </w:tc>
      </w:tr>
      <w:tr w:rsidR="00AA3D77" w:rsidRPr="00CB52C3" w14:paraId="554B0E9D" w14:textId="77777777" w:rsidTr="009B4FA6">
        <w:trPr>
          <w:trHeight w:val="300"/>
        </w:trPr>
        <w:tc>
          <w:tcPr>
            <w:tcW w:w="960" w:type="dxa"/>
            <w:shd w:val="clear" w:color="auto" w:fill="auto"/>
            <w:noWrap/>
            <w:vAlign w:val="bottom"/>
            <w:hideMark/>
          </w:tcPr>
          <w:p w14:paraId="27946C37"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58</w:t>
            </w:r>
          </w:p>
        </w:tc>
        <w:tc>
          <w:tcPr>
            <w:tcW w:w="1083" w:type="dxa"/>
            <w:shd w:val="clear" w:color="auto" w:fill="auto"/>
            <w:noWrap/>
            <w:vAlign w:val="bottom"/>
            <w:hideMark/>
          </w:tcPr>
          <w:p w14:paraId="04083FE4"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C</w:t>
            </w:r>
            <w:r w:rsidRPr="00CB52C3">
              <w:rPr>
                <w:rFonts w:ascii="Times New Roman" w:eastAsia="Times New Roman" w:hAnsi="Times New Roman"/>
                <w:color w:val="000000"/>
                <w:kern w:val="0"/>
                <w:sz w:val="24"/>
                <w:szCs w:val="24"/>
                <w:vertAlign w:val="subscript"/>
              </w:rPr>
              <w:t>2</w:t>
            </w:r>
            <w:r w:rsidRPr="00CB52C3">
              <w:rPr>
                <w:rFonts w:ascii="Times New Roman" w:eastAsia="Times New Roman" w:hAnsi="Times New Roman"/>
                <w:color w:val="000000"/>
                <w:kern w:val="0"/>
                <w:sz w:val="24"/>
                <w:szCs w:val="24"/>
              </w:rPr>
              <w:t>H</w:t>
            </w:r>
            <w:r w:rsidRPr="00CB52C3">
              <w:rPr>
                <w:rFonts w:ascii="Times New Roman" w:eastAsia="Times New Roman" w:hAnsi="Times New Roman"/>
                <w:color w:val="000000"/>
                <w:kern w:val="0"/>
                <w:sz w:val="24"/>
                <w:szCs w:val="24"/>
                <w:vertAlign w:val="subscript"/>
              </w:rPr>
              <w:t>4</w:t>
            </w:r>
            <w:r w:rsidRPr="00CB52C3">
              <w:rPr>
                <w:rFonts w:ascii="Times New Roman" w:eastAsia="Times New Roman" w:hAnsi="Times New Roman"/>
                <w:color w:val="000000"/>
                <w:kern w:val="0"/>
                <w:sz w:val="24"/>
                <w:szCs w:val="24"/>
              </w:rPr>
              <w:t>O</w:t>
            </w:r>
          </w:p>
        </w:tc>
        <w:tc>
          <w:tcPr>
            <w:tcW w:w="960" w:type="dxa"/>
            <w:shd w:val="clear" w:color="auto" w:fill="auto"/>
            <w:noWrap/>
            <w:vAlign w:val="bottom"/>
            <w:hideMark/>
          </w:tcPr>
          <w:p w14:paraId="4B87D35C"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w:t>
            </w:r>
          </w:p>
        </w:tc>
        <w:tc>
          <w:tcPr>
            <w:tcW w:w="960" w:type="dxa"/>
            <w:shd w:val="clear" w:color="auto" w:fill="auto"/>
            <w:noWrap/>
            <w:vAlign w:val="bottom"/>
            <w:hideMark/>
          </w:tcPr>
          <w:p w14:paraId="34C45FD7"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2</w:t>
            </w:r>
          </w:p>
        </w:tc>
        <w:tc>
          <w:tcPr>
            <w:tcW w:w="2336" w:type="dxa"/>
            <w:shd w:val="clear" w:color="auto" w:fill="auto"/>
            <w:noWrap/>
            <w:vAlign w:val="bottom"/>
            <w:hideMark/>
          </w:tcPr>
          <w:p w14:paraId="6C9D98C3"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acetaldehyde</w:t>
            </w:r>
          </w:p>
        </w:tc>
        <w:tc>
          <w:tcPr>
            <w:tcW w:w="960" w:type="dxa"/>
            <w:shd w:val="clear" w:color="auto" w:fill="auto"/>
            <w:noWrap/>
            <w:vAlign w:val="bottom"/>
            <w:hideMark/>
          </w:tcPr>
          <w:p w14:paraId="74FA72FD"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7</w:t>
            </w:r>
          </w:p>
        </w:tc>
        <w:tc>
          <w:tcPr>
            <w:tcW w:w="1525" w:type="dxa"/>
            <w:shd w:val="clear" w:color="auto" w:fill="auto"/>
            <w:noWrap/>
            <w:vAlign w:val="bottom"/>
            <w:hideMark/>
          </w:tcPr>
          <w:p w14:paraId="471A4161"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233</w:t>
            </w:r>
          </w:p>
        </w:tc>
      </w:tr>
      <w:tr w:rsidR="00AA3D77" w:rsidRPr="00CB52C3" w14:paraId="43A0D5C8" w14:textId="77777777" w:rsidTr="009B4FA6">
        <w:trPr>
          <w:trHeight w:val="300"/>
        </w:trPr>
        <w:tc>
          <w:tcPr>
            <w:tcW w:w="960" w:type="dxa"/>
            <w:shd w:val="clear" w:color="auto" w:fill="auto"/>
            <w:noWrap/>
            <w:vAlign w:val="bottom"/>
            <w:hideMark/>
          </w:tcPr>
          <w:p w14:paraId="3B7C77D9"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57</w:t>
            </w:r>
          </w:p>
        </w:tc>
        <w:tc>
          <w:tcPr>
            <w:tcW w:w="1083" w:type="dxa"/>
            <w:shd w:val="clear" w:color="auto" w:fill="auto"/>
            <w:noWrap/>
            <w:vAlign w:val="bottom"/>
            <w:hideMark/>
          </w:tcPr>
          <w:p w14:paraId="310E9F5E"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C</w:t>
            </w:r>
            <w:r w:rsidRPr="00CB52C3">
              <w:rPr>
                <w:rFonts w:ascii="Times New Roman" w:eastAsia="Times New Roman" w:hAnsi="Times New Roman"/>
                <w:color w:val="000000"/>
                <w:kern w:val="0"/>
                <w:sz w:val="24"/>
                <w:szCs w:val="24"/>
                <w:vertAlign w:val="subscript"/>
              </w:rPr>
              <w:t>2</w:t>
            </w:r>
            <w:r w:rsidRPr="00CB52C3">
              <w:rPr>
                <w:rFonts w:ascii="Times New Roman" w:eastAsia="Times New Roman" w:hAnsi="Times New Roman"/>
                <w:color w:val="000000"/>
                <w:kern w:val="0"/>
                <w:sz w:val="24"/>
                <w:szCs w:val="24"/>
              </w:rPr>
              <w:t>H</w:t>
            </w:r>
            <w:r w:rsidRPr="00CB52C3">
              <w:rPr>
                <w:rFonts w:ascii="Times New Roman" w:eastAsia="Times New Roman" w:hAnsi="Times New Roman"/>
                <w:color w:val="000000"/>
                <w:kern w:val="0"/>
                <w:sz w:val="24"/>
                <w:szCs w:val="24"/>
                <w:vertAlign w:val="subscript"/>
              </w:rPr>
              <w:t>2</w:t>
            </w:r>
          </w:p>
        </w:tc>
        <w:tc>
          <w:tcPr>
            <w:tcW w:w="960" w:type="dxa"/>
            <w:shd w:val="clear" w:color="auto" w:fill="auto"/>
            <w:noWrap/>
            <w:vAlign w:val="bottom"/>
            <w:hideMark/>
          </w:tcPr>
          <w:p w14:paraId="1904A355"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w:t>
            </w:r>
          </w:p>
        </w:tc>
        <w:tc>
          <w:tcPr>
            <w:tcW w:w="960" w:type="dxa"/>
            <w:shd w:val="clear" w:color="auto" w:fill="auto"/>
            <w:noWrap/>
            <w:vAlign w:val="bottom"/>
            <w:hideMark/>
          </w:tcPr>
          <w:p w14:paraId="61FAA09C"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2</w:t>
            </w:r>
          </w:p>
        </w:tc>
        <w:tc>
          <w:tcPr>
            <w:tcW w:w="2336" w:type="dxa"/>
            <w:shd w:val="clear" w:color="auto" w:fill="auto"/>
            <w:noWrap/>
            <w:vAlign w:val="bottom"/>
            <w:hideMark/>
          </w:tcPr>
          <w:p w14:paraId="66F06B5E"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acetylene</w:t>
            </w:r>
          </w:p>
        </w:tc>
        <w:tc>
          <w:tcPr>
            <w:tcW w:w="960" w:type="dxa"/>
            <w:shd w:val="clear" w:color="auto" w:fill="auto"/>
            <w:noWrap/>
            <w:vAlign w:val="bottom"/>
            <w:hideMark/>
          </w:tcPr>
          <w:p w14:paraId="3053E82A"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7</w:t>
            </w:r>
          </w:p>
        </w:tc>
        <w:tc>
          <w:tcPr>
            <w:tcW w:w="1525" w:type="dxa"/>
            <w:shd w:val="clear" w:color="auto" w:fill="auto"/>
            <w:noWrap/>
            <w:vAlign w:val="bottom"/>
            <w:hideMark/>
          </w:tcPr>
          <w:p w14:paraId="1DFE6622"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355</w:t>
            </w:r>
          </w:p>
        </w:tc>
      </w:tr>
      <w:tr w:rsidR="00AA3D77" w:rsidRPr="00CB52C3" w14:paraId="711A29AB" w14:textId="77777777" w:rsidTr="009B4FA6">
        <w:trPr>
          <w:trHeight w:val="300"/>
        </w:trPr>
        <w:tc>
          <w:tcPr>
            <w:tcW w:w="960" w:type="dxa"/>
            <w:shd w:val="clear" w:color="auto" w:fill="auto"/>
            <w:noWrap/>
            <w:vAlign w:val="bottom"/>
            <w:hideMark/>
          </w:tcPr>
          <w:p w14:paraId="0C3632AD"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63</w:t>
            </w:r>
          </w:p>
        </w:tc>
        <w:tc>
          <w:tcPr>
            <w:tcW w:w="1083" w:type="dxa"/>
            <w:shd w:val="clear" w:color="auto" w:fill="auto"/>
            <w:noWrap/>
            <w:vAlign w:val="bottom"/>
            <w:hideMark/>
          </w:tcPr>
          <w:p w14:paraId="1642C23C"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C</w:t>
            </w:r>
            <w:r w:rsidRPr="00CB52C3">
              <w:rPr>
                <w:rFonts w:ascii="Times New Roman" w:eastAsia="Times New Roman" w:hAnsi="Times New Roman"/>
                <w:color w:val="000000"/>
                <w:kern w:val="0"/>
                <w:sz w:val="24"/>
                <w:szCs w:val="24"/>
                <w:vertAlign w:val="subscript"/>
              </w:rPr>
              <w:t>2</w:t>
            </w:r>
            <w:r w:rsidRPr="00CB52C3">
              <w:rPr>
                <w:rFonts w:ascii="Times New Roman" w:eastAsia="Times New Roman" w:hAnsi="Times New Roman"/>
                <w:color w:val="000000"/>
                <w:kern w:val="0"/>
                <w:sz w:val="24"/>
                <w:szCs w:val="24"/>
              </w:rPr>
              <w:t>H</w:t>
            </w:r>
            <w:r w:rsidRPr="00CB52C3">
              <w:rPr>
                <w:rFonts w:ascii="Times New Roman" w:eastAsia="Times New Roman" w:hAnsi="Times New Roman"/>
                <w:color w:val="000000"/>
                <w:kern w:val="0"/>
                <w:sz w:val="24"/>
                <w:szCs w:val="24"/>
                <w:vertAlign w:val="subscript"/>
              </w:rPr>
              <w:t>6</w:t>
            </w:r>
            <w:r w:rsidRPr="00CB52C3">
              <w:rPr>
                <w:rFonts w:ascii="Times New Roman" w:eastAsia="Times New Roman" w:hAnsi="Times New Roman"/>
                <w:color w:val="000000"/>
                <w:kern w:val="0"/>
                <w:sz w:val="24"/>
                <w:szCs w:val="24"/>
              </w:rPr>
              <w:t>O</w:t>
            </w:r>
            <w:r w:rsidRPr="00CB52C3">
              <w:rPr>
                <w:rFonts w:ascii="Times New Roman" w:eastAsia="Times New Roman" w:hAnsi="Times New Roman"/>
                <w:color w:val="000000"/>
                <w:kern w:val="0"/>
                <w:sz w:val="24"/>
                <w:szCs w:val="24"/>
                <w:vertAlign w:val="subscript"/>
              </w:rPr>
              <w:t>2</w:t>
            </w:r>
          </w:p>
        </w:tc>
        <w:tc>
          <w:tcPr>
            <w:tcW w:w="960" w:type="dxa"/>
            <w:shd w:val="clear" w:color="auto" w:fill="auto"/>
            <w:noWrap/>
            <w:vAlign w:val="bottom"/>
            <w:hideMark/>
          </w:tcPr>
          <w:p w14:paraId="1A2231CB"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w:t>
            </w:r>
          </w:p>
        </w:tc>
        <w:tc>
          <w:tcPr>
            <w:tcW w:w="960" w:type="dxa"/>
            <w:shd w:val="clear" w:color="auto" w:fill="auto"/>
            <w:noWrap/>
            <w:vAlign w:val="bottom"/>
            <w:hideMark/>
          </w:tcPr>
          <w:p w14:paraId="2CDD02DA"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2</w:t>
            </w:r>
          </w:p>
        </w:tc>
        <w:tc>
          <w:tcPr>
            <w:tcW w:w="2336" w:type="dxa"/>
            <w:shd w:val="clear" w:color="auto" w:fill="auto"/>
            <w:noWrap/>
            <w:vAlign w:val="bottom"/>
            <w:hideMark/>
          </w:tcPr>
          <w:p w14:paraId="35C33153"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ethylene glycol</w:t>
            </w:r>
          </w:p>
        </w:tc>
        <w:tc>
          <w:tcPr>
            <w:tcW w:w="960" w:type="dxa"/>
            <w:shd w:val="clear" w:color="auto" w:fill="auto"/>
            <w:noWrap/>
            <w:vAlign w:val="bottom"/>
            <w:hideMark/>
          </w:tcPr>
          <w:p w14:paraId="1C48059C"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7</w:t>
            </w:r>
          </w:p>
        </w:tc>
        <w:tc>
          <w:tcPr>
            <w:tcW w:w="1525" w:type="dxa"/>
            <w:shd w:val="clear" w:color="auto" w:fill="auto"/>
            <w:noWrap/>
            <w:vAlign w:val="bottom"/>
            <w:hideMark/>
          </w:tcPr>
          <w:p w14:paraId="120BFDF4"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355</w:t>
            </w:r>
          </w:p>
        </w:tc>
      </w:tr>
      <w:tr w:rsidR="00AA3D77" w:rsidRPr="00CB52C3" w14:paraId="199B79CC" w14:textId="77777777" w:rsidTr="009B4FA6">
        <w:trPr>
          <w:trHeight w:val="300"/>
        </w:trPr>
        <w:tc>
          <w:tcPr>
            <w:tcW w:w="960" w:type="dxa"/>
            <w:shd w:val="clear" w:color="auto" w:fill="auto"/>
            <w:noWrap/>
            <w:vAlign w:val="bottom"/>
            <w:hideMark/>
          </w:tcPr>
          <w:p w14:paraId="13BD6F86"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71</w:t>
            </w:r>
          </w:p>
        </w:tc>
        <w:tc>
          <w:tcPr>
            <w:tcW w:w="1083" w:type="dxa"/>
            <w:shd w:val="clear" w:color="auto" w:fill="auto"/>
            <w:noWrap/>
            <w:vAlign w:val="bottom"/>
            <w:hideMark/>
          </w:tcPr>
          <w:p w14:paraId="656C1875"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C</w:t>
            </w:r>
            <w:r w:rsidRPr="00CB52C3">
              <w:rPr>
                <w:rFonts w:ascii="Times New Roman" w:eastAsia="Times New Roman" w:hAnsi="Times New Roman"/>
                <w:color w:val="000000"/>
                <w:kern w:val="0"/>
                <w:sz w:val="24"/>
                <w:szCs w:val="24"/>
                <w:vertAlign w:val="subscript"/>
              </w:rPr>
              <w:t>2</w:t>
            </w:r>
            <w:r w:rsidRPr="00CB52C3">
              <w:rPr>
                <w:rFonts w:ascii="Times New Roman" w:eastAsia="Times New Roman" w:hAnsi="Times New Roman"/>
                <w:color w:val="000000"/>
                <w:kern w:val="0"/>
                <w:sz w:val="24"/>
                <w:szCs w:val="24"/>
              </w:rPr>
              <w:t>H</w:t>
            </w:r>
            <w:r w:rsidRPr="00CB52C3">
              <w:rPr>
                <w:rFonts w:ascii="Times New Roman" w:eastAsia="Times New Roman" w:hAnsi="Times New Roman"/>
                <w:color w:val="000000"/>
                <w:kern w:val="0"/>
                <w:sz w:val="24"/>
                <w:szCs w:val="24"/>
                <w:vertAlign w:val="subscript"/>
              </w:rPr>
              <w:t>6</w:t>
            </w:r>
            <w:r w:rsidRPr="00CB52C3">
              <w:rPr>
                <w:rFonts w:ascii="Times New Roman" w:eastAsia="Times New Roman" w:hAnsi="Times New Roman"/>
                <w:color w:val="000000"/>
                <w:kern w:val="0"/>
                <w:sz w:val="24"/>
                <w:szCs w:val="24"/>
              </w:rPr>
              <w:t>O</w:t>
            </w:r>
          </w:p>
        </w:tc>
        <w:tc>
          <w:tcPr>
            <w:tcW w:w="960" w:type="dxa"/>
            <w:shd w:val="clear" w:color="auto" w:fill="auto"/>
            <w:noWrap/>
            <w:vAlign w:val="bottom"/>
            <w:hideMark/>
          </w:tcPr>
          <w:p w14:paraId="7EF323DB"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4</w:t>
            </w:r>
          </w:p>
        </w:tc>
        <w:tc>
          <w:tcPr>
            <w:tcW w:w="960" w:type="dxa"/>
            <w:shd w:val="clear" w:color="auto" w:fill="auto"/>
            <w:noWrap/>
            <w:vAlign w:val="bottom"/>
            <w:hideMark/>
          </w:tcPr>
          <w:p w14:paraId="50B38337"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2</w:t>
            </w:r>
          </w:p>
        </w:tc>
        <w:tc>
          <w:tcPr>
            <w:tcW w:w="2336" w:type="dxa"/>
            <w:shd w:val="clear" w:color="auto" w:fill="auto"/>
            <w:noWrap/>
            <w:vAlign w:val="bottom"/>
            <w:hideMark/>
          </w:tcPr>
          <w:p w14:paraId="11BDBC29"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ethanol</w:t>
            </w:r>
          </w:p>
        </w:tc>
        <w:tc>
          <w:tcPr>
            <w:tcW w:w="960" w:type="dxa"/>
            <w:shd w:val="clear" w:color="auto" w:fill="auto"/>
            <w:noWrap/>
            <w:vAlign w:val="bottom"/>
            <w:hideMark/>
          </w:tcPr>
          <w:p w14:paraId="36E828F1"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9</w:t>
            </w:r>
          </w:p>
        </w:tc>
        <w:tc>
          <w:tcPr>
            <w:tcW w:w="1525" w:type="dxa"/>
            <w:shd w:val="clear" w:color="auto" w:fill="auto"/>
            <w:noWrap/>
            <w:vAlign w:val="bottom"/>
            <w:hideMark/>
          </w:tcPr>
          <w:p w14:paraId="03777A4C"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4351</w:t>
            </w:r>
          </w:p>
        </w:tc>
      </w:tr>
      <w:tr w:rsidR="00AA3D77" w:rsidRPr="00CB52C3" w14:paraId="1504982E" w14:textId="77777777" w:rsidTr="009B4FA6">
        <w:trPr>
          <w:trHeight w:val="300"/>
        </w:trPr>
        <w:tc>
          <w:tcPr>
            <w:tcW w:w="960" w:type="dxa"/>
            <w:shd w:val="clear" w:color="auto" w:fill="auto"/>
            <w:noWrap/>
            <w:vAlign w:val="bottom"/>
            <w:hideMark/>
          </w:tcPr>
          <w:p w14:paraId="7C9C45D2"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70</w:t>
            </w:r>
          </w:p>
        </w:tc>
        <w:tc>
          <w:tcPr>
            <w:tcW w:w="1083" w:type="dxa"/>
            <w:shd w:val="clear" w:color="auto" w:fill="auto"/>
            <w:noWrap/>
            <w:vAlign w:val="bottom"/>
            <w:hideMark/>
          </w:tcPr>
          <w:p w14:paraId="122F8AC5"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C</w:t>
            </w:r>
            <w:r w:rsidRPr="00CB52C3">
              <w:rPr>
                <w:rFonts w:ascii="Times New Roman" w:eastAsia="Times New Roman" w:hAnsi="Times New Roman"/>
                <w:color w:val="000000"/>
                <w:kern w:val="0"/>
                <w:sz w:val="24"/>
                <w:szCs w:val="24"/>
                <w:vertAlign w:val="subscript"/>
              </w:rPr>
              <w:t>2</w:t>
            </w:r>
            <w:r w:rsidRPr="00CB52C3">
              <w:rPr>
                <w:rFonts w:ascii="Times New Roman" w:eastAsia="Times New Roman" w:hAnsi="Times New Roman"/>
                <w:color w:val="000000"/>
                <w:kern w:val="0"/>
                <w:sz w:val="24"/>
                <w:szCs w:val="24"/>
              </w:rPr>
              <w:t>H</w:t>
            </w:r>
            <w:r w:rsidRPr="00CB52C3">
              <w:rPr>
                <w:rFonts w:ascii="Times New Roman" w:eastAsia="Times New Roman" w:hAnsi="Times New Roman"/>
                <w:color w:val="000000"/>
                <w:kern w:val="0"/>
                <w:sz w:val="24"/>
                <w:szCs w:val="24"/>
                <w:vertAlign w:val="subscript"/>
              </w:rPr>
              <w:t>4</w:t>
            </w:r>
          </w:p>
        </w:tc>
        <w:tc>
          <w:tcPr>
            <w:tcW w:w="960" w:type="dxa"/>
            <w:shd w:val="clear" w:color="auto" w:fill="auto"/>
            <w:noWrap/>
            <w:vAlign w:val="bottom"/>
            <w:hideMark/>
          </w:tcPr>
          <w:p w14:paraId="44EB563F"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4</w:t>
            </w:r>
          </w:p>
        </w:tc>
        <w:tc>
          <w:tcPr>
            <w:tcW w:w="960" w:type="dxa"/>
            <w:shd w:val="clear" w:color="auto" w:fill="auto"/>
            <w:noWrap/>
            <w:vAlign w:val="bottom"/>
            <w:hideMark/>
          </w:tcPr>
          <w:p w14:paraId="13588EF3"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2</w:t>
            </w:r>
          </w:p>
        </w:tc>
        <w:tc>
          <w:tcPr>
            <w:tcW w:w="2336" w:type="dxa"/>
            <w:shd w:val="clear" w:color="auto" w:fill="auto"/>
            <w:noWrap/>
            <w:vAlign w:val="bottom"/>
            <w:hideMark/>
          </w:tcPr>
          <w:p w14:paraId="4770AE82"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ethylene</w:t>
            </w:r>
          </w:p>
        </w:tc>
        <w:tc>
          <w:tcPr>
            <w:tcW w:w="960" w:type="dxa"/>
            <w:shd w:val="clear" w:color="auto" w:fill="auto"/>
            <w:noWrap/>
            <w:vAlign w:val="bottom"/>
            <w:hideMark/>
          </w:tcPr>
          <w:p w14:paraId="48E38DD6"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9</w:t>
            </w:r>
          </w:p>
        </w:tc>
        <w:tc>
          <w:tcPr>
            <w:tcW w:w="1525" w:type="dxa"/>
            <w:shd w:val="clear" w:color="auto" w:fill="auto"/>
            <w:noWrap/>
            <w:vAlign w:val="bottom"/>
            <w:hideMark/>
          </w:tcPr>
          <w:p w14:paraId="5CC53810"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4744</w:t>
            </w:r>
          </w:p>
        </w:tc>
      </w:tr>
      <w:tr w:rsidR="00AA3D77" w:rsidRPr="00CB52C3" w14:paraId="227C550A" w14:textId="77777777" w:rsidTr="009B4FA6">
        <w:trPr>
          <w:trHeight w:val="300"/>
        </w:trPr>
        <w:tc>
          <w:tcPr>
            <w:tcW w:w="960" w:type="dxa"/>
            <w:shd w:val="clear" w:color="auto" w:fill="auto"/>
            <w:noWrap/>
            <w:vAlign w:val="bottom"/>
            <w:hideMark/>
          </w:tcPr>
          <w:p w14:paraId="6C4ED26F"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73</w:t>
            </w:r>
          </w:p>
        </w:tc>
        <w:tc>
          <w:tcPr>
            <w:tcW w:w="1083" w:type="dxa"/>
            <w:shd w:val="clear" w:color="auto" w:fill="auto"/>
            <w:noWrap/>
            <w:vAlign w:val="bottom"/>
            <w:hideMark/>
          </w:tcPr>
          <w:p w14:paraId="26EBCF3B"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C</w:t>
            </w:r>
            <w:r w:rsidRPr="00CB52C3">
              <w:rPr>
                <w:rFonts w:ascii="Times New Roman" w:eastAsia="Times New Roman" w:hAnsi="Times New Roman"/>
                <w:color w:val="000000"/>
                <w:kern w:val="0"/>
                <w:sz w:val="24"/>
                <w:szCs w:val="24"/>
                <w:vertAlign w:val="subscript"/>
              </w:rPr>
              <w:t>2</w:t>
            </w:r>
            <w:r w:rsidRPr="00CB52C3">
              <w:rPr>
                <w:rFonts w:ascii="Times New Roman" w:eastAsia="Times New Roman" w:hAnsi="Times New Roman"/>
                <w:color w:val="000000"/>
                <w:kern w:val="0"/>
                <w:sz w:val="24"/>
                <w:szCs w:val="24"/>
              </w:rPr>
              <w:t>H</w:t>
            </w:r>
            <w:r w:rsidRPr="00CB52C3">
              <w:rPr>
                <w:rFonts w:ascii="Times New Roman" w:eastAsia="Times New Roman" w:hAnsi="Times New Roman"/>
                <w:color w:val="000000"/>
                <w:kern w:val="0"/>
                <w:sz w:val="24"/>
                <w:szCs w:val="24"/>
                <w:vertAlign w:val="subscript"/>
              </w:rPr>
              <w:t>6</w:t>
            </w:r>
          </w:p>
        </w:tc>
        <w:tc>
          <w:tcPr>
            <w:tcW w:w="960" w:type="dxa"/>
            <w:shd w:val="clear" w:color="auto" w:fill="auto"/>
            <w:noWrap/>
            <w:vAlign w:val="bottom"/>
            <w:hideMark/>
          </w:tcPr>
          <w:p w14:paraId="3F79DB48"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5</w:t>
            </w:r>
          </w:p>
        </w:tc>
        <w:tc>
          <w:tcPr>
            <w:tcW w:w="960" w:type="dxa"/>
            <w:shd w:val="clear" w:color="auto" w:fill="auto"/>
            <w:noWrap/>
            <w:vAlign w:val="bottom"/>
            <w:hideMark/>
          </w:tcPr>
          <w:p w14:paraId="40DE329F"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2</w:t>
            </w:r>
          </w:p>
        </w:tc>
        <w:tc>
          <w:tcPr>
            <w:tcW w:w="2336" w:type="dxa"/>
            <w:shd w:val="clear" w:color="auto" w:fill="auto"/>
            <w:noWrap/>
            <w:vAlign w:val="bottom"/>
            <w:hideMark/>
          </w:tcPr>
          <w:p w14:paraId="2748D2F5"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ethane</w:t>
            </w:r>
          </w:p>
        </w:tc>
        <w:tc>
          <w:tcPr>
            <w:tcW w:w="960" w:type="dxa"/>
            <w:shd w:val="clear" w:color="auto" w:fill="auto"/>
            <w:noWrap/>
            <w:vAlign w:val="bottom"/>
            <w:hideMark/>
          </w:tcPr>
          <w:p w14:paraId="2FD1C8A3"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11</w:t>
            </w:r>
          </w:p>
        </w:tc>
        <w:tc>
          <w:tcPr>
            <w:tcW w:w="1525" w:type="dxa"/>
            <w:shd w:val="clear" w:color="auto" w:fill="auto"/>
            <w:noWrap/>
            <w:vAlign w:val="bottom"/>
            <w:hideMark/>
          </w:tcPr>
          <w:p w14:paraId="1E0AE192"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13472</w:t>
            </w:r>
          </w:p>
        </w:tc>
      </w:tr>
      <w:tr w:rsidR="00AA3D77" w:rsidRPr="00CB52C3" w14:paraId="4EF398F0" w14:textId="77777777" w:rsidTr="009B4FA6">
        <w:trPr>
          <w:trHeight w:val="300"/>
        </w:trPr>
        <w:tc>
          <w:tcPr>
            <w:tcW w:w="960" w:type="dxa"/>
            <w:shd w:val="clear" w:color="auto" w:fill="auto"/>
            <w:noWrap/>
            <w:vAlign w:val="bottom"/>
            <w:hideMark/>
          </w:tcPr>
          <w:p w14:paraId="16D7208D"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366</w:t>
            </w:r>
          </w:p>
        </w:tc>
        <w:tc>
          <w:tcPr>
            <w:tcW w:w="1083" w:type="dxa"/>
            <w:shd w:val="clear" w:color="auto" w:fill="auto"/>
            <w:noWrap/>
            <w:vAlign w:val="bottom"/>
            <w:hideMark/>
          </w:tcPr>
          <w:p w14:paraId="56087260"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C</w:t>
            </w:r>
            <w:r w:rsidRPr="00CB52C3">
              <w:rPr>
                <w:rFonts w:ascii="Times New Roman" w:eastAsia="Times New Roman" w:hAnsi="Times New Roman"/>
                <w:color w:val="000000"/>
                <w:kern w:val="0"/>
                <w:sz w:val="24"/>
                <w:szCs w:val="24"/>
                <w:vertAlign w:val="subscript"/>
              </w:rPr>
              <w:t>3</w:t>
            </w:r>
            <w:r w:rsidRPr="00CB52C3">
              <w:rPr>
                <w:rFonts w:ascii="Times New Roman" w:eastAsia="Times New Roman" w:hAnsi="Times New Roman"/>
                <w:color w:val="000000"/>
                <w:kern w:val="0"/>
                <w:sz w:val="24"/>
                <w:szCs w:val="24"/>
              </w:rPr>
              <w:t>H</w:t>
            </w:r>
            <w:r w:rsidRPr="00CB52C3">
              <w:rPr>
                <w:rFonts w:ascii="Times New Roman" w:eastAsia="Times New Roman" w:hAnsi="Times New Roman"/>
                <w:color w:val="000000"/>
                <w:kern w:val="0"/>
                <w:sz w:val="24"/>
                <w:szCs w:val="24"/>
                <w:vertAlign w:val="subscript"/>
              </w:rPr>
              <w:t>6</w:t>
            </w:r>
            <w:r w:rsidRPr="00CB52C3">
              <w:rPr>
                <w:rFonts w:ascii="Times New Roman" w:eastAsia="Times New Roman" w:hAnsi="Times New Roman"/>
                <w:color w:val="000000"/>
                <w:kern w:val="0"/>
                <w:sz w:val="24"/>
                <w:szCs w:val="24"/>
              </w:rPr>
              <w:t>O</w:t>
            </w:r>
            <w:r w:rsidRPr="00CB52C3">
              <w:rPr>
                <w:rFonts w:ascii="Times New Roman" w:eastAsia="Times New Roman" w:hAnsi="Times New Roman"/>
                <w:color w:val="000000"/>
                <w:kern w:val="0"/>
                <w:sz w:val="24"/>
                <w:szCs w:val="24"/>
                <w:vertAlign w:val="subscript"/>
              </w:rPr>
              <w:t>2</w:t>
            </w:r>
          </w:p>
        </w:tc>
        <w:tc>
          <w:tcPr>
            <w:tcW w:w="960" w:type="dxa"/>
            <w:shd w:val="clear" w:color="auto" w:fill="auto"/>
            <w:noWrap/>
            <w:vAlign w:val="bottom"/>
            <w:hideMark/>
          </w:tcPr>
          <w:p w14:paraId="1D18ACB6"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2.7</w:t>
            </w:r>
          </w:p>
        </w:tc>
        <w:tc>
          <w:tcPr>
            <w:tcW w:w="960" w:type="dxa"/>
            <w:shd w:val="clear" w:color="auto" w:fill="auto"/>
            <w:noWrap/>
            <w:vAlign w:val="bottom"/>
            <w:hideMark/>
          </w:tcPr>
          <w:p w14:paraId="56A681CE"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w:t>
            </w:r>
          </w:p>
        </w:tc>
        <w:tc>
          <w:tcPr>
            <w:tcW w:w="2336" w:type="dxa"/>
            <w:shd w:val="clear" w:color="auto" w:fill="auto"/>
            <w:noWrap/>
            <w:vAlign w:val="bottom"/>
            <w:hideMark/>
          </w:tcPr>
          <w:p w14:paraId="4CCEA4CF"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hydroxyacetone</w:t>
            </w:r>
          </w:p>
        </w:tc>
        <w:tc>
          <w:tcPr>
            <w:tcW w:w="960" w:type="dxa"/>
            <w:shd w:val="clear" w:color="auto" w:fill="auto"/>
            <w:noWrap/>
            <w:vAlign w:val="bottom"/>
            <w:hideMark/>
          </w:tcPr>
          <w:p w14:paraId="2E958566"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10</w:t>
            </w:r>
          </w:p>
        </w:tc>
        <w:tc>
          <w:tcPr>
            <w:tcW w:w="1525" w:type="dxa"/>
            <w:shd w:val="clear" w:color="auto" w:fill="auto"/>
            <w:noWrap/>
            <w:vAlign w:val="bottom"/>
            <w:hideMark/>
          </w:tcPr>
          <w:p w14:paraId="392B589F"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16965</w:t>
            </w:r>
          </w:p>
        </w:tc>
      </w:tr>
      <w:tr w:rsidR="00AA3D77" w:rsidRPr="00CB52C3" w14:paraId="52D6FDD0" w14:textId="77777777" w:rsidTr="009B4FA6">
        <w:trPr>
          <w:trHeight w:val="300"/>
        </w:trPr>
        <w:tc>
          <w:tcPr>
            <w:tcW w:w="960" w:type="dxa"/>
            <w:shd w:val="clear" w:color="auto" w:fill="auto"/>
            <w:noWrap/>
            <w:vAlign w:val="bottom"/>
            <w:hideMark/>
          </w:tcPr>
          <w:p w14:paraId="723F0C78"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425</w:t>
            </w:r>
          </w:p>
        </w:tc>
        <w:tc>
          <w:tcPr>
            <w:tcW w:w="1083" w:type="dxa"/>
            <w:shd w:val="clear" w:color="auto" w:fill="auto"/>
            <w:noWrap/>
            <w:vAlign w:val="bottom"/>
            <w:hideMark/>
          </w:tcPr>
          <w:p w14:paraId="77CE5D43"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C</w:t>
            </w:r>
            <w:r w:rsidRPr="00CB52C3">
              <w:rPr>
                <w:rFonts w:ascii="Times New Roman" w:eastAsia="Times New Roman" w:hAnsi="Times New Roman"/>
                <w:color w:val="000000"/>
                <w:kern w:val="0"/>
                <w:sz w:val="24"/>
                <w:szCs w:val="24"/>
                <w:vertAlign w:val="subscript"/>
              </w:rPr>
              <w:t>3</w:t>
            </w:r>
            <w:r w:rsidRPr="00CB52C3">
              <w:rPr>
                <w:rFonts w:ascii="Times New Roman" w:eastAsia="Times New Roman" w:hAnsi="Times New Roman"/>
                <w:color w:val="000000"/>
                <w:kern w:val="0"/>
                <w:sz w:val="24"/>
                <w:szCs w:val="24"/>
              </w:rPr>
              <w:t>H</w:t>
            </w:r>
            <w:r w:rsidRPr="00CB52C3">
              <w:rPr>
                <w:rFonts w:ascii="Times New Roman" w:eastAsia="Times New Roman" w:hAnsi="Times New Roman"/>
                <w:color w:val="000000"/>
                <w:kern w:val="0"/>
                <w:sz w:val="24"/>
                <w:szCs w:val="24"/>
                <w:vertAlign w:val="subscript"/>
              </w:rPr>
              <w:t>6</w:t>
            </w:r>
            <w:r w:rsidRPr="00CB52C3">
              <w:rPr>
                <w:rFonts w:ascii="Times New Roman" w:eastAsia="Times New Roman" w:hAnsi="Times New Roman"/>
                <w:color w:val="000000"/>
                <w:kern w:val="0"/>
                <w:sz w:val="24"/>
                <w:szCs w:val="24"/>
              </w:rPr>
              <w:t>O</w:t>
            </w:r>
          </w:p>
        </w:tc>
        <w:tc>
          <w:tcPr>
            <w:tcW w:w="960" w:type="dxa"/>
            <w:shd w:val="clear" w:color="auto" w:fill="auto"/>
            <w:noWrap/>
            <w:vAlign w:val="bottom"/>
            <w:hideMark/>
          </w:tcPr>
          <w:p w14:paraId="42DCD557"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3.3</w:t>
            </w:r>
          </w:p>
        </w:tc>
        <w:tc>
          <w:tcPr>
            <w:tcW w:w="960" w:type="dxa"/>
            <w:shd w:val="clear" w:color="auto" w:fill="auto"/>
            <w:noWrap/>
            <w:vAlign w:val="bottom"/>
            <w:hideMark/>
          </w:tcPr>
          <w:p w14:paraId="2CF14A24"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w:t>
            </w:r>
          </w:p>
        </w:tc>
        <w:tc>
          <w:tcPr>
            <w:tcW w:w="2336" w:type="dxa"/>
            <w:shd w:val="clear" w:color="auto" w:fill="auto"/>
            <w:noWrap/>
            <w:vAlign w:val="bottom"/>
            <w:hideMark/>
          </w:tcPr>
          <w:p w14:paraId="3FB61142"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acetone</w:t>
            </w:r>
          </w:p>
        </w:tc>
        <w:tc>
          <w:tcPr>
            <w:tcW w:w="960" w:type="dxa"/>
            <w:shd w:val="clear" w:color="auto" w:fill="auto"/>
            <w:noWrap/>
            <w:vAlign w:val="bottom"/>
            <w:hideMark/>
          </w:tcPr>
          <w:p w14:paraId="46C0E412"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12</w:t>
            </w:r>
          </w:p>
        </w:tc>
        <w:tc>
          <w:tcPr>
            <w:tcW w:w="1525" w:type="dxa"/>
            <w:shd w:val="clear" w:color="auto" w:fill="auto"/>
            <w:noWrap/>
            <w:vAlign w:val="bottom"/>
            <w:hideMark/>
          </w:tcPr>
          <w:p w14:paraId="70FA713C"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52066</w:t>
            </w:r>
          </w:p>
        </w:tc>
      </w:tr>
      <w:tr w:rsidR="00AA3D77" w:rsidRPr="00CB52C3" w14:paraId="56C25FEE" w14:textId="77777777" w:rsidTr="009B4FA6">
        <w:trPr>
          <w:trHeight w:val="300"/>
        </w:trPr>
        <w:tc>
          <w:tcPr>
            <w:tcW w:w="960" w:type="dxa"/>
            <w:shd w:val="clear" w:color="auto" w:fill="auto"/>
            <w:noWrap/>
            <w:vAlign w:val="bottom"/>
            <w:hideMark/>
          </w:tcPr>
          <w:p w14:paraId="1CD3E783"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381</w:t>
            </w:r>
          </w:p>
        </w:tc>
        <w:tc>
          <w:tcPr>
            <w:tcW w:w="1083" w:type="dxa"/>
            <w:shd w:val="clear" w:color="auto" w:fill="auto"/>
            <w:noWrap/>
            <w:vAlign w:val="bottom"/>
            <w:hideMark/>
          </w:tcPr>
          <w:p w14:paraId="086542FE"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C</w:t>
            </w:r>
            <w:r w:rsidRPr="00CB52C3">
              <w:rPr>
                <w:rFonts w:ascii="Times New Roman" w:eastAsia="Times New Roman" w:hAnsi="Times New Roman"/>
                <w:color w:val="000000"/>
                <w:kern w:val="0"/>
                <w:sz w:val="24"/>
                <w:szCs w:val="24"/>
                <w:vertAlign w:val="subscript"/>
              </w:rPr>
              <w:t>3</w:t>
            </w:r>
            <w:r w:rsidRPr="00CB52C3">
              <w:rPr>
                <w:rFonts w:ascii="Times New Roman" w:eastAsia="Times New Roman" w:hAnsi="Times New Roman"/>
                <w:color w:val="000000"/>
                <w:kern w:val="0"/>
                <w:sz w:val="24"/>
                <w:szCs w:val="24"/>
              </w:rPr>
              <w:t>H</w:t>
            </w:r>
            <w:r w:rsidRPr="00CB52C3">
              <w:rPr>
                <w:rFonts w:ascii="Times New Roman" w:eastAsia="Times New Roman" w:hAnsi="Times New Roman"/>
                <w:color w:val="000000"/>
                <w:kern w:val="0"/>
                <w:sz w:val="24"/>
                <w:szCs w:val="24"/>
                <w:vertAlign w:val="subscript"/>
              </w:rPr>
              <w:t>8</w:t>
            </w:r>
            <w:r w:rsidRPr="00CB52C3">
              <w:rPr>
                <w:rFonts w:ascii="Times New Roman" w:eastAsia="Times New Roman" w:hAnsi="Times New Roman"/>
                <w:color w:val="000000"/>
                <w:kern w:val="0"/>
                <w:sz w:val="24"/>
                <w:szCs w:val="24"/>
              </w:rPr>
              <w:t>O</w:t>
            </w:r>
            <w:r w:rsidRPr="00CB52C3">
              <w:rPr>
                <w:rFonts w:ascii="Times New Roman" w:eastAsia="Times New Roman" w:hAnsi="Times New Roman"/>
                <w:color w:val="000000"/>
                <w:kern w:val="0"/>
                <w:sz w:val="24"/>
                <w:szCs w:val="24"/>
                <w:vertAlign w:val="subscript"/>
              </w:rPr>
              <w:t>3</w:t>
            </w:r>
          </w:p>
        </w:tc>
        <w:tc>
          <w:tcPr>
            <w:tcW w:w="960" w:type="dxa"/>
            <w:shd w:val="clear" w:color="auto" w:fill="auto"/>
            <w:noWrap/>
            <w:vAlign w:val="bottom"/>
            <w:hideMark/>
          </w:tcPr>
          <w:p w14:paraId="2FC7B8CE"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2.7</w:t>
            </w:r>
          </w:p>
        </w:tc>
        <w:tc>
          <w:tcPr>
            <w:tcW w:w="960" w:type="dxa"/>
            <w:shd w:val="clear" w:color="auto" w:fill="auto"/>
            <w:noWrap/>
            <w:vAlign w:val="bottom"/>
            <w:hideMark/>
          </w:tcPr>
          <w:p w14:paraId="1C0988F6"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w:t>
            </w:r>
          </w:p>
        </w:tc>
        <w:tc>
          <w:tcPr>
            <w:tcW w:w="2336" w:type="dxa"/>
            <w:shd w:val="clear" w:color="auto" w:fill="auto"/>
            <w:noWrap/>
            <w:vAlign w:val="bottom"/>
            <w:hideMark/>
          </w:tcPr>
          <w:p w14:paraId="34D7FBD7"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glycerol</w:t>
            </w:r>
          </w:p>
        </w:tc>
        <w:tc>
          <w:tcPr>
            <w:tcW w:w="960" w:type="dxa"/>
            <w:shd w:val="clear" w:color="auto" w:fill="auto"/>
            <w:noWrap/>
            <w:vAlign w:val="bottom"/>
            <w:hideMark/>
          </w:tcPr>
          <w:p w14:paraId="5CE542F7"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10</w:t>
            </w:r>
          </w:p>
        </w:tc>
        <w:tc>
          <w:tcPr>
            <w:tcW w:w="1525" w:type="dxa"/>
            <w:shd w:val="clear" w:color="auto" w:fill="auto"/>
            <w:noWrap/>
            <w:vAlign w:val="bottom"/>
            <w:hideMark/>
          </w:tcPr>
          <w:p w14:paraId="6246F218"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75602</w:t>
            </w:r>
          </w:p>
        </w:tc>
      </w:tr>
      <w:tr w:rsidR="00AA3D77" w:rsidRPr="00CB52C3" w14:paraId="5AD02D7A" w14:textId="77777777" w:rsidTr="009B4FA6">
        <w:trPr>
          <w:trHeight w:val="300"/>
        </w:trPr>
        <w:tc>
          <w:tcPr>
            <w:tcW w:w="960" w:type="dxa"/>
            <w:shd w:val="clear" w:color="auto" w:fill="auto"/>
            <w:noWrap/>
            <w:vAlign w:val="bottom"/>
            <w:hideMark/>
          </w:tcPr>
          <w:p w14:paraId="79E705CC"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422</w:t>
            </w:r>
          </w:p>
        </w:tc>
        <w:tc>
          <w:tcPr>
            <w:tcW w:w="1083" w:type="dxa"/>
            <w:shd w:val="clear" w:color="auto" w:fill="auto"/>
            <w:noWrap/>
            <w:vAlign w:val="bottom"/>
            <w:hideMark/>
          </w:tcPr>
          <w:p w14:paraId="2ED6693B"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C</w:t>
            </w:r>
            <w:r w:rsidRPr="00CB52C3">
              <w:rPr>
                <w:rFonts w:ascii="Times New Roman" w:eastAsia="Times New Roman" w:hAnsi="Times New Roman"/>
                <w:color w:val="000000"/>
                <w:kern w:val="0"/>
                <w:sz w:val="24"/>
                <w:szCs w:val="24"/>
                <w:vertAlign w:val="subscript"/>
              </w:rPr>
              <w:t>3</w:t>
            </w:r>
            <w:r w:rsidRPr="00CB52C3">
              <w:rPr>
                <w:rFonts w:ascii="Times New Roman" w:eastAsia="Times New Roman" w:hAnsi="Times New Roman"/>
                <w:color w:val="000000"/>
                <w:kern w:val="0"/>
                <w:sz w:val="24"/>
                <w:szCs w:val="24"/>
              </w:rPr>
              <w:t>H</w:t>
            </w:r>
            <w:r w:rsidRPr="00CB52C3">
              <w:rPr>
                <w:rFonts w:ascii="Times New Roman" w:eastAsia="Times New Roman" w:hAnsi="Times New Roman"/>
                <w:color w:val="000000"/>
                <w:kern w:val="0"/>
                <w:sz w:val="24"/>
                <w:szCs w:val="24"/>
                <w:vertAlign w:val="subscript"/>
              </w:rPr>
              <w:t>6</w:t>
            </w:r>
            <w:r w:rsidRPr="00CB52C3">
              <w:rPr>
                <w:rFonts w:ascii="Times New Roman" w:eastAsia="Times New Roman" w:hAnsi="Times New Roman"/>
                <w:color w:val="000000"/>
                <w:kern w:val="0"/>
                <w:sz w:val="24"/>
                <w:szCs w:val="24"/>
              </w:rPr>
              <w:t>O</w:t>
            </w:r>
          </w:p>
        </w:tc>
        <w:tc>
          <w:tcPr>
            <w:tcW w:w="960" w:type="dxa"/>
            <w:shd w:val="clear" w:color="auto" w:fill="auto"/>
            <w:noWrap/>
            <w:vAlign w:val="bottom"/>
            <w:hideMark/>
          </w:tcPr>
          <w:p w14:paraId="728FDBAA"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3.3</w:t>
            </w:r>
          </w:p>
        </w:tc>
        <w:tc>
          <w:tcPr>
            <w:tcW w:w="960" w:type="dxa"/>
            <w:shd w:val="clear" w:color="auto" w:fill="auto"/>
            <w:noWrap/>
            <w:vAlign w:val="bottom"/>
            <w:hideMark/>
          </w:tcPr>
          <w:p w14:paraId="13EB03CB"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w:t>
            </w:r>
          </w:p>
        </w:tc>
        <w:tc>
          <w:tcPr>
            <w:tcW w:w="2336" w:type="dxa"/>
            <w:shd w:val="clear" w:color="auto" w:fill="auto"/>
            <w:noWrap/>
            <w:vAlign w:val="bottom"/>
            <w:hideMark/>
          </w:tcPr>
          <w:p w14:paraId="39FD401D"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propionaldehyde</w:t>
            </w:r>
          </w:p>
        </w:tc>
        <w:tc>
          <w:tcPr>
            <w:tcW w:w="960" w:type="dxa"/>
            <w:shd w:val="clear" w:color="auto" w:fill="auto"/>
            <w:noWrap/>
            <w:vAlign w:val="bottom"/>
            <w:hideMark/>
          </w:tcPr>
          <w:p w14:paraId="4391694F"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12</w:t>
            </w:r>
          </w:p>
        </w:tc>
        <w:tc>
          <w:tcPr>
            <w:tcW w:w="1525" w:type="dxa"/>
            <w:shd w:val="clear" w:color="auto" w:fill="auto"/>
            <w:noWrap/>
            <w:vAlign w:val="bottom"/>
            <w:hideMark/>
          </w:tcPr>
          <w:p w14:paraId="3C81CE32"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703758</w:t>
            </w:r>
          </w:p>
        </w:tc>
      </w:tr>
      <w:tr w:rsidR="00AA3D77" w:rsidRPr="00CB52C3" w14:paraId="3563C848" w14:textId="77777777" w:rsidTr="009B4FA6">
        <w:trPr>
          <w:trHeight w:val="300"/>
        </w:trPr>
        <w:tc>
          <w:tcPr>
            <w:tcW w:w="960" w:type="dxa"/>
            <w:shd w:val="clear" w:color="auto" w:fill="auto"/>
            <w:noWrap/>
            <w:vAlign w:val="bottom"/>
            <w:hideMark/>
          </w:tcPr>
          <w:p w14:paraId="7F6D8EF0"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437</w:t>
            </w:r>
          </w:p>
        </w:tc>
        <w:tc>
          <w:tcPr>
            <w:tcW w:w="1083" w:type="dxa"/>
            <w:shd w:val="clear" w:color="auto" w:fill="auto"/>
            <w:noWrap/>
            <w:vAlign w:val="bottom"/>
            <w:hideMark/>
          </w:tcPr>
          <w:p w14:paraId="2911836D"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C</w:t>
            </w:r>
            <w:r w:rsidRPr="00CB52C3">
              <w:rPr>
                <w:rFonts w:ascii="Times New Roman" w:eastAsia="Times New Roman" w:hAnsi="Times New Roman"/>
                <w:color w:val="000000"/>
                <w:kern w:val="0"/>
                <w:sz w:val="24"/>
                <w:szCs w:val="24"/>
                <w:vertAlign w:val="subscript"/>
              </w:rPr>
              <w:t>3</w:t>
            </w:r>
            <w:r w:rsidRPr="00CB52C3">
              <w:rPr>
                <w:rFonts w:ascii="Times New Roman" w:eastAsia="Times New Roman" w:hAnsi="Times New Roman"/>
                <w:color w:val="000000"/>
                <w:kern w:val="0"/>
                <w:sz w:val="24"/>
                <w:szCs w:val="24"/>
              </w:rPr>
              <w:t>H</w:t>
            </w:r>
            <w:r w:rsidRPr="00CB52C3">
              <w:rPr>
                <w:rFonts w:ascii="Times New Roman" w:eastAsia="Times New Roman" w:hAnsi="Times New Roman"/>
                <w:color w:val="000000"/>
                <w:kern w:val="0"/>
                <w:sz w:val="24"/>
                <w:szCs w:val="24"/>
                <w:vertAlign w:val="subscript"/>
              </w:rPr>
              <w:t>8</w:t>
            </w:r>
            <w:r w:rsidRPr="00CB52C3">
              <w:rPr>
                <w:rFonts w:ascii="Times New Roman" w:eastAsia="Times New Roman" w:hAnsi="Times New Roman"/>
                <w:color w:val="000000"/>
                <w:kern w:val="0"/>
                <w:sz w:val="24"/>
                <w:szCs w:val="24"/>
              </w:rPr>
              <w:t>O</w:t>
            </w:r>
            <w:r w:rsidRPr="00CB52C3">
              <w:rPr>
                <w:rFonts w:ascii="Times New Roman" w:eastAsia="Times New Roman" w:hAnsi="Times New Roman"/>
                <w:color w:val="000000"/>
                <w:kern w:val="0"/>
                <w:sz w:val="24"/>
                <w:szCs w:val="24"/>
                <w:vertAlign w:val="subscript"/>
              </w:rPr>
              <w:t>2</w:t>
            </w:r>
          </w:p>
        </w:tc>
        <w:tc>
          <w:tcPr>
            <w:tcW w:w="960" w:type="dxa"/>
            <w:shd w:val="clear" w:color="auto" w:fill="auto"/>
            <w:noWrap/>
            <w:vAlign w:val="bottom"/>
            <w:hideMark/>
          </w:tcPr>
          <w:p w14:paraId="1FEBB85A"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3.3</w:t>
            </w:r>
          </w:p>
        </w:tc>
        <w:tc>
          <w:tcPr>
            <w:tcW w:w="960" w:type="dxa"/>
            <w:shd w:val="clear" w:color="auto" w:fill="auto"/>
            <w:noWrap/>
            <w:vAlign w:val="bottom"/>
            <w:hideMark/>
          </w:tcPr>
          <w:p w14:paraId="310C20AD"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w:t>
            </w:r>
          </w:p>
        </w:tc>
        <w:tc>
          <w:tcPr>
            <w:tcW w:w="2336" w:type="dxa"/>
            <w:shd w:val="clear" w:color="auto" w:fill="auto"/>
            <w:noWrap/>
            <w:vAlign w:val="bottom"/>
            <w:hideMark/>
          </w:tcPr>
          <w:p w14:paraId="394E475E"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1,3-propylene glycol</w:t>
            </w:r>
          </w:p>
        </w:tc>
        <w:tc>
          <w:tcPr>
            <w:tcW w:w="960" w:type="dxa"/>
            <w:shd w:val="clear" w:color="auto" w:fill="auto"/>
            <w:noWrap/>
            <w:vAlign w:val="bottom"/>
            <w:hideMark/>
          </w:tcPr>
          <w:p w14:paraId="0B14B5AC"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12</w:t>
            </w:r>
          </w:p>
        </w:tc>
        <w:tc>
          <w:tcPr>
            <w:tcW w:w="1525" w:type="dxa"/>
            <w:shd w:val="clear" w:color="auto" w:fill="auto"/>
            <w:noWrap/>
            <w:vAlign w:val="bottom"/>
            <w:hideMark/>
          </w:tcPr>
          <w:p w14:paraId="348A36C4"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1022501</w:t>
            </w:r>
          </w:p>
        </w:tc>
      </w:tr>
      <w:tr w:rsidR="00AA3D77" w:rsidRPr="00CB52C3" w14:paraId="179C742C" w14:textId="77777777" w:rsidTr="009B4FA6">
        <w:trPr>
          <w:trHeight w:val="300"/>
        </w:trPr>
        <w:tc>
          <w:tcPr>
            <w:tcW w:w="960" w:type="dxa"/>
            <w:shd w:val="clear" w:color="auto" w:fill="auto"/>
            <w:noWrap/>
            <w:vAlign w:val="bottom"/>
            <w:hideMark/>
          </w:tcPr>
          <w:p w14:paraId="50074C25"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436</w:t>
            </w:r>
          </w:p>
        </w:tc>
        <w:tc>
          <w:tcPr>
            <w:tcW w:w="1083" w:type="dxa"/>
            <w:shd w:val="clear" w:color="auto" w:fill="auto"/>
            <w:noWrap/>
            <w:vAlign w:val="bottom"/>
            <w:hideMark/>
          </w:tcPr>
          <w:p w14:paraId="4301070D"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C</w:t>
            </w:r>
            <w:r w:rsidRPr="00CB52C3">
              <w:rPr>
                <w:rFonts w:ascii="Times New Roman" w:eastAsia="Times New Roman" w:hAnsi="Times New Roman"/>
                <w:color w:val="000000"/>
                <w:kern w:val="0"/>
                <w:sz w:val="24"/>
                <w:szCs w:val="24"/>
                <w:vertAlign w:val="subscript"/>
              </w:rPr>
              <w:t>3</w:t>
            </w:r>
            <w:r w:rsidRPr="00CB52C3">
              <w:rPr>
                <w:rFonts w:ascii="Times New Roman" w:eastAsia="Times New Roman" w:hAnsi="Times New Roman"/>
                <w:color w:val="000000"/>
                <w:kern w:val="0"/>
                <w:sz w:val="24"/>
                <w:szCs w:val="24"/>
              </w:rPr>
              <w:t>H</w:t>
            </w:r>
            <w:r w:rsidRPr="00CB52C3">
              <w:rPr>
                <w:rFonts w:ascii="Times New Roman" w:eastAsia="Times New Roman" w:hAnsi="Times New Roman"/>
                <w:color w:val="000000"/>
                <w:kern w:val="0"/>
                <w:sz w:val="24"/>
                <w:szCs w:val="24"/>
                <w:vertAlign w:val="subscript"/>
              </w:rPr>
              <w:t>8</w:t>
            </w:r>
            <w:r w:rsidRPr="00CB52C3">
              <w:rPr>
                <w:rFonts w:ascii="Times New Roman" w:eastAsia="Times New Roman" w:hAnsi="Times New Roman"/>
                <w:color w:val="000000"/>
                <w:kern w:val="0"/>
                <w:sz w:val="24"/>
                <w:szCs w:val="24"/>
              </w:rPr>
              <w:t>O</w:t>
            </w:r>
            <w:r w:rsidRPr="00CB52C3">
              <w:rPr>
                <w:rFonts w:ascii="Times New Roman" w:eastAsia="Times New Roman" w:hAnsi="Times New Roman"/>
                <w:color w:val="000000"/>
                <w:kern w:val="0"/>
                <w:sz w:val="24"/>
                <w:szCs w:val="24"/>
                <w:vertAlign w:val="subscript"/>
              </w:rPr>
              <w:t>2</w:t>
            </w:r>
          </w:p>
        </w:tc>
        <w:tc>
          <w:tcPr>
            <w:tcW w:w="960" w:type="dxa"/>
            <w:shd w:val="clear" w:color="auto" w:fill="auto"/>
            <w:noWrap/>
            <w:vAlign w:val="bottom"/>
            <w:hideMark/>
          </w:tcPr>
          <w:p w14:paraId="19784EDF"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3.3</w:t>
            </w:r>
          </w:p>
        </w:tc>
        <w:tc>
          <w:tcPr>
            <w:tcW w:w="960" w:type="dxa"/>
            <w:shd w:val="clear" w:color="auto" w:fill="auto"/>
            <w:noWrap/>
            <w:vAlign w:val="bottom"/>
            <w:hideMark/>
          </w:tcPr>
          <w:p w14:paraId="37768FFD"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w:t>
            </w:r>
          </w:p>
        </w:tc>
        <w:tc>
          <w:tcPr>
            <w:tcW w:w="2336" w:type="dxa"/>
            <w:shd w:val="clear" w:color="auto" w:fill="auto"/>
            <w:noWrap/>
            <w:vAlign w:val="bottom"/>
            <w:hideMark/>
          </w:tcPr>
          <w:p w14:paraId="5A7EA19E"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1,2-propylene glycol</w:t>
            </w:r>
          </w:p>
        </w:tc>
        <w:tc>
          <w:tcPr>
            <w:tcW w:w="960" w:type="dxa"/>
            <w:shd w:val="clear" w:color="auto" w:fill="auto"/>
            <w:noWrap/>
            <w:vAlign w:val="bottom"/>
            <w:hideMark/>
          </w:tcPr>
          <w:p w14:paraId="470B19E4"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12</w:t>
            </w:r>
          </w:p>
        </w:tc>
        <w:tc>
          <w:tcPr>
            <w:tcW w:w="1525" w:type="dxa"/>
            <w:shd w:val="clear" w:color="auto" w:fill="auto"/>
            <w:noWrap/>
            <w:vAlign w:val="bottom"/>
            <w:hideMark/>
          </w:tcPr>
          <w:p w14:paraId="0FED2476"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1526256</w:t>
            </w:r>
          </w:p>
        </w:tc>
      </w:tr>
      <w:tr w:rsidR="00AA3D77" w:rsidRPr="00CB52C3" w14:paraId="555D69A1" w14:textId="77777777" w:rsidTr="009B4FA6">
        <w:trPr>
          <w:trHeight w:val="300"/>
        </w:trPr>
        <w:tc>
          <w:tcPr>
            <w:tcW w:w="960" w:type="dxa"/>
            <w:shd w:val="clear" w:color="auto" w:fill="auto"/>
            <w:noWrap/>
            <w:vAlign w:val="bottom"/>
            <w:hideMark/>
          </w:tcPr>
          <w:p w14:paraId="68218364"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lastRenderedPageBreak/>
              <w:t>434</w:t>
            </w:r>
          </w:p>
        </w:tc>
        <w:tc>
          <w:tcPr>
            <w:tcW w:w="1083" w:type="dxa"/>
            <w:shd w:val="clear" w:color="auto" w:fill="auto"/>
            <w:noWrap/>
            <w:vAlign w:val="bottom"/>
            <w:hideMark/>
          </w:tcPr>
          <w:p w14:paraId="68BA7123"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C</w:t>
            </w:r>
            <w:r w:rsidRPr="00CB52C3">
              <w:rPr>
                <w:rFonts w:ascii="Times New Roman" w:eastAsia="Times New Roman" w:hAnsi="Times New Roman"/>
                <w:color w:val="000000"/>
                <w:kern w:val="0"/>
                <w:sz w:val="24"/>
                <w:szCs w:val="24"/>
                <w:vertAlign w:val="subscript"/>
              </w:rPr>
              <w:t>3</w:t>
            </w:r>
            <w:r w:rsidRPr="00CB52C3">
              <w:rPr>
                <w:rFonts w:ascii="Times New Roman" w:eastAsia="Times New Roman" w:hAnsi="Times New Roman"/>
                <w:color w:val="000000"/>
                <w:kern w:val="0"/>
                <w:sz w:val="24"/>
                <w:szCs w:val="24"/>
              </w:rPr>
              <w:t>H</w:t>
            </w:r>
            <w:r w:rsidRPr="00CB52C3">
              <w:rPr>
                <w:rFonts w:ascii="Times New Roman" w:eastAsia="Times New Roman" w:hAnsi="Times New Roman"/>
                <w:color w:val="000000"/>
                <w:kern w:val="0"/>
                <w:sz w:val="24"/>
                <w:szCs w:val="24"/>
                <w:vertAlign w:val="subscript"/>
              </w:rPr>
              <w:t>6</w:t>
            </w:r>
            <w:r w:rsidRPr="00CB52C3">
              <w:rPr>
                <w:rFonts w:ascii="Times New Roman" w:eastAsia="Times New Roman" w:hAnsi="Times New Roman"/>
                <w:color w:val="000000"/>
                <w:kern w:val="0"/>
                <w:sz w:val="24"/>
                <w:szCs w:val="24"/>
              </w:rPr>
              <w:t>O</w:t>
            </w:r>
          </w:p>
        </w:tc>
        <w:tc>
          <w:tcPr>
            <w:tcW w:w="960" w:type="dxa"/>
            <w:shd w:val="clear" w:color="auto" w:fill="auto"/>
            <w:noWrap/>
            <w:vAlign w:val="bottom"/>
            <w:hideMark/>
          </w:tcPr>
          <w:p w14:paraId="53933570"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3.3</w:t>
            </w:r>
          </w:p>
        </w:tc>
        <w:tc>
          <w:tcPr>
            <w:tcW w:w="960" w:type="dxa"/>
            <w:shd w:val="clear" w:color="auto" w:fill="auto"/>
            <w:noWrap/>
            <w:vAlign w:val="bottom"/>
            <w:hideMark/>
          </w:tcPr>
          <w:p w14:paraId="5175EED7"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w:t>
            </w:r>
          </w:p>
        </w:tc>
        <w:tc>
          <w:tcPr>
            <w:tcW w:w="2336" w:type="dxa"/>
            <w:shd w:val="clear" w:color="auto" w:fill="auto"/>
            <w:noWrap/>
            <w:vAlign w:val="bottom"/>
            <w:hideMark/>
          </w:tcPr>
          <w:p w14:paraId="34589030"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allyl alcohol</w:t>
            </w:r>
          </w:p>
        </w:tc>
        <w:tc>
          <w:tcPr>
            <w:tcW w:w="960" w:type="dxa"/>
            <w:shd w:val="clear" w:color="auto" w:fill="auto"/>
            <w:noWrap/>
            <w:vAlign w:val="bottom"/>
            <w:hideMark/>
          </w:tcPr>
          <w:p w14:paraId="44A0525C"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12</w:t>
            </w:r>
          </w:p>
        </w:tc>
        <w:tc>
          <w:tcPr>
            <w:tcW w:w="1525" w:type="dxa"/>
            <w:shd w:val="clear" w:color="auto" w:fill="auto"/>
            <w:noWrap/>
            <w:vAlign w:val="bottom"/>
            <w:hideMark/>
          </w:tcPr>
          <w:p w14:paraId="558473DB"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3448671</w:t>
            </w:r>
          </w:p>
        </w:tc>
      </w:tr>
      <w:tr w:rsidR="00AA3D77" w:rsidRPr="00CB52C3" w14:paraId="619D2A1E" w14:textId="77777777" w:rsidTr="009B4FA6">
        <w:trPr>
          <w:trHeight w:val="300"/>
        </w:trPr>
        <w:tc>
          <w:tcPr>
            <w:tcW w:w="960" w:type="dxa"/>
            <w:shd w:val="clear" w:color="auto" w:fill="auto"/>
            <w:noWrap/>
            <w:vAlign w:val="bottom"/>
            <w:hideMark/>
          </w:tcPr>
          <w:p w14:paraId="7BAA33DB"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455</w:t>
            </w:r>
          </w:p>
        </w:tc>
        <w:tc>
          <w:tcPr>
            <w:tcW w:w="1083" w:type="dxa"/>
            <w:shd w:val="clear" w:color="auto" w:fill="auto"/>
            <w:noWrap/>
            <w:vAlign w:val="bottom"/>
            <w:hideMark/>
          </w:tcPr>
          <w:p w14:paraId="4B9447C0"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C</w:t>
            </w:r>
            <w:r w:rsidRPr="00CB52C3">
              <w:rPr>
                <w:rFonts w:ascii="Times New Roman" w:eastAsia="Times New Roman" w:hAnsi="Times New Roman"/>
                <w:color w:val="000000"/>
                <w:kern w:val="0"/>
                <w:sz w:val="24"/>
                <w:szCs w:val="24"/>
                <w:vertAlign w:val="subscript"/>
              </w:rPr>
              <w:t>3</w:t>
            </w:r>
            <w:r w:rsidRPr="00CB52C3">
              <w:rPr>
                <w:rFonts w:ascii="Times New Roman" w:eastAsia="Times New Roman" w:hAnsi="Times New Roman"/>
                <w:color w:val="000000"/>
                <w:kern w:val="0"/>
                <w:sz w:val="24"/>
                <w:szCs w:val="24"/>
              </w:rPr>
              <w:t>H</w:t>
            </w:r>
            <w:r w:rsidRPr="00CB52C3">
              <w:rPr>
                <w:rFonts w:ascii="Times New Roman" w:eastAsia="Times New Roman" w:hAnsi="Times New Roman"/>
                <w:color w:val="000000"/>
                <w:kern w:val="0"/>
                <w:sz w:val="24"/>
                <w:szCs w:val="24"/>
                <w:vertAlign w:val="subscript"/>
              </w:rPr>
              <w:t>8</w:t>
            </w:r>
            <w:r w:rsidRPr="00CB52C3">
              <w:rPr>
                <w:rFonts w:ascii="Times New Roman" w:eastAsia="Times New Roman" w:hAnsi="Times New Roman"/>
                <w:color w:val="000000"/>
                <w:kern w:val="0"/>
                <w:sz w:val="24"/>
                <w:szCs w:val="24"/>
              </w:rPr>
              <w:t>O</w:t>
            </w:r>
          </w:p>
        </w:tc>
        <w:tc>
          <w:tcPr>
            <w:tcW w:w="960" w:type="dxa"/>
            <w:shd w:val="clear" w:color="auto" w:fill="auto"/>
            <w:noWrap/>
            <w:vAlign w:val="bottom"/>
            <w:hideMark/>
          </w:tcPr>
          <w:p w14:paraId="12917FDF"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4</w:t>
            </w:r>
          </w:p>
        </w:tc>
        <w:tc>
          <w:tcPr>
            <w:tcW w:w="960" w:type="dxa"/>
            <w:shd w:val="clear" w:color="auto" w:fill="auto"/>
            <w:noWrap/>
            <w:vAlign w:val="bottom"/>
            <w:hideMark/>
          </w:tcPr>
          <w:p w14:paraId="72E34FCC"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w:t>
            </w:r>
          </w:p>
        </w:tc>
        <w:tc>
          <w:tcPr>
            <w:tcW w:w="2336" w:type="dxa"/>
            <w:shd w:val="clear" w:color="auto" w:fill="auto"/>
            <w:noWrap/>
            <w:vAlign w:val="bottom"/>
            <w:hideMark/>
          </w:tcPr>
          <w:p w14:paraId="15793162"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2-propanol</w:t>
            </w:r>
          </w:p>
        </w:tc>
        <w:tc>
          <w:tcPr>
            <w:tcW w:w="960" w:type="dxa"/>
            <w:shd w:val="clear" w:color="auto" w:fill="auto"/>
            <w:noWrap/>
            <w:vAlign w:val="bottom"/>
            <w:hideMark/>
          </w:tcPr>
          <w:p w14:paraId="65684235"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14</w:t>
            </w:r>
          </w:p>
        </w:tc>
        <w:tc>
          <w:tcPr>
            <w:tcW w:w="1525" w:type="dxa"/>
            <w:shd w:val="clear" w:color="auto" w:fill="auto"/>
            <w:noWrap/>
            <w:vAlign w:val="bottom"/>
            <w:hideMark/>
          </w:tcPr>
          <w:p w14:paraId="6BC0E1A3"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6864268</w:t>
            </w:r>
          </w:p>
        </w:tc>
      </w:tr>
      <w:tr w:rsidR="00AA3D77" w:rsidRPr="00CB52C3" w14:paraId="0D350B9A" w14:textId="77777777" w:rsidTr="009B4FA6">
        <w:trPr>
          <w:trHeight w:val="300"/>
        </w:trPr>
        <w:tc>
          <w:tcPr>
            <w:tcW w:w="960" w:type="dxa"/>
            <w:shd w:val="clear" w:color="auto" w:fill="auto"/>
            <w:noWrap/>
            <w:vAlign w:val="bottom"/>
            <w:hideMark/>
          </w:tcPr>
          <w:p w14:paraId="65659D22"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454</w:t>
            </w:r>
          </w:p>
        </w:tc>
        <w:tc>
          <w:tcPr>
            <w:tcW w:w="1083" w:type="dxa"/>
            <w:shd w:val="clear" w:color="auto" w:fill="auto"/>
            <w:noWrap/>
            <w:vAlign w:val="bottom"/>
            <w:hideMark/>
          </w:tcPr>
          <w:p w14:paraId="064A1233"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C</w:t>
            </w:r>
            <w:r w:rsidRPr="00CB52C3">
              <w:rPr>
                <w:rFonts w:ascii="Times New Roman" w:eastAsia="Times New Roman" w:hAnsi="Times New Roman"/>
                <w:color w:val="000000"/>
                <w:kern w:val="0"/>
                <w:sz w:val="24"/>
                <w:szCs w:val="24"/>
                <w:vertAlign w:val="subscript"/>
              </w:rPr>
              <w:t>3</w:t>
            </w:r>
            <w:r w:rsidRPr="00CB52C3">
              <w:rPr>
                <w:rFonts w:ascii="Times New Roman" w:eastAsia="Times New Roman" w:hAnsi="Times New Roman"/>
                <w:color w:val="000000"/>
                <w:kern w:val="0"/>
                <w:sz w:val="24"/>
                <w:szCs w:val="24"/>
              </w:rPr>
              <w:t>H</w:t>
            </w:r>
            <w:r w:rsidRPr="00CB52C3">
              <w:rPr>
                <w:rFonts w:ascii="Times New Roman" w:eastAsia="Times New Roman" w:hAnsi="Times New Roman"/>
                <w:color w:val="000000"/>
                <w:kern w:val="0"/>
                <w:sz w:val="24"/>
                <w:szCs w:val="24"/>
                <w:vertAlign w:val="subscript"/>
              </w:rPr>
              <w:t>8</w:t>
            </w:r>
            <w:r w:rsidRPr="00CB52C3">
              <w:rPr>
                <w:rFonts w:ascii="Times New Roman" w:eastAsia="Times New Roman" w:hAnsi="Times New Roman"/>
                <w:color w:val="000000"/>
                <w:kern w:val="0"/>
                <w:sz w:val="24"/>
                <w:szCs w:val="24"/>
              </w:rPr>
              <w:t>O</w:t>
            </w:r>
          </w:p>
        </w:tc>
        <w:tc>
          <w:tcPr>
            <w:tcW w:w="960" w:type="dxa"/>
            <w:shd w:val="clear" w:color="auto" w:fill="auto"/>
            <w:noWrap/>
            <w:vAlign w:val="bottom"/>
            <w:hideMark/>
          </w:tcPr>
          <w:p w14:paraId="62A8D0C5"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4</w:t>
            </w:r>
          </w:p>
        </w:tc>
        <w:tc>
          <w:tcPr>
            <w:tcW w:w="960" w:type="dxa"/>
            <w:shd w:val="clear" w:color="auto" w:fill="auto"/>
            <w:noWrap/>
            <w:vAlign w:val="bottom"/>
            <w:hideMark/>
          </w:tcPr>
          <w:p w14:paraId="015DEFC9"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w:t>
            </w:r>
          </w:p>
        </w:tc>
        <w:tc>
          <w:tcPr>
            <w:tcW w:w="2336" w:type="dxa"/>
            <w:shd w:val="clear" w:color="auto" w:fill="auto"/>
            <w:noWrap/>
            <w:vAlign w:val="bottom"/>
            <w:hideMark/>
          </w:tcPr>
          <w:p w14:paraId="0BC499CF"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1-propanol</w:t>
            </w:r>
          </w:p>
        </w:tc>
        <w:tc>
          <w:tcPr>
            <w:tcW w:w="960" w:type="dxa"/>
            <w:shd w:val="clear" w:color="auto" w:fill="auto"/>
            <w:noWrap/>
            <w:vAlign w:val="bottom"/>
            <w:hideMark/>
          </w:tcPr>
          <w:p w14:paraId="104D5EFD"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14</w:t>
            </w:r>
          </w:p>
        </w:tc>
        <w:tc>
          <w:tcPr>
            <w:tcW w:w="1525" w:type="dxa"/>
            <w:shd w:val="clear" w:color="auto" w:fill="auto"/>
            <w:noWrap/>
            <w:vAlign w:val="bottom"/>
            <w:hideMark/>
          </w:tcPr>
          <w:p w14:paraId="0341C527"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27675948</w:t>
            </w:r>
          </w:p>
        </w:tc>
      </w:tr>
      <w:tr w:rsidR="00AA3D77" w:rsidRPr="00CB52C3" w14:paraId="2CC3013E" w14:textId="77777777" w:rsidTr="009B4FA6">
        <w:trPr>
          <w:trHeight w:val="300"/>
        </w:trPr>
        <w:tc>
          <w:tcPr>
            <w:tcW w:w="960" w:type="dxa"/>
            <w:shd w:val="clear" w:color="auto" w:fill="auto"/>
            <w:noWrap/>
            <w:vAlign w:val="bottom"/>
            <w:hideMark/>
          </w:tcPr>
          <w:p w14:paraId="470AC50A"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458</w:t>
            </w:r>
          </w:p>
        </w:tc>
        <w:tc>
          <w:tcPr>
            <w:tcW w:w="1083" w:type="dxa"/>
            <w:shd w:val="clear" w:color="auto" w:fill="auto"/>
            <w:noWrap/>
            <w:vAlign w:val="bottom"/>
            <w:hideMark/>
          </w:tcPr>
          <w:p w14:paraId="0335D84C"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C</w:t>
            </w:r>
            <w:r w:rsidRPr="00CB52C3">
              <w:rPr>
                <w:rFonts w:ascii="Times New Roman" w:eastAsia="Times New Roman" w:hAnsi="Times New Roman"/>
                <w:color w:val="000000"/>
                <w:kern w:val="0"/>
                <w:sz w:val="24"/>
                <w:szCs w:val="24"/>
                <w:vertAlign w:val="subscript"/>
              </w:rPr>
              <w:t>3</w:t>
            </w:r>
            <w:r w:rsidRPr="00CB52C3">
              <w:rPr>
                <w:rFonts w:ascii="Times New Roman" w:eastAsia="Times New Roman" w:hAnsi="Times New Roman"/>
                <w:color w:val="000000"/>
                <w:kern w:val="0"/>
                <w:sz w:val="24"/>
                <w:szCs w:val="24"/>
              </w:rPr>
              <w:t>H</w:t>
            </w:r>
            <w:r w:rsidRPr="00CB52C3">
              <w:rPr>
                <w:rFonts w:ascii="Times New Roman" w:eastAsia="Times New Roman" w:hAnsi="Times New Roman"/>
                <w:color w:val="000000"/>
                <w:kern w:val="0"/>
                <w:sz w:val="24"/>
                <w:szCs w:val="24"/>
                <w:vertAlign w:val="subscript"/>
              </w:rPr>
              <w:t>8</w:t>
            </w:r>
          </w:p>
        </w:tc>
        <w:tc>
          <w:tcPr>
            <w:tcW w:w="960" w:type="dxa"/>
            <w:shd w:val="clear" w:color="auto" w:fill="auto"/>
            <w:noWrap/>
            <w:vAlign w:val="bottom"/>
            <w:hideMark/>
          </w:tcPr>
          <w:p w14:paraId="43B78904"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4.7</w:t>
            </w:r>
          </w:p>
        </w:tc>
        <w:tc>
          <w:tcPr>
            <w:tcW w:w="960" w:type="dxa"/>
            <w:shd w:val="clear" w:color="auto" w:fill="auto"/>
            <w:noWrap/>
            <w:vAlign w:val="bottom"/>
            <w:hideMark/>
          </w:tcPr>
          <w:p w14:paraId="73103B24"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3</w:t>
            </w:r>
          </w:p>
        </w:tc>
        <w:tc>
          <w:tcPr>
            <w:tcW w:w="2336" w:type="dxa"/>
            <w:shd w:val="clear" w:color="auto" w:fill="auto"/>
            <w:noWrap/>
            <w:vAlign w:val="bottom"/>
            <w:hideMark/>
          </w:tcPr>
          <w:p w14:paraId="50B9B901" w14:textId="77777777" w:rsidR="00AA3D77" w:rsidRPr="00CB52C3" w:rsidRDefault="00AA3D77" w:rsidP="00431F65">
            <w:pPr>
              <w:widowControl/>
              <w:spacing w:line="480" w:lineRule="auto"/>
              <w:jc w:val="lef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propane</w:t>
            </w:r>
          </w:p>
        </w:tc>
        <w:tc>
          <w:tcPr>
            <w:tcW w:w="960" w:type="dxa"/>
            <w:shd w:val="clear" w:color="auto" w:fill="auto"/>
            <w:noWrap/>
            <w:vAlign w:val="bottom"/>
            <w:hideMark/>
          </w:tcPr>
          <w:p w14:paraId="7FFB4EF9"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16</w:t>
            </w:r>
          </w:p>
        </w:tc>
        <w:tc>
          <w:tcPr>
            <w:tcW w:w="1525" w:type="dxa"/>
            <w:shd w:val="clear" w:color="auto" w:fill="auto"/>
            <w:noWrap/>
            <w:vAlign w:val="bottom"/>
            <w:hideMark/>
          </w:tcPr>
          <w:p w14:paraId="6711B113" w14:textId="77777777" w:rsidR="00AA3D77" w:rsidRPr="00CB52C3" w:rsidRDefault="00AA3D77" w:rsidP="00431F65">
            <w:pPr>
              <w:widowControl/>
              <w:spacing w:line="480" w:lineRule="auto"/>
              <w:jc w:val="right"/>
              <w:rPr>
                <w:rFonts w:ascii="Times New Roman" w:eastAsia="Times New Roman" w:hAnsi="Times New Roman"/>
                <w:color w:val="000000"/>
                <w:kern w:val="0"/>
                <w:sz w:val="24"/>
                <w:szCs w:val="24"/>
              </w:rPr>
            </w:pPr>
            <w:r w:rsidRPr="00CB52C3">
              <w:rPr>
                <w:rFonts w:ascii="Times New Roman" w:eastAsia="Times New Roman" w:hAnsi="Times New Roman"/>
                <w:color w:val="000000"/>
                <w:kern w:val="0"/>
                <w:sz w:val="24"/>
                <w:szCs w:val="24"/>
              </w:rPr>
              <w:t>166094999</w:t>
            </w:r>
          </w:p>
        </w:tc>
      </w:tr>
    </w:tbl>
    <w:p w14:paraId="50136B1C" w14:textId="77777777" w:rsidR="00AA3D77" w:rsidRPr="00CB52C3" w:rsidRDefault="00AA3D77"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5F50B8B8" w14:textId="158562A7" w:rsidR="00A90D30" w:rsidRPr="001B3B6E" w:rsidRDefault="00A90D30" w:rsidP="00431F65">
      <w:pPr>
        <w:spacing w:line="480" w:lineRule="auto"/>
        <w:rPr>
          <w:rFonts w:ascii="Times New Roman" w:hAnsi="Times New Roman"/>
          <w:sz w:val="24"/>
          <w:szCs w:val="24"/>
          <w:lang w:val="en-CA"/>
        </w:rPr>
      </w:pPr>
      <w:r w:rsidRPr="001B3B6E">
        <w:rPr>
          <w:rFonts w:ascii="Times New Roman" w:hAnsi="Times New Roman"/>
          <w:b/>
          <w:sz w:val="24"/>
          <w:szCs w:val="24"/>
        </w:rPr>
        <w:lastRenderedPageBreak/>
        <w:t xml:space="preserve">Supplementary </w:t>
      </w:r>
      <w:r w:rsidRPr="001B3B6E">
        <w:rPr>
          <w:rFonts w:ascii="Times New Roman" w:hAnsi="Times New Roman"/>
          <w:sz w:val="24"/>
          <w:szCs w:val="24"/>
          <w:lang w:val="en-CA"/>
        </w:rPr>
        <w:t xml:space="preserve">Table 2 </w:t>
      </w:r>
      <w:r w:rsidRPr="001B3B6E">
        <w:rPr>
          <w:rFonts w:ascii="Times New Roman" w:hAnsi="Times New Roman"/>
          <w:b/>
          <w:sz w:val="24"/>
          <w:szCs w:val="24"/>
        </w:rPr>
        <w:t>|</w:t>
      </w:r>
      <w:r w:rsidRPr="001B3B6E">
        <w:rPr>
          <w:rFonts w:ascii="Times New Roman" w:hAnsi="Times New Roman"/>
          <w:sz w:val="24"/>
          <w:szCs w:val="24"/>
          <w:lang w:val="en-CA"/>
        </w:rPr>
        <w:t xml:space="preserve"> Numbers of species, all reactions, hydrogenation, dehydroxylation, coupling, and adsorption reactions in different systems.</w:t>
      </w:r>
    </w:p>
    <w:tbl>
      <w:tblPr>
        <w:tblW w:w="8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0"/>
        <w:gridCol w:w="1496"/>
        <w:gridCol w:w="1496"/>
        <w:gridCol w:w="1496"/>
        <w:gridCol w:w="1496"/>
      </w:tblGrid>
      <w:tr w:rsidR="004D4708" w:rsidRPr="005E6306" w14:paraId="77487664" w14:textId="77777777" w:rsidTr="004D4708">
        <w:trPr>
          <w:trHeight w:val="300"/>
          <w:jc w:val="center"/>
        </w:trPr>
        <w:tc>
          <w:tcPr>
            <w:tcW w:w="2090" w:type="dxa"/>
            <w:shd w:val="clear" w:color="auto" w:fill="auto"/>
            <w:noWrap/>
            <w:vAlign w:val="bottom"/>
            <w:hideMark/>
          </w:tcPr>
          <w:p w14:paraId="36CB6654"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p>
        </w:tc>
        <w:tc>
          <w:tcPr>
            <w:tcW w:w="1496" w:type="dxa"/>
            <w:shd w:val="clear" w:color="auto" w:fill="auto"/>
            <w:noWrap/>
            <w:vAlign w:val="bottom"/>
            <w:hideMark/>
          </w:tcPr>
          <w:p w14:paraId="3421652E"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Cu(100)-C</w:t>
            </w:r>
            <w:r w:rsidRPr="005E6306">
              <w:rPr>
                <w:rFonts w:ascii="Times New Roman" w:eastAsia="Times New Roman" w:hAnsi="Times New Roman"/>
                <w:color w:val="000000"/>
                <w:kern w:val="0"/>
                <w:sz w:val="24"/>
                <w:szCs w:val="24"/>
                <w:vertAlign w:val="subscript"/>
              </w:rPr>
              <w:t>2</w:t>
            </w:r>
          </w:p>
        </w:tc>
        <w:tc>
          <w:tcPr>
            <w:tcW w:w="1496" w:type="dxa"/>
            <w:shd w:val="clear" w:color="auto" w:fill="auto"/>
            <w:noWrap/>
            <w:vAlign w:val="bottom"/>
            <w:hideMark/>
          </w:tcPr>
          <w:p w14:paraId="00336630"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Cu(111)-C</w:t>
            </w:r>
            <w:r w:rsidRPr="005E6306">
              <w:rPr>
                <w:rFonts w:ascii="Times New Roman" w:eastAsia="Times New Roman" w:hAnsi="Times New Roman"/>
                <w:color w:val="000000"/>
                <w:kern w:val="0"/>
                <w:sz w:val="24"/>
                <w:szCs w:val="24"/>
                <w:vertAlign w:val="subscript"/>
              </w:rPr>
              <w:t>2</w:t>
            </w:r>
          </w:p>
        </w:tc>
        <w:tc>
          <w:tcPr>
            <w:tcW w:w="1496" w:type="dxa"/>
            <w:shd w:val="clear" w:color="auto" w:fill="auto"/>
            <w:noWrap/>
            <w:vAlign w:val="bottom"/>
            <w:hideMark/>
          </w:tcPr>
          <w:p w14:paraId="4EE3F60F"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Cu(100)-C</w:t>
            </w:r>
            <w:r w:rsidRPr="005E6306">
              <w:rPr>
                <w:rFonts w:ascii="Times New Roman" w:eastAsia="Times New Roman" w:hAnsi="Times New Roman"/>
                <w:color w:val="000000"/>
                <w:kern w:val="0"/>
                <w:sz w:val="24"/>
                <w:szCs w:val="24"/>
                <w:vertAlign w:val="subscript"/>
              </w:rPr>
              <w:t>3</w:t>
            </w:r>
          </w:p>
        </w:tc>
        <w:tc>
          <w:tcPr>
            <w:tcW w:w="1496" w:type="dxa"/>
            <w:shd w:val="clear" w:color="auto" w:fill="auto"/>
            <w:noWrap/>
            <w:vAlign w:val="bottom"/>
            <w:hideMark/>
          </w:tcPr>
          <w:p w14:paraId="1A638741"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Cu(111)-C</w:t>
            </w:r>
            <w:r w:rsidRPr="005E6306">
              <w:rPr>
                <w:rFonts w:ascii="Times New Roman" w:eastAsia="Times New Roman" w:hAnsi="Times New Roman"/>
                <w:color w:val="000000"/>
                <w:kern w:val="0"/>
                <w:sz w:val="24"/>
                <w:szCs w:val="24"/>
                <w:vertAlign w:val="subscript"/>
              </w:rPr>
              <w:t>3</w:t>
            </w:r>
          </w:p>
        </w:tc>
      </w:tr>
      <w:tr w:rsidR="004D4708" w:rsidRPr="005E6306" w14:paraId="05C5797F" w14:textId="77777777" w:rsidTr="004D4708">
        <w:trPr>
          <w:trHeight w:val="300"/>
          <w:jc w:val="center"/>
        </w:trPr>
        <w:tc>
          <w:tcPr>
            <w:tcW w:w="2090" w:type="dxa"/>
            <w:shd w:val="clear" w:color="auto" w:fill="auto"/>
            <w:noWrap/>
            <w:vAlign w:val="bottom"/>
            <w:hideMark/>
          </w:tcPr>
          <w:p w14:paraId="31F2D9DB"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 species</w:t>
            </w:r>
          </w:p>
        </w:tc>
        <w:tc>
          <w:tcPr>
            <w:tcW w:w="1496" w:type="dxa"/>
            <w:shd w:val="clear" w:color="auto" w:fill="auto"/>
            <w:noWrap/>
            <w:vAlign w:val="bottom"/>
            <w:hideMark/>
          </w:tcPr>
          <w:p w14:paraId="4C9C8664"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69</w:t>
            </w:r>
          </w:p>
        </w:tc>
        <w:tc>
          <w:tcPr>
            <w:tcW w:w="1496" w:type="dxa"/>
            <w:shd w:val="clear" w:color="auto" w:fill="auto"/>
            <w:noWrap/>
            <w:vAlign w:val="bottom"/>
            <w:hideMark/>
          </w:tcPr>
          <w:p w14:paraId="2BDC9062"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67</w:t>
            </w:r>
          </w:p>
        </w:tc>
        <w:tc>
          <w:tcPr>
            <w:tcW w:w="1496" w:type="dxa"/>
            <w:shd w:val="clear" w:color="auto" w:fill="auto"/>
            <w:noWrap/>
            <w:vAlign w:val="bottom"/>
            <w:hideMark/>
          </w:tcPr>
          <w:p w14:paraId="479BC236"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366</w:t>
            </w:r>
          </w:p>
        </w:tc>
        <w:tc>
          <w:tcPr>
            <w:tcW w:w="1496" w:type="dxa"/>
            <w:shd w:val="clear" w:color="auto" w:fill="auto"/>
            <w:noWrap/>
            <w:vAlign w:val="bottom"/>
            <w:hideMark/>
          </w:tcPr>
          <w:p w14:paraId="3D767DD0"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353</w:t>
            </w:r>
          </w:p>
        </w:tc>
      </w:tr>
      <w:tr w:rsidR="004D4708" w:rsidRPr="005E6306" w14:paraId="3D537709" w14:textId="77777777" w:rsidTr="004D4708">
        <w:trPr>
          <w:trHeight w:val="300"/>
          <w:jc w:val="center"/>
        </w:trPr>
        <w:tc>
          <w:tcPr>
            <w:tcW w:w="2090" w:type="dxa"/>
            <w:shd w:val="clear" w:color="auto" w:fill="auto"/>
            <w:noWrap/>
            <w:vAlign w:val="bottom"/>
            <w:hideMark/>
          </w:tcPr>
          <w:p w14:paraId="03D2A3F4"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 reactions</w:t>
            </w:r>
          </w:p>
        </w:tc>
        <w:tc>
          <w:tcPr>
            <w:tcW w:w="1496" w:type="dxa"/>
            <w:shd w:val="clear" w:color="auto" w:fill="auto"/>
            <w:noWrap/>
            <w:vAlign w:val="bottom"/>
            <w:hideMark/>
          </w:tcPr>
          <w:p w14:paraId="42E87E90"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197</w:t>
            </w:r>
          </w:p>
        </w:tc>
        <w:tc>
          <w:tcPr>
            <w:tcW w:w="1496" w:type="dxa"/>
            <w:shd w:val="clear" w:color="auto" w:fill="auto"/>
            <w:noWrap/>
            <w:vAlign w:val="bottom"/>
            <w:hideMark/>
          </w:tcPr>
          <w:p w14:paraId="6C4C399E"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188</w:t>
            </w:r>
          </w:p>
        </w:tc>
        <w:tc>
          <w:tcPr>
            <w:tcW w:w="1496" w:type="dxa"/>
            <w:shd w:val="clear" w:color="auto" w:fill="auto"/>
            <w:noWrap/>
            <w:vAlign w:val="bottom"/>
            <w:hideMark/>
          </w:tcPr>
          <w:p w14:paraId="434B6466"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1616</w:t>
            </w:r>
          </w:p>
        </w:tc>
        <w:tc>
          <w:tcPr>
            <w:tcW w:w="1496" w:type="dxa"/>
            <w:shd w:val="clear" w:color="auto" w:fill="auto"/>
            <w:noWrap/>
            <w:vAlign w:val="bottom"/>
            <w:hideMark/>
          </w:tcPr>
          <w:p w14:paraId="3E577C97"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1523</w:t>
            </w:r>
          </w:p>
        </w:tc>
      </w:tr>
      <w:tr w:rsidR="004D4708" w:rsidRPr="005E6306" w14:paraId="5CFAAF16" w14:textId="77777777" w:rsidTr="004D4708">
        <w:trPr>
          <w:trHeight w:val="300"/>
          <w:jc w:val="center"/>
        </w:trPr>
        <w:tc>
          <w:tcPr>
            <w:tcW w:w="2090" w:type="dxa"/>
            <w:shd w:val="clear" w:color="auto" w:fill="auto"/>
            <w:noWrap/>
            <w:vAlign w:val="bottom"/>
            <w:hideMark/>
          </w:tcPr>
          <w:p w14:paraId="460A675D"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 hydrogenation</w:t>
            </w:r>
          </w:p>
        </w:tc>
        <w:tc>
          <w:tcPr>
            <w:tcW w:w="1496" w:type="dxa"/>
            <w:shd w:val="clear" w:color="auto" w:fill="auto"/>
            <w:noWrap/>
            <w:vAlign w:val="bottom"/>
            <w:hideMark/>
          </w:tcPr>
          <w:p w14:paraId="182C457C"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105</w:t>
            </w:r>
          </w:p>
        </w:tc>
        <w:tc>
          <w:tcPr>
            <w:tcW w:w="1496" w:type="dxa"/>
            <w:shd w:val="clear" w:color="auto" w:fill="auto"/>
            <w:noWrap/>
            <w:vAlign w:val="bottom"/>
            <w:hideMark/>
          </w:tcPr>
          <w:p w14:paraId="757272B2"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98</w:t>
            </w:r>
          </w:p>
        </w:tc>
        <w:tc>
          <w:tcPr>
            <w:tcW w:w="1496" w:type="dxa"/>
            <w:shd w:val="clear" w:color="auto" w:fill="auto"/>
            <w:noWrap/>
            <w:vAlign w:val="bottom"/>
            <w:hideMark/>
          </w:tcPr>
          <w:p w14:paraId="42A70FE6"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779</w:t>
            </w:r>
          </w:p>
        </w:tc>
        <w:tc>
          <w:tcPr>
            <w:tcW w:w="1496" w:type="dxa"/>
            <w:shd w:val="clear" w:color="auto" w:fill="auto"/>
            <w:noWrap/>
            <w:vAlign w:val="bottom"/>
            <w:hideMark/>
          </w:tcPr>
          <w:p w14:paraId="1E19C080"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732</w:t>
            </w:r>
          </w:p>
        </w:tc>
      </w:tr>
      <w:tr w:rsidR="004D4708" w:rsidRPr="005E6306" w14:paraId="54429E73" w14:textId="77777777" w:rsidTr="004D4708">
        <w:trPr>
          <w:trHeight w:val="300"/>
          <w:jc w:val="center"/>
        </w:trPr>
        <w:tc>
          <w:tcPr>
            <w:tcW w:w="2090" w:type="dxa"/>
            <w:shd w:val="clear" w:color="auto" w:fill="auto"/>
            <w:noWrap/>
            <w:vAlign w:val="bottom"/>
            <w:hideMark/>
          </w:tcPr>
          <w:p w14:paraId="181BCEDD"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 dehydroxylation</w:t>
            </w:r>
          </w:p>
        </w:tc>
        <w:tc>
          <w:tcPr>
            <w:tcW w:w="1496" w:type="dxa"/>
            <w:shd w:val="clear" w:color="auto" w:fill="auto"/>
            <w:noWrap/>
            <w:vAlign w:val="bottom"/>
            <w:hideMark/>
          </w:tcPr>
          <w:p w14:paraId="7DDBAF07"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33</w:t>
            </w:r>
          </w:p>
        </w:tc>
        <w:tc>
          <w:tcPr>
            <w:tcW w:w="1496" w:type="dxa"/>
            <w:shd w:val="clear" w:color="auto" w:fill="auto"/>
            <w:noWrap/>
            <w:vAlign w:val="bottom"/>
            <w:hideMark/>
          </w:tcPr>
          <w:p w14:paraId="6FD688F7"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33</w:t>
            </w:r>
          </w:p>
        </w:tc>
        <w:tc>
          <w:tcPr>
            <w:tcW w:w="1496" w:type="dxa"/>
            <w:shd w:val="clear" w:color="auto" w:fill="auto"/>
            <w:noWrap/>
            <w:vAlign w:val="bottom"/>
            <w:hideMark/>
          </w:tcPr>
          <w:p w14:paraId="14515B74"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236</w:t>
            </w:r>
          </w:p>
        </w:tc>
        <w:tc>
          <w:tcPr>
            <w:tcW w:w="1496" w:type="dxa"/>
            <w:shd w:val="clear" w:color="auto" w:fill="auto"/>
            <w:noWrap/>
            <w:vAlign w:val="bottom"/>
            <w:hideMark/>
          </w:tcPr>
          <w:p w14:paraId="102E1E07"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225</w:t>
            </w:r>
          </w:p>
        </w:tc>
      </w:tr>
      <w:tr w:rsidR="004D4708" w:rsidRPr="005E6306" w14:paraId="3AA27F22" w14:textId="77777777" w:rsidTr="004D4708">
        <w:trPr>
          <w:trHeight w:val="300"/>
          <w:jc w:val="center"/>
        </w:trPr>
        <w:tc>
          <w:tcPr>
            <w:tcW w:w="2090" w:type="dxa"/>
            <w:shd w:val="clear" w:color="auto" w:fill="auto"/>
            <w:noWrap/>
            <w:vAlign w:val="bottom"/>
            <w:hideMark/>
          </w:tcPr>
          <w:p w14:paraId="1AC58C8E"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 coupling</w:t>
            </w:r>
          </w:p>
        </w:tc>
        <w:tc>
          <w:tcPr>
            <w:tcW w:w="1496" w:type="dxa"/>
            <w:shd w:val="clear" w:color="auto" w:fill="auto"/>
            <w:noWrap/>
            <w:vAlign w:val="bottom"/>
            <w:hideMark/>
          </w:tcPr>
          <w:p w14:paraId="27ADD0D8"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53</w:t>
            </w:r>
          </w:p>
        </w:tc>
        <w:tc>
          <w:tcPr>
            <w:tcW w:w="1496" w:type="dxa"/>
            <w:shd w:val="clear" w:color="auto" w:fill="auto"/>
            <w:noWrap/>
            <w:vAlign w:val="bottom"/>
            <w:hideMark/>
          </w:tcPr>
          <w:p w14:paraId="5231BD38"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51</w:t>
            </w:r>
          </w:p>
        </w:tc>
        <w:tc>
          <w:tcPr>
            <w:tcW w:w="1496" w:type="dxa"/>
            <w:shd w:val="clear" w:color="auto" w:fill="auto"/>
            <w:noWrap/>
            <w:vAlign w:val="bottom"/>
            <w:hideMark/>
          </w:tcPr>
          <w:p w14:paraId="5934E383"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591</w:t>
            </w:r>
          </w:p>
        </w:tc>
        <w:tc>
          <w:tcPr>
            <w:tcW w:w="1496" w:type="dxa"/>
            <w:shd w:val="clear" w:color="auto" w:fill="auto"/>
            <w:noWrap/>
            <w:vAlign w:val="bottom"/>
            <w:hideMark/>
          </w:tcPr>
          <w:p w14:paraId="5D08EE15"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556</w:t>
            </w:r>
          </w:p>
        </w:tc>
      </w:tr>
      <w:tr w:rsidR="004D4708" w:rsidRPr="005E6306" w14:paraId="11EEEBE5" w14:textId="77777777" w:rsidTr="004D4708">
        <w:trPr>
          <w:trHeight w:val="300"/>
          <w:jc w:val="center"/>
        </w:trPr>
        <w:tc>
          <w:tcPr>
            <w:tcW w:w="2090" w:type="dxa"/>
            <w:shd w:val="clear" w:color="auto" w:fill="auto"/>
            <w:noWrap/>
            <w:vAlign w:val="bottom"/>
            <w:hideMark/>
          </w:tcPr>
          <w:p w14:paraId="06F41D96"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 adsorption</w:t>
            </w:r>
          </w:p>
        </w:tc>
        <w:tc>
          <w:tcPr>
            <w:tcW w:w="1496" w:type="dxa"/>
            <w:shd w:val="clear" w:color="auto" w:fill="auto"/>
            <w:noWrap/>
            <w:vAlign w:val="bottom"/>
            <w:hideMark/>
          </w:tcPr>
          <w:p w14:paraId="5E1FBBFD"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6</w:t>
            </w:r>
          </w:p>
        </w:tc>
        <w:tc>
          <w:tcPr>
            <w:tcW w:w="1496" w:type="dxa"/>
            <w:shd w:val="clear" w:color="auto" w:fill="auto"/>
            <w:noWrap/>
            <w:vAlign w:val="bottom"/>
            <w:hideMark/>
          </w:tcPr>
          <w:p w14:paraId="027BB11B"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6</w:t>
            </w:r>
          </w:p>
        </w:tc>
        <w:tc>
          <w:tcPr>
            <w:tcW w:w="1496" w:type="dxa"/>
            <w:shd w:val="clear" w:color="auto" w:fill="auto"/>
            <w:noWrap/>
            <w:vAlign w:val="bottom"/>
            <w:hideMark/>
          </w:tcPr>
          <w:p w14:paraId="5E460444"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10</w:t>
            </w:r>
          </w:p>
        </w:tc>
        <w:tc>
          <w:tcPr>
            <w:tcW w:w="1496" w:type="dxa"/>
            <w:shd w:val="clear" w:color="auto" w:fill="auto"/>
            <w:noWrap/>
            <w:vAlign w:val="bottom"/>
            <w:hideMark/>
          </w:tcPr>
          <w:p w14:paraId="3F1E8C08" w14:textId="77777777" w:rsidR="00A90D30" w:rsidRPr="005E6306" w:rsidRDefault="00A90D30" w:rsidP="00431F65">
            <w:pPr>
              <w:widowControl/>
              <w:spacing w:line="480" w:lineRule="auto"/>
              <w:jc w:val="center"/>
              <w:rPr>
                <w:rFonts w:ascii="Times New Roman" w:eastAsia="Times New Roman" w:hAnsi="Times New Roman"/>
                <w:color w:val="000000"/>
                <w:kern w:val="0"/>
                <w:sz w:val="24"/>
                <w:szCs w:val="24"/>
              </w:rPr>
            </w:pPr>
            <w:r w:rsidRPr="005E6306">
              <w:rPr>
                <w:rFonts w:ascii="Times New Roman" w:eastAsia="Times New Roman" w:hAnsi="Times New Roman"/>
                <w:color w:val="000000"/>
                <w:kern w:val="0"/>
                <w:sz w:val="24"/>
                <w:szCs w:val="24"/>
              </w:rPr>
              <w:t>10</w:t>
            </w:r>
          </w:p>
        </w:tc>
      </w:tr>
    </w:tbl>
    <w:p w14:paraId="115F5F9F" w14:textId="7853C879" w:rsidR="00A90D30" w:rsidRDefault="00A90D30" w:rsidP="00431F65">
      <w:pPr>
        <w:spacing w:line="480" w:lineRule="auto"/>
        <w:rPr>
          <w:rFonts w:ascii="Times New Roman" w:hAnsi="Times New Roman"/>
          <w:b/>
          <w:sz w:val="24"/>
          <w:szCs w:val="24"/>
        </w:rPr>
      </w:pPr>
    </w:p>
    <w:p w14:paraId="525DECD7" w14:textId="0644CF3A" w:rsidR="00A90D30" w:rsidRDefault="00A90D30" w:rsidP="00431F65">
      <w:pPr>
        <w:widowControl/>
        <w:spacing w:line="480" w:lineRule="auto"/>
        <w:jc w:val="left"/>
        <w:rPr>
          <w:rFonts w:ascii="Times New Roman" w:hAnsi="Times New Roman"/>
          <w:b/>
          <w:sz w:val="24"/>
          <w:szCs w:val="24"/>
        </w:rPr>
      </w:pPr>
      <w:r>
        <w:rPr>
          <w:rFonts w:ascii="Times New Roman" w:hAnsi="Times New Roman"/>
          <w:b/>
          <w:sz w:val="24"/>
          <w:szCs w:val="24"/>
        </w:rPr>
        <w:br w:type="page"/>
      </w:r>
    </w:p>
    <w:p w14:paraId="21C0F992" w14:textId="25207418" w:rsidR="00C1258D" w:rsidRPr="00CB52C3" w:rsidRDefault="00C1258D" w:rsidP="00431F65">
      <w:pPr>
        <w:spacing w:line="480" w:lineRule="auto"/>
        <w:rPr>
          <w:rFonts w:ascii="Times New Roman" w:hAnsi="Times New Roman"/>
          <w:sz w:val="24"/>
          <w:szCs w:val="24"/>
        </w:rPr>
      </w:pPr>
      <w:r w:rsidRPr="00CB52C3">
        <w:rPr>
          <w:rFonts w:ascii="Times New Roman" w:hAnsi="Times New Roman"/>
          <w:b/>
          <w:sz w:val="24"/>
          <w:szCs w:val="24"/>
        </w:rPr>
        <w:lastRenderedPageBreak/>
        <w:t xml:space="preserve">Supplementary Table </w:t>
      </w:r>
      <w:r w:rsidR="00E70097">
        <w:rPr>
          <w:rFonts w:ascii="Times New Roman" w:hAnsi="Times New Roman"/>
          <w:b/>
          <w:sz w:val="24"/>
          <w:szCs w:val="24"/>
        </w:rPr>
        <w:t>3</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ethylene at pH=7 and U=-0.5 V vs. </w:t>
      </w:r>
      <w:r w:rsidR="00E70097">
        <w:rPr>
          <w:rFonts w:ascii="Times New Roman" w:hAnsi="Times New Roman"/>
          <w:sz w:val="24"/>
          <w:szCs w:val="24"/>
        </w:rPr>
        <w:t>SHE</w:t>
      </w:r>
      <w:r w:rsidRPr="00CB52C3">
        <w:rPr>
          <w:rFonts w:ascii="Times New Roman" w:hAnsi="Times New Roman"/>
          <w:sz w:val="24"/>
          <w:szCs w:val="24"/>
        </w:rPr>
        <w:t xml:space="preserve"> on Cu(100).</w:t>
      </w:r>
      <w:r w:rsidR="00D05A62">
        <w:rPr>
          <w:rFonts w:ascii="Times New Roman" w:hAnsi="Times New Roman"/>
          <w:sz w:val="24"/>
          <w:szCs w:val="24"/>
        </w:rPr>
        <w:t xml:space="preserve"> </w:t>
      </w:r>
      <w:r w:rsidR="00D05A62" w:rsidRPr="00CB52C3">
        <w:rPr>
          <w:rStyle w:val="fontstyle01"/>
          <w:rFonts w:ascii="Times New Roman" w:hAnsi="Times New Roman"/>
          <w:sz w:val="24"/>
          <w:szCs w:val="24"/>
        </w:rPr>
        <w:t>The index is corresponding to the index of full species list in</w:t>
      </w:r>
      <w:r w:rsidR="00D05A62" w:rsidRPr="00D05A62">
        <w:rPr>
          <w:rFonts w:ascii="Times New Roman" w:hAnsi="Times New Roman"/>
          <w:b/>
          <w:sz w:val="24"/>
          <w:szCs w:val="24"/>
        </w:rPr>
        <w:t xml:space="preserve"> </w:t>
      </w:r>
      <w:r w:rsidR="00D05A62" w:rsidRPr="00CB52C3">
        <w:rPr>
          <w:rFonts w:ascii="Times New Roman" w:hAnsi="Times New Roman"/>
          <w:b/>
          <w:sz w:val="24"/>
          <w:szCs w:val="24"/>
        </w:rPr>
        <w:t>Supplementary</w:t>
      </w:r>
      <w:r w:rsidR="00D05A62" w:rsidRPr="00CB52C3">
        <w:rPr>
          <w:rStyle w:val="fontstyle01"/>
          <w:rFonts w:ascii="Times New Roman" w:hAnsi="Times New Roman"/>
          <w:sz w:val="24"/>
          <w:szCs w:val="24"/>
        </w:rPr>
        <w:t xml:space="preserve"> </w:t>
      </w:r>
      <w:r w:rsidR="00D05A62" w:rsidRPr="00CB52C3">
        <w:rPr>
          <w:rStyle w:val="fontstyle01"/>
          <w:rFonts w:ascii="Times New Roman" w:hAnsi="Times New Roman"/>
          <w:b/>
          <w:sz w:val="24"/>
          <w:szCs w:val="24"/>
        </w:rPr>
        <w:t>Sheet 1</w:t>
      </w:r>
      <w:r w:rsidR="00D05A62" w:rsidRPr="00CB52C3">
        <w:rPr>
          <w:rStyle w:val="fontstyle01"/>
          <w:rFonts w:ascii="Times New Roman" w:hAnsi="Times New Roman"/>
          <w:sz w:val="24"/>
          <w:szCs w:val="24"/>
        </w:rPr>
        <w:t>.</w:t>
      </w:r>
    </w:p>
    <w:tbl>
      <w:tblPr>
        <w:tblStyle w:val="TableGrid"/>
        <w:tblW w:w="0" w:type="auto"/>
        <w:jc w:val="center"/>
        <w:tblLook w:val="04A0" w:firstRow="1" w:lastRow="0" w:firstColumn="1" w:lastColumn="0" w:noHBand="0" w:noVBand="1"/>
      </w:tblPr>
      <w:tblGrid>
        <w:gridCol w:w="1318"/>
        <w:gridCol w:w="1429"/>
        <w:gridCol w:w="2420"/>
        <w:gridCol w:w="1429"/>
        <w:gridCol w:w="2420"/>
      </w:tblGrid>
      <w:tr w:rsidR="00C1258D" w:rsidRPr="00CB52C3" w14:paraId="7FCA53B5" w14:textId="77777777" w:rsidTr="009B4FA6">
        <w:trPr>
          <w:jc w:val="center"/>
        </w:trPr>
        <w:tc>
          <w:tcPr>
            <w:tcW w:w="1728" w:type="dxa"/>
          </w:tcPr>
          <w:p w14:paraId="03332D8F" w14:textId="77777777" w:rsidR="00C1258D" w:rsidRPr="00CB52C3" w:rsidRDefault="00C1258D" w:rsidP="00431F65">
            <w:pPr>
              <w:spacing w:line="480" w:lineRule="auto"/>
              <w:rPr>
                <w:rFonts w:ascii="Times New Roman" w:hAnsi="Times New Roman"/>
                <w:sz w:val="24"/>
                <w:szCs w:val="24"/>
              </w:rPr>
            </w:pPr>
          </w:p>
        </w:tc>
        <w:tc>
          <w:tcPr>
            <w:tcW w:w="3456" w:type="dxa"/>
            <w:gridSpan w:val="2"/>
          </w:tcPr>
          <w:p w14:paraId="5D67806B"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66B66EEC"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C1258D" w:rsidRPr="00CB52C3" w14:paraId="7BDAD196" w14:textId="77777777" w:rsidTr="009B4FA6">
        <w:trPr>
          <w:jc w:val="center"/>
        </w:trPr>
        <w:tc>
          <w:tcPr>
            <w:tcW w:w="1728" w:type="dxa"/>
          </w:tcPr>
          <w:p w14:paraId="0FFA5040"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10E566B8"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4BA24E8D"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2CAC496C"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688971AC"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C1258D" w:rsidRPr="00CB52C3" w14:paraId="3E2A32A1" w14:textId="77777777" w:rsidTr="009B4FA6">
        <w:trPr>
          <w:jc w:val="center"/>
        </w:trPr>
        <w:tc>
          <w:tcPr>
            <w:tcW w:w="1728" w:type="dxa"/>
          </w:tcPr>
          <w:p w14:paraId="14A75C3C"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738A1D45"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1491D81B"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F87BDDE" wp14:editId="758BC696">
                  <wp:extent cx="1400000" cy="1400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c>
          <w:tcPr>
            <w:tcW w:w="1728" w:type="dxa"/>
          </w:tcPr>
          <w:p w14:paraId="3A1C36FC"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67763DB5"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E4E59A3" wp14:editId="6ED1807A">
                  <wp:extent cx="1400000" cy="1400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r>
      <w:tr w:rsidR="00C1258D" w:rsidRPr="00CB52C3" w14:paraId="79A8DA58" w14:textId="77777777" w:rsidTr="009B4FA6">
        <w:trPr>
          <w:jc w:val="center"/>
        </w:trPr>
        <w:tc>
          <w:tcPr>
            <w:tcW w:w="1728" w:type="dxa"/>
          </w:tcPr>
          <w:p w14:paraId="73E51736"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36B872D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IM(24)</w:t>
            </w:r>
          </w:p>
        </w:tc>
        <w:tc>
          <w:tcPr>
            <w:tcW w:w="1728" w:type="dxa"/>
          </w:tcPr>
          <w:p w14:paraId="5D19B409"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63AC659" wp14:editId="47D83240">
                  <wp:extent cx="1400000" cy="1400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png"/>
                          <pic:cNvPicPr/>
                        </pic:nvPicPr>
                        <pic:blipFill>
                          <a:blip r:embed="rId12"/>
                          <a:stretch>
                            <a:fillRect/>
                          </a:stretch>
                        </pic:blipFill>
                        <pic:spPr>
                          <a:xfrm>
                            <a:off x="0" y="0"/>
                            <a:ext cx="1400000" cy="1400000"/>
                          </a:xfrm>
                          <a:prstGeom prst="rect">
                            <a:avLst/>
                          </a:prstGeom>
                        </pic:spPr>
                      </pic:pic>
                    </a:graphicData>
                  </a:graphic>
                </wp:inline>
              </w:drawing>
            </w:r>
          </w:p>
        </w:tc>
        <w:tc>
          <w:tcPr>
            <w:tcW w:w="1728" w:type="dxa"/>
          </w:tcPr>
          <w:p w14:paraId="3E1C9DA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IM(24)</w:t>
            </w:r>
          </w:p>
        </w:tc>
        <w:tc>
          <w:tcPr>
            <w:tcW w:w="1728" w:type="dxa"/>
          </w:tcPr>
          <w:p w14:paraId="6AD7F39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C0CAD12" wp14:editId="1D5873FE">
                  <wp:extent cx="1400000" cy="1400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png"/>
                          <pic:cNvPicPr/>
                        </pic:nvPicPr>
                        <pic:blipFill>
                          <a:blip r:embed="rId12"/>
                          <a:stretch>
                            <a:fillRect/>
                          </a:stretch>
                        </pic:blipFill>
                        <pic:spPr>
                          <a:xfrm>
                            <a:off x="0" y="0"/>
                            <a:ext cx="1400000" cy="1400000"/>
                          </a:xfrm>
                          <a:prstGeom prst="rect">
                            <a:avLst/>
                          </a:prstGeom>
                        </pic:spPr>
                      </pic:pic>
                    </a:graphicData>
                  </a:graphic>
                </wp:inline>
              </w:drawing>
            </w:r>
          </w:p>
        </w:tc>
      </w:tr>
      <w:tr w:rsidR="00C1258D" w:rsidRPr="00CB52C3" w14:paraId="58745CD0" w14:textId="77777777" w:rsidTr="009B4FA6">
        <w:trPr>
          <w:jc w:val="center"/>
        </w:trPr>
        <w:tc>
          <w:tcPr>
            <w:tcW w:w="1728" w:type="dxa"/>
          </w:tcPr>
          <w:p w14:paraId="5DCD50C9"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28A121BD"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IM(34)</w:t>
            </w:r>
          </w:p>
        </w:tc>
        <w:tc>
          <w:tcPr>
            <w:tcW w:w="1728" w:type="dxa"/>
          </w:tcPr>
          <w:p w14:paraId="489806A8"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56692B1" wp14:editId="2B166BB7">
                  <wp:extent cx="1400000" cy="1400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png"/>
                          <pic:cNvPicPr/>
                        </pic:nvPicPr>
                        <pic:blipFill>
                          <a:blip r:embed="rId13"/>
                          <a:stretch>
                            <a:fillRect/>
                          </a:stretch>
                        </pic:blipFill>
                        <pic:spPr>
                          <a:xfrm>
                            <a:off x="0" y="0"/>
                            <a:ext cx="1400000" cy="1400000"/>
                          </a:xfrm>
                          <a:prstGeom prst="rect">
                            <a:avLst/>
                          </a:prstGeom>
                        </pic:spPr>
                      </pic:pic>
                    </a:graphicData>
                  </a:graphic>
                </wp:inline>
              </w:drawing>
            </w:r>
          </w:p>
        </w:tc>
        <w:tc>
          <w:tcPr>
            <w:tcW w:w="1728" w:type="dxa"/>
          </w:tcPr>
          <w:p w14:paraId="0B444150"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IM(34)</w:t>
            </w:r>
          </w:p>
        </w:tc>
        <w:tc>
          <w:tcPr>
            <w:tcW w:w="1728" w:type="dxa"/>
          </w:tcPr>
          <w:p w14:paraId="548A4B3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62F1609" wp14:editId="276D26D8">
                  <wp:extent cx="1400000" cy="14000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png"/>
                          <pic:cNvPicPr/>
                        </pic:nvPicPr>
                        <pic:blipFill>
                          <a:blip r:embed="rId13"/>
                          <a:stretch>
                            <a:fillRect/>
                          </a:stretch>
                        </pic:blipFill>
                        <pic:spPr>
                          <a:xfrm>
                            <a:off x="0" y="0"/>
                            <a:ext cx="1400000" cy="1400000"/>
                          </a:xfrm>
                          <a:prstGeom prst="rect">
                            <a:avLst/>
                          </a:prstGeom>
                        </pic:spPr>
                      </pic:pic>
                    </a:graphicData>
                  </a:graphic>
                </wp:inline>
              </w:drawing>
            </w:r>
          </w:p>
        </w:tc>
      </w:tr>
      <w:tr w:rsidR="00C1258D" w:rsidRPr="00CB52C3" w14:paraId="6FF74A5A" w14:textId="77777777" w:rsidTr="009B4FA6">
        <w:trPr>
          <w:jc w:val="center"/>
        </w:trPr>
        <w:tc>
          <w:tcPr>
            <w:tcW w:w="1728" w:type="dxa"/>
          </w:tcPr>
          <w:p w14:paraId="03197D9E"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03F4D904"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IM(39)</w:t>
            </w:r>
          </w:p>
        </w:tc>
        <w:tc>
          <w:tcPr>
            <w:tcW w:w="1728" w:type="dxa"/>
          </w:tcPr>
          <w:p w14:paraId="63360DEC"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1780290" wp14:editId="14071CD7">
                  <wp:extent cx="1400000" cy="14000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9.png"/>
                          <pic:cNvPicPr/>
                        </pic:nvPicPr>
                        <pic:blipFill>
                          <a:blip r:embed="rId14"/>
                          <a:stretch>
                            <a:fillRect/>
                          </a:stretch>
                        </pic:blipFill>
                        <pic:spPr>
                          <a:xfrm>
                            <a:off x="0" y="0"/>
                            <a:ext cx="1400000" cy="1400000"/>
                          </a:xfrm>
                          <a:prstGeom prst="rect">
                            <a:avLst/>
                          </a:prstGeom>
                        </pic:spPr>
                      </pic:pic>
                    </a:graphicData>
                  </a:graphic>
                </wp:inline>
              </w:drawing>
            </w:r>
          </w:p>
        </w:tc>
        <w:tc>
          <w:tcPr>
            <w:tcW w:w="1728" w:type="dxa"/>
          </w:tcPr>
          <w:p w14:paraId="2BC112A8"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IM(39)</w:t>
            </w:r>
          </w:p>
        </w:tc>
        <w:tc>
          <w:tcPr>
            <w:tcW w:w="1728" w:type="dxa"/>
          </w:tcPr>
          <w:p w14:paraId="28F59239"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FEA255E" wp14:editId="04A86902">
                  <wp:extent cx="1400000" cy="1400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9.png"/>
                          <pic:cNvPicPr/>
                        </pic:nvPicPr>
                        <pic:blipFill>
                          <a:blip r:embed="rId14"/>
                          <a:stretch>
                            <a:fillRect/>
                          </a:stretch>
                        </pic:blipFill>
                        <pic:spPr>
                          <a:xfrm>
                            <a:off x="0" y="0"/>
                            <a:ext cx="1400000" cy="1400000"/>
                          </a:xfrm>
                          <a:prstGeom prst="rect">
                            <a:avLst/>
                          </a:prstGeom>
                        </pic:spPr>
                      </pic:pic>
                    </a:graphicData>
                  </a:graphic>
                </wp:inline>
              </w:drawing>
            </w:r>
          </w:p>
        </w:tc>
      </w:tr>
      <w:tr w:rsidR="00C1258D" w:rsidRPr="00CB52C3" w14:paraId="755130E2" w14:textId="77777777" w:rsidTr="009B4FA6">
        <w:trPr>
          <w:jc w:val="center"/>
        </w:trPr>
        <w:tc>
          <w:tcPr>
            <w:tcW w:w="1728" w:type="dxa"/>
          </w:tcPr>
          <w:p w14:paraId="7CEC60FE"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1351EBAF"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IM(53)</w:t>
            </w:r>
          </w:p>
        </w:tc>
        <w:tc>
          <w:tcPr>
            <w:tcW w:w="1728" w:type="dxa"/>
          </w:tcPr>
          <w:p w14:paraId="48CB5258"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BD12DE5" wp14:editId="32DA7E90">
                  <wp:extent cx="1400000" cy="1400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3.png"/>
                          <pic:cNvPicPr/>
                        </pic:nvPicPr>
                        <pic:blipFill>
                          <a:blip r:embed="rId15"/>
                          <a:stretch>
                            <a:fillRect/>
                          </a:stretch>
                        </pic:blipFill>
                        <pic:spPr>
                          <a:xfrm>
                            <a:off x="0" y="0"/>
                            <a:ext cx="1400000" cy="1400000"/>
                          </a:xfrm>
                          <a:prstGeom prst="rect">
                            <a:avLst/>
                          </a:prstGeom>
                        </pic:spPr>
                      </pic:pic>
                    </a:graphicData>
                  </a:graphic>
                </wp:inline>
              </w:drawing>
            </w:r>
          </w:p>
        </w:tc>
        <w:tc>
          <w:tcPr>
            <w:tcW w:w="1728" w:type="dxa"/>
          </w:tcPr>
          <w:p w14:paraId="3B22D588"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IM(53)</w:t>
            </w:r>
          </w:p>
        </w:tc>
        <w:tc>
          <w:tcPr>
            <w:tcW w:w="1728" w:type="dxa"/>
          </w:tcPr>
          <w:p w14:paraId="42669AE6"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3362206" wp14:editId="4EC3ED23">
                  <wp:extent cx="1400000" cy="1400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3.png"/>
                          <pic:cNvPicPr/>
                        </pic:nvPicPr>
                        <pic:blipFill>
                          <a:blip r:embed="rId15"/>
                          <a:stretch>
                            <a:fillRect/>
                          </a:stretch>
                        </pic:blipFill>
                        <pic:spPr>
                          <a:xfrm>
                            <a:off x="0" y="0"/>
                            <a:ext cx="1400000" cy="1400000"/>
                          </a:xfrm>
                          <a:prstGeom prst="rect">
                            <a:avLst/>
                          </a:prstGeom>
                        </pic:spPr>
                      </pic:pic>
                    </a:graphicData>
                  </a:graphic>
                </wp:inline>
              </w:drawing>
            </w:r>
          </w:p>
        </w:tc>
      </w:tr>
      <w:tr w:rsidR="00C1258D" w:rsidRPr="00CB52C3" w14:paraId="6C991E53" w14:textId="77777777" w:rsidTr="009B4FA6">
        <w:trPr>
          <w:jc w:val="center"/>
        </w:trPr>
        <w:tc>
          <w:tcPr>
            <w:tcW w:w="1728" w:type="dxa"/>
          </w:tcPr>
          <w:p w14:paraId="46CD4B4F"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4CCEDD4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IM(62)</w:t>
            </w:r>
          </w:p>
        </w:tc>
        <w:tc>
          <w:tcPr>
            <w:tcW w:w="1728" w:type="dxa"/>
          </w:tcPr>
          <w:p w14:paraId="370AF25C"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D6D30F5" wp14:editId="70FBFE4B">
                  <wp:extent cx="1400000" cy="14000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2.png"/>
                          <pic:cNvPicPr/>
                        </pic:nvPicPr>
                        <pic:blipFill>
                          <a:blip r:embed="rId16"/>
                          <a:stretch>
                            <a:fillRect/>
                          </a:stretch>
                        </pic:blipFill>
                        <pic:spPr>
                          <a:xfrm>
                            <a:off x="0" y="0"/>
                            <a:ext cx="1400000" cy="1400000"/>
                          </a:xfrm>
                          <a:prstGeom prst="rect">
                            <a:avLst/>
                          </a:prstGeom>
                        </pic:spPr>
                      </pic:pic>
                    </a:graphicData>
                  </a:graphic>
                </wp:inline>
              </w:drawing>
            </w:r>
          </w:p>
        </w:tc>
        <w:tc>
          <w:tcPr>
            <w:tcW w:w="1728" w:type="dxa"/>
          </w:tcPr>
          <w:p w14:paraId="3A0094E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IM(57)</w:t>
            </w:r>
          </w:p>
        </w:tc>
        <w:tc>
          <w:tcPr>
            <w:tcW w:w="1728" w:type="dxa"/>
          </w:tcPr>
          <w:p w14:paraId="435D47D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E57748B" wp14:editId="4C1E9E2F">
                  <wp:extent cx="1400000" cy="1400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7.png"/>
                          <pic:cNvPicPr/>
                        </pic:nvPicPr>
                        <pic:blipFill>
                          <a:blip r:embed="rId17"/>
                          <a:stretch>
                            <a:fillRect/>
                          </a:stretch>
                        </pic:blipFill>
                        <pic:spPr>
                          <a:xfrm>
                            <a:off x="0" y="0"/>
                            <a:ext cx="1400000" cy="1400000"/>
                          </a:xfrm>
                          <a:prstGeom prst="rect">
                            <a:avLst/>
                          </a:prstGeom>
                        </pic:spPr>
                      </pic:pic>
                    </a:graphicData>
                  </a:graphic>
                </wp:inline>
              </w:drawing>
            </w:r>
          </w:p>
        </w:tc>
      </w:tr>
      <w:tr w:rsidR="00C1258D" w:rsidRPr="00CB52C3" w14:paraId="5B2461AD" w14:textId="77777777" w:rsidTr="009B4FA6">
        <w:trPr>
          <w:jc w:val="center"/>
        </w:trPr>
        <w:tc>
          <w:tcPr>
            <w:tcW w:w="1728" w:type="dxa"/>
          </w:tcPr>
          <w:p w14:paraId="492D4A9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6993672F"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IM(68)</w:t>
            </w:r>
          </w:p>
        </w:tc>
        <w:tc>
          <w:tcPr>
            <w:tcW w:w="1728" w:type="dxa"/>
          </w:tcPr>
          <w:p w14:paraId="56EA583B"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DA758ED" wp14:editId="280B4C7F">
                  <wp:extent cx="1400000" cy="14000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8.png"/>
                          <pic:cNvPicPr/>
                        </pic:nvPicPr>
                        <pic:blipFill>
                          <a:blip r:embed="rId18"/>
                          <a:stretch>
                            <a:fillRect/>
                          </a:stretch>
                        </pic:blipFill>
                        <pic:spPr>
                          <a:xfrm>
                            <a:off x="0" y="0"/>
                            <a:ext cx="1400000" cy="1400000"/>
                          </a:xfrm>
                          <a:prstGeom prst="rect">
                            <a:avLst/>
                          </a:prstGeom>
                        </pic:spPr>
                      </pic:pic>
                    </a:graphicData>
                  </a:graphic>
                </wp:inline>
              </w:drawing>
            </w:r>
          </w:p>
        </w:tc>
        <w:tc>
          <w:tcPr>
            <w:tcW w:w="1728" w:type="dxa"/>
          </w:tcPr>
          <w:p w14:paraId="7747A75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IM(65)</w:t>
            </w:r>
          </w:p>
        </w:tc>
        <w:tc>
          <w:tcPr>
            <w:tcW w:w="1728" w:type="dxa"/>
          </w:tcPr>
          <w:p w14:paraId="12EAF778"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4827A27" wp14:editId="2C951817">
                  <wp:extent cx="1400000" cy="14000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5.png"/>
                          <pic:cNvPicPr/>
                        </pic:nvPicPr>
                        <pic:blipFill>
                          <a:blip r:embed="rId19"/>
                          <a:stretch>
                            <a:fillRect/>
                          </a:stretch>
                        </pic:blipFill>
                        <pic:spPr>
                          <a:xfrm>
                            <a:off x="0" y="0"/>
                            <a:ext cx="1400000" cy="1400000"/>
                          </a:xfrm>
                          <a:prstGeom prst="rect">
                            <a:avLst/>
                          </a:prstGeom>
                        </pic:spPr>
                      </pic:pic>
                    </a:graphicData>
                  </a:graphic>
                </wp:inline>
              </w:drawing>
            </w:r>
          </w:p>
        </w:tc>
      </w:tr>
      <w:tr w:rsidR="00C1258D" w:rsidRPr="00CB52C3" w14:paraId="42D5F2B4" w14:textId="77777777" w:rsidTr="009B4FA6">
        <w:trPr>
          <w:jc w:val="center"/>
        </w:trPr>
        <w:tc>
          <w:tcPr>
            <w:tcW w:w="1728" w:type="dxa"/>
          </w:tcPr>
          <w:p w14:paraId="1DC414B3"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065ACB4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IM(70)</w:t>
            </w:r>
          </w:p>
        </w:tc>
        <w:tc>
          <w:tcPr>
            <w:tcW w:w="1728" w:type="dxa"/>
          </w:tcPr>
          <w:p w14:paraId="6434473D"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EC9EFBD" wp14:editId="53FF0724">
                  <wp:extent cx="1400000" cy="14000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0.png"/>
                          <pic:cNvPicPr/>
                        </pic:nvPicPr>
                        <pic:blipFill>
                          <a:blip r:embed="rId20"/>
                          <a:stretch>
                            <a:fillRect/>
                          </a:stretch>
                        </pic:blipFill>
                        <pic:spPr>
                          <a:xfrm>
                            <a:off x="0" y="0"/>
                            <a:ext cx="1400000" cy="1400000"/>
                          </a:xfrm>
                          <a:prstGeom prst="rect">
                            <a:avLst/>
                          </a:prstGeom>
                        </pic:spPr>
                      </pic:pic>
                    </a:graphicData>
                  </a:graphic>
                </wp:inline>
              </w:drawing>
            </w:r>
          </w:p>
        </w:tc>
        <w:tc>
          <w:tcPr>
            <w:tcW w:w="1728" w:type="dxa"/>
          </w:tcPr>
          <w:p w14:paraId="449DEC1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IM(70)</w:t>
            </w:r>
          </w:p>
        </w:tc>
        <w:tc>
          <w:tcPr>
            <w:tcW w:w="1728" w:type="dxa"/>
          </w:tcPr>
          <w:p w14:paraId="79761A25"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9C1D60D" wp14:editId="1C3DB918">
                  <wp:extent cx="1400000" cy="14000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0.png"/>
                          <pic:cNvPicPr/>
                        </pic:nvPicPr>
                        <pic:blipFill>
                          <a:blip r:embed="rId20"/>
                          <a:stretch>
                            <a:fillRect/>
                          </a:stretch>
                        </pic:blipFill>
                        <pic:spPr>
                          <a:xfrm>
                            <a:off x="0" y="0"/>
                            <a:ext cx="1400000" cy="1400000"/>
                          </a:xfrm>
                          <a:prstGeom prst="rect">
                            <a:avLst/>
                          </a:prstGeom>
                        </pic:spPr>
                      </pic:pic>
                    </a:graphicData>
                  </a:graphic>
                </wp:inline>
              </w:drawing>
            </w:r>
          </w:p>
        </w:tc>
      </w:tr>
    </w:tbl>
    <w:p w14:paraId="24CCC79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5F110042" w14:textId="2331B7FE" w:rsidR="00C1258D" w:rsidRPr="00CB52C3" w:rsidRDefault="00C1258D" w:rsidP="00431F65">
      <w:pPr>
        <w:spacing w:line="480" w:lineRule="auto"/>
        <w:rPr>
          <w:rFonts w:ascii="Times New Roman" w:hAnsi="Times New Roman"/>
          <w:sz w:val="24"/>
          <w:szCs w:val="24"/>
        </w:rPr>
      </w:pPr>
      <w:r w:rsidRPr="00CB52C3">
        <w:rPr>
          <w:rFonts w:ascii="Times New Roman" w:hAnsi="Times New Roman"/>
          <w:b/>
          <w:sz w:val="24"/>
          <w:szCs w:val="24"/>
        </w:rPr>
        <w:lastRenderedPageBreak/>
        <w:t xml:space="preserve">Supplementary Table </w:t>
      </w:r>
      <w:r w:rsidR="005272C5">
        <w:rPr>
          <w:rFonts w:ascii="Times New Roman" w:hAnsi="Times New Roman"/>
          <w:b/>
          <w:sz w:val="24"/>
          <w:szCs w:val="24"/>
        </w:rPr>
        <w:t>4</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acetaldehyde at pH=7 and U=-0.5 V vs. </w:t>
      </w:r>
      <w:r w:rsidR="005272C5">
        <w:rPr>
          <w:rFonts w:ascii="Times New Roman" w:hAnsi="Times New Roman"/>
          <w:sz w:val="24"/>
          <w:szCs w:val="24"/>
        </w:rPr>
        <w:t>SHE</w:t>
      </w:r>
      <w:r w:rsidRPr="00CB52C3">
        <w:rPr>
          <w:rFonts w:ascii="Times New Roman" w:hAnsi="Times New Roman"/>
          <w:sz w:val="24"/>
          <w:szCs w:val="24"/>
        </w:rPr>
        <w:t xml:space="preserve"> on Cu(100).</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318"/>
        <w:gridCol w:w="1429"/>
        <w:gridCol w:w="2420"/>
        <w:gridCol w:w="1429"/>
        <w:gridCol w:w="2420"/>
      </w:tblGrid>
      <w:tr w:rsidR="00C1258D" w:rsidRPr="00CB52C3" w14:paraId="6A1889B6" w14:textId="77777777" w:rsidTr="009B4FA6">
        <w:trPr>
          <w:jc w:val="center"/>
        </w:trPr>
        <w:tc>
          <w:tcPr>
            <w:tcW w:w="1728" w:type="dxa"/>
          </w:tcPr>
          <w:p w14:paraId="2A43C41C" w14:textId="77777777" w:rsidR="00C1258D" w:rsidRPr="00CB52C3" w:rsidRDefault="00C1258D" w:rsidP="00431F65">
            <w:pPr>
              <w:spacing w:line="480" w:lineRule="auto"/>
              <w:rPr>
                <w:rFonts w:ascii="Times New Roman" w:hAnsi="Times New Roman"/>
                <w:sz w:val="24"/>
                <w:szCs w:val="24"/>
              </w:rPr>
            </w:pPr>
          </w:p>
        </w:tc>
        <w:tc>
          <w:tcPr>
            <w:tcW w:w="3456" w:type="dxa"/>
            <w:gridSpan w:val="2"/>
          </w:tcPr>
          <w:p w14:paraId="04C741BD"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6B31A1C9"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C1258D" w:rsidRPr="00CB52C3" w14:paraId="5BC033A9" w14:textId="77777777" w:rsidTr="009B4FA6">
        <w:trPr>
          <w:jc w:val="center"/>
        </w:trPr>
        <w:tc>
          <w:tcPr>
            <w:tcW w:w="1728" w:type="dxa"/>
          </w:tcPr>
          <w:p w14:paraId="4A68085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14141FA3"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630E6EA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3BB6FC1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75F1E3E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C1258D" w:rsidRPr="00CB52C3" w14:paraId="18769D8D" w14:textId="77777777" w:rsidTr="009B4FA6">
        <w:trPr>
          <w:jc w:val="center"/>
        </w:trPr>
        <w:tc>
          <w:tcPr>
            <w:tcW w:w="1728" w:type="dxa"/>
          </w:tcPr>
          <w:p w14:paraId="778ABD39"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208A23F4"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6E91FF03"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6F297AD" wp14:editId="23B1860A">
                  <wp:extent cx="1400000" cy="14000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c>
          <w:tcPr>
            <w:tcW w:w="1728" w:type="dxa"/>
          </w:tcPr>
          <w:p w14:paraId="71F0F8D8"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44875FE5"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C6FFE54" wp14:editId="1F7CCE69">
                  <wp:extent cx="1400000" cy="14000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r>
      <w:tr w:rsidR="00C1258D" w:rsidRPr="00CB52C3" w14:paraId="0123650D" w14:textId="77777777" w:rsidTr="009B4FA6">
        <w:trPr>
          <w:jc w:val="center"/>
        </w:trPr>
        <w:tc>
          <w:tcPr>
            <w:tcW w:w="1728" w:type="dxa"/>
          </w:tcPr>
          <w:p w14:paraId="1986D708"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64F41935"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IM(24)</w:t>
            </w:r>
          </w:p>
        </w:tc>
        <w:tc>
          <w:tcPr>
            <w:tcW w:w="1728" w:type="dxa"/>
          </w:tcPr>
          <w:p w14:paraId="0377F52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2074938" wp14:editId="3C90B03A">
                  <wp:extent cx="1400000" cy="14000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png"/>
                          <pic:cNvPicPr/>
                        </pic:nvPicPr>
                        <pic:blipFill>
                          <a:blip r:embed="rId12"/>
                          <a:stretch>
                            <a:fillRect/>
                          </a:stretch>
                        </pic:blipFill>
                        <pic:spPr>
                          <a:xfrm>
                            <a:off x="0" y="0"/>
                            <a:ext cx="1400000" cy="1400000"/>
                          </a:xfrm>
                          <a:prstGeom prst="rect">
                            <a:avLst/>
                          </a:prstGeom>
                        </pic:spPr>
                      </pic:pic>
                    </a:graphicData>
                  </a:graphic>
                </wp:inline>
              </w:drawing>
            </w:r>
          </w:p>
        </w:tc>
        <w:tc>
          <w:tcPr>
            <w:tcW w:w="1728" w:type="dxa"/>
          </w:tcPr>
          <w:p w14:paraId="2C04860D"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IM(25)</w:t>
            </w:r>
          </w:p>
        </w:tc>
        <w:tc>
          <w:tcPr>
            <w:tcW w:w="1728" w:type="dxa"/>
          </w:tcPr>
          <w:p w14:paraId="449772FE"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5C57478" wp14:editId="5311D970">
                  <wp:extent cx="1400000" cy="14000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png"/>
                          <pic:cNvPicPr/>
                        </pic:nvPicPr>
                        <pic:blipFill>
                          <a:blip r:embed="rId21"/>
                          <a:stretch>
                            <a:fillRect/>
                          </a:stretch>
                        </pic:blipFill>
                        <pic:spPr>
                          <a:xfrm>
                            <a:off x="0" y="0"/>
                            <a:ext cx="1400000" cy="1400000"/>
                          </a:xfrm>
                          <a:prstGeom prst="rect">
                            <a:avLst/>
                          </a:prstGeom>
                        </pic:spPr>
                      </pic:pic>
                    </a:graphicData>
                  </a:graphic>
                </wp:inline>
              </w:drawing>
            </w:r>
          </w:p>
        </w:tc>
      </w:tr>
      <w:tr w:rsidR="00C1258D" w:rsidRPr="00CB52C3" w14:paraId="5AE2CB0C" w14:textId="77777777" w:rsidTr="009B4FA6">
        <w:trPr>
          <w:jc w:val="center"/>
        </w:trPr>
        <w:tc>
          <w:tcPr>
            <w:tcW w:w="1728" w:type="dxa"/>
          </w:tcPr>
          <w:p w14:paraId="45E850FB"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7C777BEE"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IM(34)</w:t>
            </w:r>
          </w:p>
        </w:tc>
        <w:tc>
          <w:tcPr>
            <w:tcW w:w="1728" w:type="dxa"/>
          </w:tcPr>
          <w:p w14:paraId="0EDA6176"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ECF8037" wp14:editId="2976B8B7">
                  <wp:extent cx="1400000" cy="14000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png"/>
                          <pic:cNvPicPr/>
                        </pic:nvPicPr>
                        <pic:blipFill>
                          <a:blip r:embed="rId13"/>
                          <a:stretch>
                            <a:fillRect/>
                          </a:stretch>
                        </pic:blipFill>
                        <pic:spPr>
                          <a:xfrm>
                            <a:off x="0" y="0"/>
                            <a:ext cx="1400000" cy="1400000"/>
                          </a:xfrm>
                          <a:prstGeom prst="rect">
                            <a:avLst/>
                          </a:prstGeom>
                        </pic:spPr>
                      </pic:pic>
                    </a:graphicData>
                  </a:graphic>
                </wp:inline>
              </w:drawing>
            </w:r>
          </w:p>
        </w:tc>
        <w:tc>
          <w:tcPr>
            <w:tcW w:w="1728" w:type="dxa"/>
          </w:tcPr>
          <w:p w14:paraId="6AD9930D"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IM(29)</w:t>
            </w:r>
          </w:p>
        </w:tc>
        <w:tc>
          <w:tcPr>
            <w:tcW w:w="1728" w:type="dxa"/>
          </w:tcPr>
          <w:p w14:paraId="37EB59DA"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A990C56" wp14:editId="6C7B207F">
                  <wp:extent cx="1400000" cy="14000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9.png"/>
                          <pic:cNvPicPr/>
                        </pic:nvPicPr>
                        <pic:blipFill>
                          <a:blip r:embed="rId22"/>
                          <a:stretch>
                            <a:fillRect/>
                          </a:stretch>
                        </pic:blipFill>
                        <pic:spPr>
                          <a:xfrm>
                            <a:off x="0" y="0"/>
                            <a:ext cx="1400000" cy="1400000"/>
                          </a:xfrm>
                          <a:prstGeom prst="rect">
                            <a:avLst/>
                          </a:prstGeom>
                        </pic:spPr>
                      </pic:pic>
                    </a:graphicData>
                  </a:graphic>
                </wp:inline>
              </w:drawing>
            </w:r>
          </w:p>
        </w:tc>
      </w:tr>
      <w:tr w:rsidR="00C1258D" w:rsidRPr="00CB52C3" w14:paraId="2798843C" w14:textId="77777777" w:rsidTr="009B4FA6">
        <w:trPr>
          <w:jc w:val="center"/>
        </w:trPr>
        <w:tc>
          <w:tcPr>
            <w:tcW w:w="1728" w:type="dxa"/>
          </w:tcPr>
          <w:p w14:paraId="499476CE"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5F9EA8CE"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IM(39)</w:t>
            </w:r>
          </w:p>
        </w:tc>
        <w:tc>
          <w:tcPr>
            <w:tcW w:w="1728" w:type="dxa"/>
          </w:tcPr>
          <w:p w14:paraId="64BEDD39"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A9A9F7F" wp14:editId="28E5B29D">
                  <wp:extent cx="1400000" cy="14000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9.png"/>
                          <pic:cNvPicPr/>
                        </pic:nvPicPr>
                        <pic:blipFill>
                          <a:blip r:embed="rId14"/>
                          <a:stretch>
                            <a:fillRect/>
                          </a:stretch>
                        </pic:blipFill>
                        <pic:spPr>
                          <a:xfrm>
                            <a:off x="0" y="0"/>
                            <a:ext cx="1400000" cy="1400000"/>
                          </a:xfrm>
                          <a:prstGeom prst="rect">
                            <a:avLst/>
                          </a:prstGeom>
                        </pic:spPr>
                      </pic:pic>
                    </a:graphicData>
                  </a:graphic>
                </wp:inline>
              </w:drawing>
            </w:r>
          </w:p>
        </w:tc>
        <w:tc>
          <w:tcPr>
            <w:tcW w:w="1728" w:type="dxa"/>
          </w:tcPr>
          <w:p w14:paraId="0939AD40"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IM(38)</w:t>
            </w:r>
          </w:p>
        </w:tc>
        <w:tc>
          <w:tcPr>
            <w:tcW w:w="1728" w:type="dxa"/>
          </w:tcPr>
          <w:p w14:paraId="04B8260D"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F0204F5" wp14:editId="5B84EF43">
                  <wp:extent cx="1400000" cy="14000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8.png"/>
                          <pic:cNvPicPr/>
                        </pic:nvPicPr>
                        <pic:blipFill>
                          <a:blip r:embed="rId23"/>
                          <a:stretch>
                            <a:fillRect/>
                          </a:stretch>
                        </pic:blipFill>
                        <pic:spPr>
                          <a:xfrm>
                            <a:off x="0" y="0"/>
                            <a:ext cx="1400000" cy="1400000"/>
                          </a:xfrm>
                          <a:prstGeom prst="rect">
                            <a:avLst/>
                          </a:prstGeom>
                        </pic:spPr>
                      </pic:pic>
                    </a:graphicData>
                  </a:graphic>
                </wp:inline>
              </w:drawing>
            </w:r>
          </w:p>
        </w:tc>
      </w:tr>
      <w:tr w:rsidR="00C1258D" w:rsidRPr="00CB52C3" w14:paraId="4DF77248" w14:textId="77777777" w:rsidTr="009B4FA6">
        <w:trPr>
          <w:jc w:val="center"/>
        </w:trPr>
        <w:tc>
          <w:tcPr>
            <w:tcW w:w="1728" w:type="dxa"/>
          </w:tcPr>
          <w:p w14:paraId="2115BE8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5A3AF484"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IM(50)</w:t>
            </w:r>
          </w:p>
        </w:tc>
        <w:tc>
          <w:tcPr>
            <w:tcW w:w="1728" w:type="dxa"/>
          </w:tcPr>
          <w:p w14:paraId="22C363FE"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5DBC964" wp14:editId="2BC9B1F5">
                  <wp:extent cx="1400000" cy="14000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0.png"/>
                          <pic:cNvPicPr/>
                        </pic:nvPicPr>
                        <pic:blipFill>
                          <a:blip r:embed="rId24"/>
                          <a:stretch>
                            <a:fillRect/>
                          </a:stretch>
                        </pic:blipFill>
                        <pic:spPr>
                          <a:xfrm>
                            <a:off x="0" y="0"/>
                            <a:ext cx="1400000" cy="1400000"/>
                          </a:xfrm>
                          <a:prstGeom prst="rect">
                            <a:avLst/>
                          </a:prstGeom>
                        </pic:spPr>
                      </pic:pic>
                    </a:graphicData>
                  </a:graphic>
                </wp:inline>
              </w:drawing>
            </w:r>
          </w:p>
        </w:tc>
        <w:tc>
          <w:tcPr>
            <w:tcW w:w="1728" w:type="dxa"/>
          </w:tcPr>
          <w:p w14:paraId="3CDFBA4D"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IM(50)</w:t>
            </w:r>
          </w:p>
        </w:tc>
        <w:tc>
          <w:tcPr>
            <w:tcW w:w="1728" w:type="dxa"/>
          </w:tcPr>
          <w:p w14:paraId="6DFAEA3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3BCD96B" wp14:editId="2EEDE0C6">
                  <wp:extent cx="1400000" cy="14000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0.png"/>
                          <pic:cNvPicPr/>
                        </pic:nvPicPr>
                        <pic:blipFill>
                          <a:blip r:embed="rId24"/>
                          <a:stretch>
                            <a:fillRect/>
                          </a:stretch>
                        </pic:blipFill>
                        <pic:spPr>
                          <a:xfrm>
                            <a:off x="0" y="0"/>
                            <a:ext cx="1400000" cy="1400000"/>
                          </a:xfrm>
                          <a:prstGeom prst="rect">
                            <a:avLst/>
                          </a:prstGeom>
                        </pic:spPr>
                      </pic:pic>
                    </a:graphicData>
                  </a:graphic>
                </wp:inline>
              </w:drawing>
            </w:r>
          </w:p>
        </w:tc>
      </w:tr>
      <w:tr w:rsidR="00C1258D" w:rsidRPr="00CB52C3" w14:paraId="5F4A174B" w14:textId="77777777" w:rsidTr="009B4FA6">
        <w:trPr>
          <w:jc w:val="center"/>
        </w:trPr>
        <w:tc>
          <w:tcPr>
            <w:tcW w:w="1728" w:type="dxa"/>
          </w:tcPr>
          <w:p w14:paraId="28E80036"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675CD91A"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IM(58)</w:t>
            </w:r>
          </w:p>
        </w:tc>
        <w:tc>
          <w:tcPr>
            <w:tcW w:w="1728" w:type="dxa"/>
          </w:tcPr>
          <w:p w14:paraId="7001B134"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6D4CBFE" wp14:editId="5CA2B4BA">
                  <wp:extent cx="1400000" cy="14000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8.png"/>
                          <pic:cNvPicPr/>
                        </pic:nvPicPr>
                        <pic:blipFill>
                          <a:blip r:embed="rId25"/>
                          <a:stretch>
                            <a:fillRect/>
                          </a:stretch>
                        </pic:blipFill>
                        <pic:spPr>
                          <a:xfrm>
                            <a:off x="0" y="0"/>
                            <a:ext cx="1400000" cy="1400000"/>
                          </a:xfrm>
                          <a:prstGeom prst="rect">
                            <a:avLst/>
                          </a:prstGeom>
                        </pic:spPr>
                      </pic:pic>
                    </a:graphicData>
                  </a:graphic>
                </wp:inline>
              </w:drawing>
            </w:r>
          </w:p>
        </w:tc>
        <w:tc>
          <w:tcPr>
            <w:tcW w:w="1728" w:type="dxa"/>
          </w:tcPr>
          <w:p w14:paraId="0BF81446"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IM(58)</w:t>
            </w:r>
          </w:p>
        </w:tc>
        <w:tc>
          <w:tcPr>
            <w:tcW w:w="1728" w:type="dxa"/>
          </w:tcPr>
          <w:p w14:paraId="472E88FC"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8FC1B4F" wp14:editId="2AB09A70">
                  <wp:extent cx="1400000" cy="14000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8.png"/>
                          <pic:cNvPicPr/>
                        </pic:nvPicPr>
                        <pic:blipFill>
                          <a:blip r:embed="rId25"/>
                          <a:stretch>
                            <a:fillRect/>
                          </a:stretch>
                        </pic:blipFill>
                        <pic:spPr>
                          <a:xfrm>
                            <a:off x="0" y="0"/>
                            <a:ext cx="1400000" cy="1400000"/>
                          </a:xfrm>
                          <a:prstGeom prst="rect">
                            <a:avLst/>
                          </a:prstGeom>
                        </pic:spPr>
                      </pic:pic>
                    </a:graphicData>
                  </a:graphic>
                </wp:inline>
              </w:drawing>
            </w:r>
          </w:p>
        </w:tc>
      </w:tr>
    </w:tbl>
    <w:p w14:paraId="386C79BB"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3486BA79" w14:textId="22E0D51B" w:rsidR="00C1258D" w:rsidRPr="00CB52C3" w:rsidRDefault="00C1258D" w:rsidP="00431F65">
      <w:pPr>
        <w:spacing w:line="480" w:lineRule="auto"/>
        <w:rPr>
          <w:rFonts w:ascii="Times New Roman" w:hAnsi="Times New Roman"/>
          <w:sz w:val="24"/>
          <w:szCs w:val="24"/>
        </w:rPr>
      </w:pPr>
      <w:r w:rsidRPr="00CB52C3">
        <w:rPr>
          <w:rFonts w:ascii="Times New Roman" w:hAnsi="Times New Roman"/>
          <w:b/>
          <w:sz w:val="24"/>
          <w:szCs w:val="24"/>
        </w:rPr>
        <w:lastRenderedPageBreak/>
        <w:t xml:space="preserve">Supplementary Table </w:t>
      </w:r>
      <w:r w:rsidR="005272C5">
        <w:rPr>
          <w:rFonts w:ascii="Times New Roman" w:hAnsi="Times New Roman"/>
          <w:b/>
          <w:sz w:val="24"/>
          <w:szCs w:val="24"/>
        </w:rPr>
        <w:t>5</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ethane at pH=7 and U=-0.5 V vs. </w:t>
      </w:r>
      <w:r w:rsidR="005272C5">
        <w:rPr>
          <w:rFonts w:ascii="Times New Roman" w:hAnsi="Times New Roman"/>
          <w:sz w:val="24"/>
          <w:szCs w:val="24"/>
        </w:rPr>
        <w:t>SHE</w:t>
      </w:r>
      <w:r w:rsidRPr="00CB52C3">
        <w:rPr>
          <w:rFonts w:ascii="Times New Roman" w:hAnsi="Times New Roman"/>
          <w:sz w:val="24"/>
          <w:szCs w:val="24"/>
        </w:rPr>
        <w:t xml:space="preserve"> on Cu(100).</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318"/>
        <w:gridCol w:w="1429"/>
        <w:gridCol w:w="2420"/>
        <w:gridCol w:w="1429"/>
        <w:gridCol w:w="2420"/>
      </w:tblGrid>
      <w:tr w:rsidR="00C1258D" w:rsidRPr="00CB52C3" w14:paraId="373C63D4" w14:textId="77777777" w:rsidTr="009B4FA6">
        <w:trPr>
          <w:jc w:val="center"/>
        </w:trPr>
        <w:tc>
          <w:tcPr>
            <w:tcW w:w="1728" w:type="dxa"/>
          </w:tcPr>
          <w:p w14:paraId="2FAC8EFF" w14:textId="77777777" w:rsidR="00C1258D" w:rsidRPr="00CB52C3" w:rsidRDefault="00C1258D" w:rsidP="00431F65">
            <w:pPr>
              <w:spacing w:line="480" w:lineRule="auto"/>
              <w:rPr>
                <w:rFonts w:ascii="Times New Roman" w:hAnsi="Times New Roman"/>
                <w:sz w:val="24"/>
                <w:szCs w:val="24"/>
              </w:rPr>
            </w:pPr>
          </w:p>
        </w:tc>
        <w:tc>
          <w:tcPr>
            <w:tcW w:w="3456" w:type="dxa"/>
            <w:gridSpan w:val="2"/>
          </w:tcPr>
          <w:p w14:paraId="09F69AB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549A1C4C"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C1258D" w:rsidRPr="00CB52C3" w14:paraId="725AC2A6" w14:textId="77777777" w:rsidTr="009B4FA6">
        <w:trPr>
          <w:jc w:val="center"/>
        </w:trPr>
        <w:tc>
          <w:tcPr>
            <w:tcW w:w="1728" w:type="dxa"/>
          </w:tcPr>
          <w:p w14:paraId="22CE9C2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6B49395D"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732AA3A3"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45D491FC"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06F14E70"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C1258D" w:rsidRPr="00CB52C3" w14:paraId="4A1F25BE" w14:textId="77777777" w:rsidTr="009B4FA6">
        <w:trPr>
          <w:jc w:val="center"/>
        </w:trPr>
        <w:tc>
          <w:tcPr>
            <w:tcW w:w="1728" w:type="dxa"/>
          </w:tcPr>
          <w:p w14:paraId="1EEA61B4"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20B2F28F"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0C102C5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4219460" wp14:editId="274610FA">
                  <wp:extent cx="1400000" cy="14000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c>
          <w:tcPr>
            <w:tcW w:w="1728" w:type="dxa"/>
          </w:tcPr>
          <w:p w14:paraId="63810D7E"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68EF9474"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6060217" wp14:editId="6F8AF9D4">
                  <wp:extent cx="1400000" cy="14000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r>
      <w:tr w:rsidR="00C1258D" w:rsidRPr="00CB52C3" w14:paraId="6B17459A" w14:textId="77777777" w:rsidTr="009B4FA6">
        <w:trPr>
          <w:jc w:val="center"/>
        </w:trPr>
        <w:tc>
          <w:tcPr>
            <w:tcW w:w="1728" w:type="dxa"/>
          </w:tcPr>
          <w:p w14:paraId="27F7D0AD"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690D50D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IM(24)</w:t>
            </w:r>
          </w:p>
        </w:tc>
        <w:tc>
          <w:tcPr>
            <w:tcW w:w="1728" w:type="dxa"/>
          </w:tcPr>
          <w:p w14:paraId="3EE339B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19F332D" wp14:editId="137B1440">
                  <wp:extent cx="1400000" cy="14000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png"/>
                          <pic:cNvPicPr/>
                        </pic:nvPicPr>
                        <pic:blipFill>
                          <a:blip r:embed="rId12"/>
                          <a:stretch>
                            <a:fillRect/>
                          </a:stretch>
                        </pic:blipFill>
                        <pic:spPr>
                          <a:xfrm>
                            <a:off x="0" y="0"/>
                            <a:ext cx="1400000" cy="1400000"/>
                          </a:xfrm>
                          <a:prstGeom prst="rect">
                            <a:avLst/>
                          </a:prstGeom>
                        </pic:spPr>
                      </pic:pic>
                    </a:graphicData>
                  </a:graphic>
                </wp:inline>
              </w:drawing>
            </w:r>
          </w:p>
        </w:tc>
        <w:tc>
          <w:tcPr>
            <w:tcW w:w="1728" w:type="dxa"/>
          </w:tcPr>
          <w:p w14:paraId="2E29499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IM(24)</w:t>
            </w:r>
          </w:p>
        </w:tc>
        <w:tc>
          <w:tcPr>
            <w:tcW w:w="1728" w:type="dxa"/>
          </w:tcPr>
          <w:p w14:paraId="00F8FD3A"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3C498FD" wp14:editId="582E1586">
                  <wp:extent cx="1400000" cy="14000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png"/>
                          <pic:cNvPicPr/>
                        </pic:nvPicPr>
                        <pic:blipFill>
                          <a:blip r:embed="rId12"/>
                          <a:stretch>
                            <a:fillRect/>
                          </a:stretch>
                        </pic:blipFill>
                        <pic:spPr>
                          <a:xfrm>
                            <a:off x="0" y="0"/>
                            <a:ext cx="1400000" cy="1400000"/>
                          </a:xfrm>
                          <a:prstGeom prst="rect">
                            <a:avLst/>
                          </a:prstGeom>
                        </pic:spPr>
                      </pic:pic>
                    </a:graphicData>
                  </a:graphic>
                </wp:inline>
              </w:drawing>
            </w:r>
          </w:p>
        </w:tc>
      </w:tr>
      <w:tr w:rsidR="00C1258D" w:rsidRPr="00CB52C3" w14:paraId="734DA992" w14:textId="77777777" w:rsidTr="009B4FA6">
        <w:trPr>
          <w:jc w:val="center"/>
        </w:trPr>
        <w:tc>
          <w:tcPr>
            <w:tcW w:w="1728" w:type="dxa"/>
          </w:tcPr>
          <w:p w14:paraId="76D6133D"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0DACFEEE"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IM(34)</w:t>
            </w:r>
          </w:p>
        </w:tc>
        <w:tc>
          <w:tcPr>
            <w:tcW w:w="1728" w:type="dxa"/>
          </w:tcPr>
          <w:p w14:paraId="40BC9600"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AFC9A01" wp14:editId="47AD20E2">
                  <wp:extent cx="1400000" cy="14000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png"/>
                          <pic:cNvPicPr/>
                        </pic:nvPicPr>
                        <pic:blipFill>
                          <a:blip r:embed="rId13"/>
                          <a:stretch>
                            <a:fillRect/>
                          </a:stretch>
                        </pic:blipFill>
                        <pic:spPr>
                          <a:xfrm>
                            <a:off x="0" y="0"/>
                            <a:ext cx="1400000" cy="1400000"/>
                          </a:xfrm>
                          <a:prstGeom prst="rect">
                            <a:avLst/>
                          </a:prstGeom>
                        </pic:spPr>
                      </pic:pic>
                    </a:graphicData>
                  </a:graphic>
                </wp:inline>
              </w:drawing>
            </w:r>
          </w:p>
        </w:tc>
        <w:tc>
          <w:tcPr>
            <w:tcW w:w="1728" w:type="dxa"/>
          </w:tcPr>
          <w:p w14:paraId="1DD357EB"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IM(34)</w:t>
            </w:r>
          </w:p>
        </w:tc>
        <w:tc>
          <w:tcPr>
            <w:tcW w:w="1728" w:type="dxa"/>
          </w:tcPr>
          <w:p w14:paraId="4FE084A6"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7D35624" wp14:editId="619C8D53">
                  <wp:extent cx="1400000" cy="14000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png"/>
                          <pic:cNvPicPr/>
                        </pic:nvPicPr>
                        <pic:blipFill>
                          <a:blip r:embed="rId13"/>
                          <a:stretch>
                            <a:fillRect/>
                          </a:stretch>
                        </pic:blipFill>
                        <pic:spPr>
                          <a:xfrm>
                            <a:off x="0" y="0"/>
                            <a:ext cx="1400000" cy="1400000"/>
                          </a:xfrm>
                          <a:prstGeom prst="rect">
                            <a:avLst/>
                          </a:prstGeom>
                        </pic:spPr>
                      </pic:pic>
                    </a:graphicData>
                  </a:graphic>
                </wp:inline>
              </w:drawing>
            </w:r>
          </w:p>
        </w:tc>
      </w:tr>
      <w:tr w:rsidR="00C1258D" w:rsidRPr="00CB52C3" w14:paraId="33CF27CF" w14:textId="77777777" w:rsidTr="009B4FA6">
        <w:trPr>
          <w:jc w:val="center"/>
        </w:trPr>
        <w:tc>
          <w:tcPr>
            <w:tcW w:w="1728" w:type="dxa"/>
          </w:tcPr>
          <w:p w14:paraId="056F3B0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17375DAC"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IM(39)</w:t>
            </w:r>
          </w:p>
        </w:tc>
        <w:tc>
          <w:tcPr>
            <w:tcW w:w="1728" w:type="dxa"/>
          </w:tcPr>
          <w:p w14:paraId="42114DD3"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DE698B8" wp14:editId="227DB671">
                  <wp:extent cx="1400000" cy="14000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9.png"/>
                          <pic:cNvPicPr/>
                        </pic:nvPicPr>
                        <pic:blipFill>
                          <a:blip r:embed="rId14"/>
                          <a:stretch>
                            <a:fillRect/>
                          </a:stretch>
                        </pic:blipFill>
                        <pic:spPr>
                          <a:xfrm>
                            <a:off x="0" y="0"/>
                            <a:ext cx="1400000" cy="1400000"/>
                          </a:xfrm>
                          <a:prstGeom prst="rect">
                            <a:avLst/>
                          </a:prstGeom>
                        </pic:spPr>
                      </pic:pic>
                    </a:graphicData>
                  </a:graphic>
                </wp:inline>
              </w:drawing>
            </w:r>
          </w:p>
        </w:tc>
        <w:tc>
          <w:tcPr>
            <w:tcW w:w="1728" w:type="dxa"/>
          </w:tcPr>
          <w:p w14:paraId="2CE3764A"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IM(39)</w:t>
            </w:r>
          </w:p>
        </w:tc>
        <w:tc>
          <w:tcPr>
            <w:tcW w:w="1728" w:type="dxa"/>
          </w:tcPr>
          <w:p w14:paraId="2D3DB82B"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BCCE098" wp14:editId="0DD1155E">
                  <wp:extent cx="1400000" cy="14000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9.png"/>
                          <pic:cNvPicPr/>
                        </pic:nvPicPr>
                        <pic:blipFill>
                          <a:blip r:embed="rId14"/>
                          <a:stretch>
                            <a:fillRect/>
                          </a:stretch>
                        </pic:blipFill>
                        <pic:spPr>
                          <a:xfrm>
                            <a:off x="0" y="0"/>
                            <a:ext cx="1400000" cy="1400000"/>
                          </a:xfrm>
                          <a:prstGeom prst="rect">
                            <a:avLst/>
                          </a:prstGeom>
                        </pic:spPr>
                      </pic:pic>
                    </a:graphicData>
                  </a:graphic>
                </wp:inline>
              </w:drawing>
            </w:r>
          </w:p>
        </w:tc>
      </w:tr>
      <w:tr w:rsidR="00C1258D" w:rsidRPr="00CB52C3" w14:paraId="5EDEE7BA" w14:textId="77777777" w:rsidTr="009B4FA6">
        <w:trPr>
          <w:jc w:val="center"/>
        </w:trPr>
        <w:tc>
          <w:tcPr>
            <w:tcW w:w="1728" w:type="dxa"/>
          </w:tcPr>
          <w:p w14:paraId="2D36F00A"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2FA3802F"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IM(53)</w:t>
            </w:r>
          </w:p>
        </w:tc>
        <w:tc>
          <w:tcPr>
            <w:tcW w:w="1728" w:type="dxa"/>
          </w:tcPr>
          <w:p w14:paraId="2E7948AB"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92D6B13" wp14:editId="4E718D05">
                  <wp:extent cx="1400000" cy="14000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3.png"/>
                          <pic:cNvPicPr/>
                        </pic:nvPicPr>
                        <pic:blipFill>
                          <a:blip r:embed="rId15"/>
                          <a:stretch>
                            <a:fillRect/>
                          </a:stretch>
                        </pic:blipFill>
                        <pic:spPr>
                          <a:xfrm>
                            <a:off x="0" y="0"/>
                            <a:ext cx="1400000" cy="1400000"/>
                          </a:xfrm>
                          <a:prstGeom prst="rect">
                            <a:avLst/>
                          </a:prstGeom>
                        </pic:spPr>
                      </pic:pic>
                    </a:graphicData>
                  </a:graphic>
                </wp:inline>
              </w:drawing>
            </w:r>
          </w:p>
        </w:tc>
        <w:tc>
          <w:tcPr>
            <w:tcW w:w="1728" w:type="dxa"/>
          </w:tcPr>
          <w:p w14:paraId="7DE5876F"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IM(53)</w:t>
            </w:r>
          </w:p>
        </w:tc>
        <w:tc>
          <w:tcPr>
            <w:tcW w:w="1728" w:type="dxa"/>
          </w:tcPr>
          <w:p w14:paraId="698999D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53BDFD7" wp14:editId="150731F2">
                  <wp:extent cx="1400000" cy="14000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3.png"/>
                          <pic:cNvPicPr/>
                        </pic:nvPicPr>
                        <pic:blipFill>
                          <a:blip r:embed="rId15"/>
                          <a:stretch>
                            <a:fillRect/>
                          </a:stretch>
                        </pic:blipFill>
                        <pic:spPr>
                          <a:xfrm>
                            <a:off x="0" y="0"/>
                            <a:ext cx="1400000" cy="1400000"/>
                          </a:xfrm>
                          <a:prstGeom prst="rect">
                            <a:avLst/>
                          </a:prstGeom>
                        </pic:spPr>
                      </pic:pic>
                    </a:graphicData>
                  </a:graphic>
                </wp:inline>
              </w:drawing>
            </w:r>
          </w:p>
        </w:tc>
      </w:tr>
      <w:tr w:rsidR="00C1258D" w:rsidRPr="00CB52C3" w14:paraId="44304B93" w14:textId="77777777" w:rsidTr="009B4FA6">
        <w:trPr>
          <w:jc w:val="center"/>
        </w:trPr>
        <w:tc>
          <w:tcPr>
            <w:tcW w:w="1728" w:type="dxa"/>
          </w:tcPr>
          <w:p w14:paraId="286CADA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6C4DB1E8"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IM(62)</w:t>
            </w:r>
          </w:p>
        </w:tc>
        <w:tc>
          <w:tcPr>
            <w:tcW w:w="1728" w:type="dxa"/>
          </w:tcPr>
          <w:p w14:paraId="7BAF08DD"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013C7B0" wp14:editId="21E07C50">
                  <wp:extent cx="1400000" cy="14000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2.png"/>
                          <pic:cNvPicPr/>
                        </pic:nvPicPr>
                        <pic:blipFill>
                          <a:blip r:embed="rId16"/>
                          <a:stretch>
                            <a:fillRect/>
                          </a:stretch>
                        </pic:blipFill>
                        <pic:spPr>
                          <a:xfrm>
                            <a:off x="0" y="0"/>
                            <a:ext cx="1400000" cy="1400000"/>
                          </a:xfrm>
                          <a:prstGeom prst="rect">
                            <a:avLst/>
                          </a:prstGeom>
                        </pic:spPr>
                      </pic:pic>
                    </a:graphicData>
                  </a:graphic>
                </wp:inline>
              </w:drawing>
            </w:r>
          </w:p>
        </w:tc>
        <w:tc>
          <w:tcPr>
            <w:tcW w:w="1728" w:type="dxa"/>
          </w:tcPr>
          <w:p w14:paraId="04F40298"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IM(62)</w:t>
            </w:r>
          </w:p>
        </w:tc>
        <w:tc>
          <w:tcPr>
            <w:tcW w:w="1728" w:type="dxa"/>
          </w:tcPr>
          <w:p w14:paraId="201441E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C0DC694" wp14:editId="7787FA79">
                  <wp:extent cx="1400000" cy="14000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2.png"/>
                          <pic:cNvPicPr/>
                        </pic:nvPicPr>
                        <pic:blipFill>
                          <a:blip r:embed="rId16"/>
                          <a:stretch>
                            <a:fillRect/>
                          </a:stretch>
                        </pic:blipFill>
                        <pic:spPr>
                          <a:xfrm>
                            <a:off x="0" y="0"/>
                            <a:ext cx="1400000" cy="1400000"/>
                          </a:xfrm>
                          <a:prstGeom prst="rect">
                            <a:avLst/>
                          </a:prstGeom>
                        </pic:spPr>
                      </pic:pic>
                    </a:graphicData>
                  </a:graphic>
                </wp:inline>
              </w:drawing>
            </w:r>
          </w:p>
        </w:tc>
      </w:tr>
      <w:tr w:rsidR="00C1258D" w:rsidRPr="00CB52C3" w14:paraId="2DA2507A" w14:textId="77777777" w:rsidTr="009B4FA6">
        <w:trPr>
          <w:jc w:val="center"/>
        </w:trPr>
        <w:tc>
          <w:tcPr>
            <w:tcW w:w="1728" w:type="dxa"/>
          </w:tcPr>
          <w:p w14:paraId="0BD02364"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4AEA76C3"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IM(67)</w:t>
            </w:r>
          </w:p>
        </w:tc>
        <w:tc>
          <w:tcPr>
            <w:tcW w:w="1728" w:type="dxa"/>
          </w:tcPr>
          <w:p w14:paraId="1FDB02F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6A0E493" wp14:editId="556DB58A">
                  <wp:extent cx="1400000" cy="14000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7.png"/>
                          <pic:cNvPicPr/>
                        </pic:nvPicPr>
                        <pic:blipFill>
                          <a:blip r:embed="rId26"/>
                          <a:stretch>
                            <a:fillRect/>
                          </a:stretch>
                        </pic:blipFill>
                        <pic:spPr>
                          <a:xfrm>
                            <a:off x="0" y="0"/>
                            <a:ext cx="1400000" cy="1400000"/>
                          </a:xfrm>
                          <a:prstGeom prst="rect">
                            <a:avLst/>
                          </a:prstGeom>
                        </pic:spPr>
                      </pic:pic>
                    </a:graphicData>
                  </a:graphic>
                </wp:inline>
              </w:drawing>
            </w:r>
          </w:p>
        </w:tc>
        <w:tc>
          <w:tcPr>
            <w:tcW w:w="1728" w:type="dxa"/>
          </w:tcPr>
          <w:p w14:paraId="300D7554"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IM(67)</w:t>
            </w:r>
          </w:p>
        </w:tc>
        <w:tc>
          <w:tcPr>
            <w:tcW w:w="1728" w:type="dxa"/>
          </w:tcPr>
          <w:p w14:paraId="0F5AE8D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CDA5CAD" wp14:editId="1022481F">
                  <wp:extent cx="1400000" cy="14000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7.png"/>
                          <pic:cNvPicPr/>
                        </pic:nvPicPr>
                        <pic:blipFill>
                          <a:blip r:embed="rId26"/>
                          <a:stretch>
                            <a:fillRect/>
                          </a:stretch>
                        </pic:blipFill>
                        <pic:spPr>
                          <a:xfrm>
                            <a:off x="0" y="0"/>
                            <a:ext cx="1400000" cy="1400000"/>
                          </a:xfrm>
                          <a:prstGeom prst="rect">
                            <a:avLst/>
                          </a:prstGeom>
                        </pic:spPr>
                      </pic:pic>
                    </a:graphicData>
                  </a:graphic>
                </wp:inline>
              </w:drawing>
            </w:r>
          </w:p>
        </w:tc>
      </w:tr>
      <w:tr w:rsidR="00C1258D" w:rsidRPr="00CB52C3" w14:paraId="00660DA4" w14:textId="77777777" w:rsidTr="009B4FA6">
        <w:trPr>
          <w:jc w:val="center"/>
        </w:trPr>
        <w:tc>
          <w:tcPr>
            <w:tcW w:w="1728" w:type="dxa"/>
          </w:tcPr>
          <w:p w14:paraId="46F614CA"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69885343"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IM(69)</w:t>
            </w:r>
          </w:p>
        </w:tc>
        <w:tc>
          <w:tcPr>
            <w:tcW w:w="1728" w:type="dxa"/>
          </w:tcPr>
          <w:p w14:paraId="2DEF0EED"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E3576B3" wp14:editId="341775AA">
                  <wp:extent cx="1400000" cy="14000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9.png"/>
                          <pic:cNvPicPr/>
                        </pic:nvPicPr>
                        <pic:blipFill>
                          <a:blip r:embed="rId27"/>
                          <a:stretch>
                            <a:fillRect/>
                          </a:stretch>
                        </pic:blipFill>
                        <pic:spPr>
                          <a:xfrm>
                            <a:off x="0" y="0"/>
                            <a:ext cx="1400000" cy="1400000"/>
                          </a:xfrm>
                          <a:prstGeom prst="rect">
                            <a:avLst/>
                          </a:prstGeom>
                        </pic:spPr>
                      </pic:pic>
                    </a:graphicData>
                  </a:graphic>
                </wp:inline>
              </w:drawing>
            </w:r>
          </w:p>
        </w:tc>
        <w:tc>
          <w:tcPr>
            <w:tcW w:w="1728" w:type="dxa"/>
          </w:tcPr>
          <w:p w14:paraId="471C6EEB"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IM(71)</w:t>
            </w:r>
          </w:p>
        </w:tc>
        <w:tc>
          <w:tcPr>
            <w:tcW w:w="1728" w:type="dxa"/>
          </w:tcPr>
          <w:p w14:paraId="28D7F88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309BCEC" wp14:editId="27A16C1F">
                  <wp:extent cx="1400000" cy="14000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1.png"/>
                          <pic:cNvPicPr/>
                        </pic:nvPicPr>
                        <pic:blipFill>
                          <a:blip r:embed="rId28"/>
                          <a:stretch>
                            <a:fillRect/>
                          </a:stretch>
                        </pic:blipFill>
                        <pic:spPr>
                          <a:xfrm>
                            <a:off x="0" y="0"/>
                            <a:ext cx="1400000" cy="1400000"/>
                          </a:xfrm>
                          <a:prstGeom prst="rect">
                            <a:avLst/>
                          </a:prstGeom>
                        </pic:spPr>
                      </pic:pic>
                    </a:graphicData>
                  </a:graphic>
                </wp:inline>
              </w:drawing>
            </w:r>
          </w:p>
        </w:tc>
      </w:tr>
      <w:tr w:rsidR="00C1258D" w:rsidRPr="00CB52C3" w14:paraId="201E30D8" w14:textId="77777777" w:rsidTr="009B4FA6">
        <w:trPr>
          <w:jc w:val="center"/>
        </w:trPr>
        <w:tc>
          <w:tcPr>
            <w:tcW w:w="1728" w:type="dxa"/>
          </w:tcPr>
          <w:p w14:paraId="662601B3"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9</w:t>
            </w:r>
          </w:p>
        </w:tc>
        <w:tc>
          <w:tcPr>
            <w:tcW w:w="1728" w:type="dxa"/>
          </w:tcPr>
          <w:p w14:paraId="5B1C27EA"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IM(72)</w:t>
            </w:r>
          </w:p>
        </w:tc>
        <w:tc>
          <w:tcPr>
            <w:tcW w:w="1728" w:type="dxa"/>
          </w:tcPr>
          <w:p w14:paraId="623415D8"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6BDB88D" wp14:editId="675E0184">
                  <wp:extent cx="1400000" cy="14000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2.png"/>
                          <pic:cNvPicPr/>
                        </pic:nvPicPr>
                        <pic:blipFill>
                          <a:blip r:embed="rId29"/>
                          <a:stretch>
                            <a:fillRect/>
                          </a:stretch>
                        </pic:blipFill>
                        <pic:spPr>
                          <a:xfrm>
                            <a:off x="0" y="0"/>
                            <a:ext cx="1400000" cy="1400000"/>
                          </a:xfrm>
                          <a:prstGeom prst="rect">
                            <a:avLst/>
                          </a:prstGeom>
                        </pic:spPr>
                      </pic:pic>
                    </a:graphicData>
                  </a:graphic>
                </wp:inline>
              </w:drawing>
            </w:r>
          </w:p>
        </w:tc>
        <w:tc>
          <w:tcPr>
            <w:tcW w:w="1728" w:type="dxa"/>
          </w:tcPr>
          <w:p w14:paraId="0336F78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IM(72)</w:t>
            </w:r>
          </w:p>
        </w:tc>
        <w:tc>
          <w:tcPr>
            <w:tcW w:w="1728" w:type="dxa"/>
          </w:tcPr>
          <w:p w14:paraId="6EC1E940"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C6D0E61" wp14:editId="1ECD6885">
                  <wp:extent cx="1400000" cy="14000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2.png"/>
                          <pic:cNvPicPr/>
                        </pic:nvPicPr>
                        <pic:blipFill>
                          <a:blip r:embed="rId29"/>
                          <a:stretch>
                            <a:fillRect/>
                          </a:stretch>
                        </pic:blipFill>
                        <pic:spPr>
                          <a:xfrm>
                            <a:off x="0" y="0"/>
                            <a:ext cx="1400000" cy="1400000"/>
                          </a:xfrm>
                          <a:prstGeom prst="rect">
                            <a:avLst/>
                          </a:prstGeom>
                        </pic:spPr>
                      </pic:pic>
                    </a:graphicData>
                  </a:graphic>
                </wp:inline>
              </w:drawing>
            </w:r>
          </w:p>
        </w:tc>
      </w:tr>
      <w:tr w:rsidR="00C1258D" w:rsidRPr="00CB52C3" w14:paraId="3BE7C0B5" w14:textId="77777777" w:rsidTr="009B4FA6">
        <w:trPr>
          <w:jc w:val="center"/>
        </w:trPr>
        <w:tc>
          <w:tcPr>
            <w:tcW w:w="1728" w:type="dxa"/>
          </w:tcPr>
          <w:p w14:paraId="41448AF0"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lastRenderedPageBreak/>
              <w:t>10</w:t>
            </w:r>
          </w:p>
        </w:tc>
        <w:tc>
          <w:tcPr>
            <w:tcW w:w="1728" w:type="dxa"/>
          </w:tcPr>
          <w:p w14:paraId="7D92E310"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IM(73)</w:t>
            </w:r>
          </w:p>
        </w:tc>
        <w:tc>
          <w:tcPr>
            <w:tcW w:w="1728" w:type="dxa"/>
          </w:tcPr>
          <w:p w14:paraId="071DE0C4"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92F8285" wp14:editId="3EAEF7BE">
                  <wp:extent cx="1400000" cy="14000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3.png"/>
                          <pic:cNvPicPr/>
                        </pic:nvPicPr>
                        <pic:blipFill>
                          <a:blip r:embed="rId30"/>
                          <a:stretch>
                            <a:fillRect/>
                          </a:stretch>
                        </pic:blipFill>
                        <pic:spPr>
                          <a:xfrm>
                            <a:off x="0" y="0"/>
                            <a:ext cx="1400000" cy="1400000"/>
                          </a:xfrm>
                          <a:prstGeom prst="rect">
                            <a:avLst/>
                          </a:prstGeom>
                        </pic:spPr>
                      </pic:pic>
                    </a:graphicData>
                  </a:graphic>
                </wp:inline>
              </w:drawing>
            </w:r>
          </w:p>
        </w:tc>
        <w:tc>
          <w:tcPr>
            <w:tcW w:w="1728" w:type="dxa"/>
          </w:tcPr>
          <w:p w14:paraId="20446DBC"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IM(73)</w:t>
            </w:r>
          </w:p>
        </w:tc>
        <w:tc>
          <w:tcPr>
            <w:tcW w:w="1728" w:type="dxa"/>
          </w:tcPr>
          <w:p w14:paraId="7C32976A"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962FC2E" wp14:editId="4571477A">
                  <wp:extent cx="1400000" cy="14000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3.png"/>
                          <pic:cNvPicPr/>
                        </pic:nvPicPr>
                        <pic:blipFill>
                          <a:blip r:embed="rId30"/>
                          <a:stretch>
                            <a:fillRect/>
                          </a:stretch>
                        </pic:blipFill>
                        <pic:spPr>
                          <a:xfrm>
                            <a:off x="0" y="0"/>
                            <a:ext cx="1400000" cy="1400000"/>
                          </a:xfrm>
                          <a:prstGeom prst="rect">
                            <a:avLst/>
                          </a:prstGeom>
                        </pic:spPr>
                      </pic:pic>
                    </a:graphicData>
                  </a:graphic>
                </wp:inline>
              </w:drawing>
            </w:r>
          </w:p>
        </w:tc>
      </w:tr>
    </w:tbl>
    <w:p w14:paraId="44D8BBB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49A54A45" w14:textId="501FC2E3" w:rsidR="00C1258D" w:rsidRPr="00CB52C3" w:rsidRDefault="00C1258D" w:rsidP="00431F65">
      <w:pPr>
        <w:spacing w:line="480" w:lineRule="auto"/>
        <w:rPr>
          <w:rFonts w:ascii="Times New Roman" w:hAnsi="Times New Roman"/>
          <w:sz w:val="24"/>
          <w:szCs w:val="24"/>
        </w:rPr>
      </w:pPr>
      <w:r w:rsidRPr="00CB52C3">
        <w:rPr>
          <w:rFonts w:ascii="Times New Roman" w:hAnsi="Times New Roman"/>
          <w:b/>
          <w:sz w:val="24"/>
          <w:szCs w:val="24"/>
        </w:rPr>
        <w:lastRenderedPageBreak/>
        <w:t xml:space="preserve">Supplementary Table </w:t>
      </w:r>
      <w:r w:rsidR="005272C5">
        <w:rPr>
          <w:rFonts w:ascii="Times New Roman" w:hAnsi="Times New Roman"/>
          <w:b/>
          <w:sz w:val="24"/>
          <w:szCs w:val="24"/>
        </w:rPr>
        <w:t>6</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glycolaldehyde at pH=7 and U=-0.5 V vs. </w:t>
      </w:r>
      <w:r w:rsidR="005272C5">
        <w:rPr>
          <w:rFonts w:ascii="Times New Roman" w:hAnsi="Times New Roman"/>
          <w:sz w:val="24"/>
          <w:szCs w:val="24"/>
        </w:rPr>
        <w:t>SHE</w:t>
      </w:r>
      <w:r w:rsidRPr="00CB52C3">
        <w:rPr>
          <w:rFonts w:ascii="Times New Roman" w:hAnsi="Times New Roman"/>
          <w:sz w:val="24"/>
          <w:szCs w:val="24"/>
        </w:rPr>
        <w:t xml:space="preserve"> on Cu(100).</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318"/>
        <w:gridCol w:w="1429"/>
        <w:gridCol w:w="2420"/>
        <w:gridCol w:w="1429"/>
        <w:gridCol w:w="2420"/>
      </w:tblGrid>
      <w:tr w:rsidR="00C1258D" w:rsidRPr="00CB52C3" w14:paraId="6ACAB82D" w14:textId="77777777" w:rsidTr="009B4FA6">
        <w:trPr>
          <w:jc w:val="center"/>
        </w:trPr>
        <w:tc>
          <w:tcPr>
            <w:tcW w:w="1728" w:type="dxa"/>
          </w:tcPr>
          <w:p w14:paraId="651F1227" w14:textId="77777777" w:rsidR="00C1258D" w:rsidRPr="00CB52C3" w:rsidRDefault="00C1258D" w:rsidP="00431F65">
            <w:pPr>
              <w:spacing w:line="480" w:lineRule="auto"/>
              <w:rPr>
                <w:rFonts w:ascii="Times New Roman" w:hAnsi="Times New Roman"/>
                <w:sz w:val="24"/>
                <w:szCs w:val="24"/>
              </w:rPr>
            </w:pPr>
          </w:p>
        </w:tc>
        <w:tc>
          <w:tcPr>
            <w:tcW w:w="3456" w:type="dxa"/>
            <w:gridSpan w:val="2"/>
          </w:tcPr>
          <w:p w14:paraId="7408613E"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00878A2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C1258D" w:rsidRPr="00CB52C3" w14:paraId="3C08F263" w14:textId="77777777" w:rsidTr="009B4FA6">
        <w:trPr>
          <w:jc w:val="center"/>
        </w:trPr>
        <w:tc>
          <w:tcPr>
            <w:tcW w:w="1728" w:type="dxa"/>
          </w:tcPr>
          <w:p w14:paraId="7E088C48"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28FAAE2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33F7DBB8"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46B4FB9C"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28255A6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C1258D" w:rsidRPr="00CB52C3" w14:paraId="32B2CFB0" w14:textId="77777777" w:rsidTr="009B4FA6">
        <w:trPr>
          <w:jc w:val="center"/>
        </w:trPr>
        <w:tc>
          <w:tcPr>
            <w:tcW w:w="1728" w:type="dxa"/>
          </w:tcPr>
          <w:p w14:paraId="3E478DD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5A185A33"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7349371B"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5CFFA33" wp14:editId="36BE3911">
                  <wp:extent cx="1400000" cy="140000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c>
          <w:tcPr>
            <w:tcW w:w="1728" w:type="dxa"/>
          </w:tcPr>
          <w:p w14:paraId="5AD40C2E"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13E426D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AA0000B" wp14:editId="272E68AF">
                  <wp:extent cx="1400000" cy="140000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r>
      <w:tr w:rsidR="00C1258D" w:rsidRPr="00CB52C3" w14:paraId="5162A55C" w14:textId="77777777" w:rsidTr="009B4FA6">
        <w:trPr>
          <w:jc w:val="center"/>
        </w:trPr>
        <w:tc>
          <w:tcPr>
            <w:tcW w:w="1728" w:type="dxa"/>
          </w:tcPr>
          <w:p w14:paraId="10D654A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097A499D"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IM(24)</w:t>
            </w:r>
          </w:p>
        </w:tc>
        <w:tc>
          <w:tcPr>
            <w:tcW w:w="1728" w:type="dxa"/>
          </w:tcPr>
          <w:p w14:paraId="3366AF54"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A72CE60" wp14:editId="616419AE">
                  <wp:extent cx="1400000" cy="140000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png"/>
                          <pic:cNvPicPr/>
                        </pic:nvPicPr>
                        <pic:blipFill>
                          <a:blip r:embed="rId12"/>
                          <a:stretch>
                            <a:fillRect/>
                          </a:stretch>
                        </pic:blipFill>
                        <pic:spPr>
                          <a:xfrm>
                            <a:off x="0" y="0"/>
                            <a:ext cx="1400000" cy="1400000"/>
                          </a:xfrm>
                          <a:prstGeom prst="rect">
                            <a:avLst/>
                          </a:prstGeom>
                        </pic:spPr>
                      </pic:pic>
                    </a:graphicData>
                  </a:graphic>
                </wp:inline>
              </w:drawing>
            </w:r>
          </w:p>
        </w:tc>
        <w:tc>
          <w:tcPr>
            <w:tcW w:w="1728" w:type="dxa"/>
          </w:tcPr>
          <w:p w14:paraId="0560F233"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IM(25)</w:t>
            </w:r>
          </w:p>
        </w:tc>
        <w:tc>
          <w:tcPr>
            <w:tcW w:w="1728" w:type="dxa"/>
          </w:tcPr>
          <w:p w14:paraId="73384958"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83A1C20" wp14:editId="4855D164">
                  <wp:extent cx="1400000" cy="14000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png"/>
                          <pic:cNvPicPr/>
                        </pic:nvPicPr>
                        <pic:blipFill>
                          <a:blip r:embed="rId21"/>
                          <a:stretch>
                            <a:fillRect/>
                          </a:stretch>
                        </pic:blipFill>
                        <pic:spPr>
                          <a:xfrm>
                            <a:off x="0" y="0"/>
                            <a:ext cx="1400000" cy="1400000"/>
                          </a:xfrm>
                          <a:prstGeom prst="rect">
                            <a:avLst/>
                          </a:prstGeom>
                        </pic:spPr>
                      </pic:pic>
                    </a:graphicData>
                  </a:graphic>
                </wp:inline>
              </w:drawing>
            </w:r>
          </w:p>
        </w:tc>
      </w:tr>
      <w:tr w:rsidR="00C1258D" w:rsidRPr="00CB52C3" w14:paraId="0F6C18F5" w14:textId="77777777" w:rsidTr="009B4FA6">
        <w:trPr>
          <w:jc w:val="center"/>
        </w:trPr>
        <w:tc>
          <w:tcPr>
            <w:tcW w:w="1728" w:type="dxa"/>
          </w:tcPr>
          <w:p w14:paraId="506EA5F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3FE1017E"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IM(34)</w:t>
            </w:r>
          </w:p>
        </w:tc>
        <w:tc>
          <w:tcPr>
            <w:tcW w:w="1728" w:type="dxa"/>
          </w:tcPr>
          <w:p w14:paraId="36030AAD"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F4EB409" wp14:editId="295D746B">
                  <wp:extent cx="1400000" cy="14000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png"/>
                          <pic:cNvPicPr/>
                        </pic:nvPicPr>
                        <pic:blipFill>
                          <a:blip r:embed="rId13"/>
                          <a:stretch>
                            <a:fillRect/>
                          </a:stretch>
                        </pic:blipFill>
                        <pic:spPr>
                          <a:xfrm>
                            <a:off x="0" y="0"/>
                            <a:ext cx="1400000" cy="1400000"/>
                          </a:xfrm>
                          <a:prstGeom prst="rect">
                            <a:avLst/>
                          </a:prstGeom>
                        </pic:spPr>
                      </pic:pic>
                    </a:graphicData>
                  </a:graphic>
                </wp:inline>
              </w:drawing>
            </w:r>
          </w:p>
        </w:tc>
        <w:tc>
          <w:tcPr>
            <w:tcW w:w="1728" w:type="dxa"/>
          </w:tcPr>
          <w:p w14:paraId="2DBD68C3"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IM(32)</w:t>
            </w:r>
          </w:p>
        </w:tc>
        <w:tc>
          <w:tcPr>
            <w:tcW w:w="1728" w:type="dxa"/>
          </w:tcPr>
          <w:p w14:paraId="5668D97B"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147FABA" wp14:editId="416A5A7B">
                  <wp:extent cx="1400000" cy="14000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2.png"/>
                          <pic:cNvPicPr/>
                        </pic:nvPicPr>
                        <pic:blipFill>
                          <a:blip r:embed="rId31"/>
                          <a:stretch>
                            <a:fillRect/>
                          </a:stretch>
                        </pic:blipFill>
                        <pic:spPr>
                          <a:xfrm>
                            <a:off x="0" y="0"/>
                            <a:ext cx="1400000" cy="1400000"/>
                          </a:xfrm>
                          <a:prstGeom prst="rect">
                            <a:avLst/>
                          </a:prstGeom>
                        </pic:spPr>
                      </pic:pic>
                    </a:graphicData>
                  </a:graphic>
                </wp:inline>
              </w:drawing>
            </w:r>
          </w:p>
        </w:tc>
      </w:tr>
      <w:tr w:rsidR="00C1258D" w:rsidRPr="00CB52C3" w14:paraId="5010C0A6" w14:textId="77777777" w:rsidTr="009B4FA6">
        <w:trPr>
          <w:jc w:val="center"/>
        </w:trPr>
        <w:tc>
          <w:tcPr>
            <w:tcW w:w="1728" w:type="dxa"/>
          </w:tcPr>
          <w:p w14:paraId="4106173E"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21B66DC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IM(43)</w:t>
            </w:r>
          </w:p>
        </w:tc>
        <w:tc>
          <w:tcPr>
            <w:tcW w:w="1728" w:type="dxa"/>
          </w:tcPr>
          <w:p w14:paraId="6E9D62D9"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81E0145" wp14:editId="2223782E">
                  <wp:extent cx="1400000" cy="140000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png"/>
                          <pic:cNvPicPr/>
                        </pic:nvPicPr>
                        <pic:blipFill>
                          <a:blip r:embed="rId32"/>
                          <a:stretch>
                            <a:fillRect/>
                          </a:stretch>
                        </pic:blipFill>
                        <pic:spPr>
                          <a:xfrm>
                            <a:off x="0" y="0"/>
                            <a:ext cx="1400000" cy="1400000"/>
                          </a:xfrm>
                          <a:prstGeom prst="rect">
                            <a:avLst/>
                          </a:prstGeom>
                        </pic:spPr>
                      </pic:pic>
                    </a:graphicData>
                  </a:graphic>
                </wp:inline>
              </w:drawing>
            </w:r>
          </w:p>
        </w:tc>
        <w:tc>
          <w:tcPr>
            <w:tcW w:w="1728" w:type="dxa"/>
          </w:tcPr>
          <w:p w14:paraId="26E6019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IM(43)</w:t>
            </w:r>
          </w:p>
        </w:tc>
        <w:tc>
          <w:tcPr>
            <w:tcW w:w="1728" w:type="dxa"/>
          </w:tcPr>
          <w:p w14:paraId="60D7C0EA"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5C63475" wp14:editId="5FD74BBC">
                  <wp:extent cx="1400000" cy="140000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png"/>
                          <pic:cNvPicPr/>
                        </pic:nvPicPr>
                        <pic:blipFill>
                          <a:blip r:embed="rId32"/>
                          <a:stretch>
                            <a:fillRect/>
                          </a:stretch>
                        </pic:blipFill>
                        <pic:spPr>
                          <a:xfrm>
                            <a:off x="0" y="0"/>
                            <a:ext cx="1400000" cy="1400000"/>
                          </a:xfrm>
                          <a:prstGeom prst="rect">
                            <a:avLst/>
                          </a:prstGeom>
                        </pic:spPr>
                      </pic:pic>
                    </a:graphicData>
                  </a:graphic>
                </wp:inline>
              </w:drawing>
            </w:r>
          </w:p>
        </w:tc>
      </w:tr>
    </w:tbl>
    <w:p w14:paraId="0FFE4470" w14:textId="2BEDAC7A" w:rsidR="00C1258D" w:rsidRPr="00CB52C3" w:rsidRDefault="00C1258D" w:rsidP="00431F65">
      <w:pPr>
        <w:spacing w:line="480" w:lineRule="auto"/>
        <w:rPr>
          <w:rFonts w:ascii="Times New Roman" w:hAnsi="Times New Roman"/>
          <w:sz w:val="24"/>
          <w:szCs w:val="24"/>
        </w:rPr>
      </w:pPr>
      <w:r w:rsidRPr="00CB52C3">
        <w:rPr>
          <w:rFonts w:ascii="Times New Roman" w:hAnsi="Times New Roman"/>
          <w:b/>
          <w:sz w:val="24"/>
          <w:szCs w:val="24"/>
        </w:rPr>
        <w:lastRenderedPageBreak/>
        <w:t xml:space="preserve">Supplementary Table </w:t>
      </w:r>
      <w:r w:rsidR="005272C5">
        <w:rPr>
          <w:rFonts w:ascii="Times New Roman" w:hAnsi="Times New Roman"/>
          <w:b/>
          <w:sz w:val="24"/>
          <w:szCs w:val="24"/>
        </w:rPr>
        <w:t>7</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ethanol at pH=7 and U=-0.5 V vs. </w:t>
      </w:r>
      <w:r w:rsidR="005272C5">
        <w:rPr>
          <w:rFonts w:ascii="Times New Roman" w:hAnsi="Times New Roman"/>
          <w:sz w:val="24"/>
          <w:szCs w:val="24"/>
        </w:rPr>
        <w:t>S</w:t>
      </w:r>
      <w:r w:rsidRPr="00CB52C3">
        <w:rPr>
          <w:rFonts w:ascii="Times New Roman" w:hAnsi="Times New Roman"/>
          <w:sz w:val="24"/>
          <w:szCs w:val="24"/>
        </w:rPr>
        <w:t>HE on Cu(100).</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318"/>
        <w:gridCol w:w="1429"/>
        <w:gridCol w:w="2420"/>
        <w:gridCol w:w="1429"/>
        <w:gridCol w:w="2420"/>
      </w:tblGrid>
      <w:tr w:rsidR="00C1258D" w:rsidRPr="00CB52C3" w14:paraId="1F977463" w14:textId="77777777" w:rsidTr="009B4FA6">
        <w:trPr>
          <w:jc w:val="center"/>
        </w:trPr>
        <w:tc>
          <w:tcPr>
            <w:tcW w:w="1728" w:type="dxa"/>
          </w:tcPr>
          <w:p w14:paraId="289444D8" w14:textId="77777777" w:rsidR="00C1258D" w:rsidRPr="00CB52C3" w:rsidRDefault="00C1258D" w:rsidP="00431F65">
            <w:pPr>
              <w:spacing w:line="480" w:lineRule="auto"/>
              <w:rPr>
                <w:rFonts w:ascii="Times New Roman" w:hAnsi="Times New Roman"/>
                <w:sz w:val="24"/>
                <w:szCs w:val="24"/>
              </w:rPr>
            </w:pPr>
          </w:p>
        </w:tc>
        <w:tc>
          <w:tcPr>
            <w:tcW w:w="3456" w:type="dxa"/>
            <w:gridSpan w:val="2"/>
          </w:tcPr>
          <w:p w14:paraId="5B21E93C"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3EFD89AC"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C1258D" w:rsidRPr="00CB52C3" w14:paraId="2F593C66" w14:textId="77777777" w:rsidTr="009B4FA6">
        <w:trPr>
          <w:jc w:val="center"/>
        </w:trPr>
        <w:tc>
          <w:tcPr>
            <w:tcW w:w="1728" w:type="dxa"/>
          </w:tcPr>
          <w:p w14:paraId="1058B8D5"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36B7861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399F06FA"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24DB85A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14A23F0B"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C1258D" w:rsidRPr="00CB52C3" w14:paraId="16BDC9AC" w14:textId="77777777" w:rsidTr="009B4FA6">
        <w:trPr>
          <w:jc w:val="center"/>
        </w:trPr>
        <w:tc>
          <w:tcPr>
            <w:tcW w:w="1728" w:type="dxa"/>
          </w:tcPr>
          <w:p w14:paraId="0D6EDFC3"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718AF2FC"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7A98A1C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1816654" wp14:editId="3C3F8819">
                  <wp:extent cx="1400000" cy="140000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c>
          <w:tcPr>
            <w:tcW w:w="1728" w:type="dxa"/>
          </w:tcPr>
          <w:p w14:paraId="4C828530"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463C6A10"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C54E9EA" wp14:editId="109EB71D">
                  <wp:extent cx="1400000" cy="140000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r>
      <w:tr w:rsidR="00C1258D" w:rsidRPr="00CB52C3" w14:paraId="3321F228" w14:textId="77777777" w:rsidTr="009B4FA6">
        <w:trPr>
          <w:jc w:val="center"/>
        </w:trPr>
        <w:tc>
          <w:tcPr>
            <w:tcW w:w="1728" w:type="dxa"/>
          </w:tcPr>
          <w:p w14:paraId="09EE878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1ED1264C"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IM(24)</w:t>
            </w:r>
          </w:p>
        </w:tc>
        <w:tc>
          <w:tcPr>
            <w:tcW w:w="1728" w:type="dxa"/>
          </w:tcPr>
          <w:p w14:paraId="58B7018F"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3E385D0" wp14:editId="3A9151D5">
                  <wp:extent cx="1400000" cy="140000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png"/>
                          <pic:cNvPicPr/>
                        </pic:nvPicPr>
                        <pic:blipFill>
                          <a:blip r:embed="rId12"/>
                          <a:stretch>
                            <a:fillRect/>
                          </a:stretch>
                        </pic:blipFill>
                        <pic:spPr>
                          <a:xfrm>
                            <a:off x="0" y="0"/>
                            <a:ext cx="1400000" cy="1400000"/>
                          </a:xfrm>
                          <a:prstGeom prst="rect">
                            <a:avLst/>
                          </a:prstGeom>
                        </pic:spPr>
                      </pic:pic>
                    </a:graphicData>
                  </a:graphic>
                </wp:inline>
              </w:drawing>
            </w:r>
          </w:p>
        </w:tc>
        <w:tc>
          <w:tcPr>
            <w:tcW w:w="1728" w:type="dxa"/>
          </w:tcPr>
          <w:p w14:paraId="7FC39D84"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IM(24)</w:t>
            </w:r>
          </w:p>
        </w:tc>
        <w:tc>
          <w:tcPr>
            <w:tcW w:w="1728" w:type="dxa"/>
          </w:tcPr>
          <w:p w14:paraId="0E7ED79A"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3FD26FA" wp14:editId="51CD336A">
                  <wp:extent cx="1400000" cy="140000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png"/>
                          <pic:cNvPicPr/>
                        </pic:nvPicPr>
                        <pic:blipFill>
                          <a:blip r:embed="rId12"/>
                          <a:stretch>
                            <a:fillRect/>
                          </a:stretch>
                        </pic:blipFill>
                        <pic:spPr>
                          <a:xfrm>
                            <a:off x="0" y="0"/>
                            <a:ext cx="1400000" cy="1400000"/>
                          </a:xfrm>
                          <a:prstGeom prst="rect">
                            <a:avLst/>
                          </a:prstGeom>
                        </pic:spPr>
                      </pic:pic>
                    </a:graphicData>
                  </a:graphic>
                </wp:inline>
              </w:drawing>
            </w:r>
          </w:p>
        </w:tc>
      </w:tr>
      <w:tr w:rsidR="00C1258D" w:rsidRPr="00CB52C3" w14:paraId="37C85903" w14:textId="77777777" w:rsidTr="009B4FA6">
        <w:trPr>
          <w:jc w:val="center"/>
        </w:trPr>
        <w:tc>
          <w:tcPr>
            <w:tcW w:w="1728" w:type="dxa"/>
          </w:tcPr>
          <w:p w14:paraId="3853BFC0"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7FEFECB5"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IM(34)</w:t>
            </w:r>
          </w:p>
        </w:tc>
        <w:tc>
          <w:tcPr>
            <w:tcW w:w="1728" w:type="dxa"/>
          </w:tcPr>
          <w:p w14:paraId="3258D24B"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83A473E" wp14:editId="7ECBF847">
                  <wp:extent cx="1400000" cy="140000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png"/>
                          <pic:cNvPicPr/>
                        </pic:nvPicPr>
                        <pic:blipFill>
                          <a:blip r:embed="rId13"/>
                          <a:stretch>
                            <a:fillRect/>
                          </a:stretch>
                        </pic:blipFill>
                        <pic:spPr>
                          <a:xfrm>
                            <a:off x="0" y="0"/>
                            <a:ext cx="1400000" cy="1400000"/>
                          </a:xfrm>
                          <a:prstGeom prst="rect">
                            <a:avLst/>
                          </a:prstGeom>
                        </pic:spPr>
                      </pic:pic>
                    </a:graphicData>
                  </a:graphic>
                </wp:inline>
              </w:drawing>
            </w:r>
          </w:p>
        </w:tc>
        <w:tc>
          <w:tcPr>
            <w:tcW w:w="1728" w:type="dxa"/>
          </w:tcPr>
          <w:p w14:paraId="14884883"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IM(34)</w:t>
            </w:r>
          </w:p>
        </w:tc>
        <w:tc>
          <w:tcPr>
            <w:tcW w:w="1728" w:type="dxa"/>
          </w:tcPr>
          <w:p w14:paraId="4B528515"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200A511" wp14:editId="1DC95EF6">
                  <wp:extent cx="1400000" cy="1400000"/>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png"/>
                          <pic:cNvPicPr/>
                        </pic:nvPicPr>
                        <pic:blipFill>
                          <a:blip r:embed="rId13"/>
                          <a:stretch>
                            <a:fillRect/>
                          </a:stretch>
                        </pic:blipFill>
                        <pic:spPr>
                          <a:xfrm>
                            <a:off x="0" y="0"/>
                            <a:ext cx="1400000" cy="1400000"/>
                          </a:xfrm>
                          <a:prstGeom prst="rect">
                            <a:avLst/>
                          </a:prstGeom>
                        </pic:spPr>
                      </pic:pic>
                    </a:graphicData>
                  </a:graphic>
                </wp:inline>
              </w:drawing>
            </w:r>
          </w:p>
        </w:tc>
      </w:tr>
      <w:tr w:rsidR="00C1258D" w:rsidRPr="00CB52C3" w14:paraId="20CC6DDF" w14:textId="77777777" w:rsidTr="009B4FA6">
        <w:trPr>
          <w:jc w:val="center"/>
        </w:trPr>
        <w:tc>
          <w:tcPr>
            <w:tcW w:w="1728" w:type="dxa"/>
          </w:tcPr>
          <w:p w14:paraId="1C0B8E86"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02677AA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IM(39)</w:t>
            </w:r>
          </w:p>
        </w:tc>
        <w:tc>
          <w:tcPr>
            <w:tcW w:w="1728" w:type="dxa"/>
          </w:tcPr>
          <w:p w14:paraId="56D8450F"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14CB87E" wp14:editId="074E8B4D">
                  <wp:extent cx="1400000" cy="140000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9.png"/>
                          <pic:cNvPicPr/>
                        </pic:nvPicPr>
                        <pic:blipFill>
                          <a:blip r:embed="rId14"/>
                          <a:stretch>
                            <a:fillRect/>
                          </a:stretch>
                        </pic:blipFill>
                        <pic:spPr>
                          <a:xfrm>
                            <a:off x="0" y="0"/>
                            <a:ext cx="1400000" cy="1400000"/>
                          </a:xfrm>
                          <a:prstGeom prst="rect">
                            <a:avLst/>
                          </a:prstGeom>
                        </pic:spPr>
                      </pic:pic>
                    </a:graphicData>
                  </a:graphic>
                </wp:inline>
              </w:drawing>
            </w:r>
          </w:p>
        </w:tc>
        <w:tc>
          <w:tcPr>
            <w:tcW w:w="1728" w:type="dxa"/>
          </w:tcPr>
          <w:p w14:paraId="41DE30BC"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IM(39)</w:t>
            </w:r>
          </w:p>
        </w:tc>
        <w:tc>
          <w:tcPr>
            <w:tcW w:w="1728" w:type="dxa"/>
          </w:tcPr>
          <w:p w14:paraId="0400767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B42AE0F" wp14:editId="781C7247">
                  <wp:extent cx="1400000" cy="140000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9.png"/>
                          <pic:cNvPicPr/>
                        </pic:nvPicPr>
                        <pic:blipFill>
                          <a:blip r:embed="rId14"/>
                          <a:stretch>
                            <a:fillRect/>
                          </a:stretch>
                        </pic:blipFill>
                        <pic:spPr>
                          <a:xfrm>
                            <a:off x="0" y="0"/>
                            <a:ext cx="1400000" cy="1400000"/>
                          </a:xfrm>
                          <a:prstGeom prst="rect">
                            <a:avLst/>
                          </a:prstGeom>
                        </pic:spPr>
                      </pic:pic>
                    </a:graphicData>
                  </a:graphic>
                </wp:inline>
              </w:drawing>
            </w:r>
          </w:p>
        </w:tc>
      </w:tr>
      <w:tr w:rsidR="00C1258D" w:rsidRPr="00CB52C3" w14:paraId="2B2D5EF9" w14:textId="77777777" w:rsidTr="009B4FA6">
        <w:trPr>
          <w:jc w:val="center"/>
        </w:trPr>
        <w:tc>
          <w:tcPr>
            <w:tcW w:w="1728" w:type="dxa"/>
          </w:tcPr>
          <w:p w14:paraId="5D9FCCEA"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56852318"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IM(53)</w:t>
            </w:r>
          </w:p>
        </w:tc>
        <w:tc>
          <w:tcPr>
            <w:tcW w:w="1728" w:type="dxa"/>
          </w:tcPr>
          <w:p w14:paraId="4CA033BF"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658FF4E" wp14:editId="4F475ABB">
                  <wp:extent cx="1400000" cy="140000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3.png"/>
                          <pic:cNvPicPr/>
                        </pic:nvPicPr>
                        <pic:blipFill>
                          <a:blip r:embed="rId15"/>
                          <a:stretch>
                            <a:fillRect/>
                          </a:stretch>
                        </pic:blipFill>
                        <pic:spPr>
                          <a:xfrm>
                            <a:off x="0" y="0"/>
                            <a:ext cx="1400000" cy="1400000"/>
                          </a:xfrm>
                          <a:prstGeom prst="rect">
                            <a:avLst/>
                          </a:prstGeom>
                        </pic:spPr>
                      </pic:pic>
                    </a:graphicData>
                  </a:graphic>
                </wp:inline>
              </w:drawing>
            </w:r>
          </w:p>
        </w:tc>
        <w:tc>
          <w:tcPr>
            <w:tcW w:w="1728" w:type="dxa"/>
          </w:tcPr>
          <w:p w14:paraId="38EE1309"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IM(53)</w:t>
            </w:r>
          </w:p>
        </w:tc>
        <w:tc>
          <w:tcPr>
            <w:tcW w:w="1728" w:type="dxa"/>
          </w:tcPr>
          <w:p w14:paraId="205D0249"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F709A76" wp14:editId="1DE29B9A">
                  <wp:extent cx="1400000" cy="140000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3.png"/>
                          <pic:cNvPicPr/>
                        </pic:nvPicPr>
                        <pic:blipFill>
                          <a:blip r:embed="rId15"/>
                          <a:stretch>
                            <a:fillRect/>
                          </a:stretch>
                        </pic:blipFill>
                        <pic:spPr>
                          <a:xfrm>
                            <a:off x="0" y="0"/>
                            <a:ext cx="1400000" cy="1400000"/>
                          </a:xfrm>
                          <a:prstGeom prst="rect">
                            <a:avLst/>
                          </a:prstGeom>
                        </pic:spPr>
                      </pic:pic>
                    </a:graphicData>
                  </a:graphic>
                </wp:inline>
              </w:drawing>
            </w:r>
          </w:p>
        </w:tc>
      </w:tr>
      <w:tr w:rsidR="00C1258D" w:rsidRPr="00CB52C3" w14:paraId="776F920B" w14:textId="77777777" w:rsidTr="009B4FA6">
        <w:trPr>
          <w:jc w:val="center"/>
        </w:trPr>
        <w:tc>
          <w:tcPr>
            <w:tcW w:w="1728" w:type="dxa"/>
          </w:tcPr>
          <w:p w14:paraId="06A12FA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70ACFDAA"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IM(62)</w:t>
            </w:r>
          </w:p>
        </w:tc>
        <w:tc>
          <w:tcPr>
            <w:tcW w:w="1728" w:type="dxa"/>
          </w:tcPr>
          <w:p w14:paraId="378C5C38"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9782ACE" wp14:editId="320EDBBB">
                  <wp:extent cx="1400000" cy="140000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2.png"/>
                          <pic:cNvPicPr/>
                        </pic:nvPicPr>
                        <pic:blipFill>
                          <a:blip r:embed="rId16"/>
                          <a:stretch>
                            <a:fillRect/>
                          </a:stretch>
                        </pic:blipFill>
                        <pic:spPr>
                          <a:xfrm>
                            <a:off x="0" y="0"/>
                            <a:ext cx="1400000" cy="1400000"/>
                          </a:xfrm>
                          <a:prstGeom prst="rect">
                            <a:avLst/>
                          </a:prstGeom>
                        </pic:spPr>
                      </pic:pic>
                    </a:graphicData>
                  </a:graphic>
                </wp:inline>
              </w:drawing>
            </w:r>
          </w:p>
        </w:tc>
        <w:tc>
          <w:tcPr>
            <w:tcW w:w="1728" w:type="dxa"/>
          </w:tcPr>
          <w:p w14:paraId="1EBA94C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IM(62)</w:t>
            </w:r>
          </w:p>
        </w:tc>
        <w:tc>
          <w:tcPr>
            <w:tcW w:w="1728" w:type="dxa"/>
          </w:tcPr>
          <w:p w14:paraId="76E983BB"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F1065ED" wp14:editId="332342DD">
                  <wp:extent cx="1400000" cy="1400000"/>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2.png"/>
                          <pic:cNvPicPr/>
                        </pic:nvPicPr>
                        <pic:blipFill>
                          <a:blip r:embed="rId16"/>
                          <a:stretch>
                            <a:fillRect/>
                          </a:stretch>
                        </pic:blipFill>
                        <pic:spPr>
                          <a:xfrm>
                            <a:off x="0" y="0"/>
                            <a:ext cx="1400000" cy="1400000"/>
                          </a:xfrm>
                          <a:prstGeom prst="rect">
                            <a:avLst/>
                          </a:prstGeom>
                        </pic:spPr>
                      </pic:pic>
                    </a:graphicData>
                  </a:graphic>
                </wp:inline>
              </w:drawing>
            </w:r>
          </w:p>
        </w:tc>
      </w:tr>
      <w:tr w:rsidR="00C1258D" w:rsidRPr="00CB52C3" w14:paraId="339CD415" w14:textId="77777777" w:rsidTr="009B4FA6">
        <w:trPr>
          <w:jc w:val="center"/>
        </w:trPr>
        <w:tc>
          <w:tcPr>
            <w:tcW w:w="1728" w:type="dxa"/>
          </w:tcPr>
          <w:p w14:paraId="0E42AC9B"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2EE46C7C"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IM(67)</w:t>
            </w:r>
          </w:p>
        </w:tc>
        <w:tc>
          <w:tcPr>
            <w:tcW w:w="1728" w:type="dxa"/>
          </w:tcPr>
          <w:p w14:paraId="0C22910A"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AC8E53C" wp14:editId="380F1D8B">
                  <wp:extent cx="1400000" cy="140000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7.png"/>
                          <pic:cNvPicPr/>
                        </pic:nvPicPr>
                        <pic:blipFill>
                          <a:blip r:embed="rId26"/>
                          <a:stretch>
                            <a:fillRect/>
                          </a:stretch>
                        </pic:blipFill>
                        <pic:spPr>
                          <a:xfrm>
                            <a:off x="0" y="0"/>
                            <a:ext cx="1400000" cy="1400000"/>
                          </a:xfrm>
                          <a:prstGeom prst="rect">
                            <a:avLst/>
                          </a:prstGeom>
                        </pic:spPr>
                      </pic:pic>
                    </a:graphicData>
                  </a:graphic>
                </wp:inline>
              </w:drawing>
            </w:r>
          </w:p>
        </w:tc>
        <w:tc>
          <w:tcPr>
            <w:tcW w:w="1728" w:type="dxa"/>
          </w:tcPr>
          <w:p w14:paraId="2522E4C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IM(68)</w:t>
            </w:r>
          </w:p>
        </w:tc>
        <w:tc>
          <w:tcPr>
            <w:tcW w:w="1728" w:type="dxa"/>
          </w:tcPr>
          <w:p w14:paraId="46AE9BD3"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6ED22F5" wp14:editId="4262D317">
                  <wp:extent cx="1400000" cy="1400000"/>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8.png"/>
                          <pic:cNvPicPr/>
                        </pic:nvPicPr>
                        <pic:blipFill>
                          <a:blip r:embed="rId18"/>
                          <a:stretch>
                            <a:fillRect/>
                          </a:stretch>
                        </pic:blipFill>
                        <pic:spPr>
                          <a:xfrm>
                            <a:off x="0" y="0"/>
                            <a:ext cx="1400000" cy="1400000"/>
                          </a:xfrm>
                          <a:prstGeom prst="rect">
                            <a:avLst/>
                          </a:prstGeom>
                        </pic:spPr>
                      </pic:pic>
                    </a:graphicData>
                  </a:graphic>
                </wp:inline>
              </w:drawing>
            </w:r>
          </w:p>
        </w:tc>
      </w:tr>
      <w:tr w:rsidR="00C1258D" w:rsidRPr="00CB52C3" w14:paraId="6A4CFD7F" w14:textId="77777777" w:rsidTr="009B4FA6">
        <w:trPr>
          <w:jc w:val="center"/>
        </w:trPr>
        <w:tc>
          <w:tcPr>
            <w:tcW w:w="1728" w:type="dxa"/>
          </w:tcPr>
          <w:p w14:paraId="2280E8B8"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466CB26F"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IM(71)</w:t>
            </w:r>
          </w:p>
        </w:tc>
        <w:tc>
          <w:tcPr>
            <w:tcW w:w="1728" w:type="dxa"/>
          </w:tcPr>
          <w:p w14:paraId="53063320"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448FB23" wp14:editId="5ED74920">
                  <wp:extent cx="1400000" cy="140000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1.png"/>
                          <pic:cNvPicPr/>
                        </pic:nvPicPr>
                        <pic:blipFill>
                          <a:blip r:embed="rId28"/>
                          <a:stretch>
                            <a:fillRect/>
                          </a:stretch>
                        </pic:blipFill>
                        <pic:spPr>
                          <a:xfrm>
                            <a:off x="0" y="0"/>
                            <a:ext cx="1400000" cy="1400000"/>
                          </a:xfrm>
                          <a:prstGeom prst="rect">
                            <a:avLst/>
                          </a:prstGeom>
                        </pic:spPr>
                      </pic:pic>
                    </a:graphicData>
                  </a:graphic>
                </wp:inline>
              </w:drawing>
            </w:r>
          </w:p>
        </w:tc>
        <w:tc>
          <w:tcPr>
            <w:tcW w:w="1728" w:type="dxa"/>
          </w:tcPr>
          <w:p w14:paraId="2FE4348F"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IM(71)</w:t>
            </w:r>
          </w:p>
        </w:tc>
        <w:tc>
          <w:tcPr>
            <w:tcW w:w="1728" w:type="dxa"/>
          </w:tcPr>
          <w:p w14:paraId="60C114EF"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41D418C" wp14:editId="71684111">
                  <wp:extent cx="1400000" cy="140000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1.png"/>
                          <pic:cNvPicPr/>
                        </pic:nvPicPr>
                        <pic:blipFill>
                          <a:blip r:embed="rId28"/>
                          <a:stretch>
                            <a:fillRect/>
                          </a:stretch>
                        </pic:blipFill>
                        <pic:spPr>
                          <a:xfrm>
                            <a:off x="0" y="0"/>
                            <a:ext cx="1400000" cy="1400000"/>
                          </a:xfrm>
                          <a:prstGeom prst="rect">
                            <a:avLst/>
                          </a:prstGeom>
                        </pic:spPr>
                      </pic:pic>
                    </a:graphicData>
                  </a:graphic>
                </wp:inline>
              </w:drawing>
            </w:r>
          </w:p>
        </w:tc>
      </w:tr>
    </w:tbl>
    <w:p w14:paraId="26A5E7D3"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45BB58B4" w14:textId="57E5859F" w:rsidR="00C1258D" w:rsidRPr="00CB52C3" w:rsidRDefault="00C1258D" w:rsidP="00431F65">
      <w:pPr>
        <w:spacing w:line="480" w:lineRule="auto"/>
        <w:rPr>
          <w:rFonts w:ascii="Times New Roman" w:hAnsi="Times New Roman"/>
          <w:sz w:val="24"/>
          <w:szCs w:val="24"/>
        </w:rPr>
      </w:pPr>
      <w:r w:rsidRPr="00CB52C3">
        <w:rPr>
          <w:rFonts w:ascii="Times New Roman" w:hAnsi="Times New Roman"/>
          <w:b/>
          <w:sz w:val="24"/>
          <w:szCs w:val="24"/>
        </w:rPr>
        <w:lastRenderedPageBreak/>
        <w:t xml:space="preserve">Supplementary Table </w:t>
      </w:r>
      <w:r w:rsidR="005272C5">
        <w:rPr>
          <w:rFonts w:ascii="Times New Roman" w:hAnsi="Times New Roman"/>
          <w:b/>
          <w:sz w:val="24"/>
          <w:szCs w:val="24"/>
        </w:rPr>
        <w:t>8</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ethylene glycol at pH=7 and U=-0.5 V vs. </w:t>
      </w:r>
      <w:r w:rsidR="005272C5">
        <w:rPr>
          <w:rFonts w:ascii="Times New Roman" w:hAnsi="Times New Roman"/>
          <w:sz w:val="24"/>
          <w:szCs w:val="24"/>
        </w:rPr>
        <w:t>S</w:t>
      </w:r>
      <w:r w:rsidRPr="00CB52C3">
        <w:rPr>
          <w:rFonts w:ascii="Times New Roman" w:hAnsi="Times New Roman"/>
          <w:sz w:val="24"/>
          <w:szCs w:val="24"/>
        </w:rPr>
        <w:t>HE on Cu(100).</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318"/>
        <w:gridCol w:w="1429"/>
        <w:gridCol w:w="2420"/>
        <w:gridCol w:w="1429"/>
        <w:gridCol w:w="2420"/>
      </w:tblGrid>
      <w:tr w:rsidR="00C1258D" w:rsidRPr="00CB52C3" w14:paraId="379F156E" w14:textId="77777777" w:rsidTr="009B4FA6">
        <w:trPr>
          <w:jc w:val="center"/>
        </w:trPr>
        <w:tc>
          <w:tcPr>
            <w:tcW w:w="1728" w:type="dxa"/>
          </w:tcPr>
          <w:p w14:paraId="3F46BD12" w14:textId="77777777" w:rsidR="00C1258D" w:rsidRPr="00CB52C3" w:rsidRDefault="00C1258D" w:rsidP="00431F65">
            <w:pPr>
              <w:spacing w:line="480" w:lineRule="auto"/>
              <w:rPr>
                <w:rFonts w:ascii="Times New Roman" w:hAnsi="Times New Roman"/>
                <w:sz w:val="24"/>
                <w:szCs w:val="24"/>
              </w:rPr>
            </w:pPr>
          </w:p>
        </w:tc>
        <w:tc>
          <w:tcPr>
            <w:tcW w:w="3456" w:type="dxa"/>
            <w:gridSpan w:val="2"/>
          </w:tcPr>
          <w:p w14:paraId="17D0208D"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267D7FDD"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C1258D" w:rsidRPr="00CB52C3" w14:paraId="7129F2D5" w14:textId="77777777" w:rsidTr="009B4FA6">
        <w:trPr>
          <w:jc w:val="center"/>
        </w:trPr>
        <w:tc>
          <w:tcPr>
            <w:tcW w:w="1728" w:type="dxa"/>
          </w:tcPr>
          <w:p w14:paraId="6D05F620"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18C00950"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1A31F3E4"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096643A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333E1EA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C1258D" w:rsidRPr="00CB52C3" w14:paraId="09373679" w14:textId="77777777" w:rsidTr="009B4FA6">
        <w:trPr>
          <w:jc w:val="center"/>
        </w:trPr>
        <w:tc>
          <w:tcPr>
            <w:tcW w:w="1728" w:type="dxa"/>
          </w:tcPr>
          <w:p w14:paraId="7155C83E"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02EFDDE6"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47207F45"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79525A2" wp14:editId="3FD18674">
                  <wp:extent cx="1400000" cy="1400000"/>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c>
          <w:tcPr>
            <w:tcW w:w="1728" w:type="dxa"/>
          </w:tcPr>
          <w:p w14:paraId="44BF552E"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7B33B1C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41FD85F" wp14:editId="34BC923F">
                  <wp:extent cx="1400000" cy="1400000"/>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r>
      <w:tr w:rsidR="00C1258D" w:rsidRPr="00CB52C3" w14:paraId="47302E31" w14:textId="77777777" w:rsidTr="009B4FA6">
        <w:trPr>
          <w:jc w:val="center"/>
        </w:trPr>
        <w:tc>
          <w:tcPr>
            <w:tcW w:w="1728" w:type="dxa"/>
          </w:tcPr>
          <w:p w14:paraId="26316F1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517F827F"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IM(24)</w:t>
            </w:r>
          </w:p>
        </w:tc>
        <w:tc>
          <w:tcPr>
            <w:tcW w:w="1728" w:type="dxa"/>
          </w:tcPr>
          <w:p w14:paraId="23BE245F"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1435DA4" wp14:editId="506C45DA">
                  <wp:extent cx="1400000" cy="1400000"/>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png"/>
                          <pic:cNvPicPr/>
                        </pic:nvPicPr>
                        <pic:blipFill>
                          <a:blip r:embed="rId12"/>
                          <a:stretch>
                            <a:fillRect/>
                          </a:stretch>
                        </pic:blipFill>
                        <pic:spPr>
                          <a:xfrm>
                            <a:off x="0" y="0"/>
                            <a:ext cx="1400000" cy="1400000"/>
                          </a:xfrm>
                          <a:prstGeom prst="rect">
                            <a:avLst/>
                          </a:prstGeom>
                        </pic:spPr>
                      </pic:pic>
                    </a:graphicData>
                  </a:graphic>
                </wp:inline>
              </w:drawing>
            </w:r>
          </w:p>
        </w:tc>
        <w:tc>
          <w:tcPr>
            <w:tcW w:w="1728" w:type="dxa"/>
          </w:tcPr>
          <w:p w14:paraId="5086090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IM(24)</w:t>
            </w:r>
          </w:p>
        </w:tc>
        <w:tc>
          <w:tcPr>
            <w:tcW w:w="1728" w:type="dxa"/>
          </w:tcPr>
          <w:p w14:paraId="411469EB"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4C09DE6" wp14:editId="4C767B5D">
                  <wp:extent cx="1400000" cy="1400000"/>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png"/>
                          <pic:cNvPicPr/>
                        </pic:nvPicPr>
                        <pic:blipFill>
                          <a:blip r:embed="rId12"/>
                          <a:stretch>
                            <a:fillRect/>
                          </a:stretch>
                        </pic:blipFill>
                        <pic:spPr>
                          <a:xfrm>
                            <a:off x="0" y="0"/>
                            <a:ext cx="1400000" cy="1400000"/>
                          </a:xfrm>
                          <a:prstGeom prst="rect">
                            <a:avLst/>
                          </a:prstGeom>
                        </pic:spPr>
                      </pic:pic>
                    </a:graphicData>
                  </a:graphic>
                </wp:inline>
              </w:drawing>
            </w:r>
          </w:p>
        </w:tc>
      </w:tr>
      <w:tr w:rsidR="00C1258D" w:rsidRPr="00CB52C3" w14:paraId="0BF5E2FF" w14:textId="77777777" w:rsidTr="009B4FA6">
        <w:trPr>
          <w:jc w:val="center"/>
        </w:trPr>
        <w:tc>
          <w:tcPr>
            <w:tcW w:w="1728" w:type="dxa"/>
          </w:tcPr>
          <w:p w14:paraId="1E68F52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3B90B8F9"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IM(34)</w:t>
            </w:r>
          </w:p>
        </w:tc>
        <w:tc>
          <w:tcPr>
            <w:tcW w:w="1728" w:type="dxa"/>
          </w:tcPr>
          <w:p w14:paraId="3A14F4F6"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8676D75" wp14:editId="32DF1711">
                  <wp:extent cx="1400000" cy="140000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png"/>
                          <pic:cNvPicPr/>
                        </pic:nvPicPr>
                        <pic:blipFill>
                          <a:blip r:embed="rId13"/>
                          <a:stretch>
                            <a:fillRect/>
                          </a:stretch>
                        </pic:blipFill>
                        <pic:spPr>
                          <a:xfrm>
                            <a:off x="0" y="0"/>
                            <a:ext cx="1400000" cy="1400000"/>
                          </a:xfrm>
                          <a:prstGeom prst="rect">
                            <a:avLst/>
                          </a:prstGeom>
                        </pic:spPr>
                      </pic:pic>
                    </a:graphicData>
                  </a:graphic>
                </wp:inline>
              </w:drawing>
            </w:r>
          </w:p>
        </w:tc>
        <w:tc>
          <w:tcPr>
            <w:tcW w:w="1728" w:type="dxa"/>
          </w:tcPr>
          <w:p w14:paraId="5106464D"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IM(34)</w:t>
            </w:r>
          </w:p>
        </w:tc>
        <w:tc>
          <w:tcPr>
            <w:tcW w:w="1728" w:type="dxa"/>
          </w:tcPr>
          <w:p w14:paraId="78C3D60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384C0DE" wp14:editId="06E7C863">
                  <wp:extent cx="1400000" cy="140000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png"/>
                          <pic:cNvPicPr/>
                        </pic:nvPicPr>
                        <pic:blipFill>
                          <a:blip r:embed="rId13"/>
                          <a:stretch>
                            <a:fillRect/>
                          </a:stretch>
                        </pic:blipFill>
                        <pic:spPr>
                          <a:xfrm>
                            <a:off x="0" y="0"/>
                            <a:ext cx="1400000" cy="1400000"/>
                          </a:xfrm>
                          <a:prstGeom prst="rect">
                            <a:avLst/>
                          </a:prstGeom>
                        </pic:spPr>
                      </pic:pic>
                    </a:graphicData>
                  </a:graphic>
                </wp:inline>
              </w:drawing>
            </w:r>
          </w:p>
        </w:tc>
      </w:tr>
      <w:tr w:rsidR="00C1258D" w:rsidRPr="00CB52C3" w14:paraId="6A984D1F" w14:textId="77777777" w:rsidTr="009B4FA6">
        <w:trPr>
          <w:jc w:val="center"/>
        </w:trPr>
        <w:tc>
          <w:tcPr>
            <w:tcW w:w="1728" w:type="dxa"/>
          </w:tcPr>
          <w:p w14:paraId="73120336"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15121FC3"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IM(46)</w:t>
            </w:r>
          </w:p>
        </w:tc>
        <w:tc>
          <w:tcPr>
            <w:tcW w:w="1728" w:type="dxa"/>
          </w:tcPr>
          <w:p w14:paraId="73593A1A"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4FF393D" wp14:editId="4E438046">
                  <wp:extent cx="1400000" cy="1400000"/>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6.png"/>
                          <pic:cNvPicPr/>
                        </pic:nvPicPr>
                        <pic:blipFill>
                          <a:blip r:embed="rId33"/>
                          <a:stretch>
                            <a:fillRect/>
                          </a:stretch>
                        </pic:blipFill>
                        <pic:spPr>
                          <a:xfrm>
                            <a:off x="0" y="0"/>
                            <a:ext cx="1400000" cy="1400000"/>
                          </a:xfrm>
                          <a:prstGeom prst="rect">
                            <a:avLst/>
                          </a:prstGeom>
                        </pic:spPr>
                      </pic:pic>
                    </a:graphicData>
                  </a:graphic>
                </wp:inline>
              </w:drawing>
            </w:r>
          </w:p>
        </w:tc>
        <w:tc>
          <w:tcPr>
            <w:tcW w:w="1728" w:type="dxa"/>
          </w:tcPr>
          <w:p w14:paraId="4116F57A"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IM(43)</w:t>
            </w:r>
          </w:p>
        </w:tc>
        <w:tc>
          <w:tcPr>
            <w:tcW w:w="1728" w:type="dxa"/>
          </w:tcPr>
          <w:p w14:paraId="28D410E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E9CD03B" wp14:editId="30ED0FE5">
                  <wp:extent cx="1400000" cy="1400000"/>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png"/>
                          <pic:cNvPicPr/>
                        </pic:nvPicPr>
                        <pic:blipFill>
                          <a:blip r:embed="rId32"/>
                          <a:stretch>
                            <a:fillRect/>
                          </a:stretch>
                        </pic:blipFill>
                        <pic:spPr>
                          <a:xfrm>
                            <a:off x="0" y="0"/>
                            <a:ext cx="1400000" cy="1400000"/>
                          </a:xfrm>
                          <a:prstGeom prst="rect">
                            <a:avLst/>
                          </a:prstGeom>
                        </pic:spPr>
                      </pic:pic>
                    </a:graphicData>
                  </a:graphic>
                </wp:inline>
              </w:drawing>
            </w:r>
          </w:p>
        </w:tc>
      </w:tr>
      <w:tr w:rsidR="00C1258D" w:rsidRPr="00CB52C3" w14:paraId="44BFE588" w14:textId="77777777" w:rsidTr="009B4FA6">
        <w:trPr>
          <w:jc w:val="center"/>
        </w:trPr>
        <w:tc>
          <w:tcPr>
            <w:tcW w:w="1728" w:type="dxa"/>
          </w:tcPr>
          <w:p w14:paraId="6FD37FBE"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1FD881EE"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IM(55)</w:t>
            </w:r>
          </w:p>
        </w:tc>
        <w:tc>
          <w:tcPr>
            <w:tcW w:w="1728" w:type="dxa"/>
          </w:tcPr>
          <w:p w14:paraId="4FFD3C23"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187A155" wp14:editId="1B44E4E4">
                  <wp:extent cx="1400000" cy="1400000"/>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5.png"/>
                          <pic:cNvPicPr/>
                        </pic:nvPicPr>
                        <pic:blipFill>
                          <a:blip r:embed="rId34"/>
                          <a:stretch>
                            <a:fillRect/>
                          </a:stretch>
                        </pic:blipFill>
                        <pic:spPr>
                          <a:xfrm>
                            <a:off x="0" y="0"/>
                            <a:ext cx="1400000" cy="1400000"/>
                          </a:xfrm>
                          <a:prstGeom prst="rect">
                            <a:avLst/>
                          </a:prstGeom>
                        </pic:spPr>
                      </pic:pic>
                    </a:graphicData>
                  </a:graphic>
                </wp:inline>
              </w:drawing>
            </w:r>
          </w:p>
        </w:tc>
        <w:tc>
          <w:tcPr>
            <w:tcW w:w="1728" w:type="dxa"/>
          </w:tcPr>
          <w:p w14:paraId="40F8D8CA"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IM(54)</w:t>
            </w:r>
          </w:p>
        </w:tc>
        <w:tc>
          <w:tcPr>
            <w:tcW w:w="1728" w:type="dxa"/>
          </w:tcPr>
          <w:p w14:paraId="25A1A190"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D0DBC58" wp14:editId="52FF5AAD">
                  <wp:extent cx="1400000" cy="1400000"/>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4.png"/>
                          <pic:cNvPicPr/>
                        </pic:nvPicPr>
                        <pic:blipFill>
                          <a:blip r:embed="rId35"/>
                          <a:stretch>
                            <a:fillRect/>
                          </a:stretch>
                        </pic:blipFill>
                        <pic:spPr>
                          <a:xfrm>
                            <a:off x="0" y="0"/>
                            <a:ext cx="1400000" cy="1400000"/>
                          </a:xfrm>
                          <a:prstGeom prst="rect">
                            <a:avLst/>
                          </a:prstGeom>
                        </pic:spPr>
                      </pic:pic>
                    </a:graphicData>
                  </a:graphic>
                </wp:inline>
              </w:drawing>
            </w:r>
          </w:p>
        </w:tc>
      </w:tr>
      <w:tr w:rsidR="00C1258D" w:rsidRPr="00CB52C3" w14:paraId="01CF6379" w14:textId="77777777" w:rsidTr="009B4FA6">
        <w:trPr>
          <w:jc w:val="center"/>
        </w:trPr>
        <w:tc>
          <w:tcPr>
            <w:tcW w:w="1728" w:type="dxa"/>
          </w:tcPr>
          <w:p w14:paraId="10D5728B"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6797F3B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IM(63)</w:t>
            </w:r>
          </w:p>
        </w:tc>
        <w:tc>
          <w:tcPr>
            <w:tcW w:w="1728" w:type="dxa"/>
          </w:tcPr>
          <w:p w14:paraId="4B6CCC2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9468F77" wp14:editId="12FAA24C">
                  <wp:extent cx="1400000" cy="1400000"/>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3.png"/>
                          <pic:cNvPicPr/>
                        </pic:nvPicPr>
                        <pic:blipFill>
                          <a:blip r:embed="rId36"/>
                          <a:stretch>
                            <a:fillRect/>
                          </a:stretch>
                        </pic:blipFill>
                        <pic:spPr>
                          <a:xfrm>
                            <a:off x="0" y="0"/>
                            <a:ext cx="1400000" cy="1400000"/>
                          </a:xfrm>
                          <a:prstGeom prst="rect">
                            <a:avLst/>
                          </a:prstGeom>
                        </pic:spPr>
                      </pic:pic>
                    </a:graphicData>
                  </a:graphic>
                </wp:inline>
              </w:drawing>
            </w:r>
          </w:p>
        </w:tc>
        <w:tc>
          <w:tcPr>
            <w:tcW w:w="1728" w:type="dxa"/>
          </w:tcPr>
          <w:p w14:paraId="27E0E1DD"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IM(63)</w:t>
            </w:r>
          </w:p>
        </w:tc>
        <w:tc>
          <w:tcPr>
            <w:tcW w:w="1728" w:type="dxa"/>
          </w:tcPr>
          <w:p w14:paraId="7945B220"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430FDD3" wp14:editId="568654AD">
                  <wp:extent cx="1400000" cy="140000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3.png"/>
                          <pic:cNvPicPr/>
                        </pic:nvPicPr>
                        <pic:blipFill>
                          <a:blip r:embed="rId36"/>
                          <a:stretch>
                            <a:fillRect/>
                          </a:stretch>
                        </pic:blipFill>
                        <pic:spPr>
                          <a:xfrm>
                            <a:off x="0" y="0"/>
                            <a:ext cx="1400000" cy="1400000"/>
                          </a:xfrm>
                          <a:prstGeom prst="rect">
                            <a:avLst/>
                          </a:prstGeom>
                        </pic:spPr>
                      </pic:pic>
                    </a:graphicData>
                  </a:graphic>
                </wp:inline>
              </w:drawing>
            </w:r>
          </w:p>
        </w:tc>
      </w:tr>
    </w:tbl>
    <w:p w14:paraId="0C27D78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6F83FCDB" w14:textId="77B6526E" w:rsidR="00C1258D" w:rsidRPr="00CB52C3" w:rsidRDefault="00C1258D" w:rsidP="00431F65">
      <w:pPr>
        <w:spacing w:line="480" w:lineRule="auto"/>
        <w:rPr>
          <w:rFonts w:ascii="Times New Roman" w:hAnsi="Times New Roman"/>
          <w:sz w:val="24"/>
          <w:szCs w:val="24"/>
        </w:rPr>
      </w:pPr>
      <w:r w:rsidRPr="00CB52C3">
        <w:rPr>
          <w:rFonts w:ascii="Times New Roman" w:hAnsi="Times New Roman"/>
          <w:b/>
          <w:sz w:val="24"/>
          <w:szCs w:val="24"/>
        </w:rPr>
        <w:lastRenderedPageBreak/>
        <w:t xml:space="preserve">Supplementary Table </w:t>
      </w:r>
      <w:r w:rsidR="005272C5">
        <w:rPr>
          <w:rFonts w:ascii="Times New Roman" w:hAnsi="Times New Roman"/>
          <w:b/>
          <w:sz w:val="24"/>
          <w:szCs w:val="24"/>
        </w:rPr>
        <w:t>9</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fastest reaction pathway to acetylene at pH=7 and U=-0.5 V vs. </w:t>
      </w:r>
      <w:r w:rsidR="005272C5">
        <w:rPr>
          <w:rFonts w:ascii="Times New Roman" w:hAnsi="Times New Roman"/>
          <w:sz w:val="24"/>
          <w:szCs w:val="24"/>
        </w:rPr>
        <w:t>S</w:t>
      </w:r>
      <w:r w:rsidRPr="00CB52C3">
        <w:rPr>
          <w:rFonts w:ascii="Times New Roman" w:hAnsi="Times New Roman"/>
          <w:sz w:val="24"/>
          <w:szCs w:val="24"/>
        </w:rPr>
        <w:t>HE on Cu(100).</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2880"/>
        <w:gridCol w:w="2880"/>
        <w:gridCol w:w="2880"/>
      </w:tblGrid>
      <w:tr w:rsidR="00C1258D" w:rsidRPr="00CB52C3" w14:paraId="431C3BEB" w14:textId="77777777" w:rsidTr="009B4FA6">
        <w:trPr>
          <w:jc w:val="center"/>
        </w:trPr>
        <w:tc>
          <w:tcPr>
            <w:tcW w:w="2880" w:type="dxa"/>
          </w:tcPr>
          <w:p w14:paraId="358851D7" w14:textId="77777777" w:rsidR="00C1258D" w:rsidRPr="00CB52C3" w:rsidRDefault="00C1258D" w:rsidP="00431F65">
            <w:pPr>
              <w:spacing w:line="480" w:lineRule="auto"/>
              <w:rPr>
                <w:rFonts w:ascii="Times New Roman" w:hAnsi="Times New Roman"/>
                <w:sz w:val="24"/>
                <w:szCs w:val="24"/>
              </w:rPr>
            </w:pPr>
          </w:p>
        </w:tc>
        <w:tc>
          <w:tcPr>
            <w:tcW w:w="5760" w:type="dxa"/>
            <w:gridSpan w:val="2"/>
          </w:tcPr>
          <w:p w14:paraId="49B86C36"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r>
      <w:tr w:rsidR="00C1258D" w:rsidRPr="00CB52C3" w14:paraId="2101DC70" w14:textId="77777777" w:rsidTr="009B4FA6">
        <w:trPr>
          <w:jc w:val="center"/>
        </w:trPr>
        <w:tc>
          <w:tcPr>
            <w:tcW w:w="2880" w:type="dxa"/>
          </w:tcPr>
          <w:p w14:paraId="2D337A38"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2880" w:type="dxa"/>
          </w:tcPr>
          <w:p w14:paraId="2AE473A3"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2880" w:type="dxa"/>
          </w:tcPr>
          <w:p w14:paraId="1934FE06"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C1258D" w:rsidRPr="00CB52C3" w14:paraId="3FD451FD" w14:textId="77777777" w:rsidTr="009B4FA6">
        <w:trPr>
          <w:jc w:val="center"/>
        </w:trPr>
        <w:tc>
          <w:tcPr>
            <w:tcW w:w="2880" w:type="dxa"/>
          </w:tcPr>
          <w:p w14:paraId="5F726743"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2880" w:type="dxa"/>
          </w:tcPr>
          <w:p w14:paraId="42F0667B"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2880" w:type="dxa"/>
          </w:tcPr>
          <w:p w14:paraId="1B98612A"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A6B668F" wp14:editId="054A6381">
                  <wp:extent cx="1400000" cy="140000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r>
      <w:tr w:rsidR="00C1258D" w:rsidRPr="00CB52C3" w14:paraId="46BB93C6" w14:textId="77777777" w:rsidTr="009B4FA6">
        <w:trPr>
          <w:jc w:val="center"/>
        </w:trPr>
        <w:tc>
          <w:tcPr>
            <w:tcW w:w="2880" w:type="dxa"/>
          </w:tcPr>
          <w:p w14:paraId="4F5A268F"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2880" w:type="dxa"/>
          </w:tcPr>
          <w:p w14:paraId="5086190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IM(24)</w:t>
            </w:r>
          </w:p>
        </w:tc>
        <w:tc>
          <w:tcPr>
            <w:tcW w:w="2880" w:type="dxa"/>
          </w:tcPr>
          <w:p w14:paraId="437A527E"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1D8008B" wp14:editId="26997C36">
                  <wp:extent cx="1400000" cy="1400000"/>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png"/>
                          <pic:cNvPicPr/>
                        </pic:nvPicPr>
                        <pic:blipFill>
                          <a:blip r:embed="rId12"/>
                          <a:stretch>
                            <a:fillRect/>
                          </a:stretch>
                        </pic:blipFill>
                        <pic:spPr>
                          <a:xfrm>
                            <a:off x="0" y="0"/>
                            <a:ext cx="1400000" cy="1400000"/>
                          </a:xfrm>
                          <a:prstGeom prst="rect">
                            <a:avLst/>
                          </a:prstGeom>
                        </pic:spPr>
                      </pic:pic>
                    </a:graphicData>
                  </a:graphic>
                </wp:inline>
              </w:drawing>
            </w:r>
          </w:p>
        </w:tc>
      </w:tr>
      <w:tr w:rsidR="00C1258D" w:rsidRPr="00CB52C3" w14:paraId="710D8FB0" w14:textId="77777777" w:rsidTr="009B4FA6">
        <w:trPr>
          <w:jc w:val="center"/>
        </w:trPr>
        <w:tc>
          <w:tcPr>
            <w:tcW w:w="2880" w:type="dxa"/>
          </w:tcPr>
          <w:p w14:paraId="2520F144"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2880" w:type="dxa"/>
          </w:tcPr>
          <w:p w14:paraId="7BD48B7A"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IM(34)</w:t>
            </w:r>
          </w:p>
        </w:tc>
        <w:tc>
          <w:tcPr>
            <w:tcW w:w="2880" w:type="dxa"/>
          </w:tcPr>
          <w:p w14:paraId="23F7B5FE"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93EE16E" wp14:editId="2C5B338C">
                  <wp:extent cx="1400000" cy="1400000"/>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png"/>
                          <pic:cNvPicPr/>
                        </pic:nvPicPr>
                        <pic:blipFill>
                          <a:blip r:embed="rId13"/>
                          <a:stretch>
                            <a:fillRect/>
                          </a:stretch>
                        </pic:blipFill>
                        <pic:spPr>
                          <a:xfrm>
                            <a:off x="0" y="0"/>
                            <a:ext cx="1400000" cy="1400000"/>
                          </a:xfrm>
                          <a:prstGeom prst="rect">
                            <a:avLst/>
                          </a:prstGeom>
                        </pic:spPr>
                      </pic:pic>
                    </a:graphicData>
                  </a:graphic>
                </wp:inline>
              </w:drawing>
            </w:r>
          </w:p>
        </w:tc>
      </w:tr>
      <w:tr w:rsidR="00C1258D" w:rsidRPr="00CB52C3" w14:paraId="1C81C353" w14:textId="77777777" w:rsidTr="009B4FA6">
        <w:trPr>
          <w:jc w:val="center"/>
        </w:trPr>
        <w:tc>
          <w:tcPr>
            <w:tcW w:w="2880" w:type="dxa"/>
          </w:tcPr>
          <w:p w14:paraId="304E388B"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2880" w:type="dxa"/>
          </w:tcPr>
          <w:p w14:paraId="43DBEBA9"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IM(39)</w:t>
            </w:r>
          </w:p>
        </w:tc>
        <w:tc>
          <w:tcPr>
            <w:tcW w:w="2880" w:type="dxa"/>
          </w:tcPr>
          <w:p w14:paraId="66EC90F4"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1D53BA1" wp14:editId="2C5D6B0D">
                  <wp:extent cx="1400000" cy="1400000"/>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9.png"/>
                          <pic:cNvPicPr/>
                        </pic:nvPicPr>
                        <pic:blipFill>
                          <a:blip r:embed="rId14"/>
                          <a:stretch>
                            <a:fillRect/>
                          </a:stretch>
                        </pic:blipFill>
                        <pic:spPr>
                          <a:xfrm>
                            <a:off x="0" y="0"/>
                            <a:ext cx="1400000" cy="1400000"/>
                          </a:xfrm>
                          <a:prstGeom prst="rect">
                            <a:avLst/>
                          </a:prstGeom>
                        </pic:spPr>
                      </pic:pic>
                    </a:graphicData>
                  </a:graphic>
                </wp:inline>
              </w:drawing>
            </w:r>
          </w:p>
        </w:tc>
      </w:tr>
      <w:tr w:rsidR="00C1258D" w:rsidRPr="00CB52C3" w14:paraId="3B484FA8" w14:textId="77777777" w:rsidTr="009B4FA6">
        <w:trPr>
          <w:jc w:val="center"/>
        </w:trPr>
        <w:tc>
          <w:tcPr>
            <w:tcW w:w="2880" w:type="dxa"/>
          </w:tcPr>
          <w:p w14:paraId="392F0319"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2880" w:type="dxa"/>
          </w:tcPr>
          <w:p w14:paraId="5B96958C"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IM(53)</w:t>
            </w:r>
          </w:p>
        </w:tc>
        <w:tc>
          <w:tcPr>
            <w:tcW w:w="2880" w:type="dxa"/>
          </w:tcPr>
          <w:p w14:paraId="3AF3EFEE"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6E0AA37" wp14:editId="43EEC750">
                  <wp:extent cx="1400000" cy="140000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3.png"/>
                          <pic:cNvPicPr/>
                        </pic:nvPicPr>
                        <pic:blipFill>
                          <a:blip r:embed="rId15"/>
                          <a:stretch>
                            <a:fillRect/>
                          </a:stretch>
                        </pic:blipFill>
                        <pic:spPr>
                          <a:xfrm>
                            <a:off x="0" y="0"/>
                            <a:ext cx="1400000" cy="1400000"/>
                          </a:xfrm>
                          <a:prstGeom prst="rect">
                            <a:avLst/>
                          </a:prstGeom>
                        </pic:spPr>
                      </pic:pic>
                    </a:graphicData>
                  </a:graphic>
                </wp:inline>
              </w:drawing>
            </w:r>
          </w:p>
        </w:tc>
      </w:tr>
      <w:tr w:rsidR="00C1258D" w:rsidRPr="00CB52C3" w14:paraId="458DC013" w14:textId="77777777" w:rsidTr="009B4FA6">
        <w:trPr>
          <w:jc w:val="center"/>
        </w:trPr>
        <w:tc>
          <w:tcPr>
            <w:tcW w:w="2880" w:type="dxa"/>
          </w:tcPr>
          <w:p w14:paraId="6024C3D6"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2880" w:type="dxa"/>
          </w:tcPr>
          <w:p w14:paraId="7D79C07B"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IM(57)</w:t>
            </w:r>
          </w:p>
        </w:tc>
        <w:tc>
          <w:tcPr>
            <w:tcW w:w="2880" w:type="dxa"/>
          </w:tcPr>
          <w:p w14:paraId="42DA236C"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A611EE8" wp14:editId="3AEB71C3">
                  <wp:extent cx="1400000" cy="1400000"/>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7.png"/>
                          <pic:cNvPicPr/>
                        </pic:nvPicPr>
                        <pic:blipFill>
                          <a:blip r:embed="rId17"/>
                          <a:stretch>
                            <a:fillRect/>
                          </a:stretch>
                        </pic:blipFill>
                        <pic:spPr>
                          <a:xfrm>
                            <a:off x="0" y="0"/>
                            <a:ext cx="1400000" cy="1400000"/>
                          </a:xfrm>
                          <a:prstGeom prst="rect">
                            <a:avLst/>
                          </a:prstGeom>
                        </pic:spPr>
                      </pic:pic>
                    </a:graphicData>
                  </a:graphic>
                </wp:inline>
              </w:drawing>
            </w:r>
          </w:p>
        </w:tc>
      </w:tr>
    </w:tbl>
    <w:p w14:paraId="6A0E6A9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461B62CB" w14:textId="217901CA" w:rsidR="00C1258D" w:rsidRPr="00CB52C3" w:rsidRDefault="00C1258D" w:rsidP="00431F65">
      <w:pPr>
        <w:spacing w:line="480" w:lineRule="auto"/>
        <w:rPr>
          <w:rFonts w:ascii="Times New Roman" w:hAnsi="Times New Roman"/>
          <w:sz w:val="24"/>
          <w:szCs w:val="24"/>
        </w:rPr>
      </w:pPr>
      <w:r w:rsidRPr="00CB52C3">
        <w:rPr>
          <w:rFonts w:ascii="Times New Roman" w:hAnsi="Times New Roman"/>
          <w:b/>
          <w:sz w:val="24"/>
          <w:szCs w:val="24"/>
        </w:rPr>
        <w:lastRenderedPageBreak/>
        <w:t xml:space="preserve">Supplementary Table </w:t>
      </w:r>
      <w:r w:rsidR="005272C5">
        <w:rPr>
          <w:rFonts w:ascii="Times New Roman" w:hAnsi="Times New Roman"/>
          <w:b/>
          <w:sz w:val="24"/>
          <w:szCs w:val="24"/>
        </w:rPr>
        <w:t>10</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fastest reaction pathway to glyoxal at pH=7 and U=-0.5 V vs. </w:t>
      </w:r>
      <w:r w:rsidR="005272C5">
        <w:rPr>
          <w:rFonts w:ascii="Times New Roman" w:hAnsi="Times New Roman"/>
          <w:sz w:val="24"/>
          <w:szCs w:val="24"/>
        </w:rPr>
        <w:t>S</w:t>
      </w:r>
      <w:r w:rsidRPr="00CB52C3">
        <w:rPr>
          <w:rFonts w:ascii="Times New Roman" w:hAnsi="Times New Roman"/>
          <w:sz w:val="24"/>
          <w:szCs w:val="24"/>
        </w:rPr>
        <w:t>HE on Cu(100).</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2880"/>
        <w:gridCol w:w="2880"/>
        <w:gridCol w:w="2880"/>
      </w:tblGrid>
      <w:tr w:rsidR="00C1258D" w:rsidRPr="00CB52C3" w14:paraId="3A8EBA98" w14:textId="77777777" w:rsidTr="009B4FA6">
        <w:trPr>
          <w:jc w:val="center"/>
        </w:trPr>
        <w:tc>
          <w:tcPr>
            <w:tcW w:w="2880" w:type="dxa"/>
          </w:tcPr>
          <w:p w14:paraId="23A9D3F9" w14:textId="77777777" w:rsidR="00C1258D" w:rsidRPr="00CB52C3" w:rsidRDefault="00C1258D" w:rsidP="00431F65">
            <w:pPr>
              <w:spacing w:line="480" w:lineRule="auto"/>
              <w:rPr>
                <w:rFonts w:ascii="Times New Roman" w:hAnsi="Times New Roman"/>
                <w:sz w:val="24"/>
                <w:szCs w:val="24"/>
              </w:rPr>
            </w:pPr>
          </w:p>
        </w:tc>
        <w:tc>
          <w:tcPr>
            <w:tcW w:w="5760" w:type="dxa"/>
            <w:gridSpan w:val="2"/>
          </w:tcPr>
          <w:p w14:paraId="4535C336"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r>
      <w:tr w:rsidR="00C1258D" w:rsidRPr="00CB52C3" w14:paraId="587165F4" w14:textId="77777777" w:rsidTr="009B4FA6">
        <w:trPr>
          <w:jc w:val="center"/>
        </w:trPr>
        <w:tc>
          <w:tcPr>
            <w:tcW w:w="2880" w:type="dxa"/>
          </w:tcPr>
          <w:p w14:paraId="10993A1B"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2880" w:type="dxa"/>
          </w:tcPr>
          <w:p w14:paraId="6156CBF6"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2880" w:type="dxa"/>
          </w:tcPr>
          <w:p w14:paraId="59DB985F"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C1258D" w:rsidRPr="00CB52C3" w14:paraId="7B847D68" w14:textId="77777777" w:rsidTr="009B4FA6">
        <w:trPr>
          <w:jc w:val="center"/>
        </w:trPr>
        <w:tc>
          <w:tcPr>
            <w:tcW w:w="2880" w:type="dxa"/>
          </w:tcPr>
          <w:p w14:paraId="11611BA2"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2880" w:type="dxa"/>
          </w:tcPr>
          <w:p w14:paraId="556DCF19"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2880" w:type="dxa"/>
          </w:tcPr>
          <w:p w14:paraId="70AEC33A"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5782A9E" wp14:editId="1E07D501">
                  <wp:extent cx="1400000" cy="1400000"/>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r>
      <w:tr w:rsidR="00C1258D" w:rsidRPr="00CB52C3" w14:paraId="39E0C7A4" w14:textId="77777777" w:rsidTr="009B4FA6">
        <w:trPr>
          <w:jc w:val="center"/>
        </w:trPr>
        <w:tc>
          <w:tcPr>
            <w:tcW w:w="2880" w:type="dxa"/>
          </w:tcPr>
          <w:p w14:paraId="24CBEA0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2880" w:type="dxa"/>
          </w:tcPr>
          <w:p w14:paraId="3DDCFF81"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t>IM(24)</w:t>
            </w:r>
          </w:p>
        </w:tc>
        <w:tc>
          <w:tcPr>
            <w:tcW w:w="2880" w:type="dxa"/>
          </w:tcPr>
          <w:p w14:paraId="6242DB37"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D834687" wp14:editId="2035879B">
                  <wp:extent cx="1400000" cy="1400000"/>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png"/>
                          <pic:cNvPicPr/>
                        </pic:nvPicPr>
                        <pic:blipFill>
                          <a:blip r:embed="rId12"/>
                          <a:stretch>
                            <a:fillRect/>
                          </a:stretch>
                        </pic:blipFill>
                        <pic:spPr>
                          <a:xfrm>
                            <a:off x="0" y="0"/>
                            <a:ext cx="1400000" cy="1400000"/>
                          </a:xfrm>
                          <a:prstGeom prst="rect">
                            <a:avLst/>
                          </a:prstGeom>
                        </pic:spPr>
                      </pic:pic>
                    </a:graphicData>
                  </a:graphic>
                </wp:inline>
              </w:drawing>
            </w:r>
          </w:p>
        </w:tc>
      </w:tr>
    </w:tbl>
    <w:p w14:paraId="7F579F50" w14:textId="77777777" w:rsidR="00C1258D" w:rsidRPr="00CB52C3" w:rsidRDefault="00C1258D"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75BD5E1D" w14:textId="1DACF17D" w:rsidR="00244B9D" w:rsidRPr="00CB52C3" w:rsidRDefault="00244B9D"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1</w:t>
      </w:r>
      <w:r w:rsidR="005272C5">
        <w:rPr>
          <w:rFonts w:ascii="Times New Roman" w:hAnsi="Times New Roman"/>
          <w:b/>
          <w:sz w:val="24"/>
          <w:szCs w:val="24"/>
        </w:rPr>
        <w:t>1</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231D6B" w:rsidRPr="00CB52C3">
        <w:rPr>
          <w:rFonts w:ascii="Times New Roman" w:hAnsi="Times New Roman"/>
          <w:sz w:val="24"/>
          <w:szCs w:val="24"/>
        </w:rPr>
        <w:t>fastest</w:t>
      </w:r>
      <w:r w:rsidRPr="00CB52C3">
        <w:rPr>
          <w:rFonts w:ascii="Times New Roman" w:hAnsi="Times New Roman"/>
          <w:sz w:val="24"/>
          <w:szCs w:val="24"/>
        </w:rPr>
        <w:t xml:space="preserve"> reaction pathways to ethylene at pH=7 and U=-0.5 V vs. </w:t>
      </w:r>
      <w:r w:rsidR="005272C5">
        <w:rPr>
          <w:rFonts w:ascii="Times New Roman" w:hAnsi="Times New Roman"/>
          <w:sz w:val="24"/>
          <w:szCs w:val="24"/>
        </w:rPr>
        <w:t>S</w:t>
      </w:r>
      <w:r w:rsidRPr="00CB52C3">
        <w:rPr>
          <w:rFonts w:ascii="Times New Roman" w:hAnsi="Times New Roman"/>
          <w:sz w:val="24"/>
          <w:szCs w:val="24"/>
        </w:rPr>
        <w:t>HE on Cu(111).</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318"/>
        <w:gridCol w:w="1429"/>
        <w:gridCol w:w="2420"/>
        <w:gridCol w:w="1429"/>
        <w:gridCol w:w="2420"/>
      </w:tblGrid>
      <w:tr w:rsidR="00244B9D" w:rsidRPr="00CB52C3" w14:paraId="7544780C" w14:textId="77777777" w:rsidTr="009B4FA6">
        <w:trPr>
          <w:jc w:val="center"/>
        </w:trPr>
        <w:tc>
          <w:tcPr>
            <w:tcW w:w="1728" w:type="dxa"/>
          </w:tcPr>
          <w:p w14:paraId="7CD07930" w14:textId="77777777" w:rsidR="00244B9D" w:rsidRPr="00CB52C3" w:rsidRDefault="00244B9D" w:rsidP="00431F65">
            <w:pPr>
              <w:spacing w:line="480" w:lineRule="auto"/>
              <w:rPr>
                <w:rFonts w:ascii="Times New Roman" w:hAnsi="Times New Roman"/>
                <w:sz w:val="24"/>
                <w:szCs w:val="24"/>
              </w:rPr>
            </w:pPr>
          </w:p>
        </w:tc>
        <w:tc>
          <w:tcPr>
            <w:tcW w:w="3456" w:type="dxa"/>
            <w:gridSpan w:val="2"/>
          </w:tcPr>
          <w:p w14:paraId="64C633F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22C4DC4F"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244B9D" w:rsidRPr="00CB52C3" w14:paraId="0C929DBF" w14:textId="77777777" w:rsidTr="009B4FA6">
        <w:trPr>
          <w:jc w:val="center"/>
        </w:trPr>
        <w:tc>
          <w:tcPr>
            <w:tcW w:w="1728" w:type="dxa"/>
          </w:tcPr>
          <w:p w14:paraId="5EBE4AC9"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4547E68C"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7264676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10E0568E"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0965419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244B9D" w:rsidRPr="00CB52C3" w14:paraId="676D6D6E" w14:textId="77777777" w:rsidTr="009B4FA6">
        <w:trPr>
          <w:jc w:val="center"/>
        </w:trPr>
        <w:tc>
          <w:tcPr>
            <w:tcW w:w="1728" w:type="dxa"/>
          </w:tcPr>
          <w:p w14:paraId="6FBA51F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59E79007"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238D3CF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92F9878" wp14:editId="01F8E1C1">
                  <wp:extent cx="1400000" cy="1400000"/>
                  <wp:effectExtent l="0" t="0" r="0" b="0"/>
                  <wp:docPr id="460" name="Picture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c>
          <w:tcPr>
            <w:tcW w:w="1728" w:type="dxa"/>
          </w:tcPr>
          <w:p w14:paraId="7C6913E4"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662D0032"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3F95865" wp14:editId="4FC0E5C5">
                  <wp:extent cx="1400000" cy="1400000"/>
                  <wp:effectExtent l="0" t="0" r="0" b="0"/>
                  <wp:docPr id="461" name="Picture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r>
      <w:tr w:rsidR="00244B9D" w:rsidRPr="00CB52C3" w14:paraId="26016CB9" w14:textId="77777777" w:rsidTr="009B4FA6">
        <w:trPr>
          <w:jc w:val="center"/>
        </w:trPr>
        <w:tc>
          <w:tcPr>
            <w:tcW w:w="1728" w:type="dxa"/>
          </w:tcPr>
          <w:p w14:paraId="6C0C0B0C"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2510AF64"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IM(25)</w:t>
            </w:r>
          </w:p>
        </w:tc>
        <w:tc>
          <w:tcPr>
            <w:tcW w:w="1728" w:type="dxa"/>
          </w:tcPr>
          <w:p w14:paraId="0C2555B0"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63BA78F" wp14:editId="2997EF7E">
                  <wp:extent cx="1400000" cy="1400000"/>
                  <wp:effectExtent l="0" t="0" r="0" b="0"/>
                  <wp:docPr id="462" name="Picture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png"/>
                          <pic:cNvPicPr/>
                        </pic:nvPicPr>
                        <pic:blipFill>
                          <a:blip r:embed="rId21"/>
                          <a:stretch>
                            <a:fillRect/>
                          </a:stretch>
                        </pic:blipFill>
                        <pic:spPr>
                          <a:xfrm>
                            <a:off x="0" y="0"/>
                            <a:ext cx="1400000" cy="1400000"/>
                          </a:xfrm>
                          <a:prstGeom prst="rect">
                            <a:avLst/>
                          </a:prstGeom>
                        </pic:spPr>
                      </pic:pic>
                    </a:graphicData>
                  </a:graphic>
                </wp:inline>
              </w:drawing>
            </w:r>
          </w:p>
        </w:tc>
        <w:tc>
          <w:tcPr>
            <w:tcW w:w="1728" w:type="dxa"/>
          </w:tcPr>
          <w:p w14:paraId="0F5509EC"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IM(26)</w:t>
            </w:r>
          </w:p>
        </w:tc>
        <w:tc>
          <w:tcPr>
            <w:tcW w:w="1728" w:type="dxa"/>
          </w:tcPr>
          <w:p w14:paraId="4C6A5310"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4CB86BF" wp14:editId="4EFD1C49">
                  <wp:extent cx="1400000" cy="1400000"/>
                  <wp:effectExtent l="0" t="0" r="0" b="0"/>
                  <wp:docPr id="463" name="Picture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6.png"/>
                          <pic:cNvPicPr/>
                        </pic:nvPicPr>
                        <pic:blipFill>
                          <a:blip r:embed="rId37"/>
                          <a:stretch>
                            <a:fillRect/>
                          </a:stretch>
                        </pic:blipFill>
                        <pic:spPr>
                          <a:xfrm>
                            <a:off x="0" y="0"/>
                            <a:ext cx="1400000" cy="1400000"/>
                          </a:xfrm>
                          <a:prstGeom prst="rect">
                            <a:avLst/>
                          </a:prstGeom>
                        </pic:spPr>
                      </pic:pic>
                    </a:graphicData>
                  </a:graphic>
                </wp:inline>
              </w:drawing>
            </w:r>
          </w:p>
        </w:tc>
      </w:tr>
      <w:tr w:rsidR="00244B9D" w:rsidRPr="00CB52C3" w14:paraId="4DF7F4F5" w14:textId="77777777" w:rsidTr="009B4FA6">
        <w:trPr>
          <w:jc w:val="center"/>
        </w:trPr>
        <w:tc>
          <w:tcPr>
            <w:tcW w:w="1728" w:type="dxa"/>
          </w:tcPr>
          <w:p w14:paraId="1FB4BBDE"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7397F223"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IM(29)</w:t>
            </w:r>
          </w:p>
        </w:tc>
        <w:tc>
          <w:tcPr>
            <w:tcW w:w="1728" w:type="dxa"/>
          </w:tcPr>
          <w:p w14:paraId="2731154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F33009F" wp14:editId="42ABC760">
                  <wp:extent cx="1400000" cy="1400000"/>
                  <wp:effectExtent l="0" t="0" r="0" b="0"/>
                  <wp:docPr id="464" name="Picture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9.png"/>
                          <pic:cNvPicPr/>
                        </pic:nvPicPr>
                        <pic:blipFill>
                          <a:blip r:embed="rId22"/>
                          <a:stretch>
                            <a:fillRect/>
                          </a:stretch>
                        </pic:blipFill>
                        <pic:spPr>
                          <a:xfrm>
                            <a:off x="0" y="0"/>
                            <a:ext cx="1400000" cy="1400000"/>
                          </a:xfrm>
                          <a:prstGeom prst="rect">
                            <a:avLst/>
                          </a:prstGeom>
                        </pic:spPr>
                      </pic:pic>
                    </a:graphicData>
                  </a:graphic>
                </wp:inline>
              </w:drawing>
            </w:r>
          </w:p>
        </w:tc>
        <w:tc>
          <w:tcPr>
            <w:tcW w:w="1728" w:type="dxa"/>
          </w:tcPr>
          <w:p w14:paraId="210A730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IM(34)</w:t>
            </w:r>
          </w:p>
        </w:tc>
        <w:tc>
          <w:tcPr>
            <w:tcW w:w="1728" w:type="dxa"/>
          </w:tcPr>
          <w:p w14:paraId="28EAACE7"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30C9221" wp14:editId="244ED72E">
                  <wp:extent cx="1400000" cy="1400000"/>
                  <wp:effectExtent l="0" t="0" r="0" b="0"/>
                  <wp:docPr id="465" name="Picture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png"/>
                          <pic:cNvPicPr/>
                        </pic:nvPicPr>
                        <pic:blipFill>
                          <a:blip r:embed="rId13"/>
                          <a:stretch>
                            <a:fillRect/>
                          </a:stretch>
                        </pic:blipFill>
                        <pic:spPr>
                          <a:xfrm>
                            <a:off x="0" y="0"/>
                            <a:ext cx="1400000" cy="1400000"/>
                          </a:xfrm>
                          <a:prstGeom prst="rect">
                            <a:avLst/>
                          </a:prstGeom>
                        </pic:spPr>
                      </pic:pic>
                    </a:graphicData>
                  </a:graphic>
                </wp:inline>
              </w:drawing>
            </w:r>
          </w:p>
        </w:tc>
      </w:tr>
      <w:tr w:rsidR="00244B9D" w:rsidRPr="00CB52C3" w14:paraId="2C2D78D0" w14:textId="77777777" w:rsidTr="009B4FA6">
        <w:trPr>
          <w:jc w:val="center"/>
        </w:trPr>
        <w:tc>
          <w:tcPr>
            <w:tcW w:w="1728" w:type="dxa"/>
          </w:tcPr>
          <w:p w14:paraId="3C7D2914"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289DC872"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IM(41)</w:t>
            </w:r>
          </w:p>
        </w:tc>
        <w:tc>
          <w:tcPr>
            <w:tcW w:w="1728" w:type="dxa"/>
          </w:tcPr>
          <w:p w14:paraId="481F91A2"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FA1B55B" wp14:editId="79B7665B">
                  <wp:extent cx="1400000" cy="1400000"/>
                  <wp:effectExtent l="0" t="0" r="0" b="0"/>
                  <wp:docPr id="466" name="Picture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1.png"/>
                          <pic:cNvPicPr/>
                        </pic:nvPicPr>
                        <pic:blipFill>
                          <a:blip r:embed="rId38"/>
                          <a:stretch>
                            <a:fillRect/>
                          </a:stretch>
                        </pic:blipFill>
                        <pic:spPr>
                          <a:xfrm>
                            <a:off x="0" y="0"/>
                            <a:ext cx="1400000" cy="1400000"/>
                          </a:xfrm>
                          <a:prstGeom prst="rect">
                            <a:avLst/>
                          </a:prstGeom>
                        </pic:spPr>
                      </pic:pic>
                    </a:graphicData>
                  </a:graphic>
                </wp:inline>
              </w:drawing>
            </w:r>
          </w:p>
        </w:tc>
        <w:tc>
          <w:tcPr>
            <w:tcW w:w="1728" w:type="dxa"/>
          </w:tcPr>
          <w:p w14:paraId="7E22D3F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IM(46)</w:t>
            </w:r>
          </w:p>
        </w:tc>
        <w:tc>
          <w:tcPr>
            <w:tcW w:w="1728" w:type="dxa"/>
          </w:tcPr>
          <w:p w14:paraId="192B461D"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BDEAC78" wp14:editId="788B315C">
                  <wp:extent cx="1400000" cy="1400000"/>
                  <wp:effectExtent l="0" t="0" r="0" b="0"/>
                  <wp:docPr id="467" name="Picture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6.png"/>
                          <pic:cNvPicPr/>
                        </pic:nvPicPr>
                        <pic:blipFill>
                          <a:blip r:embed="rId33"/>
                          <a:stretch>
                            <a:fillRect/>
                          </a:stretch>
                        </pic:blipFill>
                        <pic:spPr>
                          <a:xfrm>
                            <a:off x="0" y="0"/>
                            <a:ext cx="1400000" cy="1400000"/>
                          </a:xfrm>
                          <a:prstGeom prst="rect">
                            <a:avLst/>
                          </a:prstGeom>
                        </pic:spPr>
                      </pic:pic>
                    </a:graphicData>
                  </a:graphic>
                </wp:inline>
              </w:drawing>
            </w:r>
          </w:p>
        </w:tc>
      </w:tr>
      <w:tr w:rsidR="00244B9D" w:rsidRPr="00CB52C3" w14:paraId="05A96012" w14:textId="77777777" w:rsidTr="009B4FA6">
        <w:trPr>
          <w:jc w:val="center"/>
        </w:trPr>
        <w:tc>
          <w:tcPr>
            <w:tcW w:w="1728" w:type="dxa"/>
          </w:tcPr>
          <w:p w14:paraId="678098D4"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4B73F1F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IM(53)</w:t>
            </w:r>
          </w:p>
        </w:tc>
        <w:tc>
          <w:tcPr>
            <w:tcW w:w="1728" w:type="dxa"/>
          </w:tcPr>
          <w:p w14:paraId="3A16F26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EF1985A" wp14:editId="656E66F8">
                  <wp:extent cx="1400000" cy="1400000"/>
                  <wp:effectExtent l="0" t="0" r="0" b="0"/>
                  <wp:docPr id="468" name="Picture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3.png"/>
                          <pic:cNvPicPr/>
                        </pic:nvPicPr>
                        <pic:blipFill>
                          <a:blip r:embed="rId15"/>
                          <a:stretch>
                            <a:fillRect/>
                          </a:stretch>
                        </pic:blipFill>
                        <pic:spPr>
                          <a:xfrm>
                            <a:off x="0" y="0"/>
                            <a:ext cx="1400000" cy="1400000"/>
                          </a:xfrm>
                          <a:prstGeom prst="rect">
                            <a:avLst/>
                          </a:prstGeom>
                        </pic:spPr>
                      </pic:pic>
                    </a:graphicData>
                  </a:graphic>
                </wp:inline>
              </w:drawing>
            </w:r>
          </w:p>
        </w:tc>
        <w:tc>
          <w:tcPr>
            <w:tcW w:w="1728" w:type="dxa"/>
          </w:tcPr>
          <w:p w14:paraId="1D5EAA3F"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IM(53)</w:t>
            </w:r>
          </w:p>
        </w:tc>
        <w:tc>
          <w:tcPr>
            <w:tcW w:w="1728" w:type="dxa"/>
          </w:tcPr>
          <w:p w14:paraId="53B5EF47"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77133B9" wp14:editId="2CDA352C">
                  <wp:extent cx="1400000" cy="1400000"/>
                  <wp:effectExtent l="0" t="0" r="0" b="0"/>
                  <wp:docPr id="469" name="Picture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3.png"/>
                          <pic:cNvPicPr/>
                        </pic:nvPicPr>
                        <pic:blipFill>
                          <a:blip r:embed="rId15"/>
                          <a:stretch>
                            <a:fillRect/>
                          </a:stretch>
                        </pic:blipFill>
                        <pic:spPr>
                          <a:xfrm>
                            <a:off x="0" y="0"/>
                            <a:ext cx="1400000" cy="1400000"/>
                          </a:xfrm>
                          <a:prstGeom prst="rect">
                            <a:avLst/>
                          </a:prstGeom>
                        </pic:spPr>
                      </pic:pic>
                    </a:graphicData>
                  </a:graphic>
                </wp:inline>
              </w:drawing>
            </w:r>
          </w:p>
        </w:tc>
      </w:tr>
      <w:tr w:rsidR="00244B9D" w:rsidRPr="00CB52C3" w14:paraId="51BF07C1" w14:textId="77777777" w:rsidTr="009B4FA6">
        <w:trPr>
          <w:jc w:val="center"/>
        </w:trPr>
        <w:tc>
          <w:tcPr>
            <w:tcW w:w="1728" w:type="dxa"/>
          </w:tcPr>
          <w:p w14:paraId="4DD74DE2"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57D3AB8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IM(57)</w:t>
            </w:r>
          </w:p>
        </w:tc>
        <w:tc>
          <w:tcPr>
            <w:tcW w:w="1728" w:type="dxa"/>
          </w:tcPr>
          <w:p w14:paraId="6E68E88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A36A137" wp14:editId="2CD398B8">
                  <wp:extent cx="1400000" cy="1400000"/>
                  <wp:effectExtent l="0" t="0" r="0" b="0"/>
                  <wp:docPr id="470" name="Picture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7.png"/>
                          <pic:cNvPicPr/>
                        </pic:nvPicPr>
                        <pic:blipFill>
                          <a:blip r:embed="rId17"/>
                          <a:stretch>
                            <a:fillRect/>
                          </a:stretch>
                        </pic:blipFill>
                        <pic:spPr>
                          <a:xfrm>
                            <a:off x="0" y="0"/>
                            <a:ext cx="1400000" cy="1400000"/>
                          </a:xfrm>
                          <a:prstGeom prst="rect">
                            <a:avLst/>
                          </a:prstGeom>
                        </pic:spPr>
                      </pic:pic>
                    </a:graphicData>
                  </a:graphic>
                </wp:inline>
              </w:drawing>
            </w:r>
          </w:p>
        </w:tc>
        <w:tc>
          <w:tcPr>
            <w:tcW w:w="1728" w:type="dxa"/>
          </w:tcPr>
          <w:p w14:paraId="49AD9EF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IM(57)</w:t>
            </w:r>
          </w:p>
        </w:tc>
        <w:tc>
          <w:tcPr>
            <w:tcW w:w="1728" w:type="dxa"/>
          </w:tcPr>
          <w:p w14:paraId="24B869C9"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C96873C" wp14:editId="45CEF212">
                  <wp:extent cx="1400000" cy="1400000"/>
                  <wp:effectExtent l="0" t="0" r="0" b="0"/>
                  <wp:docPr id="471" name="Picture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7.png"/>
                          <pic:cNvPicPr/>
                        </pic:nvPicPr>
                        <pic:blipFill>
                          <a:blip r:embed="rId17"/>
                          <a:stretch>
                            <a:fillRect/>
                          </a:stretch>
                        </pic:blipFill>
                        <pic:spPr>
                          <a:xfrm>
                            <a:off x="0" y="0"/>
                            <a:ext cx="1400000" cy="1400000"/>
                          </a:xfrm>
                          <a:prstGeom prst="rect">
                            <a:avLst/>
                          </a:prstGeom>
                        </pic:spPr>
                      </pic:pic>
                    </a:graphicData>
                  </a:graphic>
                </wp:inline>
              </w:drawing>
            </w:r>
          </w:p>
        </w:tc>
      </w:tr>
      <w:tr w:rsidR="00244B9D" w:rsidRPr="00CB52C3" w14:paraId="6E22452A" w14:textId="77777777" w:rsidTr="009B4FA6">
        <w:trPr>
          <w:jc w:val="center"/>
        </w:trPr>
        <w:tc>
          <w:tcPr>
            <w:tcW w:w="1728" w:type="dxa"/>
          </w:tcPr>
          <w:p w14:paraId="289958BF"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1DEE64DD"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IM(65)</w:t>
            </w:r>
          </w:p>
        </w:tc>
        <w:tc>
          <w:tcPr>
            <w:tcW w:w="1728" w:type="dxa"/>
          </w:tcPr>
          <w:p w14:paraId="5DA04514"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F297E3F" wp14:editId="65DD0B54">
                  <wp:extent cx="1400000" cy="1400000"/>
                  <wp:effectExtent l="0" t="0" r="0" b="0"/>
                  <wp:docPr id="472" name="Picture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5.png"/>
                          <pic:cNvPicPr/>
                        </pic:nvPicPr>
                        <pic:blipFill>
                          <a:blip r:embed="rId19"/>
                          <a:stretch>
                            <a:fillRect/>
                          </a:stretch>
                        </pic:blipFill>
                        <pic:spPr>
                          <a:xfrm>
                            <a:off x="0" y="0"/>
                            <a:ext cx="1400000" cy="1400000"/>
                          </a:xfrm>
                          <a:prstGeom prst="rect">
                            <a:avLst/>
                          </a:prstGeom>
                        </pic:spPr>
                      </pic:pic>
                    </a:graphicData>
                  </a:graphic>
                </wp:inline>
              </w:drawing>
            </w:r>
          </w:p>
        </w:tc>
        <w:tc>
          <w:tcPr>
            <w:tcW w:w="1728" w:type="dxa"/>
          </w:tcPr>
          <w:p w14:paraId="68870574"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IM(65)</w:t>
            </w:r>
          </w:p>
        </w:tc>
        <w:tc>
          <w:tcPr>
            <w:tcW w:w="1728" w:type="dxa"/>
          </w:tcPr>
          <w:p w14:paraId="1EE91047"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C088A8D" wp14:editId="1EB838CA">
                  <wp:extent cx="1400000" cy="1400000"/>
                  <wp:effectExtent l="0" t="0" r="0" b="0"/>
                  <wp:docPr id="473" name="Picture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5.png"/>
                          <pic:cNvPicPr/>
                        </pic:nvPicPr>
                        <pic:blipFill>
                          <a:blip r:embed="rId19"/>
                          <a:stretch>
                            <a:fillRect/>
                          </a:stretch>
                        </pic:blipFill>
                        <pic:spPr>
                          <a:xfrm>
                            <a:off x="0" y="0"/>
                            <a:ext cx="1400000" cy="1400000"/>
                          </a:xfrm>
                          <a:prstGeom prst="rect">
                            <a:avLst/>
                          </a:prstGeom>
                        </pic:spPr>
                      </pic:pic>
                    </a:graphicData>
                  </a:graphic>
                </wp:inline>
              </w:drawing>
            </w:r>
          </w:p>
        </w:tc>
      </w:tr>
      <w:tr w:rsidR="00244B9D" w:rsidRPr="00CB52C3" w14:paraId="6BE242FB" w14:textId="77777777" w:rsidTr="009B4FA6">
        <w:trPr>
          <w:jc w:val="center"/>
        </w:trPr>
        <w:tc>
          <w:tcPr>
            <w:tcW w:w="1728" w:type="dxa"/>
          </w:tcPr>
          <w:p w14:paraId="33C44023"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0ADD5D8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IM(70)</w:t>
            </w:r>
          </w:p>
        </w:tc>
        <w:tc>
          <w:tcPr>
            <w:tcW w:w="1728" w:type="dxa"/>
          </w:tcPr>
          <w:p w14:paraId="6958C8B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C6750B6" wp14:editId="429019DA">
                  <wp:extent cx="1400000" cy="1400000"/>
                  <wp:effectExtent l="0" t="0" r="0" b="0"/>
                  <wp:docPr id="474" name="Picture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0.png"/>
                          <pic:cNvPicPr/>
                        </pic:nvPicPr>
                        <pic:blipFill>
                          <a:blip r:embed="rId20"/>
                          <a:stretch>
                            <a:fillRect/>
                          </a:stretch>
                        </pic:blipFill>
                        <pic:spPr>
                          <a:xfrm>
                            <a:off x="0" y="0"/>
                            <a:ext cx="1400000" cy="1400000"/>
                          </a:xfrm>
                          <a:prstGeom prst="rect">
                            <a:avLst/>
                          </a:prstGeom>
                        </pic:spPr>
                      </pic:pic>
                    </a:graphicData>
                  </a:graphic>
                </wp:inline>
              </w:drawing>
            </w:r>
          </w:p>
        </w:tc>
        <w:tc>
          <w:tcPr>
            <w:tcW w:w="1728" w:type="dxa"/>
          </w:tcPr>
          <w:p w14:paraId="0E193727"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IM(70)</w:t>
            </w:r>
          </w:p>
        </w:tc>
        <w:tc>
          <w:tcPr>
            <w:tcW w:w="1728" w:type="dxa"/>
          </w:tcPr>
          <w:p w14:paraId="786593C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D3CA1D4" wp14:editId="0A190F7F">
                  <wp:extent cx="1400000" cy="1400000"/>
                  <wp:effectExtent l="0" t="0" r="0" b="0"/>
                  <wp:docPr id="475" name="Picture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0.png"/>
                          <pic:cNvPicPr/>
                        </pic:nvPicPr>
                        <pic:blipFill>
                          <a:blip r:embed="rId20"/>
                          <a:stretch>
                            <a:fillRect/>
                          </a:stretch>
                        </pic:blipFill>
                        <pic:spPr>
                          <a:xfrm>
                            <a:off x="0" y="0"/>
                            <a:ext cx="1400000" cy="1400000"/>
                          </a:xfrm>
                          <a:prstGeom prst="rect">
                            <a:avLst/>
                          </a:prstGeom>
                        </pic:spPr>
                      </pic:pic>
                    </a:graphicData>
                  </a:graphic>
                </wp:inline>
              </w:drawing>
            </w:r>
          </w:p>
        </w:tc>
      </w:tr>
    </w:tbl>
    <w:p w14:paraId="6230785D"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78867840" w14:textId="781FEEFF" w:rsidR="00244B9D" w:rsidRPr="00CB52C3" w:rsidRDefault="00244B9D"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1</w:t>
      </w:r>
      <w:r w:rsidR="005272C5">
        <w:rPr>
          <w:rFonts w:ascii="Times New Roman" w:hAnsi="Times New Roman"/>
          <w:b/>
          <w:sz w:val="24"/>
          <w:szCs w:val="24"/>
        </w:rPr>
        <w:t>2</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acetaldehyde at pH=7 and U=-0.5 V vs. </w:t>
      </w:r>
      <w:r w:rsidR="005272C5">
        <w:rPr>
          <w:rFonts w:ascii="Times New Roman" w:hAnsi="Times New Roman"/>
          <w:sz w:val="24"/>
          <w:szCs w:val="24"/>
        </w:rPr>
        <w:t>S</w:t>
      </w:r>
      <w:r w:rsidRPr="00CB52C3">
        <w:rPr>
          <w:rFonts w:ascii="Times New Roman" w:hAnsi="Times New Roman"/>
          <w:sz w:val="24"/>
          <w:szCs w:val="24"/>
        </w:rPr>
        <w:t>HE on Cu(111).</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318"/>
        <w:gridCol w:w="1429"/>
        <w:gridCol w:w="2420"/>
        <w:gridCol w:w="1429"/>
        <w:gridCol w:w="2420"/>
      </w:tblGrid>
      <w:tr w:rsidR="00244B9D" w:rsidRPr="00CB52C3" w14:paraId="6D0F73C2" w14:textId="77777777" w:rsidTr="009B4FA6">
        <w:trPr>
          <w:jc w:val="center"/>
        </w:trPr>
        <w:tc>
          <w:tcPr>
            <w:tcW w:w="1728" w:type="dxa"/>
          </w:tcPr>
          <w:p w14:paraId="59C021BD" w14:textId="77777777" w:rsidR="00244B9D" w:rsidRPr="00CB52C3" w:rsidRDefault="00244B9D" w:rsidP="00431F65">
            <w:pPr>
              <w:spacing w:line="480" w:lineRule="auto"/>
              <w:rPr>
                <w:rFonts w:ascii="Times New Roman" w:hAnsi="Times New Roman"/>
                <w:sz w:val="24"/>
                <w:szCs w:val="24"/>
              </w:rPr>
            </w:pPr>
          </w:p>
        </w:tc>
        <w:tc>
          <w:tcPr>
            <w:tcW w:w="3456" w:type="dxa"/>
            <w:gridSpan w:val="2"/>
          </w:tcPr>
          <w:p w14:paraId="3ADB3E7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07F8C0F7"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244B9D" w:rsidRPr="00CB52C3" w14:paraId="6FFF3550" w14:textId="77777777" w:rsidTr="009B4FA6">
        <w:trPr>
          <w:jc w:val="center"/>
        </w:trPr>
        <w:tc>
          <w:tcPr>
            <w:tcW w:w="1728" w:type="dxa"/>
          </w:tcPr>
          <w:p w14:paraId="04D8C3E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0ADF3F85"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31948E4F"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2B2440FF"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28DE3760"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244B9D" w:rsidRPr="00CB52C3" w14:paraId="69C0E0C6" w14:textId="77777777" w:rsidTr="009B4FA6">
        <w:trPr>
          <w:jc w:val="center"/>
        </w:trPr>
        <w:tc>
          <w:tcPr>
            <w:tcW w:w="1728" w:type="dxa"/>
          </w:tcPr>
          <w:p w14:paraId="2CAD3D4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0D152A36"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0001036E"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E742791" wp14:editId="491EDADD">
                  <wp:extent cx="1400000" cy="1400000"/>
                  <wp:effectExtent l="0" t="0" r="0" b="0"/>
                  <wp:docPr id="476" name="Picture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c>
          <w:tcPr>
            <w:tcW w:w="1728" w:type="dxa"/>
          </w:tcPr>
          <w:p w14:paraId="41ED5413"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48BF30D3"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FBF2D6C" wp14:editId="243E599C">
                  <wp:extent cx="1400000" cy="1400000"/>
                  <wp:effectExtent l="0" t="0" r="0" b="0"/>
                  <wp:docPr id="477" name="Picture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r>
      <w:tr w:rsidR="00244B9D" w:rsidRPr="00CB52C3" w14:paraId="68ACCCA4" w14:textId="77777777" w:rsidTr="009B4FA6">
        <w:trPr>
          <w:jc w:val="center"/>
        </w:trPr>
        <w:tc>
          <w:tcPr>
            <w:tcW w:w="1728" w:type="dxa"/>
          </w:tcPr>
          <w:p w14:paraId="277BE8C5"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579D8310"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IM(25)</w:t>
            </w:r>
          </w:p>
        </w:tc>
        <w:tc>
          <w:tcPr>
            <w:tcW w:w="1728" w:type="dxa"/>
          </w:tcPr>
          <w:p w14:paraId="50B9F12D"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7007331" wp14:editId="374FD726">
                  <wp:extent cx="1400000" cy="1400000"/>
                  <wp:effectExtent l="0" t="0" r="0" b="0"/>
                  <wp:docPr id="478" name="Picture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png"/>
                          <pic:cNvPicPr/>
                        </pic:nvPicPr>
                        <pic:blipFill>
                          <a:blip r:embed="rId21"/>
                          <a:stretch>
                            <a:fillRect/>
                          </a:stretch>
                        </pic:blipFill>
                        <pic:spPr>
                          <a:xfrm>
                            <a:off x="0" y="0"/>
                            <a:ext cx="1400000" cy="1400000"/>
                          </a:xfrm>
                          <a:prstGeom prst="rect">
                            <a:avLst/>
                          </a:prstGeom>
                        </pic:spPr>
                      </pic:pic>
                    </a:graphicData>
                  </a:graphic>
                </wp:inline>
              </w:drawing>
            </w:r>
          </w:p>
        </w:tc>
        <w:tc>
          <w:tcPr>
            <w:tcW w:w="1728" w:type="dxa"/>
          </w:tcPr>
          <w:p w14:paraId="08662890"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IM(26)</w:t>
            </w:r>
          </w:p>
        </w:tc>
        <w:tc>
          <w:tcPr>
            <w:tcW w:w="1728" w:type="dxa"/>
          </w:tcPr>
          <w:p w14:paraId="522ECE4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CFD9710" wp14:editId="7798F483">
                  <wp:extent cx="1400000" cy="1400000"/>
                  <wp:effectExtent l="0" t="0" r="0" b="0"/>
                  <wp:docPr id="479" name="Picture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6.png"/>
                          <pic:cNvPicPr/>
                        </pic:nvPicPr>
                        <pic:blipFill>
                          <a:blip r:embed="rId37"/>
                          <a:stretch>
                            <a:fillRect/>
                          </a:stretch>
                        </pic:blipFill>
                        <pic:spPr>
                          <a:xfrm>
                            <a:off x="0" y="0"/>
                            <a:ext cx="1400000" cy="1400000"/>
                          </a:xfrm>
                          <a:prstGeom prst="rect">
                            <a:avLst/>
                          </a:prstGeom>
                        </pic:spPr>
                      </pic:pic>
                    </a:graphicData>
                  </a:graphic>
                </wp:inline>
              </w:drawing>
            </w:r>
          </w:p>
        </w:tc>
      </w:tr>
      <w:tr w:rsidR="00244B9D" w:rsidRPr="00CB52C3" w14:paraId="59F37667" w14:textId="77777777" w:rsidTr="009B4FA6">
        <w:trPr>
          <w:jc w:val="center"/>
        </w:trPr>
        <w:tc>
          <w:tcPr>
            <w:tcW w:w="1728" w:type="dxa"/>
          </w:tcPr>
          <w:p w14:paraId="48338EA9"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7CF4D67D"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IM(32)</w:t>
            </w:r>
          </w:p>
        </w:tc>
        <w:tc>
          <w:tcPr>
            <w:tcW w:w="1728" w:type="dxa"/>
          </w:tcPr>
          <w:p w14:paraId="57D5653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1E92C2B" wp14:editId="29503AB9">
                  <wp:extent cx="1400000" cy="1400000"/>
                  <wp:effectExtent l="0" t="0" r="0" b="0"/>
                  <wp:docPr id="480" name="Picture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2.png"/>
                          <pic:cNvPicPr/>
                        </pic:nvPicPr>
                        <pic:blipFill>
                          <a:blip r:embed="rId31"/>
                          <a:stretch>
                            <a:fillRect/>
                          </a:stretch>
                        </pic:blipFill>
                        <pic:spPr>
                          <a:xfrm>
                            <a:off x="0" y="0"/>
                            <a:ext cx="1400000" cy="1400000"/>
                          </a:xfrm>
                          <a:prstGeom prst="rect">
                            <a:avLst/>
                          </a:prstGeom>
                        </pic:spPr>
                      </pic:pic>
                    </a:graphicData>
                  </a:graphic>
                </wp:inline>
              </w:drawing>
            </w:r>
          </w:p>
        </w:tc>
        <w:tc>
          <w:tcPr>
            <w:tcW w:w="1728" w:type="dxa"/>
          </w:tcPr>
          <w:p w14:paraId="309970F6"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IM(34)</w:t>
            </w:r>
          </w:p>
        </w:tc>
        <w:tc>
          <w:tcPr>
            <w:tcW w:w="1728" w:type="dxa"/>
          </w:tcPr>
          <w:p w14:paraId="098F4FC2"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5E9A187" wp14:editId="6EE6751B">
                  <wp:extent cx="1400000" cy="1400000"/>
                  <wp:effectExtent l="0" t="0" r="0" b="0"/>
                  <wp:docPr id="481" name="Picture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png"/>
                          <pic:cNvPicPr/>
                        </pic:nvPicPr>
                        <pic:blipFill>
                          <a:blip r:embed="rId13"/>
                          <a:stretch>
                            <a:fillRect/>
                          </a:stretch>
                        </pic:blipFill>
                        <pic:spPr>
                          <a:xfrm>
                            <a:off x="0" y="0"/>
                            <a:ext cx="1400000" cy="1400000"/>
                          </a:xfrm>
                          <a:prstGeom prst="rect">
                            <a:avLst/>
                          </a:prstGeom>
                        </pic:spPr>
                      </pic:pic>
                    </a:graphicData>
                  </a:graphic>
                </wp:inline>
              </w:drawing>
            </w:r>
          </w:p>
        </w:tc>
      </w:tr>
      <w:tr w:rsidR="00244B9D" w:rsidRPr="00CB52C3" w14:paraId="3834A2C4" w14:textId="77777777" w:rsidTr="009B4FA6">
        <w:trPr>
          <w:jc w:val="center"/>
        </w:trPr>
        <w:tc>
          <w:tcPr>
            <w:tcW w:w="1728" w:type="dxa"/>
          </w:tcPr>
          <w:p w14:paraId="6C123EB5"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12FC982C"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IM(38)</w:t>
            </w:r>
          </w:p>
        </w:tc>
        <w:tc>
          <w:tcPr>
            <w:tcW w:w="1728" w:type="dxa"/>
          </w:tcPr>
          <w:p w14:paraId="7F66918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A278E70" wp14:editId="7A901B73">
                  <wp:extent cx="1400000" cy="1400000"/>
                  <wp:effectExtent l="0" t="0" r="0" b="0"/>
                  <wp:docPr id="482" name="Picture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8.png"/>
                          <pic:cNvPicPr/>
                        </pic:nvPicPr>
                        <pic:blipFill>
                          <a:blip r:embed="rId23"/>
                          <a:stretch>
                            <a:fillRect/>
                          </a:stretch>
                        </pic:blipFill>
                        <pic:spPr>
                          <a:xfrm>
                            <a:off x="0" y="0"/>
                            <a:ext cx="1400000" cy="1400000"/>
                          </a:xfrm>
                          <a:prstGeom prst="rect">
                            <a:avLst/>
                          </a:prstGeom>
                        </pic:spPr>
                      </pic:pic>
                    </a:graphicData>
                  </a:graphic>
                </wp:inline>
              </w:drawing>
            </w:r>
          </w:p>
        </w:tc>
        <w:tc>
          <w:tcPr>
            <w:tcW w:w="1728" w:type="dxa"/>
          </w:tcPr>
          <w:p w14:paraId="1CEA7F3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IM(39)</w:t>
            </w:r>
          </w:p>
        </w:tc>
        <w:tc>
          <w:tcPr>
            <w:tcW w:w="1728" w:type="dxa"/>
          </w:tcPr>
          <w:p w14:paraId="6B1FA61D"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57A16E6" wp14:editId="37CD1C71">
                  <wp:extent cx="1400000" cy="1400000"/>
                  <wp:effectExtent l="0" t="0" r="0" b="0"/>
                  <wp:docPr id="483" name="Picture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9.png"/>
                          <pic:cNvPicPr/>
                        </pic:nvPicPr>
                        <pic:blipFill>
                          <a:blip r:embed="rId14"/>
                          <a:stretch>
                            <a:fillRect/>
                          </a:stretch>
                        </pic:blipFill>
                        <pic:spPr>
                          <a:xfrm>
                            <a:off x="0" y="0"/>
                            <a:ext cx="1400000" cy="1400000"/>
                          </a:xfrm>
                          <a:prstGeom prst="rect">
                            <a:avLst/>
                          </a:prstGeom>
                        </pic:spPr>
                      </pic:pic>
                    </a:graphicData>
                  </a:graphic>
                </wp:inline>
              </w:drawing>
            </w:r>
          </w:p>
        </w:tc>
      </w:tr>
      <w:tr w:rsidR="00244B9D" w:rsidRPr="00CB52C3" w14:paraId="42229E54" w14:textId="77777777" w:rsidTr="009B4FA6">
        <w:trPr>
          <w:jc w:val="center"/>
        </w:trPr>
        <w:tc>
          <w:tcPr>
            <w:tcW w:w="1728" w:type="dxa"/>
          </w:tcPr>
          <w:p w14:paraId="56551956"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19B9D3CF"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IM(48)</w:t>
            </w:r>
          </w:p>
        </w:tc>
        <w:tc>
          <w:tcPr>
            <w:tcW w:w="1728" w:type="dxa"/>
          </w:tcPr>
          <w:p w14:paraId="08FF5E54"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2C8FF4E" wp14:editId="03F72E87">
                  <wp:extent cx="1400000" cy="1400000"/>
                  <wp:effectExtent l="0" t="0" r="0" b="0"/>
                  <wp:docPr id="484" name="Picture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8.png"/>
                          <pic:cNvPicPr/>
                        </pic:nvPicPr>
                        <pic:blipFill>
                          <a:blip r:embed="rId39"/>
                          <a:stretch>
                            <a:fillRect/>
                          </a:stretch>
                        </pic:blipFill>
                        <pic:spPr>
                          <a:xfrm>
                            <a:off x="0" y="0"/>
                            <a:ext cx="1400000" cy="1400000"/>
                          </a:xfrm>
                          <a:prstGeom prst="rect">
                            <a:avLst/>
                          </a:prstGeom>
                        </pic:spPr>
                      </pic:pic>
                    </a:graphicData>
                  </a:graphic>
                </wp:inline>
              </w:drawing>
            </w:r>
          </w:p>
        </w:tc>
        <w:tc>
          <w:tcPr>
            <w:tcW w:w="1728" w:type="dxa"/>
          </w:tcPr>
          <w:p w14:paraId="47D283D9"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IM(50)</w:t>
            </w:r>
          </w:p>
        </w:tc>
        <w:tc>
          <w:tcPr>
            <w:tcW w:w="1728" w:type="dxa"/>
          </w:tcPr>
          <w:p w14:paraId="7218F2AC"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CC0A6B1" wp14:editId="45C7B03D">
                  <wp:extent cx="1400000" cy="1400000"/>
                  <wp:effectExtent l="0" t="0" r="0" b="0"/>
                  <wp:docPr id="485" name="Picture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0.png"/>
                          <pic:cNvPicPr/>
                        </pic:nvPicPr>
                        <pic:blipFill>
                          <a:blip r:embed="rId24"/>
                          <a:stretch>
                            <a:fillRect/>
                          </a:stretch>
                        </pic:blipFill>
                        <pic:spPr>
                          <a:xfrm>
                            <a:off x="0" y="0"/>
                            <a:ext cx="1400000" cy="1400000"/>
                          </a:xfrm>
                          <a:prstGeom prst="rect">
                            <a:avLst/>
                          </a:prstGeom>
                        </pic:spPr>
                      </pic:pic>
                    </a:graphicData>
                  </a:graphic>
                </wp:inline>
              </w:drawing>
            </w:r>
          </w:p>
        </w:tc>
      </w:tr>
      <w:tr w:rsidR="00244B9D" w:rsidRPr="00CB52C3" w14:paraId="2225E968" w14:textId="77777777" w:rsidTr="009B4FA6">
        <w:trPr>
          <w:jc w:val="center"/>
        </w:trPr>
        <w:tc>
          <w:tcPr>
            <w:tcW w:w="1728" w:type="dxa"/>
          </w:tcPr>
          <w:p w14:paraId="4520E172"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19759F9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IM(58)</w:t>
            </w:r>
          </w:p>
        </w:tc>
        <w:tc>
          <w:tcPr>
            <w:tcW w:w="1728" w:type="dxa"/>
          </w:tcPr>
          <w:p w14:paraId="50784124"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8C0E922" wp14:editId="3BBC7014">
                  <wp:extent cx="1400000" cy="1400000"/>
                  <wp:effectExtent l="0" t="0" r="0" b="0"/>
                  <wp:docPr id="486" name="Picture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8.png"/>
                          <pic:cNvPicPr/>
                        </pic:nvPicPr>
                        <pic:blipFill>
                          <a:blip r:embed="rId25"/>
                          <a:stretch>
                            <a:fillRect/>
                          </a:stretch>
                        </pic:blipFill>
                        <pic:spPr>
                          <a:xfrm>
                            <a:off x="0" y="0"/>
                            <a:ext cx="1400000" cy="1400000"/>
                          </a:xfrm>
                          <a:prstGeom prst="rect">
                            <a:avLst/>
                          </a:prstGeom>
                        </pic:spPr>
                      </pic:pic>
                    </a:graphicData>
                  </a:graphic>
                </wp:inline>
              </w:drawing>
            </w:r>
          </w:p>
        </w:tc>
        <w:tc>
          <w:tcPr>
            <w:tcW w:w="1728" w:type="dxa"/>
          </w:tcPr>
          <w:p w14:paraId="3067E163"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IM(58)</w:t>
            </w:r>
          </w:p>
        </w:tc>
        <w:tc>
          <w:tcPr>
            <w:tcW w:w="1728" w:type="dxa"/>
          </w:tcPr>
          <w:p w14:paraId="1C3E6E9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72487FB" wp14:editId="5F81846B">
                  <wp:extent cx="1400000" cy="1400000"/>
                  <wp:effectExtent l="0" t="0" r="0" b="0"/>
                  <wp:docPr id="487" name="Picture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8.png"/>
                          <pic:cNvPicPr/>
                        </pic:nvPicPr>
                        <pic:blipFill>
                          <a:blip r:embed="rId25"/>
                          <a:stretch>
                            <a:fillRect/>
                          </a:stretch>
                        </pic:blipFill>
                        <pic:spPr>
                          <a:xfrm>
                            <a:off x="0" y="0"/>
                            <a:ext cx="1400000" cy="1400000"/>
                          </a:xfrm>
                          <a:prstGeom prst="rect">
                            <a:avLst/>
                          </a:prstGeom>
                        </pic:spPr>
                      </pic:pic>
                    </a:graphicData>
                  </a:graphic>
                </wp:inline>
              </w:drawing>
            </w:r>
          </w:p>
        </w:tc>
      </w:tr>
    </w:tbl>
    <w:p w14:paraId="2377FDFE"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4D57D07D" w14:textId="5AA892C0" w:rsidR="00244B9D" w:rsidRPr="00CB52C3" w:rsidRDefault="00244B9D"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1</w:t>
      </w:r>
      <w:r w:rsidR="005272C5">
        <w:rPr>
          <w:rFonts w:ascii="Times New Roman" w:hAnsi="Times New Roman"/>
          <w:b/>
          <w:sz w:val="24"/>
          <w:szCs w:val="24"/>
        </w:rPr>
        <w:t>3</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ethane at pH=7 and U=-0.5 V vs. </w:t>
      </w:r>
      <w:r w:rsidR="005272C5">
        <w:rPr>
          <w:rFonts w:ascii="Times New Roman" w:hAnsi="Times New Roman"/>
          <w:sz w:val="24"/>
          <w:szCs w:val="24"/>
        </w:rPr>
        <w:t>S</w:t>
      </w:r>
      <w:r w:rsidRPr="00CB52C3">
        <w:rPr>
          <w:rFonts w:ascii="Times New Roman" w:hAnsi="Times New Roman"/>
          <w:sz w:val="24"/>
          <w:szCs w:val="24"/>
        </w:rPr>
        <w:t>HE on Cu(111).</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318"/>
        <w:gridCol w:w="1429"/>
        <w:gridCol w:w="2420"/>
        <w:gridCol w:w="1429"/>
        <w:gridCol w:w="2420"/>
      </w:tblGrid>
      <w:tr w:rsidR="00244B9D" w:rsidRPr="00CB52C3" w14:paraId="5D1AE275" w14:textId="77777777" w:rsidTr="009B4FA6">
        <w:trPr>
          <w:jc w:val="center"/>
        </w:trPr>
        <w:tc>
          <w:tcPr>
            <w:tcW w:w="1728" w:type="dxa"/>
          </w:tcPr>
          <w:p w14:paraId="3CE635BC" w14:textId="77777777" w:rsidR="00244B9D" w:rsidRPr="00CB52C3" w:rsidRDefault="00244B9D" w:rsidP="00431F65">
            <w:pPr>
              <w:spacing w:line="480" w:lineRule="auto"/>
              <w:rPr>
                <w:rFonts w:ascii="Times New Roman" w:hAnsi="Times New Roman"/>
                <w:sz w:val="24"/>
                <w:szCs w:val="24"/>
              </w:rPr>
            </w:pPr>
          </w:p>
        </w:tc>
        <w:tc>
          <w:tcPr>
            <w:tcW w:w="3456" w:type="dxa"/>
            <w:gridSpan w:val="2"/>
          </w:tcPr>
          <w:p w14:paraId="66A83D7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5F4B0C1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244B9D" w:rsidRPr="00CB52C3" w14:paraId="31D8DDEC" w14:textId="77777777" w:rsidTr="009B4FA6">
        <w:trPr>
          <w:jc w:val="center"/>
        </w:trPr>
        <w:tc>
          <w:tcPr>
            <w:tcW w:w="1728" w:type="dxa"/>
          </w:tcPr>
          <w:p w14:paraId="6B6E8D20"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0B28F0AD"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3CA5CDA0"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3FCE567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69D880F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244B9D" w:rsidRPr="00CB52C3" w14:paraId="60AE9416" w14:textId="77777777" w:rsidTr="009B4FA6">
        <w:trPr>
          <w:jc w:val="center"/>
        </w:trPr>
        <w:tc>
          <w:tcPr>
            <w:tcW w:w="1728" w:type="dxa"/>
          </w:tcPr>
          <w:p w14:paraId="67C67E2C"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44E35D36"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617BCAC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6C1EDB8" wp14:editId="58C94E16">
                  <wp:extent cx="1400000" cy="1400000"/>
                  <wp:effectExtent l="0" t="0" r="0" b="0"/>
                  <wp:docPr id="488" name="Picture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c>
          <w:tcPr>
            <w:tcW w:w="1728" w:type="dxa"/>
          </w:tcPr>
          <w:p w14:paraId="651F8FF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06E37FE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DC57C35" wp14:editId="5C3ACB67">
                  <wp:extent cx="1400000" cy="1400000"/>
                  <wp:effectExtent l="0" t="0" r="0" b="0"/>
                  <wp:docPr id="489" name="Picture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r>
      <w:tr w:rsidR="00244B9D" w:rsidRPr="00CB52C3" w14:paraId="2F30F772" w14:textId="77777777" w:rsidTr="009B4FA6">
        <w:trPr>
          <w:jc w:val="center"/>
        </w:trPr>
        <w:tc>
          <w:tcPr>
            <w:tcW w:w="1728" w:type="dxa"/>
          </w:tcPr>
          <w:p w14:paraId="247401A9"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117078EE"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IM(25)</w:t>
            </w:r>
          </w:p>
        </w:tc>
        <w:tc>
          <w:tcPr>
            <w:tcW w:w="1728" w:type="dxa"/>
          </w:tcPr>
          <w:p w14:paraId="22DBEF5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69A1990" wp14:editId="70D39FC5">
                  <wp:extent cx="1400000" cy="1400000"/>
                  <wp:effectExtent l="0" t="0" r="0" b="0"/>
                  <wp:docPr id="490" name="Picture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png"/>
                          <pic:cNvPicPr/>
                        </pic:nvPicPr>
                        <pic:blipFill>
                          <a:blip r:embed="rId21"/>
                          <a:stretch>
                            <a:fillRect/>
                          </a:stretch>
                        </pic:blipFill>
                        <pic:spPr>
                          <a:xfrm>
                            <a:off x="0" y="0"/>
                            <a:ext cx="1400000" cy="1400000"/>
                          </a:xfrm>
                          <a:prstGeom prst="rect">
                            <a:avLst/>
                          </a:prstGeom>
                        </pic:spPr>
                      </pic:pic>
                    </a:graphicData>
                  </a:graphic>
                </wp:inline>
              </w:drawing>
            </w:r>
          </w:p>
        </w:tc>
        <w:tc>
          <w:tcPr>
            <w:tcW w:w="1728" w:type="dxa"/>
          </w:tcPr>
          <w:p w14:paraId="6A79D53D"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IM(26)</w:t>
            </w:r>
          </w:p>
        </w:tc>
        <w:tc>
          <w:tcPr>
            <w:tcW w:w="1728" w:type="dxa"/>
          </w:tcPr>
          <w:p w14:paraId="5EF66FEE"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1A54F71" wp14:editId="3DE553BB">
                  <wp:extent cx="1400000" cy="1400000"/>
                  <wp:effectExtent l="0" t="0" r="0" b="0"/>
                  <wp:docPr id="491" name="Picture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6.png"/>
                          <pic:cNvPicPr/>
                        </pic:nvPicPr>
                        <pic:blipFill>
                          <a:blip r:embed="rId37"/>
                          <a:stretch>
                            <a:fillRect/>
                          </a:stretch>
                        </pic:blipFill>
                        <pic:spPr>
                          <a:xfrm>
                            <a:off x="0" y="0"/>
                            <a:ext cx="1400000" cy="1400000"/>
                          </a:xfrm>
                          <a:prstGeom prst="rect">
                            <a:avLst/>
                          </a:prstGeom>
                        </pic:spPr>
                      </pic:pic>
                    </a:graphicData>
                  </a:graphic>
                </wp:inline>
              </w:drawing>
            </w:r>
          </w:p>
        </w:tc>
      </w:tr>
      <w:tr w:rsidR="00244B9D" w:rsidRPr="00CB52C3" w14:paraId="6F4DB807" w14:textId="77777777" w:rsidTr="009B4FA6">
        <w:trPr>
          <w:jc w:val="center"/>
        </w:trPr>
        <w:tc>
          <w:tcPr>
            <w:tcW w:w="1728" w:type="dxa"/>
          </w:tcPr>
          <w:p w14:paraId="04919F2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6193E46C"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IM(29)</w:t>
            </w:r>
          </w:p>
        </w:tc>
        <w:tc>
          <w:tcPr>
            <w:tcW w:w="1728" w:type="dxa"/>
          </w:tcPr>
          <w:p w14:paraId="01AEFF1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1C9F0D2" wp14:editId="5B287CF5">
                  <wp:extent cx="1400000" cy="1400000"/>
                  <wp:effectExtent l="0" t="0" r="0" b="0"/>
                  <wp:docPr id="492" name="Picture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9.png"/>
                          <pic:cNvPicPr/>
                        </pic:nvPicPr>
                        <pic:blipFill>
                          <a:blip r:embed="rId22"/>
                          <a:stretch>
                            <a:fillRect/>
                          </a:stretch>
                        </pic:blipFill>
                        <pic:spPr>
                          <a:xfrm>
                            <a:off x="0" y="0"/>
                            <a:ext cx="1400000" cy="1400000"/>
                          </a:xfrm>
                          <a:prstGeom prst="rect">
                            <a:avLst/>
                          </a:prstGeom>
                        </pic:spPr>
                      </pic:pic>
                    </a:graphicData>
                  </a:graphic>
                </wp:inline>
              </w:drawing>
            </w:r>
          </w:p>
        </w:tc>
        <w:tc>
          <w:tcPr>
            <w:tcW w:w="1728" w:type="dxa"/>
          </w:tcPr>
          <w:p w14:paraId="317CF8DD"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IM(34)</w:t>
            </w:r>
          </w:p>
        </w:tc>
        <w:tc>
          <w:tcPr>
            <w:tcW w:w="1728" w:type="dxa"/>
          </w:tcPr>
          <w:p w14:paraId="2263F22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B4EA696" wp14:editId="53598B54">
                  <wp:extent cx="1400000" cy="1400000"/>
                  <wp:effectExtent l="0" t="0" r="0" b="0"/>
                  <wp:docPr id="493" name="Picture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png"/>
                          <pic:cNvPicPr/>
                        </pic:nvPicPr>
                        <pic:blipFill>
                          <a:blip r:embed="rId13"/>
                          <a:stretch>
                            <a:fillRect/>
                          </a:stretch>
                        </pic:blipFill>
                        <pic:spPr>
                          <a:xfrm>
                            <a:off x="0" y="0"/>
                            <a:ext cx="1400000" cy="1400000"/>
                          </a:xfrm>
                          <a:prstGeom prst="rect">
                            <a:avLst/>
                          </a:prstGeom>
                        </pic:spPr>
                      </pic:pic>
                    </a:graphicData>
                  </a:graphic>
                </wp:inline>
              </w:drawing>
            </w:r>
          </w:p>
        </w:tc>
      </w:tr>
      <w:tr w:rsidR="00244B9D" w:rsidRPr="00CB52C3" w14:paraId="0E839E36" w14:textId="77777777" w:rsidTr="009B4FA6">
        <w:trPr>
          <w:jc w:val="center"/>
        </w:trPr>
        <w:tc>
          <w:tcPr>
            <w:tcW w:w="1728" w:type="dxa"/>
          </w:tcPr>
          <w:p w14:paraId="1399DA09"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104E378E"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IM(41)</w:t>
            </w:r>
          </w:p>
        </w:tc>
        <w:tc>
          <w:tcPr>
            <w:tcW w:w="1728" w:type="dxa"/>
          </w:tcPr>
          <w:p w14:paraId="23B6037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D42F041" wp14:editId="7C07C62D">
                  <wp:extent cx="1400000" cy="1400000"/>
                  <wp:effectExtent l="0" t="0" r="0" b="0"/>
                  <wp:docPr id="494" name="Picture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1.png"/>
                          <pic:cNvPicPr/>
                        </pic:nvPicPr>
                        <pic:blipFill>
                          <a:blip r:embed="rId38"/>
                          <a:stretch>
                            <a:fillRect/>
                          </a:stretch>
                        </pic:blipFill>
                        <pic:spPr>
                          <a:xfrm>
                            <a:off x="0" y="0"/>
                            <a:ext cx="1400000" cy="1400000"/>
                          </a:xfrm>
                          <a:prstGeom prst="rect">
                            <a:avLst/>
                          </a:prstGeom>
                        </pic:spPr>
                      </pic:pic>
                    </a:graphicData>
                  </a:graphic>
                </wp:inline>
              </w:drawing>
            </w:r>
          </w:p>
        </w:tc>
        <w:tc>
          <w:tcPr>
            <w:tcW w:w="1728" w:type="dxa"/>
          </w:tcPr>
          <w:p w14:paraId="18B01E56"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IM(46)</w:t>
            </w:r>
          </w:p>
        </w:tc>
        <w:tc>
          <w:tcPr>
            <w:tcW w:w="1728" w:type="dxa"/>
          </w:tcPr>
          <w:p w14:paraId="378899DE"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14AA103" wp14:editId="370FC2E3">
                  <wp:extent cx="1400000" cy="1400000"/>
                  <wp:effectExtent l="0" t="0" r="0" b="0"/>
                  <wp:docPr id="495" name="Picture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6.png"/>
                          <pic:cNvPicPr/>
                        </pic:nvPicPr>
                        <pic:blipFill>
                          <a:blip r:embed="rId33"/>
                          <a:stretch>
                            <a:fillRect/>
                          </a:stretch>
                        </pic:blipFill>
                        <pic:spPr>
                          <a:xfrm>
                            <a:off x="0" y="0"/>
                            <a:ext cx="1400000" cy="1400000"/>
                          </a:xfrm>
                          <a:prstGeom prst="rect">
                            <a:avLst/>
                          </a:prstGeom>
                        </pic:spPr>
                      </pic:pic>
                    </a:graphicData>
                  </a:graphic>
                </wp:inline>
              </w:drawing>
            </w:r>
          </w:p>
        </w:tc>
      </w:tr>
      <w:tr w:rsidR="00244B9D" w:rsidRPr="00CB52C3" w14:paraId="6970F396" w14:textId="77777777" w:rsidTr="009B4FA6">
        <w:trPr>
          <w:jc w:val="center"/>
        </w:trPr>
        <w:tc>
          <w:tcPr>
            <w:tcW w:w="1728" w:type="dxa"/>
          </w:tcPr>
          <w:p w14:paraId="6A5938CF"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7BE54A1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IM(53)</w:t>
            </w:r>
          </w:p>
        </w:tc>
        <w:tc>
          <w:tcPr>
            <w:tcW w:w="1728" w:type="dxa"/>
          </w:tcPr>
          <w:p w14:paraId="26576B75"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2B44D49" wp14:editId="0A05ED06">
                  <wp:extent cx="1400000" cy="1400000"/>
                  <wp:effectExtent l="0" t="0" r="0" b="0"/>
                  <wp:docPr id="496" name="Picture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3.png"/>
                          <pic:cNvPicPr/>
                        </pic:nvPicPr>
                        <pic:blipFill>
                          <a:blip r:embed="rId15"/>
                          <a:stretch>
                            <a:fillRect/>
                          </a:stretch>
                        </pic:blipFill>
                        <pic:spPr>
                          <a:xfrm>
                            <a:off x="0" y="0"/>
                            <a:ext cx="1400000" cy="1400000"/>
                          </a:xfrm>
                          <a:prstGeom prst="rect">
                            <a:avLst/>
                          </a:prstGeom>
                        </pic:spPr>
                      </pic:pic>
                    </a:graphicData>
                  </a:graphic>
                </wp:inline>
              </w:drawing>
            </w:r>
          </w:p>
        </w:tc>
        <w:tc>
          <w:tcPr>
            <w:tcW w:w="1728" w:type="dxa"/>
          </w:tcPr>
          <w:p w14:paraId="02C235F5"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IM(53)</w:t>
            </w:r>
          </w:p>
        </w:tc>
        <w:tc>
          <w:tcPr>
            <w:tcW w:w="1728" w:type="dxa"/>
          </w:tcPr>
          <w:p w14:paraId="6F9CB24C"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062AA44" wp14:editId="042AB731">
                  <wp:extent cx="1400000" cy="1400000"/>
                  <wp:effectExtent l="0" t="0" r="0" b="0"/>
                  <wp:docPr id="497" name="Picture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3.png"/>
                          <pic:cNvPicPr/>
                        </pic:nvPicPr>
                        <pic:blipFill>
                          <a:blip r:embed="rId15"/>
                          <a:stretch>
                            <a:fillRect/>
                          </a:stretch>
                        </pic:blipFill>
                        <pic:spPr>
                          <a:xfrm>
                            <a:off x="0" y="0"/>
                            <a:ext cx="1400000" cy="1400000"/>
                          </a:xfrm>
                          <a:prstGeom prst="rect">
                            <a:avLst/>
                          </a:prstGeom>
                        </pic:spPr>
                      </pic:pic>
                    </a:graphicData>
                  </a:graphic>
                </wp:inline>
              </w:drawing>
            </w:r>
          </w:p>
        </w:tc>
      </w:tr>
      <w:tr w:rsidR="00244B9D" w:rsidRPr="00CB52C3" w14:paraId="4C69E7C6" w14:textId="77777777" w:rsidTr="009B4FA6">
        <w:trPr>
          <w:jc w:val="center"/>
        </w:trPr>
        <w:tc>
          <w:tcPr>
            <w:tcW w:w="1728" w:type="dxa"/>
          </w:tcPr>
          <w:p w14:paraId="2D3DBA8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3428A7C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IM(57)</w:t>
            </w:r>
          </w:p>
        </w:tc>
        <w:tc>
          <w:tcPr>
            <w:tcW w:w="1728" w:type="dxa"/>
          </w:tcPr>
          <w:p w14:paraId="16B8562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5C28706" wp14:editId="42C2E22C">
                  <wp:extent cx="1400000" cy="1400000"/>
                  <wp:effectExtent l="0" t="0" r="0" b="0"/>
                  <wp:docPr id="498" name="Picture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7.png"/>
                          <pic:cNvPicPr/>
                        </pic:nvPicPr>
                        <pic:blipFill>
                          <a:blip r:embed="rId17"/>
                          <a:stretch>
                            <a:fillRect/>
                          </a:stretch>
                        </pic:blipFill>
                        <pic:spPr>
                          <a:xfrm>
                            <a:off x="0" y="0"/>
                            <a:ext cx="1400000" cy="1400000"/>
                          </a:xfrm>
                          <a:prstGeom prst="rect">
                            <a:avLst/>
                          </a:prstGeom>
                        </pic:spPr>
                      </pic:pic>
                    </a:graphicData>
                  </a:graphic>
                </wp:inline>
              </w:drawing>
            </w:r>
          </w:p>
        </w:tc>
        <w:tc>
          <w:tcPr>
            <w:tcW w:w="1728" w:type="dxa"/>
          </w:tcPr>
          <w:p w14:paraId="38CD009D"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IM(57)</w:t>
            </w:r>
          </w:p>
        </w:tc>
        <w:tc>
          <w:tcPr>
            <w:tcW w:w="1728" w:type="dxa"/>
          </w:tcPr>
          <w:p w14:paraId="2B9D4B99"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96B8887" wp14:editId="3D617504">
                  <wp:extent cx="1400000" cy="1400000"/>
                  <wp:effectExtent l="0" t="0" r="0" b="0"/>
                  <wp:docPr id="499" name="Picture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7.png"/>
                          <pic:cNvPicPr/>
                        </pic:nvPicPr>
                        <pic:blipFill>
                          <a:blip r:embed="rId17"/>
                          <a:stretch>
                            <a:fillRect/>
                          </a:stretch>
                        </pic:blipFill>
                        <pic:spPr>
                          <a:xfrm>
                            <a:off x="0" y="0"/>
                            <a:ext cx="1400000" cy="1400000"/>
                          </a:xfrm>
                          <a:prstGeom prst="rect">
                            <a:avLst/>
                          </a:prstGeom>
                        </pic:spPr>
                      </pic:pic>
                    </a:graphicData>
                  </a:graphic>
                </wp:inline>
              </w:drawing>
            </w:r>
          </w:p>
        </w:tc>
      </w:tr>
      <w:tr w:rsidR="00244B9D" w:rsidRPr="00CB52C3" w14:paraId="095A69A0" w14:textId="77777777" w:rsidTr="009B4FA6">
        <w:trPr>
          <w:jc w:val="center"/>
        </w:trPr>
        <w:tc>
          <w:tcPr>
            <w:tcW w:w="1728" w:type="dxa"/>
          </w:tcPr>
          <w:p w14:paraId="15ED83CE"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53E62663"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IM(65)</w:t>
            </w:r>
          </w:p>
        </w:tc>
        <w:tc>
          <w:tcPr>
            <w:tcW w:w="1728" w:type="dxa"/>
          </w:tcPr>
          <w:p w14:paraId="3F5B98C7"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ED2E95A" wp14:editId="5C4F05CC">
                  <wp:extent cx="1400000" cy="1400000"/>
                  <wp:effectExtent l="0" t="0" r="0" b="0"/>
                  <wp:docPr id="500" name="Picture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5.png"/>
                          <pic:cNvPicPr/>
                        </pic:nvPicPr>
                        <pic:blipFill>
                          <a:blip r:embed="rId19"/>
                          <a:stretch>
                            <a:fillRect/>
                          </a:stretch>
                        </pic:blipFill>
                        <pic:spPr>
                          <a:xfrm>
                            <a:off x="0" y="0"/>
                            <a:ext cx="1400000" cy="1400000"/>
                          </a:xfrm>
                          <a:prstGeom prst="rect">
                            <a:avLst/>
                          </a:prstGeom>
                        </pic:spPr>
                      </pic:pic>
                    </a:graphicData>
                  </a:graphic>
                </wp:inline>
              </w:drawing>
            </w:r>
          </w:p>
        </w:tc>
        <w:tc>
          <w:tcPr>
            <w:tcW w:w="1728" w:type="dxa"/>
          </w:tcPr>
          <w:p w14:paraId="3800EAF4"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IM(65)</w:t>
            </w:r>
          </w:p>
        </w:tc>
        <w:tc>
          <w:tcPr>
            <w:tcW w:w="1728" w:type="dxa"/>
          </w:tcPr>
          <w:p w14:paraId="16425242"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E9E56B9" wp14:editId="7B71DB75">
                  <wp:extent cx="1400000" cy="1400000"/>
                  <wp:effectExtent l="0" t="0" r="0" b="0"/>
                  <wp:docPr id="501" name="Picture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5.png"/>
                          <pic:cNvPicPr/>
                        </pic:nvPicPr>
                        <pic:blipFill>
                          <a:blip r:embed="rId19"/>
                          <a:stretch>
                            <a:fillRect/>
                          </a:stretch>
                        </pic:blipFill>
                        <pic:spPr>
                          <a:xfrm>
                            <a:off x="0" y="0"/>
                            <a:ext cx="1400000" cy="1400000"/>
                          </a:xfrm>
                          <a:prstGeom prst="rect">
                            <a:avLst/>
                          </a:prstGeom>
                        </pic:spPr>
                      </pic:pic>
                    </a:graphicData>
                  </a:graphic>
                </wp:inline>
              </w:drawing>
            </w:r>
          </w:p>
        </w:tc>
      </w:tr>
      <w:tr w:rsidR="00244B9D" w:rsidRPr="00CB52C3" w14:paraId="04873DD2" w14:textId="77777777" w:rsidTr="009B4FA6">
        <w:trPr>
          <w:jc w:val="center"/>
        </w:trPr>
        <w:tc>
          <w:tcPr>
            <w:tcW w:w="1728" w:type="dxa"/>
          </w:tcPr>
          <w:p w14:paraId="6C92C2B7"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5544CB09"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IM(69)</w:t>
            </w:r>
          </w:p>
        </w:tc>
        <w:tc>
          <w:tcPr>
            <w:tcW w:w="1728" w:type="dxa"/>
          </w:tcPr>
          <w:p w14:paraId="4B2DE91E"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9FD190E" wp14:editId="5DB70A2C">
                  <wp:extent cx="1400000" cy="1400000"/>
                  <wp:effectExtent l="0" t="0" r="0" b="0"/>
                  <wp:docPr id="502" name="Picture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9.png"/>
                          <pic:cNvPicPr/>
                        </pic:nvPicPr>
                        <pic:blipFill>
                          <a:blip r:embed="rId27"/>
                          <a:stretch>
                            <a:fillRect/>
                          </a:stretch>
                        </pic:blipFill>
                        <pic:spPr>
                          <a:xfrm>
                            <a:off x="0" y="0"/>
                            <a:ext cx="1400000" cy="1400000"/>
                          </a:xfrm>
                          <a:prstGeom prst="rect">
                            <a:avLst/>
                          </a:prstGeom>
                        </pic:spPr>
                      </pic:pic>
                    </a:graphicData>
                  </a:graphic>
                </wp:inline>
              </w:drawing>
            </w:r>
          </w:p>
        </w:tc>
        <w:tc>
          <w:tcPr>
            <w:tcW w:w="1728" w:type="dxa"/>
          </w:tcPr>
          <w:p w14:paraId="3B54FD5D"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IM(69)</w:t>
            </w:r>
          </w:p>
        </w:tc>
        <w:tc>
          <w:tcPr>
            <w:tcW w:w="1728" w:type="dxa"/>
          </w:tcPr>
          <w:p w14:paraId="4688ADF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20E1CE4" wp14:editId="027727AE">
                  <wp:extent cx="1400000" cy="1400000"/>
                  <wp:effectExtent l="0" t="0" r="0" b="0"/>
                  <wp:docPr id="503" name="Picture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9.png"/>
                          <pic:cNvPicPr/>
                        </pic:nvPicPr>
                        <pic:blipFill>
                          <a:blip r:embed="rId27"/>
                          <a:stretch>
                            <a:fillRect/>
                          </a:stretch>
                        </pic:blipFill>
                        <pic:spPr>
                          <a:xfrm>
                            <a:off x="0" y="0"/>
                            <a:ext cx="1400000" cy="1400000"/>
                          </a:xfrm>
                          <a:prstGeom prst="rect">
                            <a:avLst/>
                          </a:prstGeom>
                        </pic:spPr>
                      </pic:pic>
                    </a:graphicData>
                  </a:graphic>
                </wp:inline>
              </w:drawing>
            </w:r>
          </w:p>
        </w:tc>
      </w:tr>
      <w:tr w:rsidR="00244B9D" w:rsidRPr="00CB52C3" w14:paraId="02C0BD31" w14:textId="77777777" w:rsidTr="009B4FA6">
        <w:trPr>
          <w:jc w:val="center"/>
        </w:trPr>
        <w:tc>
          <w:tcPr>
            <w:tcW w:w="1728" w:type="dxa"/>
          </w:tcPr>
          <w:p w14:paraId="535B4747"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9</w:t>
            </w:r>
          </w:p>
        </w:tc>
        <w:tc>
          <w:tcPr>
            <w:tcW w:w="1728" w:type="dxa"/>
          </w:tcPr>
          <w:p w14:paraId="6FCA4C27"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IM(72)</w:t>
            </w:r>
          </w:p>
        </w:tc>
        <w:tc>
          <w:tcPr>
            <w:tcW w:w="1728" w:type="dxa"/>
          </w:tcPr>
          <w:p w14:paraId="3ED85A72"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039F150" wp14:editId="39EB5F42">
                  <wp:extent cx="1400000" cy="1400000"/>
                  <wp:effectExtent l="0" t="0" r="0" b="0"/>
                  <wp:docPr id="504" name="Picture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2.png"/>
                          <pic:cNvPicPr/>
                        </pic:nvPicPr>
                        <pic:blipFill>
                          <a:blip r:embed="rId29"/>
                          <a:stretch>
                            <a:fillRect/>
                          </a:stretch>
                        </pic:blipFill>
                        <pic:spPr>
                          <a:xfrm>
                            <a:off x="0" y="0"/>
                            <a:ext cx="1400000" cy="1400000"/>
                          </a:xfrm>
                          <a:prstGeom prst="rect">
                            <a:avLst/>
                          </a:prstGeom>
                        </pic:spPr>
                      </pic:pic>
                    </a:graphicData>
                  </a:graphic>
                </wp:inline>
              </w:drawing>
            </w:r>
          </w:p>
        </w:tc>
        <w:tc>
          <w:tcPr>
            <w:tcW w:w="1728" w:type="dxa"/>
          </w:tcPr>
          <w:p w14:paraId="0D129F02"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IM(72)</w:t>
            </w:r>
          </w:p>
        </w:tc>
        <w:tc>
          <w:tcPr>
            <w:tcW w:w="1728" w:type="dxa"/>
          </w:tcPr>
          <w:p w14:paraId="1E6AD02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5B2459D" wp14:editId="73255B51">
                  <wp:extent cx="1400000" cy="1400000"/>
                  <wp:effectExtent l="0" t="0" r="0" b="0"/>
                  <wp:docPr id="505" name="Picture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2.png"/>
                          <pic:cNvPicPr/>
                        </pic:nvPicPr>
                        <pic:blipFill>
                          <a:blip r:embed="rId29"/>
                          <a:stretch>
                            <a:fillRect/>
                          </a:stretch>
                        </pic:blipFill>
                        <pic:spPr>
                          <a:xfrm>
                            <a:off x="0" y="0"/>
                            <a:ext cx="1400000" cy="1400000"/>
                          </a:xfrm>
                          <a:prstGeom prst="rect">
                            <a:avLst/>
                          </a:prstGeom>
                        </pic:spPr>
                      </pic:pic>
                    </a:graphicData>
                  </a:graphic>
                </wp:inline>
              </w:drawing>
            </w:r>
          </w:p>
        </w:tc>
      </w:tr>
      <w:tr w:rsidR="00244B9D" w:rsidRPr="00CB52C3" w14:paraId="670B469E" w14:textId="77777777" w:rsidTr="009B4FA6">
        <w:trPr>
          <w:jc w:val="center"/>
        </w:trPr>
        <w:tc>
          <w:tcPr>
            <w:tcW w:w="1728" w:type="dxa"/>
          </w:tcPr>
          <w:p w14:paraId="3726C3C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lastRenderedPageBreak/>
              <w:t>10</w:t>
            </w:r>
          </w:p>
        </w:tc>
        <w:tc>
          <w:tcPr>
            <w:tcW w:w="1728" w:type="dxa"/>
          </w:tcPr>
          <w:p w14:paraId="6531DEB2"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IM(73)</w:t>
            </w:r>
          </w:p>
        </w:tc>
        <w:tc>
          <w:tcPr>
            <w:tcW w:w="1728" w:type="dxa"/>
          </w:tcPr>
          <w:p w14:paraId="453939FD"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B2D36F8" wp14:editId="10A2D4BD">
                  <wp:extent cx="1400000" cy="1400000"/>
                  <wp:effectExtent l="0" t="0" r="0" b="0"/>
                  <wp:docPr id="506" name="Picture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3.png"/>
                          <pic:cNvPicPr/>
                        </pic:nvPicPr>
                        <pic:blipFill>
                          <a:blip r:embed="rId30"/>
                          <a:stretch>
                            <a:fillRect/>
                          </a:stretch>
                        </pic:blipFill>
                        <pic:spPr>
                          <a:xfrm>
                            <a:off x="0" y="0"/>
                            <a:ext cx="1400000" cy="1400000"/>
                          </a:xfrm>
                          <a:prstGeom prst="rect">
                            <a:avLst/>
                          </a:prstGeom>
                        </pic:spPr>
                      </pic:pic>
                    </a:graphicData>
                  </a:graphic>
                </wp:inline>
              </w:drawing>
            </w:r>
          </w:p>
        </w:tc>
        <w:tc>
          <w:tcPr>
            <w:tcW w:w="1728" w:type="dxa"/>
          </w:tcPr>
          <w:p w14:paraId="3F728B42"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IM(73)</w:t>
            </w:r>
          </w:p>
        </w:tc>
        <w:tc>
          <w:tcPr>
            <w:tcW w:w="1728" w:type="dxa"/>
          </w:tcPr>
          <w:p w14:paraId="28552F7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1C807E3" wp14:editId="01E37645">
                  <wp:extent cx="1400000" cy="1400000"/>
                  <wp:effectExtent l="0" t="0" r="0" b="0"/>
                  <wp:docPr id="507" name="Picture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3.png"/>
                          <pic:cNvPicPr/>
                        </pic:nvPicPr>
                        <pic:blipFill>
                          <a:blip r:embed="rId30"/>
                          <a:stretch>
                            <a:fillRect/>
                          </a:stretch>
                        </pic:blipFill>
                        <pic:spPr>
                          <a:xfrm>
                            <a:off x="0" y="0"/>
                            <a:ext cx="1400000" cy="1400000"/>
                          </a:xfrm>
                          <a:prstGeom prst="rect">
                            <a:avLst/>
                          </a:prstGeom>
                        </pic:spPr>
                      </pic:pic>
                    </a:graphicData>
                  </a:graphic>
                </wp:inline>
              </w:drawing>
            </w:r>
          </w:p>
        </w:tc>
      </w:tr>
    </w:tbl>
    <w:p w14:paraId="36A0F96F"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588DEF97" w14:textId="24EF342E" w:rsidR="00244B9D" w:rsidRPr="00CB52C3" w:rsidRDefault="00244B9D"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1</w:t>
      </w:r>
      <w:r w:rsidR="005272C5">
        <w:rPr>
          <w:rFonts w:ascii="Times New Roman" w:hAnsi="Times New Roman"/>
          <w:b/>
          <w:sz w:val="24"/>
          <w:szCs w:val="24"/>
        </w:rPr>
        <w:t>4</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glycolaldehyde at pH=7 and U=-0.5 V vs. </w:t>
      </w:r>
      <w:r w:rsidR="005272C5">
        <w:rPr>
          <w:rFonts w:ascii="Times New Roman" w:hAnsi="Times New Roman"/>
          <w:sz w:val="24"/>
          <w:szCs w:val="24"/>
        </w:rPr>
        <w:t>S</w:t>
      </w:r>
      <w:r w:rsidRPr="00CB52C3">
        <w:rPr>
          <w:rFonts w:ascii="Times New Roman" w:hAnsi="Times New Roman"/>
          <w:sz w:val="24"/>
          <w:szCs w:val="24"/>
        </w:rPr>
        <w:t>HE on Cu(111).</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318"/>
        <w:gridCol w:w="1429"/>
        <w:gridCol w:w="2420"/>
        <w:gridCol w:w="1429"/>
        <w:gridCol w:w="2420"/>
      </w:tblGrid>
      <w:tr w:rsidR="00244B9D" w:rsidRPr="00CB52C3" w14:paraId="274C6D3D" w14:textId="77777777" w:rsidTr="009B4FA6">
        <w:trPr>
          <w:jc w:val="center"/>
        </w:trPr>
        <w:tc>
          <w:tcPr>
            <w:tcW w:w="1728" w:type="dxa"/>
          </w:tcPr>
          <w:p w14:paraId="582D4CA5" w14:textId="77777777" w:rsidR="00244B9D" w:rsidRPr="00CB52C3" w:rsidRDefault="00244B9D" w:rsidP="00431F65">
            <w:pPr>
              <w:spacing w:line="480" w:lineRule="auto"/>
              <w:rPr>
                <w:rFonts w:ascii="Times New Roman" w:hAnsi="Times New Roman"/>
                <w:sz w:val="24"/>
                <w:szCs w:val="24"/>
              </w:rPr>
            </w:pPr>
          </w:p>
        </w:tc>
        <w:tc>
          <w:tcPr>
            <w:tcW w:w="3456" w:type="dxa"/>
            <w:gridSpan w:val="2"/>
          </w:tcPr>
          <w:p w14:paraId="5CE23925"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6DB72D29"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244B9D" w:rsidRPr="00CB52C3" w14:paraId="7B4C4BBE" w14:textId="77777777" w:rsidTr="009B4FA6">
        <w:trPr>
          <w:jc w:val="center"/>
        </w:trPr>
        <w:tc>
          <w:tcPr>
            <w:tcW w:w="1728" w:type="dxa"/>
          </w:tcPr>
          <w:p w14:paraId="3A07940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4FC5B1D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6E44903F"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575EA67D"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6525EEF0"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244B9D" w:rsidRPr="00CB52C3" w14:paraId="7B5AC907" w14:textId="77777777" w:rsidTr="009B4FA6">
        <w:trPr>
          <w:jc w:val="center"/>
        </w:trPr>
        <w:tc>
          <w:tcPr>
            <w:tcW w:w="1728" w:type="dxa"/>
          </w:tcPr>
          <w:p w14:paraId="3902C11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39B58B8F"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04B7B363"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E3CF0A3" wp14:editId="52E86034">
                  <wp:extent cx="1400000" cy="1400000"/>
                  <wp:effectExtent l="0" t="0" r="0" b="0"/>
                  <wp:docPr id="508" name="Picture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c>
          <w:tcPr>
            <w:tcW w:w="1728" w:type="dxa"/>
          </w:tcPr>
          <w:p w14:paraId="1669868E"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695BA1C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7BF8435" wp14:editId="493FAC83">
                  <wp:extent cx="1400000" cy="1400000"/>
                  <wp:effectExtent l="0" t="0" r="0" b="0"/>
                  <wp:docPr id="509" name="Picture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r>
      <w:tr w:rsidR="00244B9D" w:rsidRPr="00CB52C3" w14:paraId="6EB0762D" w14:textId="77777777" w:rsidTr="009B4FA6">
        <w:trPr>
          <w:jc w:val="center"/>
        </w:trPr>
        <w:tc>
          <w:tcPr>
            <w:tcW w:w="1728" w:type="dxa"/>
          </w:tcPr>
          <w:p w14:paraId="64DEFB0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5951A53E"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IM(26)</w:t>
            </w:r>
          </w:p>
        </w:tc>
        <w:tc>
          <w:tcPr>
            <w:tcW w:w="1728" w:type="dxa"/>
          </w:tcPr>
          <w:p w14:paraId="2C3D29F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AC9ED77" wp14:editId="1FA7B9D6">
                  <wp:extent cx="1400000" cy="1400000"/>
                  <wp:effectExtent l="0" t="0" r="0" b="0"/>
                  <wp:docPr id="510" name="Picture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6.png"/>
                          <pic:cNvPicPr/>
                        </pic:nvPicPr>
                        <pic:blipFill>
                          <a:blip r:embed="rId37"/>
                          <a:stretch>
                            <a:fillRect/>
                          </a:stretch>
                        </pic:blipFill>
                        <pic:spPr>
                          <a:xfrm>
                            <a:off x="0" y="0"/>
                            <a:ext cx="1400000" cy="1400000"/>
                          </a:xfrm>
                          <a:prstGeom prst="rect">
                            <a:avLst/>
                          </a:prstGeom>
                        </pic:spPr>
                      </pic:pic>
                    </a:graphicData>
                  </a:graphic>
                </wp:inline>
              </w:drawing>
            </w:r>
          </w:p>
        </w:tc>
        <w:tc>
          <w:tcPr>
            <w:tcW w:w="1728" w:type="dxa"/>
          </w:tcPr>
          <w:p w14:paraId="417FDEE5"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IM(25)</w:t>
            </w:r>
          </w:p>
        </w:tc>
        <w:tc>
          <w:tcPr>
            <w:tcW w:w="1728" w:type="dxa"/>
          </w:tcPr>
          <w:p w14:paraId="6196BBD3"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09104C9" wp14:editId="567155C8">
                  <wp:extent cx="1400000" cy="1400000"/>
                  <wp:effectExtent l="0" t="0" r="0" b="0"/>
                  <wp:docPr id="511" name="Picture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png"/>
                          <pic:cNvPicPr/>
                        </pic:nvPicPr>
                        <pic:blipFill>
                          <a:blip r:embed="rId21"/>
                          <a:stretch>
                            <a:fillRect/>
                          </a:stretch>
                        </pic:blipFill>
                        <pic:spPr>
                          <a:xfrm>
                            <a:off x="0" y="0"/>
                            <a:ext cx="1400000" cy="1400000"/>
                          </a:xfrm>
                          <a:prstGeom prst="rect">
                            <a:avLst/>
                          </a:prstGeom>
                        </pic:spPr>
                      </pic:pic>
                    </a:graphicData>
                  </a:graphic>
                </wp:inline>
              </w:drawing>
            </w:r>
          </w:p>
        </w:tc>
      </w:tr>
      <w:tr w:rsidR="00244B9D" w:rsidRPr="00CB52C3" w14:paraId="032F4D00" w14:textId="77777777" w:rsidTr="009B4FA6">
        <w:trPr>
          <w:jc w:val="center"/>
        </w:trPr>
        <w:tc>
          <w:tcPr>
            <w:tcW w:w="1728" w:type="dxa"/>
          </w:tcPr>
          <w:p w14:paraId="02B2851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15A8E787"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IM(34)</w:t>
            </w:r>
          </w:p>
        </w:tc>
        <w:tc>
          <w:tcPr>
            <w:tcW w:w="1728" w:type="dxa"/>
          </w:tcPr>
          <w:p w14:paraId="0BC6D88D"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4F4AD6D" wp14:editId="49AE16BF">
                  <wp:extent cx="1400000" cy="1400000"/>
                  <wp:effectExtent l="0" t="0" r="0" b="0"/>
                  <wp:docPr id="512" name="Picture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png"/>
                          <pic:cNvPicPr/>
                        </pic:nvPicPr>
                        <pic:blipFill>
                          <a:blip r:embed="rId13"/>
                          <a:stretch>
                            <a:fillRect/>
                          </a:stretch>
                        </pic:blipFill>
                        <pic:spPr>
                          <a:xfrm>
                            <a:off x="0" y="0"/>
                            <a:ext cx="1400000" cy="1400000"/>
                          </a:xfrm>
                          <a:prstGeom prst="rect">
                            <a:avLst/>
                          </a:prstGeom>
                        </pic:spPr>
                      </pic:pic>
                    </a:graphicData>
                  </a:graphic>
                </wp:inline>
              </w:drawing>
            </w:r>
          </w:p>
        </w:tc>
        <w:tc>
          <w:tcPr>
            <w:tcW w:w="1728" w:type="dxa"/>
          </w:tcPr>
          <w:p w14:paraId="666E4DAC"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IM(32)</w:t>
            </w:r>
          </w:p>
        </w:tc>
        <w:tc>
          <w:tcPr>
            <w:tcW w:w="1728" w:type="dxa"/>
          </w:tcPr>
          <w:p w14:paraId="30A69F05"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6AB89A9" wp14:editId="6DCCDDED">
                  <wp:extent cx="1400000" cy="1400000"/>
                  <wp:effectExtent l="0" t="0" r="0" b="0"/>
                  <wp:docPr id="513" name="Picture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2.png"/>
                          <pic:cNvPicPr/>
                        </pic:nvPicPr>
                        <pic:blipFill>
                          <a:blip r:embed="rId31"/>
                          <a:stretch>
                            <a:fillRect/>
                          </a:stretch>
                        </pic:blipFill>
                        <pic:spPr>
                          <a:xfrm>
                            <a:off x="0" y="0"/>
                            <a:ext cx="1400000" cy="1400000"/>
                          </a:xfrm>
                          <a:prstGeom prst="rect">
                            <a:avLst/>
                          </a:prstGeom>
                        </pic:spPr>
                      </pic:pic>
                    </a:graphicData>
                  </a:graphic>
                </wp:inline>
              </w:drawing>
            </w:r>
          </w:p>
        </w:tc>
      </w:tr>
      <w:tr w:rsidR="00244B9D" w:rsidRPr="00CB52C3" w14:paraId="7299C27D" w14:textId="77777777" w:rsidTr="009B4FA6">
        <w:trPr>
          <w:jc w:val="center"/>
        </w:trPr>
        <w:tc>
          <w:tcPr>
            <w:tcW w:w="1728" w:type="dxa"/>
          </w:tcPr>
          <w:p w14:paraId="48A9A5B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2F47E1A3"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IM(43)</w:t>
            </w:r>
          </w:p>
        </w:tc>
        <w:tc>
          <w:tcPr>
            <w:tcW w:w="1728" w:type="dxa"/>
          </w:tcPr>
          <w:p w14:paraId="73A7E78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76ABC84" wp14:editId="04CEF1B1">
                  <wp:extent cx="1400000" cy="1400000"/>
                  <wp:effectExtent l="0" t="0" r="0" b="0"/>
                  <wp:docPr id="514" name="Picture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png"/>
                          <pic:cNvPicPr/>
                        </pic:nvPicPr>
                        <pic:blipFill>
                          <a:blip r:embed="rId32"/>
                          <a:stretch>
                            <a:fillRect/>
                          </a:stretch>
                        </pic:blipFill>
                        <pic:spPr>
                          <a:xfrm>
                            <a:off x="0" y="0"/>
                            <a:ext cx="1400000" cy="1400000"/>
                          </a:xfrm>
                          <a:prstGeom prst="rect">
                            <a:avLst/>
                          </a:prstGeom>
                        </pic:spPr>
                      </pic:pic>
                    </a:graphicData>
                  </a:graphic>
                </wp:inline>
              </w:drawing>
            </w:r>
          </w:p>
        </w:tc>
        <w:tc>
          <w:tcPr>
            <w:tcW w:w="1728" w:type="dxa"/>
          </w:tcPr>
          <w:p w14:paraId="0B693009"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IM(43)</w:t>
            </w:r>
          </w:p>
        </w:tc>
        <w:tc>
          <w:tcPr>
            <w:tcW w:w="1728" w:type="dxa"/>
          </w:tcPr>
          <w:p w14:paraId="5D647999"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21ACFB2" wp14:editId="299EA294">
                  <wp:extent cx="1400000" cy="1400000"/>
                  <wp:effectExtent l="0" t="0" r="0" b="0"/>
                  <wp:docPr id="515" name="Picture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png"/>
                          <pic:cNvPicPr/>
                        </pic:nvPicPr>
                        <pic:blipFill>
                          <a:blip r:embed="rId32"/>
                          <a:stretch>
                            <a:fillRect/>
                          </a:stretch>
                        </pic:blipFill>
                        <pic:spPr>
                          <a:xfrm>
                            <a:off x="0" y="0"/>
                            <a:ext cx="1400000" cy="1400000"/>
                          </a:xfrm>
                          <a:prstGeom prst="rect">
                            <a:avLst/>
                          </a:prstGeom>
                        </pic:spPr>
                      </pic:pic>
                    </a:graphicData>
                  </a:graphic>
                </wp:inline>
              </w:drawing>
            </w:r>
          </w:p>
        </w:tc>
      </w:tr>
    </w:tbl>
    <w:p w14:paraId="6580BAE3" w14:textId="5C629125" w:rsidR="00244B9D" w:rsidRPr="00CB52C3" w:rsidRDefault="00244B9D"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1</w:t>
      </w:r>
      <w:r w:rsidR="005272C5">
        <w:rPr>
          <w:rFonts w:ascii="Times New Roman" w:hAnsi="Times New Roman"/>
          <w:b/>
          <w:sz w:val="24"/>
          <w:szCs w:val="24"/>
        </w:rPr>
        <w:t>5</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ethanol at pH=7 and U=-0.5 V vs. </w:t>
      </w:r>
      <w:r w:rsidR="005272C5">
        <w:rPr>
          <w:rFonts w:ascii="Times New Roman" w:hAnsi="Times New Roman"/>
          <w:sz w:val="24"/>
          <w:szCs w:val="24"/>
        </w:rPr>
        <w:t>S</w:t>
      </w:r>
      <w:r w:rsidRPr="00CB52C3">
        <w:rPr>
          <w:rFonts w:ascii="Times New Roman" w:hAnsi="Times New Roman"/>
          <w:sz w:val="24"/>
          <w:szCs w:val="24"/>
        </w:rPr>
        <w:t>HE on Cu(111).</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318"/>
        <w:gridCol w:w="1429"/>
        <w:gridCol w:w="2420"/>
        <w:gridCol w:w="1429"/>
        <w:gridCol w:w="2420"/>
      </w:tblGrid>
      <w:tr w:rsidR="00244B9D" w:rsidRPr="00CB52C3" w14:paraId="323BD2AC" w14:textId="77777777" w:rsidTr="009B4FA6">
        <w:trPr>
          <w:jc w:val="center"/>
        </w:trPr>
        <w:tc>
          <w:tcPr>
            <w:tcW w:w="1728" w:type="dxa"/>
          </w:tcPr>
          <w:p w14:paraId="168E8A02" w14:textId="77777777" w:rsidR="00244B9D" w:rsidRPr="00CB52C3" w:rsidRDefault="00244B9D" w:rsidP="00431F65">
            <w:pPr>
              <w:spacing w:line="480" w:lineRule="auto"/>
              <w:rPr>
                <w:rFonts w:ascii="Times New Roman" w:hAnsi="Times New Roman"/>
                <w:sz w:val="24"/>
                <w:szCs w:val="24"/>
              </w:rPr>
            </w:pPr>
          </w:p>
        </w:tc>
        <w:tc>
          <w:tcPr>
            <w:tcW w:w="3456" w:type="dxa"/>
            <w:gridSpan w:val="2"/>
          </w:tcPr>
          <w:p w14:paraId="755125A5"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451E309D"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244B9D" w:rsidRPr="00CB52C3" w14:paraId="3BB271D4" w14:textId="77777777" w:rsidTr="009B4FA6">
        <w:trPr>
          <w:jc w:val="center"/>
        </w:trPr>
        <w:tc>
          <w:tcPr>
            <w:tcW w:w="1728" w:type="dxa"/>
          </w:tcPr>
          <w:p w14:paraId="3C0DEFF2"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7DBADA1F"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044ED4D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5F48266D"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6DF71A22"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244B9D" w:rsidRPr="00CB52C3" w14:paraId="5442800C" w14:textId="77777777" w:rsidTr="009B4FA6">
        <w:trPr>
          <w:jc w:val="center"/>
        </w:trPr>
        <w:tc>
          <w:tcPr>
            <w:tcW w:w="1728" w:type="dxa"/>
          </w:tcPr>
          <w:p w14:paraId="47C5A603"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047E8C52"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05D9E75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5CFC31C" wp14:editId="4E7CDD9E">
                  <wp:extent cx="1400000" cy="1400000"/>
                  <wp:effectExtent l="0" t="0" r="0" b="0"/>
                  <wp:docPr id="516" name="Picture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c>
          <w:tcPr>
            <w:tcW w:w="1728" w:type="dxa"/>
          </w:tcPr>
          <w:p w14:paraId="138D3F1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2CB91AB6"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74EC513" wp14:editId="13EB391B">
                  <wp:extent cx="1400000" cy="1400000"/>
                  <wp:effectExtent l="0" t="0" r="0" b="0"/>
                  <wp:docPr id="517" name="Picture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r>
      <w:tr w:rsidR="00244B9D" w:rsidRPr="00CB52C3" w14:paraId="24D3F442" w14:textId="77777777" w:rsidTr="009B4FA6">
        <w:trPr>
          <w:jc w:val="center"/>
        </w:trPr>
        <w:tc>
          <w:tcPr>
            <w:tcW w:w="1728" w:type="dxa"/>
          </w:tcPr>
          <w:p w14:paraId="16373496"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5EE92B5E"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IM(24)</w:t>
            </w:r>
          </w:p>
        </w:tc>
        <w:tc>
          <w:tcPr>
            <w:tcW w:w="1728" w:type="dxa"/>
          </w:tcPr>
          <w:p w14:paraId="32319CED"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1FA740F" wp14:editId="40434694">
                  <wp:extent cx="1400000" cy="1400000"/>
                  <wp:effectExtent l="0" t="0" r="0" b="0"/>
                  <wp:docPr id="518" name="Picture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png"/>
                          <pic:cNvPicPr/>
                        </pic:nvPicPr>
                        <pic:blipFill>
                          <a:blip r:embed="rId12"/>
                          <a:stretch>
                            <a:fillRect/>
                          </a:stretch>
                        </pic:blipFill>
                        <pic:spPr>
                          <a:xfrm>
                            <a:off x="0" y="0"/>
                            <a:ext cx="1400000" cy="1400000"/>
                          </a:xfrm>
                          <a:prstGeom prst="rect">
                            <a:avLst/>
                          </a:prstGeom>
                        </pic:spPr>
                      </pic:pic>
                    </a:graphicData>
                  </a:graphic>
                </wp:inline>
              </w:drawing>
            </w:r>
          </w:p>
        </w:tc>
        <w:tc>
          <w:tcPr>
            <w:tcW w:w="1728" w:type="dxa"/>
          </w:tcPr>
          <w:p w14:paraId="345DF987"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IM(24)</w:t>
            </w:r>
          </w:p>
        </w:tc>
        <w:tc>
          <w:tcPr>
            <w:tcW w:w="1728" w:type="dxa"/>
          </w:tcPr>
          <w:p w14:paraId="143A8A2F"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FF78184" wp14:editId="0530986C">
                  <wp:extent cx="1400000" cy="1400000"/>
                  <wp:effectExtent l="0" t="0" r="0" b="0"/>
                  <wp:docPr id="519" name="Picture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png"/>
                          <pic:cNvPicPr/>
                        </pic:nvPicPr>
                        <pic:blipFill>
                          <a:blip r:embed="rId12"/>
                          <a:stretch>
                            <a:fillRect/>
                          </a:stretch>
                        </pic:blipFill>
                        <pic:spPr>
                          <a:xfrm>
                            <a:off x="0" y="0"/>
                            <a:ext cx="1400000" cy="1400000"/>
                          </a:xfrm>
                          <a:prstGeom prst="rect">
                            <a:avLst/>
                          </a:prstGeom>
                        </pic:spPr>
                      </pic:pic>
                    </a:graphicData>
                  </a:graphic>
                </wp:inline>
              </w:drawing>
            </w:r>
          </w:p>
        </w:tc>
      </w:tr>
      <w:tr w:rsidR="00244B9D" w:rsidRPr="00CB52C3" w14:paraId="6288EEA3" w14:textId="77777777" w:rsidTr="009B4FA6">
        <w:trPr>
          <w:jc w:val="center"/>
        </w:trPr>
        <w:tc>
          <w:tcPr>
            <w:tcW w:w="1728" w:type="dxa"/>
          </w:tcPr>
          <w:p w14:paraId="724E50E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4181BDD3"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IM(34)</w:t>
            </w:r>
          </w:p>
        </w:tc>
        <w:tc>
          <w:tcPr>
            <w:tcW w:w="1728" w:type="dxa"/>
          </w:tcPr>
          <w:p w14:paraId="295C2BAF"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4541744" wp14:editId="190D4FBE">
                  <wp:extent cx="1400000" cy="1400000"/>
                  <wp:effectExtent l="0" t="0" r="0" b="0"/>
                  <wp:docPr id="520" name="Picture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png"/>
                          <pic:cNvPicPr/>
                        </pic:nvPicPr>
                        <pic:blipFill>
                          <a:blip r:embed="rId13"/>
                          <a:stretch>
                            <a:fillRect/>
                          </a:stretch>
                        </pic:blipFill>
                        <pic:spPr>
                          <a:xfrm>
                            <a:off x="0" y="0"/>
                            <a:ext cx="1400000" cy="1400000"/>
                          </a:xfrm>
                          <a:prstGeom prst="rect">
                            <a:avLst/>
                          </a:prstGeom>
                        </pic:spPr>
                      </pic:pic>
                    </a:graphicData>
                  </a:graphic>
                </wp:inline>
              </w:drawing>
            </w:r>
          </w:p>
        </w:tc>
        <w:tc>
          <w:tcPr>
            <w:tcW w:w="1728" w:type="dxa"/>
          </w:tcPr>
          <w:p w14:paraId="50049ED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IM(34)</w:t>
            </w:r>
          </w:p>
        </w:tc>
        <w:tc>
          <w:tcPr>
            <w:tcW w:w="1728" w:type="dxa"/>
          </w:tcPr>
          <w:p w14:paraId="5C4F1FEF"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EB8DCCE" wp14:editId="04FB87D5">
                  <wp:extent cx="1400000" cy="1400000"/>
                  <wp:effectExtent l="0" t="0" r="0" b="0"/>
                  <wp:docPr id="521" name="Picture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png"/>
                          <pic:cNvPicPr/>
                        </pic:nvPicPr>
                        <pic:blipFill>
                          <a:blip r:embed="rId13"/>
                          <a:stretch>
                            <a:fillRect/>
                          </a:stretch>
                        </pic:blipFill>
                        <pic:spPr>
                          <a:xfrm>
                            <a:off x="0" y="0"/>
                            <a:ext cx="1400000" cy="1400000"/>
                          </a:xfrm>
                          <a:prstGeom prst="rect">
                            <a:avLst/>
                          </a:prstGeom>
                        </pic:spPr>
                      </pic:pic>
                    </a:graphicData>
                  </a:graphic>
                </wp:inline>
              </w:drawing>
            </w:r>
          </w:p>
        </w:tc>
      </w:tr>
      <w:tr w:rsidR="00244B9D" w:rsidRPr="00CB52C3" w14:paraId="3DAC1FEE" w14:textId="77777777" w:rsidTr="009B4FA6">
        <w:trPr>
          <w:jc w:val="center"/>
        </w:trPr>
        <w:tc>
          <w:tcPr>
            <w:tcW w:w="1728" w:type="dxa"/>
          </w:tcPr>
          <w:p w14:paraId="3A37C2C0"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083709EF"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IM(46)</w:t>
            </w:r>
          </w:p>
        </w:tc>
        <w:tc>
          <w:tcPr>
            <w:tcW w:w="1728" w:type="dxa"/>
          </w:tcPr>
          <w:p w14:paraId="4284C28E"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096A44F" wp14:editId="6E2A51CC">
                  <wp:extent cx="1400000" cy="1400000"/>
                  <wp:effectExtent l="0" t="0" r="0" b="0"/>
                  <wp:docPr id="522" name="Picture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6.png"/>
                          <pic:cNvPicPr/>
                        </pic:nvPicPr>
                        <pic:blipFill>
                          <a:blip r:embed="rId33"/>
                          <a:stretch>
                            <a:fillRect/>
                          </a:stretch>
                        </pic:blipFill>
                        <pic:spPr>
                          <a:xfrm>
                            <a:off x="0" y="0"/>
                            <a:ext cx="1400000" cy="1400000"/>
                          </a:xfrm>
                          <a:prstGeom prst="rect">
                            <a:avLst/>
                          </a:prstGeom>
                        </pic:spPr>
                      </pic:pic>
                    </a:graphicData>
                  </a:graphic>
                </wp:inline>
              </w:drawing>
            </w:r>
          </w:p>
        </w:tc>
        <w:tc>
          <w:tcPr>
            <w:tcW w:w="1728" w:type="dxa"/>
          </w:tcPr>
          <w:p w14:paraId="7A28AC4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IM(46)</w:t>
            </w:r>
          </w:p>
        </w:tc>
        <w:tc>
          <w:tcPr>
            <w:tcW w:w="1728" w:type="dxa"/>
          </w:tcPr>
          <w:p w14:paraId="0566392D"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890FCE9" wp14:editId="1D4375F3">
                  <wp:extent cx="1400000" cy="1400000"/>
                  <wp:effectExtent l="0" t="0" r="0" b="0"/>
                  <wp:docPr id="523" name="Picture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6.png"/>
                          <pic:cNvPicPr/>
                        </pic:nvPicPr>
                        <pic:blipFill>
                          <a:blip r:embed="rId33"/>
                          <a:stretch>
                            <a:fillRect/>
                          </a:stretch>
                        </pic:blipFill>
                        <pic:spPr>
                          <a:xfrm>
                            <a:off x="0" y="0"/>
                            <a:ext cx="1400000" cy="1400000"/>
                          </a:xfrm>
                          <a:prstGeom prst="rect">
                            <a:avLst/>
                          </a:prstGeom>
                        </pic:spPr>
                      </pic:pic>
                    </a:graphicData>
                  </a:graphic>
                </wp:inline>
              </w:drawing>
            </w:r>
          </w:p>
        </w:tc>
      </w:tr>
      <w:tr w:rsidR="00244B9D" w:rsidRPr="00CB52C3" w14:paraId="255834A5" w14:textId="77777777" w:rsidTr="009B4FA6">
        <w:trPr>
          <w:jc w:val="center"/>
        </w:trPr>
        <w:tc>
          <w:tcPr>
            <w:tcW w:w="1728" w:type="dxa"/>
          </w:tcPr>
          <w:p w14:paraId="0F51CA3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4FC7C19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IM(53)</w:t>
            </w:r>
          </w:p>
        </w:tc>
        <w:tc>
          <w:tcPr>
            <w:tcW w:w="1728" w:type="dxa"/>
          </w:tcPr>
          <w:p w14:paraId="3D5B031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010B60E" wp14:editId="5C251B90">
                  <wp:extent cx="1400000" cy="1400000"/>
                  <wp:effectExtent l="0" t="0" r="0" b="0"/>
                  <wp:docPr id="524" name="Picture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3.png"/>
                          <pic:cNvPicPr/>
                        </pic:nvPicPr>
                        <pic:blipFill>
                          <a:blip r:embed="rId15"/>
                          <a:stretch>
                            <a:fillRect/>
                          </a:stretch>
                        </pic:blipFill>
                        <pic:spPr>
                          <a:xfrm>
                            <a:off x="0" y="0"/>
                            <a:ext cx="1400000" cy="1400000"/>
                          </a:xfrm>
                          <a:prstGeom prst="rect">
                            <a:avLst/>
                          </a:prstGeom>
                        </pic:spPr>
                      </pic:pic>
                    </a:graphicData>
                  </a:graphic>
                </wp:inline>
              </w:drawing>
            </w:r>
          </w:p>
        </w:tc>
        <w:tc>
          <w:tcPr>
            <w:tcW w:w="1728" w:type="dxa"/>
          </w:tcPr>
          <w:p w14:paraId="67918003"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IM(53)</w:t>
            </w:r>
          </w:p>
        </w:tc>
        <w:tc>
          <w:tcPr>
            <w:tcW w:w="1728" w:type="dxa"/>
          </w:tcPr>
          <w:p w14:paraId="53E8CEF3"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69F5368" wp14:editId="794F8C6D">
                  <wp:extent cx="1400000" cy="1400000"/>
                  <wp:effectExtent l="0" t="0" r="0" b="0"/>
                  <wp:docPr id="525" name="Picture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3.png"/>
                          <pic:cNvPicPr/>
                        </pic:nvPicPr>
                        <pic:blipFill>
                          <a:blip r:embed="rId15"/>
                          <a:stretch>
                            <a:fillRect/>
                          </a:stretch>
                        </pic:blipFill>
                        <pic:spPr>
                          <a:xfrm>
                            <a:off x="0" y="0"/>
                            <a:ext cx="1400000" cy="1400000"/>
                          </a:xfrm>
                          <a:prstGeom prst="rect">
                            <a:avLst/>
                          </a:prstGeom>
                        </pic:spPr>
                      </pic:pic>
                    </a:graphicData>
                  </a:graphic>
                </wp:inline>
              </w:drawing>
            </w:r>
          </w:p>
        </w:tc>
      </w:tr>
      <w:tr w:rsidR="00244B9D" w:rsidRPr="00CB52C3" w14:paraId="12EDABDB" w14:textId="77777777" w:rsidTr="009B4FA6">
        <w:trPr>
          <w:jc w:val="center"/>
        </w:trPr>
        <w:tc>
          <w:tcPr>
            <w:tcW w:w="1728" w:type="dxa"/>
          </w:tcPr>
          <w:p w14:paraId="43E854C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4309A1B9"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IM(62)</w:t>
            </w:r>
          </w:p>
        </w:tc>
        <w:tc>
          <w:tcPr>
            <w:tcW w:w="1728" w:type="dxa"/>
          </w:tcPr>
          <w:p w14:paraId="638E15F7"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BCB3505" wp14:editId="3DBDF1BC">
                  <wp:extent cx="1400000" cy="1400000"/>
                  <wp:effectExtent l="0" t="0" r="0" b="0"/>
                  <wp:docPr id="526" name="Picture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2.png"/>
                          <pic:cNvPicPr/>
                        </pic:nvPicPr>
                        <pic:blipFill>
                          <a:blip r:embed="rId16"/>
                          <a:stretch>
                            <a:fillRect/>
                          </a:stretch>
                        </pic:blipFill>
                        <pic:spPr>
                          <a:xfrm>
                            <a:off x="0" y="0"/>
                            <a:ext cx="1400000" cy="1400000"/>
                          </a:xfrm>
                          <a:prstGeom prst="rect">
                            <a:avLst/>
                          </a:prstGeom>
                        </pic:spPr>
                      </pic:pic>
                    </a:graphicData>
                  </a:graphic>
                </wp:inline>
              </w:drawing>
            </w:r>
          </w:p>
        </w:tc>
        <w:tc>
          <w:tcPr>
            <w:tcW w:w="1728" w:type="dxa"/>
          </w:tcPr>
          <w:p w14:paraId="5CED83D0"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IM(62)</w:t>
            </w:r>
          </w:p>
        </w:tc>
        <w:tc>
          <w:tcPr>
            <w:tcW w:w="1728" w:type="dxa"/>
          </w:tcPr>
          <w:p w14:paraId="1EE6AFA9"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AEF88F2" wp14:editId="126588FA">
                  <wp:extent cx="1400000" cy="1400000"/>
                  <wp:effectExtent l="0" t="0" r="0" b="0"/>
                  <wp:docPr id="527" name="Picture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2.png"/>
                          <pic:cNvPicPr/>
                        </pic:nvPicPr>
                        <pic:blipFill>
                          <a:blip r:embed="rId16"/>
                          <a:stretch>
                            <a:fillRect/>
                          </a:stretch>
                        </pic:blipFill>
                        <pic:spPr>
                          <a:xfrm>
                            <a:off x="0" y="0"/>
                            <a:ext cx="1400000" cy="1400000"/>
                          </a:xfrm>
                          <a:prstGeom prst="rect">
                            <a:avLst/>
                          </a:prstGeom>
                        </pic:spPr>
                      </pic:pic>
                    </a:graphicData>
                  </a:graphic>
                </wp:inline>
              </w:drawing>
            </w:r>
          </w:p>
        </w:tc>
      </w:tr>
      <w:tr w:rsidR="00244B9D" w:rsidRPr="00CB52C3" w14:paraId="1A5B643F" w14:textId="77777777" w:rsidTr="009B4FA6">
        <w:trPr>
          <w:jc w:val="center"/>
        </w:trPr>
        <w:tc>
          <w:tcPr>
            <w:tcW w:w="1728" w:type="dxa"/>
          </w:tcPr>
          <w:p w14:paraId="42E6B2A5"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276045B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IM(68)</w:t>
            </w:r>
          </w:p>
        </w:tc>
        <w:tc>
          <w:tcPr>
            <w:tcW w:w="1728" w:type="dxa"/>
          </w:tcPr>
          <w:p w14:paraId="335FA59F"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C44A939" wp14:editId="511CD7B5">
                  <wp:extent cx="1400000" cy="1400000"/>
                  <wp:effectExtent l="0" t="0" r="0" b="0"/>
                  <wp:docPr id="528" name="Picture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8.png"/>
                          <pic:cNvPicPr/>
                        </pic:nvPicPr>
                        <pic:blipFill>
                          <a:blip r:embed="rId18"/>
                          <a:stretch>
                            <a:fillRect/>
                          </a:stretch>
                        </pic:blipFill>
                        <pic:spPr>
                          <a:xfrm>
                            <a:off x="0" y="0"/>
                            <a:ext cx="1400000" cy="1400000"/>
                          </a:xfrm>
                          <a:prstGeom prst="rect">
                            <a:avLst/>
                          </a:prstGeom>
                        </pic:spPr>
                      </pic:pic>
                    </a:graphicData>
                  </a:graphic>
                </wp:inline>
              </w:drawing>
            </w:r>
          </w:p>
        </w:tc>
        <w:tc>
          <w:tcPr>
            <w:tcW w:w="1728" w:type="dxa"/>
          </w:tcPr>
          <w:p w14:paraId="77618F50"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IM(67)</w:t>
            </w:r>
          </w:p>
        </w:tc>
        <w:tc>
          <w:tcPr>
            <w:tcW w:w="1728" w:type="dxa"/>
          </w:tcPr>
          <w:p w14:paraId="74C3E5FF"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A8C1916" wp14:editId="4BAB5521">
                  <wp:extent cx="1400000" cy="1400000"/>
                  <wp:effectExtent l="0" t="0" r="0" b="0"/>
                  <wp:docPr id="529" name="Picture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7.png"/>
                          <pic:cNvPicPr/>
                        </pic:nvPicPr>
                        <pic:blipFill>
                          <a:blip r:embed="rId26"/>
                          <a:stretch>
                            <a:fillRect/>
                          </a:stretch>
                        </pic:blipFill>
                        <pic:spPr>
                          <a:xfrm>
                            <a:off x="0" y="0"/>
                            <a:ext cx="1400000" cy="1400000"/>
                          </a:xfrm>
                          <a:prstGeom prst="rect">
                            <a:avLst/>
                          </a:prstGeom>
                        </pic:spPr>
                      </pic:pic>
                    </a:graphicData>
                  </a:graphic>
                </wp:inline>
              </w:drawing>
            </w:r>
          </w:p>
        </w:tc>
      </w:tr>
      <w:tr w:rsidR="00244B9D" w:rsidRPr="00CB52C3" w14:paraId="01C69009" w14:textId="77777777" w:rsidTr="009B4FA6">
        <w:trPr>
          <w:jc w:val="center"/>
        </w:trPr>
        <w:tc>
          <w:tcPr>
            <w:tcW w:w="1728" w:type="dxa"/>
          </w:tcPr>
          <w:p w14:paraId="3F217B0F"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027AD4CE"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IM(71)</w:t>
            </w:r>
          </w:p>
        </w:tc>
        <w:tc>
          <w:tcPr>
            <w:tcW w:w="1728" w:type="dxa"/>
          </w:tcPr>
          <w:p w14:paraId="3D429AF5"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6EDC1A9" wp14:editId="6A2B2EBC">
                  <wp:extent cx="1400000" cy="1400000"/>
                  <wp:effectExtent l="0" t="0" r="0" b="0"/>
                  <wp:docPr id="530" name="Picture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1.png"/>
                          <pic:cNvPicPr/>
                        </pic:nvPicPr>
                        <pic:blipFill>
                          <a:blip r:embed="rId28"/>
                          <a:stretch>
                            <a:fillRect/>
                          </a:stretch>
                        </pic:blipFill>
                        <pic:spPr>
                          <a:xfrm>
                            <a:off x="0" y="0"/>
                            <a:ext cx="1400000" cy="1400000"/>
                          </a:xfrm>
                          <a:prstGeom prst="rect">
                            <a:avLst/>
                          </a:prstGeom>
                        </pic:spPr>
                      </pic:pic>
                    </a:graphicData>
                  </a:graphic>
                </wp:inline>
              </w:drawing>
            </w:r>
          </w:p>
        </w:tc>
        <w:tc>
          <w:tcPr>
            <w:tcW w:w="1728" w:type="dxa"/>
          </w:tcPr>
          <w:p w14:paraId="3F3F84B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IM(71)</w:t>
            </w:r>
          </w:p>
        </w:tc>
        <w:tc>
          <w:tcPr>
            <w:tcW w:w="1728" w:type="dxa"/>
          </w:tcPr>
          <w:p w14:paraId="02D35DE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5ACC0EF" wp14:editId="1F72541D">
                  <wp:extent cx="1400000" cy="1400000"/>
                  <wp:effectExtent l="0" t="0" r="0" b="0"/>
                  <wp:docPr id="531" name="Picture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1.png"/>
                          <pic:cNvPicPr/>
                        </pic:nvPicPr>
                        <pic:blipFill>
                          <a:blip r:embed="rId28"/>
                          <a:stretch>
                            <a:fillRect/>
                          </a:stretch>
                        </pic:blipFill>
                        <pic:spPr>
                          <a:xfrm>
                            <a:off x="0" y="0"/>
                            <a:ext cx="1400000" cy="1400000"/>
                          </a:xfrm>
                          <a:prstGeom prst="rect">
                            <a:avLst/>
                          </a:prstGeom>
                        </pic:spPr>
                      </pic:pic>
                    </a:graphicData>
                  </a:graphic>
                </wp:inline>
              </w:drawing>
            </w:r>
          </w:p>
        </w:tc>
      </w:tr>
    </w:tbl>
    <w:p w14:paraId="39905B53"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720C5683" w14:textId="170BD3C4" w:rsidR="00244B9D" w:rsidRPr="00CB52C3" w:rsidRDefault="00244B9D"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1</w:t>
      </w:r>
      <w:r w:rsidR="005272C5">
        <w:rPr>
          <w:rFonts w:ascii="Times New Roman" w:hAnsi="Times New Roman"/>
          <w:b/>
          <w:sz w:val="24"/>
          <w:szCs w:val="24"/>
        </w:rPr>
        <w:t>6</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ethylene glycol at pH=7 and U=-0.5 V vs. </w:t>
      </w:r>
      <w:r w:rsidR="005272C5">
        <w:rPr>
          <w:rFonts w:ascii="Times New Roman" w:hAnsi="Times New Roman"/>
          <w:sz w:val="24"/>
          <w:szCs w:val="24"/>
        </w:rPr>
        <w:t>S</w:t>
      </w:r>
      <w:r w:rsidRPr="00CB52C3">
        <w:rPr>
          <w:rFonts w:ascii="Times New Roman" w:hAnsi="Times New Roman"/>
          <w:sz w:val="24"/>
          <w:szCs w:val="24"/>
        </w:rPr>
        <w:t>HE on Cu(111).</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318"/>
        <w:gridCol w:w="1429"/>
        <w:gridCol w:w="2420"/>
        <w:gridCol w:w="1429"/>
        <w:gridCol w:w="2420"/>
      </w:tblGrid>
      <w:tr w:rsidR="00244B9D" w:rsidRPr="00CB52C3" w14:paraId="4D797248" w14:textId="77777777" w:rsidTr="009B4FA6">
        <w:trPr>
          <w:jc w:val="center"/>
        </w:trPr>
        <w:tc>
          <w:tcPr>
            <w:tcW w:w="1728" w:type="dxa"/>
          </w:tcPr>
          <w:p w14:paraId="5E5FD035" w14:textId="77777777" w:rsidR="00244B9D" w:rsidRPr="00CB52C3" w:rsidRDefault="00244B9D" w:rsidP="00431F65">
            <w:pPr>
              <w:spacing w:line="480" w:lineRule="auto"/>
              <w:rPr>
                <w:rFonts w:ascii="Times New Roman" w:hAnsi="Times New Roman"/>
                <w:sz w:val="24"/>
                <w:szCs w:val="24"/>
              </w:rPr>
            </w:pPr>
          </w:p>
        </w:tc>
        <w:tc>
          <w:tcPr>
            <w:tcW w:w="3456" w:type="dxa"/>
            <w:gridSpan w:val="2"/>
          </w:tcPr>
          <w:p w14:paraId="1CC35B65"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0D95F8E0"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244B9D" w:rsidRPr="00CB52C3" w14:paraId="2B1BB97E" w14:textId="77777777" w:rsidTr="009B4FA6">
        <w:trPr>
          <w:jc w:val="center"/>
        </w:trPr>
        <w:tc>
          <w:tcPr>
            <w:tcW w:w="1728" w:type="dxa"/>
          </w:tcPr>
          <w:p w14:paraId="472203E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7EFBB2C4"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1905F5D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14B56E5C"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0F5781D0"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244B9D" w:rsidRPr="00CB52C3" w14:paraId="3C78CC2F" w14:textId="77777777" w:rsidTr="009B4FA6">
        <w:trPr>
          <w:jc w:val="center"/>
        </w:trPr>
        <w:tc>
          <w:tcPr>
            <w:tcW w:w="1728" w:type="dxa"/>
          </w:tcPr>
          <w:p w14:paraId="61A7E1B3"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008A8272"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5CBB10E6"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011945C" wp14:editId="3D754D43">
                  <wp:extent cx="1400000" cy="1400000"/>
                  <wp:effectExtent l="0" t="0" r="0" b="0"/>
                  <wp:docPr id="532" name="Picture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c>
          <w:tcPr>
            <w:tcW w:w="1728" w:type="dxa"/>
          </w:tcPr>
          <w:p w14:paraId="0F843E52"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1728" w:type="dxa"/>
          </w:tcPr>
          <w:p w14:paraId="5F578AE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821D3E3" wp14:editId="24CA9D0F">
                  <wp:extent cx="1400000" cy="1400000"/>
                  <wp:effectExtent l="0" t="0" r="0" b="0"/>
                  <wp:docPr id="533" name="Picture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r>
      <w:tr w:rsidR="00244B9D" w:rsidRPr="00CB52C3" w14:paraId="03F41D6A" w14:textId="77777777" w:rsidTr="009B4FA6">
        <w:trPr>
          <w:jc w:val="center"/>
        </w:trPr>
        <w:tc>
          <w:tcPr>
            <w:tcW w:w="1728" w:type="dxa"/>
          </w:tcPr>
          <w:p w14:paraId="013E021E"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42E3E09C"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IM(24)</w:t>
            </w:r>
          </w:p>
        </w:tc>
        <w:tc>
          <w:tcPr>
            <w:tcW w:w="1728" w:type="dxa"/>
          </w:tcPr>
          <w:p w14:paraId="3B2CA4D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BF80A04" wp14:editId="45A4EC75">
                  <wp:extent cx="1400000" cy="1400000"/>
                  <wp:effectExtent l="0" t="0" r="0" b="0"/>
                  <wp:docPr id="534" name="Picture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png"/>
                          <pic:cNvPicPr/>
                        </pic:nvPicPr>
                        <pic:blipFill>
                          <a:blip r:embed="rId12"/>
                          <a:stretch>
                            <a:fillRect/>
                          </a:stretch>
                        </pic:blipFill>
                        <pic:spPr>
                          <a:xfrm>
                            <a:off x="0" y="0"/>
                            <a:ext cx="1400000" cy="1400000"/>
                          </a:xfrm>
                          <a:prstGeom prst="rect">
                            <a:avLst/>
                          </a:prstGeom>
                        </pic:spPr>
                      </pic:pic>
                    </a:graphicData>
                  </a:graphic>
                </wp:inline>
              </w:drawing>
            </w:r>
          </w:p>
        </w:tc>
        <w:tc>
          <w:tcPr>
            <w:tcW w:w="1728" w:type="dxa"/>
          </w:tcPr>
          <w:p w14:paraId="3ABD1EE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IM(24)</w:t>
            </w:r>
          </w:p>
        </w:tc>
        <w:tc>
          <w:tcPr>
            <w:tcW w:w="1728" w:type="dxa"/>
          </w:tcPr>
          <w:p w14:paraId="045675DC"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3101666" wp14:editId="7B383559">
                  <wp:extent cx="1400000" cy="1400000"/>
                  <wp:effectExtent l="0" t="0" r="0" b="0"/>
                  <wp:docPr id="535" name="Picture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png"/>
                          <pic:cNvPicPr/>
                        </pic:nvPicPr>
                        <pic:blipFill>
                          <a:blip r:embed="rId12"/>
                          <a:stretch>
                            <a:fillRect/>
                          </a:stretch>
                        </pic:blipFill>
                        <pic:spPr>
                          <a:xfrm>
                            <a:off x="0" y="0"/>
                            <a:ext cx="1400000" cy="1400000"/>
                          </a:xfrm>
                          <a:prstGeom prst="rect">
                            <a:avLst/>
                          </a:prstGeom>
                        </pic:spPr>
                      </pic:pic>
                    </a:graphicData>
                  </a:graphic>
                </wp:inline>
              </w:drawing>
            </w:r>
          </w:p>
        </w:tc>
      </w:tr>
      <w:tr w:rsidR="00244B9D" w:rsidRPr="00CB52C3" w14:paraId="2388FF30" w14:textId="77777777" w:rsidTr="009B4FA6">
        <w:trPr>
          <w:jc w:val="center"/>
        </w:trPr>
        <w:tc>
          <w:tcPr>
            <w:tcW w:w="1728" w:type="dxa"/>
          </w:tcPr>
          <w:p w14:paraId="47193097"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2C69FCD4"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IM(34)</w:t>
            </w:r>
          </w:p>
        </w:tc>
        <w:tc>
          <w:tcPr>
            <w:tcW w:w="1728" w:type="dxa"/>
          </w:tcPr>
          <w:p w14:paraId="79152109"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6637F8F" wp14:editId="22215DE7">
                  <wp:extent cx="1400000" cy="1400000"/>
                  <wp:effectExtent l="0" t="0" r="0" b="0"/>
                  <wp:docPr id="536" name="Picture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png"/>
                          <pic:cNvPicPr/>
                        </pic:nvPicPr>
                        <pic:blipFill>
                          <a:blip r:embed="rId13"/>
                          <a:stretch>
                            <a:fillRect/>
                          </a:stretch>
                        </pic:blipFill>
                        <pic:spPr>
                          <a:xfrm>
                            <a:off x="0" y="0"/>
                            <a:ext cx="1400000" cy="1400000"/>
                          </a:xfrm>
                          <a:prstGeom prst="rect">
                            <a:avLst/>
                          </a:prstGeom>
                        </pic:spPr>
                      </pic:pic>
                    </a:graphicData>
                  </a:graphic>
                </wp:inline>
              </w:drawing>
            </w:r>
          </w:p>
        </w:tc>
        <w:tc>
          <w:tcPr>
            <w:tcW w:w="1728" w:type="dxa"/>
          </w:tcPr>
          <w:p w14:paraId="3AA1562C"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IM(34)</w:t>
            </w:r>
          </w:p>
        </w:tc>
        <w:tc>
          <w:tcPr>
            <w:tcW w:w="1728" w:type="dxa"/>
          </w:tcPr>
          <w:p w14:paraId="5A73B23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51C2F4C" wp14:editId="554F6248">
                  <wp:extent cx="1400000" cy="1400000"/>
                  <wp:effectExtent l="0" t="0" r="0" b="0"/>
                  <wp:docPr id="537" name="Picture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png"/>
                          <pic:cNvPicPr/>
                        </pic:nvPicPr>
                        <pic:blipFill>
                          <a:blip r:embed="rId13"/>
                          <a:stretch>
                            <a:fillRect/>
                          </a:stretch>
                        </pic:blipFill>
                        <pic:spPr>
                          <a:xfrm>
                            <a:off x="0" y="0"/>
                            <a:ext cx="1400000" cy="1400000"/>
                          </a:xfrm>
                          <a:prstGeom prst="rect">
                            <a:avLst/>
                          </a:prstGeom>
                        </pic:spPr>
                      </pic:pic>
                    </a:graphicData>
                  </a:graphic>
                </wp:inline>
              </w:drawing>
            </w:r>
          </w:p>
        </w:tc>
      </w:tr>
      <w:tr w:rsidR="00244B9D" w:rsidRPr="00CB52C3" w14:paraId="0F255442" w14:textId="77777777" w:rsidTr="009B4FA6">
        <w:trPr>
          <w:jc w:val="center"/>
        </w:trPr>
        <w:tc>
          <w:tcPr>
            <w:tcW w:w="1728" w:type="dxa"/>
          </w:tcPr>
          <w:p w14:paraId="59B29D0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343F8936"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IM(46)</w:t>
            </w:r>
          </w:p>
        </w:tc>
        <w:tc>
          <w:tcPr>
            <w:tcW w:w="1728" w:type="dxa"/>
          </w:tcPr>
          <w:p w14:paraId="047FAAC5"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17A3EBE" wp14:editId="29C5F004">
                  <wp:extent cx="1400000" cy="1400000"/>
                  <wp:effectExtent l="0" t="0" r="0" b="0"/>
                  <wp:docPr id="538" name="Picture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6.png"/>
                          <pic:cNvPicPr/>
                        </pic:nvPicPr>
                        <pic:blipFill>
                          <a:blip r:embed="rId33"/>
                          <a:stretch>
                            <a:fillRect/>
                          </a:stretch>
                        </pic:blipFill>
                        <pic:spPr>
                          <a:xfrm>
                            <a:off x="0" y="0"/>
                            <a:ext cx="1400000" cy="1400000"/>
                          </a:xfrm>
                          <a:prstGeom prst="rect">
                            <a:avLst/>
                          </a:prstGeom>
                        </pic:spPr>
                      </pic:pic>
                    </a:graphicData>
                  </a:graphic>
                </wp:inline>
              </w:drawing>
            </w:r>
          </w:p>
        </w:tc>
        <w:tc>
          <w:tcPr>
            <w:tcW w:w="1728" w:type="dxa"/>
          </w:tcPr>
          <w:p w14:paraId="30C70C5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IM(43)</w:t>
            </w:r>
          </w:p>
        </w:tc>
        <w:tc>
          <w:tcPr>
            <w:tcW w:w="1728" w:type="dxa"/>
          </w:tcPr>
          <w:p w14:paraId="5F31A8C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9959FFF" wp14:editId="6C27CB9B">
                  <wp:extent cx="1400000" cy="1400000"/>
                  <wp:effectExtent l="0" t="0" r="0" b="0"/>
                  <wp:docPr id="539" name="Picture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png"/>
                          <pic:cNvPicPr/>
                        </pic:nvPicPr>
                        <pic:blipFill>
                          <a:blip r:embed="rId32"/>
                          <a:stretch>
                            <a:fillRect/>
                          </a:stretch>
                        </pic:blipFill>
                        <pic:spPr>
                          <a:xfrm>
                            <a:off x="0" y="0"/>
                            <a:ext cx="1400000" cy="1400000"/>
                          </a:xfrm>
                          <a:prstGeom prst="rect">
                            <a:avLst/>
                          </a:prstGeom>
                        </pic:spPr>
                      </pic:pic>
                    </a:graphicData>
                  </a:graphic>
                </wp:inline>
              </w:drawing>
            </w:r>
          </w:p>
        </w:tc>
      </w:tr>
      <w:tr w:rsidR="00244B9D" w:rsidRPr="00CB52C3" w14:paraId="04ECB389" w14:textId="77777777" w:rsidTr="009B4FA6">
        <w:trPr>
          <w:jc w:val="center"/>
        </w:trPr>
        <w:tc>
          <w:tcPr>
            <w:tcW w:w="1728" w:type="dxa"/>
          </w:tcPr>
          <w:p w14:paraId="261E19A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6BCB05E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IM(55)</w:t>
            </w:r>
          </w:p>
        </w:tc>
        <w:tc>
          <w:tcPr>
            <w:tcW w:w="1728" w:type="dxa"/>
          </w:tcPr>
          <w:p w14:paraId="66AED193"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DBAEE92" wp14:editId="175F3B39">
                  <wp:extent cx="1400000" cy="1400000"/>
                  <wp:effectExtent l="0" t="0" r="0" b="0"/>
                  <wp:docPr id="540" name="Picture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5.png"/>
                          <pic:cNvPicPr/>
                        </pic:nvPicPr>
                        <pic:blipFill>
                          <a:blip r:embed="rId34"/>
                          <a:stretch>
                            <a:fillRect/>
                          </a:stretch>
                        </pic:blipFill>
                        <pic:spPr>
                          <a:xfrm>
                            <a:off x="0" y="0"/>
                            <a:ext cx="1400000" cy="1400000"/>
                          </a:xfrm>
                          <a:prstGeom prst="rect">
                            <a:avLst/>
                          </a:prstGeom>
                        </pic:spPr>
                      </pic:pic>
                    </a:graphicData>
                  </a:graphic>
                </wp:inline>
              </w:drawing>
            </w:r>
          </w:p>
        </w:tc>
        <w:tc>
          <w:tcPr>
            <w:tcW w:w="1728" w:type="dxa"/>
          </w:tcPr>
          <w:p w14:paraId="5BAAE013"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IM(54)</w:t>
            </w:r>
          </w:p>
        </w:tc>
        <w:tc>
          <w:tcPr>
            <w:tcW w:w="1728" w:type="dxa"/>
          </w:tcPr>
          <w:p w14:paraId="4563136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B6FA790" wp14:editId="457C1F72">
                  <wp:extent cx="1400000" cy="1400000"/>
                  <wp:effectExtent l="0" t="0" r="0" b="0"/>
                  <wp:docPr id="541" name="Picture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4.png"/>
                          <pic:cNvPicPr/>
                        </pic:nvPicPr>
                        <pic:blipFill>
                          <a:blip r:embed="rId35"/>
                          <a:stretch>
                            <a:fillRect/>
                          </a:stretch>
                        </pic:blipFill>
                        <pic:spPr>
                          <a:xfrm>
                            <a:off x="0" y="0"/>
                            <a:ext cx="1400000" cy="1400000"/>
                          </a:xfrm>
                          <a:prstGeom prst="rect">
                            <a:avLst/>
                          </a:prstGeom>
                        </pic:spPr>
                      </pic:pic>
                    </a:graphicData>
                  </a:graphic>
                </wp:inline>
              </w:drawing>
            </w:r>
          </w:p>
        </w:tc>
      </w:tr>
      <w:tr w:rsidR="00244B9D" w:rsidRPr="00CB52C3" w14:paraId="0E666D4E" w14:textId="77777777" w:rsidTr="009B4FA6">
        <w:trPr>
          <w:jc w:val="center"/>
        </w:trPr>
        <w:tc>
          <w:tcPr>
            <w:tcW w:w="1728" w:type="dxa"/>
          </w:tcPr>
          <w:p w14:paraId="07B04313"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1009DB24"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IM(63)</w:t>
            </w:r>
          </w:p>
        </w:tc>
        <w:tc>
          <w:tcPr>
            <w:tcW w:w="1728" w:type="dxa"/>
          </w:tcPr>
          <w:p w14:paraId="6528A022"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5CF33FA" wp14:editId="3909D650">
                  <wp:extent cx="1400000" cy="1400000"/>
                  <wp:effectExtent l="0" t="0" r="0" b="0"/>
                  <wp:docPr id="542" name="Picture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3.png"/>
                          <pic:cNvPicPr/>
                        </pic:nvPicPr>
                        <pic:blipFill>
                          <a:blip r:embed="rId36"/>
                          <a:stretch>
                            <a:fillRect/>
                          </a:stretch>
                        </pic:blipFill>
                        <pic:spPr>
                          <a:xfrm>
                            <a:off x="0" y="0"/>
                            <a:ext cx="1400000" cy="1400000"/>
                          </a:xfrm>
                          <a:prstGeom prst="rect">
                            <a:avLst/>
                          </a:prstGeom>
                        </pic:spPr>
                      </pic:pic>
                    </a:graphicData>
                  </a:graphic>
                </wp:inline>
              </w:drawing>
            </w:r>
          </w:p>
        </w:tc>
        <w:tc>
          <w:tcPr>
            <w:tcW w:w="1728" w:type="dxa"/>
          </w:tcPr>
          <w:p w14:paraId="6294310F"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IM(63)</w:t>
            </w:r>
          </w:p>
        </w:tc>
        <w:tc>
          <w:tcPr>
            <w:tcW w:w="1728" w:type="dxa"/>
          </w:tcPr>
          <w:p w14:paraId="6A2AFE30"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96F8265" wp14:editId="55EA3388">
                  <wp:extent cx="1400000" cy="1400000"/>
                  <wp:effectExtent l="0" t="0" r="0" b="0"/>
                  <wp:docPr id="543" name="Picture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63.png"/>
                          <pic:cNvPicPr/>
                        </pic:nvPicPr>
                        <pic:blipFill>
                          <a:blip r:embed="rId36"/>
                          <a:stretch>
                            <a:fillRect/>
                          </a:stretch>
                        </pic:blipFill>
                        <pic:spPr>
                          <a:xfrm>
                            <a:off x="0" y="0"/>
                            <a:ext cx="1400000" cy="1400000"/>
                          </a:xfrm>
                          <a:prstGeom prst="rect">
                            <a:avLst/>
                          </a:prstGeom>
                        </pic:spPr>
                      </pic:pic>
                    </a:graphicData>
                  </a:graphic>
                </wp:inline>
              </w:drawing>
            </w:r>
          </w:p>
        </w:tc>
      </w:tr>
    </w:tbl>
    <w:p w14:paraId="0A7BF21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50037BBA" w14:textId="680E169E" w:rsidR="00244B9D" w:rsidRPr="00CB52C3" w:rsidRDefault="00244B9D"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1</w:t>
      </w:r>
      <w:r w:rsidR="005272C5">
        <w:rPr>
          <w:rFonts w:ascii="Times New Roman" w:hAnsi="Times New Roman"/>
          <w:b/>
          <w:sz w:val="24"/>
          <w:szCs w:val="24"/>
        </w:rPr>
        <w:t>7</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fastest reaction pathway to acetylene at pH=7 and U=-0.5 V vs. </w:t>
      </w:r>
      <w:r w:rsidR="005272C5">
        <w:rPr>
          <w:rFonts w:ascii="Times New Roman" w:hAnsi="Times New Roman"/>
          <w:sz w:val="24"/>
          <w:szCs w:val="24"/>
        </w:rPr>
        <w:t>S</w:t>
      </w:r>
      <w:r w:rsidRPr="00CB52C3">
        <w:rPr>
          <w:rFonts w:ascii="Times New Roman" w:hAnsi="Times New Roman"/>
          <w:sz w:val="24"/>
          <w:szCs w:val="24"/>
        </w:rPr>
        <w:t>HE on Cu(111).</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2880"/>
        <w:gridCol w:w="2880"/>
        <w:gridCol w:w="2880"/>
      </w:tblGrid>
      <w:tr w:rsidR="00244B9D" w:rsidRPr="00CB52C3" w14:paraId="606D16BE" w14:textId="77777777" w:rsidTr="009B4FA6">
        <w:trPr>
          <w:jc w:val="center"/>
        </w:trPr>
        <w:tc>
          <w:tcPr>
            <w:tcW w:w="2880" w:type="dxa"/>
          </w:tcPr>
          <w:p w14:paraId="30AE75D3" w14:textId="77777777" w:rsidR="00244B9D" w:rsidRPr="00CB52C3" w:rsidRDefault="00244B9D" w:rsidP="00431F65">
            <w:pPr>
              <w:spacing w:line="480" w:lineRule="auto"/>
              <w:rPr>
                <w:rFonts w:ascii="Times New Roman" w:hAnsi="Times New Roman"/>
                <w:sz w:val="24"/>
                <w:szCs w:val="24"/>
              </w:rPr>
            </w:pPr>
          </w:p>
        </w:tc>
        <w:tc>
          <w:tcPr>
            <w:tcW w:w="5760" w:type="dxa"/>
            <w:gridSpan w:val="2"/>
          </w:tcPr>
          <w:p w14:paraId="2FEADEA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r>
      <w:tr w:rsidR="00244B9D" w:rsidRPr="00CB52C3" w14:paraId="1BBFE626" w14:textId="77777777" w:rsidTr="009B4FA6">
        <w:trPr>
          <w:jc w:val="center"/>
        </w:trPr>
        <w:tc>
          <w:tcPr>
            <w:tcW w:w="2880" w:type="dxa"/>
          </w:tcPr>
          <w:p w14:paraId="540E61F2"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2880" w:type="dxa"/>
          </w:tcPr>
          <w:p w14:paraId="46D0627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2880" w:type="dxa"/>
          </w:tcPr>
          <w:p w14:paraId="435E8277"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244B9D" w:rsidRPr="00CB52C3" w14:paraId="57870500" w14:textId="77777777" w:rsidTr="009B4FA6">
        <w:trPr>
          <w:jc w:val="center"/>
        </w:trPr>
        <w:tc>
          <w:tcPr>
            <w:tcW w:w="2880" w:type="dxa"/>
          </w:tcPr>
          <w:p w14:paraId="2BED0E42"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2880" w:type="dxa"/>
          </w:tcPr>
          <w:p w14:paraId="4048B445"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2880" w:type="dxa"/>
          </w:tcPr>
          <w:p w14:paraId="4038A10B"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4C7D641" wp14:editId="51733A07">
                  <wp:extent cx="1400000" cy="1400000"/>
                  <wp:effectExtent l="0" t="0" r="0" b="0"/>
                  <wp:docPr id="544" name="Picture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r>
      <w:tr w:rsidR="00244B9D" w:rsidRPr="00CB52C3" w14:paraId="4D844672" w14:textId="77777777" w:rsidTr="009B4FA6">
        <w:trPr>
          <w:jc w:val="center"/>
        </w:trPr>
        <w:tc>
          <w:tcPr>
            <w:tcW w:w="2880" w:type="dxa"/>
          </w:tcPr>
          <w:p w14:paraId="71D7C15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2880" w:type="dxa"/>
          </w:tcPr>
          <w:p w14:paraId="7D2024F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IM(24)</w:t>
            </w:r>
          </w:p>
        </w:tc>
        <w:tc>
          <w:tcPr>
            <w:tcW w:w="2880" w:type="dxa"/>
          </w:tcPr>
          <w:p w14:paraId="5537820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C860425" wp14:editId="4C59E4F8">
                  <wp:extent cx="1400000" cy="1400000"/>
                  <wp:effectExtent l="0" t="0" r="0" b="0"/>
                  <wp:docPr id="545" name="Picture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png"/>
                          <pic:cNvPicPr/>
                        </pic:nvPicPr>
                        <pic:blipFill>
                          <a:blip r:embed="rId12"/>
                          <a:stretch>
                            <a:fillRect/>
                          </a:stretch>
                        </pic:blipFill>
                        <pic:spPr>
                          <a:xfrm>
                            <a:off x="0" y="0"/>
                            <a:ext cx="1400000" cy="1400000"/>
                          </a:xfrm>
                          <a:prstGeom prst="rect">
                            <a:avLst/>
                          </a:prstGeom>
                        </pic:spPr>
                      </pic:pic>
                    </a:graphicData>
                  </a:graphic>
                </wp:inline>
              </w:drawing>
            </w:r>
          </w:p>
        </w:tc>
      </w:tr>
      <w:tr w:rsidR="00244B9D" w:rsidRPr="00CB52C3" w14:paraId="26A58C28" w14:textId="77777777" w:rsidTr="009B4FA6">
        <w:trPr>
          <w:jc w:val="center"/>
        </w:trPr>
        <w:tc>
          <w:tcPr>
            <w:tcW w:w="2880" w:type="dxa"/>
          </w:tcPr>
          <w:p w14:paraId="668F5F93"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2880" w:type="dxa"/>
          </w:tcPr>
          <w:p w14:paraId="25527447"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IM(34)</w:t>
            </w:r>
          </w:p>
        </w:tc>
        <w:tc>
          <w:tcPr>
            <w:tcW w:w="2880" w:type="dxa"/>
          </w:tcPr>
          <w:p w14:paraId="67439484"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FB1DCA8" wp14:editId="556AD559">
                  <wp:extent cx="1400000" cy="1400000"/>
                  <wp:effectExtent l="0" t="0" r="0" b="0"/>
                  <wp:docPr id="546" name="Picture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png"/>
                          <pic:cNvPicPr/>
                        </pic:nvPicPr>
                        <pic:blipFill>
                          <a:blip r:embed="rId13"/>
                          <a:stretch>
                            <a:fillRect/>
                          </a:stretch>
                        </pic:blipFill>
                        <pic:spPr>
                          <a:xfrm>
                            <a:off x="0" y="0"/>
                            <a:ext cx="1400000" cy="1400000"/>
                          </a:xfrm>
                          <a:prstGeom prst="rect">
                            <a:avLst/>
                          </a:prstGeom>
                        </pic:spPr>
                      </pic:pic>
                    </a:graphicData>
                  </a:graphic>
                </wp:inline>
              </w:drawing>
            </w:r>
          </w:p>
        </w:tc>
      </w:tr>
      <w:tr w:rsidR="00244B9D" w:rsidRPr="00CB52C3" w14:paraId="21DFD35B" w14:textId="77777777" w:rsidTr="009B4FA6">
        <w:trPr>
          <w:jc w:val="center"/>
        </w:trPr>
        <w:tc>
          <w:tcPr>
            <w:tcW w:w="2880" w:type="dxa"/>
          </w:tcPr>
          <w:p w14:paraId="37FEAC34"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2880" w:type="dxa"/>
          </w:tcPr>
          <w:p w14:paraId="4021204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IM(39)</w:t>
            </w:r>
          </w:p>
        </w:tc>
        <w:tc>
          <w:tcPr>
            <w:tcW w:w="2880" w:type="dxa"/>
          </w:tcPr>
          <w:p w14:paraId="51E0386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E8799A2" wp14:editId="331DE80B">
                  <wp:extent cx="1400000" cy="1400000"/>
                  <wp:effectExtent l="0" t="0" r="0" b="0"/>
                  <wp:docPr id="547" name="Picture 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9.png"/>
                          <pic:cNvPicPr/>
                        </pic:nvPicPr>
                        <pic:blipFill>
                          <a:blip r:embed="rId14"/>
                          <a:stretch>
                            <a:fillRect/>
                          </a:stretch>
                        </pic:blipFill>
                        <pic:spPr>
                          <a:xfrm>
                            <a:off x="0" y="0"/>
                            <a:ext cx="1400000" cy="1400000"/>
                          </a:xfrm>
                          <a:prstGeom prst="rect">
                            <a:avLst/>
                          </a:prstGeom>
                        </pic:spPr>
                      </pic:pic>
                    </a:graphicData>
                  </a:graphic>
                </wp:inline>
              </w:drawing>
            </w:r>
          </w:p>
        </w:tc>
      </w:tr>
      <w:tr w:rsidR="00244B9D" w:rsidRPr="00CB52C3" w14:paraId="7C51A994" w14:textId="77777777" w:rsidTr="009B4FA6">
        <w:trPr>
          <w:jc w:val="center"/>
        </w:trPr>
        <w:tc>
          <w:tcPr>
            <w:tcW w:w="2880" w:type="dxa"/>
          </w:tcPr>
          <w:p w14:paraId="22BC160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2880" w:type="dxa"/>
          </w:tcPr>
          <w:p w14:paraId="24A63827"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IM(53)</w:t>
            </w:r>
          </w:p>
        </w:tc>
        <w:tc>
          <w:tcPr>
            <w:tcW w:w="2880" w:type="dxa"/>
          </w:tcPr>
          <w:p w14:paraId="17C504B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D5BC225" wp14:editId="6433B83E">
                  <wp:extent cx="1400000" cy="1400000"/>
                  <wp:effectExtent l="0" t="0" r="0" b="0"/>
                  <wp:docPr id="548" name="Picture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3.png"/>
                          <pic:cNvPicPr/>
                        </pic:nvPicPr>
                        <pic:blipFill>
                          <a:blip r:embed="rId15"/>
                          <a:stretch>
                            <a:fillRect/>
                          </a:stretch>
                        </pic:blipFill>
                        <pic:spPr>
                          <a:xfrm>
                            <a:off x="0" y="0"/>
                            <a:ext cx="1400000" cy="1400000"/>
                          </a:xfrm>
                          <a:prstGeom prst="rect">
                            <a:avLst/>
                          </a:prstGeom>
                        </pic:spPr>
                      </pic:pic>
                    </a:graphicData>
                  </a:graphic>
                </wp:inline>
              </w:drawing>
            </w:r>
          </w:p>
        </w:tc>
      </w:tr>
      <w:tr w:rsidR="00244B9D" w:rsidRPr="00CB52C3" w14:paraId="29ABF648" w14:textId="77777777" w:rsidTr="009B4FA6">
        <w:trPr>
          <w:jc w:val="center"/>
        </w:trPr>
        <w:tc>
          <w:tcPr>
            <w:tcW w:w="2880" w:type="dxa"/>
          </w:tcPr>
          <w:p w14:paraId="63E38435"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2880" w:type="dxa"/>
          </w:tcPr>
          <w:p w14:paraId="2A53BF65"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IM(57)</w:t>
            </w:r>
          </w:p>
        </w:tc>
        <w:tc>
          <w:tcPr>
            <w:tcW w:w="2880" w:type="dxa"/>
          </w:tcPr>
          <w:p w14:paraId="69E24CDF"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F300235" wp14:editId="5FD1835E">
                  <wp:extent cx="1400000" cy="1400000"/>
                  <wp:effectExtent l="0" t="0" r="0" b="0"/>
                  <wp:docPr id="549" name="Picture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57.png"/>
                          <pic:cNvPicPr/>
                        </pic:nvPicPr>
                        <pic:blipFill>
                          <a:blip r:embed="rId17"/>
                          <a:stretch>
                            <a:fillRect/>
                          </a:stretch>
                        </pic:blipFill>
                        <pic:spPr>
                          <a:xfrm>
                            <a:off x="0" y="0"/>
                            <a:ext cx="1400000" cy="1400000"/>
                          </a:xfrm>
                          <a:prstGeom prst="rect">
                            <a:avLst/>
                          </a:prstGeom>
                        </pic:spPr>
                      </pic:pic>
                    </a:graphicData>
                  </a:graphic>
                </wp:inline>
              </w:drawing>
            </w:r>
          </w:p>
        </w:tc>
      </w:tr>
    </w:tbl>
    <w:p w14:paraId="4513F7E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2A1956C5" w14:textId="5E71F1EB" w:rsidR="00244B9D" w:rsidRPr="00CB52C3" w:rsidRDefault="00244B9D"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1</w:t>
      </w:r>
      <w:r w:rsidR="005272C5">
        <w:rPr>
          <w:rFonts w:ascii="Times New Roman" w:hAnsi="Times New Roman"/>
          <w:b/>
          <w:sz w:val="24"/>
          <w:szCs w:val="24"/>
        </w:rPr>
        <w:t>8</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fastest reaction pathway to glyoxal at pH=7 and U=-0.5 V vs. </w:t>
      </w:r>
      <w:r w:rsidR="005272C5">
        <w:rPr>
          <w:rFonts w:ascii="Times New Roman" w:hAnsi="Times New Roman"/>
          <w:sz w:val="24"/>
          <w:szCs w:val="24"/>
        </w:rPr>
        <w:t>S</w:t>
      </w:r>
      <w:r w:rsidRPr="00CB52C3">
        <w:rPr>
          <w:rFonts w:ascii="Times New Roman" w:hAnsi="Times New Roman"/>
          <w:sz w:val="24"/>
          <w:szCs w:val="24"/>
        </w:rPr>
        <w:t>HE on Cu(111).</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2880"/>
        <w:gridCol w:w="2880"/>
        <w:gridCol w:w="2880"/>
      </w:tblGrid>
      <w:tr w:rsidR="00244B9D" w:rsidRPr="00CB52C3" w14:paraId="3B05F611" w14:textId="77777777" w:rsidTr="009B4FA6">
        <w:trPr>
          <w:jc w:val="center"/>
        </w:trPr>
        <w:tc>
          <w:tcPr>
            <w:tcW w:w="2880" w:type="dxa"/>
          </w:tcPr>
          <w:p w14:paraId="292289DA" w14:textId="77777777" w:rsidR="00244B9D" w:rsidRPr="00CB52C3" w:rsidRDefault="00244B9D" w:rsidP="00431F65">
            <w:pPr>
              <w:spacing w:line="480" w:lineRule="auto"/>
              <w:rPr>
                <w:rFonts w:ascii="Times New Roman" w:hAnsi="Times New Roman"/>
                <w:sz w:val="24"/>
                <w:szCs w:val="24"/>
              </w:rPr>
            </w:pPr>
          </w:p>
        </w:tc>
        <w:tc>
          <w:tcPr>
            <w:tcW w:w="5760" w:type="dxa"/>
            <w:gridSpan w:val="2"/>
          </w:tcPr>
          <w:p w14:paraId="2D0F3235"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r>
      <w:tr w:rsidR="00244B9D" w:rsidRPr="00CB52C3" w14:paraId="7AFEBED4" w14:textId="77777777" w:rsidTr="009B4FA6">
        <w:trPr>
          <w:jc w:val="center"/>
        </w:trPr>
        <w:tc>
          <w:tcPr>
            <w:tcW w:w="2880" w:type="dxa"/>
          </w:tcPr>
          <w:p w14:paraId="6EBDC9B5"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2880" w:type="dxa"/>
          </w:tcPr>
          <w:p w14:paraId="01F0154D"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2880" w:type="dxa"/>
          </w:tcPr>
          <w:p w14:paraId="726DD7D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244B9D" w:rsidRPr="00CB52C3" w14:paraId="6489420B" w14:textId="77777777" w:rsidTr="009B4FA6">
        <w:trPr>
          <w:jc w:val="center"/>
        </w:trPr>
        <w:tc>
          <w:tcPr>
            <w:tcW w:w="2880" w:type="dxa"/>
          </w:tcPr>
          <w:p w14:paraId="19EBCCDE"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2880" w:type="dxa"/>
          </w:tcPr>
          <w:p w14:paraId="061F3240"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IM(20)</w:t>
            </w:r>
          </w:p>
        </w:tc>
        <w:tc>
          <w:tcPr>
            <w:tcW w:w="2880" w:type="dxa"/>
          </w:tcPr>
          <w:p w14:paraId="75D76D4E"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3A99E5E" wp14:editId="1D2D413C">
                  <wp:extent cx="1400000" cy="1400000"/>
                  <wp:effectExtent l="0" t="0" r="0" b="0"/>
                  <wp:docPr id="550" name="Picture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png"/>
                          <pic:cNvPicPr/>
                        </pic:nvPicPr>
                        <pic:blipFill>
                          <a:blip r:embed="rId11"/>
                          <a:stretch>
                            <a:fillRect/>
                          </a:stretch>
                        </pic:blipFill>
                        <pic:spPr>
                          <a:xfrm>
                            <a:off x="0" y="0"/>
                            <a:ext cx="1400000" cy="1400000"/>
                          </a:xfrm>
                          <a:prstGeom prst="rect">
                            <a:avLst/>
                          </a:prstGeom>
                        </pic:spPr>
                      </pic:pic>
                    </a:graphicData>
                  </a:graphic>
                </wp:inline>
              </w:drawing>
            </w:r>
          </w:p>
        </w:tc>
      </w:tr>
      <w:tr w:rsidR="00244B9D" w:rsidRPr="00CB52C3" w14:paraId="43B8192B" w14:textId="77777777" w:rsidTr="009B4FA6">
        <w:trPr>
          <w:jc w:val="center"/>
        </w:trPr>
        <w:tc>
          <w:tcPr>
            <w:tcW w:w="2880" w:type="dxa"/>
          </w:tcPr>
          <w:p w14:paraId="00B791D1"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2880" w:type="dxa"/>
          </w:tcPr>
          <w:p w14:paraId="1D61AF08"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t>IM(24)</w:t>
            </w:r>
          </w:p>
        </w:tc>
        <w:tc>
          <w:tcPr>
            <w:tcW w:w="2880" w:type="dxa"/>
          </w:tcPr>
          <w:p w14:paraId="478490E9"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C2C6067" wp14:editId="7D7B45CD">
                  <wp:extent cx="1400000" cy="1400000"/>
                  <wp:effectExtent l="0" t="0" r="0" b="0"/>
                  <wp:docPr id="551" name="Picture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png"/>
                          <pic:cNvPicPr/>
                        </pic:nvPicPr>
                        <pic:blipFill>
                          <a:blip r:embed="rId12"/>
                          <a:stretch>
                            <a:fillRect/>
                          </a:stretch>
                        </pic:blipFill>
                        <pic:spPr>
                          <a:xfrm>
                            <a:off x="0" y="0"/>
                            <a:ext cx="1400000" cy="1400000"/>
                          </a:xfrm>
                          <a:prstGeom prst="rect">
                            <a:avLst/>
                          </a:prstGeom>
                        </pic:spPr>
                      </pic:pic>
                    </a:graphicData>
                  </a:graphic>
                </wp:inline>
              </w:drawing>
            </w:r>
          </w:p>
        </w:tc>
      </w:tr>
    </w:tbl>
    <w:p w14:paraId="08AA529A" w14:textId="77777777" w:rsidR="00244B9D" w:rsidRPr="00CB52C3" w:rsidRDefault="00244B9D"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7C8EC069" w14:textId="0194749E" w:rsidR="0080618B" w:rsidRPr="00CB52C3" w:rsidRDefault="0080618B"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1</w:t>
      </w:r>
      <w:r w:rsidR="005272C5">
        <w:rPr>
          <w:rFonts w:ascii="Times New Roman" w:hAnsi="Times New Roman"/>
          <w:b/>
          <w:sz w:val="24"/>
          <w:szCs w:val="24"/>
        </w:rPr>
        <w:t>9</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1-</w:t>
      </w:r>
      <w:r w:rsidR="00057A49">
        <w:rPr>
          <w:rFonts w:ascii="Times New Roman" w:hAnsi="Times New Roman"/>
          <w:sz w:val="24"/>
          <w:szCs w:val="24"/>
        </w:rPr>
        <w:t xml:space="preserve"> </w:t>
      </w:r>
      <w:r w:rsidRPr="00CB52C3">
        <w:rPr>
          <w:rFonts w:ascii="Times New Roman" w:hAnsi="Times New Roman"/>
          <w:sz w:val="24"/>
          <w:szCs w:val="24"/>
        </w:rPr>
        <w:t xml:space="preserve"> at pH=7 and U=-0.5 V vs. </w:t>
      </w:r>
      <w:r w:rsidR="005272C5">
        <w:rPr>
          <w:rFonts w:ascii="Times New Roman" w:hAnsi="Times New Roman"/>
          <w:sz w:val="24"/>
          <w:szCs w:val="24"/>
        </w:rPr>
        <w:t>S</w:t>
      </w:r>
      <w:r w:rsidRPr="00CB52C3">
        <w:rPr>
          <w:rFonts w:ascii="Times New Roman" w:hAnsi="Times New Roman"/>
          <w:sz w:val="24"/>
          <w:szCs w:val="24"/>
        </w:rPr>
        <w:t>HE on Cu(100).</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278"/>
        <w:gridCol w:w="1449"/>
        <w:gridCol w:w="2420"/>
        <w:gridCol w:w="1449"/>
        <w:gridCol w:w="2420"/>
      </w:tblGrid>
      <w:tr w:rsidR="0080618B" w:rsidRPr="00CB52C3" w14:paraId="792B8114" w14:textId="77777777" w:rsidTr="009B4FA6">
        <w:trPr>
          <w:jc w:val="center"/>
        </w:trPr>
        <w:tc>
          <w:tcPr>
            <w:tcW w:w="1728" w:type="dxa"/>
          </w:tcPr>
          <w:p w14:paraId="0B7880C5" w14:textId="77777777" w:rsidR="0080618B" w:rsidRPr="00CB52C3" w:rsidRDefault="0080618B" w:rsidP="00431F65">
            <w:pPr>
              <w:spacing w:line="480" w:lineRule="auto"/>
              <w:rPr>
                <w:rFonts w:ascii="Times New Roman" w:hAnsi="Times New Roman"/>
                <w:sz w:val="24"/>
                <w:szCs w:val="24"/>
              </w:rPr>
            </w:pPr>
          </w:p>
        </w:tc>
        <w:tc>
          <w:tcPr>
            <w:tcW w:w="3456" w:type="dxa"/>
            <w:gridSpan w:val="2"/>
          </w:tcPr>
          <w:p w14:paraId="28F0CC8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38E30B0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80618B" w:rsidRPr="00CB52C3" w14:paraId="31BCCFC7" w14:textId="77777777" w:rsidTr="009B4FA6">
        <w:trPr>
          <w:jc w:val="center"/>
        </w:trPr>
        <w:tc>
          <w:tcPr>
            <w:tcW w:w="1728" w:type="dxa"/>
          </w:tcPr>
          <w:p w14:paraId="1503E58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5189899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24714BD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2978327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0335605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80618B" w:rsidRPr="00CB52C3" w14:paraId="07AB0E72" w14:textId="77777777" w:rsidTr="009B4FA6">
        <w:trPr>
          <w:jc w:val="center"/>
        </w:trPr>
        <w:tc>
          <w:tcPr>
            <w:tcW w:w="1728" w:type="dxa"/>
          </w:tcPr>
          <w:p w14:paraId="337BE2A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32B31DF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1C90C1B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2DB8C7D" wp14:editId="5BA95D9E">
                  <wp:extent cx="1400000" cy="1400000"/>
                  <wp:effectExtent l="0" t="0" r="0" b="0"/>
                  <wp:docPr id="448" name="Picture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c>
          <w:tcPr>
            <w:tcW w:w="1728" w:type="dxa"/>
          </w:tcPr>
          <w:p w14:paraId="7864DD3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5087E00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B7957CF" wp14:editId="492A58C5">
                  <wp:extent cx="1400000" cy="1400000"/>
                  <wp:effectExtent l="0" t="0" r="0" b="0"/>
                  <wp:docPr id="449" name="Pictur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r>
      <w:tr w:rsidR="0080618B" w:rsidRPr="00CB52C3" w14:paraId="1FF9A438" w14:textId="77777777" w:rsidTr="009B4FA6">
        <w:trPr>
          <w:jc w:val="center"/>
        </w:trPr>
        <w:tc>
          <w:tcPr>
            <w:tcW w:w="1728" w:type="dxa"/>
          </w:tcPr>
          <w:p w14:paraId="4855D5F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1FFE91E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042FA8E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89C5CB9" wp14:editId="219E1946">
                  <wp:extent cx="1400000" cy="1400000"/>
                  <wp:effectExtent l="0" t="0" r="0" b="0"/>
                  <wp:docPr id="450" name="Picture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c>
          <w:tcPr>
            <w:tcW w:w="1728" w:type="dxa"/>
          </w:tcPr>
          <w:p w14:paraId="336F6DE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54D8E5E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93C53D8" wp14:editId="2A694EE6">
                  <wp:extent cx="1400000" cy="1400000"/>
                  <wp:effectExtent l="0" t="0" r="0" b="0"/>
                  <wp:docPr id="451" name="Pictur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r>
      <w:tr w:rsidR="0080618B" w:rsidRPr="00CB52C3" w14:paraId="1D0A298D" w14:textId="77777777" w:rsidTr="009B4FA6">
        <w:trPr>
          <w:jc w:val="center"/>
        </w:trPr>
        <w:tc>
          <w:tcPr>
            <w:tcW w:w="1728" w:type="dxa"/>
          </w:tcPr>
          <w:p w14:paraId="471DBA2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5A7A704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26317FE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504A7B2" wp14:editId="3EA21ED9">
                  <wp:extent cx="1400000" cy="1400000"/>
                  <wp:effectExtent l="0" t="0" r="0" b="0"/>
                  <wp:docPr id="452" name="Pictur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c>
          <w:tcPr>
            <w:tcW w:w="1728" w:type="dxa"/>
          </w:tcPr>
          <w:p w14:paraId="54037D6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24EFC2A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C8633BC" wp14:editId="737BA962">
                  <wp:extent cx="1400000" cy="1400000"/>
                  <wp:effectExtent l="0" t="0" r="0" b="0"/>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r>
      <w:tr w:rsidR="0080618B" w:rsidRPr="00CB52C3" w14:paraId="0D1B8A4E" w14:textId="77777777" w:rsidTr="009B4FA6">
        <w:trPr>
          <w:jc w:val="center"/>
        </w:trPr>
        <w:tc>
          <w:tcPr>
            <w:tcW w:w="1728" w:type="dxa"/>
          </w:tcPr>
          <w:p w14:paraId="29E8CD4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631717F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IM(154)</w:t>
            </w:r>
          </w:p>
        </w:tc>
        <w:tc>
          <w:tcPr>
            <w:tcW w:w="1728" w:type="dxa"/>
          </w:tcPr>
          <w:p w14:paraId="07FE76E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A1DF8A1" wp14:editId="1AD82536">
                  <wp:extent cx="1400000" cy="1400000"/>
                  <wp:effectExtent l="0" t="0" r="0" b="0"/>
                  <wp:docPr id="454" name="Picture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4.png"/>
                          <pic:cNvPicPr/>
                        </pic:nvPicPr>
                        <pic:blipFill>
                          <a:blip r:embed="rId43"/>
                          <a:stretch>
                            <a:fillRect/>
                          </a:stretch>
                        </pic:blipFill>
                        <pic:spPr>
                          <a:xfrm>
                            <a:off x="0" y="0"/>
                            <a:ext cx="1400000" cy="1400000"/>
                          </a:xfrm>
                          <a:prstGeom prst="rect">
                            <a:avLst/>
                          </a:prstGeom>
                        </pic:spPr>
                      </pic:pic>
                    </a:graphicData>
                  </a:graphic>
                </wp:inline>
              </w:drawing>
            </w:r>
          </w:p>
        </w:tc>
        <w:tc>
          <w:tcPr>
            <w:tcW w:w="1728" w:type="dxa"/>
          </w:tcPr>
          <w:p w14:paraId="4823790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IM(154)</w:t>
            </w:r>
          </w:p>
        </w:tc>
        <w:tc>
          <w:tcPr>
            <w:tcW w:w="1728" w:type="dxa"/>
          </w:tcPr>
          <w:p w14:paraId="13E6822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1185198" wp14:editId="4CFF3146">
                  <wp:extent cx="1400000" cy="1400000"/>
                  <wp:effectExtent l="0" t="0" r="0" b="0"/>
                  <wp:docPr id="455" name="Picture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4.png"/>
                          <pic:cNvPicPr/>
                        </pic:nvPicPr>
                        <pic:blipFill>
                          <a:blip r:embed="rId43"/>
                          <a:stretch>
                            <a:fillRect/>
                          </a:stretch>
                        </pic:blipFill>
                        <pic:spPr>
                          <a:xfrm>
                            <a:off x="0" y="0"/>
                            <a:ext cx="1400000" cy="1400000"/>
                          </a:xfrm>
                          <a:prstGeom prst="rect">
                            <a:avLst/>
                          </a:prstGeom>
                        </pic:spPr>
                      </pic:pic>
                    </a:graphicData>
                  </a:graphic>
                </wp:inline>
              </w:drawing>
            </w:r>
          </w:p>
        </w:tc>
      </w:tr>
      <w:tr w:rsidR="0080618B" w:rsidRPr="00CB52C3" w14:paraId="69F23B4E" w14:textId="77777777" w:rsidTr="009B4FA6">
        <w:trPr>
          <w:jc w:val="center"/>
        </w:trPr>
        <w:tc>
          <w:tcPr>
            <w:tcW w:w="1728" w:type="dxa"/>
          </w:tcPr>
          <w:p w14:paraId="7495830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26D0F30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IM(190)</w:t>
            </w:r>
          </w:p>
        </w:tc>
        <w:tc>
          <w:tcPr>
            <w:tcW w:w="1728" w:type="dxa"/>
          </w:tcPr>
          <w:p w14:paraId="3907DF4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5122A69" wp14:editId="54F1F222">
                  <wp:extent cx="1400000" cy="1400000"/>
                  <wp:effectExtent l="0" t="0" r="0" b="0"/>
                  <wp:docPr id="456" name="Picture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90.png"/>
                          <pic:cNvPicPr/>
                        </pic:nvPicPr>
                        <pic:blipFill>
                          <a:blip r:embed="rId44"/>
                          <a:stretch>
                            <a:fillRect/>
                          </a:stretch>
                        </pic:blipFill>
                        <pic:spPr>
                          <a:xfrm>
                            <a:off x="0" y="0"/>
                            <a:ext cx="1400000" cy="1400000"/>
                          </a:xfrm>
                          <a:prstGeom prst="rect">
                            <a:avLst/>
                          </a:prstGeom>
                        </pic:spPr>
                      </pic:pic>
                    </a:graphicData>
                  </a:graphic>
                </wp:inline>
              </w:drawing>
            </w:r>
          </w:p>
        </w:tc>
        <w:tc>
          <w:tcPr>
            <w:tcW w:w="1728" w:type="dxa"/>
          </w:tcPr>
          <w:p w14:paraId="7E0EA10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IM(190)</w:t>
            </w:r>
          </w:p>
        </w:tc>
        <w:tc>
          <w:tcPr>
            <w:tcW w:w="1728" w:type="dxa"/>
          </w:tcPr>
          <w:p w14:paraId="124486C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0E2E315" wp14:editId="7B2E8992">
                  <wp:extent cx="1400000" cy="1400000"/>
                  <wp:effectExtent l="0" t="0" r="0" b="0"/>
                  <wp:docPr id="457" name="Picture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90.png"/>
                          <pic:cNvPicPr/>
                        </pic:nvPicPr>
                        <pic:blipFill>
                          <a:blip r:embed="rId44"/>
                          <a:stretch>
                            <a:fillRect/>
                          </a:stretch>
                        </pic:blipFill>
                        <pic:spPr>
                          <a:xfrm>
                            <a:off x="0" y="0"/>
                            <a:ext cx="1400000" cy="1400000"/>
                          </a:xfrm>
                          <a:prstGeom prst="rect">
                            <a:avLst/>
                          </a:prstGeom>
                        </pic:spPr>
                      </pic:pic>
                    </a:graphicData>
                  </a:graphic>
                </wp:inline>
              </w:drawing>
            </w:r>
          </w:p>
        </w:tc>
      </w:tr>
      <w:tr w:rsidR="0080618B" w:rsidRPr="00CB52C3" w14:paraId="37332674" w14:textId="77777777" w:rsidTr="009B4FA6">
        <w:trPr>
          <w:jc w:val="center"/>
        </w:trPr>
        <w:tc>
          <w:tcPr>
            <w:tcW w:w="1728" w:type="dxa"/>
          </w:tcPr>
          <w:p w14:paraId="0CDA0B1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23E8061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IM(247)</w:t>
            </w:r>
          </w:p>
        </w:tc>
        <w:tc>
          <w:tcPr>
            <w:tcW w:w="1728" w:type="dxa"/>
          </w:tcPr>
          <w:p w14:paraId="173F461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360AA4A" wp14:editId="6E71A349">
                  <wp:extent cx="1400000" cy="1400000"/>
                  <wp:effectExtent l="0" t="0" r="0" b="0"/>
                  <wp:docPr id="458" name="Picture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7.png"/>
                          <pic:cNvPicPr/>
                        </pic:nvPicPr>
                        <pic:blipFill>
                          <a:blip r:embed="rId45"/>
                          <a:stretch>
                            <a:fillRect/>
                          </a:stretch>
                        </pic:blipFill>
                        <pic:spPr>
                          <a:xfrm>
                            <a:off x="0" y="0"/>
                            <a:ext cx="1400000" cy="1400000"/>
                          </a:xfrm>
                          <a:prstGeom prst="rect">
                            <a:avLst/>
                          </a:prstGeom>
                        </pic:spPr>
                      </pic:pic>
                    </a:graphicData>
                  </a:graphic>
                </wp:inline>
              </w:drawing>
            </w:r>
          </w:p>
        </w:tc>
        <w:tc>
          <w:tcPr>
            <w:tcW w:w="1728" w:type="dxa"/>
          </w:tcPr>
          <w:p w14:paraId="717021F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IM(255)</w:t>
            </w:r>
          </w:p>
        </w:tc>
        <w:tc>
          <w:tcPr>
            <w:tcW w:w="1728" w:type="dxa"/>
          </w:tcPr>
          <w:p w14:paraId="75D2E8A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8920F86" wp14:editId="366A3FA7">
                  <wp:extent cx="1400000" cy="1400000"/>
                  <wp:effectExtent l="0" t="0" r="0" b="0"/>
                  <wp:docPr id="459" name="Picture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5.png"/>
                          <pic:cNvPicPr/>
                        </pic:nvPicPr>
                        <pic:blipFill>
                          <a:blip r:embed="rId46"/>
                          <a:stretch>
                            <a:fillRect/>
                          </a:stretch>
                        </pic:blipFill>
                        <pic:spPr>
                          <a:xfrm>
                            <a:off x="0" y="0"/>
                            <a:ext cx="1400000" cy="1400000"/>
                          </a:xfrm>
                          <a:prstGeom prst="rect">
                            <a:avLst/>
                          </a:prstGeom>
                        </pic:spPr>
                      </pic:pic>
                    </a:graphicData>
                  </a:graphic>
                </wp:inline>
              </w:drawing>
            </w:r>
          </w:p>
        </w:tc>
      </w:tr>
      <w:tr w:rsidR="0080618B" w:rsidRPr="00CB52C3" w14:paraId="099BCBE7" w14:textId="77777777" w:rsidTr="009B4FA6">
        <w:trPr>
          <w:jc w:val="center"/>
        </w:trPr>
        <w:tc>
          <w:tcPr>
            <w:tcW w:w="1728" w:type="dxa"/>
          </w:tcPr>
          <w:p w14:paraId="4057125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6768A55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IM(312)</w:t>
            </w:r>
          </w:p>
        </w:tc>
        <w:tc>
          <w:tcPr>
            <w:tcW w:w="1728" w:type="dxa"/>
          </w:tcPr>
          <w:p w14:paraId="349D05B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518B772" wp14:editId="404258B8">
                  <wp:extent cx="1400000" cy="1400000"/>
                  <wp:effectExtent l="0" t="0" r="0" b="0"/>
                  <wp:docPr id="552" name="Picture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2.png"/>
                          <pic:cNvPicPr/>
                        </pic:nvPicPr>
                        <pic:blipFill>
                          <a:blip r:embed="rId47"/>
                          <a:stretch>
                            <a:fillRect/>
                          </a:stretch>
                        </pic:blipFill>
                        <pic:spPr>
                          <a:xfrm>
                            <a:off x="0" y="0"/>
                            <a:ext cx="1400000" cy="1400000"/>
                          </a:xfrm>
                          <a:prstGeom prst="rect">
                            <a:avLst/>
                          </a:prstGeom>
                        </pic:spPr>
                      </pic:pic>
                    </a:graphicData>
                  </a:graphic>
                </wp:inline>
              </w:drawing>
            </w:r>
          </w:p>
        </w:tc>
        <w:tc>
          <w:tcPr>
            <w:tcW w:w="1728" w:type="dxa"/>
          </w:tcPr>
          <w:p w14:paraId="06F09C3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IM(328)</w:t>
            </w:r>
          </w:p>
        </w:tc>
        <w:tc>
          <w:tcPr>
            <w:tcW w:w="1728" w:type="dxa"/>
          </w:tcPr>
          <w:p w14:paraId="57A5AAF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C526F8C" wp14:editId="118E2C7F">
                  <wp:extent cx="1400000" cy="1400000"/>
                  <wp:effectExtent l="0" t="0" r="0" b="0"/>
                  <wp:docPr id="553" name="Picture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28.png"/>
                          <pic:cNvPicPr/>
                        </pic:nvPicPr>
                        <pic:blipFill>
                          <a:blip r:embed="rId48"/>
                          <a:stretch>
                            <a:fillRect/>
                          </a:stretch>
                        </pic:blipFill>
                        <pic:spPr>
                          <a:xfrm>
                            <a:off x="0" y="0"/>
                            <a:ext cx="1400000" cy="1400000"/>
                          </a:xfrm>
                          <a:prstGeom prst="rect">
                            <a:avLst/>
                          </a:prstGeom>
                        </pic:spPr>
                      </pic:pic>
                    </a:graphicData>
                  </a:graphic>
                </wp:inline>
              </w:drawing>
            </w:r>
          </w:p>
        </w:tc>
      </w:tr>
      <w:tr w:rsidR="0080618B" w:rsidRPr="00CB52C3" w14:paraId="64A2C929" w14:textId="77777777" w:rsidTr="009B4FA6">
        <w:trPr>
          <w:jc w:val="center"/>
        </w:trPr>
        <w:tc>
          <w:tcPr>
            <w:tcW w:w="1728" w:type="dxa"/>
          </w:tcPr>
          <w:p w14:paraId="38EA030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04841B6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IM(347)</w:t>
            </w:r>
          </w:p>
        </w:tc>
        <w:tc>
          <w:tcPr>
            <w:tcW w:w="1728" w:type="dxa"/>
          </w:tcPr>
          <w:p w14:paraId="5B1B5CA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64DC76D" wp14:editId="40E8586B">
                  <wp:extent cx="1400000" cy="1400000"/>
                  <wp:effectExtent l="0" t="0" r="0" b="0"/>
                  <wp:docPr id="554" name="Picture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7.png"/>
                          <pic:cNvPicPr/>
                        </pic:nvPicPr>
                        <pic:blipFill>
                          <a:blip r:embed="rId49"/>
                          <a:stretch>
                            <a:fillRect/>
                          </a:stretch>
                        </pic:blipFill>
                        <pic:spPr>
                          <a:xfrm>
                            <a:off x="0" y="0"/>
                            <a:ext cx="1400000" cy="1400000"/>
                          </a:xfrm>
                          <a:prstGeom prst="rect">
                            <a:avLst/>
                          </a:prstGeom>
                        </pic:spPr>
                      </pic:pic>
                    </a:graphicData>
                  </a:graphic>
                </wp:inline>
              </w:drawing>
            </w:r>
          </w:p>
        </w:tc>
        <w:tc>
          <w:tcPr>
            <w:tcW w:w="1728" w:type="dxa"/>
          </w:tcPr>
          <w:p w14:paraId="43BDB17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IM(360)</w:t>
            </w:r>
          </w:p>
        </w:tc>
        <w:tc>
          <w:tcPr>
            <w:tcW w:w="1728" w:type="dxa"/>
          </w:tcPr>
          <w:p w14:paraId="5F4E947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C94E713" wp14:editId="67719473">
                  <wp:extent cx="1400000" cy="1400000"/>
                  <wp:effectExtent l="0" t="0" r="0" b="0"/>
                  <wp:docPr id="555" name="Picture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60.png"/>
                          <pic:cNvPicPr/>
                        </pic:nvPicPr>
                        <pic:blipFill>
                          <a:blip r:embed="rId50"/>
                          <a:stretch>
                            <a:fillRect/>
                          </a:stretch>
                        </pic:blipFill>
                        <pic:spPr>
                          <a:xfrm>
                            <a:off x="0" y="0"/>
                            <a:ext cx="1400000" cy="1400000"/>
                          </a:xfrm>
                          <a:prstGeom prst="rect">
                            <a:avLst/>
                          </a:prstGeom>
                        </pic:spPr>
                      </pic:pic>
                    </a:graphicData>
                  </a:graphic>
                </wp:inline>
              </w:drawing>
            </w:r>
          </w:p>
        </w:tc>
      </w:tr>
      <w:tr w:rsidR="0080618B" w:rsidRPr="00CB52C3" w14:paraId="77F1C05D" w14:textId="77777777" w:rsidTr="009B4FA6">
        <w:trPr>
          <w:jc w:val="center"/>
        </w:trPr>
        <w:tc>
          <w:tcPr>
            <w:tcW w:w="1728" w:type="dxa"/>
          </w:tcPr>
          <w:p w14:paraId="540C169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9</w:t>
            </w:r>
          </w:p>
        </w:tc>
        <w:tc>
          <w:tcPr>
            <w:tcW w:w="1728" w:type="dxa"/>
          </w:tcPr>
          <w:p w14:paraId="6ECC746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IM(406)</w:t>
            </w:r>
          </w:p>
        </w:tc>
        <w:tc>
          <w:tcPr>
            <w:tcW w:w="1728" w:type="dxa"/>
          </w:tcPr>
          <w:p w14:paraId="349983E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B58E3BC" wp14:editId="6C25629C">
                  <wp:extent cx="1400000" cy="1400000"/>
                  <wp:effectExtent l="0" t="0" r="0" b="0"/>
                  <wp:docPr id="556" name="Picture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06.png"/>
                          <pic:cNvPicPr/>
                        </pic:nvPicPr>
                        <pic:blipFill>
                          <a:blip r:embed="rId51"/>
                          <a:stretch>
                            <a:fillRect/>
                          </a:stretch>
                        </pic:blipFill>
                        <pic:spPr>
                          <a:xfrm>
                            <a:off x="0" y="0"/>
                            <a:ext cx="1400000" cy="1400000"/>
                          </a:xfrm>
                          <a:prstGeom prst="rect">
                            <a:avLst/>
                          </a:prstGeom>
                        </pic:spPr>
                      </pic:pic>
                    </a:graphicData>
                  </a:graphic>
                </wp:inline>
              </w:drawing>
            </w:r>
          </w:p>
        </w:tc>
        <w:tc>
          <w:tcPr>
            <w:tcW w:w="1728" w:type="dxa"/>
          </w:tcPr>
          <w:p w14:paraId="0067217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IM(403)</w:t>
            </w:r>
          </w:p>
        </w:tc>
        <w:tc>
          <w:tcPr>
            <w:tcW w:w="1728" w:type="dxa"/>
          </w:tcPr>
          <w:p w14:paraId="0F7AE00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144E72A" wp14:editId="7B65370E">
                  <wp:extent cx="1400000" cy="1400000"/>
                  <wp:effectExtent l="0" t="0" r="0" b="0"/>
                  <wp:docPr id="557" name="Picture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03.png"/>
                          <pic:cNvPicPr/>
                        </pic:nvPicPr>
                        <pic:blipFill>
                          <a:blip r:embed="rId52"/>
                          <a:stretch>
                            <a:fillRect/>
                          </a:stretch>
                        </pic:blipFill>
                        <pic:spPr>
                          <a:xfrm>
                            <a:off x="0" y="0"/>
                            <a:ext cx="1400000" cy="1400000"/>
                          </a:xfrm>
                          <a:prstGeom prst="rect">
                            <a:avLst/>
                          </a:prstGeom>
                        </pic:spPr>
                      </pic:pic>
                    </a:graphicData>
                  </a:graphic>
                </wp:inline>
              </w:drawing>
            </w:r>
          </w:p>
        </w:tc>
      </w:tr>
      <w:tr w:rsidR="0080618B" w:rsidRPr="00CB52C3" w14:paraId="0F542DCC" w14:textId="77777777" w:rsidTr="009B4FA6">
        <w:trPr>
          <w:jc w:val="center"/>
        </w:trPr>
        <w:tc>
          <w:tcPr>
            <w:tcW w:w="1728" w:type="dxa"/>
          </w:tcPr>
          <w:p w14:paraId="106DAB1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10</w:t>
            </w:r>
          </w:p>
        </w:tc>
        <w:tc>
          <w:tcPr>
            <w:tcW w:w="1728" w:type="dxa"/>
          </w:tcPr>
          <w:p w14:paraId="5A49BF1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IM(429)</w:t>
            </w:r>
          </w:p>
        </w:tc>
        <w:tc>
          <w:tcPr>
            <w:tcW w:w="1728" w:type="dxa"/>
          </w:tcPr>
          <w:p w14:paraId="5A359DF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4FE1D94" wp14:editId="53C19C98">
                  <wp:extent cx="1400000" cy="1400000"/>
                  <wp:effectExtent l="0" t="0" r="0" b="0"/>
                  <wp:docPr id="558" name="Picture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29.png"/>
                          <pic:cNvPicPr/>
                        </pic:nvPicPr>
                        <pic:blipFill>
                          <a:blip r:embed="rId53"/>
                          <a:stretch>
                            <a:fillRect/>
                          </a:stretch>
                        </pic:blipFill>
                        <pic:spPr>
                          <a:xfrm>
                            <a:off x="0" y="0"/>
                            <a:ext cx="1400000" cy="1400000"/>
                          </a:xfrm>
                          <a:prstGeom prst="rect">
                            <a:avLst/>
                          </a:prstGeom>
                        </pic:spPr>
                      </pic:pic>
                    </a:graphicData>
                  </a:graphic>
                </wp:inline>
              </w:drawing>
            </w:r>
          </w:p>
        </w:tc>
        <w:tc>
          <w:tcPr>
            <w:tcW w:w="1728" w:type="dxa"/>
          </w:tcPr>
          <w:p w14:paraId="55FAE6A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IM(432)</w:t>
            </w:r>
          </w:p>
        </w:tc>
        <w:tc>
          <w:tcPr>
            <w:tcW w:w="1728" w:type="dxa"/>
          </w:tcPr>
          <w:p w14:paraId="157046A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5A1475D" wp14:editId="573B93F3">
                  <wp:extent cx="1400000" cy="1400000"/>
                  <wp:effectExtent l="0" t="0" r="0" b="0"/>
                  <wp:docPr id="559" name="Picture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2.png"/>
                          <pic:cNvPicPr/>
                        </pic:nvPicPr>
                        <pic:blipFill>
                          <a:blip r:embed="rId54"/>
                          <a:stretch>
                            <a:fillRect/>
                          </a:stretch>
                        </pic:blipFill>
                        <pic:spPr>
                          <a:xfrm>
                            <a:off x="0" y="0"/>
                            <a:ext cx="1400000" cy="1400000"/>
                          </a:xfrm>
                          <a:prstGeom prst="rect">
                            <a:avLst/>
                          </a:prstGeom>
                        </pic:spPr>
                      </pic:pic>
                    </a:graphicData>
                  </a:graphic>
                </wp:inline>
              </w:drawing>
            </w:r>
          </w:p>
        </w:tc>
      </w:tr>
      <w:tr w:rsidR="0080618B" w:rsidRPr="00CB52C3" w14:paraId="79D61F38" w14:textId="77777777" w:rsidTr="009B4FA6">
        <w:trPr>
          <w:jc w:val="center"/>
        </w:trPr>
        <w:tc>
          <w:tcPr>
            <w:tcW w:w="1728" w:type="dxa"/>
          </w:tcPr>
          <w:p w14:paraId="2B6DA18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11</w:t>
            </w:r>
          </w:p>
        </w:tc>
        <w:tc>
          <w:tcPr>
            <w:tcW w:w="1728" w:type="dxa"/>
          </w:tcPr>
          <w:p w14:paraId="27D9CD1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IM(445)</w:t>
            </w:r>
          </w:p>
        </w:tc>
        <w:tc>
          <w:tcPr>
            <w:tcW w:w="1728" w:type="dxa"/>
          </w:tcPr>
          <w:p w14:paraId="699EF06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3A7B0F6" wp14:editId="733CA57B">
                  <wp:extent cx="1400000" cy="1400000"/>
                  <wp:effectExtent l="0" t="0" r="0" b="0"/>
                  <wp:docPr id="560" name="Picture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45.png"/>
                          <pic:cNvPicPr/>
                        </pic:nvPicPr>
                        <pic:blipFill>
                          <a:blip r:embed="rId55"/>
                          <a:stretch>
                            <a:fillRect/>
                          </a:stretch>
                        </pic:blipFill>
                        <pic:spPr>
                          <a:xfrm>
                            <a:off x="0" y="0"/>
                            <a:ext cx="1400000" cy="1400000"/>
                          </a:xfrm>
                          <a:prstGeom prst="rect">
                            <a:avLst/>
                          </a:prstGeom>
                        </pic:spPr>
                      </pic:pic>
                    </a:graphicData>
                  </a:graphic>
                </wp:inline>
              </w:drawing>
            </w:r>
          </w:p>
        </w:tc>
        <w:tc>
          <w:tcPr>
            <w:tcW w:w="1728" w:type="dxa"/>
          </w:tcPr>
          <w:p w14:paraId="1178BC7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IM(449)</w:t>
            </w:r>
          </w:p>
        </w:tc>
        <w:tc>
          <w:tcPr>
            <w:tcW w:w="1728" w:type="dxa"/>
          </w:tcPr>
          <w:p w14:paraId="5FE1F08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8A550E6" wp14:editId="791D7313">
                  <wp:extent cx="1400000" cy="1400000"/>
                  <wp:effectExtent l="0" t="0" r="0" b="0"/>
                  <wp:docPr id="561" name="Picture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49.png"/>
                          <pic:cNvPicPr/>
                        </pic:nvPicPr>
                        <pic:blipFill>
                          <a:blip r:embed="rId56"/>
                          <a:stretch>
                            <a:fillRect/>
                          </a:stretch>
                        </pic:blipFill>
                        <pic:spPr>
                          <a:xfrm>
                            <a:off x="0" y="0"/>
                            <a:ext cx="1400000" cy="1400000"/>
                          </a:xfrm>
                          <a:prstGeom prst="rect">
                            <a:avLst/>
                          </a:prstGeom>
                        </pic:spPr>
                      </pic:pic>
                    </a:graphicData>
                  </a:graphic>
                </wp:inline>
              </w:drawing>
            </w:r>
          </w:p>
        </w:tc>
      </w:tr>
      <w:tr w:rsidR="0080618B" w:rsidRPr="00CB52C3" w14:paraId="19C87830" w14:textId="77777777" w:rsidTr="009B4FA6">
        <w:trPr>
          <w:jc w:val="center"/>
        </w:trPr>
        <w:tc>
          <w:tcPr>
            <w:tcW w:w="1728" w:type="dxa"/>
          </w:tcPr>
          <w:p w14:paraId="2678AAE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12</w:t>
            </w:r>
          </w:p>
        </w:tc>
        <w:tc>
          <w:tcPr>
            <w:tcW w:w="1728" w:type="dxa"/>
          </w:tcPr>
          <w:p w14:paraId="7E41D1B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IM(454)</w:t>
            </w:r>
          </w:p>
        </w:tc>
        <w:tc>
          <w:tcPr>
            <w:tcW w:w="1728" w:type="dxa"/>
          </w:tcPr>
          <w:p w14:paraId="3E1712E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9D492EA" wp14:editId="6B151450">
                  <wp:extent cx="1400000" cy="1400000"/>
                  <wp:effectExtent l="0" t="0" r="0" b="0"/>
                  <wp:docPr id="562" name="Picture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54.png"/>
                          <pic:cNvPicPr/>
                        </pic:nvPicPr>
                        <pic:blipFill>
                          <a:blip r:embed="rId57"/>
                          <a:stretch>
                            <a:fillRect/>
                          </a:stretch>
                        </pic:blipFill>
                        <pic:spPr>
                          <a:xfrm>
                            <a:off x="0" y="0"/>
                            <a:ext cx="1400000" cy="1400000"/>
                          </a:xfrm>
                          <a:prstGeom prst="rect">
                            <a:avLst/>
                          </a:prstGeom>
                        </pic:spPr>
                      </pic:pic>
                    </a:graphicData>
                  </a:graphic>
                </wp:inline>
              </w:drawing>
            </w:r>
          </w:p>
        </w:tc>
        <w:tc>
          <w:tcPr>
            <w:tcW w:w="1728" w:type="dxa"/>
          </w:tcPr>
          <w:p w14:paraId="163BFA9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IM(454)</w:t>
            </w:r>
          </w:p>
        </w:tc>
        <w:tc>
          <w:tcPr>
            <w:tcW w:w="1728" w:type="dxa"/>
          </w:tcPr>
          <w:p w14:paraId="160A075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2B94444" wp14:editId="387C9A47">
                  <wp:extent cx="1400000" cy="1400000"/>
                  <wp:effectExtent l="0" t="0" r="0" b="0"/>
                  <wp:docPr id="563" name="Picture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54.png"/>
                          <pic:cNvPicPr/>
                        </pic:nvPicPr>
                        <pic:blipFill>
                          <a:blip r:embed="rId57"/>
                          <a:stretch>
                            <a:fillRect/>
                          </a:stretch>
                        </pic:blipFill>
                        <pic:spPr>
                          <a:xfrm>
                            <a:off x="0" y="0"/>
                            <a:ext cx="1400000" cy="1400000"/>
                          </a:xfrm>
                          <a:prstGeom prst="rect">
                            <a:avLst/>
                          </a:prstGeom>
                        </pic:spPr>
                      </pic:pic>
                    </a:graphicData>
                  </a:graphic>
                </wp:inline>
              </w:drawing>
            </w:r>
          </w:p>
        </w:tc>
      </w:tr>
    </w:tbl>
    <w:p w14:paraId="3AB78C4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2E8D342B" w14:textId="4B104E1E" w:rsidR="0080618B" w:rsidRPr="00CB52C3" w:rsidRDefault="0080618B" w:rsidP="00431F65">
      <w:pPr>
        <w:spacing w:line="480" w:lineRule="auto"/>
        <w:rPr>
          <w:rFonts w:ascii="Times New Roman" w:hAnsi="Times New Roman"/>
          <w:sz w:val="24"/>
          <w:szCs w:val="24"/>
        </w:rPr>
      </w:pPr>
      <w:r w:rsidRPr="00CB52C3">
        <w:rPr>
          <w:rFonts w:ascii="Times New Roman" w:hAnsi="Times New Roman"/>
          <w:b/>
          <w:sz w:val="24"/>
          <w:szCs w:val="24"/>
        </w:rPr>
        <w:lastRenderedPageBreak/>
        <w:t xml:space="preserve">Supplementary Table </w:t>
      </w:r>
      <w:r w:rsidR="005272C5">
        <w:rPr>
          <w:rFonts w:ascii="Times New Roman" w:hAnsi="Times New Roman"/>
          <w:b/>
          <w:sz w:val="24"/>
          <w:szCs w:val="24"/>
        </w:rPr>
        <w:t>20</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13-propylene glycol at pH=7 and U=-0.5 V vs. </w:t>
      </w:r>
      <w:r w:rsidR="005272C5">
        <w:rPr>
          <w:rFonts w:ascii="Times New Roman" w:hAnsi="Times New Roman"/>
          <w:sz w:val="24"/>
          <w:szCs w:val="24"/>
        </w:rPr>
        <w:t>S</w:t>
      </w:r>
      <w:r w:rsidRPr="00CB52C3">
        <w:rPr>
          <w:rFonts w:ascii="Times New Roman" w:hAnsi="Times New Roman"/>
          <w:sz w:val="24"/>
          <w:szCs w:val="24"/>
        </w:rPr>
        <w:t>HE on Cu(100).</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278"/>
        <w:gridCol w:w="1449"/>
        <w:gridCol w:w="2420"/>
        <w:gridCol w:w="1449"/>
        <w:gridCol w:w="2420"/>
      </w:tblGrid>
      <w:tr w:rsidR="0080618B" w:rsidRPr="00CB52C3" w14:paraId="43E8E554" w14:textId="77777777" w:rsidTr="009B4FA6">
        <w:trPr>
          <w:jc w:val="center"/>
        </w:trPr>
        <w:tc>
          <w:tcPr>
            <w:tcW w:w="1728" w:type="dxa"/>
          </w:tcPr>
          <w:p w14:paraId="7A172E2F" w14:textId="77777777" w:rsidR="0080618B" w:rsidRPr="00CB52C3" w:rsidRDefault="0080618B" w:rsidP="00431F65">
            <w:pPr>
              <w:spacing w:line="480" w:lineRule="auto"/>
              <w:rPr>
                <w:rFonts w:ascii="Times New Roman" w:hAnsi="Times New Roman"/>
                <w:sz w:val="24"/>
                <w:szCs w:val="24"/>
              </w:rPr>
            </w:pPr>
          </w:p>
        </w:tc>
        <w:tc>
          <w:tcPr>
            <w:tcW w:w="3456" w:type="dxa"/>
            <w:gridSpan w:val="2"/>
          </w:tcPr>
          <w:p w14:paraId="6653B5B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346FE67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80618B" w:rsidRPr="00CB52C3" w14:paraId="61A7AA35" w14:textId="77777777" w:rsidTr="009B4FA6">
        <w:trPr>
          <w:jc w:val="center"/>
        </w:trPr>
        <w:tc>
          <w:tcPr>
            <w:tcW w:w="1728" w:type="dxa"/>
          </w:tcPr>
          <w:p w14:paraId="58B2A4A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58636C0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79349F8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72D8434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6D9AAB3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80618B" w:rsidRPr="00CB52C3" w14:paraId="1C9ED402" w14:textId="77777777" w:rsidTr="009B4FA6">
        <w:trPr>
          <w:jc w:val="center"/>
        </w:trPr>
        <w:tc>
          <w:tcPr>
            <w:tcW w:w="1728" w:type="dxa"/>
          </w:tcPr>
          <w:p w14:paraId="7839A0D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55DD813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2DB4400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F376AC4" wp14:editId="2C0793EE">
                  <wp:extent cx="1400000" cy="1400000"/>
                  <wp:effectExtent l="0" t="0" r="0" b="0"/>
                  <wp:docPr id="564" name="Picture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c>
          <w:tcPr>
            <w:tcW w:w="1728" w:type="dxa"/>
          </w:tcPr>
          <w:p w14:paraId="7708325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1080147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9C2EA2D" wp14:editId="059E9C97">
                  <wp:extent cx="1400000" cy="1400000"/>
                  <wp:effectExtent l="0" t="0" r="0" b="0"/>
                  <wp:docPr id="565" name="Picture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r>
      <w:tr w:rsidR="0080618B" w:rsidRPr="00CB52C3" w14:paraId="3E6DB4AF" w14:textId="77777777" w:rsidTr="009B4FA6">
        <w:trPr>
          <w:jc w:val="center"/>
        </w:trPr>
        <w:tc>
          <w:tcPr>
            <w:tcW w:w="1728" w:type="dxa"/>
          </w:tcPr>
          <w:p w14:paraId="143806F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44706BC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27E38BA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0E9F0F9" wp14:editId="19CE4911">
                  <wp:extent cx="1400000" cy="1400000"/>
                  <wp:effectExtent l="0" t="0" r="0" b="0"/>
                  <wp:docPr id="566" name="Picture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c>
          <w:tcPr>
            <w:tcW w:w="1728" w:type="dxa"/>
          </w:tcPr>
          <w:p w14:paraId="5F71881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217FC9C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9D5C507" wp14:editId="38F46BB2">
                  <wp:extent cx="1400000" cy="1400000"/>
                  <wp:effectExtent l="0" t="0" r="0" b="0"/>
                  <wp:docPr id="567" name="Picture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r>
      <w:tr w:rsidR="0080618B" w:rsidRPr="00CB52C3" w14:paraId="23CE0B9B" w14:textId="77777777" w:rsidTr="009B4FA6">
        <w:trPr>
          <w:jc w:val="center"/>
        </w:trPr>
        <w:tc>
          <w:tcPr>
            <w:tcW w:w="1728" w:type="dxa"/>
          </w:tcPr>
          <w:p w14:paraId="11B9770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13188FD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30527FA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3D45074" wp14:editId="531F1BE0">
                  <wp:extent cx="1400000" cy="1400000"/>
                  <wp:effectExtent l="0" t="0" r="0" b="0"/>
                  <wp:docPr id="568" name="Picture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c>
          <w:tcPr>
            <w:tcW w:w="1728" w:type="dxa"/>
          </w:tcPr>
          <w:p w14:paraId="67F7CFA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28E63D6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B7D40E1" wp14:editId="3F2EF625">
                  <wp:extent cx="1400000" cy="1400000"/>
                  <wp:effectExtent l="0" t="0" r="0" b="0"/>
                  <wp:docPr id="569" name="Picture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r>
      <w:tr w:rsidR="0080618B" w:rsidRPr="00CB52C3" w14:paraId="2F125CF5" w14:textId="77777777" w:rsidTr="009B4FA6">
        <w:trPr>
          <w:jc w:val="center"/>
        </w:trPr>
        <w:tc>
          <w:tcPr>
            <w:tcW w:w="1728" w:type="dxa"/>
          </w:tcPr>
          <w:p w14:paraId="32A010D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41B24E7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IM(154)</w:t>
            </w:r>
          </w:p>
        </w:tc>
        <w:tc>
          <w:tcPr>
            <w:tcW w:w="1728" w:type="dxa"/>
          </w:tcPr>
          <w:p w14:paraId="7079D11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7A5AD68" wp14:editId="79FA1897">
                  <wp:extent cx="1400000" cy="1400000"/>
                  <wp:effectExtent l="0" t="0" r="0" b="0"/>
                  <wp:docPr id="570" name="Picture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4.png"/>
                          <pic:cNvPicPr/>
                        </pic:nvPicPr>
                        <pic:blipFill>
                          <a:blip r:embed="rId43"/>
                          <a:stretch>
                            <a:fillRect/>
                          </a:stretch>
                        </pic:blipFill>
                        <pic:spPr>
                          <a:xfrm>
                            <a:off x="0" y="0"/>
                            <a:ext cx="1400000" cy="1400000"/>
                          </a:xfrm>
                          <a:prstGeom prst="rect">
                            <a:avLst/>
                          </a:prstGeom>
                        </pic:spPr>
                      </pic:pic>
                    </a:graphicData>
                  </a:graphic>
                </wp:inline>
              </w:drawing>
            </w:r>
          </w:p>
        </w:tc>
        <w:tc>
          <w:tcPr>
            <w:tcW w:w="1728" w:type="dxa"/>
          </w:tcPr>
          <w:p w14:paraId="0C57950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IM(154)</w:t>
            </w:r>
          </w:p>
        </w:tc>
        <w:tc>
          <w:tcPr>
            <w:tcW w:w="1728" w:type="dxa"/>
          </w:tcPr>
          <w:p w14:paraId="16FE265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A8E4056" wp14:editId="0E46D0E0">
                  <wp:extent cx="1400000" cy="1400000"/>
                  <wp:effectExtent l="0" t="0" r="0" b="0"/>
                  <wp:docPr id="571" name="Picture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4.png"/>
                          <pic:cNvPicPr/>
                        </pic:nvPicPr>
                        <pic:blipFill>
                          <a:blip r:embed="rId43"/>
                          <a:stretch>
                            <a:fillRect/>
                          </a:stretch>
                        </pic:blipFill>
                        <pic:spPr>
                          <a:xfrm>
                            <a:off x="0" y="0"/>
                            <a:ext cx="1400000" cy="1400000"/>
                          </a:xfrm>
                          <a:prstGeom prst="rect">
                            <a:avLst/>
                          </a:prstGeom>
                        </pic:spPr>
                      </pic:pic>
                    </a:graphicData>
                  </a:graphic>
                </wp:inline>
              </w:drawing>
            </w:r>
          </w:p>
        </w:tc>
      </w:tr>
      <w:tr w:rsidR="0080618B" w:rsidRPr="00CB52C3" w14:paraId="265D283B" w14:textId="77777777" w:rsidTr="009B4FA6">
        <w:trPr>
          <w:jc w:val="center"/>
        </w:trPr>
        <w:tc>
          <w:tcPr>
            <w:tcW w:w="1728" w:type="dxa"/>
          </w:tcPr>
          <w:p w14:paraId="6E84EC0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7C60D91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IM(190)</w:t>
            </w:r>
          </w:p>
        </w:tc>
        <w:tc>
          <w:tcPr>
            <w:tcW w:w="1728" w:type="dxa"/>
          </w:tcPr>
          <w:p w14:paraId="2A75E31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DC7EC9A" wp14:editId="09CCB7E0">
                  <wp:extent cx="1400000" cy="1400000"/>
                  <wp:effectExtent l="0" t="0" r="0" b="0"/>
                  <wp:docPr id="572" name="Picture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90.png"/>
                          <pic:cNvPicPr/>
                        </pic:nvPicPr>
                        <pic:blipFill>
                          <a:blip r:embed="rId44"/>
                          <a:stretch>
                            <a:fillRect/>
                          </a:stretch>
                        </pic:blipFill>
                        <pic:spPr>
                          <a:xfrm>
                            <a:off x="0" y="0"/>
                            <a:ext cx="1400000" cy="1400000"/>
                          </a:xfrm>
                          <a:prstGeom prst="rect">
                            <a:avLst/>
                          </a:prstGeom>
                        </pic:spPr>
                      </pic:pic>
                    </a:graphicData>
                  </a:graphic>
                </wp:inline>
              </w:drawing>
            </w:r>
          </w:p>
        </w:tc>
        <w:tc>
          <w:tcPr>
            <w:tcW w:w="1728" w:type="dxa"/>
          </w:tcPr>
          <w:p w14:paraId="07967E3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IM(190)</w:t>
            </w:r>
          </w:p>
        </w:tc>
        <w:tc>
          <w:tcPr>
            <w:tcW w:w="1728" w:type="dxa"/>
          </w:tcPr>
          <w:p w14:paraId="3374E40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DB6BD62" wp14:editId="368C0423">
                  <wp:extent cx="1400000" cy="1400000"/>
                  <wp:effectExtent l="0" t="0" r="0" b="0"/>
                  <wp:docPr id="573" name="Picture 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90.png"/>
                          <pic:cNvPicPr/>
                        </pic:nvPicPr>
                        <pic:blipFill>
                          <a:blip r:embed="rId44"/>
                          <a:stretch>
                            <a:fillRect/>
                          </a:stretch>
                        </pic:blipFill>
                        <pic:spPr>
                          <a:xfrm>
                            <a:off x="0" y="0"/>
                            <a:ext cx="1400000" cy="1400000"/>
                          </a:xfrm>
                          <a:prstGeom prst="rect">
                            <a:avLst/>
                          </a:prstGeom>
                        </pic:spPr>
                      </pic:pic>
                    </a:graphicData>
                  </a:graphic>
                </wp:inline>
              </w:drawing>
            </w:r>
          </w:p>
        </w:tc>
      </w:tr>
      <w:tr w:rsidR="0080618B" w:rsidRPr="00CB52C3" w14:paraId="040F3E41" w14:textId="77777777" w:rsidTr="009B4FA6">
        <w:trPr>
          <w:jc w:val="center"/>
        </w:trPr>
        <w:tc>
          <w:tcPr>
            <w:tcW w:w="1728" w:type="dxa"/>
          </w:tcPr>
          <w:p w14:paraId="5EDD15A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6295A18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IM(255)</w:t>
            </w:r>
          </w:p>
        </w:tc>
        <w:tc>
          <w:tcPr>
            <w:tcW w:w="1728" w:type="dxa"/>
          </w:tcPr>
          <w:p w14:paraId="2162B8C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4877AA6" wp14:editId="4C78F42B">
                  <wp:extent cx="1400000" cy="1400000"/>
                  <wp:effectExtent l="0" t="0" r="0" b="0"/>
                  <wp:docPr id="574" name="Picture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5.png"/>
                          <pic:cNvPicPr/>
                        </pic:nvPicPr>
                        <pic:blipFill>
                          <a:blip r:embed="rId46"/>
                          <a:stretch>
                            <a:fillRect/>
                          </a:stretch>
                        </pic:blipFill>
                        <pic:spPr>
                          <a:xfrm>
                            <a:off x="0" y="0"/>
                            <a:ext cx="1400000" cy="1400000"/>
                          </a:xfrm>
                          <a:prstGeom prst="rect">
                            <a:avLst/>
                          </a:prstGeom>
                        </pic:spPr>
                      </pic:pic>
                    </a:graphicData>
                  </a:graphic>
                </wp:inline>
              </w:drawing>
            </w:r>
          </w:p>
        </w:tc>
        <w:tc>
          <w:tcPr>
            <w:tcW w:w="1728" w:type="dxa"/>
          </w:tcPr>
          <w:p w14:paraId="635739A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IM(247)</w:t>
            </w:r>
          </w:p>
        </w:tc>
        <w:tc>
          <w:tcPr>
            <w:tcW w:w="1728" w:type="dxa"/>
          </w:tcPr>
          <w:p w14:paraId="244B9E9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73BE27F" wp14:editId="2F6D09EA">
                  <wp:extent cx="1400000" cy="1400000"/>
                  <wp:effectExtent l="0" t="0" r="0" b="0"/>
                  <wp:docPr id="575" name="Picture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7.png"/>
                          <pic:cNvPicPr/>
                        </pic:nvPicPr>
                        <pic:blipFill>
                          <a:blip r:embed="rId45"/>
                          <a:stretch>
                            <a:fillRect/>
                          </a:stretch>
                        </pic:blipFill>
                        <pic:spPr>
                          <a:xfrm>
                            <a:off x="0" y="0"/>
                            <a:ext cx="1400000" cy="1400000"/>
                          </a:xfrm>
                          <a:prstGeom prst="rect">
                            <a:avLst/>
                          </a:prstGeom>
                        </pic:spPr>
                      </pic:pic>
                    </a:graphicData>
                  </a:graphic>
                </wp:inline>
              </w:drawing>
            </w:r>
          </w:p>
        </w:tc>
      </w:tr>
      <w:tr w:rsidR="0080618B" w:rsidRPr="00CB52C3" w14:paraId="34B22AA3" w14:textId="77777777" w:rsidTr="009B4FA6">
        <w:trPr>
          <w:jc w:val="center"/>
        </w:trPr>
        <w:tc>
          <w:tcPr>
            <w:tcW w:w="1728" w:type="dxa"/>
          </w:tcPr>
          <w:p w14:paraId="57D3F6B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79AC9FA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IM(328)</w:t>
            </w:r>
          </w:p>
        </w:tc>
        <w:tc>
          <w:tcPr>
            <w:tcW w:w="1728" w:type="dxa"/>
          </w:tcPr>
          <w:p w14:paraId="6E76777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5221F71" wp14:editId="091CE5D4">
                  <wp:extent cx="1400000" cy="1400000"/>
                  <wp:effectExtent l="0" t="0" r="0" b="0"/>
                  <wp:docPr id="417" name="Picture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28.png"/>
                          <pic:cNvPicPr/>
                        </pic:nvPicPr>
                        <pic:blipFill>
                          <a:blip r:embed="rId48"/>
                          <a:stretch>
                            <a:fillRect/>
                          </a:stretch>
                        </pic:blipFill>
                        <pic:spPr>
                          <a:xfrm>
                            <a:off x="0" y="0"/>
                            <a:ext cx="1400000" cy="1400000"/>
                          </a:xfrm>
                          <a:prstGeom prst="rect">
                            <a:avLst/>
                          </a:prstGeom>
                        </pic:spPr>
                      </pic:pic>
                    </a:graphicData>
                  </a:graphic>
                </wp:inline>
              </w:drawing>
            </w:r>
          </w:p>
        </w:tc>
        <w:tc>
          <w:tcPr>
            <w:tcW w:w="1728" w:type="dxa"/>
          </w:tcPr>
          <w:p w14:paraId="51D2760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IM(312)</w:t>
            </w:r>
          </w:p>
        </w:tc>
        <w:tc>
          <w:tcPr>
            <w:tcW w:w="1728" w:type="dxa"/>
          </w:tcPr>
          <w:p w14:paraId="120714B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4A9BD33" wp14:editId="6ECC166E">
                  <wp:extent cx="1400000" cy="1400000"/>
                  <wp:effectExtent l="0" t="0" r="0" b="0"/>
                  <wp:docPr id="418" name="Picture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2.png"/>
                          <pic:cNvPicPr/>
                        </pic:nvPicPr>
                        <pic:blipFill>
                          <a:blip r:embed="rId47"/>
                          <a:stretch>
                            <a:fillRect/>
                          </a:stretch>
                        </pic:blipFill>
                        <pic:spPr>
                          <a:xfrm>
                            <a:off x="0" y="0"/>
                            <a:ext cx="1400000" cy="1400000"/>
                          </a:xfrm>
                          <a:prstGeom prst="rect">
                            <a:avLst/>
                          </a:prstGeom>
                        </pic:spPr>
                      </pic:pic>
                    </a:graphicData>
                  </a:graphic>
                </wp:inline>
              </w:drawing>
            </w:r>
          </w:p>
        </w:tc>
      </w:tr>
      <w:tr w:rsidR="0080618B" w:rsidRPr="00CB52C3" w14:paraId="1FBCA504" w14:textId="77777777" w:rsidTr="009B4FA6">
        <w:trPr>
          <w:jc w:val="center"/>
        </w:trPr>
        <w:tc>
          <w:tcPr>
            <w:tcW w:w="1728" w:type="dxa"/>
          </w:tcPr>
          <w:p w14:paraId="321A829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3E117AE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IM(377)</w:t>
            </w:r>
          </w:p>
        </w:tc>
        <w:tc>
          <w:tcPr>
            <w:tcW w:w="1728" w:type="dxa"/>
          </w:tcPr>
          <w:p w14:paraId="3FA3EC4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685700D" wp14:editId="68286063">
                  <wp:extent cx="1400000" cy="1400000"/>
                  <wp:effectExtent l="0" t="0" r="0" b="0"/>
                  <wp:docPr id="419" name="Picture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77.png"/>
                          <pic:cNvPicPr/>
                        </pic:nvPicPr>
                        <pic:blipFill>
                          <a:blip r:embed="rId58"/>
                          <a:stretch>
                            <a:fillRect/>
                          </a:stretch>
                        </pic:blipFill>
                        <pic:spPr>
                          <a:xfrm>
                            <a:off x="0" y="0"/>
                            <a:ext cx="1400000" cy="1400000"/>
                          </a:xfrm>
                          <a:prstGeom prst="rect">
                            <a:avLst/>
                          </a:prstGeom>
                        </pic:spPr>
                      </pic:pic>
                    </a:graphicData>
                  </a:graphic>
                </wp:inline>
              </w:drawing>
            </w:r>
          </w:p>
        </w:tc>
        <w:tc>
          <w:tcPr>
            <w:tcW w:w="1728" w:type="dxa"/>
          </w:tcPr>
          <w:p w14:paraId="0EABE77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IM(367)</w:t>
            </w:r>
          </w:p>
        </w:tc>
        <w:tc>
          <w:tcPr>
            <w:tcW w:w="1728" w:type="dxa"/>
          </w:tcPr>
          <w:p w14:paraId="73DA7B6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006A29C" wp14:editId="4999230C">
                  <wp:extent cx="1400000" cy="1400000"/>
                  <wp:effectExtent l="0" t="0" r="0" b="0"/>
                  <wp:docPr id="420" name="Picture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67.png"/>
                          <pic:cNvPicPr/>
                        </pic:nvPicPr>
                        <pic:blipFill>
                          <a:blip r:embed="rId59"/>
                          <a:stretch>
                            <a:fillRect/>
                          </a:stretch>
                        </pic:blipFill>
                        <pic:spPr>
                          <a:xfrm>
                            <a:off x="0" y="0"/>
                            <a:ext cx="1400000" cy="1400000"/>
                          </a:xfrm>
                          <a:prstGeom prst="rect">
                            <a:avLst/>
                          </a:prstGeom>
                        </pic:spPr>
                      </pic:pic>
                    </a:graphicData>
                  </a:graphic>
                </wp:inline>
              </w:drawing>
            </w:r>
          </w:p>
        </w:tc>
      </w:tr>
      <w:tr w:rsidR="0080618B" w:rsidRPr="00CB52C3" w14:paraId="3A38FB17" w14:textId="77777777" w:rsidTr="009B4FA6">
        <w:trPr>
          <w:jc w:val="center"/>
        </w:trPr>
        <w:tc>
          <w:tcPr>
            <w:tcW w:w="1728" w:type="dxa"/>
          </w:tcPr>
          <w:p w14:paraId="23133D5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9</w:t>
            </w:r>
          </w:p>
        </w:tc>
        <w:tc>
          <w:tcPr>
            <w:tcW w:w="1728" w:type="dxa"/>
          </w:tcPr>
          <w:p w14:paraId="3424A62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IM(415)</w:t>
            </w:r>
          </w:p>
        </w:tc>
        <w:tc>
          <w:tcPr>
            <w:tcW w:w="1728" w:type="dxa"/>
          </w:tcPr>
          <w:p w14:paraId="7D07939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2E25E40" wp14:editId="11467D64">
                  <wp:extent cx="1400000" cy="1400000"/>
                  <wp:effectExtent l="0" t="0" r="0" b="0"/>
                  <wp:docPr id="421" name="Picture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15.png"/>
                          <pic:cNvPicPr/>
                        </pic:nvPicPr>
                        <pic:blipFill>
                          <a:blip r:embed="rId60"/>
                          <a:stretch>
                            <a:fillRect/>
                          </a:stretch>
                        </pic:blipFill>
                        <pic:spPr>
                          <a:xfrm>
                            <a:off x="0" y="0"/>
                            <a:ext cx="1400000" cy="1400000"/>
                          </a:xfrm>
                          <a:prstGeom prst="rect">
                            <a:avLst/>
                          </a:prstGeom>
                        </pic:spPr>
                      </pic:pic>
                    </a:graphicData>
                  </a:graphic>
                </wp:inline>
              </w:drawing>
            </w:r>
          </w:p>
        </w:tc>
        <w:tc>
          <w:tcPr>
            <w:tcW w:w="1728" w:type="dxa"/>
          </w:tcPr>
          <w:p w14:paraId="26B6DFA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IM(410)</w:t>
            </w:r>
          </w:p>
        </w:tc>
        <w:tc>
          <w:tcPr>
            <w:tcW w:w="1728" w:type="dxa"/>
          </w:tcPr>
          <w:p w14:paraId="50ADE50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8452B63" wp14:editId="709E486F">
                  <wp:extent cx="1400000" cy="1400000"/>
                  <wp:effectExtent l="0" t="0" r="0" b="0"/>
                  <wp:docPr id="422" name="Picture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10.png"/>
                          <pic:cNvPicPr/>
                        </pic:nvPicPr>
                        <pic:blipFill>
                          <a:blip r:embed="rId61"/>
                          <a:stretch>
                            <a:fillRect/>
                          </a:stretch>
                        </pic:blipFill>
                        <pic:spPr>
                          <a:xfrm>
                            <a:off x="0" y="0"/>
                            <a:ext cx="1400000" cy="1400000"/>
                          </a:xfrm>
                          <a:prstGeom prst="rect">
                            <a:avLst/>
                          </a:prstGeom>
                        </pic:spPr>
                      </pic:pic>
                    </a:graphicData>
                  </a:graphic>
                </wp:inline>
              </w:drawing>
            </w:r>
          </w:p>
        </w:tc>
      </w:tr>
      <w:tr w:rsidR="0080618B" w:rsidRPr="00CB52C3" w14:paraId="478C0636" w14:textId="77777777" w:rsidTr="009B4FA6">
        <w:trPr>
          <w:jc w:val="center"/>
        </w:trPr>
        <w:tc>
          <w:tcPr>
            <w:tcW w:w="1728" w:type="dxa"/>
          </w:tcPr>
          <w:p w14:paraId="3705734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10</w:t>
            </w:r>
          </w:p>
        </w:tc>
        <w:tc>
          <w:tcPr>
            <w:tcW w:w="1728" w:type="dxa"/>
          </w:tcPr>
          <w:p w14:paraId="67234C8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IM(437)</w:t>
            </w:r>
          </w:p>
        </w:tc>
        <w:tc>
          <w:tcPr>
            <w:tcW w:w="1728" w:type="dxa"/>
          </w:tcPr>
          <w:p w14:paraId="503C58B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34DB181" wp14:editId="569F59FC">
                  <wp:extent cx="1400000" cy="1400000"/>
                  <wp:effectExtent l="0" t="0" r="0" b="0"/>
                  <wp:docPr id="423" name="Picture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7.png"/>
                          <pic:cNvPicPr/>
                        </pic:nvPicPr>
                        <pic:blipFill>
                          <a:blip r:embed="rId62"/>
                          <a:stretch>
                            <a:fillRect/>
                          </a:stretch>
                        </pic:blipFill>
                        <pic:spPr>
                          <a:xfrm>
                            <a:off x="0" y="0"/>
                            <a:ext cx="1400000" cy="1400000"/>
                          </a:xfrm>
                          <a:prstGeom prst="rect">
                            <a:avLst/>
                          </a:prstGeom>
                        </pic:spPr>
                      </pic:pic>
                    </a:graphicData>
                  </a:graphic>
                </wp:inline>
              </w:drawing>
            </w:r>
          </w:p>
        </w:tc>
        <w:tc>
          <w:tcPr>
            <w:tcW w:w="1728" w:type="dxa"/>
          </w:tcPr>
          <w:p w14:paraId="36247E1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IM(437)</w:t>
            </w:r>
          </w:p>
        </w:tc>
        <w:tc>
          <w:tcPr>
            <w:tcW w:w="1728" w:type="dxa"/>
          </w:tcPr>
          <w:p w14:paraId="3105D36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A4BF443" wp14:editId="0EE68569">
                  <wp:extent cx="1400000" cy="1400000"/>
                  <wp:effectExtent l="0" t="0" r="0" b="0"/>
                  <wp:docPr id="424" name="Picture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7.png"/>
                          <pic:cNvPicPr/>
                        </pic:nvPicPr>
                        <pic:blipFill>
                          <a:blip r:embed="rId62"/>
                          <a:stretch>
                            <a:fillRect/>
                          </a:stretch>
                        </pic:blipFill>
                        <pic:spPr>
                          <a:xfrm>
                            <a:off x="0" y="0"/>
                            <a:ext cx="1400000" cy="1400000"/>
                          </a:xfrm>
                          <a:prstGeom prst="rect">
                            <a:avLst/>
                          </a:prstGeom>
                        </pic:spPr>
                      </pic:pic>
                    </a:graphicData>
                  </a:graphic>
                </wp:inline>
              </w:drawing>
            </w:r>
          </w:p>
        </w:tc>
      </w:tr>
    </w:tbl>
    <w:p w14:paraId="61D71FC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14EA1CA9" w14:textId="4265E9A0" w:rsidR="0080618B" w:rsidRPr="00CB52C3" w:rsidRDefault="0080618B"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2</w:t>
      </w:r>
      <w:r w:rsidR="005272C5">
        <w:rPr>
          <w:rFonts w:ascii="Times New Roman" w:hAnsi="Times New Roman"/>
          <w:b/>
          <w:sz w:val="24"/>
          <w:szCs w:val="24"/>
        </w:rPr>
        <w:t>1</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propionaldehyde at pH=7 and U=-0.5 V vs. </w:t>
      </w:r>
      <w:r w:rsidR="005272C5">
        <w:rPr>
          <w:rFonts w:ascii="Times New Roman" w:hAnsi="Times New Roman"/>
          <w:sz w:val="24"/>
          <w:szCs w:val="24"/>
        </w:rPr>
        <w:t>S</w:t>
      </w:r>
      <w:r w:rsidRPr="00CB52C3">
        <w:rPr>
          <w:rFonts w:ascii="Times New Roman" w:hAnsi="Times New Roman"/>
          <w:sz w:val="24"/>
          <w:szCs w:val="24"/>
        </w:rPr>
        <w:t>HE on Cu(100).</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278"/>
        <w:gridCol w:w="1449"/>
        <w:gridCol w:w="2420"/>
        <w:gridCol w:w="1449"/>
        <w:gridCol w:w="2420"/>
      </w:tblGrid>
      <w:tr w:rsidR="0080618B" w:rsidRPr="00CB52C3" w14:paraId="24BD0BF3" w14:textId="77777777" w:rsidTr="009B4FA6">
        <w:trPr>
          <w:jc w:val="center"/>
        </w:trPr>
        <w:tc>
          <w:tcPr>
            <w:tcW w:w="1728" w:type="dxa"/>
          </w:tcPr>
          <w:p w14:paraId="745A484C" w14:textId="77777777" w:rsidR="0080618B" w:rsidRPr="00CB52C3" w:rsidRDefault="0080618B" w:rsidP="00431F65">
            <w:pPr>
              <w:spacing w:line="480" w:lineRule="auto"/>
              <w:rPr>
                <w:rFonts w:ascii="Times New Roman" w:hAnsi="Times New Roman"/>
                <w:sz w:val="24"/>
                <w:szCs w:val="24"/>
              </w:rPr>
            </w:pPr>
          </w:p>
        </w:tc>
        <w:tc>
          <w:tcPr>
            <w:tcW w:w="3456" w:type="dxa"/>
            <w:gridSpan w:val="2"/>
          </w:tcPr>
          <w:p w14:paraId="469481B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4A406DB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80618B" w:rsidRPr="00CB52C3" w14:paraId="19C6C346" w14:textId="77777777" w:rsidTr="009B4FA6">
        <w:trPr>
          <w:jc w:val="center"/>
        </w:trPr>
        <w:tc>
          <w:tcPr>
            <w:tcW w:w="1728" w:type="dxa"/>
          </w:tcPr>
          <w:p w14:paraId="03802B4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670990B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7500DC3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3D0C5AB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1E00A50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80618B" w:rsidRPr="00CB52C3" w14:paraId="5B8EB7B7" w14:textId="77777777" w:rsidTr="009B4FA6">
        <w:trPr>
          <w:jc w:val="center"/>
        </w:trPr>
        <w:tc>
          <w:tcPr>
            <w:tcW w:w="1728" w:type="dxa"/>
          </w:tcPr>
          <w:p w14:paraId="793E18D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5E4BC3B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1BA0855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C98C32B" wp14:editId="4B842109">
                  <wp:extent cx="1400000" cy="1400000"/>
                  <wp:effectExtent l="0" t="0" r="0" b="0"/>
                  <wp:docPr id="425" name="Picture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c>
          <w:tcPr>
            <w:tcW w:w="1728" w:type="dxa"/>
          </w:tcPr>
          <w:p w14:paraId="782770F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1C253C8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6F43D00" wp14:editId="02D4DD9B">
                  <wp:extent cx="1400000" cy="1400000"/>
                  <wp:effectExtent l="0" t="0" r="0" b="0"/>
                  <wp:docPr id="426" name="Picture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r>
      <w:tr w:rsidR="0080618B" w:rsidRPr="00CB52C3" w14:paraId="2588B9BE" w14:textId="77777777" w:rsidTr="009B4FA6">
        <w:trPr>
          <w:jc w:val="center"/>
        </w:trPr>
        <w:tc>
          <w:tcPr>
            <w:tcW w:w="1728" w:type="dxa"/>
          </w:tcPr>
          <w:p w14:paraId="0D2AD0A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3E947DF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61B0ABD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B46240E" wp14:editId="0CE1EF07">
                  <wp:extent cx="1400000" cy="1400000"/>
                  <wp:effectExtent l="0" t="0" r="0" b="0"/>
                  <wp:docPr id="427" name="Picture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c>
          <w:tcPr>
            <w:tcW w:w="1728" w:type="dxa"/>
          </w:tcPr>
          <w:p w14:paraId="51BD4BC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6610974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29BA407" wp14:editId="37F07B22">
                  <wp:extent cx="1400000" cy="1400000"/>
                  <wp:effectExtent l="0" t="0" r="0" b="0"/>
                  <wp:docPr id="428" name="Picture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r>
      <w:tr w:rsidR="0080618B" w:rsidRPr="00CB52C3" w14:paraId="5B60F81D" w14:textId="77777777" w:rsidTr="009B4FA6">
        <w:trPr>
          <w:jc w:val="center"/>
        </w:trPr>
        <w:tc>
          <w:tcPr>
            <w:tcW w:w="1728" w:type="dxa"/>
          </w:tcPr>
          <w:p w14:paraId="094A68E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06A7D05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IM(109)</w:t>
            </w:r>
          </w:p>
        </w:tc>
        <w:tc>
          <w:tcPr>
            <w:tcW w:w="1728" w:type="dxa"/>
          </w:tcPr>
          <w:p w14:paraId="6EF18D8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FB091FC" wp14:editId="53DD20BA">
                  <wp:extent cx="1400000" cy="1400000"/>
                  <wp:effectExtent l="0" t="0" r="0" b="0"/>
                  <wp:docPr id="429" name="Picture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9.png"/>
                          <pic:cNvPicPr/>
                        </pic:nvPicPr>
                        <pic:blipFill>
                          <a:blip r:embed="rId63"/>
                          <a:stretch>
                            <a:fillRect/>
                          </a:stretch>
                        </pic:blipFill>
                        <pic:spPr>
                          <a:xfrm>
                            <a:off x="0" y="0"/>
                            <a:ext cx="1400000" cy="1400000"/>
                          </a:xfrm>
                          <a:prstGeom prst="rect">
                            <a:avLst/>
                          </a:prstGeom>
                        </pic:spPr>
                      </pic:pic>
                    </a:graphicData>
                  </a:graphic>
                </wp:inline>
              </w:drawing>
            </w:r>
          </w:p>
        </w:tc>
        <w:tc>
          <w:tcPr>
            <w:tcW w:w="1728" w:type="dxa"/>
          </w:tcPr>
          <w:p w14:paraId="43D0272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IM(109)</w:t>
            </w:r>
          </w:p>
        </w:tc>
        <w:tc>
          <w:tcPr>
            <w:tcW w:w="1728" w:type="dxa"/>
          </w:tcPr>
          <w:p w14:paraId="237BB1C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53D518A" wp14:editId="7C6E1064">
                  <wp:extent cx="1400000" cy="1400000"/>
                  <wp:effectExtent l="0" t="0" r="0" b="0"/>
                  <wp:docPr id="430" name="Picture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9.png"/>
                          <pic:cNvPicPr/>
                        </pic:nvPicPr>
                        <pic:blipFill>
                          <a:blip r:embed="rId63"/>
                          <a:stretch>
                            <a:fillRect/>
                          </a:stretch>
                        </pic:blipFill>
                        <pic:spPr>
                          <a:xfrm>
                            <a:off x="0" y="0"/>
                            <a:ext cx="1400000" cy="1400000"/>
                          </a:xfrm>
                          <a:prstGeom prst="rect">
                            <a:avLst/>
                          </a:prstGeom>
                        </pic:spPr>
                      </pic:pic>
                    </a:graphicData>
                  </a:graphic>
                </wp:inline>
              </w:drawing>
            </w:r>
          </w:p>
        </w:tc>
      </w:tr>
      <w:tr w:rsidR="0080618B" w:rsidRPr="00CB52C3" w14:paraId="361E4A2F" w14:textId="77777777" w:rsidTr="009B4FA6">
        <w:trPr>
          <w:jc w:val="center"/>
        </w:trPr>
        <w:tc>
          <w:tcPr>
            <w:tcW w:w="1728" w:type="dxa"/>
          </w:tcPr>
          <w:p w14:paraId="321B46E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5B7CDC7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IM(126)</w:t>
            </w:r>
          </w:p>
        </w:tc>
        <w:tc>
          <w:tcPr>
            <w:tcW w:w="1728" w:type="dxa"/>
          </w:tcPr>
          <w:p w14:paraId="6023CB4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577D6CC" wp14:editId="01781D5D">
                  <wp:extent cx="1400000" cy="1400000"/>
                  <wp:effectExtent l="0" t="0" r="0" b="0"/>
                  <wp:docPr id="431" name="Picture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26.png"/>
                          <pic:cNvPicPr/>
                        </pic:nvPicPr>
                        <pic:blipFill>
                          <a:blip r:embed="rId64"/>
                          <a:stretch>
                            <a:fillRect/>
                          </a:stretch>
                        </pic:blipFill>
                        <pic:spPr>
                          <a:xfrm>
                            <a:off x="0" y="0"/>
                            <a:ext cx="1400000" cy="1400000"/>
                          </a:xfrm>
                          <a:prstGeom prst="rect">
                            <a:avLst/>
                          </a:prstGeom>
                        </pic:spPr>
                      </pic:pic>
                    </a:graphicData>
                  </a:graphic>
                </wp:inline>
              </w:drawing>
            </w:r>
          </w:p>
        </w:tc>
        <w:tc>
          <w:tcPr>
            <w:tcW w:w="1728" w:type="dxa"/>
          </w:tcPr>
          <w:p w14:paraId="583A462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IM(126)</w:t>
            </w:r>
          </w:p>
        </w:tc>
        <w:tc>
          <w:tcPr>
            <w:tcW w:w="1728" w:type="dxa"/>
          </w:tcPr>
          <w:p w14:paraId="4EA1F41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80B36AC" wp14:editId="613D6609">
                  <wp:extent cx="1400000" cy="1400000"/>
                  <wp:effectExtent l="0" t="0" r="0" b="0"/>
                  <wp:docPr id="432" name="Picture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26.png"/>
                          <pic:cNvPicPr/>
                        </pic:nvPicPr>
                        <pic:blipFill>
                          <a:blip r:embed="rId64"/>
                          <a:stretch>
                            <a:fillRect/>
                          </a:stretch>
                        </pic:blipFill>
                        <pic:spPr>
                          <a:xfrm>
                            <a:off x="0" y="0"/>
                            <a:ext cx="1400000" cy="1400000"/>
                          </a:xfrm>
                          <a:prstGeom prst="rect">
                            <a:avLst/>
                          </a:prstGeom>
                        </pic:spPr>
                      </pic:pic>
                    </a:graphicData>
                  </a:graphic>
                </wp:inline>
              </w:drawing>
            </w:r>
          </w:p>
        </w:tc>
      </w:tr>
      <w:tr w:rsidR="0080618B" w:rsidRPr="00CB52C3" w14:paraId="44820086" w14:textId="77777777" w:rsidTr="009B4FA6">
        <w:trPr>
          <w:jc w:val="center"/>
        </w:trPr>
        <w:tc>
          <w:tcPr>
            <w:tcW w:w="1728" w:type="dxa"/>
          </w:tcPr>
          <w:p w14:paraId="4310C48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754FD4D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IM(174)</w:t>
            </w:r>
          </w:p>
        </w:tc>
        <w:tc>
          <w:tcPr>
            <w:tcW w:w="1728" w:type="dxa"/>
          </w:tcPr>
          <w:p w14:paraId="12A4401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B804EE6" wp14:editId="545F890C">
                  <wp:extent cx="1400000" cy="1400000"/>
                  <wp:effectExtent l="0" t="0" r="0" b="0"/>
                  <wp:docPr id="433" name="Picture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74.png"/>
                          <pic:cNvPicPr/>
                        </pic:nvPicPr>
                        <pic:blipFill>
                          <a:blip r:embed="rId65"/>
                          <a:stretch>
                            <a:fillRect/>
                          </a:stretch>
                        </pic:blipFill>
                        <pic:spPr>
                          <a:xfrm>
                            <a:off x="0" y="0"/>
                            <a:ext cx="1400000" cy="1400000"/>
                          </a:xfrm>
                          <a:prstGeom prst="rect">
                            <a:avLst/>
                          </a:prstGeom>
                        </pic:spPr>
                      </pic:pic>
                    </a:graphicData>
                  </a:graphic>
                </wp:inline>
              </w:drawing>
            </w:r>
          </w:p>
        </w:tc>
        <w:tc>
          <w:tcPr>
            <w:tcW w:w="1728" w:type="dxa"/>
          </w:tcPr>
          <w:p w14:paraId="423BE7C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IM(190)</w:t>
            </w:r>
          </w:p>
        </w:tc>
        <w:tc>
          <w:tcPr>
            <w:tcW w:w="1728" w:type="dxa"/>
          </w:tcPr>
          <w:p w14:paraId="0F36CDC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01973BD" wp14:editId="1B7A0675">
                  <wp:extent cx="1400000" cy="1400000"/>
                  <wp:effectExtent l="0" t="0" r="0" b="0"/>
                  <wp:docPr id="434" name="Picture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90.png"/>
                          <pic:cNvPicPr/>
                        </pic:nvPicPr>
                        <pic:blipFill>
                          <a:blip r:embed="rId44"/>
                          <a:stretch>
                            <a:fillRect/>
                          </a:stretch>
                        </pic:blipFill>
                        <pic:spPr>
                          <a:xfrm>
                            <a:off x="0" y="0"/>
                            <a:ext cx="1400000" cy="1400000"/>
                          </a:xfrm>
                          <a:prstGeom prst="rect">
                            <a:avLst/>
                          </a:prstGeom>
                        </pic:spPr>
                      </pic:pic>
                    </a:graphicData>
                  </a:graphic>
                </wp:inline>
              </w:drawing>
            </w:r>
          </w:p>
        </w:tc>
      </w:tr>
      <w:tr w:rsidR="0080618B" w:rsidRPr="00CB52C3" w14:paraId="6A9DECAF" w14:textId="77777777" w:rsidTr="009B4FA6">
        <w:trPr>
          <w:jc w:val="center"/>
        </w:trPr>
        <w:tc>
          <w:tcPr>
            <w:tcW w:w="1728" w:type="dxa"/>
          </w:tcPr>
          <w:p w14:paraId="4A5AE05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1B5DEE6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IM(255)</w:t>
            </w:r>
          </w:p>
        </w:tc>
        <w:tc>
          <w:tcPr>
            <w:tcW w:w="1728" w:type="dxa"/>
          </w:tcPr>
          <w:p w14:paraId="7D90D6F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3568674" wp14:editId="1970E2B7">
                  <wp:extent cx="1400000" cy="1400000"/>
                  <wp:effectExtent l="0" t="0" r="0" b="0"/>
                  <wp:docPr id="435" name="Picture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5.png"/>
                          <pic:cNvPicPr/>
                        </pic:nvPicPr>
                        <pic:blipFill>
                          <a:blip r:embed="rId46"/>
                          <a:stretch>
                            <a:fillRect/>
                          </a:stretch>
                        </pic:blipFill>
                        <pic:spPr>
                          <a:xfrm>
                            <a:off x="0" y="0"/>
                            <a:ext cx="1400000" cy="1400000"/>
                          </a:xfrm>
                          <a:prstGeom prst="rect">
                            <a:avLst/>
                          </a:prstGeom>
                        </pic:spPr>
                      </pic:pic>
                    </a:graphicData>
                  </a:graphic>
                </wp:inline>
              </w:drawing>
            </w:r>
          </w:p>
        </w:tc>
        <w:tc>
          <w:tcPr>
            <w:tcW w:w="1728" w:type="dxa"/>
          </w:tcPr>
          <w:p w14:paraId="389395E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IM(255)</w:t>
            </w:r>
          </w:p>
        </w:tc>
        <w:tc>
          <w:tcPr>
            <w:tcW w:w="1728" w:type="dxa"/>
          </w:tcPr>
          <w:p w14:paraId="10E98B9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AB64067" wp14:editId="5CD1728D">
                  <wp:extent cx="1400000" cy="1400000"/>
                  <wp:effectExtent l="0" t="0" r="0" b="0"/>
                  <wp:docPr id="436" name="Picture 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5.png"/>
                          <pic:cNvPicPr/>
                        </pic:nvPicPr>
                        <pic:blipFill>
                          <a:blip r:embed="rId46"/>
                          <a:stretch>
                            <a:fillRect/>
                          </a:stretch>
                        </pic:blipFill>
                        <pic:spPr>
                          <a:xfrm>
                            <a:off x="0" y="0"/>
                            <a:ext cx="1400000" cy="1400000"/>
                          </a:xfrm>
                          <a:prstGeom prst="rect">
                            <a:avLst/>
                          </a:prstGeom>
                        </pic:spPr>
                      </pic:pic>
                    </a:graphicData>
                  </a:graphic>
                </wp:inline>
              </w:drawing>
            </w:r>
          </w:p>
        </w:tc>
      </w:tr>
      <w:tr w:rsidR="0080618B" w:rsidRPr="00CB52C3" w14:paraId="6165FF46" w14:textId="77777777" w:rsidTr="009B4FA6">
        <w:trPr>
          <w:jc w:val="center"/>
        </w:trPr>
        <w:tc>
          <w:tcPr>
            <w:tcW w:w="1728" w:type="dxa"/>
          </w:tcPr>
          <w:p w14:paraId="478DEFE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2B3A6F0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IM(312)</w:t>
            </w:r>
          </w:p>
        </w:tc>
        <w:tc>
          <w:tcPr>
            <w:tcW w:w="1728" w:type="dxa"/>
          </w:tcPr>
          <w:p w14:paraId="7BC32DA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A2481D5" wp14:editId="1595B6D3">
                  <wp:extent cx="1400000" cy="1400000"/>
                  <wp:effectExtent l="0" t="0" r="0" b="0"/>
                  <wp:docPr id="437" name="Picture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2.png"/>
                          <pic:cNvPicPr/>
                        </pic:nvPicPr>
                        <pic:blipFill>
                          <a:blip r:embed="rId47"/>
                          <a:stretch>
                            <a:fillRect/>
                          </a:stretch>
                        </pic:blipFill>
                        <pic:spPr>
                          <a:xfrm>
                            <a:off x="0" y="0"/>
                            <a:ext cx="1400000" cy="1400000"/>
                          </a:xfrm>
                          <a:prstGeom prst="rect">
                            <a:avLst/>
                          </a:prstGeom>
                        </pic:spPr>
                      </pic:pic>
                    </a:graphicData>
                  </a:graphic>
                </wp:inline>
              </w:drawing>
            </w:r>
          </w:p>
        </w:tc>
        <w:tc>
          <w:tcPr>
            <w:tcW w:w="1728" w:type="dxa"/>
          </w:tcPr>
          <w:p w14:paraId="09BB10A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IM(312)</w:t>
            </w:r>
          </w:p>
        </w:tc>
        <w:tc>
          <w:tcPr>
            <w:tcW w:w="1728" w:type="dxa"/>
          </w:tcPr>
          <w:p w14:paraId="687B688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B938C74" wp14:editId="568002C6">
                  <wp:extent cx="1400000" cy="1400000"/>
                  <wp:effectExtent l="0" t="0" r="0" b="0"/>
                  <wp:docPr id="438" name="Picture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2.png"/>
                          <pic:cNvPicPr/>
                        </pic:nvPicPr>
                        <pic:blipFill>
                          <a:blip r:embed="rId47"/>
                          <a:stretch>
                            <a:fillRect/>
                          </a:stretch>
                        </pic:blipFill>
                        <pic:spPr>
                          <a:xfrm>
                            <a:off x="0" y="0"/>
                            <a:ext cx="1400000" cy="1400000"/>
                          </a:xfrm>
                          <a:prstGeom prst="rect">
                            <a:avLst/>
                          </a:prstGeom>
                        </pic:spPr>
                      </pic:pic>
                    </a:graphicData>
                  </a:graphic>
                </wp:inline>
              </w:drawing>
            </w:r>
          </w:p>
        </w:tc>
      </w:tr>
      <w:tr w:rsidR="0080618B" w:rsidRPr="00CB52C3" w14:paraId="68222B1A" w14:textId="77777777" w:rsidTr="009B4FA6">
        <w:trPr>
          <w:jc w:val="center"/>
        </w:trPr>
        <w:tc>
          <w:tcPr>
            <w:tcW w:w="1728" w:type="dxa"/>
          </w:tcPr>
          <w:p w14:paraId="20FF006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71BFB02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IM(347)</w:t>
            </w:r>
          </w:p>
        </w:tc>
        <w:tc>
          <w:tcPr>
            <w:tcW w:w="1728" w:type="dxa"/>
          </w:tcPr>
          <w:p w14:paraId="61D4E91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7F74E75" wp14:editId="3589A0E4">
                  <wp:extent cx="1400000" cy="1400000"/>
                  <wp:effectExtent l="0" t="0" r="0" b="0"/>
                  <wp:docPr id="439" name="Picture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7.png"/>
                          <pic:cNvPicPr/>
                        </pic:nvPicPr>
                        <pic:blipFill>
                          <a:blip r:embed="rId49"/>
                          <a:stretch>
                            <a:fillRect/>
                          </a:stretch>
                        </pic:blipFill>
                        <pic:spPr>
                          <a:xfrm>
                            <a:off x="0" y="0"/>
                            <a:ext cx="1400000" cy="1400000"/>
                          </a:xfrm>
                          <a:prstGeom prst="rect">
                            <a:avLst/>
                          </a:prstGeom>
                        </pic:spPr>
                      </pic:pic>
                    </a:graphicData>
                  </a:graphic>
                </wp:inline>
              </w:drawing>
            </w:r>
          </w:p>
        </w:tc>
        <w:tc>
          <w:tcPr>
            <w:tcW w:w="1728" w:type="dxa"/>
          </w:tcPr>
          <w:p w14:paraId="3FFEB7A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IM(347)</w:t>
            </w:r>
          </w:p>
        </w:tc>
        <w:tc>
          <w:tcPr>
            <w:tcW w:w="1728" w:type="dxa"/>
          </w:tcPr>
          <w:p w14:paraId="29D8402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BEE221E" wp14:editId="799FCA30">
                  <wp:extent cx="1400000" cy="1400000"/>
                  <wp:effectExtent l="0" t="0" r="0" b="0"/>
                  <wp:docPr id="440" name="Picture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7.png"/>
                          <pic:cNvPicPr/>
                        </pic:nvPicPr>
                        <pic:blipFill>
                          <a:blip r:embed="rId49"/>
                          <a:stretch>
                            <a:fillRect/>
                          </a:stretch>
                        </pic:blipFill>
                        <pic:spPr>
                          <a:xfrm>
                            <a:off x="0" y="0"/>
                            <a:ext cx="1400000" cy="1400000"/>
                          </a:xfrm>
                          <a:prstGeom prst="rect">
                            <a:avLst/>
                          </a:prstGeom>
                        </pic:spPr>
                      </pic:pic>
                    </a:graphicData>
                  </a:graphic>
                </wp:inline>
              </w:drawing>
            </w:r>
          </w:p>
        </w:tc>
      </w:tr>
      <w:tr w:rsidR="0080618B" w:rsidRPr="00CB52C3" w14:paraId="474AA676" w14:textId="77777777" w:rsidTr="009B4FA6">
        <w:trPr>
          <w:jc w:val="center"/>
        </w:trPr>
        <w:tc>
          <w:tcPr>
            <w:tcW w:w="1728" w:type="dxa"/>
          </w:tcPr>
          <w:p w14:paraId="01DC65D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9</w:t>
            </w:r>
          </w:p>
        </w:tc>
        <w:tc>
          <w:tcPr>
            <w:tcW w:w="1728" w:type="dxa"/>
          </w:tcPr>
          <w:p w14:paraId="7F3C3B2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IM(389)</w:t>
            </w:r>
          </w:p>
        </w:tc>
        <w:tc>
          <w:tcPr>
            <w:tcW w:w="1728" w:type="dxa"/>
          </w:tcPr>
          <w:p w14:paraId="44B5402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21C85DB" wp14:editId="1B47E420">
                  <wp:extent cx="1400000" cy="1400000"/>
                  <wp:effectExtent l="0" t="0" r="0" b="0"/>
                  <wp:docPr id="441" name="Picture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89.png"/>
                          <pic:cNvPicPr/>
                        </pic:nvPicPr>
                        <pic:blipFill>
                          <a:blip r:embed="rId66"/>
                          <a:stretch>
                            <a:fillRect/>
                          </a:stretch>
                        </pic:blipFill>
                        <pic:spPr>
                          <a:xfrm>
                            <a:off x="0" y="0"/>
                            <a:ext cx="1400000" cy="1400000"/>
                          </a:xfrm>
                          <a:prstGeom prst="rect">
                            <a:avLst/>
                          </a:prstGeom>
                        </pic:spPr>
                      </pic:pic>
                    </a:graphicData>
                  </a:graphic>
                </wp:inline>
              </w:drawing>
            </w:r>
          </w:p>
        </w:tc>
        <w:tc>
          <w:tcPr>
            <w:tcW w:w="1728" w:type="dxa"/>
          </w:tcPr>
          <w:p w14:paraId="786AD69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IM(389)</w:t>
            </w:r>
          </w:p>
        </w:tc>
        <w:tc>
          <w:tcPr>
            <w:tcW w:w="1728" w:type="dxa"/>
          </w:tcPr>
          <w:p w14:paraId="35B6F7B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00750A2" wp14:editId="23AD1964">
                  <wp:extent cx="1400000" cy="1400000"/>
                  <wp:effectExtent l="0" t="0" r="0" b="0"/>
                  <wp:docPr id="442" name="Picture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89.png"/>
                          <pic:cNvPicPr/>
                        </pic:nvPicPr>
                        <pic:blipFill>
                          <a:blip r:embed="rId66"/>
                          <a:stretch>
                            <a:fillRect/>
                          </a:stretch>
                        </pic:blipFill>
                        <pic:spPr>
                          <a:xfrm>
                            <a:off x="0" y="0"/>
                            <a:ext cx="1400000" cy="1400000"/>
                          </a:xfrm>
                          <a:prstGeom prst="rect">
                            <a:avLst/>
                          </a:prstGeom>
                        </pic:spPr>
                      </pic:pic>
                    </a:graphicData>
                  </a:graphic>
                </wp:inline>
              </w:drawing>
            </w:r>
          </w:p>
        </w:tc>
      </w:tr>
      <w:tr w:rsidR="0080618B" w:rsidRPr="00CB52C3" w14:paraId="71601DAD" w14:textId="77777777" w:rsidTr="009B4FA6">
        <w:trPr>
          <w:jc w:val="center"/>
        </w:trPr>
        <w:tc>
          <w:tcPr>
            <w:tcW w:w="1728" w:type="dxa"/>
          </w:tcPr>
          <w:p w14:paraId="15E0DB6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10</w:t>
            </w:r>
          </w:p>
        </w:tc>
        <w:tc>
          <w:tcPr>
            <w:tcW w:w="1728" w:type="dxa"/>
          </w:tcPr>
          <w:p w14:paraId="6E4EC74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IM(422)</w:t>
            </w:r>
          </w:p>
        </w:tc>
        <w:tc>
          <w:tcPr>
            <w:tcW w:w="1728" w:type="dxa"/>
          </w:tcPr>
          <w:p w14:paraId="5F3FD11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2B3D031" wp14:editId="0746D0DB">
                  <wp:extent cx="1400000" cy="1400000"/>
                  <wp:effectExtent l="0" t="0" r="0" b="0"/>
                  <wp:docPr id="443" name="Picture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22.png"/>
                          <pic:cNvPicPr/>
                        </pic:nvPicPr>
                        <pic:blipFill>
                          <a:blip r:embed="rId67"/>
                          <a:stretch>
                            <a:fillRect/>
                          </a:stretch>
                        </pic:blipFill>
                        <pic:spPr>
                          <a:xfrm>
                            <a:off x="0" y="0"/>
                            <a:ext cx="1400000" cy="1400000"/>
                          </a:xfrm>
                          <a:prstGeom prst="rect">
                            <a:avLst/>
                          </a:prstGeom>
                        </pic:spPr>
                      </pic:pic>
                    </a:graphicData>
                  </a:graphic>
                </wp:inline>
              </w:drawing>
            </w:r>
          </w:p>
        </w:tc>
        <w:tc>
          <w:tcPr>
            <w:tcW w:w="1728" w:type="dxa"/>
          </w:tcPr>
          <w:p w14:paraId="2E4591E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IM(422)</w:t>
            </w:r>
          </w:p>
        </w:tc>
        <w:tc>
          <w:tcPr>
            <w:tcW w:w="1728" w:type="dxa"/>
          </w:tcPr>
          <w:p w14:paraId="3DFB6BB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2C707FF" wp14:editId="688AA271">
                  <wp:extent cx="1400000" cy="1400000"/>
                  <wp:effectExtent l="0" t="0" r="0" b="0"/>
                  <wp:docPr id="444" name="Picture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22.png"/>
                          <pic:cNvPicPr/>
                        </pic:nvPicPr>
                        <pic:blipFill>
                          <a:blip r:embed="rId67"/>
                          <a:stretch>
                            <a:fillRect/>
                          </a:stretch>
                        </pic:blipFill>
                        <pic:spPr>
                          <a:xfrm>
                            <a:off x="0" y="0"/>
                            <a:ext cx="1400000" cy="1400000"/>
                          </a:xfrm>
                          <a:prstGeom prst="rect">
                            <a:avLst/>
                          </a:prstGeom>
                        </pic:spPr>
                      </pic:pic>
                    </a:graphicData>
                  </a:graphic>
                </wp:inline>
              </w:drawing>
            </w:r>
          </w:p>
        </w:tc>
      </w:tr>
    </w:tbl>
    <w:p w14:paraId="0F5F59A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57FF3368" w14:textId="1C7499A5" w:rsidR="0080618B" w:rsidRPr="00CB52C3" w:rsidRDefault="0080618B"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2</w:t>
      </w:r>
      <w:r w:rsidR="005272C5">
        <w:rPr>
          <w:rFonts w:ascii="Times New Roman" w:hAnsi="Times New Roman"/>
          <w:b/>
          <w:sz w:val="24"/>
          <w:szCs w:val="24"/>
        </w:rPr>
        <w:t>2</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acetone at pH=7 and U=-0.5 V vs. </w:t>
      </w:r>
      <w:r w:rsidR="005272C5">
        <w:rPr>
          <w:rFonts w:ascii="Times New Roman" w:hAnsi="Times New Roman"/>
          <w:sz w:val="24"/>
          <w:szCs w:val="24"/>
        </w:rPr>
        <w:t>S</w:t>
      </w:r>
      <w:r w:rsidRPr="00CB52C3">
        <w:rPr>
          <w:rFonts w:ascii="Times New Roman" w:hAnsi="Times New Roman"/>
          <w:sz w:val="24"/>
          <w:szCs w:val="24"/>
        </w:rPr>
        <w:t>HE on Cu(100).</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278"/>
        <w:gridCol w:w="1449"/>
        <w:gridCol w:w="2420"/>
        <w:gridCol w:w="1449"/>
        <w:gridCol w:w="2420"/>
      </w:tblGrid>
      <w:tr w:rsidR="0080618B" w:rsidRPr="00CB52C3" w14:paraId="0DE19D5F" w14:textId="77777777" w:rsidTr="009B4FA6">
        <w:trPr>
          <w:jc w:val="center"/>
        </w:trPr>
        <w:tc>
          <w:tcPr>
            <w:tcW w:w="1728" w:type="dxa"/>
          </w:tcPr>
          <w:p w14:paraId="74641184" w14:textId="77777777" w:rsidR="0080618B" w:rsidRPr="00CB52C3" w:rsidRDefault="0080618B" w:rsidP="00431F65">
            <w:pPr>
              <w:spacing w:line="480" w:lineRule="auto"/>
              <w:rPr>
                <w:rFonts w:ascii="Times New Roman" w:hAnsi="Times New Roman"/>
                <w:sz w:val="24"/>
                <w:szCs w:val="24"/>
              </w:rPr>
            </w:pPr>
          </w:p>
        </w:tc>
        <w:tc>
          <w:tcPr>
            <w:tcW w:w="3456" w:type="dxa"/>
            <w:gridSpan w:val="2"/>
          </w:tcPr>
          <w:p w14:paraId="3E00F50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45C4118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80618B" w:rsidRPr="00CB52C3" w14:paraId="68BC93E8" w14:textId="77777777" w:rsidTr="009B4FA6">
        <w:trPr>
          <w:jc w:val="center"/>
        </w:trPr>
        <w:tc>
          <w:tcPr>
            <w:tcW w:w="1728" w:type="dxa"/>
          </w:tcPr>
          <w:p w14:paraId="235F0ED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10CA2DD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374C9C9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11203BC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1CA107F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80618B" w:rsidRPr="00CB52C3" w14:paraId="13C38790" w14:textId="77777777" w:rsidTr="009B4FA6">
        <w:trPr>
          <w:jc w:val="center"/>
        </w:trPr>
        <w:tc>
          <w:tcPr>
            <w:tcW w:w="1728" w:type="dxa"/>
          </w:tcPr>
          <w:p w14:paraId="2583160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30F1EAB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4BC5F08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986BCF7" wp14:editId="310C297F">
                  <wp:extent cx="1400000" cy="1400000"/>
                  <wp:effectExtent l="0" t="0" r="0" b="0"/>
                  <wp:docPr id="445" name="Picture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c>
          <w:tcPr>
            <w:tcW w:w="1728" w:type="dxa"/>
          </w:tcPr>
          <w:p w14:paraId="03A85B0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6CB9176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AA0B7D7" wp14:editId="42B9909E">
                  <wp:extent cx="1400000" cy="1400000"/>
                  <wp:effectExtent l="0" t="0" r="0" b="0"/>
                  <wp:docPr id="446" name="Picture 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r>
      <w:tr w:rsidR="0080618B" w:rsidRPr="00CB52C3" w14:paraId="59A23788" w14:textId="77777777" w:rsidTr="009B4FA6">
        <w:trPr>
          <w:jc w:val="center"/>
        </w:trPr>
        <w:tc>
          <w:tcPr>
            <w:tcW w:w="1728" w:type="dxa"/>
          </w:tcPr>
          <w:p w14:paraId="4F345B2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269AD29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1C8D033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3EDCB3F" wp14:editId="349B2586">
                  <wp:extent cx="1400000" cy="1400000"/>
                  <wp:effectExtent l="0" t="0" r="0" b="0"/>
                  <wp:docPr id="447" name="Picture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c>
          <w:tcPr>
            <w:tcW w:w="1728" w:type="dxa"/>
          </w:tcPr>
          <w:p w14:paraId="68C1C04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6BF964F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EFB6643" wp14:editId="4D8EF759">
                  <wp:extent cx="1400000" cy="1400000"/>
                  <wp:effectExtent l="0" t="0" r="0" b="0"/>
                  <wp:docPr id="576" name="Picture 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r>
      <w:tr w:rsidR="0080618B" w:rsidRPr="00CB52C3" w14:paraId="4D3341E4" w14:textId="77777777" w:rsidTr="009B4FA6">
        <w:trPr>
          <w:jc w:val="center"/>
        </w:trPr>
        <w:tc>
          <w:tcPr>
            <w:tcW w:w="1728" w:type="dxa"/>
          </w:tcPr>
          <w:p w14:paraId="3F394F6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14A8B51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2738A29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0B3F777" wp14:editId="13293373">
                  <wp:extent cx="1400000" cy="1400000"/>
                  <wp:effectExtent l="0" t="0" r="0" b="0"/>
                  <wp:docPr id="577" name="Picture 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c>
          <w:tcPr>
            <w:tcW w:w="1728" w:type="dxa"/>
          </w:tcPr>
          <w:p w14:paraId="42C2C6F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45579D1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EA7847E" wp14:editId="6B92A036">
                  <wp:extent cx="1400000" cy="1400000"/>
                  <wp:effectExtent l="0" t="0" r="0" b="0"/>
                  <wp:docPr id="578" name="Picture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r>
      <w:tr w:rsidR="0080618B" w:rsidRPr="00CB52C3" w14:paraId="71486BD1" w14:textId="77777777" w:rsidTr="009B4FA6">
        <w:trPr>
          <w:jc w:val="center"/>
        </w:trPr>
        <w:tc>
          <w:tcPr>
            <w:tcW w:w="1728" w:type="dxa"/>
          </w:tcPr>
          <w:p w14:paraId="4273B84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6C7207B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IM(155)</w:t>
            </w:r>
          </w:p>
        </w:tc>
        <w:tc>
          <w:tcPr>
            <w:tcW w:w="1728" w:type="dxa"/>
          </w:tcPr>
          <w:p w14:paraId="6D9FA61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3193648" wp14:editId="294457BA">
                  <wp:extent cx="1400000" cy="1400000"/>
                  <wp:effectExtent l="0" t="0" r="0" b="0"/>
                  <wp:docPr id="579" name="Picture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5.png"/>
                          <pic:cNvPicPr/>
                        </pic:nvPicPr>
                        <pic:blipFill>
                          <a:blip r:embed="rId68"/>
                          <a:stretch>
                            <a:fillRect/>
                          </a:stretch>
                        </pic:blipFill>
                        <pic:spPr>
                          <a:xfrm>
                            <a:off x="0" y="0"/>
                            <a:ext cx="1400000" cy="1400000"/>
                          </a:xfrm>
                          <a:prstGeom prst="rect">
                            <a:avLst/>
                          </a:prstGeom>
                        </pic:spPr>
                      </pic:pic>
                    </a:graphicData>
                  </a:graphic>
                </wp:inline>
              </w:drawing>
            </w:r>
          </w:p>
        </w:tc>
        <w:tc>
          <w:tcPr>
            <w:tcW w:w="1728" w:type="dxa"/>
          </w:tcPr>
          <w:p w14:paraId="20B4994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IM(155)</w:t>
            </w:r>
          </w:p>
        </w:tc>
        <w:tc>
          <w:tcPr>
            <w:tcW w:w="1728" w:type="dxa"/>
          </w:tcPr>
          <w:p w14:paraId="4B6809A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DE63FE1" wp14:editId="452D7540">
                  <wp:extent cx="1400000" cy="1400000"/>
                  <wp:effectExtent l="0" t="0" r="0" b="0"/>
                  <wp:docPr id="580" name="Picture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5.png"/>
                          <pic:cNvPicPr/>
                        </pic:nvPicPr>
                        <pic:blipFill>
                          <a:blip r:embed="rId68"/>
                          <a:stretch>
                            <a:fillRect/>
                          </a:stretch>
                        </pic:blipFill>
                        <pic:spPr>
                          <a:xfrm>
                            <a:off x="0" y="0"/>
                            <a:ext cx="1400000" cy="1400000"/>
                          </a:xfrm>
                          <a:prstGeom prst="rect">
                            <a:avLst/>
                          </a:prstGeom>
                        </pic:spPr>
                      </pic:pic>
                    </a:graphicData>
                  </a:graphic>
                </wp:inline>
              </w:drawing>
            </w:r>
          </w:p>
        </w:tc>
      </w:tr>
      <w:tr w:rsidR="0080618B" w:rsidRPr="00CB52C3" w14:paraId="35DC0668" w14:textId="77777777" w:rsidTr="009B4FA6">
        <w:trPr>
          <w:jc w:val="center"/>
        </w:trPr>
        <w:tc>
          <w:tcPr>
            <w:tcW w:w="1728" w:type="dxa"/>
          </w:tcPr>
          <w:p w14:paraId="025D2AB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4B3B5BD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IM(206)</w:t>
            </w:r>
          </w:p>
        </w:tc>
        <w:tc>
          <w:tcPr>
            <w:tcW w:w="1728" w:type="dxa"/>
          </w:tcPr>
          <w:p w14:paraId="3F3FCA0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BF80245" wp14:editId="747C1217">
                  <wp:extent cx="1400000" cy="1400000"/>
                  <wp:effectExtent l="0" t="0" r="0" b="0"/>
                  <wp:docPr id="581" name="Picture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6.png"/>
                          <pic:cNvPicPr/>
                        </pic:nvPicPr>
                        <pic:blipFill>
                          <a:blip r:embed="rId69"/>
                          <a:stretch>
                            <a:fillRect/>
                          </a:stretch>
                        </pic:blipFill>
                        <pic:spPr>
                          <a:xfrm>
                            <a:off x="0" y="0"/>
                            <a:ext cx="1400000" cy="1400000"/>
                          </a:xfrm>
                          <a:prstGeom prst="rect">
                            <a:avLst/>
                          </a:prstGeom>
                        </pic:spPr>
                      </pic:pic>
                    </a:graphicData>
                  </a:graphic>
                </wp:inline>
              </w:drawing>
            </w:r>
          </w:p>
        </w:tc>
        <w:tc>
          <w:tcPr>
            <w:tcW w:w="1728" w:type="dxa"/>
          </w:tcPr>
          <w:p w14:paraId="0D3788B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IM(206)</w:t>
            </w:r>
          </w:p>
        </w:tc>
        <w:tc>
          <w:tcPr>
            <w:tcW w:w="1728" w:type="dxa"/>
          </w:tcPr>
          <w:p w14:paraId="2684206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6CEF477" wp14:editId="5C8559A9">
                  <wp:extent cx="1400000" cy="1400000"/>
                  <wp:effectExtent l="0" t="0" r="0" b="0"/>
                  <wp:docPr id="582" name="Picture 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6.png"/>
                          <pic:cNvPicPr/>
                        </pic:nvPicPr>
                        <pic:blipFill>
                          <a:blip r:embed="rId69"/>
                          <a:stretch>
                            <a:fillRect/>
                          </a:stretch>
                        </pic:blipFill>
                        <pic:spPr>
                          <a:xfrm>
                            <a:off x="0" y="0"/>
                            <a:ext cx="1400000" cy="1400000"/>
                          </a:xfrm>
                          <a:prstGeom prst="rect">
                            <a:avLst/>
                          </a:prstGeom>
                        </pic:spPr>
                      </pic:pic>
                    </a:graphicData>
                  </a:graphic>
                </wp:inline>
              </w:drawing>
            </w:r>
          </w:p>
        </w:tc>
      </w:tr>
      <w:tr w:rsidR="0080618B" w:rsidRPr="00CB52C3" w14:paraId="69A46BC6" w14:textId="77777777" w:rsidTr="009B4FA6">
        <w:trPr>
          <w:jc w:val="center"/>
        </w:trPr>
        <w:tc>
          <w:tcPr>
            <w:tcW w:w="1728" w:type="dxa"/>
          </w:tcPr>
          <w:p w14:paraId="54EE885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5DF1532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IM(252)</w:t>
            </w:r>
          </w:p>
        </w:tc>
        <w:tc>
          <w:tcPr>
            <w:tcW w:w="1728" w:type="dxa"/>
          </w:tcPr>
          <w:p w14:paraId="0E1038C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2CD9FD6" wp14:editId="25797663">
                  <wp:extent cx="1400000" cy="1400000"/>
                  <wp:effectExtent l="0" t="0" r="0" b="0"/>
                  <wp:docPr id="583" name="Picture 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2.png"/>
                          <pic:cNvPicPr/>
                        </pic:nvPicPr>
                        <pic:blipFill>
                          <a:blip r:embed="rId70"/>
                          <a:stretch>
                            <a:fillRect/>
                          </a:stretch>
                        </pic:blipFill>
                        <pic:spPr>
                          <a:xfrm>
                            <a:off x="0" y="0"/>
                            <a:ext cx="1400000" cy="1400000"/>
                          </a:xfrm>
                          <a:prstGeom prst="rect">
                            <a:avLst/>
                          </a:prstGeom>
                        </pic:spPr>
                      </pic:pic>
                    </a:graphicData>
                  </a:graphic>
                </wp:inline>
              </w:drawing>
            </w:r>
          </w:p>
        </w:tc>
        <w:tc>
          <w:tcPr>
            <w:tcW w:w="1728" w:type="dxa"/>
          </w:tcPr>
          <w:p w14:paraId="1F5E8E1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IM(245)</w:t>
            </w:r>
          </w:p>
        </w:tc>
        <w:tc>
          <w:tcPr>
            <w:tcW w:w="1728" w:type="dxa"/>
          </w:tcPr>
          <w:p w14:paraId="097F09B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FBF7CCC" wp14:editId="30237DDE">
                  <wp:extent cx="1400000" cy="1400000"/>
                  <wp:effectExtent l="0" t="0" r="0" b="0"/>
                  <wp:docPr id="584" name="Picture 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5.png"/>
                          <pic:cNvPicPr/>
                        </pic:nvPicPr>
                        <pic:blipFill>
                          <a:blip r:embed="rId71"/>
                          <a:stretch>
                            <a:fillRect/>
                          </a:stretch>
                        </pic:blipFill>
                        <pic:spPr>
                          <a:xfrm>
                            <a:off x="0" y="0"/>
                            <a:ext cx="1400000" cy="1400000"/>
                          </a:xfrm>
                          <a:prstGeom prst="rect">
                            <a:avLst/>
                          </a:prstGeom>
                        </pic:spPr>
                      </pic:pic>
                    </a:graphicData>
                  </a:graphic>
                </wp:inline>
              </w:drawing>
            </w:r>
          </w:p>
        </w:tc>
      </w:tr>
      <w:tr w:rsidR="0080618B" w:rsidRPr="00CB52C3" w14:paraId="6CD7AC44" w14:textId="77777777" w:rsidTr="009B4FA6">
        <w:trPr>
          <w:jc w:val="center"/>
        </w:trPr>
        <w:tc>
          <w:tcPr>
            <w:tcW w:w="1728" w:type="dxa"/>
          </w:tcPr>
          <w:p w14:paraId="63C770E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7543564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IM(314)</w:t>
            </w:r>
          </w:p>
        </w:tc>
        <w:tc>
          <w:tcPr>
            <w:tcW w:w="1728" w:type="dxa"/>
          </w:tcPr>
          <w:p w14:paraId="33521ED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CA08CBB" wp14:editId="1643CF08">
                  <wp:extent cx="1400000" cy="1400000"/>
                  <wp:effectExtent l="0" t="0" r="0" b="0"/>
                  <wp:docPr id="585" name="Picture 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4.png"/>
                          <pic:cNvPicPr/>
                        </pic:nvPicPr>
                        <pic:blipFill>
                          <a:blip r:embed="rId72"/>
                          <a:stretch>
                            <a:fillRect/>
                          </a:stretch>
                        </pic:blipFill>
                        <pic:spPr>
                          <a:xfrm>
                            <a:off x="0" y="0"/>
                            <a:ext cx="1400000" cy="1400000"/>
                          </a:xfrm>
                          <a:prstGeom prst="rect">
                            <a:avLst/>
                          </a:prstGeom>
                        </pic:spPr>
                      </pic:pic>
                    </a:graphicData>
                  </a:graphic>
                </wp:inline>
              </w:drawing>
            </w:r>
          </w:p>
        </w:tc>
        <w:tc>
          <w:tcPr>
            <w:tcW w:w="1728" w:type="dxa"/>
          </w:tcPr>
          <w:p w14:paraId="7075DC5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IM(314)</w:t>
            </w:r>
          </w:p>
        </w:tc>
        <w:tc>
          <w:tcPr>
            <w:tcW w:w="1728" w:type="dxa"/>
          </w:tcPr>
          <w:p w14:paraId="7494002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26A2B5D" wp14:editId="7E0E773B">
                  <wp:extent cx="1400000" cy="1400000"/>
                  <wp:effectExtent l="0" t="0" r="0" b="0"/>
                  <wp:docPr id="586" name="Picture 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4.png"/>
                          <pic:cNvPicPr/>
                        </pic:nvPicPr>
                        <pic:blipFill>
                          <a:blip r:embed="rId72"/>
                          <a:stretch>
                            <a:fillRect/>
                          </a:stretch>
                        </pic:blipFill>
                        <pic:spPr>
                          <a:xfrm>
                            <a:off x="0" y="0"/>
                            <a:ext cx="1400000" cy="1400000"/>
                          </a:xfrm>
                          <a:prstGeom prst="rect">
                            <a:avLst/>
                          </a:prstGeom>
                        </pic:spPr>
                      </pic:pic>
                    </a:graphicData>
                  </a:graphic>
                </wp:inline>
              </w:drawing>
            </w:r>
          </w:p>
        </w:tc>
      </w:tr>
      <w:tr w:rsidR="0080618B" w:rsidRPr="00CB52C3" w14:paraId="723B0879" w14:textId="77777777" w:rsidTr="009B4FA6">
        <w:trPr>
          <w:jc w:val="center"/>
        </w:trPr>
        <w:tc>
          <w:tcPr>
            <w:tcW w:w="1728" w:type="dxa"/>
          </w:tcPr>
          <w:p w14:paraId="28F8988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6400353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IM(348)</w:t>
            </w:r>
          </w:p>
        </w:tc>
        <w:tc>
          <w:tcPr>
            <w:tcW w:w="1728" w:type="dxa"/>
          </w:tcPr>
          <w:p w14:paraId="7705F4A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C011A95" wp14:editId="21657B41">
                  <wp:extent cx="1400000" cy="1400000"/>
                  <wp:effectExtent l="0" t="0" r="0" b="0"/>
                  <wp:docPr id="587" name="Picture 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8.png"/>
                          <pic:cNvPicPr/>
                        </pic:nvPicPr>
                        <pic:blipFill>
                          <a:blip r:embed="rId73"/>
                          <a:stretch>
                            <a:fillRect/>
                          </a:stretch>
                        </pic:blipFill>
                        <pic:spPr>
                          <a:xfrm>
                            <a:off x="0" y="0"/>
                            <a:ext cx="1400000" cy="1400000"/>
                          </a:xfrm>
                          <a:prstGeom prst="rect">
                            <a:avLst/>
                          </a:prstGeom>
                        </pic:spPr>
                      </pic:pic>
                    </a:graphicData>
                  </a:graphic>
                </wp:inline>
              </w:drawing>
            </w:r>
          </w:p>
        </w:tc>
        <w:tc>
          <w:tcPr>
            <w:tcW w:w="1728" w:type="dxa"/>
          </w:tcPr>
          <w:p w14:paraId="3A870ED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IM(348)</w:t>
            </w:r>
          </w:p>
        </w:tc>
        <w:tc>
          <w:tcPr>
            <w:tcW w:w="1728" w:type="dxa"/>
          </w:tcPr>
          <w:p w14:paraId="6A524C0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D363E23" wp14:editId="34FA902B">
                  <wp:extent cx="1400000" cy="1400000"/>
                  <wp:effectExtent l="0" t="0" r="0" b="0"/>
                  <wp:docPr id="588" name="Picture 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8.png"/>
                          <pic:cNvPicPr/>
                        </pic:nvPicPr>
                        <pic:blipFill>
                          <a:blip r:embed="rId73"/>
                          <a:stretch>
                            <a:fillRect/>
                          </a:stretch>
                        </pic:blipFill>
                        <pic:spPr>
                          <a:xfrm>
                            <a:off x="0" y="0"/>
                            <a:ext cx="1400000" cy="1400000"/>
                          </a:xfrm>
                          <a:prstGeom prst="rect">
                            <a:avLst/>
                          </a:prstGeom>
                        </pic:spPr>
                      </pic:pic>
                    </a:graphicData>
                  </a:graphic>
                </wp:inline>
              </w:drawing>
            </w:r>
          </w:p>
        </w:tc>
      </w:tr>
      <w:tr w:rsidR="0080618B" w:rsidRPr="00CB52C3" w14:paraId="4C3BFFE2" w14:textId="77777777" w:rsidTr="009B4FA6">
        <w:trPr>
          <w:jc w:val="center"/>
        </w:trPr>
        <w:tc>
          <w:tcPr>
            <w:tcW w:w="1728" w:type="dxa"/>
          </w:tcPr>
          <w:p w14:paraId="5DC0EDA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9</w:t>
            </w:r>
          </w:p>
        </w:tc>
        <w:tc>
          <w:tcPr>
            <w:tcW w:w="1728" w:type="dxa"/>
          </w:tcPr>
          <w:p w14:paraId="4D6B49C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IM(390)</w:t>
            </w:r>
          </w:p>
        </w:tc>
        <w:tc>
          <w:tcPr>
            <w:tcW w:w="1728" w:type="dxa"/>
          </w:tcPr>
          <w:p w14:paraId="27FA7D7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B799818" wp14:editId="52CC755C">
                  <wp:extent cx="1400000" cy="1400000"/>
                  <wp:effectExtent l="0" t="0" r="0" b="0"/>
                  <wp:docPr id="589" name="Picture 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90.png"/>
                          <pic:cNvPicPr/>
                        </pic:nvPicPr>
                        <pic:blipFill>
                          <a:blip r:embed="rId74"/>
                          <a:stretch>
                            <a:fillRect/>
                          </a:stretch>
                        </pic:blipFill>
                        <pic:spPr>
                          <a:xfrm>
                            <a:off x="0" y="0"/>
                            <a:ext cx="1400000" cy="1400000"/>
                          </a:xfrm>
                          <a:prstGeom prst="rect">
                            <a:avLst/>
                          </a:prstGeom>
                        </pic:spPr>
                      </pic:pic>
                    </a:graphicData>
                  </a:graphic>
                </wp:inline>
              </w:drawing>
            </w:r>
          </w:p>
        </w:tc>
        <w:tc>
          <w:tcPr>
            <w:tcW w:w="1728" w:type="dxa"/>
          </w:tcPr>
          <w:p w14:paraId="4FACD33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IM(390)</w:t>
            </w:r>
          </w:p>
        </w:tc>
        <w:tc>
          <w:tcPr>
            <w:tcW w:w="1728" w:type="dxa"/>
          </w:tcPr>
          <w:p w14:paraId="3430B92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8BF1D72" wp14:editId="26D95BC8">
                  <wp:extent cx="1400000" cy="1400000"/>
                  <wp:effectExtent l="0" t="0" r="0" b="0"/>
                  <wp:docPr id="590" name="Picture 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90.png"/>
                          <pic:cNvPicPr/>
                        </pic:nvPicPr>
                        <pic:blipFill>
                          <a:blip r:embed="rId74"/>
                          <a:stretch>
                            <a:fillRect/>
                          </a:stretch>
                        </pic:blipFill>
                        <pic:spPr>
                          <a:xfrm>
                            <a:off x="0" y="0"/>
                            <a:ext cx="1400000" cy="1400000"/>
                          </a:xfrm>
                          <a:prstGeom prst="rect">
                            <a:avLst/>
                          </a:prstGeom>
                        </pic:spPr>
                      </pic:pic>
                    </a:graphicData>
                  </a:graphic>
                </wp:inline>
              </w:drawing>
            </w:r>
          </w:p>
        </w:tc>
      </w:tr>
      <w:tr w:rsidR="0080618B" w:rsidRPr="00CB52C3" w14:paraId="04516AB9" w14:textId="77777777" w:rsidTr="009B4FA6">
        <w:trPr>
          <w:jc w:val="center"/>
        </w:trPr>
        <w:tc>
          <w:tcPr>
            <w:tcW w:w="1728" w:type="dxa"/>
          </w:tcPr>
          <w:p w14:paraId="34D45E7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10</w:t>
            </w:r>
          </w:p>
        </w:tc>
        <w:tc>
          <w:tcPr>
            <w:tcW w:w="1728" w:type="dxa"/>
          </w:tcPr>
          <w:p w14:paraId="5238BB2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IM(425)</w:t>
            </w:r>
          </w:p>
        </w:tc>
        <w:tc>
          <w:tcPr>
            <w:tcW w:w="1728" w:type="dxa"/>
          </w:tcPr>
          <w:p w14:paraId="657051F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BA2D86D" wp14:editId="3155C675">
                  <wp:extent cx="1400000" cy="1400000"/>
                  <wp:effectExtent l="0" t="0" r="0" b="0"/>
                  <wp:docPr id="591" name="Picture 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25.png"/>
                          <pic:cNvPicPr/>
                        </pic:nvPicPr>
                        <pic:blipFill>
                          <a:blip r:embed="rId75"/>
                          <a:stretch>
                            <a:fillRect/>
                          </a:stretch>
                        </pic:blipFill>
                        <pic:spPr>
                          <a:xfrm>
                            <a:off x="0" y="0"/>
                            <a:ext cx="1400000" cy="1400000"/>
                          </a:xfrm>
                          <a:prstGeom prst="rect">
                            <a:avLst/>
                          </a:prstGeom>
                        </pic:spPr>
                      </pic:pic>
                    </a:graphicData>
                  </a:graphic>
                </wp:inline>
              </w:drawing>
            </w:r>
          </w:p>
        </w:tc>
        <w:tc>
          <w:tcPr>
            <w:tcW w:w="1728" w:type="dxa"/>
          </w:tcPr>
          <w:p w14:paraId="210503D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IM(425)</w:t>
            </w:r>
          </w:p>
        </w:tc>
        <w:tc>
          <w:tcPr>
            <w:tcW w:w="1728" w:type="dxa"/>
          </w:tcPr>
          <w:p w14:paraId="58710EC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2AB4FE5" wp14:editId="4124D26B">
                  <wp:extent cx="1400000" cy="1400000"/>
                  <wp:effectExtent l="0" t="0" r="0" b="0"/>
                  <wp:docPr id="592" name="Picture 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25.png"/>
                          <pic:cNvPicPr/>
                        </pic:nvPicPr>
                        <pic:blipFill>
                          <a:blip r:embed="rId75"/>
                          <a:stretch>
                            <a:fillRect/>
                          </a:stretch>
                        </pic:blipFill>
                        <pic:spPr>
                          <a:xfrm>
                            <a:off x="0" y="0"/>
                            <a:ext cx="1400000" cy="1400000"/>
                          </a:xfrm>
                          <a:prstGeom prst="rect">
                            <a:avLst/>
                          </a:prstGeom>
                        </pic:spPr>
                      </pic:pic>
                    </a:graphicData>
                  </a:graphic>
                </wp:inline>
              </w:drawing>
            </w:r>
          </w:p>
        </w:tc>
      </w:tr>
    </w:tbl>
    <w:p w14:paraId="4278010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10CCC190" w14:textId="4D721386" w:rsidR="0080618B" w:rsidRPr="00CB52C3" w:rsidRDefault="0080618B"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2</w:t>
      </w:r>
      <w:r w:rsidR="005272C5">
        <w:rPr>
          <w:rFonts w:ascii="Times New Roman" w:hAnsi="Times New Roman"/>
          <w:b/>
          <w:sz w:val="24"/>
          <w:szCs w:val="24"/>
        </w:rPr>
        <w:t>3</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allyl alcohol at pH=7 and U=-0.5 V vs. </w:t>
      </w:r>
      <w:r w:rsidR="005272C5">
        <w:rPr>
          <w:rFonts w:ascii="Times New Roman" w:hAnsi="Times New Roman"/>
          <w:sz w:val="24"/>
          <w:szCs w:val="24"/>
        </w:rPr>
        <w:t>S</w:t>
      </w:r>
      <w:r w:rsidRPr="00CB52C3">
        <w:rPr>
          <w:rFonts w:ascii="Times New Roman" w:hAnsi="Times New Roman"/>
          <w:sz w:val="24"/>
          <w:szCs w:val="24"/>
        </w:rPr>
        <w:t>HE on Cu(100).</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278"/>
        <w:gridCol w:w="1449"/>
        <w:gridCol w:w="2420"/>
        <w:gridCol w:w="1449"/>
        <w:gridCol w:w="2420"/>
      </w:tblGrid>
      <w:tr w:rsidR="0080618B" w:rsidRPr="00CB52C3" w14:paraId="6D7C7918" w14:textId="77777777" w:rsidTr="009B4FA6">
        <w:trPr>
          <w:jc w:val="center"/>
        </w:trPr>
        <w:tc>
          <w:tcPr>
            <w:tcW w:w="1728" w:type="dxa"/>
          </w:tcPr>
          <w:p w14:paraId="1A2A7E7E" w14:textId="77777777" w:rsidR="0080618B" w:rsidRPr="00CB52C3" w:rsidRDefault="0080618B" w:rsidP="00431F65">
            <w:pPr>
              <w:spacing w:line="480" w:lineRule="auto"/>
              <w:rPr>
                <w:rFonts w:ascii="Times New Roman" w:hAnsi="Times New Roman"/>
                <w:sz w:val="24"/>
                <w:szCs w:val="24"/>
              </w:rPr>
            </w:pPr>
          </w:p>
        </w:tc>
        <w:tc>
          <w:tcPr>
            <w:tcW w:w="3456" w:type="dxa"/>
            <w:gridSpan w:val="2"/>
          </w:tcPr>
          <w:p w14:paraId="6B435EB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1294B1F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80618B" w:rsidRPr="00CB52C3" w14:paraId="1F98211D" w14:textId="77777777" w:rsidTr="009B4FA6">
        <w:trPr>
          <w:jc w:val="center"/>
        </w:trPr>
        <w:tc>
          <w:tcPr>
            <w:tcW w:w="1728" w:type="dxa"/>
          </w:tcPr>
          <w:p w14:paraId="5B3E6D2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04EF411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69A034B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42124C6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53091C8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80618B" w:rsidRPr="00CB52C3" w14:paraId="6974D3E7" w14:textId="77777777" w:rsidTr="009B4FA6">
        <w:trPr>
          <w:jc w:val="center"/>
        </w:trPr>
        <w:tc>
          <w:tcPr>
            <w:tcW w:w="1728" w:type="dxa"/>
          </w:tcPr>
          <w:p w14:paraId="2A3B269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3A44F6A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02B83A0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CA91EA0" wp14:editId="3F08AC1A">
                  <wp:extent cx="1400000" cy="1400000"/>
                  <wp:effectExtent l="0" t="0" r="0" b="0"/>
                  <wp:docPr id="593" name="Picture 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c>
          <w:tcPr>
            <w:tcW w:w="1728" w:type="dxa"/>
          </w:tcPr>
          <w:p w14:paraId="709780C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7F332DE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ABF4254" wp14:editId="26606509">
                  <wp:extent cx="1400000" cy="1400000"/>
                  <wp:effectExtent l="0" t="0" r="0" b="0"/>
                  <wp:docPr id="594" name="Picture 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r>
      <w:tr w:rsidR="0080618B" w:rsidRPr="00CB52C3" w14:paraId="6BE34CE1" w14:textId="77777777" w:rsidTr="009B4FA6">
        <w:trPr>
          <w:jc w:val="center"/>
        </w:trPr>
        <w:tc>
          <w:tcPr>
            <w:tcW w:w="1728" w:type="dxa"/>
          </w:tcPr>
          <w:p w14:paraId="41F22EC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02F9EE7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493E71C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B10DFE9" wp14:editId="316ADF16">
                  <wp:extent cx="1400000" cy="1400000"/>
                  <wp:effectExtent l="0" t="0" r="0" b="0"/>
                  <wp:docPr id="595" name="Picture 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c>
          <w:tcPr>
            <w:tcW w:w="1728" w:type="dxa"/>
          </w:tcPr>
          <w:p w14:paraId="7BA070C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5513990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BFD28FB" wp14:editId="6A1A04CA">
                  <wp:extent cx="1400000" cy="1400000"/>
                  <wp:effectExtent l="0" t="0" r="0" b="0"/>
                  <wp:docPr id="596" name="Picture 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r>
      <w:tr w:rsidR="0080618B" w:rsidRPr="00CB52C3" w14:paraId="3EFF136B" w14:textId="77777777" w:rsidTr="009B4FA6">
        <w:trPr>
          <w:jc w:val="center"/>
        </w:trPr>
        <w:tc>
          <w:tcPr>
            <w:tcW w:w="1728" w:type="dxa"/>
          </w:tcPr>
          <w:p w14:paraId="0A0946A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20E94D4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IM(109)</w:t>
            </w:r>
          </w:p>
        </w:tc>
        <w:tc>
          <w:tcPr>
            <w:tcW w:w="1728" w:type="dxa"/>
          </w:tcPr>
          <w:p w14:paraId="3145EB3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336B0E6" wp14:editId="642D102A">
                  <wp:extent cx="1400000" cy="1400000"/>
                  <wp:effectExtent l="0" t="0" r="0" b="0"/>
                  <wp:docPr id="597" name="Picture 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9.png"/>
                          <pic:cNvPicPr/>
                        </pic:nvPicPr>
                        <pic:blipFill>
                          <a:blip r:embed="rId63"/>
                          <a:stretch>
                            <a:fillRect/>
                          </a:stretch>
                        </pic:blipFill>
                        <pic:spPr>
                          <a:xfrm>
                            <a:off x="0" y="0"/>
                            <a:ext cx="1400000" cy="1400000"/>
                          </a:xfrm>
                          <a:prstGeom prst="rect">
                            <a:avLst/>
                          </a:prstGeom>
                        </pic:spPr>
                      </pic:pic>
                    </a:graphicData>
                  </a:graphic>
                </wp:inline>
              </w:drawing>
            </w:r>
          </w:p>
        </w:tc>
        <w:tc>
          <w:tcPr>
            <w:tcW w:w="1728" w:type="dxa"/>
          </w:tcPr>
          <w:p w14:paraId="625C873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12BB858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FD20656" wp14:editId="2749CB04">
                  <wp:extent cx="1400000" cy="1400000"/>
                  <wp:effectExtent l="0" t="0" r="0" b="0"/>
                  <wp:docPr id="598" name="Picture 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r>
      <w:tr w:rsidR="0080618B" w:rsidRPr="00CB52C3" w14:paraId="0B97010B" w14:textId="77777777" w:rsidTr="009B4FA6">
        <w:trPr>
          <w:jc w:val="center"/>
        </w:trPr>
        <w:tc>
          <w:tcPr>
            <w:tcW w:w="1728" w:type="dxa"/>
          </w:tcPr>
          <w:p w14:paraId="5A98B54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2F6E601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IM(126)</w:t>
            </w:r>
          </w:p>
        </w:tc>
        <w:tc>
          <w:tcPr>
            <w:tcW w:w="1728" w:type="dxa"/>
          </w:tcPr>
          <w:p w14:paraId="38695E9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4FE0DA7" wp14:editId="315E9829">
                  <wp:extent cx="1400000" cy="1400000"/>
                  <wp:effectExtent l="0" t="0" r="0" b="0"/>
                  <wp:docPr id="599" name="Picture 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26.png"/>
                          <pic:cNvPicPr/>
                        </pic:nvPicPr>
                        <pic:blipFill>
                          <a:blip r:embed="rId64"/>
                          <a:stretch>
                            <a:fillRect/>
                          </a:stretch>
                        </pic:blipFill>
                        <pic:spPr>
                          <a:xfrm>
                            <a:off x="0" y="0"/>
                            <a:ext cx="1400000" cy="1400000"/>
                          </a:xfrm>
                          <a:prstGeom prst="rect">
                            <a:avLst/>
                          </a:prstGeom>
                        </pic:spPr>
                      </pic:pic>
                    </a:graphicData>
                  </a:graphic>
                </wp:inline>
              </w:drawing>
            </w:r>
          </w:p>
        </w:tc>
        <w:tc>
          <w:tcPr>
            <w:tcW w:w="1728" w:type="dxa"/>
          </w:tcPr>
          <w:p w14:paraId="3D5FD4C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IM(155)</w:t>
            </w:r>
          </w:p>
        </w:tc>
        <w:tc>
          <w:tcPr>
            <w:tcW w:w="1728" w:type="dxa"/>
          </w:tcPr>
          <w:p w14:paraId="20738A8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500243B" wp14:editId="417A9BEA">
                  <wp:extent cx="1400000" cy="1400000"/>
                  <wp:effectExtent l="0" t="0" r="0" b="0"/>
                  <wp:docPr id="600" name="Picture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5.png"/>
                          <pic:cNvPicPr/>
                        </pic:nvPicPr>
                        <pic:blipFill>
                          <a:blip r:embed="rId68"/>
                          <a:stretch>
                            <a:fillRect/>
                          </a:stretch>
                        </pic:blipFill>
                        <pic:spPr>
                          <a:xfrm>
                            <a:off x="0" y="0"/>
                            <a:ext cx="1400000" cy="1400000"/>
                          </a:xfrm>
                          <a:prstGeom prst="rect">
                            <a:avLst/>
                          </a:prstGeom>
                        </pic:spPr>
                      </pic:pic>
                    </a:graphicData>
                  </a:graphic>
                </wp:inline>
              </w:drawing>
            </w:r>
          </w:p>
        </w:tc>
      </w:tr>
      <w:tr w:rsidR="0080618B" w:rsidRPr="00CB52C3" w14:paraId="1E313082" w14:textId="77777777" w:rsidTr="009B4FA6">
        <w:trPr>
          <w:jc w:val="center"/>
        </w:trPr>
        <w:tc>
          <w:tcPr>
            <w:tcW w:w="1728" w:type="dxa"/>
          </w:tcPr>
          <w:p w14:paraId="3B0FB0D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64007B5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IM(174)</w:t>
            </w:r>
          </w:p>
        </w:tc>
        <w:tc>
          <w:tcPr>
            <w:tcW w:w="1728" w:type="dxa"/>
          </w:tcPr>
          <w:p w14:paraId="0188211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7BC277E" wp14:editId="2843CB31">
                  <wp:extent cx="1400000" cy="1400000"/>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74.png"/>
                          <pic:cNvPicPr/>
                        </pic:nvPicPr>
                        <pic:blipFill>
                          <a:blip r:embed="rId65"/>
                          <a:stretch>
                            <a:fillRect/>
                          </a:stretch>
                        </pic:blipFill>
                        <pic:spPr>
                          <a:xfrm>
                            <a:off x="0" y="0"/>
                            <a:ext cx="1400000" cy="1400000"/>
                          </a:xfrm>
                          <a:prstGeom prst="rect">
                            <a:avLst/>
                          </a:prstGeom>
                        </pic:spPr>
                      </pic:pic>
                    </a:graphicData>
                  </a:graphic>
                </wp:inline>
              </w:drawing>
            </w:r>
          </w:p>
        </w:tc>
        <w:tc>
          <w:tcPr>
            <w:tcW w:w="1728" w:type="dxa"/>
          </w:tcPr>
          <w:p w14:paraId="5E69D4C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IM(206)</w:t>
            </w:r>
          </w:p>
        </w:tc>
        <w:tc>
          <w:tcPr>
            <w:tcW w:w="1728" w:type="dxa"/>
          </w:tcPr>
          <w:p w14:paraId="1D13DDD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BD6D60A" wp14:editId="0BDE232A">
                  <wp:extent cx="1400000" cy="140000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6.png"/>
                          <pic:cNvPicPr/>
                        </pic:nvPicPr>
                        <pic:blipFill>
                          <a:blip r:embed="rId69"/>
                          <a:stretch>
                            <a:fillRect/>
                          </a:stretch>
                        </pic:blipFill>
                        <pic:spPr>
                          <a:xfrm>
                            <a:off x="0" y="0"/>
                            <a:ext cx="1400000" cy="1400000"/>
                          </a:xfrm>
                          <a:prstGeom prst="rect">
                            <a:avLst/>
                          </a:prstGeom>
                        </pic:spPr>
                      </pic:pic>
                    </a:graphicData>
                  </a:graphic>
                </wp:inline>
              </w:drawing>
            </w:r>
          </w:p>
        </w:tc>
      </w:tr>
      <w:tr w:rsidR="0080618B" w:rsidRPr="00CB52C3" w14:paraId="2882E2C1" w14:textId="77777777" w:rsidTr="009B4FA6">
        <w:trPr>
          <w:jc w:val="center"/>
        </w:trPr>
        <w:tc>
          <w:tcPr>
            <w:tcW w:w="1728" w:type="dxa"/>
          </w:tcPr>
          <w:p w14:paraId="601EAAB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13871C6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IM(255)</w:t>
            </w:r>
          </w:p>
        </w:tc>
        <w:tc>
          <w:tcPr>
            <w:tcW w:w="1728" w:type="dxa"/>
          </w:tcPr>
          <w:p w14:paraId="41583AB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3F7BA74" wp14:editId="31B8D6D3">
                  <wp:extent cx="1400000" cy="1400000"/>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5.png"/>
                          <pic:cNvPicPr/>
                        </pic:nvPicPr>
                        <pic:blipFill>
                          <a:blip r:embed="rId46"/>
                          <a:stretch>
                            <a:fillRect/>
                          </a:stretch>
                        </pic:blipFill>
                        <pic:spPr>
                          <a:xfrm>
                            <a:off x="0" y="0"/>
                            <a:ext cx="1400000" cy="1400000"/>
                          </a:xfrm>
                          <a:prstGeom prst="rect">
                            <a:avLst/>
                          </a:prstGeom>
                        </pic:spPr>
                      </pic:pic>
                    </a:graphicData>
                  </a:graphic>
                </wp:inline>
              </w:drawing>
            </w:r>
          </w:p>
        </w:tc>
        <w:tc>
          <w:tcPr>
            <w:tcW w:w="1728" w:type="dxa"/>
          </w:tcPr>
          <w:p w14:paraId="70D1158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IM(273)</w:t>
            </w:r>
          </w:p>
        </w:tc>
        <w:tc>
          <w:tcPr>
            <w:tcW w:w="1728" w:type="dxa"/>
          </w:tcPr>
          <w:p w14:paraId="2034E6B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B161899" wp14:editId="39BA650C">
                  <wp:extent cx="1400000" cy="1400000"/>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73.png"/>
                          <pic:cNvPicPr/>
                        </pic:nvPicPr>
                        <pic:blipFill>
                          <a:blip r:embed="rId76"/>
                          <a:stretch>
                            <a:fillRect/>
                          </a:stretch>
                        </pic:blipFill>
                        <pic:spPr>
                          <a:xfrm>
                            <a:off x="0" y="0"/>
                            <a:ext cx="1400000" cy="1400000"/>
                          </a:xfrm>
                          <a:prstGeom prst="rect">
                            <a:avLst/>
                          </a:prstGeom>
                        </pic:spPr>
                      </pic:pic>
                    </a:graphicData>
                  </a:graphic>
                </wp:inline>
              </w:drawing>
            </w:r>
          </w:p>
        </w:tc>
      </w:tr>
      <w:tr w:rsidR="0080618B" w:rsidRPr="00CB52C3" w14:paraId="567E5227" w14:textId="77777777" w:rsidTr="009B4FA6">
        <w:trPr>
          <w:jc w:val="center"/>
        </w:trPr>
        <w:tc>
          <w:tcPr>
            <w:tcW w:w="1728" w:type="dxa"/>
          </w:tcPr>
          <w:p w14:paraId="4041C06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357F3BC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IM(312)</w:t>
            </w:r>
          </w:p>
        </w:tc>
        <w:tc>
          <w:tcPr>
            <w:tcW w:w="1728" w:type="dxa"/>
          </w:tcPr>
          <w:p w14:paraId="6D24637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EC3516E" wp14:editId="6617BB28">
                  <wp:extent cx="1400000" cy="1400000"/>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2.png"/>
                          <pic:cNvPicPr/>
                        </pic:nvPicPr>
                        <pic:blipFill>
                          <a:blip r:embed="rId47"/>
                          <a:stretch>
                            <a:fillRect/>
                          </a:stretch>
                        </pic:blipFill>
                        <pic:spPr>
                          <a:xfrm>
                            <a:off x="0" y="0"/>
                            <a:ext cx="1400000" cy="1400000"/>
                          </a:xfrm>
                          <a:prstGeom prst="rect">
                            <a:avLst/>
                          </a:prstGeom>
                        </pic:spPr>
                      </pic:pic>
                    </a:graphicData>
                  </a:graphic>
                </wp:inline>
              </w:drawing>
            </w:r>
          </w:p>
        </w:tc>
        <w:tc>
          <w:tcPr>
            <w:tcW w:w="1728" w:type="dxa"/>
          </w:tcPr>
          <w:p w14:paraId="2809560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IM(331)</w:t>
            </w:r>
          </w:p>
        </w:tc>
        <w:tc>
          <w:tcPr>
            <w:tcW w:w="1728" w:type="dxa"/>
          </w:tcPr>
          <w:p w14:paraId="093522A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773D156" wp14:editId="7132A7FB">
                  <wp:extent cx="1400000" cy="1400000"/>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31.png"/>
                          <pic:cNvPicPr/>
                        </pic:nvPicPr>
                        <pic:blipFill>
                          <a:blip r:embed="rId77"/>
                          <a:stretch>
                            <a:fillRect/>
                          </a:stretch>
                        </pic:blipFill>
                        <pic:spPr>
                          <a:xfrm>
                            <a:off x="0" y="0"/>
                            <a:ext cx="1400000" cy="1400000"/>
                          </a:xfrm>
                          <a:prstGeom prst="rect">
                            <a:avLst/>
                          </a:prstGeom>
                        </pic:spPr>
                      </pic:pic>
                    </a:graphicData>
                  </a:graphic>
                </wp:inline>
              </w:drawing>
            </w:r>
          </w:p>
        </w:tc>
      </w:tr>
      <w:tr w:rsidR="0080618B" w:rsidRPr="00CB52C3" w14:paraId="10F7BFF9" w14:textId="77777777" w:rsidTr="009B4FA6">
        <w:trPr>
          <w:jc w:val="center"/>
        </w:trPr>
        <w:tc>
          <w:tcPr>
            <w:tcW w:w="1728" w:type="dxa"/>
          </w:tcPr>
          <w:p w14:paraId="47228FF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13F8C80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IM(347)</w:t>
            </w:r>
          </w:p>
        </w:tc>
        <w:tc>
          <w:tcPr>
            <w:tcW w:w="1728" w:type="dxa"/>
          </w:tcPr>
          <w:p w14:paraId="4A1D6B5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F633CEC" wp14:editId="5D250392">
                  <wp:extent cx="1400000" cy="1400000"/>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7.png"/>
                          <pic:cNvPicPr/>
                        </pic:nvPicPr>
                        <pic:blipFill>
                          <a:blip r:embed="rId49"/>
                          <a:stretch>
                            <a:fillRect/>
                          </a:stretch>
                        </pic:blipFill>
                        <pic:spPr>
                          <a:xfrm>
                            <a:off x="0" y="0"/>
                            <a:ext cx="1400000" cy="1400000"/>
                          </a:xfrm>
                          <a:prstGeom prst="rect">
                            <a:avLst/>
                          </a:prstGeom>
                        </pic:spPr>
                      </pic:pic>
                    </a:graphicData>
                  </a:graphic>
                </wp:inline>
              </w:drawing>
            </w:r>
          </w:p>
        </w:tc>
        <w:tc>
          <w:tcPr>
            <w:tcW w:w="1728" w:type="dxa"/>
          </w:tcPr>
          <w:p w14:paraId="65AC8D9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IM(377)</w:t>
            </w:r>
          </w:p>
        </w:tc>
        <w:tc>
          <w:tcPr>
            <w:tcW w:w="1728" w:type="dxa"/>
          </w:tcPr>
          <w:p w14:paraId="27C0227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006F012" wp14:editId="5534E24A">
                  <wp:extent cx="1400000" cy="1400000"/>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77.png"/>
                          <pic:cNvPicPr/>
                        </pic:nvPicPr>
                        <pic:blipFill>
                          <a:blip r:embed="rId58"/>
                          <a:stretch>
                            <a:fillRect/>
                          </a:stretch>
                        </pic:blipFill>
                        <pic:spPr>
                          <a:xfrm>
                            <a:off x="0" y="0"/>
                            <a:ext cx="1400000" cy="1400000"/>
                          </a:xfrm>
                          <a:prstGeom prst="rect">
                            <a:avLst/>
                          </a:prstGeom>
                        </pic:spPr>
                      </pic:pic>
                    </a:graphicData>
                  </a:graphic>
                </wp:inline>
              </w:drawing>
            </w:r>
          </w:p>
        </w:tc>
      </w:tr>
      <w:tr w:rsidR="0080618B" w:rsidRPr="00CB52C3" w14:paraId="3287C41C" w14:textId="77777777" w:rsidTr="009B4FA6">
        <w:trPr>
          <w:jc w:val="center"/>
        </w:trPr>
        <w:tc>
          <w:tcPr>
            <w:tcW w:w="1728" w:type="dxa"/>
          </w:tcPr>
          <w:p w14:paraId="0B8C6D8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9</w:t>
            </w:r>
          </w:p>
        </w:tc>
        <w:tc>
          <w:tcPr>
            <w:tcW w:w="1728" w:type="dxa"/>
          </w:tcPr>
          <w:p w14:paraId="2552A51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IM(406)</w:t>
            </w:r>
          </w:p>
        </w:tc>
        <w:tc>
          <w:tcPr>
            <w:tcW w:w="1728" w:type="dxa"/>
          </w:tcPr>
          <w:p w14:paraId="6E9537E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8DA258B" wp14:editId="13DF3E95">
                  <wp:extent cx="1400000" cy="1400000"/>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06.png"/>
                          <pic:cNvPicPr/>
                        </pic:nvPicPr>
                        <pic:blipFill>
                          <a:blip r:embed="rId51"/>
                          <a:stretch>
                            <a:fillRect/>
                          </a:stretch>
                        </pic:blipFill>
                        <pic:spPr>
                          <a:xfrm>
                            <a:off x="0" y="0"/>
                            <a:ext cx="1400000" cy="1400000"/>
                          </a:xfrm>
                          <a:prstGeom prst="rect">
                            <a:avLst/>
                          </a:prstGeom>
                        </pic:spPr>
                      </pic:pic>
                    </a:graphicData>
                  </a:graphic>
                </wp:inline>
              </w:drawing>
            </w:r>
          </w:p>
        </w:tc>
        <w:tc>
          <w:tcPr>
            <w:tcW w:w="1728" w:type="dxa"/>
          </w:tcPr>
          <w:p w14:paraId="6D8E881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IM(406)</w:t>
            </w:r>
          </w:p>
        </w:tc>
        <w:tc>
          <w:tcPr>
            <w:tcW w:w="1728" w:type="dxa"/>
          </w:tcPr>
          <w:p w14:paraId="1008894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670A1FB" wp14:editId="5A0321CD">
                  <wp:extent cx="1400000" cy="1400000"/>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06.png"/>
                          <pic:cNvPicPr/>
                        </pic:nvPicPr>
                        <pic:blipFill>
                          <a:blip r:embed="rId51"/>
                          <a:stretch>
                            <a:fillRect/>
                          </a:stretch>
                        </pic:blipFill>
                        <pic:spPr>
                          <a:xfrm>
                            <a:off x="0" y="0"/>
                            <a:ext cx="1400000" cy="1400000"/>
                          </a:xfrm>
                          <a:prstGeom prst="rect">
                            <a:avLst/>
                          </a:prstGeom>
                        </pic:spPr>
                      </pic:pic>
                    </a:graphicData>
                  </a:graphic>
                </wp:inline>
              </w:drawing>
            </w:r>
          </w:p>
        </w:tc>
      </w:tr>
      <w:tr w:rsidR="0080618B" w:rsidRPr="00CB52C3" w14:paraId="036734F9" w14:textId="77777777" w:rsidTr="009B4FA6">
        <w:trPr>
          <w:jc w:val="center"/>
        </w:trPr>
        <w:tc>
          <w:tcPr>
            <w:tcW w:w="1728" w:type="dxa"/>
          </w:tcPr>
          <w:p w14:paraId="1D7B330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10</w:t>
            </w:r>
          </w:p>
        </w:tc>
        <w:tc>
          <w:tcPr>
            <w:tcW w:w="1728" w:type="dxa"/>
          </w:tcPr>
          <w:p w14:paraId="1A623B2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IM(434)</w:t>
            </w:r>
          </w:p>
        </w:tc>
        <w:tc>
          <w:tcPr>
            <w:tcW w:w="1728" w:type="dxa"/>
          </w:tcPr>
          <w:p w14:paraId="4583772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534ACFC" wp14:editId="10DD0E86">
                  <wp:extent cx="1400000" cy="1400000"/>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4.png"/>
                          <pic:cNvPicPr/>
                        </pic:nvPicPr>
                        <pic:blipFill>
                          <a:blip r:embed="rId78"/>
                          <a:stretch>
                            <a:fillRect/>
                          </a:stretch>
                        </pic:blipFill>
                        <pic:spPr>
                          <a:xfrm>
                            <a:off x="0" y="0"/>
                            <a:ext cx="1400000" cy="1400000"/>
                          </a:xfrm>
                          <a:prstGeom prst="rect">
                            <a:avLst/>
                          </a:prstGeom>
                        </pic:spPr>
                      </pic:pic>
                    </a:graphicData>
                  </a:graphic>
                </wp:inline>
              </w:drawing>
            </w:r>
          </w:p>
        </w:tc>
        <w:tc>
          <w:tcPr>
            <w:tcW w:w="1728" w:type="dxa"/>
          </w:tcPr>
          <w:p w14:paraId="5F7EA09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IM(434)</w:t>
            </w:r>
          </w:p>
        </w:tc>
        <w:tc>
          <w:tcPr>
            <w:tcW w:w="1728" w:type="dxa"/>
          </w:tcPr>
          <w:p w14:paraId="17E33B5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B82EF64" wp14:editId="39269875">
                  <wp:extent cx="1400000" cy="1400000"/>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4.png"/>
                          <pic:cNvPicPr/>
                        </pic:nvPicPr>
                        <pic:blipFill>
                          <a:blip r:embed="rId78"/>
                          <a:stretch>
                            <a:fillRect/>
                          </a:stretch>
                        </pic:blipFill>
                        <pic:spPr>
                          <a:xfrm>
                            <a:off x="0" y="0"/>
                            <a:ext cx="1400000" cy="1400000"/>
                          </a:xfrm>
                          <a:prstGeom prst="rect">
                            <a:avLst/>
                          </a:prstGeom>
                        </pic:spPr>
                      </pic:pic>
                    </a:graphicData>
                  </a:graphic>
                </wp:inline>
              </w:drawing>
            </w:r>
          </w:p>
        </w:tc>
      </w:tr>
    </w:tbl>
    <w:p w14:paraId="2967DDD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10B57EF5" w14:textId="5905DDCC" w:rsidR="0080618B" w:rsidRPr="00CB52C3" w:rsidRDefault="0080618B"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2</w:t>
      </w:r>
      <w:r w:rsidR="005272C5">
        <w:rPr>
          <w:rFonts w:ascii="Times New Roman" w:hAnsi="Times New Roman"/>
          <w:b/>
          <w:sz w:val="24"/>
          <w:szCs w:val="24"/>
        </w:rPr>
        <w:t>4</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propane at pH=7 and U=-0.5 V vs. </w:t>
      </w:r>
      <w:r w:rsidR="005272C5">
        <w:rPr>
          <w:rFonts w:ascii="Times New Roman" w:hAnsi="Times New Roman"/>
          <w:sz w:val="24"/>
          <w:szCs w:val="24"/>
        </w:rPr>
        <w:t>S</w:t>
      </w:r>
      <w:r w:rsidRPr="00CB52C3">
        <w:rPr>
          <w:rFonts w:ascii="Times New Roman" w:hAnsi="Times New Roman"/>
          <w:sz w:val="24"/>
          <w:szCs w:val="24"/>
        </w:rPr>
        <w:t>HE on Cu(100).</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278"/>
        <w:gridCol w:w="1449"/>
        <w:gridCol w:w="2420"/>
        <w:gridCol w:w="1449"/>
        <w:gridCol w:w="2420"/>
      </w:tblGrid>
      <w:tr w:rsidR="0080618B" w:rsidRPr="00CB52C3" w14:paraId="2665E8E6" w14:textId="77777777" w:rsidTr="009B4FA6">
        <w:trPr>
          <w:jc w:val="center"/>
        </w:trPr>
        <w:tc>
          <w:tcPr>
            <w:tcW w:w="1728" w:type="dxa"/>
          </w:tcPr>
          <w:p w14:paraId="1DD4434A" w14:textId="77777777" w:rsidR="0080618B" w:rsidRPr="00CB52C3" w:rsidRDefault="0080618B" w:rsidP="00431F65">
            <w:pPr>
              <w:spacing w:line="480" w:lineRule="auto"/>
              <w:rPr>
                <w:rFonts w:ascii="Times New Roman" w:hAnsi="Times New Roman"/>
                <w:sz w:val="24"/>
                <w:szCs w:val="24"/>
              </w:rPr>
            </w:pPr>
          </w:p>
        </w:tc>
        <w:tc>
          <w:tcPr>
            <w:tcW w:w="3456" w:type="dxa"/>
            <w:gridSpan w:val="2"/>
          </w:tcPr>
          <w:p w14:paraId="73262FE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1B083F0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80618B" w:rsidRPr="00CB52C3" w14:paraId="388D8410" w14:textId="77777777" w:rsidTr="009B4FA6">
        <w:trPr>
          <w:jc w:val="center"/>
        </w:trPr>
        <w:tc>
          <w:tcPr>
            <w:tcW w:w="1728" w:type="dxa"/>
          </w:tcPr>
          <w:p w14:paraId="2EA489B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7944C46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5E2F1B0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502CA83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5C3D590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80618B" w:rsidRPr="00CB52C3" w14:paraId="40678AA4" w14:textId="77777777" w:rsidTr="009B4FA6">
        <w:trPr>
          <w:jc w:val="center"/>
        </w:trPr>
        <w:tc>
          <w:tcPr>
            <w:tcW w:w="1728" w:type="dxa"/>
          </w:tcPr>
          <w:p w14:paraId="281032D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107AC0C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5041D93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8B3A523" wp14:editId="3ED2E105">
                  <wp:extent cx="1400000" cy="1400000"/>
                  <wp:effectExtent l="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c>
          <w:tcPr>
            <w:tcW w:w="1728" w:type="dxa"/>
          </w:tcPr>
          <w:p w14:paraId="093643A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01CD69F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B0F4439" wp14:editId="53B91C84">
                  <wp:extent cx="1400000" cy="1400000"/>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r>
      <w:tr w:rsidR="0080618B" w:rsidRPr="00CB52C3" w14:paraId="5231910A" w14:textId="77777777" w:rsidTr="009B4FA6">
        <w:trPr>
          <w:jc w:val="center"/>
        </w:trPr>
        <w:tc>
          <w:tcPr>
            <w:tcW w:w="1728" w:type="dxa"/>
          </w:tcPr>
          <w:p w14:paraId="5F3E81D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7C089BF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7153C0F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F87DDAC" wp14:editId="1A501B01">
                  <wp:extent cx="1400000" cy="1400000"/>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c>
          <w:tcPr>
            <w:tcW w:w="1728" w:type="dxa"/>
          </w:tcPr>
          <w:p w14:paraId="351EE88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7DCA3A7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E28B13C" wp14:editId="4A24034B">
                  <wp:extent cx="1400000" cy="1400000"/>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r>
      <w:tr w:rsidR="0080618B" w:rsidRPr="00CB52C3" w14:paraId="27BEE5D0" w14:textId="77777777" w:rsidTr="009B4FA6">
        <w:trPr>
          <w:jc w:val="center"/>
        </w:trPr>
        <w:tc>
          <w:tcPr>
            <w:tcW w:w="1728" w:type="dxa"/>
          </w:tcPr>
          <w:p w14:paraId="5296144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629409D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IM(109)</w:t>
            </w:r>
          </w:p>
        </w:tc>
        <w:tc>
          <w:tcPr>
            <w:tcW w:w="1728" w:type="dxa"/>
          </w:tcPr>
          <w:p w14:paraId="644A12C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29F2C6F" wp14:editId="0F789683">
                  <wp:extent cx="1400000" cy="1400000"/>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9.png"/>
                          <pic:cNvPicPr/>
                        </pic:nvPicPr>
                        <pic:blipFill>
                          <a:blip r:embed="rId63"/>
                          <a:stretch>
                            <a:fillRect/>
                          </a:stretch>
                        </pic:blipFill>
                        <pic:spPr>
                          <a:xfrm>
                            <a:off x="0" y="0"/>
                            <a:ext cx="1400000" cy="1400000"/>
                          </a:xfrm>
                          <a:prstGeom prst="rect">
                            <a:avLst/>
                          </a:prstGeom>
                        </pic:spPr>
                      </pic:pic>
                    </a:graphicData>
                  </a:graphic>
                </wp:inline>
              </w:drawing>
            </w:r>
          </w:p>
        </w:tc>
        <w:tc>
          <w:tcPr>
            <w:tcW w:w="1728" w:type="dxa"/>
          </w:tcPr>
          <w:p w14:paraId="08BE894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10A5126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032E08E" wp14:editId="5ADD6D91">
                  <wp:extent cx="1400000" cy="1400000"/>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r>
      <w:tr w:rsidR="0080618B" w:rsidRPr="00CB52C3" w14:paraId="14E60A43" w14:textId="77777777" w:rsidTr="009B4FA6">
        <w:trPr>
          <w:jc w:val="center"/>
        </w:trPr>
        <w:tc>
          <w:tcPr>
            <w:tcW w:w="1728" w:type="dxa"/>
          </w:tcPr>
          <w:p w14:paraId="6183167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7D02562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IM(126)</w:t>
            </w:r>
          </w:p>
        </w:tc>
        <w:tc>
          <w:tcPr>
            <w:tcW w:w="1728" w:type="dxa"/>
          </w:tcPr>
          <w:p w14:paraId="5DB1195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BC1468A" wp14:editId="40BC076E">
                  <wp:extent cx="1400000" cy="1400000"/>
                  <wp:effectExtent l="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26.png"/>
                          <pic:cNvPicPr/>
                        </pic:nvPicPr>
                        <pic:blipFill>
                          <a:blip r:embed="rId64"/>
                          <a:stretch>
                            <a:fillRect/>
                          </a:stretch>
                        </pic:blipFill>
                        <pic:spPr>
                          <a:xfrm>
                            <a:off x="0" y="0"/>
                            <a:ext cx="1400000" cy="1400000"/>
                          </a:xfrm>
                          <a:prstGeom prst="rect">
                            <a:avLst/>
                          </a:prstGeom>
                        </pic:spPr>
                      </pic:pic>
                    </a:graphicData>
                  </a:graphic>
                </wp:inline>
              </w:drawing>
            </w:r>
          </w:p>
        </w:tc>
        <w:tc>
          <w:tcPr>
            <w:tcW w:w="1728" w:type="dxa"/>
          </w:tcPr>
          <w:p w14:paraId="6E254D4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IM(155)</w:t>
            </w:r>
          </w:p>
        </w:tc>
        <w:tc>
          <w:tcPr>
            <w:tcW w:w="1728" w:type="dxa"/>
          </w:tcPr>
          <w:p w14:paraId="2813A67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875E500" wp14:editId="2DDEE2E7">
                  <wp:extent cx="1400000" cy="1400000"/>
                  <wp:effectExtent l="0" t="0" r="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5.png"/>
                          <pic:cNvPicPr/>
                        </pic:nvPicPr>
                        <pic:blipFill>
                          <a:blip r:embed="rId68"/>
                          <a:stretch>
                            <a:fillRect/>
                          </a:stretch>
                        </pic:blipFill>
                        <pic:spPr>
                          <a:xfrm>
                            <a:off x="0" y="0"/>
                            <a:ext cx="1400000" cy="1400000"/>
                          </a:xfrm>
                          <a:prstGeom prst="rect">
                            <a:avLst/>
                          </a:prstGeom>
                        </pic:spPr>
                      </pic:pic>
                    </a:graphicData>
                  </a:graphic>
                </wp:inline>
              </w:drawing>
            </w:r>
          </w:p>
        </w:tc>
      </w:tr>
      <w:tr w:rsidR="0080618B" w:rsidRPr="00CB52C3" w14:paraId="04857A31" w14:textId="77777777" w:rsidTr="009B4FA6">
        <w:trPr>
          <w:jc w:val="center"/>
        </w:trPr>
        <w:tc>
          <w:tcPr>
            <w:tcW w:w="1728" w:type="dxa"/>
          </w:tcPr>
          <w:p w14:paraId="5824567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051556C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IM(174)</w:t>
            </w:r>
          </w:p>
        </w:tc>
        <w:tc>
          <w:tcPr>
            <w:tcW w:w="1728" w:type="dxa"/>
          </w:tcPr>
          <w:p w14:paraId="1EAE60A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AB390B5" wp14:editId="35C352F6">
                  <wp:extent cx="1400000" cy="1400000"/>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74.png"/>
                          <pic:cNvPicPr/>
                        </pic:nvPicPr>
                        <pic:blipFill>
                          <a:blip r:embed="rId65"/>
                          <a:stretch>
                            <a:fillRect/>
                          </a:stretch>
                        </pic:blipFill>
                        <pic:spPr>
                          <a:xfrm>
                            <a:off x="0" y="0"/>
                            <a:ext cx="1400000" cy="1400000"/>
                          </a:xfrm>
                          <a:prstGeom prst="rect">
                            <a:avLst/>
                          </a:prstGeom>
                        </pic:spPr>
                      </pic:pic>
                    </a:graphicData>
                  </a:graphic>
                </wp:inline>
              </w:drawing>
            </w:r>
          </w:p>
        </w:tc>
        <w:tc>
          <w:tcPr>
            <w:tcW w:w="1728" w:type="dxa"/>
          </w:tcPr>
          <w:p w14:paraId="22BE395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IM(206)</w:t>
            </w:r>
          </w:p>
        </w:tc>
        <w:tc>
          <w:tcPr>
            <w:tcW w:w="1728" w:type="dxa"/>
          </w:tcPr>
          <w:p w14:paraId="76AA763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1526DBA" wp14:editId="7248418C">
                  <wp:extent cx="1400000" cy="1400000"/>
                  <wp:effectExtent l="0" t="0" r="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6.png"/>
                          <pic:cNvPicPr/>
                        </pic:nvPicPr>
                        <pic:blipFill>
                          <a:blip r:embed="rId69"/>
                          <a:stretch>
                            <a:fillRect/>
                          </a:stretch>
                        </pic:blipFill>
                        <pic:spPr>
                          <a:xfrm>
                            <a:off x="0" y="0"/>
                            <a:ext cx="1400000" cy="1400000"/>
                          </a:xfrm>
                          <a:prstGeom prst="rect">
                            <a:avLst/>
                          </a:prstGeom>
                        </pic:spPr>
                      </pic:pic>
                    </a:graphicData>
                  </a:graphic>
                </wp:inline>
              </w:drawing>
            </w:r>
          </w:p>
        </w:tc>
      </w:tr>
      <w:tr w:rsidR="0080618B" w:rsidRPr="00CB52C3" w14:paraId="7F646DCD" w14:textId="77777777" w:rsidTr="009B4FA6">
        <w:trPr>
          <w:jc w:val="center"/>
        </w:trPr>
        <w:tc>
          <w:tcPr>
            <w:tcW w:w="1728" w:type="dxa"/>
          </w:tcPr>
          <w:p w14:paraId="0FAD606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0958F90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IM(255)</w:t>
            </w:r>
          </w:p>
        </w:tc>
        <w:tc>
          <w:tcPr>
            <w:tcW w:w="1728" w:type="dxa"/>
          </w:tcPr>
          <w:p w14:paraId="3556940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90794EA" wp14:editId="12E8B4FE">
                  <wp:extent cx="1400000" cy="1400000"/>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5.png"/>
                          <pic:cNvPicPr/>
                        </pic:nvPicPr>
                        <pic:blipFill>
                          <a:blip r:embed="rId46"/>
                          <a:stretch>
                            <a:fillRect/>
                          </a:stretch>
                        </pic:blipFill>
                        <pic:spPr>
                          <a:xfrm>
                            <a:off x="0" y="0"/>
                            <a:ext cx="1400000" cy="1400000"/>
                          </a:xfrm>
                          <a:prstGeom prst="rect">
                            <a:avLst/>
                          </a:prstGeom>
                        </pic:spPr>
                      </pic:pic>
                    </a:graphicData>
                  </a:graphic>
                </wp:inline>
              </w:drawing>
            </w:r>
          </w:p>
        </w:tc>
        <w:tc>
          <w:tcPr>
            <w:tcW w:w="1728" w:type="dxa"/>
          </w:tcPr>
          <w:p w14:paraId="5579AE8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IM(252)</w:t>
            </w:r>
          </w:p>
        </w:tc>
        <w:tc>
          <w:tcPr>
            <w:tcW w:w="1728" w:type="dxa"/>
          </w:tcPr>
          <w:p w14:paraId="38285C2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47441E7" wp14:editId="7B10F549">
                  <wp:extent cx="1400000" cy="1400000"/>
                  <wp:effectExtent l="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2.png"/>
                          <pic:cNvPicPr/>
                        </pic:nvPicPr>
                        <pic:blipFill>
                          <a:blip r:embed="rId70"/>
                          <a:stretch>
                            <a:fillRect/>
                          </a:stretch>
                        </pic:blipFill>
                        <pic:spPr>
                          <a:xfrm>
                            <a:off x="0" y="0"/>
                            <a:ext cx="1400000" cy="1400000"/>
                          </a:xfrm>
                          <a:prstGeom prst="rect">
                            <a:avLst/>
                          </a:prstGeom>
                        </pic:spPr>
                      </pic:pic>
                    </a:graphicData>
                  </a:graphic>
                </wp:inline>
              </w:drawing>
            </w:r>
          </w:p>
        </w:tc>
      </w:tr>
      <w:tr w:rsidR="0080618B" w:rsidRPr="00CB52C3" w14:paraId="1086A617" w14:textId="77777777" w:rsidTr="009B4FA6">
        <w:trPr>
          <w:jc w:val="center"/>
        </w:trPr>
        <w:tc>
          <w:tcPr>
            <w:tcW w:w="1728" w:type="dxa"/>
          </w:tcPr>
          <w:p w14:paraId="4AD55AA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76041C1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IM(312)</w:t>
            </w:r>
          </w:p>
        </w:tc>
        <w:tc>
          <w:tcPr>
            <w:tcW w:w="1728" w:type="dxa"/>
          </w:tcPr>
          <w:p w14:paraId="16B5E97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49EDE77" wp14:editId="6DC95943">
                  <wp:extent cx="1400000" cy="1400000"/>
                  <wp:effectExtent l="0" t="0" r="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2.png"/>
                          <pic:cNvPicPr/>
                        </pic:nvPicPr>
                        <pic:blipFill>
                          <a:blip r:embed="rId47"/>
                          <a:stretch>
                            <a:fillRect/>
                          </a:stretch>
                        </pic:blipFill>
                        <pic:spPr>
                          <a:xfrm>
                            <a:off x="0" y="0"/>
                            <a:ext cx="1400000" cy="1400000"/>
                          </a:xfrm>
                          <a:prstGeom prst="rect">
                            <a:avLst/>
                          </a:prstGeom>
                        </pic:spPr>
                      </pic:pic>
                    </a:graphicData>
                  </a:graphic>
                </wp:inline>
              </w:drawing>
            </w:r>
          </w:p>
        </w:tc>
        <w:tc>
          <w:tcPr>
            <w:tcW w:w="1728" w:type="dxa"/>
          </w:tcPr>
          <w:p w14:paraId="5BC9FE5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IM(314)</w:t>
            </w:r>
          </w:p>
        </w:tc>
        <w:tc>
          <w:tcPr>
            <w:tcW w:w="1728" w:type="dxa"/>
          </w:tcPr>
          <w:p w14:paraId="6F2F9C2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0725DF8" wp14:editId="1E8BCC09">
                  <wp:extent cx="1400000" cy="1400000"/>
                  <wp:effectExtent l="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4.png"/>
                          <pic:cNvPicPr/>
                        </pic:nvPicPr>
                        <pic:blipFill>
                          <a:blip r:embed="rId72"/>
                          <a:stretch>
                            <a:fillRect/>
                          </a:stretch>
                        </pic:blipFill>
                        <pic:spPr>
                          <a:xfrm>
                            <a:off x="0" y="0"/>
                            <a:ext cx="1400000" cy="1400000"/>
                          </a:xfrm>
                          <a:prstGeom prst="rect">
                            <a:avLst/>
                          </a:prstGeom>
                        </pic:spPr>
                      </pic:pic>
                    </a:graphicData>
                  </a:graphic>
                </wp:inline>
              </w:drawing>
            </w:r>
          </w:p>
        </w:tc>
      </w:tr>
      <w:tr w:rsidR="0080618B" w:rsidRPr="00CB52C3" w14:paraId="30BE2DF0" w14:textId="77777777" w:rsidTr="009B4FA6">
        <w:trPr>
          <w:jc w:val="center"/>
        </w:trPr>
        <w:tc>
          <w:tcPr>
            <w:tcW w:w="1728" w:type="dxa"/>
          </w:tcPr>
          <w:p w14:paraId="189E881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14D6A12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IM(347)</w:t>
            </w:r>
          </w:p>
        </w:tc>
        <w:tc>
          <w:tcPr>
            <w:tcW w:w="1728" w:type="dxa"/>
          </w:tcPr>
          <w:p w14:paraId="08F06E9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41F400C" wp14:editId="6DE8F0D6">
                  <wp:extent cx="1400000" cy="1400000"/>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7.png"/>
                          <pic:cNvPicPr/>
                        </pic:nvPicPr>
                        <pic:blipFill>
                          <a:blip r:embed="rId49"/>
                          <a:stretch>
                            <a:fillRect/>
                          </a:stretch>
                        </pic:blipFill>
                        <pic:spPr>
                          <a:xfrm>
                            <a:off x="0" y="0"/>
                            <a:ext cx="1400000" cy="1400000"/>
                          </a:xfrm>
                          <a:prstGeom prst="rect">
                            <a:avLst/>
                          </a:prstGeom>
                        </pic:spPr>
                      </pic:pic>
                    </a:graphicData>
                  </a:graphic>
                </wp:inline>
              </w:drawing>
            </w:r>
          </w:p>
        </w:tc>
        <w:tc>
          <w:tcPr>
            <w:tcW w:w="1728" w:type="dxa"/>
          </w:tcPr>
          <w:p w14:paraId="0ACF7D8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IM(348)</w:t>
            </w:r>
          </w:p>
        </w:tc>
        <w:tc>
          <w:tcPr>
            <w:tcW w:w="1728" w:type="dxa"/>
          </w:tcPr>
          <w:p w14:paraId="550EB83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C6C31EA" wp14:editId="7DC38E55">
                  <wp:extent cx="1400000" cy="1400000"/>
                  <wp:effectExtent l="0" t="0" r="0"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8.png"/>
                          <pic:cNvPicPr/>
                        </pic:nvPicPr>
                        <pic:blipFill>
                          <a:blip r:embed="rId73"/>
                          <a:stretch>
                            <a:fillRect/>
                          </a:stretch>
                        </pic:blipFill>
                        <pic:spPr>
                          <a:xfrm>
                            <a:off x="0" y="0"/>
                            <a:ext cx="1400000" cy="1400000"/>
                          </a:xfrm>
                          <a:prstGeom prst="rect">
                            <a:avLst/>
                          </a:prstGeom>
                        </pic:spPr>
                      </pic:pic>
                    </a:graphicData>
                  </a:graphic>
                </wp:inline>
              </w:drawing>
            </w:r>
          </w:p>
        </w:tc>
      </w:tr>
      <w:tr w:rsidR="0080618B" w:rsidRPr="00CB52C3" w14:paraId="31CCBDB1" w14:textId="77777777" w:rsidTr="009B4FA6">
        <w:trPr>
          <w:jc w:val="center"/>
        </w:trPr>
        <w:tc>
          <w:tcPr>
            <w:tcW w:w="1728" w:type="dxa"/>
          </w:tcPr>
          <w:p w14:paraId="0AF511C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9</w:t>
            </w:r>
          </w:p>
        </w:tc>
        <w:tc>
          <w:tcPr>
            <w:tcW w:w="1728" w:type="dxa"/>
          </w:tcPr>
          <w:p w14:paraId="76B6CA1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IM(406)</w:t>
            </w:r>
          </w:p>
        </w:tc>
        <w:tc>
          <w:tcPr>
            <w:tcW w:w="1728" w:type="dxa"/>
          </w:tcPr>
          <w:p w14:paraId="5D74B2C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2385926" wp14:editId="56C0F3D3">
                  <wp:extent cx="1400000" cy="1400000"/>
                  <wp:effectExtent l="0" t="0" r="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06.png"/>
                          <pic:cNvPicPr/>
                        </pic:nvPicPr>
                        <pic:blipFill>
                          <a:blip r:embed="rId51"/>
                          <a:stretch>
                            <a:fillRect/>
                          </a:stretch>
                        </pic:blipFill>
                        <pic:spPr>
                          <a:xfrm>
                            <a:off x="0" y="0"/>
                            <a:ext cx="1400000" cy="1400000"/>
                          </a:xfrm>
                          <a:prstGeom prst="rect">
                            <a:avLst/>
                          </a:prstGeom>
                        </pic:spPr>
                      </pic:pic>
                    </a:graphicData>
                  </a:graphic>
                </wp:inline>
              </w:drawing>
            </w:r>
          </w:p>
        </w:tc>
        <w:tc>
          <w:tcPr>
            <w:tcW w:w="1728" w:type="dxa"/>
          </w:tcPr>
          <w:p w14:paraId="60FC041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IM(390)</w:t>
            </w:r>
          </w:p>
        </w:tc>
        <w:tc>
          <w:tcPr>
            <w:tcW w:w="1728" w:type="dxa"/>
          </w:tcPr>
          <w:p w14:paraId="3F36BBB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356CA82" wp14:editId="73A3A36E">
                  <wp:extent cx="1400000" cy="140000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90.png"/>
                          <pic:cNvPicPr/>
                        </pic:nvPicPr>
                        <pic:blipFill>
                          <a:blip r:embed="rId74"/>
                          <a:stretch>
                            <a:fillRect/>
                          </a:stretch>
                        </pic:blipFill>
                        <pic:spPr>
                          <a:xfrm>
                            <a:off x="0" y="0"/>
                            <a:ext cx="1400000" cy="1400000"/>
                          </a:xfrm>
                          <a:prstGeom prst="rect">
                            <a:avLst/>
                          </a:prstGeom>
                        </pic:spPr>
                      </pic:pic>
                    </a:graphicData>
                  </a:graphic>
                </wp:inline>
              </w:drawing>
            </w:r>
          </w:p>
        </w:tc>
      </w:tr>
      <w:tr w:rsidR="0080618B" w:rsidRPr="00CB52C3" w14:paraId="0736F65E" w14:textId="77777777" w:rsidTr="009B4FA6">
        <w:trPr>
          <w:jc w:val="center"/>
        </w:trPr>
        <w:tc>
          <w:tcPr>
            <w:tcW w:w="1728" w:type="dxa"/>
          </w:tcPr>
          <w:p w14:paraId="1695F11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10</w:t>
            </w:r>
          </w:p>
        </w:tc>
        <w:tc>
          <w:tcPr>
            <w:tcW w:w="1728" w:type="dxa"/>
          </w:tcPr>
          <w:p w14:paraId="114EC54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IM(429)</w:t>
            </w:r>
          </w:p>
        </w:tc>
        <w:tc>
          <w:tcPr>
            <w:tcW w:w="1728" w:type="dxa"/>
          </w:tcPr>
          <w:p w14:paraId="15F2873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7C1BABB" wp14:editId="0E2576DF">
                  <wp:extent cx="1400000" cy="1400000"/>
                  <wp:effectExtent l="0" t="0" r="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29.png"/>
                          <pic:cNvPicPr/>
                        </pic:nvPicPr>
                        <pic:blipFill>
                          <a:blip r:embed="rId53"/>
                          <a:stretch>
                            <a:fillRect/>
                          </a:stretch>
                        </pic:blipFill>
                        <pic:spPr>
                          <a:xfrm>
                            <a:off x="0" y="0"/>
                            <a:ext cx="1400000" cy="1400000"/>
                          </a:xfrm>
                          <a:prstGeom prst="rect">
                            <a:avLst/>
                          </a:prstGeom>
                        </pic:spPr>
                      </pic:pic>
                    </a:graphicData>
                  </a:graphic>
                </wp:inline>
              </w:drawing>
            </w:r>
          </w:p>
        </w:tc>
        <w:tc>
          <w:tcPr>
            <w:tcW w:w="1728" w:type="dxa"/>
          </w:tcPr>
          <w:p w14:paraId="143AF83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IM(430)</w:t>
            </w:r>
          </w:p>
        </w:tc>
        <w:tc>
          <w:tcPr>
            <w:tcW w:w="1728" w:type="dxa"/>
          </w:tcPr>
          <w:p w14:paraId="355133A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E4E01CF" wp14:editId="21A82FE7">
                  <wp:extent cx="1400000" cy="1400000"/>
                  <wp:effectExtent l="0" t="0" r="0"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0.png"/>
                          <pic:cNvPicPr/>
                        </pic:nvPicPr>
                        <pic:blipFill>
                          <a:blip r:embed="rId79"/>
                          <a:stretch>
                            <a:fillRect/>
                          </a:stretch>
                        </pic:blipFill>
                        <pic:spPr>
                          <a:xfrm>
                            <a:off x="0" y="0"/>
                            <a:ext cx="1400000" cy="1400000"/>
                          </a:xfrm>
                          <a:prstGeom prst="rect">
                            <a:avLst/>
                          </a:prstGeom>
                        </pic:spPr>
                      </pic:pic>
                    </a:graphicData>
                  </a:graphic>
                </wp:inline>
              </w:drawing>
            </w:r>
          </w:p>
        </w:tc>
      </w:tr>
      <w:tr w:rsidR="0080618B" w:rsidRPr="00CB52C3" w14:paraId="467A5AB6" w14:textId="77777777" w:rsidTr="009B4FA6">
        <w:trPr>
          <w:jc w:val="center"/>
        </w:trPr>
        <w:tc>
          <w:tcPr>
            <w:tcW w:w="1728" w:type="dxa"/>
          </w:tcPr>
          <w:p w14:paraId="62963B2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11</w:t>
            </w:r>
          </w:p>
        </w:tc>
        <w:tc>
          <w:tcPr>
            <w:tcW w:w="1728" w:type="dxa"/>
          </w:tcPr>
          <w:p w14:paraId="3869350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IM(439)</w:t>
            </w:r>
          </w:p>
        </w:tc>
        <w:tc>
          <w:tcPr>
            <w:tcW w:w="1728" w:type="dxa"/>
          </w:tcPr>
          <w:p w14:paraId="3724BEF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C427241" wp14:editId="2C261071">
                  <wp:extent cx="1400000" cy="1400000"/>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9.png"/>
                          <pic:cNvPicPr/>
                        </pic:nvPicPr>
                        <pic:blipFill>
                          <a:blip r:embed="rId80"/>
                          <a:stretch>
                            <a:fillRect/>
                          </a:stretch>
                        </pic:blipFill>
                        <pic:spPr>
                          <a:xfrm>
                            <a:off x="0" y="0"/>
                            <a:ext cx="1400000" cy="1400000"/>
                          </a:xfrm>
                          <a:prstGeom prst="rect">
                            <a:avLst/>
                          </a:prstGeom>
                        </pic:spPr>
                      </pic:pic>
                    </a:graphicData>
                  </a:graphic>
                </wp:inline>
              </w:drawing>
            </w:r>
          </w:p>
        </w:tc>
        <w:tc>
          <w:tcPr>
            <w:tcW w:w="1728" w:type="dxa"/>
          </w:tcPr>
          <w:p w14:paraId="17BEC6A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IM(446)</w:t>
            </w:r>
          </w:p>
        </w:tc>
        <w:tc>
          <w:tcPr>
            <w:tcW w:w="1728" w:type="dxa"/>
          </w:tcPr>
          <w:p w14:paraId="0CD79BA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B5176F2" wp14:editId="0F4D0F16">
                  <wp:extent cx="1400000" cy="1400000"/>
                  <wp:effectExtent l="0" t="0" r="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46.png"/>
                          <pic:cNvPicPr/>
                        </pic:nvPicPr>
                        <pic:blipFill>
                          <a:blip r:embed="rId81"/>
                          <a:stretch>
                            <a:fillRect/>
                          </a:stretch>
                        </pic:blipFill>
                        <pic:spPr>
                          <a:xfrm>
                            <a:off x="0" y="0"/>
                            <a:ext cx="1400000" cy="1400000"/>
                          </a:xfrm>
                          <a:prstGeom prst="rect">
                            <a:avLst/>
                          </a:prstGeom>
                        </pic:spPr>
                      </pic:pic>
                    </a:graphicData>
                  </a:graphic>
                </wp:inline>
              </w:drawing>
            </w:r>
          </w:p>
        </w:tc>
      </w:tr>
      <w:tr w:rsidR="0080618B" w:rsidRPr="00CB52C3" w14:paraId="7CCA9548" w14:textId="77777777" w:rsidTr="009B4FA6">
        <w:trPr>
          <w:jc w:val="center"/>
        </w:trPr>
        <w:tc>
          <w:tcPr>
            <w:tcW w:w="1728" w:type="dxa"/>
          </w:tcPr>
          <w:p w14:paraId="5EF6CF2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12</w:t>
            </w:r>
          </w:p>
        </w:tc>
        <w:tc>
          <w:tcPr>
            <w:tcW w:w="1728" w:type="dxa"/>
          </w:tcPr>
          <w:p w14:paraId="3D771A7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IM(451)</w:t>
            </w:r>
          </w:p>
        </w:tc>
        <w:tc>
          <w:tcPr>
            <w:tcW w:w="1728" w:type="dxa"/>
          </w:tcPr>
          <w:p w14:paraId="1D3EF94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A488B6C" wp14:editId="6C196C33">
                  <wp:extent cx="1400000" cy="1400000"/>
                  <wp:effectExtent l="0" t="0" r="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51.png"/>
                          <pic:cNvPicPr/>
                        </pic:nvPicPr>
                        <pic:blipFill>
                          <a:blip r:embed="rId82"/>
                          <a:stretch>
                            <a:fillRect/>
                          </a:stretch>
                        </pic:blipFill>
                        <pic:spPr>
                          <a:xfrm>
                            <a:off x="0" y="0"/>
                            <a:ext cx="1400000" cy="1400000"/>
                          </a:xfrm>
                          <a:prstGeom prst="rect">
                            <a:avLst/>
                          </a:prstGeom>
                        </pic:spPr>
                      </pic:pic>
                    </a:graphicData>
                  </a:graphic>
                </wp:inline>
              </w:drawing>
            </w:r>
          </w:p>
        </w:tc>
        <w:tc>
          <w:tcPr>
            <w:tcW w:w="1728" w:type="dxa"/>
          </w:tcPr>
          <w:p w14:paraId="13EE25E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IM(451)</w:t>
            </w:r>
          </w:p>
        </w:tc>
        <w:tc>
          <w:tcPr>
            <w:tcW w:w="1728" w:type="dxa"/>
          </w:tcPr>
          <w:p w14:paraId="32302A1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658C2AF" wp14:editId="36318B9E">
                  <wp:extent cx="1400000" cy="1400000"/>
                  <wp:effectExtent l="0" t="0" r="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51.png"/>
                          <pic:cNvPicPr/>
                        </pic:nvPicPr>
                        <pic:blipFill>
                          <a:blip r:embed="rId82"/>
                          <a:stretch>
                            <a:fillRect/>
                          </a:stretch>
                        </pic:blipFill>
                        <pic:spPr>
                          <a:xfrm>
                            <a:off x="0" y="0"/>
                            <a:ext cx="1400000" cy="1400000"/>
                          </a:xfrm>
                          <a:prstGeom prst="rect">
                            <a:avLst/>
                          </a:prstGeom>
                        </pic:spPr>
                      </pic:pic>
                    </a:graphicData>
                  </a:graphic>
                </wp:inline>
              </w:drawing>
            </w:r>
          </w:p>
        </w:tc>
      </w:tr>
      <w:tr w:rsidR="0080618B" w:rsidRPr="00CB52C3" w14:paraId="0A620689" w14:textId="77777777" w:rsidTr="009B4FA6">
        <w:trPr>
          <w:jc w:val="center"/>
        </w:trPr>
        <w:tc>
          <w:tcPr>
            <w:tcW w:w="1728" w:type="dxa"/>
          </w:tcPr>
          <w:p w14:paraId="02CDD37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13</w:t>
            </w:r>
          </w:p>
        </w:tc>
        <w:tc>
          <w:tcPr>
            <w:tcW w:w="1728" w:type="dxa"/>
          </w:tcPr>
          <w:p w14:paraId="2D36035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IM(456)</w:t>
            </w:r>
          </w:p>
        </w:tc>
        <w:tc>
          <w:tcPr>
            <w:tcW w:w="1728" w:type="dxa"/>
          </w:tcPr>
          <w:p w14:paraId="0C2B50F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5C5F049" wp14:editId="359FE9BA">
                  <wp:extent cx="1400000" cy="1400000"/>
                  <wp:effectExtent l="0" t="0" r="0"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56.png"/>
                          <pic:cNvPicPr/>
                        </pic:nvPicPr>
                        <pic:blipFill>
                          <a:blip r:embed="rId83"/>
                          <a:stretch>
                            <a:fillRect/>
                          </a:stretch>
                        </pic:blipFill>
                        <pic:spPr>
                          <a:xfrm>
                            <a:off x="0" y="0"/>
                            <a:ext cx="1400000" cy="1400000"/>
                          </a:xfrm>
                          <a:prstGeom prst="rect">
                            <a:avLst/>
                          </a:prstGeom>
                        </pic:spPr>
                      </pic:pic>
                    </a:graphicData>
                  </a:graphic>
                </wp:inline>
              </w:drawing>
            </w:r>
          </w:p>
        </w:tc>
        <w:tc>
          <w:tcPr>
            <w:tcW w:w="1728" w:type="dxa"/>
          </w:tcPr>
          <w:p w14:paraId="74CEDAB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IM(456)</w:t>
            </w:r>
          </w:p>
        </w:tc>
        <w:tc>
          <w:tcPr>
            <w:tcW w:w="1728" w:type="dxa"/>
          </w:tcPr>
          <w:p w14:paraId="3EA9926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2D649CE" wp14:editId="01DA3763">
                  <wp:extent cx="1400000" cy="1400000"/>
                  <wp:effectExtent l="0" t="0" r="0"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56.png"/>
                          <pic:cNvPicPr/>
                        </pic:nvPicPr>
                        <pic:blipFill>
                          <a:blip r:embed="rId83"/>
                          <a:stretch>
                            <a:fillRect/>
                          </a:stretch>
                        </pic:blipFill>
                        <pic:spPr>
                          <a:xfrm>
                            <a:off x="0" y="0"/>
                            <a:ext cx="1400000" cy="1400000"/>
                          </a:xfrm>
                          <a:prstGeom prst="rect">
                            <a:avLst/>
                          </a:prstGeom>
                        </pic:spPr>
                      </pic:pic>
                    </a:graphicData>
                  </a:graphic>
                </wp:inline>
              </w:drawing>
            </w:r>
          </w:p>
        </w:tc>
      </w:tr>
      <w:tr w:rsidR="0080618B" w:rsidRPr="00CB52C3" w14:paraId="1CA87BBB" w14:textId="77777777" w:rsidTr="009B4FA6">
        <w:trPr>
          <w:jc w:val="center"/>
        </w:trPr>
        <w:tc>
          <w:tcPr>
            <w:tcW w:w="1728" w:type="dxa"/>
          </w:tcPr>
          <w:p w14:paraId="6DA1611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14</w:t>
            </w:r>
          </w:p>
        </w:tc>
        <w:tc>
          <w:tcPr>
            <w:tcW w:w="1728" w:type="dxa"/>
          </w:tcPr>
          <w:p w14:paraId="631615A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IM(458)</w:t>
            </w:r>
          </w:p>
        </w:tc>
        <w:tc>
          <w:tcPr>
            <w:tcW w:w="1728" w:type="dxa"/>
          </w:tcPr>
          <w:p w14:paraId="61499C5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B8B7262" wp14:editId="1FAFF3E5">
                  <wp:extent cx="1400000" cy="1400000"/>
                  <wp:effectExtent l="0" t="0" r="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58.png"/>
                          <pic:cNvPicPr/>
                        </pic:nvPicPr>
                        <pic:blipFill>
                          <a:blip r:embed="rId84"/>
                          <a:stretch>
                            <a:fillRect/>
                          </a:stretch>
                        </pic:blipFill>
                        <pic:spPr>
                          <a:xfrm>
                            <a:off x="0" y="0"/>
                            <a:ext cx="1400000" cy="1400000"/>
                          </a:xfrm>
                          <a:prstGeom prst="rect">
                            <a:avLst/>
                          </a:prstGeom>
                        </pic:spPr>
                      </pic:pic>
                    </a:graphicData>
                  </a:graphic>
                </wp:inline>
              </w:drawing>
            </w:r>
          </w:p>
        </w:tc>
        <w:tc>
          <w:tcPr>
            <w:tcW w:w="1728" w:type="dxa"/>
          </w:tcPr>
          <w:p w14:paraId="5FFF3B9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IM(458)</w:t>
            </w:r>
          </w:p>
        </w:tc>
        <w:tc>
          <w:tcPr>
            <w:tcW w:w="1728" w:type="dxa"/>
          </w:tcPr>
          <w:p w14:paraId="5D9E4AC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C2C5DF3" wp14:editId="0D1D113E">
                  <wp:extent cx="1400000" cy="1400000"/>
                  <wp:effectExtent l="0" t="0" r="0"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58.png"/>
                          <pic:cNvPicPr/>
                        </pic:nvPicPr>
                        <pic:blipFill>
                          <a:blip r:embed="rId84"/>
                          <a:stretch>
                            <a:fillRect/>
                          </a:stretch>
                        </pic:blipFill>
                        <pic:spPr>
                          <a:xfrm>
                            <a:off x="0" y="0"/>
                            <a:ext cx="1400000" cy="1400000"/>
                          </a:xfrm>
                          <a:prstGeom prst="rect">
                            <a:avLst/>
                          </a:prstGeom>
                        </pic:spPr>
                      </pic:pic>
                    </a:graphicData>
                  </a:graphic>
                </wp:inline>
              </w:drawing>
            </w:r>
          </w:p>
        </w:tc>
      </w:tr>
    </w:tbl>
    <w:p w14:paraId="069F85E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30E1E2DD" w14:textId="78ED5EC7" w:rsidR="0080618B" w:rsidRPr="00CB52C3" w:rsidRDefault="0080618B"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2</w:t>
      </w:r>
      <w:r w:rsidR="005272C5">
        <w:rPr>
          <w:rFonts w:ascii="Times New Roman" w:hAnsi="Times New Roman"/>
          <w:b/>
          <w:sz w:val="24"/>
          <w:szCs w:val="24"/>
        </w:rPr>
        <w:t>5</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2-propanol at pH=7 and U=-0.5 V vs. </w:t>
      </w:r>
      <w:r w:rsidR="005272C5">
        <w:rPr>
          <w:rFonts w:ascii="Times New Roman" w:hAnsi="Times New Roman"/>
          <w:sz w:val="24"/>
          <w:szCs w:val="24"/>
        </w:rPr>
        <w:t>S</w:t>
      </w:r>
      <w:r w:rsidRPr="00CB52C3">
        <w:rPr>
          <w:rFonts w:ascii="Times New Roman" w:hAnsi="Times New Roman"/>
          <w:sz w:val="24"/>
          <w:szCs w:val="24"/>
        </w:rPr>
        <w:t>HE on Cu(100).</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278"/>
        <w:gridCol w:w="1449"/>
        <w:gridCol w:w="2420"/>
        <w:gridCol w:w="1449"/>
        <w:gridCol w:w="2420"/>
      </w:tblGrid>
      <w:tr w:rsidR="0080618B" w:rsidRPr="00CB52C3" w14:paraId="1D5DB35A" w14:textId="77777777" w:rsidTr="009B4FA6">
        <w:trPr>
          <w:jc w:val="center"/>
        </w:trPr>
        <w:tc>
          <w:tcPr>
            <w:tcW w:w="1728" w:type="dxa"/>
          </w:tcPr>
          <w:p w14:paraId="64C9053C" w14:textId="77777777" w:rsidR="0080618B" w:rsidRPr="00CB52C3" w:rsidRDefault="0080618B" w:rsidP="00431F65">
            <w:pPr>
              <w:spacing w:line="480" w:lineRule="auto"/>
              <w:rPr>
                <w:rFonts w:ascii="Times New Roman" w:hAnsi="Times New Roman"/>
                <w:sz w:val="24"/>
                <w:szCs w:val="24"/>
              </w:rPr>
            </w:pPr>
          </w:p>
        </w:tc>
        <w:tc>
          <w:tcPr>
            <w:tcW w:w="3456" w:type="dxa"/>
            <w:gridSpan w:val="2"/>
          </w:tcPr>
          <w:p w14:paraId="0EDABD8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78A642C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80618B" w:rsidRPr="00CB52C3" w14:paraId="2EC1CC9B" w14:textId="77777777" w:rsidTr="009B4FA6">
        <w:trPr>
          <w:jc w:val="center"/>
        </w:trPr>
        <w:tc>
          <w:tcPr>
            <w:tcW w:w="1728" w:type="dxa"/>
          </w:tcPr>
          <w:p w14:paraId="2EB6475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21DC48B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1ADEB2C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6C7E5B4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467FC55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80618B" w:rsidRPr="00CB52C3" w14:paraId="1D15AD66" w14:textId="77777777" w:rsidTr="009B4FA6">
        <w:trPr>
          <w:jc w:val="center"/>
        </w:trPr>
        <w:tc>
          <w:tcPr>
            <w:tcW w:w="1728" w:type="dxa"/>
          </w:tcPr>
          <w:p w14:paraId="5BD32CC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4F69994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212ACBA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F2B2275" wp14:editId="24D5BF6B">
                  <wp:extent cx="1400000" cy="1400000"/>
                  <wp:effectExtent l="0" t="0" r="0"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c>
          <w:tcPr>
            <w:tcW w:w="1728" w:type="dxa"/>
          </w:tcPr>
          <w:p w14:paraId="01D2C33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0D980C1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71D2857" wp14:editId="74A15B7B">
                  <wp:extent cx="1400000" cy="1400000"/>
                  <wp:effectExtent l="0" t="0" r="0"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r>
      <w:tr w:rsidR="0080618B" w:rsidRPr="00CB52C3" w14:paraId="5CACEBD7" w14:textId="77777777" w:rsidTr="009B4FA6">
        <w:trPr>
          <w:jc w:val="center"/>
        </w:trPr>
        <w:tc>
          <w:tcPr>
            <w:tcW w:w="1728" w:type="dxa"/>
          </w:tcPr>
          <w:p w14:paraId="63A9EC0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08CFED4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2BCEB3D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D3F81A1" wp14:editId="385CF8BF">
                  <wp:extent cx="1400000" cy="1400000"/>
                  <wp:effectExtent l="0" t="0" r="0"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c>
          <w:tcPr>
            <w:tcW w:w="1728" w:type="dxa"/>
          </w:tcPr>
          <w:p w14:paraId="33D6A41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IM(86)</w:t>
            </w:r>
          </w:p>
        </w:tc>
        <w:tc>
          <w:tcPr>
            <w:tcW w:w="1728" w:type="dxa"/>
          </w:tcPr>
          <w:p w14:paraId="4C61BD6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1BF8995" wp14:editId="0C0DFCF0">
                  <wp:extent cx="1400000" cy="1400000"/>
                  <wp:effectExtent l="0" t="0" r="0"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6.png"/>
                          <pic:cNvPicPr/>
                        </pic:nvPicPr>
                        <pic:blipFill>
                          <a:blip r:embed="rId85"/>
                          <a:stretch>
                            <a:fillRect/>
                          </a:stretch>
                        </pic:blipFill>
                        <pic:spPr>
                          <a:xfrm>
                            <a:off x="0" y="0"/>
                            <a:ext cx="1400000" cy="1400000"/>
                          </a:xfrm>
                          <a:prstGeom prst="rect">
                            <a:avLst/>
                          </a:prstGeom>
                        </pic:spPr>
                      </pic:pic>
                    </a:graphicData>
                  </a:graphic>
                </wp:inline>
              </w:drawing>
            </w:r>
          </w:p>
        </w:tc>
      </w:tr>
      <w:tr w:rsidR="0080618B" w:rsidRPr="00CB52C3" w14:paraId="4F03FD14" w14:textId="77777777" w:rsidTr="009B4FA6">
        <w:trPr>
          <w:jc w:val="center"/>
        </w:trPr>
        <w:tc>
          <w:tcPr>
            <w:tcW w:w="1728" w:type="dxa"/>
          </w:tcPr>
          <w:p w14:paraId="70E090D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72224E7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292A1A4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FAD3492" wp14:editId="02C66D0E">
                  <wp:extent cx="1400000" cy="1400000"/>
                  <wp:effectExtent l="0" t="0" r="0"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c>
          <w:tcPr>
            <w:tcW w:w="1728" w:type="dxa"/>
          </w:tcPr>
          <w:p w14:paraId="4F3FF6C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IM(102)</w:t>
            </w:r>
          </w:p>
        </w:tc>
        <w:tc>
          <w:tcPr>
            <w:tcW w:w="1728" w:type="dxa"/>
          </w:tcPr>
          <w:p w14:paraId="63EB255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152656A" wp14:editId="2109573F">
                  <wp:extent cx="1400000" cy="1400000"/>
                  <wp:effectExtent l="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2.png"/>
                          <pic:cNvPicPr/>
                        </pic:nvPicPr>
                        <pic:blipFill>
                          <a:blip r:embed="rId86"/>
                          <a:stretch>
                            <a:fillRect/>
                          </a:stretch>
                        </pic:blipFill>
                        <pic:spPr>
                          <a:xfrm>
                            <a:off x="0" y="0"/>
                            <a:ext cx="1400000" cy="1400000"/>
                          </a:xfrm>
                          <a:prstGeom prst="rect">
                            <a:avLst/>
                          </a:prstGeom>
                        </pic:spPr>
                      </pic:pic>
                    </a:graphicData>
                  </a:graphic>
                </wp:inline>
              </w:drawing>
            </w:r>
          </w:p>
        </w:tc>
      </w:tr>
      <w:tr w:rsidR="0080618B" w:rsidRPr="00CB52C3" w14:paraId="0692B349" w14:textId="77777777" w:rsidTr="009B4FA6">
        <w:trPr>
          <w:jc w:val="center"/>
        </w:trPr>
        <w:tc>
          <w:tcPr>
            <w:tcW w:w="1728" w:type="dxa"/>
          </w:tcPr>
          <w:p w14:paraId="6710C1E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08EAB7D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IM(155)</w:t>
            </w:r>
          </w:p>
        </w:tc>
        <w:tc>
          <w:tcPr>
            <w:tcW w:w="1728" w:type="dxa"/>
          </w:tcPr>
          <w:p w14:paraId="2F9CA56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E64DE28" wp14:editId="7EAB8F4D">
                  <wp:extent cx="1400000" cy="1400000"/>
                  <wp:effectExtent l="0" t="0" r="0"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5.png"/>
                          <pic:cNvPicPr/>
                        </pic:nvPicPr>
                        <pic:blipFill>
                          <a:blip r:embed="rId68"/>
                          <a:stretch>
                            <a:fillRect/>
                          </a:stretch>
                        </pic:blipFill>
                        <pic:spPr>
                          <a:xfrm>
                            <a:off x="0" y="0"/>
                            <a:ext cx="1400000" cy="1400000"/>
                          </a:xfrm>
                          <a:prstGeom prst="rect">
                            <a:avLst/>
                          </a:prstGeom>
                        </pic:spPr>
                      </pic:pic>
                    </a:graphicData>
                  </a:graphic>
                </wp:inline>
              </w:drawing>
            </w:r>
          </w:p>
        </w:tc>
        <w:tc>
          <w:tcPr>
            <w:tcW w:w="1728" w:type="dxa"/>
          </w:tcPr>
          <w:p w14:paraId="27822D8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IM(140)</w:t>
            </w:r>
          </w:p>
        </w:tc>
        <w:tc>
          <w:tcPr>
            <w:tcW w:w="1728" w:type="dxa"/>
          </w:tcPr>
          <w:p w14:paraId="48191DA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6A57709" wp14:editId="64D443B2">
                  <wp:extent cx="1400000" cy="1400000"/>
                  <wp:effectExtent l="0" t="0" r="0"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40.png"/>
                          <pic:cNvPicPr/>
                        </pic:nvPicPr>
                        <pic:blipFill>
                          <a:blip r:embed="rId87"/>
                          <a:stretch>
                            <a:fillRect/>
                          </a:stretch>
                        </pic:blipFill>
                        <pic:spPr>
                          <a:xfrm>
                            <a:off x="0" y="0"/>
                            <a:ext cx="1400000" cy="1400000"/>
                          </a:xfrm>
                          <a:prstGeom prst="rect">
                            <a:avLst/>
                          </a:prstGeom>
                        </pic:spPr>
                      </pic:pic>
                    </a:graphicData>
                  </a:graphic>
                </wp:inline>
              </w:drawing>
            </w:r>
          </w:p>
        </w:tc>
      </w:tr>
      <w:tr w:rsidR="0080618B" w:rsidRPr="00CB52C3" w14:paraId="395A7E74" w14:textId="77777777" w:rsidTr="009B4FA6">
        <w:trPr>
          <w:jc w:val="center"/>
        </w:trPr>
        <w:tc>
          <w:tcPr>
            <w:tcW w:w="1728" w:type="dxa"/>
          </w:tcPr>
          <w:p w14:paraId="44F4AC6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798767D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IM(206)</w:t>
            </w:r>
          </w:p>
        </w:tc>
        <w:tc>
          <w:tcPr>
            <w:tcW w:w="1728" w:type="dxa"/>
          </w:tcPr>
          <w:p w14:paraId="5AA7EE0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E36030B" wp14:editId="391F8EBE">
                  <wp:extent cx="1400000" cy="1400000"/>
                  <wp:effectExtent l="0" t="0" r="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6.png"/>
                          <pic:cNvPicPr/>
                        </pic:nvPicPr>
                        <pic:blipFill>
                          <a:blip r:embed="rId69"/>
                          <a:stretch>
                            <a:fillRect/>
                          </a:stretch>
                        </pic:blipFill>
                        <pic:spPr>
                          <a:xfrm>
                            <a:off x="0" y="0"/>
                            <a:ext cx="1400000" cy="1400000"/>
                          </a:xfrm>
                          <a:prstGeom prst="rect">
                            <a:avLst/>
                          </a:prstGeom>
                        </pic:spPr>
                      </pic:pic>
                    </a:graphicData>
                  </a:graphic>
                </wp:inline>
              </w:drawing>
            </w:r>
          </w:p>
        </w:tc>
        <w:tc>
          <w:tcPr>
            <w:tcW w:w="1728" w:type="dxa"/>
          </w:tcPr>
          <w:p w14:paraId="7762BE6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IM(202)</w:t>
            </w:r>
          </w:p>
        </w:tc>
        <w:tc>
          <w:tcPr>
            <w:tcW w:w="1728" w:type="dxa"/>
          </w:tcPr>
          <w:p w14:paraId="22307DE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AB3EF63" wp14:editId="33F34CB5">
                  <wp:extent cx="1400000" cy="1400000"/>
                  <wp:effectExtent l="0" t="0" r="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2.png"/>
                          <pic:cNvPicPr/>
                        </pic:nvPicPr>
                        <pic:blipFill>
                          <a:blip r:embed="rId88"/>
                          <a:stretch>
                            <a:fillRect/>
                          </a:stretch>
                        </pic:blipFill>
                        <pic:spPr>
                          <a:xfrm>
                            <a:off x="0" y="0"/>
                            <a:ext cx="1400000" cy="1400000"/>
                          </a:xfrm>
                          <a:prstGeom prst="rect">
                            <a:avLst/>
                          </a:prstGeom>
                        </pic:spPr>
                      </pic:pic>
                    </a:graphicData>
                  </a:graphic>
                </wp:inline>
              </w:drawing>
            </w:r>
          </w:p>
        </w:tc>
      </w:tr>
      <w:tr w:rsidR="0080618B" w:rsidRPr="00CB52C3" w14:paraId="2EC1D08B" w14:textId="77777777" w:rsidTr="009B4FA6">
        <w:trPr>
          <w:jc w:val="center"/>
        </w:trPr>
        <w:tc>
          <w:tcPr>
            <w:tcW w:w="1728" w:type="dxa"/>
          </w:tcPr>
          <w:p w14:paraId="5FB1EDD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47FD8EA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IM(252)</w:t>
            </w:r>
          </w:p>
        </w:tc>
        <w:tc>
          <w:tcPr>
            <w:tcW w:w="1728" w:type="dxa"/>
          </w:tcPr>
          <w:p w14:paraId="6556255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7D287E2" wp14:editId="02B3B190">
                  <wp:extent cx="1400000" cy="1400000"/>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2.png"/>
                          <pic:cNvPicPr/>
                        </pic:nvPicPr>
                        <pic:blipFill>
                          <a:blip r:embed="rId70"/>
                          <a:stretch>
                            <a:fillRect/>
                          </a:stretch>
                        </pic:blipFill>
                        <pic:spPr>
                          <a:xfrm>
                            <a:off x="0" y="0"/>
                            <a:ext cx="1400000" cy="1400000"/>
                          </a:xfrm>
                          <a:prstGeom prst="rect">
                            <a:avLst/>
                          </a:prstGeom>
                        </pic:spPr>
                      </pic:pic>
                    </a:graphicData>
                  </a:graphic>
                </wp:inline>
              </w:drawing>
            </w:r>
          </w:p>
        </w:tc>
        <w:tc>
          <w:tcPr>
            <w:tcW w:w="1728" w:type="dxa"/>
          </w:tcPr>
          <w:p w14:paraId="34E416F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IM(267)</w:t>
            </w:r>
          </w:p>
        </w:tc>
        <w:tc>
          <w:tcPr>
            <w:tcW w:w="1728" w:type="dxa"/>
          </w:tcPr>
          <w:p w14:paraId="2D519B5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2AF873A" wp14:editId="62E39277">
                  <wp:extent cx="1400000" cy="1400000"/>
                  <wp:effectExtent l="0" t="0" r="0"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67.png"/>
                          <pic:cNvPicPr/>
                        </pic:nvPicPr>
                        <pic:blipFill>
                          <a:blip r:embed="rId89"/>
                          <a:stretch>
                            <a:fillRect/>
                          </a:stretch>
                        </pic:blipFill>
                        <pic:spPr>
                          <a:xfrm>
                            <a:off x="0" y="0"/>
                            <a:ext cx="1400000" cy="1400000"/>
                          </a:xfrm>
                          <a:prstGeom prst="rect">
                            <a:avLst/>
                          </a:prstGeom>
                        </pic:spPr>
                      </pic:pic>
                    </a:graphicData>
                  </a:graphic>
                </wp:inline>
              </w:drawing>
            </w:r>
          </w:p>
        </w:tc>
      </w:tr>
      <w:tr w:rsidR="0080618B" w:rsidRPr="00CB52C3" w14:paraId="147C2F11" w14:textId="77777777" w:rsidTr="009B4FA6">
        <w:trPr>
          <w:jc w:val="center"/>
        </w:trPr>
        <w:tc>
          <w:tcPr>
            <w:tcW w:w="1728" w:type="dxa"/>
          </w:tcPr>
          <w:p w14:paraId="5C6A403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732E17A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IM(314)</w:t>
            </w:r>
          </w:p>
        </w:tc>
        <w:tc>
          <w:tcPr>
            <w:tcW w:w="1728" w:type="dxa"/>
          </w:tcPr>
          <w:p w14:paraId="4A4F53A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F76BA45" wp14:editId="18D4B725">
                  <wp:extent cx="1400000" cy="1400000"/>
                  <wp:effectExtent l="0" t="0" r="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4.png"/>
                          <pic:cNvPicPr/>
                        </pic:nvPicPr>
                        <pic:blipFill>
                          <a:blip r:embed="rId72"/>
                          <a:stretch>
                            <a:fillRect/>
                          </a:stretch>
                        </pic:blipFill>
                        <pic:spPr>
                          <a:xfrm>
                            <a:off x="0" y="0"/>
                            <a:ext cx="1400000" cy="1400000"/>
                          </a:xfrm>
                          <a:prstGeom prst="rect">
                            <a:avLst/>
                          </a:prstGeom>
                        </pic:spPr>
                      </pic:pic>
                    </a:graphicData>
                  </a:graphic>
                </wp:inline>
              </w:drawing>
            </w:r>
          </w:p>
        </w:tc>
        <w:tc>
          <w:tcPr>
            <w:tcW w:w="1728" w:type="dxa"/>
          </w:tcPr>
          <w:p w14:paraId="6049787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IM(329)</w:t>
            </w:r>
          </w:p>
        </w:tc>
        <w:tc>
          <w:tcPr>
            <w:tcW w:w="1728" w:type="dxa"/>
          </w:tcPr>
          <w:p w14:paraId="7DA094D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382C442" wp14:editId="3AAFEC32">
                  <wp:extent cx="1400000" cy="1400000"/>
                  <wp:effectExtent l="0" t="0" r="0"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29.png"/>
                          <pic:cNvPicPr/>
                        </pic:nvPicPr>
                        <pic:blipFill>
                          <a:blip r:embed="rId90"/>
                          <a:stretch>
                            <a:fillRect/>
                          </a:stretch>
                        </pic:blipFill>
                        <pic:spPr>
                          <a:xfrm>
                            <a:off x="0" y="0"/>
                            <a:ext cx="1400000" cy="1400000"/>
                          </a:xfrm>
                          <a:prstGeom prst="rect">
                            <a:avLst/>
                          </a:prstGeom>
                        </pic:spPr>
                      </pic:pic>
                    </a:graphicData>
                  </a:graphic>
                </wp:inline>
              </w:drawing>
            </w:r>
          </w:p>
        </w:tc>
      </w:tr>
      <w:tr w:rsidR="0080618B" w:rsidRPr="00CB52C3" w14:paraId="4020174A" w14:textId="77777777" w:rsidTr="009B4FA6">
        <w:trPr>
          <w:jc w:val="center"/>
        </w:trPr>
        <w:tc>
          <w:tcPr>
            <w:tcW w:w="1728" w:type="dxa"/>
          </w:tcPr>
          <w:p w14:paraId="7B2662F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0AB0462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IM(348)</w:t>
            </w:r>
          </w:p>
        </w:tc>
        <w:tc>
          <w:tcPr>
            <w:tcW w:w="1728" w:type="dxa"/>
          </w:tcPr>
          <w:p w14:paraId="277FE92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A051A4D" wp14:editId="00CEB12D">
                  <wp:extent cx="1400000" cy="1400000"/>
                  <wp:effectExtent l="0" t="0" r="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8.png"/>
                          <pic:cNvPicPr/>
                        </pic:nvPicPr>
                        <pic:blipFill>
                          <a:blip r:embed="rId73"/>
                          <a:stretch>
                            <a:fillRect/>
                          </a:stretch>
                        </pic:blipFill>
                        <pic:spPr>
                          <a:xfrm>
                            <a:off x="0" y="0"/>
                            <a:ext cx="1400000" cy="1400000"/>
                          </a:xfrm>
                          <a:prstGeom prst="rect">
                            <a:avLst/>
                          </a:prstGeom>
                        </pic:spPr>
                      </pic:pic>
                    </a:graphicData>
                  </a:graphic>
                </wp:inline>
              </w:drawing>
            </w:r>
          </w:p>
        </w:tc>
        <w:tc>
          <w:tcPr>
            <w:tcW w:w="1728" w:type="dxa"/>
          </w:tcPr>
          <w:p w14:paraId="71209D1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IM(381)</w:t>
            </w:r>
          </w:p>
        </w:tc>
        <w:tc>
          <w:tcPr>
            <w:tcW w:w="1728" w:type="dxa"/>
          </w:tcPr>
          <w:p w14:paraId="0B36607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46FBD7A" wp14:editId="1DC4B8A8">
                  <wp:extent cx="1400000" cy="1400000"/>
                  <wp:effectExtent l="0" t="0" r="0" b="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81.png"/>
                          <pic:cNvPicPr/>
                        </pic:nvPicPr>
                        <pic:blipFill>
                          <a:blip r:embed="rId91"/>
                          <a:stretch>
                            <a:fillRect/>
                          </a:stretch>
                        </pic:blipFill>
                        <pic:spPr>
                          <a:xfrm>
                            <a:off x="0" y="0"/>
                            <a:ext cx="1400000" cy="1400000"/>
                          </a:xfrm>
                          <a:prstGeom prst="rect">
                            <a:avLst/>
                          </a:prstGeom>
                        </pic:spPr>
                      </pic:pic>
                    </a:graphicData>
                  </a:graphic>
                </wp:inline>
              </w:drawing>
            </w:r>
          </w:p>
        </w:tc>
      </w:tr>
      <w:tr w:rsidR="0080618B" w:rsidRPr="00CB52C3" w14:paraId="50E019AD" w14:textId="77777777" w:rsidTr="009B4FA6">
        <w:trPr>
          <w:jc w:val="center"/>
        </w:trPr>
        <w:tc>
          <w:tcPr>
            <w:tcW w:w="1728" w:type="dxa"/>
          </w:tcPr>
          <w:p w14:paraId="2A2A4C1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9</w:t>
            </w:r>
          </w:p>
        </w:tc>
        <w:tc>
          <w:tcPr>
            <w:tcW w:w="1728" w:type="dxa"/>
          </w:tcPr>
          <w:p w14:paraId="33B6293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IM(390)</w:t>
            </w:r>
          </w:p>
        </w:tc>
        <w:tc>
          <w:tcPr>
            <w:tcW w:w="1728" w:type="dxa"/>
          </w:tcPr>
          <w:p w14:paraId="6E58A79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EECC104" wp14:editId="7BB56637">
                  <wp:extent cx="1400000" cy="1400000"/>
                  <wp:effectExtent l="0" t="0" r="0" b="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90.png"/>
                          <pic:cNvPicPr/>
                        </pic:nvPicPr>
                        <pic:blipFill>
                          <a:blip r:embed="rId74"/>
                          <a:stretch>
                            <a:fillRect/>
                          </a:stretch>
                        </pic:blipFill>
                        <pic:spPr>
                          <a:xfrm>
                            <a:off x="0" y="0"/>
                            <a:ext cx="1400000" cy="1400000"/>
                          </a:xfrm>
                          <a:prstGeom prst="rect">
                            <a:avLst/>
                          </a:prstGeom>
                        </pic:spPr>
                      </pic:pic>
                    </a:graphicData>
                  </a:graphic>
                </wp:inline>
              </w:drawing>
            </w:r>
          </w:p>
        </w:tc>
        <w:tc>
          <w:tcPr>
            <w:tcW w:w="1728" w:type="dxa"/>
          </w:tcPr>
          <w:p w14:paraId="5A21CF3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IM(414)</w:t>
            </w:r>
          </w:p>
        </w:tc>
        <w:tc>
          <w:tcPr>
            <w:tcW w:w="1728" w:type="dxa"/>
          </w:tcPr>
          <w:p w14:paraId="5E17C4A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91F5788" wp14:editId="426DF544">
                  <wp:extent cx="1400000" cy="1400000"/>
                  <wp:effectExtent l="0" t="0" r="0"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14.png"/>
                          <pic:cNvPicPr/>
                        </pic:nvPicPr>
                        <pic:blipFill>
                          <a:blip r:embed="rId92"/>
                          <a:stretch>
                            <a:fillRect/>
                          </a:stretch>
                        </pic:blipFill>
                        <pic:spPr>
                          <a:xfrm>
                            <a:off x="0" y="0"/>
                            <a:ext cx="1400000" cy="1400000"/>
                          </a:xfrm>
                          <a:prstGeom prst="rect">
                            <a:avLst/>
                          </a:prstGeom>
                        </pic:spPr>
                      </pic:pic>
                    </a:graphicData>
                  </a:graphic>
                </wp:inline>
              </w:drawing>
            </w:r>
          </w:p>
        </w:tc>
      </w:tr>
      <w:tr w:rsidR="0080618B" w:rsidRPr="00CB52C3" w14:paraId="0E80739A" w14:textId="77777777" w:rsidTr="009B4FA6">
        <w:trPr>
          <w:jc w:val="center"/>
        </w:trPr>
        <w:tc>
          <w:tcPr>
            <w:tcW w:w="1728" w:type="dxa"/>
          </w:tcPr>
          <w:p w14:paraId="4045E7F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10</w:t>
            </w:r>
          </w:p>
        </w:tc>
        <w:tc>
          <w:tcPr>
            <w:tcW w:w="1728" w:type="dxa"/>
          </w:tcPr>
          <w:p w14:paraId="54E12B6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IM(430)</w:t>
            </w:r>
          </w:p>
        </w:tc>
        <w:tc>
          <w:tcPr>
            <w:tcW w:w="1728" w:type="dxa"/>
          </w:tcPr>
          <w:p w14:paraId="5D4AD02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F670B19" wp14:editId="7F2165F1">
                  <wp:extent cx="1400000" cy="1400000"/>
                  <wp:effectExtent l="0" t="0" r="0"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0.png"/>
                          <pic:cNvPicPr/>
                        </pic:nvPicPr>
                        <pic:blipFill>
                          <a:blip r:embed="rId79"/>
                          <a:stretch>
                            <a:fillRect/>
                          </a:stretch>
                        </pic:blipFill>
                        <pic:spPr>
                          <a:xfrm>
                            <a:off x="0" y="0"/>
                            <a:ext cx="1400000" cy="1400000"/>
                          </a:xfrm>
                          <a:prstGeom prst="rect">
                            <a:avLst/>
                          </a:prstGeom>
                        </pic:spPr>
                      </pic:pic>
                    </a:graphicData>
                  </a:graphic>
                </wp:inline>
              </w:drawing>
            </w:r>
          </w:p>
        </w:tc>
        <w:tc>
          <w:tcPr>
            <w:tcW w:w="1728" w:type="dxa"/>
          </w:tcPr>
          <w:p w14:paraId="1A1F674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IM(436)</w:t>
            </w:r>
          </w:p>
        </w:tc>
        <w:tc>
          <w:tcPr>
            <w:tcW w:w="1728" w:type="dxa"/>
          </w:tcPr>
          <w:p w14:paraId="41CA71E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F50C0AB" wp14:editId="17FC2C2D">
                  <wp:extent cx="1400000" cy="1400000"/>
                  <wp:effectExtent l="0" t="0" r="0"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6.png"/>
                          <pic:cNvPicPr/>
                        </pic:nvPicPr>
                        <pic:blipFill>
                          <a:blip r:embed="rId93"/>
                          <a:stretch>
                            <a:fillRect/>
                          </a:stretch>
                        </pic:blipFill>
                        <pic:spPr>
                          <a:xfrm>
                            <a:off x="0" y="0"/>
                            <a:ext cx="1400000" cy="1400000"/>
                          </a:xfrm>
                          <a:prstGeom prst="rect">
                            <a:avLst/>
                          </a:prstGeom>
                        </pic:spPr>
                      </pic:pic>
                    </a:graphicData>
                  </a:graphic>
                </wp:inline>
              </w:drawing>
            </w:r>
          </w:p>
        </w:tc>
      </w:tr>
      <w:tr w:rsidR="0080618B" w:rsidRPr="00CB52C3" w14:paraId="7977BBD1" w14:textId="77777777" w:rsidTr="009B4FA6">
        <w:trPr>
          <w:jc w:val="center"/>
        </w:trPr>
        <w:tc>
          <w:tcPr>
            <w:tcW w:w="1728" w:type="dxa"/>
          </w:tcPr>
          <w:p w14:paraId="70DF95C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11</w:t>
            </w:r>
          </w:p>
        </w:tc>
        <w:tc>
          <w:tcPr>
            <w:tcW w:w="1728" w:type="dxa"/>
          </w:tcPr>
          <w:p w14:paraId="4C814A3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IM(446)</w:t>
            </w:r>
          </w:p>
        </w:tc>
        <w:tc>
          <w:tcPr>
            <w:tcW w:w="1728" w:type="dxa"/>
          </w:tcPr>
          <w:p w14:paraId="1709A4F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0377BD6" wp14:editId="2B969124">
                  <wp:extent cx="1400000" cy="1400000"/>
                  <wp:effectExtent l="0" t="0" r="0"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46.png"/>
                          <pic:cNvPicPr/>
                        </pic:nvPicPr>
                        <pic:blipFill>
                          <a:blip r:embed="rId81"/>
                          <a:stretch>
                            <a:fillRect/>
                          </a:stretch>
                        </pic:blipFill>
                        <pic:spPr>
                          <a:xfrm>
                            <a:off x="0" y="0"/>
                            <a:ext cx="1400000" cy="1400000"/>
                          </a:xfrm>
                          <a:prstGeom prst="rect">
                            <a:avLst/>
                          </a:prstGeom>
                        </pic:spPr>
                      </pic:pic>
                    </a:graphicData>
                  </a:graphic>
                </wp:inline>
              </w:drawing>
            </w:r>
          </w:p>
        </w:tc>
        <w:tc>
          <w:tcPr>
            <w:tcW w:w="1728" w:type="dxa"/>
          </w:tcPr>
          <w:p w14:paraId="680A179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IM(446)</w:t>
            </w:r>
          </w:p>
        </w:tc>
        <w:tc>
          <w:tcPr>
            <w:tcW w:w="1728" w:type="dxa"/>
          </w:tcPr>
          <w:p w14:paraId="66377B0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A4AE818" wp14:editId="36B6CEA4">
                  <wp:extent cx="1400000" cy="1400000"/>
                  <wp:effectExtent l="0" t="0" r="0"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46.png"/>
                          <pic:cNvPicPr/>
                        </pic:nvPicPr>
                        <pic:blipFill>
                          <a:blip r:embed="rId81"/>
                          <a:stretch>
                            <a:fillRect/>
                          </a:stretch>
                        </pic:blipFill>
                        <pic:spPr>
                          <a:xfrm>
                            <a:off x="0" y="0"/>
                            <a:ext cx="1400000" cy="1400000"/>
                          </a:xfrm>
                          <a:prstGeom prst="rect">
                            <a:avLst/>
                          </a:prstGeom>
                        </pic:spPr>
                      </pic:pic>
                    </a:graphicData>
                  </a:graphic>
                </wp:inline>
              </w:drawing>
            </w:r>
          </w:p>
        </w:tc>
      </w:tr>
      <w:tr w:rsidR="0080618B" w:rsidRPr="00CB52C3" w14:paraId="791B2E6E" w14:textId="77777777" w:rsidTr="009B4FA6">
        <w:trPr>
          <w:jc w:val="center"/>
        </w:trPr>
        <w:tc>
          <w:tcPr>
            <w:tcW w:w="1728" w:type="dxa"/>
          </w:tcPr>
          <w:p w14:paraId="016D3FE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12</w:t>
            </w:r>
          </w:p>
        </w:tc>
        <w:tc>
          <w:tcPr>
            <w:tcW w:w="1728" w:type="dxa"/>
          </w:tcPr>
          <w:p w14:paraId="573A62C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IM(455)</w:t>
            </w:r>
          </w:p>
        </w:tc>
        <w:tc>
          <w:tcPr>
            <w:tcW w:w="1728" w:type="dxa"/>
          </w:tcPr>
          <w:p w14:paraId="75ED4E6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E222EF7" wp14:editId="207074DA">
                  <wp:extent cx="1400000" cy="1400000"/>
                  <wp:effectExtent l="0" t="0" r="0"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55.png"/>
                          <pic:cNvPicPr/>
                        </pic:nvPicPr>
                        <pic:blipFill>
                          <a:blip r:embed="rId94"/>
                          <a:stretch>
                            <a:fillRect/>
                          </a:stretch>
                        </pic:blipFill>
                        <pic:spPr>
                          <a:xfrm>
                            <a:off x="0" y="0"/>
                            <a:ext cx="1400000" cy="1400000"/>
                          </a:xfrm>
                          <a:prstGeom prst="rect">
                            <a:avLst/>
                          </a:prstGeom>
                        </pic:spPr>
                      </pic:pic>
                    </a:graphicData>
                  </a:graphic>
                </wp:inline>
              </w:drawing>
            </w:r>
          </w:p>
        </w:tc>
        <w:tc>
          <w:tcPr>
            <w:tcW w:w="1728" w:type="dxa"/>
          </w:tcPr>
          <w:p w14:paraId="2BE5BB5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IM(455)</w:t>
            </w:r>
          </w:p>
        </w:tc>
        <w:tc>
          <w:tcPr>
            <w:tcW w:w="1728" w:type="dxa"/>
          </w:tcPr>
          <w:p w14:paraId="2751684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53F8EBD" wp14:editId="42539D56">
                  <wp:extent cx="1400000" cy="1400000"/>
                  <wp:effectExtent l="0" t="0" r="0"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55.png"/>
                          <pic:cNvPicPr/>
                        </pic:nvPicPr>
                        <pic:blipFill>
                          <a:blip r:embed="rId94"/>
                          <a:stretch>
                            <a:fillRect/>
                          </a:stretch>
                        </pic:blipFill>
                        <pic:spPr>
                          <a:xfrm>
                            <a:off x="0" y="0"/>
                            <a:ext cx="1400000" cy="1400000"/>
                          </a:xfrm>
                          <a:prstGeom prst="rect">
                            <a:avLst/>
                          </a:prstGeom>
                        </pic:spPr>
                      </pic:pic>
                    </a:graphicData>
                  </a:graphic>
                </wp:inline>
              </w:drawing>
            </w:r>
          </w:p>
        </w:tc>
      </w:tr>
    </w:tbl>
    <w:p w14:paraId="22D137B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4F52FD6F" w14:textId="167A874F" w:rsidR="0080618B" w:rsidRPr="00CB52C3" w:rsidRDefault="0080618B"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2</w:t>
      </w:r>
      <w:r w:rsidR="005272C5">
        <w:rPr>
          <w:rFonts w:ascii="Times New Roman" w:hAnsi="Times New Roman"/>
          <w:b/>
          <w:sz w:val="24"/>
          <w:szCs w:val="24"/>
        </w:rPr>
        <w:t>6</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12-propylene glycol at pH=7 and U=-0.5 V vs. </w:t>
      </w:r>
      <w:r w:rsidR="005272C5">
        <w:rPr>
          <w:rFonts w:ascii="Times New Roman" w:hAnsi="Times New Roman"/>
          <w:sz w:val="24"/>
          <w:szCs w:val="24"/>
        </w:rPr>
        <w:t>S</w:t>
      </w:r>
      <w:r w:rsidRPr="00CB52C3">
        <w:rPr>
          <w:rFonts w:ascii="Times New Roman" w:hAnsi="Times New Roman"/>
          <w:sz w:val="24"/>
          <w:szCs w:val="24"/>
        </w:rPr>
        <w:t>HE on Cu(100).</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278"/>
        <w:gridCol w:w="1449"/>
        <w:gridCol w:w="2420"/>
        <w:gridCol w:w="1449"/>
        <w:gridCol w:w="2420"/>
      </w:tblGrid>
      <w:tr w:rsidR="0080618B" w:rsidRPr="00CB52C3" w14:paraId="709A6C55" w14:textId="77777777" w:rsidTr="009B4FA6">
        <w:trPr>
          <w:jc w:val="center"/>
        </w:trPr>
        <w:tc>
          <w:tcPr>
            <w:tcW w:w="1728" w:type="dxa"/>
          </w:tcPr>
          <w:p w14:paraId="3DD16DA1" w14:textId="77777777" w:rsidR="0080618B" w:rsidRPr="00CB52C3" w:rsidRDefault="0080618B" w:rsidP="00431F65">
            <w:pPr>
              <w:spacing w:line="480" w:lineRule="auto"/>
              <w:rPr>
                <w:rFonts w:ascii="Times New Roman" w:hAnsi="Times New Roman"/>
                <w:sz w:val="24"/>
                <w:szCs w:val="24"/>
              </w:rPr>
            </w:pPr>
          </w:p>
        </w:tc>
        <w:tc>
          <w:tcPr>
            <w:tcW w:w="3456" w:type="dxa"/>
            <w:gridSpan w:val="2"/>
          </w:tcPr>
          <w:p w14:paraId="26679F5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7057BA7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80618B" w:rsidRPr="00CB52C3" w14:paraId="6A145675" w14:textId="77777777" w:rsidTr="009B4FA6">
        <w:trPr>
          <w:jc w:val="center"/>
        </w:trPr>
        <w:tc>
          <w:tcPr>
            <w:tcW w:w="1728" w:type="dxa"/>
          </w:tcPr>
          <w:p w14:paraId="6F3ADCC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4033DD4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20BC24A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6CD65E2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76E5D47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80618B" w:rsidRPr="00CB52C3" w14:paraId="302E12E5" w14:textId="77777777" w:rsidTr="009B4FA6">
        <w:trPr>
          <w:jc w:val="center"/>
        </w:trPr>
        <w:tc>
          <w:tcPr>
            <w:tcW w:w="1728" w:type="dxa"/>
          </w:tcPr>
          <w:p w14:paraId="2945AB2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70C30F0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0623FA3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CC7BA52" wp14:editId="3543999B">
                  <wp:extent cx="1400000" cy="1400000"/>
                  <wp:effectExtent l="0" t="0" r="0"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c>
          <w:tcPr>
            <w:tcW w:w="1728" w:type="dxa"/>
          </w:tcPr>
          <w:p w14:paraId="2D433A9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072BA38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D68A386" wp14:editId="3256522D">
                  <wp:extent cx="1400000" cy="1400000"/>
                  <wp:effectExtent l="0" t="0" r="0"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r>
      <w:tr w:rsidR="0080618B" w:rsidRPr="00CB52C3" w14:paraId="2CE6FBC2" w14:textId="77777777" w:rsidTr="009B4FA6">
        <w:trPr>
          <w:jc w:val="center"/>
        </w:trPr>
        <w:tc>
          <w:tcPr>
            <w:tcW w:w="1728" w:type="dxa"/>
          </w:tcPr>
          <w:p w14:paraId="7297974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3C9398E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055E61A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49B63FC" wp14:editId="48579A01">
                  <wp:extent cx="1400000" cy="1400000"/>
                  <wp:effectExtent l="0" t="0" r="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c>
          <w:tcPr>
            <w:tcW w:w="1728" w:type="dxa"/>
          </w:tcPr>
          <w:p w14:paraId="10D4842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43DDBEA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3BC01EF" wp14:editId="3EA32B68">
                  <wp:extent cx="1400000" cy="1400000"/>
                  <wp:effectExtent l="0" t="0" r="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r>
      <w:tr w:rsidR="0080618B" w:rsidRPr="00CB52C3" w14:paraId="06588708" w14:textId="77777777" w:rsidTr="009B4FA6">
        <w:trPr>
          <w:jc w:val="center"/>
        </w:trPr>
        <w:tc>
          <w:tcPr>
            <w:tcW w:w="1728" w:type="dxa"/>
          </w:tcPr>
          <w:p w14:paraId="3455101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3E56977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1AFEC0E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4C4F8BF" wp14:editId="63876132">
                  <wp:extent cx="1400000" cy="1400000"/>
                  <wp:effectExtent l="0" t="0" r="0"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c>
          <w:tcPr>
            <w:tcW w:w="1728" w:type="dxa"/>
          </w:tcPr>
          <w:p w14:paraId="3A3A0DC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602F017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BA8A2A3" wp14:editId="6F74417F">
                  <wp:extent cx="1400000" cy="1400000"/>
                  <wp:effectExtent l="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r>
      <w:tr w:rsidR="0080618B" w:rsidRPr="00CB52C3" w14:paraId="6998938A" w14:textId="77777777" w:rsidTr="009B4FA6">
        <w:trPr>
          <w:jc w:val="center"/>
        </w:trPr>
        <w:tc>
          <w:tcPr>
            <w:tcW w:w="1728" w:type="dxa"/>
          </w:tcPr>
          <w:p w14:paraId="0D40EBF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0EAA179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IM(155)</w:t>
            </w:r>
          </w:p>
        </w:tc>
        <w:tc>
          <w:tcPr>
            <w:tcW w:w="1728" w:type="dxa"/>
          </w:tcPr>
          <w:p w14:paraId="2E57A4B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A018FC2" wp14:editId="08F4F19A">
                  <wp:extent cx="1400000" cy="1400000"/>
                  <wp:effectExtent l="0" t="0" r="0"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5.png"/>
                          <pic:cNvPicPr/>
                        </pic:nvPicPr>
                        <pic:blipFill>
                          <a:blip r:embed="rId68"/>
                          <a:stretch>
                            <a:fillRect/>
                          </a:stretch>
                        </pic:blipFill>
                        <pic:spPr>
                          <a:xfrm>
                            <a:off x="0" y="0"/>
                            <a:ext cx="1400000" cy="1400000"/>
                          </a:xfrm>
                          <a:prstGeom prst="rect">
                            <a:avLst/>
                          </a:prstGeom>
                        </pic:spPr>
                      </pic:pic>
                    </a:graphicData>
                  </a:graphic>
                </wp:inline>
              </w:drawing>
            </w:r>
          </w:p>
        </w:tc>
        <w:tc>
          <w:tcPr>
            <w:tcW w:w="1728" w:type="dxa"/>
          </w:tcPr>
          <w:p w14:paraId="7355F3E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IM(125)</w:t>
            </w:r>
          </w:p>
        </w:tc>
        <w:tc>
          <w:tcPr>
            <w:tcW w:w="1728" w:type="dxa"/>
          </w:tcPr>
          <w:p w14:paraId="437B3B2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7E5588B" wp14:editId="74829DCA">
                  <wp:extent cx="1400000" cy="1400000"/>
                  <wp:effectExtent l="0" t="0" r="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25.png"/>
                          <pic:cNvPicPr/>
                        </pic:nvPicPr>
                        <pic:blipFill>
                          <a:blip r:embed="rId95"/>
                          <a:stretch>
                            <a:fillRect/>
                          </a:stretch>
                        </pic:blipFill>
                        <pic:spPr>
                          <a:xfrm>
                            <a:off x="0" y="0"/>
                            <a:ext cx="1400000" cy="1400000"/>
                          </a:xfrm>
                          <a:prstGeom prst="rect">
                            <a:avLst/>
                          </a:prstGeom>
                        </pic:spPr>
                      </pic:pic>
                    </a:graphicData>
                  </a:graphic>
                </wp:inline>
              </w:drawing>
            </w:r>
          </w:p>
        </w:tc>
      </w:tr>
      <w:tr w:rsidR="0080618B" w:rsidRPr="00CB52C3" w14:paraId="6B99D4D4" w14:textId="77777777" w:rsidTr="009B4FA6">
        <w:trPr>
          <w:jc w:val="center"/>
        </w:trPr>
        <w:tc>
          <w:tcPr>
            <w:tcW w:w="1728" w:type="dxa"/>
          </w:tcPr>
          <w:p w14:paraId="1D610F9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2F9EFFE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IM(206)</w:t>
            </w:r>
          </w:p>
        </w:tc>
        <w:tc>
          <w:tcPr>
            <w:tcW w:w="1728" w:type="dxa"/>
          </w:tcPr>
          <w:p w14:paraId="01CAF1D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1EC51A8" wp14:editId="72057CDC">
                  <wp:extent cx="1400000" cy="1400000"/>
                  <wp:effectExtent l="0" t="0" r="0"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6.png"/>
                          <pic:cNvPicPr/>
                        </pic:nvPicPr>
                        <pic:blipFill>
                          <a:blip r:embed="rId69"/>
                          <a:stretch>
                            <a:fillRect/>
                          </a:stretch>
                        </pic:blipFill>
                        <pic:spPr>
                          <a:xfrm>
                            <a:off x="0" y="0"/>
                            <a:ext cx="1400000" cy="1400000"/>
                          </a:xfrm>
                          <a:prstGeom prst="rect">
                            <a:avLst/>
                          </a:prstGeom>
                        </pic:spPr>
                      </pic:pic>
                    </a:graphicData>
                  </a:graphic>
                </wp:inline>
              </w:drawing>
            </w:r>
          </w:p>
        </w:tc>
        <w:tc>
          <w:tcPr>
            <w:tcW w:w="1728" w:type="dxa"/>
          </w:tcPr>
          <w:p w14:paraId="61ABB6A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IM(172)</w:t>
            </w:r>
          </w:p>
        </w:tc>
        <w:tc>
          <w:tcPr>
            <w:tcW w:w="1728" w:type="dxa"/>
          </w:tcPr>
          <w:p w14:paraId="138B8C8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793F42A" wp14:editId="620ACCFE">
                  <wp:extent cx="1400000" cy="1400000"/>
                  <wp:effectExtent l="0" t="0" r="0"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72.png"/>
                          <pic:cNvPicPr/>
                        </pic:nvPicPr>
                        <pic:blipFill>
                          <a:blip r:embed="rId96"/>
                          <a:stretch>
                            <a:fillRect/>
                          </a:stretch>
                        </pic:blipFill>
                        <pic:spPr>
                          <a:xfrm>
                            <a:off x="0" y="0"/>
                            <a:ext cx="1400000" cy="1400000"/>
                          </a:xfrm>
                          <a:prstGeom prst="rect">
                            <a:avLst/>
                          </a:prstGeom>
                        </pic:spPr>
                      </pic:pic>
                    </a:graphicData>
                  </a:graphic>
                </wp:inline>
              </w:drawing>
            </w:r>
          </w:p>
        </w:tc>
      </w:tr>
      <w:tr w:rsidR="0080618B" w:rsidRPr="00CB52C3" w14:paraId="2D6D7C24" w14:textId="77777777" w:rsidTr="009B4FA6">
        <w:trPr>
          <w:jc w:val="center"/>
        </w:trPr>
        <w:tc>
          <w:tcPr>
            <w:tcW w:w="1728" w:type="dxa"/>
          </w:tcPr>
          <w:p w14:paraId="0786AA0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543670E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IM(252)</w:t>
            </w:r>
          </w:p>
        </w:tc>
        <w:tc>
          <w:tcPr>
            <w:tcW w:w="1728" w:type="dxa"/>
          </w:tcPr>
          <w:p w14:paraId="4795AF3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3670F07" wp14:editId="33B868D1">
                  <wp:extent cx="1400000" cy="1400000"/>
                  <wp:effectExtent l="0" t="0" r="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2.png"/>
                          <pic:cNvPicPr/>
                        </pic:nvPicPr>
                        <pic:blipFill>
                          <a:blip r:embed="rId70"/>
                          <a:stretch>
                            <a:fillRect/>
                          </a:stretch>
                        </pic:blipFill>
                        <pic:spPr>
                          <a:xfrm>
                            <a:off x="0" y="0"/>
                            <a:ext cx="1400000" cy="1400000"/>
                          </a:xfrm>
                          <a:prstGeom prst="rect">
                            <a:avLst/>
                          </a:prstGeom>
                        </pic:spPr>
                      </pic:pic>
                    </a:graphicData>
                  </a:graphic>
                </wp:inline>
              </w:drawing>
            </w:r>
          </w:p>
        </w:tc>
        <w:tc>
          <w:tcPr>
            <w:tcW w:w="1728" w:type="dxa"/>
          </w:tcPr>
          <w:p w14:paraId="546EFF3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IM(229)</w:t>
            </w:r>
          </w:p>
        </w:tc>
        <w:tc>
          <w:tcPr>
            <w:tcW w:w="1728" w:type="dxa"/>
          </w:tcPr>
          <w:p w14:paraId="4142741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499FBA2" wp14:editId="62574A4B">
                  <wp:extent cx="1400000" cy="1400000"/>
                  <wp:effectExtent l="0" t="0" r="0"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29.png"/>
                          <pic:cNvPicPr/>
                        </pic:nvPicPr>
                        <pic:blipFill>
                          <a:blip r:embed="rId97"/>
                          <a:stretch>
                            <a:fillRect/>
                          </a:stretch>
                        </pic:blipFill>
                        <pic:spPr>
                          <a:xfrm>
                            <a:off x="0" y="0"/>
                            <a:ext cx="1400000" cy="1400000"/>
                          </a:xfrm>
                          <a:prstGeom prst="rect">
                            <a:avLst/>
                          </a:prstGeom>
                        </pic:spPr>
                      </pic:pic>
                    </a:graphicData>
                  </a:graphic>
                </wp:inline>
              </w:drawing>
            </w:r>
          </w:p>
        </w:tc>
      </w:tr>
      <w:tr w:rsidR="0080618B" w:rsidRPr="00CB52C3" w14:paraId="2268C578" w14:textId="77777777" w:rsidTr="009B4FA6">
        <w:trPr>
          <w:jc w:val="center"/>
        </w:trPr>
        <w:tc>
          <w:tcPr>
            <w:tcW w:w="1728" w:type="dxa"/>
          </w:tcPr>
          <w:p w14:paraId="5C40315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25B2B72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IM(306)</w:t>
            </w:r>
          </w:p>
        </w:tc>
        <w:tc>
          <w:tcPr>
            <w:tcW w:w="1728" w:type="dxa"/>
          </w:tcPr>
          <w:p w14:paraId="5428D1A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9CA1449" wp14:editId="687903B7">
                  <wp:extent cx="1400000" cy="1400000"/>
                  <wp:effectExtent l="0" t="0" r="0"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06.png"/>
                          <pic:cNvPicPr/>
                        </pic:nvPicPr>
                        <pic:blipFill>
                          <a:blip r:embed="rId98"/>
                          <a:stretch>
                            <a:fillRect/>
                          </a:stretch>
                        </pic:blipFill>
                        <pic:spPr>
                          <a:xfrm>
                            <a:off x="0" y="0"/>
                            <a:ext cx="1400000" cy="1400000"/>
                          </a:xfrm>
                          <a:prstGeom prst="rect">
                            <a:avLst/>
                          </a:prstGeom>
                        </pic:spPr>
                      </pic:pic>
                    </a:graphicData>
                  </a:graphic>
                </wp:inline>
              </w:drawing>
            </w:r>
          </w:p>
        </w:tc>
        <w:tc>
          <w:tcPr>
            <w:tcW w:w="1728" w:type="dxa"/>
          </w:tcPr>
          <w:p w14:paraId="3D00750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IM(298)</w:t>
            </w:r>
          </w:p>
        </w:tc>
        <w:tc>
          <w:tcPr>
            <w:tcW w:w="1728" w:type="dxa"/>
          </w:tcPr>
          <w:p w14:paraId="559724B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5908376" wp14:editId="141002A3">
                  <wp:extent cx="1400000" cy="1400000"/>
                  <wp:effectExtent l="0" t="0" r="0" b="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98.png"/>
                          <pic:cNvPicPr/>
                        </pic:nvPicPr>
                        <pic:blipFill>
                          <a:blip r:embed="rId99"/>
                          <a:stretch>
                            <a:fillRect/>
                          </a:stretch>
                        </pic:blipFill>
                        <pic:spPr>
                          <a:xfrm>
                            <a:off x="0" y="0"/>
                            <a:ext cx="1400000" cy="1400000"/>
                          </a:xfrm>
                          <a:prstGeom prst="rect">
                            <a:avLst/>
                          </a:prstGeom>
                        </pic:spPr>
                      </pic:pic>
                    </a:graphicData>
                  </a:graphic>
                </wp:inline>
              </w:drawing>
            </w:r>
          </w:p>
        </w:tc>
      </w:tr>
      <w:tr w:rsidR="0080618B" w:rsidRPr="00CB52C3" w14:paraId="1BE9D721" w14:textId="77777777" w:rsidTr="009B4FA6">
        <w:trPr>
          <w:jc w:val="center"/>
        </w:trPr>
        <w:tc>
          <w:tcPr>
            <w:tcW w:w="1728" w:type="dxa"/>
          </w:tcPr>
          <w:p w14:paraId="286C548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5EF380E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IM(373)</w:t>
            </w:r>
          </w:p>
        </w:tc>
        <w:tc>
          <w:tcPr>
            <w:tcW w:w="1728" w:type="dxa"/>
          </w:tcPr>
          <w:p w14:paraId="3EA5112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541E69B" wp14:editId="0C38956A">
                  <wp:extent cx="1400000" cy="1400000"/>
                  <wp:effectExtent l="0" t="0" r="0"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73.png"/>
                          <pic:cNvPicPr/>
                        </pic:nvPicPr>
                        <pic:blipFill>
                          <a:blip r:embed="rId100"/>
                          <a:stretch>
                            <a:fillRect/>
                          </a:stretch>
                        </pic:blipFill>
                        <pic:spPr>
                          <a:xfrm>
                            <a:off x="0" y="0"/>
                            <a:ext cx="1400000" cy="1400000"/>
                          </a:xfrm>
                          <a:prstGeom prst="rect">
                            <a:avLst/>
                          </a:prstGeom>
                        </pic:spPr>
                      </pic:pic>
                    </a:graphicData>
                  </a:graphic>
                </wp:inline>
              </w:drawing>
            </w:r>
          </w:p>
        </w:tc>
        <w:tc>
          <w:tcPr>
            <w:tcW w:w="1728" w:type="dxa"/>
          </w:tcPr>
          <w:p w14:paraId="5D90134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IM(363)</w:t>
            </w:r>
          </w:p>
        </w:tc>
        <w:tc>
          <w:tcPr>
            <w:tcW w:w="1728" w:type="dxa"/>
          </w:tcPr>
          <w:p w14:paraId="7B41872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1C8B376" wp14:editId="3B99994C">
                  <wp:extent cx="1400000" cy="1400000"/>
                  <wp:effectExtent l="0" t="0" r="0"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63.png"/>
                          <pic:cNvPicPr/>
                        </pic:nvPicPr>
                        <pic:blipFill>
                          <a:blip r:embed="rId101"/>
                          <a:stretch>
                            <a:fillRect/>
                          </a:stretch>
                        </pic:blipFill>
                        <pic:spPr>
                          <a:xfrm>
                            <a:off x="0" y="0"/>
                            <a:ext cx="1400000" cy="1400000"/>
                          </a:xfrm>
                          <a:prstGeom prst="rect">
                            <a:avLst/>
                          </a:prstGeom>
                        </pic:spPr>
                      </pic:pic>
                    </a:graphicData>
                  </a:graphic>
                </wp:inline>
              </w:drawing>
            </w:r>
          </w:p>
        </w:tc>
      </w:tr>
      <w:tr w:rsidR="0080618B" w:rsidRPr="00CB52C3" w14:paraId="2BAB26E1" w14:textId="77777777" w:rsidTr="009B4FA6">
        <w:trPr>
          <w:jc w:val="center"/>
        </w:trPr>
        <w:tc>
          <w:tcPr>
            <w:tcW w:w="1728" w:type="dxa"/>
          </w:tcPr>
          <w:p w14:paraId="74EED43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9</w:t>
            </w:r>
          </w:p>
        </w:tc>
        <w:tc>
          <w:tcPr>
            <w:tcW w:w="1728" w:type="dxa"/>
          </w:tcPr>
          <w:p w14:paraId="095144C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IM(411)</w:t>
            </w:r>
          </w:p>
        </w:tc>
        <w:tc>
          <w:tcPr>
            <w:tcW w:w="1728" w:type="dxa"/>
          </w:tcPr>
          <w:p w14:paraId="0DC7B89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E9AD3F3" wp14:editId="64C1D4DC">
                  <wp:extent cx="1400000" cy="1400000"/>
                  <wp:effectExtent l="0" t="0" r="0" b="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11.png"/>
                          <pic:cNvPicPr/>
                        </pic:nvPicPr>
                        <pic:blipFill>
                          <a:blip r:embed="rId102"/>
                          <a:stretch>
                            <a:fillRect/>
                          </a:stretch>
                        </pic:blipFill>
                        <pic:spPr>
                          <a:xfrm>
                            <a:off x="0" y="0"/>
                            <a:ext cx="1400000" cy="1400000"/>
                          </a:xfrm>
                          <a:prstGeom prst="rect">
                            <a:avLst/>
                          </a:prstGeom>
                        </pic:spPr>
                      </pic:pic>
                    </a:graphicData>
                  </a:graphic>
                </wp:inline>
              </w:drawing>
            </w:r>
          </w:p>
        </w:tc>
        <w:tc>
          <w:tcPr>
            <w:tcW w:w="1728" w:type="dxa"/>
          </w:tcPr>
          <w:p w14:paraId="42016B3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IM(408)</w:t>
            </w:r>
          </w:p>
        </w:tc>
        <w:tc>
          <w:tcPr>
            <w:tcW w:w="1728" w:type="dxa"/>
          </w:tcPr>
          <w:p w14:paraId="4B7A3E0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B0FF5FA" wp14:editId="2E5C73E7">
                  <wp:extent cx="1400000" cy="1400000"/>
                  <wp:effectExtent l="0" t="0" r="0" b="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08.png"/>
                          <pic:cNvPicPr/>
                        </pic:nvPicPr>
                        <pic:blipFill>
                          <a:blip r:embed="rId103"/>
                          <a:stretch>
                            <a:fillRect/>
                          </a:stretch>
                        </pic:blipFill>
                        <pic:spPr>
                          <a:xfrm>
                            <a:off x="0" y="0"/>
                            <a:ext cx="1400000" cy="1400000"/>
                          </a:xfrm>
                          <a:prstGeom prst="rect">
                            <a:avLst/>
                          </a:prstGeom>
                        </pic:spPr>
                      </pic:pic>
                    </a:graphicData>
                  </a:graphic>
                </wp:inline>
              </w:drawing>
            </w:r>
          </w:p>
        </w:tc>
      </w:tr>
      <w:tr w:rsidR="0080618B" w:rsidRPr="00CB52C3" w14:paraId="7B317E42" w14:textId="77777777" w:rsidTr="009B4FA6">
        <w:trPr>
          <w:jc w:val="center"/>
        </w:trPr>
        <w:tc>
          <w:tcPr>
            <w:tcW w:w="1728" w:type="dxa"/>
          </w:tcPr>
          <w:p w14:paraId="5FFF5B6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10</w:t>
            </w:r>
          </w:p>
        </w:tc>
        <w:tc>
          <w:tcPr>
            <w:tcW w:w="1728" w:type="dxa"/>
          </w:tcPr>
          <w:p w14:paraId="626189A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IM(436)</w:t>
            </w:r>
          </w:p>
        </w:tc>
        <w:tc>
          <w:tcPr>
            <w:tcW w:w="1728" w:type="dxa"/>
          </w:tcPr>
          <w:p w14:paraId="52EBB23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BD736F7" wp14:editId="7A647798">
                  <wp:extent cx="1400000" cy="1400000"/>
                  <wp:effectExtent l="0" t="0" r="0" b="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6.png"/>
                          <pic:cNvPicPr/>
                        </pic:nvPicPr>
                        <pic:blipFill>
                          <a:blip r:embed="rId93"/>
                          <a:stretch>
                            <a:fillRect/>
                          </a:stretch>
                        </pic:blipFill>
                        <pic:spPr>
                          <a:xfrm>
                            <a:off x="0" y="0"/>
                            <a:ext cx="1400000" cy="1400000"/>
                          </a:xfrm>
                          <a:prstGeom prst="rect">
                            <a:avLst/>
                          </a:prstGeom>
                        </pic:spPr>
                      </pic:pic>
                    </a:graphicData>
                  </a:graphic>
                </wp:inline>
              </w:drawing>
            </w:r>
          </w:p>
        </w:tc>
        <w:tc>
          <w:tcPr>
            <w:tcW w:w="1728" w:type="dxa"/>
          </w:tcPr>
          <w:p w14:paraId="37202E2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IM(436)</w:t>
            </w:r>
          </w:p>
        </w:tc>
        <w:tc>
          <w:tcPr>
            <w:tcW w:w="1728" w:type="dxa"/>
          </w:tcPr>
          <w:p w14:paraId="6896C5D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B4D0890" wp14:editId="554E7060">
                  <wp:extent cx="1400000" cy="1400000"/>
                  <wp:effectExtent l="0" t="0" r="0" b="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6.png"/>
                          <pic:cNvPicPr/>
                        </pic:nvPicPr>
                        <pic:blipFill>
                          <a:blip r:embed="rId93"/>
                          <a:stretch>
                            <a:fillRect/>
                          </a:stretch>
                        </pic:blipFill>
                        <pic:spPr>
                          <a:xfrm>
                            <a:off x="0" y="0"/>
                            <a:ext cx="1400000" cy="1400000"/>
                          </a:xfrm>
                          <a:prstGeom prst="rect">
                            <a:avLst/>
                          </a:prstGeom>
                        </pic:spPr>
                      </pic:pic>
                    </a:graphicData>
                  </a:graphic>
                </wp:inline>
              </w:drawing>
            </w:r>
          </w:p>
        </w:tc>
      </w:tr>
    </w:tbl>
    <w:p w14:paraId="34C5950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1AF3DCEE" w14:textId="00E64362" w:rsidR="0080618B" w:rsidRPr="00CB52C3" w:rsidRDefault="0080618B"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2</w:t>
      </w:r>
      <w:r w:rsidR="005272C5">
        <w:rPr>
          <w:rFonts w:ascii="Times New Roman" w:hAnsi="Times New Roman"/>
          <w:b/>
          <w:sz w:val="24"/>
          <w:szCs w:val="24"/>
        </w:rPr>
        <w:t>7</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glycerol at pH=7 and U=-0.5 V vs. </w:t>
      </w:r>
      <w:r w:rsidR="005272C5">
        <w:rPr>
          <w:rFonts w:ascii="Times New Roman" w:hAnsi="Times New Roman"/>
          <w:sz w:val="24"/>
          <w:szCs w:val="24"/>
        </w:rPr>
        <w:t>S</w:t>
      </w:r>
      <w:r w:rsidRPr="00CB52C3">
        <w:rPr>
          <w:rFonts w:ascii="Times New Roman" w:hAnsi="Times New Roman"/>
          <w:sz w:val="24"/>
          <w:szCs w:val="24"/>
        </w:rPr>
        <w:t>HE on Cu(100).</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278"/>
        <w:gridCol w:w="1449"/>
        <w:gridCol w:w="2420"/>
        <w:gridCol w:w="1449"/>
        <w:gridCol w:w="2420"/>
      </w:tblGrid>
      <w:tr w:rsidR="0080618B" w:rsidRPr="00CB52C3" w14:paraId="00936D5A" w14:textId="77777777" w:rsidTr="009B4FA6">
        <w:trPr>
          <w:jc w:val="center"/>
        </w:trPr>
        <w:tc>
          <w:tcPr>
            <w:tcW w:w="1728" w:type="dxa"/>
          </w:tcPr>
          <w:p w14:paraId="186F5BB3" w14:textId="77777777" w:rsidR="0080618B" w:rsidRPr="00CB52C3" w:rsidRDefault="0080618B" w:rsidP="00431F65">
            <w:pPr>
              <w:spacing w:line="480" w:lineRule="auto"/>
              <w:rPr>
                <w:rFonts w:ascii="Times New Roman" w:hAnsi="Times New Roman"/>
                <w:sz w:val="24"/>
                <w:szCs w:val="24"/>
              </w:rPr>
            </w:pPr>
          </w:p>
        </w:tc>
        <w:tc>
          <w:tcPr>
            <w:tcW w:w="3456" w:type="dxa"/>
            <w:gridSpan w:val="2"/>
          </w:tcPr>
          <w:p w14:paraId="031D8F3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200BD26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80618B" w:rsidRPr="00CB52C3" w14:paraId="26762DC7" w14:textId="77777777" w:rsidTr="009B4FA6">
        <w:trPr>
          <w:jc w:val="center"/>
        </w:trPr>
        <w:tc>
          <w:tcPr>
            <w:tcW w:w="1728" w:type="dxa"/>
          </w:tcPr>
          <w:p w14:paraId="32D6B51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71EE115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551B2D3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0EA2CF6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16FA96C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80618B" w:rsidRPr="00CB52C3" w14:paraId="725BBD5A" w14:textId="77777777" w:rsidTr="009B4FA6">
        <w:trPr>
          <w:jc w:val="center"/>
        </w:trPr>
        <w:tc>
          <w:tcPr>
            <w:tcW w:w="1728" w:type="dxa"/>
          </w:tcPr>
          <w:p w14:paraId="1EC6DF9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4E7C9BD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1D72735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D39FAA7" wp14:editId="7451A218">
                  <wp:extent cx="1400000" cy="1400000"/>
                  <wp:effectExtent l="0" t="0" r="0"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c>
          <w:tcPr>
            <w:tcW w:w="1728" w:type="dxa"/>
          </w:tcPr>
          <w:p w14:paraId="4ABFEFA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405AB19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AC47338" wp14:editId="5D8518F6">
                  <wp:extent cx="1400000" cy="1400000"/>
                  <wp:effectExtent l="0" t="0" r="0"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r>
      <w:tr w:rsidR="0080618B" w:rsidRPr="00CB52C3" w14:paraId="27577330" w14:textId="77777777" w:rsidTr="009B4FA6">
        <w:trPr>
          <w:jc w:val="center"/>
        </w:trPr>
        <w:tc>
          <w:tcPr>
            <w:tcW w:w="1728" w:type="dxa"/>
          </w:tcPr>
          <w:p w14:paraId="447C1B2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682BACB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6E8DF61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61B8BAE" wp14:editId="79CA64C7">
                  <wp:extent cx="1400000" cy="1400000"/>
                  <wp:effectExtent l="0" t="0" r="0" b="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c>
          <w:tcPr>
            <w:tcW w:w="1728" w:type="dxa"/>
          </w:tcPr>
          <w:p w14:paraId="5726DC1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08D67BC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4892CF0" wp14:editId="7D8DDCC2">
                  <wp:extent cx="1400000" cy="1400000"/>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r>
      <w:tr w:rsidR="0080618B" w:rsidRPr="00CB52C3" w14:paraId="43158026" w14:textId="77777777" w:rsidTr="009B4FA6">
        <w:trPr>
          <w:jc w:val="center"/>
        </w:trPr>
        <w:tc>
          <w:tcPr>
            <w:tcW w:w="1728" w:type="dxa"/>
          </w:tcPr>
          <w:p w14:paraId="60EAAF8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265BFB7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31CB245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65AFC0E" wp14:editId="2B848F69">
                  <wp:extent cx="1400000" cy="1400000"/>
                  <wp:effectExtent l="0" t="0" r="0" b="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c>
          <w:tcPr>
            <w:tcW w:w="1728" w:type="dxa"/>
          </w:tcPr>
          <w:p w14:paraId="593E70E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4B7E307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77E7F52" wp14:editId="6AE72DE6">
                  <wp:extent cx="1400000" cy="1400000"/>
                  <wp:effectExtent l="0" t="0" r="0" b="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r>
      <w:tr w:rsidR="0080618B" w:rsidRPr="00CB52C3" w14:paraId="6FA8A979" w14:textId="77777777" w:rsidTr="009B4FA6">
        <w:trPr>
          <w:jc w:val="center"/>
        </w:trPr>
        <w:tc>
          <w:tcPr>
            <w:tcW w:w="1728" w:type="dxa"/>
          </w:tcPr>
          <w:p w14:paraId="2AE1F98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3A2DE9E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IM(155)</w:t>
            </w:r>
          </w:p>
        </w:tc>
        <w:tc>
          <w:tcPr>
            <w:tcW w:w="1728" w:type="dxa"/>
          </w:tcPr>
          <w:p w14:paraId="0E7368E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1D8CAD6" wp14:editId="34EA5E5E">
                  <wp:extent cx="1400000" cy="1400000"/>
                  <wp:effectExtent l="0" t="0" r="0" b="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5.png"/>
                          <pic:cNvPicPr/>
                        </pic:nvPicPr>
                        <pic:blipFill>
                          <a:blip r:embed="rId68"/>
                          <a:stretch>
                            <a:fillRect/>
                          </a:stretch>
                        </pic:blipFill>
                        <pic:spPr>
                          <a:xfrm>
                            <a:off x="0" y="0"/>
                            <a:ext cx="1400000" cy="1400000"/>
                          </a:xfrm>
                          <a:prstGeom prst="rect">
                            <a:avLst/>
                          </a:prstGeom>
                        </pic:spPr>
                      </pic:pic>
                    </a:graphicData>
                  </a:graphic>
                </wp:inline>
              </w:drawing>
            </w:r>
          </w:p>
        </w:tc>
        <w:tc>
          <w:tcPr>
            <w:tcW w:w="1728" w:type="dxa"/>
          </w:tcPr>
          <w:p w14:paraId="7C8B8CC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IM(155)</w:t>
            </w:r>
          </w:p>
        </w:tc>
        <w:tc>
          <w:tcPr>
            <w:tcW w:w="1728" w:type="dxa"/>
          </w:tcPr>
          <w:p w14:paraId="10A39C1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E3301D6" wp14:editId="25DA1F5F">
                  <wp:extent cx="1400000" cy="1400000"/>
                  <wp:effectExtent l="0" t="0" r="0" b="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5.png"/>
                          <pic:cNvPicPr/>
                        </pic:nvPicPr>
                        <pic:blipFill>
                          <a:blip r:embed="rId68"/>
                          <a:stretch>
                            <a:fillRect/>
                          </a:stretch>
                        </pic:blipFill>
                        <pic:spPr>
                          <a:xfrm>
                            <a:off x="0" y="0"/>
                            <a:ext cx="1400000" cy="1400000"/>
                          </a:xfrm>
                          <a:prstGeom prst="rect">
                            <a:avLst/>
                          </a:prstGeom>
                        </pic:spPr>
                      </pic:pic>
                    </a:graphicData>
                  </a:graphic>
                </wp:inline>
              </w:drawing>
            </w:r>
          </w:p>
        </w:tc>
      </w:tr>
      <w:tr w:rsidR="0080618B" w:rsidRPr="00CB52C3" w14:paraId="60A4D292" w14:textId="77777777" w:rsidTr="009B4FA6">
        <w:trPr>
          <w:jc w:val="center"/>
        </w:trPr>
        <w:tc>
          <w:tcPr>
            <w:tcW w:w="1728" w:type="dxa"/>
          </w:tcPr>
          <w:p w14:paraId="347A75D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5907FF7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IM(206)</w:t>
            </w:r>
          </w:p>
        </w:tc>
        <w:tc>
          <w:tcPr>
            <w:tcW w:w="1728" w:type="dxa"/>
          </w:tcPr>
          <w:p w14:paraId="22DF645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BF254EE" wp14:editId="5AB10AFF">
                  <wp:extent cx="1400000" cy="1400000"/>
                  <wp:effectExtent l="0" t="0" r="0" b="0"/>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6.png"/>
                          <pic:cNvPicPr/>
                        </pic:nvPicPr>
                        <pic:blipFill>
                          <a:blip r:embed="rId69"/>
                          <a:stretch>
                            <a:fillRect/>
                          </a:stretch>
                        </pic:blipFill>
                        <pic:spPr>
                          <a:xfrm>
                            <a:off x="0" y="0"/>
                            <a:ext cx="1400000" cy="1400000"/>
                          </a:xfrm>
                          <a:prstGeom prst="rect">
                            <a:avLst/>
                          </a:prstGeom>
                        </pic:spPr>
                      </pic:pic>
                    </a:graphicData>
                  </a:graphic>
                </wp:inline>
              </w:drawing>
            </w:r>
          </w:p>
        </w:tc>
        <w:tc>
          <w:tcPr>
            <w:tcW w:w="1728" w:type="dxa"/>
          </w:tcPr>
          <w:p w14:paraId="6F18888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IM(206)</w:t>
            </w:r>
          </w:p>
        </w:tc>
        <w:tc>
          <w:tcPr>
            <w:tcW w:w="1728" w:type="dxa"/>
          </w:tcPr>
          <w:p w14:paraId="1B3BCFE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4FFBEFD" wp14:editId="724ECE64">
                  <wp:extent cx="1400000" cy="1400000"/>
                  <wp:effectExtent l="0" t="0" r="0" b="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6.png"/>
                          <pic:cNvPicPr/>
                        </pic:nvPicPr>
                        <pic:blipFill>
                          <a:blip r:embed="rId69"/>
                          <a:stretch>
                            <a:fillRect/>
                          </a:stretch>
                        </pic:blipFill>
                        <pic:spPr>
                          <a:xfrm>
                            <a:off x="0" y="0"/>
                            <a:ext cx="1400000" cy="1400000"/>
                          </a:xfrm>
                          <a:prstGeom prst="rect">
                            <a:avLst/>
                          </a:prstGeom>
                        </pic:spPr>
                      </pic:pic>
                    </a:graphicData>
                  </a:graphic>
                </wp:inline>
              </w:drawing>
            </w:r>
          </w:p>
        </w:tc>
      </w:tr>
      <w:tr w:rsidR="0080618B" w:rsidRPr="00CB52C3" w14:paraId="0959B6FE" w14:textId="77777777" w:rsidTr="009B4FA6">
        <w:trPr>
          <w:jc w:val="center"/>
        </w:trPr>
        <w:tc>
          <w:tcPr>
            <w:tcW w:w="1728" w:type="dxa"/>
          </w:tcPr>
          <w:p w14:paraId="2E2F279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620DE18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IM(271)</w:t>
            </w:r>
          </w:p>
        </w:tc>
        <w:tc>
          <w:tcPr>
            <w:tcW w:w="1728" w:type="dxa"/>
          </w:tcPr>
          <w:p w14:paraId="499201E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450D467" wp14:editId="3BF159D8">
                  <wp:extent cx="1400000" cy="1400000"/>
                  <wp:effectExtent l="0" t="0" r="0" b="0"/>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71.png"/>
                          <pic:cNvPicPr/>
                        </pic:nvPicPr>
                        <pic:blipFill>
                          <a:blip r:embed="rId104"/>
                          <a:stretch>
                            <a:fillRect/>
                          </a:stretch>
                        </pic:blipFill>
                        <pic:spPr>
                          <a:xfrm>
                            <a:off x="0" y="0"/>
                            <a:ext cx="1400000" cy="1400000"/>
                          </a:xfrm>
                          <a:prstGeom prst="rect">
                            <a:avLst/>
                          </a:prstGeom>
                        </pic:spPr>
                      </pic:pic>
                    </a:graphicData>
                  </a:graphic>
                </wp:inline>
              </w:drawing>
            </w:r>
          </w:p>
        </w:tc>
        <w:tc>
          <w:tcPr>
            <w:tcW w:w="1728" w:type="dxa"/>
          </w:tcPr>
          <w:p w14:paraId="016029E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IM(271)</w:t>
            </w:r>
          </w:p>
        </w:tc>
        <w:tc>
          <w:tcPr>
            <w:tcW w:w="1728" w:type="dxa"/>
          </w:tcPr>
          <w:p w14:paraId="6133553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51098EC" wp14:editId="58C76D53">
                  <wp:extent cx="1400000" cy="1400000"/>
                  <wp:effectExtent l="0" t="0" r="0" b="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71.png"/>
                          <pic:cNvPicPr/>
                        </pic:nvPicPr>
                        <pic:blipFill>
                          <a:blip r:embed="rId104"/>
                          <a:stretch>
                            <a:fillRect/>
                          </a:stretch>
                        </pic:blipFill>
                        <pic:spPr>
                          <a:xfrm>
                            <a:off x="0" y="0"/>
                            <a:ext cx="1400000" cy="1400000"/>
                          </a:xfrm>
                          <a:prstGeom prst="rect">
                            <a:avLst/>
                          </a:prstGeom>
                        </pic:spPr>
                      </pic:pic>
                    </a:graphicData>
                  </a:graphic>
                </wp:inline>
              </w:drawing>
            </w:r>
          </w:p>
        </w:tc>
      </w:tr>
      <w:tr w:rsidR="0080618B" w:rsidRPr="00CB52C3" w14:paraId="7D9EF986" w14:textId="77777777" w:rsidTr="009B4FA6">
        <w:trPr>
          <w:jc w:val="center"/>
        </w:trPr>
        <w:tc>
          <w:tcPr>
            <w:tcW w:w="1728" w:type="dxa"/>
          </w:tcPr>
          <w:p w14:paraId="51CDE53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62DE8E7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IM(332)</w:t>
            </w:r>
          </w:p>
        </w:tc>
        <w:tc>
          <w:tcPr>
            <w:tcW w:w="1728" w:type="dxa"/>
          </w:tcPr>
          <w:p w14:paraId="0F0C939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5B9EFF3" wp14:editId="79374592">
                  <wp:extent cx="1400000" cy="1400000"/>
                  <wp:effectExtent l="0" t="0" r="0" b="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32.png"/>
                          <pic:cNvPicPr/>
                        </pic:nvPicPr>
                        <pic:blipFill>
                          <a:blip r:embed="rId105"/>
                          <a:stretch>
                            <a:fillRect/>
                          </a:stretch>
                        </pic:blipFill>
                        <pic:spPr>
                          <a:xfrm>
                            <a:off x="0" y="0"/>
                            <a:ext cx="1400000" cy="1400000"/>
                          </a:xfrm>
                          <a:prstGeom prst="rect">
                            <a:avLst/>
                          </a:prstGeom>
                        </pic:spPr>
                      </pic:pic>
                    </a:graphicData>
                  </a:graphic>
                </wp:inline>
              </w:drawing>
            </w:r>
          </w:p>
        </w:tc>
        <w:tc>
          <w:tcPr>
            <w:tcW w:w="1728" w:type="dxa"/>
          </w:tcPr>
          <w:p w14:paraId="70870DA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IM(330)</w:t>
            </w:r>
          </w:p>
        </w:tc>
        <w:tc>
          <w:tcPr>
            <w:tcW w:w="1728" w:type="dxa"/>
          </w:tcPr>
          <w:p w14:paraId="08248F6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874DB76" wp14:editId="16142D97">
                  <wp:extent cx="1400000" cy="1400000"/>
                  <wp:effectExtent l="0" t="0" r="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30.png"/>
                          <pic:cNvPicPr/>
                        </pic:nvPicPr>
                        <pic:blipFill>
                          <a:blip r:embed="rId106"/>
                          <a:stretch>
                            <a:fillRect/>
                          </a:stretch>
                        </pic:blipFill>
                        <pic:spPr>
                          <a:xfrm>
                            <a:off x="0" y="0"/>
                            <a:ext cx="1400000" cy="1400000"/>
                          </a:xfrm>
                          <a:prstGeom prst="rect">
                            <a:avLst/>
                          </a:prstGeom>
                        </pic:spPr>
                      </pic:pic>
                    </a:graphicData>
                  </a:graphic>
                </wp:inline>
              </w:drawing>
            </w:r>
          </w:p>
        </w:tc>
      </w:tr>
      <w:tr w:rsidR="0080618B" w:rsidRPr="00CB52C3" w14:paraId="5E4690D9" w14:textId="77777777" w:rsidTr="009B4FA6">
        <w:trPr>
          <w:jc w:val="center"/>
        </w:trPr>
        <w:tc>
          <w:tcPr>
            <w:tcW w:w="1728" w:type="dxa"/>
          </w:tcPr>
          <w:p w14:paraId="56D77AF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23956E8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IM(381)</w:t>
            </w:r>
          </w:p>
        </w:tc>
        <w:tc>
          <w:tcPr>
            <w:tcW w:w="1728" w:type="dxa"/>
          </w:tcPr>
          <w:p w14:paraId="36BD591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F25A6AA" wp14:editId="02779311">
                  <wp:extent cx="1400000" cy="1400000"/>
                  <wp:effectExtent l="0" t="0" r="0"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81.png"/>
                          <pic:cNvPicPr/>
                        </pic:nvPicPr>
                        <pic:blipFill>
                          <a:blip r:embed="rId91"/>
                          <a:stretch>
                            <a:fillRect/>
                          </a:stretch>
                        </pic:blipFill>
                        <pic:spPr>
                          <a:xfrm>
                            <a:off x="0" y="0"/>
                            <a:ext cx="1400000" cy="1400000"/>
                          </a:xfrm>
                          <a:prstGeom prst="rect">
                            <a:avLst/>
                          </a:prstGeom>
                        </pic:spPr>
                      </pic:pic>
                    </a:graphicData>
                  </a:graphic>
                </wp:inline>
              </w:drawing>
            </w:r>
          </w:p>
        </w:tc>
        <w:tc>
          <w:tcPr>
            <w:tcW w:w="1728" w:type="dxa"/>
          </w:tcPr>
          <w:p w14:paraId="190F24A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IM(381)</w:t>
            </w:r>
          </w:p>
        </w:tc>
        <w:tc>
          <w:tcPr>
            <w:tcW w:w="1728" w:type="dxa"/>
          </w:tcPr>
          <w:p w14:paraId="74FE63C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0519558" wp14:editId="14DB2438">
                  <wp:extent cx="1400000" cy="1400000"/>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81.png"/>
                          <pic:cNvPicPr/>
                        </pic:nvPicPr>
                        <pic:blipFill>
                          <a:blip r:embed="rId91"/>
                          <a:stretch>
                            <a:fillRect/>
                          </a:stretch>
                        </pic:blipFill>
                        <pic:spPr>
                          <a:xfrm>
                            <a:off x="0" y="0"/>
                            <a:ext cx="1400000" cy="1400000"/>
                          </a:xfrm>
                          <a:prstGeom prst="rect">
                            <a:avLst/>
                          </a:prstGeom>
                        </pic:spPr>
                      </pic:pic>
                    </a:graphicData>
                  </a:graphic>
                </wp:inline>
              </w:drawing>
            </w:r>
          </w:p>
        </w:tc>
      </w:tr>
    </w:tbl>
    <w:p w14:paraId="542FC0A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46FEAF1E" w14:textId="5DEEADF4" w:rsidR="0080618B" w:rsidRPr="00CB52C3" w:rsidRDefault="0080618B"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2</w:t>
      </w:r>
      <w:r w:rsidR="005272C5">
        <w:rPr>
          <w:rFonts w:ascii="Times New Roman" w:hAnsi="Times New Roman"/>
          <w:b/>
          <w:sz w:val="24"/>
          <w:szCs w:val="24"/>
        </w:rPr>
        <w:t>8</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hydroxyacetone at pH=7 and U=-0.5 V vs. </w:t>
      </w:r>
      <w:r w:rsidR="005272C5">
        <w:rPr>
          <w:rFonts w:ascii="Times New Roman" w:hAnsi="Times New Roman"/>
          <w:sz w:val="24"/>
          <w:szCs w:val="24"/>
        </w:rPr>
        <w:t>S</w:t>
      </w:r>
      <w:r w:rsidRPr="00CB52C3">
        <w:rPr>
          <w:rFonts w:ascii="Times New Roman" w:hAnsi="Times New Roman"/>
          <w:sz w:val="24"/>
          <w:szCs w:val="24"/>
        </w:rPr>
        <w:t>HE on Cu(100).</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278"/>
        <w:gridCol w:w="1449"/>
        <w:gridCol w:w="2420"/>
        <w:gridCol w:w="1449"/>
        <w:gridCol w:w="2420"/>
      </w:tblGrid>
      <w:tr w:rsidR="0080618B" w:rsidRPr="00CB52C3" w14:paraId="168DB3CA" w14:textId="77777777" w:rsidTr="009B4FA6">
        <w:trPr>
          <w:jc w:val="center"/>
        </w:trPr>
        <w:tc>
          <w:tcPr>
            <w:tcW w:w="1728" w:type="dxa"/>
          </w:tcPr>
          <w:p w14:paraId="3390F3AE" w14:textId="77777777" w:rsidR="0080618B" w:rsidRPr="00CB52C3" w:rsidRDefault="0080618B" w:rsidP="00431F65">
            <w:pPr>
              <w:spacing w:line="480" w:lineRule="auto"/>
              <w:rPr>
                <w:rFonts w:ascii="Times New Roman" w:hAnsi="Times New Roman"/>
                <w:sz w:val="24"/>
                <w:szCs w:val="24"/>
              </w:rPr>
            </w:pPr>
          </w:p>
        </w:tc>
        <w:tc>
          <w:tcPr>
            <w:tcW w:w="3456" w:type="dxa"/>
            <w:gridSpan w:val="2"/>
          </w:tcPr>
          <w:p w14:paraId="5AE1359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0CD305A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80618B" w:rsidRPr="00CB52C3" w14:paraId="44BB60BA" w14:textId="77777777" w:rsidTr="009B4FA6">
        <w:trPr>
          <w:jc w:val="center"/>
        </w:trPr>
        <w:tc>
          <w:tcPr>
            <w:tcW w:w="1728" w:type="dxa"/>
          </w:tcPr>
          <w:p w14:paraId="5536FC1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3972B31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004C2E1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059070C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1142A4D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80618B" w:rsidRPr="00CB52C3" w14:paraId="500DB3CE" w14:textId="77777777" w:rsidTr="009B4FA6">
        <w:trPr>
          <w:jc w:val="center"/>
        </w:trPr>
        <w:tc>
          <w:tcPr>
            <w:tcW w:w="1728" w:type="dxa"/>
          </w:tcPr>
          <w:p w14:paraId="637A9A3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717A516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7C926D3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6093B41" wp14:editId="1B330E53">
                  <wp:extent cx="1400000" cy="1400000"/>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c>
          <w:tcPr>
            <w:tcW w:w="1728" w:type="dxa"/>
          </w:tcPr>
          <w:p w14:paraId="187557E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68BA59A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0B9343D" wp14:editId="2C15B079">
                  <wp:extent cx="1400000" cy="1400000"/>
                  <wp:effectExtent l="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r>
      <w:tr w:rsidR="0080618B" w:rsidRPr="00CB52C3" w14:paraId="1E310079" w14:textId="77777777" w:rsidTr="009B4FA6">
        <w:trPr>
          <w:jc w:val="center"/>
        </w:trPr>
        <w:tc>
          <w:tcPr>
            <w:tcW w:w="1728" w:type="dxa"/>
          </w:tcPr>
          <w:p w14:paraId="38B7CDC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7E5D893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6565882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71FE128" wp14:editId="7D0D9524">
                  <wp:extent cx="1400000" cy="1400000"/>
                  <wp:effectExtent l="0" t="0" r="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c>
          <w:tcPr>
            <w:tcW w:w="1728" w:type="dxa"/>
          </w:tcPr>
          <w:p w14:paraId="0325082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3EB76F2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D1F8F93" wp14:editId="0ED3B9DF">
                  <wp:extent cx="1400000" cy="1400000"/>
                  <wp:effectExtent l="0" t="0" r="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r>
      <w:tr w:rsidR="0080618B" w:rsidRPr="00CB52C3" w14:paraId="2B486814" w14:textId="77777777" w:rsidTr="009B4FA6">
        <w:trPr>
          <w:jc w:val="center"/>
        </w:trPr>
        <w:tc>
          <w:tcPr>
            <w:tcW w:w="1728" w:type="dxa"/>
          </w:tcPr>
          <w:p w14:paraId="58EBD46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6A3F96C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2489498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B8E4DB7" wp14:editId="4D485E0A">
                  <wp:extent cx="1400000" cy="1400000"/>
                  <wp:effectExtent l="0" t="0" r="0"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c>
          <w:tcPr>
            <w:tcW w:w="1728" w:type="dxa"/>
          </w:tcPr>
          <w:p w14:paraId="41D7BBE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0C51702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C4C8983" wp14:editId="4F44454C">
                  <wp:extent cx="1400000" cy="1400000"/>
                  <wp:effectExtent l="0" t="0" r="0"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r>
      <w:tr w:rsidR="0080618B" w:rsidRPr="00CB52C3" w14:paraId="2A2106F4" w14:textId="77777777" w:rsidTr="009B4FA6">
        <w:trPr>
          <w:jc w:val="center"/>
        </w:trPr>
        <w:tc>
          <w:tcPr>
            <w:tcW w:w="1728" w:type="dxa"/>
          </w:tcPr>
          <w:p w14:paraId="13CD8DE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4FCA7B9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IM(155)</w:t>
            </w:r>
          </w:p>
        </w:tc>
        <w:tc>
          <w:tcPr>
            <w:tcW w:w="1728" w:type="dxa"/>
          </w:tcPr>
          <w:p w14:paraId="25F4161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923653B" wp14:editId="2DEF3C23">
                  <wp:extent cx="1400000" cy="1400000"/>
                  <wp:effectExtent l="0" t="0" r="0"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5.png"/>
                          <pic:cNvPicPr/>
                        </pic:nvPicPr>
                        <pic:blipFill>
                          <a:blip r:embed="rId68"/>
                          <a:stretch>
                            <a:fillRect/>
                          </a:stretch>
                        </pic:blipFill>
                        <pic:spPr>
                          <a:xfrm>
                            <a:off x="0" y="0"/>
                            <a:ext cx="1400000" cy="1400000"/>
                          </a:xfrm>
                          <a:prstGeom prst="rect">
                            <a:avLst/>
                          </a:prstGeom>
                        </pic:spPr>
                      </pic:pic>
                    </a:graphicData>
                  </a:graphic>
                </wp:inline>
              </w:drawing>
            </w:r>
          </w:p>
        </w:tc>
        <w:tc>
          <w:tcPr>
            <w:tcW w:w="1728" w:type="dxa"/>
          </w:tcPr>
          <w:p w14:paraId="1FFF453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IM(155)</w:t>
            </w:r>
          </w:p>
        </w:tc>
        <w:tc>
          <w:tcPr>
            <w:tcW w:w="1728" w:type="dxa"/>
          </w:tcPr>
          <w:p w14:paraId="1F0F544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DE2CAEE" wp14:editId="108FD97E">
                  <wp:extent cx="1400000" cy="1400000"/>
                  <wp:effectExtent l="0" t="0" r="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5.png"/>
                          <pic:cNvPicPr/>
                        </pic:nvPicPr>
                        <pic:blipFill>
                          <a:blip r:embed="rId68"/>
                          <a:stretch>
                            <a:fillRect/>
                          </a:stretch>
                        </pic:blipFill>
                        <pic:spPr>
                          <a:xfrm>
                            <a:off x="0" y="0"/>
                            <a:ext cx="1400000" cy="1400000"/>
                          </a:xfrm>
                          <a:prstGeom prst="rect">
                            <a:avLst/>
                          </a:prstGeom>
                        </pic:spPr>
                      </pic:pic>
                    </a:graphicData>
                  </a:graphic>
                </wp:inline>
              </w:drawing>
            </w:r>
          </w:p>
        </w:tc>
      </w:tr>
      <w:tr w:rsidR="0080618B" w:rsidRPr="00CB52C3" w14:paraId="2E4B1C09" w14:textId="77777777" w:rsidTr="009B4FA6">
        <w:trPr>
          <w:jc w:val="center"/>
        </w:trPr>
        <w:tc>
          <w:tcPr>
            <w:tcW w:w="1728" w:type="dxa"/>
          </w:tcPr>
          <w:p w14:paraId="50148C5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3F58CD4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IM(206)</w:t>
            </w:r>
          </w:p>
        </w:tc>
        <w:tc>
          <w:tcPr>
            <w:tcW w:w="1728" w:type="dxa"/>
          </w:tcPr>
          <w:p w14:paraId="4CC9122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9975FC2" wp14:editId="3F417D07">
                  <wp:extent cx="1400000" cy="1400000"/>
                  <wp:effectExtent l="0" t="0" r="0"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6.png"/>
                          <pic:cNvPicPr/>
                        </pic:nvPicPr>
                        <pic:blipFill>
                          <a:blip r:embed="rId69"/>
                          <a:stretch>
                            <a:fillRect/>
                          </a:stretch>
                        </pic:blipFill>
                        <pic:spPr>
                          <a:xfrm>
                            <a:off x="0" y="0"/>
                            <a:ext cx="1400000" cy="1400000"/>
                          </a:xfrm>
                          <a:prstGeom prst="rect">
                            <a:avLst/>
                          </a:prstGeom>
                        </pic:spPr>
                      </pic:pic>
                    </a:graphicData>
                  </a:graphic>
                </wp:inline>
              </w:drawing>
            </w:r>
          </w:p>
        </w:tc>
        <w:tc>
          <w:tcPr>
            <w:tcW w:w="1728" w:type="dxa"/>
          </w:tcPr>
          <w:p w14:paraId="58CA8D2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IM(206)</w:t>
            </w:r>
          </w:p>
        </w:tc>
        <w:tc>
          <w:tcPr>
            <w:tcW w:w="1728" w:type="dxa"/>
          </w:tcPr>
          <w:p w14:paraId="6D95FE5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E665095" wp14:editId="462E3234">
                  <wp:extent cx="1400000" cy="1400000"/>
                  <wp:effectExtent l="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6.png"/>
                          <pic:cNvPicPr/>
                        </pic:nvPicPr>
                        <pic:blipFill>
                          <a:blip r:embed="rId69"/>
                          <a:stretch>
                            <a:fillRect/>
                          </a:stretch>
                        </pic:blipFill>
                        <pic:spPr>
                          <a:xfrm>
                            <a:off x="0" y="0"/>
                            <a:ext cx="1400000" cy="1400000"/>
                          </a:xfrm>
                          <a:prstGeom prst="rect">
                            <a:avLst/>
                          </a:prstGeom>
                        </pic:spPr>
                      </pic:pic>
                    </a:graphicData>
                  </a:graphic>
                </wp:inline>
              </w:drawing>
            </w:r>
          </w:p>
        </w:tc>
      </w:tr>
      <w:tr w:rsidR="0080618B" w:rsidRPr="00CB52C3" w14:paraId="138E58BC" w14:textId="77777777" w:rsidTr="009B4FA6">
        <w:trPr>
          <w:jc w:val="center"/>
        </w:trPr>
        <w:tc>
          <w:tcPr>
            <w:tcW w:w="1728" w:type="dxa"/>
          </w:tcPr>
          <w:p w14:paraId="127F433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374336F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IM(252)</w:t>
            </w:r>
          </w:p>
        </w:tc>
        <w:tc>
          <w:tcPr>
            <w:tcW w:w="1728" w:type="dxa"/>
          </w:tcPr>
          <w:p w14:paraId="28A0068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548D911" wp14:editId="06BC5BC3">
                  <wp:extent cx="1400000" cy="1400000"/>
                  <wp:effectExtent l="0" t="0" r="0"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2.png"/>
                          <pic:cNvPicPr/>
                        </pic:nvPicPr>
                        <pic:blipFill>
                          <a:blip r:embed="rId70"/>
                          <a:stretch>
                            <a:fillRect/>
                          </a:stretch>
                        </pic:blipFill>
                        <pic:spPr>
                          <a:xfrm>
                            <a:off x="0" y="0"/>
                            <a:ext cx="1400000" cy="1400000"/>
                          </a:xfrm>
                          <a:prstGeom prst="rect">
                            <a:avLst/>
                          </a:prstGeom>
                        </pic:spPr>
                      </pic:pic>
                    </a:graphicData>
                  </a:graphic>
                </wp:inline>
              </w:drawing>
            </w:r>
          </w:p>
        </w:tc>
        <w:tc>
          <w:tcPr>
            <w:tcW w:w="1728" w:type="dxa"/>
          </w:tcPr>
          <w:p w14:paraId="1E276BB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IM(245)</w:t>
            </w:r>
          </w:p>
        </w:tc>
        <w:tc>
          <w:tcPr>
            <w:tcW w:w="1728" w:type="dxa"/>
          </w:tcPr>
          <w:p w14:paraId="695C434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319019D" wp14:editId="715F993B">
                  <wp:extent cx="1400000" cy="1400000"/>
                  <wp:effectExtent l="0" t="0" r="0"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5.png"/>
                          <pic:cNvPicPr/>
                        </pic:nvPicPr>
                        <pic:blipFill>
                          <a:blip r:embed="rId71"/>
                          <a:stretch>
                            <a:fillRect/>
                          </a:stretch>
                        </pic:blipFill>
                        <pic:spPr>
                          <a:xfrm>
                            <a:off x="0" y="0"/>
                            <a:ext cx="1400000" cy="1400000"/>
                          </a:xfrm>
                          <a:prstGeom prst="rect">
                            <a:avLst/>
                          </a:prstGeom>
                        </pic:spPr>
                      </pic:pic>
                    </a:graphicData>
                  </a:graphic>
                </wp:inline>
              </w:drawing>
            </w:r>
          </w:p>
        </w:tc>
      </w:tr>
      <w:tr w:rsidR="0080618B" w:rsidRPr="00CB52C3" w14:paraId="0181BC61" w14:textId="77777777" w:rsidTr="009B4FA6">
        <w:trPr>
          <w:jc w:val="center"/>
        </w:trPr>
        <w:tc>
          <w:tcPr>
            <w:tcW w:w="1728" w:type="dxa"/>
          </w:tcPr>
          <w:p w14:paraId="56EED88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23F5574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IM(314)</w:t>
            </w:r>
          </w:p>
        </w:tc>
        <w:tc>
          <w:tcPr>
            <w:tcW w:w="1728" w:type="dxa"/>
          </w:tcPr>
          <w:p w14:paraId="1623483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B866B49" wp14:editId="6ECED437">
                  <wp:extent cx="1400000" cy="1400000"/>
                  <wp:effectExtent l="0" t="0" r="0"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4.png"/>
                          <pic:cNvPicPr/>
                        </pic:nvPicPr>
                        <pic:blipFill>
                          <a:blip r:embed="rId72"/>
                          <a:stretch>
                            <a:fillRect/>
                          </a:stretch>
                        </pic:blipFill>
                        <pic:spPr>
                          <a:xfrm>
                            <a:off x="0" y="0"/>
                            <a:ext cx="1400000" cy="1400000"/>
                          </a:xfrm>
                          <a:prstGeom prst="rect">
                            <a:avLst/>
                          </a:prstGeom>
                        </pic:spPr>
                      </pic:pic>
                    </a:graphicData>
                  </a:graphic>
                </wp:inline>
              </w:drawing>
            </w:r>
          </w:p>
        </w:tc>
        <w:tc>
          <w:tcPr>
            <w:tcW w:w="1728" w:type="dxa"/>
          </w:tcPr>
          <w:p w14:paraId="6297447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IM(314)</w:t>
            </w:r>
          </w:p>
        </w:tc>
        <w:tc>
          <w:tcPr>
            <w:tcW w:w="1728" w:type="dxa"/>
          </w:tcPr>
          <w:p w14:paraId="602B8B0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FB03633" wp14:editId="761BEB83">
                  <wp:extent cx="1400000" cy="1400000"/>
                  <wp:effectExtent l="0" t="0" r="0"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4.png"/>
                          <pic:cNvPicPr/>
                        </pic:nvPicPr>
                        <pic:blipFill>
                          <a:blip r:embed="rId72"/>
                          <a:stretch>
                            <a:fillRect/>
                          </a:stretch>
                        </pic:blipFill>
                        <pic:spPr>
                          <a:xfrm>
                            <a:off x="0" y="0"/>
                            <a:ext cx="1400000" cy="1400000"/>
                          </a:xfrm>
                          <a:prstGeom prst="rect">
                            <a:avLst/>
                          </a:prstGeom>
                        </pic:spPr>
                      </pic:pic>
                    </a:graphicData>
                  </a:graphic>
                </wp:inline>
              </w:drawing>
            </w:r>
          </w:p>
        </w:tc>
      </w:tr>
      <w:tr w:rsidR="0080618B" w:rsidRPr="00CB52C3" w14:paraId="6176F129" w14:textId="77777777" w:rsidTr="009B4FA6">
        <w:trPr>
          <w:jc w:val="center"/>
        </w:trPr>
        <w:tc>
          <w:tcPr>
            <w:tcW w:w="1728" w:type="dxa"/>
          </w:tcPr>
          <w:p w14:paraId="69247C2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37BABBE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IM(366)</w:t>
            </w:r>
          </w:p>
        </w:tc>
        <w:tc>
          <w:tcPr>
            <w:tcW w:w="1728" w:type="dxa"/>
          </w:tcPr>
          <w:p w14:paraId="11C68D6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826E824" wp14:editId="77A4881D">
                  <wp:extent cx="1400000" cy="1400000"/>
                  <wp:effectExtent l="0" t="0" r="0" b="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66.png"/>
                          <pic:cNvPicPr/>
                        </pic:nvPicPr>
                        <pic:blipFill>
                          <a:blip r:embed="rId107"/>
                          <a:stretch>
                            <a:fillRect/>
                          </a:stretch>
                        </pic:blipFill>
                        <pic:spPr>
                          <a:xfrm>
                            <a:off x="0" y="0"/>
                            <a:ext cx="1400000" cy="1400000"/>
                          </a:xfrm>
                          <a:prstGeom prst="rect">
                            <a:avLst/>
                          </a:prstGeom>
                        </pic:spPr>
                      </pic:pic>
                    </a:graphicData>
                  </a:graphic>
                </wp:inline>
              </w:drawing>
            </w:r>
          </w:p>
        </w:tc>
        <w:tc>
          <w:tcPr>
            <w:tcW w:w="1728" w:type="dxa"/>
          </w:tcPr>
          <w:p w14:paraId="092B095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IM(366)</w:t>
            </w:r>
          </w:p>
        </w:tc>
        <w:tc>
          <w:tcPr>
            <w:tcW w:w="1728" w:type="dxa"/>
          </w:tcPr>
          <w:p w14:paraId="5311806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E06B4F8" wp14:editId="625998C9">
                  <wp:extent cx="1400000" cy="1400000"/>
                  <wp:effectExtent l="0" t="0" r="0"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66.png"/>
                          <pic:cNvPicPr/>
                        </pic:nvPicPr>
                        <pic:blipFill>
                          <a:blip r:embed="rId107"/>
                          <a:stretch>
                            <a:fillRect/>
                          </a:stretch>
                        </pic:blipFill>
                        <pic:spPr>
                          <a:xfrm>
                            <a:off x="0" y="0"/>
                            <a:ext cx="1400000" cy="1400000"/>
                          </a:xfrm>
                          <a:prstGeom prst="rect">
                            <a:avLst/>
                          </a:prstGeom>
                        </pic:spPr>
                      </pic:pic>
                    </a:graphicData>
                  </a:graphic>
                </wp:inline>
              </w:drawing>
            </w:r>
          </w:p>
        </w:tc>
      </w:tr>
    </w:tbl>
    <w:p w14:paraId="2B0EAFA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7C1AD9CE" w14:textId="67DDC571" w:rsidR="0080618B" w:rsidRPr="00CB52C3" w:rsidRDefault="0080618B"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2</w:t>
      </w:r>
      <w:r w:rsidR="005272C5">
        <w:rPr>
          <w:rFonts w:ascii="Times New Roman" w:hAnsi="Times New Roman"/>
          <w:b/>
          <w:sz w:val="24"/>
          <w:szCs w:val="24"/>
        </w:rPr>
        <w:t>9</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1-propanol at pH=7 and U=-0.5 V vs. </w:t>
      </w:r>
      <w:r w:rsidR="005272C5">
        <w:rPr>
          <w:rFonts w:ascii="Times New Roman" w:hAnsi="Times New Roman"/>
          <w:sz w:val="24"/>
          <w:szCs w:val="24"/>
        </w:rPr>
        <w:t>S</w:t>
      </w:r>
      <w:r w:rsidRPr="00CB52C3">
        <w:rPr>
          <w:rFonts w:ascii="Times New Roman" w:hAnsi="Times New Roman"/>
          <w:sz w:val="24"/>
          <w:szCs w:val="24"/>
        </w:rPr>
        <w:t>HE on Cu(111).</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278"/>
        <w:gridCol w:w="1449"/>
        <w:gridCol w:w="2420"/>
        <w:gridCol w:w="1449"/>
        <w:gridCol w:w="2420"/>
      </w:tblGrid>
      <w:tr w:rsidR="0080618B" w:rsidRPr="00CB52C3" w14:paraId="419D6794" w14:textId="77777777" w:rsidTr="009B4FA6">
        <w:trPr>
          <w:jc w:val="center"/>
        </w:trPr>
        <w:tc>
          <w:tcPr>
            <w:tcW w:w="1728" w:type="dxa"/>
          </w:tcPr>
          <w:p w14:paraId="2D22A3C8" w14:textId="77777777" w:rsidR="0080618B" w:rsidRPr="00CB52C3" w:rsidRDefault="0080618B" w:rsidP="00431F65">
            <w:pPr>
              <w:spacing w:line="480" w:lineRule="auto"/>
              <w:rPr>
                <w:rFonts w:ascii="Times New Roman" w:hAnsi="Times New Roman"/>
                <w:sz w:val="24"/>
                <w:szCs w:val="24"/>
              </w:rPr>
            </w:pPr>
          </w:p>
        </w:tc>
        <w:tc>
          <w:tcPr>
            <w:tcW w:w="3456" w:type="dxa"/>
            <w:gridSpan w:val="2"/>
          </w:tcPr>
          <w:p w14:paraId="24F1F18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70CB483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80618B" w:rsidRPr="00CB52C3" w14:paraId="64B9A8A3" w14:textId="77777777" w:rsidTr="009B4FA6">
        <w:trPr>
          <w:jc w:val="center"/>
        </w:trPr>
        <w:tc>
          <w:tcPr>
            <w:tcW w:w="1728" w:type="dxa"/>
          </w:tcPr>
          <w:p w14:paraId="4E9B624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3A15D22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722CCB6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3B84446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5C41D5F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80618B" w:rsidRPr="00CB52C3" w14:paraId="233C7B85" w14:textId="77777777" w:rsidTr="009B4FA6">
        <w:trPr>
          <w:jc w:val="center"/>
        </w:trPr>
        <w:tc>
          <w:tcPr>
            <w:tcW w:w="1728" w:type="dxa"/>
          </w:tcPr>
          <w:p w14:paraId="41875B7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00CDC84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71899EB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E7E83BC" wp14:editId="4690805D">
                  <wp:extent cx="1400000" cy="1400000"/>
                  <wp:effectExtent l="0" t="0" r="0" b="0"/>
                  <wp:docPr id="601" name="Picture 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c>
          <w:tcPr>
            <w:tcW w:w="1728" w:type="dxa"/>
          </w:tcPr>
          <w:p w14:paraId="479AB88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15A62DE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0994B0D" wp14:editId="03E0EE58">
                  <wp:extent cx="1400000" cy="1400000"/>
                  <wp:effectExtent l="0" t="0" r="0" b="0"/>
                  <wp:docPr id="602" name="Picture 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r>
      <w:tr w:rsidR="0080618B" w:rsidRPr="00CB52C3" w14:paraId="78CCAB32" w14:textId="77777777" w:rsidTr="009B4FA6">
        <w:trPr>
          <w:jc w:val="center"/>
        </w:trPr>
        <w:tc>
          <w:tcPr>
            <w:tcW w:w="1728" w:type="dxa"/>
          </w:tcPr>
          <w:p w14:paraId="625B6D6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68815C0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45B3DD7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724576B" wp14:editId="783A9F93">
                  <wp:extent cx="1400000" cy="1400000"/>
                  <wp:effectExtent l="0" t="0" r="0" b="0"/>
                  <wp:docPr id="603" name="Picture 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c>
          <w:tcPr>
            <w:tcW w:w="1728" w:type="dxa"/>
          </w:tcPr>
          <w:p w14:paraId="2045150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1544506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C08C655" wp14:editId="77AD9580">
                  <wp:extent cx="1400000" cy="1400000"/>
                  <wp:effectExtent l="0" t="0" r="0" b="0"/>
                  <wp:docPr id="604" name="Picture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r>
      <w:tr w:rsidR="0080618B" w:rsidRPr="00CB52C3" w14:paraId="7478088D" w14:textId="77777777" w:rsidTr="009B4FA6">
        <w:trPr>
          <w:jc w:val="center"/>
        </w:trPr>
        <w:tc>
          <w:tcPr>
            <w:tcW w:w="1728" w:type="dxa"/>
          </w:tcPr>
          <w:p w14:paraId="5ED0971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03407BC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5BD8A2B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94D3B9F" wp14:editId="02F520CD">
                  <wp:extent cx="1400000" cy="1400000"/>
                  <wp:effectExtent l="0" t="0" r="0" b="0"/>
                  <wp:docPr id="605" name="Picture 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c>
          <w:tcPr>
            <w:tcW w:w="1728" w:type="dxa"/>
          </w:tcPr>
          <w:p w14:paraId="20E7D74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793B56A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0F80A61" wp14:editId="16B2DDAC">
                  <wp:extent cx="1400000" cy="1400000"/>
                  <wp:effectExtent l="0" t="0" r="0" b="0"/>
                  <wp:docPr id="606" name="Picture 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r>
      <w:tr w:rsidR="0080618B" w:rsidRPr="00CB52C3" w14:paraId="4E8F12DE" w14:textId="77777777" w:rsidTr="009B4FA6">
        <w:trPr>
          <w:jc w:val="center"/>
        </w:trPr>
        <w:tc>
          <w:tcPr>
            <w:tcW w:w="1728" w:type="dxa"/>
          </w:tcPr>
          <w:p w14:paraId="3BECF8F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0D1708C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IM(154)</w:t>
            </w:r>
          </w:p>
        </w:tc>
        <w:tc>
          <w:tcPr>
            <w:tcW w:w="1728" w:type="dxa"/>
          </w:tcPr>
          <w:p w14:paraId="47B94C6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6EEBCF7" wp14:editId="6FD43362">
                  <wp:extent cx="1400000" cy="1400000"/>
                  <wp:effectExtent l="0" t="0" r="0" b="0"/>
                  <wp:docPr id="607" name="Picture 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4.png"/>
                          <pic:cNvPicPr/>
                        </pic:nvPicPr>
                        <pic:blipFill>
                          <a:blip r:embed="rId43"/>
                          <a:stretch>
                            <a:fillRect/>
                          </a:stretch>
                        </pic:blipFill>
                        <pic:spPr>
                          <a:xfrm>
                            <a:off x="0" y="0"/>
                            <a:ext cx="1400000" cy="1400000"/>
                          </a:xfrm>
                          <a:prstGeom prst="rect">
                            <a:avLst/>
                          </a:prstGeom>
                        </pic:spPr>
                      </pic:pic>
                    </a:graphicData>
                  </a:graphic>
                </wp:inline>
              </w:drawing>
            </w:r>
          </w:p>
        </w:tc>
        <w:tc>
          <w:tcPr>
            <w:tcW w:w="1728" w:type="dxa"/>
          </w:tcPr>
          <w:p w14:paraId="2AB4100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IM(125)</w:t>
            </w:r>
          </w:p>
        </w:tc>
        <w:tc>
          <w:tcPr>
            <w:tcW w:w="1728" w:type="dxa"/>
          </w:tcPr>
          <w:p w14:paraId="58D716B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AC426C5" wp14:editId="12102A43">
                  <wp:extent cx="1400000" cy="1400000"/>
                  <wp:effectExtent l="0" t="0" r="0" b="0"/>
                  <wp:docPr id="608" name="Picture 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25.png"/>
                          <pic:cNvPicPr/>
                        </pic:nvPicPr>
                        <pic:blipFill>
                          <a:blip r:embed="rId95"/>
                          <a:stretch>
                            <a:fillRect/>
                          </a:stretch>
                        </pic:blipFill>
                        <pic:spPr>
                          <a:xfrm>
                            <a:off x="0" y="0"/>
                            <a:ext cx="1400000" cy="1400000"/>
                          </a:xfrm>
                          <a:prstGeom prst="rect">
                            <a:avLst/>
                          </a:prstGeom>
                        </pic:spPr>
                      </pic:pic>
                    </a:graphicData>
                  </a:graphic>
                </wp:inline>
              </w:drawing>
            </w:r>
          </w:p>
        </w:tc>
      </w:tr>
      <w:tr w:rsidR="0080618B" w:rsidRPr="00CB52C3" w14:paraId="4470CE2F" w14:textId="77777777" w:rsidTr="009B4FA6">
        <w:trPr>
          <w:jc w:val="center"/>
        </w:trPr>
        <w:tc>
          <w:tcPr>
            <w:tcW w:w="1728" w:type="dxa"/>
          </w:tcPr>
          <w:p w14:paraId="61D3A4D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0F66BB6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IM(190)</w:t>
            </w:r>
          </w:p>
        </w:tc>
        <w:tc>
          <w:tcPr>
            <w:tcW w:w="1728" w:type="dxa"/>
          </w:tcPr>
          <w:p w14:paraId="7330DB6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13205E3" wp14:editId="47189C1F">
                  <wp:extent cx="1400000" cy="1400000"/>
                  <wp:effectExtent l="0" t="0" r="0" b="0"/>
                  <wp:docPr id="609" name="Picture 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90.png"/>
                          <pic:cNvPicPr/>
                        </pic:nvPicPr>
                        <pic:blipFill>
                          <a:blip r:embed="rId44"/>
                          <a:stretch>
                            <a:fillRect/>
                          </a:stretch>
                        </pic:blipFill>
                        <pic:spPr>
                          <a:xfrm>
                            <a:off x="0" y="0"/>
                            <a:ext cx="1400000" cy="1400000"/>
                          </a:xfrm>
                          <a:prstGeom prst="rect">
                            <a:avLst/>
                          </a:prstGeom>
                        </pic:spPr>
                      </pic:pic>
                    </a:graphicData>
                  </a:graphic>
                </wp:inline>
              </w:drawing>
            </w:r>
          </w:p>
        </w:tc>
        <w:tc>
          <w:tcPr>
            <w:tcW w:w="1728" w:type="dxa"/>
          </w:tcPr>
          <w:p w14:paraId="345CD41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IM(189)</w:t>
            </w:r>
          </w:p>
        </w:tc>
        <w:tc>
          <w:tcPr>
            <w:tcW w:w="1728" w:type="dxa"/>
          </w:tcPr>
          <w:p w14:paraId="6841EEB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62A361E" wp14:editId="6C6AE31B">
                  <wp:extent cx="1400000" cy="1400000"/>
                  <wp:effectExtent l="0" t="0" r="0" b="0"/>
                  <wp:docPr id="610" name="Picture 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89.png"/>
                          <pic:cNvPicPr/>
                        </pic:nvPicPr>
                        <pic:blipFill>
                          <a:blip r:embed="rId108"/>
                          <a:stretch>
                            <a:fillRect/>
                          </a:stretch>
                        </pic:blipFill>
                        <pic:spPr>
                          <a:xfrm>
                            <a:off x="0" y="0"/>
                            <a:ext cx="1400000" cy="1400000"/>
                          </a:xfrm>
                          <a:prstGeom prst="rect">
                            <a:avLst/>
                          </a:prstGeom>
                        </pic:spPr>
                      </pic:pic>
                    </a:graphicData>
                  </a:graphic>
                </wp:inline>
              </w:drawing>
            </w:r>
          </w:p>
        </w:tc>
      </w:tr>
      <w:tr w:rsidR="0080618B" w:rsidRPr="00CB52C3" w14:paraId="179C80DF" w14:textId="77777777" w:rsidTr="009B4FA6">
        <w:trPr>
          <w:jc w:val="center"/>
        </w:trPr>
        <w:tc>
          <w:tcPr>
            <w:tcW w:w="1728" w:type="dxa"/>
          </w:tcPr>
          <w:p w14:paraId="36A2AEC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1A17C9A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IM(247)</w:t>
            </w:r>
          </w:p>
        </w:tc>
        <w:tc>
          <w:tcPr>
            <w:tcW w:w="1728" w:type="dxa"/>
          </w:tcPr>
          <w:p w14:paraId="1D9F0E5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B976437" wp14:editId="59EC70EA">
                  <wp:extent cx="1400000" cy="1400000"/>
                  <wp:effectExtent l="0" t="0" r="0" b="0"/>
                  <wp:docPr id="611" name="Picture 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7.png"/>
                          <pic:cNvPicPr/>
                        </pic:nvPicPr>
                        <pic:blipFill>
                          <a:blip r:embed="rId45"/>
                          <a:stretch>
                            <a:fillRect/>
                          </a:stretch>
                        </pic:blipFill>
                        <pic:spPr>
                          <a:xfrm>
                            <a:off x="0" y="0"/>
                            <a:ext cx="1400000" cy="1400000"/>
                          </a:xfrm>
                          <a:prstGeom prst="rect">
                            <a:avLst/>
                          </a:prstGeom>
                        </pic:spPr>
                      </pic:pic>
                    </a:graphicData>
                  </a:graphic>
                </wp:inline>
              </w:drawing>
            </w:r>
          </w:p>
        </w:tc>
        <w:tc>
          <w:tcPr>
            <w:tcW w:w="1728" w:type="dxa"/>
          </w:tcPr>
          <w:p w14:paraId="79F4F15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IM(251)</w:t>
            </w:r>
          </w:p>
        </w:tc>
        <w:tc>
          <w:tcPr>
            <w:tcW w:w="1728" w:type="dxa"/>
          </w:tcPr>
          <w:p w14:paraId="44DAC3F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EB4A02A" wp14:editId="52715F52">
                  <wp:extent cx="1400000" cy="1400000"/>
                  <wp:effectExtent l="0" t="0" r="0" b="0"/>
                  <wp:docPr id="612" name="Picture 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1.png"/>
                          <pic:cNvPicPr/>
                        </pic:nvPicPr>
                        <pic:blipFill>
                          <a:blip r:embed="rId109"/>
                          <a:stretch>
                            <a:fillRect/>
                          </a:stretch>
                        </pic:blipFill>
                        <pic:spPr>
                          <a:xfrm>
                            <a:off x="0" y="0"/>
                            <a:ext cx="1400000" cy="1400000"/>
                          </a:xfrm>
                          <a:prstGeom prst="rect">
                            <a:avLst/>
                          </a:prstGeom>
                        </pic:spPr>
                      </pic:pic>
                    </a:graphicData>
                  </a:graphic>
                </wp:inline>
              </w:drawing>
            </w:r>
          </w:p>
        </w:tc>
      </w:tr>
      <w:tr w:rsidR="0080618B" w:rsidRPr="00CB52C3" w14:paraId="36C376EF" w14:textId="77777777" w:rsidTr="009B4FA6">
        <w:trPr>
          <w:jc w:val="center"/>
        </w:trPr>
        <w:tc>
          <w:tcPr>
            <w:tcW w:w="1728" w:type="dxa"/>
          </w:tcPr>
          <w:p w14:paraId="6A08AFF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6A52B4F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IM(312)</w:t>
            </w:r>
          </w:p>
        </w:tc>
        <w:tc>
          <w:tcPr>
            <w:tcW w:w="1728" w:type="dxa"/>
          </w:tcPr>
          <w:p w14:paraId="01F4A68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262B47D" wp14:editId="7FB3083B">
                  <wp:extent cx="1400000" cy="1400000"/>
                  <wp:effectExtent l="0" t="0" r="0" b="0"/>
                  <wp:docPr id="613" name="Picture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2.png"/>
                          <pic:cNvPicPr/>
                        </pic:nvPicPr>
                        <pic:blipFill>
                          <a:blip r:embed="rId47"/>
                          <a:stretch>
                            <a:fillRect/>
                          </a:stretch>
                        </pic:blipFill>
                        <pic:spPr>
                          <a:xfrm>
                            <a:off x="0" y="0"/>
                            <a:ext cx="1400000" cy="1400000"/>
                          </a:xfrm>
                          <a:prstGeom prst="rect">
                            <a:avLst/>
                          </a:prstGeom>
                        </pic:spPr>
                      </pic:pic>
                    </a:graphicData>
                  </a:graphic>
                </wp:inline>
              </w:drawing>
            </w:r>
          </w:p>
        </w:tc>
        <w:tc>
          <w:tcPr>
            <w:tcW w:w="1728" w:type="dxa"/>
          </w:tcPr>
          <w:p w14:paraId="21A5FB4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IM(305)</w:t>
            </w:r>
          </w:p>
        </w:tc>
        <w:tc>
          <w:tcPr>
            <w:tcW w:w="1728" w:type="dxa"/>
          </w:tcPr>
          <w:p w14:paraId="77A602B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24FC40F" wp14:editId="19213A69">
                  <wp:extent cx="1400000" cy="1400000"/>
                  <wp:effectExtent l="0" t="0" r="0" b="0"/>
                  <wp:docPr id="614" name="Picture 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05.png"/>
                          <pic:cNvPicPr/>
                        </pic:nvPicPr>
                        <pic:blipFill>
                          <a:blip r:embed="rId110"/>
                          <a:stretch>
                            <a:fillRect/>
                          </a:stretch>
                        </pic:blipFill>
                        <pic:spPr>
                          <a:xfrm>
                            <a:off x="0" y="0"/>
                            <a:ext cx="1400000" cy="1400000"/>
                          </a:xfrm>
                          <a:prstGeom prst="rect">
                            <a:avLst/>
                          </a:prstGeom>
                        </pic:spPr>
                      </pic:pic>
                    </a:graphicData>
                  </a:graphic>
                </wp:inline>
              </w:drawing>
            </w:r>
          </w:p>
        </w:tc>
      </w:tr>
      <w:tr w:rsidR="0080618B" w:rsidRPr="00CB52C3" w14:paraId="1DD76A93" w14:textId="77777777" w:rsidTr="009B4FA6">
        <w:trPr>
          <w:jc w:val="center"/>
        </w:trPr>
        <w:tc>
          <w:tcPr>
            <w:tcW w:w="1728" w:type="dxa"/>
          </w:tcPr>
          <w:p w14:paraId="03B66EE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08C8DFE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IM(377)</w:t>
            </w:r>
          </w:p>
        </w:tc>
        <w:tc>
          <w:tcPr>
            <w:tcW w:w="1728" w:type="dxa"/>
          </w:tcPr>
          <w:p w14:paraId="1D4311F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ACA8225" wp14:editId="35EFA187">
                  <wp:extent cx="1400000" cy="1400000"/>
                  <wp:effectExtent l="0" t="0" r="0" b="0"/>
                  <wp:docPr id="615" name="Picture 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77.png"/>
                          <pic:cNvPicPr/>
                        </pic:nvPicPr>
                        <pic:blipFill>
                          <a:blip r:embed="rId58"/>
                          <a:stretch>
                            <a:fillRect/>
                          </a:stretch>
                        </pic:blipFill>
                        <pic:spPr>
                          <a:xfrm>
                            <a:off x="0" y="0"/>
                            <a:ext cx="1400000" cy="1400000"/>
                          </a:xfrm>
                          <a:prstGeom prst="rect">
                            <a:avLst/>
                          </a:prstGeom>
                        </pic:spPr>
                      </pic:pic>
                    </a:graphicData>
                  </a:graphic>
                </wp:inline>
              </w:drawing>
            </w:r>
          </w:p>
        </w:tc>
        <w:tc>
          <w:tcPr>
            <w:tcW w:w="1728" w:type="dxa"/>
          </w:tcPr>
          <w:p w14:paraId="3114F12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IM(373)</w:t>
            </w:r>
          </w:p>
        </w:tc>
        <w:tc>
          <w:tcPr>
            <w:tcW w:w="1728" w:type="dxa"/>
          </w:tcPr>
          <w:p w14:paraId="0B74E08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5149AF3" wp14:editId="42892D20">
                  <wp:extent cx="1400000" cy="1400000"/>
                  <wp:effectExtent l="0" t="0" r="0" b="0"/>
                  <wp:docPr id="616" name="Picture 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73.png"/>
                          <pic:cNvPicPr/>
                        </pic:nvPicPr>
                        <pic:blipFill>
                          <a:blip r:embed="rId100"/>
                          <a:stretch>
                            <a:fillRect/>
                          </a:stretch>
                        </pic:blipFill>
                        <pic:spPr>
                          <a:xfrm>
                            <a:off x="0" y="0"/>
                            <a:ext cx="1400000" cy="1400000"/>
                          </a:xfrm>
                          <a:prstGeom prst="rect">
                            <a:avLst/>
                          </a:prstGeom>
                        </pic:spPr>
                      </pic:pic>
                    </a:graphicData>
                  </a:graphic>
                </wp:inline>
              </w:drawing>
            </w:r>
          </w:p>
        </w:tc>
      </w:tr>
      <w:tr w:rsidR="0080618B" w:rsidRPr="00CB52C3" w14:paraId="24EF4CC8" w14:textId="77777777" w:rsidTr="009B4FA6">
        <w:trPr>
          <w:jc w:val="center"/>
        </w:trPr>
        <w:tc>
          <w:tcPr>
            <w:tcW w:w="1728" w:type="dxa"/>
          </w:tcPr>
          <w:p w14:paraId="6C204BB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9</w:t>
            </w:r>
          </w:p>
        </w:tc>
        <w:tc>
          <w:tcPr>
            <w:tcW w:w="1728" w:type="dxa"/>
          </w:tcPr>
          <w:p w14:paraId="2E057BC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IM(403)</w:t>
            </w:r>
          </w:p>
        </w:tc>
        <w:tc>
          <w:tcPr>
            <w:tcW w:w="1728" w:type="dxa"/>
          </w:tcPr>
          <w:p w14:paraId="236B5CE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394FE17" wp14:editId="25E48D8D">
                  <wp:extent cx="1400000" cy="1400000"/>
                  <wp:effectExtent l="0" t="0" r="0" b="0"/>
                  <wp:docPr id="617" name="Picture 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03.png"/>
                          <pic:cNvPicPr/>
                        </pic:nvPicPr>
                        <pic:blipFill>
                          <a:blip r:embed="rId52"/>
                          <a:stretch>
                            <a:fillRect/>
                          </a:stretch>
                        </pic:blipFill>
                        <pic:spPr>
                          <a:xfrm>
                            <a:off x="0" y="0"/>
                            <a:ext cx="1400000" cy="1400000"/>
                          </a:xfrm>
                          <a:prstGeom prst="rect">
                            <a:avLst/>
                          </a:prstGeom>
                        </pic:spPr>
                      </pic:pic>
                    </a:graphicData>
                  </a:graphic>
                </wp:inline>
              </w:drawing>
            </w:r>
          </w:p>
        </w:tc>
        <w:tc>
          <w:tcPr>
            <w:tcW w:w="1728" w:type="dxa"/>
          </w:tcPr>
          <w:p w14:paraId="68D73C2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IM(399)</w:t>
            </w:r>
          </w:p>
        </w:tc>
        <w:tc>
          <w:tcPr>
            <w:tcW w:w="1728" w:type="dxa"/>
          </w:tcPr>
          <w:p w14:paraId="242B1C7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C1721DB" wp14:editId="2E7A9AE9">
                  <wp:extent cx="1400000" cy="1400000"/>
                  <wp:effectExtent l="0" t="0" r="0" b="0"/>
                  <wp:docPr id="618" name="Picture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99.png"/>
                          <pic:cNvPicPr/>
                        </pic:nvPicPr>
                        <pic:blipFill>
                          <a:blip r:embed="rId111"/>
                          <a:stretch>
                            <a:fillRect/>
                          </a:stretch>
                        </pic:blipFill>
                        <pic:spPr>
                          <a:xfrm>
                            <a:off x="0" y="0"/>
                            <a:ext cx="1400000" cy="1400000"/>
                          </a:xfrm>
                          <a:prstGeom prst="rect">
                            <a:avLst/>
                          </a:prstGeom>
                        </pic:spPr>
                      </pic:pic>
                    </a:graphicData>
                  </a:graphic>
                </wp:inline>
              </w:drawing>
            </w:r>
          </w:p>
        </w:tc>
      </w:tr>
      <w:tr w:rsidR="0080618B" w:rsidRPr="00CB52C3" w14:paraId="4EAAA7B0" w14:textId="77777777" w:rsidTr="009B4FA6">
        <w:trPr>
          <w:jc w:val="center"/>
        </w:trPr>
        <w:tc>
          <w:tcPr>
            <w:tcW w:w="1728" w:type="dxa"/>
          </w:tcPr>
          <w:p w14:paraId="0B6168C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10</w:t>
            </w:r>
          </w:p>
        </w:tc>
        <w:tc>
          <w:tcPr>
            <w:tcW w:w="1728" w:type="dxa"/>
          </w:tcPr>
          <w:p w14:paraId="32FE59A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IM(432)</w:t>
            </w:r>
          </w:p>
        </w:tc>
        <w:tc>
          <w:tcPr>
            <w:tcW w:w="1728" w:type="dxa"/>
          </w:tcPr>
          <w:p w14:paraId="62C1A1E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095BA02" wp14:editId="7B0D9EA3">
                  <wp:extent cx="1400000" cy="1400000"/>
                  <wp:effectExtent l="0" t="0" r="0" b="0"/>
                  <wp:docPr id="619" name="Picture 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2.png"/>
                          <pic:cNvPicPr/>
                        </pic:nvPicPr>
                        <pic:blipFill>
                          <a:blip r:embed="rId54"/>
                          <a:stretch>
                            <a:fillRect/>
                          </a:stretch>
                        </pic:blipFill>
                        <pic:spPr>
                          <a:xfrm>
                            <a:off x="0" y="0"/>
                            <a:ext cx="1400000" cy="1400000"/>
                          </a:xfrm>
                          <a:prstGeom prst="rect">
                            <a:avLst/>
                          </a:prstGeom>
                        </pic:spPr>
                      </pic:pic>
                    </a:graphicData>
                  </a:graphic>
                </wp:inline>
              </w:drawing>
            </w:r>
          </w:p>
        </w:tc>
        <w:tc>
          <w:tcPr>
            <w:tcW w:w="1728" w:type="dxa"/>
          </w:tcPr>
          <w:p w14:paraId="396CCCA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IM(429)</w:t>
            </w:r>
          </w:p>
        </w:tc>
        <w:tc>
          <w:tcPr>
            <w:tcW w:w="1728" w:type="dxa"/>
          </w:tcPr>
          <w:p w14:paraId="1DF4AD5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48BD118" wp14:editId="12E1658E">
                  <wp:extent cx="1400000" cy="1400000"/>
                  <wp:effectExtent l="0" t="0" r="0" b="0"/>
                  <wp:docPr id="620" name="Picture 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29.png"/>
                          <pic:cNvPicPr/>
                        </pic:nvPicPr>
                        <pic:blipFill>
                          <a:blip r:embed="rId53"/>
                          <a:stretch>
                            <a:fillRect/>
                          </a:stretch>
                        </pic:blipFill>
                        <pic:spPr>
                          <a:xfrm>
                            <a:off x="0" y="0"/>
                            <a:ext cx="1400000" cy="1400000"/>
                          </a:xfrm>
                          <a:prstGeom prst="rect">
                            <a:avLst/>
                          </a:prstGeom>
                        </pic:spPr>
                      </pic:pic>
                    </a:graphicData>
                  </a:graphic>
                </wp:inline>
              </w:drawing>
            </w:r>
          </w:p>
        </w:tc>
      </w:tr>
      <w:tr w:rsidR="0080618B" w:rsidRPr="00CB52C3" w14:paraId="25622499" w14:textId="77777777" w:rsidTr="009B4FA6">
        <w:trPr>
          <w:jc w:val="center"/>
        </w:trPr>
        <w:tc>
          <w:tcPr>
            <w:tcW w:w="1728" w:type="dxa"/>
          </w:tcPr>
          <w:p w14:paraId="03EFF6E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11</w:t>
            </w:r>
          </w:p>
        </w:tc>
        <w:tc>
          <w:tcPr>
            <w:tcW w:w="1728" w:type="dxa"/>
          </w:tcPr>
          <w:p w14:paraId="27E018A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IM(449)</w:t>
            </w:r>
          </w:p>
        </w:tc>
        <w:tc>
          <w:tcPr>
            <w:tcW w:w="1728" w:type="dxa"/>
          </w:tcPr>
          <w:p w14:paraId="5B1F31A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C01B846" wp14:editId="19073E68">
                  <wp:extent cx="1400000" cy="1400000"/>
                  <wp:effectExtent l="0" t="0" r="0" b="0"/>
                  <wp:docPr id="621" name="Picture 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49.png"/>
                          <pic:cNvPicPr/>
                        </pic:nvPicPr>
                        <pic:blipFill>
                          <a:blip r:embed="rId56"/>
                          <a:stretch>
                            <a:fillRect/>
                          </a:stretch>
                        </pic:blipFill>
                        <pic:spPr>
                          <a:xfrm>
                            <a:off x="0" y="0"/>
                            <a:ext cx="1400000" cy="1400000"/>
                          </a:xfrm>
                          <a:prstGeom prst="rect">
                            <a:avLst/>
                          </a:prstGeom>
                        </pic:spPr>
                      </pic:pic>
                    </a:graphicData>
                  </a:graphic>
                </wp:inline>
              </w:drawing>
            </w:r>
          </w:p>
        </w:tc>
        <w:tc>
          <w:tcPr>
            <w:tcW w:w="1728" w:type="dxa"/>
          </w:tcPr>
          <w:p w14:paraId="56C0FC8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IM(445)</w:t>
            </w:r>
          </w:p>
        </w:tc>
        <w:tc>
          <w:tcPr>
            <w:tcW w:w="1728" w:type="dxa"/>
          </w:tcPr>
          <w:p w14:paraId="44A5BD7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5F1E1B0" wp14:editId="6B6C08D5">
                  <wp:extent cx="1400000" cy="1400000"/>
                  <wp:effectExtent l="0" t="0" r="0" b="0"/>
                  <wp:docPr id="622" name="Picture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45.png"/>
                          <pic:cNvPicPr/>
                        </pic:nvPicPr>
                        <pic:blipFill>
                          <a:blip r:embed="rId55"/>
                          <a:stretch>
                            <a:fillRect/>
                          </a:stretch>
                        </pic:blipFill>
                        <pic:spPr>
                          <a:xfrm>
                            <a:off x="0" y="0"/>
                            <a:ext cx="1400000" cy="1400000"/>
                          </a:xfrm>
                          <a:prstGeom prst="rect">
                            <a:avLst/>
                          </a:prstGeom>
                        </pic:spPr>
                      </pic:pic>
                    </a:graphicData>
                  </a:graphic>
                </wp:inline>
              </w:drawing>
            </w:r>
          </w:p>
        </w:tc>
      </w:tr>
      <w:tr w:rsidR="0080618B" w:rsidRPr="00CB52C3" w14:paraId="74EFE1A6" w14:textId="77777777" w:rsidTr="009B4FA6">
        <w:trPr>
          <w:jc w:val="center"/>
        </w:trPr>
        <w:tc>
          <w:tcPr>
            <w:tcW w:w="1728" w:type="dxa"/>
          </w:tcPr>
          <w:p w14:paraId="4122B50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12</w:t>
            </w:r>
          </w:p>
        </w:tc>
        <w:tc>
          <w:tcPr>
            <w:tcW w:w="1728" w:type="dxa"/>
          </w:tcPr>
          <w:p w14:paraId="6B88D21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IM(454)</w:t>
            </w:r>
          </w:p>
        </w:tc>
        <w:tc>
          <w:tcPr>
            <w:tcW w:w="1728" w:type="dxa"/>
          </w:tcPr>
          <w:p w14:paraId="7AF1C8A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A9BC2CD" wp14:editId="348CE9D8">
                  <wp:extent cx="1400000" cy="1400000"/>
                  <wp:effectExtent l="0" t="0" r="0" b="0"/>
                  <wp:docPr id="623" name="Picture 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54.png"/>
                          <pic:cNvPicPr/>
                        </pic:nvPicPr>
                        <pic:blipFill>
                          <a:blip r:embed="rId57"/>
                          <a:stretch>
                            <a:fillRect/>
                          </a:stretch>
                        </pic:blipFill>
                        <pic:spPr>
                          <a:xfrm>
                            <a:off x="0" y="0"/>
                            <a:ext cx="1400000" cy="1400000"/>
                          </a:xfrm>
                          <a:prstGeom prst="rect">
                            <a:avLst/>
                          </a:prstGeom>
                        </pic:spPr>
                      </pic:pic>
                    </a:graphicData>
                  </a:graphic>
                </wp:inline>
              </w:drawing>
            </w:r>
          </w:p>
        </w:tc>
        <w:tc>
          <w:tcPr>
            <w:tcW w:w="1728" w:type="dxa"/>
          </w:tcPr>
          <w:p w14:paraId="28AB7CF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IM(454)</w:t>
            </w:r>
          </w:p>
        </w:tc>
        <w:tc>
          <w:tcPr>
            <w:tcW w:w="1728" w:type="dxa"/>
          </w:tcPr>
          <w:p w14:paraId="55E608E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CF3E63A" wp14:editId="53D401FB">
                  <wp:extent cx="1400000" cy="1400000"/>
                  <wp:effectExtent l="0" t="0" r="0" b="0"/>
                  <wp:docPr id="624" name="Picture 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54.png"/>
                          <pic:cNvPicPr/>
                        </pic:nvPicPr>
                        <pic:blipFill>
                          <a:blip r:embed="rId57"/>
                          <a:stretch>
                            <a:fillRect/>
                          </a:stretch>
                        </pic:blipFill>
                        <pic:spPr>
                          <a:xfrm>
                            <a:off x="0" y="0"/>
                            <a:ext cx="1400000" cy="1400000"/>
                          </a:xfrm>
                          <a:prstGeom prst="rect">
                            <a:avLst/>
                          </a:prstGeom>
                        </pic:spPr>
                      </pic:pic>
                    </a:graphicData>
                  </a:graphic>
                </wp:inline>
              </w:drawing>
            </w:r>
          </w:p>
        </w:tc>
      </w:tr>
    </w:tbl>
    <w:p w14:paraId="31B0A0C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6015D048" w14:textId="210B9C6F" w:rsidR="0080618B" w:rsidRPr="00CB52C3" w:rsidRDefault="0080618B" w:rsidP="00431F65">
      <w:pPr>
        <w:spacing w:line="480" w:lineRule="auto"/>
        <w:rPr>
          <w:rFonts w:ascii="Times New Roman" w:hAnsi="Times New Roman"/>
          <w:sz w:val="24"/>
          <w:szCs w:val="24"/>
        </w:rPr>
      </w:pPr>
      <w:r w:rsidRPr="00CB52C3">
        <w:rPr>
          <w:rFonts w:ascii="Times New Roman" w:hAnsi="Times New Roman"/>
          <w:b/>
          <w:sz w:val="24"/>
          <w:szCs w:val="24"/>
        </w:rPr>
        <w:lastRenderedPageBreak/>
        <w:t xml:space="preserve">Supplementary Table </w:t>
      </w:r>
      <w:r w:rsidR="005272C5">
        <w:rPr>
          <w:rFonts w:ascii="Times New Roman" w:hAnsi="Times New Roman"/>
          <w:b/>
          <w:sz w:val="24"/>
          <w:szCs w:val="24"/>
        </w:rPr>
        <w:t>30</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1,3-propylene glycol at pH=7 and U=-0.5 V vs. </w:t>
      </w:r>
      <w:r w:rsidR="005272C5">
        <w:rPr>
          <w:rFonts w:ascii="Times New Roman" w:hAnsi="Times New Roman"/>
          <w:sz w:val="24"/>
          <w:szCs w:val="24"/>
        </w:rPr>
        <w:t>S</w:t>
      </w:r>
      <w:r w:rsidRPr="00CB52C3">
        <w:rPr>
          <w:rFonts w:ascii="Times New Roman" w:hAnsi="Times New Roman"/>
          <w:sz w:val="24"/>
          <w:szCs w:val="24"/>
        </w:rPr>
        <w:t>HE on Cu(111).</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278"/>
        <w:gridCol w:w="1449"/>
        <w:gridCol w:w="2420"/>
        <w:gridCol w:w="1449"/>
        <w:gridCol w:w="2420"/>
      </w:tblGrid>
      <w:tr w:rsidR="0080618B" w:rsidRPr="00CB52C3" w14:paraId="1A19959C" w14:textId="77777777" w:rsidTr="009B4FA6">
        <w:trPr>
          <w:jc w:val="center"/>
        </w:trPr>
        <w:tc>
          <w:tcPr>
            <w:tcW w:w="1728" w:type="dxa"/>
          </w:tcPr>
          <w:p w14:paraId="3FE44501" w14:textId="77777777" w:rsidR="0080618B" w:rsidRPr="00CB52C3" w:rsidRDefault="0080618B" w:rsidP="00431F65">
            <w:pPr>
              <w:spacing w:line="480" w:lineRule="auto"/>
              <w:rPr>
                <w:rFonts w:ascii="Times New Roman" w:hAnsi="Times New Roman"/>
                <w:sz w:val="24"/>
                <w:szCs w:val="24"/>
              </w:rPr>
            </w:pPr>
          </w:p>
        </w:tc>
        <w:tc>
          <w:tcPr>
            <w:tcW w:w="3456" w:type="dxa"/>
            <w:gridSpan w:val="2"/>
          </w:tcPr>
          <w:p w14:paraId="333811F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0915884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80618B" w:rsidRPr="00CB52C3" w14:paraId="2D86701B" w14:textId="77777777" w:rsidTr="009B4FA6">
        <w:trPr>
          <w:jc w:val="center"/>
        </w:trPr>
        <w:tc>
          <w:tcPr>
            <w:tcW w:w="1728" w:type="dxa"/>
          </w:tcPr>
          <w:p w14:paraId="628D53A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62CEAFD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2E3CAF3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691A77D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377563E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80618B" w:rsidRPr="00CB52C3" w14:paraId="25A37445" w14:textId="77777777" w:rsidTr="009B4FA6">
        <w:trPr>
          <w:jc w:val="center"/>
        </w:trPr>
        <w:tc>
          <w:tcPr>
            <w:tcW w:w="1728" w:type="dxa"/>
          </w:tcPr>
          <w:p w14:paraId="198797D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01D82F3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5D98990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75CDBE5" wp14:editId="106C8E47">
                  <wp:extent cx="1400000" cy="1400000"/>
                  <wp:effectExtent l="0" t="0" r="0" b="0"/>
                  <wp:docPr id="625" name="Picture 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c>
          <w:tcPr>
            <w:tcW w:w="1728" w:type="dxa"/>
          </w:tcPr>
          <w:p w14:paraId="4233EDB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5D33C1E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F9AE21B" wp14:editId="63E0F502">
                  <wp:extent cx="1400000" cy="1400000"/>
                  <wp:effectExtent l="0" t="0" r="0" b="0"/>
                  <wp:docPr id="626" name="Picture 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r>
      <w:tr w:rsidR="0080618B" w:rsidRPr="00CB52C3" w14:paraId="01263BF1" w14:textId="77777777" w:rsidTr="009B4FA6">
        <w:trPr>
          <w:jc w:val="center"/>
        </w:trPr>
        <w:tc>
          <w:tcPr>
            <w:tcW w:w="1728" w:type="dxa"/>
          </w:tcPr>
          <w:p w14:paraId="0AB0465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2788730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38B2403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8242757" wp14:editId="2E0617BD">
                  <wp:extent cx="1400000" cy="1400000"/>
                  <wp:effectExtent l="0" t="0" r="0" b="0"/>
                  <wp:docPr id="627" name="Picture 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c>
          <w:tcPr>
            <w:tcW w:w="1728" w:type="dxa"/>
          </w:tcPr>
          <w:p w14:paraId="29575CC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178FC28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AC96D0D" wp14:editId="5C6958D3">
                  <wp:extent cx="1400000" cy="1400000"/>
                  <wp:effectExtent l="0" t="0" r="0" b="0"/>
                  <wp:docPr id="628" name="Picture 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r>
      <w:tr w:rsidR="0080618B" w:rsidRPr="00CB52C3" w14:paraId="26C2FD67" w14:textId="77777777" w:rsidTr="009B4FA6">
        <w:trPr>
          <w:jc w:val="center"/>
        </w:trPr>
        <w:tc>
          <w:tcPr>
            <w:tcW w:w="1728" w:type="dxa"/>
          </w:tcPr>
          <w:p w14:paraId="32D634F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5EB9B15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IM(109)</w:t>
            </w:r>
          </w:p>
        </w:tc>
        <w:tc>
          <w:tcPr>
            <w:tcW w:w="1728" w:type="dxa"/>
          </w:tcPr>
          <w:p w14:paraId="14D5D10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0816CF8" wp14:editId="103E4987">
                  <wp:extent cx="1400000" cy="1400000"/>
                  <wp:effectExtent l="0" t="0" r="0" b="0"/>
                  <wp:docPr id="629" name="Picture 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9.png"/>
                          <pic:cNvPicPr/>
                        </pic:nvPicPr>
                        <pic:blipFill>
                          <a:blip r:embed="rId63"/>
                          <a:stretch>
                            <a:fillRect/>
                          </a:stretch>
                        </pic:blipFill>
                        <pic:spPr>
                          <a:xfrm>
                            <a:off x="0" y="0"/>
                            <a:ext cx="1400000" cy="1400000"/>
                          </a:xfrm>
                          <a:prstGeom prst="rect">
                            <a:avLst/>
                          </a:prstGeom>
                        </pic:spPr>
                      </pic:pic>
                    </a:graphicData>
                  </a:graphic>
                </wp:inline>
              </w:drawing>
            </w:r>
          </w:p>
        </w:tc>
        <w:tc>
          <w:tcPr>
            <w:tcW w:w="1728" w:type="dxa"/>
          </w:tcPr>
          <w:p w14:paraId="69C1D1E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IM(109)</w:t>
            </w:r>
          </w:p>
        </w:tc>
        <w:tc>
          <w:tcPr>
            <w:tcW w:w="1728" w:type="dxa"/>
          </w:tcPr>
          <w:p w14:paraId="4B9ED0F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09774F1" wp14:editId="0D6E2489">
                  <wp:extent cx="1400000" cy="1400000"/>
                  <wp:effectExtent l="0" t="0" r="0" b="0"/>
                  <wp:docPr id="630" name="Picture 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9.png"/>
                          <pic:cNvPicPr/>
                        </pic:nvPicPr>
                        <pic:blipFill>
                          <a:blip r:embed="rId63"/>
                          <a:stretch>
                            <a:fillRect/>
                          </a:stretch>
                        </pic:blipFill>
                        <pic:spPr>
                          <a:xfrm>
                            <a:off x="0" y="0"/>
                            <a:ext cx="1400000" cy="1400000"/>
                          </a:xfrm>
                          <a:prstGeom prst="rect">
                            <a:avLst/>
                          </a:prstGeom>
                        </pic:spPr>
                      </pic:pic>
                    </a:graphicData>
                  </a:graphic>
                </wp:inline>
              </w:drawing>
            </w:r>
          </w:p>
        </w:tc>
      </w:tr>
      <w:tr w:rsidR="0080618B" w:rsidRPr="00CB52C3" w14:paraId="4671B448" w14:textId="77777777" w:rsidTr="009B4FA6">
        <w:trPr>
          <w:jc w:val="center"/>
        </w:trPr>
        <w:tc>
          <w:tcPr>
            <w:tcW w:w="1728" w:type="dxa"/>
          </w:tcPr>
          <w:p w14:paraId="21802D5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4D57282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IM(154)</w:t>
            </w:r>
          </w:p>
        </w:tc>
        <w:tc>
          <w:tcPr>
            <w:tcW w:w="1728" w:type="dxa"/>
          </w:tcPr>
          <w:p w14:paraId="23AD6FE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57C4D39" wp14:editId="1CAB590E">
                  <wp:extent cx="1400000" cy="1400000"/>
                  <wp:effectExtent l="0" t="0" r="0" b="0"/>
                  <wp:docPr id="631" name="Picture 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4.png"/>
                          <pic:cNvPicPr/>
                        </pic:nvPicPr>
                        <pic:blipFill>
                          <a:blip r:embed="rId43"/>
                          <a:stretch>
                            <a:fillRect/>
                          </a:stretch>
                        </pic:blipFill>
                        <pic:spPr>
                          <a:xfrm>
                            <a:off x="0" y="0"/>
                            <a:ext cx="1400000" cy="1400000"/>
                          </a:xfrm>
                          <a:prstGeom prst="rect">
                            <a:avLst/>
                          </a:prstGeom>
                        </pic:spPr>
                      </pic:pic>
                    </a:graphicData>
                  </a:graphic>
                </wp:inline>
              </w:drawing>
            </w:r>
          </w:p>
        </w:tc>
        <w:tc>
          <w:tcPr>
            <w:tcW w:w="1728" w:type="dxa"/>
          </w:tcPr>
          <w:p w14:paraId="4FAB198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IM(126)</w:t>
            </w:r>
          </w:p>
        </w:tc>
        <w:tc>
          <w:tcPr>
            <w:tcW w:w="1728" w:type="dxa"/>
          </w:tcPr>
          <w:p w14:paraId="71FE5E3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4841D4A" wp14:editId="0B648A5C">
                  <wp:extent cx="1400000" cy="1400000"/>
                  <wp:effectExtent l="0" t="0" r="0" b="0"/>
                  <wp:docPr id="632" name="Picture 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26.png"/>
                          <pic:cNvPicPr/>
                        </pic:nvPicPr>
                        <pic:blipFill>
                          <a:blip r:embed="rId64"/>
                          <a:stretch>
                            <a:fillRect/>
                          </a:stretch>
                        </pic:blipFill>
                        <pic:spPr>
                          <a:xfrm>
                            <a:off x="0" y="0"/>
                            <a:ext cx="1400000" cy="1400000"/>
                          </a:xfrm>
                          <a:prstGeom prst="rect">
                            <a:avLst/>
                          </a:prstGeom>
                        </pic:spPr>
                      </pic:pic>
                    </a:graphicData>
                  </a:graphic>
                </wp:inline>
              </w:drawing>
            </w:r>
          </w:p>
        </w:tc>
      </w:tr>
      <w:tr w:rsidR="0080618B" w:rsidRPr="00CB52C3" w14:paraId="27CFDE66" w14:textId="77777777" w:rsidTr="009B4FA6">
        <w:trPr>
          <w:jc w:val="center"/>
        </w:trPr>
        <w:tc>
          <w:tcPr>
            <w:tcW w:w="1728" w:type="dxa"/>
          </w:tcPr>
          <w:p w14:paraId="131E068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01EC15E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IM(190)</w:t>
            </w:r>
          </w:p>
        </w:tc>
        <w:tc>
          <w:tcPr>
            <w:tcW w:w="1728" w:type="dxa"/>
          </w:tcPr>
          <w:p w14:paraId="5910D14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B1CA33F" wp14:editId="04AF67BB">
                  <wp:extent cx="1400000" cy="1400000"/>
                  <wp:effectExtent l="0" t="0" r="0" b="0"/>
                  <wp:docPr id="633" name="Picture 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90.png"/>
                          <pic:cNvPicPr/>
                        </pic:nvPicPr>
                        <pic:blipFill>
                          <a:blip r:embed="rId44"/>
                          <a:stretch>
                            <a:fillRect/>
                          </a:stretch>
                        </pic:blipFill>
                        <pic:spPr>
                          <a:xfrm>
                            <a:off x="0" y="0"/>
                            <a:ext cx="1400000" cy="1400000"/>
                          </a:xfrm>
                          <a:prstGeom prst="rect">
                            <a:avLst/>
                          </a:prstGeom>
                        </pic:spPr>
                      </pic:pic>
                    </a:graphicData>
                  </a:graphic>
                </wp:inline>
              </w:drawing>
            </w:r>
          </w:p>
        </w:tc>
        <w:tc>
          <w:tcPr>
            <w:tcW w:w="1728" w:type="dxa"/>
          </w:tcPr>
          <w:p w14:paraId="7539578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IM(174)</w:t>
            </w:r>
          </w:p>
        </w:tc>
        <w:tc>
          <w:tcPr>
            <w:tcW w:w="1728" w:type="dxa"/>
          </w:tcPr>
          <w:p w14:paraId="33DFB28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82B1B1E" wp14:editId="08BC31DB">
                  <wp:extent cx="1400000" cy="1400000"/>
                  <wp:effectExtent l="0" t="0" r="0" b="0"/>
                  <wp:docPr id="634" name="Picture 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74.png"/>
                          <pic:cNvPicPr/>
                        </pic:nvPicPr>
                        <pic:blipFill>
                          <a:blip r:embed="rId65"/>
                          <a:stretch>
                            <a:fillRect/>
                          </a:stretch>
                        </pic:blipFill>
                        <pic:spPr>
                          <a:xfrm>
                            <a:off x="0" y="0"/>
                            <a:ext cx="1400000" cy="1400000"/>
                          </a:xfrm>
                          <a:prstGeom prst="rect">
                            <a:avLst/>
                          </a:prstGeom>
                        </pic:spPr>
                      </pic:pic>
                    </a:graphicData>
                  </a:graphic>
                </wp:inline>
              </w:drawing>
            </w:r>
          </w:p>
        </w:tc>
      </w:tr>
      <w:tr w:rsidR="0080618B" w:rsidRPr="00CB52C3" w14:paraId="707137A7" w14:textId="77777777" w:rsidTr="009B4FA6">
        <w:trPr>
          <w:jc w:val="center"/>
        </w:trPr>
        <w:tc>
          <w:tcPr>
            <w:tcW w:w="1728" w:type="dxa"/>
          </w:tcPr>
          <w:p w14:paraId="6C93B93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7A3605E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IM(255)</w:t>
            </w:r>
          </w:p>
        </w:tc>
        <w:tc>
          <w:tcPr>
            <w:tcW w:w="1728" w:type="dxa"/>
          </w:tcPr>
          <w:p w14:paraId="058CE69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6D15DE0" wp14:editId="190B2083">
                  <wp:extent cx="1400000" cy="1400000"/>
                  <wp:effectExtent l="0" t="0" r="0" b="0"/>
                  <wp:docPr id="635" name="Picture 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5.png"/>
                          <pic:cNvPicPr/>
                        </pic:nvPicPr>
                        <pic:blipFill>
                          <a:blip r:embed="rId46"/>
                          <a:stretch>
                            <a:fillRect/>
                          </a:stretch>
                        </pic:blipFill>
                        <pic:spPr>
                          <a:xfrm>
                            <a:off x="0" y="0"/>
                            <a:ext cx="1400000" cy="1400000"/>
                          </a:xfrm>
                          <a:prstGeom prst="rect">
                            <a:avLst/>
                          </a:prstGeom>
                        </pic:spPr>
                      </pic:pic>
                    </a:graphicData>
                  </a:graphic>
                </wp:inline>
              </w:drawing>
            </w:r>
          </w:p>
        </w:tc>
        <w:tc>
          <w:tcPr>
            <w:tcW w:w="1728" w:type="dxa"/>
          </w:tcPr>
          <w:p w14:paraId="097775A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IM(255)</w:t>
            </w:r>
          </w:p>
        </w:tc>
        <w:tc>
          <w:tcPr>
            <w:tcW w:w="1728" w:type="dxa"/>
          </w:tcPr>
          <w:p w14:paraId="46E8EA4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AEAF5AA" wp14:editId="02DF5DD1">
                  <wp:extent cx="1400000" cy="1400000"/>
                  <wp:effectExtent l="0" t="0" r="0" b="0"/>
                  <wp:docPr id="636" name="Picture 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5.png"/>
                          <pic:cNvPicPr/>
                        </pic:nvPicPr>
                        <pic:blipFill>
                          <a:blip r:embed="rId46"/>
                          <a:stretch>
                            <a:fillRect/>
                          </a:stretch>
                        </pic:blipFill>
                        <pic:spPr>
                          <a:xfrm>
                            <a:off x="0" y="0"/>
                            <a:ext cx="1400000" cy="1400000"/>
                          </a:xfrm>
                          <a:prstGeom prst="rect">
                            <a:avLst/>
                          </a:prstGeom>
                        </pic:spPr>
                      </pic:pic>
                    </a:graphicData>
                  </a:graphic>
                </wp:inline>
              </w:drawing>
            </w:r>
          </w:p>
        </w:tc>
      </w:tr>
      <w:tr w:rsidR="0080618B" w:rsidRPr="00CB52C3" w14:paraId="52024926" w14:textId="77777777" w:rsidTr="009B4FA6">
        <w:trPr>
          <w:jc w:val="center"/>
        </w:trPr>
        <w:tc>
          <w:tcPr>
            <w:tcW w:w="1728" w:type="dxa"/>
          </w:tcPr>
          <w:p w14:paraId="4270FDE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03C940B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IM(312)</w:t>
            </w:r>
          </w:p>
        </w:tc>
        <w:tc>
          <w:tcPr>
            <w:tcW w:w="1728" w:type="dxa"/>
          </w:tcPr>
          <w:p w14:paraId="5AC37B8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E1ED359" wp14:editId="0F9ECE8F">
                  <wp:extent cx="1400000" cy="1400000"/>
                  <wp:effectExtent l="0" t="0" r="0" b="0"/>
                  <wp:docPr id="637" name="Picture 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2.png"/>
                          <pic:cNvPicPr/>
                        </pic:nvPicPr>
                        <pic:blipFill>
                          <a:blip r:embed="rId47"/>
                          <a:stretch>
                            <a:fillRect/>
                          </a:stretch>
                        </pic:blipFill>
                        <pic:spPr>
                          <a:xfrm>
                            <a:off x="0" y="0"/>
                            <a:ext cx="1400000" cy="1400000"/>
                          </a:xfrm>
                          <a:prstGeom prst="rect">
                            <a:avLst/>
                          </a:prstGeom>
                        </pic:spPr>
                      </pic:pic>
                    </a:graphicData>
                  </a:graphic>
                </wp:inline>
              </w:drawing>
            </w:r>
          </w:p>
        </w:tc>
        <w:tc>
          <w:tcPr>
            <w:tcW w:w="1728" w:type="dxa"/>
          </w:tcPr>
          <w:p w14:paraId="1865B5F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IM(312)</w:t>
            </w:r>
          </w:p>
        </w:tc>
        <w:tc>
          <w:tcPr>
            <w:tcW w:w="1728" w:type="dxa"/>
          </w:tcPr>
          <w:p w14:paraId="1103989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A670A88" wp14:editId="3E0BE14B">
                  <wp:extent cx="1400000" cy="1400000"/>
                  <wp:effectExtent l="0" t="0" r="0" b="0"/>
                  <wp:docPr id="638" name="Picture 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2.png"/>
                          <pic:cNvPicPr/>
                        </pic:nvPicPr>
                        <pic:blipFill>
                          <a:blip r:embed="rId47"/>
                          <a:stretch>
                            <a:fillRect/>
                          </a:stretch>
                        </pic:blipFill>
                        <pic:spPr>
                          <a:xfrm>
                            <a:off x="0" y="0"/>
                            <a:ext cx="1400000" cy="1400000"/>
                          </a:xfrm>
                          <a:prstGeom prst="rect">
                            <a:avLst/>
                          </a:prstGeom>
                        </pic:spPr>
                      </pic:pic>
                    </a:graphicData>
                  </a:graphic>
                </wp:inline>
              </w:drawing>
            </w:r>
          </w:p>
        </w:tc>
      </w:tr>
      <w:tr w:rsidR="0080618B" w:rsidRPr="00CB52C3" w14:paraId="286B51C8" w14:textId="77777777" w:rsidTr="009B4FA6">
        <w:trPr>
          <w:jc w:val="center"/>
        </w:trPr>
        <w:tc>
          <w:tcPr>
            <w:tcW w:w="1728" w:type="dxa"/>
          </w:tcPr>
          <w:p w14:paraId="3CBD24A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3F33D91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IM(367)</w:t>
            </w:r>
          </w:p>
        </w:tc>
        <w:tc>
          <w:tcPr>
            <w:tcW w:w="1728" w:type="dxa"/>
          </w:tcPr>
          <w:p w14:paraId="431BE03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8CEC493" wp14:editId="5F581C6F">
                  <wp:extent cx="1400000" cy="1400000"/>
                  <wp:effectExtent l="0" t="0" r="0" b="0"/>
                  <wp:docPr id="639" name="Picture 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67.png"/>
                          <pic:cNvPicPr/>
                        </pic:nvPicPr>
                        <pic:blipFill>
                          <a:blip r:embed="rId59"/>
                          <a:stretch>
                            <a:fillRect/>
                          </a:stretch>
                        </pic:blipFill>
                        <pic:spPr>
                          <a:xfrm>
                            <a:off x="0" y="0"/>
                            <a:ext cx="1400000" cy="1400000"/>
                          </a:xfrm>
                          <a:prstGeom prst="rect">
                            <a:avLst/>
                          </a:prstGeom>
                        </pic:spPr>
                      </pic:pic>
                    </a:graphicData>
                  </a:graphic>
                </wp:inline>
              </w:drawing>
            </w:r>
          </w:p>
        </w:tc>
        <w:tc>
          <w:tcPr>
            <w:tcW w:w="1728" w:type="dxa"/>
          </w:tcPr>
          <w:p w14:paraId="1F761CF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IM(367)</w:t>
            </w:r>
          </w:p>
        </w:tc>
        <w:tc>
          <w:tcPr>
            <w:tcW w:w="1728" w:type="dxa"/>
          </w:tcPr>
          <w:p w14:paraId="1141E7E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247B0C7" wp14:editId="2355B60F">
                  <wp:extent cx="1400000" cy="1400000"/>
                  <wp:effectExtent l="0" t="0" r="0" b="0"/>
                  <wp:docPr id="640" name="Picture 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67.png"/>
                          <pic:cNvPicPr/>
                        </pic:nvPicPr>
                        <pic:blipFill>
                          <a:blip r:embed="rId59"/>
                          <a:stretch>
                            <a:fillRect/>
                          </a:stretch>
                        </pic:blipFill>
                        <pic:spPr>
                          <a:xfrm>
                            <a:off x="0" y="0"/>
                            <a:ext cx="1400000" cy="1400000"/>
                          </a:xfrm>
                          <a:prstGeom prst="rect">
                            <a:avLst/>
                          </a:prstGeom>
                        </pic:spPr>
                      </pic:pic>
                    </a:graphicData>
                  </a:graphic>
                </wp:inline>
              </w:drawing>
            </w:r>
          </w:p>
        </w:tc>
      </w:tr>
      <w:tr w:rsidR="0080618B" w:rsidRPr="00CB52C3" w14:paraId="29D0B9E9" w14:textId="77777777" w:rsidTr="009B4FA6">
        <w:trPr>
          <w:jc w:val="center"/>
        </w:trPr>
        <w:tc>
          <w:tcPr>
            <w:tcW w:w="1728" w:type="dxa"/>
          </w:tcPr>
          <w:p w14:paraId="382D219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9</w:t>
            </w:r>
          </w:p>
        </w:tc>
        <w:tc>
          <w:tcPr>
            <w:tcW w:w="1728" w:type="dxa"/>
          </w:tcPr>
          <w:p w14:paraId="366ED06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IM(410)</w:t>
            </w:r>
          </w:p>
        </w:tc>
        <w:tc>
          <w:tcPr>
            <w:tcW w:w="1728" w:type="dxa"/>
          </w:tcPr>
          <w:p w14:paraId="543E203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A362947" wp14:editId="7ADA5BBC">
                  <wp:extent cx="1400000" cy="1400000"/>
                  <wp:effectExtent l="0" t="0" r="0" b="0"/>
                  <wp:docPr id="641" name="Picture 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10.png"/>
                          <pic:cNvPicPr/>
                        </pic:nvPicPr>
                        <pic:blipFill>
                          <a:blip r:embed="rId61"/>
                          <a:stretch>
                            <a:fillRect/>
                          </a:stretch>
                        </pic:blipFill>
                        <pic:spPr>
                          <a:xfrm>
                            <a:off x="0" y="0"/>
                            <a:ext cx="1400000" cy="1400000"/>
                          </a:xfrm>
                          <a:prstGeom prst="rect">
                            <a:avLst/>
                          </a:prstGeom>
                        </pic:spPr>
                      </pic:pic>
                    </a:graphicData>
                  </a:graphic>
                </wp:inline>
              </w:drawing>
            </w:r>
          </w:p>
        </w:tc>
        <w:tc>
          <w:tcPr>
            <w:tcW w:w="1728" w:type="dxa"/>
          </w:tcPr>
          <w:p w14:paraId="6E66B02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IM(410)</w:t>
            </w:r>
          </w:p>
        </w:tc>
        <w:tc>
          <w:tcPr>
            <w:tcW w:w="1728" w:type="dxa"/>
          </w:tcPr>
          <w:p w14:paraId="7481922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5FE3E6C" wp14:editId="25AD8A48">
                  <wp:extent cx="1400000" cy="1400000"/>
                  <wp:effectExtent l="0" t="0" r="0" b="0"/>
                  <wp:docPr id="642" name="Picture 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10.png"/>
                          <pic:cNvPicPr/>
                        </pic:nvPicPr>
                        <pic:blipFill>
                          <a:blip r:embed="rId61"/>
                          <a:stretch>
                            <a:fillRect/>
                          </a:stretch>
                        </pic:blipFill>
                        <pic:spPr>
                          <a:xfrm>
                            <a:off x="0" y="0"/>
                            <a:ext cx="1400000" cy="1400000"/>
                          </a:xfrm>
                          <a:prstGeom prst="rect">
                            <a:avLst/>
                          </a:prstGeom>
                        </pic:spPr>
                      </pic:pic>
                    </a:graphicData>
                  </a:graphic>
                </wp:inline>
              </w:drawing>
            </w:r>
          </w:p>
        </w:tc>
      </w:tr>
      <w:tr w:rsidR="0080618B" w:rsidRPr="00CB52C3" w14:paraId="71224305" w14:textId="77777777" w:rsidTr="009B4FA6">
        <w:trPr>
          <w:jc w:val="center"/>
        </w:trPr>
        <w:tc>
          <w:tcPr>
            <w:tcW w:w="1728" w:type="dxa"/>
          </w:tcPr>
          <w:p w14:paraId="4778EE1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10</w:t>
            </w:r>
          </w:p>
        </w:tc>
        <w:tc>
          <w:tcPr>
            <w:tcW w:w="1728" w:type="dxa"/>
          </w:tcPr>
          <w:p w14:paraId="0552EF6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IM(437)</w:t>
            </w:r>
          </w:p>
        </w:tc>
        <w:tc>
          <w:tcPr>
            <w:tcW w:w="1728" w:type="dxa"/>
          </w:tcPr>
          <w:p w14:paraId="59B61BD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D9EA5DB" wp14:editId="1A4D70CB">
                  <wp:extent cx="1400000" cy="1400000"/>
                  <wp:effectExtent l="0" t="0" r="0" b="0"/>
                  <wp:docPr id="643" name="Picture 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7.png"/>
                          <pic:cNvPicPr/>
                        </pic:nvPicPr>
                        <pic:blipFill>
                          <a:blip r:embed="rId62"/>
                          <a:stretch>
                            <a:fillRect/>
                          </a:stretch>
                        </pic:blipFill>
                        <pic:spPr>
                          <a:xfrm>
                            <a:off x="0" y="0"/>
                            <a:ext cx="1400000" cy="1400000"/>
                          </a:xfrm>
                          <a:prstGeom prst="rect">
                            <a:avLst/>
                          </a:prstGeom>
                        </pic:spPr>
                      </pic:pic>
                    </a:graphicData>
                  </a:graphic>
                </wp:inline>
              </w:drawing>
            </w:r>
          </w:p>
        </w:tc>
        <w:tc>
          <w:tcPr>
            <w:tcW w:w="1728" w:type="dxa"/>
          </w:tcPr>
          <w:p w14:paraId="3A575C3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IM(437)</w:t>
            </w:r>
          </w:p>
        </w:tc>
        <w:tc>
          <w:tcPr>
            <w:tcW w:w="1728" w:type="dxa"/>
          </w:tcPr>
          <w:p w14:paraId="447900D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7ECD1FF" wp14:editId="4340EA98">
                  <wp:extent cx="1400000" cy="1400000"/>
                  <wp:effectExtent l="0" t="0" r="0" b="0"/>
                  <wp:docPr id="644" name="Picture 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7.png"/>
                          <pic:cNvPicPr/>
                        </pic:nvPicPr>
                        <pic:blipFill>
                          <a:blip r:embed="rId62"/>
                          <a:stretch>
                            <a:fillRect/>
                          </a:stretch>
                        </pic:blipFill>
                        <pic:spPr>
                          <a:xfrm>
                            <a:off x="0" y="0"/>
                            <a:ext cx="1400000" cy="1400000"/>
                          </a:xfrm>
                          <a:prstGeom prst="rect">
                            <a:avLst/>
                          </a:prstGeom>
                        </pic:spPr>
                      </pic:pic>
                    </a:graphicData>
                  </a:graphic>
                </wp:inline>
              </w:drawing>
            </w:r>
          </w:p>
        </w:tc>
      </w:tr>
    </w:tbl>
    <w:p w14:paraId="4A720DE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148B3C58" w14:textId="3B6E22F7" w:rsidR="0080618B" w:rsidRPr="00CB52C3" w:rsidRDefault="0080618B"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3</w:t>
      </w:r>
      <w:r w:rsidR="005272C5">
        <w:rPr>
          <w:rFonts w:ascii="Times New Roman" w:hAnsi="Times New Roman"/>
          <w:b/>
          <w:sz w:val="24"/>
          <w:szCs w:val="24"/>
        </w:rPr>
        <w:t>1</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propionaldehyde at pH=7 and U=-0.5 V vs. </w:t>
      </w:r>
      <w:r w:rsidR="005272C5">
        <w:rPr>
          <w:rFonts w:ascii="Times New Roman" w:hAnsi="Times New Roman"/>
          <w:sz w:val="24"/>
          <w:szCs w:val="24"/>
        </w:rPr>
        <w:t>S</w:t>
      </w:r>
      <w:r w:rsidRPr="00CB52C3">
        <w:rPr>
          <w:rFonts w:ascii="Times New Roman" w:hAnsi="Times New Roman"/>
          <w:sz w:val="24"/>
          <w:szCs w:val="24"/>
        </w:rPr>
        <w:t>HE on Cu(111).</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278"/>
        <w:gridCol w:w="1449"/>
        <w:gridCol w:w="2420"/>
        <w:gridCol w:w="1449"/>
        <w:gridCol w:w="2420"/>
      </w:tblGrid>
      <w:tr w:rsidR="0080618B" w:rsidRPr="00CB52C3" w14:paraId="022DE592" w14:textId="77777777" w:rsidTr="009B4FA6">
        <w:trPr>
          <w:jc w:val="center"/>
        </w:trPr>
        <w:tc>
          <w:tcPr>
            <w:tcW w:w="1728" w:type="dxa"/>
          </w:tcPr>
          <w:p w14:paraId="3C96BA03" w14:textId="77777777" w:rsidR="0080618B" w:rsidRPr="00CB52C3" w:rsidRDefault="0080618B" w:rsidP="00431F65">
            <w:pPr>
              <w:spacing w:line="480" w:lineRule="auto"/>
              <w:rPr>
                <w:rFonts w:ascii="Times New Roman" w:hAnsi="Times New Roman"/>
                <w:sz w:val="24"/>
                <w:szCs w:val="24"/>
              </w:rPr>
            </w:pPr>
          </w:p>
        </w:tc>
        <w:tc>
          <w:tcPr>
            <w:tcW w:w="3456" w:type="dxa"/>
            <w:gridSpan w:val="2"/>
          </w:tcPr>
          <w:p w14:paraId="7D6AC7D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0481C9F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80618B" w:rsidRPr="00CB52C3" w14:paraId="6800FCEE" w14:textId="77777777" w:rsidTr="009B4FA6">
        <w:trPr>
          <w:jc w:val="center"/>
        </w:trPr>
        <w:tc>
          <w:tcPr>
            <w:tcW w:w="1728" w:type="dxa"/>
          </w:tcPr>
          <w:p w14:paraId="35CCC78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0C0FC72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5457579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35C724F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33E15ED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80618B" w:rsidRPr="00CB52C3" w14:paraId="662074F2" w14:textId="77777777" w:rsidTr="009B4FA6">
        <w:trPr>
          <w:jc w:val="center"/>
        </w:trPr>
        <w:tc>
          <w:tcPr>
            <w:tcW w:w="1728" w:type="dxa"/>
          </w:tcPr>
          <w:p w14:paraId="08F41C9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17F9967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5D0D086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C74A395" wp14:editId="11B46738">
                  <wp:extent cx="1400000" cy="1400000"/>
                  <wp:effectExtent l="0" t="0" r="0" b="0"/>
                  <wp:docPr id="645" name="Picture 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c>
          <w:tcPr>
            <w:tcW w:w="1728" w:type="dxa"/>
          </w:tcPr>
          <w:p w14:paraId="5808165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494E911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0E88BE3" wp14:editId="044B5451">
                  <wp:extent cx="1400000" cy="1400000"/>
                  <wp:effectExtent l="0" t="0" r="0" b="0"/>
                  <wp:docPr id="646" name="Picture 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r>
      <w:tr w:rsidR="0080618B" w:rsidRPr="00CB52C3" w14:paraId="16B39768" w14:textId="77777777" w:rsidTr="009B4FA6">
        <w:trPr>
          <w:jc w:val="center"/>
        </w:trPr>
        <w:tc>
          <w:tcPr>
            <w:tcW w:w="1728" w:type="dxa"/>
          </w:tcPr>
          <w:p w14:paraId="0633491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78880E1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169233B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8EE5A87" wp14:editId="4B13C23C">
                  <wp:extent cx="1400000" cy="1400000"/>
                  <wp:effectExtent l="0" t="0" r="0" b="0"/>
                  <wp:docPr id="647" name="Picture 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c>
          <w:tcPr>
            <w:tcW w:w="1728" w:type="dxa"/>
          </w:tcPr>
          <w:p w14:paraId="01D6005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IM(86)</w:t>
            </w:r>
          </w:p>
        </w:tc>
        <w:tc>
          <w:tcPr>
            <w:tcW w:w="1728" w:type="dxa"/>
          </w:tcPr>
          <w:p w14:paraId="09D6F64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00F65CA" wp14:editId="79C0E918">
                  <wp:extent cx="1400000" cy="1400000"/>
                  <wp:effectExtent l="0" t="0" r="0" b="0"/>
                  <wp:docPr id="648" name="Picture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6.png"/>
                          <pic:cNvPicPr/>
                        </pic:nvPicPr>
                        <pic:blipFill>
                          <a:blip r:embed="rId85"/>
                          <a:stretch>
                            <a:fillRect/>
                          </a:stretch>
                        </pic:blipFill>
                        <pic:spPr>
                          <a:xfrm>
                            <a:off x="0" y="0"/>
                            <a:ext cx="1400000" cy="1400000"/>
                          </a:xfrm>
                          <a:prstGeom prst="rect">
                            <a:avLst/>
                          </a:prstGeom>
                        </pic:spPr>
                      </pic:pic>
                    </a:graphicData>
                  </a:graphic>
                </wp:inline>
              </w:drawing>
            </w:r>
          </w:p>
        </w:tc>
      </w:tr>
      <w:tr w:rsidR="0080618B" w:rsidRPr="00CB52C3" w14:paraId="53C07475" w14:textId="77777777" w:rsidTr="009B4FA6">
        <w:trPr>
          <w:jc w:val="center"/>
        </w:trPr>
        <w:tc>
          <w:tcPr>
            <w:tcW w:w="1728" w:type="dxa"/>
          </w:tcPr>
          <w:p w14:paraId="02C43A6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3D02476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IM(109)</w:t>
            </w:r>
          </w:p>
        </w:tc>
        <w:tc>
          <w:tcPr>
            <w:tcW w:w="1728" w:type="dxa"/>
          </w:tcPr>
          <w:p w14:paraId="1B79BD1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8BB4171" wp14:editId="42CA727A">
                  <wp:extent cx="1400000" cy="1400000"/>
                  <wp:effectExtent l="0" t="0" r="0" b="0"/>
                  <wp:docPr id="649" name="Picture 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9.png"/>
                          <pic:cNvPicPr/>
                        </pic:nvPicPr>
                        <pic:blipFill>
                          <a:blip r:embed="rId63"/>
                          <a:stretch>
                            <a:fillRect/>
                          </a:stretch>
                        </pic:blipFill>
                        <pic:spPr>
                          <a:xfrm>
                            <a:off x="0" y="0"/>
                            <a:ext cx="1400000" cy="1400000"/>
                          </a:xfrm>
                          <a:prstGeom prst="rect">
                            <a:avLst/>
                          </a:prstGeom>
                        </pic:spPr>
                      </pic:pic>
                    </a:graphicData>
                  </a:graphic>
                </wp:inline>
              </w:drawing>
            </w:r>
          </w:p>
        </w:tc>
        <w:tc>
          <w:tcPr>
            <w:tcW w:w="1728" w:type="dxa"/>
          </w:tcPr>
          <w:p w14:paraId="2857971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IM(112)</w:t>
            </w:r>
          </w:p>
        </w:tc>
        <w:tc>
          <w:tcPr>
            <w:tcW w:w="1728" w:type="dxa"/>
          </w:tcPr>
          <w:p w14:paraId="434BF34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B9697D9" wp14:editId="0B4C3E65">
                  <wp:extent cx="1400000" cy="1400000"/>
                  <wp:effectExtent l="0" t="0" r="0" b="0"/>
                  <wp:docPr id="650" name="Picture 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12.png"/>
                          <pic:cNvPicPr/>
                        </pic:nvPicPr>
                        <pic:blipFill>
                          <a:blip r:embed="rId112"/>
                          <a:stretch>
                            <a:fillRect/>
                          </a:stretch>
                        </pic:blipFill>
                        <pic:spPr>
                          <a:xfrm>
                            <a:off x="0" y="0"/>
                            <a:ext cx="1400000" cy="1400000"/>
                          </a:xfrm>
                          <a:prstGeom prst="rect">
                            <a:avLst/>
                          </a:prstGeom>
                        </pic:spPr>
                      </pic:pic>
                    </a:graphicData>
                  </a:graphic>
                </wp:inline>
              </w:drawing>
            </w:r>
          </w:p>
        </w:tc>
      </w:tr>
      <w:tr w:rsidR="0080618B" w:rsidRPr="00CB52C3" w14:paraId="48DB96BE" w14:textId="77777777" w:rsidTr="009B4FA6">
        <w:trPr>
          <w:jc w:val="center"/>
        </w:trPr>
        <w:tc>
          <w:tcPr>
            <w:tcW w:w="1728" w:type="dxa"/>
          </w:tcPr>
          <w:p w14:paraId="194096E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5DE9F30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IM(154)</w:t>
            </w:r>
          </w:p>
        </w:tc>
        <w:tc>
          <w:tcPr>
            <w:tcW w:w="1728" w:type="dxa"/>
          </w:tcPr>
          <w:p w14:paraId="731E69C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702652A" wp14:editId="01EF9FC7">
                  <wp:extent cx="1400000" cy="1400000"/>
                  <wp:effectExtent l="0" t="0" r="0" b="0"/>
                  <wp:docPr id="651" name="Picture 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4.png"/>
                          <pic:cNvPicPr/>
                        </pic:nvPicPr>
                        <pic:blipFill>
                          <a:blip r:embed="rId43"/>
                          <a:stretch>
                            <a:fillRect/>
                          </a:stretch>
                        </pic:blipFill>
                        <pic:spPr>
                          <a:xfrm>
                            <a:off x="0" y="0"/>
                            <a:ext cx="1400000" cy="1400000"/>
                          </a:xfrm>
                          <a:prstGeom prst="rect">
                            <a:avLst/>
                          </a:prstGeom>
                        </pic:spPr>
                      </pic:pic>
                    </a:graphicData>
                  </a:graphic>
                </wp:inline>
              </w:drawing>
            </w:r>
          </w:p>
        </w:tc>
        <w:tc>
          <w:tcPr>
            <w:tcW w:w="1728" w:type="dxa"/>
          </w:tcPr>
          <w:p w14:paraId="70CDD82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IM(132)</w:t>
            </w:r>
          </w:p>
        </w:tc>
        <w:tc>
          <w:tcPr>
            <w:tcW w:w="1728" w:type="dxa"/>
          </w:tcPr>
          <w:p w14:paraId="23E9512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0D14C83" wp14:editId="587138C6">
                  <wp:extent cx="1400000" cy="1400000"/>
                  <wp:effectExtent l="0" t="0" r="0" b="0"/>
                  <wp:docPr id="652" name="Picture 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32.png"/>
                          <pic:cNvPicPr/>
                        </pic:nvPicPr>
                        <pic:blipFill>
                          <a:blip r:embed="rId113"/>
                          <a:stretch>
                            <a:fillRect/>
                          </a:stretch>
                        </pic:blipFill>
                        <pic:spPr>
                          <a:xfrm>
                            <a:off x="0" y="0"/>
                            <a:ext cx="1400000" cy="1400000"/>
                          </a:xfrm>
                          <a:prstGeom prst="rect">
                            <a:avLst/>
                          </a:prstGeom>
                        </pic:spPr>
                      </pic:pic>
                    </a:graphicData>
                  </a:graphic>
                </wp:inline>
              </w:drawing>
            </w:r>
          </w:p>
        </w:tc>
      </w:tr>
      <w:tr w:rsidR="0080618B" w:rsidRPr="00CB52C3" w14:paraId="51FC2643" w14:textId="77777777" w:rsidTr="009B4FA6">
        <w:trPr>
          <w:jc w:val="center"/>
        </w:trPr>
        <w:tc>
          <w:tcPr>
            <w:tcW w:w="1728" w:type="dxa"/>
          </w:tcPr>
          <w:p w14:paraId="2B32D2B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57CB5CB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IM(190)</w:t>
            </w:r>
          </w:p>
        </w:tc>
        <w:tc>
          <w:tcPr>
            <w:tcW w:w="1728" w:type="dxa"/>
          </w:tcPr>
          <w:p w14:paraId="2FB10AA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A9BE617" wp14:editId="19D6B1E3">
                  <wp:extent cx="1400000" cy="1400000"/>
                  <wp:effectExtent l="0" t="0" r="0" b="0"/>
                  <wp:docPr id="653" name="Picture 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90.png"/>
                          <pic:cNvPicPr/>
                        </pic:nvPicPr>
                        <pic:blipFill>
                          <a:blip r:embed="rId44"/>
                          <a:stretch>
                            <a:fillRect/>
                          </a:stretch>
                        </pic:blipFill>
                        <pic:spPr>
                          <a:xfrm>
                            <a:off x="0" y="0"/>
                            <a:ext cx="1400000" cy="1400000"/>
                          </a:xfrm>
                          <a:prstGeom prst="rect">
                            <a:avLst/>
                          </a:prstGeom>
                        </pic:spPr>
                      </pic:pic>
                    </a:graphicData>
                  </a:graphic>
                </wp:inline>
              </w:drawing>
            </w:r>
          </w:p>
        </w:tc>
        <w:tc>
          <w:tcPr>
            <w:tcW w:w="1728" w:type="dxa"/>
          </w:tcPr>
          <w:p w14:paraId="35F2CCF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IM(186)</w:t>
            </w:r>
          </w:p>
        </w:tc>
        <w:tc>
          <w:tcPr>
            <w:tcW w:w="1728" w:type="dxa"/>
          </w:tcPr>
          <w:p w14:paraId="3EAEC65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C730769" wp14:editId="43F03EF4">
                  <wp:extent cx="1400000" cy="1400000"/>
                  <wp:effectExtent l="0" t="0" r="0" b="0"/>
                  <wp:docPr id="654" name="Picture 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86.png"/>
                          <pic:cNvPicPr/>
                        </pic:nvPicPr>
                        <pic:blipFill>
                          <a:blip r:embed="rId114"/>
                          <a:stretch>
                            <a:fillRect/>
                          </a:stretch>
                        </pic:blipFill>
                        <pic:spPr>
                          <a:xfrm>
                            <a:off x="0" y="0"/>
                            <a:ext cx="1400000" cy="1400000"/>
                          </a:xfrm>
                          <a:prstGeom prst="rect">
                            <a:avLst/>
                          </a:prstGeom>
                        </pic:spPr>
                      </pic:pic>
                    </a:graphicData>
                  </a:graphic>
                </wp:inline>
              </w:drawing>
            </w:r>
          </w:p>
        </w:tc>
      </w:tr>
      <w:tr w:rsidR="0080618B" w:rsidRPr="00CB52C3" w14:paraId="2F92CB3A" w14:textId="77777777" w:rsidTr="009B4FA6">
        <w:trPr>
          <w:jc w:val="center"/>
        </w:trPr>
        <w:tc>
          <w:tcPr>
            <w:tcW w:w="1728" w:type="dxa"/>
          </w:tcPr>
          <w:p w14:paraId="5154C1B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3B97659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IM(255)</w:t>
            </w:r>
          </w:p>
        </w:tc>
        <w:tc>
          <w:tcPr>
            <w:tcW w:w="1728" w:type="dxa"/>
          </w:tcPr>
          <w:p w14:paraId="3A22085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2AC017C" wp14:editId="4BC1F300">
                  <wp:extent cx="1400000" cy="1400000"/>
                  <wp:effectExtent l="0" t="0" r="0" b="0"/>
                  <wp:docPr id="655" name="Picture 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5.png"/>
                          <pic:cNvPicPr/>
                        </pic:nvPicPr>
                        <pic:blipFill>
                          <a:blip r:embed="rId46"/>
                          <a:stretch>
                            <a:fillRect/>
                          </a:stretch>
                        </pic:blipFill>
                        <pic:spPr>
                          <a:xfrm>
                            <a:off x="0" y="0"/>
                            <a:ext cx="1400000" cy="1400000"/>
                          </a:xfrm>
                          <a:prstGeom prst="rect">
                            <a:avLst/>
                          </a:prstGeom>
                        </pic:spPr>
                      </pic:pic>
                    </a:graphicData>
                  </a:graphic>
                </wp:inline>
              </w:drawing>
            </w:r>
          </w:p>
        </w:tc>
        <w:tc>
          <w:tcPr>
            <w:tcW w:w="1728" w:type="dxa"/>
          </w:tcPr>
          <w:p w14:paraId="46A7807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IM(243)</w:t>
            </w:r>
          </w:p>
        </w:tc>
        <w:tc>
          <w:tcPr>
            <w:tcW w:w="1728" w:type="dxa"/>
          </w:tcPr>
          <w:p w14:paraId="22F86DA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A9411B4" wp14:editId="4D7803E7">
                  <wp:extent cx="1400000" cy="1400000"/>
                  <wp:effectExtent l="0" t="0" r="0" b="0"/>
                  <wp:docPr id="656" name="Picture 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3.png"/>
                          <pic:cNvPicPr/>
                        </pic:nvPicPr>
                        <pic:blipFill>
                          <a:blip r:embed="rId115"/>
                          <a:stretch>
                            <a:fillRect/>
                          </a:stretch>
                        </pic:blipFill>
                        <pic:spPr>
                          <a:xfrm>
                            <a:off x="0" y="0"/>
                            <a:ext cx="1400000" cy="1400000"/>
                          </a:xfrm>
                          <a:prstGeom prst="rect">
                            <a:avLst/>
                          </a:prstGeom>
                        </pic:spPr>
                      </pic:pic>
                    </a:graphicData>
                  </a:graphic>
                </wp:inline>
              </w:drawing>
            </w:r>
          </w:p>
        </w:tc>
      </w:tr>
      <w:tr w:rsidR="0080618B" w:rsidRPr="00CB52C3" w14:paraId="0DF39EAD" w14:textId="77777777" w:rsidTr="009B4FA6">
        <w:trPr>
          <w:jc w:val="center"/>
        </w:trPr>
        <w:tc>
          <w:tcPr>
            <w:tcW w:w="1728" w:type="dxa"/>
          </w:tcPr>
          <w:p w14:paraId="2D8B2EB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4F8BD04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IM(312)</w:t>
            </w:r>
          </w:p>
        </w:tc>
        <w:tc>
          <w:tcPr>
            <w:tcW w:w="1728" w:type="dxa"/>
          </w:tcPr>
          <w:p w14:paraId="41C1738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03A82C6" wp14:editId="2FB78ED8">
                  <wp:extent cx="1400000" cy="1400000"/>
                  <wp:effectExtent l="0" t="0" r="0" b="0"/>
                  <wp:docPr id="657" name="Picture 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2.png"/>
                          <pic:cNvPicPr/>
                        </pic:nvPicPr>
                        <pic:blipFill>
                          <a:blip r:embed="rId47"/>
                          <a:stretch>
                            <a:fillRect/>
                          </a:stretch>
                        </pic:blipFill>
                        <pic:spPr>
                          <a:xfrm>
                            <a:off x="0" y="0"/>
                            <a:ext cx="1400000" cy="1400000"/>
                          </a:xfrm>
                          <a:prstGeom prst="rect">
                            <a:avLst/>
                          </a:prstGeom>
                        </pic:spPr>
                      </pic:pic>
                    </a:graphicData>
                  </a:graphic>
                </wp:inline>
              </w:drawing>
            </w:r>
          </w:p>
        </w:tc>
        <w:tc>
          <w:tcPr>
            <w:tcW w:w="1728" w:type="dxa"/>
          </w:tcPr>
          <w:p w14:paraId="3578FB8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IM(284)</w:t>
            </w:r>
          </w:p>
        </w:tc>
        <w:tc>
          <w:tcPr>
            <w:tcW w:w="1728" w:type="dxa"/>
          </w:tcPr>
          <w:p w14:paraId="7D5701F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FEFAEB0" wp14:editId="190D74F3">
                  <wp:extent cx="1400000" cy="1400000"/>
                  <wp:effectExtent l="0" t="0" r="0" b="0"/>
                  <wp:docPr id="658" name="Picture 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84.png"/>
                          <pic:cNvPicPr/>
                        </pic:nvPicPr>
                        <pic:blipFill>
                          <a:blip r:embed="rId116"/>
                          <a:stretch>
                            <a:fillRect/>
                          </a:stretch>
                        </pic:blipFill>
                        <pic:spPr>
                          <a:xfrm>
                            <a:off x="0" y="0"/>
                            <a:ext cx="1400000" cy="1400000"/>
                          </a:xfrm>
                          <a:prstGeom prst="rect">
                            <a:avLst/>
                          </a:prstGeom>
                        </pic:spPr>
                      </pic:pic>
                    </a:graphicData>
                  </a:graphic>
                </wp:inline>
              </w:drawing>
            </w:r>
          </w:p>
        </w:tc>
      </w:tr>
      <w:tr w:rsidR="0080618B" w:rsidRPr="00CB52C3" w14:paraId="0AB571C5" w14:textId="77777777" w:rsidTr="009B4FA6">
        <w:trPr>
          <w:jc w:val="center"/>
        </w:trPr>
        <w:tc>
          <w:tcPr>
            <w:tcW w:w="1728" w:type="dxa"/>
          </w:tcPr>
          <w:p w14:paraId="561B180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6874D14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IM(347)</w:t>
            </w:r>
          </w:p>
        </w:tc>
        <w:tc>
          <w:tcPr>
            <w:tcW w:w="1728" w:type="dxa"/>
          </w:tcPr>
          <w:p w14:paraId="648E693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44C4E0B" wp14:editId="6E5AC593">
                  <wp:extent cx="1400000" cy="1400000"/>
                  <wp:effectExtent l="0" t="0" r="0" b="0"/>
                  <wp:docPr id="659" name="Picture 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7.png"/>
                          <pic:cNvPicPr/>
                        </pic:nvPicPr>
                        <pic:blipFill>
                          <a:blip r:embed="rId49"/>
                          <a:stretch>
                            <a:fillRect/>
                          </a:stretch>
                        </pic:blipFill>
                        <pic:spPr>
                          <a:xfrm>
                            <a:off x="0" y="0"/>
                            <a:ext cx="1400000" cy="1400000"/>
                          </a:xfrm>
                          <a:prstGeom prst="rect">
                            <a:avLst/>
                          </a:prstGeom>
                        </pic:spPr>
                      </pic:pic>
                    </a:graphicData>
                  </a:graphic>
                </wp:inline>
              </w:drawing>
            </w:r>
          </w:p>
        </w:tc>
        <w:tc>
          <w:tcPr>
            <w:tcW w:w="1728" w:type="dxa"/>
          </w:tcPr>
          <w:p w14:paraId="4668231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IM(338)</w:t>
            </w:r>
          </w:p>
        </w:tc>
        <w:tc>
          <w:tcPr>
            <w:tcW w:w="1728" w:type="dxa"/>
          </w:tcPr>
          <w:p w14:paraId="2416688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B5A807B" wp14:editId="49FFADB3">
                  <wp:extent cx="1400000" cy="1400000"/>
                  <wp:effectExtent l="0" t="0" r="0" b="0"/>
                  <wp:docPr id="660" name="Picture 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38.png"/>
                          <pic:cNvPicPr/>
                        </pic:nvPicPr>
                        <pic:blipFill>
                          <a:blip r:embed="rId117"/>
                          <a:stretch>
                            <a:fillRect/>
                          </a:stretch>
                        </pic:blipFill>
                        <pic:spPr>
                          <a:xfrm>
                            <a:off x="0" y="0"/>
                            <a:ext cx="1400000" cy="1400000"/>
                          </a:xfrm>
                          <a:prstGeom prst="rect">
                            <a:avLst/>
                          </a:prstGeom>
                        </pic:spPr>
                      </pic:pic>
                    </a:graphicData>
                  </a:graphic>
                </wp:inline>
              </w:drawing>
            </w:r>
          </w:p>
        </w:tc>
      </w:tr>
      <w:tr w:rsidR="0080618B" w:rsidRPr="00CB52C3" w14:paraId="566DAD39" w14:textId="77777777" w:rsidTr="009B4FA6">
        <w:trPr>
          <w:jc w:val="center"/>
        </w:trPr>
        <w:tc>
          <w:tcPr>
            <w:tcW w:w="1728" w:type="dxa"/>
          </w:tcPr>
          <w:p w14:paraId="6DDA3AC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9</w:t>
            </w:r>
          </w:p>
        </w:tc>
        <w:tc>
          <w:tcPr>
            <w:tcW w:w="1728" w:type="dxa"/>
          </w:tcPr>
          <w:p w14:paraId="680EB91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IM(389)</w:t>
            </w:r>
          </w:p>
        </w:tc>
        <w:tc>
          <w:tcPr>
            <w:tcW w:w="1728" w:type="dxa"/>
          </w:tcPr>
          <w:p w14:paraId="17DE9EE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0B77CA6" wp14:editId="4A35D73A">
                  <wp:extent cx="1400000" cy="1400000"/>
                  <wp:effectExtent l="0" t="0" r="0" b="0"/>
                  <wp:docPr id="661" name="Picture 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89.png"/>
                          <pic:cNvPicPr/>
                        </pic:nvPicPr>
                        <pic:blipFill>
                          <a:blip r:embed="rId66"/>
                          <a:stretch>
                            <a:fillRect/>
                          </a:stretch>
                        </pic:blipFill>
                        <pic:spPr>
                          <a:xfrm>
                            <a:off x="0" y="0"/>
                            <a:ext cx="1400000" cy="1400000"/>
                          </a:xfrm>
                          <a:prstGeom prst="rect">
                            <a:avLst/>
                          </a:prstGeom>
                        </pic:spPr>
                      </pic:pic>
                    </a:graphicData>
                  </a:graphic>
                </wp:inline>
              </w:drawing>
            </w:r>
          </w:p>
        </w:tc>
        <w:tc>
          <w:tcPr>
            <w:tcW w:w="1728" w:type="dxa"/>
          </w:tcPr>
          <w:p w14:paraId="5283336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IM(387)</w:t>
            </w:r>
          </w:p>
        </w:tc>
        <w:tc>
          <w:tcPr>
            <w:tcW w:w="1728" w:type="dxa"/>
          </w:tcPr>
          <w:p w14:paraId="0E57B95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E8EADB5" wp14:editId="12AA9FDF">
                  <wp:extent cx="1400000" cy="1400000"/>
                  <wp:effectExtent l="0" t="0" r="0" b="0"/>
                  <wp:docPr id="662" name="Picture 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87.png"/>
                          <pic:cNvPicPr/>
                        </pic:nvPicPr>
                        <pic:blipFill>
                          <a:blip r:embed="rId118"/>
                          <a:stretch>
                            <a:fillRect/>
                          </a:stretch>
                        </pic:blipFill>
                        <pic:spPr>
                          <a:xfrm>
                            <a:off x="0" y="0"/>
                            <a:ext cx="1400000" cy="1400000"/>
                          </a:xfrm>
                          <a:prstGeom prst="rect">
                            <a:avLst/>
                          </a:prstGeom>
                        </pic:spPr>
                      </pic:pic>
                    </a:graphicData>
                  </a:graphic>
                </wp:inline>
              </w:drawing>
            </w:r>
          </w:p>
        </w:tc>
      </w:tr>
      <w:tr w:rsidR="0080618B" w:rsidRPr="00CB52C3" w14:paraId="1AABEE5A" w14:textId="77777777" w:rsidTr="009B4FA6">
        <w:trPr>
          <w:jc w:val="center"/>
        </w:trPr>
        <w:tc>
          <w:tcPr>
            <w:tcW w:w="1728" w:type="dxa"/>
          </w:tcPr>
          <w:p w14:paraId="489B382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10</w:t>
            </w:r>
          </w:p>
        </w:tc>
        <w:tc>
          <w:tcPr>
            <w:tcW w:w="1728" w:type="dxa"/>
          </w:tcPr>
          <w:p w14:paraId="05C5FED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IM(422)</w:t>
            </w:r>
          </w:p>
        </w:tc>
        <w:tc>
          <w:tcPr>
            <w:tcW w:w="1728" w:type="dxa"/>
          </w:tcPr>
          <w:p w14:paraId="17CE73A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6C3DA72" wp14:editId="12A0163E">
                  <wp:extent cx="1400000" cy="1400000"/>
                  <wp:effectExtent l="0" t="0" r="0" b="0"/>
                  <wp:docPr id="663" name="Picture 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22.png"/>
                          <pic:cNvPicPr/>
                        </pic:nvPicPr>
                        <pic:blipFill>
                          <a:blip r:embed="rId67"/>
                          <a:stretch>
                            <a:fillRect/>
                          </a:stretch>
                        </pic:blipFill>
                        <pic:spPr>
                          <a:xfrm>
                            <a:off x="0" y="0"/>
                            <a:ext cx="1400000" cy="1400000"/>
                          </a:xfrm>
                          <a:prstGeom prst="rect">
                            <a:avLst/>
                          </a:prstGeom>
                        </pic:spPr>
                      </pic:pic>
                    </a:graphicData>
                  </a:graphic>
                </wp:inline>
              </w:drawing>
            </w:r>
          </w:p>
        </w:tc>
        <w:tc>
          <w:tcPr>
            <w:tcW w:w="1728" w:type="dxa"/>
          </w:tcPr>
          <w:p w14:paraId="663840B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IM(422)</w:t>
            </w:r>
          </w:p>
        </w:tc>
        <w:tc>
          <w:tcPr>
            <w:tcW w:w="1728" w:type="dxa"/>
          </w:tcPr>
          <w:p w14:paraId="17184F6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281FF4C" wp14:editId="702BD7FB">
                  <wp:extent cx="1400000" cy="1400000"/>
                  <wp:effectExtent l="0" t="0" r="0" b="0"/>
                  <wp:docPr id="664" name="Picture 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22.png"/>
                          <pic:cNvPicPr/>
                        </pic:nvPicPr>
                        <pic:blipFill>
                          <a:blip r:embed="rId67"/>
                          <a:stretch>
                            <a:fillRect/>
                          </a:stretch>
                        </pic:blipFill>
                        <pic:spPr>
                          <a:xfrm>
                            <a:off x="0" y="0"/>
                            <a:ext cx="1400000" cy="1400000"/>
                          </a:xfrm>
                          <a:prstGeom prst="rect">
                            <a:avLst/>
                          </a:prstGeom>
                        </pic:spPr>
                      </pic:pic>
                    </a:graphicData>
                  </a:graphic>
                </wp:inline>
              </w:drawing>
            </w:r>
          </w:p>
        </w:tc>
      </w:tr>
    </w:tbl>
    <w:p w14:paraId="50E3BFC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4C41CB6D" w14:textId="6A7EFA89" w:rsidR="0080618B" w:rsidRPr="00CB52C3" w:rsidRDefault="0080618B"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3</w:t>
      </w:r>
      <w:r w:rsidR="005272C5">
        <w:rPr>
          <w:rFonts w:ascii="Times New Roman" w:hAnsi="Times New Roman"/>
          <w:b/>
          <w:sz w:val="24"/>
          <w:szCs w:val="24"/>
        </w:rPr>
        <w:t>2</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fastest reaction pathway to acetone at pH=7 and U=-0.5 V vs. </w:t>
      </w:r>
      <w:r w:rsidR="005272C5">
        <w:rPr>
          <w:rFonts w:ascii="Times New Roman" w:hAnsi="Times New Roman"/>
          <w:sz w:val="24"/>
          <w:szCs w:val="24"/>
        </w:rPr>
        <w:t>S</w:t>
      </w:r>
      <w:r w:rsidRPr="00CB52C3">
        <w:rPr>
          <w:rFonts w:ascii="Times New Roman" w:hAnsi="Times New Roman"/>
          <w:sz w:val="24"/>
          <w:szCs w:val="24"/>
        </w:rPr>
        <w:t>HE on Cu(111).</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2880"/>
        <w:gridCol w:w="2880"/>
        <w:gridCol w:w="2880"/>
      </w:tblGrid>
      <w:tr w:rsidR="0080618B" w:rsidRPr="00CB52C3" w14:paraId="186A64D2" w14:textId="77777777" w:rsidTr="009B4FA6">
        <w:trPr>
          <w:jc w:val="center"/>
        </w:trPr>
        <w:tc>
          <w:tcPr>
            <w:tcW w:w="2880" w:type="dxa"/>
          </w:tcPr>
          <w:p w14:paraId="1325F808" w14:textId="77777777" w:rsidR="0080618B" w:rsidRPr="00CB52C3" w:rsidRDefault="0080618B" w:rsidP="00431F65">
            <w:pPr>
              <w:spacing w:line="480" w:lineRule="auto"/>
              <w:rPr>
                <w:rFonts w:ascii="Times New Roman" w:hAnsi="Times New Roman"/>
                <w:sz w:val="24"/>
                <w:szCs w:val="24"/>
              </w:rPr>
            </w:pPr>
          </w:p>
        </w:tc>
        <w:tc>
          <w:tcPr>
            <w:tcW w:w="5760" w:type="dxa"/>
            <w:gridSpan w:val="2"/>
          </w:tcPr>
          <w:p w14:paraId="32A8FFC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r>
      <w:tr w:rsidR="0080618B" w:rsidRPr="00CB52C3" w14:paraId="06D264F5" w14:textId="77777777" w:rsidTr="009B4FA6">
        <w:trPr>
          <w:jc w:val="center"/>
        </w:trPr>
        <w:tc>
          <w:tcPr>
            <w:tcW w:w="2880" w:type="dxa"/>
          </w:tcPr>
          <w:p w14:paraId="44AA7DB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2880" w:type="dxa"/>
          </w:tcPr>
          <w:p w14:paraId="5BA6B75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2880" w:type="dxa"/>
          </w:tcPr>
          <w:p w14:paraId="25D566B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80618B" w:rsidRPr="00CB52C3" w14:paraId="74B2E78F" w14:textId="77777777" w:rsidTr="009B4FA6">
        <w:trPr>
          <w:jc w:val="center"/>
        </w:trPr>
        <w:tc>
          <w:tcPr>
            <w:tcW w:w="2880" w:type="dxa"/>
          </w:tcPr>
          <w:p w14:paraId="5077C2C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2880" w:type="dxa"/>
          </w:tcPr>
          <w:p w14:paraId="1D771EF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2880" w:type="dxa"/>
          </w:tcPr>
          <w:p w14:paraId="7DEC7E3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D099C10" wp14:editId="54B4F099">
                  <wp:extent cx="1400000" cy="1400000"/>
                  <wp:effectExtent l="0" t="0" r="0" b="0"/>
                  <wp:docPr id="665" name="Picture 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r>
      <w:tr w:rsidR="0080618B" w:rsidRPr="00CB52C3" w14:paraId="001AFD36" w14:textId="77777777" w:rsidTr="009B4FA6">
        <w:trPr>
          <w:jc w:val="center"/>
        </w:trPr>
        <w:tc>
          <w:tcPr>
            <w:tcW w:w="2880" w:type="dxa"/>
          </w:tcPr>
          <w:p w14:paraId="0E6A423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2880" w:type="dxa"/>
          </w:tcPr>
          <w:p w14:paraId="1D7B667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2880" w:type="dxa"/>
          </w:tcPr>
          <w:p w14:paraId="2217A4D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C7EEECE" wp14:editId="6C9C2AC7">
                  <wp:extent cx="1400000" cy="1400000"/>
                  <wp:effectExtent l="0" t="0" r="0" b="0"/>
                  <wp:docPr id="666" name="Picture 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r>
      <w:tr w:rsidR="0080618B" w:rsidRPr="00CB52C3" w14:paraId="712C7B75" w14:textId="77777777" w:rsidTr="009B4FA6">
        <w:trPr>
          <w:jc w:val="center"/>
        </w:trPr>
        <w:tc>
          <w:tcPr>
            <w:tcW w:w="2880" w:type="dxa"/>
          </w:tcPr>
          <w:p w14:paraId="2670A9D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2880" w:type="dxa"/>
          </w:tcPr>
          <w:p w14:paraId="4B30001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2880" w:type="dxa"/>
          </w:tcPr>
          <w:p w14:paraId="0B810F1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E21FB3F" wp14:editId="38B0698B">
                  <wp:extent cx="1400000" cy="1400000"/>
                  <wp:effectExtent l="0" t="0" r="0" b="0"/>
                  <wp:docPr id="667" name="Picture 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r>
      <w:tr w:rsidR="0080618B" w:rsidRPr="00CB52C3" w14:paraId="2A9DD2E1" w14:textId="77777777" w:rsidTr="009B4FA6">
        <w:trPr>
          <w:jc w:val="center"/>
        </w:trPr>
        <w:tc>
          <w:tcPr>
            <w:tcW w:w="2880" w:type="dxa"/>
          </w:tcPr>
          <w:p w14:paraId="528927B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2880" w:type="dxa"/>
          </w:tcPr>
          <w:p w14:paraId="72C6A81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IM(125)</w:t>
            </w:r>
          </w:p>
        </w:tc>
        <w:tc>
          <w:tcPr>
            <w:tcW w:w="2880" w:type="dxa"/>
          </w:tcPr>
          <w:p w14:paraId="4A2C900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2CDC22D" wp14:editId="0A9F1989">
                  <wp:extent cx="1400000" cy="1400000"/>
                  <wp:effectExtent l="0" t="0" r="0" b="0"/>
                  <wp:docPr id="668" name="Picture 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25.png"/>
                          <pic:cNvPicPr/>
                        </pic:nvPicPr>
                        <pic:blipFill>
                          <a:blip r:embed="rId95"/>
                          <a:stretch>
                            <a:fillRect/>
                          </a:stretch>
                        </pic:blipFill>
                        <pic:spPr>
                          <a:xfrm>
                            <a:off x="0" y="0"/>
                            <a:ext cx="1400000" cy="1400000"/>
                          </a:xfrm>
                          <a:prstGeom prst="rect">
                            <a:avLst/>
                          </a:prstGeom>
                        </pic:spPr>
                      </pic:pic>
                    </a:graphicData>
                  </a:graphic>
                </wp:inline>
              </w:drawing>
            </w:r>
          </w:p>
        </w:tc>
      </w:tr>
      <w:tr w:rsidR="0080618B" w:rsidRPr="00CB52C3" w14:paraId="5E42E8AE" w14:textId="77777777" w:rsidTr="009B4FA6">
        <w:trPr>
          <w:jc w:val="center"/>
        </w:trPr>
        <w:tc>
          <w:tcPr>
            <w:tcW w:w="2880" w:type="dxa"/>
          </w:tcPr>
          <w:p w14:paraId="03AFCB0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2880" w:type="dxa"/>
          </w:tcPr>
          <w:p w14:paraId="0A0C4B0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IM(188)</w:t>
            </w:r>
          </w:p>
        </w:tc>
        <w:tc>
          <w:tcPr>
            <w:tcW w:w="2880" w:type="dxa"/>
          </w:tcPr>
          <w:p w14:paraId="14A6CE3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4A34070" wp14:editId="55EBCDD8">
                  <wp:extent cx="1400000" cy="1400000"/>
                  <wp:effectExtent l="0" t="0" r="0" b="0"/>
                  <wp:docPr id="669" name="Picture 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88.png"/>
                          <pic:cNvPicPr/>
                        </pic:nvPicPr>
                        <pic:blipFill>
                          <a:blip r:embed="rId119"/>
                          <a:stretch>
                            <a:fillRect/>
                          </a:stretch>
                        </pic:blipFill>
                        <pic:spPr>
                          <a:xfrm>
                            <a:off x="0" y="0"/>
                            <a:ext cx="1400000" cy="1400000"/>
                          </a:xfrm>
                          <a:prstGeom prst="rect">
                            <a:avLst/>
                          </a:prstGeom>
                        </pic:spPr>
                      </pic:pic>
                    </a:graphicData>
                  </a:graphic>
                </wp:inline>
              </w:drawing>
            </w:r>
          </w:p>
        </w:tc>
      </w:tr>
      <w:tr w:rsidR="0080618B" w:rsidRPr="00CB52C3" w14:paraId="1D97948B" w14:textId="77777777" w:rsidTr="009B4FA6">
        <w:trPr>
          <w:jc w:val="center"/>
        </w:trPr>
        <w:tc>
          <w:tcPr>
            <w:tcW w:w="2880" w:type="dxa"/>
          </w:tcPr>
          <w:p w14:paraId="47E531F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2880" w:type="dxa"/>
          </w:tcPr>
          <w:p w14:paraId="3EBB2AB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IM(245)</w:t>
            </w:r>
          </w:p>
        </w:tc>
        <w:tc>
          <w:tcPr>
            <w:tcW w:w="2880" w:type="dxa"/>
          </w:tcPr>
          <w:p w14:paraId="2D61D79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244CA68" wp14:editId="3415EA0C">
                  <wp:extent cx="1400000" cy="1400000"/>
                  <wp:effectExtent l="0" t="0" r="0" b="0"/>
                  <wp:docPr id="670" name="Picture 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5.png"/>
                          <pic:cNvPicPr/>
                        </pic:nvPicPr>
                        <pic:blipFill>
                          <a:blip r:embed="rId71"/>
                          <a:stretch>
                            <a:fillRect/>
                          </a:stretch>
                        </pic:blipFill>
                        <pic:spPr>
                          <a:xfrm>
                            <a:off x="0" y="0"/>
                            <a:ext cx="1400000" cy="1400000"/>
                          </a:xfrm>
                          <a:prstGeom prst="rect">
                            <a:avLst/>
                          </a:prstGeom>
                        </pic:spPr>
                      </pic:pic>
                    </a:graphicData>
                  </a:graphic>
                </wp:inline>
              </w:drawing>
            </w:r>
          </w:p>
        </w:tc>
      </w:tr>
      <w:tr w:rsidR="0080618B" w:rsidRPr="00CB52C3" w14:paraId="1119D8A1" w14:textId="77777777" w:rsidTr="009B4FA6">
        <w:trPr>
          <w:jc w:val="center"/>
        </w:trPr>
        <w:tc>
          <w:tcPr>
            <w:tcW w:w="2880" w:type="dxa"/>
          </w:tcPr>
          <w:p w14:paraId="5B2A5B2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2880" w:type="dxa"/>
          </w:tcPr>
          <w:p w14:paraId="02F8E6E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IM(314)</w:t>
            </w:r>
          </w:p>
        </w:tc>
        <w:tc>
          <w:tcPr>
            <w:tcW w:w="2880" w:type="dxa"/>
          </w:tcPr>
          <w:p w14:paraId="21BE002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7C0A846" wp14:editId="45045E12">
                  <wp:extent cx="1400000" cy="1400000"/>
                  <wp:effectExtent l="0" t="0" r="0" b="0"/>
                  <wp:docPr id="671" name="Picture 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4.png"/>
                          <pic:cNvPicPr/>
                        </pic:nvPicPr>
                        <pic:blipFill>
                          <a:blip r:embed="rId72"/>
                          <a:stretch>
                            <a:fillRect/>
                          </a:stretch>
                        </pic:blipFill>
                        <pic:spPr>
                          <a:xfrm>
                            <a:off x="0" y="0"/>
                            <a:ext cx="1400000" cy="1400000"/>
                          </a:xfrm>
                          <a:prstGeom prst="rect">
                            <a:avLst/>
                          </a:prstGeom>
                        </pic:spPr>
                      </pic:pic>
                    </a:graphicData>
                  </a:graphic>
                </wp:inline>
              </w:drawing>
            </w:r>
          </w:p>
        </w:tc>
      </w:tr>
      <w:tr w:rsidR="0080618B" w:rsidRPr="00CB52C3" w14:paraId="394C8D79" w14:textId="77777777" w:rsidTr="009B4FA6">
        <w:trPr>
          <w:jc w:val="center"/>
        </w:trPr>
        <w:tc>
          <w:tcPr>
            <w:tcW w:w="2880" w:type="dxa"/>
          </w:tcPr>
          <w:p w14:paraId="279862E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2880" w:type="dxa"/>
          </w:tcPr>
          <w:p w14:paraId="1C16ACD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IM(348)</w:t>
            </w:r>
          </w:p>
        </w:tc>
        <w:tc>
          <w:tcPr>
            <w:tcW w:w="2880" w:type="dxa"/>
          </w:tcPr>
          <w:p w14:paraId="2CF11F5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399ADCE" wp14:editId="49ADACCC">
                  <wp:extent cx="1400000" cy="1400000"/>
                  <wp:effectExtent l="0" t="0" r="0" b="0"/>
                  <wp:docPr id="672" name="Picture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8.png"/>
                          <pic:cNvPicPr/>
                        </pic:nvPicPr>
                        <pic:blipFill>
                          <a:blip r:embed="rId73"/>
                          <a:stretch>
                            <a:fillRect/>
                          </a:stretch>
                        </pic:blipFill>
                        <pic:spPr>
                          <a:xfrm>
                            <a:off x="0" y="0"/>
                            <a:ext cx="1400000" cy="1400000"/>
                          </a:xfrm>
                          <a:prstGeom prst="rect">
                            <a:avLst/>
                          </a:prstGeom>
                        </pic:spPr>
                      </pic:pic>
                    </a:graphicData>
                  </a:graphic>
                </wp:inline>
              </w:drawing>
            </w:r>
          </w:p>
        </w:tc>
      </w:tr>
      <w:tr w:rsidR="0080618B" w:rsidRPr="00CB52C3" w14:paraId="5C1C5423" w14:textId="77777777" w:rsidTr="009B4FA6">
        <w:trPr>
          <w:jc w:val="center"/>
        </w:trPr>
        <w:tc>
          <w:tcPr>
            <w:tcW w:w="2880" w:type="dxa"/>
          </w:tcPr>
          <w:p w14:paraId="48DC234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9</w:t>
            </w:r>
          </w:p>
        </w:tc>
        <w:tc>
          <w:tcPr>
            <w:tcW w:w="2880" w:type="dxa"/>
          </w:tcPr>
          <w:p w14:paraId="4041A60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IM(390)</w:t>
            </w:r>
          </w:p>
        </w:tc>
        <w:tc>
          <w:tcPr>
            <w:tcW w:w="2880" w:type="dxa"/>
          </w:tcPr>
          <w:p w14:paraId="318BD2A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6CAFCB5" wp14:editId="544D6320">
                  <wp:extent cx="1400000" cy="1400000"/>
                  <wp:effectExtent l="0" t="0" r="0" b="0"/>
                  <wp:docPr id="673" name="Picture 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90.png"/>
                          <pic:cNvPicPr/>
                        </pic:nvPicPr>
                        <pic:blipFill>
                          <a:blip r:embed="rId74"/>
                          <a:stretch>
                            <a:fillRect/>
                          </a:stretch>
                        </pic:blipFill>
                        <pic:spPr>
                          <a:xfrm>
                            <a:off x="0" y="0"/>
                            <a:ext cx="1400000" cy="1400000"/>
                          </a:xfrm>
                          <a:prstGeom prst="rect">
                            <a:avLst/>
                          </a:prstGeom>
                        </pic:spPr>
                      </pic:pic>
                    </a:graphicData>
                  </a:graphic>
                </wp:inline>
              </w:drawing>
            </w:r>
          </w:p>
        </w:tc>
      </w:tr>
      <w:tr w:rsidR="0080618B" w:rsidRPr="00CB52C3" w14:paraId="3DF76622" w14:textId="77777777" w:rsidTr="009B4FA6">
        <w:trPr>
          <w:jc w:val="center"/>
        </w:trPr>
        <w:tc>
          <w:tcPr>
            <w:tcW w:w="2880" w:type="dxa"/>
          </w:tcPr>
          <w:p w14:paraId="45D4A0E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10</w:t>
            </w:r>
          </w:p>
        </w:tc>
        <w:tc>
          <w:tcPr>
            <w:tcW w:w="2880" w:type="dxa"/>
          </w:tcPr>
          <w:p w14:paraId="092D7DC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IM(425)</w:t>
            </w:r>
          </w:p>
        </w:tc>
        <w:tc>
          <w:tcPr>
            <w:tcW w:w="2880" w:type="dxa"/>
          </w:tcPr>
          <w:p w14:paraId="313E4C0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7E0A562" wp14:editId="40356383">
                  <wp:extent cx="1400000" cy="1400000"/>
                  <wp:effectExtent l="0" t="0" r="0" b="0"/>
                  <wp:docPr id="674" name="Picture 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25.png"/>
                          <pic:cNvPicPr/>
                        </pic:nvPicPr>
                        <pic:blipFill>
                          <a:blip r:embed="rId75"/>
                          <a:stretch>
                            <a:fillRect/>
                          </a:stretch>
                        </pic:blipFill>
                        <pic:spPr>
                          <a:xfrm>
                            <a:off x="0" y="0"/>
                            <a:ext cx="1400000" cy="1400000"/>
                          </a:xfrm>
                          <a:prstGeom prst="rect">
                            <a:avLst/>
                          </a:prstGeom>
                        </pic:spPr>
                      </pic:pic>
                    </a:graphicData>
                  </a:graphic>
                </wp:inline>
              </w:drawing>
            </w:r>
          </w:p>
        </w:tc>
      </w:tr>
    </w:tbl>
    <w:p w14:paraId="57160C0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03D8550B" w14:textId="206F7613" w:rsidR="0080618B" w:rsidRPr="00CB52C3" w:rsidRDefault="0080618B"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3</w:t>
      </w:r>
      <w:r w:rsidR="005272C5">
        <w:rPr>
          <w:rFonts w:ascii="Times New Roman" w:hAnsi="Times New Roman"/>
          <w:b/>
          <w:sz w:val="24"/>
          <w:szCs w:val="24"/>
        </w:rPr>
        <w:t>3</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allyl alcohol at pH=7 and U=-0.5 V vs. </w:t>
      </w:r>
      <w:r w:rsidR="005272C5">
        <w:rPr>
          <w:rFonts w:ascii="Times New Roman" w:hAnsi="Times New Roman"/>
          <w:sz w:val="24"/>
          <w:szCs w:val="24"/>
        </w:rPr>
        <w:t>S</w:t>
      </w:r>
      <w:r w:rsidRPr="00CB52C3">
        <w:rPr>
          <w:rFonts w:ascii="Times New Roman" w:hAnsi="Times New Roman"/>
          <w:sz w:val="24"/>
          <w:szCs w:val="24"/>
        </w:rPr>
        <w:t>HE on Cu(111).</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278"/>
        <w:gridCol w:w="1449"/>
        <w:gridCol w:w="2420"/>
        <w:gridCol w:w="1449"/>
        <w:gridCol w:w="2420"/>
      </w:tblGrid>
      <w:tr w:rsidR="0080618B" w:rsidRPr="00CB52C3" w14:paraId="66496995" w14:textId="77777777" w:rsidTr="009B4FA6">
        <w:trPr>
          <w:jc w:val="center"/>
        </w:trPr>
        <w:tc>
          <w:tcPr>
            <w:tcW w:w="1728" w:type="dxa"/>
          </w:tcPr>
          <w:p w14:paraId="1D433B13" w14:textId="77777777" w:rsidR="0080618B" w:rsidRPr="00CB52C3" w:rsidRDefault="0080618B" w:rsidP="00431F65">
            <w:pPr>
              <w:spacing w:line="480" w:lineRule="auto"/>
              <w:rPr>
                <w:rFonts w:ascii="Times New Roman" w:hAnsi="Times New Roman"/>
                <w:sz w:val="24"/>
                <w:szCs w:val="24"/>
              </w:rPr>
            </w:pPr>
          </w:p>
        </w:tc>
        <w:tc>
          <w:tcPr>
            <w:tcW w:w="3456" w:type="dxa"/>
            <w:gridSpan w:val="2"/>
          </w:tcPr>
          <w:p w14:paraId="373E049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61431A0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80618B" w:rsidRPr="00CB52C3" w14:paraId="507B1DA3" w14:textId="77777777" w:rsidTr="009B4FA6">
        <w:trPr>
          <w:jc w:val="center"/>
        </w:trPr>
        <w:tc>
          <w:tcPr>
            <w:tcW w:w="1728" w:type="dxa"/>
          </w:tcPr>
          <w:p w14:paraId="2964757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0DFA0A4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4C690F4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757CB7B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4CA0D0E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80618B" w:rsidRPr="00CB52C3" w14:paraId="01999772" w14:textId="77777777" w:rsidTr="009B4FA6">
        <w:trPr>
          <w:jc w:val="center"/>
        </w:trPr>
        <w:tc>
          <w:tcPr>
            <w:tcW w:w="1728" w:type="dxa"/>
          </w:tcPr>
          <w:p w14:paraId="1E2CC96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3736A64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46956D9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B377A4C" wp14:editId="7A5B8A0D">
                  <wp:extent cx="1400000" cy="1400000"/>
                  <wp:effectExtent l="0" t="0" r="0" b="0"/>
                  <wp:docPr id="675" name="Picture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c>
          <w:tcPr>
            <w:tcW w:w="1728" w:type="dxa"/>
          </w:tcPr>
          <w:p w14:paraId="6D9A59D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5574EC4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4CC09C3" wp14:editId="429F4D30">
                  <wp:extent cx="1400000" cy="1400000"/>
                  <wp:effectExtent l="0" t="0" r="0" b="0"/>
                  <wp:docPr id="676" name="Picture 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r>
      <w:tr w:rsidR="0080618B" w:rsidRPr="00CB52C3" w14:paraId="4C7799E0" w14:textId="77777777" w:rsidTr="009B4FA6">
        <w:trPr>
          <w:jc w:val="center"/>
        </w:trPr>
        <w:tc>
          <w:tcPr>
            <w:tcW w:w="1728" w:type="dxa"/>
          </w:tcPr>
          <w:p w14:paraId="7C53AB9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30EB462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4CF0353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46111FC" wp14:editId="4AFBF1CC">
                  <wp:extent cx="1400000" cy="1400000"/>
                  <wp:effectExtent l="0" t="0" r="0" b="0"/>
                  <wp:docPr id="677" name="Picture 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c>
          <w:tcPr>
            <w:tcW w:w="1728" w:type="dxa"/>
          </w:tcPr>
          <w:p w14:paraId="36375FE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05669BE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E7805B0" wp14:editId="1D7EFDF7">
                  <wp:extent cx="1400000" cy="1400000"/>
                  <wp:effectExtent l="0" t="0" r="0" b="0"/>
                  <wp:docPr id="678" name="Picture 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r>
      <w:tr w:rsidR="0080618B" w:rsidRPr="00CB52C3" w14:paraId="523F74AC" w14:textId="77777777" w:rsidTr="009B4FA6">
        <w:trPr>
          <w:jc w:val="center"/>
        </w:trPr>
        <w:tc>
          <w:tcPr>
            <w:tcW w:w="1728" w:type="dxa"/>
          </w:tcPr>
          <w:p w14:paraId="2356FF9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5B9910B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IM(109)</w:t>
            </w:r>
          </w:p>
        </w:tc>
        <w:tc>
          <w:tcPr>
            <w:tcW w:w="1728" w:type="dxa"/>
          </w:tcPr>
          <w:p w14:paraId="1A2203E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BE1BC15" wp14:editId="0DF932D2">
                  <wp:extent cx="1400000" cy="1400000"/>
                  <wp:effectExtent l="0" t="0" r="0" b="0"/>
                  <wp:docPr id="679" name="Picture 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9.png"/>
                          <pic:cNvPicPr/>
                        </pic:nvPicPr>
                        <pic:blipFill>
                          <a:blip r:embed="rId63"/>
                          <a:stretch>
                            <a:fillRect/>
                          </a:stretch>
                        </pic:blipFill>
                        <pic:spPr>
                          <a:xfrm>
                            <a:off x="0" y="0"/>
                            <a:ext cx="1400000" cy="1400000"/>
                          </a:xfrm>
                          <a:prstGeom prst="rect">
                            <a:avLst/>
                          </a:prstGeom>
                        </pic:spPr>
                      </pic:pic>
                    </a:graphicData>
                  </a:graphic>
                </wp:inline>
              </w:drawing>
            </w:r>
          </w:p>
        </w:tc>
        <w:tc>
          <w:tcPr>
            <w:tcW w:w="1728" w:type="dxa"/>
          </w:tcPr>
          <w:p w14:paraId="25FDB30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IM(109)</w:t>
            </w:r>
          </w:p>
        </w:tc>
        <w:tc>
          <w:tcPr>
            <w:tcW w:w="1728" w:type="dxa"/>
          </w:tcPr>
          <w:p w14:paraId="10CAE1A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C1F56D1" wp14:editId="49525010">
                  <wp:extent cx="1400000" cy="1400000"/>
                  <wp:effectExtent l="0" t="0" r="0" b="0"/>
                  <wp:docPr id="680" name="Picture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9.png"/>
                          <pic:cNvPicPr/>
                        </pic:nvPicPr>
                        <pic:blipFill>
                          <a:blip r:embed="rId63"/>
                          <a:stretch>
                            <a:fillRect/>
                          </a:stretch>
                        </pic:blipFill>
                        <pic:spPr>
                          <a:xfrm>
                            <a:off x="0" y="0"/>
                            <a:ext cx="1400000" cy="1400000"/>
                          </a:xfrm>
                          <a:prstGeom prst="rect">
                            <a:avLst/>
                          </a:prstGeom>
                        </pic:spPr>
                      </pic:pic>
                    </a:graphicData>
                  </a:graphic>
                </wp:inline>
              </w:drawing>
            </w:r>
          </w:p>
        </w:tc>
      </w:tr>
      <w:tr w:rsidR="0080618B" w:rsidRPr="00CB52C3" w14:paraId="495FF5C3" w14:textId="77777777" w:rsidTr="009B4FA6">
        <w:trPr>
          <w:jc w:val="center"/>
        </w:trPr>
        <w:tc>
          <w:tcPr>
            <w:tcW w:w="1728" w:type="dxa"/>
          </w:tcPr>
          <w:p w14:paraId="676BBC6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2B26C38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IM(154)</w:t>
            </w:r>
          </w:p>
        </w:tc>
        <w:tc>
          <w:tcPr>
            <w:tcW w:w="1728" w:type="dxa"/>
          </w:tcPr>
          <w:p w14:paraId="092820A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5D6623B" wp14:editId="3C836B44">
                  <wp:extent cx="1400000" cy="1400000"/>
                  <wp:effectExtent l="0" t="0" r="0" b="0"/>
                  <wp:docPr id="681" name="Picture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4.png"/>
                          <pic:cNvPicPr/>
                        </pic:nvPicPr>
                        <pic:blipFill>
                          <a:blip r:embed="rId43"/>
                          <a:stretch>
                            <a:fillRect/>
                          </a:stretch>
                        </pic:blipFill>
                        <pic:spPr>
                          <a:xfrm>
                            <a:off x="0" y="0"/>
                            <a:ext cx="1400000" cy="1400000"/>
                          </a:xfrm>
                          <a:prstGeom prst="rect">
                            <a:avLst/>
                          </a:prstGeom>
                        </pic:spPr>
                      </pic:pic>
                    </a:graphicData>
                  </a:graphic>
                </wp:inline>
              </w:drawing>
            </w:r>
          </w:p>
        </w:tc>
        <w:tc>
          <w:tcPr>
            <w:tcW w:w="1728" w:type="dxa"/>
          </w:tcPr>
          <w:p w14:paraId="6378B3B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IM(126)</w:t>
            </w:r>
          </w:p>
        </w:tc>
        <w:tc>
          <w:tcPr>
            <w:tcW w:w="1728" w:type="dxa"/>
          </w:tcPr>
          <w:p w14:paraId="2893CE5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8B6F708" wp14:editId="3E2FB3E4">
                  <wp:extent cx="1400000" cy="1400000"/>
                  <wp:effectExtent l="0" t="0" r="0" b="0"/>
                  <wp:docPr id="682" name="Picture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26.png"/>
                          <pic:cNvPicPr/>
                        </pic:nvPicPr>
                        <pic:blipFill>
                          <a:blip r:embed="rId64"/>
                          <a:stretch>
                            <a:fillRect/>
                          </a:stretch>
                        </pic:blipFill>
                        <pic:spPr>
                          <a:xfrm>
                            <a:off x="0" y="0"/>
                            <a:ext cx="1400000" cy="1400000"/>
                          </a:xfrm>
                          <a:prstGeom prst="rect">
                            <a:avLst/>
                          </a:prstGeom>
                        </pic:spPr>
                      </pic:pic>
                    </a:graphicData>
                  </a:graphic>
                </wp:inline>
              </w:drawing>
            </w:r>
          </w:p>
        </w:tc>
      </w:tr>
      <w:tr w:rsidR="0080618B" w:rsidRPr="00CB52C3" w14:paraId="19F51DEC" w14:textId="77777777" w:rsidTr="009B4FA6">
        <w:trPr>
          <w:jc w:val="center"/>
        </w:trPr>
        <w:tc>
          <w:tcPr>
            <w:tcW w:w="1728" w:type="dxa"/>
          </w:tcPr>
          <w:p w14:paraId="016413F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775F4B5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IM(190)</w:t>
            </w:r>
          </w:p>
        </w:tc>
        <w:tc>
          <w:tcPr>
            <w:tcW w:w="1728" w:type="dxa"/>
          </w:tcPr>
          <w:p w14:paraId="1DDB1E0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714FE54" wp14:editId="0B6DC7D1">
                  <wp:extent cx="1400000" cy="1400000"/>
                  <wp:effectExtent l="0" t="0" r="0" b="0"/>
                  <wp:docPr id="683" name="Picture 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90.png"/>
                          <pic:cNvPicPr/>
                        </pic:nvPicPr>
                        <pic:blipFill>
                          <a:blip r:embed="rId44"/>
                          <a:stretch>
                            <a:fillRect/>
                          </a:stretch>
                        </pic:blipFill>
                        <pic:spPr>
                          <a:xfrm>
                            <a:off x="0" y="0"/>
                            <a:ext cx="1400000" cy="1400000"/>
                          </a:xfrm>
                          <a:prstGeom prst="rect">
                            <a:avLst/>
                          </a:prstGeom>
                        </pic:spPr>
                      </pic:pic>
                    </a:graphicData>
                  </a:graphic>
                </wp:inline>
              </w:drawing>
            </w:r>
          </w:p>
        </w:tc>
        <w:tc>
          <w:tcPr>
            <w:tcW w:w="1728" w:type="dxa"/>
          </w:tcPr>
          <w:p w14:paraId="7A1CDA6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IM(174)</w:t>
            </w:r>
          </w:p>
        </w:tc>
        <w:tc>
          <w:tcPr>
            <w:tcW w:w="1728" w:type="dxa"/>
          </w:tcPr>
          <w:p w14:paraId="3FF44B2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D97549A" wp14:editId="019549DA">
                  <wp:extent cx="1400000" cy="1400000"/>
                  <wp:effectExtent l="0" t="0" r="0" b="0"/>
                  <wp:docPr id="684" name="Picture 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74.png"/>
                          <pic:cNvPicPr/>
                        </pic:nvPicPr>
                        <pic:blipFill>
                          <a:blip r:embed="rId65"/>
                          <a:stretch>
                            <a:fillRect/>
                          </a:stretch>
                        </pic:blipFill>
                        <pic:spPr>
                          <a:xfrm>
                            <a:off x="0" y="0"/>
                            <a:ext cx="1400000" cy="1400000"/>
                          </a:xfrm>
                          <a:prstGeom prst="rect">
                            <a:avLst/>
                          </a:prstGeom>
                        </pic:spPr>
                      </pic:pic>
                    </a:graphicData>
                  </a:graphic>
                </wp:inline>
              </w:drawing>
            </w:r>
          </w:p>
        </w:tc>
      </w:tr>
      <w:tr w:rsidR="0080618B" w:rsidRPr="00CB52C3" w14:paraId="0F53EDF2" w14:textId="77777777" w:rsidTr="009B4FA6">
        <w:trPr>
          <w:jc w:val="center"/>
        </w:trPr>
        <w:tc>
          <w:tcPr>
            <w:tcW w:w="1728" w:type="dxa"/>
          </w:tcPr>
          <w:p w14:paraId="6B89A40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1A666A5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IM(255)</w:t>
            </w:r>
          </w:p>
        </w:tc>
        <w:tc>
          <w:tcPr>
            <w:tcW w:w="1728" w:type="dxa"/>
          </w:tcPr>
          <w:p w14:paraId="660AAF0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73EE29F" wp14:editId="2288D0F8">
                  <wp:extent cx="1400000" cy="1400000"/>
                  <wp:effectExtent l="0" t="0" r="0" b="0"/>
                  <wp:docPr id="685" name="Picture 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5.png"/>
                          <pic:cNvPicPr/>
                        </pic:nvPicPr>
                        <pic:blipFill>
                          <a:blip r:embed="rId46"/>
                          <a:stretch>
                            <a:fillRect/>
                          </a:stretch>
                        </pic:blipFill>
                        <pic:spPr>
                          <a:xfrm>
                            <a:off x="0" y="0"/>
                            <a:ext cx="1400000" cy="1400000"/>
                          </a:xfrm>
                          <a:prstGeom prst="rect">
                            <a:avLst/>
                          </a:prstGeom>
                        </pic:spPr>
                      </pic:pic>
                    </a:graphicData>
                  </a:graphic>
                </wp:inline>
              </w:drawing>
            </w:r>
          </w:p>
        </w:tc>
        <w:tc>
          <w:tcPr>
            <w:tcW w:w="1728" w:type="dxa"/>
          </w:tcPr>
          <w:p w14:paraId="42E9591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IM(255)</w:t>
            </w:r>
          </w:p>
        </w:tc>
        <w:tc>
          <w:tcPr>
            <w:tcW w:w="1728" w:type="dxa"/>
          </w:tcPr>
          <w:p w14:paraId="0D0B8E0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5C58BEA" wp14:editId="36957756">
                  <wp:extent cx="1400000" cy="1400000"/>
                  <wp:effectExtent l="0" t="0" r="0" b="0"/>
                  <wp:docPr id="686" name="Picture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5.png"/>
                          <pic:cNvPicPr/>
                        </pic:nvPicPr>
                        <pic:blipFill>
                          <a:blip r:embed="rId46"/>
                          <a:stretch>
                            <a:fillRect/>
                          </a:stretch>
                        </pic:blipFill>
                        <pic:spPr>
                          <a:xfrm>
                            <a:off x="0" y="0"/>
                            <a:ext cx="1400000" cy="1400000"/>
                          </a:xfrm>
                          <a:prstGeom prst="rect">
                            <a:avLst/>
                          </a:prstGeom>
                        </pic:spPr>
                      </pic:pic>
                    </a:graphicData>
                  </a:graphic>
                </wp:inline>
              </w:drawing>
            </w:r>
          </w:p>
        </w:tc>
      </w:tr>
      <w:tr w:rsidR="0080618B" w:rsidRPr="00CB52C3" w14:paraId="0DF5E832" w14:textId="77777777" w:rsidTr="009B4FA6">
        <w:trPr>
          <w:jc w:val="center"/>
        </w:trPr>
        <w:tc>
          <w:tcPr>
            <w:tcW w:w="1728" w:type="dxa"/>
          </w:tcPr>
          <w:p w14:paraId="21DC232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153C3DA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IM(312)</w:t>
            </w:r>
          </w:p>
        </w:tc>
        <w:tc>
          <w:tcPr>
            <w:tcW w:w="1728" w:type="dxa"/>
          </w:tcPr>
          <w:p w14:paraId="4316A80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F0FE44D" wp14:editId="3FB63171">
                  <wp:extent cx="1400000" cy="1400000"/>
                  <wp:effectExtent l="0" t="0" r="0" b="0"/>
                  <wp:docPr id="687" name="Picture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2.png"/>
                          <pic:cNvPicPr/>
                        </pic:nvPicPr>
                        <pic:blipFill>
                          <a:blip r:embed="rId47"/>
                          <a:stretch>
                            <a:fillRect/>
                          </a:stretch>
                        </pic:blipFill>
                        <pic:spPr>
                          <a:xfrm>
                            <a:off x="0" y="0"/>
                            <a:ext cx="1400000" cy="1400000"/>
                          </a:xfrm>
                          <a:prstGeom prst="rect">
                            <a:avLst/>
                          </a:prstGeom>
                        </pic:spPr>
                      </pic:pic>
                    </a:graphicData>
                  </a:graphic>
                </wp:inline>
              </w:drawing>
            </w:r>
          </w:p>
        </w:tc>
        <w:tc>
          <w:tcPr>
            <w:tcW w:w="1728" w:type="dxa"/>
          </w:tcPr>
          <w:p w14:paraId="573A003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IM(312)</w:t>
            </w:r>
          </w:p>
        </w:tc>
        <w:tc>
          <w:tcPr>
            <w:tcW w:w="1728" w:type="dxa"/>
          </w:tcPr>
          <w:p w14:paraId="67283E9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B93A33A" wp14:editId="79E9C67A">
                  <wp:extent cx="1400000" cy="1400000"/>
                  <wp:effectExtent l="0" t="0" r="0" b="0"/>
                  <wp:docPr id="688" name="Picture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2.png"/>
                          <pic:cNvPicPr/>
                        </pic:nvPicPr>
                        <pic:blipFill>
                          <a:blip r:embed="rId47"/>
                          <a:stretch>
                            <a:fillRect/>
                          </a:stretch>
                        </pic:blipFill>
                        <pic:spPr>
                          <a:xfrm>
                            <a:off x="0" y="0"/>
                            <a:ext cx="1400000" cy="1400000"/>
                          </a:xfrm>
                          <a:prstGeom prst="rect">
                            <a:avLst/>
                          </a:prstGeom>
                        </pic:spPr>
                      </pic:pic>
                    </a:graphicData>
                  </a:graphic>
                </wp:inline>
              </w:drawing>
            </w:r>
          </w:p>
        </w:tc>
      </w:tr>
      <w:tr w:rsidR="0080618B" w:rsidRPr="00CB52C3" w14:paraId="6662529F" w14:textId="77777777" w:rsidTr="009B4FA6">
        <w:trPr>
          <w:jc w:val="center"/>
        </w:trPr>
        <w:tc>
          <w:tcPr>
            <w:tcW w:w="1728" w:type="dxa"/>
          </w:tcPr>
          <w:p w14:paraId="2DD988A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0D5B406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IM(347)</w:t>
            </w:r>
          </w:p>
        </w:tc>
        <w:tc>
          <w:tcPr>
            <w:tcW w:w="1728" w:type="dxa"/>
          </w:tcPr>
          <w:p w14:paraId="00C1DCC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870316E" wp14:editId="23250D39">
                  <wp:extent cx="1400000" cy="1400000"/>
                  <wp:effectExtent l="0" t="0" r="0" b="0"/>
                  <wp:docPr id="689" name="Picture 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7.png"/>
                          <pic:cNvPicPr/>
                        </pic:nvPicPr>
                        <pic:blipFill>
                          <a:blip r:embed="rId49"/>
                          <a:stretch>
                            <a:fillRect/>
                          </a:stretch>
                        </pic:blipFill>
                        <pic:spPr>
                          <a:xfrm>
                            <a:off x="0" y="0"/>
                            <a:ext cx="1400000" cy="1400000"/>
                          </a:xfrm>
                          <a:prstGeom prst="rect">
                            <a:avLst/>
                          </a:prstGeom>
                        </pic:spPr>
                      </pic:pic>
                    </a:graphicData>
                  </a:graphic>
                </wp:inline>
              </w:drawing>
            </w:r>
          </w:p>
        </w:tc>
        <w:tc>
          <w:tcPr>
            <w:tcW w:w="1728" w:type="dxa"/>
          </w:tcPr>
          <w:p w14:paraId="283F645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IM(347)</w:t>
            </w:r>
          </w:p>
        </w:tc>
        <w:tc>
          <w:tcPr>
            <w:tcW w:w="1728" w:type="dxa"/>
          </w:tcPr>
          <w:p w14:paraId="22F9DB6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F790964" wp14:editId="416A1852">
                  <wp:extent cx="1400000" cy="1400000"/>
                  <wp:effectExtent l="0" t="0" r="0" b="0"/>
                  <wp:docPr id="690" name="Picture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7.png"/>
                          <pic:cNvPicPr/>
                        </pic:nvPicPr>
                        <pic:blipFill>
                          <a:blip r:embed="rId49"/>
                          <a:stretch>
                            <a:fillRect/>
                          </a:stretch>
                        </pic:blipFill>
                        <pic:spPr>
                          <a:xfrm>
                            <a:off x="0" y="0"/>
                            <a:ext cx="1400000" cy="1400000"/>
                          </a:xfrm>
                          <a:prstGeom prst="rect">
                            <a:avLst/>
                          </a:prstGeom>
                        </pic:spPr>
                      </pic:pic>
                    </a:graphicData>
                  </a:graphic>
                </wp:inline>
              </w:drawing>
            </w:r>
          </w:p>
        </w:tc>
      </w:tr>
      <w:tr w:rsidR="0080618B" w:rsidRPr="00CB52C3" w14:paraId="75B97EE6" w14:textId="77777777" w:rsidTr="009B4FA6">
        <w:trPr>
          <w:jc w:val="center"/>
        </w:trPr>
        <w:tc>
          <w:tcPr>
            <w:tcW w:w="1728" w:type="dxa"/>
          </w:tcPr>
          <w:p w14:paraId="6508844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9</w:t>
            </w:r>
          </w:p>
        </w:tc>
        <w:tc>
          <w:tcPr>
            <w:tcW w:w="1728" w:type="dxa"/>
          </w:tcPr>
          <w:p w14:paraId="12C85AB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IM(406)</w:t>
            </w:r>
          </w:p>
        </w:tc>
        <w:tc>
          <w:tcPr>
            <w:tcW w:w="1728" w:type="dxa"/>
          </w:tcPr>
          <w:p w14:paraId="2B4DB33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E33D736" wp14:editId="45D3E8CA">
                  <wp:extent cx="1400000" cy="1400000"/>
                  <wp:effectExtent l="0" t="0" r="0" b="0"/>
                  <wp:docPr id="691" name="Picture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06.png"/>
                          <pic:cNvPicPr/>
                        </pic:nvPicPr>
                        <pic:blipFill>
                          <a:blip r:embed="rId51"/>
                          <a:stretch>
                            <a:fillRect/>
                          </a:stretch>
                        </pic:blipFill>
                        <pic:spPr>
                          <a:xfrm>
                            <a:off x="0" y="0"/>
                            <a:ext cx="1400000" cy="1400000"/>
                          </a:xfrm>
                          <a:prstGeom prst="rect">
                            <a:avLst/>
                          </a:prstGeom>
                        </pic:spPr>
                      </pic:pic>
                    </a:graphicData>
                  </a:graphic>
                </wp:inline>
              </w:drawing>
            </w:r>
          </w:p>
        </w:tc>
        <w:tc>
          <w:tcPr>
            <w:tcW w:w="1728" w:type="dxa"/>
          </w:tcPr>
          <w:p w14:paraId="5EE030E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IM(406)</w:t>
            </w:r>
          </w:p>
        </w:tc>
        <w:tc>
          <w:tcPr>
            <w:tcW w:w="1728" w:type="dxa"/>
          </w:tcPr>
          <w:p w14:paraId="59C1AA9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D9673BB" wp14:editId="3FE2D1C8">
                  <wp:extent cx="1400000" cy="1400000"/>
                  <wp:effectExtent l="0" t="0" r="0" b="0"/>
                  <wp:docPr id="692" name="Picture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06.png"/>
                          <pic:cNvPicPr/>
                        </pic:nvPicPr>
                        <pic:blipFill>
                          <a:blip r:embed="rId51"/>
                          <a:stretch>
                            <a:fillRect/>
                          </a:stretch>
                        </pic:blipFill>
                        <pic:spPr>
                          <a:xfrm>
                            <a:off x="0" y="0"/>
                            <a:ext cx="1400000" cy="1400000"/>
                          </a:xfrm>
                          <a:prstGeom prst="rect">
                            <a:avLst/>
                          </a:prstGeom>
                        </pic:spPr>
                      </pic:pic>
                    </a:graphicData>
                  </a:graphic>
                </wp:inline>
              </w:drawing>
            </w:r>
          </w:p>
        </w:tc>
      </w:tr>
      <w:tr w:rsidR="0080618B" w:rsidRPr="00CB52C3" w14:paraId="0F1D25C3" w14:textId="77777777" w:rsidTr="009B4FA6">
        <w:trPr>
          <w:jc w:val="center"/>
        </w:trPr>
        <w:tc>
          <w:tcPr>
            <w:tcW w:w="1728" w:type="dxa"/>
          </w:tcPr>
          <w:p w14:paraId="684631E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10</w:t>
            </w:r>
          </w:p>
        </w:tc>
        <w:tc>
          <w:tcPr>
            <w:tcW w:w="1728" w:type="dxa"/>
          </w:tcPr>
          <w:p w14:paraId="67F5E1A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IM(434)</w:t>
            </w:r>
          </w:p>
        </w:tc>
        <w:tc>
          <w:tcPr>
            <w:tcW w:w="1728" w:type="dxa"/>
          </w:tcPr>
          <w:p w14:paraId="5EDEC95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B96C171" wp14:editId="6187F972">
                  <wp:extent cx="1400000" cy="1400000"/>
                  <wp:effectExtent l="0" t="0" r="0" b="0"/>
                  <wp:docPr id="693" name="Picture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4.png"/>
                          <pic:cNvPicPr/>
                        </pic:nvPicPr>
                        <pic:blipFill>
                          <a:blip r:embed="rId78"/>
                          <a:stretch>
                            <a:fillRect/>
                          </a:stretch>
                        </pic:blipFill>
                        <pic:spPr>
                          <a:xfrm>
                            <a:off x="0" y="0"/>
                            <a:ext cx="1400000" cy="1400000"/>
                          </a:xfrm>
                          <a:prstGeom prst="rect">
                            <a:avLst/>
                          </a:prstGeom>
                        </pic:spPr>
                      </pic:pic>
                    </a:graphicData>
                  </a:graphic>
                </wp:inline>
              </w:drawing>
            </w:r>
          </w:p>
        </w:tc>
        <w:tc>
          <w:tcPr>
            <w:tcW w:w="1728" w:type="dxa"/>
          </w:tcPr>
          <w:p w14:paraId="23DEEA3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IM(434)</w:t>
            </w:r>
          </w:p>
        </w:tc>
        <w:tc>
          <w:tcPr>
            <w:tcW w:w="1728" w:type="dxa"/>
          </w:tcPr>
          <w:p w14:paraId="39CD2BF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8796BBF" wp14:editId="2527565B">
                  <wp:extent cx="1400000" cy="1400000"/>
                  <wp:effectExtent l="0" t="0" r="0" b="0"/>
                  <wp:docPr id="694" name="Picture 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4.png"/>
                          <pic:cNvPicPr/>
                        </pic:nvPicPr>
                        <pic:blipFill>
                          <a:blip r:embed="rId78"/>
                          <a:stretch>
                            <a:fillRect/>
                          </a:stretch>
                        </pic:blipFill>
                        <pic:spPr>
                          <a:xfrm>
                            <a:off x="0" y="0"/>
                            <a:ext cx="1400000" cy="1400000"/>
                          </a:xfrm>
                          <a:prstGeom prst="rect">
                            <a:avLst/>
                          </a:prstGeom>
                        </pic:spPr>
                      </pic:pic>
                    </a:graphicData>
                  </a:graphic>
                </wp:inline>
              </w:drawing>
            </w:r>
          </w:p>
        </w:tc>
      </w:tr>
    </w:tbl>
    <w:p w14:paraId="6C3E5AB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2F2A22A0" w14:textId="32234C79" w:rsidR="0080618B" w:rsidRPr="00CB52C3" w:rsidRDefault="0080618B"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3</w:t>
      </w:r>
      <w:r w:rsidR="005272C5">
        <w:rPr>
          <w:rFonts w:ascii="Times New Roman" w:hAnsi="Times New Roman"/>
          <w:b/>
          <w:sz w:val="24"/>
          <w:szCs w:val="24"/>
        </w:rPr>
        <w:t>4</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propane at pH=7 and U=-0.5 V vs. </w:t>
      </w:r>
      <w:r w:rsidR="005272C5">
        <w:rPr>
          <w:rFonts w:ascii="Times New Roman" w:hAnsi="Times New Roman"/>
          <w:sz w:val="24"/>
          <w:szCs w:val="24"/>
        </w:rPr>
        <w:t>S</w:t>
      </w:r>
      <w:r w:rsidRPr="00CB52C3">
        <w:rPr>
          <w:rFonts w:ascii="Times New Roman" w:hAnsi="Times New Roman"/>
          <w:sz w:val="24"/>
          <w:szCs w:val="24"/>
        </w:rPr>
        <w:t>HE on Cu(111).</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278"/>
        <w:gridCol w:w="1449"/>
        <w:gridCol w:w="2420"/>
        <w:gridCol w:w="1449"/>
        <w:gridCol w:w="2420"/>
      </w:tblGrid>
      <w:tr w:rsidR="0080618B" w:rsidRPr="00CB52C3" w14:paraId="7B04BF49" w14:textId="77777777" w:rsidTr="009B4FA6">
        <w:trPr>
          <w:jc w:val="center"/>
        </w:trPr>
        <w:tc>
          <w:tcPr>
            <w:tcW w:w="1728" w:type="dxa"/>
          </w:tcPr>
          <w:p w14:paraId="7E7F245F" w14:textId="77777777" w:rsidR="0080618B" w:rsidRPr="00CB52C3" w:rsidRDefault="0080618B" w:rsidP="00431F65">
            <w:pPr>
              <w:spacing w:line="480" w:lineRule="auto"/>
              <w:rPr>
                <w:rFonts w:ascii="Times New Roman" w:hAnsi="Times New Roman"/>
                <w:sz w:val="24"/>
                <w:szCs w:val="24"/>
              </w:rPr>
            </w:pPr>
          </w:p>
        </w:tc>
        <w:tc>
          <w:tcPr>
            <w:tcW w:w="3456" w:type="dxa"/>
            <w:gridSpan w:val="2"/>
          </w:tcPr>
          <w:p w14:paraId="6EA33EF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07B30CF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80618B" w:rsidRPr="00CB52C3" w14:paraId="312CCAB9" w14:textId="77777777" w:rsidTr="009B4FA6">
        <w:trPr>
          <w:jc w:val="center"/>
        </w:trPr>
        <w:tc>
          <w:tcPr>
            <w:tcW w:w="1728" w:type="dxa"/>
          </w:tcPr>
          <w:p w14:paraId="002B3AC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157A7D1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171DE04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7031F4D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478AC17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80618B" w:rsidRPr="00CB52C3" w14:paraId="14E6133A" w14:textId="77777777" w:rsidTr="009B4FA6">
        <w:trPr>
          <w:jc w:val="center"/>
        </w:trPr>
        <w:tc>
          <w:tcPr>
            <w:tcW w:w="1728" w:type="dxa"/>
          </w:tcPr>
          <w:p w14:paraId="1E69E28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5F249EF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1AF3A44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1289DF9" wp14:editId="3E414D26">
                  <wp:extent cx="1400000" cy="1400000"/>
                  <wp:effectExtent l="0" t="0" r="0" b="0"/>
                  <wp:docPr id="695" name="Picture 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c>
          <w:tcPr>
            <w:tcW w:w="1728" w:type="dxa"/>
          </w:tcPr>
          <w:p w14:paraId="0FF302C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78BD655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A396FA9" wp14:editId="387DA3D3">
                  <wp:extent cx="1400000" cy="1400000"/>
                  <wp:effectExtent l="0" t="0" r="0" b="0"/>
                  <wp:docPr id="696" name="Picture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r>
      <w:tr w:rsidR="0080618B" w:rsidRPr="00CB52C3" w14:paraId="7BA16F9F" w14:textId="77777777" w:rsidTr="009B4FA6">
        <w:trPr>
          <w:jc w:val="center"/>
        </w:trPr>
        <w:tc>
          <w:tcPr>
            <w:tcW w:w="1728" w:type="dxa"/>
          </w:tcPr>
          <w:p w14:paraId="597C505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1123034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0740B2C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702B20A" wp14:editId="4D75020C">
                  <wp:extent cx="1400000" cy="1400000"/>
                  <wp:effectExtent l="0" t="0" r="0" b="0"/>
                  <wp:docPr id="697" name="Picture 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c>
          <w:tcPr>
            <w:tcW w:w="1728" w:type="dxa"/>
          </w:tcPr>
          <w:p w14:paraId="5818224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30E9279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CDC6D17" wp14:editId="4F51BFF4">
                  <wp:extent cx="1400000" cy="1400000"/>
                  <wp:effectExtent l="0" t="0" r="0" b="0"/>
                  <wp:docPr id="698" name="Picture 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r>
      <w:tr w:rsidR="0080618B" w:rsidRPr="00CB52C3" w14:paraId="777056C2" w14:textId="77777777" w:rsidTr="009B4FA6">
        <w:trPr>
          <w:jc w:val="center"/>
        </w:trPr>
        <w:tc>
          <w:tcPr>
            <w:tcW w:w="1728" w:type="dxa"/>
          </w:tcPr>
          <w:p w14:paraId="7B4432C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025DCF0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IM(109)</w:t>
            </w:r>
          </w:p>
        </w:tc>
        <w:tc>
          <w:tcPr>
            <w:tcW w:w="1728" w:type="dxa"/>
          </w:tcPr>
          <w:p w14:paraId="63DCBA7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E3DE11D" wp14:editId="76F1D778">
                  <wp:extent cx="1400000" cy="1400000"/>
                  <wp:effectExtent l="0" t="0" r="0" b="0"/>
                  <wp:docPr id="699" name="Picture 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9.png"/>
                          <pic:cNvPicPr/>
                        </pic:nvPicPr>
                        <pic:blipFill>
                          <a:blip r:embed="rId63"/>
                          <a:stretch>
                            <a:fillRect/>
                          </a:stretch>
                        </pic:blipFill>
                        <pic:spPr>
                          <a:xfrm>
                            <a:off x="0" y="0"/>
                            <a:ext cx="1400000" cy="1400000"/>
                          </a:xfrm>
                          <a:prstGeom prst="rect">
                            <a:avLst/>
                          </a:prstGeom>
                        </pic:spPr>
                      </pic:pic>
                    </a:graphicData>
                  </a:graphic>
                </wp:inline>
              </w:drawing>
            </w:r>
          </w:p>
        </w:tc>
        <w:tc>
          <w:tcPr>
            <w:tcW w:w="1728" w:type="dxa"/>
          </w:tcPr>
          <w:p w14:paraId="25EAC03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IM(109)</w:t>
            </w:r>
          </w:p>
        </w:tc>
        <w:tc>
          <w:tcPr>
            <w:tcW w:w="1728" w:type="dxa"/>
          </w:tcPr>
          <w:p w14:paraId="39DD3CC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6E410CD" wp14:editId="66656C33">
                  <wp:extent cx="1400000" cy="1400000"/>
                  <wp:effectExtent l="0" t="0" r="0" b="0"/>
                  <wp:docPr id="700" name="Picture 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9.png"/>
                          <pic:cNvPicPr/>
                        </pic:nvPicPr>
                        <pic:blipFill>
                          <a:blip r:embed="rId63"/>
                          <a:stretch>
                            <a:fillRect/>
                          </a:stretch>
                        </pic:blipFill>
                        <pic:spPr>
                          <a:xfrm>
                            <a:off x="0" y="0"/>
                            <a:ext cx="1400000" cy="1400000"/>
                          </a:xfrm>
                          <a:prstGeom prst="rect">
                            <a:avLst/>
                          </a:prstGeom>
                        </pic:spPr>
                      </pic:pic>
                    </a:graphicData>
                  </a:graphic>
                </wp:inline>
              </w:drawing>
            </w:r>
          </w:p>
        </w:tc>
      </w:tr>
      <w:tr w:rsidR="0080618B" w:rsidRPr="00CB52C3" w14:paraId="3E228F0E" w14:textId="77777777" w:rsidTr="009B4FA6">
        <w:trPr>
          <w:jc w:val="center"/>
        </w:trPr>
        <w:tc>
          <w:tcPr>
            <w:tcW w:w="1728" w:type="dxa"/>
          </w:tcPr>
          <w:p w14:paraId="2BBD357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14B983D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IM(154)</w:t>
            </w:r>
          </w:p>
        </w:tc>
        <w:tc>
          <w:tcPr>
            <w:tcW w:w="1728" w:type="dxa"/>
          </w:tcPr>
          <w:p w14:paraId="2C03352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BF4D7A9" wp14:editId="5B026741">
                  <wp:extent cx="1400000" cy="1400000"/>
                  <wp:effectExtent l="0" t="0" r="0" b="0"/>
                  <wp:docPr id="701" name="Picture 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4.png"/>
                          <pic:cNvPicPr/>
                        </pic:nvPicPr>
                        <pic:blipFill>
                          <a:blip r:embed="rId43"/>
                          <a:stretch>
                            <a:fillRect/>
                          </a:stretch>
                        </pic:blipFill>
                        <pic:spPr>
                          <a:xfrm>
                            <a:off x="0" y="0"/>
                            <a:ext cx="1400000" cy="1400000"/>
                          </a:xfrm>
                          <a:prstGeom prst="rect">
                            <a:avLst/>
                          </a:prstGeom>
                        </pic:spPr>
                      </pic:pic>
                    </a:graphicData>
                  </a:graphic>
                </wp:inline>
              </w:drawing>
            </w:r>
          </w:p>
        </w:tc>
        <w:tc>
          <w:tcPr>
            <w:tcW w:w="1728" w:type="dxa"/>
          </w:tcPr>
          <w:p w14:paraId="121C056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IM(126)</w:t>
            </w:r>
          </w:p>
        </w:tc>
        <w:tc>
          <w:tcPr>
            <w:tcW w:w="1728" w:type="dxa"/>
          </w:tcPr>
          <w:p w14:paraId="5807CBC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64001EF" wp14:editId="6096CEB7">
                  <wp:extent cx="1400000" cy="1400000"/>
                  <wp:effectExtent l="0" t="0" r="0" b="0"/>
                  <wp:docPr id="702" name="Picture 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26.png"/>
                          <pic:cNvPicPr/>
                        </pic:nvPicPr>
                        <pic:blipFill>
                          <a:blip r:embed="rId64"/>
                          <a:stretch>
                            <a:fillRect/>
                          </a:stretch>
                        </pic:blipFill>
                        <pic:spPr>
                          <a:xfrm>
                            <a:off x="0" y="0"/>
                            <a:ext cx="1400000" cy="1400000"/>
                          </a:xfrm>
                          <a:prstGeom prst="rect">
                            <a:avLst/>
                          </a:prstGeom>
                        </pic:spPr>
                      </pic:pic>
                    </a:graphicData>
                  </a:graphic>
                </wp:inline>
              </w:drawing>
            </w:r>
          </w:p>
        </w:tc>
      </w:tr>
      <w:tr w:rsidR="0080618B" w:rsidRPr="00CB52C3" w14:paraId="48987855" w14:textId="77777777" w:rsidTr="009B4FA6">
        <w:trPr>
          <w:jc w:val="center"/>
        </w:trPr>
        <w:tc>
          <w:tcPr>
            <w:tcW w:w="1728" w:type="dxa"/>
          </w:tcPr>
          <w:p w14:paraId="4ED6D12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22234A9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IM(190)</w:t>
            </w:r>
          </w:p>
        </w:tc>
        <w:tc>
          <w:tcPr>
            <w:tcW w:w="1728" w:type="dxa"/>
          </w:tcPr>
          <w:p w14:paraId="3EF1793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48538B8" wp14:editId="55DDB672">
                  <wp:extent cx="1400000" cy="1400000"/>
                  <wp:effectExtent l="0" t="0" r="0" b="0"/>
                  <wp:docPr id="703" name="Picture 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90.png"/>
                          <pic:cNvPicPr/>
                        </pic:nvPicPr>
                        <pic:blipFill>
                          <a:blip r:embed="rId44"/>
                          <a:stretch>
                            <a:fillRect/>
                          </a:stretch>
                        </pic:blipFill>
                        <pic:spPr>
                          <a:xfrm>
                            <a:off x="0" y="0"/>
                            <a:ext cx="1400000" cy="1400000"/>
                          </a:xfrm>
                          <a:prstGeom prst="rect">
                            <a:avLst/>
                          </a:prstGeom>
                        </pic:spPr>
                      </pic:pic>
                    </a:graphicData>
                  </a:graphic>
                </wp:inline>
              </w:drawing>
            </w:r>
          </w:p>
        </w:tc>
        <w:tc>
          <w:tcPr>
            <w:tcW w:w="1728" w:type="dxa"/>
          </w:tcPr>
          <w:p w14:paraId="50C5191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IM(174)</w:t>
            </w:r>
          </w:p>
        </w:tc>
        <w:tc>
          <w:tcPr>
            <w:tcW w:w="1728" w:type="dxa"/>
          </w:tcPr>
          <w:p w14:paraId="345F56F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5AD17D2" wp14:editId="4C77960D">
                  <wp:extent cx="1400000" cy="1400000"/>
                  <wp:effectExtent l="0" t="0" r="0" b="0"/>
                  <wp:docPr id="704" name="Picture 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74.png"/>
                          <pic:cNvPicPr/>
                        </pic:nvPicPr>
                        <pic:blipFill>
                          <a:blip r:embed="rId65"/>
                          <a:stretch>
                            <a:fillRect/>
                          </a:stretch>
                        </pic:blipFill>
                        <pic:spPr>
                          <a:xfrm>
                            <a:off x="0" y="0"/>
                            <a:ext cx="1400000" cy="1400000"/>
                          </a:xfrm>
                          <a:prstGeom prst="rect">
                            <a:avLst/>
                          </a:prstGeom>
                        </pic:spPr>
                      </pic:pic>
                    </a:graphicData>
                  </a:graphic>
                </wp:inline>
              </w:drawing>
            </w:r>
          </w:p>
        </w:tc>
      </w:tr>
      <w:tr w:rsidR="0080618B" w:rsidRPr="00CB52C3" w14:paraId="3A4798B9" w14:textId="77777777" w:rsidTr="009B4FA6">
        <w:trPr>
          <w:jc w:val="center"/>
        </w:trPr>
        <w:tc>
          <w:tcPr>
            <w:tcW w:w="1728" w:type="dxa"/>
          </w:tcPr>
          <w:p w14:paraId="1C4D219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560F112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IM(255)</w:t>
            </w:r>
          </w:p>
        </w:tc>
        <w:tc>
          <w:tcPr>
            <w:tcW w:w="1728" w:type="dxa"/>
          </w:tcPr>
          <w:p w14:paraId="1B11B07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2C4447F" wp14:editId="5E847275">
                  <wp:extent cx="1400000" cy="1400000"/>
                  <wp:effectExtent l="0" t="0" r="0" b="0"/>
                  <wp:docPr id="705" name="Picture 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5.png"/>
                          <pic:cNvPicPr/>
                        </pic:nvPicPr>
                        <pic:blipFill>
                          <a:blip r:embed="rId46"/>
                          <a:stretch>
                            <a:fillRect/>
                          </a:stretch>
                        </pic:blipFill>
                        <pic:spPr>
                          <a:xfrm>
                            <a:off x="0" y="0"/>
                            <a:ext cx="1400000" cy="1400000"/>
                          </a:xfrm>
                          <a:prstGeom prst="rect">
                            <a:avLst/>
                          </a:prstGeom>
                        </pic:spPr>
                      </pic:pic>
                    </a:graphicData>
                  </a:graphic>
                </wp:inline>
              </w:drawing>
            </w:r>
          </w:p>
        </w:tc>
        <w:tc>
          <w:tcPr>
            <w:tcW w:w="1728" w:type="dxa"/>
          </w:tcPr>
          <w:p w14:paraId="10AC11B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IM(255)</w:t>
            </w:r>
          </w:p>
        </w:tc>
        <w:tc>
          <w:tcPr>
            <w:tcW w:w="1728" w:type="dxa"/>
          </w:tcPr>
          <w:p w14:paraId="3430415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A27E6CC" wp14:editId="07CDCFFE">
                  <wp:extent cx="1400000" cy="1400000"/>
                  <wp:effectExtent l="0" t="0" r="0" b="0"/>
                  <wp:docPr id="706" name="Picture 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5.png"/>
                          <pic:cNvPicPr/>
                        </pic:nvPicPr>
                        <pic:blipFill>
                          <a:blip r:embed="rId46"/>
                          <a:stretch>
                            <a:fillRect/>
                          </a:stretch>
                        </pic:blipFill>
                        <pic:spPr>
                          <a:xfrm>
                            <a:off x="0" y="0"/>
                            <a:ext cx="1400000" cy="1400000"/>
                          </a:xfrm>
                          <a:prstGeom prst="rect">
                            <a:avLst/>
                          </a:prstGeom>
                        </pic:spPr>
                      </pic:pic>
                    </a:graphicData>
                  </a:graphic>
                </wp:inline>
              </w:drawing>
            </w:r>
          </w:p>
        </w:tc>
      </w:tr>
      <w:tr w:rsidR="0080618B" w:rsidRPr="00CB52C3" w14:paraId="521ADDB8" w14:textId="77777777" w:rsidTr="009B4FA6">
        <w:trPr>
          <w:jc w:val="center"/>
        </w:trPr>
        <w:tc>
          <w:tcPr>
            <w:tcW w:w="1728" w:type="dxa"/>
          </w:tcPr>
          <w:p w14:paraId="67BABD2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01F894F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IM(312)</w:t>
            </w:r>
          </w:p>
        </w:tc>
        <w:tc>
          <w:tcPr>
            <w:tcW w:w="1728" w:type="dxa"/>
          </w:tcPr>
          <w:p w14:paraId="38774F8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DB0F95E" wp14:editId="095B90E6">
                  <wp:extent cx="1400000" cy="1400000"/>
                  <wp:effectExtent l="0" t="0" r="0" b="0"/>
                  <wp:docPr id="707" name="Picture 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2.png"/>
                          <pic:cNvPicPr/>
                        </pic:nvPicPr>
                        <pic:blipFill>
                          <a:blip r:embed="rId47"/>
                          <a:stretch>
                            <a:fillRect/>
                          </a:stretch>
                        </pic:blipFill>
                        <pic:spPr>
                          <a:xfrm>
                            <a:off x="0" y="0"/>
                            <a:ext cx="1400000" cy="1400000"/>
                          </a:xfrm>
                          <a:prstGeom prst="rect">
                            <a:avLst/>
                          </a:prstGeom>
                        </pic:spPr>
                      </pic:pic>
                    </a:graphicData>
                  </a:graphic>
                </wp:inline>
              </w:drawing>
            </w:r>
          </w:p>
        </w:tc>
        <w:tc>
          <w:tcPr>
            <w:tcW w:w="1728" w:type="dxa"/>
          </w:tcPr>
          <w:p w14:paraId="54329D5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IM(312)</w:t>
            </w:r>
          </w:p>
        </w:tc>
        <w:tc>
          <w:tcPr>
            <w:tcW w:w="1728" w:type="dxa"/>
          </w:tcPr>
          <w:p w14:paraId="34CA5B3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8D283E0" wp14:editId="5F19E451">
                  <wp:extent cx="1400000" cy="1400000"/>
                  <wp:effectExtent l="0" t="0" r="0" b="0"/>
                  <wp:docPr id="708" name="Picture 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2.png"/>
                          <pic:cNvPicPr/>
                        </pic:nvPicPr>
                        <pic:blipFill>
                          <a:blip r:embed="rId47"/>
                          <a:stretch>
                            <a:fillRect/>
                          </a:stretch>
                        </pic:blipFill>
                        <pic:spPr>
                          <a:xfrm>
                            <a:off x="0" y="0"/>
                            <a:ext cx="1400000" cy="1400000"/>
                          </a:xfrm>
                          <a:prstGeom prst="rect">
                            <a:avLst/>
                          </a:prstGeom>
                        </pic:spPr>
                      </pic:pic>
                    </a:graphicData>
                  </a:graphic>
                </wp:inline>
              </w:drawing>
            </w:r>
          </w:p>
        </w:tc>
      </w:tr>
      <w:tr w:rsidR="0080618B" w:rsidRPr="00CB52C3" w14:paraId="127A4C31" w14:textId="77777777" w:rsidTr="009B4FA6">
        <w:trPr>
          <w:jc w:val="center"/>
        </w:trPr>
        <w:tc>
          <w:tcPr>
            <w:tcW w:w="1728" w:type="dxa"/>
          </w:tcPr>
          <w:p w14:paraId="6BB8BC4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291BC0D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IM(347)</w:t>
            </w:r>
          </w:p>
        </w:tc>
        <w:tc>
          <w:tcPr>
            <w:tcW w:w="1728" w:type="dxa"/>
          </w:tcPr>
          <w:p w14:paraId="28C2CCC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F58DD40" wp14:editId="0F2CDAB0">
                  <wp:extent cx="1400000" cy="1400000"/>
                  <wp:effectExtent l="0" t="0" r="0" b="0"/>
                  <wp:docPr id="709" name="Picture 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7.png"/>
                          <pic:cNvPicPr/>
                        </pic:nvPicPr>
                        <pic:blipFill>
                          <a:blip r:embed="rId49"/>
                          <a:stretch>
                            <a:fillRect/>
                          </a:stretch>
                        </pic:blipFill>
                        <pic:spPr>
                          <a:xfrm>
                            <a:off x="0" y="0"/>
                            <a:ext cx="1400000" cy="1400000"/>
                          </a:xfrm>
                          <a:prstGeom prst="rect">
                            <a:avLst/>
                          </a:prstGeom>
                        </pic:spPr>
                      </pic:pic>
                    </a:graphicData>
                  </a:graphic>
                </wp:inline>
              </w:drawing>
            </w:r>
          </w:p>
        </w:tc>
        <w:tc>
          <w:tcPr>
            <w:tcW w:w="1728" w:type="dxa"/>
          </w:tcPr>
          <w:p w14:paraId="5437D19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IM(347)</w:t>
            </w:r>
          </w:p>
        </w:tc>
        <w:tc>
          <w:tcPr>
            <w:tcW w:w="1728" w:type="dxa"/>
          </w:tcPr>
          <w:p w14:paraId="7C70E7D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6CE3DEC" wp14:editId="712A521C">
                  <wp:extent cx="1400000" cy="1400000"/>
                  <wp:effectExtent l="0" t="0" r="0" b="0"/>
                  <wp:docPr id="710" name="Picture 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47.png"/>
                          <pic:cNvPicPr/>
                        </pic:nvPicPr>
                        <pic:blipFill>
                          <a:blip r:embed="rId49"/>
                          <a:stretch>
                            <a:fillRect/>
                          </a:stretch>
                        </pic:blipFill>
                        <pic:spPr>
                          <a:xfrm>
                            <a:off x="0" y="0"/>
                            <a:ext cx="1400000" cy="1400000"/>
                          </a:xfrm>
                          <a:prstGeom prst="rect">
                            <a:avLst/>
                          </a:prstGeom>
                        </pic:spPr>
                      </pic:pic>
                    </a:graphicData>
                  </a:graphic>
                </wp:inline>
              </w:drawing>
            </w:r>
          </w:p>
        </w:tc>
      </w:tr>
      <w:tr w:rsidR="0080618B" w:rsidRPr="00CB52C3" w14:paraId="71BCB9CF" w14:textId="77777777" w:rsidTr="009B4FA6">
        <w:trPr>
          <w:jc w:val="center"/>
        </w:trPr>
        <w:tc>
          <w:tcPr>
            <w:tcW w:w="1728" w:type="dxa"/>
          </w:tcPr>
          <w:p w14:paraId="78C9B2A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9</w:t>
            </w:r>
          </w:p>
        </w:tc>
        <w:tc>
          <w:tcPr>
            <w:tcW w:w="1728" w:type="dxa"/>
          </w:tcPr>
          <w:p w14:paraId="6CD80CC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IM(406)</w:t>
            </w:r>
          </w:p>
        </w:tc>
        <w:tc>
          <w:tcPr>
            <w:tcW w:w="1728" w:type="dxa"/>
          </w:tcPr>
          <w:p w14:paraId="37702E2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F9CF208" wp14:editId="42FE1278">
                  <wp:extent cx="1400000" cy="1400000"/>
                  <wp:effectExtent l="0" t="0" r="0" b="0"/>
                  <wp:docPr id="711" name="Picture 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06.png"/>
                          <pic:cNvPicPr/>
                        </pic:nvPicPr>
                        <pic:blipFill>
                          <a:blip r:embed="rId51"/>
                          <a:stretch>
                            <a:fillRect/>
                          </a:stretch>
                        </pic:blipFill>
                        <pic:spPr>
                          <a:xfrm>
                            <a:off x="0" y="0"/>
                            <a:ext cx="1400000" cy="1400000"/>
                          </a:xfrm>
                          <a:prstGeom prst="rect">
                            <a:avLst/>
                          </a:prstGeom>
                        </pic:spPr>
                      </pic:pic>
                    </a:graphicData>
                  </a:graphic>
                </wp:inline>
              </w:drawing>
            </w:r>
          </w:p>
        </w:tc>
        <w:tc>
          <w:tcPr>
            <w:tcW w:w="1728" w:type="dxa"/>
          </w:tcPr>
          <w:p w14:paraId="65A7569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IM(406)</w:t>
            </w:r>
          </w:p>
        </w:tc>
        <w:tc>
          <w:tcPr>
            <w:tcW w:w="1728" w:type="dxa"/>
          </w:tcPr>
          <w:p w14:paraId="5FB3046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8175F49" wp14:editId="23AF3742">
                  <wp:extent cx="1400000" cy="1400000"/>
                  <wp:effectExtent l="0" t="0" r="0" b="0"/>
                  <wp:docPr id="712" name="Picture 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06.png"/>
                          <pic:cNvPicPr/>
                        </pic:nvPicPr>
                        <pic:blipFill>
                          <a:blip r:embed="rId51"/>
                          <a:stretch>
                            <a:fillRect/>
                          </a:stretch>
                        </pic:blipFill>
                        <pic:spPr>
                          <a:xfrm>
                            <a:off x="0" y="0"/>
                            <a:ext cx="1400000" cy="1400000"/>
                          </a:xfrm>
                          <a:prstGeom prst="rect">
                            <a:avLst/>
                          </a:prstGeom>
                        </pic:spPr>
                      </pic:pic>
                    </a:graphicData>
                  </a:graphic>
                </wp:inline>
              </w:drawing>
            </w:r>
          </w:p>
        </w:tc>
      </w:tr>
      <w:tr w:rsidR="0080618B" w:rsidRPr="00CB52C3" w14:paraId="71E2FB2C" w14:textId="77777777" w:rsidTr="009B4FA6">
        <w:trPr>
          <w:jc w:val="center"/>
        </w:trPr>
        <w:tc>
          <w:tcPr>
            <w:tcW w:w="1728" w:type="dxa"/>
          </w:tcPr>
          <w:p w14:paraId="7031249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10</w:t>
            </w:r>
          </w:p>
        </w:tc>
        <w:tc>
          <w:tcPr>
            <w:tcW w:w="1728" w:type="dxa"/>
          </w:tcPr>
          <w:p w14:paraId="2855D8B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IM(429)</w:t>
            </w:r>
          </w:p>
        </w:tc>
        <w:tc>
          <w:tcPr>
            <w:tcW w:w="1728" w:type="dxa"/>
          </w:tcPr>
          <w:p w14:paraId="006814A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3E79A3F" wp14:editId="3715305D">
                  <wp:extent cx="1400000" cy="1400000"/>
                  <wp:effectExtent l="0" t="0" r="0" b="0"/>
                  <wp:docPr id="713" name="Picture 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29.png"/>
                          <pic:cNvPicPr/>
                        </pic:nvPicPr>
                        <pic:blipFill>
                          <a:blip r:embed="rId53"/>
                          <a:stretch>
                            <a:fillRect/>
                          </a:stretch>
                        </pic:blipFill>
                        <pic:spPr>
                          <a:xfrm>
                            <a:off x="0" y="0"/>
                            <a:ext cx="1400000" cy="1400000"/>
                          </a:xfrm>
                          <a:prstGeom prst="rect">
                            <a:avLst/>
                          </a:prstGeom>
                        </pic:spPr>
                      </pic:pic>
                    </a:graphicData>
                  </a:graphic>
                </wp:inline>
              </w:drawing>
            </w:r>
          </w:p>
        </w:tc>
        <w:tc>
          <w:tcPr>
            <w:tcW w:w="1728" w:type="dxa"/>
          </w:tcPr>
          <w:p w14:paraId="33EC8C7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IM(429)</w:t>
            </w:r>
          </w:p>
        </w:tc>
        <w:tc>
          <w:tcPr>
            <w:tcW w:w="1728" w:type="dxa"/>
          </w:tcPr>
          <w:p w14:paraId="14D6074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2ED3295" wp14:editId="20BA4CF5">
                  <wp:extent cx="1400000" cy="1400000"/>
                  <wp:effectExtent l="0" t="0" r="0" b="0"/>
                  <wp:docPr id="714" name="Picture 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29.png"/>
                          <pic:cNvPicPr/>
                        </pic:nvPicPr>
                        <pic:blipFill>
                          <a:blip r:embed="rId53"/>
                          <a:stretch>
                            <a:fillRect/>
                          </a:stretch>
                        </pic:blipFill>
                        <pic:spPr>
                          <a:xfrm>
                            <a:off x="0" y="0"/>
                            <a:ext cx="1400000" cy="1400000"/>
                          </a:xfrm>
                          <a:prstGeom prst="rect">
                            <a:avLst/>
                          </a:prstGeom>
                        </pic:spPr>
                      </pic:pic>
                    </a:graphicData>
                  </a:graphic>
                </wp:inline>
              </w:drawing>
            </w:r>
          </w:p>
        </w:tc>
      </w:tr>
      <w:tr w:rsidR="0080618B" w:rsidRPr="00CB52C3" w14:paraId="5A160B69" w14:textId="77777777" w:rsidTr="009B4FA6">
        <w:trPr>
          <w:jc w:val="center"/>
        </w:trPr>
        <w:tc>
          <w:tcPr>
            <w:tcW w:w="1728" w:type="dxa"/>
          </w:tcPr>
          <w:p w14:paraId="2BCABDE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11</w:t>
            </w:r>
          </w:p>
        </w:tc>
        <w:tc>
          <w:tcPr>
            <w:tcW w:w="1728" w:type="dxa"/>
          </w:tcPr>
          <w:p w14:paraId="1BE3DE3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IM(439)</w:t>
            </w:r>
          </w:p>
        </w:tc>
        <w:tc>
          <w:tcPr>
            <w:tcW w:w="1728" w:type="dxa"/>
          </w:tcPr>
          <w:p w14:paraId="0FD0F6F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62709C7" wp14:editId="42AEE8AA">
                  <wp:extent cx="1400000" cy="1400000"/>
                  <wp:effectExtent l="0" t="0" r="0" b="0"/>
                  <wp:docPr id="715" name="Picture 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9.png"/>
                          <pic:cNvPicPr/>
                        </pic:nvPicPr>
                        <pic:blipFill>
                          <a:blip r:embed="rId80"/>
                          <a:stretch>
                            <a:fillRect/>
                          </a:stretch>
                        </pic:blipFill>
                        <pic:spPr>
                          <a:xfrm>
                            <a:off x="0" y="0"/>
                            <a:ext cx="1400000" cy="1400000"/>
                          </a:xfrm>
                          <a:prstGeom prst="rect">
                            <a:avLst/>
                          </a:prstGeom>
                        </pic:spPr>
                      </pic:pic>
                    </a:graphicData>
                  </a:graphic>
                </wp:inline>
              </w:drawing>
            </w:r>
          </w:p>
        </w:tc>
        <w:tc>
          <w:tcPr>
            <w:tcW w:w="1728" w:type="dxa"/>
          </w:tcPr>
          <w:p w14:paraId="5EA0304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IM(439)</w:t>
            </w:r>
          </w:p>
        </w:tc>
        <w:tc>
          <w:tcPr>
            <w:tcW w:w="1728" w:type="dxa"/>
          </w:tcPr>
          <w:p w14:paraId="42693B5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B20A5A3" wp14:editId="3E7F3CED">
                  <wp:extent cx="1400000" cy="1400000"/>
                  <wp:effectExtent l="0" t="0" r="0" b="0"/>
                  <wp:docPr id="716" name="Picture 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9.png"/>
                          <pic:cNvPicPr/>
                        </pic:nvPicPr>
                        <pic:blipFill>
                          <a:blip r:embed="rId80"/>
                          <a:stretch>
                            <a:fillRect/>
                          </a:stretch>
                        </pic:blipFill>
                        <pic:spPr>
                          <a:xfrm>
                            <a:off x="0" y="0"/>
                            <a:ext cx="1400000" cy="1400000"/>
                          </a:xfrm>
                          <a:prstGeom prst="rect">
                            <a:avLst/>
                          </a:prstGeom>
                        </pic:spPr>
                      </pic:pic>
                    </a:graphicData>
                  </a:graphic>
                </wp:inline>
              </w:drawing>
            </w:r>
          </w:p>
        </w:tc>
      </w:tr>
      <w:tr w:rsidR="0080618B" w:rsidRPr="00CB52C3" w14:paraId="7F6022F3" w14:textId="77777777" w:rsidTr="009B4FA6">
        <w:trPr>
          <w:jc w:val="center"/>
        </w:trPr>
        <w:tc>
          <w:tcPr>
            <w:tcW w:w="1728" w:type="dxa"/>
          </w:tcPr>
          <w:p w14:paraId="1AC0ABB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12</w:t>
            </w:r>
          </w:p>
        </w:tc>
        <w:tc>
          <w:tcPr>
            <w:tcW w:w="1728" w:type="dxa"/>
          </w:tcPr>
          <w:p w14:paraId="6C87520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IM(450)</w:t>
            </w:r>
          </w:p>
        </w:tc>
        <w:tc>
          <w:tcPr>
            <w:tcW w:w="1728" w:type="dxa"/>
          </w:tcPr>
          <w:p w14:paraId="1E62E79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2511A5A" wp14:editId="6C6CC8C2">
                  <wp:extent cx="1400000" cy="1400000"/>
                  <wp:effectExtent l="0" t="0" r="0" b="0"/>
                  <wp:docPr id="717" name="Picture 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50.png"/>
                          <pic:cNvPicPr/>
                        </pic:nvPicPr>
                        <pic:blipFill>
                          <a:blip r:embed="rId120"/>
                          <a:stretch>
                            <a:fillRect/>
                          </a:stretch>
                        </pic:blipFill>
                        <pic:spPr>
                          <a:xfrm>
                            <a:off x="0" y="0"/>
                            <a:ext cx="1400000" cy="1400000"/>
                          </a:xfrm>
                          <a:prstGeom prst="rect">
                            <a:avLst/>
                          </a:prstGeom>
                        </pic:spPr>
                      </pic:pic>
                    </a:graphicData>
                  </a:graphic>
                </wp:inline>
              </w:drawing>
            </w:r>
          </w:p>
        </w:tc>
        <w:tc>
          <w:tcPr>
            <w:tcW w:w="1728" w:type="dxa"/>
          </w:tcPr>
          <w:p w14:paraId="535BF1F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IM(450)</w:t>
            </w:r>
          </w:p>
        </w:tc>
        <w:tc>
          <w:tcPr>
            <w:tcW w:w="1728" w:type="dxa"/>
          </w:tcPr>
          <w:p w14:paraId="095E3D3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45EA10E" wp14:editId="5D556330">
                  <wp:extent cx="1400000" cy="1400000"/>
                  <wp:effectExtent l="0" t="0" r="0" b="0"/>
                  <wp:docPr id="718" name="Picture 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50.png"/>
                          <pic:cNvPicPr/>
                        </pic:nvPicPr>
                        <pic:blipFill>
                          <a:blip r:embed="rId120"/>
                          <a:stretch>
                            <a:fillRect/>
                          </a:stretch>
                        </pic:blipFill>
                        <pic:spPr>
                          <a:xfrm>
                            <a:off x="0" y="0"/>
                            <a:ext cx="1400000" cy="1400000"/>
                          </a:xfrm>
                          <a:prstGeom prst="rect">
                            <a:avLst/>
                          </a:prstGeom>
                        </pic:spPr>
                      </pic:pic>
                    </a:graphicData>
                  </a:graphic>
                </wp:inline>
              </w:drawing>
            </w:r>
          </w:p>
        </w:tc>
      </w:tr>
      <w:tr w:rsidR="0080618B" w:rsidRPr="00CB52C3" w14:paraId="08864EE9" w14:textId="77777777" w:rsidTr="009B4FA6">
        <w:trPr>
          <w:jc w:val="center"/>
        </w:trPr>
        <w:tc>
          <w:tcPr>
            <w:tcW w:w="1728" w:type="dxa"/>
          </w:tcPr>
          <w:p w14:paraId="2629C3A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13</w:t>
            </w:r>
          </w:p>
        </w:tc>
        <w:tc>
          <w:tcPr>
            <w:tcW w:w="1728" w:type="dxa"/>
          </w:tcPr>
          <w:p w14:paraId="2B43D5C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IM(456)</w:t>
            </w:r>
          </w:p>
        </w:tc>
        <w:tc>
          <w:tcPr>
            <w:tcW w:w="1728" w:type="dxa"/>
          </w:tcPr>
          <w:p w14:paraId="646D13A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FCAFEC2" wp14:editId="199C158C">
                  <wp:extent cx="1400000" cy="1400000"/>
                  <wp:effectExtent l="0" t="0" r="0" b="0"/>
                  <wp:docPr id="719" name="Picture 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56.png"/>
                          <pic:cNvPicPr/>
                        </pic:nvPicPr>
                        <pic:blipFill>
                          <a:blip r:embed="rId83"/>
                          <a:stretch>
                            <a:fillRect/>
                          </a:stretch>
                        </pic:blipFill>
                        <pic:spPr>
                          <a:xfrm>
                            <a:off x="0" y="0"/>
                            <a:ext cx="1400000" cy="1400000"/>
                          </a:xfrm>
                          <a:prstGeom prst="rect">
                            <a:avLst/>
                          </a:prstGeom>
                        </pic:spPr>
                      </pic:pic>
                    </a:graphicData>
                  </a:graphic>
                </wp:inline>
              </w:drawing>
            </w:r>
          </w:p>
        </w:tc>
        <w:tc>
          <w:tcPr>
            <w:tcW w:w="1728" w:type="dxa"/>
          </w:tcPr>
          <w:p w14:paraId="4797B7C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IM(456)</w:t>
            </w:r>
          </w:p>
        </w:tc>
        <w:tc>
          <w:tcPr>
            <w:tcW w:w="1728" w:type="dxa"/>
          </w:tcPr>
          <w:p w14:paraId="2271F30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3F350C3" wp14:editId="786E0574">
                  <wp:extent cx="1400000" cy="1400000"/>
                  <wp:effectExtent l="0" t="0" r="0" b="0"/>
                  <wp:docPr id="720" name="Picture 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56.png"/>
                          <pic:cNvPicPr/>
                        </pic:nvPicPr>
                        <pic:blipFill>
                          <a:blip r:embed="rId83"/>
                          <a:stretch>
                            <a:fillRect/>
                          </a:stretch>
                        </pic:blipFill>
                        <pic:spPr>
                          <a:xfrm>
                            <a:off x="0" y="0"/>
                            <a:ext cx="1400000" cy="1400000"/>
                          </a:xfrm>
                          <a:prstGeom prst="rect">
                            <a:avLst/>
                          </a:prstGeom>
                        </pic:spPr>
                      </pic:pic>
                    </a:graphicData>
                  </a:graphic>
                </wp:inline>
              </w:drawing>
            </w:r>
          </w:p>
        </w:tc>
      </w:tr>
      <w:tr w:rsidR="0080618B" w:rsidRPr="00CB52C3" w14:paraId="22D26BA4" w14:textId="77777777" w:rsidTr="009B4FA6">
        <w:trPr>
          <w:jc w:val="center"/>
        </w:trPr>
        <w:tc>
          <w:tcPr>
            <w:tcW w:w="1728" w:type="dxa"/>
          </w:tcPr>
          <w:p w14:paraId="238DE68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14</w:t>
            </w:r>
          </w:p>
        </w:tc>
        <w:tc>
          <w:tcPr>
            <w:tcW w:w="1728" w:type="dxa"/>
          </w:tcPr>
          <w:p w14:paraId="15D2D25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IM(458)</w:t>
            </w:r>
          </w:p>
        </w:tc>
        <w:tc>
          <w:tcPr>
            <w:tcW w:w="1728" w:type="dxa"/>
          </w:tcPr>
          <w:p w14:paraId="53DC3E0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FD43152" wp14:editId="7A74EC21">
                  <wp:extent cx="1400000" cy="1400000"/>
                  <wp:effectExtent l="0" t="0" r="0" b="0"/>
                  <wp:docPr id="721" name="Picture 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58.png"/>
                          <pic:cNvPicPr/>
                        </pic:nvPicPr>
                        <pic:blipFill>
                          <a:blip r:embed="rId84"/>
                          <a:stretch>
                            <a:fillRect/>
                          </a:stretch>
                        </pic:blipFill>
                        <pic:spPr>
                          <a:xfrm>
                            <a:off x="0" y="0"/>
                            <a:ext cx="1400000" cy="1400000"/>
                          </a:xfrm>
                          <a:prstGeom prst="rect">
                            <a:avLst/>
                          </a:prstGeom>
                        </pic:spPr>
                      </pic:pic>
                    </a:graphicData>
                  </a:graphic>
                </wp:inline>
              </w:drawing>
            </w:r>
          </w:p>
        </w:tc>
        <w:tc>
          <w:tcPr>
            <w:tcW w:w="1728" w:type="dxa"/>
          </w:tcPr>
          <w:p w14:paraId="4343838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IM(458)</w:t>
            </w:r>
          </w:p>
        </w:tc>
        <w:tc>
          <w:tcPr>
            <w:tcW w:w="1728" w:type="dxa"/>
          </w:tcPr>
          <w:p w14:paraId="1018CF3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293A9EB" wp14:editId="25EA86FF">
                  <wp:extent cx="1400000" cy="1400000"/>
                  <wp:effectExtent l="0" t="0" r="0" b="0"/>
                  <wp:docPr id="722" name="Picture 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58.png"/>
                          <pic:cNvPicPr/>
                        </pic:nvPicPr>
                        <pic:blipFill>
                          <a:blip r:embed="rId84"/>
                          <a:stretch>
                            <a:fillRect/>
                          </a:stretch>
                        </pic:blipFill>
                        <pic:spPr>
                          <a:xfrm>
                            <a:off x="0" y="0"/>
                            <a:ext cx="1400000" cy="1400000"/>
                          </a:xfrm>
                          <a:prstGeom prst="rect">
                            <a:avLst/>
                          </a:prstGeom>
                        </pic:spPr>
                      </pic:pic>
                    </a:graphicData>
                  </a:graphic>
                </wp:inline>
              </w:drawing>
            </w:r>
          </w:p>
        </w:tc>
      </w:tr>
    </w:tbl>
    <w:p w14:paraId="7D78335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075581DF" w14:textId="004CB634" w:rsidR="0080618B" w:rsidRPr="00CB52C3" w:rsidRDefault="0080618B"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3</w:t>
      </w:r>
      <w:r w:rsidR="005272C5">
        <w:rPr>
          <w:rFonts w:ascii="Times New Roman" w:hAnsi="Times New Roman"/>
          <w:b/>
          <w:sz w:val="24"/>
          <w:szCs w:val="24"/>
        </w:rPr>
        <w:t>5</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2-propanol at pH=7 and U=-0.5 V vs. </w:t>
      </w:r>
      <w:r w:rsidR="005272C5">
        <w:rPr>
          <w:rFonts w:ascii="Times New Roman" w:hAnsi="Times New Roman"/>
          <w:sz w:val="24"/>
          <w:szCs w:val="24"/>
        </w:rPr>
        <w:t>S</w:t>
      </w:r>
      <w:r w:rsidRPr="00CB52C3">
        <w:rPr>
          <w:rFonts w:ascii="Times New Roman" w:hAnsi="Times New Roman"/>
          <w:sz w:val="24"/>
          <w:szCs w:val="24"/>
        </w:rPr>
        <w:t>HE on Cu(111).</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278"/>
        <w:gridCol w:w="1449"/>
        <w:gridCol w:w="2420"/>
        <w:gridCol w:w="1449"/>
        <w:gridCol w:w="2420"/>
      </w:tblGrid>
      <w:tr w:rsidR="0080618B" w:rsidRPr="00CB52C3" w14:paraId="3F13CA6D" w14:textId="77777777" w:rsidTr="009B4FA6">
        <w:trPr>
          <w:jc w:val="center"/>
        </w:trPr>
        <w:tc>
          <w:tcPr>
            <w:tcW w:w="1728" w:type="dxa"/>
          </w:tcPr>
          <w:p w14:paraId="7663FA96" w14:textId="77777777" w:rsidR="0080618B" w:rsidRPr="00CB52C3" w:rsidRDefault="0080618B" w:rsidP="00431F65">
            <w:pPr>
              <w:spacing w:line="480" w:lineRule="auto"/>
              <w:rPr>
                <w:rFonts w:ascii="Times New Roman" w:hAnsi="Times New Roman"/>
                <w:sz w:val="24"/>
                <w:szCs w:val="24"/>
              </w:rPr>
            </w:pPr>
          </w:p>
        </w:tc>
        <w:tc>
          <w:tcPr>
            <w:tcW w:w="3456" w:type="dxa"/>
            <w:gridSpan w:val="2"/>
          </w:tcPr>
          <w:p w14:paraId="74913DA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02F6547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80618B" w:rsidRPr="00CB52C3" w14:paraId="712A235C" w14:textId="77777777" w:rsidTr="009B4FA6">
        <w:trPr>
          <w:jc w:val="center"/>
        </w:trPr>
        <w:tc>
          <w:tcPr>
            <w:tcW w:w="1728" w:type="dxa"/>
          </w:tcPr>
          <w:p w14:paraId="754985F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20A5922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0AE49CD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7F61A03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5F4B91E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80618B" w:rsidRPr="00CB52C3" w14:paraId="11F1E875" w14:textId="77777777" w:rsidTr="009B4FA6">
        <w:trPr>
          <w:jc w:val="center"/>
        </w:trPr>
        <w:tc>
          <w:tcPr>
            <w:tcW w:w="1728" w:type="dxa"/>
          </w:tcPr>
          <w:p w14:paraId="789B80B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00A52BA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5B89147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149AA65" wp14:editId="721AC2A6">
                  <wp:extent cx="1400000" cy="1400000"/>
                  <wp:effectExtent l="0" t="0" r="0" b="0"/>
                  <wp:docPr id="723" name="Picture 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c>
          <w:tcPr>
            <w:tcW w:w="1728" w:type="dxa"/>
          </w:tcPr>
          <w:p w14:paraId="34E2EEC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00EFFE0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7AA51F8" wp14:editId="2C174DB8">
                  <wp:extent cx="1400000" cy="1400000"/>
                  <wp:effectExtent l="0" t="0" r="0" b="0"/>
                  <wp:docPr id="724" name="Picture 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r>
      <w:tr w:rsidR="0080618B" w:rsidRPr="00CB52C3" w14:paraId="0F1BEFB4" w14:textId="77777777" w:rsidTr="009B4FA6">
        <w:trPr>
          <w:jc w:val="center"/>
        </w:trPr>
        <w:tc>
          <w:tcPr>
            <w:tcW w:w="1728" w:type="dxa"/>
          </w:tcPr>
          <w:p w14:paraId="086F78A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377504E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1F49429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50D4F48" wp14:editId="3AA742EA">
                  <wp:extent cx="1400000" cy="1400000"/>
                  <wp:effectExtent l="0" t="0" r="0" b="0"/>
                  <wp:docPr id="725" name="Picture 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c>
          <w:tcPr>
            <w:tcW w:w="1728" w:type="dxa"/>
          </w:tcPr>
          <w:p w14:paraId="588D171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37BAAA1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DBEE8F8" wp14:editId="5FFC4364">
                  <wp:extent cx="1400000" cy="1400000"/>
                  <wp:effectExtent l="0" t="0" r="0" b="0"/>
                  <wp:docPr id="726" name="Picture 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r>
      <w:tr w:rsidR="0080618B" w:rsidRPr="00CB52C3" w14:paraId="7B158C43" w14:textId="77777777" w:rsidTr="009B4FA6">
        <w:trPr>
          <w:jc w:val="center"/>
        </w:trPr>
        <w:tc>
          <w:tcPr>
            <w:tcW w:w="1728" w:type="dxa"/>
          </w:tcPr>
          <w:p w14:paraId="3DC77A7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28B242A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59B3100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BB2303D" wp14:editId="2DF176FE">
                  <wp:extent cx="1400000" cy="1400000"/>
                  <wp:effectExtent l="0" t="0" r="0" b="0"/>
                  <wp:docPr id="727" name="Picture 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c>
          <w:tcPr>
            <w:tcW w:w="1728" w:type="dxa"/>
          </w:tcPr>
          <w:p w14:paraId="457B9C5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3229726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36EB83B" wp14:editId="699E6D9F">
                  <wp:extent cx="1400000" cy="1400000"/>
                  <wp:effectExtent l="0" t="0" r="0" b="0"/>
                  <wp:docPr id="728" name="Picture 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r>
      <w:tr w:rsidR="0080618B" w:rsidRPr="00CB52C3" w14:paraId="087BE11E" w14:textId="77777777" w:rsidTr="009B4FA6">
        <w:trPr>
          <w:jc w:val="center"/>
        </w:trPr>
        <w:tc>
          <w:tcPr>
            <w:tcW w:w="1728" w:type="dxa"/>
          </w:tcPr>
          <w:p w14:paraId="04B2D9C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5C5A8A3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IM(154)</w:t>
            </w:r>
          </w:p>
        </w:tc>
        <w:tc>
          <w:tcPr>
            <w:tcW w:w="1728" w:type="dxa"/>
          </w:tcPr>
          <w:p w14:paraId="1875BD7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DE063D2" wp14:editId="2462612F">
                  <wp:extent cx="1400000" cy="1400000"/>
                  <wp:effectExtent l="0" t="0" r="0" b="0"/>
                  <wp:docPr id="729" name="Picture 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4.png"/>
                          <pic:cNvPicPr/>
                        </pic:nvPicPr>
                        <pic:blipFill>
                          <a:blip r:embed="rId43"/>
                          <a:stretch>
                            <a:fillRect/>
                          </a:stretch>
                        </pic:blipFill>
                        <pic:spPr>
                          <a:xfrm>
                            <a:off x="0" y="0"/>
                            <a:ext cx="1400000" cy="1400000"/>
                          </a:xfrm>
                          <a:prstGeom prst="rect">
                            <a:avLst/>
                          </a:prstGeom>
                        </pic:spPr>
                      </pic:pic>
                    </a:graphicData>
                  </a:graphic>
                </wp:inline>
              </w:drawing>
            </w:r>
          </w:p>
        </w:tc>
        <w:tc>
          <w:tcPr>
            <w:tcW w:w="1728" w:type="dxa"/>
          </w:tcPr>
          <w:p w14:paraId="77F27BB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IM(154)</w:t>
            </w:r>
          </w:p>
        </w:tc>
        <w:tc>
          <w:tcPr>
            <w:tcW w:w="1728" w:type="dxa"/>
          </w:tcPr>
          <w:p w14:paraId="2C81BEA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D36FF25" wp14:editId="71E71BAF">
                  <wp:extent cx="1400000" cy="1400000"/>
                  <wp:effectExtent l="0" t="0" r="0" b="0"/>
                  <wp:docPr id="730" name="Picture 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4.png"/>
                          <pic:cNvPicPr/>
                        </pic:nvPicPr>
                        <pic:blipFill>
                          <a:blip r:embed="rId43"/>
                          <a:stretch>
                            <a:fillRect/>
                          </a:stretch>
                        </pic:blipFill>
                        <pic:spPr>
                          <a:xfrm>
                            <a:off x="0" y="0"/>
                            <a:ext cx="1400000" cy="1400000"/>
                          </a:xfrm>
                          <a:prstGeom prst="rect">
                            <a:avLst/>
                          </a:prstGeom>
                        </pic:spPr>
                      </pic:pic>
                    </a:graphicData>
                  </a:graphic>
                </wp:inline>
              </w:drawing>
            </w:r>
          </w:p>
        </w:tc>
      </w:tr>
      <w:tr w:rsidR="0080618B" w:rsidRPr="00CB52C3" w14:paraId="66ECFFB0" w14:textId="77777777" w:rsidTr="009B4FA6">
        <w:trPr>
          <w:jc w:val="center"/>
        </w:trPr>
        <w:tc>
          <w:tcPr>
            <w:tcW w:w="1728" w:type="dxa"/>
          </w:tcPr>
          <w:p w14:paraId="1377E43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797ABAD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IM(189)</w:t>
            </w:r>
          </w:p>
        </w:tc>
        <w:tc>
          <w:tcPr>
            <w:tcW w:w="1728" w:type="dxa"/>
          </w:tcPr>
          <w:p w14:paraId="745DBD8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A1E027B" wp14:editId="7C5216E6">
                  <wp:extent cx="1400000" cy="1400000"/>
                  <wp:effectExtent l="0" t="0" r="0" b="0"/>
                  <wp:docPr id="731" name="Picture 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89.png"/>
                          <pic:cNvPicPr/>
                        </pic:nvPicPr>
                        <pic:blipFill>
                          <a:blip r:embed="rId108"/>
                          <a:stretch>
                            <a:fillRect/>
                          </a:stretch>
                        </pic:blipFill>
                        <pic:spPr>
                          <a:xfrm>
                            <a:off x="0" y="0"/>
                            <a:ext cx="1400000" cy="1400000"/>
                          </a:xfrm>
                          <a:prstGeom prst="rect">
                            <a:avLst/>
                          </a:prstGeom>
                        </pic:spPr>
                      </pic:pic>
                    </a:graphicData>
                  </a:graphic>
                </wp:inline>
              </w:drawing>
            </w:r>
          </w:p>
        </w:tc>
        <w:tc>
          <w:tcPr>
            <w:tcW w:w="1728" w:type="dxa"/>
          </w:tcPr>
          <w:p w14:paraId="4B3D3A4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IM(189)</w:t>
            </w:r>
          </w:p>
        </w:tc>
        <w:tc>
          <w:tcPr>
            <w:tcW w:w="1728" w:type="dxa"/>
          </w:tcPr>
          <w:p w14:paraId="06F1022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4457D2C" wp14:editId="28DFF87F">
                  <wp:extent cx="1400000" cy="1400000"/>
                  <wp:effectExtent l="0" t="0" r="0" b="0"/>
                  <wp:docPr id="732" name="Picture 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89.png"/>
                          <pic:cNvPicPr/>
                        </pic:nvPicPr>
                        <pic:blipFill>
                          <a:blip r:embed="rId108"/>
                          <a:stretch>
                            <a:fillRect/>
                          </a:stretch>
                        </pic:blipFill>
                        <pic:spPr>
                          <a:xfrm>
                            <a:off x="0" y="0"/>
                            <a:ext cx="1400000" cy="1400000"/>
                          </a:xfrm>
                          <a:prstGeom prst="rect">
                            <a:avLst/>
                          </a:prstGeom>
                        </pic:spPr>
                      </pic:pic>
                    </a:graphicData>
                  </a:graphic>
                </wp:inline>
              </w:drawing>
            </w:r>
          </w:p>
        </w:tc>
      </w:tr>
      <w:tr w:rsidR="0080618B" w:rsidRPr="00CB52C3" w14:paraId="2678A4E1" w14:textId="77777777" w:rsidTr="009B4FA6">
        <w:trPr>
          <w:jc w:val="center"/>
        </w:trPr>
        <w:tc>
          <w:tcPr>
            <w:tcW w:w="1728" w:type="dxa"/>
          </w:tcPr>
          <w:p w14:paraId="2D19FB8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58D21AF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IM(251)</w:t>
            </w:r>
          </w:p>
        </w:tc>
        <w:tc>
          <w:tcPr>
            <w:tcW w:w="1728" w:type="dxa"/>
          </w:tcPr>
          <w:p w14:paraId="0F60674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34CEF30" wp14:editId="2980D01E">
                  <wp:extent cx="1400000" cy="1400000"/>
                  <wp:effectExtent l="0" t="0" r="0" b="0"/>
                  <wp:docPr id="733" name="Picture 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1.png"/>
                          <pic:cNvPicPr/>
                        </pic:nvPicPr>
                        <pic:blipFill>
                          <a:blip r:embed="rId109"/>
                          <a:stretch>
                            <a:fillRect/>
                          </a:stretch>
                        </pic:blipFill>
                        <pic:spPr>
                          <a:xfrm>
                            <a:off x="0" y="0"/>
                            <a:ext cx="1400000" cy="1400000"/>
                          </a:xfrm>
                          <a:prstGeom prst="rect">
                            <a:avLst/>
                          </a:prstGeom>
                        </pic:spPr>
                      </pic:pic>
                    </a:graphicData>
                  </a:graphic>
                </wp:inline>
              </w:drawing>
            </w:r>
          </w:p>
        </w:tc>
        <w:tc>
          <w:tcPr>
            <w:tcW w:w="1728" w:type="dxa"/>
          </w:tcPr>
          <w:p w14:paraId="006776A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IM(263)</w:t>
            </w:r>
          </w:p>
        </w:tc>
        <w:tc>
          <w:tcPr>
            <w:tcW w:w="1728" w:type="dxa"/>
          </w:tcPr>
          <w:p w14:paraId="1C3E8B7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DBCD3E8" wp14:editId="601A5048">
                  <wp:extent cx="1400000" cy="1400000"/>
                  <wp:effectExtent l="0" t="0" r="0" b="0"/>
                  <wp:docPr id="734" name="Picture 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63.png"/>
                          <pic:cNvPicPr/>
                        </pic:nvPicPr>
                        <pic:blipFill>
                          <a:blip r:embed="rId121"/>
                          <a:stretch>
                            <a:fillRect/>
                          </a:stretch>
                        </pic:blipFill>
                        <pic:spPr>
                          <a:xfrm>
                            <a:off x="0" y="0"/>
                            <a:ext cx="1400000" cy="1400000"/>
                          </a:xfrm>
                          <a:prstGeom prst="rect">
                            <a:avLst/>
                          </a:prstGeom>
                        </pic:spPr>
                      </pic:pic>
                    </a:graphicData>
                  </a:graphic>
                </wp:inline>
              </w:drawing>
            </w:r>
          </w:p>
        </w:tc>
      </w:tr>
      <w:tr w:rsidR="0080618B" w:rsidRPr="00CB52C3" w14:paraId="2C519BA3" w14:textId="77777777" w:rsidTr="009B4FA6">
        <w:trPr>
          <w:jc w:val="center"/>
        </w:trPr>
        <w:tc>
          <w:tcPr>
            <w:tcW w:w="1728" w:type="dxa"/>
          </w:tcPr>
          <w:p w14:paraId="7D5A156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03F38C6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IM(305)</w:t>
            </w:r>
          </w:p>
        </w:tc>
        <w:tc>
          <w:tcPr>
            <w:tcW w:w="1728" w:type="dxa"/>
          </w:tcPr>
          <w:p w14:paraId="315CF9D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C86D4A9" wp14:editId="0B9956ED">
                  <wp:extent cx="1400000" cy="1400000"/>
                  <wp:effectExtent l="0" t="0" r="0" b="0"/>
                  <wp:docPr id="735" name="Picture 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05.png"/>
                          <pic:cNvPicPr/>
                        </pic:nvPicPr>
                        <pic:blipFill>
                          <a:blip r:embed="rId110"/>
                          <a:stretch>
                            <a:fillRect/>
                          </a:stretch>
                        </pic:blipFill>
                        <pic:spPr>
                          <a:xfrm>
                            <a:off x="0" y="0"/>
                            <a:ext cx="1400000" cy="1400000"/>
                          </a:xfrm>
                          <a:prstGeom prst="rect">
                            <a:avLst/>
                          </a:prstGeom>
                        </pic:spPr>
                      </pic:pic>
                    </a:graphicData>
                  </a:graphic>
                </wp:inline>
              </w:drawing>
            </w:r>
          </w:p>
        </w:tc>
        <w:tc>
          <w:tcPr>
            <w:tcW w:w="1728" w:type="dxa"/>
          </w:tcPr>
          <w:p w14:paraId="56E9AB6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IM(326)</w:t>
            </w:r>
          </w:p>
        </w:tc>
        <w:tc>
          <w:tcPr>
            <w:tcW w:w="1728" w:type="dxa"/>
          </w:tcPr>
          <w:p w14:paraId="5D62A49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4A87B92" wp14:editId="1E994FBB">
                  <wp:extent cx="1400000" cy="1400000"/>
                  <wp:effectExtent l="0" t="0" r="0" b="0"/>
                  <wp:docPr id="736" name="Picture 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26.png"/>
                          <pic:cNvPicPr/>
                        </pic:nvPicPr>
                        <pic:blipFill>
                          <a:blip r:embed="rId122"/>
                          <a:stretch>
                            <a:fillRect/>
                          </a:stretch>
                        </pic:blipFill>
                        <pic:spPr>
                          <a:xfrm>
                            <a:off x="0" y="0"/>
                            <a:ext cx="1400000" cy="1400000"/>
                          </a:xfrm>
                          <a:prstGeom prst="rect">
                            <a:avLst/>
                          </a:prstGeom>
                        </pic:spPr>
                      </pic:pic>
                    </a:graphicData>
                  </a:graphic>
                </wp:inline>
              </w:drawing>
            </w:r>
          </w:p>
        </w:tc>
      </w:tr>
      <w:tr w:rsidR="0080618B" w:rsidRPr="00CB52C3" w14:paraId="319FFA3D" w14:textId="77777777" w:rsidTr="009B4FA6">
        <w:trPr>
          <w:jc w:val="center"/>
        </w:trPr>
        <w:tc>
          <w:tcPr>
            <w:tcW w:w="1728" w:type="dxa"/>
          </w:tcPr>
          <w:p w14:paraId="51CC811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2D808CF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IM(373)</w:t>
            </w:r>
          </w:p>
        </w:tc>
        <w:tc>
          <w:tcPr>
            <w:tcW w:w="1728" w:type="dxa"/>
          </w:tcPr>
          <w:p w14:paraId="37ACE27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A947B8B" wp14:editId="2D546FB2">
                  <wp:extent cx="1400000" cy="1400000"/>
                  <wp:effectExtent l="0" t="0" r="0" b="0"/>
                  <wp:docPr id="737" name="Picture 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73.png"/>
                          <pic:cNvPicPr/>
                        </pic:nvPicPr>
                        <pic:blipFill>
                          <a:blip r:embed="rId100"/>
                          <a:stretch>
                            <a:fillRect/>
                          </a:stretch>
                        </pic:blipFill>
                        <pic:spPr>
                          <a:xfrm>
                            <a:off x="0" y="0"/>
                            <a:ext cx="1400000" cy="1400000"/>
                          </a:xfrm>
                          <a:prstGeom prst="rect">
                            <a:avLst/>
                          </a:prstGeom>
                        </pic:spPr>
                      </pic:pic>
                    </a:graphicData>
                  </a:graphic>
                </wp:inline>
              </w:drawing>
            </w:r>
          </w:p>
        </w:tc>
        <w:tc>
          <w:tcPr>
            <w:tcW w:w="1728" w:type="dxa"/>
          </w:tcPr>
          <w:p w14:paraId="7E79611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IM(373)</w:t>
            </w:r>
          </w:p>
        </w:tc>
        <w:tc>
          <w:tcPr>
            <w:tcW w:w="1728" w:type="dxa"/>
          </w:tcPr>
          <w:p w14:paraId="118EE2D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B4DBE3B" wp14:editId="1087AA9D">
                  <wp:extent cx="1400000" cy="1400000"/>
                  <wp:effectExtent l="0" t="0" r="0" b="0"/>
                  <wp:docPr id="738" name="Picture 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73.png"/>
                          <pic:cNvPicPr/>
                        </pic:nvPicPr>
                        <pic:blipFill>
                          <a:blip r:embed="rId100"/>
                          <a:stretch>
                            <a:fillRect/>
                          </a:stretch>
                        </pic:blipFill>
                        <pic:spPr>
                          <a:xfrm>
                            <a:off x="0" y="0"/>
                            <a:ext cx="1400000" cy="1400000"/>
                          </a:xfrm>
                          <a:prstGeom prst="rect">
                            <a:avLst/>
                          </a:prstGeom>
                        </pic:spPr>
                      </pic:pic>
                    </a:graphicData>
                  </a:graphic>
                </wp:inline>
              </w:drawing>
            </w:r>
          </w:p>
        </w:tc>
      </w:tr>
      <w:tr w:rsidR="0080618B" w:rsidRPr="00CB52C3" w14:paraId="0A487CB3" w14:textId="77777777" w:rsidTr="009B4FA6">
        <w:trPr>
          <w:jc w:val="center"/>
        </w:trPr>
        <w:tc>
          <w:tcPr>
            <w:tcW w:w="1728" w:type="dxa"/>
          </w:tcPr>
          <w:p w14:paraId="614FC43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9</w:t>
            </w:r>
          </w:p>
        </w:tc>
        <w:tc>
          <w:tcPr>
            <w:tcW w:w="1728" w:type="dxa"/>
          </w:tcPr>
          <w:p w14:paraId="4C2815F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IM(398)</w:t>
            </w:r>
          </w:p>
        </w:tc>
        <w:tc>
          <w:tcPr>
            <w:tcW w:w="1728" w:type="dxa"/>
          </w:tcPr>
          <w:p w14:paraId="38DFEC0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FA8FFF5" wp14:editId="51703950">
                  <wp:extent cx="1400000" cy="1400000"/>
                  <wp:effectExtent l="0" t="0" r="0" b="0"/>
                  <wp:docPr id="739" name="Picture 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98.png"/>
                          <pic:cNvPicPr/>
                        </pic:nvPicPr>
                        <pic:blipFill>
                          <a:blip r:embed="rId123"/>
                          <a:stretch>
                            <a:fillRect/>
                          </a:stretch>
                        </pic:blipFill>
                        <pic:spPr>
                          <a:xfrm>
                            <a:off x="0" y="0"/>
                            <a:ext cx="1400000" cy="1400000"/>
                          </a:xfrm>
                          <a:prstGeom prst="rect">
                            <a:avLst/>
                          </a:prstGeom>
                        </pic:spPr>
                      </pic:pic>
                    </a:graphicData>
                  </a:graphic>
                </wp:inline>
              </w:drawing>
            </w:r>
          </w:p>
        </w:tc>
        <w:tc>
          <w:tcPr>
            <w:tcW w:w="1728" w:type="dxa"/>
          </w:tcPr>
          <w:p w14:paraId="016F1BC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IM(398)</w:t>
            </w:r>
          </w:p>
        </w:tc>
        <w:tc>
          <w:tcPr>
            <w:tcW w:w="1728" w:type="dxa"/>
          </w:tcPr>
          <w:p w14:paraId="1E8909C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9538DB3" wp14:editId="756FEB7C">
                  <wp:extent cx="1400000" cy="1400000"/>
                  <wp:effectExtent l="0" t="0" r="0" b="0"/>
                  <wp:docPr id="740" name="Picture 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98.png"/>
                          <pic:cNvPicPr/>
                        </pic:nvPicPr>
                        <pic:blipFill>
                          <a:blip r:embed="rId123"/>
                          <a:stretch>
                            <a:fillRect/>
                          </a:stretch>
                        </pic:blipFill>
                        <pic:spPr>
                          <a:xfrm>
                            <a:off x="0" y="0"/>
                            <a:ext cx="1400000" cy="1400000"/>
                          </a:xfrm>
                          <a:prstGeom prst="rect">
                            <a:avLst/>
                          </a:prstGeom>
                        </pic:spPr>
                      </pic:pic>
                    </a:graphicData>
                  </a:graphic>
                </wp:inline>
              </w:drawing>
            </w:r>
          </w:p>
        </w:tc>
      </w:tr>
      <w:tr w:rsidR="0080618B" w:rsidRPr="00CB52C3" w14:paraId="4C08F77E" w14:textId="77777777" w:rsidTr="009B4FA6">
        <w:trPr>
          <w:jc w:val="center"/>
        </w:trPr>
        <w:tc>
          <w:tcPr>
            <w:tcW w:w="1728" w:type="dxa"/>
          </w:tcPr>
          <w:p w14:paraId="19E48B8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10</w:t>
            </w:r>
          </w:p>
        </w:tc>
        <w:tc>
          <w:tcPr>
            <w:tcW w:w="1728" w:type="dxa"/>
          </w:tcPr>
          <w:p w14:paraId="6FC86CA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IM(430)</w:t>
            </w:r>
          </w:p>
        </w:tc>
        <w:tc>
          <w:tcPr>
            <w:tcW w:w="1728" w:type="dxa"/>
          </w:tcPr>
          <w:p w14:paraId="76FC246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1A9DD9E" wp14:editId="4CA7F40D">
                  <wp:extent cx="1400000" cy="1400000"/>
                  <wp:effectExtent l="0" t="0" r="0" b="0"/>
                  <wp:docPr id="741" name="Picture 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0.png"/>
                          <pic:cNvPicPr/>
                        </pic:nvPicPr>
                        <pic:blipFill>
                          <a:blip r:embed="rId79"/>
                          <a:stretch>
                            <a:fillRect/>
                          </a:stretch>
                        </pic:blipFill>
                        <pic:spPr>
                          <a:xfrm>
                            <a:off x="0" y="0"/>
                            <a:ext cx="1400000" cy="1400000"/>
                          </a:xfrm>
                          <a:prstGeom prst="rect">
                            <a:avLst/>
                          </a:prstGeom>
                        </pic:spPr>
                      </pic:pic>
                    </a:graphicData>
                  </a:graphic>
                </wp:inline>
              </w:drawing>
            </w:r>
          </w:p>
        </w:tc>
        <w:tc>
          <w:tcPr>
            <w:tcW w:w="1728" w:type="dxa"/>
          </w:tcPr>
          <w:p w14:paraId="420C953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IM(430)</w:t>
            </w:r>
          </w:p>
        </w:tc>
        <w:tc>
          <w:tcPr>
            <w:tcW w:w="1728" w:type="dxa"/>
          </w:tcPr>
          <w:p w14:paraId="77C4980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24A8803" wp14:editId="6050CD81">
                  <wp:extent cx="1400000" cy="1400000"/>
                  <wp:effectExtent l="0" t="0" r="0" b="0"/>
                  <wp:docPr id="742" name="Picture 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0.png"/>
                          <pic:cNvPicPr/>
                        </pic:nvPicPr>
                        <pic:blipFill>
                          <a:blip r:embed="rId79"/>
                          <a:stretch>
                            <a:fillRect/>
                          </a:stretch>
                        </pic:blipFill>
                        <pic:spPr>
                          <a:xfrm>
                            <a:off x="0" y="0"/>
                            <a:ext cx="1400000" cy="1400000"/>
                          </a:xfrm>
                          <a:prstGeom prst="rect">
                            <a:avLst/>
                          </a:prstGeom>
                        </pic:spPr>
                      </pic:pic>
                    </a:graphicData>
                  </a:graphic>
                </wp:inline>
              </w:drawing>
            </w:r>
          </w:p>
        </w:tc>
      </w:tr>
      <w:tr w:rsidR="0080618B" w:rsidRPr="00CB52C3" w14:paraId="5B3F0FA7" w14:textId="77777777" w:rsidTr="009B4FA6">
        <w:trPr>
          <w:jc w:val="center"/>
        </w:trPr>
        <w:tc>
          <w:tcPr>
            <w:tcW w:w="1728" w:type="dxa"/>
          </w:tcPr>
          <w:p w14:paraId="0F0B8A6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11</w:t>
            </w:r>
          </w:p>
        </w:tc>
        <w:tc>
          <w:tcPr>
            <w:tcW w:w="1728" w:type="dxa"/>
          </w:tcPr>
          <w:p w14:paraId="48C9149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IM(446)</w:t>
            </w:r>
          </w:p>
        </w:tc>
        <w:tc>
          <w:tcPr>
            <w:tcW w:w="1728" w:type="dxa"/>
          </w:tcPr>
          <w:p w14:paraId="6526CA4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6E8B5B7" wp14:editId="788FFDE0">
                  <wp:extent cx="1400000" cy="1400000"/>
                  <wp:effectExtent l="0" t="0" r="0" b="0"/>
                  <wp:docPr id="743" name="Picture 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46.png"/>
                          <pic:cNvPicPr/>
                        </pic:nvPicPr>
                        <pic:blipFill>
                          <a:blip r:embed="rId81"/>
                          <a:stretch>
                            <a:fillRect/>
                          </a:stretch>
                        </pic:blipFill>
                        <pic:spPr>
                          <a:xfrm>
                            <a:off x="0" y="0"/>
                            <a:ext cx="1400000" cy="1400000"/>
                          </a:xfrm>
                          <a:prstGeom prst="rect">
                            <a:avLst/>
                          </a:prstGeom>
                        </pic:spPr>
                      </pic:pic>
                    </a:graphicData>
                  </a:graphic>
                </wp:inline>
              </w:drawing>
            </w:r>
          </w:p>
        </w:tc>
        <w:tc>
          <w:tcPr>
            <w:tcW w:w="1728" w:type="dxa"/>
          </w:tcPr>
          <w:p w14:paraId="1C2AEA3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IM(446)</w:t>
            </w:r>
          </w:p>
        </w:tc>
        <w:tc>
          <w:tcPr>
            <w:tcW w:w="1728" w:type="dxa"/>
          </w:tcPr>
          <w:p w14:paraId="3567694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70B76C1" wp14:editId="1DD7B809">
                  <wp:extent cx="1400000" cy="1400000"/>
                  <wp:effectExtent l="0" t="0" r="0" b="0"/>
                  <wp:docPr id="744" name="Picture 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46.png"/>
                          <pic:cNvPicPr/>
                        </pic:nvPicPr>
                        <pic:blipFill>
                          <a:blip r:embed="rId81"/>
                          <a:stretch>
                            <a:fillRect/>
                          </a:stretch>
                        </pic:blipFill>
                        <pic:spPr>
                          <a:xfrm>
                            <a:off x="0" y="0"/>
                            <a:ext cx="1400000" cy="1400000"/>
                          </a:xfrm>
                          <a:prstGeom prst="rect">
                            <a:avLst/>
                          </a:prstGeom>
                        </pic:spPr>
                      </pic:pic>
                    </a:graphicData>
                  </a:graphic>
                </wp:inline>
              </w:drawing>
            </w:r>
          </w:p>
        </w:tc>
      </w:tr>
      <w:tr w:rsidR="0080618B" w:rsidRPr="00CB52C3" w14:paraId="0877F491" w14:textId="77777777" w:rsidTr="009B4FA6">
        <w:trPr>
          <w:jc w:val="center"/>
        </w:trPr>
        <w:tc>
          <w:tcPr>
            <w:tcW w:w="1728" w:type="dxa"/>
          </w:tcPr>
          <w:p w14:paraId="1D48565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12</w:t>
            </w:r>
          </w:p>
        </w:tc>
        <w:tc>
          <w:tcPr>
            <w:tcW w:w="1728" w:type="dxa"/>
          </w:tcPr>
          <w:p w14:paraId="7B25AEF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IM(455)</w:t>
            </w:r>
          </w:p>
        </w:tc>
        <w:tc>
          <w:tcPr>
            <w:tcW w:w="1728" w:type="dxa"/>
          </w:tcPr>
          <w:p w14:paraId="6FB6CFC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7BBF6A6" wp14:editId="00F24627">
                  <wp:extent cx="1400000" cy="1400000"/>
                  <wp:effectExtent l="0" t="0" r="0" b="0"/>
                  <wp:docPr id="745" name="Picture 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55.png"/>
                          <pic:cNvPicPr/>
                        </pic:nvPicPr>
                        <pic:blipFill>
                          <a:blip r:embed="rId94"/>
                          <a:stretch>
                            <a:fillRect/>
                          </a:stretch>
                        </pic:blipFill>
                        <pic:spPr>
                          <a:xfrm>
                            <a:off x="0" y="0"/>
                            <a:ext cx="1400000" cy="1400000"/>
                          </a:xfrm>
                          <a:prstGeom prst="rect">
                            <a:avLst/>
                          </a:prstGeom>
                        </pic:spPr>
                      </pic:pic>
                    </a:graphicData>
                  </a:graphic>
                </wp:inline>
              </w:drawing>
            </w:r>
          </w:p>
        </w:tc>
        <w:tc>
          <w:tcPr>
            <w:tcW w:w="1728" w:type="dxa"/>
          </w:tcPr>
          <w:p w14:paraId="534E54E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IM(455)</w:t>
            </w:r>
          </w:p>
        </w:tc>
        <w:tc>
          <w:tcPr>
            <w:tcW w:w="1728" w:type="dxa"/>
          </w:tcPr>
          <w:p w14:paraId="7F1CA1C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97A05C8" wp14:editId="093CABAB">
                  <wp:extent cx="1400000" cy="1400000"/>
                  <wp:effectExtent l="0" t="0" r="0" b="0"/>
                  <wp:docPr id="746" name="Picture 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55.png"/>
                          <pic:cNvPicPr/>
                        </pic:nvPicPr>
                        <pic:blipFill>
                          <a:blip r:embed="rId94"/>
                          <a:stretch>
                            <a:fillRect/>
                          </a:stretch>
                        </pic:blipFill>
                        <pic:spPr>
                          <a:xfrm>
                            <a:off x="0" y="0"/>
                            <a:ext cx="1400000" cy="1400000"/>
                          </a:xfrm>
                          <a:prstGeom prst="rect">
                            <a:avLst/>
                          </a:prstGeom>
                        </pic:spPr>
                      </pic:pic>
                    </a:graphicData>
                  </a:graphic>
                </wp:inline>
              </w:drawing>
            </w:r>
          </w:p>
        </w:tc>
      </w:tr>
    </w:tbl>
    <w:p w14:paraId="7CEE100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53EAB776" w14:textId="67163320" w:rsidR="0080618B" w:rsidRPr="00CB52C3" w:rsidRDefault="0080618B"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3</w:t>
      </w:r>
      <w:r w:rsidR="005272C5">
        <w:rPr>
          <w:rFonts w:ascii="Times New Roman" w:hAnsi="Times New Roman"/>
          <w:b/>
          <w:sz w:val="24"/>
          <w:szCs w:val="24"/>
        </w:rPr>
        <w:t>6</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1,2-propylene glycol at pH=7 and U=-0.5 V vs. </w:t>
      </w:r>
      <w:r w:rsidR="005272C5">
        <w:rPr>
          <w:rFonts w:ascii="Times New Roman" w:hAnsi="Times New Roman"/>
          <w:sz w:val="24"/>
          <w:szCs w:val="24"/>
        </w:rPr>
        <w:t>S</w:t>
      </w:r>
      <w:r w:rsidRPr="00CB52C3">
        <w:rPr>
          <w:rFonts w:ascii="Times New Roman" w:hAnsi="Times New Roman"/>
          <w:sz w:val="24"/>
          <w:szCs w:val="24"/>
        </w:rPr>
        <w:t>HE on Cu(111).</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278"/>
        <w:gridCol w:w="1449"/>
        <w:gridCol w:w="2420"/>
        <w:gridCol w:w="1449"/>
        <w:gridCol w:w="2420"/>
      </w:tblGrid>
      <w:tr w:rsidR="0080618B" w:rsidRPr="00CB52C3" w14:paraId="340875E1" w14:textId="77777777" w:rsidTr="009B4FA6">
        <w:trPr>
          <w:jc w:val="center"/>
        </w:trPr>
        <w:tc>
          <w:tcPr>
            <w:tcW w:w="1728" w:type="dxa"/>
          </w:tcPr>
          <w:p w14:paraId="6E8D03B4" w14:textId="77777777" w:rsidR="0080618B" w:rsidRPr="00CB52C3" w:rsidRDefault="0080618B" w:rsidP="00431F65">
            <w:pPr>
              <w:spacing w:line="480" w:lineRule="auto"/>
              <w:rPr>
                <w:rFonts w:ascii="Times New Roman" w:hAnsi="Times New Roman"/>
                <w:sz w:val="24"/>
                <w:szCs w:val="24"/>
              </w:rPr>
            </w:pPr>
          </w:p>
        </w:tc>
        <w:tc>
          <w:tcPr>
            <w:tcW w:w="3456" w:type="dxa"/>
            <w:gridSpan w:val="2"/>
          </w:tcPr>
          <w:p w14:paraId="32D4086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0B54172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80618B" w:rsidRPr="00CB52C3" w14:paraId="36D2F5E7" w14:textId="77777777" w:rsidTr="009B4FA6">
        <w:trPr>
          <w:jc w:val="center"/>
        </w:trPr>
        <w:tc>
          <w:tcPr>
            <w:tcW w:w="1728" w:type="dxa"/>
          </w:tcPr>
          <w:p w14:paraId="439EFC4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453FEFF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40E623A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57F2DC1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1AF1519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80618B" w:rsidRPr="00CB52C3" w14:paraId="6BAD1631" w14:textId="77777777" w:rsidTr="009B4FA6">
        <w:trPr>
          <w:jc w:val="center"/>
        </w:trPr>
        <w:tc>
          <w:tcPr>
            <w:tcW w:w="1728" w:type="dxa"/>
          </w:tcPr>
          <w:p w14:paraId="56306AA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1A79147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3212D3C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7926E2C" wp14:editId="479990E2">
                  <wp:extent cx="1400000" cy="1400000"/>
                  <wp:effectExtent l="0" t="0" r="0" b="0"/>
                  <wp:docPr id="747" name="Picture 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c>
          <w:tcPr>
            <w:tcW w:w="1728" w:type="dxa"/>
          </w:tcPr>
          <w:p w14:paraId="1752414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499EC9B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9581487" wp14:editId="7318647E">
                  <wp:extent cx="1400000" cy="1400000"/>
                  <wp:effectExtent l="0" t="0" r="0" b="0"/>
                  <wp:docPr id="748" name="Picture 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r>
      <w:tr w:rsidR="0080618B" w:rsidRPr="00CB52C3" w14:paraId="1CB4AD1D" w14:textId="77777777" w:rsidTr="009B4FA6">
        <w:trPr>
          <w:jc w:val="center"/>
        </w:trPr>
        <w:tc>
          <w:tcPr>
            <w:tcW w:w="1728" w:type="dxa"/>
          </w:tcPr>
          <w:p w14:paraId="6A39562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34AAF5D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1DA6845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9D433BB" wp14:editId="2CD14D73">
                  <wp:extent cx="1400000" cy="1400000"/>
                  <wp:effectExtent l="0" t="0" r="0" b="0"/>
                  <wp:docPr id="749" name="Picture 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c>
          <w:tcPr>
            <w:tcW w:w="1728" w:type="dxa"/>
          </w:tcPr>
          <w:p w14:paraId="182EBBE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53EBEB7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494F750" wp14:editId="11E09D4B">
                  <wp:extent cx="1400000" cy="1400000"/>
                  <wp:effectExtent l="0" t="0" r="0" b="0"/>
                  <wp:docPr id="750" name="Picture 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r>
      <w:tr w:rsidR="0080618B" w:rsidRPr="00CB52C3" w14:paraId="75F393EA" w14:textId="77777777" w:rsidTr="009B4FA6">
        <w:trPr>
          <w:jc w:val="center"/>
        </w:trPr>
        <w:tc>
          <w:tcPr>
            <w:tcW w:w="1728" w:type="dxa"/>
          </w:tcPr>
          <w:p w14:paraId="5A62018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7CE2A47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1DCD2B9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0FF0901" wp14:editId="03096580">
                  <wp:extent cx="1400000" cy="1400000"/>
                  <wp:effectExtent l="0" t="0" r="0" b="0"/>
                  <wp:docPr id="751" name="Picture 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c>
          <w:tcPr>
            <w:tcW w:w="1728" w:type="dxa"/>
          </w:tcPr>
          <w:p w14:paraId="630D6A1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14AAC27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A8795FA" wp14:editId="5E914D52">
                  <wp:extent cx="1400000" cy="1400000"/>
                  <wp:effectExtent l="0" t="0" r="0" b="0"/>
                  <wp:docPr id="752" name="Picture 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r>
      <w:tr w:rsidR="0080618B" w:rsidRPr="00CB52C3" w14:paraId="09E10743" w14:textId="77777777" w:rsidTr="009B4FA6">
        <w:trPr>
          <w:jc w:val="center"/>
        </w:trPr>
        <w:tc>
          <w:tcPr>
            <w:tcW w:w="1728" w:type="dxa"/>
          </w:tcPr>
          <w:p w14:paraId="1C7E70C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39B9EE1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IM(154)</w:t>
            </w:r>
          </w:p>
        </w:tc>
        <w:tc>
          <w:tcPr>
            <w:tcW w:w="1728" w:type="dxa"/>
          </w:tcPr>
          <w:p w14:paraId="2CEFDA1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75027CC" wp14:editId="29136AE4">
                  <wp:extent cx="1400000" cy="1400000"/>
                  <wp:effectExtent l="0" t="0" r="0" b="0"/>
                  <wp:docPr id="753" name="Picture 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4.png"/>
                          <pic:cNvPicPr/>
                        </pic:nvPicPr>
                        <pic:blipFill>
                          <a:blip r:embed="rId43"/>
                          <a:stretch>
                            <a:fillRect/>
                          </a:stretch>
                        </pic:blipFill>
                        <pic:spPr>
                          <a:xfrm>
                            <a:off x="0" y="0"/>
                            <a:ext cx="1400000" cy="1400000"/>
                          </a:xfrm>
                          <a:prstGeom prst="rect">
                            <a:avLst/>
                          </a:prstGeom>
                        </pic:spPr>
                      </pic:pic>
                    </a:graphicData>
                  </a:graphic>
                </wp:inline>
              </w:drawing>
            </w:r>
          </w:p>
        </w:tc>
        <w:tc>
          <w:tcPr>
            <w:tcW w:w="1728" w:type="dxa"/>
          </w:tcPr>
          <w:p w14:paraId="088EC09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IM(154)</w:t>
            </w:r>
          </w:p>
        </w:tc>
        <w:tc>
          <w:tcPr>
            <w:tcW w:w="1728" w:type="dxa"/>
          </w:tcPr>
          <w:p w14:paraId="677EE34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8F885FE" wp14:editId="213940F6">
                  <wp:extent cx="1400000" cy="1400000"/>
                  <wp:effectExtent l="0" t="0" r="0" b="0"/>
                  <wp:docPr id="754" name="Picture 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4.png"/>
                          <pic:cNvPicPr/>
                        </pic:nvPicPr>
                        <pic:blipFill>
                          <a:blip r:embed="rId43"/>
                          <a:stretch>
                            <a:fillRect/>
                          </a:stretch>
                        </pic:blipFill>
                        <pic:spPr>
                          <a:xfrm>
                            <a:off x="0" y="0"/>
                            <a:ext cx="1400000" cy="1400000"/>
                          </a:xfrm>
                          <a:prstGeom prst="rect">
                            <a:avLst/>
                          </a:prstGeom>
                        </pic:spPr>
                      </pic:pic>
                    </a:graphicData>
                  </a:graphic>
                </wp:inline>
              </w:drawing>
            </w:r>
          </w:p>
        </w:tc>
      </w:tr>
      <w:tr w:rsidR="0080618B" w:rsidRPr="00CB52C3" w14:paraId="490A829E" w14:textId="77777777" w:rsidTr="009B4FA6">
        <w:trPr>
          <w:jc w:val="center"/>
        </w:trPr>
        <w:tc>
          <w:tcPr>
            <w:tcW w:w="1728" w:type="dxa"/>
          </w:tcPr>
          <w:p w14:paraId="18E0563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7158D47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IM(189)</w:t>
            </w:r>
          </w:p>
        </w:tc>
        <w:tc>
          <w:tcPr>
            <w:tcW w:w="1728" w:type="dxa"/>
          </w:tcPr>
          <w:p w14:paraId="77DB106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C7DCF1F" wp14:editId="717FA31D">
                  <wp:extent cx="1400000" cy="1400000"/>
                  <wp:effectExtent l="0" t="0" r="0" b="0"/>
                  <wp:docPr id="755" name="Picture 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89.png"/>
                          <pic:cNvPicPr/>
                        </pic:nvPicPr>
                        <pic:blipFill>
                          <a:blip r:embed="rId108"/>
                          <a:stretch>
                            <a:fillRect/>
                          </a:stretch>
                        </pic:blipFill>
                        <pic:spPr>
                          <a:xfrm>
                            <a:off x="0" y="0"/>
                            <a:ext cx="1400000" cy="1400000"/>
                          </a:xfrm>
                          <a:prstGeom prst="rect">
                            <a:avLst/>
                          </a:prstGeom>
                        </pic:spPr>
                      </pic:pic>
                    </a:graphicData>
                  </a:graphic>
                </wp:inline>
              </w:drawing>
            </w:r>
          </w:p>
        </w:tc>
        <w:tc>
          <w:tcPr>
            <w:tcW w:w="1728" w:type="dxa"/>
          </w:tcPr>
          <w:p w14:paraId="2A1103F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IM(189)</w:t>
            </w:r>
          </w:p>
        </w:tc>
        <w:tc>
          <w:tcPr>
            <w:tcW w:w="1728" w:type="dxa"/>
          </w:tcPr>
          <w:p w14:paraId="69D26F7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8A17AFB" wp14:editId="75F7DB4D">
                  <wp:extent cx="1400000" cy="1400000"/>
                  <wp:effectExtent l="0" t="0" r="0" b="0"/>
                  <wp:docPr id="756" name="Picture 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89.png"/>
                          <pic:cNvPicPr/>
                        </pic:nvPicPr>
                        <pic:blipFill>
                          <a:blip r:embed="rId108"/>
                          <a:stretch>
                            <a:fillRect/>
                          </a:stretch>
                        </pic:blipFill>
                        <pic:spPr>
                          <a:xfrm>
                            <a:off x="0" y="0"/>
                            <a:ext cx="1400000" cy="1400000"/>
                          </a:xfrm>
                          <a:prstGeom prst="rect">
                            <a:avLst/>
                          </a:prstGeom>
                        </pic:spPr>
                      </pic:pic>
                    </a:graphicData>
                  </a:graphic>
                </wp:inline>
              </w:drawing>
            </w:r>
          </w:p>
        </w:tc>
      </w:tr>
      <w:tr w:rsidR="0080618B" w:rsidRPr="00CB52C3" w14:paraId="48575F08" w14:textId="77777777" w:rsidTr="009B4FA6">
        <w:trPr>
          <w:jc w:val="center"/>
        </w:trPr>
        <w:tc>
          <w:tcPr>
            <w:tcW w:w="1728" w:type="dxa"/>
          </w:tcPr>
          <w:p w14:paraId="3341BA3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7B90DEF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IM(251)</w:t>
            </w:r>
          </w:p>
        </w:tc>
        <w:tc>
          <w:tcPr>
            <w:tcW w:w="1728" w:type="dxa"/>
          </w:tcPr>
          <w:p w14:paraId="7FC76D0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0A51D4C" wp14:editId="1961BE0F">
                  <wp:extent cx="1400000" cy="1400000"/>
                  <wp:effectExtent l="0" t="0" r="0" b="0"/>
                  <wp:docPr id="757" name="Picture 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1.png"/>
                          <pic:cNvPicPr/>
                        </pic:nvPicPr>
                        <pic:blipFill>
                          <a:blip r:embed="rId109"/>
                          <a:stretch>
                            <a:fillRect/>
                          </a:stretch>
                        </pic:blipFill>
                        <pic:spPr>
                          <a:xfrm>
                            <a:off x="0" y="0"/>
                            <a:ext cx="1400000" cy="1400000"/>
                          </a:xfrm>
                          <a:prstGeom prst="rect">
                            <a:avLst/>
                          </a:prstGeom>
                        </pic:spPr>
                      </pic:pic>
                    </a:graphicData>
                  </a:graphic>
                </wp:inline>
              </w:drawing>
            </w:r>
          </w:p>
        </w:tc>
        <w:tc>
          <w:tcPr>
            <w:tcW w:w="1728" w:type="dxa"/>
          </w:tcPr>
          <w:p w14:paraId="20AF36C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IM(251)</w:t>
            </w:r>
          </w:p>
        </w:tc>
        <w:tc>
          <w:tcPr>
            <w:tcW w:w="1728" w:type="dxa"/>
          </w:tcPr>
          <w:p w14:paraId="7CD667C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5C509EF" wp14:editId="031AF06B">
                  <wp:extent cx="1400000" cy="1400000"/>
                  <wp:effectExtent l="0" t="0" r="0" b="0"/>
                  <wp:docPr id="758" name="Picture 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51.png"/>
                          <pic:cNvPicPr/>
                        </pic:nvPicPr>
                        <pic:blipFill>
                          <a:blip r:embed="rId109"/>
                          <a:stretch>
                            <a:fillRect/>
                          </a:stretch>
                        </pic:blipFill>
                        <pic:spPr>
                          <a:xfrm>
                            <a:off x="0" y="0"/>
                            <a:ext cx="1400000" cy="1400000"/>
                          </a:xfrm>
                          <a:prstGeom prst="rect">
                            <a:avLst/>
                          </a:prstGeom>
                        </pic:spPr>
                      </pic:pic>
                    </a:graphicData>
                  </a:graphic>
                </wp:inline>
              </w:drawing>
            </w:r>
          </w:p>
        </w:tc>
      </w:tr>
      <w:tr w:rsidR="0080618B" w:rsidRPr="00CB52C3" w14:paraId="328734E1" w14:textId="77777777" w:rsidTr="009B4FA6">
        <w:trPr>
          <w:jc w:val="center"/>
        </w:trPr>
        <w:tc>
          <w:tcPr>
            <w:tcW w:w="1728" w:type="dxa"/>
          </w:tcPr>
          <w:p w14:paraId="5AE5A2E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36A842F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IM(305)</w:t>
            </w:r>
          </w:p>
        </w:tc>
        <w:tc>
          <w:tcPr>
            <w:tcW w:w="1728" w:type="dxa"/>
          </w:tcPr>
          <w:p w14:paraId="701D50D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B85DD23" wp14:editId="19815E43">
                  <wp:extent cx="1400000" cy="1400000"/>
                  <wp:effectExtent l="0" t="0" r="0" b="0"/>
                  <wp:docPr id="759" name="Picture 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05.png"/>
                          <pic:cNvPicPr/>
                        </pic:nvPicPr>
                        <pic:blipFill>
                          <a:blip r:embed="rId110"/>
                          <a:stretch>
                            <a:fillRect/>
                          </a:stretch>
                        </pic:blipFill>
                        <pic:spPr>
                          <a:xfrm>
                            <a:off x="0" y="0"/>
                            <a:ext cx="1400000" cy="1400000"/>
                          </a:xfrm>
                          <a:prstGeom prst="rect">
                            <a:avLst/>
                          </a:prstGeom>
                        </pic:spPr>
                      </pic:pic>
                    </a:graphicData>
                  </a:graphic>
                </wp:inline>
              </w:drawing>
            </w:r>
          </w:p>
        </w:tc>
        <w:tc>
          <w:tcPr>
            <w:tcW w:w="1728" w:type="dxa"/>
          </w:tcPr>
          <w:p w14:paraId="2FB3763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IM(326)</w:t>
            </w:r>
          </w:p>
        </w:tc>
        <w:tc>
          <w:tcPr>
            <w:tcW w:w="1728" w:type="dxa"/>
          </w:tcPr>
          <w:p w14:paraId="12CBE11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309F2F4" wp14:editId="7FBA4078">
                  <wp:extent cx="1400000" cy="1400000"/>
                  <wp:effectExtent l="0" t="0" r="0" b="0"/>
                  <wp:docPr id="760" name="Picture 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26.png"/>
                          <pic:cNvPicPr/>
                        </pic:nvPicPr>
                        <pic:blipFill>
                          <a:blip r:embed="rId122"/>
                          <a:stretch>
                            <a:fillRect/>
                          </a:stretch>
                        </pic:blipFill>
                        <pic:spPr>
                          <a:xfrm>
                            <a:off x="0" y="0"/>
                            <a:ext cx="1400000" cy="1400000"/>
                          </a:xfrm>
                          <a:prstGeom prst="rect">
                            <a:avLst/>
                          </a:prstGeom>
                        </pic:spPr>
                      </pic:pic>
                    </a:graphicData>
                  </a:graphic>
                </wp:inline>
              </w:drawing>
            </w:r>
          </w:p>
        </w:tc>
      </w:tr>
      <w:tr w:rsidR="0080618B" w:rsidRPr="00CB52C3" w14:paraId="3DB7282D" w14:textId="77777777" w:rsidTr="009B4FA6">
        <w:trPr>
          <w:jc w:val="center"/>
        </w:trPr>
        <w:tc>
          <w:tcPr>
            <w:tcW w:w="1728" w:type="dxa"/>
          </w:tcPr>
          <w:p w14:paraId="0804697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2C4DD56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IM(363)</w:t>
            </w:r>
          </w:p>
        </w:tc>
        <w:tc>
          <w:tcPr>
            <w:tcW w:w="1728" w:type="dxa"/>
          </w:tcPr>
          <w:p w14:paraId="41001FC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74846E3" wp14:editId="1AD43FB8">
                  <wp:extent cx="1400000" cy="1400000"/>
                  <wp:effectExtent l="0" t="0" r="0" b="0"/>
                  <wp:docPr id="761" name="Picture 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63.png"/>
                          <pic:cNvPicPr/>
                        </pic:nvPicPr>
                        <pic:blipFill>
                          <a:blip r:embed="rId101"/>
                          <a:stretch>
                            <a:fillRect/>
                          </a:stretch>
                        </pic:blipFill>
                        <pic:spPr>
                          <a:xfrm>
                            <a:off x="0" y="0"/>
                            <a:ext cx="1400000" cy="1400000"/>
                          </a:xfrm>
                          <a:prstGeom prst="rect">
                            <a:avLst/>
                          </a:prstGeom>
                        </pic:spPr>
                      </pic:pic>
                    </a:graphicData>
                  </a:graphic>
                </wp:inline>
              </w:drawing>
            </w:r>
          </w:p>
        </w:tc>
        <w:tc>
          <w:tcPr>
            <w:tcW w:w="1728" w:type="dxa"/>
          </w:tcPr>
          <w:p w14:paraId="3CD066A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IM(378)</w:t>
            </w:r>
          </w:p>
        </w:tc>
        <w:tc>
          <w:tcPr>
            <w:tcW w:w="1728" w:type="dxa"/>
          </w:tcPr>
          <w:p w14:paraId="21FE8EC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B9D33BC" wp14:editId="38D68E7C">
                  <wp:extent cx="1400000" cy="1400000"/>
                  <wp:effectExtent l="0" t="0" r="0" b="0"/>
                  <wp:docPr id="762" name="Picture 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78.png"/>
                          <pic:cNvPicPr/>
                        </pic:nvPicPr>
                        <pic:blipFill>
                          <a:blip r:embed="rId124"/>
                          <a:stretch>
                            <a:fillRect/>
                          </a:stretch>
                        </pic:blipFill>
                        <pic:spPr>
                          <a:xfrm>
                            <a:off x="0" y="0"/>
                            <a:ext cx="1400000" cy="1400000"/>
                          </a:xfrm>
                          <a:prstGeom prst="rect">
                            <a:avLst/>
                          </a:prstGeom>
                        </pic:spPr>
                      </pic:pic>
                    </a:graphicData>
                  </a:graphic>
                </wp:inline>
              </w:drawing>
            </w:r>
          </w:p>
        </w:tc>
      </w:tr>
      <w:tr w:rsidR="0080618B" w:rsidRPr="00CB52C3" w14:paraId="2A329858" w14:textId="77777777" w:rsidTr="009B4FA6">
        <w:trPr>
          <w:jc w:val="center"/>
        </w:trPr>
        <w:tc>
          <w:tcPr>
            <w:tcW w:w="1728" w:type="dxa"/>
          </w:tcPr>
          <w:p w14:paraId="368D2AA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9</w:t>
            </w:r>
          </w:p>
        </w:tc>
        <w:tc>
          <w:tcPr>
            <w:tcW w:w="1728" w:type="dxa"/>
          </w:tcPr>
          <w:p w14:paraId="60AB110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IM(408)</w:t>
            </w:r>
          </w:p>
        </w:tc>
        <w:tc>
          <w:tcPr>
            <w:tcW w:w="1728" w:type="dxa"/>
          </w:tcPr>
          <w:p w14:paraId="1DB82B4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A250710" wp14:editId="198CA664">
                  <wp:extent cx="1400000" cy="1400000"/>
                  <wp:effectExtent l="0" t="0" r="0" b="0"/>
                  <wp:docPr id="763" name="Picture 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08.png"/>
                          <pic:cNvPicPr/>
                        </pic:nvPicPr>
                        <pic:blipFill>
                          <a:blip r:embed="rId103"/>
                          <a:stretch>
                            <a:fillRect/>
                          </a:stretch>
                        </pic:blipFill>
                        <pic:spPr>
                          <a:xfrm>
                            <a:off x="0" y="0"/>
                            <a:ext cx="1400000" cy="1400000"/>
                          </a:xfrm>
                          <a:prstGeom prst="rect">
                            <a:avLst/>
                          </a:prstGeom>
                        </pic:spPr>
                      </pic:pic>
                    </a:graphicData>
                  </a:graphic>
                </wp:inline>
              </w:drawing>
            </w:r>
          </w:p>
        </w:tc>
        <w:tc>
          <w:tcPr>
            <w:tcW w:w="1728" w:type="dxa"/>
          </w:tcPr>
          <w:p w14:paraId="3D6038E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IM(412)</w:t>
            </w:r>
          </w:p>
        </w:tc>
        <w:tc>
          <w:tcPr>
            <w:tcW w:w="1728" w:type="dxa"/>
          </w:tcPr>
          <w:p w14:paraId="2F74AD8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3D7F8EF" wp14:editId="4F75C1EA">
                  <wp:extent cx="1400000" cy="1400000"/>
                  <wp:effectExtent l="0" t="0" r="0" b="0"/>
                  <wp:docPr id="764" name="Picture 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12.png"/>
                          <pic:cNvPicPr/>
                        </pic:nvPicPr>
                        <pic:blipFill>
                          <a:blip r:embed="rId125"/>
                          <a:stretch>
                            <a:fillRect/>
                          </a:stretch>
                        </pic:blipFill>
                        <pic:spPr>
                          <a:xfrm>
                            <a:off x="0" y="0"/>
                            <a:ext cx="1400000" cy="1400000"/>
                          </a:xfrm>
                          <a:prstGeom prst="rect">
                            <a:avLst/>
                          </a:prstGeom>
                        </pic:spPr>
                      </pic:pic>
                    </a:graphicData>
                  </a:graphic>
                </wp:inline>
              </w:drawing>
            </w:r>
          </w:p>
        </w:tc>
      </w:tr>
      <w:tr w:rsidR="0080618B" w:rsidRPr="00CB52C3" w14:paraId="53CC82C8" w14:textId="77777777" w:rsidTr="009B4FA6">
        <w:trPr>
          <w:jc w:val="center"/>
        </w:trPr>
        <w:tc>
          <w:tcPr>
            <w:tcW w:w="1728" w:type="dxa"/>
          </w:tcPr>
          <w:p w14:paraId="720B428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10</w:t>
            </w:r>
          </w:p>
        </w:tc>
        <w:tc>
          <w:tcPr>
            <w:tcW w:w="1728" w:type="dxa"/>
          </w:tcPr>
          <w:p w14:paraId="3505329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IM(436)</w:t>
            </w:r>
          </w:p>
        </w:tc>
        <w:tc>
          <w:tcPr>
            <w:tcW w:w="1728" w:type="dxa"/>
          </w:tcPr>
          <w:p w14:paraId="23722E4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39D06B8" wp14:editId="6A17C371">
                  <wp:extent cx="1400000" cy="1400000"/>
                  <wp:effectExtent l="0" t="0" r="0" b="0"/>
                  <wp:docPr id="765" name="Picture 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6.png"/>
                          <pic:cNvPicPr/>
                        </pic:nvPicPr>
                        <pic:blipFill>
                          <a:blip r:embed="rId93"/>
                          <a:stretch>
                            <a:fillRect/>
                          </a:stretch>
                        </pic:blipFill>
                        <pic:spPr>
                          <a:xfrm>
                            <a:off x="0" y="0"/>
                            <a:ext cx="1400000" cy="1400000"/>
                          </a:xfrm>
                          <a:prstGeom prst="rect">
                            <a:avLst/>
                          </a:prstGeom>
                        </pic:spPr>
                      </pic:pic>
                    </a:graphicData>
                  </a:graphic>
                </wp:inline>
              </w:drawing>
            </w:r>
          </w:p>
        </w:tc>
        <w:tc>
          <w:tcPr>
            <w:tcW w:w="1728" w:type="dxa"/>
          </w:tcPr>
          <w:p w14:paraId="6E675EA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IM(436)</w:t>
            </w:r>
          </w:p>
        </w:tc>
        <w:tc>
          <w:tcPr>
            <w:tcW w:w="1728" w:type="dxa"/>
          </w:tcPr>
          <w:p w14:paraId="0EA7BB6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CB1B6F8" wp14:editId="38C517AB">
                  <wp:extent cx="1400000" cy="1400000"/>
                  <wp:effectExtent l="0" t="0" r="0" b="0"/>
                  <wp:docPr id="766" name="Picture 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436.png"/>
                          <pic:cNvPicPr/>
                        </pic:nvPicPr>
                        <pic:blipFill>
                          <a:blip r:embed="rId93"/>
                          <a:stretch>
                            <a:fillRect/>
                          </a:stretch>
                        </pic:blipFill>
                        <pic:spPr>
                          <a:xfrm>
                            <a:off x="0" y="0"/>
                            <a:ext cx="1400000" cy="1400000"/>
                          </a:xfrm>
                          <a:prstGeom prst="rect">
                            <a:avLst/>
                          </a:prstGeom>
                        </pic:spPr>
                      </pic:pic>
                    </a:graphicData>
                  </a:graphic>
                </wp:inline>
              </w:drawing>
            </w:r>
          </w:p>
        </w:tc>
      </w:tr>
    </w:tbl>
    <w:p w14:paraId="67C206E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198E9F83" w14:textId="268282B9" w:rsidR="0080618B" w:rsidRPr="00CB52C3" w:rsidRDefault="0080618B"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3</w:t>
      </w:r>
      <w:r w:rsidR="005272C5">
        <w:rPr>
          <w:rFonts w:ascii="Times New Roman" w:hAnsi="Times New Roman"/>
          <w:b/>
          <w:sz w:val="24"/>
          <w:szCs w:val="24"/>
        </w:rPr>
        <w:t>7</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glycerol at pH=7 and U=-0.5 V vs. </w:t>
      </w:r>
      <w:r w:rsidR="005272C5">
        <w:rPr>
          <w:rFonts w:ascii="Times New Roman" w:hAnsi="Times New Roman"/>
          <w:sz w:val="24"/>
          <w:szCs w:val="24"/>
        </w:rPr>
        <w:t>S</w:t>
      </w:r>
      <w:r w:rsidRPr="00CB52C3">
        <w:rPr>
          <w:rFonts w:ascii="Times New Roman" w:hAnsi="Times New Roman"/>
          <w:sz w:val="24"/>
          <w:szCs w:val="24"/>
        </w:rPr>
        <w:t>HE on Cu(111).</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278"/>
        <w:gridCol w:w="1449"/>
        <w:gridCol w:w="2420"/>
        <w:gridCol w:w="1449"/>
        <w:gridCol w:w="2420"/>
      </w:tblGrid>
      <w:tr w:rsidR="0080618B" w:rsidRPr="00CB52C3" w14:paraId="748B3098" w14:textId="77777777" w:rsidTr="009B4FA6">
        <w:trPr>
          <w:jc w:val="center"/>
        </w:trPr>
        <w:tc>
          <w:tcPr>
            <w:tcW w:w="1728" w:type="dxa"/>
          </w:tcPr>
          <w:p w14:paraId="0F8A19CB" w14:textId="77777777" w:rsidR="0080618B" w:rsidRPr="00CB52C3" w:rsidRDefault="0080618B" w:rsidP="00431F65">
            <w:pPr>
              <w:spacing w:line="480" w:lineRule="auto"/>
              <w:rPr>
                <w:rFonts w:ascii="Times New Roman" w:hAnsi="Times New Roman"/>
                <w:sz w:val="24"/>
                <w:szCs w:val="24"/>
              </w:rPr>
            </w:pPr>
          </w:p>
        </w:tc>
        <w:tc>
          <w:tcPr>
            <w:tcW w:w="3456" w:type="dxa"/>
            <w:gridSpan w:val="2"/>
          </w:tcPr>
          <w:p w14:paraId="400C32E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2F0882B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80618B" w:rsidRPr="00CB52C3" w14:paraId="67551A85" w14:textId="77777777" w:rsidTr="009B4FA6">
        <w:trPr>
          <w:jc w:val="center"/>
        </w:trPr>
        <w:tc>
          <w:tcPr>
            <w:tcW w:w="1728" w:type="dxa"/>
          </w:tcPr>
          <w:p w14:paraId="1AD4251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579EBBB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7F95353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1A26C2D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5C0C84F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80618B" w:rsidRPr="00CB52C3" w14:paraId="274F71C8" w14:textId="77777777" w:rsidTr="009B4FA6">
        <w:trPr>
          <w:jc w:val="center"/>
        </w:trPr>
        <w:tc>
          <w:tcPr>
            <w:tcW w:w="1728" w:type="dxa"/>
          </w:tcPr>
          <w:p w14:paraId="46E73BA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2FE85F9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00A9041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C29D136" wp14:editId="6B4BF981">
                  <wp:extent cx="1400000" cy="1400000"/>
                  <wp:effectExtent l="0" t="0" r="0" b="0"/>
                  <wp:docPr id="767" name="Picture 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c>
          <w:tcPr>
            <w:tcW w:w="1728" w:type="dxa"/>
          </w:tcPr>
          <w:p w14:paraId="6F0EE26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2911B4B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CAFB17D" wp14:editId="5B38EA57">
                  <wp:extent cx="1400000" cy="1400000"/>
                  <wp:effectExtent l="0" t="0" r="0" b="0"/>
                  <wp:docPr id="768" name="Picture 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r>
      <w:tr w:rsidR="0080618B" w:rsidRPr="00CB52C3" w14:paraId="1B44656C" w14:textId="77777777" w:rsidTr="009B4FA6">
        <w:trPr>
          <w:jc w:val="center"/>
        </w:trPr>
        <w:tc>
          <w:tcPr>
            <w:tcW w:w="1728" w:type="dxa"/>
          </w:tcPr>
          <w:p w14:paraId="2DCCC53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23B5EA3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14E69AF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182F4F5" wp14:editId="07FC1D52">
                  <wp:extent cx="1400000" cy="1400000"/>
                  <wp:effectExtent l="0" t="0" r="0" b="0"/>
                  <wp:docPr id="769" name="Picture 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c>
          <w:tcPr>
            <w:tcW w:w="1728" w:type="dxa"/>
          </w:tcPr>
          <w:p w14:paraId="6DD3D9E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735B93D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DFD7CBF" wp14:editId="30A7A0CD">
                  <wp:extent cx="1400000" cy="1400000"/>
                  <wp:effectExtent l="0" t="0" r="0" b="0"/>
                  <wp:docPr id="770" name="Picture 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r>
      <w:tr w:rsidR="0080618B" w:rsidRPr="00CB52C3" w14:paraId="7B58DE66" w14:textId="77777777" w:rsidTr="009B4FA6">
        <w:trPr>
          <w:jc w:val="center"/>
        </w:trPr>
        <w:tc>
          <w:tcPr>
            <w:tcW w:w="1728" w:type="dxa"/>
          </w:tcPr>
          <w:p w14:paraId="29F3958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00BB7BB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3384D22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9D0A43A" wp14:editId="4439110C">
                  <wp:extent cx="1400000" cy="1400000"/>
                  <wp:effectExtent l="0" t="0" r="0" b="0"/>
                  <wp:docPr id="771" name="Picture 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c>
          <w:tcPr>
            <w:tcW w:w="1728" w:type="dxa"/>
          </w:tcPr>
          <w:p w14:paraId="097ED30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61725CA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C4FDA3E" wp14:editId="7E74510A">
                  <wp:extent cx="1400000" cy="1400000"/>
                  <wp:effectExtent l="0" t="0" r="0" b="0"/>
                  <wp:docPr id="772" name="Picture 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r>
      <w:tr w:rsidR="0080618B" w:rsidRPr="00CB52C3" w14:paraId="02B0AB41" w14:textId="77777777" w:rsidTr="009B4FA6">
        <w:trPr>
          <w:jc w:val="center"/>
        </w:trPr>
        <w:tc>
          <w:tcPr>
            <w:tcW w:w="1728" w:type="dxa"/>
          </w:tcPr>
          <w:p w14:paraId="1B58D6E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3A3952D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IM(154)</w:t>
            </w:r>
          </w:p>
        </w:tc>
        <w:tc>
          <w:tcPr>
            <w:tcW w:w="1728" w:type="dxa"/>
          </w:tcPr>
          <w:p w14:paraId="442B72F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F55E8A3" wp14:editId="2DCAA6BC">
                  <wp:extent cx="1400000" cy="1400000"/>
                  <wp:effectExtent l="0" t="0" r="0" b="0"/>
                  <wp:docPr id="773" name="Picture 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4.png"/>
                          <pic:cNvPicPr/>
                        </pic:nvPicPr>
                        <pic:blipFill>
                          <a:blip r:embed="rId43"/>
                          <a:stretch>
                            <a:fillRect/>
                          </a:stretch>
                        </pic:blipFill>
                        <pic:spPr>
                          <a:xfrm>
                            <a:off x="0" y="0"/>
                            <a:ext cx="1400000" cy="1400000"/>
                          </a:xfrm>
                          <a:prstGeom prst="rect">
                            <a:avLst/>
                          </a:prstGeom>
                        </pic:spPr>
                      </pic:pic>
                    </a:graphicData>
                  </a:graphic>
                </wp:inline>
              </w:drawing>
            </w:r>
          </w:p>
        </w:tc>
        <w:tc>
          <w:tcPr>
            <w:tcW w:w="1728" w:type="dxa"/>
          </w:tcPr>
          <w:p w14:paraId="51E679C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IM(154)</w:t>
            </w:r>
          </w:p>
        </w:tc>
        <w:tc>
          <w:tcPr>
            <w:tcW w:w="1728" w:type="dxa"/>
          </w:tcPr>
          <w:p w14:paraId="11DA671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26B34E4" wp14:editId="75D8EA50">
                  <wp:extent cx="1400000" cy="1400000"/>
                  <wp:effectExtent l="0" t="0" r="0" b="0"/>
                  <wp:docPr id="774" name="Picture 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54.png"/>
                          <pic:cNvPicPr/>
                        </pic:nvPicPr>
                        <pic:blipFill>
                          <a:blip r:embed="rId43"/>
                          <a:stretch>
                            <a:fillRect/>
                          </a:stretch>
                        </pic:blipFill>
                        <pic:spPr>
                          <a:xfrm>
                            <a:off x="0" y="0"/>
                            <a:ext cx="1400000" cy="1400000"/>
                          </a:xfrm>
                          <a:prstGeom prst="rect">
                            <a:avLst/>
                          </a:prstGeom>
                        </pic:spPr>
                      </pic:pic>
                    </a:graphicData>
                  </a:graphic>
                </wp:inline>
              </w:drawing>
            </w:r>
          </w:p>
        </w:tc>
      </w:tr>
      <w:tr w:rsidR="0080618B" w:rsidRPr="00CB52C3" w14:paraId="03AE51DC" w14:textId="77777777" w:rsidTr="009B4FA6">
        <w:trPr>
          <w:jc w:val="center"/>
        </w:trPr>
        <w:tc>
          <w:tcPr>
            <w:tcW w:w="1728" w:type="dxa"/>
          </w:tcPr>
          <w:p w14:paraId="4EA6994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6854241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IM(205)</w:t>
            </w:r>
          </w:p>
        </w:tc>
        <w:tc>
          <w:tcPr>
            <w:tcW w:w="1728" w:type="dxa"/>
          </w:tcPr>
          <w:p w14:paraId="7EFAA17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DA1F6F3" wp14:editId="698B93BA">
                  <wp:extent cx="1400000" cy="1400000"/>
                  <wp:effectExtent l="0" t="0" r="0" b="0"/>
                  <wp:docPr id="775" name="Picture 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5.png"/>
                          <pic:cNvPicPr/>
                        </pic:nvPicPr>
                        <pic:blipFill>
                          <a:blip r:embed="rId126"/>
                          <a:stretch>
                            <a:fillRect/>
                          </a:stretch>
                        </pic:blipFill>
                        <pic:spPr>
                          <a:xfrm>
                            <a:off x="0" y="0"/>
                            <a:ext cx="1400000" cy="1400000"/>
                          </a:xfrm>
                          <a:prstGeom prst="rect">
                            <a:avLst/>
                          </a:prstGeom>
                        </pic:spPr>
                      </pic:pic>
                    </a:graphicData>
                  </a:graphic>
                </wp:inline>
              </w:drawing>
            </w:r>
          </w:p>
        </w:tc>
        <w:tc>
          <w:tcPr>
            <w:tcW w:w="1728" w:type="dxa"/>
          </w:tcPr>
          <w:p w14:paraId="7012054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IM(205)</w:t>
            </w:r>
          </w:p>
        </w:tc>
        <w:tc>
          <w:tcPr>
            <w:tcW w:w="1728" w:type="dxa"/>
          </w:tcPr>
          <w:p w14:paraId="7E61A97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AAF4367" wp14:editId="20B9916C">
                  <wp:extent cx="1400000" cy="1400000"/>
                  <wp:effectExtent l="0" t="0" r="0" b="0"/>
                  <wp:docPr id="776" name="Picture 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05.png"/>
                          <pic:cNvPicPr/>
                        </pic:nvPicPr>
                        <pic:blipFill>
                          <a:blip r:embed="rId126"/>
                          <a:stretch>
                            <a:fillRect/>
                          </a:stretch>
                        </pic:blipFill>
                        <pic:spPr>
                          <a:xfrm>
                            <a:off x="0" y="0"/>
                            <a:ext cx="1400000" cy="1400000"/>
                          </a:xfrm>
                          <a:prstGeom prst="rect">
                            <a:avLst/>
                          </a:prstGeom>
                        </pic:spPr>
                      </pic:pic>
                    </a:graphicData>
                  </a:graphic>
                </wp:inline>
              </w:drawing>
            </w:r>
          </w:p>
        </w:tc>
      </w:tr>
      <w:tr w:rsidR="0080618B" w:rsidRPr="00CB52C3" w14:paraId="23E1508F" w14:textId="77777777" w:rsidTr="009B4FA6">
        <w:trPr>
          <w:jc w:val="center"/>
        </w:trPr>
        <w:tc>
          <w:tcPr>
            <w:tcW w:w="1728" w:type="dxa"/>
          </w:tcPr>
          <w:p w14:paraId="5187177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469D544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IM(267)</w:t>
            </w:r>
          </w:p>
        </w:tc>
        <w:tc>
          <w:tcPr>
            <w:tcW w:w="1728" w:type="dxa"/>
          </w:tcPr>
          <w:p w14:paraId="1CB70C4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A0CAF42" wp14:editId="23AC3458">
                  <wp:extent cx="1400000" cy="1400000"/>
                  <wp:effectExtent l="0" t="0" r="0" b="0"/>
                  <wp:docPr id="777" name="Picture 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67.png"/>
                          <pic:cNvPicPr/>
                        </pic:nvPicPr>
                        <pic:blipFill>
                          <a:blip r:embed="rId89"/>
                          <a:stretch>
                            <a:fillRect/>
                          </a:stretch>
                        </pic:blipFill>
                        <pic:spPr>
                          <a:xfrm>
                            <a:off x="0" y="0"/>
                            <a:ext cx="1400000" cy="1400000"/>
                          </a:xfrm>
                          <a:prstGeom prst="rect">
                            <a:avLst/>
                          </a:prstGeom>
                        </pic:spPr>
                      </pic:pic>
                    </a:graphicData>
                  </a:graphic>
                </wp:inline>
              </w:drawing>
            </w:r>
          </w:p>
        </w:tc>
        <w:tc>
          <w:tcPr>
            <w:tcW w:w="1728" w:type="dxa"/>
          </w:tcPr>
          <w:p w14:paraId="355EA32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IM(267)</w:t>
            </w:r>
          </w:p>
        </w:tc>
        <w:tc>
          <w:tcPr>
            <w:tcW w:w="1728" w:type="dxa"/>
          </w:tcPr>
          <w:p w14:paraId="0AA62B8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060E4BE" wp14:editId="40341F85">
                  <wp:extent cx="1400000" cy="1400000"/>
                  <wp:effectExtent l="0" t="0" r="0" b="0"/>
                  <wp:docPr id="778" name="Picture 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67.png"/>
                          <pic:cNvPicPr/>
                        </pic:nvPicPr>
                        <pic:blipFill>
                          <a:blip r:embed="rId89"/>
                          <a:stretch>
                            <a:fillRect/>
                          </a:stretch>
                        </pic:blipFill>
                        <pic:spPr>
                          <a:xfrm>
                            <a:off x="0" y="0"/>
                            <a:ext cx="1400000" cy="1400000"/>
                          </a:xfrm>
                          <a:prstGeom prst="rect">
                            <a:avLst/>
                          </a:prstGeom>
                        </pic:spPr>
                      </pic:pic>
                    </a:graphicData>
                  </a:graphic>
                </wp:inline>
              </w:drawing>
            </w:r>
          </w:p>
        </w:tc>
      </w:tr>
      <w:tr w:rsidR="0080618B" w:rsidRPr="00CB52C3" w14:paraId="1DD3BC4A" w14:textId="77777777" w:rsidTr="009B4FA6">
        <w:trPr>
          <w:jc w:val="center"/>
        </w:trPr>
        <w:tc>
          <w:tcPr>
            <w:tcW w:w="1728" w:type="dxa"/>
          </w:tcPr>
          <w:p w14:paraId="15DC485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3ED08CB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IM(329)</w:t>
            </w:r>
          </w:p>
        </w:tc>
        <w:tc>
          <w:tcPr>
            <w:tcW w:w="1728" w:type="dxa"/>
          </w:tcPr>
          <w:p w14:paraId="61B266F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AAA0AA2" wp14:editId="5866B01B">
                  <wp:extent cx="1400000" cy="1400000"/>
                  <wp:effectExtent l="0" t="0" r="0" b="0"/>
                  <wp:docPr id="779" name="Picture 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29.png"/>
                          <pic:cNvPicPr/>
                        </pic:nvPicPr>
                        <pic:blipFill>
                          <a:blip r:embed="rId90"/>
                          <a:stretch>
                            <a:fillRect/>
                          </a:stretch>
                        </pic:blipFill>
                        <pic:spPr>
                          <a:xfrm>
                            <a:off x="0" y="0"/>
                            <a:ext cx="1400000" cy="1400000"/>
                          </a:xfrm>
                          <a:prstGeom prst="rect">
                            <a:avLst/>
                          </a:prstGeom>
                        </pic:spPr>
                      </pic:pic>
                    </a:graphicData>
                  </a:graphic>
                </wp:inline>
              </w:drawing>
            </w:r>
          </w:p>
        </w:tc>
        <w:tc>
          <w:tcPr>
            <w:tcW w:w="1728" w:type="dxa"/>
          </w:tcPr>
          <w:p w14:paraId="142638C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IM(331)</w:t>
            </w:r>
          </w:p>
        </w:tc>
        <w:tc>
          <w:tcPr>
            <w:tcW w:w="1728" w:type="dxa"/>
          </w:tcPr>
          <w:p w14:paraId="195CF29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767EF20B" wp14:editId="7F1881F5">
                  <wp:extent cx="1400000" cy="1400000"/>
                  <wp:effectExtent l="0" t="0" r="0" b="0"/>
                  <wp:docPr id="780" name="Picture 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31.png"/>
                          <pic:cNvPicPr/>
                        </pic:nvPicPr>
                        <pic:blipFill>
                          <a:blip r:embed="rId77"/>
                          <a:stretch>
                            <a:fillRect/>
                          </a:stretch>
                        </pic:blipFill>
                        <pic:spPr>
                          <a:xfrm>
                            <a:off x="0" y="0"/>
                            <a:ext cx="1400000" cy="1400000"/>
                          </a:xfrm>
                          <a:prstGeom prst="rect">
                            <a:avLst/>
                          </a:prstGeom>
                        </pic:spPr>
                      </pic:pic>
                    </a:graphicData>
                  </a:graphic>
                </wp:inline>
              </w:drawing>
            </w:r>
          </w:p>
        </w:tc>
      </w:tr>
      <w:tr w:rsidR="0080618B" w:rsidRPr="00CB52C3" w14:paraId="77CD3C06" w14:textId="77777777" w:rsidTr="009B4FA6">
        <w:trPr>
          <w:jc w:val="center"/>
        </w:trPr>
        <w:tc>
          <w:tcPr>
            <w:tcW w:w="1728" w:type="dxa"/>
          </w:tcPr>
          <w:p w14:paraId="5EEB1B2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7C7D90D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IM(381)</w:t>
            </w:r>
          </w:p>
        </w:tc>
        <w:tc>
          <w:tcPr>
            <w:tcW w:w="1728" w:type="dxa"/>
          </w:tcPr>
          <w:p w14:paraId="7829801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A3E9ED8" wp14:editId="7F60B4A2">
                  <wp:extent cx="1400000" cy="1400000"/>
                  <wp:effectExtent l="0" t="0" r="0" b="0"/>
                  <wp:docPr id="781" name="Picture 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81.png"/>
                          <pic:cNvPicPr/>
                        </pic:nvPicPr>
                        <pic:blipFill>
                          <a:blip r:embed="rId91"/>
                          <a:stretch>
                            <a:fillRect/>
                          </a:stretch>
                        </pic:blipFill>
                        <pic:spPr>
                          <a:xfrm>
                            <a:off x="0" y="0"/>
                            <a:ext cx="1400000" cy="1400000"/>
                          </a:xfrm>
                          <a:prstGeom prst="rect">
                            <a:avLst/>
                          </a:prstGeom>
                        </pic:spPr>
                      </pic:pic>
                    </a:graphicData>
                  </a:graphic>
                </wp:inline>
              </w:drawing>
            </w:r>
          </w:p>
        </w:tc>
        <w:tc>
          <w:tcPr>
            <w:tcW w:w="1728" w:type="dxa"/>
          </w:tcPr>
          <w:p w14:paraId="6B24987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IM(381)</w:t>
            </w:r>
          </w:p>
        </w:tc>
        <w:tc>
          <w:tcPr>
            <w:tcW w:w="1728" w:type="dxa"/>
          </w:tcPr>
          <w:p w14:paraId="75F94B5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BFEA7D5" wp14:editId="33796F52">
                  <wp:extent cx="1400000" cy="1400000"/>
                  <wp:effectExtent l="0" t="0" r="0" b="0"/>
                  <wp:docPr id="782" name="Picture 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81.png"/>
                          <pic:cNvPicPr/>
                        </pic:nvPicPr>
                        <pic:blipFill>
                          <a:blip r:embed="rId91"/>
                          <a:stretch>
                            <a:fillRect/>
                          </a:stretch>
                        </pic:blipFill>
                        <pic:spPr>
                          <a:xfrm>
                            <a:off x="0" y="0"/>
                            <a:ext cx="1400000" cy="1400000"/>
                          </a:xfrm>
                          <a:prstGeom prst="rect">
                            <a:avLst/>
                          </a:prstGeom>
                        </pic:spPr>
                      </pic:pic>
                    </a:graphicData>
                  </a:graphic>
                </wp:inline>
              </w:drawing>
            </w:r>
          </w:p>
        </w:tc>
      </w:tr>
    </w:tbl>
    <w:p w14:paraId="17849B2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br w:type="page"/>
      </w:r>
    </w:p>
    <w:p w14:paraId="55411370" w14:textId="5C10DB65" w:rsidR="0080618B" w:rsidRPr="00CB52C3" w:rsidRDefault="0080618B" w:rsidP="00431F65">
      <w:pPr>
        <w:spacing w:line="480" w:lineRule="auto"/>
        <w:rPr>
          <w:rFonts w:ascii="Times New Roman" w:hAnsi="Times New Roman"/>
          <w:sz w:val="24"/>
          <w:szCs w:val="24"/>
        </w:rPr>
      </w:pPr>
      <w:r w:rsidRPr="00CB52C3">
        <w:rPr>
          <w:rFonts w:ascii="Times New Roman" w:hAnsi="Times New Roman"/>
          <w:b/>
          <w:sz w:val="24"/>
          <w:szCs w:val="24"/>
        </w:rPr>
        <w:lastRenderedPageBreak/>
        <w:t>Supplementary Table 3</w:t>
      </w:r>
      <w:r w:rsidR="005272C5">
        <w:rPr>
          <w:rFonts w:ascii="Times New Roman" w:hAnsi="Times New Roman"/>
          <w:b/>
          <w:sz w:val="24"/>
          <w:szCs w:val="24"/>
        </w:rPr>
        <w:t>8</w:t>
      </w:r>
      <w:r w:rsidRPr="00CB52C3">
        <w:rPr>
          <w:rFonts w:ascii="Times New Roman" w:hAnsi="Times New Roman"/>
          <w:b/>
          <w:sz w:val="24"/>
          <w:szCs w:val="24"/>
        </w:rPr>
        <w:t xml:space="preserve"> | </w:t>
      </w:r>
      <w:r w:rsidRPr="00CB52C3">
        <w:rPr>
          <w:rFonts w:ascii="Times New Roman" w:hAnsi="Times New Roman"/>
          <w:sz w:val="24"/>
          <w:szCs w:val="24"/>
        </w:rPr>
        <w:t xml:space="preserve">Intermediate index (IM index) and intermediate structure of each step intermediate in the two </w:t>
      </w:r>
      <w:r w:rsidR="00127F7A">
        <w:rPr>
          <w:rFonts w:ascii="Times New Roman" w:hAnsi="Times New Roman"/>
          <w:sz w:val="24"/>
          <w:szCs w:val="24"/>
        </w:rPr>
        <w:t>fastest</w:t>
      </w:r>
      <w:r w:rsidRPr="00CB52C3">
        <w:rPr>
          <w:rFonts w:ascii="Times New Roman" w:hAnsi="Times New Roman"/>
          <w:sz w:val="24"/>
          <w:szCs w:val="24"/>
        </w:rPr>
        <w:t xml:space="preserve"> reaction pathways to hydroxyacetone at pH=7 and U=-0.5 V vs. </w:t>
      </w:r>
      <w:r w:rsidR="005272C5">
        <w:rPr>
          <w:rFonts w:ascii="Times New Roman" w:hAnsi="Times New Roman"/>
          <w:sz w:val="24"/>
          <w:szCs w:val="24"/>
        </w:rPr>
        <w:t>S</w:t>
      </w:r>
      <w:r w:rsidRPr="00CB52C3">
        <w:rPr>
          <w:rFonts w:ascii="Times New Roman" w:hAnsi="Times New Roman"/>
          <w:sz w:val="24"/>
          <w:szCs w:val="24"/>
        </w:rPr>
        <w:t>HE on Cu(111).</w:t>
      </w:r>
      <w:r w:rsidRPr="00CB52C3">
        <w:rPr>
          <w:rFonts w:ascii="Times New Roman" w:hAnsi="Times New Roman"/>
          <w:sz w:val="24"/>
          <w:szCs w:val="24"/>
        </w:rPr>
        <w:br/>
      </w:r>
    </w:p>
    <w:tbl>
      <w:tblPr>
        <w:tblStyle w:val="TableGrid"/>
        <w:tblW w:w="0" w:type="auto"/>
        <w:jc w:val="center"/>
        <w:tblLook w:val="04A0" w:firstRow="1" w:lastRow="0" w:firstColumn="1" w:lastColumn="0" w:noHBand="0" w:noVBand="1"/>
      </w:tblPr>
      <w:tblGrid>
        <w:gridCol w:w="1278"/>
        <w:gridCol w:w="1449"/>
        <w:gridCol w:w="2420"/>
        <w:gridCol w:w="1449"/>
        <w:gridCol w:w="2420"/>
      </w:tblGrid>
      <w:tr w:rsidR="0080618B" w:rsidRPr="00CB52C3" w14:paraId="119CE41B" w14:textId="77777777" w:rsidTr="009B4FA6">
        <w:trPr>
          <w:jc w:val="center"/>
        </w:trPr>
        <w:tc>
          <w:tcPr>
            <w:tcW w:w="1728" w:type="dxa"/>
          </w:tcPr>
          <w:p w14:paraId="3C939B96" w14:textId="77777777" w:rsidR="0080618B" w:rsidRPr="00CB52C3" w:rsidRDefault="0080618B" w:rsidP="00431F65">
            <w:pPr>
              <w:spacing w:line="480" w:lineRule="auto"/>
              <w:rPr>
                <w:rFonts w:ascii="Times New Roman" w:hAnsi="Times New Roman"/>
                <w:sz w:val="24"/>
                <w:szCs w:val="24"/>
              </w:rPr>
            </w:pPr>
          </w:p>
        </w:tc>
        <w:tc>
          <w:tcPr>
            <w:tcW w:w="3456" w:type="dxa"/>
            <w:gridSpan w:val="2"/>
          </w:tcPr>
          <w:p w14:paraId="05C4928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fastest pathway</w:t>
            </w:r>
          </w:p>
        </w:tc>
        <w:tc>
          <w:tcPr>
            <w:tcW w:w="3456" w:type="dxa"/>
            <w:gridSpan w:val="2"/>
          </w:tcPr>
          <w:p w14:paraId="6136E28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second fastest pathway</w:t>
            </w:r>
          </w:p>
        </w:tc>
      </w:tr>
      <w:tr w:rsidR="0080618B" w:rsidRPr="00CB52C3" w14:paraId="3AC9222B" w14:textId="77777777" w:rsidTr="009B4FA6">
        <w:trPr>
          <w:jc w:val="center"/>
        </w:trPr>
        <w:tc>
          <w:tcPr>
            <w:tcW w:w="1728" w:type="dxa"/>
          </w:tcPr>
          <w:p w14:paraId="4AE7A6D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step</w:t>
            </w:r>
          </w:p>
        </w:tc>
        <w:tc>
          <w:tcPr>
            <w:tcW w:w="1728" w:type="dxa"/>
          </w:tcPr>
          <w:p w14:paraId="33F8677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5BA50BA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c>
          <w:tcPr>
            <w:tcW w:w="1728" w:type="dxa"/>
          </w:tcPr>
          <w:p w14:paraId="65BCE8F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 index</w:t>
            </w:r>
          </w:p>
        </w:tc>
        <w:tc>
          <w:tcPr>
            <w:tcW w:w="1728" w:type="dxa"/>
          </w:tcPr>
          <w:p w14:paraId="1B417F9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structure</w:t>
            </w:r>
          </w:p>
        </w:tc>
      </w:tr>
      <w:tr w:rsidR="0080618B" w:rsidRPr="00CB52C3" w14:paraId="36541FB6" w14:textId="77777777" w:rsidTr="009B4FA6">
        <w:trPr>
          <w:jc w:val="center"/>
        </w:trPr>
        <w:tc>
          <w:tcPr>
            <w:tcW w:w="1728" w:type="dxa"/>
          </w:tcPr>
          <w:p w14:paraId="5130A2B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1</w:t>
            </w:r>
          </w:p>
        </w:tc>
        <w:tc>
          <w:tcPr>
            <w:tcW w:w="1728" w:type="dxa"/>
          </w:tcPr>
          <w:p w14:paraId="51DE165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500B469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4B06791" wp14:editId="0E820A28">
                  <wp:extent cx="1400000" cy="1400000"/>
                  <wp:effectExtent l="0" t="0" r="0" b="0"/>
                  <wp:docPr id="783" name="Picture 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c>
          <w:tcPr>
            <w:tcW w:w="1728" w:type="dxa"/>
          </w:tcPr>
          <w:p w14:paraId="5B9F0F6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IM(76)</w:t>
            </w:r>
          </w:p>
        </w:tc>
        <w:tc>
          <w:tcPr>
            <w:tcW w:w="1728" w:type="dxa"/>
          </w:tcPr>
          <w:p w14:paraId="001EBD63"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2DCC6A43" wp14:editId="16155BFE">
                  <wp:extent cx="1400000" cy="1400000"/>
                  <wp:effectExtent l="0" t="0" r="0" b="0"/>
                  <wp:docPr id="784" name="Picture 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76.png"/>
                          <pic:cNvPicPr/>
                        </pic:nvPicPr>
                        <pic:blipFill>
                          <a:blip r:embed="rId40"/>
                          <a:stretch>
                            <a:fillRect/>
                          </a:stretch>
                        </pic:blipFill>
                        <pic:spPr>
                          <a:xfrm>
                            <a:off x="0" y="0"/>
                            <a:ext cx="1400000" cy="1400000"/>
                          </a:xfrm>
                          <a:prstGeom prst="rect">
                            <a:avLst/>
                          </a:prstGeom>
                        </pic:spPr>
                      </pic:pic>
                    </a:graphicData>
                  </a:graphic>
                </wp:inline>
              </w:drawing>
            </w:r>
          </w:p>
        </w:tc>
      </w:tr>
      <w:tr w:rsidR="0080618B" w:rsidRPr="00CB52C3" w14:paraId="6A1AA583" w14:textId="77777777" w:rsidTr="009B4FA6">
        <w:trPr>
          <w:jc w:val="center"/>
        </w:trPr>
        <w:tc>
          <w:tcPr>
            <w:tcW w:w="1728" w:type="dxa"/>
          </w:tcPr>
          <w:p w14:paraId="54514B0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2</w:t>
            </w:r>
          </w:p>
        </w:tc>
        <w:tc>
          <w:tcPr>
            <w:tcW w:w="1728" w:type="dxa"/>
          </w:tcPr>
          <w:p w14:paraId="4DB93A51"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55FF144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C76D5F8" wp14:editId="05FB7BDD">
                  <wp:extent cx="1400000" cy="1400000"/>
                  <wp:effectExtent l="0" t="0" r="0" b="0"/>
                  <wp:docPr id="785" name="Picture 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c>
          <w:tcPr>
            <w:tcW w:w="1728" w:type="dxa"/>
          </w:tcPr>
          <w:p w14:paraId="35BA0CB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IM(83)</w:t>
            </w:r>
          </w:p>
        </w:tc>
        <w:tc>
          <w:tcPr>
            <w:tcW w:w="1728" w:type="dxa"/>
          </w:tcPr>
          <w:p w14:paraId="3D8673F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BCB8EED" wp14:editId="6B36D211">
                  <wp:extent cx="1400000" cy="1400000"/>
                  <wp:effectExtent l="0" t="0" r="0" b="0"/>
                  <wp:docPr id="786" name="Picture 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83.png"/>
                          <pic:cNvPicPr/>
                        </pic:nvPicPr>
                        <pic:blipFill>
                          <a:blip r:embed="rId41"/>
                          <a:stretch>
                            <a:fillRect/>
                          </a:stretch>
                        </pic:blipFill>
                        <pic:spPr>
                          <a:xfrm>
                            <a:off x="0" y="0"/>
                            <a:ext cx="1400000" cy="1400000"/>
                          </a:xfrm>
                          <a:prstGeom prst="rect">
                            <a:avLst/>
                          </a:prstGeom>
                        </pic:spPr>
                      </pic:pic>
                    </a:graphicData>
                  </a:graphic>
                </wp:inline>
              </w:drawing>
            </w:r>
          </w:p>
        </w:tc>
      </w:tr>
      <w:tr w:rsidR="0080618B" w:rsidRPr="00CB52C3" w14:paraId="3E2BACBB" w14:textId="77777777" w:rsidTr="009B4FA6">
        <w:trPr>
          <w:jc w:val="center"/>
        </w:trPr>
        <w:tc>
          <w:tcPr>
            <w:tcW w:w="1728" w:type="dxa"/>
          </w:tcPr>
          <w:p w14:paraId="1B4C7EF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3</w:t>
            </w:r>
          </w:p>
        </w:tc>
        <w:tc>
          <w:tcPr>
            <w:tcW w:w="1728" w:type="dxa"/>
          </w:tcPr>
          <w:p w14:paraId="60AE89B0"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22E5103D"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125CA51" wp14:editId="11CF4DE2">
                  <wp:extent cx="1400000" cy="1400000"/>
                  <wp:effectExtent l="0" t="0" r="0" b="0"/>
                  <wp:docPr id="787" name="Picture 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c>
          <w:tcPr>
            <w:tcW w:w="1728" w:type="dxa"/>
          </w:tcPr>
          <w:p w14:paraId="48ACABD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IM(108)</w:t>
            </w:r>
          </w:p>
        </w:tc>
        <w:tc>
          <w:tcPr>
            <w:tcW w:w="1728" w:type="dxa"/>
          </w:tcPr>
          <w:p w14:paraId="2348E2A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58EBA361" wp14:editId="62E796A1">
                  <wp:extent cx="1400000" cy="1400000"/>
                  <wp:effectExtent l="0" t="0" r="0" b="0"/>
                  <wp:docPr id="788" name="Picture 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08.png"/>
                          <pic:cNvPicPr/>
                        </pic:nvPicPr>
                        <pic:blipFill>
                          <a:blip r:embed="rId42"/>
                          <a:stretch>
                            <a:fillRect/>
                          </a:stretch>
                        </pic:blipFill>
                        <pic:spPr>
                          <a:xfrm>
                            <a:off x="0" y="0"/>
                            <a:ext cx="1400000" cy="1400000"/>
                          </a:xfrm>
                          <a:prstGeom prst="rect">
                            <a:avLst/>
                          </a:prstGeom>
                        </pic:spPr>
                      </pic:pic>
                    </a:graphicData>
                  </a:graphic>
                </wp:inline>
              </w:drawing>
            </w:r>
          </w:p>
        </w:tc>
      </w:tr>
      <w:tr w:rsidR="0080618B" w:rsidRPr="00CB52C3" w14:paraId="059BD28D" w14:textId="77777777" w:rsidTr="009B4FA6">
        <w:trPr>
          <w:jc w:val="center"/>
        </w:trPr>
        <w:tc>
          <w:tcPr>
            <w:tcW w:w="1728" w:type="dxa"/>
          </w:tcPr>
          <w:p w14:paraId="2C8E652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4</w:t>
            </w:r>
          </w:p>
        </w:tc>
        <w:tc>
          <w:tcPr>
            <w:tcW w:w="1728" w:type="dxa"/>
          </w:tcPr>
          <w:p w14:paraId="6DCADC6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IM(125)</w:t>
            </w:r>
          </w:p>
        </w:tc>
        <w:tc>
          <w:tcPr>
            <w:tcW w:w="1728" w:type="dxa"/>
          </w:tcPr>
          <w:p w14:paraId="1A777DA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98A88E2" wp14:editId="02B2439C">
                  <wp:extent cx="1400000" cy="1400000"/>
                  <wp:effectExtent l="0" t="0" r="0" b="0"/>
                  <wp:docPr id="789" name="Picture 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25.png"/>
                          <pic:cNvPicPr/>
                        </pic:nvPicPr>
                        <pic:blipFill>
                          <a:blip r:embed="rId95"/>
                          <a:stretch>
                            <a:fillRect/>
                          </a:stretch>
                        </pic:blipFill>
                        <pic:spPr>
                          <a:xfrm>
                            <a:off x="0" y="0"/>
                            <a:ext cx="1400000" cy="1400000"/>
                          </a:xfrm>
                          <a:prstGeom prst="rect">
                            <a:avLst/>
                          </a:prstGeom>
                        </pic:spPr>
                      </pic:pic>
                    </a:graphicData>
                  </a:graphic>
                </wp:inline>
              </w:drawing>
            </w:r>
          </w:p>
        </w:tc>
        <w:tc>
          <w:tcPr>
            <w:tcW w:w="1728" w:type="dxa"/>
          </w:tcPr>
          <w:p w14:paraId="751CDFF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IM(125)</w:t>
            </w:r>
          </w:p>
        </w:tc>
        <w:tc>
          <w:tcPr>
            <w:tcW w:w="1728" w:type="dxa"/>
          </w:tcPr>
          <w:p w14:paraId="6FC8CE3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0BD874AB" wp14:editId="0A00720F">
                  <wp:extent cx="1400000" cy="1400000"/>
                  <wp:effectExtent l="0" t="0" r="0" b="0"/>
                  <wp:docPr id="790" name="Picture 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25.png"/>
                          <pic:cNvPicPr/>
                        </pic:nvPicPr>
                        <pic:blipFill>
                          <a:blip r:embed="rId95"/>
                          <a:stretch>
                            <a:fillRect/>
                          </a:stretch>
                        </pic:blipFill>
                        <pic:spPr>
                          <a:xfrm>
                            <a:off x="0" y="0"/>
                            <a:ext cx="1400000" cy="1400000"/>
                          </a:xfrm>
                          <a:prstGeom prst="rect">
                            <a:avLst/>
                          </a:prstGeom>
                        </pic:spPr>
                      </pic:pic>
                    </a:graphicData>
                  </a:graphic>
                </wp:inline>
              </w:drawing>
            </w:r>
          </w:p>
        </w:tc>
      </w:tr>
      <w:tr w:rsidR="0080618B" w:rsidRPr="00CB52C3" w14:paraId="1646EC71" w14:textId="77777777" w:rsidTr="009B4FA6">
        <w:trPr>
          <w:jc w:val="center"/>
        </w:trPr>
        <w:tc>
          <w:tcPr>
            <w:tcW w:w="1728" w:type="dxa"/>
          </w:tcPr>
          <w:p w14:paraId="45E9121C"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lastRenderedPageBreak/>
              <w:t>5</w:t>
            </w:r>
          </w:p>
        </w:tc>
        <w:tc>
          <w:tcPr>
            <w:tcW w:w="1728" w:type="dxa"/>
          </w:tcPr>
          <w:p w14:paraId="1968A06E"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IM(188)</w:t>
            </w:r>
          </w:p>
        </w:tc>
        <w:tc>
          <w:tcPr>
            <w:tcW w:w="1728" w:type="dxa"/>
          </w:tcPr>
          <w:p w14:paraId="5DDF50C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E245AD1" wp14:editId="63BCE968">
                  <wp:extent cx="1400000" cy="1400000"/>
                  <wp:effectExtent l="0" t="0" r="0" b="0"/>
                  <wp:docPr id="791" name="Picture 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88.png"/>
                          <pic:cNvPicPr/>
                        </pic:nvPicPr>
                        <pic:blipFill>
                          <a:blip r:embed="rId119"/>
                          <a:stretch>
                            <a:fillRect/>
                          </a:stretch>
                        </pic:blipFill>
                        <pic:spPr>
                          <a:xfrm>
                            <a:off x="0" y="0"/>
                            <a:ext cx="1400000" cy="1400000"/>
                          </a:xfrm>
                          <a:prstGeom prst="rect">
                            <a:avLst/>
                          </a:prstGeom>
                        </pic:spPr>
                      </pic:pic>
                    </a:graphicData>
                  </a:graphic>
                </wp:inline>
              </w:drawing>
            </w:r>
          </w:p>
        </w:tc>
        <w:tc>
          <w:tcPr>
            <w:tcW w:w="1728" w:type="dxa"/>
          </w:tcPr>
          <w:p w14:paraId="5B2B0B0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IM(172)</w:t>
            </w:r>
          </w:p>
        </w:tc>
        <w:tc>
          <w:tcPr>
            <w:tcW w:w="1728" w:type="dxa"/>
          </w:tcPr>
          <w:p w14:paraId="1D530DD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615319CA" wp14:editId="4C114082">
                  <wp:extent cx="1400000" cy="1400000"/>
                  <wp:effectExtent l="0" t="0" r="0" b="0"/>
                  <wp:docPr id="792" name="Picture 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172.png"/>
                          <pic:cNvPicPr/>
                        </pic:nvPicPr>
                        <pic:blipFill>
                          <a:blip r:embed="rId96"/>
                          <a:stretch>
                            <a:fillRect/>
                          </a:stretch>
                        </pic:blipFill>
                        <pic:spPr>
                          <a:xfrm>
                            <a:off x="0" y="0"/>
                            <a:ext cx="1400000" cy="1400000"/>
                          </a:xfrm>
                          <a:prstGeom prst="rect">
                            <a:avLst/>
                          </a:prstGeom>
                        </pic:spPr>
                      </pic:pic>
                    </a:graphicData>
                  </a:graphic>
                </wp:inline>
              </w:drawing>
            </w:r>
          </w:p>
        </w:tc>
      </w:tr>
      <w:tr w:rsidR="0080618B" w:rsidRPr="00CB52C3" w14:paraId="0E9CBEAA" w14:textId="77777777" w:rsidTr="009B4FA6">
        <w:trPr>
          <w:jc w:val="center"/>
        </w:trPr>
        <w:tc>
          <w:tcPr>
            <w:tcW w:w="1728" w:type="dxa"/>
          </w:tcPr>
          <w:p w14:paraId="39E95DC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6</w:t>
            </w:r>
          </w:p>
        </w:tc>
        <w:tc>
          <w:tcPr>
            <w:tcW w:w="1728" w:type="dxa"/>
          </w:tcPr>
          <w:p w14:paraId="48BF740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IM(245)</w:t>
            </w:r>
          </w:p>
        </w:tc>
        <w:tc>
          <w:tcPr>
            <w:tcW w:w="1728" w:type="dxa"/>
          </w:tcPr>
          <w:p w14:paraId="73D24CF6"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CE4AB2B" wp14:editId="7B8778B1">
                  <wp:extent cx="1400000" cy="1400000"/>
                  <wp:effectExtent l="0" t="0" r="0" b="0"/>
                  <wp:docPr id="793" name="Picture 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45.png"/>
                          <pic:cNvPicPr/>
                        </pic:nvPicPr>
                        <pic:blipFill>
                          <a:blip r:embed="rId71"/>
                          <a:stretch>
                            <a:fillRect/>
                          </a:stretch>
                        </pic:blipFill>
                        <pic:spPr>
                          <a:xfrm>
                            <a:off x="0" y="0"/>
                            <a:ext cx="1400000" cy="1400000"/>
                          </a:xfrm>
                          <a:prstGeom prst="rect">
                            <a:avLst/>
                          </a:prstGeom>
                        </pic:spPr>
                      </pic:pic>
                    </a:graphicData>
                  </a:graphic>
                </wp:inline>
              </w:drawing>
            </w:r>
          </w:p>
        </w:tc>
        <w:tc>
          <w:tcPr>
            <w:tcW w:w="1728" w:type="dxa"/>
          </w:tcPr>
          <w:p w14:paraId="65DF6A3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IM(229)</w:t>
            </w:r>
          </w:p>
        </w:tc>
        <w:tc>
          <w:tcPr>
            <w:tcW w:w="1728" w:type="dxa"/>
          </w:tcPr>
          <w:p w14:paraId="46FA625F"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72E29F8" wp14:editId="610CD8BF">
                  <wp:extent cx="1400000" cy="1400000"/>
                  <wp:effectExtent l="0" t="0" r="0" b="0"/>
                  <wp:docPr id="794" name="Picture 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229.png"/>
                          <pic:cNvPicPr/>
                        </pic:nvPicPr>
                        <pic:blipFill>
                          <a:blip r:embed="rId97"/>
                          <a:stretch>
                            <a:fillRect/>
                          </a:stretch>
                        </pic:blipFill>
                        <pic:spPr>
                          <a:xfrm>
                            <a:off x="0" y="0"/>
                            <a:ext cx="1400000" cy="1400000"/>
                          </a:xfrm>
                          <a:prstGeom prst="rect">
                            <a:avLst/>
                          </a:prstGeom>
                        </pic:spPr>
                      </pic:pic>
                    </a:graphicData>
                  </a:graphic>
                </wp:inline>
              </w:drawing>
            </w:r>
          </w:p>
        </w:tc>
      </w:tr>
      <w:tr w:rsidR="0080618B" w:rsidRPr="00CB52C3" w14:paraId="13A6BE8A" w14:textId="77777777" w:rsidTr="009B4FA6">
        <w:trPr>
          <w:jc w:val="center"/>
        </w:trPr>
        <w:tc>
          <w:tcPr>
            <w:tcW w:w="1728" w:type="dxa"/>
          </w:tcPr>
          <w:p w14:paraId="2E4B45AB"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7</w:t>
            </w:r>
          </w:p>
        </w:tc>
        <w:tc>
          <w:tcPr>
            <w:tcW w:w="1728" w:type="dxa"/>
          </w:tcPr>
          <w:p w14:paraId="18BC76A8"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IM(314)</w:t>
            </w:r>
          </w:p>
        </w:tc>
        <w:tc>
          <w:tcPr>
            <w:tcW w:w="1728" w:type="dxa"/>
          </w:tcPr>
          <w:p w14:paraId="1120D41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44E4066E" wp14:editId="7AD78B24">
                  <wp:extent cx="1400000" cy="1400000"/>
                  <wp:effectExtent l="0" t="0" r="0" b="0"/>
                  <wp:docPr id="795" name="Picture 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14.png"/>
                          <pic:cNvPicPr/>
                        </pic:nvPicPr>
                        <pic:blipFill>
                          <a:blip r:embed="rId72"/>
                          <a:stretch>
                            <a:fillRect/>
                          </a:stretch>
                        </pic:blipFill>
                        <pic:spPr>
                          <a:xfrm>
                            <a:off x="0" y="0"/>
                            <a:ext cx="1400000" cy="1400000"/>
                          </a:xfrm>
                          <a:prstGeom prst="rect">
                            <a:avLst/>
                          </a:prstGeom>
                        </pic:spPr>
                      </pic:pic>
                    </a:graphicData>
                  </a:graphic>
                </wp:inline>
              </w:drawing>
            </w:r>
          </w:p>
        </w:tc>
        <w:tc>
          <w:tcPr>
            <w:tcW w:w="1728" w:type="dxa"/>
          </w:tcPr>
          <w:p w14:paraId="33752DA7"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IM(306)</w:t>
            </w:r>
          </w:p>
        </w:tc>
        <w:tc>
          <w:tcPr>
            <w:tcW w:w="1728" w:type="dxa"/>
          </w:tcPr>
          <w:p w14:paraId="31653B75"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A01D479" wp14:editId="7340EB1D">
                  <wp:extent cx="1400000" cy="1400000"/>
                  <wp:effectExtent l="0" t="0" r="0" b="0"/>
                  <wp:docPr id="796" name="Picture 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06.png"/>
                          <pic:cNvPicPr/>
                        </pic:nvPicPr>
                        <pic:blipFill>
                          <a:blip r:embed="rId98"/>
                          <a:stretch>
                            <a:fillRect/>
                          </a:stretch>
                        </pic:blipFill>
                        <pic:spPr>
                          <a:xfrm>
                            <a:off x="0" y="0"/>
                            <a:ext cx="1400000" cy="1400000"/>
                          </a:xfrm>
                          <a:prstGeom prst="rect">
                            <a:avLst/>
                          </a:prstGeom>
                        </pic:spPr>
                      </pic:pic>
                    </a:graphicData>
                  </a:graphic>
                </wp:inline>
              </w:drawing>
            </w:r>
          </w:p>
        </w:tc>
      </w:tr>
      <w:tr w:rsidR="0080618B" w:rsidRPr="00CB52C3" w14:paraId="5D32F337" w14:textId="77777777" w:rsidTr="009B4FA6">
        <w:trPr>
          <w:jc w:val="center"/>
        </w:trPr>
        <w:tc>
          <w:tcPr>
            <w:tcW w:w="1728" w:type="dxa"/>
          </w:tcPr>
          <w:p w14:paraId="7EE86F1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8</w:t>
            </w:r>
          </w:p>
        </w:tc>
        <w:tc>
          <w:tcPr>
            <w:tcW w:w="1728" w:type="dxa"/>
          </w:tcPr>
          <w:p w14:paraId="35FB1069"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IM(366)</w:t>
            </w:r>
          </w:p>
        </w:tc>
        <w:tc>
          <w:tcPr>
            <w:tcW w:w="1728" w:type="dxa"/>
          </w:tcPr>
          <w:p w14:paraId="7BB16F92"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1C88AA7A" wp14:editId="4200D65F">
                  <wp:extent cx="1400000" cy="1400000"/>
                  <wp:effectExtent l="0" t="0" r="0" b="0"/>
                  <wp:docPr id="797" name="Picture 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66.png"/>
                          <pic:cNvPicPr/>
                        </pic:nvPicPr>
                        <pic:blipFill>
                          <a:blip r:embed="rId107"/>
                          <a:stretch>
                            <a:fillRect/>
                          </a:stretch>
                        </pic:blipFill>
                        <pic:spPr>
                          <a:xfrm>
                            <a:off x="0" y="0"/>
                            <a:ext cx="1400000" cy="1400000"/>
                          </a:xfrm>
                          <a:prstGeom prst="rect">
                            <a:avLst/>
                          </a:prstGeom>
                        </pic:spPr>
                      </pic:pic>
                    </a:graphicData>
                  </a:graphic>
                </wp:inline>
              </w:drawing>
            </w:r>
          </w:p>
        </w:tc>
        <w:tc>
          <w:tcPr>
            <w:tcW w:w="1728" w:type="dxa"/>
          </w:tcPr>
          <w:p w14:paraId="611235AA"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sz w:val="24"/>
                <w:szCs w:val="24"/>
              </w:rPr>
              <w:t>IM(366)</w:t>
            </w:r>
          </w:p>
        </w:tc>
        <w:tc>
          <w:tcPr>
            <w:tcW w:w="1728" w:type="dxa"/>
          </w:tcPr>
          <w:p w14:paraId="12A19DE4" w14:textId="77777777" w:rsidR="0080618B" w:rsidRPr="00CB52C3" w:rsidRDefault="0080618B" w:rsidP="00431F65">
            <w:pPr>
              <w:spacing w:line="480" w:lineRule="auto"/>
              <w:rPr>
                <w:rFonts w:ascii="Times New Roman" w:hAnsi="Times New Roman"/>
                <w:sz w:val="24"/>
                <w:szCs w:val="24"/>
              </w:rPr>
            </w:pPr>
            <w:r w:rsidRPr="00CB52C3">
              <w:rPr>
                <w:rFonts w:ascii="Times New Roman" w:hAnsi="Times New Roman"/>
                <w:noProof/>
                <w:sz w:val="24"/>
                <w:szCs w:val="24"/>
              </w:rPr>
              <w:drawing>
                <wp:inline distT="0" distB="0" distL="0" distR="0" wp14:anchorId="352CE25D" wp14:editId="15F4DA30">
                  <wp:extent cx="1400000" cy="1400000"/>
                  <wp:effectExtent l="0" t="0" r="0" b="0"/>
                  <wp:docPr id="798" name="Picture 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ies_366.png"/>
                          <pic:cNvPicPr/>
                        </pic:nvPicPr>
                        <pic:blipFill>
                          <a:blip r:embed="rId107"/>
                          <a:stretch>
                            <a:fillRect/>
                          </a:stretch>
                        </pic:blipFill>
                        <pic:spPr>
                          <a:xfrm>
                            <a:off x="0" y="0"/>
                            <a:ext cx="1400000" cy="1400000"/>
                          </a:xfrm>
                          <a:prstGeom prst="rect">
                            <a:avLst/>
                          </a:prstGeom>
                        </pic:spPr>
                      </pic:pic>
                    </a:graphicData>
                  </a:graphic>
                </wp:inline>
              </w:drawing>
            </w:r>
          </w:p>
        </w:tc>
      </w:tr>
    </w:tbl>
    <w:p w14:paraId="3E49D68F" w14:textId="6EF18E91" w:rsidR="00097934" w:rsidRPr="00CB52C3" w:rsidRDefault="00097934" w:rsidP="00431F65">
      <w:pPr>
        <w:spacing w:line="480" w:lineRule="auto"/>
        <w:rPr>
          <w:rFonts w:ascii="Times New Roman" w:hAnsi="Times New Roman"/>
          <w:sz w:val="24"/>
          <w:szCs w:val="24"/>
        </w:rPr>
      </w:pPr>
    </w:p>
    <w:sectPr w:rsidR="00097934" w:rsidRPr="00CB52C3" w:rsidSect="0098458E">
      <w:footerReference w:type="default" r:id="rId127"/>
      <w:pgSz w:w="11906" w:h="16838"/>
      <w:pgMar w:top="1440" w:right="1440" w:bottom="1440" w:left="1440" w:header="851" w:footer="85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C60392" w14:textId="77777777" w:rsidR="00AC6CE9" w:rsidRDefault="00AC6CE9">
      <w:r>
        <w:separator/>
      </w:r>
    </w:p>
  </w:endnote>
  <w:endnote w:type="continuationSeparator" w:id="0">
    <w:p w14:paraId="3EAFFB11" w14:textId="77777777" w:rsidR="00AC6CE9" w:rsidRDefault="00AC6C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imes">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NewRomanPSMT">
    <w:altName w:val="Times New Roman"/>
    <w:panose1 w:val="00000000000000000000"/>
    <w:charset w:val="00"/>
    <w:family w:val="roman"/>
    <w:notTrueType/>
    <w:pitch w:val="default"/>
  </w:font>
  <w:font w:name="Courier">
    <w:panose1 w:val="02070409020205020404"/>
    <w:charset w:val="00"/>
    <w:family w:val="auto"/>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64603631"/>
      <w:docPartObj>
        <w:docPartGallery w:val="Page Numbers (Bottom of Page)"/>
        <w:docPartUnique/>
      </w:docPartObj>
    </w:sdtPr>
    <w:sdtEndPr/>
    <w:sdtContent>
      <w:p w14:paraId="1B6BAD5C" w14:textId="66E0F7D1" w:rsidR="001E353B" w:rsidRDefault="001E353B">
        <w:pPr>
          <w:pStyle w:val="Footer"/>
          <w:jc w:val="center"/>
        </w:pPr>
        <w:r w:rsidRPr="0098458E">
          <w:rPr>
            <w:rFonts w:ascii="Times New Roman" w:hAnsi="Times New Roman"/>
            <w:sz w:val="24"/>
            <w:szCs w:val="24"/>
          </w:rPr>
          <w:fldChar w:fldCharType="begin"/>
        </w:r>
        <w:r w:rsidRPr="0098458E">
          <w:rPr>
            <w:rFonts w:ascii="Times New Roman" w:hAnsi="Times New Roman"/>
            <w:sz w:val="24"/>
            <w:szCs w:val="24"/>
          </w:rPr>
          <w:instrText>PAGE   \* MERGEFORMAT</w:instrText>
        </w:r>
        <w:r w:rsidRPr="0098458E">
          <w:rPr>
            <w:rFonts w:ascii="Times New Roman" w:hAnsi="Times New Roman"/>
            <w:sz w:val="24"/>
            <w:szCs w:val="24"/>
          </w:rPr>
          <w:fldChar w:fldCharType="separate"/>
        </w:r>
        <w:r w:rsidRPr="00556B51">
          <w:rPr>
            <w:rFonts w:ascii="Times New Roman" w:hAnsi="Times New Roman"/>
            <w:noProof/>
            <w:sz w:val="24"/>
            <w:szCs w:val="24"/>
            <w:lang w:val="zh-CN"/>
          </w:rPr>
          <w:t>5</w:t>
        </w:r>
        <w:r w:rsidRPr="0098458E">
          <w:rPr>
            <w:rFonts w:ascii="Times New Roman" w:hAnsi="Times New Roman"/>
            <w:sz w:val="24"/>
            <w:szCs w:val="24"/>
          </w:rPr>
          <w:fldChar w:fldCharType="end"/>
        </w:r>
      </w:p>
    </w:sdtContent>
  </w:sdt>
  <w:p w14:paraId="732AD8E5" w14:textId="77777777" w:rsidR="001E353B" w:rsidRDefault="001E35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9E8691" w14:textId="77777777" w:rsidR="00AC6CE9" w:rsidRDefault="00AC6CE9">
      <w:r>
        <w:separator/>
      </w:r>
    </w:p>
  </w:footnote>
  <w:footnote w:type="continuationSeparator" w:id="0">
    <w:p w14:paraId="0F20D92C" w14:textId="77777777" w:rsidR="00AC6CE9" w:rsidRDefault="00AC6C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4444418"/>
    <w:multiLevelType w:val="hybridMultilevel"/>
    <w:tmpl w:val="CACA2C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BFA30EB"/>
    <w:multiLevelType w:val="hybridMultilevel"/>
    <w:tmpl w:val="DC28873C"/>
    <w:lvl w:ilvl="0" w:tplc="7EA27756">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ED63EC1"/>
    <w:multiLevelType w:val="hybridMultilevel"/>
    <w:tmpl w:val="BF0A7998"/>
    <w:lvl w:ilvl="0" w:tplc="BC24342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37D1A47"/>
    <w:multiLevelType w:val="hybridMultilevel"/>
    <w:tmpl w:val="9B36F904"/>
    <w:lvl w:ilvl="0" w:tplc="1009000F">
      <w:start w:val="1"/>
      <w:numFmt w:val="decimal"/>
      <w:lvlText w:val="%1."/>
      <w:lvlJc w:val="left"/>
      <w:pPr>
        <w:ind w:left="1077" w:hanging="360"/>
      </w:pPr>
    </w:lvl>
    <w:lvl w:ilvl="1" w:tplc="10090019" w:tentative="1">
      <w:start w:val="1"/>
      <w:numFmt w:val="lowerLetter"/>
      <w:lvlText w:val="%2."/>
      <w:lvlJc w:val="left"/>
      <w:pPr>
        <w:ind w:left="1797" w:hanging="360"/>
      </w:pPr>
    </w:lvl>
    <w:lvl w:ilvl="2" w:tplc="1009001B" w:tentative="1">
      <w:start w:val="1"/>
      <w:numFmt w:val="lowerRoman"/>
      <w:lvlText w:val="%3."/>
      <w:lvlJc w:val="right"/>
      <w:pPr>
        <w:ind w:left="2517" w:hanging="180"/>
      </w:pPr>
    </w:lvl>
    <w:lvl w:ilvl="3" w:tplc="1009000F" w:tentative="1">
      <w:start w:val="1"/>
      <w:numFmt w:val="decimal"/>
      <w:lvlText w:val="%4."/>
      <w:lvlJc w:val="left"/>
      <w:pPr>
        <w:ind w:left="3237" w:hanging="360"/>
      </w:pPr>
    </w:lvl>
    <w:lvl w:ilvl="4" w:tplc="10090019" w:tentative="1">
      <w:start w:val="1"/>
      <w:numFmt w:val="lowerLetter"/>
      <w:lvlText w:val="%5."/>
      <w:lvlJc w:val="left"/>
      <w:pPr>
        <w:ind w:left="3957" w:hanging="360"/>
      </w:pPr>
    </w:lvl>
    <w:lvl w:ilvl="5" w:tplc="1009001B" w:tentative="1">
      <w:start w:val="1"/>
      <w:numFmt w:val="lowerRoman"/>
      <w:lvlText w:val="%6."/>
      <w:lvlJc w:val="right"/>
      <w:pPr>
        <w:ind w:left="4677" w:hanging="180"/>
      </w:pPr>
    </w:lvl>
    <w:lvl w:ilvl="6" w:tplc="1009000F" w:tentative="1">
      <w:start w:val="1"/>
      <w:numFmt w:val="decimal"/>
      <w:lvlText w:val="%7."/>
      <w:lvlJc w:val="left"/>
      <w:pPr>
        <w:ind w:left="5397" w:hanging="360"/>
      </w:pPr>
    </w:lvl>
    <w:lvl w:ilvl="7" w:tplc="10090019" w:tentative="1">
      <w:start w:val="1"/>
      <w:numFmt w:val="lowerLetter"/>
      <w:lvlText w:val="%8."/>
      <w:lvlJc w:val="left"/>
      <w:pPr>
        <w:ind w:left="6117" w:hanging="360"/>
      </w:pPr>
    </w:lvl>
    <w:lvl w:ilvl="8" w:tplc="1009001B" w:tentative="1">
      <w:start w:val="1"/>
      <w:numFmt w:val="lowerRoman"/>
      <w:lvlText w:val="%9."/>
      <w:lvlJc w:val="right"/>
      <w:pPr>
        <w:ind w:left="6837" w:hanging="180"/>
      </w:pPr>
    </w:lvl>
  </w:abstractNum>
  <w:abstractNum w:abstractNumId="13" w15:restartNumberingAfterBreak="0">
    <w:nsid w:val="247025D7"/>
    <w:multiLevelType w:val="hybridMultilevel"/>
    <w:tmpl w:val="675A4F7A"/>
    <w:lvl w:ilvl="0" w:tplc="0212AB54">
      <w:start w:val="6000"/>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31FE24A7"/>
    <w:multiLevelType w:val="hybridMultilevel"/>
    <w:tmpl w:val="07AA830A"/>
    <w:lvl w:ilvl="0" w:tplc="4B94FB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4B140606"/>
    <w:multiLevelType w:val="hybridMultilevel"/>
    <w:tmpl w:val="9C12073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52ED0C95"/>
    <w:multiLevelType w:val="hybridMultilevel"/>
    <w:tmpl w:val="04BA9222"/>
    <w:lvl w:ilvl="0" w:tplc="BE0AFFF6">
      <w:start w:val="1"/>
      <w:numFmt w:val="decimal"/>
      <w:lvlText w:val="%1"/>
      <w:lvlJc w:val="left"/>
      <w:pPr>
        <w:ind w:left="717" w:hanging="360"/>
      </w:pPr>
      <w:rPr>
        <w:rFonts w:hint="default"/>
      </w:rPr>
    </w:lvl>
    <w:lvl w:ilvl="1" w:tplc="10090019" w:tentative="1">
      <w:start w:val="1"/>
      <w:numFmt w:val="lowerLetter"/>
      <w:lvlText w:val="%2."/>
      <w:lvlJc w:val="left"/>
      <w:pPr>
        <w:ind w:left="1437" w:hanging="360"/>
      </w:pPr>
    </w:lvl>
    <w:lvl w:ilvl="2" w:tplc="1009001B" w:tentative="1">
      <w:start w:val="1"/>
      <w:numFmt w:val="lowerRoman"/>
      <w:lvlText w:val="%3."/>
      <w:lvlJc w:val="right"/>
      <w:pPr>
        <w:ind w:left="2157" w:hanging="180"/>
      </w:pPr>
    </w:lvl>
    <w:lvl w:ilvl="3" w:tplc="1009000F" w:tentative="1">
      <w:start w:val="1"/>
      <w:numFmt w:val="decimal"/>
      <w:lvlText w:val="%4."/>
      <w:lvlJc w:val="left"/>
      <w:pPr>
        <w:ind w:left="2877" w:hanging="360"/>
      </w:pPr>
    </w:lvl>
    <w:lvl w:ilvl="4" w:tplc="10090019" w:tentative="1">
      <w:start w:val="1"/>
      <w:numFmt w:val="lowerLetter"/>
      <w:lvlText w:val="%5."/>
      <w:lvlJc w:val="left"/>
      <w:pPr>
        <w:ind w:left="3597" w:hanging="360"/>
      </w:pPr>
    </w:lvl>
    <w:lvl w:ilvl="5" w:tplc="1009001B" w:tentative="1">
      <w:start w:val="1"/>
      <w:numFmt w:val="lowerRoman"/>
      <w:lvlText w:val="%6."/>
      <w:lvlJc w:val="right"/>
      <w:pPr>
        <w:ind w:left="4317" w:hanging="180"/>
      </w:pPr>
    </w:lvl>
    <w:lvl w:ilvl="6" w:tplc="1009000F" w:tentative="1">
      <w:start w:val="1"/>
      <w:numFmt w:val="decimal"/>
      <w:lvlText w:val="%7."/>
      <w:lvlJc w:val="left"/>
      <w:pPr>
        <w:ind w:left="5037" w:hanging="360"/>
      </w:pPr>
    </w:lvl>
    <w:lvl w:ilvl="7" w:tplc="10090019" w:tentative="1">
      <w:start w:val="1"/>
      <w:numFmt w:val="lowerLetter"/>
      <w:lvlText w:val="%8."/>
      <w:lvlJc w:val="left"/>
      <w:pPr>
        <w:ind w:left="5757" w:hanging="360"/>
      </w:pPr>
    </w:lvl>
    <w:lvl w:ilvl="8" w:tplc="1009001B" w:tentative="1">
      <w:start w:val="1"/>
      <w:numFmt w:val="lowerRoman"/>
      <w:lvlText w:val="%9."/>
      <w:lvlJc w:val="right"/>
      <w:pPr>
        <w:ind w:left="6477" w:hanging="180"/>
      </w:pPr>
    </w:lvl>
  </w:abstractNum>
  <w:abstractNum w:abstractNumId="17" w15:restartNumberingAfterBreak="0">
    <w:nsid w:val="5C5333AC"/>
    <w:multiLevelType w:val="multilevel"/>
    <w:tmpl w:val="F1002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CD43CB6"/>
    <w:multiLevelType w:val="hybridMultilevel"/>
    <w:tmpl w:val="687E38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13"/>
  </w:num>
  <w:num w:numId="3">
    <w:abstractNumId w:val="10"/>
  </w:num>
  <w:num w:numId="4">
    <w:abstractNumId w:val="14"/>
  </w:num>
  <w:num w:numId="5">
    <w:abstractNumId w:val="11"/>
  </w:num>
  <w:num w:numId="6">
    <w:abstractNumId w:val="15"/>
  </w:num>
  <w:num w:numId="7">
    <w:abstractNumId w:val="12"/>
  </w:num>
  <w:num w:numId="8">
    <w:abstractNumId w:val="16"/>
  </w:num>
  <w:num w:numId="9">
    <w:abstractNumId w:val="9"/>
  </w:num>
  <w:num w:numId="10">
    <w:abstractNumId w:val="18"/>
  </w:num>
  <w:num w:numId="11">
    <w:abstractNumId w:val="8"/>
  </w:num>
  <w:num w:numId="12">
    <w:abstractNumId w:val="6"/>
  </w:num>
  <w:num w:numId="13">
    <w:abstractNumId w:val="5"/>
  </w:num>
  <w:num w:numId="14">
    <w:abstractNumId w:val="4"/>
  </w:num>
  <w:num w:numId="15">
    <w:abstractNumId w:val="7"/>
  </w:num>
  <w:num w:numId="16">
    <w:abstractNumId w:val="3"/>
  </w:num>
  <w:num w:numId="17">
    <w:abstractNumId w:val="2"/>
  </w:num>
  <w:num w:numId="18">
    <w:abstractNumId w:val="1"/>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EzMzExMLYAMo0NzZR0lIJTi4sz8/NACowMawHF7gKYLQ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vxsett92f9p5gevzpo5satx9peas0srxp5e&quot;&gt;toronto&lt;record-ids&gt;&lt;item&gt;93&lt;/item&gt;&lt;item&gt;353&lt;/item&gt;&lt;item&gt;411&lt;/item&gt;&lt;item&gt;764&lt;/item&gt;&lt;item&gt;765&lt;/item&gt;&lt;item&gt;4520&lt;/item&gt;&lt;item&gt;4521&lt;/item&gt;&lt;item&gt;4522&lt;/item&gt;&lt;item&gt;4523&lt;/item&gt;&lt;item&gt;4524&lt;/item&gt;&lt;item&gt;6820&lt;/item&gt;&lt;item&gt;9506&lt;/item&gt;&lt;item&gt;9519&lt;/item&gt;&lt;item&gt;9520&lt;/item&gt;&lt;item&gt;9521&lt;/item&gt;&lt;item&gt;9526&lt;/item&gt;&lt;item&gt;10115&lt;/item&gt;&lt;item&gt;10164&lt;/item&gt;&lt;item&gt;10231&lt;/item&gt;&lt;item&gt;10484&lt;/item&gt;&lt;item&gt;10577&lt;/item&gt;&lt;/record-ids&gt;&lt;/item&gt;&lt;/Libraries&gt;"/>
  </w:docVars>
  <w:rsids>
    <w:rsidRoot w:val="008F5C51"/>
    <w:rsid w:val="0000087B"/>
    <w:rsid w:val="0001666B"/>
    <w:rsid w:val="00021DAA"/>
    <w:rsid w:val="000257BF"/>
    <w:rsid w:val="000313D9"/>
    <w:rsid w:val="00034D6C"/>
    <w:rsid w:val="00042D1A"/>
    <w:rsid w:val="00043747"/>
    <w:rsid w:val="00045B82"/>
    <w:rsid w:val="00045F78"/>
    <w:rsid w:val="0004665E"/>
    <w:rsid w:val="00047FCE"/>
    <w:rsid w:val="00056566"/>
    <w:rsid w:val="000576D6"/>
    <w:rsid w:val="00057A49"/>
    <w:rsid w:val="00067FA8"/>
    <w:rsid w:val="00072E49"/>
    <w:rsid w:val="000737A6"/>
    <w:rsid w:val="00076D61"/>
    <w:rsid w:val="00081241"/>
    <w:rsid w:val="00081DE6"/>
    <w:rsid w:val="00084FEC"/>
    <w:rsid w:val="000855AD"/>
    <w:rsid w:val="00086494"/>
    <w:rsid w:val="000923CC"/>
    <w:rsid w:val="0009322F"/>
    <w:rsid w:val="00097934"/>
    <w:rsid w:val="000B08BA"/>
    <w:rsid w:val="000B550D"/>
    <w:rsid w:val="000B6820"/>
    <w:rsid w:val="000C2196"/>
    <w:rsid w:val="000C2810"/>
    <w:rsid w:val="000D0F23"/>
    <w:rsid w:val="000D63A3"/>
    <w:rsid w:val="000E1D00"/>
    <w:rsid w:val="000E7ADF"/>
    <w:rsid w:val="000F2DF3"/>
    <w:rsid w:val="000F568E"/>
    <w:rsid w:val="000F6109"/>
    <w:rsid w:val="000F6D85"/>
    <w:rsid w:val="00101ECD"/>
    <w:rsid w:val="001025E7"/>
    <w:rsid w:val="00102FD9"/>
    <w:rsid w:val="00103A4E"/>
    <w:rsid w:val="00104D2F"/>
    <w:rsid w:val="00106AA0"/>
    <w:rsid w:val="001076F7"/>
    <w:rsid w:val="001248AF"/>
    <w:rsid w:val="0012516E"/>
    <w:rsid w:val="00125EEC"/>
    <w:rsid w:val="00127F7A"/>
    <w:rsid w:val="00130741"/>
    <w:rsid w:val="00131FA0"/>
    <w:rsid w:val="00132B23"/>
    <w:rsid w:val="00132FAE"/>
    <w:rsid w:val="00134475"/>
    <w:rsid w:val="001437FE"/>
    <w:rsid w:val="00145773"/>
    <w:rsid w:val="001530EA"/>
    <w:rsid w:val="00156940"/>
    <w:rsid w:val="00162602"/>
    <w:rsid w:val="001636BB"/>
    <w:rsid w:val="00164B5F"/>
    <w:rsid w:val="00167D0F"/>
    <w:rsid w:val="00170494"/>
    <w:rsid w:val="001724D4"/>
    <w:rsid w:val="001742AA"/>
    <w:rsid w:val="001817BC"/>
    <w:rsid w:val="0018311C"/>
    <w:rsid w:val="001860CE"/>
    <w:rsid w:val="00186CED"/>
    <w:rsid w:val="001A013C"/>
    <w:rsid w:val="001A3D43"/>
    <w:rsid w:val="001A4518"/>
    <w:rsid w:val="001B0730"/>
    <w:rsid w:val="001B1704"/>
    <w:rsid w:val="001B19F8"/>
    <w:rsid w:val="001B2654"/>
    <w:rsid w:val="001B3B6E"/>
    <w:rsid w:val="001C3F8E"/>
    <w:rsid w:val="001D3D4D"/>
    <w:rsid w:val="001E0BE6"/>
    <w:rsid w:val="001E1478"/>
    <w:rsid w:val="001E22B9"/>
    <w:rsid w:val="001E353B"/>
    <w:rsid w:val="0020435A"/>
    <w:rsid w:val="00212659"/>
    <w:rsid w:val="002140D5"/>
    <w:rsid w:val="00221173"/>
    <w:rsid w:val="002215C5"/>
    <w:rsid w:val="00223160"/>
    <w:rsid w:val="00223510"/>
    <w:rsid w:val="0023117E"/>
    <w:rsid w:val="00231D6B"/>
    <w:rsid w:val="00233702"/>
    <w:rsid w:val="002345D4"/>
    <w:rsid w:val="00234806"/>
    <w:rsid w:val="00234837"/>
    <w:rsid w:val="00243210"/>
    <w:rsid w:val="00244B9D"/>
    <w:rsid w:val="00251288"/>
    <w:rsid w:val="00253535"/>
    <w:rsid w:val="00254217"/>
    <w:rsid w:val="00255208"/>
    <w:rsid w:val="002556CC"/>
    <w:rsid w:val="00261C7C"/>
    <w:rsid w:val="00263116"/>
    <w:rsid w:val="00264055"/>
    <w:rsid w:val="00264922"/>
    <w:rsid w:val="00272540"/>
    <w:rsid w:val="002725FA"/>
    <w:rsid w:val="00274477"/>
    <w:rsid w:val="002748B0"/>
    <w:rsid w:val="00274F08"/>
    <w:rsid w:val="0027665A"/>
    <w:rsid w:val="0027744B"/>
    <w:rsid w:val="00291884"/>
    <w:rsid w:val="00296C76"/>
    <w:rsid w:val="002A43A9"/>
    <w:rsid w:val="002A577B"/>
    <w:rsid w:val="002B1E94"/>
    <w:rsid w:val="002C23F9"/>
    <w:rsid w:val="002C439F"/>
    <w:rsid w:val="002C473D"/>
    <w:rsid w:val="002C6F1F"/>
    <w:rsid w:val="002D18FC"/>
    <w:rsid w:val="002D786F"/>
    <w:rsid w:val="002E0371"/>
    <w:rsid w:val="002F0230"/>
    <w:rsid w:val="002F0D8B"/>
    <w:rsid w:val="002F4C58"/>
    <w:rsid w:val="002F51CF"/>
    <w:rsid w:val="003012E5"/>
    <w:rsid w:val="00301A51"/>
    <w:rsid w:val="0030396E"/>
    <w:rsid w:val="00303FD6"/>
    <w:rsid w:val="00305F49"/>
    <w:rsid w:val="00310A09"/>
    <w:rsid w:val="0031736E"/>
    <w:rsid w:val="00320A0B"/>
    <w:rsid w:val="0032138D"/>
    <w:rsid w:val="00324A62"/>
    <w:rsid w:val="00325897"/>
    <w:rsid w:val="00325E3C"/>
    <w:rsid w:val="00331639"/>
    <w:rsid w:val="00331DBF"/>
    <w:rsid w:val="00333D0B"/>
    <w:rsid w:val="00335417"/>
    <w:rsid w:val="0034391C"/>
    <w:rsid w:val="00347788"/>
    <w:rsid w:val="0035325B"/>
    <w:rsid w:val="00354A17"/>
    <w:rsid w:val="00354F64"/>
    <w:rsid w:val="00355F92"/>
    <w:rsid w:val="00357A18"/>
    <w:rsid w:val="00361F13"/>
    <w:rsid w:val="00363B63"/>
    <w:rsid w:val="00363BF5"/>
    <w:rsid w:val="0036459A"/>
    <w:rsid w:val="00365FF1"/>
    <w:rsid w:val="003701F2"/>
    <w:rsid w:val="003718ED"/>
    <w:rsid w:val="00374A62"/>
    <w:rsid w:val="00381451"/>
    <w:rsid w:val="003833C9"/>
    <w:rsid w:val="00390AA2"/>
    <w:rsid w:val="003910BF"/>
    <w:rsid w:val="003A0FC9"/>
    <w:rsid w:val="003A3365"/>
    <w:rsid w:val="003A363A"/>
    <w:rsid w:val="003A6384"/>
    <w:rsid w:val="003B3468"/>
    <w:rsid w:val="003B5EFD"/>
    <w:rsid w:val="003C0C70"/>
    <w:rsid w:val="003C46D3"/>
    <w:rsid w:val="003C720F"/>
    <w:rsid w:val="003C76A1"/>
    <w:rsid w:val="003D3D30"/>
    <w:rsid w:val="003D588F"/>
    <w:rsid w:val="003E3B5C"/>
    <w:rsid w:val="003E7532"/>
    <w:rsid w:val="003F6792"/>
    <w:rsid w:val="004023E8"/>
    <w:rsid w:val="004026EE"/>
    <w:rsid w:val="004069CC"/>
    <w:rsid w:val="0040701D"/>
    <w:rsid w:val="004101FD"/>
    <w:rsid w:val="0041234E"/>
    <w:rsid w:val="00413A0B"/>
    <w:rsid w:val="0041739E"/>
    <w:rsid w:val="00417DAD"/>
    <w:rsid w:val="004219AF"/>
    <w:rsid w:val="00422E98"/>
    <w:rsid w:val="00423BD1"/>
    <w:rsid w:val="00423C6D"/>
    <w:rsid w:val="004271A2"/>
    <w:rsid w:val="00431F65"/>
    <w:rsid w:val="00433216"/>
    <w:rsid w:val="00434126"/>
    <w:rsid w:val="004449B1"/>
    <w:rsid w:val="00444B91"/>
    <w:rsid w:val="0045395C"/>
    <w:rsid w:val="00466BE9"/>
    <w:rsid w:val="00467513"/>
    <w:rsid w:val="00470365"/>
    <w:rsid w:val="004719BE"/>
    <w:rsid w:val="00472214"/>
    <w:rsid w:val="004733D9"/>
    <w:rsid w:val="00480FFF"/>
    <w:rsid w:val="00485FA7"/>
    <w:rsid w:val="00490097"/>
    <w:rsid w:val="00490B13"/>
    <w:rsid w:val="004910CC"/>
    <w:rsid w:val="004955CD"/>
    <w:rsid w:val="004966D3"/>
    <w:rsid w:val="00496B87"/>
    <w:rsid w:val="004A1A4B"/>
    <w:rsid w:val="004A2B95"/>
    <w:rsid w:val="004A6AC6"/>
    <w:rsid w:val="004A7628"/>
    <w:rsid w:val="004B0544"/>
    <w:rsid w:val="004B68B3"/>
    <w:rsid w:val="004B7D97"/>
    <w:rsid w:val="004B7F3E"/>
    <w:rsid w:val="004C39F0"/>
    <w:rsid w:val="004C5C0F"/>
    <w:rsid w:val="004C5F96"/>
    <w:rsid w:val="004C7CCF"/>
    <w:rsid w:val="004D2391"/>
    <w:rsid w:val="004D4708"/>
    <w:rsid w:val="004D525C"/>
    <w:rsid w:val="004D7A6B"/>
    <w:rsid w:val="004E0389"/>
    <w:rsid w:val="004E5A68"/>
    <w:rsid w:val="004F0B47"/>
    <w:rsid w:val="004F2281"/>
    <w:rsid w:val="0050632D"/>
    <w:rsid w:val="00512D06"/>
    <w:rsid w:val="005155D3"/>
    <w:rsid w:val="00515AB4"/>
    <w:rsid w:val="0052180B"/>
    <w:rsid w:val="00524AFD"/>
    <w:rsid w:val="005272C5"/>
    <w:rsid w:val="0053041B"/>
    <w:rsid w:val="0053596E"/>
    <w:rsid w:val="005412B6"/>
    <w:rsid w:val="00541F52"/>
    <w:rsid w:val="005439B2"/>
    <w:rsid w:val="00544503"/>
    <w:rsid w:val="00547681"/>
    <w:rsid w:val="00550880"/>
    <w:rsid w:val="00551AC5"/>
    <w:rsid w:val="00553D05"/>
    <w:rsid w:val="00556B51"/>
    <w:rsid w:val="005601F7"/>
    <w:rsid w:val="00560754"/>
    <w:rsid w:val="005612E2"/>
    <w:rsid w:val="00562436"/>
    <w:rsid w:val="00563692"/>
    <w:rsid w:val="0057325A"/>
    <w:rsid w:val="00574C00"/>
    <w:rsid w:val="00575874"/>
    <w:rsid w:val="005774AF"/>
    <w:rsid w:val="00577907"/>
    <w:rsid w:val="00577A12"/>
    <w:rsid w:val="0058063D"/>
    <w:rsid w:val="00585FD2"/>
    <w:rsid w:val="00586411"/>
    <w:rsid w:val="00591046"/>
    <w:rsid w:val="005964C9"/>
    <w:rsid w:val="005967EB"/>
    <w:rsid w:val="00597904"/>
    <w:rsid w:val="005A2896"/>
    <w:rsid w:val="005B286A"/>
    <w:rsid w:val="005B29FF"/>
    <w:rsid w:val="005B72B8"/>
    <w:rsid w:val="005C13FB"/>
    <w:rsid w:val="005C2D23"/>
    <w:rsid w:val="005C3499"/>
    <w:rsid w:val="005C64DC"/>
    <w:rsid w:val="005D4E90"/>
    <w:rsid w:val="005E42FE"/>
    <w:rsid w:val="005F324D"/>
    <w:rsid w:val="005F34D9"/>
    <w:rsid w:val="005F58D2"/>
    <w:rsid w:val="00607531"/>
    <w:rsid w:val="00614A41"/>
    <w:rsid w:val="00617880"/>
    <w:rsid w:val="00621317"/>
    <w:rsid w:val="00625594"/>
    <w:rsid w:val="00626E31"/>
    <w:rsid w:val="006271E8"/>
    <w:rsid w:val="00627D7A"/>
    <w:rsid w:val="00642228"/>
    <w:rsid w:val="00646DA1"/>
    <w:rsid w:val="00650E9B"/>
    <w:rsid w:val="006526B1"/>
    <w:rsid w:val="00653E05"/>
    <w:rsid w:val="00653EA1"/>
    <w:rsid w:val="00655755"/>
    <w:rsid w:val="00656094"/>
    <w:rsid w:val="0066080F"/>
    <w:rsid w:val="00660D87"/>
    <w:rsid w:val="006618D3"/>
    <w:rsid w:val="006650D5"/>
    <w:rsid w:val="00666B5A"/>
    <w:rsid w:val="00670DF0"/>
    <w:rsid w:val="00672682"/>
    <w:rsid w:val="006761EB"/>
    <w:rsid w:val="0068624A"/>
    <w:rsid w:val="00692BDC"/>
    <w:rsid w:val="006945D0"/>
    <w:rsid w:val="006973CC"/>
    <w:rsid w:val="006A27E6"/>
    <w:rsid w:val="006A2C0A"/>
    <w:rsid w:val="006A5ED1"/>
    <w:rsid w:val="006A601D"/>
    <w:rsid w:val="006B304C"/>
    <w:rsid w:val="006B51EA"/>
    <w:rsid w:val="006B69C3"/>
    <w:rsid w:val="006C08D2"/>
    <w:rsid w:val="006C2CC7"/>
    <w:rsid w:val="006C53CE"/>
    <w:rsid w:val="006C7BAC"/>
    <w:rsid w:val="006D20A3"/>
    <w:rsid w:val="006D2C24"/>
    <w:rsid w:val="006D5496"/>
    <w:rsid w:val="006E05D9"/>
    <w:rsid w:val="006E36DC"/>
    <w:rsid w:val="006E3814"/>
    <w:rsid w:val="006F6380"/>
    <w:rsid w:val="006F708E"/>
    <w:rsid w:val="007014F4"/>
    <w:rsid w:val="007059CE"/>
    <w:rsid w:val="00711F7B"/>
    <w:rsid w:val="00713521"/>
    <w:rsid w:val="00714C7F"/>
    <w:rsid w:val="00715301"/>
    <w:rsid w:val="00723B4F"/>
    <w:rsid w:val="007272B5"/>
    <w:rsid w:val="00727345"/>
    <w:rsid w:val="00731C00"/>
    <w:rsid w:val="007430FA"/>
    <w:rsid w:val="0074339D"/>
    <w:rsid w:val="007438F1"/>
    <w:rsid w:val="00746CA2"/>
    <w:rsid w:val="007517A2"/>
    <w:rsid w:val="007569F6"/>
    <w:rsid w:val="00762164"/>
    <w:rsid w:val="00765AE9"/>
    <w:rsid w:val="00770E61"/>
    <w:rsid w:val="007726E3"/>
    <w:rsid w:val="00772FD9"/>
    <w:rsid w:val="0077332F"/>
    <w:rsid w:val="007763DC"/>
    <w:rsid w:val="00781436"/>
    <w:rsid w:val="007839F1"/>
    <w:rsid w:val="00784146"/>
    <w:rsid w:val="0078538C"/>
    <w:rsid w:val="0079150F"/>
    <w:rsid w:val="007A0F44"/>
    <w:rsid w:val="007A157F"/>
    <w:rsid w:val="007A3CEC"/>
    <w:rsid w:val="007A44F9"/>
    <w:rsid w:val="007A5AF1"/>
    <w:rsid w:val="007A632C"/>
    <w:rsid w:val="007A6B9C"/>
    <w:rsid w:val="007B3671"/>
    <w:rsid w:val="007C1E9F"/>
    <w:rsid w:val="007C358C"/>
    <w:rsid w:val="007D0534"/>
    <w:rsid w:val="007D2158"/>
    <w:rsid w:val="007D5F0F"/>
    <w:rsid w:val="007E13E7"/>
    <w:rsid w:val="007E3185"/>
    <w:rsid w:val="007E6A99"/>
    <w:rsid w:val="007F0BF0"/>
    <w:rsid w:val="007F1F55"/>
    <w:rsid w:val="007F206F"/>
    <w:rsid w:val="00800E0A"/>
    <w:rsid w:val="0080151D"/>
    <w:rsid w:val="00802D94"/>
    <w:rsid w:val="008046F0"/>
    <w:rsid w:val="00805638"/>
    <w:rsid w:val="0080618B"/>
    <w:rsid w:val="008162E1"/>
    <w:rsid w:val="00817C72"/>
    <w:rsid w:val="00822068"/>
    <w:rsid w:val="00832179"/>
    <w:rsid w:val="008355E6"/>
    <w:rsid w:val="00836CFF"/>
    <w:rsid w:val="00840AE5"/>
    <w:rsid w:val="00845538"/>
    <w:rsid w:val="00847D2A"/>
    <w:rsid w:val="008535F6"/>
    <w:rsid w:val="0085419D"/>
    <w:rsid w:val="0085467F"/>
    <w:rsid w:val="00856F9F"/>
    <w:rsid w:val="00862C08"/>
    <w:rsid w:val="008664D4"/>
    <w:rsid w:val="00871E20"/>
    <w:rsid w:val="00876CF8"/>
    <w:rsid w:val="008800FF"/>
    <w:rsid w:val="008806CB"/>
    <w:rsid w:val="008811F3"/>
    <w:rsid w:val="00881493"/>
    <w:rsid w:val="008822DA"/>
    <w:rsid w:val="00887953"/>
    <w:rsid w:val="008944F8"/>
    <w:rsid w:val="00897D14"/>
    <w:rsid w:val="00897D54"/>
    <w:rsid w:val="008A49ED"/>
    <w:rsid w:val="008B28EF"/>
    <w:rsid w:val="008B3009"/>
    <w:rsid w:val="008B4EA1"/>
    <w:rsid w:val="008B5BF3"/>
    <w:rsid w:val="008B62D8"/>
    <w:rsid w:val="008B65EB"/>
    <w:rsid w:val="008B79D9"/>
    <w:rsid w:val="008B7D01"/>
    <w:rsid w:val="008C0702"/>
    <w:rsid w:val="008C45A9"/>
    <w:rsid w:val="008C6B57"/>
    <w:rsid w:val="008C79ED"/>
    <w:rsid w:val="008D15CB"/>
    <w:rsid w:val="008D6095"/>
    <w:rsid w:val="008E0C54"/>
    <w:rsid w:val="008E0C83"/>
    <w:rsid w:val="008E0D95"/>
    <w:rsid w:val="008E164E"/>
    <w:rsid w:val="008E168E"/>
    <w:rsid w:val="008E3E57"/>
    <w:rsid w:val="008E5EAB"/>
    <w:rsid w:val="008F5C51"/>
    <w:rsid w:val="008F728A"/>
    <w:rsid w:val="00904586"/>
    <w:rsid w:val="0090511E"/>
    <w:rsid w:val="00906E8C"/>
    <w:rsid w:val="00907BA2"/>
    <w:rsid w:val="00922355"/>
    <w:rsid w:val="00922CB0"/>
    <w:rsid w:val="009279EC"/>
    <w:rsid w:val="00936378"/>
    <w:rsid w:val="009365DE"/>
    <w:rsid w:val="009425E1"/>
    <w:rsid w:val="0096098B"/>
    <w:rsid w:val="0096116C"/>
    <w:rsid w:val="00967432"/>
    <w:rsid w:val="00970F85"/>
    <w:rsid w:val="009746E3"/>
    <w:rsid w:val="00976F28"/>
    <w:rsid w:val="00983837"/>
    <w:rsid w:val="00983A5F"/>
    <w:rsid w:val="0098458E"/>
    <w:rsid w:val="00984727"/>
    <w:rsid w:val="00987B4D"/>
    <w:rsid w:val="00994ED8"/>
    <w:rsid w:val="009A2ED0"/>
    <w:rsid w:val="009A3439"/>
    <w:rsid w:val="009B35F9"/>
    <w:rsid w:val="009B3A21"/>
    <w:rsid w:val="009B4FA6"/>
    <w:rsid w:val="009B63AE"/>
    <w:rsid w:val="009C37E5"/>
    <w:rsid w:val="009C79F8"/>
    <w:rsid w:val="009D53DD"/>
    <w:rsid w:val="009D547E"/>
    <w:rsid w:val="009D60CB"/>
    <w:rsid w:val="009E2EEC"/>
    <w:rsid w:val="009E3B0C"/>
    <w:rsid w:val="009E3E65"/>
    <w:rsid w:val="009E4426"/>
    <w:rsid w:val="009E53D9"/>
    <w:rsid w:val="009E635C"/>
    <w:rsid w:val="009E66C6"/>
    <w:rsid w:val="009F0B0B"/>
    <w:rsid w:val="009F2127"/>
    <w:rsid w:val="009F2942"/>
    <w:rsid w:val="00A001ED"/>
    <w:rsid w:val="00A03EB4"/>
    <w:rsid w:val="00A04735"/>
    <w:rsid w:val="00A07D1C"/>
    <w:rsid w:val="00A1375C"/>
    <w:rsid w:val="00A15086"/>
    <w:rsid w:val="00A215D9"/>
    <w:rsid w:val="00A22010"/>
    <w:rsid w:val="00A33718"/>
    <w:rsid w:val="00A344C0"/>
    <w:rsid w:val="00A36C29"/>
    <w:rsid w:val="00A41F31"/>
    <w:rsid w:val="00A50752"/>
    <w:rsid w:val="00A53AA8"/>
    <w:rsid w:val="00A57D3F"/>
    <w:rsid w:val="00A60B07"/>
    <w:rsid w:val="00A61D1A"/>
    <w:rsid w:val="00A62FAC"/>
    <w:rsid w:val="00A6508A"/>
    <w:rsid w:val="00A71343"/>
    <w:rsid w:val="00A71AFE"/>
    <w:rsid w:val="00A71BEB"/>
    <w:rsid w:val="00A72040"/>
    <w:rsid w:val="00A81DE4"/>
    <w:rsid w:val="00A90D30"/>
    <w:rsid w:val="00A931FD"/>
    <w:rsid w:val="00A95605"/>
    <w:rsid w:val="00A95C39"/>
    <w:rsid w:val="00AA1F52"/>
    <w:rsid w:val="00AA3D77"/>
    <w:rsid w:val="00AA7941"/>
    <w:rsid w:val="00AB462D"/>
    <w:rsid w:val="00AB4B0B"/>
    <w:rsid w:val="00AB5959"/>
    <w:rsid w:val="00AC4393"/>
    <w:rsid w:val="00AC68A7"/>
    <w:rsid w:val="00AC6B98"/>
    <w:rsid w:val="00AC6CE9"/>
    <w:rsid w:val="00AD2C95"/>
    <w:rsid w:val="00AE307C"/>
    <w:rsid w:val="00AF3406"/>
    <w:rsid w:val="00B042F9"/>
    <w:rsid w:val="00B0491E"/>
    <w:rsid w:val="00B068B0"/>
    <w:rsid w:val="00B06AA4"/>
    <w:rsid w:val="00B07AD4"/>
    <w:rsid w:val="00B12299"/>
    <w:rsid w:val="00B22979"/>
    <w:rsid w:val="00B23DAA"/>
    <w:rsid w:val="00B25AE3"/>
    <w:rsid w:val="00B32990"/>
    <w:rsid w:val="00B34CDA"/>
    <w:rsid w:val="00B35DA3"/>
    <w:rsid w:val="00B408CE"/>
    <w:rsid w:val="00B44748"/>
    <w:rsid w:val="00B449BD"/>
    <w:rsid w:val="00B474EF"/>
    <w:rsid w:val="00B51AB5"/>
    <w:rsid w:val="00B64173"/>
    <w:rsid w:val="00B64A41"/>
    <w:rsid w:val="00B751F3"/>
    <w:rsid w:val="00B753B9"/>
    <w:rsid w:val="00B8154F"/>
    <w:rsid w:val="00B823AF"/>
    <w:rsid w:val="00B86E58"/>
    <w:rsid w:val="00B87B7F"/>
    <w:rsid w:val="00B97165"/>
    <w:rsid w:val="00BA0066"/>
    <w:rsid w:val="00BA1CDC"/>
    <w:rsid w:val="00BA35BA"/>
    <w:rsid w:val="00BA51D4"/>
    <w:rsid w:val="00BA5981"/>
    <w:rsid w:val="00BA5C8E"/>
    <w:rsid w:val="00BA65C3"/>
    <w:rsid w:val="00BA72BC"/>
    <w:rsid w:val="00BA78D7"/>
    <w:rsid w:val="00BB4E2F"/>
    <w:rsid w:val="00BB5B28"/>
    <w:rsid w:val="00BB60E0"/>
    <w:rsid w:val="00BB6DB8"/>
    <w:rsid w:val="00BB7DE5"/>
    <w:rsid w:val="00BC210E"/>
    <w:rsid w:val="00BC7496"/>
    <w:rsid w:val="00BC7570"/>
    <w:rsid w:val="00BD079D"/>
    <w:rsid w:val="00BD1534"/>
    <w:rsid w:val="00BD6B98"/>
    <w:rsid w:val="00BD7034"/>
    <w:rsid w:val="00BE24A5"/>
    <w:rsid w:val="00BE305D"/>
    <w:rsid w:val="00BE4B54"/>
    <w:rsid w:val="00BF0019"/>
    <w:rsid w:val="00BF0B19"/>
    <w:rsid w:val="00BF2F26"/>
    <w:rsid w:val="00BF3376"/>
    <w:rsid w:val="00C030DA"/>
    <w:rsid w:val="00C0346A"/>
    <w:rsid w:val="00C036AE"/>
    <w:rsid w:val="00C03F5D"/>
    <w:rsid w:val="00C05EA6"/>
    <w:rsid w:val="00C06522"/>
    <w:rsid w:val="00C1258D"/>
    <w:rsid w:val="00C1377A"/>
    <w:rsid w:val="00C138DF"/>
    <w:rsid w:val="00C13FA7"/>
    <w:rsid w:val="00C167A0"/>
    <w:rsid w:val="00C174FE"/>
    <w:rsid w:val="00C240C4"/>
    <w:rsid w:val="00C36CEC"/>
    <w:rsid w:val="00C468C3"/>
    <w:rsid w:val="00C5126A"/>
    <w:rsid w:val="00C54E20"/>
    <w:rsid w:val="00C5570C"/>
    <w:rsid w:val="00C575E8"/>
    <w:rsid w:val="00C63742"/>
    <w:rsid w:val="00C6411F"/>
    <w:rsid w:val="00C67427"/>
    <w:rsid w:val="00C71CDE"/>
    <w:rsid w:val="00C7306D"/>
    <w:rsid w:val="00C770D1"/>
    <w:rsid w:val="00C805ED"/>
    <w:rsid w:val="00C9638E"/>
    <w:rsid w:val="00C96B56"/>
    <w:rsid w:val="00CA0B67"/>
    <w:rsid w:val="00CA50E3"/>
    <w:rsid w:val="00CA678F"/>
    <w:rsid w:val="00CA7328"/>
    <w:rsid w:val="00CB1C52"/>
    <w:rsid w:val="00CB34D5"/>
    <w:rsid w:val="00CB465A"/>
    <w:rsid w:val="00CB50A4"/>
    <w:rsid w:val="00CB52C3"/>
    <w:rsid w:val="00CC098B"/>
    <w:rsid w:val="00CC2430"/>
    <w:rsid w:val="00CC4E7A"/>
    <w:rsid w:val="00CC6463"/>
    <w:rsid w:val="00CD3561"/>
    <w:rsid w:val="00CE00EF"/>
    <w:rsid w:val="00CE2A60"/>
    <w:rsid w:val="00CE315D"/>
    <w:rsid w:val="00CE7AC0"/>
    <w:rsid w:val="00CF02BF"/>
    <w:rsid w:val="00D00B1C"/>
    <w:rsid w:val="00D05558"/>
    <w:rsid w:val="00D05A62"/>
    <w:rsid w:val="00D1009A"/>
    <w:rsid w:val="00D10277"/>
    <w:rsid w:val="00D1108B"/>
    <w:rsid w:val="00D154F2"/>
    <w:rsid w:val="00D211BD"/>
    <w:rsid w:val="00D231C4"/>
    <w:rsid w:val="00D24467"/>
    <w:rsid w:val="00D259A9"/>
    <w:rsid w:val="00D2632B"/>
    <w:rsid w:val="00D267E6"/>
    <w:rsid w:val="00D2775F"/>
    <w:rsid w:val="00D30816"/>
    <w:rsid w:val="00D34BC8"/>
    <w:rsid w:val="00D35BFD"/>
    <w:rsid w:val="00D42B3F"/>
    <w:rsid w:val="00D4372D"/>
    <w:rsid w:val="00D44736"/>
    <w:rsid w:val="00D46831"/>
    <w:rsid w:val="00D46C73"/>
    <w:rsid w:val="00D55464"/>
    <w:rsid w:val="00D61583"/>
    <w:rsid w:val="00D62E7E"/>
    <w:rsid w:val="00D652FB"/>
    <w:rsid w:val="00D65992"/>
    <w:rsid w:val="00D67399"/>
    <w:rsid w:val="00D72960"/>
    <w:rsid w:val="00D73461"/>
    <w:rsid w:val="00D73CD4"/>
    <w:rsid w:val="00D9119F"/>
    <w:rsid w:val="00D93DDC"/>
    <w:rsid w:val="00D9422C"/>
    <w:rsid w:val="00DA4F33"/>
    <w:rsid w:val="00DA6ABD"/>
    <w:rsid w:val="00DB0871"/>
    <w:rsid w:val="00DB2C51"/>
    <w:rsid w:val="00DB56E4"/>
    <w:rsid w:val="00DC0E2E"/>
    <w:rsid w:val="00DC4276"/>
    <w:rsid w:val="00DC5E48"/>
    <w:rsid w:val="00DC6BA1"/>
    <w:rsid w:val="00DC78DB"/>
    <w:rsid w:val="00DD075A"/>
    <w:rsid w:val="00DD3D54"/>
    <w:rsid w:val="00DE24E4"/>
    <w:rsid w:val="00DE2BF5"/>
    <w:rsid w:val="00DF14D0"/>
    <w:rsid w:val="00DF30DE"/>
    <w:rsid w:val="00DF5FB0"/>
    <w:rsid w:val="00E06193"/>
    <w:rsid w:val="00E07EE0"/>
    <w:rsid w:val="00E10628"/>
    <w:rsid w:val="00E10F80"/>
    <w:rsid w:val="00E115BB"/>
    <w:rsid w:val="00E12D17"/>
    <w:rsid w:val="00E2751B"/>
    <w:rsid w:val="00E30F21"/>
    <w:rsid w:val="00E3244F"/>
    <w:rsid w:val="00E400F0"/>
    <w:rsid w:val="00E42EDC"/>
    <w:rsid w:val="00E50090"/>
    <w:rsid w:val="00E52347"/>
    <w:rsid w:val="00E52C15"/>
    <w:rsid w:val="00E55E7C"/>
    <w:rsid w:val="00E55F58"/>
    <w:rsid w:val="00E5764B"/>
    <w:rsid w:val="00E57F48"/>
    <w:rsid w:val="00E608B6"/>
    <w:rsid w:val="00E6496B"/>
    <w:rsid w:val="00E675E7"/>
    <w:rsid w:val="00E70097"/>
    <w:rsid w:val="00E7530A"/>
    <w:rsid w:val="00E75715"/>
    <w:rsid w:val="00E7612D"/>
    <w:rsid w:val="00E764FE"/>
    <w:rsid w:val="00E81DE2"/>
    <w:rsid w:val="00E82456"/>
    <w:rsid w:val="00E828B3"/>
    <w:rsid w:val="00E85994"/>
    <w:rsid w:val="00E90531"/>
    <w:rsid w:val="00E9103B"/>
    <w:rsid w:val="00E939D7"/>
    <w:rsid w:val="00E93DE8"/>
    <w:rsid w:val="00E94638"/>
    <w:rsid w:val="00E9701D"/>
    <w:rsid w:val="00EA0CE7"/>
    <w:rsid w:val="00EA4049"/>
    <w:rsid w:val="00EB3EA5"/>
    <w:rsid w:val="00EB61EB"/>
    <w:rsid w:val="00EB7D4D"/>
    <w:rsid w:val="00EC3BAE"/>
    <w:rsid w:val="00EC474D"/>
    <w:rsid w:val="00ED3EEB"/>
    <w:rsid w:val="00ED66A2"/>
    <w:rsid w:val="00ED6D25"/>
    <w:rsid w:val="00ED7528"/>
    <w:rsid w:val="00EE3C14"/>
    <w:rsid w:val="00EE6EA6"/>
    <w:rsid w:val="00EF3937"/>
    <w:rsid w:val="00F0623D"/>
    <w:rsid w:val="00F11F86"/>
    <w:rsid w:val="00F13A36"/>
    <w:rsid w:val="00F14DBA"/>
    <w:rsid w:val="00F15E0A"/>
    <w:rsid w:val="00F175E2"/>
    <w:rsid w:val="00F23380"/>
    <w:rsid w:val="00F2403E"/>
    <w:rsid w:val="00F30AC4"/>
    <w:rsid w:val="00F31AB0"/>
    <w:rsid w:val="00F3357C"/>
    <w:rsid w:val="00F339F5"/>
    <w:rsid w:val="00F574D5"/>
    <w:rsid w:val="00F66768"/>
    <w:rsid w:val="00F712B8"/>
    <w:rsid w:val="00F72500"/>
    <w:rsid w:val="00F72B43"/>
    <w:rsid w:val="00F84801"/>
    <w:rsid w:val="00F8675B"/>
    <w:rsid w:val="00F86C5E"/>
    <w:rsid w:val="00F86CCC"/>
    <w:rsid w:val="00F8718F"/>
    <w:rsid w:val="00F90B6A"/>
    <w:rsid w:val="00F96AE0"/>
    <w:rsid w:val="00FA5EEC"/>
    <w:rsid w:val="00FA7E06"/>
    <w:rsid w:val="00FB6E44"/>
    <w:rsid w:val="00FC5260"/>
    <w:rsid w:val="00FC5C5B"/>
    <w:rsid w:val="00FD2AD2"/>
    <w:rsid w:val="00FD78F8"/>
    <w:rsid w:val="00FE63D2"/>
    <w:rsid w:val="00FE6C03"/>
    <w:rsid w:val="00FF04F7"/>
    <w:rsid w:val="00FF1218"/>
    <w:rsid w:val="00FF5E20"/>
    <w:rsid w:val="00FF78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DB3C12"/>
  <w14:defaultImageDpi w14:val="32767"/>
  <w15:docId w15:val="{91F86E89-8829-4381-8B3D-57F1E75FF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5C51"/>
    <w:pPr>
      <w:widowControl w:val="0"/>
      <w:jc w:val="both"/>
    </w:pPr>
    <w:rPr>
      <w:kern w:val="2"/>
      <w:sz w:val="21"/>
      <w:szCs w:val="22"/>
    </w:rPr>
  </w:style>
  <w:style w:type="paragraph" w:styleId="Heading1">
    <w:name w:val="heading 1"/>
    <w:basedOn w:val="Normal"/>
    <w:next w:val="Normal"/>
    <w:link w:val="Heading1Char"/>
    <w:uiPriority w:val="9"/>
    <w:qFormat/>
    <w:rsid w:val="0080618B"/>
    <w:pPr>
      <w:keepNext/>
      <w:keepLines/>
      <w:widowControl/>
      <w:spacing w:before="480" w:line="276" w:lineRule="auto"/>
      <w:jc w:val="left"/>
      <w:outlineLvl w:val="0"/>
    </w:pPr>
    <w:rPr>
      <w:rFonts w:asciiTheme="majorHAnsi" w:eastAsiaTheme="majorEastAsia" w:hAnsiTheme="majorHAnsi" w:cstheme="majorBidi"/>
      <w:b/>
      <w:bCs/>
      <w:color w:val="2F5496" w:themeColor="accent1" w:themeShade="BF"/>
      <w:kern w:val="0"/>
      <w:sz w:val="28"/>
      <w:szCs w:val="28"/>
      <w:lang w:eastAsia="en-US"/>
    </w:rPr>
  </w:style>
  <w:style w:type="paragraph" w:styleId="Heading2">
    <w:name w:val="heading 2"/>
    <w:basedOn w:val="Normal"/>
    <w:next w:val="Normal"/>
    <w:link w:val="Heading2Char"/>
    <w:uiPriority w:val="9"/>
    <w:unhideWhenUsed/>
    <w:qFormat/>
    <w:rsid w:val="0080618B"/>
    <w:pPr>
      <w:keepNext/>
      <w:keepLines/>
      <w:widowControl/>
      <w:spacing w:before="200" w:line="276" w:lineRule="auto"/>
      <w:jc w:val="left"/>
      <w:outlineLvl w:val="1"/>
    </w:pPr>
    <w:rPr>
      <w:rFonts w:asciiTheme="majorHAnsi" w:eastAsiaTheme="majorEastAsia" w:hAnsiTheme="majorHAnsi" w:cstheme="majorBidi"/>
      <w:b/>
      <w:bCs/>
      <w:color w:val="4472C4" w:themeColor="accent1"/>
      <w:kern w:val="0"/>
      <w:sz w:val="26"/>
      <w:szCs w:val="26"/>
      <w:lang w:eastAsia="en-US"/>
    </w:rPr>
  </w:style>
  <w:style w:type="paragraph" w:styleId="Heading3">
    <w:name w:val="heading 3"/>
    <w:basedOn w:val="Normal"/>
    <w:next w:val="Normal"/>
    <w:link w:val="Heading3Char"/>
    <w:uiPriority w:val="9"/>
    <w:unhideWhenUsed/>
    <w:qFormat/>
    <w:rsid w:val="0080618B"/>
    <w:pPr>
      <w:keepNext/>
      <w:keepLines/>
      <w:widowControl/>
      <w:spacing w:before="200" w:line="276" w:lineRule="auto"/>
      <w:jc w:val="left"/>
      <w:outlineLvl w:val="2"/>
    </w:pPr>
    <w:rPr>
      <w:rFonts w:asciiTheme="majorHAnsi" w:eastAsiaTheme="majorEastAsia" w:hAnsiTheme="majorHAnsi" w:cstheme="majorBidi"/>
      <w:b/>
      <w:bCs/>
      <w:color w:val="4472C4" w:themeColor="accent1"/>
      <w:kern w:val="0"/>
      <w:sz w:val="22"/>
      <w:lang w:eastAsia="en-US"/>
    </w:rPr>
  </w:style>
  <w:style w:type="paragraph" w:styleId="Heading4">
    <w:name w:val="heading 4"/>
    <w:basedOn w:val="Normal"/>
    <w:next w:val="Normal"/>
    <w:link w:val="Heading4Char"/>
    <w:uiPriority w:val="9"/>
    <w:semiHidden/>
    <w:unhideWhenUsed/>
    <w:qFormat/>
    <w:rsid w:val="0080618B"/>
    <w:pPr>
      <w:keepNext/>
      <w:keepLines/>
      <w:widowControl/>
      <w:spacing w:before="200" w:line="276" w:lineRule="auto"/>
      <w:jc w:val="left"/>
      <w:outlineLvl w:val="3"/>
    </w:pPr>
    <w:rPr>
      <w:rFonts w:asciiTheme="majorHAnsi" w:eastAsiaTheme="majorEastAsia" w:hAnsiTheme="majorHAnsi" w:cstheme="majorBidi"/>
      <w:b/>
      <w:bCs/>
      <w:i/>
      <w:iCs/>
      <w:color w:val="4472C4" w:themeColor="accent1"/>
      <w:kern w:val="0"/>
      <w:sz w:val="22"/>
      <w:lang w:eastAsia="en-US"/>
    </w:rPr>
  </w:style>
  <w:style w:type="paragraph" w:styleId="Heading5">
    <w:name w:val="heading 5"/>
    <w:basedOn w:val="Normal"/>
    <w:next w:val="Normal"/>
    <w:link w:val="Heading5Char"/>
    <w:uiPriority w:val="9"/>
    <w:semiHidden/>
    <w:unhideWhenUsed/>
    <w:qFormat/>
    <w:rsid w:val="0080618B"/>
    <w:pPr>
      <w:keepNext/>
      <w:keepLines/>
      <w:widowControl/>
      <w:spacing w:before="200" w:line="276" w:lineRule="auto"/>
      <w:jc w:val="left"/>
      <w:outlineLvl w:val="4"/>
    </w:pPr>
    <w:rPr>
      <w:rFonts w:asciiTheme="majorHAnsi" w:eastAsiaTheme="majorEastAsia" w:hAnsiTheme="majorHAnsi" w:cstheme="majorBidi"/>
      <w:color w:val="1F3763" w:themeColor="accent1" w:themeShade="7F"/>
      <w:kern w:val="0"/>
      <w:sz w:val="22"/>
      <w:lang w:eastAsia="en-US"/>
    </w:rPr>
  </w:style>
  <w:style w:type="paragraph" w:styleId="Heading6">
    <w:name w:val="heading 6"/>
    <w:basedOn w:val="Normal"/>
    <w:next w:val="Normal"/>
    <w:link w:val="Heading6Char"/>
    <w:uiPriority w:val="9"/>
    <w:semiHidden/>
    <w:unhideWhenUsed/>
    <w:qFormat/>
    <w:rsid w:val="0080618B"/>
    <w:pPr>
      <w:keepNext/>
      <w:keepLines/>
      <w:widowControl/>
      <w:spacing w:before="200" w:line="276" w:lineRule="auto"/>
      <w:jc w:val="left"/>
      <w:outlineLvl w:val="5"/>
    </w:pPr>
    <w:rPr>
      <w:rFonts w:asciiTheme="majorHAnsi" w:eastAsiaTheme="majorEastAsia" w:hAnsiTheme="majorHAnsi" w:cstheme="majorBidi"/>
      <w:i/>
      <w:iCs/>
      <w:color w:val="1F3763" w:themeColor="accent1" w:themeShade="7F"/>
      <w:kern w:val="0"/>
      <w:sz w:val="22"/>
      <w:lang w:eastAsia="en-US"/>
    </w:rPr>
  </w:style>
  <w:style w:type="paragraph" w:styleId="Heading7">
    <w:name w:val="heading 7"/>
    <w:basedOn w:val="Normal"/>
    <w:next w:val="Normal"/>
    <w:link w:val="Heading7Char"/>
    <w:uiPriority w:val="9"/>
    <w:semiHidden/>
    <w:unhideWhenUsed/>
    <w:qFormat/>
    <w:rsid w:val="0080618B"/>
    <w:pPr>
      <w:keepNext/>
      <w:keepLines/>
      <w:widowControl/>
      <w:spacing w:before="200" w:line="276" w:lineRule="auto"/>
      <w:jc w:val="left"/>
      <w:outlineLvl w:val="6"/>
    </w:pPr>
    <w:rPr>
      <w:rFonts w:asciiTheme="majorHAnsi" w:eastAsiaTheme="majorEastAsia" w:hAnsiTheme="majorHAnsi" w:cstheme="majorBidi"/>
      <w:i/>
      <w:iCs/>
      <w:color w:val="404040" w:themeColor="text1" w:themeTint="BF"/>
      <w:kern w:val="0"/>
      <w:sz w:val="22"/>
      <w:lang w:eastAsia="en-US"/>
    </w:rPr>
  </w:style>
  <w:style w:type="paragraph" w:styleId="Heading8">
    <w:name w:val="heading 8"/>
    <w:basedOn w:val="Normal"/>
    <w:next w:val="Normal"/>
    <w:link w:val="Heading8Char"/>
    <w:uiPriority w:val="9"/>
    <w:semiHidden/>
    <w:unhideWhenUsed/>
    <w:qFormat/>
    <w:rsid w:val="0080618B"/>
    <w:pPr>
      <w:keepNext/>
      <w:keepLines/>
      <w:widowControl/>
      <w:spacing w:before="200" w:line="276" w:lineRule="auto"/>
      <w:jc w:val="left"/>
      <w:outlineLvl w:val="7"/>
    </w:pPr>
    <w:rPr>
      <w:rFonts w:asciiTheme="majorHAnsi" w:eastAsiaTheme="majorEastAsia" w:hAnsiTheme="majorHAnsi" w:cstheme="majorBidi"/>
      <w:color w:val="4472C4" w:themeColor="accent1"/>
      <w:kern w:val="0"/>
      <w:sz w:val="20"/>
      <w:szCs w:val="20"/>
      <w:lang w:eastAsia="en-US"/>
    </w:rPr>
  </w:style>
  <w:style w:type="paragraph" w:styleId="Heading9">
    <w:name w:val="heading 9"/>
    <w:basedOn w:val="Normal"/>
    <w:next w:val="Normal"/>
    <w:link w:val="Heading9Char"/>
    <w:uiPriority w:val="9"/>
    <w:semiHidden/>
    <w:unhideWhenUsed/>
    <w:qFormat/>
    <w:rsid w:val="0080618B"/>
    <w:pPr>
      <w:keepNext/>
      <w:keepLines/>
      <w:widowControl/>
      <w:spacing w:before="200" w:line="276" w:lineRule="auto"/>
      <w:jc w:val="left"/>
      <w:outlineLvl w:val="8"/>
    </w:pPr>
    <w:rPr>
      <w:rFonts w:asciiTheme="majorHAnsi" w:eastAsiaTheme="majorEastAsia" w:hAnsiTheme="majorHAnsi" w:cstheme="majorBidi"/>
      <w:i/>
      <w:iCs/>
      <w:color w:val="404040" w:themeColor="text1" w:themeTint="BF"/>
      <w:kern w:val="0"/>
      <w:sz w:val="20"/>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F5C51"/>
    <w:rPr>
      <w:color w:val="0000FF"/>
      <w:u w:val="single"/>
    </w:rPr>
  </w:style>
  <w:style w:type="paragraph" w:styleId="Header">
    <w:name w:val="header"/>
    <w:basedOn w:val="Normal"/>
    <w:link w:val="HeaderChar"/>
    <w:uiPriority w:val="99"/>
    <w:unhideWhenUsed/>
    <w:rsid w:val="008F5C51"/>
    <w:pPr>
      <w:pBdr>
        <w:bottom w:val="single" w:sz="6" w:space="1" w:color="auto"/>
      </w:pBdr>
      <w:tabs>
        <w:tab w:val="center" w:pos="4153"/>
        <w:tab w:val="right" w:pos="8306"/>
      </w:tabs>
      <w:snapToGrid w:val="0"/>
      <w:jc w:val="center"/>
    </w:pPr>
    <w:rPr>
      <w:kern w:val="0"/>
      <w:sz w:val="18"/>
      <w:szCs w:val="18"/>
    </w:rPr>
  </w:style>
  <w:style w:type="character" w:customStyle="1" w:styleId="HeaderChar">
    <w:name w:val="Header Char"/>
    <w:link w:val="Header"/>
    <w:uiPriority w:val="99"/>
    <w:rsid w:val="008F5C51"/>
    <w:rPr>
      <w:rFonts w:ascii="Calibri" w:eastAsia="宋体" w:hAnsi="Calibri" w:cs="Times New Roman"/>
      <w:sz w:val="18"/>
      <w:szCs w:val="18"/>
    </w:rPr>
  </w:style>
  <w:style w:type="paragraph" w:styleId="Footer">
    <w:name w:val="footer"/>
    <w:basedOn w:val="Normal"/>
    <w:link w:val="FooterChar"/>
    <w:uiPriority w:val="99"/>
    <w:unhideWhenUsed/>
    <w:rsid w:val="008F5C51"/>
    <w:pPr>
      <w:tabs>
        <w:tab w:val="center" w:pos="4153"/>
        <w:tab w:val="right" w:pos="8306"/>
      </w:tabs>
      <w:snapToGrid w:val="0"/>
      <w:jc w:val="left"/>
    </w:pPr>
    <w:rPr>
      <w:kern w:val="0"/>
      <w:sz w:val="18"/>
      <w:szCs w:val="18"/>
    </w:rPr>
  </w:style>
  <w:style w:type="character" w:customStyle="1" w:styleId="FooterChar">
    <w:name w:val="Footer Char"/>
    <w:link w:val="Footer"/>
    <w:uiPriority w:val="99"/>
    <w:rsid w:val="008F5C51"/>
    <w:rPr>
      <w:rFonts w:ascii="Calibri" w:eastAsia="宋体" w:hAnsi="Calibri" w:cs="Times New Roman"/>
      <w:sz w:val="18"/>
      <w:szCs w:val="18"/>
    </w:rPr>
  </w:style>
  <w:style w:type="table" w:styleId="TableGrid">
    <w:name w:val="Table Grid"/>
    <w:basedOn w:val="TableNormal"/>
    <w:uiPriority w:val="59"/>
    <w:rsid w:val="008F5C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F5C51"/>
    <w:pPr>
      <w:ind w:firstLineChars="200" w:firstLine="420"/>
    </w:pPr>
  </w:style>
  <w:style w:type="paragraph" w:customStyle="1" w:styleId="BBAuthorName">
    <w:name w:val="BB_Author_Name"/>
    <w:basedOn w:val="Normal"/>
    <w:next w:val="BCAuthorAddress"/>
    <w:rsid w:val="008F5C51"/>
    <w:pPr>
      <w:widowControl/>
      <w:spacing w:after="240" w:line="480" w:lineRule="auto"/>
      <w:jc w:val="center"/>
    </w:pPr>
    <w:rPr>
      <w:rFonts w:ascii="Times" w:hAnsi="Times"/>
      <w:i/>
      <w:kern w:val="0"/>
      <w:sz w:val="24"/>
      <w:szCs w:val="20"/>
      <w:lang w:eastAsia="en-US"/>
    </w:rPr>
  </w:style>
  <w:style w:type="paragraph" w:customStyle="1" w:styleId="BCAuthorAddress">
    <w:name w:val="BC_Author_Address"/>
    <w:basedOn w:val="Normal"/>
    <w:next w:val="Normal"/>
    <w:rsid w:val="008F5C51"/>
    <w:pPr>
      <w:widowControl/>
      <w:spacing w:after="240" w:line="480" w:lineRule="auto"/>
      <w:jc w:val="center"/>
    </w:pPr>
    <w:rPr>
      <w:rFonts w:ascii="Times" w:hAnsi="Times"/>
      <w:kern w:val="0"/>
      <w:sz w:val="24"/>
      <w:szCs w:val="20"/>
      <w:lang w:eastAsia="en-US"/>
    </w:rPr>
  </w:style>
  <w:style w:type="paragraph" w:styleId="BalloonText">
    <w:name w:val="Balloon Text"/>
    <w:basedOn w:val="Normal"/>
    <w:link w:val="BalloonTextChar"/>
    <w:uiPriority w:val="99"/>
    <w:semiHidden/>
    <w:unhideWhenUsed/>
    <w:rsid w:val="008F5C51"/>
    <w:rPr>
      <w:kern w:val="0"/>
      <w:sz w:val="18"/>
      <w:szCs w:val="18"/>
    </w:rPr>
  </w:style>
  <w:style w:type="character" w:customStyle="1" w:styleId="BalloonTextChar">
    <w:name w:val="Balloon Text Char"/>
    <w:link w:val="BalloonText"/>
    <w:uiPriority w:val="99"/>
    <w:semiHidden/>
    <w:rsid w:val="008F5C51"/>
    <w:rPr>
      <w:rFonts w:ascii="Calibri" w:eastAsia="宋体" w:hAnsi="Calibri" w:cs="Times New Roman"/>
      <w:sz w:val="18"/>
      <w:szCs w:val="18"/>
    </w:rPr>
  </w:style>
  <w:style w:type="paragraph" w:customStyle="1" w:styleId="EndNoteBibliography">
    <w:name w:val="EndNote Bibliography"/>
    <w:basedOn w:val="Normal"/>
    <w:link w:val="EndNoteBibliographyChar"/>
    <w:rsid w:val="008F5C51"/>
    <w:rPr>
      <w:rFonts w:cs="Calibri"/>
      <w:noProof/>
      <w:kern w:val="0"/>
      <w:sz w:val="20"/>
      <w:szCs w:val="20"/>
    </w:rPr>
  </w:style>
  <w:style w:type="character" w:customStyle="1" w:styleId="EndNoteBibliographyChar">
    <w:name w:val="EndNote Bibliography Char"/>
    <w:link w:val="EndNoteBibliography"/>
    <w:rsid w:val="008F5C51"/>
    <w:rPr>
      <w:rFonts w:cs="Calibri"/>
      <w:noProof/>
    </w:rPr>
  </w:style>
  <w:style w:type="character" w:styleId="CommentReference">
    <w:name w:val="annotation reference"/>
    <w:uiPriority w:val="99"/>
    <w:semiHidden/>
    <w:unhideWhenUsed/>
    <w:rsid w:val="00653E05"/>
    <w:rPr>
      <w:sz w:val="21"/>
      <w:szCs w:val="21"/>
    </w:rPr>
  </w:style>
  <w:style w:type="paragraph" w:styleId="CommentText">
    <w:name w:val="annotation text"/>
    <w:basedOn w:val="Normal"/>
    <w:link w:val="CommentTextChar"/>
    <w:unhideWhenUsed/>
    <w:rsid w:val="00653E05"/>
    <w:pPr>
      <w:jc w:val="left"/>
    </w:pPr>
  </w:style>
  <w:style w:type="character" w:customStyle="1" w:styleId="CommentTextChar">
    <w:name w:val="Comment Text Char"/>
    <w:link w:val="CommentText"/>
    <w:rsid w:val="00653E05"/>
    <w:rPr>
      <w:kern w:val="2"/>
      <w:sz w:val="21"/>
      <w:szCs w:val="22"/>
    </w:rPr>
  </w:style>
  <w:style w:type="paragraph" w:styleId="CommentSubject">
    <w:name w:val="annotation subject"/>
    <w:basedOn w:val="CommentText"/>
    <w:next w:val="CommentText"/>
    <w:link w:val="CommentSubjectChar"/>
    <w:uiPriority w:val="99"/>
    <w:semiHidden/>
    <w:unhideWhenUsed/>
    <w:rsid w:val="00653E05"/>
    <w:rPr>
      <w:b/>
      <w:bCs/>
    </w:rPr>
  </w:style>
  <w:style w:type="character" w:customStyle="1" w:styleId="CommentSubjectChar">
    <w:name w:val="Comment Subject Char"/>
    <w:link w:val="CommentSubject"/>
    <w:uiPriority w:val="99"/>
    <w:semiHidden/>
    <w:rsid w:val="00653E05"/>
    <w:rPr>
      <w:b/>
      <w:bCs/>
      <w:kern w:val="2"/>
      <w:sz w:val="21"/>
      <w:szCs w:val="22"/>
    </w:rPr>
  </w:style>
  <w:style w:type="paragraph" w:customStyle="1" w:styleId="BIEmailAddress">
    <w:name w:val="BI_Email_Address"/>
    <w:basedOn w:val="Normal"/>
    <w:next w:val="AIReceivedDate"/>
    <w:rsid w:val="00ED6D25"/>
    <w:pPr>
      <w:widowControl/>
      <w:spacing w:after="200" w:line="480" w:lineRule="auto"/>
    </w:pPr>
    <w:rPr>
      <w:rFonts w:ascii="Times" w:eastAsiaTheme="minorEastAsia" w:hAnsi="Times"/>
      <w:kern w:val="0"/>
      <w:sz w:val="24"/>
      <w:szCs w:val="20"/>
      <w:lang w:eastAsia="en-US"/>
    </w:rPr>
  </w:style>
  <w:style w:type="paragraph" w:customStyle="1" w:styleId="AIReceivedDate">
    <w:name w:val="AI_Received_Date"/>
    <w:basedOn w:val="Normal"/>
    <w:next w:val="Normal"/>
    <w:link w:val="AIReceivedDateChar"/>
    <w:rsid w:val="00ED6D25"/>
    <w:pPr>
      <w:widowControl/>
      <w:spacing w:after="240" w:line="480" w:lineRule="auto"/>
    </w:pPr>
    <w:rPr>
      <w:rFonts w:ascii="Times" w:eastAsiaTheme="minorEastAsia" w:hAnsi="Times"/>
      <w:b/>
      <w:kern w:val="0"/>
      <w:sz w:val="24"/>
      <w:szCs w:val="20"/>
      <w:lang w:eastAsia="en-US"/>
    </w:rPr>
  </w:style>
  <w:style w:type="character" w:customStyle="1" w:styleId="MTEquationSection">
    <w:name w:val="MTEquationSection"/>
    <w:basedOn w:val="DefaultParagraphFont"/>
    <w:rsid w:val="00556B51"/>
    <w:rPr>
      <w:rFonts w:cs="Times New Roman"/>
      <w:b/>
      <w:vanish/>
      <w:color w:val="FF0000"/>
      <w:sz w:val="34"/>
      <w:szCs w:val="34"/>
    </w:rPr>
  </w:style>
  <w:style w:type="table" w:customStyle="1" w:styleId="MTEBNumberedEquation">
    <w:name w:val="MTEBNumberedEquation"/>
    <w:basedOn w:val="TableNormal"/>
    <w:rsid w:val="00556B51"/>
    <w:pPr>
      <w:spacing w:after="160" w:line="259" w:lineRule="auto"/>
    </w:pPr>
    <w:rPr>
      <w:rFonts w:ascii="Times New Roman" w:hAnsi="Times New Roman"/>
      <w:sz w:val="24"/>
      <w:szCs w:val="24"/>
      <w:lang w:val="en-GB"/>
    </w:rPr>
    <w:tblPr>
      <w:tblCellSpacing w:w="0" w:type="dxa"/>
    </w:tblPr>
    <w:trPr>
      <w:cantSplit/>
      <w:tblCellSpacing w:w="0" w:type="dxa"/>
    </w:trPr>
    <w:tcPr>
      <w:shd w:val="clear" w:color="auto" w:fill="auto"/>
      <w:tcMar>
        <w:top w:w="0" w:type="dxa"/>
        <w:left w:w="0" w:type="dxa"/>
        <w:bottom w:w="0" w:type="dxa"/>
        <w:right w:w="0" w:type="dxa"/>
      </w:tcMar>
    </w:tcPr>
  </w:style>
  <w:style w:type="character" w:customStyle="1" w:styleId="fontstyle01">
    <w:name w:val="fontstyle01"/>
    <w:basedOn w:val="DefaultParagraphFont"/>
    <w:rsid w:val="005412B6"/>
    <w:rPr>
      <w:rFonts w:ascii="TimesNewRomanPSMT" w:hAnsi="TimesNewRomanPSMT" w:hint="default"/>
      <w:b w:val="0"/>
      <w:bCs w:val="0"/>
      <w:i w:val="0"/>
      <w:iCs w:val="0"/>
      <w:color w:val="000000"/>
      <w:sz w:val="22"/>
      <w:szCs w:val="22"/>
    </w:rPr>
  </w:style>
  <w:style w:type="paragraph" w:customStyle="1" w:styleId="EndNoteBibliographyTitle">
    <w:name w:val="EndNote Bibliography Title"/>
    <w:basedOn w:val="Normal"/>
    <w:link w:val="EndNoteBibliographyTitleChar"/>
    <w:rsid w:val="00097934"/>
    <w:pPr>
      <w:jc w:val="center"/>
    </w:pPr>
    <w:rPr>
      <w:rFonts w:cs="Calibri"/>
      <w:noProof/>
      <w:sz w:val="20"/>
    </w:rPr>
  </w:style>
  <w:style w:type="character" w:customStyle="1" w:styleId="AIReceivedDateChar">
    <w:name w:val="AI_Received_Date Char"/>
    <w:basedOn w:val="DefaultParagraphFont"/>
    <w:link w:val="AIReceivedDate"/>
    <w:rsid w:val="00097934"/>
    <w:rPr>
      <w:rFonts w:ascii="Times" w:eastAsiaTheme="minorEastAsia" w:hAnsi="Times"/>
      <w:b/>
      <w:sz w:val="24"/>
      <w:lang w:eastAsia="en-US"/>
    </w:rPr>
  </w:style>
  <w:style w:type="character" w:customStyle="1" w:styleId="EndNoteBibliographyTitleChar">
    <w:name w:val="EndNote Bibliography Title Char"/>
    <w:basedOn w:val="AIReceivedDateChar"/>
    <w:link w:val="EndNoteBibliographyTitle"/>
    <w:rsid w:val="00097934"/>
    <w:rPr>
      <w:rFonts w:ascii="Times" w:eastAsiaTheme="minorEastAsia" w:hAnsi="Times" w:cs="Calibri"/>
      <w:b w:val="0"/>
      <w:noProof/>
      <w:kern w:val="2"/>
      <w:sz w:val="24"/>
      <w:szCs w:val="22"/>
      <w:lang w:eastAsia="en-US"/>
    </w:rPr>
  </w:style>
  <w:style w:type="character" w:styleId="UnresolvedMention">
    <w:name w:val="Unresolved Mention"/>
    <w:basedOn w:val="DefaultParagraphFont"/>
    <w:uiPriority w:val="99"/>
    <w:semiHidden/>
    <w:unhideWhenUsed/>
    <w:rsid w:val="00097934"/>
    <w:rPr>
      <w:color w:val="605E5C"/>
      <w:shd w:val="clear" w:color="auto" w:fill="E1DFDD"/>
    </w:rPr>
  </w:style>
  <w:style w:type="character" w:customStyle="1" w:styleId="Heading1Char">
    <w:name w:val="Heading 1 Char"/>
    <w:basedOn w:val="DefaultParagraphFont"/>
    <w:link w:val="Heading1"/>
    <w:uiPriority w:val="9"/>
    <w:rsid w:val="0080618B"/>
    <w:rPr>
      <w:rFonts w:asciiTheme="majorHAnsi" w:eastAsiaTheme="majorEastAsia" w:hAnsiTheme="majorHAnsi" w:cstheme="majorBidi"/>
      <w:b/>
      <w:bCs/>
      <w:color w:val="2F5496" w:themeColor="accent1" w:themeShade="BF"/>
      <w:sz w:val="28"/>
      <w:szCs w:val="28"/>
      <w:lang w:eastAsia="en-US"/>
    </w:rPr>
  </w:style>
  <w:style w:type="character" w:customStyle="1" w:styleId="Heading2Char">
    <w:name w:val="Heading 2 Char"/>
    <w:basedOn w:val="DefaultParagraphFont"/>
    <w:link w:val="Heading2"/>
    <w:uiPriority w:val="9"/>
    <w:rsid w:val="0080618B"/>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80618B"/>
    <w:rPr>
      <w:rFonts w:asciiTheme="majorHAnsi" w:eastAsiaTheme="majorEastAsia" w:hAnsiTheme="majorHAnsi" w:cstheme="majorBidi"/>
      <w:b/>
      <w:bCs/>
      <w:color w:val="4472C4" w:themeColor="accent1"/>
      <w:sz w:val="22"/>
      <w:szCs w:val="22"/>
      <w:lang w:eastAsia="en-US"/>
    </w:rPr>
  </w:style>
  <w:style w:type="character" w:customStyle="1" w:styleId="Heading4Char">
    <w:name w:val="Heading 4 Char"/>
    <w:basedOn w:val="DefaultParagraphFont"/>
    <w:link w:val="Heading4"/>
    <w:uiPriority w:val="9"/>
    <w:semiHidden/>
    <w:rsid w:val="0080618B"/>
    <w:rPr>
      <w:rFonts w:asciiTheme="majorHAnsi" w:eastAsiaTheme="majorEastAsia" w:hAnsiTheme="majorHAnsi" w:cstheme="majorBidi"/>
      <w:b/>
      <w:bCs/>
      <w:i/>
      <w:iCs/>
      <w:color w:val="4472C4" w:themeColor="accent1"/>
      <w:sz w:val="22"/>
      <w:szCs w:val="22"/>
      <w:lang w:eastAsia="en-US"/>
    </w:rPr>
  </w:style>
  <w:style w:type="character" w:customStyle="1" w:styleId="Heading5Char">
    <w:name w:val="Heading 5 Char"/>
    <w:basedOn w:val="DefaultParagraphFont"/>
    <w:link w:val="Heading5"/>
    <w:uiPriority w:val="9"/>
    <w:semiHidden/>
    <w:rsid w:val="0080618B"/>
    <w:rPr>
      <w:rFonts w:asciiTheme="majorHAnsi" w:eastAsiaTheme="majorEastAsia" w:hAnsiTheme="majorHAnsi" w:cstheme="majorBidi"/>
      <w:color w:val="1F3763" w:themeColor="accent1" w:themeShade="7F"/>
      <w:sz w:val="22"/>
      <w:szCs w:val="22"/>
      <w:lang w:eastAsia="en-US"/>
    </w:rPr>
  </w:style>
  <w:style w:type="character" w:customStyle="1" w:styleId="Heading6Char">
    <w:name w:val="Heading 6 Char"/>
    <w:basedOn w:val="DefaultParagraphFont"/>
    <w:link w:val="Heading6"/>
    <w:uiPriority w:val="9"/>
    <w:semiHidden/>
    <w:rsid w:val="0080618B"/>
    <w:rPr>
      <w:rFonts w:asciiTheme="majorHAnsi" w:eastAsiaTheme="majorEastAsia" w:hAnsiTheme="majorHAnsi" w:cstheme="majorBidi"/>
      <w:i/>
      <w:iCs/>
      <w:color w:val="1F3763" w:themeColor="accent1" w:themeShade="7F"/>
      <w:sz w:val="22"/>
      <w:szCs w:val="22"/>
      <w:lang w:eastAsia="en-US"/>
    </w:rPr>
  </w:style>
  <w:style w:type="character" w:customStyle="1" w:styleId="Heading7Char">
    <w:name w:val="Heading 7 Char"/>
    <w:basedOn w:val="DefaultParagraphFont"/>
    <w:link w:val="Heading7"/>
    <w:uiPriority w:val="9"/>
    <w:semiHidden/>
    <w:rsid w:val="0080618B"/>
    <w:rPr>
      <w:rFonts w:asciiTheme="majorHAnsi" w:eastAsiaTheme="majorEastAsia" w:hAnsiTheme="majorHAnsi" w:cstheme="majorBidi"/>
      <w:i/>
      <w:iCs/>
      <w:color w:val="404040" w:themeColor="text1" w:themeTint="BF"/>
      <w:sz w:val="22"/>
      <w:szCs w:val="22"/>
      <w:lang w:eastAsia="en-US"/>
    </w:rPr>
  </w:style>
  <w:style w:type="character" w:customStyle="1" w:styleId="Heading8Char">
    <w:name w:val="Heading 8 Char"/>
    <w:basedOn w:val="DefaultParagraphFont"/>
    <w:link w:val="Heading8"/>
    <w:uiPriority w:val="9"/>
    <w:semiHidden/>
    <w:rsid w:val="0080618B"/>
    <w:rPr>
      <w:rFonts w:asciiTheme="majorHAnsi" w:eastAsiaTheme="majorEastAsia" w:hAnsiTheme="majorHAnsi" w:cstheme="majorBidi"/>
      <w:color w:val="4472C4" w:themeColor="accent1"/>
      <w:lang w:eastAsia="en-US"/>
    </w:rPr>
  </w:style>
  <w:style w:type="character" w:customStyle="1" w:styleId="Heading9Char">
    <w:name w:val="Heading 9 Char"/>
    <w:basedOn w:val="DefaultParagraphFont"/>
    <w:link w:val="Heading9"/>
    <w:uiPriority w:val="9"/>
    <w:semiHidden/>
    <w:rsid w:val="0080618B"/>
    <w:rPr>
      <w:rFonts w:asciiTheme="majorHAnsi" w:eastAsiaTheme="majorEastAsia" w:hAnsiTheme="majorHAnsi" w:cstheme="majorBidi"/>
      <w:i/>
      <w:iCs/>
      <w:color w:val="404040" w:themeColor="text1" w:themeTint="BF"/>
      <w:lang w:eastAsia="en-US"/>
    </w:rPr>
  </w:style>
  <w:style w:type="paragraph" w:styleId="NoSpacing">
    <w:name w:val="No Spacing"/>
    <w:uiPriority w:val="1"/>
    <w:qFormat/>
    <w:rsid w:val="0080618B"/>
    <w:rPr>
      <w:rFonts w:asciiTheme="minorHAnsi" w:eastAsiaTheme="minorEastAsia" w:hAnsiTheme="minorHAnsi" w:cstheme="minorBidi"/>
      <w:sz w:val="22"/>
      <w:szCs w:val="22"/>
      <w:lang w:eastAsia="en-US"/>
    </w:rPr>
  </w:style>
  <w:style w:type="paragraph" w:styleId="Title">
    <w:name w:val="Title"/>
    <w:basedOn w:val="Normal"/>
    <w:next w:val="Normal"/>
    <w:link w:val="TitleChar"/>
    <w:uiPriority w:val="10"/>
    <w:qFormat/>
    <w:rsid w:val="0080618B"/>
    <w:pPr>
      <w:widowControl/>
      <w:pBdr>
        <w:bottom w:val="single" w:sz="8" w:space="4" w:color="4472C4" w:themeColor="accent1"/>
      </w:pBdr>
      <w:spacing w:after="300"/>
      <w:contextualSpacing/>
      <w:jc w:val="left"/>
    </w:pPr>
    <w:rPr>
      <w:rFonts w:asciiTheme="majorHAnsi" w:eastAsiaTheme="majorEastAsia" w:hAnsiTheme="majorHAnsi" w:cstheme="majorBidi"/>
      <w:color w:val="323E4F" w:themeColor="text2" w:themeShade="BF"/>
      <w:spacing w:val="5"/>
      <w:kern w:val="28"/>
      <w:sz w:val="52"/>
      <w:szCs w:val="52"/>
      <w:lang w:eastAsia="en-US"/>
    </w:rPr>
  </w:style>
  <w:style w:type="character" w:customStyle="1" w:styleId="TitleChar">
    <w:name w:val="Title Char"/>
    <w:basedOn w:val="DefaultParagraphFont"/>
    <w:link w:val="Title"/>
    <w:uiPriority w:val="10"/>
    <w:rsid w:val="0080618B"/>
    <w:rPr>
      <w:rFonts w:asciiTheme="majorHAnsi" w:eastAsiaTheme="majorEastAsia" w:hAnsiTheme="majorHAnsi" w:cstheme="majorBidi"/>
      <w:color w:val="323E4F" w:themeColor="text2" w:themeShade="BF"/>
      <w:spacing w:val="5"/>
      <w:kern w:val="28"/>
      <w:sz w:val="52"/>
      <w:szCs w:val="52"/>
      <w:lang w:eastAsia="en-US"/>
    </w:rPr>
  </w:style>
  <w:style w:type="paragraph" w:styleId="Subtitle">
    <w:name w:val="Subtitle"/>
    <w:basedOn w:val="Normal"/>
    <w:next w:val="Normal"/>
    <w:link w:val="SubtitleChar"/>
    <w:uiPriority w:val="11"/>
    <w:qFormat/>
    <w:rsid w:val="0080618B"/>
    <w:pPr>
      <w:widowControl/>
      <w:numPr>
        <w:ilvl w:val="1"/>
      </w:numPr>
      <w:spacing w:after="200" w:line="276" w:lineRule="auto"/>
      <w:jc w:val="left"/>
    </w:pPr>
    <w:rPr>
      <w:rFonts w:asciiTheme="majorHAnsi" w:eastAsiaTheme="majorEastAsia" w:hAnsiTheme="majorHAnsi" w:cstheme="majorBidi"/>
      <w:i/>
      <w:iCs/>
      <w:color w:val="4472C4" w:themeColor="accent1"/>
      <w:spacing w:val="15"/>
      <w:kern w:val="0"/>
      <w:sz w:val="24"/>
      <w:szCs w:val="24"/>
      <w:lang w:eastAsia="en-US"/>
    </w:rPr>
  </w:style>
  <w:style w:type="character" w:customStyle="1" w:styleId="SubtitleChar">
    <w:name w:val="Subtitle Char"/>
    <w:basedOn w:val="DefaultParagraphFont"/>
    <w:link w:val="Subtitle"/>
    <w:uiPriority w:val="11"/>
    <w:rsid w:val="0080618B"/>
    <w:rPr>
      <w:rFonts w:asciiTheme="majorHAnsi" w:eastAsiaTheme="majorEastAsia" w:hAnsiTheme="majorHAnsi" w:cstheme="majorBidi"/>
      <w:i/>
      <w:iCs/>
      <w:color w:val="4472C4" w:themeColor="accent1"/>
      <w:spacing w:val="15"/>
      <w:sz w:val="24"/>
      <w:szCs w:val="24"/>
      <w:lang w:eastAsia="en-US"/>
    </w:rPr>
  </w:style>
  <w:style w:type="paragraph" w:styleId="BodyText">
    <w:name w:val="Body Text"/>
    <w:basedOn w:val="Normal"/>
    <w:link w:val="BodyTextChar"/>
    <w:uiPriority w:val="99"/>
    <w:unhideWhenUsed/>
    <w:rsid w:val="0080618B"/>
    <w:pPr>
      <w:widowControl/>
      <w:spacing w:after="120" w:line="276" w:lineRule="auto"/>
      <w:jc w:val="left"/>
    </w:pPr>
    <w:rPr>
      <w:rFonts w:asciiTheme="minorHAnsi" w:eastAsiaTheme="minorEastAsia" w:hAnsiTheme="minorHAnsi" w:cstheme="minorBidi"/>
      <w:kern w:val="0"/>
      <w:sz w:val="22"/>
      <w:lang w:eastAsia="en-US"/>
    </w:rPr>
  </w:style>
  <w:style w:type="character" w:customStyle="1" w:styleId="BodyTextChar">
    <w:name w:val="Body Text Char"/>
    <w:basedOn w:val="DefaultParagraphFont"/>
    <w:link w:val="BodyText"/>
    <w:uiPriority w:val="99"/>
    <w:rsid w:val="0080618B"/>
    <w:rPr>
      <w:rFonts w:asciiTheme="minorHAnsi" w:eastAsiaTheme="minorEastAsia" w:hAnsiTheme="minorHAnsi" w:cstheme="minorBidi"/>
      <w:sz w:val="22"/>
      <w:szCs w:val="22"/>
      <w:lang w:eastAsia="en-US"/>
    </w:rPr>
  </w:style>
  <w:style w:type="paragraph" w:styleId="BodyText2">
    <w:name w:val="Body Text 2"/>
    <w:basedOn w:val="Normal"/>
    <w:link w:val="BodyText2Char"/>
    <w:uiPriority w:val="99"/>
    <w:unhideWhenUsed/>
    <w:rsid w:val="0080618B"/>
    <w:pPr>
      <w:widowControl/>
      <w:spacing w:after="120" w:line="480" w:lineRule="auto"/>
      <w:jc w:val="left"/>
    </w:pPr>
    <w:rPr>
      <w:rFonts w:asciiTheme="minorHAnsi" w:eastAsiaTheme="minorEastAsia" w:hAnsiTheme="minorHAnsi" w:cstheme="minorBidi"/>
      <w:kern w:val="0"/>
      <w:sz w:val="22"/>
      <w:lang w:eastAsia="en-US"/>
    </w:rPr>
  </w:style>
  <w:style w:type="character" w:customStyle="1" w:styleId="BodyText2Char">
    <w:name w:val="Body Text 2 Char"/>
    <w:basedOn w:val="DefaultParagraphFont"/>
    <w:link w:val="BodyText2"/>
    <w:uiPriority w:val="99"/>
    <w:rsid w:val="0080618B"/>
    <w:rPr>
      <w:rFonts w:asciiTheme="minorHAnsi" w:eastAsiaTheme="minorEastAsia" w:hAnsiTheme="minorHAnsi" w:cstheme="minorBidi"/>
      <w:sz w:val="22"/>
      <w:szCs w:val="22"/>
      <w:lang w:eastAsia="en-US"/>
    </w:rPr>
  </w:style>
  <w:style w:type="paragraph" w:styleId="BodyText3">
    <w:name w:val="Body Text 3"/>
    <w:basedOn w:val="Normal"/>
    <w:link w:val="BodyText3Char"/>
    <w:uiPriority w:val="99"/>
    <w:unhideWhenUsed/>
    <w:rsid w:val="0080618B"/>
    <w:pPr>
      <w:widowControl/>
      <w:spacing w:after="120" w:line="276" w:lineRule="auto"/>
      <w:jc w:val="left"/>
    </w:pPr>
    <w:rPr>
      <w:rFonts w:asciiTheme="minorHAnsi" w:eastAsiaTheme="minorEastAsia" w:hAnsiTheme="minorHAnsi" w:cstheme="minorBidi"/>
      <w:kern w:val="0"/>
      <w:sz w:val="16"/>
      <w:szCs w:val="16"/>
      <w:lang w:eastAsia="en-US"/>
    </w:rPr>
  </w:style>
  <w:style w:type="character" w:customStyle="1" w:styleId="BodyText3Char">
    <w:name w:val="Body Text 3 Char"/>
    <w:basedOn w:val="DefaultParagraphFont"/>
    <w:link w:val="BodyText3"/>
    <w:uiPriority w:val="99"/>
    <w:rsid w:val="0080618B"/>
    <w:rPr>
      <w:rFonts w:asciiTheme="minorHAnsi" w:eastAsiaTheme="minorEastAsia" w:hAnsiTheme="minorHAnsi" w:cstheme="minorBidi"/>
      <w:sz w:val="16"/>
      <w:szCs w:val="16"/>
      <w:lang w:eastAsia="en-US"/>
    </w:rPr>
  </w:style>
  <w:style w:type="paragraph" w:styleId="List">
    <w:name w:val="List"/>
    <w:basedOn w:val="Normal"/>
    <w:uiPriority w:val="99"/>
    <w:unhideWhenUsed/>
    <w:rsid w:val="0080618B"/>
    <w:pPr>
      <w:widowControl/>
      <w:spacing w:after="200" w:line="276" w:lineRule="auto"/>
      <w:ind w:left="360" w:hanging="360"/>
      <w:contextualSpacing/>
      <w:jc w:val="left"/>
    </w:pPr>
    <w:rPr>
      <w:rFonts w:asciiTheme="minorHAnsi" w:eastAsiaTheme="minorEastAsia" w:hAnsiTheme="minorHAnsi" w:cstheme="minorBidi"/>
      <w:kern w:val="0"/>
      <w:sz w:val="22"/>
      <w:lang w:eastAsia="en-US"/>
    </w:rPr>
  </w:style>
  <w:style w:type="paragraph" w:styleId="List2">
    <w:name w:val="List 2"/>
    <w:basedOn w:val="Normal"/>
    <w:uiPriority w:val="99"/>
    <w:unhideWhenUsed/>
    <w:rsid w:val="0080618B"/>
    <w:pPr>
      <w:widowControl/>
      <w:spacing w:after="200" w:line="276" w:lineRule="auto"/>
      <w:ind w:left="720" w:hanging="360"/>
      <w:contextualSpacing/>
      <w:jc w:val="left"/>
    </w:pPr>
    <w:rPr>
      <w:rFonts w:asciiTheme="minorHAnsi" w:eastAsiaTheme="minorEastAsia" w:hAnsiTheme="minorHAnsi" w:cstheme="minorBidi"/>
      <w:kern w:val="0"/>
      <w:sz w:val="22"/>
      <w:lang w:eastAsia="en-US"/>
    </w:rPr>
  </w:style>
  <w:style w:type="paragraph" w:styleId="List3">
    <w:name w:val="List 3"/>
    <w:basedOn w:val="Normal"/>
    <w:uiPriority w:val="99"/>
    <w:unhideWhenUsed/>
    <w:rsid w:val="0080618B"/>
    <w:pPr>
      <w:widowControl/>
      <w:spacing w:after="200" w:line="276" w:lineRule="auto"/>
      <w:ind w:left="1080" w:hanging="360"/>
      <w:contextualSpacing/>
      <w:jc w:val="left"/>
    </w:pPr>
    <w:rPr>
      <w:rFonts w:asciiTheme="minorHAnsi" w:eastAsiaTheme="minorEastAsia" w:hAnsiTheme="minorHAnsi" w:cstheme="minorBidi"/>
      <w:kern w:val="0"/>
      <w:sz w:val="22"/>
      <w:lang w:eastAsia="en-US"/>
    </w:rPr>
  </w:style>
  <w:style w:type="paragraph" w:styleId="ListBullet">
    <w:name w:val="List Bullet"/>
    <w:basedOn w:val="Normal"/>
    <w:uiPriority w:val="99"/>
    <w:unhideWhenUsed/>
    <w:rsid w:val="0080618B"/>
    <w:pPr>
      <w:widowControl/>
      <w:numPr>
        <w:numId w:val="11"/>
      </w:numPr>
      <w:spacing w:after="200" w:line="276" w:lineRule="auto"/>
      <w:contextualSpacing/>
      <w:jc w:val="left"/>
    </w:pPr>
    <w:rPr>
      <w:rFonts w:asciiTheme="minorHAnsi" w:eastAsiaTheme="minorEastAsia" w:hAnsiTheme="minorHAnsi" w:cstheme="minorBidi"/>
      <w:kern w:val="0"/>
      <w:sz w:val="22"/>
      <w:lang w:eastAsia="en-US"/>
    </w:rPr>
  </w:style>
  <w:style w:type="paragraph" w:styleId="ListBullet2">
    <w:name w:val="List Bullet 2"/>
    <w:basedOn w:val="Normal"/>
    <w:uiPriority w:val="99"/>
    <w:unhideWhenUsed/>
    <w:rsid w:val="0080618B"/>
    <w:pPr>
      <w:widowControl/>
      <w:numPr>
        <w:numId w:val="12"/>
      </w:numPr>
      <w:spacing w:after="200" w:line="276" w:lineRule="auto"/>
      <w:contextualSpacing/>
      <w:jc w:val="left"/>
    </w:pPr>
    <w:rPr>
      <w:rFonts w:asciiTheme="minorHAnsi" w:eastAsiaTheme="minorEastAsia" w:hAnsiTheme="minorHAnsi" w:cstheme="minorBidi"/>
      <w:kern w:val="0"/>
      <w:sz w:val="22"/>
      <w:lang w:eastAsia="en-US"/>
    </w:rPr>
  </w:style>
  <w:style w:type="paragraph" w:styleId="ListBullet3">
    <w:name w:val="List Bullet 3"/>
    <w:basedOn w:val="Normal"/>
    <w:uiPriority w:val="99"/>
    <w:unhideWhenUsed/>
    <w:rsid w:val="0080618B"/>
    <w:pPr>
      <w:widowControl/>
      <w:numPr>
        <w:numId w:val="13"/>
      </w:numPr>
      <w:spacing w:after="200" w:line="276" w:lineRule="auto"/>
      <w:contextualSpacing/>
      <w:jc w:val="left"/>
    </w:pPr>
    <w:rPr>
      <w:rFonts w:asciiTheme="minorHAnsi" w:eastAsiaTheme="minorEastAsia" w:hAnsiTheme="minorHAnsi" w:cstheme="minorBidi"/>
      <w:kern w:val="0"/>
      <w:sz w:val="22"/>
      <w:lang w:eastAsia="en-US"/>
    </w:rPr>
  </w:style>
  <w:style w:type="paragraph" w:styleId="ListNumber">
    <w:name w:val="List Number"/>
    <w:basedOn w:val="Normal"/>
    <w:uiPriority w:val="99"/>
    <w:unhideWhenUsed/>
    <w:rsid w:val="0080618B"/>
    <w:pPr>
      <w:widowControl/>
      <w:numPr>
        <w:numId w:val="15"/>
      </w:numPr>
      <w:spacing w:after="200" w:line="276" w:lineRule="auto"/>
      <w:contextualSpacing/>
      <w:jc w:val="left"/>
    </w:pPr>
    <w:rPr>
      <w:rFonts w:asciiTheme="minorHAnsi" w:eastAsiaTheme="minorEastAsia" w:hAnsiTheme="minorHAnsi" w:cstheme="minorBidi"/>
      <w:kern w:val="0"/>
      <w:sz w:val="22"/>
      <w:lang w:eastAsia="en-US"/>
    </w:rPr>
  </w:style>
  <w:style w:type="paragraph" w:styleId="ListNumber2">
    <w:name w:val="List Number 2"/>
    <w:basedOn w:val="Normal"/>
    <w:uiPriority w:val="99"/>
    <w:unhideWhenUsed/>
    <w:rsid w:val="0080618B"/>
    <w:pPr>
      <w:widowControl/>
      <w:numPr>
        <w:numId w:val="16"/>
      </w:numPr>
      <w:spacing w:after="200" w:line="276" w:lineRule="auto"/>
      <w:contextualSpacing/>
      <w:jc w:val="left"/>
    </w:pPr>
    <w:rPr>
      <w:rFonts w:asciiTheme="minorHAnsi" w:eastAsiaTheme="minorEastAsia" w:hAnsiTheme="minorHAnsi" w:cstheme="minorBidi"/>
      <w:kern w:val="0"/>
      <w:sz w:val="22"/>
      <w:lang w:eastAsia="en-US"/>
    </w:rPr>
  </w:style>
  <w:style w:type="paragraph" w:styleId="ListNumber3">
    <w:name w:val="List Number 3"/>
    <w:basedOn w:val="Normal"/>
    <w:uiPriority w:val="99"/>
    <w:unhideWhenUsed/>
    <w:rsid w:val="0080618B"/>
    <w:pPr>
      <w:widowControl/>
      <w:numPr>
        <w:numId w:val="17"/>
      </w:numPr>
      <w:spacing w:after="200" w:line="276" w:lineRule="auto"/>
      <w:contextualSpacing/>
      <w:jc w:val="left"/>
    </w:pPr>
    <w:rPr>
      <w:rFonts w:asciiTheme="minorHAnsi" w:eastAsiaTheme="minorEastAsia" w:hAnsiTheme="minorHAnsi" w:cstheme="minorBidi"/>
      <w:kern w:val="0"/>
      <w:sz w:val="22"/>
      <w:lang w:eastAsia="en-US"/>
    </w:rPr>
  </w:style>
  <w:style w:type="paragraph" w:styleId="ListContinue">
    <w:name w:val="List Continue"/>
    <w:basedOn w:val="Normal"/>
    <w:uiPriority w:val="99"/>
    <w:unhideWhenUsed/>
    <w:rsid w:val="0080618B"/>
    <w:pPr>
      <w:widowControl/>
      <w:spacing w:after="120" w:line="276" w:lineRule="auto"/>
      <w:ind w:left="360"/>
      <w:contextualSpacing/>
      <w:jc w:val="left"/>
    </w:pPr>
    <w:rPr>
      <w:rFonts w:asciiTheme="minorHAnsi" w:eastAsiaTheme="minorEastAsia" w:hAnsiTheme="minorHAnsi" w:cstheme="minorBidi"/>
      <w:kern w:val="0"/>
      <w:sz w:val="22"/>
      <w:lang w:eastAsia="en-US"/>
    </w:rPr>
  </w:style>
  <w:style w:type="paragraph" w:styleId="ListContinue2">
    <w:name w:val="List Continue 2"/>
    <w:basedOn w:val="Normal"/>
    <w:uiPriority w:val="99"/>
    <w:unhideWhenUsed/>
    <w:rsid w:val="0080618B"/>
    <w:pPr>
      <w:widowControl/>
      <w:spacing w:after="120" w:line="276" w:lineRule="auto"/>
      <w:ind w:left="720"/>
      <w:contextualSpacing/>
      <w:jc w:val="left"/>
    </w:pPr>
    <w:rPr>
      <w:rFonts w:asciiTheme="minorHAnsi" w:eastAsiaTheme="minorEastAsia" w:hAnsiTheme="minorHAnsi" w:cstheme="minorBidi"/>
      <w:kern w:val="0"/>
      <w:sz w:val="22"/>
      <w:lang w:eastAsia="en-US"/>
    </w:rPr>
  </w:style>
  <w:style w:type="paragraph" w:styleId="ListContinue3">
    <w:name w:val="List Continue 3"/>
    <w:basedOn w:val="Normal"/>
    <w:uiPriority w:val="99"/>
    <w:unhideWhenUsed/>
    <w:rsid w:val="0080618B"/>
    <w:pPr>
      <w:widowControl/>
      <w:spacing w:after="120" w:line="276" w:lineRule="auto"/>
      <w:ind w:left="1080"/>
      <w:contextualSpacing/>
      <w:jc w:val="left"/>
    </w:pPr>
    <w:rPr>
      <w:rFonts w:asciiTheme="minorHAnsi" w:eastAsiaTheme="minorEastAsia" w:hAnsiTheme="minorHAnsi" w:cstheme="minorBidi"/>
      <w:kern w:val="0"/>
      <w:sz w:val="22"/>
      <w:lang w:eastAsia="en-US"/>
    </w:rPr>
  </w:style>
  <w:style w:type="paragraph" w:styleId="MacroText">
    <w:name w:val="macro"/>
    <w:link w:val="MacroTextChar"/>
    <w:uiPriority w:val="99"/>
    <w:unhideWhenUsed/>
    <w:rsid w:val="0080618B"/>
    <w:pPr>
      <w:tabs>
        <w:tab w:val="left" w:pos="576"/>
        <w:tab w:val="left" w:pos="1152"/>
        <w:tab w:val="left" w:pos="1728"/>
        <w:tab w:val="left" w:pos="2304"/>
        <w:tab w:val="left" w:pos="2880"/>
        <w:tab w:val="left" w:pos="3456"/>
        <w:tab w:val="left" w:pos="4032"/>
      </w:tabs>
      <w:spacing w:after="200" w:line="276" w:lineRule="auto"/>
    </w:pPr>
    <w:rPr>
      <w:rFonts w:ascii="Courier" w:eastAsiaTheme="minorEastAsia" w:hAnsi="Courier" w:cstheme="minorBidi"/>
      <w:lang w:eastAsia="en-US"/>
    </w:rPr>
  </w:style>
  <w:style w:type="character" w:customStyle="1" w:styleId="MacroTextChar">
    <w:name w:val="Macro Text Char"/>
    <w:basedOn w:val="DefaultParagraphFont"/>
    <w:link w:val="MacroText"/>
    <w:uiPriority w:val="99"/>
    <w:rsid w:val="0080618B"/>
    <w:rPr>
      <w:rFonts w:ascii="Courier" w:eastAsiaTheme="minorEastAsia" w:hAnsi="Courier" w:cstheme="minorBidi"/>
      <w:lang w:eastAsia="en-US"/>
    </w:rPr>
  </w:style>
  <w:style w:type="paragraph" w:styleId="Quote">
    <w:name w:val="Quote"/>
    <w:basedOn w:val="Normal"/>
    <w:next w:val="Normal"/>
    <w:link w:val="QuoteChar"/>
    <w:uiPriority w:val="29"/>
    <w:qFormat/>
    <w:rsid w:val="0080618B"/>
    <w:pPr>
      <w:widowControl/>
      <w:spacing w:after="200" w:line="276" w:lineRule="auto"/>
      <w:jc w:val="left"/>
    </w:pPr>
    <w:rPr>
      <w:rFonts w:asciiTheme="minorHAnsi" w:eastAsiaTheme="minorEastAsia" w:hAnsiTheme="minorHAnsi" w:cstheme="minorBidi"/>
      <w:i/>
      <w:iCs/>
      <w:color w:val="000000" w:themeColor="text1"/>
      <w:kern w:val="0"/>
      <w:sz w:val="22"/>
      <w:lang w:eastAsia="en-US"/>
    </w:rPr>
  </w:style>
  <w:style w:type="character" w:customStyle="1" w:styleId="QuoteChar">
    <w:name w:val="Quote Char"/>
    <w:basedOn w:val="DefaultParagraphFont"/>
    <w:link w:val="Quote"/>
    <w:uiPriority w:val="29"/>
    <w:rsid w:val="0080618B"/>
    <w:rPr>
      <w:rFonts w:asciiTheme="minorHAnsi" w:eastAsiaTheme="minorEastAsia" w:hAnsiTheme="minorHAnsi" w:cstheme="minorBidi"/>
      <w:i/>
      <w:iCs/>
      <w:color w:val="000000" w:themeColor="text1"/>
      <w:sz w:val="22"/>
      <w:szCs w:val="22"/>
      <w:lang w:eastAsia="en-US"/>
    </w:rPr>
  </w:style>
  <w:style w:type="paragraph" w:styleId="Caption">
    <w:name w:val="caption"/>
    <w:basedOn w:val="Normal"/>
    <w:next w:val="Normal"/>
    <w:uiPriority w:val="35"/>
    <w:semiHidden/>
    <w:unhideWhenUsed/>
    <w:qFormat/>
    <w:rsid w:val="0080618B"/>
    <w:pPr>
      <w:widowControl/>
      <w:spacing w:after="200"/>
      <w:jc w:val="left"/>
    </w:pPr>
    <w:rPr>
      <w:rFonts w:asciiTheme="minorHAnsi" w:eastAsiaTheme="minorEastAsia" w:hAnsiTheme="minorHAnsi" w:cstheme="minorBidi"/>
      <w:b/>
      <w:bCs/>
      <w:color w:val="4472C4" w:themeColor="accent1"/>
      <w:kern w:val="0"/>
      <w:sz w:val="18"/>
      <w:szCs w:val="18"/>
      <w:lang w:eastAsia="en-US"/>
    </w:rPr>
  </w:style>
  <w:style w:type="character" w:styleId="Strong">
    <w:name w:val="Strong"/>
    <w:basedOn w:val="DefaultParagraphFont"/>
    <w:uiPriority w:val="22"/>
    <w:qFormat/>
    <w:rsid w:val="0080618B"/>
    <w:rPr>
      <w:b/>
      <w:bCs/>
    </w:rPr>
  </w:style>
  <w:style w:type="character" w:styleId="Emphasis">
    <w:name w:val="Emphasis"/>
    <w:basedOn w:val="DefaultParagraphFont"/>
    <w:uiPriority w:val="20"/>
    <w:qFormat/>
    <w:rsid w:val="0080618B"/>
    <w:rPr>
      <w:i/>
      <w:iCs/>
    </w:rPr>
  </w:style>
  <w:style w:type="paragraph" w:styleId="IntenseQuote">
    <w:name w:val="Intense Quote"/>
    <w:basedOn w:val="Normal"/>
    <w:next w:val="Normal"/>
    <w:link w:val="IntenseQuoteChar"/>
    <w:uiPriority w:val="30"/>
    <w:qFormat/>
    <w:rsid w:val="0080618B"/>
    <w:pPr>
      <w:widowControl/>
      <w:pBdr>
        <w:bottom w:val="single" w:sz="4" w:space="4" w:color="4472C4" w:themeColor="accent1"/>
      </w:pBdr>
      <w:spacing w:before="200" w:after="280" w:line="276" w:lineRule="auto"/>
      <w:ind w:left="936" w:right="936"/>
      <w:jc w:val="left"/>
    </w:pPr>
    <w:rPr>
      <w:rFonts w:asciiTheme="minorHAnsi" w:eastAsiaTheme="minorEastAsia" w:hAnsiTheme="minorHAnsi" w:cstheme="minorBidi"/>
      <w:b/>
      <w:bCs/>
      <w:i/>
      <w:iCs/>
      <w:color w:val="4472C4" w:themeColor="accent1"/>
      <w:kern w:val="0"/>
      <w:sz w:val="22"/>
      <w:lang w:eastAsia="en-US"/>
    </w:rPr>
  </w:style>
  <w:style w:type="character" w:customStyle="1" w:styleId="IntenseQuoteChar">
    <w:name w:val="Intense Quote Char"/>
    <w:basedOn w:val="DefaultParagraphFont"/>
    <w:link w:val="IntenseQuote"/>
    <w:uiPriority w:val="30"/>
    <w:rsid w:val="0080618B"/>
    <w:rPr>
      <w:rFonts w:asciiTheme="minorHAnsi" w:eastAsiaTheme="minorEastAsia" w:hAnsiTheme="minorHAnsi" w:cstheme="minorBidi"/>
      <w:b/>
      <w:bCs/>
      <w:i/>
      <w:iCs/>
      <w:color w:val="4472C4" w:themeColor="accent1"/>
      <w:sz w:val="22"/>
      <w:szCs w:val="22"/>
      <w:lang w:eastAsia="en-US"/>
    </w:rPr>
  </w:style>
  <w:style w:type="character" w:styleId="SubtleEmphasis">
    <w:name w:val="Subtle Emphasis"/>
    <w:basedOn w:val="DefaultParagraphFont"/>
    <w:uiPriority w:val="19"/>
    <w:qFormat/>
    <w:rsid w:val="0080618B"/>
    <w:rPr>
      <w:i/>
      <w:iCs/>
      <w:color w:val="808080" w:themeColor="text1" w:themeTint="7F"/>
    </w:rPr>
  </w:style>
  <w:style w:type="character" w:styleId="IntenseEmphasis">
    <w:name w:val="Intense Emphasis"/>
    <w:basedOn w:val="DefaultParagraphFont"/>
    <w:uiPriority w:val="21"/>
    <w:qFormat/>
    <w:rsid w:val="0080618B"/>
    <w:rPr>
      <w:b/>
      <w:bCs/>
      <w:i/>
      <w:iCs/>
      <w:color w:val="4472C4" w:themeColor="accent1"/>
    </w:rPr>
  </w:style>
  <w:style w:type="character" w:styleId="SubtleReference">
    <w:name w:val="Subtle Reference"/>
    <w:basedOn w:val="DefaultParagraphFont"/>
    <w:uiPriority w:val="31"/>
    <w:qFormat/>
    <w:rsid w:val="0080618B"/>
    <w:rPr>
      <w:smallCaps/>
      <w:color w:val="ED7D31" w:themeColor="accent2"/>
      <w:u w:val="single"/>
    </w:rPr>
  </w:style>
  <w:style w:type="character" w:styleId="IntenseReference">
    <w:name w:val="Intense Reference"/>
    <w:basedOn w:val="DefaultParagraphFont"/>
    <w:uiPriority w:val="32"/>
    <w:qFormat/>
    <w:rsid w:val="0080618B"/>
    <w:rPr>
      <w:b/>
      <w:bCs/>
      <w:smallCaps/>
      <w:color w:val="ED7D31" w:themeColor="accent2"/>
      <w:spacing w:val="5"/>
      <w:u w:val="single"/>
    </w:rPr>
  </w:style>
  <w:style w:type="character" w:styleId="BookTitle">
    <w:name w:val="Book Title"/>
    <w:basedOn w:val="DefaultParagraphFont"/>
    <w:uiPriority w:val="33"/>
    <w:qFormat/>
    <w:rsid w:val="0080618B"/>
    <w:rPr>
      <w:b/>
      <w:bCs/>
      <w:smallCaps/>
      <w:spacing w:val="5"/>
    </w:rPr>
  </w:style>
  <w:style w:type="paragraph" w:styleId="TOCHeading">
    <w:name w:val="TOC Heading"/>
    <w:basedOn w:val="Heading1"/>
    <w:next w:val="Normal"/>
    <w:uiPriority w:val="39"/>
    <w:semiHidden/>
    <w:unhideWhenUsed/>
    <w:qFormat/>
    <w:rsid w:val="0080618B"/>
    <w:pPr>
      <w:outlineLvl w:val="9"/>
    </w:pPr>
  </w:style>
  <w:style w:type="table" w:styleId="LightShading">
    <w:name w:val="Light Shading"/>
    <w:basedOn w:val="TableNormal"/>
    <w:uiPriority w:val="60"/>
    <w:rsid w:val="0080618B"/>
    <w:rPr>
      <w:rFonts w:asciiTheme="minorHAnsi" w:eastAsiaTheme="minorEastAsia"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80618B"/>
    <w:rPr>
      <w:rFonts w:asciiTheme="minorHAnsi" w:eastAsiaTheme="minorEastAsia" w:hAnsiTheme="minorHAnsi" w:cstheme="minorBidi"/>
      <w:color w:val="2F5496" w:themeColor="accent1" w:themeShade="BF"/>
      <w:sz w:val="22"/>
      <w:szCs w:val="22"/>
      <w:lang w:eastAsia="en-US"/>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80618B"/>
    <w:rPr>
      <w:rFonts w:asciiTheme="minorHAnsi" w:eastAsiaTheme="minorEastAsia" w:hAnsiTheme="minorHAnsi" w:cstheme="minorBidi"/>
      <w:color w:val="C45911" w:themeColor="accent2" w:themeShade="BF"/>
      <w:sz w:val="22"/>
      <w:szCs w:val="22"/>
      <w:lang w:eastAsia="en-US"/>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80618B"/>
    <w:rPr>
      <w:rFonts w:asciiTheme="minorHAnsi" w:eastAsiaTheme="minorEastAsia" w:hAnsiTheme="minorHAnsi" w:cstheme="minorBidi"/>
      <w:color w:val="7B7B7B" w:themeColor="accent3" w:themeShade="BF"/>
      <w:sz w:val="22"/>
      <w:szCs w:val="22"/>
      <w:lang w:eastAsia="en-US"/>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80618B"/>
    <w:rPr>
      <w:rFonts w:asciiTheme="minorHAnsi" w:eastAsiaTheme="minorEastAsia" w:hAnsiTheme="minorHAnsi" w:cstheme="minorBidi"/>
      <w:color w:val="BF8F00" w:themeColor="accent4" w:themeShade="BF"/>
      <w:sz w:val="22"/>
      <w:szCs w:val="22"/>
      <w:lang w:eastAsia="en-US"/>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80618B"/>
    <w:rPr>
      <w:rFonts w:asciiTheme="minorHAnsi" w:eastAsiaTheme="minorEastAsia" w:hAnsiTheme="minorHAnsi" w:cstheme="minorBidi"/>
      <w:color w:val="2E74B5" w:themeColor="accent5" w:themeShade="BF"/>
      <w:sz w:val="22"/>
      <w:szCs w:val="22"/>
      <w:lang w:eastAsia="en-US"/>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80618B"/>
    <w:rPr>
      <w:rFonts w:asciiTheme="minorHAnsi" w:eastAsiaTheme="minorEastAsia" w:hAnsiTheme="minorHAnsi" w:cstheme="minorBidi"/>
      <w:color w:val="538135" w:themeColor="accent6" w:themeShade="BF"/>
      <w:sz w:val="22"/>
      <w:szCs w:val="22"/>
      <w:lang w:eastAsia="en-US"/>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80618B"/>
    <w:rPr>
      <w:rFonts w:asciiTheme="minorHAnsi" w:eastAsiaTheme="minorEastAsia" w:hAnsiTheme="minorHAnsi" w:cstheme="minorBidi"/>
      <w:sz w:val="22"/>
      <w:szCs w:val="22"/>
      <w:lang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80618B"/>
    <w:rPr>
      <w:rFonts w:asciiTheme="minorHAnsi" w:eastAsiaTheme="minorEastAsia" w:hAnsiTheme="minorHAnsi" w:cstheme="minorBidi"/>
      <w:sz w:val="22"/>
      <w:szCs w:val="22"/>
      <w:lang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80618B"/>
    <w:rPr>
      <w:rFonts w:asciiTheme="minorHAnsi" w:eastAsiaTheme="minorEastAsia" w:hAnsiTheme="minorHAnsi" w:cstheme="minorBidi"/>
      <w:sz w:val="22"/>
      <w:szCs w:val="22"/>
      <w:lang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80618B"/>
    <w:rPr>
      <w:rFonts w:asciiTheme="minorHAnsi" w:eastAsiaTheme="minorEastAsia" w:hAnsiTheme="minorHAnsi" w:cstheme="minorBidi"/>
      <w:sz w:val="22"/>
      <w:szCs w:val="22"/>
      <w:lang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80618B"/>
    <w:rPr>
      <w:rFonts w:asciiTheme="minorHAnsi" w:eastAsiaTheme="minorEastAsia" w:hAnsiTheme="minorHAnsi" w:cstheme="minorBidi"/>
      <w:sz w:val="22"/>
      <w:szCs w:val="22"/>
      <w:lang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80618B"/>
    <w:rPr>
      <w:rFonts w:asciiTheme="minorHAnsi" w:eastAsiaTheme="minorEastAsia" w:hAnsiTheme="minorHAnsi" w:cstheme="minorBidi"/>
      <w:sz w:val="22"/>
      <w:szCs w:val="22"/>
      <w:lang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80618B"/>
    <w:rPr>
      <w:rFonts w:asciiTheme="minorHAnsi" w:eastAsiaTheme="minorEastAsia" w:hAnsiTheme="minorHAnsi" w:cstheme="minorBidi"/>
      <w:sz w:val="22"/>
      <w:szCs w:val="22"/>
      <w:lang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80618B"/>
    <w:rPr>
      <w:rFonts w:asciiTheme="minorHAnsi" w:eastAsiaTheme="minorEastAsia" w:hAnsiTheme="minorHAnsi" w:cstheme="minorBidi"/>
      <w:color w:val="000000" w:themeColor="text1"/>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80618B"/>
    <w:rPr>
      <w:rFonts w:asciiTheme="minorHAnsi" w:eastAsiaTheme="minorEastAsia" w:hAnsiTheme="minorHAnsi" w:cstheme="minorBidi"/>
      <w:color w:val="000000" w:themeColor="text1"/>
      <w:sz w:val="22"/>
      <w:szCs w:val="22"/>
      <w:lang w:eastAsia="en-US"/>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80618B"/>
    <w:rPr>
      <w:rFonts w:asciiTheme="minorHAnsi" w:eastAsiaTheme="minorEastAsia" w:hAnsiTheme="minorHAnsi" w:cstheme="minorBidi"/>
      <w:color w:val="000000" w:themeColor="text1"/>
      <w:sz w:val="22"/>
      <w:szCs w:val="22"/>
      <w:lang w:eastAsia="en-US"/>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80618B"/>
    <w:rPr>
      <w:rFonts w:asciiTheme="minorHAnsi" w:eastAsiaTheme="minorEastAsia" w:hAnsiTheme="minorHAnsi" w:cstheme="minorBidi"/>
      <w:color w:val="000000" w:themeColor="text1"/>
      <w:sz w:val="22"/>
      <w:szCs w:val="22"/>
      <w:lang w:eastAsia="en-US"/>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80618B"/>
    <w:rPr>
      <w:rFonts w:asciiTheme="minorHAnsi" w:eastAsiaTheme="minorEastAsia" w:hAnsiTheme="minorHAnsi" w:cstheme="minorBidi"/>
      <w:color w:val="000000" w:themeColor="text1"/>
      <w:sz w:val="22"/>
      <w:szCs w:val="22"/>
      <w:lang w:eastAsia="en-US"/>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80618B"/>
    <w:rPr>
      <w:rFonts w:asciiTheme="minorHAnsi" w:eastAsiaTheme="minorEastAsia" w:hAnsiTheme="minorHAnsi" w:cstheme="minorBidi"/>
      <w:color w:val="000000" w:themeColor="text1"/>
      <w:sz w:val="22"/>
      <w:szCs w:val="22"/>
      <w:lang w:eastAsia="en-US"/>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80618B"/>
    <w:rPr>
      <w:rFonts w:asciiTheme="minorHAnsi" w:eastAsiaTheme="minorEastAsia" w:hAnsiTheme="minorHAnsi" w:cstheme="minorBidi"/>
      <w:color w:val="000000" w:themeColor="text1"/>
      <w:sz w:val="22"/>
      <w:szCs w:val="22"/>
      <w:lang w:eastAsia="en-US"/>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80618B"/>
    <w:rPr>
      <w:rFonts w:asciiTheme="majorHAnsi" w:eastAsiaTheme="majorEastAsia" w:hAnsiTheme="majorHAnsi" w:cstheme="majorBidi"/>
      <w:color w:val="000000" w:themeColor="text1"/>
      <w:sz w:val="22"/>
      <w:szCs w:val="22"/>
      <w:lang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80618B"/>
    <w:rPr>
      <w:rFonts w:asciiTheme="majorHAnsi" w:eastAsiaTheme="majorEastAsia" w:hAnsiTheme="majorHAnsi" w:cstheme="majorBidi"/>
      <w:color w:val="000000" w:themeColor="text1"/>
      <w:sz w:val="22"/>
      <w:szCs w:val="22"/>
      <w:lang w:eastAsia="en-US"/>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80618B"/>
    <w:rPr>
      <w:rFonts w:asciiTheme="majorHAnsi" w:eastAsiaTheme="majorEastAsia" w:hAnsiTheme="majorHAnsi" w:cstheme="majorBidi"/>
      <w:color w:val="000000" w:themeColor="text1"/>
      <w:sz w:val="22"/>
      <w:szCs w:val="22"/>
      <w:lang w:eastAsia="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80618B"/>
    <w:rPr>
      <w:rFonts w:asciiTheme="majorHAnsi" w:eastAsiaTheme="majorEastAsia" w:hAnsiTheme="majorHAnsi" w:cstheme="majorBidi"/>
      <w:color w:val="000000" w:themeColor="text1"/>
      <w:sz w:val="22"/>
      <w:szCs w:val="22"/>
      <w:lang w:eastAsia="en-US"/>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80618B"/>
    <w:rPr>
      <w:rFonts w:asciiTheme="majorHAnsi" w:eastAsiaTheme="majorEastAsia" w:hAnsiTheme="majorHAnsi" w:cstheme="majorBidi"/>
      <w:color w:val="000000" w:themeColor="text1"/>
      <w:sz w:val="22"/>
      <w:szCs w:val="22"/>
      <w:lang w:eastAsia="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80618B"/>
    <w:rPr>
      <w:rFonts w:asciiTheme="majorHAnsi" w:eastAsiaTheme="majorEastAsia" w:hAnsiTheme="majorHAnsi" w:cstheme="majorBidi"/>
      <w:color w:val="000000" w:themeColor="text1"/>
      <w:sz w:val="22"/>
      <w:szCs w:val="22"/>
      <w:lang w:eastAsia="en-US"/>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80618B"/>
    <w:rPr>
      <w:rFonts w:asciiTheme="majorHAnsi" w:eastAsiaTheme="majorEastAsia" w:hAnsiTheme="majorHAnsi" w:cstheme="majorBidi"/>
      <w:color w:val="000000" w:themeColor="text1"/>
      <w:sz w:val="22"/>
      <w:szCs w:val="22"/>
      <w:lang w:eastAsia="en-US"/>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80618B"/>
    <w:rPr>
      <w:rFonts w:asciiTheme="majorHAnsi" w:eastAsiaTheme="majorEastAsia" w:hAnsiTheme="majorHAnsi" w:cstheme="majorBidi"/>
      <w:color w:val="000000" w:themeColor="text1"/>
      <w:sz w:val="22"/>
      <w:szCs w:val="22"/>
      <w:lang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80618B"/>
    <w:rPr>
      <w:rFonts w:asciiTheme="majorHAnsi" w:eastAsiaTheme="majorEastAsia" w:hAnsiTheme="majorHAnsi" w:cstheme="majorBidi"/>
      <w:color w:val="000000" w:themeColor="text1"/>
      <w:sz w:val="22"/>
      <w:szCs w:val="22"/>
      <w:lang w:eastAsia="en-US"/>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80618B"/>
    <w:rPr>
      <w:rFonts w:asciiTheme="majorHAnsi" w:eastAsiaTheme="majorEastAsia" w:hAnsiTheme="majorHAnsi" w:cstheme="majorBidi"/>
      <w:color w:val="000000" w:themeColor="text1"/>
      <w:sz w:val="22"/>
      <w:szCs w:val="22"/>
      <w:lang w:eastAsia="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80618B"/>
    <w:rPr>
      <w:rFonts w:asciiTheme="majorHAnsi" w:eastAsiaTheme="majorEastAsia" w:hAnsiTheme="majorHAnsi" w:cstheme="majorBidi"/>
      <w:color w:val="000000" w:themeColor="text1"/>
      <w:sz w:val="22"/>
      <w:szCs w:val="22"/>
      <w:lang w:eastAsia="en-US"/>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80618B"/>
    <w:rPr>
      <w:rFonts w:asciiTheme="majorHAnsi" w:eastAsiaTheme="majorEastAsia" w:hAnsiTheme="majorHAnsi" w:cstheme="majorBidi"/>
      <w:color w:val="000000" w:themeColor="text1"/>
      <w:sz w:val="22"/>
      <w:szCs w:val="22"/>
      <w:lang w:eastAsia="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80618B"/>
    <w:rPr>
      <w:rFonts w:asciiTheme="majorHAnsi" w:eastAsiaTheme="majorEastAsia" w:hAnsiTheme="majorHAnsi" w:cstheme="majorBidi"/>
      <w:color w:val="000000" w:themeColor="text1"/>
      <w:sz w:val="22"/>
      <w:szCs w:val="22"/>
      <w:lang w:eastAsia="en-US"/>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80618B"/>
    <w:rPr>
      <w:rFonts w:asciiTheme="majorHAnsi" w:eastAsiaTheme="majorEastAsia" w:hAnsiTheme="majorHAnsi" w:cstheme="majorBidi"/>
      <w:color w:val="000000" w:themeColor="text1"/>
      <w:sz w:val="22"/>
      <w:szCs w:val="22"/>
      <w:lang w:eastAsia="en-US"/>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80618B"/>
    <w:rPr>
      <w:rFonts w:asciiTheme="minorHAnsi" w:eastAsiaTheme="minorEastAsia" w:hAnsiTheme="minorHAnsi" w:cstheme="minorBidi"/>
      <w:sz w:val="22"/>
      <w:szCs w:val="22"/>
      <w:lang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80618B"/>
    <w:rPr>
      <w:rFonts w:asciiTheme="minorHAnsi" w:eastAsiaTheme="minorEastAsia" w:hAnsiTheme="minorHAnsi" w:cstheme="minorBidi"/>
      <w:color w:val="FFFFFF" w:themeColor="background1"/>
      <w:sz w:val="22"/>
      <w:szCs w:val="22"/>
      <w:lang w:eastAsia="en-US"/>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80618B"/>
    <w:rPr>
      <w:rFonts w:asciiTheme="minorHAnsi" w:eastAsiaTheme="minorEastAsia" w:hAnsiTheme="minorHAnsi" w:cstheme="minorBidi"/>
      <w:color w:val="FFFFFF" w:themeColor="background1"/>
      <w:sz w:val="22"/>
      <w:szCs w:val="22"/>
      <w:lang w:eastAsia="en-US"/>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80618B"/>
    <w:rPr>
      <w:rFonts w:asciiTheme="minorHAnsi" w:eastAsiaTheme="minorEastAsia" w:hAnsiTheme="minorHAnsi" w:cstheme="minorBidi"/>
      <w:color w:val="FFFFFF" w:themeColor="background1"/>
      <w:sz w:val="22"/>
      <w:szCs w:val="22"/>
      <w:lang w:eastAsia="en-US"/>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80618B"/>
    <w:rPr>
      <w:rFonts w:asciiTheme="minorHAnsi" w:eastAsiaTheme="minorEastAsia" w:hAnsiTheme="minorHAnsi" w:cstheme="minorBidi"/>
      <w:color w:val="FFFFFF" w:themeColor="background1"/>
      <w:sz w:val="22"/>
      <w:szCs w:val="22"/>
      <w:lang w:eastAsia="en-US"/>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80618B"/>
    <w:rPr>
      <w:rFonts w:asciiTheme="minorHAnsi" w:eastAsiaTheme="minorEastAsia" w:hAnsiTheme="minorHAnsi" w:cstheme="minorBidi"/>
      <w:color w:val="FFFFFF" w:themeColor="background1"/>
      <w:sz w:val="22"/>
      <w:szCs w:val="22"/>
      <w:lang w:eastAsia="en-US"/>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80618B"/>
    <w:rPr>
      <w:rFonts w:asciiTheme="minorHAnsi" w:eastAsiaTheme="minorEastAsia" w:hAnsiTheme="minorHAnsi" w:cstheme="minorBidi"/>
      <w:color w:val="FFFFFF" w:themeColor="background1"/>
      <w:sz w:val="22"/>
      <w:szCs w:val="22"/>
      <w:lang w:eastAsia="en-US"/>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80618B"/>
    <w:rPr>
      <w:rFonts w:asciiTheme="minorHAnsi" w:eastAsiaTheme="minorEastAsia" w:hAnsiTheme="minorHAnsi" w:cstheme="minorBidi"/>
      <w:color w:val="FFFFFF" w:themeColor="background1"/>
      <w:sz w:val="22"/>
      <w:szCs w:val="22"/>
      <w:lang w:eastAsia="en-US"/>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80618B"/>
    <w:rPr>
      <w:rFonts w:asciiTheme="minorHAnsi" w:eastAsiaTheme="minorEastAsia" w:hAnsiTheme="minorHAnsi" w:cstheme="minorBidi"/>
      <w:color w:val="000000" w:themeColor="text1"/>
      <w:sz w:val="22"/>
      <w:szCs w:val="22"/>
      <w:lang w:eastAsia="en-US"/>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80618B"/>
    <w:rPr>
      <w:rFonts w:asciiTheme="minorHAnsi" w:eastAsiaTheme="minorEastAsia" w:hAnsiTheme="minorHAnsi" w:cstheme="minorBidi"/>
      <w:color w:val="000000" w:themeColor="text1"/>
      <w:sz w:val="22"/>
      <w:szCs w:val="22"/>
      <w:lang w:eastAsia="en-US"/>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80618B"/>
    <w:rPr>
      <w:rFonts w:asciiTheme="minorHAnsi" w:eastAsiaTheme="minorEastAsia" w:hAnsiTheme="minorHAnsi" w:cstheme="minorBidi"/>
      <w:color w:val="000000" w:themeColor="text1"/>
      <w:sz w:val="22"/>
      <w:szCs w:val="22"/>
      <w:lang w:eastAsia="en-US"/>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80618B"/>
    <w:rPr>
      <w:rFonts w:asciiTheme="minorHAnsi" w:eastAsiaTheme="minorEastAsia" w:hAnsiTheme="minorHAnsi" w:cstheme="minorBidi"/>
      <w:color w:val="000000" w:themeColor="text1"/>
      <w:sz w:val="22"/>
      <w:szCs w:val="22"/>
      <w:lang w:eastAsia="en-US"/>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80618B"/>
    <w:rPr>
      <w:rFonts w:asciiTheme="minorHAnsi" w:eastAsiaTheme="minorEastAsia" w:hAnsiTheme="minorHAnsi" w:cstheme="minorBidi"/>
      <w:color w:val="000000" w:themeColor="text1"/>
      <w:sz w:val="22"/>
      <w:szCs w:val="22"/>
      <w:lang w:eastAsia="en-US"/>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80618B"/>
    <w:rPr>
      <w:rFonts w:asciiTheme="minorHAnsi" w:eastAsiaTheme="minorEastAsia" w:hAnsiTheme="minorHAnsi" w:cstheme="minorBidi"/>
      <w:color w:val="000000" w:themeColor="text1"/>
      <w:sz w:val="22"/>
      <w:szCs w:val="22"/>
      <w:lang w:eastAsia="en-US"/>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80618B"/>
    <w:rPr>
      <w:rFonts w:asciiTheme="minorHAnsi" w:eastAsiaTheme="minorEastAsia" w:hAnsiTheme="minorHAnsi" w:cstheme="minorBidi"/>
      <w:color w:val="000000" w:themeColor="text1"/>
      <w:sz w:val="22"/>
      <w:szCs w:val="22"/>
      <w:lang w:eastAsia="en-US"/>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80618B"/>
    <w:rPr>
      <w:rFonts w:asciiTheme="minorHAnsi" w:eastAsiaTheme="minorEastAsia" w:hAnsiTheme="minorHAnsi" w:cstheme="minorBidi"/>
      <w:color w:val="000000" w:themeColor="text1"/>
      <w:sz w:val="22"/>
      <w:szCs w:val="22"/>
      <w:lang w:eastAsia="en-US"/>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80618B"/>
    <w:rPr>
      <w:rFonts w:asciiTheme="minorHAnsi" w:eastAsiaTheme="minorEastAsia" w:hAnsiTheme="minorHAnsi" w:cstheme="minorBidi"/>
      <w:color w:val="000000" w:themeColor="text1"/>
      <w:sz w:val="22"/>
      <w:szCs w:val="22"/>
      <w:lang w:eastAsia="en-US"/>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80618B"/>
    <w:rPr>
      <w:rFonts w:asciiTheme="minorHAnsi" w:eastAsiaTheme="minorEastAsia" w:hAnsiTheme="minorHAnsi" w:cstheme="minorBidi"/>
      <w:color w:val="000000" w:themeColor="text1"/>
      <w:sz w:val="22"/>
      <w:szCs w:val="22"/>
      <w:lang w:eastAsia="en-US"/>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80618B"/>
    <w:rPr>
      <w:rFonts w:asciiTheme="minorHAnsi" w:eastAsiaTheme="minorEastAsia" w:hAnsiTheme="minorHAnsi" w:cstheme="minorBidi"/>
      <w:color w:val="000000" w:themeColor="text1"/>
      <w:sz w:val="22"/>
      <w:szCs w:val="22"/>
      <w:lang w:eastAsia="en-US"/>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80618B"/>
    <w:rPr>
      <w:rFonts w:asciiTheme="minorHAnsi" w:eastAsiaTheme="minorEastAsia" w:hAnsiTheme="minorHAnsi" w:cstheme="minorBidi"/>
      <w:color w:val="000000" w:themeColor="text1"/>
      <w:sz w:val="22"/>
      <w:szCs w:val="22"/>
      <w:lang w:eastAsia="en-US"/>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80618B"/>
    <w:rPr>
      <w:rFonts w:asciiTheme="minorHAnsi" w:eastAsiaTheme="minorEastAsia" w:hAnsiTheme="minorHAnsi" w:cstheme="minorBidi"/>
      <w:color w:val="000000" w:themeColor="text1"/>
      <w:sz w:val="22"/>
      <w:szCs w:val="22"/>
      <w:lang w:eastAsia="en-US"/>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80618B"/>
    <w:rPr>
      <w:rFonts w:asciiTheme="minorHAnsi" w:eastAsiaTheme="minorEastAsia" w:hAnsiTheme="minorHAnsi" w:cstheme="minorBidi"/>
      <w:color w:val="000000" w:themeColor="text1"/>
      <w:sz w:val="22"/>
      <w:szCs w:val="22"/>
      <w:lang w:eastAsia="en-US"/>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80618B"/>
    <w:rPr>
      <w:rFonts w:asciiTheme="minorHAnsi" w:eastAsiaTheme="minorEastAsia" w:hAnsiTheme="minorHAnsi" w:cstheme="minorBidi"/>
      <w:color w:val="000000" w:themeColor="text1"/>
      <w:sz w:val="22"/>
      <w:szCs w:val="22"/>
      <w:lang w:eastAsia="en-US"/>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80618B"/>
    <w:rPr>
      <w:rFonts w:asciiTheme="minorHAnsi" w:eastAsiaTheme="minorEastAsia" w:hAnsiTheme="minorHAnsi" w:cstheme="minorBidi"/>
      <w:color w:val="000000" w:themeColor="text1"/>
      <w:sz w:val="22"/>
      <w:szCs w:val="22"/>
      <w:lang w:eastAsia="en-US"/>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80618B"/>
    <w:rPr>
      <w:rFonts w:asciiTheme="minorHAnsi" w:eastAsiaTheme="minorEastAsia" w:hAnsiTheme="minorHAnsi" w:cstheme="minorBidi"/>
      <w:color w:val="000000" w:themeColor="text1"/>
      <w:sz w:val="22"/>
      <w:szCs w:val="22"/>
      <w:lang w:eastAsia="en-US"/>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80618B"/>
    <w:rPr>
      <w:rFonts w:asciiTheme="minorHAnsi" w:eastAsiaTheme="minorEastAsia" w:hAnsiTheme="minorHAnsi" w:cstheme="minorBidi"/>
      <w:color w:val="000000" w:themeColor="text1"/>
      <w:sz w:val="22"/>
      <w:szCs w:val="22"/>
      <w:lang w:eastAsia="en-US"/>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80618B"/>
    <w:rPr>
      <w:rFonts w:asciiTheme="minorHAnsi" w:eastAsiaTheme="minorEastAsia" w:hAnsiTheme="minorHAnsi" w:cstheme="minorBidi"/>
      <w:color w:val="000000" w:themeColor="text1"/>
      <w:sz w:val="22"/>
      <w:szCs w:val="22"/>
      <w:lang w:eastAsia="en-US"/>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80618B"/>
    <w:rPr>
      <w:rFonts w:asciiTheme="minorHAnsi" w:eastAsiaTheme="minorEastAsia" w:hAnsiTheme="minorHAnsi" w:cstheme="minorBidi"/>
      <w:color w:val="000000" w:themeColor="text1"/>
      <w:sz w:val="22"/>
      <w:szCs w:val="22"/>
      <w:lang w:eastAsia="en-US"/>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80618B"/>
    <w:rPr>
      <w:rFonts w:asciiTheme="minorHAnsi" w:eastAsiaTheme="minorEastAsia" w:hAnsiTheme="minorHAnsi" w:cstheme="minorBidi"/>
      <w:color w:val="000000" w:themeColor="text1"/>
      <w:sz w:val="22"/>
      <w:szCs w:val="22"/>
      <w:lang w:eastAsia="en-US"/>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character" w:styleId="PlaceholderText">
    <w:name w:val="Placeholder Text"/>
    <w:basedOn w:val="DefaultParagraphFont"/>
    <w:uiPriority w:val="99"/>
    <w:semiHidden/>
    <w:rsid w:val="00125EE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752821">
      <w:bodyDiv w:val="1"/>
      <w:marLeft w:val="0"/>
      <w:marRight w:val="0"/>
      <w:marTop w:val="0"/>
      <w:marBottom w:val="0"/>
      <w:divBdr>
        <w:top w:val="none" w:sz="0" w:space="0" w:color="auto"/>
        <w:left w:val="none" w:sz="0" w:space="0" w:color="auto"/>
        <w:bottom w:val="none" w:sz="0" w:space="0" w:color="auto"/>
        <w:right w:val="none" w:sz="0" w:space="0" w:color="auto"/>
      </w:divBdr>
    </w:div>
    <w:div w:id="956258114">
      <w:bodyDiv w:val="1"/>
      <w:marLeft w:val="0"/>
      <w:marRight w:val="0"/>
      <w:marTop w:val="0"/>
      <w:marBottom w:val="0"/>
      <w:divBdr>
        <w:top w:val="none" w:sz="0" w:space="0" w:color="auto"/>
        <w:left w:val="none" w:sz="0" w:space="0" w:color="auto"/>
        <w:bottom w:val="none" w:sz="0" w:space="0" w:color="auto"/>
        <w:right w:val="none" w:sz="0" w:space="0" w:color="auto"/>
      </w:divBdr>
    </w:div>
    <w:div w:id="1231769044">
      <w:bodyDiv w:val="1"/>
      <w:marLeft w:val="0"/>
      <w:marRight w:val="0"/>
      <w:marTop w:val="0"/>
      <w:marBottom w:val="0"/>
      <w:divBdr>
        <w:top w:val="none" w:sz="0" w:space="0" w:color="auto"/>
        <w:left w:val="none" w:sz="0" w:space="0" w:color="auto"/>
        <w:bottom w:val="none" w:sz="0" w:space="0" w:color="auto"/>
        <w:right w:val="none" w:sz="0" w:space="0" w:color="auto"/>
      </w:divBdr>
    </w:div>
    <w:div w:id="1600792823">
      <w:bodyDiv w:val="1"/>
      <w:marLeft w:val="0"/>
      <w:marRight w:val="0"/>
      <w:marTop w:val="0"/>
      <w:marBottom w:val="0"/>
      <w:divBdr>
        <w:top w:val="none" w:sz="0" w:space="0" w:color="auto"/>
        <w:left w:val="none" w:sz="0" w:space="0" w:color="auto"/>
        <w:bottom w:val="none" w:sz="0" w:space="0" w:color="auto"/>
        <w:right w:val="none" w:sz="0" w:space="0" w:color="auto"/>
      </w:divBdr>
    </w:div>
    <w:div w:id="1701854766">
      <w:bodyDiv w:val="1"/>
      <w:marLeft w:val="0"/>
      <w:marRight w:val="0"/>
      <w:marTop w:val="0"/>
      <w:marBottom w:val="0"/>
      <w:divBdr>
        <w:top w:val="none" w:sz="0" w:space="0" w:color="auto"/>
        <w:left w:val="none" w:sz="0" w:space="0" w:color="auto"/>
        <w:bottom w:val="none" w:sz="0" w:space="0" w:color="auto"/>
        <w:right w:val="none" w:sz="0" w:space="0" w:color="auto"/>
      </w:divBdr>
    </w:div>
    <w:div w:id="1777555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9.png"/><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png"/><Relationship Id="rId84" Type="http://schemas.openxmlformats.org/officeDocument/2006/relationships/image" Target="media/image76.png"/><Relationship Id="rId89" Type="http://schemas.openxmlformats.org/officeDocument/2006/relationships/image" Target="media/image81.png"/><Relationship Id="rId112" Type="http://schemas.openxmlformats.org/officeDocument/2006/relationships/image" Target="media/image104.png"/><Relationship Id="rId16" Type="http://schemas.openxmlformats.org/officeDocument/2006/relationships/image" Target="media/image8.png"/><Relationship Id="rId107" Type="http://schemas.openxmlformats.org/officeDocument/2006/relationships/image" Target="media/image99.png"/><Relationship Id="rId11" Type="http://schemas.openxmlformats.org/officeDocument/2006/relationships/image" Target="media/image3.pn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6.png"/><Relationship Id="rId79" Type="http://schemas.openxmlformats.org/officeDocument/2006/relationships/image" Target="media/image71.png"/><Relationship Id="rId102" Type="http://schemas.openxmlformats.org/officeDocument/2006/relationships/image" Target="media/image94.png"/><Relationship Id="rId123" Type="http://schemas.openxmlformats.org/officeDocument/2006/relationships/image" Target="media/image115.png"/><Relationship Id="rId128"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image" Target="media/image82.png"/><Relationship Id="rId95" Type="http://schemas.openxmlformats.org/officeDocument/2006/relationships/image" Target="media/image87.png"/><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image" Target="media/image35.png"/><Relationship Id="rId48" Type="http://schemas.openxmlformats.org/officeDocument/2006/relationships/image" Target="media/image40.png"/><Relationship Id="rId64" Type="http://schemas.openxmlformats.org/officeDocument/2006/relationships/image" Target="media/image56.png"/><Relationship Id="rId69" Type="http://schemas.openxmlformats.org/officeDocument/2006/relationships/image" Target="media/image61.png"/><Relationship Id="rId113" Type="http://schemas.openxmlformats.org/officeDocument/2006/relationships/image" Target="media/image105.png"/><Relationship Id="rId118" Type="http://schemas.openxmlformats.org/officeDocument/2006/relationships/image" Target="media/image110.png"/><Relationship Id="rId80" Type="http://schemas.openxmlformats.org/officeDocument/2006/relationships/image" Target="media/image72.png"/><Relationship Id="rId85" Type="http://schemas.openxmlformats.org/officeDocument/2006/relationships/image" Target="media/image77.png"/><Relationship Id="rId12" Type="http://schemas.openxmlformats.org/officeDocument/2006/relationships/image" Target="media/image4.png"/><Relationship Id="rId17" Type="http://schemas.openxmlformats.org/officeDocument/2006/relationships/image" Target="media/image9.png"/><Relationship Id="rId33" Type="http://schemas.openxmlformats.org/officeDocument/2006/relationships/image" Target="media/image25.png"/><Relationship Id="rId38" Type="http://schemas.openxmlformats.org/officeDocument/2006/relationships/image" Target="media/image30.png"/><Relationship Id="rId59" Type="http://schemas.openxmlformats.org/officeDocument/2006/relationships/image" Target="media/image51.png"/><Relationship Id="rId103" Type="http://schemas.openxmlformats.org/officeDocument/2006/relationships/image" Target="media/image95.png"/><Relationship Id="rId108" Type="http://schemas.openxmlformats.org/officeDocument/2006/relationships/image" Target="media/image100.png"/><Relationship Id="rId124" Type="http://schemas.openxmlformats.org/officeDocument/2006/relationships/image" Target="media/image116.png"/><Relationship Id="rId129" Type="http://schemas.openxmlformats.org/officeDocument/2006/relationships/theme" Target="theme/theme1.xml"/><Relationship Id="rId54" Type="http://schemas.openxmlformats.org/officeDocument/2006/relationships/image" Target="media/image46.png"/><Relationship Id="rId70" Type="http://schemas.openxmlformats.org/officeDocument/2006/relationships/image" Target="media/image62.png"/><Relationship Id="rId75" Type="http://schemas.openxmlformats.org/officeDocument/2006/relationships/image" Target="media/image67.png"/><Relationship Id="rId91" Type="http://schemas.openxmlformats.org/officeDocument/2006/relationships/image" Target="media/image83.png"/><Relationship Id="rId96" Type="http://schemas.openxmlformats.org/officeDocument/2006/relationships/image" Target="media/image88.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5.png"/><Relationship Id="rId28" Type="http://schemas.openxmlformats.org/officeDocument/2006/relationships/image" Target="media/image20.png"/><Relationship Id="rId49" Type="http://schemas.openxmlformats.org/officeDocument/2006/relationships/image" Target="media/image41.png"/><Relationship Id="rId114" Type="http://schemas.openxmlformats.org/officeDocument/2006/relationships/image" Target="media/image106.png"/><Relationship Id="rId119" Type="http://schemas.openxmlformats.org/officeDocument/2006/relationships/image" Target="media/image111.png"/><Relationship Id="rId44" Type="http://schemas.openxmlformats.org/officeDocument/2006/relationships/image" Target="media/image36.png"/><Relationship Id="rId60" Type="http://schemas.openxmlformats.org/officeDocument/2006/relationships/image" Target="media/image52.png"/><Relationship Id="rId65" Type="http://schemas.openxmlformats.org/officeDocument/2006/relationships/image" Target="media/image57.png"/><Relationship Id="rId81" Type="http://schemas.openxmlformats.org/officeDocument/2006/relationships/image" Target="media/image73.png"/><Relationship Id="rId86" Type="http://schemas.openxmlformats.org/officeDocument/2006/relationships/image" Target="media/image78.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image" Target="media/image10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9.png"/><Relationship Id="rId104" Type="http://schemas.openxmlformats.org/officeDocument/2006/relationships/image" Target="media/image96.png"/><Relationship Id="rId120" Type="http://schemas.openxmlformats.org/officeDocument/2006/relationships/image" Target="media/image112.png"/><Relationship Id="rId125" Type="http://schemas.openxmlformats.org/officeDocument/2006/relationships/image" Target="media/image117.png"/><Relationship Id="rId7" Type="http://schemas.openxmlformats.org/officeDocument/2006/relationships/endnotes" Target="endnotes.xml"/><Relationship Id="rId71" Type="http://schemas.openxmlformats.org/officeDocument/2006/relationships/image" Target="media/image63.png"/><Relationship Id="rId92" Type="http://schemas.openxmlformats.org/officeDocument/2006/relationships/image" Target="media/image84.pn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9.png"/><Relationship Id="rId110" Type="http://schemas.openxmlformats.org/officeDocument/2006/relationships/image" Target="media/image102.png"/><Relationship Id="rId115" Type="http://schemas.openxmlformats.org/officeDocument/2006/relationships/image" Target="media/image107.png"/><Relationship Id="rId61" Type="http://schemas.openxmlformats.org/officeDocument/2006/relationships/image" Target="media/image53.png"/><Relationship Id="rId82" Type="http://schemas.openxmlformats.org/officeDocument/2006/relationships/image" Target="media/image74.png"/><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image" Target="media/image69.png"/><Relationship Id="rId100" Type="http://schemas.openxmlformats.org/officeDocument/2006/relationships/image" Target="media/image92.png"/><Relationship Id="rId105" Type="http://schemas.openxmlformats.org/officeDocument/2006/relationships/image" Target="media/image97.png"/><Relationship Id="rId126" Type="http://schemas.openxmlformats.org/officeDocument/2006/relationships/image" Target="media/image118.png"/><Relationship Id="rId8" Type="http://schemas.openxmlformats.org/officeDocument/2006/relationships/hyperlink" Target="https://github.com/SUNCAT-Center/CatKit" TargetMode="External"/><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image" Target="media/image85.png"/><Relationship Id="rId98" Type="http://schemas.openxmlformats.org/officeDocument/2006/relationships/image" Target="media/image90.png"/><Relationship Id="rId121" Type="http://schemas.openxmlformats.org/officeDocument/2006/relationships/image" Target="media/image113.png"/><Relationship Id="rId3" Type="http://schemas.openxmlformats.org/officeDocument/2006/relationships/styles" Target="styles.xml"/><Relationship Id="rId25" Type="http://schemas.openxmlformats.org/officeDocument/2006/relationships/image" Target="media/image17.png"/><Relationship Id="rId46" Type="http://schemas.openxmlformats.org/officeDocument/2006/relationships/image" Target="media/image38.png"/><Relationship Id="rId67" Type="http://schemas.openxmlformats.org/officeDocument/2006/relationships/image" Target="media/image59.png"/><Relationship Id="rId116" Type="http://schemas.openxmlformats.org/officeDocument/2006/relationships/image" Target="media/image108.png"/><Relationship Id="rId20" Type="http://schemas.openxmlformats.org/officeDocument/2006/relationships/image" Target="media/image12.png"/><Relationship Id="rId41" Type="http://schemas.openxmlformats.org/officeDocument/2006/relationships/image" Target="media/image33.png"/><Relationship Id="rId62" Type="http://schemas.openxmlformats.org/officeDocument/2006/relationships/image" Target="media/image54.png"/><Relationship Id="rId83" Type="http://schemas.openxmlformats.org/officeDocument/2006/relationships/image" Target="media/image75.png"/><Relationship Id="rId88" Type="http://schemas.openxmlformats.org/officeDocument/2006/relationships/image" Target="media/image80.png"/><Relationship Id="rId111" Type="http://schemas.openxmlformats.org/officeDocument/2006/relationships/image" Target="media/image103.png"/><Relationship Id="rId15" Type="http://schemas.openxmlformats.org/officeDocument/2006/relationships/image" Target="media/image7.png"/><Relationship Id="rId36" Type="http://schemas.openxmlformats.org/officeDocument/2006/relationships/image" Target="media/image28.png"/><Relationship Id="rId57" Type="http://schemas.openxmlformats.org/officeDocument/2006/relationships/image" Target="media/image49.png"/><Relationship Id="rId106" Type="http://schemas.openxmlformats.org/officeDocument/2006/relationships/image" Target="media/image98.png"/><Relationship Id="rId127" Type="http://schemas.openxmlformats.org/officeDocument/2006/relationships/footer" Target="footer1.xml"/><Relationship Id="rId10" Type="http://schemas.openxmlformats.org/officeDocument/2006/relationships/image" Target="media/image2.tiff"/><Relationship Id="rId31" Type="http://schemas.openxmlformats.org/officeDocument/2006/relationships/image" Target="media/image23.png"/><Relationship Id="rId52" Type="http://schemas.openxmlformats.org/officeDocument/2006/relationships/image" Target="media/image44.png"/><Relationship Id="rId73" Type="http://schemas.openxmlformats.org/officeDocument/2006/relationships/image" Target="media/image65.png"/><Relationship Id="rId78" Type="http://schemas.openxmlformats.org/officeDocument/2006/relationships/image" Target="media/image70.png"/><Relationship Id="rId94" Type="http://schemas.openxmlformats.org/officeDocument/2006/relationships/image" Target="media/image86.png"/><Relationship Id="rId99" Type="http://schemas.openxmlformats.org/officeDocument/2006/relationships/image" Target="media/image91.png"/><Relationship Id="rId101" Type="http://schemas.openxmlformats.org/officeDocument/2006/relationships/image" Target="media/image93.png"/><Relationship Id="rId122" Type="http://schemas.openxmlformats.org/officeDocument/2006/relationships/image" Target="media/image114.png"/><Relationship Id="rId4" Type="http://schemas.openxmlformats.org/officeDocument/2006/relationships/settings" Target="settings.xml"/><Relationship Id="rId9" Type="http://schemas.openxmlformats.org/officeDocument/2006/relationships/image" Target="media/image1.tiff"/><Relationship Id="rId26"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34F621-DE28-42E0-AFF2-747E3493C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1442</TotalTime>
  <Pages>105</Pages>
  <Words>9401</Words>
  <Characters>53586</Characters>
  <Application>Microsoft Office Word</Application>
  <DocSecurity>0</DocSecurity>
  <Lines>446</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62862</CharactersWithSpaces>
  <SharedDoc>false</SharedDoc>
  <HLinks>
    <vt:vector size="18" baseType="variant">
      <vt:variant>
        <vt:i4>4653067</vt:i4>
      </vt:variant>
      <vt:variant>
        <vt:i4>6</vt:i4>
      </vt:variant>
      <vt:variant>
        <vt:i4>0</vt:i4>
      </vt:variant>
      <vt:variant>
        <vt:i4>5</vt:i4>
      </vt:variant>
      <vt:variant>
        <vt:lpwstr/>
      </vt:variant>
      <vt:variant>
        <vt:lpwstr>_ENREF_6</vt:lpwstr>
      </vt:variant>
      <vt:variant>
        <vt:i4>4521995</vt:i4>
      </vt:variant>
      <vt:variant>
        <vt:i4>3</vt:i4>
      </vt:variant>
      <vt:variant>
        <vt:i4>0</vt:i4>
      </vt:variant>
      <vt:variant>
        <vt:i4>5</vt:i4>
      </vt:variant>
      <vt:variant>
        <vt:lpwstr/>
      </vt:variant>
      <vt:variant>
        <vt:lpwstr>_ENREF_4</vt:lpwstr>
      </vt:variant>
      <vt:variant>
        <vt:i4>4390923</vt:i4>
      </vt:variant>
      <vt:variant>
        <vt:i4>0</vt:i4>
      </vt:variant>
      <vt:variant>
        <vt:i4>0</vt:i4>
      </vt:variant>
      <vt:variant>
        <vt:i4>5</vt:i4>
      </vt:variant>
      <vt:variant>
        <vt:lpwstr/>
      </vt:variant>
      <vt:variant>
        <vt:lpwstr>_ENREF_2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ziyunwang.wang@utoronto.ca</dc:creator>
  <cp:keywords/>
  <dc:description/>
  <cp:lastModifiedBy>Ziyun Wang</cp:lastModifiedBy>
  <cp:revision>224</cp:revision>
  <cp:lastPrinted>2018-12-11T04:28:00Z</cp:lastPrinted>
  <dcterms:created xsi:type="dcterms:W3CDTF">2018-12-19T19:34:00Z</dcterms:created>
  <dcterms:modified xsi:type="dcterms:W3CDTF">2020-07-30T08:03:00Z</dcterms:modified>
</cp:coreProperties>
</file>