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FE9" w:rsidRPr="00D62FE9" w:rsidRDefault="00D62FE9" w:rsidP="00D62FE9">
      <w:pPr>
        <w:pStyle w:val="Heading1"/>
        <w:rPr>
          <w:color w:val="000000" w:themeColor="text1"/>
        </w:rPr>
      </w:pPr>
      <w:bookmarkStart w:id="0" w:name="_GoBack"/>
      <w:r w:rsidRPr="00D62FE9">
        <w:rPr>
          <w:color w:val="000000" w:themeColor="text1"/>
        </w:rPr>
        <w:t>Appendix A – Geographic Seismic Hazard Deaggregation using Python</w:t>
      </w:r>
    </w:p>
    <w:p w:rsidR="00D62FE9" w:rsidRPr="00D62FE9" w:rsidRDefault="00D62FE9" w:rsidP="00D62FE9">
      <w:pPr>
        <w:rPr>
          <w:color w:val="000000" w:themeColor="text1"/>
        </w:rPr>
      </w:pPr>
      <w:r w:rsidRPr="00D62FE9">
        <w:rPr>
          <w:color w:val="000000" w:themeColor="text1"/>
        </w:rPr>
        <w:t xml:space="preserve">To translate standard Mw–R–ε outputs from EZ-FRISK into high-resolution geographic deaggregation maps, a complete Python-coded pipeline was developed. This workflow transforms tabular EZ-FRISK disaggregation results into spatial contribution maps using Python’s pandas, </w:t>
      </w:r>
      <w:proofErr w:type="spellStart"/>
      <w:r w:rsidRPr="00D62FE9">
        <w:rPr>
          <w:color w:val="000000" w:themeColor="text1"/>
        </w:rPr>
        <w:t>GeoPandas</w:t>
      </w:r>
      <w:proofErr w:type="spellEnd"/>
      <w:r w:rsidRPr="00D62FE9">
        <w:rPr>
          <w:color w:val="000000" w:themeColor="text1"/>
        </w:rPr>
        <w:t xml:space="preserve">, and </w:t>
      </w:r>
      <w:proofErr w:type="spellStart"/>
      <w:r w:rsidRPr="00D62FE9">
        <w:rPr>
          <w:color w:val="000000" w:themeColor="text1"/>
        </w:rPr>
        <w:t>matplotlib</w:t>
      </w:r>
      <w:proofErr w:type="spellEnd"/>
      <w:r w:rsidRPr="00D62FE9">
        <w:rPr>
          <w:color w:val="000000" w:themeColor="text1"/>
        </w:rPr>
        <w:t xml:space="preserve"> libraries — eliminating the need for external GIS tools.</w:t>
      </w:r>
    </w:p>
    <w:p w:rsidR="00D62FE9" w:rsidRPr="00D62FE9" w:rsidRDefault="00D62FE9" w:rsidP="00D62FE9">
      <w:pPr>
        <w:pStyle w:val="Heading2"/>
        <w:rPr>
          <w:color w:val="000000" w:themeColor="text1"/>
        </w:rPr>
      </w:pPr>
      <w:r w:rsidRPr="00D62FE9">
        <w:rPr>
          <w:color w:val="000000" w:themeColor="text1"/>
        </w:rPr>
        <w:t>Required Inputs</w:t>
      </w:r>
    </w:p>
    <w:p w:rsidR="00D62FE9" w:rsidRPr="00D62FE9" w:rsidRDefault="00D62FE9" w:rsidP="00D62FE9">
      <w:pPr>
        <w:rPr>
          <w:color w:val="000000" w:themeColor="text1"/>
        </w:rPr>
      </w:pPr>
      <w:r w:rsidRPr="00D62FE9">
        <w:rPr>
          <w:color w:val="000000" w:themeColor="text1"/>
        </w:rPr>
        <w:t>• .txt file exported from EZ-FRISK containing Mw–R–ε and contribution data</w:t>
      </w:r>
      <w:r w:rsidRPr="00D62FE9">
        <w:rPr>
          <w:color w:val="000000" w:themeColor="text1"/>
        </w:rPr>
        <w:br/>
        <w:t>• CSV file with radial site coordinates (Distance, Latitude, Longitude</w:t>
      </w:r>
      <w:proofErr w:type="gramStart"/>
      <w:r w:rsidRPr="00D62FE9">
        <w:rPr>
          <w:color w:val="000000" w:themeColor="text1"/>
        </w:rPr>
        <w:t>)</w:t>
      </w:r>
      <w:proofErr w:type="gramEnd"/>
      <w:r w:rsidRPr="00D62FE9">
        <w:rPr>
          <w:color w:val="000000" w:themeColor="text1"/>
        </w:rPr>
        <w:br/>
        <w:t>• Note: Coordinates should be in geographic WGS84 (EPSG:4326) format</w:t>
      </w:r>
    </w:p>
    <w:p w:rsidR="00D62FE9" w:rsidRPr="00D62FE9" w:rsidRDefault="00D62FE9" w:rsidP="00D62FE9">
      <w:pPr>
        <w:pStyle w:val="Heading2"/>
        <w:rPr>
          <w:color w:val="000000" w:themeColor="text1"/>
        </w:rPr>
      </w:pPr>
      <w:r w:rsidRPr="00D62FE9">
        <w:rPr>
          <w:color w:val="000000" w:themeColor="text1"/>
        </w:rPr>
        <w:t>Execution Steps and Code Modules</w:t>
      </w:r>
    </w:p>
    <w:p w:rsidR="00D62FE9" w:rsidRPr="00D62FE9" w:rsidRDefault="00D62FE9" w:rsidP="00D62FE9">
      <w:pPr>
        <w:pStyle w:val="Heading3"/>
        <w:rPr>
          <w:color w:val="000000" w:themeColor="text1"/>
        </w:rPr>
      </w:pPr>
      <w:r w:rsidRPr="00D62FE9">
        <w:rPr>
          <w:color w:val="000000" w:themeColor="text1"/>
        </w:rPr>
        <w:t>Python Code Example</w:t>
      </w:r>
    </w:p>
    <w:p w:rsidR="00D62FE9" w:rsidRPr="00D62FE9" w:rsidRDefault="00D62FE9" w:rsidP="00D62FE9">
      <w:pPr>
        <w:rPr>
          <w:color w:val="000000" w:themeColor="text1"/>
        </w:rPr>
      </w:pPr>
      <w:r w:rsidRPr="00D62FE9">
        <w:rPr>
          <w:color w:val="000000" w:themeColor="text1"/>
        </w:rPr>
        <w:t># Python Script for Geographic Seismic Hazard Deaggregation</w:t>
      </w:r>
      <w:r w:rsidRPr="00D62FE9">
        <w:rPr>
          <w:color w:val="000000" w:themeColor="text1"/>
        </w:rPr>
        <w:br/>
        <w:t># Author: [Name], Year: 2025</w:t>
      </w:r>
      <w:r w:rsidRPr="00D62FE9">
        <w:rPr>
          <w:color w:val="000000" w:themeColor="text1"/>
        </w:rPr>
        <w:br/>
        <w:t># Input: EZ-FRISK txt, radial points CSV</w:t>
      </w:r>
      <w:r w:rsidRPr="00D62FE9">
        <w:rPr>
          <w:color w:val="000000" w:themeColor="text1"/>
        </w:rPr>
        <w:br/>
        <w:t># No use of GIS or shapefiles required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 xml:space="preserve">import pandas as </w:t>
      </w:r>
      <w:proofErr w:type="spellStart"/>
      <w:r w:rsidRPr="00D62FE9">
        <w:rPr>
          <w:color w:val="000000" w:themeColor="text1"/>
        </w:rPr>
        <w:t>pd</w:t>
      </w:r>
      <w:proofErr w:type="spellEnd"/>
      <w:r w:rsidRPr="00D62FE9">
        <w:rPr>
          <w:color w:val="000000" w:themeColor="text1"/>
        </w:rPr>
        <w:br/>
        <w:t xml:space="preserve">import </w:t>
      </w:r>
      <w:proofErr w:type="spellStart"/>
      <w:r w:rsidRPr="00D62FE9">
        <w:rPr>
          <w:color w:val="000000" w:themeColor="text1"/>
        </w:rPr>
        <w:t>geopandas</w:t>
      </w:r>
      <w:proofErr w:type="spellEnd"/>
      <w:r w:rsidRPr="00D62FE9">
        <w:rPr>
          <w:color w:val="000000" w:themeColor="text1"/>
        </w:rPr>
        <w:t xml:space="preserve"> as </w:t>
      </w:r>
      <w:proofErr w:type="spellStart"/>
      <w:r w:rsidRPr="00D62FE9">
        <w:rPr>
          <w:color w:val="000000" w:themeColor="text1"/>
        </w:rPr>
        <w:t>gpd</w:t>
      </w:r>
      <w:proofErr w:type="spellEnd"/>
      <w:r w:rsidRPr="00D62FE9">
        <w:rPr>
          <w:color w:val="000000" w:themeColor="text1"/>
        </w:rPr>
        <w:br/>
        <w:t xml:space="preserve">import </w:t>
      </w:r>
      <w:proofErr w:type="spellStart"/>
      <w:r w:rsidRPr="00D62FE9">
        <w:rPr>
          <w:color w:val="000000" w:themeColor="text1"/>
        </w:rPr>
        <w:t>matplotlib.pyplot</w:t>
      </w:r>
      <w:proofErr w:type="spellEnd"/>
      <w:r w:rsidRPr="00D62FE9">
        <w:rPr>
          <w:color w:val="000000" w:themeColor="text1"/>
        </w:rPr>
        <w:t xml:space="preserve"> as </w:t>
      </w:r>
      <w:proofErr w:type="spellStart"/>
      <w:r w:rsidRPr="00D62FE9">
        <w:rPr>
          <w:color w:val="000000" w:themeColor="text1"/>
        </w:rPr>
        <w:t>plt</w:t>
      </w:r>
      <w:proofErr w:type="spellEnd"/>
      <w:r w:rsidRPr="00D62FE9">
        <w:rPr>
          <w:color w:val="000000" w:themeColor="text1"/>
        </w:rPr>
        <w:br/>
        <w:t xml:space="preserve">from </w:t>
      </w:r>
      <w:proofErr w:type="spellStart"/>
      <w:r w:rsidRPr="00D62FE9">
        <w:rPr>
          <w:color w:val="000000" w:themeColor="text1"/>
        </w:rPr>
        <w:t>shapely.geometry</w:t>
      </w:r>
      <w:proofErr w:type="spellEnd"/>
      <w:r w:rsidRPr="00D62FE9">
        <w:rPr>
          <w:color w:val="000000" w:themeColor="text1"/>
        </w:rPr>
        <w:t xml:space="preserve"> import Point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># Step 1: Read EZ-FRISK disaggregation output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ezfrisk_df</w:t>
      </w:r>
      <w:proofErr w:type="spellEnd"/>
      <w:r w:rsidRPr="00D62FE9">
        <w:rPr>
          <w:color w:val="000000" w:themeColor="text1"/>
        </w:rPr>
        <w:t xml:space="preserve"> = </w:t>
      </w:r>
      <w:proofErr w:type="spellStart"/>
      <w:r w:rsidRPr="00D62FE9">
        <w:rPr>
          <w:color w:val="000000" w:themeColor="text1"/>
        </w:rPr>
        <w:t>pd.read_csv</w:t>
      </w:r>
      <w:proofErr w:type="spellEnd"/>
      <w:r w:rsidRPr="00D62FE9">
        <w:rPr>
          <w:color w:val="000000" w:themeColor="text1"/>
        </w:rPr>
        <w:t xml:space="preserve">('input/ezfrisk_output.txt', </w:t>
      </w:r>
      <w:proofErr w:type="spellStart"/>
      <w:r w:rsidRPr="00D62FE9">
        <w:rPr>
          <w:color w:val="000000" w:themeColor="text1"/>
        </w:rPr>
        <w:t>delim_whitespace</w:t>
      </w:r>
      <w:proofErr w:type="spellEnd"/>
      <w:r w:rsidRPr="00D62FE9">
        <w:rPr>
          <w:color w:val="000000" w:themeColor="text1"/>
        </w:rPr>
        <w:t>=True)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># Step 2: Read radial site coordinates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radial_df</w:t>
      </w:r>
      <w:proofErr w:type="spellEnd"/>
      <w:r w:rsidRPr="00D62FE9">
        <w:rPr>
          <w:color w:val="000000" w:themeColor="text1"/>
        </w:rPr>
        <w:t xml:space="preserve"> = </w:t>
      </w:r>
      <w:proofErr w:type="spellStart"/>
      <w:r w:rsidRPr="00D62FE9">
        <w:rPr>
          <w:color w:val="000000" w:themeColor="text1"/>
        </w:rPr>
        <w:t>pd.read_csv</w:t>
      </w:r>
      <w:proofErr w:type="spellEnd"/>
      <w:r w:rsidRPr="00D62FE9">
        <w:rPr>
          <w:color w:val="000000" w:themeColor="text1"/>
        </w:rPr>
        <w:t>('input/radial_points.csv')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># Step 3: Sum contributions across epsilon bins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epsilon_bins</w:t>
      </w:r>
      <w:proofErr w:type="spellEnd"/>
      <w:r w:rsidRPr="00D62FE9">
        <w:rPr>
          <w:color w:val="000000" w:themeColor="text1"/>
        </w:rPr>
        <w:t xml:space="preserve"> = ['eps&lt;-1', '-1&lt;eps&lt;0', '0&lt;eps&lt;1', '1&lt;eps&lt;2', '2&lt;eps']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ezfrisk_df</w:t>
      </w:r>
      <w:proofErr w:type="spellEnd"/>
      <w:r w:rsidRPr="00D62FE9">
        <w:rPr>
          <w:color w:val="000000" w:themeColor="text1"/>
        </w:rPr>
        <w:t xml:space="preserve">['Contribution'] = </w:t>
      </w:r>
      <w:proofErr w:type="spellStart"/>
      <w:r w:rsidRPr="00D62FE9">
        <w:rPr>
          <w:color w:val="000000" w:themeColor="text1"/>
        </w:rPr>
        <w:t>ezfrisk_df</w:t>
      </w:r>
      <w:proofErr w:type="spellEnd"/>
      <w:r w:rsidRPr="00D62FE9">
        <w:rPr>
          <w:color w:val="000000" w:themeColor="text1"/>
        </w:rPr>
        <w:t>[</w:t>
      </w:r>
      <w:proofErr w:type="spellStart"/>
      <w:r w:rsidRPr="00D62FE9">
        <w:rPr>
          <w:color w:val="000000" w:themeColor="text1"/>
        </w:rPr>
        <w:t>epsilon_bins</w:t>
      </w:r>
      <w:proofErr w:type="spellEnd"/>
      <w:r w:rsidRPr="00D62FE9">
        <w:rPr>
          <w:color w:val="000000" w:themeColor="text1"/>
        </w:rPr>
        <w:t>].sum(axis=1)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># Step 4: Merge with radial data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merged_df</w:t>
      </w:r>
      <w:proofErr w:type="spellEnd"/>
      <w:r w:rsidRPr="00D62FE9">
        <w:rPr>
          <w:color w:val="000000" w:themeColor="text1"/>
        </w:rPr>
        <w:t xml:space="preserve"> = </w:t>
      </w:r>
      <w:proofErr w:type="spellStart"/>
      <w:r w:rsidRPr="00D62FE9">
        <w:rPr>
          <w:color w:val="000000" w:themeColor="text1"/>
        </w:rPr>
        <w:t>pd.merge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ezfrisk_df</w:t>
      </w:r>
      <w:proofErr w:type="spellEnd"/>
      <w:r w:rsidRPr="00D62FE9">
        <w:rPr>
          <w:color w:val="000000" w:themeColor="text1"/>
        </w:rPr>
        <w:t xml:space="preserve">, </w:t>
      </w:r>
      <w:proofErr w:type="spellStart"/>
      <w:r w:rsidRPr="00D62FE9">
        <w:rPr>
          <w:color w:val="000000" w:themeColor="text1"/>
        </w:rPr>
        <w:t>radial_df</w:t>
      </w:r>
      <w:proofErr w:type="spellEnd"/>
      <w:r w:rsidRPr="00D62FE9">
        <w:rPr>
          <w:color w:val="000000" w:themeColor="text1"/>
        </w:rPr>
        <w:t>, on='Distance', how='left')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 xml:space="preserve"># Step 5: Create </w:t>
      </w:r>
      <w:proofErr w:type="spellStart"/>
      <w:r w:rsidRPr="00D62FE9">
        <w:rPr>
          <w:color w:val="000000" w:themeColor="text1"/>
        </w:rPr>
        <w:t>GeoDataFrame</w:t>
      </w:r>
      <w:proofErr w:type="spellEnd"/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gdf</w:t>
      </w:r>
      <w:proofErr w:type="spellEnd"/>
      <w:r w:rsidRPr="00D62FE9">
        <w:rPr>
          <w:color w:val="000000" w:themeColor="text1"/>
        </w:rPr>
        <w:t xml:space="preserve"> = </w:t>
      </w:r>
      <w:proofErr w:type="spellStart"/>
      <w:r w:rsidRPr="00D62FE9">
        <w:rPr>
          <w:color w:val="000000" w:themeColor="text1"/>
        </w:rPr>
        <w:t>gpd.GeoDataFrame</w:t>
      </w:r>
      <w:proofErr w:type="spellEnd"/>
      <w:r w:rsidRPr="00D62FE9">
        <w:rPr>
          <w:color w:val="000000" w:themeColor="text1"/>
        </w:rPr>
        <w:t>(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merged_df</w:t>
      </w:r>
      <w:proofErr w:type="spellEnd"/>
      <w:r w:rsidRPr="00D62FE9">
        <w:rPr>
          <w:color w:val="000000" w:themeColor="text1"/>
        </w:rPr>
        <w:t>,</w:t>
      </w:r>
      <w:r w:rsidRPr="00D62FE9">
        <w:rPr>
          <w:color w:val="000000" w:themeColor="text1"/>
        </w:rPr>
        <w:br/>
        <w:t xml:space="preserve">    geometry=</w:t>
      </w:r>
      <w:proofErr w:type="spellStart"/>
      <w:r w:rsidRPr="00D62FE9">
        <w:rPr>
          <w:color w:val="000000" w:themeColor="text1"/>
        </w:rPr>
        <w:t>gpd.points_from_xy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merged_df</w:t>
      </w:r>
      <w:proofErr w:type="spellEnd"/>
      <w:r w:rsidRPr="00D62FE9">
        <w:rPr>
          <w:color w:val="000000" w:themeColor="text1"/>
        </w:rPr>
        <w:t xml:space="preserve">['Longitude'], </w:t>
      </w:r>
      <w:proofErr w:type="spellStart"/>
      <w:r w:rsidRPr="00D62FE9">
        <w:rPr>
          <w:color w:val="000000" w:themeColor="text1"/>
        </w:rPr>
        <w:t>merged_df</w:t>
      </w:r>
      <w:proofErr w:type="spellEnd"/>
      <w:r w:rsidRPr="00D62FE9">
        <w:rPr>
          <w:color w:val="000000" w:themeColor="text1"/>
        </w:rPr>
        <w:t>['Latitude']),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lastRenderedPageBreak/>
        <w:t xml:space="preserve">    </w:t>
      </w:r>
      <w:proofErr w:type="spellStart"/>
      <w:r w:rsidRPr="00D62FE9">
        <w:rPr>
          <w:color w:val="000000" w:themeColor="text1"/>
        </w:rPr>
        <w:t>crs</w:t>
      </w:r>
      <w:proofErr w:type="spellEnd"/>
      <w:r w:rsidRPr="00D62FE9">
        <w:rPr>
          <w:color w:val="000000" w:themeColor="text1"/>
        </w:rPr>
        <w:t>='EPSG:4326'</w:t>
      </w:r>
      <w:r w:rsidRPr="00D62FE9">
        <w:rPr>
          <w:color w:val="000000" w:themeColor="text1"/>
        </w:rPr>
        <w:br/>
        <w:t>)</w:t>
      </w:r>
      <w:r w:rsidRPr="00D62FE9">
        <w:rPr>
          <w:color w:val="000000" w:themeColor="text1"/>
        </w:rPr>
        <w:br/>
      </w:r>
      <w:r w:rsidRPr="00D62FE9">
        <w:rPr>
          <w:color w:val="000000" w:themeColor="text1"/>
        </w:rPr>
        <w:br/>
        <w:t># Step 6: Plotting</w:t>
      </w:r>
      <w:r w:rsidRPr="00D62FE9">
        <w:rPr>
          <w:color w:val="000000" w:themeColor="text1"/>
        </w:rPr>
        <w:br/>
      </w:r>
      <w:proofErr w:type="spellStart"/>
      <w:r w:rsidRPr="00D62FE9">
        <w:rPr>
          <w:color w:val="000000" w:themeColor="text1"/>
        </w:rPr>
        <w:t>def</w:t>
      </w:r>
      <w:proofErr w:type="spellEnd"/>
      <w:r w:rsidRPr="00D62FE9">
        <w:rPr>
          <w:color w:val="000000" w:themeColor="text1"/>
        </w:rPr>
        <w:t xml:space="preserve"> </w:t>
      </w:r>
      <w:proofErr w:type="spellStart"/>
      <w:r w:rsidRPr="00D62FE9">
        <w:rPr>
          <w:color w:val="000000" w:themeColor="text1"/>
        </w:rPr>
        <w:t>plot_contribution_map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gdf</w:t>
      </w:r>
      <w:proofErr w:type="spellEnd"/>
      <w:r w:rsidRPr="00D62FE9">
        <w:rPr>
          <w:color w:val="000000" w:themeColor="text1"/>
        </w:rPr>
        <w:t xml:space="preserve">, </w:t>
      </w:r>
      <w:proofErr w:type="spellStart"/>
      <w:r w:rsidRPr="00D62FE9">
        <w:rPr>
          <w:color w:val="000000" w:themeColor="text1"/>
        </w:rPr>
        <w:t>site_name</w:t>
      </w:r>
      <w:proofErr w:type="spellEnd"/>
      <w:r w:rsidRPr="00D62FE9">
        <w:rPr>
          <w:color w:val="000000" w:themeColor="text1"/>
        </w:rPr>
        <w:t>='Site1', T='1.0s'):</w:t>
      </w:r>
      <w:r w:rsidRPr="00D62FE9">
        <w:rPr>
          <w:color w:val="000000" w:themeColor="text1"/>
        </w:rPr>
        <w:br/>
        <w:t xml:space="preserve">    fig, ax = </w:t>
      </w:r>
      <w:proofErr w:type="spellStart"/>
      <w:r w:rsidRPr="00D62FE9">
        <w:rPr>
          <w:color w:val="000000" w:themeColor="text1"/>
        </w:rPr>
        <w:t>plt.subplots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figsize</w:t>
      </w:r>
      <w:proofErr w:type="spellEnd"/>
      <w:r w:rsidRPr="00D62FE9">
        <w:rPr>
          <w:color w:val="000000" w:themeColor="text1"/>
        </w:rPr>
        <w:t>=(10, 10))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gdf.plot</w:t>
      </w:r>
      <w:proofErr w:type="spellEnd"/>
      <w:r w:rsidRPr="00D62FE9">
        <w:rPr>
          <w:color w:val="000000" w:themeColor="text1"/>
        </w:rPr>
        <w:t>(</w:t>
      </w:r>
      <w:r w:rsidRPr="00D62FE9">
        <w:rPr>
          <w:color w:val="000000" w:themeColor="text1"/>
        </w:rPr>
        <w:br/>
        <w:t xml:space="preserve">        ax=ax,</w:t>
      </w:r>
      <w:r w:rsidRPr="00D62FE9">
        <w:rPr>
          <w:color w:val="000000" w:themeColor="text1"/>
        </w:rPr>
        <w:br/>
        <w:t xml:space="preserve">        column='Magnitude',</w:t>
      </w:r>
      <w:r w:rsidRPr="00D62FE9">
        <w:rPr>
          <w:color w:val="000000" w:themeColor="text1"/>
        </w:rPr>
        <w:br/>
        <w:t xml:space="preserve">        </w:t>
      </w:r>
      <w:proofErr w:type="spellStart"/>
      <w:r w:rsidRPr="00D62FE9">
        <w:rPr>
          <w:color w:val="000000" w:themeColor="text1"/>
        </w:rPr>
        <w:t>markersize</w:t>
      </w:r>
      <w:proofErr w:type="spellEnd"/>
      <w:r w:rsidRPr="00D62FE9">
        <w:rPr>
          <w:color w:val="000000" w:themeColor="text1"/>
        </w:rPr>
        <w:t>=</w:t>
      </w:r>
      <w:proofErr w:type="spellStart"/>
      <w:r w:rsidRPr="00D62FE9">
        <w:rPr>
          <w:color w:val="000000" w:themeColor="text1"/>
        </w:rPr>
        <w:t>gdf</w:t>
      </w:r>
      <w:proofErr w:type="spellEnd"/>
      <w:r w:rsidRPr="00D62FE9">
        <w:rPr>
          <w:color w:val="000000" w:themeColor="text1"/>
        </w:rPr>
        <w:t>['Contribution'] * 1e10,</w:t>
      </w:r>
      <w:r w:rsidRPr="00D62FE9">
        <w:rPr>
          <w:color w:val="000000" w:themeColor="text1"/>
        </w:rPr>
        <w:br/>
        <w:t xml:space="preserve">        </w:t>
      </w:r>
      <w:proofErr w:type="spellStart"/>
      <w:r w:rsidRPr="00D62FE9">
        <w:rPr>
          <w:color w:val="000000" w:themeColor="text1"/>
        </w:rPr>
        <w:t>cmap</w:t>
      </w:r>
      <w:proofErr w:type="spellEnd"/>
      <w:r w:rsidRPr="00D62FE9">
        <w:rPr>
          <w:color w:val="000000" w:themeColor="text1"/>
        </w:rPr>
        <w:t>='</w:t>
      </w:r>
      <w:proofErr w:type="spellStart"/>
      <w:r w:rsidRPr="00D62FE9">
        <w:rPr>
          <w:color w:val="000000" w:themeColor="text1"/>
        </w:rPr>
        <w:t>viridis</w:t>
      </w:r>
      <w:proofErr w:type="spellEnd"/>
      <w:r w:rsidRPr="00D62FE9">
        <w:rPr>
          <w:color w:val="000000" w:themeColor="text1"/>
        </w:rPr>
        <w:t>',</w:t>
      </w:r>
      <w:r w:rsidRPr="00D62FE9">
        <w:rPr>
          <w:color w:val="000000" w:themeColor="text1"/>
        </w:rPr>
        <w:br/>
        <w:t xml:space="preserve">        alpha=0.6,</w:t>
      </w:r>
      <w:r w:rsidRPr="00D62FE9">
        <w:rPr>
          <w:color w:val="000000" w:themeColor="text1"/>
        </w:rPr>
        <w:br/>
        <w:t xml:space="preserve">        legend=True,</w:t>
      </w:r>
      <w:r w:rsidRPr="00D62FE9">
        <w:rPr>
          <w:color w:val="000000" w:themeColor="text1"/>
        </w:rPr>
        <w:br/>
        <w:t xml:space="preserve">        </w:t>
      </w:r>
      <w:proofErr w:type="spellStart"/>
      <w:r w:rsidRPr="00D62FE9">
        <w:rPr>
          <w:color w:val="000000" w:themeColor="text1"/>
        </w:rPr>
        <w:t>edgecolor</w:t>
      </w:r>
      <w:proofErr w:type="spellEnd"/>
      <w:r w:rsidRPr="00D62FE9">
        <w:rPr>
          <w:color w:val="000000" w:themeColor="text1"/>
        </w:rPr>
        <w:t>='k'</w:t>
      </w:r>
      <w:r w:rsidRPr="00D62FE9">
        <w:rPr>
          <w:color w:val="000000" w:themeColor="text1"/>
        </w:rPr>
        <w:br/>
        <w:t xml:space="preserve">    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ax.plot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gdf.iloc</w:t>
      </w:r>
      <w:proofErr w:type="spellEnd"/>
      <w:r w:rsidRPr="00D62FE9">
        <w:rPr>
          <w:color w:val="000000" w:themeColor="text1"/>
        </w:rPr>
        <w:t xml:space="preserve">[0]['Longitude'], </w:t>
      </w:r>
      <w:proofErr w:type="spellStart"/>
      <w:r w:rsidRPr="00D62FE9">
        <w:rPr>
          <w:color w:val="000000" w:themeColor="text1"/>
        </w:rPr>
        <w:t>gdf.iloc</w:t>
      </w:r>
      <w:proofErr w:type="spellEnd"/>
      <w:r w:rsidRPr="00D62FE9">
        <w:rPr>
          <w:color w:val="000000" w:themeColor="text1"/>
        </w:rPr>
        <w:t xml:space="preserve">[0]['Latitude'], 'r*', </w:t>
      </w:r>
      <w:proofErr w:type="spellStart"/>
      <w:r w:rsidRPr="00D62FE9">
        <w:rPr>
          <w:color w:val="000000" w:themeColor="text1"/>
        </w:rPr>
        <w:t>markersize</w:t>
      </w:r>
      <w:proofErr w:type="spellEnd"/>
      <w:r w:rsidRPr="00D62FE9">
        <w:rPr>
          <w:color w:val="000000" w:themeColor="text1"/>
        </w:rPr>
        <w:t>=15, label='Site Center')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ax.set_title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f'Geographic</w:t>
      </w:r>
      <w:proofErr w:type="spellEnd"/>
      <w:r w:rsidRPr="00D62FE9">
        <w:rPr>
          <w:color w:val="000000" w:themeColor="text1"/>
        </w:rPr>
        <w:t xml:space="preserve"> Deaggregation Map – {</w:t>
      </w:r>
      <w:proofErr w:type="spellStart"/>
      <w:r w:rsidRPr="00D62FE9">
        <w:rPr>
          <w:color w:val="000000" w:themeColor="text1"/>
        </w:rPr>
        <w:t>site_name</w:t>
      </w:r>
      <w:proofErr w:type="spellEnd"/>
      <w:r w:rsidRPr="00D62FE9">
        <w:rPr>
          <w:color w:val="000000" w:themeColor="text1"/>
        </w:rPr>
        <w:t>} – SA({T})')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ax.axis</w:t>
      </w:r>
      <w:proofErr w:type="spellEnd"/>
      <w:r w:rsidRPr="00D62FE9">
        <w:rPr>
          <w:color w:val="000000" w:themeColor="text1"/>
        </w:rPr>
        <w:t>('off')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plt.legend</w:t>
      </w:r>
      <w:proofErr w:type="spellEnd"/>
      <w:r w:rsidRPr="00D62FE9">
        <w:rPr>
          <w:color w:val="000000" w:themeColor="text1"/>
        </w:rPr>
        <w:t>()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plt.tight_layout</w:t>
      </w:r>
      <w:proofErr w:type="spellEnd"/>
      <w:r w:rsidRPr="00D62FE9">
        <w:rPr>
          <w:color w:val="000000" w:themeColor="text1"/>
        </w:rPr>
        <w:t>()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plt.savefig</w:t>
      </w:r>
      <w:proofErr w:type="spellEnd"/>
      <w:r w:rsidRPr="00D62FE9">
        <w:rPr>
          <w:color w:val="000000" w:themeColor="text1"/>
        </w:rPr>
        <w:t>(</w:t>
      </w:r>
      <w:proofErr w:type="spellStart"/>
      <w:r w:rsidRPr="00D62FE9">
        <w:rPr>
          <w:color w:val="000000" w:themeColor="text1"/>
        </w:rPr>
        <w:t>f'output</w:t>
      </w:r>
      <w:proofErr w:type="spellEnd"/>
      <w:r w:rsidRPr="00D62FE9">
        <w:rPr>
          <w:color w:val="000000" w:themeColor="text1"/>
        </w:rPr>
        <w:t>/</w:t>
      </w:r>
      <w:proofErr w:type="spellStart"/>
      <w:r w:rsidRPr="00D62FE9">
        <w:rPr>
          <w:color w:val="000000" w:themeColor="text1"/>
        </w:rPr>
        <w:t>final_maps</w:t>
      </w:r>
      <w:proofErr w:type="spellEnd"/>
      <w:r w:rsidRPr="00D62FE9">
        <w:rPr>
          <w:color w:val="000000" w:themeColor="text1"/>
        </w:rPr>
        <w:t>/{</w:t>
      </w:r>
      <w:proofErr w:type="spellStart"/>
      <w:r w:rsidRPr="00D62FE9">
        <w:rPr>
          <w:color w:val="000000" w:themeColor="text1"/>
        </w:rPr>
        <w:t>site_name</w:t>
      </w:r>
      <w:proofErr w:type="spellEnd"/>
      <w:r w:rsidRPr="00D62FE9">
        <w:rPr>
          <w:color w:val="000000" w:themeColor="text1"/>
        </w:rPr>
        <w:t>}_</w:t>
      </w:r>
      <w:proofErr w:type="spellStart"/>
      <w:r w:rsidRPr="00D62FE9">
        <w:rPr>
          <w:color w:val="000000" w:themeColor="text1"/>
        </w:rPr>
        <w:t>sa</w:t>
      </w:r>
      <w:proofErr w:type="spellEnd"/>
      <w:r w:rsidRPr="00D62FE9">
        <w:rPr>
          <w:color w:val="000000" w:themeColor="text1"/>
        </w:rPr>
        <w:t>_{T}.</w:t>
      </w:r>
      <w:proofErr w:type="spellStart"/>
      <w:r w:rsidRPr="00D62FE9">
        <w:rPr>
          <w:color w:val="000000" w:themeColor="text1"/>
        </w:rPr>
        <w:t>png</w:t>
      </w:r>
      <w:proofErr w:type="spellEnd"/>
      <w:r w:rsidRPr="00D62FE9">
        <w:rPr>
          <w:color w:val="000000" w:themeColor="text1"/>
        </w:rPr>
        <w:t>')</w:t>
      </w:r>
      <w:r w:rsidRPr="00D62FE9">
        <w:rPr>
          <w:color w:val="000000" w:themeColor="text1"/>
        </w:rPr>
        <w:br/>
        <w:t xml:space="preserve">    </w:t>
      </w:r>
      <w:proofErr w:type="spellStart"/>
      <w:r w:rsidRPr="00D62FE9">
        <w:rPr>
          <w:color w:val="000000" w:themeColor="text1"/>
        </w:rPr>
        <w:t>plt.show</w:t>
      </w:r>
      <w:proofErr w:type="spellEnd"/>
      <w:r w:rsidRPr="00D62FE9">
        <w:rPr>
          <w:color w:val="000000" w:themeColor="text1"/>
        </w:rPr>
        <w:t>()</w:t>
      </w:r>
    </w:p>
    <w:p w:rsidR="00D62FE9" w:rsidRPr="00D62FE9" w:rsidRDefault="00D62FE9" w:rsidP="00D62FE9">
      <w:pPr>
        <w:pStyle w:val="Heading2"/>
        <w:rPr>
          <w:color w:val="000000" w:themeColor="text1"/>
        </w:rPr>
      </w:pPr>
      <w:r w:rsidRPr="00D62FE9">
        <w:rPr>
          <w:color w:val="000000" w:themeColor="text1"/>
        </w:rPr>
        <w:t>Output</w:t>
      </w:r>
    </w:p>
    <w:p w:rsidR="00D62FE9" w:rsidRPr="00D62FE9" w:rsidRDefault="00D62FE9" w:rsidP="00D62FE9">
      <w:pPr>
        <w:rPr>
          <w:color w:val="000000" w:themeColor="text1"/>
        </w:rPr>
      </w:pPr>
      <w:r w:rsidRPr="00D62FE9">
        <w:rPr>
          <w:color w:val="000000" w:themeColor="text1"/>
        </w:rPr>
        <w:t>The output is a PNG-format map showing spatial distribution of seismic source contributions. Marker sizes reflect the magnitude of each contribution, while marker color indicates magnitude.</w:t>
      </w:r>
    </w:p>
    <w:bookmarkEnd w:id="0"/>
    <w:p w:rsidR="00D83FA6" w:rsidRPr="00D62FE9" w:rsidRDefault="00D83FA6" w:rsidP="00D62FE9">
      <w:pPr>
        <w:rPr>
          <w:color w:val="000000" w:themeColor="text1"/>
        </w:rPr>
      </w:pPr>
    </w:p>
    <w:sectPr w:rsidR="00D83FA6" w:rsidRPr="00D62FE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2565A"/>
    <w:rsid w:val="0029639D"/>
    <w:rsid w:val="00326F90"/>
    <w:rsid w:val="00336887"/>
    <w:rsid w:val="00AA1D8D"/>
    <w:rsid w:val="00B47730"/>
    <w:rsid w:val="00CB0664"/>
    <w:rsid w:val="00D62FE9"/>
    <w:rsid w:val="00D83FA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B70C2571-AA42-4B9F-9E44-FABE42DB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83E1AE-0410-44C2-8E2D-F28976C66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2490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Asus</cp:lastModifiedBy>
  <cp:revision>4</cp:revision>
  <dcterms:created xsi:type="dcterms:W3CDTF">2013-12-23T23:15:00Z</dcterms:created>
  <dcterms:modified xsi:type="dcterms:W3CDTF">2025-05-11T19:32:00Z</dcterms:modified>
  <cp:category/>
</cp:coreProperties>
</file>