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6D9A3" w14:textId="77777777" w:rsidR="00A453C6" w:rsidRDefault="0083128F">
      <w:pPr>
        <w:pStyle w:val="1"/>
        <w:rPr>
          <w:rFonts w:eastAsia="맑은 고딕"/>
          <w:lang w:eastAsia="ko-KR"/>
        </w:rPr>
      </w:pPr>
      <w:r>
        <w:t>Public Perception Survey on a Unified Healthcare System after Korean Reunification</w:t>
      </w:r>
    </w:p>
    <w:p w14:paraId="667682F1" w14:textId="77777777" w:rsidR="0083128F" w:rsidRDefault="0083128F" w:rsidP="0083128F">
      <w:pPr>
        <w:rPr>
          <w:rFonts w:eastAsia="맑은 고딕"/>
          <w:lang w:eastAsia="ko-KR"/>
        </w:rPr>
      </w:pPr>
    </w:p>
    <w:p w14:paraId="5EF0A63A" w14:textId="77777777" w:rsidR="0083128F" w:rsidRPr="0083128F" w:rsidRDefault="0083128F" w:rsidP="0083128F">
      <w:p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Dear Participant,</w:t>
      </w:r>
    </w:p>
    <w:p w14:paraId="3893FF8D" w14:textId="77777777" w:rsidR="0083128F" w:rsidRPr="0083128F" w:rsidRDefault="0083128F" w:rsidP="0083128F">
      <w:p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This survey is being conducted to collect insights from the general public on matters of public interest.</w:t>
      </w:r>
    </w:p>
    <w:p w14:paraId="20BFA435" w14:textId="77777777" w:rsidR="0083128F" w:rsidRPr="0083128F" w:rsidRDefault="0083128F" w:rsidP="0083128F">
      <w:p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Please be assured that all information provided will be used solely for statistical purposes, and your personal data will remain strictly confidential in accordance with relevant data protection laws.</w:t>
      </w:r>
    </w:p>
    <w:p w14:paraId="14776279" w14:textId="77777777" w:rsidR="0083128F" w:rsidRPr="0083128F" w:rsidRDefault="0083128F" w:rsidP="0083128F">
      <w:p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We would be most grateful if you could kindly take a few moments to complete the questionnaire despite your busy schedule.</w:t>
      </w:r>
    </w:p>
    <w:p w14:paraId="31DA40E1" w14:textId="5EE4A5E3" w:rsidR="0083128F" w:rsidRDefault="0083128F" w:rsidP="0083128F">
      <w:p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Thank you for your valuable time and participation.</w:t>
      </w:r>
    </w:p>
    <w:p w14:paraId="5D3854AD" w14:textId="77777777" w:rsidR="0083128F" w:rsidRPr="0083128F" w:rsidRDefault="0083128F" w:rsidP="0083128F">
      <w:pPr>
        <w:rPr>
          <w:rFonts w:eastAsia="맑은 고딕" w:hint="eastAsia"/>
          <w:lang w:eastAsia="ko-KR"/>
        </w:rPr>
      </w:pPr>
    </w:p>
    <w:p w14:paraId="1BA7FC36" w14:textId="77777777" w:rsidR="00A453C6" w:rsidRDefault="0083128F">
      <w:pPr>
        <w:pStyle w:val="21"/>
      </w:pPr>
      <w:r>
        <w:t>Survey Participants</w:t>
      </w:r>
    </w:p>
    <w:p w14:paraId="16836DB9" w14:textId="77777777" w:rsidR="00A453C6" w:rsidRDefault="0083128F">
      <w:r>
        <w:t>Adults aged 20–59 living in 17 metropolitan and provincial areas across South Korea.</w:t>
      </w:r>
    </w:p>
    <w:p w14:paraId="4B151E55" w14:textId="77777777" w:rsidR="00A453C6" w:rsidRDefault="0083128F">
      <w:r>
        <w:t>Stratified quota sampling based on gender, age, and region.</w:t>
      </w:r>
    </w:p>
    <w:p w14:paraId="043991B4" w14:textId="77777777" w:rsidR="00A453C6" w:rsidRDefault="0083128F">
      <w:pPr>
        <w:pStyle w:val="21"/>
      </w:pPr>
      <w:r>
        <w:t>Quota Questions</w:t>
      </w:r>
    </w:p>
    <w:p w14:paraId="2F974C4E" w14:textId="77777777" w:rsidR="00A453C6" w:rsidRDefault="0083128F">
      <w:r>
        <w:t>1. What is your gender?</w:t>
      </w:r>
    </w:p>
    <w:p w14:paraId="5A5722BA" w14:textId="77777777" w:rsidR="00A453C6" w:rsidRDefault="0083128F">
      <w:r>
        <w:t>• Male</w:t>
      </w:r>
    </w:p>
    <w:p w14:paraId="5BDC23F8" w14:textId="77777777" w:rsidR="00A453C6" w:rsidRDefault="0083128F">
      <w:r>
        <w:t>• Female</w:t>
      </w:r>
    </w:p>
    <w:p w14:paraId="275CB83D" w14:textId="77777777" w:rsidR="00A453C6" w:rsidRDefault="0083128F">
      <w:r>
        <w:t>2. What is your current age?</w:t>
      </w:r>
    </w:p>
    <w:p w14:paraId="2B14B927" w14:textId="77777777" w:rsidR="00A453C6" w:rsidRDefault="0083128F">
      <w:r>
        <w:t>_______ years old</w:t>
      </w:r>
    </w:p>
    <w:p w14:paraId="550FE176" w14:textId="77777777" w:rsidR="00A453C6" w:rsidRDefault="0083128F">
      <w:r>
        <w:t>• Under 19 ▶ End of survey</w:t>
      </w:r>
    </w:p>
    <w:p w14:paraId="5D4952F8" w14:textId="77777777" w:rsidR="00A453C6" w:rsidRDefault="0083128F">
      <w:r>
        <w:t>• 20–29</w:t>
      </w:r>
    </w:p>
    <w:p w14:paraId="6100CB89" w14:textId="77777777" w:rsidR="00A453C6" w:rsidRDefault="0083128F">
      <w:r>
        <w:t>• 30–39</w:t>
      </w:r>
    </w:p>
    <w:p w14:paraId="768D1FA2" w14:textId="77777777" w:rsidR="00A453C6" w:rsidRDefault="0083128F">
      <w:r>
        <w:t>• 40–49</w:t>
      </w:r>
    </w:p>
    <w:p w14:paraId="1F037407" w14:textId="77777777" w:rsidR="00A453C6" w:rsidRDefault="0083128F">
      <w:r>
        <w:t>• 50–59</w:t>
      </w:r>
    </w:p>
    <w:p w14:paraId="6286F2DA" w14:textId="77777777" w:rsidR="00A453C6" w:rsidRDefault="0083128F">
      <w:r>
        <w:t>• Over 60 ▶ End of survey</w:t>
      </w:r>
    </w:p>
    <w:p w14:paraId="6E1F8BE1" w14:textId="77777777" w:rsidR="00A453C6" w:rsidRDefault="0083128F">
      <w:r>
        <w:lastRenderedPageBreak/>
        <w:t>3. In which region do you currently reside?</w:t>
      </w:r>
    </w:p>
    <w:p w14:paraId="4B462C27" w14:textId="77777777" w:rsidR="00A453C6" w:rsidRDefault="0083128F">
      <w:r>
        <w:t>1) Seoul    2) Busan    3) Daegu    4) Incheon</w:t>
      </w:r>
    </w:p>
    <w:p w14:paraId="5E189FEB" w14:textId="77777777" w:rsidR="00A453C6" w:rsidRDefault="0083128F">
      <w:r>
        <w:t>5) Gwangju    6) Daejeon    7) Ulsan    8) Sejong</w:t>
      </w:r>
    </w:p>
    <w:p w14:paraId="71BBECB5" w14:textId="77777777" w:rsidR="00A453C6" w:rsidRDefault="0083128F">
      <w:r>
        <w:t>9) Gyeonggi    10) Gangwon    11) Chungbuk    12) Chungnam</w:t>
      </w:r>
    </w:p>
    <w:p w14:paraId="5174E300" w14:textId="77777777" w:rsidR="00A453C6" w:rsidRDefault="0083128F">
      <w:r>
        <w:t>13) Jeonbuk    14) Jeonnam    15) Gyeongbuk    16) Gyeongnam</w:t>
      </w:r>
    </w:p>
    <w:p w14:paraId="0C354B99" w14:textId="77777777" w:rsidR="00A453C6" w:rsidRDefault="0083128F">
      <w:pPr>
        <w:rPr>
          <w:rFonts w:eastAsia="맑은 고딕"/>
          <w:lang w:eastAsia="ko-KR"/>
        </w:rPr>
      </w:pPr>
      <w:r>
        <w:t>17) Jeju</w:t>
      </w:r>
    </w:p>
    <w:p w14:paraId="0D1720B4" w14:textId="77777777" w:rsidR="0083128F" w:rsidRPr="0083128F" w:rsidRDefault="0083128F" w:rsidP="0083128F">
      <w:pPr>
        <w:rPr>
          <w:rFonts w:eastAsia="맑은 고딕"/>
          <w:lang w:eastAsia="ko-KR"/>
        </w:rPr>
      </w:pPr>
      <w:r w:rsidRPr="0083128F">
        <w:rPr>
          <w:rFonts w:eastAsia="맑은 고딕" w:hint="eastAsia"/>
          <w:lang w:eastAsia="ko-KR"/>
        </w:rPr>
        <w:t xml:space="preserve">4. </w:t>
      </w:r>
      <w:r w:rsidRPr="0083128F">
        <w:rPr>
          <w:rFonts w:eastAsia="맑은 고딕"/>
          <w:lang w:eastAsia="ko-KR"/>
        </w:rPr>
        <w:t>What is the highest level of education you have completed?</w:t>
      </w:r>
    </w:p>
    <w:p w14:paraId="4B4E527C" w14:textId="77777777" w:rsidR="0083128F" w:rsidRPr="0083128F" w:rsidRDefault="0083128F" w:rsidP="0083128F">
      <w:pPr>
        <w:numPr>
          <w:ilvl w:val="0"/>
          <w:numId w:val="12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Middle school or below</w:t>
      </w:r>
    </w:p>
    <w:p w14:paraId="16BF48A0" w14:textId="77777777" w:rsidR="0083128F" w:rsidRPr="0083128F" w:rsidRDefault="0083128F" w:rsidP="0083128F">
      <w:pPr>
        <w:numPr>
          <w:ilvl w:val="0"/>
          <w:numId w:val="12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High school graduate</w:t>
      </w:r>
    </w:p>
    <w:p w14:paraId="4351D2FA" w14:textId="77777777" w:rsidR="0083128F" w:rsidRPr="0083128F" w:rsidRDefault="0083128F" w:rsidP="0083128F">
      <w:pPr>
        <w:numPr>
          <w:ilvl w:val="0"/>
          <w:numId w:val="12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Associate degree (2-year college)</w:t>
      </w:r>
    </w:p>
    <w:p w14:paraId="3517AB25" w14:textId="77777777" w:rsidR="0083128F" w:rsidRPr="0083128F" w:rsidRDefault="0083128F" w:rsidP="0083128F">
      <w:pPr>
        <w:numPr>
          <w:ilvl w:val="0"/>
          <w:numId w:val="12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Bachelor’s degree</w:t>
      </w:r>
    </w:p>
    <w:p w14:paraId="680D7A9D" w14:textId="77777777" w:rsidR="0083128F" w:rsidRPr="0083128F" w:rsidRDefault="0083128F" w:rsidP="0083128F">
      <w:pPr>
        <w:numPr>
          <w:ilvl w:val="0"/>
          <w:numId w:val="12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Graduate degree or higher</w:t>
      </w:r>
    </w:p>
    <w:p w14:paraId="6825C082" w14:textId="77777777" w:rsidR="0083128F" w:rsidRPr="0083128F" w:rsidRDefault="0083128F" w:rsidP="0083128F">
      <w:pPr>
        <w:numPr>
          <w:ilvl w:val="0"/>
          <w:numId w:val="12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Other (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)</w:t>
      </w:r>
    </w:p>
    <w:p w14:paraId="46D4EC67" w14:textId="77777777" w:rsidR="0083128F" w:rsidRPr="0083128F" w:rsidRDefault="0083128F" w:rsidP="0083128F">
      <w:pPr>
        <w:rPr>
          <w:rFonts w:eastAsia="맑은 고딕"/>
          <w:lang w:eastAsia="ko-KR"/>
        </w:rPr>
      </w:pPr>
      <w:r w:rsidRPr="0083128F">
        <w:rPr>
          <w:rFonts w:eastAsia="맑은 고딕" w:hint="eastAsia"/>
          <w:lang w:eastAsia="ko-KR"/>
        </w:rPr>
        <w:t xml:space="preserve">5. </w:t>
      </w:r>
      <w:r w:rsidRPr="0083128F">
        <w:rPr>
          <w:rFonts w:eastAsia="맑은 고딕"/>
          <w:lang w:eastAsia="ko-KR"/>
        </w:rPr>
        <w:t>What is the highest level of education you have completed?</w:t>
      </w:r>
    </w:p>
    <w:p w14:paraId="717DFA9D" w14:textId="77777777" w:rsidR="0083128F" w:rsidRPr="0083128F" w:rsidRDefault="0083128F" w:rsidP="0083128F">
      <w:pPr>
        <w:numPr>
          <w:ilvl w:val="0"/>
          <w:numId w:val="13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Middle school or below</w:t>
      </w:r>
    </w:p>
    <w:p w14:paraId="09045904" w14:textId="77777777" w:rsidR="0083128F" w:rsidRPr="0083128F" w:rsidRDefault="0083128F" w:rsidP="0083128F">
      <w:pPr>
        <w:numPr>
          <w:ilvl w:val="0"/>
          <w:numId w:val="13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High school graduate</w:t>
      </w:r>
    </w:p>
    <w:p w14:paraId="06D7AB39" w14:textId="77777777" w:rsidR="0083128F" w:rsidRPr="0083128F" w:rsidRDefault="0083128F" w:rsidP="0083128F">
      <w:pPr>
        <w:numPr>
          <w:ilvl w:val="0"/>
          <w:numId w:val="13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Associate degree (2-year college)</w:t>
      </w:r>
    </w:p>
    <w:p w14:paraId="1AD06919" w14:textId="77777777" w:rsidR="0083128F" w:rsidRPr="0083128F" w:rsidRDefault="0083128F" w:rsidP="0083128F">
      <w:pPr>
        <w:numPr>
          <w:ilvl w:val="0"/>
          <w:numId w:val="13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Bachelor’s degree</w:t>
      </w:r>
    </w:p>
    <w:p w14:paraId="485CB12F" w14:textId="77777777" w:rsidR="0083128F" w:rsidRPr="0083128F" w:rsidRDefault="0083128F" w:rsidP="0083128F">
      <w:pPr>
        <w:numPr>
          <w:ilvl w:val="0"/>
          <w:numId w:val="13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Graduate degree or higher</w:t>
      </w:r>
    </w:p>
    <w:p w14:paraId="27062E65" w14:textId="77777777" w:rsidR="0083128F" w:rsidRPr="0083128F" w:rsidRDefault="0083128F" w:rsidP="0083128F">
      <w:pPr>
        <w:numPr>
          <w:ilvl w:val="0"/>
          <w:numId w:val="13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Other (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)</w:t>
      </w:r>
    </w:p>
    <w:p w14:paraId="12595212" w14:textId="77777777" w:rsidR="0083128F" w:rsidRPr="0083128F" w:rsidRDefault="0083128F" w:rsidP="0083128F">
      <w:pPr>
        <w:rPr>
          <w:rFonts w:eastAsia="맑은 고딕"/>
          <w:lang w:eastAsia="ko-KR"/>
        </w:rPr>
      </w:pPr>
      <w:r w:rsidRPr="0083128F">
        <w:rPr>
          <w:rFonts w:eastAsia="맑은 고딕" w:hint="eastAsia"/>
          <w:lang w:eastAsia="ko-KR"/>
        </w:rPr>
        <w:t xml:space="preserve">6. </w:t>
      </w:r>
      <w:r w:rsidRPr="0083128F">
        <w:rPr>
          <w:rFonts w:eastAsia="맑은 고딕"/>
          <w:lang w:eastAsia="ko-KR"/>
        </w:rPr>
        <w:t>What is your current occupation?</w:t>
      </w:r>
    </w:p>
    <w:p w14:paraId="07AE42AD" w14:textId="77777777" w:rsidR="0083128F" w:rsidRPr="0083128F" w:rsidRDefault="0083128F" w:rsidP="0083128F">
      <w:pPr>
        <w:numPr>
          <w:ilvl w:val="0"/>
          <w:numId w:val="14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Agriculture / Fisheries / Livestock</w:t>
      </w:r>
    </w:p>
    <w:p w14:paraId="43409AEC" w14:textId="77777777" w:rsidR="0083128F" w:rsidRPr="0083128F" w:rsidRDefault="0083128F" w:rsidP="0083128F">
      <w:pPr>
        <w:numPr>
          <w:ilvl w:val="0"/>
          <w:numId w:val="14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Self-employed (e.g., small business owner with fewer than 10 employees, individual taxi driver)</w:t>
      </w:r>
    </w:p>
    <w:p w14:paraId="208432CB" w14:textId="77777777" w:rsidR="0083128F" w:rsidRPr="0083128F" w:rsidRDefault="0083128F" w:rsidP="0083128F">
      <w:pPr>
        <w:numPr>
          <w:ilvl w:val="0"/>
          <w:numId w:val="14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Sales / Service (e.g., store clerk, salesperson, insurance agent)</w:t>
      </w:r>
    </w:p>
    <w:p w14:paraId="0A9D4E2C" w14:textId="77777777" w:rsidR="0083128F" w:rsidRPr="0083128F" w:rsidRDefault="0083128F" w:rsidP="0083128F">
      <w:pPr>
        <w:numPr>
          <w:ilvl w:val="0"/>
          <w:numId w:val="14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Skilled / Manual labor (e.g., heavy equipment or truck driver, electronics technician, skilled tradesperson)</w:t>
      </w:r>
    </w:p>
    <w:p w14:paraId="4FCC98D8" w14:textId="77777777" w:rsidR="0083128F" w:rsidRPr="0083128F" w:rsidRDefault="0083128F" w:rsidP="0083128F">
      <w:pPr>
        <w:numPr>
          <w:ilvl w:val="0"/>
          <w:numId w:val="14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lastRenderedPageBreak/>
        <w:t>Office / Technical work (e.g., office staff or technician in a company, teacher, in-house web designer, computer programmer)</w:t>
      </w:r>
    </w:p>
    <w:p w14:paraId="77106C69" w14:textId="77777777" w:rsidR="0083128F" w:rsidRPr="0083128F" w:rsidRDefault="0083128F" w:rsidP="0083128F">
      <w:pPr>
        <w:numPr>
          <w:ilvl w:val="0"/>
          <w:numId w:val="14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Executive / Managerial (e.g., senior public officials, department head or higher in a company, school principal)</w:t>
      </w:r>
    </w:p>
    <w:p w14:paraId="4C1BDF18" w14:textId="77777777" w:rsidR="0083128F" w:rsidRPr="0083128F" w:rsidRDefault="0083128F" w:rsidP="0083128F">
      <w:pPr>
        <w:numPr>
          <w:ilvl w:val="0"/>
          <w:numId w:val="14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Professional / Freelance (e.g., university professor, doctor, lawyer, artist, religious leader, high-income freelancer)</w:t>
      </w:r>
    </w:p>
    <w:p w14:paraId="644A8BBC" w14:textId="77777777" w:rsidR="0083128F" w:rsidRPr="0083128F" w:rsidRDefault="0083128F" w:rsidP="0083128F">
      <w:pPr>
        <w:numPr>
          <w:ilvl w:val="0"/>
          <w:numId w:val="14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Full-time homemaker</w:t>
      </w:r>
    </w:p>
    <w:p w14:paraId="1ADF9A58" w14:textId="77777777" w:rsidR="0083128F" w:rsidRPr="0083128F" w:rsidRDefault="0083128F" w:rsidP="0083128F">
      <w:pPr>
        <w:numPr>
          <w:ilvl w:val="0"/>
          <w:numId w:val="14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Student (college or graduate level)</w:t>
      </w:r>
    </w:p>
    <w:p w14:paraId="0F30DCCA" w14:textId="77777777" w:rsidR="0083128F" w:rsidRPr="0083128F" w:rsidRDefault="0083128F" w:rsidP="0083128F">
      <w:pPr>
        <w:numPr>
          <w:ilvl w:val="0"/>
          <w:numId w:val="14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Military / Police</w:t>
      </w:r>
    </w:p>
    <w:p w14:paraId="6092FB69" w14:textId="77777777" w:rsidR="0083128F" w:rsidRPr="0083128F" w:rsidRDefault="0083128F" w:rsidP="0083128F">
      <w:pPr>
        <w:numPr>
          <w:ilvl w:val="0"/>
          <w:numId w:val="14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Unemployed, retired, or on leave</w:t>
      </w:r>
    </w:p>
    <w:p w14:paraId="01C3D6AC" w14:textId="77777777" w:rsidR="0083128F" w:rsidRPr="0083128F" w:rsidRDefault="0083128F" w:rsidP="0083128F">
      <w:pPr>
        <w:numPr>
          <w:ilvl w:val="0"/>
          <w:numId w:val="14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Other (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)</w:t>
      </w:r>
    </w:p>
    <w:p w14:paraId="39B1C192" w14:textId="0ACBCC03" w:rsidR="0083128F" w:rsidRPr="0083128F" w:rsidRDefault="0083128F" w:rsidP="0083128F">
      <w:pPr>
        <w:rPr>
          <w:rFonts w:eastAsia="맑은 고딕"/>
          <w:lang w:eastAsia="ko-KR"/>
        </w:rPr>
      </w:pPr>
      <w:r w:rsidRPr="0083128F">
        <w:rPr>
          <w:rFonts w:eastAsia="맑은 고딕" w:hint="eastAsia"/>
          <w:lang w:eastAsia="ko-KR"/>
        </w:rPr>
        <w:t>7.</w:t>
      </w:r>
      <w:r w:rsidRPr="0083128F">
        <w:rPr>
          <w:rFonts w:ascii="굴림" w:eastAsia="굴림" w:hAnsi="굴림" w:cs="굴림"/>
          <w:sz w:val="27"/>
          <w:szCs w:val="27"/>
          <w:lang w:eastAsia="ko-KR"/>
        </w:rPr>
        <w:t xml:space="preserve"> </w:t>
      </w:r>
      <w:r w:rsidRPr="0083128F">
        <w:rPr>
          <w:rFonts w:eastAsia="맑은 고딕"/>
          <w:lang w:eastAsia="ko-KR"/>
        </w:rPr>
        <w:t>Which political party do you currently support?</w:t>
      </w:r>
    </w:p>
    <w:p w14:paraId="735BCA9D" w14:textId="77777777" w:rsidR="0083128F" w:rsidRPr="0083128F" w:rsidRDefault="0083128F" w:rsidP="0083128F">
      <w:pPr>
        <w:numPr>
          <w:ilvl w:val="0"/>
          <w:numId w:val="15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People Power Party</w:t>
      </w:r>
    </w:p>
    <w:p w14:paraId="2378DB4E" w14:textId="77777777" w:rsidR="0083128F" w:rsidRPr="0083128F" w:rsidRDefault="0083128F" w:rsidP="0083128F">
      <w:pPr>
        <w:numPr>
          <w:ilvl w:val="0"/>
          <w:numId w:val="15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Democratic Party of Korea</w:t>
      </w:r>
    </w:p>
    <w:p w14:paraId="6E81F2F6" w14:textId="77777777" w:rsidR="0083128F" w:rsidRPr="0083128F" w:rsidRDefault="0083128F" w:rsidP="0083128F">
      <w:pPr>
        <w:numPr>
          <w:ilvl w:val="0"/>
          <w:numId w:val="15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Justice Party</w:t>
      </w:r>
    </w:p>
    <w:p w14:paraId="0A52A6FB" w14:textId="77777777" w:rsidR="0083128F" w:rsidRPr="0083128F" w:rsidRDefault="0083128F" w:rsidP="0083128F">
      <w:pPr>
        <w:numPr>
          <w:ilvl w:val="0"/>
          <w:numId w:val="15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Other party</w:t>
      </w:r>
    </w:p>
    <w:p w14:paraId="1FDC95F8" w14:textId="77777777" w:rsidR="0083128F" w:rsidRPr="0083128F" w:rsidRDefault="0083128F" w:rsidP="0083128F">
      <w:pPr>
        <w:numPr>
          <w:ilvl w:val="0"/>
          <w:numId w:val="15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I do not support any political party</w:t>
      </w:r>
    </w:p>
    <w:p w14:paraId="377C95F2" w14:textId="77777777" w:rsidR="0083128F" w:rsidRPr="0083128F" w:rsidRDefault="0083128F" w:rsidP="0083128F">
      <w:pPr>
        <w:rPr>
          <w:rFonts w:eastAsia="맑은 고딕"/>
          <w:lang w:eastAsia="ko-KR"/>
        </w:rPr>
      </w:pPr>
      <w:r w:rsidRPr="0083128F">
        <w:rPr>
          <w:rFonts w:eastAsia="맑은 고딕" w:hint="eastAsia"/>
          <w:lang w:eastAsia="ko-KR"/>
        </w:rPr>
        <w:t xml:space="preserve">8. </w:t>
      </w:r>
      <w:r w:rsidRPr="0083128F">
        <w:rPr>
          <w:rFonts w:eastAsia="맑은 고딕"/>
          <w:lang w:eastAsia="ko-KR"/>
        </w:rPr>
        <w:t>The ladder below represents where people stand in terms of social status in Korea.</w:t>
      </w:r>
    </w:p>
    <w:p w14:paraId="419130F7" w14:textId="3E98BC09" w:rsidR="0083128F" w:rsidRPr="0083128F" w:rsidRDefault="0083128F" w:rsidP="0083128F">
      <w:p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The higher the position on the ladder, the closer it is to the top social class.</w:t>
      </w:r>
      <w:r w:rsidRPr="0083128F">
        <w:rPr>
          <w:rFonts w:eastAsia="맑은 고딕"/>
          <w:lang w:eastAsia="ko-KR"/>
        </w:rPr>
        <w:br/>
        <w:t>The lower the position, the closer it is to the bottom social class.</w:t>
      </w:r>
      <w:r w:rsidRPr="0083128F">
        <w:rPr>
          <w:rFonts w:eastAsia="맑은 고딕"/>
          <w:lang w:eastAsia="ko-KR"/>
        </w:rPr>
        <w:br/>
        <w:t>Where would you place yourself on this ladder?</w:t>
      </w:r>
    </w:p>
    <w:p w14:paraId="7A105B94" w14:textId="70136D66" w:rsidR="0083128F" w:rsidRPr="0083128F" w:rsidRDefault="0083128F" w:rsidP="0083128F">
      <w:p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1st (Lowest)2nd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3rd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4th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5th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6th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7th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8th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9th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10th rung (Highest)</w:t>
      </w:r>
      <w:r w:rsidRPr="0083128F">
        <w:rPr>
          <w:rFonts w:eastAsia="맑은 고딕"/>
          <w:lang w:eastAsia="ko-KR"/>
        </w:rPr>
        <w:br/>
      </w:r>
      <w:r w:rsidRPr="00DA7E25">
        <w:rPr>
          <w:noProof/>
          <w:color w:val="000000" w:themeColor="text1"/>
        </w:rPr>
        <w:drawing>
          <wp:anchor distT="0" distB="0" distL="114300" distR="114300" simplePos="0" relativeHeight="251658752" behindDoc="0" locked="0" layoutInCell="1" allowOverlap="1" wp14:anchorId="1D5F894A" wp14:editId="60CDDB07">
            <wp:simplePos x="0" y="0"/>
            <wp:positionH relativeFrom="column">
              <wp:posOffset>57150</wp:posOffset>
            </wp:positionH>
            <wp:positionV relativeFrom="line">
              <wp:posOffset>384175</wp:posOffset>
            </wp:positionV>
            <wp:extent cx="552450" cy="1649730"/>
            <wp:effectExtent l="0" t="0" r="0" b="7620"/>
            <wp:wrapTopAndBottom/>
            <wp:docPr id="2" name="그림 2" descr="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 descr="텍스트이(가) 표시된 사진&#10;&#10;자동 생성된 설명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7348"/>
                    <a:stretch/>
                  </pic:blipFill>
                  <pic:spPr bwMode="auto">
                    <a:xfrm>
                      <a:off x="0" y="0"/>
                      <a:ext cx="552450" cy="164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128F">
        <w:rPr>
          <w:rFonts w:eastAsia="맑은 고딕"/>
          <w:lang w:eastAsia="ko-KR"/>
        </w:rPr>
        <w:t>1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>
        <w:rPr>
          <w:rFonts w:eastAsia="맑은 고딕" w:hint="eastAsia"/>
          <w:lang w:eastAsia="ko-KR"/>
        </w:rPr>
        <w:t xml:space="preserve">          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2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3</w:t>
      </w:r>
      <w:r w:rsidRPr="0083128F">
        <w:rPr>
          <w:rFonts w:eastAsia="맑은 고딕"/>
          <w:lang w:eastAsia="ko-KR"/>
        </w:rPr>
        <w:t> </w:t>
      </w:r>
      <w:r>
        <w:rPr>
          <w:rFonts w:eastAsia="맑은 고딕" w:hint="eastAsia"/>
          <w:lang w:eastAsia="ko-KR"/>
        </w:rPr>
        <w:t xml:space="preserve">    </w:t>
      </w:r>
      <w:r w:rsidRPr="0083128F">
        <w:rPr>
          <w:rFonts w:eastAsia="맑은 고딕"/>
          <w:lang w:eastAsia="ko-KR"/>
        </w:rPr>
        <w:t>4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5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6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7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8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9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10</w:t>
      </w:r>
    </w:p>
    <w:p w14:paraId="45ED624E" w14:textId="4ECDA878" w:rsidR="0083128F" w:rsidRPr="0083128F" w:rsidRDefault="0083128F">
      <w:pPr>
        <w:rPr>
          <w:rFonts w:eastAsia="맑은 고딕"/>
          <w:b/>
          <w:bCs/>
          <w:lang w:eastAsia="ko-KR"/>
        </w:rPr>
      </w:pPr>
      <w:r w:rsidRPr="0083128F">
        <w:rPr>
          <w:rFonts w:eastAsia="맑은 고딕"/>
          <w:b/>
          <w:bCs/>
          <w:lang w:eastAsia="ko-KR"/>
        </w:rPr>
        <w:lastRenderedPageBreak/>
        <w:t>[Funding and Coverage System]</w:t>
      </w:r>
    </w:p>
    <w:p w14:paraId="6CC8C472" w14:textId="77777777" w:rsidR="0083128F" w:rsidRPr="0083128F" w:rsidRDefault="0083128F" w:rsidP="0083128F">
      <w:p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If reunification were to occur, what kind of healthcare system do you think should be adopted in a unified Korea?</w:t>
      </w:r>
    </w:p>
    <w:p w14:paraId="6D2547D1" w14:textId="77777777" w:rsidR="0083128F" w:rsidRPr="0083128F" w:rsidRDefault="0083128F" w:rsidP="0083128F">
      <w:pPr>
        <w:numPr>
          <w:ilvl w:val="0"/>
          <w:numId w:val="10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Maintain South Korea’s current healthcare system as it is</w:t>
      </w:r>
    </w:p>
    <w:p w14:paraId="4A410740" w14:textId="77777777" w:rsidR="0083128F" w:rsidRPr="0083128F" w:rsidRDefault="0083128F" w:rsidP="0083128F">
      <w:pPr>
        <w:numPr>
          <w:ilvl w:val="0"/>
          <w:numId w:val="10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Establish a new healthcare system that combines elements from both the South and the North</w:t>
      </w:r>
    </w:p>
    <w:p w14:paraId="3BBFF280" w14:textId="77777777" w:rsidR="0083128F" w:rsidRPr="0083128F" w:rsidRDefault="0083128F" w:rsidP="0083128F">
      <w:pPr>
        <w:numPr>
          <w:ilvl w:val="0"/>
          <w:numId w:val="10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Maintain the separate healthcare systems of South and North Korea even after reunification</w:t>
      </w:r>
    </w:p>
    <w:p w14:paraId="4DC6E095" w14:textId="77777777" w:rsidR="0083128F" w:rsidRDefault="0083128F" w:rsidP="0083128F">
      <w:pPr>
        <w:numPr>
          <w:ilvl w:val="0"/>
          <w:numId w:val="10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As long as reunification is achieved, the type of healthcare system does not matter</w:t>
      </w:r>
    </w:p>
    <w:p w14:paraId="642F644A" w14:textId="77777777" w:rsidR="0083128F" w:rsidRPr="0083128F" w:rsidRDefault="0083128F" w:rsidP="0083128F">
      <w:pPr>
        <w:ind w:left="360"/>
        <w:rPr>
          <w:rFonts w:eastAsia="맑은 고딕" w:hint="eastAsia"/>
          <w:lang w:eastAsia="ko-KR"/>
        </w:rPr>
      </w:pPr>
    </w:p>
    <w:p w14:paraId="44891532" w14:textId="77777777" w:rsidR="0083128F" w:rsidRPr="0083128F" w:rsidRDefault="0083128F" w:rsidP="0083128F">
      <w:pPr>
        <w:rPr>
          <w:rFonts w:eastAsia="맑은 고딕"/>
          <w:b/>
          <w:bCs/>
          <w:lang w:eastAsia="ko-KR"/>
        </w:rPr>
      </w:pPr>
      <w:r w:rsidRPr="0083128F">
        <w:rPr>
          <w:rFonts w:eastAsia="맑은 고딕"/>
          <w:b/>
          <w:bCs/>
          <w:lang w:eastAsia="ko-KR"/>
        </w:rPr>
        <w:t>[Opinions on Korean Reunification]</w:t>
      </w:r>
    </w:p>
    <w:p w14:paraId="59FEF16F" w14:textId="77777777" w:rsidR="0083128F" w:rsidRPr="0083128F" w:rsidRDefault="0083128F" w:rsidP="0083128F">
      <w:pPr>
        <w:rPr>
          <w:rFonts w:eastAsia="맑은 고딕"/>
          <w:lang w:eastAsia="ko-KR"/>
        </w:rPr>
      </w:pPr>
      <w:r w:rsidRPr="0083128F">
        <w:rPr>
          <w:rFonts w:eastAsia="맑은 고딕"/>
          <w:b/>
          <w:bCs/>
          <w:lang w:eastAsia="ko-KR"/>
        </w:rPr>
        <w:t>To what extent do you believe reunification between South and North Korea is necessary?</w:t>
      </w:r>
    </w:p>
    <w:p w14:paraId="24811A19" w14:textId="337DF5C1" w:rsidR="0083128F" w:rsidRPr="0083128F" w:rsidRDefault="0083128F" w:rsidP="0083128F">
      <w:pPr>
        <w:rPr>
          <w:rFonts w:eastAsia="맑은 고딕"/>
          <w:lang w:eastAsia="ko-KR"/>
        </w:rPr>
      </w:pPr>
      <w:r w:rsidRPr="0083128F">
        <w:rPr>
          <w:rFonts w:eastAsia="맑은 고딕"/>
          <w:sz w:val="20"/>
          <w:szCs w:val="20"/>
          <w:lang w:eastAsia="ko-KR"/>
        </w:rPr>
        <w:t>Not necessary at all</w:t>
      </w:r>
      <w:r w:rsidRPr="0083128F">
        <w:rPr>
          <w:rFonts w:eastAsia="맑은 고딕"/>
          <w:sz w:val="20"/>
          <w:szCs w:val="20"/>
          <w:lang w:eastAsia="ko-KR"/>
        </w:rPr>
        <w:t> </w:t>
      </w:r>
      <w:r w:rsidRPr="0083128F">
        <w:rPr>
          <w:rFonts w:eastAsia="맑은 고딕"/>
          <w:sz w:val="20"/>
          <w:szCs w:val="20"/>
          <w:lang w:eastAsia="ko-KR"/>
        </w:rPr>
        <w:t>Slightly unnecessary</w:t>
      </w:r>
      <w:r w:rsidRPr="0083128F">
        <w:rPr>
          <w:rFonts w:eastAsia="맑은 고딕"/>
          <w:sz w:val="20"/>
          <w:szCs w:val="20"/>
          <w:lang w:eastAsia="ko-KR"/>
        </w:rPr>
        <w:t> </w:t>
      </w:r>
      <w:r w:rsidRPr="0083128F">
        <w:rPr>
          <w:rFonts w:eastAsia="맑은 고딕"/>
          <w:sz w:val="20"/>
          <w:szCs w:val="20"/>
          <w:lang w:eastAsia="ko-KR"/>
        </w:rPr>
        <w:t>Neutral</w:t>
      </w:r>
      <w:r w:rsidRPr="0083128F">
        <w:rPr>
          <w:rFonts w:eastAsia="맑은 고딕"/>
          <w:sz w:val="20"/>
          <w:szCs w:val="20"/>
          <w:lang w:eastAsia="ko-KR"/>
        </w:rPr>
        <w:t> </w:t>
      </w:r>
      <w:r w:rsidRPr="0083128F">
        <w:rPr>
          <w:rFonts w:eastAsia="맑은 고딕"/>
          <w:sz w:val="20"/>
          <w:szCs w:val="20"/>
          <w:lang w:eastAsia="ko-KR"/>
        </w:rPr>
        <w:t>Somewhat necessary</w:t>
      </w:r>
      <w:r w:rsidRPr="0083128F">
        <w:rPr>
          <w:rFonts w:eastAsia="맑은 고딕"/>
          <w:sz w:val="20"/>
          <w:szCs w:val="20"/>
          <w:lang w:eastAsia="ko-KR"/>
        </w:rPr>
        <w:t> </w:t>
      </w:r>
      <w:r w:rsidRPr="0083128F">
        <w:rPr>
          <w:rFonts w:eastAsia="맑은 고딕"/>
          <w:sz w:val="20"/>
          <w:szCs w:val="20"/>
          <w:lang w:eastAsia="ko-KR"/>
        </w:rPr>
        <w:t>Very necessary</w:t>
      </w:r>
      <w:r w:rsidRPr="0083128F">
        <w:rPr>
          <w:rFonts w:eastAsia="맑은 고딕"/>
          <w:lang w:eastAsia="ko-KR"/>
        </w:rPr>
        <w:br/>
        <w:t>1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2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3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4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 </w:t>
      </w:r>
      <w:r w:rsidRPr="0083128F">
        <w:rPr>
          <w:rFonts w:eastAsia="맑은 고딕"/>
          <w:lang w:eastAsia="ko-KR"/>
        </w:rPr>
        <w:t>5</w:t>
      </w:r>
    </w:p>
    <w:p w14:paraId="07D304B5" w14:textId="77777777" w:rsidR="0083128F" w:rsidRPr="0083128F" w:rsidRDefault="0083128F" w:rsidP="0083128F">
      <w:pPr>
        <w:rPr>
          <w:rFonts w:eastAsia="맑은 고딕"/>
          <w:lang w:eastAsia="ko-KR"/>
        </w:rPr>
      </w:pPr>
      <w:r w:rsidRPr="0083128F">
        <w:rPr>
          <w:rFonts w:eastAsia="맑은 고딕"/>
          <w:b/>
          <w:bCs/>
          <w:lang w:eastAsia="ko-KR"/>
        </w:rPr>
        <w:t>To what extent do you believe reunification would benefit you personally? Or do you believe it would not be beneficial?</w:t>
      </w:r>
    </w:p>
    <w:p w14:paraId="45683C24" w14:textId="77777777" w:rsidR="0083128F" w:rsidRPr="0083128F" w:rsidRDefault="0083128F" w:rsidP="0083128F">
      <w:pPr>
        <w:numPr>
          <w:ilvl w:val="0"/>
          <w:numId w:val="11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It would be highly beneficial</w:t>
      </w:r>
    </w:p>
    <w:p w14:paraId="4AD8073F" w14:textId="77777777" w:rsidR="0083128F" w:rsidRPr="0083128F" w:rsidRDefault="0083128F" w:rsidP="0083128F">
      <w:pPr>
        <w:numPr>
          <w:ilvl w:val="0"/>
          <w:numId w:val="11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It would be somewhat beneficial</w:t>
      </w:r>
    </w:p>
    <w:p w14:paraId="5C9AD161" w14:textId="77777777" w:rsidR="0083128F" w:rsidRPr="0083128F" w:rsidRDefault="0083128F" w:rsidP="0083128F">
      <w:pPr>
        <w:numPr>
          <w:ilvl w:val="0"/>
          <w:numId w:val="11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It would not be very beneficial</w:t>
      </w:r>
    </w:p>
    <w:p w14:paraId="3A5F59BE" w14:textId="77777777" w:rsidR="0083128F" w:rsidRPr="0083128F" w:rsidRDefault="0083128F" w:rsidP="0083128F">
      <w:pPr>
        <w:numPr>
          <w:ilvl w:val="0"/>
          <w:numId w:val="11"/>
        </w:numPr>
        <w:rPr>
          <w:rFonts w:eastAsia="맑은 고딕"/>
          <w:lang w:eastAsia="ko-KR"/>
        </w:rPr>
      </w:pPr>
      <w:r w:rsidRPr="0083128F">
        <w:rPr>
          <w:rFonts w:eastAsia="맑은 고딕"/>
          <w:lang w:eastAsia="ko-KR"/>
        </w:rPr>
        <w:t>It would not be beneficial at all</w:t>
      </w:r>
    </w:p>
    <w:p w14:paraId="009BBCF4" w14:textId="77777777" w:rsidR="0083128F" w:rsidRPr="0083128F" w:rsidRDefault="0083128F">
      <w:pPr>
        <w:rPr>
          <w:rFonts w:eastAsia="맑은 고딕" w:hint="eastAsia"/>
          <w:lang w:eastAsia="ko-KR"/>
        </w:rPr>
      </w:pPr>
    </w:p>
    <w:sectPr w:rsidR="0083128F" w:rsidRPr="0083128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962A2" w14:textId="77777777" w:rsidR="0083128F" w:rsidRDefault="0083128F" w:rsidP="0083128F">
      <w:pPr>
        <w:spacing w:after="0" w:line="240" w:lineRule="auto"/>
      </w:pPr>
      <w:r>
        <w:separator/>
      </w:r>
    </w:p>
  </w:endnote>
  <w:endnote w:type="continuationSeparator" w:id="0">
    <w:p w14:paraId="5A8670B2" w14:textId="77777777" w:rsidR="0083128F" w:rsidRDefault="0083128F" w:rsidP="00831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7CC57" w14:textId="77777777" w:rsidR="0083128F" w:rsidRDefault="0083128F" w:rsidP="0083128F">
      <w:pPr>
        <w:spacing w:after="0" w:line="240" w:lineRule="auto"/>
      </w:pPr>
      <w:r>
        <w:separator/>
      </w:r>
    </w:p>
  </w:footnote>
  <w:footnote w:type="continuationSeparator" w:id="0">
    <w:p w14:paraId="69C9CB44" w14:textId="77777777" w:rsidR="0083128F" w:rsidRDefault="0083128F" w:rsidP="008312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CA1245F"/>
    <w:multiLevelType w:val="multilevel"/>
    <w:tmpl w:val="1C02D8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E3D5FAF"/>
    <w:multiLevelType w:val="multilevel"/>
    <w:tmpl w:val="01601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B133505"/>
    <w:multiLevelType w:val="multilevel"/>
    <w:tmpl w:val="6466F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CB2D29"/>
    <w:multiLevelType w:val="multilevel"/>
    <w:tmpl w:val="99828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C034FAA"/>
    <w:multiLevelType w:val="multilevel"/>
    <w:tmpl w:val="D2AEF8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E4E4B5D"/>
    <w:multiLevelType w:val="multilevel"/>
    <w:tmpl w:val="D5A0F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14084973">
    <w:abstractNumId w:val="8"/>
  </w:num>
  <w:num w:numId="2" w16cid:durableId="626929059">
    <w:abstractNumId w:val="6"/>
  </w:num>
  <w:num w:numId="3" w16cid:durableId="486939827">
    <w:abstractNumId w:val="5"/>
  </w:num>
  <w:num w:numId="4" w16cid:durableId="1825974040">
    <w:abstractNumId w:val="4"/>
  </w:num>
  <w:num w:numId="5" w16cid:durableId="1012874187">
    <w:abstractNumId w:val="7"/>
  </w:num>
  <w:num w:numId="6" w16cid:durableId="361974950">
    <w:abstractNumId w:val="3"/>
  </w:num>
  <w:num w:numId="7" w16cid:durableId="108353793">
    <w:abstractNumId w:val="2"/>
  </w:num>
  <w:num w:numId="8" w16cid:durableId="118304500">
    <w:abstractNumId w:val="1"/>
  </w:num>
  <w:num w:numId="9" w16cid:durableId="348528617">
    <w:abstractNumId w:val="0"/>
  </w:num>
  <w:num w:numId="10" w16cid:durableId="605699690">
    <w:abstractNumId w:val="13"/>
  </w:num>
  <w:num w:numId="11" w16cid:durableId="1098217197">
    <w:abstractNumId w:val="10"/>
  </w:num>
  <w:num w:numId="12" w16cid:durableId="1063602743">
    <w:abstractNumId w:val="12"/>
  </w:num>
  <w:num w:numId="13" w16cid:durableId="821234004">
    <w:abstractNumId w:val="9"/>
  </w:num>
  <w:num w:numId="14" w16cid:durableId="84150184">
    <w:abstractNumId w:val="11"/>
  </w:num>
  <w:num w:numId="15" w16cid:durableId="58530517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30C20"/>
    <w:rsid w:val="0083128F"/>
    <w:rsid w:val="00A453C6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FD02FBB"/>
  <w14:defaultImageDpi w14:val="300"/>
  <w15:docId w15:val="{9CB51F7B-C5C0-4C8D-8E1F-F4A601EFE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제목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제목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제목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제목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부제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본문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본문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본문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매크로 텍스트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인용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제목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제목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제목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제목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제목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제목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강한 인용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9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a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c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d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e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16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1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587</Words>
  <Characters>3351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3931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지영 손</cp:lastModifiedBy>
  <cp:revision>2</cp:revision>
  <dcterms:created xsi:type="dcterms:W3CDTF">2013-12-23T23:15:00Z</dcterms:created>
  <dcterms:modified xsi:type="dcterms:W3CDTF">2025-04-01T12:56:00Z</dcterms:modified>
  <cp:category/>
</cp:coreProperties>
</file>