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18B78" w14:textId="77777777" w:rsidR="00E01C1B" w:rsidRDefault="00000000">
      <w:pPr>
        <w:pStyle w:val="1"/>
        <w:jc w:val="center"/>
      </w:pPr>
      <w:r>
        <w:t>Appendix: Survey on the Use of Generative AI Tools in Medical Education</w:t>
      </w:r>
    </w:p>
    <w:p w14:paraId="7120528F" w14:textId="77777777" w:rsidR="00E01C1B" w:rsidRDefault="00000000">
      <w:pPr>
        <w:pStyle w:val="21"/>
      </w:pPr>
      <w:r>
        <w:t>Demographics</w:t>
      </w:r>
    </w:p>
    <w:p w14:paraId="000C1B3C" w14:textId="77777777" w:rsidR="00E01C1B" w:rsidRDefault="00000000">
      <w:r>
        <w:t>1. Student ID: ____________________</w:t>
      </w:r>
    </w:p>
    <w:p w14:paraId="6B7D73D5" w14:textId="77777777" w:rsidR="00E01C1B" w:rsidRDefault="00000000">
      <w:r>
        <w:t>2. Age: ______</w:t>
      </w:r>
    </w:p>
    <w:p w14:paraId="46D1A492" w14:textId="77777777" w:rsidR="00E01C1B" w:rsidRDefault="00000000">
      <w:r>
        <w:t>3. Gender: ☐ Male ☐ Female ☐ Other</w:t>
      </w:r>
    </w:p>
    <w:p w14:paraId="73A355C5" w14:textId="77777777" w:rsidR="00E01C1B" w:rsidRDefault="00000000">
      <w:r>
        <w:t>4. Major: _________________________</w:t>
      </w:r>
    </w:p>
    <w:p w14:paraId="5C1E5383" w14:textId="77777777" w:rsidR="00E01C1B" w:rsidRDefault="00000000">
      <w:pPr>
        <w:pStyle w:val="21"/>
      </w:pPr>
      <w:r>
        <w:t>Section 1: Awareness and Understanding of Generative AI Technologies</w:t>
      </w:r>
    </w:p>
    <w:p w14:paraId="1276A6A1" w14:textId="77777777" w:rsidR="00E01C1B" w:rsidRDefault="00000000">
      <w:r>
        <w:t>5. I am familiar with large language model-based applications, such as Ernie Bot, Tongyi Qianwen, GLM (Zhipu AI), ChatGPT, New Bing, etc.</w:t>
      </w:r>
    </w:p>
    <w:p w14:paraId="6CE32063" w14:textId="77777777" w:rsidR="00E01C1B" w:rsidRDefault="00000000">
      <w:r>
        <w:t>☐ Strongly Disagree ☐ Disagree ☐ Neutral ☐ Agree ☐ Strongly Agree</w:t>
      </w:r>
    </w:p>
    <w:p w14:paraId="605E751E" w14:textId="77777777" w:rsidR="00E01C1B" w:rsidRDefault="00000000">
      <w:r>
        <w:t>6. I understand that generative AI technologies like ChatGPT have limitations when dealing with complex tasks.</w:t>
      </w:r>
    </w:p>
    <w:p w14:paraId="22BFE32E" w14:textId="77777777" w:rsidR="00E01C1B" w:rsidRDefault="00000000">
      <w:r>
        <w:t>☐ Strongly Disagree ☐ Disagree ☐ Neutral ☐ Agree ☐ Strongly Agree</w:t>
      </w:r>
    </w:p>
    <w:p w14:paraId="367B290A" w14:textId="77777777" w:rsidR="00E01C1B" w:rsidRDefault="00000000">
      <w:r>
        <w:t>7. I understand that generative AI technologies like ChatGPT may produce factually inaccurate outputs.</w:t>
      </w:r>
    </w:p>
    <w:p w14:paraId="2DE2297E" w14:textId="77777777" w:rsidR="00E01C1B" w:rsidRDefault="00000000">
      <w:r>
        <w:t>☐ Strongly Disagree ☐ Disagree ☐ Neutral ☐ Agree ☐ Strongly Agree</w:t>
      </w:r>
    </w:p>
    <w:p w14:paraId="585E9DD7" w14:textId="77777777" w:rsidR="00E01C1B" w:rsidRDefault="00000000">
      <w:r>
        <w:t>8. I understand that generative AI technologies like ChatGPT may generate outputs that are out of context or inappropriate.</w:t>
      </w:r>
    </w:p>
    <w:p w14:paraId="40DA1D7E" w14:textId="77777777" w:rsidR="00E01C1B" w:rsidRDefault="00000000">
      <w:r>
        <w:t>☐ Strongly Disagree ☐ Disagree ☐ Neutral ☐ Agree ☐ Strongly Agree</w:t>
      </w:r>
    </w:p>
    <w:p w14:paraId="0AAA4331" w14:textId="77777777" w:rsidR="00E01C1B" w:rsidRDefault="00000000">
      <w:r>
        <w:t>9. I understand that generative AI technologies like ChatGPT may exhibit bias and unfairness.</w:t>
      </w:r>
    </w:p>
    <w:p w14:paraId="40E06F2A" w14:textId="77777777" w:rsidR="00E01C1B" w:rsidRDefault="00000000">
      <w:r>
        <w:t>☐ Strongly Disagree ☐ Disagree ☐ Neutral ☐ Agree ☐ Strongly Agree</w:t>
      </w:r>
    </w:p>
    <w:p w14:paraId="7D157938" w14:textId="77777777" w:rsidR="00E01C1B" w:rsidRDefault="00000000">
      <w:r>
        <w:t>10. I understand that generative AI technologies may overly rely on statistical data, limiting their utility in some contexts.</w:t>
      </w:r>
    </w:p>
    <w:p w14:paraId="3BD846D1" w14:textId="77777777" w:rsidR="00E01C1B" w:rsidRDefault="00000000">
      <w:r>
        <w:t>☐ Strongly Disagree ☐ Disagree ☐ Neutral ☐ Agree ☐ Strongly Agree</w:t>
      </w:r>
    </w:p>
    <w:p w14:paraId="732181EF" w14:textId="77777777" w:rsidR="00E01C1B" w:rsidRDefault="00000000">
      <w:r>
        <w:t>11. I understand that these technologies have limited emotional intelligence and empathy, which may lead to insensitive or inappropriate outputs.</w:t>
      </w:r>
    </w:p>
    <w:p w14:paraId="6782AF00" w14:textId="77777777" w:rsidR="00E01C1B" w:rsidRDefault="00000000">
      <w:r>
        <w:lastRenderedPageBreak/>
        <w:t>☐ Strongly Disagree ☐ Disagree ☐ Neutral ☐ Agree ☐ Strongly Agree</w:t>
      </w:r>
    </w:p>
    <w:p w14:paraId="1B807289" w14:textId="77777777" w:rsidR="00E01C1B" w:rsidRDefault="00000000">
      <w:pPr>
        <w:pStyle w:val="21"/>
      </w:pPr>
      <w:r>
        <w:t>Section 2: Usage Experience</w:t>
      </w:r>
    </w:p>
    <w:p w14:paraId="29B6BBF3" w14:textId="77777777" w:rsidR="00E01C1B" w:rsidRDefault="00000000">
      <w:r>
        <w:t>12. Have you used generative AI products before this course?</w:t>
      </w:r>
    </w:p>
    <w:p w14:paraId="62552C5F" w14:textId="77777777" w:rsidR="00E01C1B" w:rsidRDefault="00000000">
      <w:r>
        <w:t>☐ Yes ☐ No</w:t>
      </w:r>
    </w:p>
    <w:p w14:paraId="78942335" w14:textId="77777777" w:rsidR="00E01C1B" w:rsidRDefault="00000000">
      <w:r>
        <w:t>13. Did you use a programming-assistant chatbot during the course?</w:t>
      </w:r>
    </w:p>
    <w:p w14:paraId="66179B44" w14:textId="77777777" w:rsidR="00E01C1B" w:rsidRDefault="00000000">
      <w:r>
        <w:t>☐ Yes ☐ No</w:t>
      </w:r>
    </w:p>
    <w:p w14:paraId="32AC7903" w14:textId="77777777" w:rsidR="00E01C1B" w:rsidRDefault="00000000">
      <w:r>
        <w:t>14. How often do you use the chatbot?</w:t>
      </w:r>
    </w:p>
    <w:p w14:paraId="1DAB44DA" w14:textId="0AC0BBE6" w:rsidR="00E01C1B" w:rsidRDefault="00000000">
      <w:r>
        <w:t>☐ Daily ☐ Weekly ☐ Occasionally</w:t>
      </w:r>
    </w:p>
    <w:p w14:paraId="4E7D3417" w14:textId="50ED5218" w:rsidR="00E01C1B" w:rsidRPr="00EB76D4" w:rsidRDefault="00000000">
      <w:pPr>
        <w:rPr>
          <w:rFonts w:eastAsia="宋体" w:hint="eastAsia"/>
          <w:lang w:eastAsia="zh-CN"/>
        </w:rPr>
      </w:pPr>
      <w:r>
        <w:t xml:space="preserve">15. </w:t>
      </w:r>
      <w:r w:rsidR="00EB76D4">
        <w:rPr>
          <w:rFonts w:eastAsia="宋体" w:hint="eastAsia"/>
          <w:lang w:eastAsia="zh-CN"/>
        </w:rPr>
        <w:t>T</w:t>
      </w:r>
      <w:r>
        <w:t xml:space="preserve">he chatbot interface </w:t>
      </w:r>
      <w:r w:rsidR="00EB76D4">
        <w:rPr>
          <w:rFonts w:eastAsia="宋体" w:hint="eastAsia"/>
          <w:lang w:eastAsia="zh-CN"/>
        </w:rPr>
        <w:t xml:space="preserve">is </w:t>
      </w:r>
      <w:r>
        <w:t>easy to use</w:t>
      </w:r>
      <w:r w:rsidR="00EB76D4">
        <w:rPr>
          <w:rFonts w:eastAsia="宋体" w:hint="eastAsia"/>
          <w:lang w:eastAsia="zh-CN"/>
        </w:rPr>
        <w:t>.</w:t>
      </w:r>
    </w:p>
    <w:p w14:paraId="3444287A" w14:textId="77777777" w:rsidR="00E01C1B" w:rsidRDefault="00000000">
      <w:r>
        <w:t>☐ Strongly Disagree ☐ Disagree ☐ Neutral ☐ Agree ☐ Strongly Agree</w:t>
      </w:r>
    </w:p>
    <w:p w14:paraId="35D1AD28" w14:textId="402C104B" w:rsidR="00E01C1B" w:rsidRPr="00EB76D4" w:rsidRDefault="00000000">
      <w:pPr>
        <w:rPr>
          <w:rFonts w:eastAsia="宋体" w:hint="eastAsia"/>
          <w:lang w:eastAsia="zh-CN"/>
        </w:rPr>
      </w:pPr>
      <w:r>
        <w:t xml:space="preserve">16. </w:t>
      </w:r>
      <w:r w:rsidR="00EB76D4">
        <w:rPr>
          <w:rFonts w:eastAsia="宋体" w:hint="eastAsia"/>
          <w:lang w:eastAsia="zh-CN"/>
        </w:rPr>
        <w:t>T</w:t>
      </w:r>
      <w:r>
        <w:t xml:space="preserve">he chatbot’s functions </w:t>
      </w:r>
      <w:r w:rsidR="00EB76D4">
        <w:rPr>
          <w:rFonts w:eastAsia="宋体" w:hint="eastAsia"/>
          <w:lang w:eastAsia="zh-CN"/>
        </w:rPr>
        <w:t xml:space="preserve">are </w:t>
      </w:r>
      <w:r>
        <w:t>helpful for your learning</w:t>
      </w:r>
      <w:r w:rsidR="00EB76D4">
        <w:rPr>
          <w:rFonts w:eastAsia="宋体" w:hint="eastAsia"/>
          <w:lang w:eastAsia="zh-CN"/>
        </w:rPr>
        <w:t>.</w:t>
      </w:r>
    </w:p>
    <w:p w14:paraId="47ECB365" w14:textId="77777777" w:rsidR="00E01C1B" w:rsidRDefault="00000000">
      <w:r>
        <w:t>☐ Strongly Disagree ☐ Disagree ☐ Neutral ☐ Agree ☐ Strongly Agree</w:t>
      </w:r>
    </w:p>
    <w:p w14:paraId="5EAAF7B1" w14:textId="77777777" w:rsidR="00E01C1B" w:rsidRDefault="00000000">
      <w:r>
        <w:t>17. What is your overall impression of the chatbot?</w:t>
      </w:r>
    </w:p>
    <w:p w14:paraId="5FED1E83" w14:textId="77777777" w:rsidR="00E01C1B" w:rsidRDefault="00000000">
      <w:r>
        <w:t>☐ Very Negative ☐ Negative ☐ Neutral ☐ Positive ☐ Very Positive</w:t>
      </w:r>
    </w:p>
    <w:p w14:paraId="26B85FEF" w14:textId="77777777" w:rsidR="00E01C1B" w:rsidRDefault="00000000">
      <w:r>
        <w:t>18. I am willing to use the chatbot as a regular learning tool in this course.</w:t>
      </w:r>
    </w:p>
    <w:p w14:paraId="0A450D39" w14:textId="77777777" w:rsidR="00E01C1B" w:rsidRDefault="00000000">
      <w:r>
        <w:t>☐ Strongly Disagree ☐ Disagree ☐ Neutral ☐ Agree ☐ Strongly Agree</w:t>
      </w:r>
    </w:p>
    <w:p w14:paraId="1618FC6E" w14:textId="77777777" w:rsidR="00E01C1B" w:rsidRDefault="00000000">
      <w:pPr>
        <w:pStyle w:val="21"/>
      </w:pPr>
      <w:r>
        <w:t>Section 3: Perceptions of Generative AI in Learning</w:t>
      </w:r>
    </w:p>
    <w:p w14:paraId="5798CEB1" w14:textId="77777777" w:rsidR="00E01C1B" w:rsidRDefault="00000000">
      <w:r>
        <w:t>19. I believe that future physicians must learn to use generative AI in clinical applications.</w:t>
      </w:r>
    </w:p>
    <w:p w14:paraId="1C3E4820" w14:textId="77777777" w:rsidR="00E01C1B" w:rsidRDefault="00000000">
      <w:r>
        <w:t>☐ Strongly Disagree ☐ Disagree ☐ Neutral ☐ Agree ☐ Strongly Agree</w:t>
      </w:r>
    </w:p>
    <w:p w14:paraId="1C61B5B7" w14:textId="77777777" w:rsidR="00E01C1B" w:rsidRDefault="00000000">
      <w:r>
        <w:t xml:space="preserve">20. </w:t>
      </w:r>
      <w:bookmarkStart w:id="0" w:name="_Hlk194924038"/>
      <w:r>
        <w:t>Generative AI technologies can improve my computational thinking skills</w:t>
      </w:r>
      <w:bookmarkEnd w:id="0"/>
      <w:r>
        <w:t>.</w:t>
      </w:r>
    </w:p>
    <w:p w14:paraId="6B84E8E5" w14:textId="77777777" w:rsidR="00E01C1B" w:rsidRDefault="00000000">
      <w:r>
        <w:t>☐ Strongly Disagree ☐ Disagree ☐ Neutral ☐ Agree ☐ Strongly Agree</w:t>
      </w:r>
    </w:p>
    <w:p w14:paraId="64E79AF7" w14:textId="77777777" w:rsidR="00E01C1B" w:rsidRDefault="00000000">
      <w:r>
        <w:t xml:space="preserve">21. </w:t>
      </w:r>
      <w:bookmarkStart w:id="1" w:name="_Hlk194924018"/>
      <w:r>
        <w:t>Generative AI technologies can help me save time</w:t>
      </w:r>
      <w:bookmarkEnd w:id="1"/>
      <w:r>
        <w:t>.</w:t>
      </w:r>
    </w:p>
    <w:p w14:paraId="2430E6A6" w14:textId="77777777" w:rsidR="00E01C1B" w:rsidRDefault="00000000">
      <w:r>
        <w:t>☐ Strongly Disagree ☐ Disagree ☐ Neutral ☐ Agree ☐ Strongly Agree</w:t>
      </w:r>
    </w:p>
    <w:p w14:paraId="030D3DE2" w14:textId="77777777" w:rsidR="00E01C1B" w:rsidRDefault="00000000">
      <w:r>
        <w:t>22. Generative AI technologies can provide unique insights and perspectives I might not have thought of myself.</w:t>
      </w:r>
    </w:p>
    <w:p w14:paraId="2E0BB6D5" w14:textId="77777777" w:rsidR="00E01C1B" w:rsidRDefault="00000000">
      <w:r>
        <w:lastRenderedPageBreak/>
        <w:t>☐ Strongly Disagree ☐ Disagree ☐ Neutral ☐ Agree ☐ Strongly Agree</w:t>
      </w:r>
    </w:p>
    <w:p w14:paraId="1271D7E9" w14:textId="77777777" w:rsidR="00E01C1B" w:rsidRDefault="00000000">
      <w:r>
        <w:t>23. Generative AI technologies can provide personalized and instant feedback and suggestions for my learning.</w:t>
      </w:r>
    </w:p>
    <w:p w14:paraId="3474B78C" w14:textId="77777777" w:rsidR="00E01C1B" w:rsidRDefault="00000000">
      <w:r>
        <w:t>☐ Strongly Disagree ☐ Disagree ☐ Neutral ☐ Agree ☐ Strongly Agree</w:t>
      </w:r>
    </w:p>
    <w:p w14:paraId="7CB24EA5" w14:textId="77777777" w:rsidR="00E01C1B" w:rsidRDefault="00000000">
      <w:r>
        <w:t>24. I believe generative AI technologies are excellent tools because they are available 24/7.</w:t>
      </w:r>
    </w:p>
    <w:p w14:paraId="5F801982" w14:textId="77777777" w:rsidR="00E01C1B" w:rsidRDefault="00000000">
      <w:r>
        <w:t>☐ Strongly Disagree ☐ Disagree ☐ Neutral ☐ Agree ☐ Strongly Agree</w:t>
      </w:r>
    </w:p>
    <w:p w14:paraId="505F7CF2" w14:textId="77777777" w:rsidR="00E01C1B" w:rsidRDefault="00000000">
      <w:pPr>
        <w:pStyle w:val="21"/>
      </w:pPr>
      <w:r>
        <w:t>Section 4: Open-Ended Questions</w:t>
      </w:r>
    </w:p>
    <w:p w14:paraId="7A493F41" w14:textId="77777777" w:rsidR="00E01C1B" w:rsidRDefault="00000000">
      <w:r>
        <w:t>25. In your learning process, what role do you think the chatbot played in supporting your learning?</w:t>
      </w:r>
    </w:p>
    <w:p w14:paraId="670C9DAB" w14:textId="77777777" w:rsidR="00E01C1B" w:rsidRDefault="00000000">
      <w:r>
        <w:t>___________________________________________________________________</w:t>
      </w:r>
    </w:p>
    <w:p w14:paraId="6A09891A" w14:textId="77777777" w:rsidR="00E01C1B" w:rsidRDefault="00000000">
      <w:r>
        <w:t>___________________________________________________________________</w:t>
      </w:r>
    </w:p>
    <w:p w14:paraId="0ADD9E70" w14:textId="77777777" w:rsidR="00E01C1B" w:rsidRDefault="00000000">
      <w:r>
        <w:t>26. Do you have any other suggestions or feedback regarding the chatbot or the course?</w:t>
      </w:r>
    </w:p>
    <w:p w14:paraId="7313E90E" w14:textId="77777777" w:rsidR="00E01C1B" w:rsidRDefault="00000000">
      <w:r>
        <w:t>___________________________________________________________________</w:t>
      </w:r>
    </w:p>
    <w:p w14:paraId="5DE0AB08" w14:textId="77777777" w:rsidR="00E01C1B" w:rsidRDefault="00000000">
      <w:r>
        <w:t>___________________________________________________________________</w:t>
      </w:r>
    </w:p>
    <w:sectPr w:rsidR="00E01C1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35783495">
    <w:abstractNumId w:val="8"/>
  </w:num>
  <w:num w:numId="2" w16cid:durableId="1963533486">
    <w:abstractNumId w:val="6"/>
  </w:num>
  <w:num w:numId="3" w16cid:durableId="859397767">
    <w:abstractNumId w:val="5"/>
  </w:num>
  <w:num w:numId="4" w16cid:durableId="961686889">
    <w:abstractNumId w:val="4"/>
  </w:num>
  <w:num w:numId="5" w16cid:durableId="528841418">
    <w:abstractNumId w:val="7"/>
  </w:num>
  <w:num w:numId="6" w16cid:durableId="210849071">
    <w:abstractNumId w:val="3"/>
  </w:num>
  <w:num w:numId="7" w16cid:durableId="544102097">
    <w:abstractNumId w:val="2"/>
  </w:num>
  <w:num w:numId="8" w16cid:durableId="1762874769">
    <w:abstractNumId w:val="1"/>
  </w:num>
  <w:num w:numId="9" w16cid:durableId="924460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7C4B"/>
    <w:rsid w:val="00034616"/>
    <w:rsid w:val="0006063C"/>
    <w:rsid w:val="0015074B"/>
    <w:rsid w:val="0029639D"/>
    <w:rsid w:val="00326F90"/>
    <w:rsid w:val="00AA1D8D"/>
    <w:rsid w:val="00B47730"/>
    <w:rsid w:val="00CB0664"/>
    <w:rsid w:val="00D2213B"/>
    <w:rsid w:val="00E01C1B"/>
    <w:rsid w:val="00EB76D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BFD9AF"/>
  <w14:defaultImageDpi w14:val="300"/>
  <w15:docId w15:val="{D23D5552-D5D1-4A8C-9056-576D5F342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3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xiaowei xu</cp:lastModifiedBy>
  <cp:revision>2</cp:revision>
  <dcterms:created xsi:type="dcterms:W3CDTF">2013-12-23T23:15:00Z</dcterms:created>
  <dcterms:modified xsi:type="dcterms:W3CDTF">2025-04-07T05:14:00Z</dcterms:modified>
  <cp:category/>
</cp:coreProperties>
</file>