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0C46" w:rsidRDefault="008F6D76">
      <w:pPr>
        <w:pStyle w:val="Heading1"/>
      </w:pPr>
      <w:r>
        <w:t>Appendix: Questionnaire</w:t>
      </w:r>
    </w:p>
    <w:p w:rsidR="00130C46" w:rsidRDefault="008F6D76">
      <w:pPr>
        <w:pStyle w:val="Title"/>
      </w:pPr>
      <w:r>
        <w:t>Prevalence of Pulmonary Tuberculosis Among Patients with Diabetes Mellitus in Kagera Region, Tanzania</w:t>
      </w:r>
    </w:p>
    <w:p w:rsidR="00130C46" w:rsidRDefault="008F6D76">
      <w:r>
        <w:t>Appendix 3: ENGLISH VERSION QUESTIONNAIRE</w:t>
      </w:r>
    </w:p>
    <w:p w:rsidR="00130C46" w:rsidRDefault="008F6D76">
      <w:r>
        <w:t>Prevalence Of Pulmonary Tuberculosis Among Patients with Diabetes Mellitus in Kagera Region, Tanzania.</w:t>
      </w:r>
    </w:p>
    <w:p w:rsidR="00130C46" w:rsidRDefault="008F6D76">
      <w:r>
        <w:t>Respondent ID Number…………………………………………….</w:t>
      </w:r>
    </w:p>
    <w:p w:rsidR="00130C46" w:rsidRDefault="008F6D76">
      <w:r>
        <w:t>Date………………………………</w:t>
      </w:r>
    </w:p>
    <w:p w:rsidR="00130C46" w:rsidRDefault="008F6D76">
      <w:r>
        <w:t>Mobile number of participants…………………………………………….</w:t>
      </w:r>
    </w:p>
    <w:p w:rsidR="00130C46" w:rsidRDefault="008F6D76">
      <w:r>
        <w:t>District………………………………………………………</w:t>
      </w:r>
    </w:p>
    <w:p w:rsidR="00130C46" w:rsidRDefault="008F6D76">
      <w:r>
        <w:t>Health Facility: ……………………………………………………</w:t>
      </w:r>
    </w:p>
    <w:p w:rsidR="00130C46" w:rsidRDefault="008F6D76">
      <w:pPr>
        <w:pStyle w:val="Heading2"/>
      </w:pPr>
      <w:r>
        <w:t>SECTION A; SOCIO-DEMOGRAPHIC CHARACTERISTICS</w:t>
      </w:r>
    </w:p>
    <w:p w:rsidR="00130C46" w:rsidRPr="00ED6CE8" w:rsidRDefault="008F6D76">
      <w:pPr>
        <w:rPr>
          <w:b/>
        </w:rPr>
      </w:pPr>
      <w:r w:rsidRPr="00ED6CE8">
        <w:rPr>
          <w:b/>
        </w:rPr>
        <w:t>1.        Gender (Please tick one)</w:t>
      </w:r>
    </w:p>
    <w:p w:rsidR="00130C46" w:rsidRDefault="008F6D76">
      <w:r>
        <w:t>a)        Male</w:t>
      </w:r>
    </w:p>
    <w:p w:rsidR="00130C46" w:rsidRDefault="008F6D76">
      <w:r>
        <w:t>b)        Female</w:t>
      </w:r>
    </w:p>
    <w:p w:rsidR="00130C46" w:rsidRPr="00ED6CE8" w:rsidRDefault="008F6D76">
      <w:pPr>
        <w:rPr>
          <w:b/>
        </w:rPr>
      </w:pPr>
      <w:r w:rsidRPr="00ED6CE8">
        <w:rPr>
          <w:b/>
        </w:rPr>
        <w:t>2. Age of participant (fill in blank space below)</w:t>
      </w:r>
    </w:p>
    <w:p w:rsidR="00130C46" w:rsidRDefault="008F6D76">
      <w:r>
        <w:t>…………………………………..</w:t>
      </w:r>
    </w:p>
    <w:p w:rsidR="00130C46" w:rsidRPr="00ED6CE8" w:rsidRDefault="008F6D76">
      <w:pPr>
        <w:rPr>
          <w:b/>
        </w:rPr>
      </w:pPr>
      <w:r w:rsidRPr="00ED6CE8">
        <w:rPr>
          <w:b/>
        </w:rPr>
        <w:t>3.        Marital Status (Please tick one)</w:t>
      </w:r>
    </w:p>
    <w:p w:rsidR="00130C46" w:rsidRDefault="008F6D76">
      <w:r>
        <w:t>a)        Single</w:t>
      </w:r>
    </w:p>
    <w:p w:rsidR="00130C46" w:rsidRDefault="008F6D76">
      <w:r>
        <w:t>b)        Married</w:t>
      </w:r>
    </w:p>
    <w:p w:rsidR="00130C46" w:rsidRDefault="008F6D76">
      <w:r>
        <w:t>c)        Divorced</w:t>
      </w:r>
    </w:p>
    <w:p w:rsidR="00130C46" w:rsidRDefault="008F6D76">
      <w:r>
        <w:t>d)        Widow</w:t>
      </w:r>
    </w:p>
    <w:p w:rsidR="00130C46" w:rsidRDefault="008F6D76">
      <w:r>
        <w:t>e)        Widower</w:t>
      </w:r>
    </w:p>
    <w:p w:rsidR="00130C46" w:rsidRDefault="008F6D76">
      <w:r>
        <w:lastRenderedPageBreak/>
        <w:t>f)        Cohabitation</w:t>
      </w:r>
    </w:p>
    <w:p w:rsidR="00130C46" w:rsidRPr="00ED6CE8" w:rsidRDefault="008F6D76">
      <w:pPr>
        <w:rPr>
          <w:b/>
        </w:rPr>
      </w:pPr>
      <w:r w:rsidRPr="00ED6CE8">
        <w:rPr>
          <w:b/>
        </w:rPr>
        <w:t>4.  Education (Please tick one)</w:t>
      </w:r>
    </w:p>
    <w:p w:rsidR="00130C46" w:rsidRDefault="008F6D76">
      <w:r>
        <w:t>a)        No education</w:t>
      </w:r>
    </w:p>
    <w:p w:rsidR="00130C46" w:rsidRDefault="008F6D76">
      <w:r>
        <w:t>b)        Primary education</w:t>
      </w:r>
    </w:p>
    <w:p w:rsidR="00130C46" w:rsidRDefault="008F6D76">
      <w:r>
        <w:t>c)        Secondary education</w:t>
      </w:r>
    </w:p>
    <w:p w:rsidR="00130C46" w:rsidRDefault="008F6D76">
      <w:r>
        <w:t>d)        College/University Education</w:t>
      </w:r>
    </w:p>
    <w:p w:rsidR="00130C46" w:rsidRPr="00ED6CE8" w:rsidRDefault="008F6D76">
      <w:pPr>
        <w:rPr>
          <w:b/>
        </w:rPr>
      </w:pPr>
      <w:r w:rsidRPr="00ED6CE8">
        <w:rPr>
          <w:b/>
        </w:rPr>
        <w:t>5. Occupation. (Please tick one)</w:t>
      </w:r>
    </w:p>
    <w:p w:rsidR="00130C46" w:rsidRDefault="008F6D76">
      <w:r>
        <w:t>a) Formal employed</w:t>
      </w:r>
    </w:p>
    <w:p w:rsidR="00130C46" w:rsidRDefault="008F6D76">
      <w:r>
        <w:t>b) Unemployed</w:t>
      </w:r>
    </w:p>
    <w:p w:rsidR="00130C46" w:rsidRDefault="008F6D76">
      <w:r>
        <w:t>c) Self-employed</w:t>
      </w:r>
    </w:p>
    <w:p w:rsidR="00130C46" w:rsidRDefault="008F6D76">
      <w:r>
        <w:t>d)Peasant</w:t>
      </w:r>
    </w:p>
    <w:p w:rsidR="00130C46" w:rsidRDefault="008F6D76">
      <w:r>
        <w:t>e) Casual laborer</w:t>
      </w:r>
    </w:p>
    <w:p w:rsidR="00130C46" w:rsidRPr="00ED6CE8" w:rsidRDefault="008F6D76">
      <w:pPr>
        <w:rPr>
          <w:b/>
        </w:rPr>
      </w:pPr>
      <w:r w:rsidRPr="00ED6CE8">
        <w:rPr>
          <w:b/>
        </w:rPr>
        <w:t>6. Resident (Please tick one)</w:t>
      </w:r>
    </w:p>
    <w:p w:rsidR="00130C46" w:rsidRDefault="008F6D76">
      <w:r>
        <w:t>a) Urban</w:t>
      </w:r>
    </w:p>
    <w:p w:rsidR="00130C46" w:rsidRDefault="008F6D76">
      <w:r>
        <w:t>b) rural</w:t>
      </w:r>
    </w:p>
    <w:p w:rsidR="00130C46" w:rsidRPr="00ED6CE8" w:rsidRDefault="008F6D76">
      <w:pPr>
        <w:rPr>
          <w:b/>
        </w:rPr>
      </w:pPr>
      <w:r w:rsidRPr="00ED6CE8">
        <w:rPr>
          <w:b/>
        </w:rPr>
        <w:t>7)Housing Conditions</w:t>
      </w:r>
    </w:p>
    <w:p w:rsidR="00130C46" w:rsidRDefault="008F6D76">
      <w:r>
        <w:t>Number of people in the house (fill in the blank space below)</w:t>
      </w:r>
    </w:p>
    <w:p w:rsidR="00130C46" w:rsidRDefault="008F6D76">
      <w:r>
        <w:t>…………………………</w:t>
      </w:r>
    </w:p>
    <w:p w:rsidR="00130C46" w:rsidRDefault="008F6D76">
      <w:r>
        <w:t>Number of sleeping rooms (fill blank space below)</w:t>
      </w:r>
    </w:p>
    <w:p w:rsidR="00130C46" w:rsidRDefault="008F6D76">
      <w:r>
        <w:t>…………………………….</w:t>
      </w:r>
    </w:p>
    <w:p w:rsidR="00130C46" w:rsidRDefault="008F6D76">
      <w:r>
        <w:t>Number of people in a room you sleep (fill in blank space below)</w:t>
      </w:r>
    </w:p>
    <w:p w:rsidR="00130C46" w:rsidRDefault="008F6D76">
      <w:r>
        <w:t>……………………………….</w:t>
      </w:r>
    </w:p>
    <w:p w:rsidR="00130C46" w:rsidRDefault="008F6D76">
      <w:r>
        <w:t>Number of windows in the room you sleep (fill blank space below)</w:t>
      </w:r>
    </w:p>
    <w:p w:rsidR="00130C46" w:rsidRDefault="008F6D76">
      <w:r>
        <w:t>……………………………….</w:t>
      </w:r>
    </w:p>
    <w:p w:rsidR="00130C46" w:rsidRPr="00ED6CE8" w:rsidRDefault="008F6D76">
      <w:pPr>
        <w:rPr>
          <w:b/>
        </w:rPr>
      </w:pPr>
      <w:r w:rsidRPr="00ED6CE8">
        <w:rPr>
          <w:b/>
        </w:rPr>
        <w:t>8. Do you currently smoke cigarettes? (Please tick one)</w:t>
      </w:r>
    </w:p>
    <w:p w:rsidR="00130C46" w:rsidRDefault="008F6D76">
      <w:r>
        <w:t>a) Yes</w:t>
      </w:r>
    </w:p>
    <w:p w:rsidR="00130C46" w:rsidRDefault="008F6D76">
      <w:r>
        <w:lastRenderedPageBreak/>
        <w:t>b) No</w:t>
      </w:r>
    </w:p>
    <w:p w:rsidR="00130C46" w:rsidRDefault="008F6D76">
      <w:r>
        <w:t>If yes:</w:t>
      </w:r>
    </w:p>
    <w:p w:rsidR="00130C46" w:rsidRDefault="008F6D76">
      <w:r>
        <w:t>I. For how long have you been</w:t>
      </w:r>
    </w:p>
    <w:p w:rsidR="00130C46" w:rsidRDefault="008F6D76">
      <w:r>
        <w:t>smoking? ………………..</w:t>
      </w:r>
    </w:p>
    <w:p w:rsidR="00130C46" w:rsidRDefault="008F6D76">
      <w:r>
        <w:t>ii. How many cigarettes per day?..............</w:t>
      </w:r>
    </w:p>
    <w:p w:rsidR="00130C46" w:rsidRDefault="008F6D76">
      <w:r>
        <w:t>If no:</w:t>
      </w:r>
    </w:p>
    <w:p w:rsidR="00130C46" w:rsidRDefault="008F6D76">
      <w:r>
        <w:t>Have you ever smoked cigarettes in the past?</w:t>
      </w:r>
    </w:p>
    <w:p w:rsidR="00130C46" w:rsidRDefault="008F6D76">
      <w:r>
        <w:t>a) Yes</w:t>
      </w:r>
    </w:p>
    <w:p w:rsidR="00130C46" w:rsidRDefault="008F6D76">
      <w:r>
        <w:t>b) No</w:t>
      </w:r>
    </w:p>
    <w:p w:rsidR="00130C46" w:rsidRDefault="008F6D76">
      <w:r>
        <w:t>If yes:</w:t>
      </w:r>
    </w:p>
    <w:p w:rsidR="00130C46" w:rsidRDefault="008F6D76">
      <w:r>
        <w:t>I. For how long in years?......................</w:t>
      </w:r>
    </w:p>
    <w:p w:rsidR="00130C46" w:rsidRDefault="008F6D76">
      <w:r>
        <w:t>ii.How many cigarettes per day?..................</w:t>
      </w:r>
    </w:p>
    <w:p w:rsidR="00130C46" w:rsidRPr="00ED6CE8" w:rsidRDefault="008F6D76">
      <w:pPr>
        <w:rPr>
          <w:b/>
        </w:rPr>
      </w:pPr>
      <w:r w:rsidRPr="00ED6CE8">
        <w:rPr>
          <w:b/>
        </w:rPr>
        <w:t>9.Have you ever consumed alcohol in a lifetime?</w:t>
      </w:r>
    </w:p>
    <w:p w:rsidR="00130C46" w:rsidRDefault="008F6D76">
      <w:r>
        <w:t>a) Yes</w:t>
      </w:r>
    </w:p>
    <w:p w:rsidR="00130C46" w:rsidRDefault="008F6D76">
      <w:r>
        <w:t>b) No</w:t>
      </w:r>
    </w:p>
    <w:p w:rsidR="00130C46" w:rsidRDefault="008F6D76">
      <w:r>
        <w:t>If yes:</w:t>
      </w:r>
    </w:p>
    <w:p w:rsidR="00130C46" w:rsidRDefault="008F6D76">
      <w:r>
        <w:t>I. Are you currently consuming alcohol</w:t>
      </w:r>
    </w:p>
    <w:p w:rsidR="00130C46" w:rsidRDefault="008F6D76">
      <w:r>
        <w:t>a) Yes</w:t>
      </w:r>
    </w:p>
    <w:p w:rsidR="00130C46" w:rsidRDefault="008F6D76">
      <w:r>
        <w:t>b) No</w:t>
      </w:r>
    </w:p>
    <w:p w:rsidR="00130C46" w:rsidRDefault="008F6D76">
      <w:r>
        <w:t>If yes: specify amount:</w:t>
      </w:r>
    </w:p>
    <w:p w:rsidR="00130C46" w:rsidRDefault="008F6D76">
      <w:r>
        <w:t>i.</w:t>
      </w:r>
      <w:r>
        <w:tab/>
        <w:t>Once/week</w:t>
      </w:r>
    </w:p>
    <w:p w:rsidR="00130C46" w:rsidRDefault="008F6D76">
      <w:r>
        <w:t>ii.</w:t>
      </w:r>
      <w:r>
        <w:tab/>
        <w:t>Twice/week</w:t>
      </w:r>
    </w:p>
    <w:p w:rsidR="00130C46" w:rsidRDefault="008F6D76">
      <w:r>
        <w:t>iii.</w:t>
      </w:r>
      <w:r>
        <w:tab/>
        <w:t>More than twice/week</w:t>
      </w:r>
    </w:p>
    <w:p w:rsidR="00130C46" w:rsidRDefault="008F6D76">
      <w:r>
        <w:t>If no: specify amount consumed in the past:</w:t>
      </w:r>
    </w:p>
    <w:p w:rsidR="00130C46" w:rsidRDefault="008F6D76">
      <w:r>
        <w:t>i.</w:t>
      </w:r>
      <w:r>
        <w:tab/>
        <w:t>Once/week</w:t>
      </w:r>
    </w:p>
    <w:p w:rsidR="00130C46" w:rsidRDefault="008F6D76">
      <w:r>
        <w:t>ii.</w:t>
      </w:r>
      <w:r>
        <w:tab/>
        <w:t>Twice/week</w:t>
      </w:r>
    </w:p>
    <w:p w:rsidR="00130C46" w:rsidRDefault="008F6D76">
      <w:r>
        <w:lastRenderedPageBreak/>
        <w:t>iii.</w:t>
      </w:r>
      <w:r>
        <w:tab/>
        <w:t>More than twice/week</w:t>
      </w:r>
    </w:p>
    <w:p w:rsidR="00130C46" w:rsidRPr="00ED6CE8" w:rsidRDefault="008F6D76">
      <w:pPr>
        <w:rPr>
          <w:b/>
        </w:rPr>
      </w:pPr>
      <w:r w:rsidRPr="00ED6CE8">
        <w:rPr>
          <w:b/>
        </w:rPr>
        <w:t>10)Type of food consumption (Please tick one)</w:t>
      </w:r>
    </w:p>
    <w:p w:rsidR="00130C46" w:rsidRDefault="008F6D76">
      <w:r>
        <w:t>a) processed food</w:t>
      </w:r>
    </w:p>
    <w:p w:rsidR="00130C46" w:rsidRDefault="008F6D76">
      <w:r>
        <w:t>b) non-processed food</w:t>
      </w:r>
    </w:p>
    <w:p w:rsidR="00130C46" w:rsidRDefault="008F6D76">
      <w:r>
        <w:t>c) both processed and processed</w:t>
      </w:r>
    </w:p>
    <w:p w:rsidR="00130C46" w:rsidRPr="00ED6CE8" w:rsidRDefault="008F6D76">
      <w:pPr>
        <w:rPr>
          <w:b/>
        </w:rPr>
      </w:pPr>
      <w:r w:rsidRPr="00ED6CE8">
        <w:rPr>
          <w:b/>
        </w:rPr>
        <w:t>11)Do you do physical exercise? (Please tick one)</w:t>
      </w:r>
    </w:p>
    <w:p w:rsidR="00130C46" w:rsidRDefault="008F6D76">
      <w:r>
        <w:t>a) Often</w:t>
      </w:r>
    </w:p>
    <w:p w:rsidR="00130C46" w:rsidRDefault="008F6D76">
      <w:r>
        <w:t>b) Rarely</w:t>
      </w:r>
    </w:p>
    <w:p w:rsidR="00130C46" w:rsidRDefault="008F6D76">
      <w:r>
        <w:t>c)Never</w:t>
      </w:r>
    </w:p>
    <w:p w:rsidR="00130C46" w:rsidRDefault="008F6D76">
      <w:pPr>
        <w:pStyle w:val="Heading2"/>
      </w:pPr>
      <w:r>
        <w:t>SECTION B: PREVALENCE OF TUBERCULOSIS AMONG DM PATIENTS WITH DIABETES MELLITUS</w:t>
      </w:r>
    </w:p>
    <w:p w:rsidR="00130C46" w:rsidRDefault="008F6D76">
      <w:r>
        <w:t>To determine the prevalence of Tuberculosis among patients with Diabetes Mellitus in Kagera region. Under this objective, the research will adopt the standardized questionnaire used for TB screening in Tanzania Health facilities, as directed by the MoH on TB Guidelines.</w:t>
      </w:r>
    </w:p>
    <w:p w:rsidR="00130C46" w:rsidRDefault="008F6D76">
      <w:r>
        <w:t>Tuberculosis screening</w:t>
      </w:r>
    </w:p>
    <w:p w:rsidR="00130C46" w:rsidRPr="00ED6CE8" w:rsidRDefault="008F6D76">
      <w:pPr>
        <w:rPr>
          <w:b/>
        </w:rPr>
      </w:pPr>
      <w:r w:rsidRPr="00ED6CE8">
        <w:rPr>
          <w:b/>
        </w:rPr>
        <w:t>1. Cough for ≥ 2 weeks</w:t>
      </w:r>
      <w:r w:rsidRPr="00ED6CE8">
        <w:rPr>
          <w:b/>
        </w:rPr>
        <w:tab/>
        <w:t>(Please tick one)</w:t>
      </w:r>
    </w:p>
    <w:p w:rsidR="00130C46" w:rsidRDefault="008F6D76">
      <w:r>
        <w:t>a) Yes</w:t>
      </w:r>
    </w:p>
    <w:p w:rsidR="00130C46" w:rsidRDefault="008F6D76">
      <w:r>
        <w:t>b) No</w:t>
      </w:r>
    </w:p>
    <w:p w:rsidR="00130C46" w:rsidRPr="00ED6CE8" w:rsidRDefault="008F6D76">
      <w:pPr>
        <w:rPr>
          <w:b/>
        </w:rPr>
      </w:pPr>
      <w:r w:rsidRPr="00ED6CE8">
        <w:rPr>
          <w:b/>
        </w:rPr>
        <w:t>2.Coughing blood stained sputum (Please tick one)</w:t>
      </w:r>
    </w:p>
    <w:p w:rsidR="00130C46" w:rsidRDefault="008F6D76">
      <w:r>
        <w:t>a) Yes</w:t>
      </w:r>
    </w:p>
    <w:p w:rsidR="00130C46" w:rsidRDefault="008F6D76">
      <w:r>
        <w:t>b) No</w:t>
      </w:r>
    </w:p>
    <w:p w:rsidR="00130C46" w:rsidRDefault="008F6D76">
      <w:r>
        <w:t>If yes: specify duration in days………….</w:t>
      </w:r>
    </w:p>
    <w:p w:rsidR="00130C46" w:rsidRDefault="008F6D76">
      <w:r>
        <w:t>3.Fever (Please tick one)</w:t>
      </w:r>
    </w:p>
    <w:p w:rsidR="00130C46" w:rsidRDefault="008F6D76">
      <w:r>
        <w:t>a) Yes</w:t>
      </w:r>
    </w:p>
    <w:p w:rsidR="00130C46" w:rsidRDefault="008F6D76">
      <w:r>
        <w:t>b) No</w:t>
      </w:r>
    </w:p>
    <w:p w:rsidR="00130C46" w:rsidRDefault="008F6D76">
      <w:r>
        <w:t>If yes: specify duration in days...........</w:t>
      </w:r>
    </w:p>
    <w:p w:rsidR="00130C46" w:rsidRPr="00ED6CE8" w:rsidRDefault="008F6D76">
      <w:pPr>
        <w:rPr>
          <w:b/>
        </w:rPr>
      </w:pPr>
      <w:r w:rsidRPr="00ED6CE8">
        <w:rPr>
          <w:b/>
        </w:rPr>
        <w:t>4.Excessive night sweats (Please tick one)</w:t>
      </w:r>
    </w:p>
    <w:p w:rsidR="00130C46" w:rsidRDefault="008F6D76">
      <w:r>
        <w:lastRenderedPageBreak/>
        <w:t>a) Yes</w:t>
      </w:r>
    </w:p>
    <w:p w:rsidR="00130C46" w:rsidRDefault="008F6D76">
      <w:r>
        <w:t>b) No</w:t>
      </w:r>
    </w:p>
    <w:p w:rsidR="00130C46" w:rsidRDefault="008F6D76">
      <w:r>
        <w:t>If yes: specify duration in days..........</w:t>
      </w:r>
    </w:p>
    <w:p w:rsidR="00130C46" w:rsidRPr="00ED6CE8" w:rsidRDefault="008F6D76">
      <w:pPr>
        <w:rPr>
          <w:b/>
        </w:rPr>
      </w:pPr>
      <w:r w:rsidRPr="00ED6CE8">
        <w:rPr>
          <w:b/>
        </w:rPr>
        <w:t>5.Noticeable weight loss (Please tick one)</w:t>
      </w:r>
    </w:p>
    <w:p w:rsidR="00130C46" w:rsidRDefault="008F6D76">
      <w:r>
        <w:t>a) Yes</w:t>
      </w:r>
    </w:p>
    <w:p w:rsidR="00130C46" w:rsidRDefault="008F6D76">
      <w:r>
        <w:t>b) No</w:t>
      </w:r>
    </w:p>
    <w:p w:rsidR="00130C46" w:rsidRDefault="008F6D76">
      <w:r>
        <w:t>If yes: specify duration........</w:t>
      </w:r>
    </w:p>
    <w:p w:rsidR="00130C46" w:rsidRDefault="008F6D76">
      <w:r>
        <w:t>TB presumptive (if participant answered yes {Y} to any question)</w:t>
      </w:r>
    </w:p>
    <w:p w:rsidR="00130C46" w:rsidRDefault="008F6D76">
      <w:r>
        <w:t>Not a TB presumptive (if participant answered No {N} to all questions)</w:t>
      </w:r>
    </w:p>
    <w:p w:rsidR="00130C46" w:rsidRPr="00ED6CE8" w:rsidRDefault="008F6D76">
      <w:pPr>
        <w:rPr>
          <w:b/>
        </w:rPr>
      </w:pPr>
      <w:r w:rsidRPr="00ED6CE8">
        <w:rPr>
          <w:b/>
        </w:rPr>
        <w:t>6.Previous TB contact</w:t>
      </w:r>
      <w:r w:rsidRPr="00ED6CE8">
        <w:rPr>
          <w:b/>
        </w:rPr>
        <w:tab/>
        <w:t>(Please tick one)</w:t>
      </w:r>
    </w:p>
    <w:p w:rsidR="00130C46" w:rsidRDefault="008F6D76">
      <w:r>
        <w:t>a) Yes</w:t>
      </w:r>
    </w:p>
    <w:p w:rsidR="00130C46" w:rsidRDefault="008F6D76">
      <w:r>
        <w:t>b) No</w:t>
      </w:r>
    </w:p>
    <w:p w:rsidR="00130C46" w:rsidRPr="00ED6CE8" w:rsidRDefault="008F6D76">
      <w:pPr>
        <w:rPr>
          <w:b/>
        </w:rPr>
      </w:pPr>
      <w:r w:rsidRPr="00ED6CE8">
        <w:rPr>
          <w:b/>
        </w:rPr>
        <w:t>7.History of TB status:</w:t>
      </w:r>
    </w:p>
    <w:p w:rsidR="00130C46" w:rsidRDefault="008F6D76">
      <w:r>
        <w:t>Ever had TB (Please tick one)</w:t>
      </w:r>
    </w:p>
    <w:p w:rsidR="00130C46" w:rsidRDefault="008F6D76">
      <w:r>
        <w:t>a) Yes</w:t>
      </w:r>
    </w:p>
    <w:p w:rsidR="00130C46" w:rsidRDefault="008F6D76">
      <w:r>
        <w:t>b) No</w:t>
      </w:r>
    </w:p>
    <w:p w:rsidR="00130C46" w:rsidRDefault="008F6D76">
      <w:r>
        <w:t>TB since diagnosis with diabetes (Please tick one)</w:t>
      </w:r>
    </w:p>
    <w:p w:rsidR="00130C46" w:rsidRDefault="008F6D76">
      <w:r>
        <w:t>a) Yes</w:t>
      </w:r>
    </w:p>
    <w:p w:rsidR="00130C46" w:rsidRDefault="008F6D76">
      <w:r>
        <w:t>b) No</w:t>
      </w:r>
    </w:p>
    <w:p w:rsidR="00130C46" w:rsidRDefault="008F6D76">
      <w:r>
        <w:t>Last normal menstrual period for women (dd/mm/yr) ……………………</w:t>
      </w:r>
    </w:p>
    <w:p w:rsidR="00130C46" w:rsidRDefault="008F6D76">
      <w:pPr>
        <w:pStyle w:val="Heading2"/>
      </w:pPr>
      <w:r>
        <w:t>SECTION C: CLINICAL CHARACTERISTICS ASSOCIATED WITH TB AMONG DM PATIENTS</w:t>
      </w:r>
    </w:p>
    <w:p w:rsidR="00130C46" w:rsidRPr="00ED6CE8" w:rsidRDefault="008F6D76">
      <w:pPr>
        <w:rPr>
          <w:b/>
        </w:rPr>
      </w:pPr>
      <w:r w:rsidRPr="00ED6CE8">
        <w:rPr>
          <w:b/>
        </w:rPr>
        <w:t>1. History of previous Tuberculosis Disease (Please tick one)</w:t>
      </w:r>
    </w:p>
    <w:p w:rsidR="00130C46" w:rsidRDefault="008F6D76">
      <w:r>
        <w:t>a) YES</w:t>
      </w:r>
    </w:p>
    <w:p w:rsidR="00130C46" w:rsidRDefault="008F6D76">
      <w:r>
        <w:t>b) NO</w:t>
      </w:r>
    </w:p>
    <w:p w:rsidR="00130C46" w:rsidRDefault="008F6D76">
      <w:r>
        <w:t>c) I don’t Know</w:t>
      </w:r>
    </w:p>
    <w:p w:rsidR="00130C46" w:rsidRPr="00ED6CE8" w:rsidRDefault="008F6D76">
      <w:pPr>
        <w:rPr>
          <w:b/>
        </w:rPr>
      </w:pPr>
      <w:r w:rsidRPr="00ED6CE8">
        <w:rPr>
          <w:b/>
        </w:rPr>
        <w:t>2. Type of Treatment (Please tick one)</w:t>
      </w:r>
    </w:p>
    <w:p w:rsidR="00130C46" w:rsidRDefault="008F6D76">
      <w:r>
        <w:lastRenderedPageBreak/>
        <w:t>a) Pills</w:t>
      </w:r>
    </w:p>
    <w:p w:rsidR="00130C46" w:rsidRDefault="008F6D76">
      <w:r>
        <w:t>b) Injection</w:t>
      </w:r>
    </w:p>
    <w:p w:rsidR="00130C46" w:rsidRPr="00ED6CE8" w:rsidRDefault="008F6D76">
      <w:pPr>
        <w:rPr>
          <w:b/>
        </w:rPr>
      </w:pPr>
      <w:r w:rsidRPr="00ED6CE8">
        <w:rPr>
          <w:b/>
        </w:rPr>
        <w:t>3. Date diagnosed with Diabetes (fill blank space below)</w:t>
      </w:r>
    </w:p>
    <w:p w:rsidR="00130C46" w:rsidRDefault="008F6D76">
      <w:r>
        <w:t>……………………….</w:t>
      </w:r>
    </w:p>
    <w:p w:rsidR="00130C46" w:rsidRPr="00ED6CE8" w:rsidRDefault="008F6D76">
      <w:pPr>
        <w:rPr>
          <w:b/>
        </w:rPr>
      </w:pPr>
      <w:r w:rsidRPr="00ED6CE8">
        <w:rPr>
          <w:b/>
        </w:rPr>
        <w:t>4. HIV status (Please tick one)</w:t>
      </w:r>
    </w:p>
    <w:p w:rsidR="00130C46" w:rsidRDefault="008F6D76">
      <w:r>
        <w:t>a) positive</w:t>
      </w:r>
    </w:p>
    <w:p w:rsidR="00130C46" w:rsidRDefault="008F6D76">
      <w:r>
        <w:t>b) negative</w:t>
      </w:r>
    </w:p>
    <w:p w:rsidR="00130C46" w:rsidRDefault="008F6D76">
      <w:r>
        <w:t>c)unknown</w:t>
      </w:r>
    </w:p>
    <w:p w:rsidR="00130C46" w:rsidRDefault="008F6D76">
      <w:r>
        <w:t>if unknown do PITC (provider-initiated test and counselling)</w:t>
      </w:r>
    </w:p>
    <w:p w:rsidR="00130C46" w:rsidRDefault="008F6D76">
      <w:r>
        <w:t>HIV test results</w:t>
      </w:r>
    </w:p>
    <w:p w:rsidR="00130C46" w:rsidRDefault="008F6D76">
      <w:r>
        <w:t>a)Positive</w:t>
      </w:r>
      <w:r>
        <w:br/>
        <w:t>b)Negative</w:t>
      </w:r>
      <w:r>
        <w:br/>
        <w:t>c) indeterminate</w:t>
      </w:r>
    </w:p>
    <w:p w:rsidR="00130C46" w:rsidRPr="00ED6CE8" w:rsidRDefault="008F6D76">
      <w:pPr>
        <w:rPr>
          <w:b/>
        </w:rPr>
      </w:pPr>
      <w:r w:rsidRPr="00ED6CE8">
        <w:rPr>
          <w:b/>
        </w:rPr>
        <w:t>5. Body Mass Index</w:t>
      </w:r>
    </w:p>
    <w:p w:rsidR="00130C46" w:rsidRDefault="008F6D76">
      <w:r>
        <w:t>Weight of a patient (fill blank space below)</w:t>
      </w:r>
    </w:p>
    <w:p w:rsidR="00130C46" w:rsidRDefault="008F6D76">
      <w:r>
        <w:t>………………….. kg</w:t>
      </w:r>
    </w:p>
    <w:p w:rsidR="00130C46" w:rsidRDefault="008F6D76">
      <w:r>
        <w:t>Height of a patient ((fill blank space below)</w:t>
      </w:r>
    </w:p>
    <w:p w:rsidR="00130C46" w:rsidRDefault="008F6D76">
      <w:r>
        <w:t>……………………cm</w:t>
      </w:r>
    </w:p>
    <w:p w:rsidR="00130C46" w:rsidRPr="00ED6CE8" w:rsidRDefault="008F6D76">
      <w:pPr>
        <w:rPr>
          <w:b/>
        </w:rPr>
      </w:pPr>
      <w:r w:rsidRPr="00ED6CE8">
        <w:rPr>
          <w:b/>
        </w:rPr>
        <w:t>6)Blood pressure</w:t>
      </w:r>
    </w:p>
    <w:p w:rsidR="00130C46" w:rsidRDefault="008F6D76">
      <w:r>
        <w:t>Systolic measurement (blank space below)</w:t>
      </w:r>
    </w:p>
    <w:p w:rsidR="00130C46" w:rsidRDefault="008F6D76">
      <w:r>
        <w:t>……………………………….mm/hg</w:t>
      </w:r>
    </w:p>
    <w:p w:rsidR="00130C46" w:rsidRDefault="008F6D76">
      <w:r>
        <w:t>Diastolic measurement (blank space below)</w:t>
      </w:r>
    </w:p>
    <w:p w:rsidR="00130C46" w:rsidRDefault="008F6D76">
      <w:r>
        <w:t>…………………………….. mm/hg</w:t>
      </w:r>
    </w:p>
    <w:p w:rsidR="00130C46" w:rsidRDefault="008F6D76">
      <w:pPr>
        <w:pStyle w:val="Heading2"/>
      </w:pPr>
      <w:r>
        <w:t>SECTION D: LABORATORY/RADIOGRAPHY INVESTIGATION</w:t>
      </w:r>
    </w:p>
    <w:p w:rsidR="00130C46" w:rsidRPr="00ED6CE8" w:rsidRDefault="008F6D76">
      <w:pPr>
        <w:rPr>
          <w:b/>
        </w:rPr>
      </w:pPr>
      <w:r w:rsidRPr="00ED6CE8">
        <w:rPr>
          <w:b/>
        </w:rPr>
        <w:t>1. Gene Expert test results (please tick one)</w:t>
      </w:r>
    </w:p>
    <w:p w:rsidR="00130C46" w:rsidRDefault="008F6D76">
      <w:r>
        <w:t>a) positive (YES)</w:t>
      </w:r>
    </w:p>
    <w:p w:rsidR="00130C46" w:rsidRDefault="008F6D76">
      <w:r>
        <w:t>b) Negative (NO)</w:t>
      </w:r>
    </w:p>
    <w:p w:rsidR="00130C46" w:rsidRDefault="008F6D76">
      <w:r>
        <w:lastRenderedPageBreak/>
        <w:t>for clients with Gene experts, negative results proceed to Chest X-ray</w:t>
      </w:r>
      <w:bookmarkStart w:id="0" w:name="_GoBack"/>
      <w:bookmarkEnd w:id="0"/>
    </w:p>
    <w:p w:rsidR="00130C46" w:rsidRPr="00ED6CE8" w:rsidRDefault="008F6D76">
      <w:pPr>
        <w:rPr>
          <w:b/>
        </w:rPr>
      </w:pPr>
      <w:r w:rsidRPr="00ED6CE8">
        <w:rPr>
          <w:b/>
        </w:rPr>
        <w:t>2. Chest X-ray results (please tick one)</w:t>
      </w:r>
    </w:p>
    <w:p w:rsidR="00130C46" w:rsidRDefault="008F6D76">
      <w:r>
        <w:t>a) Suggestive features of TB(YES)</w:t>
      </w:r>
    </w:p>
    <w:p w:rsidR="00130C46" w:rsidRDefault="008F6D76">
      <w:r>
        <w:t>b) Non-suggestive features of TB(NO)</w:t>
      </w:r>
    </w:p>
    <w:sectPr w:rsidR="00130C46"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6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30C46"/>
    <w:rsid w:val="0015074B"/>
    <w:rsid w:val="0029639D"/>
    <w:rsid w:val="00326F90"/>
    <w:rsid w:val="008F6D76"/>
    <w:rsid w:val="00AA1D8D"/>
    <w:rsid w:val="00B47730"/>
    <w:rsid w:val="00CB0664"/>
    <w:rsid w:val="00ED6CE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300"/>
  <w15:docId w15:val="{C3B27834-7447-4D73-9347-9268A8D0A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C8F764-974A-4A4E-8334-D166B6D309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685</Words>
  <Characters>3790</Characters>
  <Application>Microsoft Office Word</Application>
  <DocSecurity>0</DocSecurity>
  <Lines>164</Lines>
  <Paragraphs>178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4297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Frank Malugu</cp:lastModifiedBy>
  <cp:revision>3</cp:revision>
  <dcterms:created xsi:type="dcterms:W3CDTF">2013-12-23T23:15:00Z</dcterms:created>
  <dcterms:modified xsi:type="dcterms:W3CDTF">2024-11-17T10:55:00Z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44f3f49e1e88d055ccb06d640d95bfa8e57481e6635a3ab37e9efba1eae5ea40</vt:lpwstr>
  </property>
</Properties>
</file>