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0491D" w14:textId="71D2EC7A" w:rsidR="00574D84" w:rsidRPr="000B4E75" w:rsidRDefault="00574D84" w:rsidP="000B4E75">
      <w:pPr>
        <w:spacing w:after="120" w:line="240" w:lineRule="auto"/>
        <w:jc w:val="center"/>
        <w:rPr>
          <w:rFonts w:cs="Times New Roman"/>
          <w:b/>
          <w:bCs/>
          <w:szCs w:val="20"/>
        </w:rPr>
      </w:pPr>
      <w:r w:rsidRPr="000B4E75">
        <w:rPr>
          <w:rFonts w:cs="Times New Roman"/>
          <w:b/>
          <w:bCs/>
          <w:szCs w:val="20"/>
        </w:rPr>
        <w:t>Translation of the Serbian version of the Second Victim Experience and Support Tool - Revised (SR-SVEST-R)</w:t>
      </w:r>
    </w:p>
    <w:p w14:paraId="0F2DA80E" w14:textId="77777777" w:rsidR="000B4E75" w:rsidRDefault="000B4E75" w:rsidP="000D258B">
      <w:pPr>
        <w:spacing w:after="120" w:line="240" w:lineRule="auto"/>
        <w:rPr>
          <w:rFonts w:cs="Times New Roman"/>
          <w:b/>
          <w:bCs/>
          <w:szCs w:val="20"/>
        </w:rPr>
      </w:pPr>
    </w:p>
    <w:p w14:paraId="32012CA7" w14:textId="61594670" w:rsidR="0097466D" w:rsidRPr="0017708F" w:rsidRDefault="00EC71BA" w:rsidP="00854B6B">
      <w:pPr>
        <w:spacing w:after="120" w:line="240" w:lineRule="auto"/>
        <w:rPr>
          <w:rFonts w:cs="Times New Roman"/>
          <w:szCs w:val="20"/>
        </w:rPr>
      </w:pPr>
      <w:r w:rsidRPr="006A6F23">
        <w:rPr>
          <w:rFonts w:cs="Times New Roman"/>
          <w:b/>
          <w:bCs/>
          <w:szCs w:val="20"/>
        </w:rPr>
        <w:t>Part A</w:t>
      </w:r>
      <w:r w:rsidR="00574D84" w:rsidRPr="0017708F">
        <w:rPr>
          <w:rFonts w:cs="Times New Roman"/>
          <w:szCs w:val="20"/>
        </w:rPr>
        <w:t xml:space="preserve"> </w:t>
      </w:r>
      <w:r w:rsidR="009F442B" w:rsidRPr="0017708F">
        <w:rPr>
          <w:rFonts w:cs="Times New Roman"/>
          <w:szCs w:val="20"/>
        </w:rPr>
        <w:t>I</w:t>
      </w:r>
      <w:r w:rsidR="009F442B" w:rsidRPr="0017708F">
        <w:rPr>
          <w:rFonts w:cs="Times New Roman"/>
          <w:szCs w:val="20"/>
        </w:rPr>
        <w:t>ntroductory questionnaire with demographic data including consent to participate in the study</w:t>
      </w:r>
      <w:r w:rsidR="00E21AC6" w:rsidRPr="0017708F">
        <w:rPr>
          <w:rFonts w:cs="Times New Roman"/>
          <w:szCs w:val="20"/>
        </w:rPr>
        <w:br/>
      </w:r>
      <w:r w:rsidR="00E21AC6" w:rsidRPr="0017708F">
        <w:rPr>
          <w:rFonts w:cs="Times New Roman"/>
          <w:szCs w:val="20"/>
        </w:rPr>
        <w:br/>
        <w:t>Dear Participant,</w:t>
      </w:r>
      <w:r w:rsidR="00E21AC6" w:rsidRPr="0017708F">
        <w:rPr>
          <w:rFonts w:cs="Times New Roman"/>
          <w:szCs w:val="20"/>
        </w:rPr>
        <w:br/>
      </w:r>
      <w:r w:rsidR="00E21AC6" w:rsidRPr="0017708F">
        <w:rPr>
          <w:rFonts w:cs="Times New Roman"/>
          <w:szCs w:val="20"/>
        </w:rPr>
        <w:br/>
      </w:r>
      <w:r w:rsidR="001D506C" w:rsidRPr="0017708F">
        <w:rPr>
          <w:rFonts w:cs="Times New Roman"/>
          <w:szCs w:val="20"/>
        </w:rPr>
        <w:t xml:space="preserve">This questionnaire, beginning with a few introductory questions, aims to explore </w:t>
      </w:r>
      <w:r w:rsidR="00474EA7" w:rsidRPr="0017708F">
        <w:rPr>
          <w:rFonts w:cs="Times New Roman"/>
          <w:szCs w:val="20"/>
        </w:rPr>
        <w:t>several topics</w:t>
      </w:r>
      <w:r w:rsidR="001D506C" w:rsidRPr="0017708F">
        <w:rPr>
          <w:rFonts w:cs="Times New Roman"/>
          <w:szCs w:val="20"/>
        </w:rPr>
        <w:t xml:space="preserve"> related to the </w:t>
      </w:r>
      <w:r w:rsidR="006114F0" w:rsidRPr="0017708F">
        <w:rPr>
          <w:rFonts w:cs="Times New Roman"/>
          <w:szCs w:val="20"/>
        </w:rPr>
        <w:t xml:space="preserve">second victims' </w:t>
      </w:r>
      <w:r w:rsidR="001D506C" w:rsidRPr="0017708F">
        <w:rPr>
          <w:rFonts w:cs="Times New Roman"/>
          <w:szCs w:val="20"/>
        </w:rPr>
        <w:t>experiences of pharmacy professionals. The study seeks to gather insights into situations where they may become second victims due to events compromis</w:t>
      </w:r>
      <w:r w:rsidR="00F91DD4" w:rsidRPr="0017708F">
        <w:rPr>
          <w:rFonts w:cs="Times New Roman"/>
          <w:szCs w:val="20"/>
        </w:rPr>
        <w:t>ing</w:t>
      </w:r>
      <w:r w:rsidR="001D506C" w:rsidRPr="0017708F">
        <w:rPr>
          <w:rFonts w:cs="Times New Roman"/>
          <w:szCs w:val="20"/>
        </w:rPr>
        <w:t xml:space="preserve"> patient safety. The second victim phenomenon describes any distress that healthcare professionals experience as a result of adverse outcomes in patient care.</w:t>
      </w:r>
      <w:r w:rsidR="0097466D" w:rsidRPr="0017708F">
        <w:rPr>
          <w:rFonts w:cs="Times New Roman"/>
          <w:szCs w:val="20"/>
        </w:rPr>
        <w:t xml:space="preserve"> </w:t>
      </w:r>
    </w:p>
    <w:p w14:paraId="26B76763" w14:textId="7E62DE90" w:rsidR="00611CE2" w:rsidRPr="0017708F" w:rsidRDefault="00611CE2" w:rsidP="00854B6B">
      <w:pPr>
        <w:spacing w:after="120" w:line="240" w:lineRule="auto"/>
        <w:rPr>
          <w:rFonts w:cs="Times New Roman"/>
          <w:szCs w:val="20"/>
        </w:rPr>
      </w:pPr>
      <w:r w:rsidRPr="0017708F">
        <w:rPr>
          <w:rFonts w:cs="Times New Roman"/>
          <w:szCs w:val="20"/>
        </w:rPr>
        <w:t xml:space="preserve">The study seeks to assess the experiences of </w:t>
      </w:r>
      <w:r w:rsidR="00574D84" w:rsidRPr="0017708F">
        <w:rPr>
          <w:rFonts w:cs="Times New Roman"/>
          <w:szCs w:val="20"/>
        </w:rPr>
        <w:t>pharmacy</w:t>
      </w:r>
      <w:r w:rsidRPr="0017708F">
        <w:rPr>
          <w:rFonts w:cs="Times New Roman"/>
          <w:szCs w:val="20"/>
        </w:rPr>
        <w:t xml:space="preserve"> professionals with the second victim phenomenon in relation to adverse events that threaten patient safety, and the types of support they would like to receive in such situations across the following dimensions: </w:t>
      </w:r>
      <w:r w:rsidR="00343940" w:rsidRPr="0017708F">
        <w:rPr>
          <w:rFonts w:cs="Times New Roman"/>
          <w:szCs w:val="20"/>
        </w:rPr>
        <w:t xml:space="preserve">(i) </w:t>
      </w:r>
      <w:r w:rsidRPr="0017708F">
        <w:rPr>
          <w:rFonts w:cs="Times New Roman"/>
          <w:szCs w:val="20"/>
        </w:rPr>
        <w:t xml:space="preserve">psychological distress, </w:t>
      </w:r>
      <w:r w:rsidR="00343940" w:rsidRPr="0017708F">
        <w:rPr>
          <w:rFonts w:cs="Times New Roman"/>
          <w:szCs w:val="20"/>
        </w:rPr>
        <w:t xml:space="preserve">(ii) </w:t>
      </w:r>
      <w:r w:rsidR="00E20995" w:rsidRPr="0017708F">
        <w:rPr>
          <w:rFonts w:cs="Times New Roman"/>
          <w:szCs w:val="20"/>
        </w:rPr>
        <w:t>physical distress</w:t>
      </w:r>
      <w:r w:rsidRPr="0017708F">
        <w:rPr>
          <w:rFonts w:cs="Times New Roman"/>
          <w:szCs w:val="20"/>
        </w:rPr>
        <w:t xml:space="preserve">, </w:t>
      </w:r>
      <w:r w:rsidR="00343940" w:rsidRPr="0017708F">
        <w:rPr>
          <w:rFonts w:cs="Times New Roman"/>
          <w:szCs w:val="20"/>
        </w:rPr>
        <w:t xml:space="preserve">(iii) </w:t>
      </w:r>
      <w:r w:rsidRPr="0017708F">
        <w:rPr>
          <w:rFonts w:cs="Times New Roman"/>
          <w:szCs w:val="20"/>
        </w:rPr>
        <w:t xml:space="preserve">support from colleagues, </w:t>
      </w:r>
      <w:r w:rsidR="00343940" w:rsidRPr="0017708F">
        <w:rPr>
          <w:rFonts w:cs="Times New Roman"/>
          <w:szCs w:val="20"/>
        </w:rPr>
        <w:t xml:space="preserve">(iv) </w:t>
      </w:r>
      <w:r w:rsidRPr="0017708F">
        <w:rPr>
          <w:rFonts w:cs="Times New Roman"/>
          <w:szCs w:val="20"/>
        </w:rPr>
        <w:t xml:space="preserve">support from supervisors, </w:t>
      </w:r>
      <w:r w:rsidR="00343940" w:rsidRPr="0017708F">
        <w:rPr>
          <w:rFonts w:cs="Times New Roman"/>
          <w:szCs w:val="20"/>
        </w:rPr>
        <w:t>(</w:t>
      </w:r>
      <w:r w:rsidR="00D30896" w:rsidRPr="0017708F">
        <w:rPr>
          <w:rFonts w:cs="Times New Roman"/>
          <w:szCs w:val="20"/>
        </w:rPr>
        <w:t xml:space="preserve">v) </w:t>
      </w:r>
      <w:r w:rsidRPr="0017708F">
        <w:rPr>
          <w:rFonts w:cs="Times New Roman"/>
          <w:szCs w:val="20"/>
        </w:rPr>
        <w:t xml:space="preserve">institutional support, </w:t>
      </w:r>
      <w:r w:rsidR="00D30896" w:rsidRPr="0017708F">
        <w:rPr>
          <w:rFonts w:cs="Times New Roman"/>
          <w:szCs w:val="20"/>
        </w:rPr>
        <w:t xml:space="preserve">(vi) </w:t>
      </w:r>
      <w:r w:rsidRPr="0017708F">
        <w:rPr>
          <w:rFonts w:cs="Times New Roman"/>
          <w:szCs w:val="20"/>
        </w:rPr>
        <w:t xml:space="preserve">professional self-efficacy, </w:t>
      </w:r>
      <w:r w:rsidR="00D30896" w:rsidRPr="0017708F">
        <w:rPr>
          <w:rFonts w:cs="Times New Roman"/>
          <w:szCs w:val="20"/>
        </w:rPr>
        <w:t xml:space="preserve">(vii) </w:t>
      </w:r>
      <w:r w:rsidRPr="0017708F">
        <w:rPr>
          <w:rFonts w:cs="Times New Roman"/>
          <w:szCs w:val="20"/>
        </w:rPr>
        <w:t xml:space="preserve">absenteeism, </w:t>
      </w:r>
      <w:r w:rsidR="00D30896" w:rsidRPr="0017708F">
        <w:rPr>
          <w:rFonts w:cs="Times New Roman"/>
          <w:szCs w:val="20"/>
        </w:rPr>
        <w:t xml:space="preserve">(viii) </w:t>
      </w:r>
      <w:r w:rsidR="00E20995" w:rsidRPr="0017708F">
        <w:rPr>
          <w:rFonts w:cs="Times New Roman"/>
          <w:szCs w:val="20"/>
        </w:rPr>
        <w:t xml:space="preserve">turnover </w:t>
      </w:r>
      <w:r w:rsidRPr="0017708F">
        <w:rPr>
          <w:rFonts w:cs="Times New Roman"/>
          <w:szCs w:val="20"/>
        </w:rPr>
        <w:t>intention</w:t>
      </w:r>
      <w:r w:rsidR="00E20995" w:rsidRPr="0017708F">
        <w:rPr>
          <w:rFonts w:cs="Times New Roman"/>
          <w:szCs w:val="20"/>
        </w:rPr>
        <w:t>s</w:t>
      </w:r>
      <w:r w:rsidRPr="0017708F">
        <w:rPr>
          <w:rFonts w:cs="Times New Roman"/>
          <w:szCs w:val="20"/>
        </w:rPr>
        <w:t xml:space="preserve">, and </w:t>
      </w:r>
      <w:r w:rsidR="00D30896" w:rsidRPr="0017708F">
        <w:rPr>
          <w:rFonts w:cs="Times New Roman"/>
          <w:szCs w:val="20"/>
        </w:rPr>
        <w:t xml:space="preserve">(ix) </w:t>
      </w:r>
      <w:r w:rsidRPr="0017708F">
        <w:rPr>
          <w:rFonts w:cs="Times New Roman"/>
          <w:szCs w:val="20"/>
        </w:rPr>
        <w:t>resilience.</w:t>
      </w:r>
    </w:p>
    <w:p w14:paraId="4D628A1E" w14:textId="77777777" w:rsidR="00A7476A" w:rsidRDefault="00611CE2" w:rsidP="00854B6B">
      <w:pPr>
        <w:spacing w:after="120" w:line="240" w:lineRule="auto"/>
        <w:rPr>
          <w:rFonts w:cs="Times New Roman"/>
          <w:szCs w:val="20"/>
        </w:rPr>
      </w:pPr>
      <w:r w:rsidRPr="0017708F">
        <w:rPr>
          <w:rFonts w:cs="Times New Roman"/>
          <w:szCs w:val="20"/>
        </w:rPr>
        <w:t>This research is being conducted as part of a doctoral thesis at the Department of Social Pharmacy and Pharmaceutical Legislation, Faculty of Pharmacy, University of Belgrade.</w:t>
      </w:r>
      <w:r w:rsidR="00431977" w:rsidRPr="0017708F">
        <w:rPr>
          <w:rFonts w:cs="Times New Roman"/>
          <w:szCs w:val="20"/>
        </w:rPr>
        <w:t xml:space="preserve"> </w:t>
      </w:r>
    </w:p>
    <w:p w14:paraId="7C842DCB" w14:textId="77777777" w:rsidR="00A7476A" w:rsidRDefault="00611CE2" w:rsidP="00854B6B">
      <w:pPr>
        <w:spacing w:after="120" w:line="240" w:lineRule="auto"/>
        <w:rPr>
          <w:rFonts w:cs="Times New Roman"/>
          <w:szCs w:val="20"/>
        </w:rPr>
      </w:pPr>
      <w:r w:rsidRPr="0017708F">
        <w:rPr>
          <w:rFonts w:cs="Times New Roman"/>
          <w:szCs w:val="20"/>
        </w:rPr>
        <w:t>Participation in the study is anonymous, voluntary, and without remuneration. The data collected will be analysed and published in an aggregated form, solely for scientific research purposes.</w:t>
      </w:r>
      <w:r w:rsidR="00431977" w:rsidRPr="0017708F">
        <w:rPr>
          <w:rFonts w:cs="Times New Roman"/>
          <w:szCs w:val="20"/>
        </w:rPr>
        <w:t xml:space="preserve"> </w:t>
      </w:r>
    </w:p>
    <w:p w14:paraId="1265AFCC" w14:textId="58597FAE" w:rsidR="00574D84" w:rsidRPr="0017708F" w:rsidRDefault="00611CE2" w:rsidP="00854B6B">
      <w:pPr>
        <w:spacing w:after="120" w:line="240" w:lineRule="auto"/>
        <w:rPr>
          <w:rFonts w:cs="Times New Roman"/>
          <w:szCs w:val="20"/>
        </w:rPr>
      </w:pPr>
      <w:r w:rsidRPr="0017708F">
        <w:rPr>
          <w:rFonts w:cs="Times New Roman"/>
          <w:szCs w:val="20"/>
        </w:rPr>
        <w:t>We kindly request that you respond to each question in the questionnaire and indicate your consent to participate in the study.</w:t>
      </w:r>
    </w:p>
    <w:p w14:paraId="3956E5FE" w14:textId="47D1F946" w:rsidR="00611CE2" w:rsidRPr="0017708F" w:rsidRDefault="00E21AC6" w:rsidP="00854B6B">
      <w:pPr>
        <w:spacing w:after="120" w:line="240" w:lineRule="auto"/>
        <w:rPr>
          <w:rFonts w:cs="Times New Roman"/>
          <w:szCs w:val="20"/>
        </w:rPr>
      </w:pPr>
      <w:r w:rsidRPr="0017708F">
        <w:rPr>
          <w:rFonts w:cs="Times New Roman"/>
          <w:szCs w:val="20"/>
        </w:rPr>
        <w:t>Thank you for your cooperation and support!</w:t>
      </w:r>
      <w:r w:rsidRPr="0017708F">
        <w:rPr>
          <w:rFonts w:cs="Times New Roman"/>
          <w:szCs w:val="20"/>
        </w:rPr>
        <w:br/>
      </w:r>
      <w:r w:rsidRPr="0017708F">
        <w:rPr>
          <w:rFonts w:cs="Times New Roman"/>
          <w:szCs w:val="20"/>
        </w:rPr>
        <w:br/>
        <w:t>1. Do you voluntarily agree to participate in the study through the questionnaire?</w:t>
      </w:r>
      <w:r w:rsidRPr="0017708F">
        <w:rPr>
          <w:rFonts w:cs="Times New Roman"/>
          <w:szCs w:val="20"/>
        </w:rPr>
        <w:br/>
        <w:t>o Yes</w:t>
      </w:r>
      <w:r w:rsidRPr="0017708F">
        <w:rPr>
          <w:rFonts w:cs="Times New Roman"/>
          <w:szCs w:val="20"/>
        </w:rPr>
        <w:br/>
        <w:t>o No</w:t>
      </w:r>
      <w:r w:rsidRPr="0017708F">
        <w:rPr>
          <w:rFonts w:cs="Times New Roman"/>
          <w:szCs w:val="20"/>
        </w:rPr>
        <w:br/>
      </w:r>
      <w:r w:rsidRPr="0017708F">
        <w:rPr>
          <w:rFonts w:cs="Times New Roman"/>
          <w:szCs w:val="20"/>
        </w:rPr>
        <w:br/>
        <w:t>2. Do you agree that all the data you provide during the study will be used exclusively for scientific research purposes and published in aggregated form?</w:t>
      </w:r>
      <w:r w:rsidRPr="0017708F">
        <w:rPr>
          <w:rFonts w:cs="Times New Roman"/>
          <w:szCs w:val="20"/>
        </w:rPr>
        <w:br/>
        <w:t>o Yes</w:t>
      </w:r>
      <w:r w:rsidRPr="0017708F">
        <w:rPr>
          <w:rFonts w:cs="Times New Roman"/>
          <w:szCs w:val="20"/>
        </w:rPr>
        <w:br/>
        <w:t>o No</w:t>
      </w:r>
      <w:r w:rsidRPr="0017708F">
        <w:rPr>
          <w:rFonts w:cs="Times New Roman"/>
          <w:szCs w:val="20"/>
        </w:rPr>
        <w:br/>
      </w:r>
      <w:r w:rsidRPr="0017708F">
        <w:rPr>
          <w:rFonts w:cs="Times New Roman"/>
          <w:szCs w:val="20"/>
        </w:rPr>
        <w:br/>
        <w:t>3. Gender:</w:t>
      </w:r>
      <w:r w:rsidRPr="0017708F">
        <w:rPr>
          <w:rFonts w:cs="Times New Roman"/>
          <w:szCs w:val="20"/>
        </w:rPr>
        <w:br/>
        <w:t>o Male</w:t>
      </w:r>
      <w:r w:rsidRPr="0017708F">
        <w:rPr>
          <w:rFonts w:cs="Times New Roman"/>
          <w:szCs w:val="20"/>
        </w:rPr>
        <w:br/>
        <w:t>o Female</w:t>
      </w:r>
      <w:r w:rsidRPr="0017708F">
        <w:rPr>
          <w:rFonts w:cs="Times New Roman"/>
          <w:szCs w:val="20"/>
        </w:rPr>
        <w:br/>
      </w:r>
      <w:r w:rsidRPr="0017708F">
        <w:rPr>
          <w:rFonts w:cs="Times New Roman"/>
          <w:szCs w:val="20"/>
        </w:rPr>
        <w:br/>
        <w:t>4. Age (please specify the number of years): ____________________</w:t>
      </w:r>
      <w:r w:rsidRPr="0017708F">
        <w:rPr>
          <w:rFonts w:cs="Times New Roman"/>
          <w:szCs w:val="20"/>
        </w:rPr>
        <w:br/>
      </w:r>
      <w:r w:rsidRPr="0017708F">
        <w:rPr>
          <w:rFonts w:cs="Times New Roman"/>
          <w:szCs w:val="20"/>
        </w:rPr>
        <w:br/>
        <w:t>5. What is your highest level of education?</w:t>
      </w:r>
      <w:r w:rsidRPr="0017708F">
        <w:rPr>
          <w:rFonts w:cs="Times New Roman"/>
          <w:szCs w:val="20"/>
        </w:rPr>
        <w:br/>
        <w:t xml:space="preserve">o </w:t>
      </w:r>
      <w:r w:rsidR="00155ED6" w:rsidRPr="0017708F">
        <w:rPr>
          <w:rFonts w:cs="Times New Roman"/>
          <w:szCs w:val="20"/>
        </w:rPr>
        <w:t>Secondary School</w:t>
      </w:r>
      <w:r w:rsidRPr="0017708F">
        <w:rPr>
          <w:rFonts w:cs="Times New Roman"/>
          <w:szCs w:val="20"/>
        </w:rPr>
        <w:br/>
        <w:t xml:space="preserve">o </w:t>
      </w:r>
      <w:r w:rsidR="001D5EB2" w:rsidRPr="0017708F">
        <w:rPr>
          <w:rFonts w:cs="Times New Roman"/>
          <w:szCs w:val="20"/>
        </w:rPr>
        <w:t>College - Bachelor's Degree</w:t>
      </w:r>
      <w:r w:rsidRPr="0017708F">
        <w:rPr>
          <w:rFonts w:cs="Times New Roman"/>
          <w:szCs w:val="20"/>
        </w:rPr>
        <w:br/>
        <w:t xml:space="preserve">o </w:t>
      </w:r>
      <w:r w:rsidR="00DC6BC0" w:rsidRPr="0017708F">
        <w:rPr>
          <w:rFonts w:cs="Times New Roman"/>
          <w:szCs w:val="20"/>
        </w:rPr>
        <w:t>University - Master's Degree</w:t>
      </w:r>
      <w:r w:rsidRPr="0017708F">
        <w:rPr>
          <w:rFonts w:cs="Times New Roman"/>
          <w:szCs w:val="20"/>
        </w:rPr>
        <w:br/>
        <w:t xml:space="preserve">o </w:t>
      </w:r>
      <w:r w:rsidR="008C25BF" w:rsidRPr="0017708F">
        <w:rPr>
          <w:rFonts w:cs="Times New Roman"/>
          <w:szCs w:val="20"/>
        </w:rPr>
        <w:t>Specialised Academic Studies</w:t>
      </w:r>
      <w:r w:rsidRPr="0017708F">
        <w:rPr>
          <w:rFonts w:cs="Times New Roman"/>
          <w:szCs w:val="20"/>
        </w:rPr>
        <w:br/>
        <w:t xml:space="preserve">o </w:t>
      </w:r>
      <w:r w:rsidR="00F236EE" w:rsidRPr="0017708F">
        <w:rPr>
          <w:rFonts w:cs="Times New Roman"/>
          <w:szCs w:val="20"/>
        </w:rPr>
        <w:t>Health Specialisation</w:t>
      </w:r>
      <w:r w:rsidRPr="0017708F">
        <w:rPr>
          <w:rFonts w:cs="Times New Roman"/>
          <w:szCs w:val="20"/>
        </w:rPr>
        <w:br/>
        <w:t>o Master's or Doctorate</w:t>
      </w:r>
      <w:r w:rsidRPr="0017708F">
        <w:rPr>
          <w:rFonts w:cs="Times New Roman"/>
          <w:szCs w:val="20"/>
        </w:rPr>
        <w:br/>
      </w:r>
      <w:r w:rsidRPr="0017708F">
        <w:rPr>
          <w:rFonts w:cs="Times New Roman"/>
          <w:szCs w:val="20"/>
        </w:rPr>
        <w:br/>
        <w:t>6. What is your current position?</w:t>
      </w:r>
      <w:r w:rsidRPr="0017708F">
        <w:rPr>
          <w:rFonts w:cs="Times New Roman"/>
          <w:szCs w:val="20"/>
        </w:rPr>
        <w:br/>
        <w:t xml:space="preserve">o </w:t>
      </w:r>
      <w:r w:rsidR="00805236" w:rsidRPr="0017708F">
        <w:rPr>
          <w:rFonts w:cs="Times New Roman"/>
          <w:szCs w:val="20"/>
        </w:rPr>
        <w:t>Pharmacy technician in a community pharmacy</w:t>
      </w:r>
      <w:r w:rsidRPr="0017708F">
        <w:rPr>
          <w:rFonts w:cs="Times New Roman"/>
          <w:szCs w:val="20"/>
        </w:rPr>
        <w:br/>
        <w:t xml:space="preserve">o </w:t>
      </w:r>
      <w:r w:rsidR="00C63E71" w:rsidRPr="0017708F">
        <w:rPr>
          <w:rFonts w:cs="Times New Roman"/>
          <w:szCs w:val="20"/>
        </w:rPr>
        <w:t>Pharmacy technician in an emergency pharmacy</w:t>
      </w:r>
      <w:r w:rsidRPr="0017708F">
        <w:rPr>
          <w:rFonts w:cs="Times New Roman"/>
          <w:szCs w:val="20"/>
        </w:rPr>
        <w:br/>
        <w:t xml:space="preserve">o </w:t>
      </w:r>
      <w:r w:rsidR="00BD086F" w:rsidRPr="0017708F">
        <w:rPr>
          <w:rFonts w:cs="Times New Roman"/>
          <w:szCs w:val="20"/>
        </w:rPr>
        <w:t>Pharmacist in a community pharmacy</w:t>
      </w:r>
      <w:r w:rsidRPr="0017708F">
        <w:rPr>
          <w:rFonts w:cs="Times New Roman"/>
          <w:szCs w:val="20"/>
        </w:rPr>
        <w:br/>
      </w:r>
      <w:r w:rsidRPr="0017708F">
        <w:rPr>
          <w:rFonts w:cs="Times New Roman"/>
          <w:szCs w:val="20"/>
        </w:rPr>
        <w:lastRenderedPageBreak/>
        <w:t xml:space="preserve">o </w:t>
      </w:r>
      <w:r w:rsidR="007E741D" w:rsidRPr="0017708F">
        <w:rPr>
          <w:rFonts w:cs="Times New Roman"/>
          <w:szCs w:val="20"/>
        </w:rPr>
        <w:t>Pharmacist in an emergency pharmacy</w:t>
      </w:r>
      <w:r w:rsidRPr="0017708F">
        <w:rPr>
          <w:rFonts w:cs="Times New Roman"/>
          <w:szCs w:val="20"/>
        </w:rPr>
        <w:br/>
      </w:r>
      <w:r w:rsidRPr="0017708F">
        <w:rPr>
          <w:rFonts w:cs="Times New Roman"/>
          <w:szCs w:val="20"/>
        </w:rPr>
        <w:br/>
        <w:t>7. How many years of work experience do you have? (please specify the number of years): ____________________</w:t>
      </w:r>
      <w:r w:rsidRPr="0017708F">
        <w:rPr>
          <w:rFonts w:cs="Times New Roman"/>
          <w:szCs w:val="20"/>
        </w:rPr>
        <w:br/>
      </w:r>
      <w:r w:rsidRPr="0017708F">
        <w:rPr>
          <w:rFonts w:cs="Times New Roman"/>
          <w:szCs w:val="20"/>
        </w:rPr>
        <w:br/>
        <w:t>8. What type of healthcare institution do you work in?</w:t>
      </w:r>
      <w:r w:rsidRPr="0017708F">
        <w:rPr>
          <w:rFonts w:cs="Times New Roman"/>
          <w:szCs w:val="20"/>
        </w:rPr>
        <w:br/>
        <w:t>o Private pharmacy</w:t>
      </w:r>
      <w:r w:rsidRPr="0017708F">
        <w:rPr>
          <w:rFonts w:cs="Times New Roman"/>
          <w:szCs w:val="20"/>
        </w:rPr>
        <w:br/>
        <w:t>o State pharmacy</w:t>
      </w:r>
      <w:r w:rsidRPr="0017708F">
        <w:rPr>
          <w:rFonts w:cs="Times New Roman"/>
          <w:szCs w:val="20"/>
        </w:rPr>
        <w:br/>
      </w:r>
      <w:r w:rsidRPr="0017708F">
        <w:rPr>
          <w:rFonts w:cs="Times New Roman"/>
          <w:szCs w:val="20"/>
        </w:rPr>
        <w:br/>
        <w:t>9. The healthcare institution where you work is located in:</w:t>
      </w:r>
      <w:r w:rsidRPr="0017708F">
        <w:rPr>
          <w:rFonts w:cs="Times New Roman"/>
          <w:szCs w:val="20"/>
        </w:rPr>
        <w:br/>
        <w:t>a) Rural area</w:t>
      </w:r>
      <w:r w:rsidRPr="0017708F">
        <w:rPr>
          <w:rFonts w:cs="Times New Roman"/>
          <w:szCs w:val="20"/>
        </w:rPr>
        <w:br/>
        <w:t xml:space="preserve">b) </w:t>
      </w:r>
      <w:r w:rsidR="00A22BB7" w:rsidRPr="0017708F">
        <w:rPr>
          <w:rFonts w:cs="Times New Roman"/>
          <w:szCs w:val="20"/>
        </w:rPr>
        <w:t>Smaller town (up to 100,000 inhabitants)</w:t>
      </w:r>
      <w:r w:rsidRPr="0017708F">
        <w:rPr>
          <w:rFonts w:cs="Times New Roman"/>
          <w:szCs w:val="20"/>
        </w:rPr>
        <w:br/>
        <w:t>c) Medium-sized city (100-200,000 inhabitants)</w:t>
      </w:r>
      <w:r w:rsidRPr="0017708F">
        <w:rPr>
          <w:rFonts w:cs="Times New Roman"/>
          <w:szCs w:val="20"/>
        </w:rPr>
        <w:br/>
        <w:t>d) Large city (over 200,000 inhabitants)</w:t>
      </w:r>
      <w:r w:rsidRPr="0017708F">
        <w:rPr>
          <w:rFonts w:cs="Times New Roman"/>
          <w:szCs w:val="20"/>
        </w:rPr>
        <w:br/>
      </w:r>
      <w:r w:rsidRPr="0017708F">
        <w:rPr>
          <w:rFonts w:cs="Times New Roman"/>
          <w:szCs w:val="20"/>
        </w:rPr>
        <w:br/>
        <w:t>10. Have you heard of the "second victim" phenomenon?</w:t>
      </w:r>
      <w:r w:rsidRPr="0017708F">
        <w:rPr>
          <w:rFonts w:cs="Times New Roman"/>
          <w:szCs w:val="20"/>
        </w:rPr>
        <w:br/>
        <w:t>o Yes</w:t>
      </w:r>
      <w:r w:rsidRPr="0017708F">
        <w:rPr>
          <w:rFonts w:cs="Times New Roman"/>
          <w:szCs w:val="20"/>
        </w:rPr>
        <w:br/>
        <w:t>o No</w:t>
      </w:r>
      <w:r w:rsidRPr="0017708F">
        <w:rPr>
          <w:rFonts w:cs="Times New Roman"/>
          <w:szCs w:val="20"/>
        </w:rPr>
        <w:br/>
      </w:r>
    </w:p>
    <w:p w14:paraId="6AD93696" w14:textId="665E70DB" w:rsidR="00574D84" w:rsidRPr="0017708F" w:rsidRDefault="00611CE2" w:rsidP="000D258B">
      <w:pPr>
        <w:spacing w:after="120" w:line="240" w:lineRule="auto"/>
        <w:rPr>
          <w:rFonts w:cs="Times New Roman"/>
          <w:szCs w:val="20"/>
        </w:rPr>
      </w:pPr>
      <w:r w:rsidRPr="006A6F23">
        <w:rPr>
          <w:rFonts w:cs="Times New Roman"/>
          <w:b/>
          <w:bCs/>
          <w:szCs w:val="20"/>
        </w:rPr>
        <w:t>Part B</w:t>
      </w:r>
      <w:r w:rsidR="00005D9C" w:rsidRPr="0017708F">
        <w:rPr>
          <w:rFonts w:cs="Times New Roman"/>
          <w:szCs w:val="20"/>
        </w:rPr>
        <w:t xml:space="preserve"> </w:t>
      </w:r>
      <w:r w:rsidR="00B90BB5">
        <w:rPr>
          <w:rFonts w:cs="Times New Roman"/>
          <w:szCs w:val="20"/>
        </w:rPr>
        <w:t xml:space="preserve">Translated </w:t>
      </w:r>
      <w:r w:rsidR="00574D84" w:rsidRPr="0017708F">
        <w:rPr>
          <w:rFonts w:cs="Times New Roman"/>
          <w:szCs w:val="20"/>
        </w:rPr>
        <w:t>Serbian version of the Second Victim Experience and Support Tool - Revised (SR-SVEST-R)</w:t>
      </w:r>
    </w:p>
    <w:p w14:paraId="678F6507" w14:textId="688A6548" w:rsidR="00611CE2" w:rsidRPr="0017708F" w:rsidRDefault="00092345" w:rsidP="000D258B">
      <w:pPr>
        <w:spacing w:after="120" w:line="240" w:lineRule="auto"/>
        <w:rPr>
          <w:rFonts w:cs="Times New Roman"/>
          <w:szCs w:val="20"/>
        </w:rPr>
      </w:pPr>
      <w:r w:rsidRPr="00AB1E18">
        <w:rPr>
          <w:rFonts w:cs="Times New Roman"/>
          <w:b/>
          <w:bCs/>
          <w:szCs w:val="20"/>
        </w:rPr>
        <w:t>(</w:t>
      </w:r>
      <w:r w:rsidR="00AB1E18" w:rsidRPr="00AB1E18">
        <w:rPr>
          <w:rFonts w:cs="Times New Roman"/>
          <w:b/>
          <w:bCs/>
          <w:szCs w:val="20"/>
        </w:rPr>
        <w:t>I</w:t>
      </w:r>
      <w:r w:rsidRPr="00AB1E18">
        <w:rPr>
          <w:rFonts w:cs="Times New Roman"/>
          <w:b/>
          <w:bCs/>
          <w:szCs w:val="20"/>
        </w:rPr>
        <w:t>)</w:t>
      </w:r>
      <w:r>
        <w:rPr>
          <w:rFonts w:cs="Times New Roman"/>
          <w:szCs w:val="20"/>
        </w:rPr>
        <w:t xml:space="preserve"> </w:t>
      </w:r>
      <w:r w:rsidR="00611CE2" w:rsidRPr="0017708F">
        <w:rPr>
          <w:rFonts w:cs="Times New Roman"/>
          <w:szCs w:val="20"/>
        </w:rPr>
        <w:t xml:space="preserve">Psychosocial </w:t>
      </w:r>
      <w:r w:rsidR="004A6442" w:rsidRPr="0017708F">
        <w:rPr>
          <w:rFonts w:cs="Times New Roman"/>
          <w:szCs w:val="20"/>
        </w:rPr>
        <w:t>f</w:t>
      </w:r>
      <w:r w:rsidR="00611CE2" w:rsidRPr="0017708F">
        <w:rPr>
          <w:rFonts w:cs="Times New Roman"/>
          <w:szCs w:val="20"/>
        </w:rPr>
        <w:t xml:space="preserve">actors and </w:t>
      </w:r>
      <w:r w:rsidR="004A6442" w:rsidRPr="0017708F">
        <w:rPr>
          <w:rFonts w:cs="Times New Roman"/>
          <w:szCs w:val="20"/>
        </w:rPr>
        <w:t>e</w:t>
      </w:r>
      <w:r w:rsidR="00611CE2" w:rsidRPr="0017708F">
        <w:rPr>
          <w:rFonts w:cs="Times New Roman"/>
          <w:szCs w:val="20"/>
        </w:rPr>
        <w:t>mployment-</w:t>
      </w:r>
      <w:r w:rsidR="004A6442" w:rsidRPr="0017708F">
        <w:rPr>
          <w:rFonts w:cs="Times New Roman"/>
          <w:szCs w:val="20"/>
        </w:rPr>
        <w:t>r</w:t>
      </w:r>
      <w:r w:rsidR="00611CE2" w:rsidRPr="0017708F">
        <w:rPr>
          <w:rFonts w:cs="Times New Roman"/>
          <w:szCs w:val="20"/>
        </w:rPr>
        <w:t xml:space="preserve">elated </w:t>
      </w:r>
      <w:r w:rsidR="004A6442" w:rsidRPr="0017708F">
        <w:rPr>
          <w:rFonts w:cs="Times New Roman"/>
          <w:szCs w:val="20"/>
        </w:rPr>
        <w:t>f</w:t>
      </w:r>
      <w:r w:rsidR="00611CE2" w:rsidRPr="0017708F">
        <w:rPr>
          <w:rFonts w:cs="Times New Roman"/>
          <w:szCs w:val="20"/>
        </w:rPr>
        <w:t>actors</w:t>
      </w:r>
    </w:p>
    <w:p w14:paraId="0D2E6A64" w14:textId="77777777" w:rsidR="002D3247" w:rsidRDefault="00611CE2" w:rsidP="000D258B">
      <w:pPr>
        <w:spacing w:after="120" w:line="240" w:lineRule="auto"/>
        <w:rPr>
          <w:rFonts w:cs="Times New Roman"/>
          <w:szCs w:val="20"/>
        </w:rPr>
      </w:pPr>
      <w:r w:rsidRPr="0017708F">
        <w:rPr>
          <w:rFonts w:cs="Times New Roman"/>
          <w:szCs w:val="20"/>
        </w:rPr>
        <w:t xml:space="preserve">Instructions for </w:t>
      </w:r>
      <w:r w:rsidR="004A6442" w:rsidRPr="0017708F">
        <w:rPr>
          <w:rFonts w:cs="Times New Roman"/>
          <w:szCs w:val="20"/>
        </w:rPr>
        <w:t>p</w:t>
      </w:r>
      <w:r w:rsidRPr="0017708F">
        <w:rPr>
          <w:rFonts w:cs="Times New Roman"/>
          <w:szCs w:val="20"/>
        </w:rPr>
        <w:t>articipants: The following questionnaire aims to assess your experiences with adverse events that threaten patient safety. These incidents may or may not necessarily result from an error. They may also involve circumstances leading to patient harm or potentially harmful situations that were averted in time.</w:t>
      </w:r>
      <w:r w:rsidR="00BB622B" w:rsidRPr="0017708F">
        <w:rPr>
          <w:rFonts w:cs="Times New Roman"/>
          <w:szCs w:val="20"/>
        </w:rPr>
        <w:t xml:space="preserve"> </w:t>
      </w:r>
      <w:r w:rsidRPr="0017708F">
        <w:rPr>
          <w:rFonts w:cs="Times New Roman"/>
          <w:szCs w:val="20"/>
        </w:rPr>
        <w:t xml:space="preserve">Using a five-point Likert scale (1 = </w:t>
      </w:r>
      <w:r w:rsidR="004A6442" w:rsidRPr="0017708F">
        <w:rPr>
          <w:rFonts w:cs="Times New Roman"/>
          <w:szCs w:val="20"/>
        </w:rPr>
        <w:t>s</w:t>
      </w:r>
      <w:r w:rsidRPr="0017708F">
        <w:rPr>
          <w:rFonts w:cs="Times New Roman"/>
          <w:szCs w:val="20"/>
        </w:rPr>
        <w:t xml:space="preserve">trongly </w:t>
      </w:r>
      <w:r w:rsidR="004A6442" w:rsidRPr="0017708F">
        <w:rPr>
          <w:rFonts w:cs="Times New Roman"/>
          <w:szCs w:val="20"/>
        </w:rPr>
        <w:t>d</w:t>
      </w:r>
      <w:r w:rsidRPr="0017708F">
        <w:rPr>
          <w:rFonts w:cs="Times New Roman"/>
          <w:szCs w:val="20"/>
        </w:rPr>
        <w:t xml:space="preserve">isagree, 5 = </w:t>
      </w:r>
      <w:r w:rsidR="004A6442" w:rsidRPr="0017708F">
        <w:rPr>
          <w:rFonts w:cs="Times New Roman"/>
          <w:szCs w:val="20"/>
        </w:rPr>
        <w:t>s</w:t>
      </w:r>
      <w:r w:rsidRPr="0017708F">
        <w:rPr>
          <w:rFonts w:cs="Times New Roman"/>
          <w:szCs w:val="20"/>
        </w:rPr>
        <w:t xml:space="preserve">trongly </w:t>
      </w:r>
      <w:r w:rsidR="004A6442" w:rsidRPr="0017708F">
        <w:rPr>
          <w:rFonts w:cs="Times New Roman"/>
          <w:szCs w:val="20"/>
        </w:rPr>
        <w:t>a</w:t>
      </w:r>
      <w:r w:rsidRPr="0017708F">
        <w:rPr>
          <w:rFonts w:cs="Times New Roman"/>
          <w:szCs w:val="20"/>
        </w:rPr>
        <w:t>gree), please indicate the extent to which you agree with the following statements based on your personal experiences in your work environment.</w:t>
      </w:r>
      <w:r w:rsidR="005506FF" w:rsidRPr="0017708F">
        <w:rPr>
          <w:rFonts w:cs="Times New Roman"/>
          <w:szCs w:val="20"/>
        </w:rPr>
        <w:t xml:space="preserve"> </w:t>
      </w:r>
    </w:p>
    <w:p w14:paraId="7D4BF7FF" w14:textId="1778B7C3" w:rsidR="001102A9" w:rsidRPr="0017708F" w:rsidRDefault="001102A9" w:rsidP="000D258B">
      <w:pPr>
        <w:spacing w:after="120" w:line="240" w:lineRule="auto"/>
        <w:rPr>
          <w:rFonts w:cs="Times New Roman"/>
          <w:szCs w:val="20"/>
        </w:rPr>
      </w:pPr>
      <w:r w:rsidRPr="0017708F">
        <w:rPr>
          <w:rFonts w:cs="Times New Roman"/>
          <w:szCs w:val="20"/>
        </w:rPr>
        <w:t>Statements marked with an asterisk (*) are reverse-scored items</w:t>
      </w:r>
      <w:r w:rsidR="005506FF" w:rsidRPr="0017708F">
        <w:rPr>
          <w:rFonts w:cs="Times New Roman"/>
          <w:szCs w:val="20"/>
        </w:rPr>
        <w:t xml:space="preserve"> </w:t>
      </w:r>
      <w:r w:rsidR="00EA05A6" w:rsidRPr="0017708F">
        <w:rPr>
          <w:rFonts w:cs="Times New Roman"/>
          <w:szCs w:val="20"/>
        </w:rPr>
        <w:t>(1 = strongly agree, 5 = strongly disagree)</w:t>
      </w:r>
      <w:r w:rsidR="005506FF" w:rsidRPr="0017708F">
        <w:rPr>
          <w:rFonts w:cs="Times New Roman"/>
          <w:szCs w:val="20"/>
        </w:rPr>
        <w:t>.</w:t>
      </w:r>
    </w:p>
    <w:p w14:paraId="1FA1AB1B" w14:textId="77777777" w:rsidR="00E20995" w:rsidRPr="0017708F" w:rsidRDefault="00E20995" w:rsidP="000D258B">
      <w:pPr>
        <w:spacing w:after="120" w:line="240" w:lineRule="auto"/>
        <w:rPr>
          <w:rFonts w:cs="Times New Roman"/>
          <w:szCs w:val="20"/>
          <w:u w:val="single"/>
        </w:rPr>
      </w:pPr>
      <w:r w:rsidRPr="0017708F">
        <w:rPr>
          <w:rFonts w:cs="Times New Roman"/>
          <w:szCs w:val="20"/>
          <w:u w:val="single"/>
        </w:rPr>
        <w:t>Psychological distress</w:t>
      </w:r>
    </w:p>
    <w:p w14:paraId="3BB13470" w14:textId="01263633"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 </w:t>
      </w:r>
      <w:r w:rsidR="006E2DBB" w:rsidRPr="0017708F">
        <w:rPr>
          <w:rFonts w:cs="Times New Roman"/>
          <w:szCs w:val="20"/>
        </w:rPr>
        <w:t>I have experienced embarrassment from these instances</w:t>
      </w:r>
      <w:r w:rsidR="00611CE2" w:rsidRPr="0017708F">
        <w:rPr>
          <w:rFonts w:cs="Times New Roman"/>
          <w:szCs w:val="20"/>
        </w:rPr>
        <w:t>. 1-2-3-4-5</w:t>
      </w:r>
    </w:p>
    <w:p w14:paraId="18357632" w14:textId="104F00B0"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2. </w:t>
      </w:r>
      <w:r w:rsidR="00FD5D7B" w:rsidRPr="0017708F">
        <w:rPr>
          <w:rFonts w:cs="Times New Roman"/>
          <w:szCs w:val="20"/>
        </w:rPr>
        <w:t>My involvement in these types of instances has made me fearful of future occurrences.</w:t>
      </w:r>
      <w:r w:rsidR="00611CE2" w:rsidRPr="0017708F">
        <w:rPr>
          <w:rFonts w:cs="Times New Roman"/>
          <w:szCs w:val="20"/>
        </w:rPr>
        <w:t xml:space="preserve"> 1-2-3-4-5</w:t>
      </w:r>
    </w:p>
    <w:p w14:paraId="560416E8" w14:textId="6F97FF88"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3. </w:t>
      </w:r>
      <w:r w:rsidR="00482B71" w:rsidRPr="0017708F">
        <w:rPr>
          <w:rFonts w:cs="Times New Roman"/>
          <w:szCs w:val="20"/>
        </w:rPr>
        <w:t>My experiences have made me feel</w:t>
      </w:r>
      <w:r w:rsidR="00611CE2" w:rsidRPr="0017708F">
        <w:rPr>
          <w:rFonts w:cs="Times New Roman"/>
          <w:szCs w:val="20"/>
        </w:rPr>
        <w:t xml:space="preserve"> less valu</w:t>
      </w:r>
      <w:r w:rsidR="00EA2AD1" w:rsidRPr="0017708F">
        <w:rPr>
          <w:rFonts w:cs="Times New Roman"/>
          <w:szCs w:val="20"/>
        </w:rPr>
        <w:t>ed</w:t>
      </w:r>
      <w:r w:rsidR="00611CE2" w:rsidRPr="0017708F">
        <w:rPr>
          <w:rFonts w:cs="Times New Roman"/>
          <w:szCs w:val="20"/>
        </w:rPr>
        <w:t>. 1-2-3-4-5</w:t>
      </w:r>
    </w:p>
    <w:p w14:paraId="75EFABB4" w14:textId="56C2881C"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4. </w:t>
      </w:r>
      <w:r w:rsidR="00F619BF" w:rsidRPr="0017708F">
        <w:rPr>
          <w:rFonts w:cs="Times New Roman"/>
          <w:szCs w:val="20"/>
        </w:rPr>
        <w:t>I feel deep remorse/guilt for my past involvements in these types of events.</w:t>
      </w:r>
      <w:r w:rsidR="00F619BF" w:rsidRPr="0017708F">
        <w:rPr>
          <w:rFonts w:cs="Times New Roman"/>
          <w:szCs w:val="20"/>
        </w:rPr>
        <w:t xml:space="preserve"> </w:t>
      </w:r>
      <w:r w:rsidR="00611CE2" w:rsidRPr="0017708F">
        <w:rPr>
          <w:rFonts w:cs="Times New Roman"/>
          <w:szCs w:val="20"/>
        </w:rPr>
        <w:t>1-2-3-4-5</w:t>
      </w:r>
    </w:p>
    <w:p w14:paraId="6E83022F" w14:textId="77777777" w:rsidR="00E20995" w:rsidRPr="0017708F" w:rsidRDefault="00E20995" w:rsidP="000D258B">
      <w:pPr>
        <w:spacing w:after="120" w:line="240" w:lineRule="auto"/>
        <w:rPr>
          <w:rFonts w:cs="Times New Roman"/>
          <w:szCs w:val="20"/>
          <w:u w:val="single"/>
        </w:rPr>
      </w:pPr>
      <w:bookmarkStart w:id="0" w:name="_Hlk180654957"/>
      <w:r w:rsidRPr="0017708F">
        <w:rPr>
          <w:rFonts w:cs="Times New Roman"/>
          <w:szCs w:val="20"/>
          <w:u w:val="single"/>
        </w:rPr>
        <w:t>Physical distress</w:t>
      </w:r>
    </w:p>
    <w:bookmarkEnd w:id="0"/>
    <w:p w14:paraId="25676A20" w14:textId="67B3DCEA"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5. </w:t>
      </w:r>
      <w:r w:rsidR="00DF7B30" w:rsidRPr="0017708F">
        <w:rPr>
          <w:rFonts w:cs="Times New Roman"/>
          <w:szCs w:val="20"/>
        </w:rPr>
        <w:t>The mental weight of my experience is exhausting.</w:t>
      </w:r>
      <w:r w:rsidR="00611CE2" w:rsidRPr="0017708F">
        <w:rPr>
          <w:rFonts w:cs="Times New Roman"/>
          <w:szCs w:val="20"/>
        </w:rPr>
        <w:t xml:space="preserve"> 1-2-3-4-5</w:t>
      </w:r>
    </w:p>
    <w:p w14:paraId="0B5F0D8B" w14:textId="279EE0F0"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6. </w:t>
      </w:r>
      <w:r w:rsidR="001919A9" w:rsidRPr="0017708F">
        <w:rPr>
          <w:rFonts w:cs="Times New Roman"/>
          <w:szCs w:val="20"/>
        </w:rPr>
        <w:t>My experience with these occurrences can make it hard to sleep regularly</w:t>
      </w:r>
      <w:r w:rsidR="00611CE2" w:rsidRPr="0017708F">
        <w:rPr>
          <w:rFonts w:cs="Times New Roman"/>
          <w:szCs w:val="20"/>
        </w:rPr>
        <w:t>. 1-2-3-4-5</w:t>
      </w:r>
    </w:p>
    <w:p w14:paraId="58973EA6" w14:textId="7CF19B52"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7. The stress from such situations causes me nausea or disgust. 1-2-3-4-5</w:t>
      </w:r>
    </w:p>
    <w:p w14:paraId="3D4B4623" w14:textId="5BE085CF"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8. Thinking about these situations reduces my appetite. 1-2-3-4-5</w:t>
      </w:r>
    </w:p>
    <w:p w14:paraId="0BCE92C5" w14:textId="0F3333BC"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9. </w:t>
      </w:r>
      <w:r w:rsidR="007503D7" w:rsidRPr="0017708F">
        <w:rPr>
          <w:rFonts w:cs="Times New Roman"/>
          <w:szCs w:val="20"/>
        </w:rPr>
        <w:t>I have had bad dreams as a result of these situations</w:t>
      </w:r>
      <w:r w:rsidR="00611CE2" w:rsidRPr="0017708F">
        <w:rPr>
          <w:rFonts w:cs="Times New Roman"/>
          <w:szCs w:val="20"/>
        </w:rPr>
        <w:t>. 1-2-3-4-5</w:t>
      </w:r>
    </w:p>
    <w:p w14:paraId="260BD7F5" w14:textId="77777777" w:rsidR="00E20995" w:rsidRPr="0017708F" w:rsidRDefault="00E20995" w:rsidP="000D258B">
      <w:pPr>
        <w:spacing w:after="120" w:line="240" w:lineRule="auto"/>
        <w:rPr>
          <w:rFonts w:cs="Times New Roman"/>
          <w:szCs w:val="20"/>
          <w:u w:val="single"/>
        </w:rPr>
      </w:pPr>
      <w:r w:rsidRPr="0017708F">
        <w:rPr>
          <w:rFonts w:cs="Times New Roman"/>
          <w:szCs w:val="20"/>
          <w:u w:val="single"/>
        </w:rPr>
        <w:t>Colleague support</w:t>
      </w:r>
    </w:p>
    <w:p w14:paraId="12F5DD6D" w14:textId="182721C0"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10. </w:t>
      </w:r>
      <w:r w:rsidR="00FC427D" w:rsidRPr="0017708F">
        <w:rPr>
          <w:rFonts w:cs="Times New Roman"/>
          <w:szCs w:val="20"/>
        </w:rPr>
        <w:t>My colleagues can be indifferent to the impact these situations have had on me</w:t>
      </w:r>
      <w:r w:rsidR="00611CE2" w:rsidRPr="0017708F">
        <w:rPr>
          <w:rFonts w:cs="Times New Roman"/>
          <w:szCs w:val="20"/>
        </w:rPr>
        <w:t>. 1-2-3-4-5</w:t>
      </w:r>
    </w:p>
    <w:p w14:paraId="7D3C6BD8" w14:textId="64A2B630"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11. </w:t>
      </w:r>
      <w:r w:rsidR="008F6B85" w:rsidRPr="0017708F">
        <w:rPr>
          <w:rFonts w:cs="Times New Roman"/>
          <w:szCs w:val="20"/>
        </w:rPr>
        <w:t>My colleagues help me feel that I am still a good healthcare pro</w:t>
      </w:r>
      <w:r w:rsidR="00090E64">
        <w:rPr>
          <w:rFonts w:cs="Times New Roman"/>
          <w:szCs w:val="20"/>
        </w:rPr>
        <w:t>f</w:t>
      </w:r>
      <w:r w:rsidR="00D729E9">
        <w:rPr>
          <w:rFonts w:cs="Times New Roman"/>
          <w:szCs w:val="20"/>
        </w:rPr>
        <w:t>essional</w:t>
      </w:r>
      <w:r w:rsidR="008F6B85" w:rsidRPr="0017708F">
        <w:rPr>
          <w:rFonts w:cs="Times New Roman"/>
          <w:szCs w:val="20"/>
        </w:rPr>
        <w:t xml:space="preserve"> despite any mistakes I have made.</w:t>
      </w:r>
      <w:r w:rsidR="008F6B85" w:rsidRPr="0017708F">
        <w:rPr>
          <w:rFonts w:cs="Times New Roman"/>
          <w:szCs w:val="20"/>
        </w:rPr>
        <w:t>*</w:t>
      </w:r>
      <w:r w:rsidR="00611CE2" w:rsidRPr="0017708F">
        <w:rPr>
          <w:rFonts w:cs="Times New Roman"/>
          <w:szCs w:val="20"/>
        </w:rPr>
        <w:t xml:space="preserve"> 1-2-3-4-5</w:t>
      </w:r>
    </w:p>
    <w:p w14:paraId="12024817" w14:textId="517459CE"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12. My colleagues no longer trust me. 1-2-3-4-5</w:t>
      </w:r>
    </w:p>
    <w:p w14:paraId="7C944F54" w14:textId="243E584B" w:rsidR="00611CE2" w:rsidRPr="0017708F" w:rsidRDefault="00E20995" w:rsidP="000D258B">
      <w:pPr>
        <w:spacing w:after="120" w:line="240" w:lineRule="auto"/>
        <w:rPr>
          <w:rFonts w:cs="Times New Roman"/>
          <w:szCs w:val="20"/>
        </w:rPr>
      </w:pPr>
      <w:r w:rsidRPr="0017708F">
        <w:rPr>
          <w:rFonts w:cs="Times New Roman"/>
          <w:szCs w:val="20"/>
        </w:rPr>
        <w:lastRenderedPageBreak/>
        <w:t>Q</w:t>
      </w:r>
      <w:r w:rsidR="00611CE2" w:rsidRPr="0017708F">
        <w:rPr>
          <w:rFonts w:cs="Times New Roman"/>
          <w:szCs w:val="20"/>
        </w:rPr>
        <w:t xml:space="preserve">13. </w:t>
      </w:r>
      <w:r w:rsidR="00D82B58" w:rsidRPr="0017708F">
        <w:rPr>
          <w:rFonts w:cs="Times New Roman"/>
          <w:szCs w:val="20"/>
        </w:rPr>
        <w:t>My professional reputation has been damaged because of these situations.</w:t>
      </w:r>
      <w:r w:rsidR="00D82B58" w:rsidRPr="0017708F">
        <w:rPr>
          <w:rFonts w:cs="Times New Roman"/>
          <w:szCs w:val="20"/>
        </w:rPr>
        <w:t xml:space="preserve"> </w:t>
      </w:r>
      <w:r w:rsidR="00611CE2" w:rsidRPr="0017708F">
        <w:rPr>
          <w:rFonts w:cs="Times New Roman"/>
          <w:szCs w:val="20"/>
        </w:rPr>
        <w:t>1-2-3-4-5</w:t>
      </w:r>
    </w:p>
    <w:p w14:paraId="4D8C5DD6" w14:textId="77777777" w:rsidR="00E20995" w:rsidRPr="0017708F" w:rsidRDefault="00E20995" w:rsidP="000D258B">
      <w:pPr>
        <w:spacing w:after="120" w:line="240" w:lineRule="auto"/>
        <w:rPr>
          <w:rFonts w:cs="Times New Roman"/>
          <w:szCs w:val="20"/>
          <w:u w:val="single"/>
        </w:rPr>
      </w:pPr>
      <w:r w:rsidRPr="0017708F">
        <w:rPr>
          <w:rFonts w:cs="Times New Roman"/>
          <w:szCs w:val="20"/>
          <w:u w:val="single"/>
        </w:rPr>
        <w:t>Supervisor support</w:t>
      </w:r>
    </w:p>
    <w:p w14:paraId="066C2C90" w14:textId="0F24F832"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14. </w:t>
      </w:r>
      <w:r w:rsidR="00E4015C" w:rsidRPr="0017708F">
        <w:rPr>
          <w:rFonts w:cs="Times New Roman"/>
          <w:szCs w:val="20"/>
        </w:rPr>
        <w:t xml:space="preserve">I feel that my </w:t>
      </w:r>
      <w:r w:rsidR="00ED2CE9" w:rsidRPr="0017708F">
        <w:rPr>
          <w:rFonts w:cs="Times New Roman"/>
          <w:szCs w:val="20"/>
        </w:rPr>
        <w:t>manager/chief</w:t>
      </w:r>
      <w:r w:rsidR="00E4015C" w:rsidRPr="0017708F">
        <w:rPr>
          <w:rFonts w:cs="Times New Roman"/>
          <w:szCs w:val="20"/>
        </w:rPr>
        <w:t xml:space="preserve"> treats me appropriately after these occasions</w:t>
      </w:r>
      <w:r w:rsidR="00611CE2" w:rsidRPr="0017708F">
        <w:rPr>
          <w:rFonts w:cs="Times New Roman"/>
          <w:szCs w:val="20"/>
        </w:rPr>
        <w:t>.</w:t>
      </w:r>
      <w:r w:rsidR="00E4015C" w:rsidRPr="0017708F">
        <w:rPr>
          <w:rFonts w:cs="Times New Roman"/>
          <w:szCs w:val="20"/>
        </w:rPr>
        <w:t>*</w:t>
      </w:r>
      <w:r w:rsidR="00611CE2" w:rsidRPr="0017708F">
        <w:rPr>
          <w:rFonts w:cs="Times New Roman"/>
          <w:szCs w:val="20"/>
        </w:rPr>
        <w:t xml:space="preserve"> 1-2-3-4-5</w:t>
      </w:r>
    </w:p>
    <w:p w14:paraId="7EF633E6" w14:textId="186854A4"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15. My </w:t>
      </w:r>
      <w:r w:rsidR="00ED2CE9" w:rsidRPr="0017708F">
        <w:rPr>
          <w:rFonts w:cs="Times New Roman"/>
          <w:szCs w:val="20"/>
        </w:rPr>
        <w:t>manager/chief</w:t>
      </w:r>
      <w:r w:rsidR="00611CE2" w:rsidRPr="0017708F">
        <w:rPr>
          <w:rFonts w:cs="Times New Roman"/>
          <w:szCs w:val="20"/>
        </w:rPr>
        <w:t xml:space="preserve">'s reactions are </w:t>
      </w:r>
      <w:r w:rsidR="006F681E" w:rsidRPr="0017708F">
        <w:rPr>
          <w:rFonts w:cs="Times New Roman"/>
          <w:szCs w:val="20"/>
        </w:rPr>
        <w:t>appropriate</w:t>
      </w:r>
      <w:r w:rsidR="00611CE2" w:rsidRPr="0017708F">
        <w:rPr>
          <w:rFonts w:cs="Times New Roman"/>
          <w:szCs w:val="20"/>
        </w:rPr>
        <w:t>.</w:t>
      </w:r>
      <w:r w:rsidR="00340796" w:rsidRPr="0017708F">
        <w:rPr>
          <w:rFonts w:cs="Times New Roman"/>
          <w:szCs w:val="20"/>
        </w:rPr>
        <w:t>*</w:t>
      </w:r>
      <w:r w:rsidR="00611CE2" w:rsidRPr="0017708F">
        <w:rPr>
          <w:rFonts w:cs="Times New Roman"/>
          <w:szCs w:val="20"/>
        </w:rPr>
        <w:t xml:space="preserve"> 1-2-3-4-5</w:t>
      </w:r>
    </w:p>
    <w:p w14:paraId="46320979" w14:textId="56BC18D1"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16. My </w:t>
      </w:r>
      <w:r w:rsidR="00A31677" w:rsidRPr="0017708F">
        <w:rPr>
          <w:rFonts w:cs="Times New Roman"/>
          <w:szCs w:val="20"/>
        </w:rPr>
        <w:t>manager/chief</w:t>
      </w:r>
      <w:r w:rsidR="00611CE2" w:rsidRPr="0017708F">
        <w:rPr>
          <w:rFonts w:cs="Times New Roman"/>
          <w:szCs w:val="20"/>
        </w:rPr>
        <w:t xml:space="preserve"> blames individuals. 1-2-3-4-5</w:t>
      </w:r>
    </w:p>
    <w:p w14:paraId="08A237CF" w14:textId="3C9A2840"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17. I feel my </w:t>
      </w:r>
      <w:r w:rsidR="00A31677" w:rsidRPr="0017708F">
        <w:rPr>
          <w:rFonts w:cs="Times New Roman"/>
          <w:szCs w:val="20"/>
        </w:rPr>
        <w:t>manager/chief</w:t>
      </w:r>
      <w:r w:rsidR="00611CE2" w:rsidRPr="0017708F">
        <w:rPr>
          <w:rFonts w:cs="Times New Roman"/>
          <w:szCs w:val="20"/>
        </w:rPr>
        <w:t xml:space="preserve"> considers the complexity of p</w:t>
      </w:r>
      <w:r w:rsidR="0038569D" w:rsidRPr="0017708F">
        <w:rPr>
          <w:rFonts w:cs="Times New Roman"/>
          <w:szCs w:val="20"/>
        </w:rPr>
        <w:t>harmaceutical</w:t>
      </w:r>
      <w:r w:rsidR="00611CE2" w:rsidRPr="0017708F">
        <w:rPr>
          <w:rFonts w:cs="Times New Roman"/>
          <w:szCs w:val="20"/>
        </w:rPr>
        <w:t xml:space="preserve"> care in these situations.</w:t>
      </w:r>
      <w:r w:rsidR="001B5612" w:rsidRPr="0017708F">
        <w:rPr>
          <w:rFonts w:cs="Times New Roman"/>
          <w:szCs w:val="20"/>
        </w:rPr>
        <w:t>*</w:t>
      </w:r>
      <w:r w:rsidR="00611CE2" w:rsidRPr="0017708F">
        <w:rPr>
          <w:rFonts w:cs="Times New Roman"/>
          <w:szCs w:val="20"/>
        </w:rPr>
        <w:t xml:space="preserve"> 1-2-3-4-5</w:t>
      </w:r>
    </w:p>
    <w:p w14:paraId="1513023E" w14:textId="77777777" w:rsidR="00E20995" w:rsidRPr="0017708F" w:rsidRDefault="00E20995" w:rsidP="000D258B">
      <w:pPr>
        <w:spacing w:after="120" w:line="240" w:lineRule="auto"/>
        <w:rPr>
          <w:rFonts w:cs="Times New Roman"/>
          <w:szCs w:val="20"/>
          <w:u w:val="single"/>
        </w:rPr>
      </w:pPr>
      <w:r w:rsidRPr="0017708F">
        <w:rPr>
          <w:rFonts w:cs="Times New Roman"/>
          <w:szCs w:val="20"/>
          <w:u w:val="single"/>
        </w:rPr>
        <w:t>Institution support</w:t>
      </w:r>
    </w:p>
    <w:p w14:paraId="30564741" w14:textId="46500493"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18. </w:t>
      </w:r>
      <w:r w:rsidR="00BC4DD7" w:rsidRPr="0017708F">
        <w:rPr>
          <w:rFonts w:cs="Times New Roman"/>
          <w:szCs w:val="20"/>
        </w:rPr>
        <w:t>My healthcare institution understands that those involved may need help to process and resolve any effects they may have on care pro</w:t>
      </w:r>
      <w:r w:rsidR="00474E02">
        <w:rPr>
          <w:rFonts w:cs="Times New Roman"/>
          <w:szCs w:val="20"/>
        </w:rPr>
        <w:t>fessionals</w:t>
      </w:r>
      <w:r w:rsidR="00611CE2" w:rsidRPr="0017708F">
        <w:rPr>
          <w:rFonts w:cs="Times New Roman"/>
          <w:szCs w:val="20"/>
        </w:rPr>
        <w:t>.</w:t>
      </w:r>
      <w:r w:rsidR="00BA5BDC" w:rsidRPr="0017708F">
        <w:rPr>
          <w:rFonts w:cs="Times New Roman"/>
          <w:szCs w:val="20"/>
        </w:rPr>
        <w:t>*</w:t>
      </w:r>
      <w:r w:rsidR="00611CE2" w:rsidRPr="0017708F">
        <w:rPr>
          <w:rFonts w:cs="Times New Roman"/>
          <w:szCs w:val="20"/>
        </w:rPr>
        <w:t xml:space="preserve"> 1-2-3-4-5</w:t>
      </w:r>
    </w:p>
    <w:p w14:paraId="78F854F6" w14:textId="002AC931"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19. </w:t>
      </w:r>
      <w:r w:rsidR="003F6636" w:rsidRPr="0017708F">
        <w:rPr>
          <w:rFonts w:cs="Times New Roman"/>
          <w:szCs w:val="20"/>
        </w:rPr>
        <w:t>My healthcare institution offers a variety of resources to help get me over the effects of involvement with these instances.</w:t>
      </w:r>
      <w:r w:rsidR="00D14E42" w:rsidRPr="0017708F">
        <w:rPr>
          <w:rFonts w:cs="Times New Roman"/>
          <w:szCs w:val="20"/>
        </w:rPr>
        <w:t>*</w:t>
      </w:r>
      <w:r w:rsidR="00611CE2" w:rsidRPr="0017708F">
        <w:rPr>
          <w:rFonts w:cs="Times New Roman"/>
          <w:szCs w:val="20"/>
        </w:rPr>
        <w:t xml:space="preserve"> 1-2-3-4-5</w:t>
      </w:r>
    </w:p>
    <w:p w14:paraId="69E06517" w14:textId="41C676F9"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20. </w:t>
      </w:r>
      <w:r w:rsidR="00BA4536" w:rsidRPr="00BA4536">
        <w:rPr>
          <w:rFonts w:cs="Times New Roman"/>
          <w:szCs w:val="20"/>
        </w:rPr>
        <w:t xml:space="preserve">Concern for the well-being of those involved in these situations is not strong at my </w:t>
      </w:r>
      <w:r w:rsidR="00A05DCA">
        <w:rPr>
          <w:rFonts w:cs="Times New Roman"/>
          <w:szCs w:val="20"/>
        </w:rPr>
        <w:t>institution</w:t>
      </w:r>
      <w:r w:rsidR="00611CE2" w:rsidRPr="0017708F">
        <w:rPr>
          <w:rFonts w:cs="Times New Roman"/>
          <w:szCs w:val="20"/>
        </w:rPr>
        <w:t>. 1-2-3-4-5</w:t>
      </w:r>
    </w:p>
    <w:p w14:paraId="6CE3E085" w14:textId="77777777" w:rsidR="00E20995" w:rsidRPr="0017708F" w:rsidRDefault="00E20995" w:rsidP="000D258B">
      <w:pPr>
        <w:spacing w:after="120" w:line="240" w:lineRule="auto"/>
        <w:rPr>
          <w:rFonts w:cs="Times New Roman"/>
          <w:szCs w:val="20"/>
          <w:u w:val="single"/>
        </w:rPr>
      </w:pPr>
      <w:r w:rsidRPr="0017708F">
        <w:rPr>
          <w:rFonts w:cs="Times New Roman"/>
          <w:szCs w:val="20"/>
          <w:u w:val="single"/>
        </w:rPr>
        <w:t>Professional self-efficacy</w:t>
      </w:r>
    </w:p>
    <w:p w14:paraId="6EAEC0C3" w14:textId="21EC4312"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21. After such events, I felt incompetent regarding my abilit</w:t>
      </w:r>
      <w:r w:rsidR="005576CF" w:rsidRPr="0017708F">
        <w:rPr>
          <w:rFonts w:cs="Times New Roman"/>
          <w:szCs w:val="20"/>
        </w:rPr>
        <w:t>y</w:t>
      </w:r>
      <w:r w:rsidR="00611CE2" w:rsidRPr="0017708F">
        <w:rPr>
          <w:rFonts w:cs="Times New Roman"/>
          <w:szCs w:val="20"/>
        </w:rPr>
        <w:t xml:space="preserve"> to provide p</w:t>
      </w:r>
      <w:r w:rsidR="00AA2C3E" w:rsidRPr="0017708F">
        <w:rPr>
          <w:rFonts w:cs="Times New Roman"/>
          <w:szCs w:val="20"/>
        </w:rPr>
        <w:t>harmaceutical</w:t>
      </w:r>
      <w:r w:rsidR="00611CE2" w:rsidRPr="0017708F">
        <w:rPr>
          <w:rFonts w:cs="Times New Roman"/>
          <w:szCs w:val="20"/>
        </w:rPr>
        <w:t xml:space="preserve"> care. 1-2-3-4-5</w:t>
      </w:r>
    </w:p>
    <w:p w14:paraId="4125DFA4" w14:textId="023B3F69"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22. My experience makes me question whether I am still a good healthcare professional. 1-2-3-4-5</w:t>
      </w:r>
    </w:p>
    <w:p w14:paraId="65017882" w14:textId="2AD19F0A"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23. Following my experience, I became afraid to undertake challenging or high-risk </w:t>
      </w:r>
      <w:r w:rsidR="00EC685B" w:rsidRPr="0017708F">
        <w:rPr>
          <w:rFonts w:cs="Times New Roman"/>
          <w:szCs w:val="20"/>
        </w:rPr>
        <w:t>services</w:t>
      </w:r>
      <w:r w:rsidR="00611CE2" w:rsidRPr="0017708F">
        <w:rPr>
          <w:rFonts w:cs="Times New Roman"/>
          <w:szCs w:val="20"/>
        </w:rPr>
        <w:t>. 1-2-3-4-5</w:t>
      </w:r>
    </w:p>
    <w:p w14:paraId="0478FC94" w14:textId="296B0CED"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24. These situations have negatively impacted my job performance. 1-2-3-4-5</w:t>
      </w:r>
    </w:p>
    <w:p w14:paraId="2830D4DB" w14:textId="77777777" w:rsidR="00E20995" w:rsidRPr="0017708F" w:rsidRDefault="00E20995" w:rsidP="000D258B">
      <w:pPr>
        <w:spacing w:after="120" w:line="240" w:lineRule="auto"/>
        <w:rPr>
          <w:rFonts w:cs="Times New Roman"/>
          <w:szCs w:val="20"/>
          <w:u w:val="single"/>
        </w:rPr>
      </w:pPr>
      <w:r w:rsidRPr="0017708F">
        <w:rPr>
          <w:rFonts w:cs="Times New Roman"/>
          <w:szCs w:val="20"/>
          <w:u w:val="single"/>
        </w:rPr>
        <w:t>Turnover intentions</w:t>
      </w:r>
    </w:p>
    <w:p w14:paraId="4176FEE8" w14:textId="062D59DA"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25. Experiences with such events have led me to consider seeking a job outside of p</w:t>
      </w:r>
      <w:r w:rsidR="0098776F" w:rsidRPr="0017708F">
        <w:rPr>
          <w:rFonts w:cs="Times New Roman"/>
          <w:szCs w:val="20"/>
        </w:rPr>
        <w:t>harmaceutical</w:t>
      </w:r>
      <w:r w:rsidR="00611CE2" w:rsidRPr="0017708F">
        <w:rPr>
          <w:rFonts w:cs="Times New Roman"/>
          <w:szCs w:val="20"/>
        </w:rPr>
        <w:t xml:space="preserve"> care. 1-2-3-4-5</w:t>
      </w:r>
    </w:p>
    <w:p w14:paraId="0D1DD60A" w14:textId="252F1AC6"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26. Sometimes the stress of potentially being involved in such events makes me want to quit my job. 1-2-3-4-5</w:t>
      </w:r>
    </w:p>
    <w:p w14:paraId="4CA8E33F" w14:textId="1B22E7D0"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27. I have started to inquire about other job opportunities. 1-2-3-4-5</w:t>
      </w:r>
    </w:p>
    <w:p w14:paraId="0622C8C6" w14:textId="2523CDC9"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28. I plan to leave my job within the next 6 months due to these experiences. 1-2-3-4-5</w:t>
      </w:r>
    </w:p>
    <w:p w14:paraId="79C5DBA2" w14:textId="77777777" w:rsidR="00611CE2" w:rsidRPr="0017708F" w:rsidRDefault="00611CE2" w:rsidP="000D258B">
      <w:pPr>
        <w:spacing w:after="120" w:line="240" w:lineRule="auto"/>
        <w:rPr>
          <w:rFonts w:cs="Times New Roman"/>
          <w:szCs w:val="20"/>
          <w:u w:val="single"/>
        </w:rPr>
      </w:pPr>
      <w:r w:rsidRPr="0017708F">
        <w:rPr>
          <w:rFonts w:cs="Times New Roman"/>
          <w:szCs w:val="20"/>
          <w:u w:val="single"/>
        </w:rPr>
        <w:t>Absenteeism</w:t>
      </w:r>
    </w:p>
    <w:p w14:paraId="3687C75E" w14:textId="78D0E7DC"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29. My experiences with adverse events or errors in providing p</w:t>
      </w:r>
      <w:r w:rsidR="006965CA">
        <w:rPr>
          <w:rFonts w:cs="Times New Roman"/>
          <w:szCs w:val="20"/>
        </w:rPr>
        <w:t>harmaceutical</w:t>
      </w:r>
      <w:r w:rsidR="00611CE2" w:rsidRPr="0017708F">
        <w:rPr>
          <w:rFonts w:cs="Times New Roman"/>
          <w:szCs w:val="20"/>
        </w:rPr>
        <w:t xml:space="preserve"> care have led me to take time off work. 1-2-3-4-5</w:t>
      </w:r>
    </w:p>
    <w:p w14:paraId="11F8422F" w14:textId="644E3F42"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30. I was absent from work following one of these events. 1-2-3-4-5</w:t>
      </w:r>
    </w:p>
    <w:p w14:paraId="7C0FC12A" w14:textId="28DDA7EF"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31. When at work, I am distracted and not fully present because of these experiences. 1-2-3-4-5</w:t>
      </w:r>
    </w:p>
    <w:p w14:paraId="55411E15" w14:textId="77777777" w:rsidR="00611CE2" w:rsidRPr="0017708F" w:rsidRDefault="00611CE2" w:rsidP="000D258B">
      <w:pPr>
        <w:spacing w:after="120" w:line="240" w:lineRule="auto"/>
        <w:rPr>
          <w:rFonts w:cs="Times New Roman"/>
          <w:szCs w:val="20"/>
          <w:u w:val="single"/>
        </w:rPr>
      </w:pPr>
      <w:r w:rsidRPr="0017708F">
        <w:rPr>
          <w:rFonts w:cs="Times New Roman"/>
          <w:szCs w:val="20"/>
          <w:u w:val="single"/>
        </w:rPr>
        <w:t>Resilience</w:t>
      </w:r>
    </w:p>
    <w:p w14:paraId="3E2BE58B" w14:textId="3DB419D9"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32. Due to these situations, I have become much more cautious at work.</w:t>
      </w:r>
      <w:r w:rsidR="00E30709" w:rsidRPr="0017708F">
        <w:rPr>
          <w:rFonts w:cs="Times New Roman"/>
          <w:szCs w:val="20"/>
        </w:rPr>
        <w:t>*</w:t>
      </w:r>
      <w:r w:rsidR="00611CE2" w:rsidRPr="0017708F">
        <w:rPr>
          <w:rFonts w:cs="Times New Roman"/>
          <w:szCs w:val="20"/>
        </w:rPr>
        <w:t xml:space="preserve"> 1-2-3-4-5</w:t>
      </w:r>
    </w:p>
    <w:p w14:paraId="3511DE23" w14:textId="415072B2"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 xml:space="preserve">33. These events have led me to improve the quality of </w:t>
      </w:r>
      <w:r w:rsidR="0073196E" w:rsidRPr="0017708F">
        <w:rPr>
          <w:rFonts w:cs="Times New Roman"/>
          <w:szCs w:val="20"/>
        </w:rPr>
        <w:t>pharmaceutical care</w:t>
      </w:r>
      <w:r w:rsidR="00611CE2" w:rsidRPr="0017708F">
        <w:rPr>
          <w:rFonts w:cs="Times New Roman"/>
          <w:szCs w:val="20"/>
        </w:rPr>
        <w:t>.</w:t>
      </w:r>
      <w:r w:rsidR="00E30709" w:rsidRPr="0017708F">
        <w:rPr>
          <w:rFonts w:cs="Times New Roman"/>
          <w:szCs w:val="20"/>
        </w:rPr>
        <w:t>*</w:t>
      </w:r>
      <w:r w:rsidR="00611CE2" w:rsidRPr="0017708F">
        <w:rPr>
          <w:rFonts w:cs="Times New Roman"/>
          <w:szCs w:val="20"/>
        </w:rPr>
        <w:t xml:space="preserve"> 1-2-3-4-5</w:t>
      </w:r>
    </w:p>
    <w:p w14:paraId="0983B9FD" w14:textId="5EC107BD"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34. My experiences with adverse events or errors in p</w:t>
      </w:r>
      <w:r w:rsidR="007A458F" w:rsidRPr="0017708F">
        <w:rPr>
          <w:rFonts w:cs="Times New Roman"/>
          <w:szCs w:val="20"/>
        </w:rPr>
        <w:t>harmaceutical</w:t>
      </w:r>
      <w:r w:rsidR="00611CE2" w:rsidRPr="0017708F">
        <w:rPr>
          <w:rFonts w:cs="Times New Roman"/>
          <w:szCs w:val="20"/>
        </w:rPr>
        <w:t xml:space="preserve"> care have resulted in positive changes in procedures or processes within my </w:t>
      </w:r>
      <w:r w:rsidR="00262825" w:rsidRPr="0017708F">
        <w:rPr>
          <w:rFonts w:cs="Times New Roman"/>
          <w:szCs w:val="20"/>
        </w:rPr>
        <w:t xml:space="preserve">healthcare </w:t>
      </w:r>
      <w:r w:rsidR="00611CE2" w:rsidRPr="0017708F">
        <w:rPr>
          <w:rFonts w:cs="Times New Roman"/>
          <w:szCs w:val="20"/>
        </w:rPr>
        <w:t>institution.</w:t>
      </w:r>
      <w:r w:rsidR="00E30709" w:rsidRPr="0017708F">
        <w:rPr>
          <w:rFonts w:cs="Times New Roman"/>
          <w:szCs w:val="20"/>
        </w:rPr>
        <w:t>*</w:t>
      </w:r>
      <w:r w:rsidR="00611CE2" w:rsidRPr="0017708F">
        <w:rPr>
          <w:rFonts w:cs="Times New Roman"/>
          <w:szCs w:val="20"/>
        </w:rPr>
        <w:t xml:space="preserve"> 1-2-3-4-5</w:t>
      </w:r>
    </w:p>
    <w:p w14:paraId="1D82C726" w14:textId="1325FA58" w:rsidR="00611CE2" w:rsidRPr="0017708F" w:rsidRDefault="00E20995" w:rsidP="000D258B">
      <w:pPr>
        <w:spacing w:after="120" w:line="240" w:lineRule="auto"/>
        <w:rPr>
          <w:rFonts w:cs="Times New Roman"/>
          <w:szCs w:val="20"/>
        </w:rPr>
      </w:pPr>
      <w:r w:rsidRPr="0017708F">
        <w:rPr>
          <w:rFonts w:cs="Times New Roman"/>
          <w:szCs w:val="20"/>
        </w:rPr>
        <w:t>Q</w:t>
      </w:r>
      <w:r w:rsidR="00611CE2" w:rsidRPr="0017708F">
        <w:rPr>
          <w:rFonts w:cs="Times New Roman"/>
          <w:szCs w:val="20"/>
        </w:rPr>
        <w:t>35. After participating in adverse events and/or a professional error, I have developed as a healthcare professional.</w:t>
      </w:r>
      <w:r w:rsidR="00E30709" w:rsidRPr="0017708F">
        <w:rPr>
          <w:rFonts w:cs="Times New Roman"/>
          <w:szCs w:val="20"/>
        </w:rPr>
        <w:t>*</w:t>
      </w:r>
      <w:r w:rsidR="00611CE2" w:rsidRPr="0017708F">
        <w:rPr>
          <w:rFonts w:cs="Times New Roman"/>
          <w:szCs w:val="20"/>
        </w:rPr>
        <w:t xml:space="preserve"> 1-2-3-4-5</w:t>
      </w:r>
    </w:p>
    <w:p w14:paraId="33739038" w14:textId="77777777" w:rsidR="00D679CC" w:rsidRDefault="00D679CC" w:rsidP="000D258B">
      <w:pPr>
        <w:spacing w:after="120" w:line="240" w:lineRule="auto"/>
        <w:rPr>
          <w:rFonts w:cs="Times New Roman"/>
          <w:b/>
          <w:bCs/>
          <w:szCs w:val="20"/>
        </w:rPr>
      </w:pPr>
    </w:p>
    <w:p w14:paraId="3BCEEFB9" w14:textId="77777777" w:rsidR="00C767FB" w:rsidRDefault="00C767FB" w:rsidP="000D258B">
      <w:pPr>
        <w:spacing w:after="120" w:line="240" w:lineRule="auto"/>
        <w:rPr>
          <w:rFonts w:cs="Times New Roman"/>
          <w:b/>
          <w:bCs/>
          <w:szCs w:val="20"/>
        </w:rPr>
      </w:pPr>
    </w:p>
    <w:p w14:paraId="6079C801" w14:textId="3CB30B8D" w:rsidR="00611CE2" w:rsidRPr="0017708F" w:rsidRDefault="00AB1E18" w:rsidP="000D258B">
      <w:pPr>
        <w:spacing w:after="120" w:line="240" w:lineRule="auto"/>
        <w:rPr>
          <w:rFonts w:cs="Times New Roman"/>
          <w:szCs w:val="20"/>
        </w:rPr>
      </w:pPr>
      <w:r w:rsidRPr="00AB1E18">
        <w:rPr>
          <w:rFonts w:cs="Times New Roman"/>
          <w:b/>
          <w:bCs/>
          <w:szCs w:val="20"/>
        </w:rPr>
        <w:lastRenderedPageBreak/>
        <w:t>(II)</w:t>
      </w:r>
      <w:r>
        <w:rPr>
          <w:rFonts w:cs="Times New Roman"/>
          <w:szCs w:val="20"/>
        </w:rPr>
        <w:t xml:space="preserve"> </w:t>
      </w:r>
      <w:r w:rsidR="00611CE2" w:rsidRPr="0017708F">
        <w:rPr>
          <w:rFonts w:cs="Times New Roman"/>
          <w:szCs w:val="20"/>
        </w:rPr>
        <w:t xml:space="preserve">Support </w:t>
      </w:r>
      <w:r w:rsidR="004A6442" w:rsidRPr="0017708F">
        <w:rPr>
          <w:rFonts w:cs="Times New Roman"/>
          <w:szCs w:val="20"/>
        </w:rPr>
        <w:t>o</w:t>
      </w:r>
      <w:r w:rsidR="00611CE2" w:rsidRPr="0017708F">
        <w:rPr>
          <w:rFonts w:cs="Times New Roman"/>
          <w:szCs w:val="20"/>
        </w:rPr>
        <w:t xml:space="preserve">pportunities for </w:t>
      </w:r>
      <w:r w:rsidR="004A6442" w:rsidRPr="0017708F">
        <w:rPr>
          <w:rFonts w:cs="Times New Roman"/>
          <w:szCs w:val="20"/>
        </w:rPr>
        <w:t>s</w:t>
      </w:r>
      <w:r w:rsidR="00611CE2" w:rsidRPr="0017708F">
        <w:rPr>
          <w:rFonts w:cs="Times New Roman"/>
          <w:szCs w:val="20"/>
        </w:rPr>
        <w:t xml:space="preserve">econd </w:t>
      </w:r>
      <w:r w:rsidR="004A6442" w:rsidRPr="0017708F">
        <w:rPr>
          <w:rFonts w:cs="Times New Roman"/>
          <w:szCs w:val="20"/>
        </w:rPr>
        <w:t>v</w:t>
      </w:r>
      <w:r w:rsidR="00611CE2" w:rsidRPr="0017708F">
        <w:rPr>
          <w:rFonts w:cs="Times New Roman"/>
          <w:szCs w:val="20"/>
        </w:rPr>
        <w:t xml:space="preserve">ictims and </w:t>
      </w:r>
      <w:r w:rsidR="004A6442" w:rsidRPr="0017708F">
        <w:rPr>
          <w:rFonts w:cs="Times New Roman"/>
          <w:szCs w:val="20"/>
        </w:rPr>
        <w:t>t</w:t>
      </w:r>
      <w:r w:rsidR="00611CE2" w:rsidRPr="0017708F">
        <w:rPr>
          <w:rFonts w:cs="Times New Roman"/>
          <w:szCs w:val="20"/>
        </w:rPr>
        <w:t xml:space="preserve">heir </w:t>
      </w:r>
      <w:r w:rsidR="004A6442" w:rsidRPr="0017708F">
        <w:rPr>
          <w:rFonts w:cs="Times New Roman"/>
          <w:szCs w:val="20"/>
        </w:rPr>
        <w:t>d</w:t>
      </w:r>
      <w:r w:rsidR="00611CE2" w:rsidRPr="0017708F">
        <w:rPr>
          <w:rFonts w:cs="Times New Roman"/>
          <w:szCs w:val="20"/>
        </w:rPr>
        <w:t>esirability</w:t>
      </w:r>
    </w:p>
    <w:p w14:paraId="78583AB0" w14:textId="028E944B" w:rsidR="00611CE2" w:rsidRPr="0017708F" w:rsidRDefault="00611CE2" w:rsidP="000D258B">
      <w:pPr>
        <w:spacing w:after="120" w:line="240" w:lineRule="auto"/>
        <w:rPr>
          <w:rFonts w:cs="Times New Roman"/>
          <w:szCs w:val="20"/>
        </w:rPr>
      </w:pPr>
      <w:r w:rsidRPr="0017708F">
        <w:rPr>
          <w:rFonts w:cs="Times New Roman"/>
          <w:szCs w:val="20"/>
        </w:rPr>
        <w:t xml:space="preserve">Instructions for </w:t>
      </w:r>
      <w:r w:rsidR="00BC531C">
        <w:rPr>
          <w:rFonts w:cs="Times New Roman"/>
          <w:szCs w:val="20"/>
        </w:rPr>
        <w:t>p</w:t>
      </w:r>
      <w:r w:rsidRPr="0017708F">
        <w:rPr>
          <w:rFonts w:cs="Times New Roman"/>
          <w:szCs w:val="20"/>
        </w:rPr>
        <w:t xml:space="preserve">articipants: Using a five-point Likert scale (1 = </w:t>
      </w:r>
      <w:r w:rsidR="001404CD" w:rsidRPr="0017708F">
        <w:rPr>
          <w:rFonts w:cs="Times New Roman"/>
          <w:szCs w:val="20"/>
        </w:rPr>
        <w:t>e</w:t>
      </w:r>
      <w:r w:rsidRPr="0017708F">
        <w:rPr>
          <w:rFonts w:cs="Times New Roman"/>
          <w:szCs w:val="20"/>
        </w:rPr>
        <w:t xml:space="preserve">xtremely </w:t>
      </w:r>
      <w:r w:rsidR="001404CD" w:rsidRPr="0017708F">
        <w:rPr>
          <w:rFonts w:cs="Times New Roman"/>
          <w:szCs w:val="20"/>
        </w:rPr>
        <w:t>u</w:t>
      </w:r>
      <w:r w:rsidRPr="0017708F">
        <w:rPr>
          <w:rFonts w:cs="Times New Roman"/>
          <w:szCs w:val="20"/>
        </w:rPr>
        <w:t xml:space="preserve">ndesirable, 5 = </w:t>
      </w:r>
      <w:r w:rsidR="001404CD" w:rsidRPr="0017708F">
        <w:rPr>
          <w:rFonts w:cs="Times New Roman"/>
          <w:szCs w:val="20"/>
        </w:rPr>
        <w:t>e</w:t>
      </w:r>
      <w:r w:rsidRPr="0017708F">
        <w:rPr>
          <w:rFonts w:cs="Times New Roman"/>
          <w:szCs w:val="20"/>
        </w:rPr>
        <w:t xml:space="preserve">xtremely </w:t>
      </w:r>
      <w:r w:rsidR="001404CD" w:rsidRPr="0017708F">
        <w:rPr>
          <w:rFonts w:cs="Times New Roman"/>
          <w:szCs w:val="20"/>
        </w:rPr>
        <w:t>d</w:t>
      </w:r>
      <w:r w:rsidRPr="0017708F">
        <w:rPr>
          <w:rFonts w:cs="Times New Roman"/>
          <w:szCs w:val="20"/>
        </w:rPr>
        <w:t>esirable), indicate the extent to which each form of support is desirable for you. Below are various forms of support that an institution may provide to employees experiencing negative consequences due to adverse events compromising patient safety.</w:t>
      </w:r>
    </w:p>
    <w:p w14:paraId="6BD06CBE" w14:textId="77777777" w:rsidR="00611CE2" w:rsidRPr="0017708F" w:rsidRDefault="00611CE2" w:rsidP="000D258B">
      <w:pPr>
        <w:spacing w:after="120" w:line="240" w:lineRule="auto"/>
        <w:rPr>
          <w:rFonts w:cs="Times New Roman"/>
          <w:szCs w:val="20"/>
        </w:rPr>
      </w:pPr>
      <w:r w:rsidRPr="0017708F">
        <w:rPr>
          <w:rFonts w:cs="Times New Roman"/>
          <w:szCs w:val="20"/>
        </w:rPr>
        <w:t>1. The opportunity to immediately step away from work for a short period. 1-2-3-4-5</w:t>
      </w:r>
    </w:p>
    <w:p w14:paraId="35E8AA23" w14:textId="4A80A261" w:rsidR="00611CE2" w:rsidRPr="0017708F" w:rsidRDefault="00611CE2" w:rsidP="000D258B">
      <w:pPr>
        <w:spacing w:after="120" w:line="240" w:lineRule="auto"/>
        <w:rPr>
          <w:rFonts w:cs="Times New Roman"/>
          <w:szCs w:val="20"/>
        </w:rPr>
      </w:pPr>
      <w:r w:rsidRPr="0017708F">
        <w:rPr>
          <w:rFonts w:cs="Times New Roman"/>
          <w:szCs w:val="20"/>
        </w:rPr>
        <w:t xml:space="preserve">2. </w:t>
      </w:r>
      <w:r w:rsidR="00900277" w:rsidRPr="0017708F">
        <w:rPr>
          <w:rFonts w:cs="Times New Roman"/>
          <w:szCs w:val="20"/>
        </w:rPr>
        <w:t>A specified peaceful location that is available to recover and re-compose after one of these types of events</w:t>
      </w:r>
      <w:r w:rsidRPr="0017708F">
        <w:rPr>
          <w:rFonts w:cs="Times New Roman"/>
          <w:szCs w:val="20"/>
        </w:rPr>
        <w:t>. 1-2-3-4-5</w:t>
      </w:r>
    </w:p>
    <w:p w14:paraId="39D3D6F5" w14:textId="57BE315B" w:rsidR="00611CE2" w:rsidRPr="0017708F" w:rsidRDefault="00611CE2" w:rsidP="000D258B">
      <w:pPr>
        <w:spacing w:after="120" w:line="240" w:lineRule="auto"/>
        <w:rPr>
          <w:rFonts w:cs="Times New Roman"/>
          <w:szCs w:val="20"/>
        </w:rPr>
      </w:pPr>
      <w:r w:rsidRPr="0017708F">
        <w:rPr>
          <w:rFonts w:cs="Times New Roman"/>
          <w:szCs w:val="20"/>
        </w:rPr>
        <w:t xml:space="preserve">3. </w:t>
      </w:r>
      <w:r w:rsidR="007A4128" w:rsidRPr="0017708F">
        <w:rPr>
          <w:rFonts w:cs="Times New Roman"/>
          <w:szCs w:val="20"/>
        </w:rPr>
        <w:t xml:space="preserve"> A respected peer to discuss the details of what happened</w:t>
      </w:r>
      <w:r w:rsidRPr="0017708F">
        <w:rPr>
          <w:rFonts w:cs="Times New Roman"/>
          <w:szCs w:val="20"/>
        </w:rPr>
        <w:t>. 1-2-3-4-5</w:t>
      </w:r>
    </w:p>
    <w:p w14:paraId="0EEA5178" w14:textId="56B9F8C2" w:rsidR="00611CE2" w:rsidRPr="0017708F" w:rsidRDefault="00611CE2" w:rsidP="000D258B">
      <w:pPr>
        <w:spacing w:after="120" w:line="240" w:lineRule="auto"/>
        <w:rPr>
          <w:rFonts w:cs="Times New Roman"/>
          <w:szCs w:val="20"/>
        </w:rPr>
      </w:pPr>
      <w:r w:rsidRPr="0017708F">
        <w:rPr>
          <w:rFonts w:cs="Times New Roman"/>
          <w:szCs w:val="20"/>
        </w:rPr>
        <w:t xml:space="preserve">4. </w:t>
      </w:r>
      <w:r w:rsidR="001832BB" w:rsidRPr="0017708F">
        <w:rPr>
          <w:rFonts w:cs="Times New Roman"/>
          <w:szCs w:val="20"/>
        </w:rPr>
        <w:t>An employee assistance program that can provide free counselling to employees outside of work</w:t>
      </w:r>
      <w:r w:rsidRPr="0017708F">
        <w:rPr>
          <w:rFonts w:cs="Times New Roman"/>
          <w:szCs w:val="20"/>
        </w:rPr>
        <w:t>. 1-2-3-4-5</w:t>
      </w:r>
    </w:p>
    <w:p w14:paraId="4E44219D" w14:textId="6F4BD03D" w:rsidR="00611CE2" w:rsidRPr="0017708F" w:rsidRDefault="00611CE2" w:rsidP="000D258B">
      <w:pPr>
        <w:spacing w:after="120" w:line="240" w:lineRule="auto"/>
        <w:rPr>
          <w:rFonts w:cs="Times New Roman"/>
          <w:szCs w:val="20"/>
        </w:rPr>
      </w:pPr>
      <w:r w:rsidRPr="0017708F">
        <w:rPr>
          <w:rFonts w:cs="Times New Roman"/>
          <w:szCs w:val="20"/>
        </w:rPr>
        <w:t xml:space="preserve">5. </w:t>
      </w:r>
      <w:r w:rsidR="0004221D" w:rsidRPr="0017708F">
        <w:rPr>
          <w:rFonts w:cs="Times New Roman"/>
          <w:szCs w:val="20"/>
        </w:rPr>
        <w:t>A discussion with my manager/chief about the incident</w:t>
      </w:r>
      <w:r w:rsidRPr="0017708F">
        <w:rPr>
          <w:rFonts w:cs="Times New Roman"/>
          <w:szCs w:val="20"/>
        </w:rPr>
        <w:t>. 1-2-3-4-5</w:t>
      </w:r>
    </w:p>
    <w:p w14:paraId="26CA66A5" w14:textId="3E101774" w:rsidR="00611CE2" w:rsidRPr="0017708F" w:rsidRDefault="00611CE2" w:rsidP="000D258B">
      <w:pPr>
        <w:spacing w:after="120" w:line="240" w:lineRule="auto"/>
        <w:rPr>
          <w:rFonts w:cs="Times New Roman"/>
          <w:szCs w:val="20"/>
        </w:rPr>
      </w:pPr>
      <w:r w:rsidRPr="0017708F">
        <w:rPr>
          <w:rFonts w:cs="Times New Roman"/>
          <w:szCs w:val="20"/>
        </w:rPr>
        <w:t xml:space="preserve">6. </w:t>
      </w:r>
      <w:r w:rsidR="00F32BE4" w:rsidRPr="0017708F">
        <w:rPr>
          <w:rFonts w:cs="Times New Roman"/>
          <w:szCs w:val="20"/>
        </w:rPr>
        <w:t>The opportunity to schedule a time with a counsellor at my healthcare institution to discuss the event.</w:t>
      </w:r>
      <w:r w:rsidRPr="0017708F">
        <w:rPr>
          <w:rFonts w:cs="Times New Roman"/>
          <w:szCs w:val="20"/>
        </w:rPr>
        <w:t xml:space="preserve"> 1-2-3-4-5</w:t>
      </w:r>
    </w:p>
    <w:p w14:paraId="388BBD3B" w14:textId="2E665A87" w:rsidR="00611CE2" w:rsidRPr="0017708F" w:rsidRDefault="00611CE2" w:rsidP="000D258B">
      <w:pPr>
        <w:spacing w:after="120" w:line="240" w:lineRule="auto"/>
        <w:rPr>
          <w:rFonts w:cs="Times New Roman"/>
          <w:szCs w:val="20"/>
        </w:rPr>
      </w:pPr>
      <w:r w:rsidRPr="0017708F">
        <w:rPr>
          <w:rFonts w:cs="Times New Roman"/>
          <w:szCs w:val="20"/>
        </w:rPr>
        <w:t xml:space="preserve">7. </w:t>
      </w:r>
      <w:r w:rsidR="001404CD" w:rsidRPr="0017708F">
        <w:rPr>
          <w:rFonts w:cs="Times New Roman"/>
          <w:szCs w:val="20"/>
        </w:rPr>
        <w:t>A confidential way to get in touch with someone 24 hours a day to discuss how my experience may be affecting me</w:t>
      </w:r>
      <w:r w:rsidRPr="0017708F">
        <w:rPr>
          <w:rFonts w:cs="Times New Roman"/>
          <w:szCs w:val="20"/>
        </w:rPr>
        <w:t>. 1-2-3-4-5</w:t>
      </w:r>
    </w:p>
    <w:sectPr w:rsidR="00611CE2" w:rsidRPr="0017708F" w:rsidSect="00034616">
      <w:headerReference w:type="even" r:id="rId8"/>
      <w:headerReference w:type="firs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005B4" w14:textId="77777777" w:rsidR="00221512" w:rsidRDefault="00221512" w:rsidP="004A6442">
      <w:pPr>
        <w:spacing w:after="0" w:line="240" w:lineRule="auto"/>
      </w:pPr>
      <w:r>
        <w:separator/>
      </w:r>
    </w:p>
  </w:endnote>
  <w:endnote w:type="continuationSeparator" w:id="0">
    <w:p w14:paraId="26FEDA89" w14:textId="77777777" w:rsidR="00221512" w:rsidRDefault="00221512" w:rsidP="004A6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19555" w14:textId="77777777" w:rsidR="00221512" w:rsidRDefault="00221512" w:rsidP="004A6442">
      <w:pPr>
        <w:spacing w:after="0" w:line="240" w:lineRule="auto"/>
      </w:pPr>
      <w:r>
        <w:separator/>
      </w:r>
    </w:p>
  </w:footnote>
  <w:footnote w:type="continuationSeparator" w:id="0">
    <w:p w14:paraId="16C6B869" w14:textId="77777777" w:rsidR="00221512" w:rsidRDefault="00221512" w:rsidP="004A6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BEADD" w14:textId="70526FDE" w:rsidR="004A6442" w:rsidRDefault="004A6442">
    <w:pPr>
      <w:pStyle w:val="Header"/>
    </w:pPr>
    <w:r>
      <w:rPr>
        <w:noProof/>
      </w:rPr>
      <mc:AlternateContent>
        <mc:Choice Requires="wps">
          <w:drawing>
            <wp:anchor distT="0" distB="0" distL="0" distR="0" simplePos="0" relativeHeight="251659264" behindDoc="0" locked="0" layoutInCell="1" allowOverlap="1" wp14:anchorId="259A7D41" wp14:editId="2A6B1426">
              <wp:simplePos x="635" y="635"/>
              <wp:positionH relativeFrom="page">
                <wp:align>right</wp:align>
              </wp:positionH>
              <wp:positionV relativeFrom="page">
                <wp:align>top</wp:align>
              </wp:positionV>
              <wp:extent cx="1190625" cy="386715"/>
              <wp:effectExtent l="0" t="0" r="0" b="13335"/>
              <wp:wrapNone/>
              <wp:docPr id="1900596256" name="Text Box 2" descr="Interno_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0625" cy="386715"/>
                      </a:xfrm>
                      <a:prstGeom prst="rect">
                        <a:avLst/>
                      </a:prstGeom>
                      <a:noFill/>
                      <a:ln>
                        <a:noFill/>
                      </a:ln>
                    </wps:spPr>
                    <wps:txbx>
                      <w:txbxContent>
                        <w:p w14:paraId="26AF4AE1" w14:textId="2DD855AF" w:rsidR="004A6442" w:rsidRPr="004A6442" w:rsidRDefault="004A6442" w:rsidP="004A6442">
                          <w:pPr>
                            <w:spacing w:after="0"/>
                            <w:rPr>
                              <w:rFonts w:ascii="Calibri" w:eastAsia="Calibri" w:hAnsi="Calibri" w:cs="Calibri"/>
                              <w:noProof/>
                              <w:color w:val="008000"/>
                              <w:sz w:val="22"/>
                            </w:rPr>
                          </w:pPr>
                          <w:r w:rsidRPr="004A6442">
                            <w:rPr>
                              <w:rFonts w:ascii="Calibri" w:eastAsia="Calibri" w:hAnsi="Calibri" w:cs="Calibri"/>
                              <w:noProof/>
                              <w:color w:val="008000"/>
                              <w:sz w:val="22"/>
                            </w:rPr>
                            <w:t>Interno_Internal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59A7D41" id="_x0000_t202" coordsize="21600,21600" o:spt="202" path="m,l,21600r21600,l21600,xe">
              <v:stroke joinstyle="miter"/>
              <v:path gradientshapeok="t" o:connecttype="rect"/>
            </v:shapetype>
            <v:shape id="Text Box 2" o:spid="_x0000_s1026" type="#_x0000_t202" alt="Interno_Internal" style="position:absolute;margin-left:42.55pt;margin-top:0;width:93.75pt;height:30.4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" filled="f" stroked="f">
              <v:textbox style="mso-fit-shape-to-text:t" inset="0,15pt,20pt,0">
                <w:txbxContent>
                  <w:p w14:paraId="26AF4AE1" w14:textId="2DD855AF" w:rsidR="004A6442" w:rsidRPr="004A6442" w:rsidRDefault="004A6442" w:rsidP="004A6442">
                    <w:pPr>
                      <w:spacing w:after="0"/>
                      <w:rPr>
                        <w:rFonts w:ascii="Calibri" w:eastAsia="Calibri" w:hAnsi="Calibri" w:cs="Calibri"/>
                        <w:noProof/>
                        <w:color w:val="008000"/>
                        <w:sz w:val="22"/>
                      </w:rPr>
                    </w:pPr>
                    <w:r w:rsidRPr="004A6442">
                      <w:rPr>
                        <w:rFonts w:ascii="Calibri" w:eastAsia="Calibri" w:hAnsi="Calibri" w:cs="Calibri"/>
                        <w:noProof/>
                        <w:color w:val="008000"/>
                        <w:sz w:val="22"/>
                      </w:rPr>
                      <w:t>Interno_Internal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7258E" w14:textId="5E15D2C3" w:rsidR="004A6442" w:rsidRDefault="004A6442">
    <w:pPr>
      <w:pStyle w:val="Header"/>
    </w:pPr>
    <w:r>
      <w:rPr>
        <w:noProof/>
      </w:rPr>
      <mc:AlternateContent>
        <mc:Choice Requires="wps">
          <w:drawing>
            <wp:anchor distT="0" distB="0" distL="0" distR="0" simplePos="0" relativeHeight="251658240" behindDoc="0" locked="0" layoutInCell="1" allowOverlap="1" wp14:anchorId="06437183" wp14:editId="4BE2DA27">
              <wp:simplePos x="635" y="635"/>
              <wp:positionH relativeFrom="page">
                <wp:align>right</wp:align>
              </wp:positionH>
              <wp:positionV relativeFrom="page">
                <wp:align>top</wp:align>
              </wp:positionV>
              <wp:extent cx="1190625" cy="386715"/>
              <wp:effectExtent l="0" t="0" r="0" b="13335"/>
              <wp:wrapNone/>
              <wp:docPr id="1298784572" name="Text Box 1" descr="Interno_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0625" cy="386715"/>
                      </a:xfrm>
                      <a:prstGeom prst="rect">
                        <a:avLst/>
                      </a:prstGeom>
                      <a:noFill/>
                      <a:ln>
                        <a:noFill/>
                      </a:ln>
                    </wps:spPr>
                    <wps:txbx>
                      <w:txbxContent>
                        <w:p w14:paraId="362F135E" w14:textId="4706DB55" w:rsidR="004A6442" w:rsidRPr="004A6442" w:rsidRDefault="004A6442" w:rsidP="004A6442">
                          <w:pPr>
                            <w:spacing w:after="0"/>
                            <w:rPr>
                              <w:rFonts w:ascii="Calibri" w:eastAsia="Calibri" w:hAnsi="Calibri" w:cs="Calibri"/>
                              <w:noProof/>
                              <w:color w:val="008000"/>
                              <w:sz w:val="22"/>
                            </w:rPr>
                          </w:pPr>
                          <w:r w:rsidRPr="004A6442">
                            <w:rPr>
                              <w:rFonts w:ascii="Calibri" w:eastAsia="Calibri" w:hAnsi="Calibri" w:cs="Calibri"/>
                              <w:noProof/>
                              <w:color w:val="008000"/>
                              <w:sz w:val="22"/>
                            </w:rPr>
                            <w:t>Interno_Internal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6437183" id="_x0000_t202" coordsize="21600,21600" o:spt="202" path="m,l,21600r21600,l21600,xe">
              <v:stroke joinstyle="miter"/>
              <v:path gradientshapeok="t" o:connecttype="rect"/>
            </v:shapetype>
            <v:shape id="Text Box 1" o:spid="_x0000_s1027" type="#_x0000_t202" alt="Interno_Internal" style="position:absolute;margin-left:42.55pt;margin-top:0;width:93.75pt;height:30.4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" filled="f" stroked="f">
              <v:textbox style="mso-fit-shape-to-text:t" inset="0,15pt,20pt,0">
                <w:txbxContent>
                  <w:p w14:paraId="362F135E" w14:textId="4706DB55" w:rsidR="004A6442" w:rsidRPr="004A6442" w:rsidRDefault="004A6442" w:rsidP="004A6442">
                    <w:pPr>
                      <w:spacing w:after="0"/>
                      <w:rPr>
                        <w:rFonts w:ascii="Calibri" w:eastAsia="Calibri" w:hAnsi="Calibri" w:cs="Calibri"/>
                        <w:noProof/>
                        <w:color w:val="008000"/>
                        <w:sz w:val="22"/>
                      </w:rPr>
                    </w:pPr>
                    <w:r w:rsidRPr="004A6442">
                      <w:rPr>
                        <w:rFonts w:ascii="Calibri" w:eastAsia="Calibri" w:hAnsi="Calibri" w:cs="Calibri"/>
                        <w:noProof/>
                        <w:color w:val="008000"/>
                        <w:sz w:val="22"/>
                      </w:rPr>
                      <w:t>Interno_Internal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6F3284F"/>
    <w:multiLevelType w:val="hybridMultilevel"/>
    <w:tmpl w:val="DDB88818"/>
    <w:lvl w:ilvl="0" w:tplc="A3C0A4DA">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730CD4"/>
    <w:multiLevelType w:val="hybridMultilevel"/>
    <w:tmpl w:val="81D4130E"/>
    <w:lvl w:ilvl="0" w:tplc="4050A702">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4045772">
    <w:abstractNumId w:val="8"/>
  </w:num>
  <w:num w:numId="2" w16cid:durableId="312948757">
    <w:abstractNumId w:val="6"/>
  </w:num>
  <w:num w:numId="3" w16cid:durableId="977682997">
    <w:abstractNumId w:val="5"/>
  </w:num>
  <w:num w:numId="4" w16cid:durableId="136848366">
    <w:abstractNumId w:val="4"/>
  </w:num>
  <w:num w:numId="5" w16cid:durableId="666984869">
    <w:abstractNumId w:val="7"/>
  </w:num>
  <w:num w:numId="6" w16cid:durableId="114452157">
    <w:abstractNumId w:val="3"/>
  </w:num>
  <w:num w:numId="7" w16cid:durableId="76295660">
    <w:abstractNumId w:val="2"/>
  </w:num>
  <w:num w:numId="8" w16cid:durableId="747314995">
    <w:abstractNumId w:val="1"/>
  </w:num>
  <w:num w:numId="9" w16cid:durableId="932249692">
    <w:abstractNumId w:val="0"/>
  </w:num>
  <w:num w:numId="10" w16cid:durableId="209222822">
    <w:abstractNumId w:val="9"/>
  </w:num>
  <w:num w:numId="11" w16cid:durableId="359743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D9C"/>
    <w:rsid w:val="0002734E"/>
    <w:rsid w:val="00034616"/>
    <w:rsid w:val="0004221D"/>
    <w:rsid w:val="0006063C"/>
    <w:rsid w:val="000728A9"/>
    <w:rsid w:val="00090E64"/>
    <w:rsid w:val="00092345"/>
    <w:rsid w:val="000B4E75"/>
    <w:rsid w:val="000C25CE"/>
    <w:rsid w:val="000D258B"/>
    <w:rsid w:val="001102A9"/>
    <w:rsid w:val="001404CD"/>
    <w:rsid w:val="0015074B"/>
    <w:rsid w:val="00155ED6"/>
    <w:rsid w:val="0017708F"/>
    <w:rsid w:val="001832BB"/>
    <w:rsid w:val="001919A9"/>
    <w:rsid w:val="001B5612"/>
    <w:rsid w:val="001C0102"/>
    <w:rsid w:val="001D506C"/>
    <w:rsid w:val="001D5EB2"/>
    <w:rsid w:val="00221512"/>
    <w:rsid w:val="00247B25"/>
    <w:rsid w:val="00262825"/>
    <w:rsid w:val="00276CA4"/>
    <w:rsid w:val="002861FD"/>
    <w:rsid w:val="0029639D"/>
    <w:rsid w:val="002A44EF"/>
    <w:rsid w:val="002D3247"/>
    <w:rsid w:val="00326F90"/>
    <w:rsid w:val="00330EEF"/>
    <w:rsid w:val="0033188D"/>
    <w:rsid w:val="00340796"/>
    <w:rsid w:val="00343940"/>
    <w:rsid w:val="0038569D"/>
    <w:rsid w:val="003B1BBF"/>
    <w:rsid w:val="003E6C2E"/>
    <w:rsid w:val="003F6636"/>
    <w:rsid w:val="00413311"/>
    <w:rsid w:val="00431977"/>
    <w:rsid w:val="004347A0"/>
    <w:rsid w:val="00446000"/>
    <w:rsid w:val="00471C96"/>
    <w:rsid w:val="00474E02"/>
    <w:rsid w:val="00474EA7"/>
    <w:rsid w:val="00482B71"/>
    <w:rsid w:val="004A6442"/>
    <w:rsid w:val="004E5195"/>
    <w:rsid w:val="005065DA"/>
    <w:rsid w:val="005506FF"/>
    <w:rsid w:val="005576CF"/>
    <w:rsid w:val="00574D84"/>
    <w:rsid w:val="00586F7C"/>
    <w:rsid w:val="0060039A"/>
    <w:rsid w:val="006114F0"/>
    <w:rsid w:val="00611CE2"/>
    <w:rsid w:val="00631892"/>
    <w:rsid w:val="00672828"/>
    <w:rsid w:val="006761A0"/>
    <w:rsid w:val="00691643"/>
    <w:rsid w:val="00691C03"/>
    <w:rsid w:val="006965CA"/>
    <w:rsid w:val="006A6F23"/>
    <w:rsid w:val="006E2DBB"/>
    <w:rsid w:val="006F681E"/>
    <w:rsid w:val="00723E3A"/>
    <w:rsid w:val="0073196E"/>
    <w:rsid w:val="007503D7"/>
    <w:rsid w:val="007A4128"/>
    <w:rsid w:val="007A458F"/>
    <w:rsid w:val="007B65B7"/>
    <w:rsid w:val="007C4786"/>
    <w:rsid w:val="007E741D"/>
    <w:rsid w:val="00805236"/>
    <w:rsid w:val="0081190A"/>
    <w:rsid w:val="00824D7C"/>
    <w:rsid w:val="00854B6B"/>
    <w:rsid w:val="00861A2D"/>
    <w:rsid w:val="00864B3D"/>
    <w:rsid w:val="00886EFD"/>
    <w:rsid w:val="008940C4"/>
    <w:rsid w:val="008C138B"/>
    <w:rsid w:val="008C25BF"/>
    <w:rsid w:val="008F32F0"/>
    <w:rsid w:val="008F6B85"/>
    <w:rsid w:val="00900277"/>
    <w:rsid w:val="0097466D"/>
    <w:rsid w:val="0098776F"/>
    <w:rsid w:val="009F3493"/>
    <w:rsid w:val="009F442B"/>
    <w:rsid w:val="00A05DCA"/>
    <w:rsid w:val="00A05FAE"/>
    <w:rsid w:val="00A22BB7"/>
    <w:rsid w:val="00A31677"/>
    <w:rsid w:val="00A53378"/>
    <w:rsid w:val="00A5597F"/>
    <w:rsid w:val="00A607A1"/>
    <w:rsid w:val="00A7476A"/>
    <w:rsid w:val="00A76D42"/>
    <w:rsid w:val="00AA1D8D"/>
    <w:rsid w:val="00AA2C3E"/>
    <w:rsid w:val="00AB1E18"/>
    <w:rsid w:val="00B1128E"/>
    <w:rsid w:val="00B142B7"/>
    <w:rsid w:val="00B47730"/>
    <w:rsid w:val="00B52F10"/>
    <w:rsid w:val="00B733AA"/>
    <w:rsid w:val="00B90BB5"/>
    <w:rsid w:val="00BA4536"/>
    <w:rsid w:val="00BA5BDC"/>
    <w:rsid w:val="00BB622B"/>
    <w:rsid w:val="00BC4DD7"/>
    <w:rsid w:val="00BC531C"/>
    <w:rsid w:val="00BD086F"/>
    <w:rsid w:val="00BD5C79"/>
    <w:rsid w:val="00C06A12"/>
    <w:rsid w:val="00C63E71"/>
    <w:rsid w:val="00C747B1"/>
    <w:rsid w:val="00C767FB"/>
    <w:rsid w:val="00C8170D"/>
    <w:rsid w:val="00CB0664"/>
    <w:rsid w:val="00D0668A"/>
    <w:rsid w:val="00D14E42"/>
    <w:rsid w:val="00D30896"/>
    <w:rsid w:val="00D33625"/>
    <w:rsid w:val="00D40ED9"/>
    <w:rsid w:val="00D679CC"/>
    <w:rsid w:val="00D729E9"/>
    <w:rsid w:val="00D82B58"/>
    <w:rsid w:val="00D917B9"/>
    <w:rsid w:val="00DC3940"/>
    <w:rsid w:val="00DC6BC0"/>
    <w:rsid w:val="00DF31AD"/>
    <w:rsid w:val="00DF7B30"/>
    <w:rsid w:val="00E027BF"/>
    <w:rsid w:val="00E20995"/>
    <w:rsid w:val="00E21AC6"/>
    <w:rsid w:val="00E30709"/>
    <w:rsid w:val="00E4015C"/>
    <w:rsid w:val="00E64A7B"/>
    <w:rsid w:val="00E91F8D"/>
    <w:rsid w:val="00EA05A6"/>
    <w:rsid w:val="00EA2AD1"/>
    <w:rsid w:val="00EC685B"/>
    <w:rsid w:val="00EC71BA"/>
    <w:rsid w:val="00ED2CE9"/>
    <w:rsid w:val="00F22E7C"/>
    <w:rsid w:val="00F236EE"/>
    <w:rsid w:val="00F30B80"/>
    <w:rsid w:val="00F32BE4"/>
    <w:rsid w:val="00F619BF"/>
    <w:rsid w:val="00F744A8"/>
    <w:rsid w:val="00F91DD4"/>
    <w:rsid w:val="00F96589"/>
    <w:rsid w:val="00FC427D"/>
    <w:rsid w:val="00FC693F"/>
    <w:rsid w:val="00FD5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93CD8D"/>
  <w14:defaultImageDpi w14:val="300"/>
  <w15:docId w15:val="{4C53E329-9554-4501-BF73-C9D074C08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rPr>
      <w:rFonts w:ascii="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31892"/>
    <w:rPr>
      <w:color w:val="0000FF" w:themeColor="hyperlink"/>
      <w:u w:val="single"/>
    </w:rPr>
  </w:style>
  <w:style w:type="character" w:styleId="UnresolvedMention">
    <w:name w:val="Unresolved Mention"/>
    <w:basedOn w:val="DefaultParagraphFont"/>
    <w:uiPriority w:val="99"/>
    <w:semiHidden/>
    <w:unhideWhenUsed/>
    <w:rsid w:val="00631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4</Pages>
  <Words>1257</Words>
  <Characters>7121</Characters>
  <Application>Microsoft Office Word</Application>
  <DocSecurity>0</DocSecurity>
  <Lines>296</Lines>
  <Paragraphs>152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Ivana Zimonjić</cp:lastModifiedBy>
  <cp:revision>153</cp:revision>
  <dcterms:created xsi:type="dcterms:W3CDTF">2024-10-24T07:48:00Z</dcterms:created>
  <dcterms:modified xsi:type="dcterms:W3CDTF">2024-10-25T06:37:00Z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de89dd6034d558945c40ec960da892468dc896903ff6e08ae8642a99b6fec981</vt:lpwstr>
  </property>
  <property fmtid="{D5CDD505-2E9C-101B-9397-08002B2CF9AE}" pid="3" name="ClassificationContentMarkingHeaderShapeIds">
    <vt:lpwstr>4d69e13c,7148cc20,1a6f2fc9</vt:lpwstr>
  </property>
  <property fmtid="{D5CDD505-2E9C-101B-9397-08002B2CF9AE}" pid="4" name="ClassificationContentMarkingHeaderFontProps">
    <vt:lpwstr>#008000,11,Calibri</vt:lpwstr>
  </property>
  <property fmtid="{D5CDD505-2E9C-101B-9397-08002B2CF9AE}" pid="5" name="ClassificationContentMarkingHeaderText">
    <vt:lpwstr>Interno_Internal</vt:lpwstr>
  </property>
  <property fmtid="{D5CDD505-2E9C-101B-9397-08002B2CF9AE}" pid="6" name="MSIP_Label_80e91ba7-203e-4ac0-a045-4c37ad0b383b_Enabled">
    <vt:lpwstr>true</vt:lpwstr>
  </property>
  <property fmtid="{D5CDD505-2E9C-101B-9397-08002B2CF9AE}" pid="7" name="MSIP_Label_80e91ba7-203e-4ac0-a045-4c37ad0b383b_SetDate">
    <vt:lpwstr>2024-10-24T07:48:58Z</vt:lpwstr>
  </property>
  <property fmtid="{D5CDD505-2E9C-101B-9397-08002B2CF9AE}" pid="8" name="MSIP_Label_80e91ba7-203e-4ac0-a045-4c37ad0b383b_Method">
    <vt:lpwstr>Standard</vt:lpwstr>
  </property>
  <property fmtid="{D5CDD505-2E9C-101B-9397-08002B2CF9AE}" pid="9" name="MSIP_Label_80e91ba7-203e-4ac0-a045-4c37ad0b383b_Name">
    <vt:lpwstr>Interno_Internal</vt:lpwstr>
  </property>
  <property fmtid="{D5CDD505-2E9C-101B-9397-08002B2CF9AE}" pid="10" name="MSIP_Label_80e91ba7-203e-4ac0-a045-4c37ad0b383b_SiteId">
    <vt:lpwstr>61d5927c-a4d9-4b92-8821-c13225cc56bc</vt:lpwstr>
  </property>
  <property fmtid="{D5CDD505-2E9C-101B-9397-08002B2CF9AE}" pid="11" name="MSIP_Label_80e91ba7-203e-4ac0-a045-4c37ad0b383b_ActionId">
    <vt:lpwstr>9c99cd18-b81a-402e-aa8b-09a595472495</vt:lpwstr>
  </property>
  <property fmtid="{D5CDD505-2E9C-101B-9397-08002B2CF9AE}" pid="12" name="MSIP_Label_80e91ba7-203e-4ac0-a045-4c37ad0b383b_ContentBits">
    <vt:lpwstr>1</vt:lpwstr>
  </property>
</Properties>
</file>