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571E2" w14:textId="34219BCE" w:rsidR="003C56EA" w:rsidRPr="003C56EA" w:rsidRDefault="003C56EA">
      <w:pPr>
        <w:rPr>
          <w:rFonts w:ascii="Arial" w:hAnsi="Arial" w:cs="Arial"/>
        </w:rPr>
      </w:pPr>
      <w:r w:rsidRPr="003C56EA">
        <w:rPr>
          <w:rFonts w:ascii="Arial" w:hAnsi="Arial" w:cs="Arial"/>
        </w:rPr>
        <w:t>Supplementary Table 1. List of all compounds tested for quantitative validation</w:t>
      </w:r>
      <w:r>
        <w:rPr>
          <w:rFonts w:ascii="Arial" w:hAnsi="Arial" w:cs="Arial"/>
        </w:rPr>
        <w:t>.</w:t>
      </w:r>
    </w:p>
    <w:tbl>
      <w:tblPr>
        <w:tblStyle w:val="61"/>
        <w:tblW w:w="2224" w:type="dxa"/>
        <w:tblLook w:val="04A0" w:firstRow="1" w:lastRow="0" w:firstColumn="1" w:lastColumn="0" w:noHBand="0" w:noVBand="1"/>
      </w:tblPr>
      <w:tblGrid>
        <w:gridCol w:w="2224"/>
      </w:tblGrid>
      <w:tr w:rsidR="001C2348" w:rsidRPr="009B2241" w14:paraId="70299858" w14:textId="77777777" w:rsidTr="001C23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  <w:vAlign w:val="center"/>
          </w:tcPr>
          <w:p w14:paraId="1D661468" w14:textId="77777777" w:rsidR="001C2348" w:rsidRPr="009B2241" w:rsidRDefault="001C2348" w:rsidP="0042373A">
            <w:pPr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Compound</w:t>
            </w:r>
          </w:p>
        </w:tc>
      </w:tr>
      <w:tr w:rsidR="001C2348" w:rsidRPr="00952529" w14:paraId="02B16784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6C65B8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Formic acid</w:t>
            </w:r>
          </w:p>
        </w:tc>
      </w:tr>
      <w:tr w:rsidR="001C2348" w:rsidRPr="00952529" w14:paraId="3852B232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ADCEBE5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Acetic acid</w:t>
            </w:r>
          </w:p>
        </w:tc>
      </w:tr>
      <w:tr w:rsidR="001C2348" w:rsidRPr="00952529" w14:paraId="096302D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78AF84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Propionic acid</w:t>
            </w:r>
          </w:p>
        </w:tc>
      </w:tr>
      <w:tr w:rsidR="001C2348" w:rsidRPr="00952529" w14:paraId="2B875343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67116E0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Isobutyric</w:t>
            </w:r>
            <w:proofErr w:type="spellEnd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</w:tr>
      <w:tr w:rsidR="001C2348" w:rsidRPr="00952529" w14:paraId="58459218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191FA8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Butyric acid</w:t>
            </w:r>
          </w:p>
        </w:tc>
      </w:tr>
      <w:tr w:rsidR="001C2348" w:rsidRPr="00952529" w14:paraId="797FE1F2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0027645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Isovaleric acid</w:t>
            </w:r>
          </w:p>
        </w:tc>
      </w:tr>
      <w:tr w:rsidR="001C2348" w:rsidRPr="00952529" w14:paraId="7871686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A0BF98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Valeric acid</w:t>
            </w:r>
          </w:p>
        </w:tc>
      </w:tr>
      <w:tr w:rsidR="001C2348" w:rsidRPr="00952529" w14:paraId="22832897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1BFB4A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Deoxycholic Acid</w:t>
            </w:r>
          </w:p>
        </w:tc>
      </w:tr>
      <w:tr w:rsidR="001C2348" w:rsidRPr="00952529" w14:paraId="7EF16C1F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CB8F73C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Hyodeoxycholic</w:t>
            </w:r>
            <w:proofErr w:type="spellEnd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</w:tr>
      <w:tr w:rsidR="001C2348" w:rsidRPr="00952529" w14:paraId="07FF6A0F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ECDCB5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beta-MCA</w:t>
            </w:r>
          </w:p>
        </w:tc>
      </w:tr>
      <w:tr w:rsidR="001C2348" w:rsidRPr="00952529" w14:paraId="147C2F1C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C94688F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omega-MCA</w:t>
            </w:r>
          </w:p>
        </w:tc>
      </w:tr>
      <w:tr w:rsidR="001C2348" w:rsidRPr="00952529" w14:paraId="4B96DAA5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B281411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Cholic acid</w:t>
            </w:r>
          </w:p>
        </w:tc>
      </w:tr>
      <w:tr w:rsidR="001C2348" w:rsidRPr="00952529" w14:paraId="6823710D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54EB931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Chenodeoxycholic acid </w:t>
            </w:r>
          </w:p>
        </w:tc>
      </w:tr>
      <w:tr w:rsidR="001C2348" w:rsidRPr="00952529" w14:paraId="64FEB671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2B50146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Lithocholic acid</w:t>
            </w:r>
          </w:p>
        </w:tc>
      </w:tr>
      <w:tr w:rsidR="001C2348" w:rsidRPr="00952529" w14:paraId="035C06E2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AA9E8FE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HCA</w:t>
            </w:r>
          </w:p>
        </w:tc>
      </w:tr>
      <w:tr w:rsidR="001C2348" w:rsidRPr="00952529" w14:paraId="7225A3B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C80BED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alpha-MCA</w:t>
            </w:r>
          </w:p>
        </w:tc>
      </w:tr>
      <w:tr w:rsidR="001C2348" w:rsidRPr="00952529" w14:paraId="105D778B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907192C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Ursodeoxycholic</w:t>
            </w:r>
            <w:proofErr w:type="spellEnd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</w:tr>
      <w:tr w:rsidR="001C2348" w:rsidRPr="00952529" w14:paraId="121DCDD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CBFB8B4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Alanine</w:t>
            </w:r>
          </w:p>
        </w:tc>
      </w:tr>
      <w:tr w:rsidR="001C2348" w:rsidRPr="00952529" w14:paraId="61A5868E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C6ECC6F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Proline</w:t>
            </w:r>
          </w:p>
        </w:tc>
      </w:tr>
      <w:tr w:rsidR="001C2348" w:rsidRPr="00952529" w14:paraId="60E2D38B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627D35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Valine</w:t>
            </w:r>
          </w:p>
        </w:tc>
      </w:tr>
      <w:tr w:rsidR="001C2348" w:rsidRPr="00952529" w14:paraId="6D58BB45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8DA64C4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Leucine</w:t>
            </w:r>
          </w:p>
        </w:tc>
      </w:tr>
      <w:tr w:rsidR="001C2348" w:rsidRPr="00952529" w14:paraId="4A66A020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01540E1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Isoleucine</w:t>
            </w:r>
          </w:p>
        </w:tc>
      </w:tr>
      <w:tr w:rsidR="001C2348" w:rsidRPr="00952529" w14:paraId="1D2C6BE1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E19C1CB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Glycine</w:t>
            </w:r>
          </w:p>
        </w:tc>
      </w:tr>
      <w:tr w:rsidR="001C2348" w:rsidRPr="00952529" w14:paraId="687BFD16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4C335621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4-Aminobutyric acid</w:t>
            </w:r>
          </w:p>
        </w:tc>
      </w:tr>
      <w:tr w:rsidR="001C2348" w:rsidRPr="00952529" w14:paraId="30E376E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7A931AB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Methionine</w:t>
            </w:r>
          </w:p>
        </w:tc>
      </w:tr>
      <w:tr w:rsidR="001C2348" w:rsidRPr="00952529" w14:paraId="73407BE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155CA59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Serine</w:t>
            </w:r>
          </w:p>
        </w:tc>
      </w:tr>
      <w:tr w:rsidR="001C2348" w:rsidRPr="00952529" w14:paraId="7A94F3F7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BDEBA12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Threonine</w:t>
            </w:r>
          </w:p>
        </w:tc>
      </w:tr>
      <w:tr w:rsidR="001C2348" w:rsidRPr="00952529" w14:paraId="6C07E5EB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F604A1C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Phenylalanine</w:t>
            </w:r>
          </w:p>
        </w:tc>
      </w:tr>
      <w:tr w:rsidR="001C2348" w:rsidRPr="00952529" w14:paraId="204EF80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60C48BC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Tyrosine</w:t>
            </w:r>
          </w:p>
        </w:tc>
      </w:tr>
      <w:tr w:rsidR="001C2348" w:rsidRPr="00952529" w14:paraId="4195F84C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08E63C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4-Hydroxyproline</w:t>
            </w:r>
          </w:p>
        </w:tc>
      </w:tr>
      <w:tr w:rsidR="001C2348" w:rsidRPr="00952529" w14:paraId="48C9A5DB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16347E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Lysine</w:t>
            </w:r>
          </w:p>
        </w:tc>
      </w:tr>
      <w:tr w:rsidR="001C2348" w:rsidRPr="00952529" w14:paraId="64B40A25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AECACF4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Ornithine</w:t>
            </w:r>
          </w:p>
        </w:tc>
      </w:tr>
      <w:tr w:rsidR="001C2348" w:rsidRPr="00952529" w14:paraId="1FF21647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9F610DE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Glutamic acid</w:t>
            </w:r>
          </w:p>
        </w:tc>
      </w:tr>
      <w:tr w:rsidR="001C2348" w:rsidRPr="00952529" w14:paraId="242BB9F6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54D5E69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Arabinose</w:t>
            </w:r>
          </w:p>
        </w:tc>
      </w:tr>
      <w:tr w:rsidR="001C2348" w:rsidRPr="00952529" w14:paraId="118B06B0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C89E7B6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Ribose</w:t>
            </w:r>
          </w:p>
        </w:tc>
      </w:tr>
      <w:tr w:rsidR="001C2348" w:rsidRPr="00952529" w14:paraId="2B347479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D8C520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Sucrose</w:t>
            </w:r>
          </w:p>
        </w:tc>
      </w:tr>
      <w:tr w:rsidR="001C2348" w:rsidRPr="00952529" w14:paraId="3B90DFAF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664FED5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Lactose</w:t>
            </w:r>
          </w:p>
        </w:tc>
      </w:tr>
      <w:tr w:rsidR="001C2348" w:rsidRPr="00952529" w14:paraId="60F8615E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FE22027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Raffinose</w:t>
            </w:r>
          </w:p>
        </w:tc>
      </w:tr>
      <w:tr w:rsidR="001C2348" w:rsidRPr="00952529" w14:paraId="55393607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3BC2DE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Maltose</w:t>
            </w:r>
          </w:p>
        </w:tc>
      </w:tr>
      <w:tr w:rsidR="001C2348" w:rsidRPr="00952529" w14:paraId="741A86F9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EDA9F36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Trehalose</w:t>
            </w:r>
          </w:p>
        </w:tc>
      </w:tr>
      <w:tr w:rsidR="001C2348" w:rsidRPr="00952529" w14:paraId="295C8A2E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8B8ECA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Fructose</w:t>
            </w:r>
          </w:p>
        </w:tc>
      </w:tr>
      <w:tr w:rsidR="001C2348" w:rsidRPr="00952529" w14:paraId="20C47621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E2DDEA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L-sorbose</w:t>
            </w:r>
          </w:p>
        </w:tc>
      </w:tr>
      <w:tr w:rsidR="001C2348" w:rsidRPr="00952529" w14:paraId="6243F148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BF49D51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Glucose</w:t>
            </w:r>
          </w:p>
        </w:tc>
      </w:tr>
      <w:tr w:rsidR="001C2348" w:rsidRPr="00952529" w14:paraId="1995DAE2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38C5496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Mannose</w:t>
            </w:r>
          </w:p>
        </w:tc>
      </w:tr>
      <w:tr w:rsidR="001C2348" w:rsidRPr="00952529" w14:paraId="42F738E5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4FAC228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Galactose</w:t>
            </w:r>
          </w:p>
        </w:tc>
      </w:tr>
      <w:tr w:rsidR="001C2348" w:rsidRPr="00952529" w14:paraId="5C30B9A3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14E8428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Talose</w:t>
            </w:r>
            <w:proofErr w:type="spellEnd"/>
          </w:p>
        </w:tc>
      </w:tr>
      <w:tr w:rsidR="001C2348" w:rsidRPr="00952529" w14:paraId="6424BDCC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44E8A84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Xylose</w:t>
            </w:r>
          </w:p>
        </w:tc>
      </w:tr>
      <w:tr w:rsidR="001C2348" w:rsidRPr="00952529" w14:paraId="30B30F02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0921EC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L-Lactic acid</w:t>
            </w:r>
          </w:p>
        </w:tc>
      </w:tr>
      <w:tr w:rsidR="001C2348" w:rsidRPr="00952529" w14:paraId="01BE66C9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053966B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Malic acid</w:t>
            </w:r>
          </w:p>
        </w:tc>
      </w:tr>
      <w:tr w:rsidR="001C2348" w:rsidRPr="00952529" w14:paraId="5BC65AEB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079CD51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Pyruvic acid</w:t>
            </w:r>
          </w:p>
        </w:tc>
      </w:tr>
      <w:tr w:rsidR="001C2348" w:rsidRPr="00952529" w14:paraId="43C0E100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39AC69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Hippuric acid</w:t>
            </w:r>
          </w:p>
        </w:tc>
      </w:tr>
      <w:tr w:rsidR="001C2348" w:rsidRPr="00952529" w14:paraId="4DAA12A4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984908B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Fumaric acid</w:t>
            </w:r>
          </w:p>
        </w:tc>
      </w:tr>
      <w:tr w:rsidR="001C2348" w:rsidRPr="00952529" w14:paraId="7DC6D4C3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099F7DF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Succinic acid</w:t>
            </w:r>
          </w:p>
        </w:tc>
      </w:tr>
      <w:tr w:rsidR="001C2348" w:rsidRPr="00952529" w14:paraId="777589F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4FDD4A3B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trans-aconitic acid</w:t>
            </w:r>
          </w:p>
        </w:tc>
      </w:tr>
      <w:tr w:rsidR="001C2348" w:rsidRPr="00952529" w14:paraId="43FE9265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33B4623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alpha-ketoglutaric acid</w:t>
            </w:r>
          </w:p>
        </w:tc>
      </w:tr>
      <w:tr w:rsidR="001C2348" w:rsidRPr="00952529" w14:paraId="5B6D42F6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842F2E7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Citric acid</w:t>
            </w:r>
          </w:p>
        </w:tc>
      </w:tr>
      <w:tr w:rsidR="001C2348" w:rsidRPr="00952529" w14:paraId="0E948723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9AEB64E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Tartraric</w:t>
            </w:r>
            <w:proofErr w:type="spellEnd"/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</w:tr>
      <w:tr w:rsidR="001C2348" w:rsidRPr="00952529" w14:paraId="6BFC676C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310F10D" w14:textId="77777777" w:rsidR="001C2348" w:rsidRPr="005D607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D607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Cytosine</w:t>
            </w:r>
          </w:p>
        </w:tc>
      </w:tr>
    </w:tbl>
    <w:p w14:paraId="4068B4C9" w14:textId="77777777" w:rsidR="001C2348" w:rsidRDefault="001C2348">
      <w:pPr>
        <w:rPr>
          <w:b/>
          <w:bCs/>
        </w:rPr>
      </w:pPr>
      <w:r>
        <w:rPr>
          <w:b/>
          <w:bCs/>
        </w:rPr>
        <w:br w:type="page"/>
      </w:r>
    </w:p>
    <w:p w14:paraId="2D7D113F" w14:textId="2001F902" w:rsidR="003C56EA" w:rsidRPr="003C56EA" w:rsidRDefault="003C56EA">
      <w:pPr>
        <w:rPr>
          <w:rFonts w:ascii="Arial" w:hAnsi="Arial" w:cs="Arial"/>
        </w:rPr>
      </w:pPr>
      <w:r w:rsidRPr="003C56EA">
        <w:rPr>
          <w:rFonts w:ascii="Arial" w:hAnsi="Arial" w:cs="Arial"/>
        </w:rPr>
        <w:lastRenderedPageBreak/>
        <w:t>Supplementary Table 2. Analytical performance metrics for SCFA quantitative assays.</w:t>
      </w:r>
    </w:p>
    <w:tbl>
      <w:tblPr>
        <w:tblStyle w:val="11"/>
        <w:tblW w:w="8478" w:type="dxa"/>
        <w:tblLook w:val="04A0" w:firstRow="1" w:lastRow="0" w:firstColumn="1" w:lastColumn="0" w:noHBand="0" w:noVBand="1"/>
      </w:tblPr>
      <w:tblGrid>
        <w:gridCol w:w="1278"/>
        <w:gridCol w:w="630"/>
        <w:gridCol w:w="990"/>
        <w:gridCol w:w="1260"/>
        <w:gridCol w:w="1260"/>
        <w:gridCol w:w="1260"/>
        <w:gridCol w:w="1800"/>
      </w:tblGrid>
      <w:tr w:rsidR="001C2348" w:rsidRPr="008B6F23" w14:paraId="3EACCB5F" w14:textId="77777777" w:rsidTr="004237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vAlign w:val="center"/>
          </w:tcPr>
          <w:p w14:paraId="354F193A" w14:textId="24982545" w:rsidR="001C2348" w:rsidRPr="008B6F23" w:rsidRDefault="001C2348" w:rsidP="0042373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Compound</w:t>
            </w:r>
          </w:p>
        </w:tc>
        <w:tc>
          <w:tcPr>
            <w:tcW w:w="630" w:type="dxa"/>
            <w:vAlign w:val="center"/>
          </w:tcPr>
          <w:p w14:paraId="36878B3B" w14:textId="77777777" w:rsidR="001C2348" w:rsidRPr="008B6F23" w:rsidRDefault="001C2348" w:rsidP="004237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R²</w:t>
            </w:r>
          </w:p>
        </w:tc>
        <w:tc>
          <w:tcPr>
            <w:tcW w:w="990" w:type="dxa"/>
            <w:vAlign w:val="center"/>
          </w:tcPr>
          <w:p w14:paraId="08F52304" w14:textId="77777777" w:rsidR="001C2348" w:rsidRPr="008B6F23" w:rsidRDefault="001C2348" w:rsidP="004237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LOD (</w:t>
            </w:r>
            <w:proofErr w:type="spellStart"/>
            <w:r w:rsidRPr="008B6F23">
              <w:rPr>
                <w:rFonts w:ascii="Arial" w:hAnsi="Arial" w:cs="Arial"/>
                <w:sz w:val="16"/>
                <w:szCs w:val="16"/>
              </w:rPr>
              <w:t>μM</w:t>
            </w:r>
            <w:proofErr w:type="spellEnd"/>
            <w:r w:rsidRPr="008B6F23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260" w:type="dxa"/>
            <w:vAlign w:val="center"/>
          </w:tcPr>
          <w:p w14:paraId="3F4CF5FE" w14:textId="77777777" w:rsidR="001C2348" w:rsidRPr="008B6F23" w:rsidRDefault="001C2348" w:rsidP="004237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Intra-</w:t>
            </w:r>
            <w:r w:rsidRPr="008B6F23">
              <w:rPr>
                <w:rFonts w:ascii="Arial" w:hAnsi="Arial" w:cs="Arial"/>
                <w:sz w:val="16"/>
                <w:szCs w:val="16"/>
                <w:lang w:eastAsia="ja-JP"/>
              </w:rPr>
              <w:t>day (</w:t>
            </w:r>
            <w:r w:rsidRPr="008B6F23">
              <w:rPr>
                <w:rFonts w:ascii="Arial" w:hAnsi="Arial" w:cs="Arial"/>
                <w:sz w:val="16"/>
                <w:szCs w:val="16"/>
              </w:rPr>
              <w:t>%)</w:t>
            </w:r>
          </w:p>
        </w:tc>
        <w:tc>
          <w:tcPr>
            <w:tcW w:w="1260" w:type="dxa"/>
            <w:vAlign w:val="center"/>
          </w:tcPr>
          <w:p w14:paraId="0685EB31" w14:textId="77777777" w:rsidR="001C2348" w:rsidRPr="008B6F23" w:rsidRDefault="001C2348" w:rsidP="004237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Inter-day (%)</w:t>
            </w:r>
          </w:p>
        </w:tc>
        <w:tc>
          <w:tcPr>
            <w:tcW w:w="1260" w:type="dxa"/>
            <w:vAlign w:val="center"/>
          </w:tcPr>
          <w:p w14:paraId="5A9C6914" w14:textId="77777777" w:rsidR="001C2348" w:rsidRPr="008B6F23" w:rsidRDefault="001C2348" w:rsidP="004237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Recovery (%)</w:t>
            </w:r>
          </w:p>
        </w:tc>
        <w:tc>
          <w:tcPr>
            <w:tcW w:w="1800" w:type="dxa"/>
            <w:vAlign w:val="center"/>
          </w:tcPr>
          <w:p w14:paraId="3D77F989" w14:textId="77777777" w:rsidR="001C2348" w:rsidRPr="008B6F23" w:rsidRDefault="001C2348" w:rsidP="004237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Linearity range (</w:t>
            </w:r>
            <w:proofErr w:type="spellStart"/>
            <w:r w:rsidRPr="008B6F23">
              <w:rPr>
                <w:rFonts w:ascii="Arial" w:hAnsi="Arial" w:cs="Arial"/>
                <w:sz w:val="16"/>
                <w:szCs w:val="16"/>
              </w:rPr>
              <w:t>μM</w:t>
            </w:r>
            <w:proofErr w:type="spellEnd"/>
            <w:r w:rsidRPr="008B6F23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1C2348" w:rsidRPr="008B6F23" w14:paraId="679EB6DB" w14:textId="77777777" w:rsidTr="00423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0602C3BF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Formic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331C2DC3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0.998</w:t>
            </w:r>
          </w:p>
        </w:tc>
        <w:tc>
          <w:tcPr>
            <w:tcW w:w="990" w:type="dxa"/>
            <w:shd w:val="clear" w:color="auto" w:fill="FFFFFF" w:themeFill="background1"/>
          </w:tcPr>
          <w:p w14:paraId="5B144E3B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1260" w:type="dxa"/>
            <w:shd w:val="clear" w:color="auto" w:fill="FFFFFF" w:themeFill="background1"/>
          </w:tcPr>
          <w:p w14:paraId="350A16B5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10.0</w:t>
            </w:r>
          </w:p>
        </w:tc>
        <w:tc>
          <w:tcPr>
            <w:tcW w:w="1260" w:type="dxa"/>
            <w:shd w:val="clear" w:color="auto" w:fill="FFFFFF" w:themeFill="background1"/>
          </w:tcPr>
          <w:p w14:paraId="5F15FF75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7.1</w:t>
            </w:r>
          </w:p>
        </w:tc>
        <w:tc>
          <w:tcPr>
            <w:tcW w:w="1260" w:type="dxa"/>
            <w:shd w:val="clear" w:color="auto" w:fill="FFFFFF" w:themeFill="background1"/>
          </w:tcPr>
          <w:p w14:paraId="69F6264F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82.</w:t>
            </w:r>
            <w:r w:rsidRPr="008B6F23">
              <w:rPr>
                <w:rFonts w:ascii="Arial" w:hAnsi="Arial" w:cs="Arial"/>
                <w:sz w:val="16"/>
                <w:szCs w:val="16"/>
                <w:lang w:eastAsia="ja-JP"/>
              </w:rPr>
              <w:t>3</w:t>
            </w:r>
          </w:p>
        </w:tc>
        <w:tc>
          <w:tcPr>
            <w:tcW w:w="1800" w:type="dxa"/>
            <w:shd w:val="clear" w:color="auto" w:fill="FFFFFF" w:themeFill="background1"/>
          </w:tcPr>
          <w:p w14:paraId="232899BD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1C2348" w:rsidRPr="008B6F23" w14:paraId="4E1EFEA2" w14:textId="77777777" w:rsidTr="004237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4ED9EF89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Acetic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19C73DE7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0.999</w:t>
            </w:r>
          </w:p>
        </w:tc>
        <w:tc>
          <w:tcPr>
            <w:tcW w:w="990" w:type="dxa"/>
            <w:shd w:val="clear" w:color="auto" w:fill="FFFFFF" w:themeFill="background1"/>
          </w:tcPr>
          <w:p w14:paraId="0B9E8650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1.48</w:t>
            </w:r>
          </w:p>
        </w:tc>
        <w:tc>
          <w:tcPr>
            <w:tcW w:w="1260" w:type="dxa"/>
            <w:shd w:val="clear" w:color="auto" w:fill="FFFFFF" w:themeFill="background1"/>
          </w:tcPr>
          <w:p w14:paraId="5B9351CD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3.93</w:t>
            </w:r>
          </w:p>
        </w:tc>
        <w:tc>
          <w:tcPr>
            <w:tcW w:w="1260" w:type="dxa"/>
            <w:shd w:val="clear" w:color="auto" w:fill="FFFFFF" w:themeFill="background1"/>
          </w:tcPr>
          <w:p w14:paraId="3DB5FBCA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3.73</w:t>
            </w:r>
          </w:p>
        </w:tc>
        <w:tc>
          <w:tcPr>
            <w:tcW w:w="1260" w:type="dxa"/>
            <w:shd w:val="clear" w:color="auto" w:fill="FFFFFF" w:themeFill="background1"/>
          </w:tcPr>
          <w:p w14:paraId="098957D1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98.1</w:t>
            </w:r>
          </w:p>
        </w:tc>
        <w:tc>
          <w:tcPr>
            <w:tcW w:w="1800" w:type="dxa"/>
            <w:shd w:val="clear" w:color="auto" w:fill="FFFFFF" w:themeFill="background1"/>
          </w:tcPr>
          <w:p w14:paraId="74FAA1D2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250-10000</w:t>
            </w:r>
          </w:p>
        </w:tc>
      </w:tr>
      <w:tr w:rsidR="001C2348" w:rsidRPr="008B6F23" w14:paraId="30C8A8ED" w14:textId="77777777" w:rsidTr="00423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161B64BF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Propionic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33F4A956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eastAsia="ja-JP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</w:t>
            </w:r>
            <w:r w:rsidRPr="008B6F23">
              <w:rPr>
                <w:rFonts w:ascii="Arial" w:hAnsi="Arial" w:cs="Arial"/>
                <w:sz w:val="16"/>
                <w:szCs w:val="16"/>
                <w:lang w:eastAsia="ja-JP"/>
              </w:rPr>
              <w:t>8</w:t>
            </w:r>
          </w:p>
        </w:tc>
        <w:tc>
          <w:tcPr>
            <w:tcW w:w="990" w:type="dxa"/>
            <w:shd w:val="clear" w:color="auto" w:fill="FFFFFF" w:themeFill="background1"/>
          </w:tcPr>
          <w:p w14:paraId="4C1119B0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  <w:tc>
          <w:tcPr>
            <w:tcW w:w="1260" w:type="dxa"/>
            <w:shd w:val="clear" w:color="auto" w:fill="FFFFFF" w:themeFill="background1"/>
          </w:tcPr>
          <w:p w14:paraId="47135FC9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1260" w:type="dxa"/>
            <w:shd w:val="clear" w:color="auto" w:fill="FFFFFF" w:themeFill="background1"/>
          </w:tcPr>
          <w:p w14:paraId="4D4E7C9B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1.45</w:t>
            </w:r>
          </w:p>
        </w:tc>
        <w:tc>
          <w:tcPr>
            <w:tcW w:w="1260" w:type="dxa"/>
            <w:shd w:val="clear" w:color="auto" w:fill="FFFFFF" w:themeFill="background1"/>
          </w:tcPr>
          <w:p w14:paraId="570F374D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96.9</w:t>
            </w:r>
          </w:p>
        </w:tc>
        <w:tc>
          <w:tcPr>
            <w:tcW w:w="1800" w:type="dxa"/>
            <w:shd w:val="clear" w:color="auto" w:fill="FFFFFF" w:themeFill="background1"/>
          </w:tcPr>
          <w:p w14:paraId="7DC95B83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250-5000</w:t>
            </w:r>
          </w:p>
        </w:tc>
      </w:tr>
      <w:tr w:rsidR="001C2348" w:rsidRPr="008B6F23" w14:paraId="0C42BB52" w14:textId="77777777" w:rsidTr="004237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1D055B00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Isobutyric</w:t>
            </w:r>
            <w:proofErr w:type="spellEnd"/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7180CCBD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0.998</w:t>
            </w:r>
          </w:p>
        </w:tc>
        <w:tc>
          <w:tcPr>
            <w:tcW w:w="990" w:type="dxa"/>
            <w:shd w:val="clear" w:color="auto" w:fill="FFFFFF" w:themeFill="background1"/>
          </w:tcPr>
          <w:p w14:paraId="753B6246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0.73</w:t>
            </w:r>
          </w:p>
        </w:tc>
        <w:tc>
          <w:tcPr>
            <w:tcW w:w="1260" w:type="dxa"/>
            <w:shd w:val="clear" w:color="auto" w:fill="FFFFFF" w:themeFill="background1"/>
          </w:tcPr>
          <w:p w14:paraId="0235FBC3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3.63</w:t>
            </w:r>
          </w:p>
        </w:tc>
        <w:tc>
          <w:tcPr>
            <w:tcW w:w="1260" w:type="dxa"/>
            <w:shd w:val="clear" w:color="auto" w:fill="FFFFFF" w:themeFill="background1"/>
          </w:tcPr>
          <w:p w14:paraId="6C0823B5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3.04</w:t>
            </w:r>
          </w:p>
        </w:tc>
        <w:tc>
          <w:tcPr>
            <w:tcW w:w="1260" w:type="dxa"/>
            <w:shd w:val="clear" w:color="auto" w:fill="FFFFFF" w:themeFill="background1"/>
          </w:tcPr>
          <w:p w14:paraId="0F4EB59E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110.1</w:t>
            </w:r>
          </w:p>
        </w:tc>
        <w:tc>
          <w:tcPr>
            <w:tcW w:w="1800" w:type="dxa"/>
            <w:shd w:val="clear" w:color="auto" w:fill="FFFFFF" w:themeFill="background1"/>
          </w:tcPr>
          <w:p w14:paraId="599A3727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1C2348" w:rsidRPr="008B6F23" w14:paraId="76F4B610" w14:textId="77777777" w:rsidTr="00423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7718FEB2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Butyric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14EFDE90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0.995</w:t>
            </w:r>
          </w:p>
        </w:tc>
        <w:tc>
          <w:tcPr>
            <w:tcW w:w="990" w:type="dxa"/>
            <w:shd w:val="clear" w:color="auto" w:fill="FFFFFF" w:themeFill="background1"/>
          </w:tcPr>
          <w:p w14:paraId="513A035E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1.17</w:t>
            </w:r>
          </w:p>
        </w:tc>
        <w:tc>
          <w:tcPr>
            <w:tcW w:w="1260" w:type="dxa"/>
            <w:shd w:val="clear" w:color="auto" w:fill="FFFFFF" w:themeFill="background1"/>
          </w:tcPr>
          <w:p w14:paraId="39A00ACF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1.93</w:t>
            </w:r>
          </w:p>
        </w:tc>
        <w:tc>
          <w:tcPr>
            <w:tcW w:w="1260" w:type="dxa"/>
            <w:shd w:val="clear" w:color="auto" w:fill="FFFFFF" w:themeFill="background1"/>
          </w:tcPr>
          <w:p w14:paraId="4BCB82FC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1.85</w:t>
            </w:r>
          </w:p>
        </w:tc>
        <w:tc>
          <w:tcPr>
            <w:tcW w:w="1260" w:type="dxa"/>
            <w:shd w:val="clear" w:color="auto" w:fill="FFFFFF" w:themeFill="background1"/>
          </w:tcPr>
          <w:p w14:paraId="596CEAF1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93.6</w:t>
            </w:r>
          </w:p>
        </w:tc>
        <w:tc>
          <w:tcPr>
            <w:tcW w:w="1800" w:type="dxa"/>
            <w:shd w:val="clear" w:color="auto" w:fill="FFFFFF" w:themeFill="background1"/>
          </w:tcPr>
          <w:p w14:paraId="427E00E2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250-5000</w:t>
            </w:r>
          </w:p>
        </w:tc>
      </w:tr>
      <w:tr w:rsidR="001C2348" w:rsidRPr="008B6F23" w14:paraId="783D6A66" w14:textId="77777777" w:rsidTr="004237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24F98D75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Isovaleric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14B48EE8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0.999</w:t>
            </w:r>
          </w:p>
        </w:tc>
        <w:tc>
          <w:tcPr>
            <w:tcW w:w="990" w:type="dxa"/>
            <w:shd w:val="clear" w:color="auto" w:fill="FFFFFF" w:themeFill="background1"/>
          </w:tcPr>
          <w:p w14:paraId="6DDB261B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0.58</w:t>
            </w:r>
          </w:p>
        </w:tc>
        <w:tc>
          <w:tcPr>
            <w:tcW w:w="1260" w:type="dxa"/>
            <w:shd w:val="clear" w:color="auto" w:fill="FFFFFF" w:themeFill="background1"/>
          </w:tcPr>
          <w:p w14:paraId="0B51D31F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4.04</w:t>
            </w:r>
          </w:p>
        </w:tc>
        <w:tc>
          <w:tcPr>
            <w:tcW w:w="1260" w:type="dxa"/>
            <w:shd w:val="clear" w:color="auto" w:fill="FFFFFF" w:themeFill="background1"/>
          </w:tcPr>
          <w:p w14:paraId="5D1D02BC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3.42</w:t>
            </w:r>
          </w:p>
        </w:tc>
        <w:tc>
          <w:tcPr>
            <w:tcW w:w="1260" w:type="dxa"/>
            <w:shd w:val="clear" w:color="auto" w:fill="FFFFFF" w:themeFill="background1"/>
          </w:tcPr>
          <w:p w14:paraId="3CFEC229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97.6</w:t>
            </w:r>
          </w:p>
        </w:tc>
        <w:tc>
          <w:tcPr>
            <w:tcW w:w="1800" w:type="dxa"/>
            <w:shd w:val="clear" w:color="auto" w:fill="FFFFFF" w:themeFill="background1"/>
          </w:tcPr>
          <w:p w14:paraId="146B6CE6" w14:textId="77777777" w:rsidR="001C2348" w:rsidRPr="008B6F23" w:rsidRDefault="001C2348" w:rsidP="004237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1C2348" w:rsidRPr="008B6F23" w14:paraId="68C87583" w14:textId="77777777" w:rsidTr="004237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  <w:shd w:val="clear" w:color="auto" w:fill="FFFFFF" w:themeFill="background1"/>
          </w:tcPr>
          <w:p w14:paraId="6727C9C2" w14:textId="77777777" w:rsidR="001C2348" w:rsidRPr="008B6F23" w:rsidRDefault="001C2348" w:rsidP="0042373A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8B6F23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Valeric acid</w:t>
            </w:r>
          </w:p>
        </w:tc>
        <w:tc>
          <w:tcPr>
            <w:tcW w:w="630" w:type="dxa"/>
            <w:shd w:val="clear" w:color="auto" w:fill="FFFFFF" w:themeFill="background1"/>
          </w:tcPr>
          <w:p w14:paraId="7C73F74E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0.996</w:t>
            </w:r>
          </w:p>
        </w:tc>
        <w:tc>
          <w:tcPr>
            <w:tcW w:w="990" w:type="dxa"/>
            <w:shd w:val="clear" w:color="auto" w:fill="FFFFFF" w:themeFill="background1"/>
          </w:tcPr>
          <w:p w14:paraId="07E377C1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0.6</w:t>
            </w:r>
          </w:p>
        </w:tc>
        <w:tc>
          <w:tcPr>
            <w:tcW w:w="1260" w:type="dxa"/>
            <w:shd w:val="clear" w:color="auto" w:fill="FFFFFF" w:themeFill="background1"/>
          </w:tcPr>
          <w:p w14:paraId="3C75E9BA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3.97</w:t>
            </w:r>
          </w:p>
        </w:tc>
        <w:tc>
          <w:tcPr>
            <w:tcW w:w="1260" w:type="dxa"/>
            <w:shd w:val="clear" w:color="auto" w:fill="FFFFFF" w:themeFill="background1"/>
          </w:tcPr>
          <w:p w14:paraId="12944A68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1260" w:type="dxa"/>
            <w:shd w:val="clear" w:color="auto" w:fill="FFFFFF" w:themeFill="background1"/>
          </w:tcPr>
          <w:p w14:paraId="5DF73658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88.53</w:t>
            </w:r>
          </w:p>
        </w:tc>
        <w:tc>
          <w:tcPr>
            <w:tcW w:w="1800" w:type="dxa"/>
            <w:shd w:val="clear" w:color="auto" w:fill="FFFFFF" w:themeFill="background1"/>
          </w:tcPr>
          <w:p w14:paraId="6FECC181" w14:textId="77777777" w:rsidR="001C2348" w:rsidRPr="008B6F23" w:rsidRDefault="001C2348" w:rsidP="004237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8B6F23">
              <w:rPr>
                <w:rFonts w:ascii="Arial" w:hAnsi="Arial" w:cs="Arial"/>
                <w:sz w:val="16"/>
                <w:szCs w:val="16"/>
              </w:rPr>
              <w:t>50-1000</w:t>
            </w:r>
          </w:p>
        </w:tc>
      </w:tr>
    </w:tbl>
    <w:p w14:paraId="7CDFBCB5" w14:textId="0E015652" w:rsidR="001C2348" w:rsidRDefault="001C2348">
      <w:pPr>
        <w:rPr>
          <w:b/>
          <w:bCs/>
        </w:rPr>
      </w:pPr>
      <w:r>
        <w:rPr>
          <w:b/>
          <w:bCs/>
        </w:rPr>
        <w:br w:type="page"/>
      </w:r>
    </w:p>
    <w:p w14:paraId="108C68B7" w14:textId="0E939D78" w:rsidR="003C56EA" w:rsidRPr="003C56EA" w:rsidRDefault="003C56EA">
      <w:pPr>
        <w:rPr>
          <w:rFonts w:ascii="Arial" w:hAnsi="Arial" w:cs="Arial"/>
        </w:rPr>
      </w:pPr>
      <w:r w:rsidRPr="003C56EA">
        <w:rPr>
          <w:rFonts w:ascii="Arial" w:hAnsi="Arial" w:cs="Arial"/>
        </w:rPr>
        <w:lastRenderedPageBreak/>
        <w:t>Supplementary Table 3. Analytical performance metrics for quantitative assays of bile acids, amino acids, sugars, and other metabolites.</w:t>
      </w:r>
    </w:p>
    <w:tbl>
      <w:tblPr>
        <w:tblStyle w:val="61"/>
        <w:tblW w:w="7938" w:type="dxa"/>
        <w:tblLook w:val="04A0" w:firstRow="1" w:lastRow="0" w:firstColumn="1" w:lastColumn="0" w:noHBand="0" w:noVBand="1"/>
      </w:tblPr>
      <w:tblGrid>
        <w:gridCol w:w="2224"/>
        <w:gridCol w:w="722"/>
        <w:gridCol w:w="845"/>
        <w:gridCol w:w="896"/>
        <w:gridCol w:w="896"/>
        <w:gridCol w:w="937"/>
        <w:gridCol w:w="1418"/>
      </w:tblGrid>
      <w:tr w:rsidR="009B2241" w:rsidRPr="009B2241" w14:paraId="5370AC82" w14:textId="77777777" w:rsidTr="001C23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  <w:vAlign w:val="center"/>
          </w:tcPr>
          <w:p w14:paraId="20FBC7B7" w14:textId="48778B59" w:rsidR="00D957FA" w:rsidRPr="009B2241" w:rsidRDefault="000255DB" w:rsidP="009B2241">
            <w:pPr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Compound</w:t>
            </w:r>
          </w:p>
        </w:tc>
        <w:tc>
          <w:tcPr>
            <w:tcW w:w="722" w:type="dxa"/>
            <w:shd w:val="clear" w:color="auto" w:fill="FFFFFF" w:themeFill="background1"/>
            <w:vAlign w:val="center"/>
          </w:tcPr>
          <w:p w14:paraId="76297046" w14:textId="77777777" w:rsidR="00D957FA" w:rsidRPr="009B2241" w:rsidRDefault="00000000" w:rsidP="009B22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R</w:t>
            </w:r>
            <w:r w:rsidRPr="009B2241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45" w:type="dxa"/>
            <w:shd w:val="clear" w:color="auto" w:fill="FFFFFF" w:themeFill="background1"/>
            <w:vAlign w:val="center"/>
          </w:tcPr>
          <w:p w14:paraId="2EC5217F" w14:textId="77777777" w:rsidR="00D957FA" w:rsidRPr="009B2241" w:rsidRDefault="00000000" w:rsidP="009B22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LOD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μM</w:t>
            </w:r>
            <w:proofErr w:type="spellEnd"/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 w14:paraId="5BA2C68C" w14:textId="12EF3864" w:rsidR="00D957FA" w:rsidRPr="009B2241" w:rsidRDefault="00000000" w:rsidP="009B22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Intra</w:t>
            </w:r>
            <w:r w:rsidR="009B2241"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day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%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 w14:paraId="0EA7D8A8" w14:textId="7E53210D" w:rsidR="00D957FA" w:rsidRPr="009B2241" w:rsidRDefault="00000000" w:rsidP="009B22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Inter</w:t>
            </w:r>
            <w:r w:rsidR="009B2241"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day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937" w:type="dxa"/>
            <w:shd w:val="clear" w:color="auto" w:fill="FFFFFF" w:themeFill="background1"/>
            <w:vAlign w:val="center"/>
          </w:tcPr>
          <w:p w14:paraId="582F58CE" w14:textId="77777777" w:rsidR="00D957FA" w:rsidRPr="009B2241" w:rsidRDefault="00000000" w:rsidP="009B22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Recovery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%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B6EC462" w14:textId="77777777" w:rsidR="00D957FA" w:rsidRPr="009B2241" w:rsidRDefault="00000000" w:rsidP="009B22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  <w:lang w:eastAsia="ja-JP"/>
              </w:rPr>
            </w:pPr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Linearity range</w:t>
            </w:r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9B2241">
              <w:rPr>
                <w:rFonts w:ascii="Arial" w:hAnsi="Arial" w:cs="Arial"/>
                <w:b/>
                <w:bCs/>
                <w:sz w:val="16"/>
                <w:szCs w:val="16"/>
              </w:rPr>
              <w:t>μM</w:t>
            </w:r>
            <w:proofErr w:type="spellEnd"/>
            <w:r w:rsidR="00701A73" w:rsidRPr="009B2241">
              <w:rPr>
                <w:rFonts w:ascii="Arial" w:hAnsi="Arial" w:cs="Arial"/>
                <w:b/>
                <w:bCs/>
                <w:sz w:val="16"/>
                <w:szCs w:val="16"/>
                <w:lang w:eastAsia="ja-JP"/>
              </w:rPr>
              <w:t>）</w:t>
            </w:r>
          </w:p>
        </w:tc>
      </w:tr>
      <w:tr w:rsidR="009B2241" w:rsidRPr="009B2241" w14:paraId="1112420E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496C6F4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Deoxycholic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475B3C4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0.95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45" w:type="dxa"/>
            <w:shd w:val="clear" w:color="auto" w:fill="FFFFFF" w:themeFill="background1"/>
          </w:tcPr>
          <w:p w14:paraId="122568F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0.432</w:t>
            </w:r>
          </w:p>
        </w:tc>
        <w:tc>
          <w:tcPr>
            <w:tcW w:w="896" w:type="dxa"/>
            <w:shd w:val="clear" w:color="auto" w:fill="FFFFFF" w:themeFill="background1"/>
          </w:tcPr>
          <w:p w14:paraId="40394D8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6.46</w:t>
            </w:r>
          </w:p>
        </w:tc>
        <w:tc>
          <w:tcPr>
            <w:tcW w:w="896" w:type="dxa"/>
            <w:shd w:val="clear" w:color="auto" w:fill="FFFFFF" w:themeFill="background1"/>
          </w:tcPr>
          <w:p w14:paraId="716141C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5.05</w:t>
            </w:r>
          </w:p>
        </w:tc>
        <w:tc>
          <w:tcPr>
            <w:tcW w:w="937" w:type="dxa"/>
            <w:shd w:val="clear" w:color="auto" w:fill="FFFFFF" w:themeFill="background1"/>
          </w:tcPr>
          <w:p w14:paraId="3B24B560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94.0</w:t>
            </w:r>
          </w:p>
        </w:tc>
        <w:tc>
          <w:tcPr>
            <w:tcW w:w="1418" w:type="dxa"/>
            <w:shd w:val="clear" w:color="auto" w:fill="FFFFFF" w:themeFill="background1"/>
          </w:tcPr>
          <w:p w14:paraId="0A4EEE2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6B96683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47CD34E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Hyodeoxycholic</w:t>
            </w:r>
            <w:proofErr w:type="spellEnd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43C2FE0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0.996</w:t>
            </w:r>
          </w:p>
        </w:tc>
        <w:tc>
          <w:tcPr>
            <w:tcW w:w="845" w:type="dxa"/>
            <w:shd w:val="clear" w:color="auto" w:fill="FFFFFF" w:themeFill="background1"/>
          </w:tcPr>
          <w:p w14:paraId="2A97155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3.15</w:t>
            </w:r>
          </w:p>
        </w:tc>
        <w:tc>
          <w:tcPr>
            <w:tcW w:w="896" w:type="dxa"/>
            <w:shd w:val="clear" w:color="auto" w:fill="FFFFFF" w:themeFill="background1"/>
          </w:tcPr>
          <w:p w14:paraId="011ADEE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8.06</w:t>
            </w:r>
          </w:p>
        </w:tc>
        <w:tc>
          <w:tcPr>
            <w:tcW w:w="896" w:type="dxa"/>
            <w:shd w:val="clear" w:color="auto" w:fill="FFFFFF" w:themeFill="background1"/>
          </w:tcPr>
          <w:p w14:paraId="7EE55EF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6.19</w:t>
            </w:r>
          </w:p>
        </w:tc>
        <w:tc>
          <w:tcPr>
            <w:tcW w:w="937" w:type="dxa"/>
            <w:shd w:val="clear" w:color="auto" w:fill="FFFFFF" w:themeFill="background1"/>
          </w:tcPr>
          <w:p w14:paraId="4079F66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109.0</w:t>
            </w:r>
          </w:p>
        </w:tc>
        <w:tc>
          <w:tcPr>
            <w:tcW w:w="1418" w:type="dxa"/>
            <w:shd w:val="clear" w:color="auto" w:fill="FFFFFF" w:themeFill="background1"/>
          </w:tcPr>
          <w:p w14:paraId="21EF121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9B2241" w:rsidRPr="009B2241" w14:paraId="03053E33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42971C9" w14:textId="7B0B27DD" w:rsidR="00D957FA" w:rsidRPr="00952529" w:rsidRDefault="009B2241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β-MCA</w:t>
            </w:r>
          </w:p>
        </w:tc>
        <w:tc>
          <w:tcPr>
            <w:tcW w:w="722" w:type="dxa"/>
            <w:shd w:val="clear" w:color="auto" w:fill="FFFFFF" w:themeFill="background1"/>
          </w:tcPr>
          <w:p w14:paraId="44FED11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45" w:type="dxa"/>
            <w:shd w:val="clear" w:color="auto" w:fill="FFFFFF" w:themeFill="background1"/>
          </w:tcPr>
          <w:p w14:paraId="7EA8F5A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0.431</w:t>
            </w:r>
          </w:p>
        </w:tc>
        <w:tc>
          <w:tcPr>
            <w:tcW w:w="896" w:type="dxa"/>
            <w:shd w:val="clear" w:color="auto" w:fill="FFFFFF" w:themeFill="background1"/>
          </w:tcPr>
          <w:p w14:paraId="32E45F9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5.66</w:t>
            </w:r>
          </w:p>
        </w:tc>
        <w:tc>
          <w:tcPr>
            <w:tcW w:w="896" w:type="dxa"/>
            <w:shd w:val="clear" w:color="auto" w:fill="FFFFFF" w:themeFill="background1"/>
          </w:tcPr>
          <w:p w14:paraId="7E33AA3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4.79</w:t>
            </w:r>
          </w:p>
        </w:tc>
        <w:tc>
          <w:tcPr>
            <w:tcW w:w="937" w:type="dxa"/>
            <w:shd w:val="clear" w:color="auto" w:fill="FFFFFF" w:themeFill="background1"/>
          </w:tcPr>
          <w:p w14:paraId="1F16376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91.97</w:t>
            </w:r>
          </w:p>
        </w:tc>
        <w:tc>
          <w:tcPr>
            <w:tcW w:w="1418" w:type="dxa"/>
            <w:shd w:val="clear" w:color="auto" w:fill="FFFFFF" w:themeFill="background1"/>
          </w:tcPr>
          <w:p w14:paraId="32585D6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0CC762F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B2FD9F4" w14:textId="766F1784" w:rsidR="00D957FA" w:rsidRPr="00952529" w:rsidRDefault="009B2241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ω-MCA</w:t>
            </w:r>
          </w:p>
        </w:tc>
        <w:tc>
          <w:tcPr>
            <w:tcW w:w="722" w:type="dxa"/>
            <w:shd w:val="clear" w:color="auto" w:fill="FFFFFF" w:themeFill="background1"/>
          </w:tcPr>
          <w:p w14:paraId="75C9650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0.998</w:t>
            </w:r>
          </w:p>
        </w:tc>
        <w:tc>
          <w:tcPr>
            <w:tcW w:w="845" w:type="dxa"/>
            <w:shd w:val="clear" w:color="auto" w:fill="FFFFFF" w:themeFill="background1"/>
          </w:tcPr>
          <w:p w14:paraId="4A3559A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0.473</w:t>
            </w:r>
          </w:p>
        </w:tc>
        <w:tc>
          <w:tcPr>
            <w:tcW w:w="896" w:type="dxa"/>
            <w:shd w:val="clear" w:color="auto" w:fill="FFFFFF" w:themeFill="background1"/>
          </w:tcPr>
          <w:p w14:paraId="7BBCC6E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4.06</w:t>
            </w:r>
          </w:p>
        </w:tc>
        <w:tc>
          <w:tcPr>
            <w:tcW w:w="896" w:type="dxa"/>
            <w:shd w:val="clear" w:color="auto" w:fill="FFFFFF" w:themeFill="background1"/>
          </w:tcPr>
          <w:p w14:paraId="1427CCC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4.55</w:t>
            </w:r>
          </w:p>
        </w:tc>
        <w:tc>
          <w:tcPr>
            <w:tcW w:w="937" w:type="dxa"/>
            <w:shd w:val="clear" w:color="auto" w:fill="FFFFFF" w:themeFill="background1"/>
          </w:tcPr>
          <w:p w14:paraId="55E8037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91.23</w:t>
            </w:r>
          </w:p>
        </w:tc>
        <w:tc>
          <w:tcPr>
            <w:tcW w:w="1418" w:type="dxa"/>
            <w:shd w:val="clear" w:color="auto" w:fill="FFFFFF" w:themeFill="background1"/>
          </w:tcPr>
          <w:p w14:paraId="40DA2B9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04B803A6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82CD4DB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Cholic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4AEEACB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45" w:type="dxa"/>
            <w:shd w:val="clear" w:color="auto" w:fill="FFFFFF" w:themeFill="background1"/>
          </w:tcPr>
          <w:p w14:paraId="4164326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1.93</w:t>
            </w:r>
          </w:p>
        </w:tc>
        <w:tc>
          <w:tcPr>
            <w:tcW w:w="896" w:type="dxa"/>
            <w:shd w:val="clear" w:color="auto" w:fill="FFFFFF" w:themeFill="background1"/>
          </w:tcPr>
          <w:p w14:paraId="3BEDADE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7.54</w:t>
            </w:r>
          </w:p>
        </w:tc>
        <w:tc>
          <w:tcPr>
            <w:tcW w:w="896" w:type="dxa"/>
            <w:shd w:val="clear" w:color="auto" w:fill="FFFFFF" w:themeFill="background1"/>
          </w:tcPr>
          <w:p w14:paraId="2835114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6.26</w:t>
            </w:r>
          </w:p>
        </w:tc>
        <w:tc>
          <w:tcPr>
            <w:tcW w:w="937" w:type="dxa"/>
            <w:shd w:val="clear" w:color="auto" w:fill="FFFFFF" w:themeFill="background1"/>
          </w:tcPr>
          <w:p w14:paraId="16E541B1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118.2</w:t>
            </w:r>
          </w:p>
        </w:tc>
        <w:tc>
          <w:tcPr>
            <w:tcW w:w="1418" w:type="dxa"/>
            <w:shd w:val="clear" w:color="auto" w:fill="FFFFFF" w:themeFill="background1"/>
          </w:tcPr>
          <w:p w14:paraId="7415D5C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9B2241" w:rsidRPr="009B2241" w14:paraId="6C01A696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270B99E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Chenodeoxycholic acid </w:t>
            </w:r>
          </w:p>
        </w:tc>
        <w:tc>
          <w:tcPr>
            <w:tcW w:w="722" w:type="dxa"/>
            <w:shd w:val="clear" w:color="auto" w:fill="FFFFFF" w:themeFill="background1"/>
          </w:tcPr>
          <w:p w14:paraId="598DB2B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0.993</w:t>
            </w:r>
          </w:p>
        </w:tc>
        <w:tc>
          <w:tcPr>
            <w:tcW w:w="845" w:type="dxa"/>
            <w:shd w:val="clear" w:color="auto" w:fill="FFFFFF" w:themeFill="background1"/>
          </w:tcPr>
          <w:p w14:paraId="2C0E324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3.35</w:t>
            </w:r>
          </w:p>
        </w:tc>
        <w:tc>
          <w:tcPr>
            <w:tcW w:w="896" w:type="dxa"/>
            <w:shd w:val="clear" w:color="auto" w:fill="FFFFFF" w:themeFill="background1"/>
          </w:tcPr>
          <w:p w14:paraId="37AAD9A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7.52</w:t>
            </w:r>
          </w:p>
        </w:tc>
        <w:tc>
          <w:tcPr>
            <w:tcW w:w="896" w:type="dxa"/>
            <w:shd w:val="clear" w:color="auto" w:fill="FFFFFF" w:themeFill="background1"/>
          </w:tcPr>
          <w:p w14:paraId="306CC70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5.94</w:t>
            </w:r>
          </w:p>
        </w:tc>
        <w:tc>
          <w:tcPr>
            <w:tcW w:w="937" w:type="dxa"/>
            <w:shd w:val="clear" w:color="auto" w:fill="FFFFFF" w:themeFill="background1"/>
          </w:tcPr>
          <w:p w14:paraId="581CAFA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112.6</w:t>
            </w:r>
          </w:p>
        </w:tc>
        <w:tc>
          <w:tcPr>
            <w:tcW w:w="1418" w:type="dxa"/>
            <w:shd w:val="clear" w:color="auto" w:fill="FFFFFF" w:themeFill="background1"/>
          </w:tcPr>
          <w:p w14:paraId="5F8AD45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9B2241" w:rsidRPr="009B2241" w14:paraId="7FDDFD50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660A82E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Lithocholic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15209E8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45" w:type="dxa"/>
            <w:shd w:val="clear" w:color="auto" w:fill="FFFFFF" w:themeFill="background1"/>
          </w:tcPr>
          <w:p w14:paraId="1F6EE5F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0.947</w:t>
            </w:r>
          </w:p>
        </w:tc>
        <w:tc>
          <w:tcPr>
            <w:tcW w:w="896" w:type="dxa"/>
            <w:shd w:val="clear" w:color="auto" w:fill="FFFFFF" w:themeFill="background1"/>
          </w:tcPr>
          <w:p w14:paraId="7C78A8F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11.4</w:t>
            </w:r>
          </w:p>
        </w:tc>
        <w:tc>
          <w:tcPr>
            <w:tcW w:w="896" w:type="dxa"/>
            <w:shd w:val="clear" w:color="auto" w:fill="FFFFFF" w:themeFill="background1"/>
          </w:tcPr>
          <w:p w14:paraId="3BF6F81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9.32</w:t>
            </w:r>
          </w:p>
        </w:tc>
        <w:tc>
          <w:tcPr>
            <w:tcW w:w="937" w:type="dxa"/>
            <w:shd w:val="clear" w:color="auto" w:fill="FFFFFF" w:themeFill="background1"/>
          </w:tcPr>
          <w:p w14:paraId="0C97E3E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102.9</w:t>
            </w:r>
          </w:p>
        </w:tc>
        <w:tc>
          <w:tcPr>
            <w:tcW w:w="1418" w:type="dxa"/>
            <w:shd w:val="clear" w:color="auto" w:fill="FFFFFF" w:themeFill="background1"/>
          </w:tcPr>
          <w:p w14:paraId="3A0F813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38E15D69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24BE572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HCA</w:t>
            </w:r>
          </w:p>
        </w:tc>
        <w:tc>
          <w:tcPr>
            <w:tcW w:w="722" w:type="dxa"/>
            <w:shd w:val="clear" w:color="auto" w:fill="FFFFFF" w:themeFill="background1"/>
          </w:tcPr>
          <w:p w14:paraId="34ADF1C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45" w:type="dxa"/>
            <w:shd w:val="clear" w:color="auto" w:fill="FFFFFF" w:themeFill="background1"/>
          </w:tcPr>
          <w:p w14:paraId="1021FF7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0.231</w:t>
            </w:r>
          </w:p>
        </w:tc>
        <w:tc>
          <w:tcPr>
            <w:tcW w:w="896" w:type="dxa"/>
            <w:shd w:val="clear" w:color="auto" w:fill="FFFFFF" w:themeFill="background1"/>
          </w:tcPr>
          <w:p w14:paraId="03527FB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7.86</w:t>
            </w:r>
          </w:p>
        </w:tc>
        <w:tc>
          <w:tcPr>
            <w:tcW w:w="896" w:type="dxa"/>
            <w:shd w:val="clear" w:color="auto" w:fill="FFFFFF" w:themeFill="background1"/>
          </w:tcPr>
          <w:p w14:paraId="0EF9DF7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6.71</w:t>
            </w:r>
          </w:p>
        </w:tc>
        <w:tc>
          <w:tcPr>
            <w:tcW w:w="937" w:type="dxa"/>
            <w:shd w:val="clear" w:color="auto" w:fill="FFFFFF" w:themeFill="background1"/>
          </w:tcPr>
          <w:p w14:paraId="22FE2E6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95.86</w:t>
            </w:r>
          </w:p>
        </w:tc>
        <w:tc>
          <w:tcPr>
            <w:tcW w:w="1418" w:type="dxa"/>
            <w:shd w:val="clear" w:color="auto" w:fill="FFFFFF" w:themeFill="background1"/>
          </w:tcPr>
          <w:p w14:paraId="0C47C87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79907A78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8C94E20" w14:textId="4A1DEF43" w:rsidR="00D957FA" w:rsidRPr="00952529" w:rsidRDefault="009B2241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α-MCA</w:t>
            </w:r>
          </w:p>
        </w:tc>
        <w:tc>
          <w:tcPr>
            <w:tcW w:w="722" w:type="dxa"/>
            <w:shd w:val="clear" w:color="auto" w:fill="FFFFFF" w:themeFill="background1"/>
          </w:tcPr>
          <w:p w14:paraId="1DC6F85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845" w:type="dxa"/>
            <w:shd w:val="clear" w:color="auto" w:fill="FFFFFF" w:themeFill="background1"/>
          </w:tcPr>
          <w:p w14:paraId="75311B5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0.338</w:t>
            </w:r>
          </w:p>
        </w:tc>
        <w:tc>
          <w:tcPr>
            <w:tcW w:w="896" w:type="dxa"/>
            <w:shd w:val="clear" w:color="auto" w:fill="FFFFFF" w:themeFill="background1"/>
          </w:tcPr>
          <w:p w14:paraId="77F278E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8.26</w:t>
            </w:r>
          </w:p>
        </w:tc>
        <w:tc>
          <w:tcPr>
            <w:tcW w:w="896" w:type="dxa"/>
            <w:shd w:val="clear" w:color="auto" w:fill="FFFFFF" w:themeFill="background1"/>
          </w:tcPr>
          <w:p w14:paraId="2C14F47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6.74</w:t>
            </w:r>
          </w:p>
        </w:tc>
        <w:tc>
          <w:tcPr>
            <w:tcW w:w="937" w:type="dxa"/>
            <w:shd w:val="clear" w:color="auto" w:fill="FFFFFF" w:themeFill="background1"/>
          </w:tcPr>
          <w:p w14:paraId="3AF4064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108.7</w:t>
            </w:r>
          </w:p>
        </w:tc>
        <w:tc>
          <w:tcPr>
            <w:tcW w:w="1418" w:type="dxa"/>
            <w:shd w:val="clear" w:color="auto" w:fill="FFFFFF" w:themeFill="background1"/>
          </w:tcPr>
          <w:p w14:paraId="3EA275D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7AC219E9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6B74FF8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Ursodeoxycholic</w:t>
            </w:r>
            <w:proofErr w:type="spellEnd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3183B90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45" w:type="dxa"/>
            <w:shd w:val="clear" w:color="auto" w:fill="FFFFFF" w:themeFill="background1"/>
          </w:tcPr>
          <w:p w14:paraId="255E3CE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0.495</w:t>
            </w:r>
          </w:p>
        </w:tc>
        <w:tc>
          <w:tcPr>
            <w:tcW w:w="896" w:type="dxa"/>
            <w:shd w:val="clear" w:color="auto" w:fill="FFFFFF" w:themeFill="background1"/>
          </w:tcPr>
          <w:p w14:paraId="2B52367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8.88</w:t>
            </w:r>
          </w:p>
        </w:tc>
        <w:tc>
          <w:tcPr>
            <w:tcW w:w="896" w:type="dxa"/>
            <w:shd w:val="clear" w:color="auto" w:fill="FFFFFF" w:themeFill="background1"/>
          </w:tcPr>
          <w:p w14:paraId="0C004BF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7.11</w:t>
            </w:r>
          </w:p>
        </w:tc>
        <w:tc>
          <w:tcPr>
            <w:tcW w:w="937" w:type="dxa"/>
            <w:shd w:val="clear" w:color="auto" w:fill="FFFFFF" w:themeFill="background1"/>
          </w:tcPr>
          <w:p w14:paraId="026E5F2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110.9</w:t>
            </w:r>
          </w:p>
        </w:tc>
        <w:tc>
          <w:tcPr>
            <w:tcW w:w="1418" w:type="dxa"/>
            <w:shd w:val="clear" w:color="auto" w:fill="FFFFFF" w:themeFill="background1"/>
          </w:tcPr>
          <w:p w14:paraId="5F4525A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9B2241" w:rsidRPr="009B2241" w14:paraId="022DC0D4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368F0DD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Alanine</w:t>
            </w:r>
          </w:p>
        </w:tc>
        <w:tc>
          <w:tcPr>
            <w:tcW w:w="722" w:type="dxa"/>
            <w:shd w:val="clear" w:color="auto" w:fill="FFFFFF" w:themeFill="background1"/>
          </w:tcPr>
          <w:p w14:paraId="6BED1371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45" w:type="dxa"/>
            <w:shd w:val="clear" w:color="auto" w:fill="FFFFFF" w:themeFill="background1"/>
          </w:tcPr>
          <w:p w14:paraId="010FC8F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0.778</w:t>
            </w:r>
          </w:p>
        </w:tc>
        <w:tc>
          <w:tcPr>
            <w:tcW w:w="896" w:type="dxa"/>
            <w:shd w:val="clear" w:color="auto" w:fill="FFFFFF" w:themeFill="background1"/>
          </w:tcPr>
          <w:p w14:paraId="559E845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5.19</w:t>
            </w:r>
          </w:p>
        </w:tc>
        <w:tc>
          <w:tcPr>
            <w:tcW w:w="896" w:type="dxa"/>
            <w:shd w:val="clear" w:color="auto" w:fill="FFFFFF" w:themeFill="background1"/>
          </w:tcPr>
          <w:p w14:paraId="3D474C01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4.32</w:t>
            </w:r>
          </w:p>
        </w:tc>
        <w:tc>
          <w:tcPr>
            <w:tcW w:w="937" w:type="dxa"/>
            <w:shd w:val="clear" w:color="auto" w:fill="FFFFFF" w:themeFill="background1"/>
          </w:tcPr>
          <w:p w14:paraId="733B9E3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105.6</w:t>
            </w:r>
          </w:p>
        </w:tc>
        <w:tc>
          <w:tcPr>
            <w:tcW w:w="1418" w:type="dxa"/>
            <w:shd w:val="clear" w:color="auto" w:fill="FFFFFF" w:themeFill="background1"/>
          </w:tcPr>
          <w:p w14:paraId="5131E51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BEBA74C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04B3DF6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Proline</w:t>
            </w:r>
          </w:p>
        </w:tc>
        <w:tc>
          <w:tcPr>
            <w:tcW w:w="722" w:type="dxa"/>
            <w:shd w:val="clear" w:color="auto" w:fill="FFFFFF" w:themeFill="background1"/>
          </w:tcPr>
          <w:p w14:paraId="5194E20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0.986</w:t>
            </w:r>
          </w:p>
        </w:tc>
        <w:tc>
          <w:tcPr>
            <w:tcW w:w="845" w:type="dxa"/>
            <w:shd w:val="clear" w:color="auto" w:fill="FFFFFF" w:themeFill="background1"/>
          </w:tcPr>
          <w:p w14:paraId="57AF36D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0.688</w:t>
            </w:r>
          </w:p>
        </w:tc>
        <w:tc>
          <w:tcPr>
            <w:tcW w:w="896" w:type="dxa"/>
            <w:shd w:val="clear" w:color="auto" w:fill="FFFFFF" w:themeFill="background1"/>
          </w:tcPr>
          <w:p w14:paraId="77D71D2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5.3</w:t>
            </w:r>
          </w:p>
        </w:tc>
        <w:tc>
          <w:tcPr>
            <w:tcW w:w="896" w:type="dxa"/>
            <w:shd w:val="clear" w:color="auto" w:fill="FFFFFF" w:themeFill="background1"/>
          </w:tcPr>
          <w:p w14:paraId="128685F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937" w:type="dxa"/>
            <w:shd w:val="clear" w:color="auto" w:fill="FFFFFF" w:themeFill="background1"/>
          </w:tcPr>
          <w:p w14:paraId="4DCD0C2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96.74</w:t>
            </w:r>
          </w:p>
        </w:tc>
        <w:tc>
          <w:tcPr>
            <w:tcW w:w="1418" w:type="dxa"/>
            <w:shd w:val="clear" w:color="auto" w:fill="FFFFFF" w:themeFill="background1"/>
          </w:tcPr>
          <w:p w14:paraId="4E57DDF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7BA95EE9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A7DE288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Valine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A683FA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0.993</w:t>
            </w:r>
          </w:p>
        </w:tc>
        <w:tc>
          <w:tcPr>
            <w:tcW w:w="845" w:type="dxa"/>
            <w:shd w:val="clear" w:color="auto" w:fill="FFFFFF" w:themeFill="background1"/>
          </w:tcPr>
          <w:p w14:paraId="5C5F48C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0.705</w:t>
            </w:r>
          </w:p>
        </w:tc>
        <w:tc>
          <w:tcPr>
            <w:tcW w:w="896" w:type="dxa"/>
            <w:shd w:val="clear" w:color="auto" w:fill="FFFFFF" w:themeFill="background1"/>
          </w:tcPr>
          <w:p w14:paraId="4E78DDD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5.18</w:t>
            </w:r>
          </w:p>
        </w:tc>
        <w:tc>
          <w:tcPr>
            <w:tcW w:w="896" w:type="dxa"/>
            <w:shd w:val="clear" w:color="auto" w:fill="FFFFFF" w:themeFill="background1"/>
          </w:tcPr>
          <w:p w14:paraId="0DE2E370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5.22</w:t>
            </w:r>
          </w:p>
        </w:tc>
        <w:tc>
          <w:tcPr>
            <w:tcW w:w="937" w:type="dxa"/>
            <w:shd w:val="clear" w:color="auto" w:fill="FFFFFF" w:themeFill="background1"/>
          </w:tcPr>
          <w:p w14:paraId="543BF5D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114.2</w:t>
            </w:r>
          </w:p>
        </w:tc>
        <w:tc>
          <w:tcPr>
            <w:tcW w:w="1418" w:type="dxa"/>
            <w:shd w:val="clear" w:color="auto" w:fill="FFFFFF" w:themeFill="background1"/>
          </w:tcPr>
          <w:p w14:paraId="1B53DF4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3E7FB97D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BAB12B9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Leucine</w:t>
            </w:r>
          </w:p>
        </w:tc>
        <w:tc>
          <w:tcPr>
            <w:tcW w:w="722" w:type="dxa"/>
            <w:shd w:val="clear" w:color="auto" w:fill="FFFFFF" w:themeFill="background1"/>
          </w:tcPr>
          <w:p w14:paraId="5CFA034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0.996</w:t>
            </w:r>
          </w:p>
        </w:tc>
        <w:tc>
          <w:tcPr>
            <w:tcW w:w="845" w:type="dxa"/>
            <w:shd w:val="clear" w:color="auto" w:fill="FFFFFF" w:themeFill="background1"/>
          </w:tcPr>
          <w:p w14:paraId="7E5C538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0.569</w:t>
            </w:r>
          </w:p>
        </w:tc>
        <w:tc>
          <w:tcPr>
            <w:tcW w:w="896" w:type="dxa"/>
            <w:shd w:val="clear" w:color="auto" w:fill="FFFFFF" w:themeFill="background1"/>
          </w:tcPr>
          <w:p w14:paraId="36FCECE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8.01</w:t>
            </w:r>
          </w:p>
        </w:tc>
        <w:tc>
          <w:tcPr>
            <w:tcW w:w="896" w:type="dxa"/>
            <w:shd w:val="clear" w:color="auto" w:fill="FFFFFF" w:themeFill="background1"/>
          </w:tcPr>
          <w:p w14:paraId="2019672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6.62</w:t>
            </w:r>
          </w:p>
        </w:tc>
        <w:tc>
          <w:tcPr>
            <w:tcW w:w="937" w:type="dxa"/>
            <w:shd w:val="clear" w:color="auto" w:fill="FFFFFF" w:themeFill="background1"/>
          </w:tcPr>
          <w:p w14:paraId="0997526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99.77</w:t>
            </w:r>
          </w:p>
        </w:tc>
        <w:tc>
          <w:tcPr>
            <w:tcW w:w="1418" w:type="dxa"/>
            <w:shd w:val="clear" w:color="auto" w:fill="FFFFFF" w:themeFill="background1"/>
          </w:tcPr>
          <w:p w14:paraId="0D422B3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159FC0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44FBBD36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Isoleucine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896A16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45" w:type="dxa"/>
            <w:shd w:val="clear" w:color="auto" w:fill="FFFFFF" w:themeFill="background1"/>
          </w:tcPr>
          <w:p w14:paraId="15BBA02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0.531</w:t>
            </w:r>
          </w:p>
        </w:tc>
        <w:tc>
          <w:tcPr>
            <w:tcW w:w="896" w:type="dxa"/>
            <w:shd w:val="clear" w:color="auto" w:fill="FFFFFF" w:themeFill="background1"/>
          </w:tcPr>
          <w:p w14:paraId="59FBAB91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6.82</w:t>
            </w:r>
          </w:p>
        </w:tc>
        <w:tc>
          <w:tcPr>
            <w:tcW w:w="896" w:type="dxa"/>
            <w:shd w:val="clear" w:color="auto" w:fill="FFFFFF" w:themeFill="background1"/>
          </w:tcPr>
          <w:p w14:paraId="26F1CAB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5.81</w:t>
            </w:r>
          </w:p>
        </w:tc>
        <w:tc>
          <w:tcPr>
            <w:tcW w:w="937" w:type="dxa"/>
            <w:shd w:val="clear" w:color="auto" w:fill="FFFFFF" w:themeFill="background1"/>
          </w:tcPr>
          <w:p w14:paraId="24FBB88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97.78</w:t>
            </w:r>
          </w:p>
        </w:tc>
        <w:tc>
          <w:tcPr>
            <w:tcW w:w="1418" w:type="dxa"/>
            <w:shd w:val="clear" w:color="auto" w:fill="FFFFFF" w:themeFill="background1"/>
          </w:tcPr>
          <w:p w14:paraId="67E32D9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41E0B3AC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4426C5DA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Glycine</w:t>
            </w:r>
          </w:p>
        </w:tc>
        <w:tc>
          <w:tcPr>
            <w:tcW w:w="722" w:type="dxa"/>
            <w:shd w:val="clear" w:color="auto" w:fill="FFFFFF" w:themeFill="background1"/>
          </w:tcPr>
          <w:p w14:paraId="1E811B3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0.996</w:t>
            </w:r>
          </w:p>
        </w:tc>
        <w:tc>
          <w:tcPr>
            <w:tcW w:w="845" w:type="dxa"/>
            <w:shd w:val="clear" w:color="auto" w:fill="FFFFFF" w:themeFill="background1"/>
          </w:tcPr>
          <w:p w14:paraId="59FD800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0.153</w:t>
            </w:r>
          </w:p>
        </w:tc>
        <w:tc>
          <w:tcPr>
            <w:tcW w:w="896" w:type="dxa"/>
            <w:shd w:val="clear" w:color="auto" w:fill="FFFFFF" w:themeFill="background1"/>
          </w:tcPr>
          <w:p w14:paraId="6D25096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2.77</w:t>
            </w:r>
          </w:p>
        </w:tc>
        <w:tc>
          <w:tcPr>
            <w:tcW w:w="896" w:type="dxa"/>
            <w:shd w:val="clear" w:color="auto" w:fill="FFFFFF" w:themeFill="background1"/>
          </w:tcPr>
          <w:p w14:paraId="40E64FC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3.34</w:t>
            </w:r>
          </w:p>
        </w:tc>
        <w:tc>
          <w:tcPr>
            <w:tcW w:w="937" w:type="dxa"/>
            <w:shd w:val="clear" w:color="auto" w:fill="FFFFFF" w:themeFill="background1"/>
          </w:tcPr>
          <w:p w14:paraId="5E8EF79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99.57</w:t>
            </w:r>
          </w:p>
        </w:tc>
        <w:tc>
          <w:tcPr>
            <w:tcW w:w="1418" w:type="dxa"/>
            <w:shd w:val="clear" w:color="auto" w:fill="FFFFFF" w:themeFill="background1"/>
          </w:tcPr>
          <w:p w14:paraId="2DBCDFC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4448EB13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459AF0A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4-Aminobutyric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5F9CFF81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45" w:type="dxa"/>
            <w:shd w:val="clear" w:color="auto" w:fill="FFFFFF" w:themeFill="background1"/>
          </w:tcPr>
          <w:p w14:paraId="2502CEC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896" w:type="dxa"/>
            <w:shd w:val="clear" w:color="auto" w:fill="FFFFFF" w:themeFill="background1"/>
          </w:tcPr>
          <w:p w14:paraId="77C39D1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2.23</w:t>
            </w:r>
          </w:p>
        </w:tc>
        <w:tc>
          <w:tcPr>
            <w:tcW w:w="896" w:type="dxa"/>
            <w:shd w:val="clear" w:color="auto" w:fill="FFFFFF" w:themeFill="background1"/>
          </w:tcPr>
          <w:p w14:paraId="266EF57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2.23</w:t>
            </w:r>
          </w:p>
        </w:tc>
        <w:tc>
          <w:tcPr>
            <w:tcW w:w="937" w:type="dxa"/>
            <w:shd w:val="clear" w:color="auto" w:fill="FFFFFF" w:themeFill="background1"/>
          </w:tcPr>
          <w:p w14:paraId="09CBBC5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111.3</w:t>
            </w:r>
          </w:p>
        </w:tc>
        <w:tc>
          <w:tcPr>
            <w:tcW w:w="1418" w:type="dxa"/>
            <w:shd w:val="clear" w:color="auto" w:fill="FFFFFF" w:themeFill="background1"/>
          </w:tcPr>
          <w:p w14:paraId="6805DF00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3EE49D60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C6F1D35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Methionine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DC043E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45" w:type="dxa"/>
            <w:shd w:val="clear" w:color="auto" w:fill="FFFFFF" w:themeFill="background1"/>
          </w:tcPr>
          <w:p w14:paraId="23FA0A5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1.32</w:t>
            </w:r>
          </w:p>
        </w:tc>
        <w:tc>
          <w:tcPr>
            <w:tcW w:w="896" w:type="dxa"/>
            <w:shd w:val="clear" w:color="auto" w:fill="FFFFFF" w:themeFill="background1"/>
          </w:tcPr>
          <w:p w14:paraId="4A6AF35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11.4</w:t>
            </w:r>
          </w:p>
        </w:tc>
        <w:tc>
          <w:tcPr>
            <w:tcW w:w="896" w:type="dxa"/>
            <w:shd w:val="clear" w:color="auto" w:fill="FFFFFF" w:themeFill="background1"/>
          </w:tcPr>
          <w:p w14:paraId="0405F44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9.06</w:t>
            </w:r>
          </w:p>
        </w:tc>
        <w:tc>
          <w:tcPr>
            <w:tcW w:w="937" w:type="dxa"/>
            <w:shd w:val="clear" w:color="auto" w:fill="FFFFFF" w:themeFill="background1"/>
          </w:tcPr>
          <w:p w14:paraId="7378E69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90.55</w:t>
            </w:r>
          </w:p>
        </w:tc>
        <w:tc>
          <w:tcPr>
            <w:tcW w:w="1418" w:type="dxa"/>
            <w:shd w:val="clear" w:color="auto" w:fill="FFFFFF" w:themeFill="background1"/>
          </w:tcPr>
          <w:p w14:paraId="0032FB7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0ADAC91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37653BA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Serine</w:t>
            </w:r>
          </w:p>
        </w:tc>
        <w:tc>
          <w:tcPr>
            <w:tcW w:w="722" w:type="dxa"/>
            <w:shd w:val="clear" w:color="auto" w:fill="FFFFFF" w:themeFill="background1"/>
          </w:tcPr>
          <w:p w14:paraId="4D76E55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0.991</w:t>
            </w:r>
          </w:p>
        </w:tc>
        <w:tc>
          <w:tcPr>
            <w:tcW w:w="845" w:type="dxa"/>
            <w:shd w:val="clear" w:color="auto" w:fill="FFFFFF" w:themeFill="background1"/>
          </w:tcPr>
          <w:p w14:paraId="6549A54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0.627</w:t>
            </w:r>
          </w:p>
        </w:tc>
        <w:tc>
          <w:tcPr>
            <w:tcW w:w="896" w:type="dxa"/>
            <w:shd w:val="clear" w:color="auto" w:fill="FFFFFF" w:themeFill="background1"/>
          </w:tcPr>
          <w:p w14:paraId="5556911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5.7</w:t>
            </w:r>
          </w:p>
        </w:tc>
        <w:tc>
          <w:tcPr>
            <w:tcW w:w="896" w:type="dxa"/>
            <w:shd w:val="clear" w:color="auto" w:fill="FFFFFF" w:themeFill="background1"/>
          </w:tcPr>
          <w:p w14:paraId="7509530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5.25</w:t>
            </w:r>
          </w:p>
        </w:tc>
        <w:tc>
          <w:tcPr>
            <w:tcW w:w="937" w:type="dxa"/>
            <w:shd w:val="clear" w:color="auto" w:fill="FFFFFF" w:themeFill="background1"/>
          </w:tcPr>
          <w:p w14:paraId="01C349C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102.8</w:t>
            </w:r>
          </w:p>
        </w:tc>
        <w:tc>
          <w:tcPr>
            <w:tcW w:w="1418" w:type="dxa"/>
            <w:shd w:val="clear" w:color="auto" w:fill="FFFFFF" w:themeFill="background1"/>
          </w:tcPr>
          <w:p w14:paraId="3BF2121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2268521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1C212D7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Threonine</w:t>
            </w:r>
          </w:p>
        </w:tc>
        <w:tc>
          <w:tcPr>
            <w:tcW w:w="722" w:type="dxa"/>
            <w:shd w:val="clear" w:color="auto" w:fill="FFFFFF" w:themeFill="background1"/>
          </w:tcPr>
          <w:p w14:paraId="7D59859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45" w:type="dxa"/>
            <w:shd w:val="clear" w:color="auto" w:fill="FFFFFF" w:themeFill="background1"/>
          </w:tcPr>
          <w:p w14:paraId="6E67CB1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0.667</w:t>
            </w:r>
          </w:p>
        </w:tc>
        <w:tc>
          <w:tcPr>
            <w:tcW w:w="896" w:type="dxa"/>
            <w:shd w:val="clear" w:color="auto" w:fill="FFFFFF" w:themeFill="background1"/>
          </w:tcPr>
          <w:p w14:paraId="1EE8647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4.73</w:t>
            </w:r>
          </w:p>
        </w:tc>
        <w:tc>
          <w:tcPr>
            <w:tcW w:w="896" w:type="dxa"/>
            <w:shd w:val="clear" w:color="auto" w:fill="FFFFFF" w:themeFill="background1"/>
          </w:tcPr>
          <w:p w14:paraId="5462FAF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4.4</w:t>
            </w:r>
          </w:p>
        </w:tc>
        <w:tc>
          <w:tcPr>
            <w:tcW w:w="937" w:type="dxa"/>
            <w:shd w:val="clear" w:color="auto" w:fill="FFFFFF" w:themeFill="background1"/>
          </w:tcPr>
          <w:p w14:paraId="7443292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94.89</w:t>
            </w:r>
          </w:p>
        </w:tc>
        <w:tc>
          <w:tcPr>
            <w:tcW w:w="1418" w:type="dxa"/>
            <w:shd w:val="clear" w:color="auto" w:fill="FFFFFF" w:themeFill="background1"/>
          </w:tcPr>
          <w:p w14:paraId="4F8F93D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43B12A3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ACE126A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Phenylalanine</w:t>
            </w:r>
          </w:p>
        </w:tc>
        <w:tc>
          <w:tcPr>
            <w:tcW w:w="722" w:type="dxa"/>
            <w:shd w:val="clear" w:color="auto" w:fill="FFFFFF" w:themeFill="background1"/>
          </w:tcPr>
          <w:p w14:paraId="3EA534A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0.982</w:t>
            </w:r>
          </w:p>
        </w:tc>
        <w:tc>
          <w:tcPr>
            <w:tcW w:w="845" w:type="dxa"/>
            <w:shd w:val="clear" w:color="auto" w:fill="FFFFFF" w:themeFill="background1"/>
          </w:tcPr>
          <w:p w14:paraId="62E2348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7.59</w:t>
            </w:r>
          </w:p>
        </w:tc>
        <w:tc>
          <w:tcPr>
            <w:tcW w:w="896" w:type="dxa"/>
            <w:shd w:val="clear" w:color="auto" w:fill="FFFFFF" w:themeFill="background1"/>
          </w:tcPr>
          <w:p w14:paraId="1B05DF8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5.63</w:t>
            </w:r>
          </w:p>
        </w:tc>
        <w:tc>
          <w:tcPr>
            <w:tcW w:w="896" w:type="dxa"/>
            <w:shd w:val="clear" w:color="auto" w:fill="FFFFFF" w:themeFill="background1"/>
          </w:tcPr>
          <w:p w14:paraId="4B5E337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4.65</w:t>
            </w:r>
          </w:p>
        </w:tc>
        <w:tc>
          <w:tcPr>
            <w:tcW w:w="937" w:type="dxa"/>
            <w:shd w:val="clear" w:color="auto" w:fill="FFFFFF" w:themeFill="background1"/>
          </w:tcPr>
          <w:p w14:paraId="77EA014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100.4</w:t>
            </w:r>
          </w:p>
        </w:tc>
        <w:tc>
          <w:tcPr>
            <w:tcW w:w="1418" w:type="dxa"/>
            <w:shd w:val="clear" w:color="auto" w:fill="FFFFFF" w:themeFill="background1"/>
          </w:tcPr>
          <w:p w14:paraId="673FC37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E4A92AC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946BF99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Tyrosine</w:t>
            </w:r>
          </w:p>
        </w:tc>
        <w:tc>
          <w:tcPr>
            <w:tcW w:w="722" w:type="dxa"/>
            <w:shd w:val="clear" w:color="auto" w:fill="FFFFFF" w:themeFill="background1"/>
          </w:tcPr>
          <w:p w14:paraId="6A3115E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0.96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45" w:type="dxa"/>
            <w:shd w:val="clear" w:color="auto" w:fill="FFFFFF" w:themeFill="background1"/>
          </w:tcPr>
          <w:p w14:paraId="7821A65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8.64</w:t>
            </w:r>
          </w:p>
        </w:tc>
        <w:tc>
          <w:tcPr>
            <w:tcW w:w="896" w:type="dxa"/>
            <w:shd w:val="clear" w:color="auto" w:fill="FFFFFF" w:themeFill="background1"/>
          </w:tcPr>
          <w:p w14:paraId="3DF741A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8.28</w:t>
            </w:r>
          </w:p>
        </w:tc>
        <w:tc>
          <w:tcPr>
            <w:tcW w:w="896" w:type="dxa"/>
            <w:shd w:val="clear" w:color="auto" w:fill="FFFFFF" w:themeFill="background1"/>
          </w:tcPr>
          <w:p w14:paraId="519D983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7.28</w:t>
            </w:r>
          </w:p>
        </w:tc>
        <w:tc>
          <w:tcPr>
            <w:tcW w:w="937" w:type="dxa"/>
            <w:shd w:val="clear" w:color="auto" w:fill="FFFFFF" w:themeFill="background1"/>
          </w:tcPr>
          <w:p w14:paraId="25E5C1A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77.26</w:t>
            </w:r>
          </w:p>
        </w:tc>
        <w:tc>
          <w:tcPr>
            <w:tcW w:w="1418" w:type="dxa"/>
            <w:shd w:val="clear" w:color="auto" w:fill="FFFFFF" w:themeFill="background1"/>
          </w:tcPr>
          <w:p w14:paraId="7A42588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7E10178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DE9BEB4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4-Hydroxyproline</w:t>
            </w:r>
          </w:p>
        </w:tc>
        <w:tc>
          <w:tcPr>
            <w:tcW w:w="722" w:type="dxa"/>
            <w:shd w:val="clear" w:color="auto" w:fill="FFFFFF" w:themeFill="background1"/>
          </w:tcPr>
          <w:p w14:paraId="3B45E0A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45" w:type="dxa"/>
            <w:shd w:val="clear" w:color="auto" w:fill="FFFFFF" w:themeFill="background1"/>
          </w:tcPr>
          <w:p w14:paraId="02C8117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0.506</w:t>
            </w:r>
          </w:p>
        </w:tc>
        <w:tc>
          <w:tcPr>
            <w:tcW w:w="896" w:type="dxa"/>
            <w:shd w:val="clear" w:color="auto" w:fill="FFFFFF" w:themeFill="background1"/>
          </w:tcPr>
          <w:p w14:paraId="50525E1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5.41</w:t>
            </w:r>
          </w:p>
        </w:tc>
        <w:tc>
          <w:tcPr>
            <w:tcW w:w="896" w:type="dxa"/>
            <w:shd w:val="clear" w:color="auto" w:fill="FFFFFF" w:themeFill="background1"/>
          </w:tcPr>
          <w:p w14:paraId="02F1699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4.68</w:t>
            </w:r>
          </w:p>
        </w:tc>
        <w:tc>
          <w:tcPr>
            <w:tcW w:w="937" w:type="dxa"/>
            <w:shd w:val="clear" w:color="auto" w:fill="FFFFFF" w:themeFill="background1"/>
          </w:tcPr>
          <w:p w14:paraId="026D65C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95.57</w:t>
            </w:r>
          </w:p>
        </w:tc>
        <w:tc>
          <w:tcPr>
            <w:tcW w:w="1418" w:type="dxa"/>
            <w:shd w:val="clear" w:color="auto" w:fill="FFFFFF" w:themeFill="background1"/>
          </w:tcPr>
          <w:p w14:paraId="39E76B6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0FAD9A63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4A640C7B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Lysine</w:t>
            </w:r>
          </w:p>
        </w:tc>
        <w:tc>
          <w:tcPr>
            <w:tcW w:w="722" w:type="dxa"/>
            <w:shd w:val="clear" w:color="auto" w:fill="FFFFFF" w:themeFill="background1"/>
          </w:tcPr>
          <w:p w14:paraId="7B3FB48E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45" w:type="dxa"/>
            <w:shd w:val="clear" w:color="auto" w:fill="FFFFFF" w:themeFill="background1"/>
          </w:tcPr>
          <w:p w14:paraId="55FE9EA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1.74</w:t>
            </w:r>
          </w:p>
        </w:tc>
        <w:tc>
          <w:tcPr>
            <w:tcW w:w="896" w:type="dxa"/>
            <w:shd w:val="clear" w:color="auto" w:fill="FFFFFF" w:themeFill="background1"/>
          </w:tcPr>
          <w:p w14:paraId="241A2CB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8.13</w:t>
            </w:r>
          </w:p>
        </w:tc>
        <w:tc>
          <w:tcPr>
            <w:tcW w:w="896" w:type="dxa"/>
            <w:shd w:val="clear" w:color="auto" w:fill="FFFFFF" w:themeFill="background1"/>
          </w:tcPr>
          <w:p w14:paraId="1B312D9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6.44</w:t>
            </w:r>
          </w:p>
        </w:tc>
        <w:tc>
          <w:tcPr>
            <w:tcW w:w="937" w:type="dxa"/>
            <w:shd w:val="clear" w:color="auto" w:fill="FFFFFF" w:themeFill="background1"/>
          </w:tcPr>
          <w:p w14:paraId="48AF931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90.18</w:t>
            </w:r>
          </w:p>
        </w:tc>
        <w:tc>
          <w:tcPr>
            <w:tcW w:w="1418" w:type="dxa"/>
            <w:shd w:val="clear" w:color="auto" w:fill="FFFFFF" w:themeFill="background1"/>
          </w:tcPr>
          <w:p w14:paraId="12A99B0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8921E7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20893F2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Arabinose</w:t>
            </w:r>
          </w:p>
        </w:tc>
        <w:tc>
          <w:tcPr>
            <w:tcW w:w="722" w:type="dxa"/>
            <w:shd w:val="clear" w:color="auto" w:fill="FFFFFF" w:themeFill="background1"/>
          </w:tcPr>
          <w:p w14:paraId="6E20656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0.987</w:t>
            </w:r>
          </w:p>
        </w:tc>
        <w:tc>
          <w:tcPr>
            <w:tcW w:w="845" w:type="dxa"/>
            <w:shd w:val="clear" w:color="auto" w:fill="FFFFFF" w:themeFill="background1"/>
          </w:tcPr>
          <w:p w14:paraId="6BE027D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2.13</w:t>
            </w:r>
          </w:p>
        </w:tc>
        <w:tc>
          <w:tcPr>
            <w:tcW w:w="896" w:type="dxa"/>
            <w:shd w:val="clear" w:color="auto" w:fill="FFFFFF" w:themeFill="background1"/>
          </w:tcPr>
          <w:p w14:paraId="11655F1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5.47</w:t>
            </w:r>
          </w:p>
        </w:tc>
        <w:tc>
          <w:tcPr>
            <w:tcW w:w="896" w:type="dxa"/>
            <w:shd w:val="clear" w:color="auto" w:fill="FFFFFF" w:themeFill="background1"/>
          </w:tcPr>
          <w:p w14:paraId="78FEA6A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4.25</w:t>
            </w:r>
          </w:p>
        </w:tc>
        <w:tc>
          <w:tcPr>
            <w:tcW w:w="937" w:type="dxa"/>
            <w:shd w:val="clear" w:color="auto" w:fill="FFFFFF" w:themeFill="background1"/>
          </w:tcPr>
          <w:p w14:paraId="5C4D8EE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124.0</w:t>
            </w:r>
          </w:p>
        </w:tc>
        <w:tc>
          <w:tcPr>
            <w:tcW w:w="1418" w:type="dxa"/>
            <w:shd w:val="clear" w:color="auto" w:fill="FFFFFF" w:themeFill="background1"/>
          </w:tcPr>
          <w:p w14:paraId="266FC2D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09DDE124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8A7F189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Ribose</w:t>
            </w:r>
          </w:p>
        </w:tc>
        <w:tc>
          <w:tcPr>
            <w:tcW w:w="722" w:type="dxa"/>
            <w:shd w:val="clear" w:color="auto" w:fill="FFFFFF" w:themeFill="background1"/>
          </w:tcPr>
          <w:p w14:paraId="2DE9C5A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45" w:type="dxa"/>
            <w:shd w:val="clear" w:color="auto" w:fill="FFFFFF" w:themeFill="background1"/>
          </w:tcPr>
          <w:p w14:paraId="7C4F4F1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3.89</w:t>
            </w:r>
          </w:p>
        </w:tc>
        <w:tc>
          <w:tcPr>
            <w:tcW w:w="896" w:type="dxa"/>
            <w:shd w:val="clear" w:color="auto" w:fill="FFFFFF" w:themeFill="background1"/>
          </w:tcPr>
          <w:p w14:paraId="0999CF2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5.18</w:t>
            </w:r>
          </w:p>
        </w:tc>
        <w:tc>
          <w:tcPr>
            <w:tcW w:w="896" w:type="dxa"/>
            <w:shd w:val="clear" w:color="auto" w:fill="FFFFFF" w:themeFill="background1"/>
          </w:tcPr>
          <w:p w14:paraId="6CAD65E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4.6</w:t>
            </w:r>
          </w:p>
        </w:tc>
        <w:tc>
          <w:tcPr>
            <w:tcW w:w="937" w:type="dxa"/>
            <w:shd w:val="clear" w:color="auto" w:fill="FFFFFF" w:themeFill="background1"/>
          </w:tcPr>
          <w:p w14:paraId="532A70F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124.4</w:t>
            </w:r>
          </w:p>
        </w:tc>
        <w:tc>
          <w:tcPr>
            <w:tcW w:w="1418" w:type="dxa"/>
            <w:shd w:val="clear" w:color="auto" w:fill="FFFFFF" w:themeFill="background1"/>
          </w:tcPr>
          <w:p w14:paraId="1E3C498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7AEAE55D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012E9C9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Fructose</w:t>
            </w:r>
          </w:p>
        </w:tc>
        <w:tc>
          <w:tcPr>
            <w:tcW w:w="722" w:type="dxa"/>
            <w:shd w:val="clear" w:color="auto" w:fill="FFFFFF" w:themeFill="background1"/>
          </w:tcPr>
          <w:p w14:paraId="109F975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0.981</w:t>
            </w:r>
          </w:p>
        </w:tc>
        <w:tc>
          <w:tcPr>
            <w:tcW w:w="845" w:type="dxa"/>
            <w:shd w:val="clear" w:color="auto" w:fill="FFFFFF" w:themeFill="background1"/>
          </w:tcPr>
          <w:p w14:paraId="557DBDD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5.76</w:t>
            </w:r>
          </w:p>
        </w:tc>
        <w:tc>
          <w:tcPr>
            <w:tcW w:w="896" w:type="dxa"/>
            <w:shd w:val="clear" w:color="auto" w:fill="FFFFFF" w:themeFill="background1"/>
          </w:tcPr>
          <w:p w14:paraId="53E8EE1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10.8</w:t>
            </w:r>
          </w:p>
        </w:tc>
        <w:tc>
          <w:tcPr>
            <w:tcW w:w="896" w:type="dxa"/>
            <w:shd w:val="clear" w:color="auto" w:fill="FFFFFF" w:themeFill="background1"/>
          </w:tcPr>
          <w:p w14:paraId="2A03EF4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9.91</w:t>
            </w:r>
          </w:p>
        </w:tc>
        <w:tc>
          <w:tcPr>
            <w:tcW w:w="937" w:type="dxa"/>
            <w:shd w:val="clear" w:color="auto" w:fill="FFFFFF" w:themeFill="background1"/>
          </w:tcPr>
          <w:p w14:paraId="73FE823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111.3</w:t>
            </w:r>
          </w:p>
        </w:tc>
        <w:tc>
          <w:tcPr>
            <w:tcW w:w="1418" w:type="dxa"/>
            <w:shd w:val="clear" w:color="auto" w:fill="FFFFFF" w:themeFill="background1"/>
          </w:tcPr>
          <w:p w14:paraId="05D5ECD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9078D57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06E2004" w14:textId="0AE2A0BF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L-</w:t>
            </w:r>
            <w:r w:rsidR="009B2241"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</w:t>
            </w: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orbose</w:t>
            </w:r>
          </w:p>
        </w:tc>
        <w:tc>
          <w:tcPr>
            <w:tcW w:w="722" w:type="dxa"/>
            <w:shd w:val="clear" w:color="auto" w:fill="FFFFFF" w:themeFill="background1"/>
          </w:tcPr>
          <w:p w14:paraId="3BCEFD6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845" w:type="dxa"/>
            <w:shd w:val="clear" w:color="auto" w:fill="FFFFFF" w:themeFill="background1"/>
          </w:tcPr>
          <w:p w14:paraId="0EDC9BA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1.47</w:t>
            </w:r>
          </w:p>
        </w:tc>
        <w:tc>
          <w:tcPr>
            <w:tcW w:w="896" w:type="dxa"/>
            <w:shd w:val="clear" w:color="auto" w:fill="FFFFFF" w:themeFill="background1"/>
          </w:tcPr>
          <w:p w14:paraId="404D49B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11.5</w:t>
            </w:r>
          </w:p>
        </w:tc>
        <w:tc>
          <w:tcPr>
            <w:tcW w:w="896" w:type="dxa"/>
            <w:shd w:val="clear" w:color="auto" w:fill="FFFFFF" w:themeFill="background1"/>
          </w:tcPr>
          <w:p w14:paraId="7010B8D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13.4</w:t>
            </w:r>
          </w:p>
        </w:tc>
        <w:tc>
          <w:tcPr>
            <w:tcW w:w="937" w:type="dxa"/>
            <w:shd w:val="clear" w:color="auto" w:fill="FFFFFF" w:themeFill="background1"/>
          </w:tcPr>
          <w:p w14:paraId="4C90942E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111.2</w:t>
            </w:r>
          </w:p>
        </w:tc>
        <w:tc>
          <w:tcPr>
            <w:tcW w:w="1418" w:type="dxa"/>
            <w:shd w:val="clear" w:color="auto" w:fill="FFFFFF" w:themeFill="background1"/>
          </w:tcPr>
          <w:p w14:paraId="619194D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69B0FAB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1C613E8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Glucose</w:t>
            </w:r>
          </w:p>
        </w:tc>
        <w:tc>
          <w:tcPr>
            <w:tcW w:w="722" w:type="dxa"/>
            <w:shd w:val="clear" w:color="auto" w:fill="FFFFFF" w:themeFill="background1"/>
          </w:tcPr>
          <w:p w14:paraId="46F661D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45" w:type="dxa"/>
            <w:shd w:val="clear" w:color="auto" w:fill="FFFFFF" w:themeFill="background1"/>
          </w:tcPr>
          <w:p w14:paraId="7513E4D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6.36</w:t>
            </w:r>
          </w:p>
        </w:tc>
        <w:tc>
          <w:tcPr>
            <w:tcW w:w="896" w:type="dxa"/>
            <w:shd w:val="clear" w:color="auto" w:fill="FFFFFF" w:themeFill="background1"/>
          </w:tcPr>
          <w:p w14:paraId="173F22B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12.5</w:t>
            </w:r>
          </w:p>
        </w:tc>
        <w:tc>
          <w:tcPr>
            <w:tcW w:w="896" w:type="dxa"/>
            <w:shd w:val="clear" w:color="auto" w:fill="FFFFFF" w:themeFill="background1"/>
          </w:tcPr>
          <w:p w14:paraId="6C237DD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12.2</w:t>
            </w:r>
          </w:p>
        </w:tc>
        <w:tc>
          <w:tcPr>
            <w:tcW w:w="937" w:type="dxa"/>
            <w:shd w:val="clear" w:color="auto" w:fill="FFFFFF" w:themeFill="background1"/>
          </w:tcPr>
          <w:p w14:paraId="289FF6F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119.1</w:t>
            </w:r>
          </w:p>
        </w:tc>
        <w:tc>
          <w:tcPr>
            <w:tcW w:w="1418" w:type="dxa"/>
            <w:shd w:val="clear" w:color="auto" w:fill="FFFFFF" w:themeFill="background1"/>
          </w:tcPr>
          <w:p w14:paraId="1BD1B1B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A1C7036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5B505B0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Mannose</w:t>
            </w:r>
          </w:p>
        </w:tc>
        <w:tc>
          <w:tcPr>
            <w:tcW w:w="722" w:type="dxa"/>
            <w:shd w:val="clear" w:color="auto" w:fill="FFFFFF" w:themeFill="background1"/>
          </w:tcPr>
          <w:p w14:paraId="5CA8005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0.992</w:t>
            </w:r>
          </w:p>
        </w:tc>
        <w:tc>
          <w:tcPr>
            <w:tcW w:w="845" w:type="dxa"/>
            <w:shd w:val="clear" w:color="auto" w:fill="FFFFFF" w:themeFill="background1"/>
          </w:tcPr>
          <w:p w14:paraId="3422B7F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6.88</w:t>
            </w:r>
          </w:p>
        </w:tc>
        <w:tc>
          <w:tcPr>
            <w:tcW w:w="896" w:type="dxa"/>
            <w:shd w:val="clear" w:color="auto" w:fill="FFFFFF" w:themeFill="background1"/>
          </w:tcPr>
          <w:p w14:paraId="32F76F5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7.46</w:t>
            </w:r>
          </w:p>
        </w:tc>
        <w:tc>
          <w:tcPr>
            <w:tcW w:w="896" w:type="dxa"/>
            <w:shd w:val="clear" w:color="auto" w:fill="FFFFFF" w:themeFill="background1"/>
          </w:tcPr>
          <w:p w14:paraId="59765D4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7.01</w:t>
            </w:r>
          </w:p>
        </w:tc>
        <w:tc>
          <w:tcPr>
            <w:tcW w:w="937" w:type="dxa"/>
            <w:shd w:val="clear" w:color="auto" w:fill="FFFFFF" w:themeFill="background1"/>
          </w:tcPr>
          <w:p w14:paraId="2CE63BE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109.8</w:t>
            </w:r>
          </w:p>
        </w:tc>
        <w:tc>
          <w:tcPr>
            <w:tcW w:w="1418" w:type="dxa"/>
            <w:shd w:val="clear" w:color="auto" w:fill="FFFFFF" w:themeFill="background1"/>
          </w:tcPr>
          <w:p w14:paraId="1793BF3E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665FE62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009946B" w14:textId="25F28FA3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Galactose</w:t>
            </w:r>
            <w:r w:rsidR="009B2241"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/</w:t>
            </w:r>
            <w:proofErr w:type="spellStart"/>
            <w:r w:rsidR="009B2241"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</w:t>
            </w: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alose</w:t>
            </w:r>
            <w:proofErr w:type="spellEnd"/>
          </w:p>
        </w:tc>
        <w:tc>
          <w:tcPr>
            <w:tcW w:w="722" w:type="dxa"/>
            <w:shd w:val="clear" w:color="auto" w:fill="FFFFFF" w:themeFill="background1"/>
          </w:tcPr>
          <w:p w14:paraId="1A8FADA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45" w:type="dxa"/>
            <w:shd w:val="clear" w:color="auto" w:fill="FFFFFF" w:themeFill="background1"/>
          </w:tcPr>
          <w:p w14:paraId="1506B9C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5.71</w:t>
            </w:r>
          </w:p>
        </w:tc>
        <w:tc>
          <w:tcPr>
            <w:tcW w:w="896" w:type="dxa"/>
            <w:shd w:val="clear" w:color="auto" w:fill="FFFFFF" w:themeFill="background1"/>
          </w:tcPr>
          <w:p w14:paraId="3E11479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6.93</w:t>
            </w:r>
          </w:p>
        </w:tc>
        <w:tc>
          <w:tcPr>
            <w:tcW w:w="896" w:type="dxa"/>
            <w:shd w:val="clear" w:color="auto" w:fill="FFFFFF" w:themeFill="background1"/>
          </w:tcPr>
          <w:p w14:paraId="37F4D00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6.89</w:t>
            </w:r>
          </w:p>
        </w:tc>
        <w:tc>
          <w:tcPr>
            <w:tcW w:w="937" w:type="dxa"/>
            <w:shd w:val="clear" w:color="auto" w:fill="FFFFFF" w:themeFill="background1"/>
          </w:tcPr>
          <w:p w14:paraId="45DCE09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96.56</w:t>
            </w:r>
          </w:p>
        </w:tc>
        <w:tc>
          <w:tcPr>
            <w:tcW w:w="1418" w:type="dxa"/>
            <w:shd w:val="clear" w:color="auto" w:fill="FFFFFF" w:themeFill="background1"/>
          </w:tcPr>
          <w:p w14:paraId="45A141C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685A45A5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1DCD630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Sucrose</w:t>
            </w:r>
          </w:p>
        </w:tc>
        <w:tc>
          <w:tcPr>
            <w:tcW w:w="722" w:type="dxa"/>
            <w:shd w:val="clear" w:color="auto" w:fill="FFFFFF" w:themeFill="background1"/>
          </w:tcPr>
          <w:p w14:paraId="3011A81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0.991</w:t>
            </w:r>
          </w:p>
        </w:tc>
        <w:tc>
          <w:tcPr>
            <w:tcW w:w="845" w:type="dxa"/>
            <w:shd w:val="clear" w:color="auto" w:fill="FFFFFF" w:themeFill="background1"/>
          </w:tcPr>
          <w:p w14:paraId="306A13C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0.96</w:t>
            </w:r>
          </w:p>
        </w:tc>
        <w:tc>
          <w:tcPr>
            <w:tcW w:w="896" w:type="dxa"/>
            <w:shd w:val="clear" w:color="auto" w:fill="FFFFFF" w:themeFill="background1"/>
          </w:tcPr>
          <w:p w14:paraId="7084C30E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2.28</w:t>
            </w:r>
          </w:p>
        </w:tc>
        <w:tc>
          <w:tcPr>
            <w:tcW w:w="896" w:type="dxa"/>
            <w:shd w:val="clear" w:color="auto" w:fill="FFFFFF" w:themeFill="background1"/>
          </w:tcPr>
          <w:p w14:paraId="303BD82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3.17</w:t>
            </w:r>
          </w:p>
        </w:tc>
        <w:tc>
          <w:tcPr>
            <w:tcW w:w="937" w:type="dxa"/>
            <w:shd w:val="clear" w:color="auto" w:fill="FFFFFF" w:themeFill="background1"/>
          </w:tcPr>
          <w:p w14:paraId="02E0824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113.4</w:t>
            </w:r>
          </w:p>
        </w:tc>
        <w:tc>
          <w:tcPr>
            <w:tcW w:w="1418" w:type="dxa"/>
            <w:shd w:val="clear" w:color="auto" w:fill="FFFFFF" w:themeFill="background1"/>
          </w:tcPr>
          <w:p w14:paraId="79F2880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7B85C4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A2EC380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Lactose</w:t>
            </w:r>
          </w:p>
        </w:tc>
        <w:tc>
          <w:tcPr>
            <w:tcW w:w="722" w:type="dxa"/>
            <w:shd w:val="clear" w:color="auto" w:fill="FFFFFF" w:themeFill="background1"/>
          </w:tcPr>
          <w:p w14:paraId="1F0EE94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45" w:type="dxa"/>
            <w:shd w:val="clear" w:color="auto" w:fill="FFFFFF" w:themeFill="background1"/>
          </w:tcPr>
          <w:p w14:paraId="1A192D1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4.06</w:t>
            </w:r>
          </w:p>
        </w:tc>
        <w:tc>
          <w:tcPr>
            <w:tcW w:w="896" w:type="dxa"/>
            <w:shd w:val="clear" w:color="auto" w:fill="FFFFFF" w:themeFill="background1"/>
          </w:tcPr>
          <w:p w14:paraId="52E326A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5.65</w:t>
            </w:r>
          </w:p>
        </w:tc>
        <w:tc>
          <w:tcPr>
            <w:tcW w:w="896" w:type="dxa"/>
            <w:shd w:val="clear" w:color="auto" w:fill="FFFFFF" w:themeFill="background1"/>
          </w:tcPr>
          <w:p w14:paraId="6F4E3B4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4.36</w:t>
            </w:r>
          </w:p>
        </w:tc>
        <w:tc>
          <w:tcPr>
            <w:tcW w:w="937" w:type="dxa"/>
            <w:shd w:val="clear" w:color="auto" w:fill="FFFFFF" w:themeFill="background1"/>
          </w:tcPr>
          <w:p w14:paraId="274489C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89.72</w:t>
            </w:r>
          </w:p>
        </w:tc>
        <w:tc>
          <w:tcPr>
            <w:tcW w:w="1418" w:type="dxa"/>
            <w:shd w:val="clear" w:color="auto" w:fill="FFFFFF" w:themeFill="background1"/>
          </w:tcPr>
          <w:p w14:paraId="0B675F1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3926882F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6B92F51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Maltose</w:t>
            </w:r>
          </w:p>
        </w:tc>
        <w:tc>
          <w:tcPr>
            <w:tcW w:w="722" w:type="dxa"/>
            <w:shd w:val="clear" w:color="auto" w:fill="FFFFFF" w:themeFill="background1"/>
          </w:tcPr>
          <w:p w14:paraId="5959054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45" w:type="dxa"/>
            <w:shd w:val="clear" w:color="auto" w:fill="FFFFFF" w:themeFill="background1"/>
          </w:tcPr>
          <w:p w14:paraId="472B456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7.58</w:t>
            </w:r>
          </w:p>
        </w:tc>
        <w:tc>
          <w:tcPr>
            <w:tcW w:w="896" w:type="dxa"/>
            <w:shd w:val="clear" w:color="auto" w:fill="FFFFFF" w:themeFill="background1"/>
          </w:tcPr>
          <w:p w14:paraId="6211B85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13.3</w:t>
            </w:r>
          </w:p>
        </w:tc>
        <w:tc>
          <w:tcPr>
            <w:tcW w:w="896" w:type="dxa"/>
            <w:shd w:val="clear" w:color="auto" w:fill="FFFFFF" w:themeFill="background1"/>
          </w:tcPr>
          <w:p w14:paraId="5CD99F1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12.1</w:t>
            </w:r>
          </w:p>
        </w:tc>
        <w:tc>
          <w:tcPr>
            <w:tcW w:w="937" w:type="dxa"/>
            <w:shd w:val="clear" w:color="auto" w:fill="FFFFFF" w:themeFill="background1"/>
          </w:tcPr>
          <w:p w14:paraId="23BA46F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127.1</w:t>
            </w:r>
          </w:p>
        </w:tc>
        <w:tc>
          <w:tcPr>
            <w:tcW w:w="1418" w:type="dxa"/>
            <w:shd w:val="clear" w:color="auto" w:fill="FFFFFF" w:themeFill="background1"/>
          </w:tcPr>
          <w:p w14:paraId="3C4188B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A40AEE7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643334A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Trehalose</w:t>
            </w:r>
          </w:p>
        </w:tc>
        <w:tc>
          <w:tcPr>
            <w:tcW w:w="722" w:type="dxa"/>
            <w:shd w:val="clear" w:color="auto" w:fill="FFFFFF" w:themeFill="background1"/>
          </w:tcPr>
          <w:p w14:paraId="2B136AE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0.993</w:t>
            </w:r>
          </w:p>
        </w:tc>
        <w:tc>
          <w:tcPr>
            <w:tcW w:w="845" w:type="dxa"/>
            <w:shd w:val="clear" w:color="auto" w:fill="FFFFFF" w:themeFill="background1"/>
          </w:tcPr>
          <w:p w14:paraId="22F93BF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3.19</w:t>
            </w:r>
          </w:p>
        </w:tc>
        <w:tc>
          <w:tcPr>
            <w:tcW w:w="896" w:type="dxa"/>
            <w:shd w:val="clear" w:color="auto" w:fill="FFFFFF" w:themeFill="background1"/>
          </w:tcPr>
          <w:p w14:paraId="4E7F66D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6.3</w:t>
            </w:r>
          </w:p>
        </w:tc>
        <w:tc>
          <w:tcPr>
            <w:tcW w:w="896" w:type="dxa"/>
            <w:shd w:val="clear" w:color="auto" w:fill="FFFFFF" w:themeFill="background1"/>
          </w:tcPr>
          <w:p w14:paraId="0898878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6.68</w:t>
            </w:r>
          </w:p>
        </w:tc>
        <w:tc>
          <w:tcPr>
            <w:tcW w:w="937" w:type="dxa"/>
            <w:shd w:val="clear" w:color="auto" w:fill="FFFFFF" w:themeFill="background1"/>
          </w:tcPr>
          <w:p w14:paraId="5E949FA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97.13</w:t>
            </w:r>
          </w:p>
        </w:tc>
        <w:tc>
          <w:tcPr>
            <w:tcW w:w="1418" w:type="dxa"/>
            <w:shd w:val="clear" w:color="auto" w:fill="FFFFFF" w:themeFill="background1"/>
          </w:tcPr>
          <w:p w14:paraId="06BCF64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96C5068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E8294BB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Raffinose</w:t>
            </w:r>
          </w:p>
        </w:tc>
        <w:tc>
          <w:tcPr>
            <w:tcW w:w="722" w:type="dxa"/>
            <w:shd w:val="clear" w:color="auto" w:fill="FFFFFF" w:themeFill="background1"/>
          </w:tcPr>
          <w:p w14:paraId="3290A85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45" w:type="dxa"/>
            <w:shd w:val="clear" w:color="auto" w:fill="FFFFFF" w:themeFill="background1"/>
          </w:tcPr>
          <w:p w14:paraId="72970CB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0.502</w:t>
            </w:r>
          </w:p>
        </w:tc>
        <w:tc>
          <w:tcPr>
            <w:tcW w:w="896" w:type="dxa"/>
            <w:shd w:val="clear" w:color="auto" w:fill="FFFFFF" w:themeFill="background1"/>
          </w:tcPr>
          <w:p w14:paraId="27CF8CA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3.13</w:t>
            </w:r>
          </w:p>
        </w:tc>
        <w:tc>
          <w:tcPr>
            <w:tcW w:w="896" w:type="dxa"/>
            <w:shd w:val="clear" w:color="auto" w:fill="FFFFFF" w:themeFill="background1"/>
          </w:tcPr>
          <w:p w14:paraId="60543AF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4.97</w:t>
            </w:r>
          </w:p>
        </w:tc>
        <w:tc>
          <w:tcPr>
            <w:tcW w:w="937" w:type="dxa"/>
            <w:shd w:val="clear" w:color="auto" w:fill="FFFFFF" w:themeFill="background1"/>
          </w:tcPr>
          <w:p w14:paraId="1A67BE9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97.49</w:t>
            </w:r>
          </w:p>
        </w:tc>
        <w:tc>
          <w:tcPr>
            <w:tcW w:w="1418" w:type="dxa"/>
            <w:shd w:val="clear" w:color="auto" w:fill="FFFFFF" w:themeFill="background1"/>
          </w:tcPr>
          <w:p w14:paraId="1907C06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1A24C7B1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B5599B2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L-Lactic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0DF61B6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0.997</w:t>
            </w:r>
          </w:p>
        </w:tc>
        <w:tc>
          <w:tcPr>
            <w:tcW w:w="845" w:type="dxa"/>
            <w:shd w:val="clear" w:color="auto" w:fill="FFFFFF" w:themeFill="background1"/>
          </w:tcPr>
          <w:p w14:paraId="358715A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1.97</w:t>
            </w:r>
          </w:p>
        </w:tc>
        <w:tc>
          <w:tcPr>
            <w:tcW w:w="896" w:type="dxa"/>
            <w:shd w:val="clear" w:color="auto" w:fill="FFFFFF" w:themeFill="background1"/>
          </w:tcPr>
          <w:p w14:paraId="1A56F84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6.58</w:t>
            </w:r>
          </w:p>
        </w:tc>
        <w:tc>
          <w:tcPr>
            <w:tcW w:w="896" w:type="dxa"/>
            <w:shd w:val="clear" w:color="auto" w:fill="FFFFFF" w:themeFill="background1"/>
          </w:tcPr>
          <w:p w14:paraId="157F3CE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5.34</w:t>
            </w:r>
          </w:p>
        </w:tc>
        <w:tc>
          <w:tcPr>
            <w:tcW w:w="937" w:type="dxa"/>
            <w:shd w:val="clear" w:color="auto" w:fill="FFFFFF" w:themeFill="background1"/>
          </w:tcPr>
          <w:p w14:paraId="4D50D2A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100.6</w:t>
            </w:r>
          </w:p>
        </w:tc>
        <w:tc>
          <w:tcPr>
            <w:tcW w:w="1418" w:type="dxa"/>
            <w:shd w:val="clear" w:color="auto" w:fill="FFFFFF" w:themeFill="background1"/>
          </w:tcPr>
          <w:p w14:paraId="30ADE48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25-500</w:t>
            </w:r>
          </w:p>
        </w:tc>
      </w:tr>
      <w:tr w:rsidR="009B2241" w:rsidRPr="009B2241" w14:paraId="3631197D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00D9111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Malic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738302C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45" w:type="dxa"/>
            <w:shd w:val="clear" w:color="auto" w:fill="FFFFFF" w:themeFill="background1"/>
          </w:tcPr>
          <w:p w14:paraId="040D8E3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  <w:tc>
          <w:tcPr>
            <w:tcW w:w="896" w:type="dxa"/>
            <w:shd w:val="clear" w:color="auto" w:fill="FFFFFF" w:themeFill="background1"/>
          </w:tcPr>
          <w:p w14:paraId="1714ACD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7.44</w:t>
            </w:r>
          </w:p>
        </w:tc>
        <w:tc>
          <w:tcPr>
            <w:tcW w:w="896" w:type="dxa"/>
            <w:shd w:val="clear" w:color="auto" w:fill="FFFFFF" w:themeFill="background1"/>
          </w:tcPr>
          <w:p w14:paraId="0F369E8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6.32</w:t>
            </w:r>
          </w:p>
        </w:tc>
        <w:tc>
          <w:tcPr>
            <w:tcW w:w="937" w:type="dxa"/>
            <w:shd w:val="clear" w:color="auto" w:fill="FFFFFF" w:themeFill="background1"/>
          </w:tcPr>
          <w:p w14:paraId="3D6D4BC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74.76</w:t>
            </w:r>
          </w:p>
        </w:tc>
        <w:tc>
          <w:tcPr>
            <w:tcW w:w="1418" w:type="dxa"/>
            <w:shd w:val="clear" w:color="auto" w:fill="FFFFFF" w:themeFill="background1"/>
          </w:tcPr>
          <w:p w14:paraId="2501193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762E6C86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4ABA754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Pyruvic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183F0FF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0.980</w:t>
            </w:r>
          </w:p>
        </w:tc>
        <w:tc>
          <w:tcPr>
            <w:tcW w:w="845" w:type="dxa"/>
            <w:shd w:val="clear" w:color="auto" w:fill="FFFFFF" w:themeFill="background1"/>
          </w:tcPr>
          <w:p w14:paraId="4654576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4.35</w:t>
            </w:r>
          </w:p>
        </w:tc>
        <w:tc>
          <w:tcPr>
            <w:tcW w:w="896" w:type="dxa"/>
            <w:shd w:val="clear" w:color="auto" w:fill="FFFFFF" w:themeFill="background1"/>
          </w:tcPr>
          <w:p w14:paraId="2CA956F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8.55</w:t>
            </w:r>
          </w:p>
        </w:tc>
        <w:tc>
          <w:tcPr>
            <w:tcW w:w="896" w:type="dxa"/>
            <w:shd w:val="clear" w:color="auto" w:fill="FFFFFF" w:themeFill="background1"/>
          </w:tcPr>
          <w:p w14:paraId="77793D8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6.74</w:t>
            </w:r>
          </w:p>
        </w:tc>
        <w:tc>
          <w:tcPr>
            <w:tcW w:w="937" w:type="dxa"/>
            <w:shd w:val="clear" w:color="auto" w:fill="FFFFFF" w:themeFill="background1"/>
          </w:tcPr>
          <w:p w14:paraId="013B60E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84.75</w:t>
            </w:r>
          </w:p>
        </w:tc>
        <w:tc>
          <w:tcPr>
            <w:tcW w:w="1418" w:type="dxa"/>
            <w:shd w:val="clear" w:color="auto" w:fill="FFFFFF" w:themeFill="background1"/>
          </w:tcPr>
          <w:p w14:paraId="5E01628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64CCADB5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E0649E9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Hippuric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024E6BF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45" w:type="dxa"/>
            <w:shd w:val="clear" w:color="auto" w:fill="FFFFFF" w:themeFill="background1"/>
          </w:tcPr>
          <w:p w14:paraId="1590304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6.61</w:t>
            </w:r>
          </w:p>
        </w:tc>
        <w:tc>
          <w:tcPr>
            <w:tcW w:w="896" w:type="dxa"/>
            <w:shd w:val="clear" w:color="auto" w:fill="FFFFFF" w:themeFill="background1"/>
          </w:tcPr>
          <w:p w14:paraId="5799F0C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5.8</w:t>
            </w:r>
          </w:p>
        </w:tc>
        <w:tc>
          <w:tcPr>
            <w:tcW w:w="896" w:type="dxa"/>
            <w:shd w:val="clear" w:color="auto" w:fill="FFFFFF" w:themeFill="background1"/>
          </w:tcPr>
          <w:p w14:paraId="47B8293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5.65</w:t>
            </w:r>
          </w:p>
        </w:tc>
        <w:tc>
          <w:tcPr>
            <w:tcW w:w="937" w:type="dxa"/>
            <w:shd w:val="clear" w:color="auto" w:fill="FFFFFF" w:themeFill="background1"/>
          </w:tcPr>
          <w:p w14:paraId="7F10F72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108.8</w:t>
            </w:r>
          </w:p>
        </w:tc>
        <w:tc>
          <w:tcPr>
            <w:tcW w:w="1418" w:type="dxa"/>
            <w:shd w:val="clear" w:color="auto" w:fill="FFFFFF" w:themeFill="background1"/>
          </w:tcPr>
          <w:p w14:paraId="48E7199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40FF051E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B30F763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Fumaric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408F436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0.975</w:t>
            </w:r>
          </w:p>
        </w:tc>
        <w:tc>
          <w:tcPr>
            <w:tcW w:w="845" w:type="dxa"/>
            <w:shd w:val="clear" w:color="auto" w:fill="FFFFFF" w:themeFill="background1"/>
          </w:tcPr>
          <w:p w14:paraId="5319368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0.837</w:t>
            </w:r>
          </w:p>
        </w:tc>
        <w:tc>
          <w:tcPr>
            <w:tcW w:w="896" w:type="dxa"/>
            <w:shd w:val="clear" w:color="auto" w:fill="FFFFFF" w:themeFill="background1"/>
          </w:tcPr>
          <w:p w14:paraId="094DEC2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5.75</w:t>
            </w:r>
          </w:p>
        </w:tc>
        <w:tc>
          <w:tcPr>
            <w:tcW w:w="896" w:type="dxa"/>
            <w:shd w:val="clear" w:color="auto" w:fill="FFFFFF" w:themeFill="background1"/>
          </w:tcPr>
          <w:p w14:paraId="0D6876F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4.59</w:t>
            </w:r>
          </w:p>
        </w:tc>
        <w:tc>
          <w:tcPr>
            <w:tcW w:w="937" w:type="dxa"/>
            <w:shd w:val="clear" w:color="auto" w:fill="FFFFFF" w:themeFill="background1"/>
          </w:tcPr>
          <w:p w14:paraId="7BA8DEC8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96.88</w:t>
            </w:r>
          </w:p>
        </w:tc>
        <w:tc>
          <w:tcPr>
            <w:tcW w:w="1418" w:type="dxa"/>
            <w:shd w:val="clear" w:color="auto" w:fill="FFFFFF" w:themeFill="background1"/>
          </w:tcPr>
          <w:p w14:paraId="1877A4E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73D9389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27434C1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Cytosine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F18965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0.993</w:t>
            </w:r>
          </w:p>
        </w:tc>
        <w:tc>
          <w:tcPr>
            <w:tcW w:w="845" w:type="dxa"/>
            <w:shd w:val="clear" w:color="auto" w:fill="FFFFFF" w:themeFill="background1"/>
          </w:tcPr>
          <w:p w14:paraId="3D4BA93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2.03</w:t>
            </w:r>
          </w:p>
        </w:tc>
        <w:tc>
          <w:tcPr>
            <w:tcW w:w="896" w:type="dxa"/>
            <w:shd w:val="clear" w:color="auto" w:fill="FFFFFF" w:themeFill="background1"/>
          </w:tcPr>
          <w:p w14:paraId="1AA6C21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5.99</w:t>
            </w:r>
          </w:p>
        </w:tc>
        <w:tc>
          <w:tcPr>
            <w:tcW w:w="896" w:type="dxa"/>
            <w:shd w:val="clear" w:color="auto" w:fill="FFFFFF" w:themeFill="background1"/>
          </w:tcPr>
          <w:p w14:paraId="0A71183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5.09</w:t>
            </w:r>
          </w:p>
        </w:tc>
        <w:tc>
          <w:tcPr>
            <w:tcW w:w="937" w:type="dxa"/>
            <w:shd w:val="clear" w:color="auto" w:fill="FFFFFF" w:themeFill="background1"/>
          </w:tcPr>
          <w:p w14:paraId="2FBBD03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98.52</w:t>
            </w:r>
          </w:p>
        </w:tc>
        <w:tc>
          <w:tcPr>
            <w:tcW w:w="1418" w:type="dxa"/>
            <w:shd w:val="clear" w:color="auto" w:fill="FFFFFF" w:themeFill="background1"/>
          </w:tcPr>
          <w:p w14:paraId="5330026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0BC73B93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F5D7091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Adenine</w:t>
            </w:r>
          </w:p>
        </w:tc>
        <w:tc>
          <w:tcPr>
            <w:tcW w:w="722" w:type="dxa"/>
            <w:shd w:val="clear" w:color="auto" w:fill="FFFFFF" w:themeFill="background1"/>
          </w:tcPr>
          <w:p w14:paraId="6EB457F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45" w:type="dxa"/>
            <w:shd w:val="clear" w:color="auto" w:fill="FFFFFF" w:themeFill="background1"/>
          </w:tcPr>
          <w:p w14:paraId="17A0AC1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13.4</w:t>
            </w:r>
          </w:p>
        </w:tc>
        <w:tc>
          <w:tcPr>
            <w:tcW w:w="896" w:type="dxa"/>
            <w:shd w:val="clear" w:color="auto" w:fill="FFFFFF" w:themeFill="background1"/>
          </w:tcPr>
          <w:p w14:paraId="09F6380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12.4</w:t>
            </w:r>
          </w:p>
        </w:tc>
        <w:tc>
          <w:tcPr>
            <w:tcW w:w="896" w:type="dxa"/>
            <w:shd w:val="clear" w:color="auto" w:fill="FFFFFF" w:themeFill="background1"/>
          </w:tcPr>
          <w:p w14:paraId="45D070A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9.93</w:t>
            </w:r>
          </w:p>
        </w:tc>
        <w:tc>
          <w:tcPr>
            <w:tcW w:w="937" w:type="dxa"/>
            <w:shd w:val="clear" w:color="auto" w:fill="FFFFFF" w:themeFill="background1"/>
          </w:tcPr>
          <w:p w14:paraId="687ED07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72.42</w:t>
            </w:r>
          </w:p>
        </w:tc>
        <w:tc>
          <w:tcPr>
            <w:tcW w:w="1418" w:type="dxa"/>
            <w:shd w:val="clear" w:color="auto" w:fill="FFFFFF" w:themeFill="background1"/>
          </w:tcPr>
          <w:p w14:paraId="64116E7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B39FBAE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5452B4C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Niacin (Nicotinic acid)</w:t>
            </w:r>
          </w:p>
        </w:tc>
        <w:tc>
          <w:tcPr>
            <w:tcW w:w="722" w:type="dxa"/>
            <w:shd w:val="clear" w:color="auto" w:fill="FFFFFF" w:themeFill="background1"/>
          </w:tcPr>
          <w:p w14:paraId="799B0BF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0.983</w:t>
            </w:r>
          </w:p>
        </w:tc>
        <w:tc>
          <w:tcPr>
            <w:tcW w:w="845" w:type="dxa"/>
            <w:shd w:val="clear" w:color="auto" w:fill="FFFFFF" w:themeFill="background1"/>
          </w:tcPr>
          <w:p w14:paraId="4C26678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1.17</w:t>
            </w:r>
          </w:p>
        </w:tc>
        <w:tc>
          <w:tcPr>
            <w:tcW w:w="896" w:type="dxa"/>
            <w:shd w:val="clear" w:color="auto" w:fill="FFFFFF" w:themeFill="background1"/>
          </w:tcPr>
          <w:p w14:paraId="785EA8C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4.61</w:t>
            </w:r>
          </w:p>
        </w:tc>
        <w:tc>
          <w:tcPr>
            <w:tcW w:w="896" w:type="dxa"/>
            <w:shd w:val="clear" w:color="auto" w:fill="FFFFFF" w:themeFill="background1"/>
          </w:tcPr>
          <w:p w14:paraId="627E4C2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4.69</w:t>
            </w:r>
          </w:p>
        </w:tc>
        <w:tc>
          <w:tcPr>
            <w:tcW w:w="937" w:type="dxa"/>
            <w:shd w:val="clear" w:color="auto" w:fill="FFFFFF" w:themeFill="background1"/>
          </w:tcPr>
          <w:p w14:paraId="223CA7A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108.9</w:t>
            </w:r>
          </w:p>
        </w:tc>
        <w:tc>
          <w:tcPr>
            <w:tcW w:w="1418" w:type="dxa"/>
            <w:shd w:val="clear" w:color="auto" w:fill="FFFFFF" w:themeFill="background1"/>
          </w:tcPr>
          <w:p w14:paraId="0BF759B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087F0302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A790425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Biotin</w:t>
            </w:r>
          </w:p>
        </w:tc>
        <w:tc>
          <w:tcPr>
            <w:tcW w:w="722" w:type="dxa"/>
            <w:shd w:val="clear" w:color="auto" w:fill="FFFFFF" w:themeFill="background1"/>
          </w:tcPr>
          <w:p w14:paraId="3FA0F9A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0.979</w:t>
            </w:r>
          </w:p>
        </w:tc>
        <w:tc>
          <w:tcPr>
            <w:tcW w:w="845" w:type="dxa"/>
            <w:shd w:val="clear" w:color="auto" w:fill="FFFFFF" w:themeFill="background1"/>
          </w:tcPr>
          <w:p w14:paraId="1D9638F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4.34</w:t>
            </w:r>
          </w:p>
        </w:tc>
        <w:tc>
          <w:tcPr>
            <w:tcW w:w="896" w:type="dxa"/>
            <w:shd w:val="clear" w:color="auto" w:fill="FFFFFF" w:themeFill="background1"/>
          </w:tcPr>
          <w:p w14:paraId="2713FF2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9.82</w:t>
            </w:r>
          </w:p>
        </w:tc>
        <w:tc>
          <w:tcPr>
            <w:tcW w:w="896" w:type="dxa"/>
            <w:shd w:val="clear" w:color="auto" w:fill="FFFFFF" w:themeFill="background1"/>
          </w:tcPr>
          <w:p w14:paraId="4531119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8.18</w:t>
            </w:r>
          </w:p>
        </w:tc>
        <w:tc>
          <w:tcPr>
            <w:tcW w:w="937" w:type="dxa"/>
            <w:shd w:val="clear" w:color="auto" w:fill="FFFFFF" w:themeFill="background1"/>
          </w:tcPr>
          <w:p w14:paraId="067D19E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112.9</w:t>
            </w:r>
          </w:p>
        </w:tc>
        <w:tc>
          <w:tcPr>
            <w:tcW w:w="1418" w:type="dxa"/>
            <w:shd w:val="clear" w:color="auto" w:fill="FFFFFF" w:themeFill="background1"/>
          </w:tcPr>
          <w:p w14:paraId="0856E43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064FE635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BA30719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Pyridoxine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853F35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0.995</w:t>
            </w:r>
          </w:p>
        </w:tc>
        <w:tc>
          <w:tcPr>
            <w:tcW w:w="845" w:type="dxa"/>
            <w:shd w:val="clear" w:color="auto" w:fill="FFFFFF" w:themeFill="background1"/>
          </w:tcPr>
          <w:p w14:paraId="17AC3A3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0.336</w:t>
            </w:r>
          </w:p>
        </w:tc>
        <w:tc>
          <w:tcPr>
            <w:tcW w:w="896" w:type="dxa"/>
            <w:shd w:val="clear" w:color="auto" w:fill="FFFFFF" w:themeFill="background1"/>
          </w:tcPr>
          <w:p w14:paraId="4541F40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2.66</w:t>
            </w:r>
          </w:p>
        </w:tc>
        <w:tc>
          <w:tcPr>
            <w:tcW w:w="896" w:type="dxa"/>
            <w:shd w:val="clear" w:color="auto" w:fill="FFFFFF" w:themeFill="background1"/>
          </w:tcPr>
          <w:p w14:paraId="0E3B4BD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3.27</w:t>
            </w:r>
          </w:p>
        </w:tc>
        <w:tc>
          <w:tcPr>
            <w:tcW w:w="937" w:type="dxa"/>
            <w:shd w:val="clear" w:color="auto" w:fill="FFFFFF" w:themeFill="background1"/>
          </w:tcPr>
          <w:p w14:paraId="13D86F4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91.51</w:t>
            </w:r>
          </w:p>
        </w:tc>
        <w:tc>
          <w:tcPr>
            <w:tcW w:w="1418" w:type="dxa"/>
            <w:shd w:val="clear" w:color="auto" w:fill="FFFFFF" w:themeFill="background1"/>
          </w:tcPr>
          <w:p w14:paraId="71312B1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577E1469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423F3DAB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Pyridoxamine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F2DAEB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0.987</w:t>
            </w:r>
          </w:p>
        </w:tc>
        <w:tc>
          <w:tcPr>
            <w:tcW w:w="845" w:type="dxa"/>
            <w:shd w:val="clear" w:color="auto" w:fill="FFFFFF" w:themeFill="background1"/>
          </w:tcPr>
          <w:p w14:paraId="6694D4B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13.2</w:t>
            </w:r>
          </w:p>
        </w:tc>
        <w:tc>
          <w:tcPr>
            <w:tcW w:w="896" w:type="dxa"/>
            <w:shd w:val="clear" w:color="auto" w:fill="FFFFFF" w:themeFill="background1"/>
          </w:tcPr>
          <w:p w14:paraId="76B20ED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2.96</w:t>
            </w:r>
          </w:p>
        </w:tc>
        <w:tc>
          <w:tcPr>
            <w:tcW w:w="896" w:type="dxa"/>
            <w:shd w:val="clear" w:color="auto" w:fill="FFFFFF" w:themeFill="background1"/>
          </w:tcPr>
          <w:p w14:paraId="27F0CA3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4.39</w:t>
            </w:r>
          </w:p>
        </w:tc>
        <w:tc>
          <w:tcPr>
            <w:tcW w:w="937" w:type="dxa"/>
            <w:shd w:val="clear" w:color="auto" w:fill="FFFFFF" w:themeFill="background1"/>
          </w:tcPr>
          <w:p w14:paraId="5B8B688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112.9</w:t>
            </w:r>
          </w:p>
        </w:tc>
        <w:tc>
          <w:tcPr>
            <w:tcW w:w="1418" w:type="dxa"/>
            <w:shd w:val="clear" w:color="auto" w:fill="FFFFFF" w:themeFill="background1"/>
          </w:tcPr>
          <w:p w14:paraId="0E3662E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D179DBE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AE1D2B8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Pyridoxal</w:t>
            </w:r>
          </w:p>
        </w:tc>
        <w:tc>
          <w:tcPr>
            <w:tcW w:w="722" w:type="dxa"/>
            <w:shd w:val="clear" w:color="auto" w:fill="FFFFFF" w:themeFill="background1"/>
          </w:tcPr>
          <w:p w14:paraId="645D96C3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0.974</w:t>
            </w:r>
          </w:p>
        </w:tc>
        <w:tc>
          <w:tcPr>
            <w:tcW w:w="845" w:type="dxa"/>
            <w:shd w:val="clear" w:color="auto" w:fill="FFFFFF" w:themeFill="background1"/>
          </w:tcPr>
          <w:p w14:paraId="756DA05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0.799</w:t>
            </w:r>
          </w:p>
        </w:tc>
        <w:tc>
          <w:tcPr>
            <w:tcW w:w="896" w:type="dxa"/>
            <w:shd w:val="clear" w:color="auto" w:fill="FFFFFF" w:themeFill="background1"/>
          </w:tcPr>
          <w:p w14:paraId="09ACF9D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4.75</w:t>
            </w:r>
          </w:p>
        </w:tc>
        <w:tc>
          <w:tcPr>
            <w:tcW w:w="896" w:type="dxa"/>
            <w:shd w:val="clear" w:color="auto" w:fill="FFFFFF" w:themeFill="background1"/>
          </w:tcPr>
          <w:p w14:paraId="4BFA0EB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4.18</w:t>
            </w:r>
          </w:p>
        </w:tc>
        <w:tc>
          <w:tcPr>
            <w:tcW w:w="937" w:type="dxa"/>
            <w:shd w:val="clear" w:color="auto" w:fill="FFFFFF" w:themeFill="background1"/>
          </w:tcPr>
          <w:p w14:paraId="5313593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108.7</w:t>
            </w:r>
          </w:p>
        </w:tc>
        <w:tc>
          <w:tcPr>
            <w:tcW w:w="1418" w:type="dxa"/>
            <w:shd w:val="clear" w:color="auto" w:fill="FFFFFF" w:themeFill="background1"/>
          </w:tcPr>
          <w:p w14:paraId="2853ACC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0F11E370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7E0B40E3" w14:textId="15F6E3DB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gramStart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N,N</w:t>
            </w:r>
            <w:proofErr w:type="gramEnd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-</w:t>
            </w:r>
            <w:r w:rsidR="009B2241"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D</w:t>
            </w: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imethylglycine</w:t>
            </w:r>
          </w:p>
        </w:tc>
        <w:tc>
          <w:tcPr>
            <w:tcW w:w="722" w:type="dxa"/>
            <w:shd w:val="clear" w:color="auto" w:fill="FFFFFF" w:themeFill="background1"/>
          </w:tcPr>
          <w:p w14:paraId="10C52D8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0.988</w:t>
            </w:r>
          </w:p>
        </w:tc>
        <w:tc>
          <w:tcPr>
            <w:tcW w:w="845" w:type="dxa"/>
            <w:shd w:val="clear" w:color="auto" w:fill="FFFFFF" w:themeFill="background1"/>
          </w:tcPr>
          <w:p w14:paraId="776FEDE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1.79</w:t>
            </w:r>
          </w:p>
        </w:tc>
        <w:tc>
          <w:tcPr>
            <w:tcW w:w="896" w:type="dxa"/>
            <w:shd w:val="clear" w:color="auto" w:fill="FFFFFF" w:themeFill="background1"/>
          </w:tcPr>
          <w:p w14:paraId="1C06A5A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7.04</w:t>
            </w:r>
          </w:p>
        </w:tc>
        <w:tc>
          <w:tcPr>
            <w:tcW w:w="896" w:type="dxa"/>
            <w:shd w:val="clear" w:color="auto" w:fill="FFFFFF" w:themeFill="background1"/>
          </w:tcPr>
          <w:p w14:paraId="460E303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6.03</w:t>
            </w:r>
          </w:p>
        </w:tc>
        <w:tc>
          <w:tcPr>
            <w:tcW w:w="937" w:type="dxa"/>
            <w:shd w:val="clear" w:color="auto" w:fill="FFFFFF" w:themeFill="background1"/>
          </w:tcPr>
          <w:p w14:paraId="295C966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95.34</w:t>
            </w:r>
          </w:p>
        </w:tc>
        <w:tc>
          <w:tcPr>
            <w:tcW w:w="1418" w:type="dxa"/>
            <w:shd w:val="clear" w:color="auto" w:fill="FFFFFF" w:themeFill="background1"/>
          </w:tcPr>
          <w:p w14:paraId="6003DBBE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4750222B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C4F0A3E" w14:textId="1D155ED5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4-</w:t>
            </w:r>
            <w:r w:rsidR="009B2241"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</w:t>
            </w: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ydroxyphenyllacetate</w:t>
            </w:r>
          </w:p>
        </w:tc>
        <w:tc>
          <w:tcPr>
            <w:tcW w:w="722" w:type="dxa"/>
            <w:shd w:val="clear" w:color="auto" w:fill="FFFFFF" w:themeFill="background1"/>
          </w:tcPr>
          <w:p w14:paraId="3F48BC1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45" w:type="dxa"/>
            <w:shd w:val="clear" w:color="auto" w:fill="FFFFFF" w:themeFill="background1"/>
          </w:tcPr>
          <w:p w14:paraId="6464E12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0.477</w:t>
            </w:r>
          </w:p>
        </w:tc>
        <w:tc>
          <w:tcPr>
            <w:tcW w:w="896" w:type="dxa"/>
            <w:shd w:val="clear" w:color="auto" w:fill="FFFFFF" w:themeFill="background1"/>
          </w:tcPr>
          <w:p w14:paraId="0D1F49E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4.03</w:t>
            </w:r>
          </w:p>
        </w:tc>
        <w:tc>
          <w:tcPr>
            <w:tcW w:w="896" w:type="dxa"/>
            <w:shd w:val="clear" w:color="auto" w:fill="FFFFFF" w:themeFill="background1"/>
          </w:tcPr>
          <w:p w14:paraId="0461D7A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3.27</w:t>
            </w:r>
          </w:p>
        </w:tc>
        <w:tc>
          <w:tcPr>
            <w:tcW w:w="937" w:type="dxa"/>
            <w:shd w:val="clear" w:color="auto" w:fill="FFFFFF" w:themeFill="background1"/>
          </w:tcPr>
          <w:p w14:paraId="389A6A1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99.74</w:t>
            </w:r>
          </w:p>
        </w:tc>
        <w:tc>
          <w:tcPr>
            <w:tcW w:w="1418" w:type="dxa"/>
            <w:shd w:val="clear" w:color="auto" w:fill="FFFFFF" w:themeFill="background1"/>
          </w:tcPr>
          <w:p w14:paraId="16E416EC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3BCF003D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683B9B91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Serotonin</w:t>
            </w:r>
          </w:p>
        </w:tc>
        <w:tc>
          <w:tcPr>
            <w:tcW w:w="722" w:type="dxa"/>
            <w:shd w:val="clear" w:color="auto" w:fill="FFFFFF" w:themeFill="background1"/>
          </w:tcPr>
          <w:p w14:paraId="51CC029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0.990</w:t>
            </w:r>
          </w:p>
        </w:tc>
        <w:tc>
          <w:tcPr>
            <w:tcW w:w="845" w:type="dxa"/>
            <w:shd w:val="clear" w:color="auto" w:fill="FFFFFF" w:themeFill="background1"/>
          </w:tcPr>
          <w:p w14:paraId="1A8CFAF5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0.95</w:t>
            </w:r>
          </w:p>
        </w:tc>
        <w:tc>
          <w:tcPr>
            <w:tcW w:w="896" w:type="dxa"/>
            <w:shd w:val="clear" w:color="auto" w:fill="FFFFFF" w:themeFill="background1"/>
          </w:tcPr>
          <w:p w14:paraId="2D844C2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2.64</w:t>
            </w:r>
          </w:p>
        </w:tc>
        <w:tc>
          <w:tcPr>
            <w:tcW w:w="896" w:type="dxa"/>
            <w:shd w:val="clear" w:color="auto" w:fill="FFFFFF" w:themeFill="background1"/>
          </w:tcPr>
          <w:p w14:paraId="4769D15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4.45</w:t>
            </w:r>
          </w:p>
        </w:tc>
        <w:tc>
          <w:tcPr>
            <w:tcW w:w="937" w:type="dxa"/>
            <w:shd w:val="clear" w:color="auto" w:fill="FFFFFF" w:themeFill="background1"/>
          </w:tcPr>
          <w:p w14:paraId="41904B99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109.9</w:t>
            </w:r>
          </w:p>
        </w:tc>
        <w:tc>
          <w:tcPr>
            <w:tcW w:w="1418" w:type="dxa"/>
            <w:shd w:val="clear" w:color="auto" w:fill="FFFFFF" w:themeFill="background1"/>
          </w:tcPr>
          <w:p w14:paraId="57B0FC61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00966714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0F48E653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5-Amino-n-valeric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7AB8C08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0.994</w:t>
            </w:r>
          </w:p>
        </w:tc>
        <w:tc>
          <w:tcPr>
            <w:tcW w:w="845" w:type="dxa"/>
            <w:shd w:val="clear" w:color="auto" w:fill="FFFFFF" w:themeFill="background1"/>
          </w:tcPr>
          <w:p w14:paraId="1CBF456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2.47</w:t>
            </w:r>
          </w:p>
        </w:tc>
        <w:tc>
          <w:tcPr>
            <w:tcW w:w="896" w:type="dxa"/>
            <w:shd w:val="clear" w:color="auto" w:fill="FFFFFF" w:themeFill="background1"/>
          </w:tcPr>
          <w:p w14:paraId="70D7319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2.58</w:t>
            </w:r>
          </w:p>
        </w:tc>
        <w:tc>
          <w:tcPr>
            <w:tcW w:w="896" w:type="dxa"/>
            <w:shd w:val="clear" w:color="auto" w:fill="FFFFFF" w:themeFill="background1"/>
          </w:tcPr>
          <w:p w14:paraId="0A96B3F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2.29</w:t>
            </w:r>
          </w:p>
        </w:tc>
        <w:tc>
          <w:tcPr>
            <w:tcW w:w="937" w:type="dxa"/>
            <w:shd w:val="clear" w:color="auto" w:fill="FFFFFF" w:themeFill="background1"/>
          </w:tcPr>
          <w:p w14:paraId="5282EE76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86.7</w:t>
            </w:r>
          </w:p>
        </w:tc>
        <w:tc>
          <w:tcPr>
            <w:tcW w:w="1418" w:type="dxa"/>
            <w:shd w:val="clear" w:color="auto" w:fill="FFFFFF" w:themeFill="background1"/>
          </w:tcPr>
          <w:p w14:paraId="0402F5A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7C4AF2C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4FD1D38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3-Indoleacetic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1D56B49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</w:t>
            </w:r>
            <w:r w:rsidR="00701A73" w:rsidRPr="0095252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45" w:type="dxa"/>
            <w:shd w:val="clear" w:color="auto" w:fill="FFFFFF" w:themeFill="background1"/>
          </w:tcPr>
          <w:p w14:paraId="225B535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1.23</w:t>
            </w:r>
          </w:p>
        </w:tc>
        <w:tc>
          <w:tcPr>
            <w:tcW w:w="896" w:type="dxa"/>
            <w:shd w:val="clear" w:color="auto" w:fill="FFFFFF" w:themeFill="background1"/>
          </w:tcPr>
          <w:p w14:paraId="24984B0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2.49</w:t>
            </w:r>
          </w:p>
        </w:tc>
        <w:tc>
          <w:tcPr>
            <w:tcW w:w="896" w:type="dxa"/>
            <w:shd w:val="clear" w:color="auto" w:fill="FFFFFF" w:themeFill="background1"/>
          </w:tcPr>
          <w:p w14:paraId="0183A374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2.61</w:t>
            </w:r>
          </w:p>
        </w:tc>
        <w:tc>
          <w:tcPr>
            <w:tcW w:w="937" w:type="dxa"/>
            <w:shd w:val="clear" w:color="auto" w:fill="FFFFFF" w:themeFill="background1"/>
          </w:tcPr>
          <w:p w14:paraId="322248A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128.9</w:t>
            </w:r>
          </w:p>
        </w:tc>
        <w:tc>
          <w:tcPr>
            <w:tcW w:w="1418" w:type="dxa"/>
            <w:shd w:val="clear" w:color="auto" w:fill="FFFFFF" w:themeFill="background1"/>
          </w:tcPr>
          <w:p w14:paraId="684B31D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7CEABADB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3F80F431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Hydroxypropionic</w:t>
            </w:r>
            <w:proofErr w:type="spellEnd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5124C109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0.957</w:t>
            </w:r>
          </w:p>
        </w:tc>
        <w:tc>
          <w:tcPr>
            <w:tcW w:w="845" w:type="dxa"/>
            <w:shd w:val="clear" w:color="auto" w:fill="FFFFFF" w:themeFill="background1"/>
          </w:tcPr>
          <w:p w14:paraId="0A0E49D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1.41</w:t>
            </w:r>
          </w:p>
        </w:tc>
        <w:tc>
          <w:tcPr>
            <w:tcW w:w="896" w:type="dxa"/>
            <w:shd w:val="clear" w:color="auto" w:fill="FFFFFF" w:themeFill="background1"/>
          </w:tcPr>
          <w:p w14:paraId="61329EB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9.93</w:t>
            </w:r>
          </w:p>
        </w:tc>
        <w:tc>
          <w:tcPr>
            <w:tcW w:w="896" w:type="dxa"/>
            <w:shd w:val="clear" w:color="auto" w:fill="FFFFFF" w:themeFill="background1"/>
          </w:tcPr>
          <w:p w14:paraId="6DFF600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8.94</w:t>
            </w:r>
          </w:p>
        </w:tc>
        <w:tc>
          <w:tcPr>
            <w:tcW w:w="937" w:type="dxa"/>
            <w:shd w:val="clear" w:color="auto" w:fill="FFFFFF" w:themeFill="background1"/>
          </w:tcPr>
          <w:p w14:paraId="79145B1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96.31</w:t>
            </w:r>
          </w:p>
        </w:tc>
        <w:tc>
          <w:tcPr>
            <w:tcW w:w="1418" w:type="dxa"/>
            <w:shd w:val="clear" w:color="auto" w:fill="FFFFFF" w:themeFill="background1"/>
          </w:tcPr>
          <w:p w14:paraId="1CF84E9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2.5-100</w:t>
            </w:r>
          </w:p>
        </w:tc>
      </w:tr>
      <w:tr w:rsidR="009B2241" w:rsidRPr="009B2241" w14:paraId="10B8BCDA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540F6DE0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5-Hydroxy-3-indoleacetate</w:t>
            </w:r>
          </w:p>
        </w:tc>
        <w:tc>
          <w:tcPr>
            <w:tcW w:w="722" w:type="dxa"/>
            <w:shd w:val="clear" w:color="auto" w:fill="FFFFFF" w:themeFill="background1"/>
          </w:tcPr>
          <w:p w14:paraId="6EF71033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0.996</w:t>
            </w:r>
          </w:p>
        </w:tc>
        <w:tc>
          <w:tcPr>
            <w:tcW w:w="845" w:type="dxa"/>
            <w:shd w:val="clear" w:color="auto" w:fill="FFFFFF" w:themeFill="background1"/>
          </w:tcPr>
          <w:p w14:paraId="17356EF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0.869</w:t>
            </w:r>
          </w:p>
        </w:tc>
        <w:tc>
          <w:tcPr>
            <w:tcW w:w="896" w:type="dxa"/>
            <w:shd w:val="clear" w:color="auto" w:fill="FFFFFF" w:themeFill="background1"/>
          </w:tcPr>
          <w:p w14:paraId="77EEA5B6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6.05</w:t>
            </w:r>
          </w:p>
        </w:tc>
        <w:tc>
          <w:tcPr>
            <w:tcW w:w="896" w:type="dxa"/>
            <w:shd w:val="clear" w:color="auto" w:fill="FFFFFF" w:themeFill="background1"/>
          </w:tcPr>
          <w:p w14:paraId="195828DC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5.17</w:t>
            </w:r>
          </w:p>
        </w:tc>
        <w:tc>
          <w:tcPr>
            <w:tcW w:w="937" w:type="dxa"/>
            <w:shd w:val="clear" w:color="auto" w:fill="FFFFFF" w:themeFill="background1"/>
          </w:tcPr>
          <w:p w14:paraId="66244F92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93.02</w:t>
            </w:r>
          </w:p>
        </w:tc>
        <w:tc>
          <w:tcPr>
            <w:tcW w:w="1418" w:type="dxa"/>
            <w:shd w:val="clear" w:color="auto" w:fill="FFFFFF" w:themeFill="background1"/>
          </w:tcPr>
          <w:p w14:paraId="1A0D711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35FCE2A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1A31B8D6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Taurine</w:t>
            </w:r>
          </w:p>
        </w:tc>
        <w:tc>
          <w:tcPr>
            <w:tcW w:w="722" w:type="dxa"/>
            <w:shd w:val="clear" w:color="auto" w:fill="FFFFFF" w:themeFill="background1"/>
          </w:tcPr>
          <w:p w14:paraId="008CA1B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0.962</w:t>
            </w:r>
          </w:p>
        </w:tc>
        <w:tc>
          <w:tcPr>
            <w:tcW w:w="845" w:type="dxa"/>
            <w:shd w:val="clear" w:color="auto" w:fill="FFFFFF" w:themeFill="background1"/>
          </w:tcPr>
          <w:p w14:paraId="2E24B742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6.16</w:t>
            </w:r>
          </w:p>
        </w:tc>
        <w:tc>
          <w:tcPr>
            <w:tcW w:w="896" w:type="dxa"/>
            <w:shd w:val="clear" w:color="auto" w:fill="FFFFFF" w:themeFill="background1"/>
          </w:tcPr>
          <w:p w14:paraId="51972748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6.92</w:t>
            </w:r>
          </w:p>
        </w:tc>
        <w:tc>
          <w:tcPr>
            <w:tcW w:w="896" w:type="dxa"/>
            <w:shd w:val="clear" w:color="auto" w:fill="FFFFFF" w:themeFill="background1"/>
          </w:tcPr>
          <w:p w14:paraId="2ECAE55D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6.91</w:t>
            </w:r>
          </w:p>
        </w:tc>
        <w:tc>
          <w:tcPr>
            <w:tcW w:w="937" w:type="dxa"/>
            <w:shd w:val="clear" w:color="auto" w:fill="FFFFFF" w:themeFill="background1"/>
          </w:tcPr>
          <w:p w14:paraId="38CDE7AB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104.0</w:t>
            </w:r>
          </w:p>
        </w:tc>
        <w:tc>
          <w:tcPr>
            <w:tcW w:w="1418" w:type="dxa"/>
            <w:shd w:val="clear" w:color="auto" w:fill="FFFFFF" w:themeFill="background1"/>
          </w:tcPr>
          <w:p w14:paraId="4E3D5E84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25E6D747" w14:textId="77777777" w:rsidTr="001C2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D74DD6D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Homovanillic</w:t>
            </w:r>
            <w:proofErr w:type="spellEnd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775F72F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0.995</w:t>
            </w:r>
          </w:p>
        </w:tc>
        <w:tc>
          <w:tcPr>
            <w:tcW w:w="845" w:type="dxa"/>
            <w:shd w:val="clear" w:color="auto" w:fill="FFFFFF" w:themeFill="background1"/>
          </w:tcPr>
          <w:p w14:paraId="23CA5BCD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2.08</w:t>
            </w:r>
          </w:p>
        </w:tc>
        <w:tc>
          <w:tcPr>
            <w:tcW w:w="896" w:type="dxa"/>
            <w:shd w:val="clear" w:color="auto" w:fill="FFFFFF" w:themeFill="background1"/>
          </w:tcPr>
          <w:p w14:paraId="25309ADF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6.11</w:t>
            </w:r>
          </w:p>
        </w:tc>
        <w:tc>
          <w:tcPr>
            <w:tcW w:w="896" w:type="dxa"/>
            <w:shd w:val="clear" w:color="auto" w:fill="FFFFFF" w:themeFill="background1"/>
          </w:tcPr>
          <w:p w14:paraId="54B216DB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4.62</w:t>
            </w:r>
          </w:p>
        </w:tc>
        <w:tc>
          <w:tcPr>
            <w:tcW w:w="937" w:type="dxa"/>
            <w:shd w:val="clear" w:color="auto" w:fill="FFFFFF" w:themeFill="background1"/>
          </w:tcPr>
          <w:p w14:paraId="4F23B217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104.4</w:t>
            </w:r>
          </w:p>
        </w:tc>
        <w:tc>
          <w:tcPr>
            <w:tcW w:w="1418" w:type="dxa"/>
            <w:shd w:val="clear" w:color="auto" w:fill="FFFFFF" w:themeFill="background1"/>
          </w:tcPr>
          <w:p w14:paraId="2773F0BA" w14:textId="77777777" w:rsidR="00D957FA" w:rsidRPr="00952529" w:rsidRDefault="00000000" w:rsidP="00701A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  <w:tr w:rsidR="009B2241" w:rsidRPr="009B2241" w14:paraId="6DE3EC62" w14:textId="77777777" w:rsidTr="001C23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4" w:type="dxa"/>
            <w:shd w:val="clear" w:color="auto" w:fill="FFFFFF" w:themeFill="background1"/>
          </w:tcPr>
          <w:p w14:paraId="23DD921E" w14:textId="77777777" w:rsidR="00D957FA" w:rsidRPr="00952529" w:rsidRDefault="00000000" w:rsidP="00701A73">
            <w:pPr>
              <w:jc w:val="both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Quinic</w:t>
            </w:r>
            <w:proofErr w:type="spellEnd"/>
            <w:r w:rsidRPr="00952529">
              <w:rPr>
                <w:rFonts w:ascii="Arial" w:hAnsi="Arial" w:cs="Arial"/>
                <w:b w:val="0"/>
                <w:bCs w:val="0"/>
                <w:sz w:val="16"/>
                <w:szCs w:val="16"/>
              </w:rPr>
              <w:t xml:space="preserve"> acid</w:t>
            </w:r>
          </w:p>
        </w:tc>
        <w:tc>
          <w:tcPr>
            <w:tcW w:w="722" w:type="dxa"/>
            <w:shd w:val="clear" w:color="auto" w:fill="FFFFFF" w:themeFill="background1"/>
          </w:tcPr>
          <w:p w14:paraId="063B3BC7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0.984</w:t>
            </w:r>
          </w:p>
        </w:tc>
        <w:tc>
          <w:tcPr>
            <w:tcW w:w="845" w:type="dxa"/>
            <w:shd w:val="clear" w:color="auto" w:fill="FFFFFF" w:themeFill="background1"/>
          </w:tcPr>
          <w:p w14:paraId="29710195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0.885</w:t>
            </w:r>
          </w:p>
        </w:tc>
        <w:tc>
          <w:tcPr>
            <w:tcW w:w="896" w:type="dxa"/>
            <w:shd w:val="clear" w:color="auto" w:fill="FFFFFF" w:themeFill="background1"/>
          </w:tcPr>
          <w:p w14:paraId="6F56851F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1.88</w:t>
            </w:r>
          </w:p>
        </w:tc>
        <w:tc>
          <w:tcPr>
            <w:tcW w:w="896" w:type="dxa"/>
            <w:shd w:val="clear" w:color="auto" w:fill="FFFFFF" w:themeFill="background1"/>
          </w:tcPr>
          <w:p w14:paraId="653DE7DA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2.6</w:t>
            </w:r>
          </w:p>
        </w:tc>
        <w:tc>
          <w:tcPr>
            <w:tcW w:w="937" w:type="dxa"/>
            <w:shd w:val="clear" w:color="auto" w:fill="FFFFFF" w:themeFill="background1"/>
          </w:tcPr>
          <w:p w14:paraId="12F47E20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114.9</w:t>
            </w:r>
          </w:p>
        </w:tc>
        <w:tc>
          <w:tcPr>
            <w:tcW w:w="1418" w:type="dxa"/>
            <w:shd w:val="clear" w:color="auto" w:fill="FFFFFF" w:themeFill="background1"/>
          </w:tcPr>
          <w:p w14:paraId="489742A1" w14:textId="77777777" w:rsidR="00D957FA" w:rsidRPr="00952529" w:rsidRDefault="00000000" w:rsidP="00701A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952529">
              <w:rPr>
                <w:rFonts w:ascii="Arial" w:hAnsi="Arial" w:cs="Arial"/>
                <w:sz w:val="16"/>
                <w:szCs w:val="16"/>
              </w:rPr>
              <w:t>25-1000</w:t>
            </w:r>
          </w:p>
        </w:tc>
      </w:tr>
    </w:tbl>
    <w:p w14:paraId="5BF059E5" w14:textId="1F156956" w:rsidR="005D6073" w:rsidRDefault="005D6073">
      <w:pPr>
        <w:rPr>
          <w:rFonts w:ascii="Arial" w:hAnsi="Arial" w:cs="Arial"/>
          <w:sz w:val="16"/>
          <w:szCs w:val="16"/>
        </w:rPr>
      </w:pPr>
    </w:p>
    <w:p w14:paraId="185F9F64" w14:textId="149927BF" w:rsidR="00367CA6" w:rsidRPr="009B2241" w:rsidRDefault="005D607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sectPr w:rsidR="00367CA6" w:rsidRPr="009B22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6916978">
    <w:abstractNumId w:val="8"/>
  </w:num>
  <w:num w:numId="2" w16cid:durableId="215818347">
    <w:abstractNumId w:val="6"/>
  </w:num>
  <w:num w:numId="3" w16cid:durableId="469591055">
    <w:abstractNumId w:val="5"/>
  </w:num>
  <w:num w:numId="4" w16cid:durableId="1667711900">
    <w:abstractNumId w:val="4"/>
  </w:num>
  <w:num w:numId="5" w16cid:durableId="1189559899">
    <w:abstractNumId w:val="7"/>
  </w:num>
  <w:num w:numId="6" w16cid:durableId="122890403">
    <w:abstractNumId w:val="3"/>
  </w:num>
  <w:num w:numId="7" w16cid:durableId="722141860">
    <w:abstractNumId w:val="2"/>
  </w:num>
  <w:num w:numId="8" w16cid:durableId="696469284">
    <w:abstractNumId w:val="1"/>
  </w:num>
  <w:num w:numId="9" w16cid:durableId="473638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55DB"/>
    <w:rsid w:val="00034616"/>
    <w:rsid w:val="00037038"/>
    <w:rsid w:val="0006063C"/>
    <w:rsid w:val="0015074B"/>
    <w:rsid w:val="001C2348"/>
    <w:rsid w:val="0029639D"/>
    <w:rsid w:val="00326F90"/>
    <w:rsid w:val="00367CA6"/>
    <w:rsid w:val="003C56EA"/>
    <w:rsid w:val="005C52A6"/>
    <w:rsid w:val="005D6073"/>
    <w:rsid w:val="00701A73"/>
    <w:rsid w:val="007205E3"/>
    <w:rsid w:val="007D524A"/>
    <w:rsid w:val="00817C84"/>
    <w:rsid w:val="00952529"/>
    <w:rsid w:val="009B2241"/>
    <w:rsid w:val="00AA1D8D"/>
    <w:rsid w:val="00B47730"/>
    <w:rsid w:val="00C92859"/>
    <w:rsid w:val="00CB0664"/>
    <w:rsid w:val="00D957FA"/>
    <w:rsid w:val="00DA4304"/>
    <w:rsid w:val="00EE748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A36629"/>
  <w14:defaultImageDpi w14:val="300"/>
  <w15:docId w15:val="{54276DA7-2D17-134B-976D-F65C7CBB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和毅 舟橋</cp:lastModifiedBy>
  <cp:revision>13</cp:revision>
  <dcterms:created xsi:type="dcterms:W3CDTF">2024-06-17T05:22:00Z</dcterms:created>
  <dcterms:modified xsi:type="dcterms:W3CDTF">2024-06-17T07:13:00Z</dcterms:modified>
  <cp:category/>
</cp:coreProperties>
</file>