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46EE9" w14:textId="77777777" w:rsidR="00FF4388" w:rsidRPr="00FF4388" w:rsidRDefault="00FF4388" w:rsidP="00FF4388">
      <w:pPr>
        <w:rPr>
          <w:rFonts w:ascii="Times New Roman" w:hAnsi="Times New Roman" w:cs="Times New Roman"/>
          <w:b/>
          <w:bCs/>
          <w:sz w:val="32"/>
          <w:szCs w:val="32"/>
        </w:rPr>
      </w:pPr>
      <w:r w:rsidRPr="00FF4388">
        <w:rPr>
          <w:rFonts w:ascii="Times New Roman" w:hAnsi="Times New Roman" w:cs="Times New Roman"/>
          <w:b/>
          <w:bCs/>
          <w:sz w:val="32"/>
          <w:szCs w:val="32"/>
        </w:rPr>
        <w:t>Interview Guide</w:t>
      </w:r>
    </w:p>
    <w:p w14:paraId="31EF9EE9"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Thank you for participating in this interview. The purpose of this interview is to understand the emotions experienced by operating room nurses in Japan and to identify factors contributing to burnout and turnover. The interview focuses on individual experiences and emotions. All interview content will be anonymized and used solely for research purposes.</w:t>
      </w:r>
    </w:p>
    <w:p w14:paraId="50B0284F" w14:textId="77777777" w:rsidR="00FF4388" w:rsidRPr="00FF4388" w:rsidRDefault="00FF4388" w:rsidP="00FF4388">
      <w:pPr>
        <w:rPr>
          <w:rFonts w:ascii="Times New Roman" w:hAnsi="Times New Roman" w:cs="Times New Roman"/>
          <w:b/>
          <w:bCs/>
        </w:rPr>
      </w:pPr>
      <w:r w:rsidRPr="00FF4388">
        <w:rPr>
          <w:rFonts w:ascii="Times New Roman" w:hAnsi="Times New Roman" w:cs="Times New Roman"/>
          <w:b/>
          <w:bCs/>
        </w:rPr>
        <w:t>1. Background Information</w:t>
      </w:r>
    </w:p>
    <w:p w14:paraId="11074C79"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How many years of nursing experience do you have, and how many years of experience as an operating room nurse?</w:t>
      </w:r>
    </w:p>
    <w:p w14:paraId="600D7567"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What motivated you to become a nurse?</w:t>
      </w:r>
    </w:p>
    <w:p w14:paraId="7F5DDA23"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Can you tell us about your experience before working in the operating room?</w:t>
      </w:r>
    </w:p>
    <w:p w14:paraId="4E867C3B" w14:textId="77777777" w:rsidR="00FF4388" w:rsidRPr="00FF4388" w:rsidRDefault="00FF4388" w:rsidP="00FF4388">
      <w:pPr>
        <w:rPr>
          <w:rFonts w:ascii="Times New Roman" w:hAnsi="Times New Roman" w:cs="Times New Roman"/>
          <w:b/>
          <w:bCs/>
        </w:rPr>
      </w:pPr>
      <w:r w:rsidRPr="00FF4388">
        <w:rPr>
          <w:rFonts w:ascii="Times New Roman" w:hAnsi="Times New Roman" w:cs="Times New Roman"/>
          <w:b/>
          <w:bCs/>
        </w:rPr>
        <w:t>2. Daily Duties and Skills</w:t>
      </w:r>
    </w:p>
    <w:p w14:paraId="1858C5AB"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Can you describe a typical day in the operating room?</w:t>
      </w:r>
    </w:p>
    <w:p w14:paraId="20A3E99F"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Please explain your roles and responsibilities before and during surgery.</w:t>
      </w:r>
    </w:p>
    <w:p w14:paraId="4B462A97"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What skills and knowledge do you consider most important in your job?</w:t>
      </w:r>
    </w:p>
    <w:p w14:paraId="5DDCB4AD" w14:textId="77777777" w:rsidR="00FF4388" w:rsidRPr="00FF4388" w:rsidRDefault="00FF4388" w:rsidP="00FF4388">
      <w:pPr>
        <w:rPr>
          <w:rFonts w:ascii="Times New Roman" w:hAnsi="Times New Roman" w:cs="Times New Roman"/>
          <w:b/>
          <w:bCs/>
        </w:rPr>
      </w:pPr>
      <w:r w:rsidRPr="00FF4388">
        <w:rPr>
          <w:rFonts w:ascii="Times New Roman" w:hAnsi="Times New Roman" w:cs="Times New Roman"/>
          <w:b/>
          <w:bCs/>
        </w:rPr>
        <w:t>3. Patient Care</w:t>
      </w:r>
    </w:p>
    <w:p w14:paraId="770C382C"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Can you share a memorable episode involving patient interaction?</w:t>
      </w:r>
    </w:p>
    <w:p w14:paraId="2AD3DC55"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How do you alleviate patient anxiety before and during surgery?</w:t>
      </w:r>
    </w:p>
    <w:p w14:paraId="1CB87588"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What are your thoughts and practices regarding post-operative patient care?</w:t>
      </w:r>
    </w:p>
    <w:p w14:paraId="6B81B546" w14:textId="77777777" w:rsidR="00FF4388" w:rsidRPr="00FF4388" w:rsidRDefault="00FF4388" w:rsidP="00FF4388">
      <w:pPr>
        <w:rPr>
          <w:rFonts w:ascii="Times New Roman" w:hAnsi="Times New Roman" w:cs="Times New Roman"/>
          <w:b/>
          <w:bCs/>
        </w:rPr>
      </w:pPr>
      <w:r w:rsidRPr="00FF4388">
        <w:rPr>
          <w:rFonts w:ascii="Times New Roman" w:hAnsi="Times New Roman" w:cs="Times New Roman"/>
          <w:b/>
          <w:bCs/>
        </w:rPr>
        <w:t>4. Emotions and Stress Management</w:t>
      </w:r>
    </w:p>
    <w:p w14:paraId="6A143A95"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What are the main emotions you experience during and after surgeries?</w:t>
      </w:r>
    </w:p>
    <w:p w14:paraId="25186595"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How do you cope with stress when it arises?</w:t>
      </w:r>
    </w:p>
    <w:p w14:paraId="33FDDDD8"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Can you tell us about any initiatives or support systems in place to prevent burnout?</w:t>
      </w:r>
    </w:p>
    <w:p w14:paraId="2D3483B5" w14:textId="77777777" w:rsidR="00FF4388" w:rsidRPr="00FF4388" w:rsidRDefault="00FF4388" w:rsidP="00FF4388">
      <w:pPr>
        <w:rPr>
          <w:rFonts w:ascii="Times New Roman" w:hAnsi="Times New Roman" w:cs="Times New Roman"/>
          <w:b/>
          <w:bCs/>
        </w:rPr>
      </w:pPr>
      <w:r w:rsidRPr="00FF4388">
        <w:rPr>
          <w:rFonts w:ascii="Times New Roman" w:hAnsi="Times New Roman" w:cs="Times New Roman"/>
          <w:b/>
          <w:bCs/>
        </w:rPr>
        <w:t>5. Work Environment and Teamwork</w:t>
      </w:r>
    </w:p>
    <w:p w14:paraId="52AD813B"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How do you communicate with colleagues and other medical staff?</w:t>
      </w:r>
    </w:p>
    <w:p w14:paraId="6543A367"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What strategies or challenges do you encounter in maintaining effective teamwork?</w:t>
      </w:r>
    </w:p>
    <w:p w14:paraId="6EE080A1"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How do you feel the work environment impacts your emotions as a nurse?</w:t>
      </w:r>
    </w:p>
    <w:p w14:paraId="35B39501" w14:textId="77777777" w:rsidR="00FF4388" w:rsidRPr="00FF4388" w:rsidRDefault="00FF4388" w:rsidP="00FF4388">
      <w:pPr>
        <w:rPr>
          <w:rFonts w:ascii="Times New Roman" w:hAnsi="Times New Roman" w:cs="Times New Roman"/>
          <w:b/>
          <w:bCs/>
        </w:rPr>
      </w:pPr>
      <w:r w:rsidRPr="00FF4388">
        <w:rPr>
          <w:rFonts w:ascii="Times New Roman" w:hAnsi="Times New Roman" w:cs="Times New Roman"/>
          <w:b/>
          <w:bCs/>
        </w:rPr>
        <w:t>6. Burnout and Turnover</w:t>
      </w:r>
    </w:p>
    <w:p w14:paraId="45680C39" w14:textId="77777777" w:rsidR="00FF4388" w:rsidRPr="00FF4388" w:rsidRDefault="00FF4388" w:rsidP="00FF4388">
      <w:pPr>
        <w:rPr>
          <w:rFonts w:ascii="Times New Roman" w:hAnsi="Times New Roman" w:cs="Times New Roman"/>
        </w:rPr>
      </w:pPr>
      <w:r w:rsidRPr="00FF4388">
        <w:rPr>
          <w:rFonts w:ascii="Times New Roman" w:hAnsi="Times New Roman" w:cs="Times New Roman"/>
        </w:rPr>
        <w:t>- Have you ever experienced burnout? If so, can you share that experience?</w:t>
      </w:r>
    </w:p>
    <w:p w14:paraId="677D1E6B" w14:textId="43A9BDC6" w:rsidR="006925AC" w:rsidRPr="00A27133" w:rsidRDefault="00FF4388" w:rsidP="00FF4388">
      <w:pPr>
        <w:rPr>
          <w:rFonts w:ascii="Times New Roman" w:hAnsi="Times New Roman" w:cs="Times New Roman"/>
        </w:rPr>
      </w:pPr>
      <w:r w:rsidRPr="00FF4388">
        <w:rPr>
          <w:rFonts w:ascii="Times New Roman" w:hAnsi="Times New Roman" w:cs="Times New Roman"/>
        </w:rPr>
        <w:lastRenderedPageBreak/>
        <w:t>- What types of support from the workplace or supervisors do you think are effective in preventing burnout and turnover?</w:t>
      </w:r>
    </w:p>
    <w:sectPr w:rsidR="006925AC" w:rsidRPr="00A2713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40935543">
    <w:abstractNumId w:val="8"/>
  </w:num>
  <w:num w:numId="2" w16cid:durableId="978925597">
    <w:abstractNumId w:val="6"/>
  </w:num>
  <w:num w:numId="3" w16cid:durableId="668295078">
    <w:abstractNumId w:val="5"/>
  </w:num>
  <w:num w:numId="4" w16cid:durableId="1023022157">
    <w:abstractNumId w:val="4"/>
  </w:num>
  <w:num w:numId="5" w16cid:durableId="1826433161">
    <w:abstractNumId w:val="7"/>
  </w:num>
  <w:num w:numId="6" w16cid:durableId="791679765">
    <w:abstractNumId w:val="3"/>
  </w:num>
  <w:num w:numId="7" w16cid:durableId="913977643">
    <w:abstractNumId w:val="2"/>
  </w:num>
  <w:num w:numId="8" w16cid:durableId="1104423965">
    <w:abstractNumId w:val="1"/>
  </w:num>
  <w:num w:numId="9" w16cid:durableId="166955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7AFC"/>
    <w:rsid w:val="0015074B"/>
    <w:rsid w:val="0029639D"/>
    <w:rsid w:val="00326F90"/>
    <w:rsid w:val="006925AC"/>
    <w:rsid w:val="008C4080"/>
    <w:rsid w:val="00A27133"/>
    <w:rsid w:val="00AA1D8D"/>
    <w:rsid w:val="00B47730"/>
    <w:rsid w:val="00B7035E"/>
    <w:rsid w:val="00CB0664"/>
    <w:rsid w:val="00FC693F"/>
    <w:rsid w:val="00FF43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0D17BD74"/>
  <w14:defaultImageDpi w14:val="300"/>
  <w15:docId w15:val="{854D0FDE-23FC-41C5-9639-71AEBDE2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健太朗 原</cp:lastModifiedBy>
  <cp:revision>4</cp:revision>
  <dcterms:created xsi:type="dcterms:W3CDTF">2024-06-05T12:27:00Z</dcterms:created>
  <dcterms:modified xsi:type="dcterms:W3CDTF">2024-06-05T12:42:00Z</dcterms:modified>
  <cp:category/>
</cp:coreProperties>
</file>