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0C81A9" w14:textId="1A8EBAF5" w:rsidR="00BD7E7E" w:rsidRPr="00BD7E7E" w:rsidRDefault="00BD7E7E" w:rsidP="002007C2">
      <w:pPr>
        <w:rPr>
          <w:b/>
          <w:bCs/>
        </w:rPr>
      </w:pPr>
      <w:r w:rsidRPr="00BD7E7E">
        <w:rPr>
          <w:b/>
          <w:bCs/>
        </w:rPr>
        <w:t xml:space="preserve">Cancer Genes Prediction SI </w:t>
      </w:r>
      <w:r w:rsidRPr="00BD7E7E">
        <w:rPr>
          <w:b/>
          <w:bCs/>
        </w:rPr>
        <w:t>Code</w:t>
      </w:r>
    </w:p>
    <w:p w14:paraId="49800ADE" w14:textId="77777777" w:rsidR="00BD7E7E" w:rsidRDefault="00BD7E7E" w:rsidP="002007C2"/>
    <w:p w14:paraId="4F119B12" w14:textId="4B00C2BD" w:rsidR="00BD7E7E" w:rsidRPr="00BD7E7E" w:rsidRDefault="00BD7E7E" w:rsidP="00BD7E7E">
      <w:pPr>
        <w:pStyle w:val="authors"/>
        <w:spacing w:before="0" w:beforeAutospacing="0" w:after="200" w:afterAutospacing="0" w:line="480" w:lineRule="auto"/>
        <w:rPr>
          <w:rFonts w:asciiTheme="minorHAnsi" w:hAnsiTheme="minorHAnsi" w:cstheme="minorHAnsi"/>
          <w:vertAlign w:val="superscript"/>
        </w:rPr>
      </w:pPr>
      <w:r w:rsidRPr="00C25CAD">
        <w:rPr>
          <w:rFonts w:asciiTheme="minorHAnsi" w:hAnsiTheme="minorHAnsi" w:cstheme="minorHAnsi"/>
        </w:rPr>
        <w:t>Amro Safadi, Simon C. Lovell &amp; Andrew J. Doig</w:t>
      </w:r>
    </w:p>
    <w:p w14:paraId="648D8566" w14:textId="3DD6E6A5" w:rsidR="002007C2" w:rsidRDefault="002007C2" w:rsidP="002007C2">
      <w:r>
        <w:t>The code (in Python programming language) could be run as a stand alone code to execute predictions based on the machine-learning model we built to predict Cancer-associated genes using on protein-protein interaction networks, essentiality scores and evolutionary properties:</w:t>
      </w:r>
    </w:p>
    <w:p w14:paraId="244395C3" w14:textId="77777777" w:rsidR="002007C2" w:rsidRDefault="002007C2" w:rsidP="002007C2"/>
    <w:p w14:paraId="4FD52F68" w14:textId="77777777" w:rsidR="002007C2" w:rsidRDefault="002007C2" w:rsidP="002007C2"/>
    <w:p w14:paraId="40889341" w14:textId="77777777" w:rsidR="002007C2" w:rsidRDefault="002007C2" w:rsidP="002007C2">
      <w:r>
        <w:t>import calendar</w:t>
      </w:r>
    </w:p>
    <w:p w14:paraId="528602B9" w14:textId="77777777" w:rsidR="002007C2" w:rsidRDefault="002007C2" w:rsidP="002007C2">
      <w:r>
        <w:t>from datetime import datetime</w:t>
      </w:r>
    </w:p>
    <w:p w14:paraId="7A235270" w14:textId="77777777" w:rsidR="002007C2" w:rsidRDefault="002007C2" w:rsidP="002007C2">
      <w:r>
        <w:t>from collections import namedtuple</w:t>
      </w:r>
    </w:p>
    <w:p w14:paraId="381E8DB8" w14:textId="77777777" w:rsidR="002007C2" w:rsidRDefault="002007C2" w:rsidP="002007C2">
      <w:r>
        <w:t>import re</w:t>
      </w:r>
    </w:p>
    <w:p w14:paraId="072FAF94" w14:textId="77777777" w:rsidR="002007C2" w:rsidRDefault="002007C2" w:rsidP="002007C2">
      <w:r>
        <w:t>import sys</w:t>
      </w:r>
    </w:p>
    <w:p w14:paraId="4B6F6B2D" w14:textId="77777777" w:rsidR="002007C2" w:rsidRDefault="002007C2" w:rsidP="002007C2">
      <w:r>
        <w:t>import time</w:t>
      </w:r>
    </w:p>
    <w:p w14:paraId="0C6F6FD9" w14:textId="77777777" w:rsidR="002007C2" w:rsidRDefault="002007C2" w:rsidP="002007C2">
      <w:r>
        <w:t>import os</w:t>
      </w:r>
    </w:p>
    <w:p w14:paraId="2A228AC9" w14:textId="77777777" w:rsidR="002007C2" w:rsidRDefault="002007C2" w:rsidP="002007C2"/>
    <w:p w14:paraId="0A330848" w14:textId="77777777" w:rsidR="002007C2" w:rsidRDefault="002007C2" w:rsidP="002007C2">
      <w:r>
        <w:t>import numpy as np</w:t>
      </w:r>
    </w:p>
    <w:p w14:paraId="62D15BAA" w14:textId="77777777" w:rsidR="002007C2" w:rsidRDefault="002007C2" w:rsidP="002007C2">
      <w:r>
        <w:t>import pandas as pd</w:t>
      </w:r>
    </w:p>
    <w:p w14:paraId="14B67ABA" w14:textId="77777777" w:rsidR="002007C2" w:rsidRDefault="002007C2" w:rsidP="002007C2"/>
    <w:p w14:paraId="378EEF9D" w14:textId="77777777" w:rsidR="002007C2" w:rsidRDefault="002007C2" w:rsidP="002007C2">
      <w:r>
        <w:t>PY3 = sys.version_info[0] == 3</w:t>
      </w:r>
    </w:p>
    <w:p w14:paraId="018B1CCD" w14:textId="77777777" w:rsidR="002007C2" w:rsidRDefault="002007C2" w:rsidP="002007C2">
      <w:r>
        <w:t>if PY3:</w:t>
      </w:r>
    </w:p>
    <w:p w14:paraId="50DC91E1" w14:textId="77777777" w:rsidR="002007C2" w:rsidRDefault="002007C2" w:rsidP="002007C2">
      <w:r>
        <w:t xml:space="preserve">    string_types = str,</w:t>
      </w:r>
    </w:p>
    <w:p w14:paraId="38D5416D" w14:textId="77777777" w:rsidR="002007C2" w:rsidRDefault="002007C2" w:rsidP="002007C2">
      <w:r>
        <w:t xml:space="preserve">    text_type = str</w:t>
      </w:r>
    </w:p>
    <w:p w14:paraId="683BCBFC" w14:textId="77777777" w:rsidR="002007C2" w:rsidRDefault="002007C2" w:rsidP="002007C2">
      <w:r>
        <w:t xml:space="preserve">    long_type = int</w:t>
      </w:r>
    </w:p>
    <w:p w14:paraId="590D7722" w14:textId="77777777" w:rsidR="002007C2" w:rsidRDefault="002007C2" w:rsidP="002007C2">
      <w:r>
        <w:t>else:</w:t>
      </w:r>
    </w:p>
    <w:p w14:paraId="74A04577" w14:textId="77777777" w:rsidR="002007C2" w:rsidRDefault="002007C2" w:rsidP="002007C2">
      <w:r>
        <w:t xml:space="preserve">    string_types = basestring,</w:t>
      </w:r>
    </w:p>
    <w:p w14:paraId="4395D892" w14:textId="77777777" w:rsidR="002007C2" w:rsidRDefault="002007C2" w:rsidP="002007C2">
      <w:r>
        <w:t xml:space="preserve">    text_type = unicode</w:t>
      </w:r>
    </w:p>
    <w:p w14:paraId="66A23A12" w14:textId="77777777" w:rsidR="002007C2" w:rsidRDefault="002007C2" w:rsidP="002007C2">
      <w:r>
        <w:t xml:space="preserve">    long_type = long</w:t>
      </w:r>
    </w:p>
    <w:p w14:paraId="789AA6FE" w14:textId="77777777" w:rsidR="002007C2" w:rsidRDefault="002007C2" w:rsidP="002007C2"/>
    <w:p w14:paraId="60055209" w14:textId="77777777" w:rsidR="002007C2" w:rsidRDefault="002007C2" w:rsidP="002007C2">
      <w:r>
        <w:t>def predict(row):</w:t>
      </w:r>
    </w:p>
    <w:p w14:paraId="47291589" w14:textId="77777777" w:rsidR="002007C2" w:rsidRDefault="002007C2" w:rsidP="002007C2">
      <w:r>
        <w:t xml:space="preserve">    Group = row[u'Group']</w:t>
      </w:r>
    </w:p>
    <w:p w14:paraId="0E2C02B0" w14:textId="77777777" w:rsidR="002007C2" w:rsidRDefault="002007C2" w:rsidP="002007C2">
      <w:r>
        <w:t xml:space="preserve">    round_Average_Transcript_length = np.float32(row[u'Average Transcript length'])</w:t>
      </w:r>
    </w:p>
    <w:p w14:paraId="496FCC37" w14:textId="77777777" w:rsidR="002007C2" w:rsidRDefault="002007C2" w:rsidP="002007C2">
      <w:r>
        <w:t xml:space="preserve">    round_Blomen_KBM7 = np.float32(row[u'Blomen KBM7'])</w:t>
      </w:r>
    </w:p>
    <w:p w14:paraId="60FA2F3F" w14:textId="77777777" w:rsidR="002007C2" w:rsidRDefault="002007C2" w:rsidP="002007C2">
      <w:r>
        <w:t xml:space="preserve">    round_Blomen_KBM7_mi = np.float32(row[u'Blomen KBM7-mi'])</w:t>
      </w:r>
    </w:p>
    <w:p w14:paraId="78F378D9" w14:textId="77777777" w:rsidR="002007C2" w:rsidRDefault="002007C2" w:rsidP="002007C2">
      <w:r>
        <w:t xml:space="preserve">    round_Closeness = np.float32(row[u'Closeness'])</w:t>
      </w:r>
    </w:p>
    <w:p w14:paraId="2F700B6D" w14:textId="77777777" w:rsidR="002007C2" w:rsidRDefault="002007C2" w:rsidP="002007C2">
      <w:r>
        <w:t xml:space="preserve">    round_Degree = np.float32(row[u'Degree'])</w:t>
      </w:r>
    </w:p>
    <w:p w14:paraId="78733254" w14:textId="77777777" w:rsidR="002007C2" w:rsidRDefault="002007C2" w:rsidP="002007C2">
      <w:r>
        <w:t xml:space="preserve">    round_Degree_mi = np.float32(row[u'Degree-mi'])</w:t>
      </w:r>
    </w:p>
    <w:p w14:paraId="765EC9A2" w14:textId="77777777" w:rsidR="002007C2" w:rsidRDefault="002007C2" w:rsidP="002007C2">
      <w:r>
        <w:t xml:space="preserve">    round_End = np.float32(row[u'End'])</w:t>
      </w:r>
    </w:p>
    <w:p w14:paraId="2D6A3547" w14:textId="77777777" w:rsidR="002007C2" w:rsidRDefault="002007C2" w:rsidP="002007C2">
      <w:r>
        <w:t xml:space="preserve">    round_Exon_Count = np.float32(row[u'Exon Count'])</w:t>
      </w:r>
    </w:p>
    <w:p w14:paraId="5E8AAE25" w14:textId="77777777" w:rsidR="002007C2" w:rsidRDefault="002007C2" w:rsidP="002007C2">
      <w:r>
        <w:t xml:space="preserve">    round_Gene_Length_bp = np.float32(row[u'Gene Length bp'])</w:t>
      </w:r>
    </w:p>
    <w:p w14:paraId="0947BAFB" w14:textId="77777777" w:rsidR="002007C2" w:rsidRDefault="002007C2" w:rsidP="002007C2">
      <w:r>
        <w:t xml:space="preserve">    round_LofTool = np.float32(row[u'LofTool'])</w:t>
      </w:r>
    </w:p>
    <w:p w14:paraId="1FDCD420" w14:textId="77777777" w:rsidR="002007C2" w:rsidRDefault="002007C2" w:rsidP="002007C2">
      <w:r>
        <w:t xml:space="preserve">    round_LofTool_mi = np.float32(row[u'LofTool-mi'])</w:t>
      </w:r>
    </w:p>
    <w:p w14:paraId="75C29827" w14:textId="77777777" w:rsidR="002007C2" w:rsidRDefault="002007C2" w:rsidP="002007C2">
      <w:r>
        <w:t xml:space="preserve">    round_Phi = np.float32(row[u'Phi'])</w:t>
      </w:r>
    </w:p>
    <w:p w14:paraId="455409C7" w14:textId="77777777" w:rsidR="002007C2" w:rsidRDefault="002007C2" w:rsidP="002007C2">
      <w:r>
        <w:t xml:space="preserve">    round_Phi_mi = np.float32(row[u'Phi-mi'])</w:t>
      </w:r>
    </w:p>
    <w:p w14:paraId="4407E9A4" w14:textId="77777777" w:rsidR="002007C2" w:rsidRDefault="002007C2" w:rsidP="002007C2">
      <w:r>
        <w:lastRenderedPageBreak/>
        <w:t xml:space="preserve">    round_StdDev_Transcript_length = np.float32(row[u'StdDev Transcript length'])</w:t>
      </w:r>
    </w:p>
    <w:p w14:paraId="7E9B03F4" w14:textId="77777777" w:rsidR="002007C2" w:rsidRDefault="002007C2" w:rsidP="002007C2">
      <w:r>
        <w:t xml:space="preserve">    round_Tajima__s_D_regulatory = np.float32(row[u'Tajima\'s D regulatory'])</w:t>
      </w:r>
    </w:p>
    <w:p w14:paraId="1BF39D81" w14:textId="77777777" w:rsidR="002007C2" w:rsidRDefault="002007C2" w:rsidP="002007C2">
      <w:r>
        <w:t xml:space="preserve">    round_Tajima__s_D_regulatory_mi = np.float32(row[u'Tajima\'s D regulatory-mi'])</w:t>
      </w:r>
    </w:p>
    <w:p w14:paraId="6BEE2D0F" w14:textId="77777777" w:rsidR="002007C2" w:rsidRDefault="002007C2" w:rsidP="002007C2">
      <w:r>
        <w:t xml:space="preserve">    round_Transcript_count = np.float32(row[u'Transcript count'])</w:t>
      </w:r>
    </w:p>
    <w:p w14:paraId="2B43986E" w14:textId="77777777" w:rsidR="002007C2" w:rsidRDefault="002007C2" w:rsidP="002007C2">
      <w:r>
        <w:t xml:space="preserve">    round_dN_dS_Chimp = np.float32(row[u'dN/dS Chimp'])</w:t>
      </w:r>
    </w:p>
    <w:p w14:paraId="5B3B70BA" w14:textId="77777777" w:rsidR="002007C2" w:rsidRDefault="002007C2" w:rsidP="002007C2">
      <w:r>
        <w:t xml:space="preserve">    round_dN_dS_Chimp_mi = np.float32(row[u'dN/dS Chimp-mi'])</w:t>
      </w:r>
    </w:p>
    <w:p w14:paraId="12607553" w14:textId="77777777" w:rsidR="002007C2" w:rsidRDefault="002007C2" w:rsidP="002007C2">
      <w:r>
        <w:t xml:space="preserve">    round_missense_Z = np.float32(row[u'missense_Z'])</w:t>
      </w:r>
    </w:p>
    <w:p w14:paraId="1981BE42" w14:textId="77777777" w:rsidR="002007C2" w:rsidRDefault="002007C2" w:rsidP="002007C2">
      <w:r>
        <w:t xml:space="preserve">    round_missense_Z_mi = np.float32(row[u'missense_Z-mi'])</w:t>
      </w:r>
    </w:p>
    <w:p w14:paraId="216C99EF" w14:textId="77777777" w:rsidR="002007C2" w:rsidRDefault="002007C2" w:rsidP="002007C2">
      <w:r>
        <w:t xml:space="preserve">    round_s_het = np.float32(row[u's_het'])</w:t>
      </w:r>
    </w:p>
    <w:p w14:paraId="5E5A22E4" w14:textId="77777777" w:rsidR="002007C2" w:rsidRDefault="002007C2" w:rsidP="002007C2">
      <w:r>
        <w:t xml:space="preserve">    round_s_het_mi = np.float32(row[u's_het-mi'])</w:t>
      </w:r>
    </w:p>
    <w:p w14:paraId="42F96017" w14:textId="77777777" w:rsidR="002007C2" w:rsidRDefault="002007C2" w:rsidP="002007C2">
      <w:r>
        <w:t xml:space="preserve">    return sum([</w:t>
      </w:r>
    </w:p>
    <w:p w14:paraId="73E83555" w14:textId="77777777" w:rsidR="002007C2" w:rsidRDefault="002007C2" w:rsidP="002007C2">
      <w:r>
        <w:t xml:space="preserve">        -2.6863578,</w:t>
      </w:r>
    </w:p>
    <w:p w14:paraId="2E52FC0F" w14:textId="77777777" w:rsidR="002007C2" w:rsidRDefault="002007C2" w:rsidP="002007C2">
      <w:r>
        <w:t xml:space="preserve">           0.018202720175283508552 * (not Group == u'CM' and </w:t>
      </w:r>
    </w:p>
    <w:p w14:paraId="409CA0CB" w14:textId="77777777" w:rsidR="002007C2" w:rsidRDefault="002007C2" w:rsidP="002007C2">
      <w:r>
        <w:t xml:space="preserve">                                     not Group == u'MNC' and </w:t>
      </w:r>
    </w:p>
    <w:p w14:paraId="53D16150" w14:textId="77777777" w:rsidR="002007C2" w:rsidRDefault="002007C2" w:rsidP="002007C2">
      <w:r>
        <w:t xml:space="preserve">                                     round_Tajima__s_D_regulatory &lt;= 0.4104999899864197 and </w:t>
      </w:r>
    </w:p>
    <w:p w14:paraId="228F248A" w14:textId="77777777" w:rsidR="002007C2" w:rsidRDefault="002007C2" w:rsidP="002007C2">
      <w:r>
        <w:t xml:space="preserve">                                     round_StdDev_Transcript_length &gt; 1954.456787109375),</w:t>
      </w:r>
    </w:p>
    <w:p w14:paraId="687979E1" w14:textId="77777777" w:rsidR="002007C2" w:rsidRDefault="002007C2" w:rsidP="002007C2">
      <w:r>
        <w:t xml:space="preserve">         -0.0054378635982185617379 * (round_dN_dS_Chimp_mi &lt;= 0.5 and </w:t>
      </w:r>
    </w:p>
    <w:p w14:paraId="17458BFA" w14:textId="77777777" w:rsidR="002007C2" w:rsidRDefault="002007C2" w:rsidP="002007C2">
      <w:r>
        <w:t xml:space="preserve">                                     round_Blomen_KBM7 &lt;= -0.2516007423400879 and </w:t>
      </w:r>
    </w:p>
    <w:p w14:paraId="6217A420" w14:textId="77777777" w:rsidR="002007C2" w:rsidRDefault="002007C2" w:rsidP="002007C2">
      <w:r>
        <w:t xml:space="preserve">                                     round_LofTool &lt;= 0.6634999513626099 and </w:t>
      </w:r>
    </w:p>
    <w:p w14:paraId="40004334" w14:textId="77777777" w:rsidR="002007C2" w:rsidRDefault="002007C2" w:rsidP="002007C2">
      <w:r>
        <w:t xml:space="preserve">                                     round_LofTool_mi &lt;= 0.5),</w:t>
      </w:r>
    </w:p>
    <w:p w14:paraId="651F0B17" w14:textId="77777777" w:rsidR="002007C2" w:rsidRDefault="002007C2" w:rsidP="002007C2">
      <w:r>
        <w:t xml:space="preserve">        -1.5583491431925192728E-11 * (round_End),</w:t>
      </w:r>
    </w:p>
    <w:p w14:paraId="72F94C17" w14:textId="77777777" w:rsidR="002007C2" w:rsidRDefault="002007C2" w:rsidP="002007C2">
      <w:r>
        <w:t xml:space="preserve">           0.048499210437713213828 * (round_Closeness &lt;= 0.33500000834465027 and </w:t>
      </w:r>
    </w:p>
    <w:p w14:paraId="60E90D48" w14:textId="77777777" w:rsidR="002007C2" w:rsidRDefault="002007C2" w:rsidP="002007C2">
      <w:r>
        <w:t xml:space="preserve">                                     3.2976694107055664 &lt; round_missense_Z &lt;= 4.050085067749023),</w:t>
      </w:r>
    </w:p>
    <w:p w14:paraId="67AF77F8" w14:textId="77777777" w:rsidR="002007C2" w:rsidRDefault="002007C2" w:rsidP="002007C2">
      <w:r>
        <w:t xml:space="preserve">           0.096975931123053304983 * (round_Transcript_count &gt; 20.5),</w:t>
      </w:r>
    </w:p>
    <w:p w14:paraId="519A45C0" w14:textId="77777777" w:rsidR="002007C2" w:rsidRDefault="002007C2" w:rsidP="002007C2">
      <w:r>
        <w:t xml:space="preserve">          -0.017383948168761587799 * (round_Degree &lt;= 3.5 and </w:t>
      </w:r>
    </w:p>
    <w:p w14:paraId="2672BCBB" w14:textId="77777777" w:rsidR="002007C2" w:rsidRDefault="002007C2" w:rsidP="002007C2">
      <w:r>
        <w:t xml:space="preserve">                                     round_s_het &gt; 0.023678744211792946),</w:t>
      </w:r>
    </w:p>
    <w:p w14:paraId="1ABF0D94" w14:textId="77777777" w:rsidR="002007C2" w:rsidRDefault="002007C2" w:rsidP="002007C2">
      <w:r>
        <w:t xml:space="preserve">         -0.0081188248086857105895 * (not Group == u'CM' and </w:t>
      </w:r>
    </w:p>
    <w:p w14:paraId="2E78B0B9" w14:textId="77777777" w:rsidR="002007C2" w:rsidRDefault="002007C2" w:rsidP="002007C2">
      <w:r>
        <w:t xml:space="preserve">                                     round_Tajima__s_D_regulatory &lt;= 0.17550000548362732 and </w:t>
      </w:r>
    </w:p>
    <w:p w14:paraId="67206765" w14:textId="77777777" w:rsidR="002007C2" w:rsidRDefault="002007C2" w:rsidP="002007C2">
      <w:r>
        <w:t xml:space="preserve">                                     round_Transcript_count &lt;= 10.5 and </w:t>
      </w:r>
    </w:p>
    <w:p w14:paraId="612B84C0" w14:textId="77777777" w:rsidR="002007C2" w:rsidRDefault="002007C2" w:rsidP="002007C2">
      <w:r>
        <w:t xml:space="preserve">                                     round_Gene_Length_bp &gt; 2814.5),</w:t>
      </w:r>
    </w:p>
    <w:p w14:paraId="5D90ABA4" w14:textId="77777777" w:rsidR="002007C2" w:rsidRDefault="002007C2" w:rsidP="002007C2">
      <w:r>
        <w:t xml:space="preserve">          -0.023776888724096147121 * (round_Tajima__s_D_regulatory &gt; -1.2874999046325684 and </w:t>
      </w:r>
    </w:p>
    <w:p w14:paraId="12159004" w14:textId="77777777" w:rsidR="002007C2" w:rsidRDefault="002007C2" w:rsidP="002007C2">
      <w:r>
        <w:t xml:space="preserve">                                     round_missense_Z &lt;= 3.2976694107055664 and </w:t>
      </w:r>
    </w:p>
    <w:p w14:paraId="6042B055" w14:textId="77777777" w:rsidR="002007C2" w:rsidRDefault="002007C2" w:rsidP="002007C2">
      <w:r>
        <w:t xml:space="preserve">                                     round_missense_Z_mi &lt;= 0.5 and </w:t>
      </w:r>
    </w:p>
    <w:p w14:paraId="7973A6A2" w14:textId="77777777" w:rsidR="002007C2" w:rsidRDefault="002007C2" w:rsidP="002007C2">
      <w:r>
        <w:t xml:space="preserve">                                     round_LofTool &lt;= 0.6634999513626099),</w:t>
      </w:r>
    </w:p>
    <w:p w14:paraId="64CC9B6C" w14:textId="77777777" w:rsidR="002007C2" w:rsidRDefault="002007C2" w:rsidP="002007C2">
      <w:r>
        <w:t xml:space="preserve">           0.015303739394473513113 * (round_LofTool &gt; 0.6634999513626099 and </w:t>
      </w:r>
    </w:p>
    <w:p w14:paraId="187360C5" w14:textId="77777777" w:rsidR="002007C2" w:rsidRDefault="002007C2" w:rsidP="002007C2">
      <w:r>
        <w:t xml:space="preserve">                                     round_Gene_Length_bp &gt; 104704.0 and </w:t>
      </w:r>
    </w:p>
    <w:p w14:paraId="1D541393" w14:textId="77777777" w:rsidR="002007C2" w:rsidRDefault="002007C2" w:rsidP="002007C2">
      <w:r>
        <w:t xml:space="preserve">                                     round_StdDev_Transcript_length &gt; 2574.27734375 and </w:t>
      </w:r>
    </w:p>
    <w:p w14:paraId="3D7FB61C" w14:textId="77777777" w:rsidR="002007C2" w:rsidRDefault="002007C2" w:rsidP="002007C2">
      <w:r>
        <w:t xml:space="preserve">                                     round_Exon_Count &lt;= 156.5),</w:t>
      </w:r>
    </w:p>
    <w:p w14:paraId="677A237D" w14:textId="77777777" w:rsidR="002007C2" w:rsidRDefault="002007C2" w:rsidP="002007C2">
      <w:r>
        <w:t xml:space="preserve">           0.032356712896822563408 * (round_Degree_mi &lt;= 0.5 and </w:t>
      </w:r>
    </w:p>
    <w:p w14:paraId="53B07203" w14:textId="77777777" w:rsidR="002007C2" w:rsidRDefault="002007C2" w:rsidP="002007C2">
      <w:r>
        <w:t xml:space="preserve">                                     0.874500036239624 &lt; round_LofTool &lt;= 0.9921150207519531),</w:t>
      </w:r>
    </w:p>
    <w:p w14:paraId="3312C3BE" w14:textId="77777777" w:rsidR="002007C2" w:rsidRDefault="002007C2" w:rsidP="002007C2">
      <w:r>
        <w:t xml:space="preserve">          -0.061064130313854887711 * (not Group == u'MNC' and </w:t>
      </w:r>
    </w:p>
    <w:p w14:paraId="71EC2404" w14:textId="77777777" w:rsidR="002007C2" w:rsidRDefault="002007C2" w:rsidP="002007C2">
      <w:r>
        <w:t xml:space="preserve">                                     round_dN_dS_Chimp_mi &gt; 0.5 and </w:t>
      </w:r>
    </w:p>
    <w:p w14:paraId="0B2E9F0C" w14:textId="77777777" w:rsidR="002007C2" w:rsidRDefault="002007C2" w:rsidP="002007C2">
      <w:r>
        <w:t xml:space="preserve">                                     round_missense_Z &lt;= 3.2976694107055664 and </w:t>
      </w:r>
    </w:p>
    <w:p w14:paraId="169850ED" w14:textId="77777777" w:rsidR="002007C2" w:rsidRDefault="002007C2" w:rsidP="002007C2">
      <w:r>
        <w:t xml:space="preserve">                                     round_StdDev_Transcript_length &lt;= 987.5745849609375),</w:t>
      </w:r>
    </w:p>
    <w:p w14:paraId="6C654519" w14:textId="77777777" w:rsidR="002007C2" w:rsidRDefault="002007C2" w:rsidP="002007C2">
      <w:r>
        <w:t xml:space="preserve">            0.03107445629333745532 * (round_Phi &gt; 0.00015248148702085018 and </w:t>
      </w:r>
    </w:p>
    <w:p w14:paraId="0418C859" w14:textId="77777777" w:rsidR="002007C2" w:rsidRDefault="002007C2" w:rsidP="002007C2">
      <w:r>
        <w:t xml:space="preserve">                                     round_Blomen_KBM7 &gt; -0.5508977174758911 and </w:t>
      </w:r>
    </w:p>
    <w:p w14:paraId="45CA9FFA" w14:textId="77777777" w:rsidR="002007C2" w:rsidRDefault="002007C2" w:rsidP="002007C2">
      <w:r>
        <w:lastRenderedPageBreak/>
        <w:t xml:space="preserve">                                     round_missense_Z &lt;= 4.0604472160339355 and </w:t>
      </w:r>
    </w:p>
    <w:p w14:paraId="096802A7" w14:textId="77777777" w:rsidR="002007C2" w:rsidRDefault="002007C2" w:rsidP="002007C2">
      <w:r>
        <w:t xml:space="preserve">                                     round_Exon_Count &gt; 87.5),</w:t>
      </w:r>
    </w:p>
    <w:p w14:paraId="763A896C" w14:textId="77777777" w:rsidR="002007C2" w:rsidRDefault="002007C2" w:rsidP="002007C2">
      <w:r>
        <w:t xml:space="preserve">           0.027000278790342342738 * (round_Degree &lt;= 12.5 and </w:t>
      </w:r>
    </w:p>
    <w:p w14:paraId="3EB6DC63" w14:textId="77777777" w:rsidR="002007C2" w:rsidRDefault="002007C2" w:rsidP="002007C2">
      <w:r>
        <w:t xml:space="preserve">                                     round_s_het &gt; 0.017613736912608147 and </w:t>
      </w:r>
    </w:p>
    <w:p w14:paraId="08318807" w14:textId="77777777" w:rsidR="002007C2" w:rsidRDefault="002007C2" w:rsidP="002007C2">
      <w:r>
        <w:t xml:space="preserve">                                     round_Gene_Length_bp &gt; 38001.5 and </w:t>
      </w:r>
    </w:p>
    <w:p w14:paraId="6F3C21A6" w14:textId="77777777" w:rsidR="002007C2" w:rsidRDefault="002007C2" w:rsidP="002007C2">
      <w:r>
        <w:t xml:space="preserve">                                     round_Exon_Count &lt;= 221.5),</w:t>
      </w:r>
    </w:p>
    <w:p w14:paraId="70E3C47A" w14:textId="77777777" w:rsidR="002007C2" w:rsidRDefault="002007C2" w:rsidP="002007C2">
      <w:r>
        <w:t xml:space="preserve">         -0.0074861761526758031915 * (round_Tajima__s_D_regulatory &lt;= 0.4165000021457672 and </w:t>
      </w:r>
    </w:p>
    <w:p w14:paraId="6CF5812A" w14:textId="77777777" w:rsidR="002007C2" w:rsidRDefault="002007C2" w:rsidP="002007C2">
      <w:r>
        <w:t xml:space="preserve">                                     round_LofTool &gt; 0.6634999513626099 and </w:t>
      </w:r>
    </w:p>
    <w:p w14:paraId="21692A69" w14:textId="77777777" w:rsidR="002007C2" w:rsidRDefault="002007C2" w:rsidP="002007C2">
      <w:r>
        <w:t xml:space="preserve">                                     round_Transcript_count &lt;= 21.5 and </w:t>
      </w:r>
    </w:p>
    <w:p w14:paraId="5A8CC540" w14:textId="77777777" w:rsidR="002007C2" w:rsidRDefault="002007C2" w:rsidP="002007C2">
      <w:r>
        <w:t xml:space="preserve">                                     round_StdDev_Transcript_length &lt;= 2558.05078125),</w:t>
      </w:r>
    </w:p>
    <w:p w14:paraId="6578108C" w14:textId="77777777" w:rsidR="002007C2" w:rsidRDefault="002007C2" w:rsidP="002007C2">
      <w:r>
        <w:t xml:space="preserve">           0.033691518811985399218 * (round_Blomen_KBM7 &lt;= -0.14686328172683716 and </w:t>
      </w:r>
    </w:p>
    <w:p w14:paraId="4A1FC511" w14:textId="77777777" w:rsidR="002007C2" w:rsidRDefault="002007C2" w:rsidP="002007C2">
      <w:r>
        <w:t xml:space="preserve">                                     round_LofTool &gt; 0.962399959564209 and </w:t>
      </w:r>
    </w:p>
    <w:p w14:paraId="3FD800D5" w14:textId="77777777" w:rsidR="002007C2" w:rsidRDefault="002007C2" w:rsidP="002007C2">
      <w:r>
        <w:t xml:space="preserve">                                     round_StdDev_Transcript_length &lt;= 2391.52490234375),</w:t>
      </w:r>
    </w:p>
    <w:p w14:paraId="5CA4B52F" w14:textId="77777777" w:rsidR="002007C2" w:rsidRDefault="002007C2" w:rsidP="002007C2">
      <w:r>
        <w:t xml:space="preserve">          -0.016812786172447410221 * (round_Degree_mi &gt; 0.5 and </w:t>
      </w:r>
    </w:p>
    <w:p w14:paraId="35C7A2B1" w14:textId="77777777" w:rsidR="002007C2" w:rsidRDefault="002007C2" w:rsidP="002007C2">
      <w:r>
        <w:t xml:space="preserve">                                     round_Phi_mi &lt;= 0.5 and </w:t>
      </w:r>
    </w:p>
    <w:p w14:paraId="46B9393E" w14:textId="77777777" w:rsidR="002007C2" w:rsidRDefault="002007C2" w:rsidP="002007C2">
      <w:r>
        <w:t xml:space="preserve">                                     round_Blomen_KBM7 &gt; -0.27386000752449036 and </w:t>
      </w:r>
    </w:p>
    <w:p w14:paraId="4AD5CA4D" w14:textId="77777777" w:rsidR="002007C2" w:rsidRDefault="002007C2" w:rsidP="002007C2">
      <w:r>
        <w:t xml:space="preserve">                                     round_Blomen_KBM7_mi &lt;= 0.5),</w:t>
      </w:r>
    </w:p>
    <w:p w14:paraId="06BED075" w14:textId="77777777" w:rsidR="002007C2" w:rsidRDefault="002007C2" w:rsidP="002007C2">
      <w:r>
        <w:t xml:space="preserve">           -0.05868424164045044078 * (round_Degree &gt; 29.5 and </w:t>
      </w:r>
    </w:p>
    <w:p w14:paraId="614FBBDE" w14:textId="77777777" w:rsidR="002007C2" w:rsidRDefault="002007C2" w:rsidP="002007C2">
      <w:r>
        <w:t xml:space="preserve">                                     round_StdDev_Transcript_length &lt;= 897.559326171875),</w:t>
      </w:r>
    </w:p>
    <w:p w14:paraId="4AE729A9" w14:textId="77777777" w:rsidR="002007C2" w:rsidRDefault="002007C2" w:rsidP="002007C2">
      <w:r>
        <w:t xml:space="preserve">           0.014660818041939896808 * (round_Degree &gt; 17.5 and </w:t>
      </w:r>
    </w:p>
    <w:p w14:paraId="21361575" w14:textId="77777777" w:rsidR="002007C2" w:rsidRDefault="002007C2" w:rsidP="002007C2">
      <w:r>
        <w:t xml:space="preserve">                                     round_Degree_mi &lt;= 0.5 and </w:t>
      </w:r>
    </w:p>
    <w:p w14:paraId="32E1F3E9" w14:textId="77777777" w:rsidR="002007C2" w:rsidRDefault="002007C2" w:rsidP="002007C2">
      <w:r>
        <w:t xml:space="preserve">                                     round_LofTool &gt; 0.9311000108718872),</w:t>
      </w:r>
    </w:p>
    <w:p w14:paraId="2156F349" w14:textId="77777777" w:rsidR="002007C2" w:rsidRDefault="002007C2" w:rsidP="002007C2">
      <w:r>
        <w:t xml:space="preserve">          0.0031378779289614714028 * (round_Degree &gt; 5.5 and </w:t>
      </w:r>
    </w:p>
    <w:p w14:paraId="1FBFEF7E" w14:textId="77777777" w:rsidR="002007C2" w:rsidRDefault="002007C2" w:rsidP="002007C2">
      <w:r>
        <w:t xml:space="preserve">                                     round_Tajima__s_D_regulatory &lt;= 0.44699999690055847 and </w:t>
      </w:r>
    </w:p>
    <w:p w14:paraId="2153828D" w14:textId="77777777" w:rsidR="002007C2" w:rsidRDefault="002007C2" w:rsidP="002007C2">
      <w:r>
        <w:t xml:space="preserve">                                     round_Blomen_KBM7 &lt;= -0.2522552013397217 and </w:t>
      </w:r>
    </w:p>
    <w:p w14:paraId="1BC42388" w14:textId="77777777" w:rsidR="002007C2" w:rsidRDefault="002007C2" w:rsidP="002007C2">
      <w:r>
        <w:t xml:space="preserve">                                     round_Average_Transcript_length &gt; 2566.631103515625),</w:t>
      </w:r>
    </w:p>
    <w:p w14:paraId="4E93D6BF" w14:textId="77777777" w:rsidR="002007C2" w:rsidRDefault="002007C2" w:rsidP="002007C2">
      <w:r>
        <w:t xml:space="preserve">           0.049576634648417938767 * (round_Closeness &gt; 0.3149999976158142 and </w:t>
      </w:r>
    </w:p>
    <w:p w14:paraId="18A23C06" w14:textId="77777777" w:rsidR="002007C2" w:rsidRDefault="002007C2" w:rsidP="002007C2">
      <w:r>
        <w:t xml:space="preserve">                                     round_Blomen_KBM7 &gt; -0.5158457159996033 and </w:t>
      </w:r>
    </w:p>
    <w:p w14:paraId="22E57578" w14:textId="77777777" w:rsidR="002007C2" w:rsidRDefault="002007C2" w:rsidP="002007C2">
      <w:r>
        <w:t xml:space="preserve">                                     round_Gene_Length_bp &lt;= 53140.5),</w:t>
      </w:r>
    </w:p>
    <w:p w14:paraId="57D8346A" w14:textId="77777777" w:rsidR="002007C2" w:rsidRDefault="002007C2" w:rsidP="002007C2">
      <w:r>
        <w:t xml:space="preserve">           0.033125285580605914881 * (round_Degree &gt; 56.5 and </w:t>
      </w:r>
    </w:p>
    <w:p w14:paraId="1C5FACB6" w14:textId="77777777" w:rsidR="002007C2" w:rsidRDefault="002007C2" w:rsidP="002007C2">
      <w:r>
        <w:t xml:space="preserve">                                     round_Closeness &gt; 0.2549999952316284 and </w:t>
      </w:r>
    </w:p>
    <w:p w14:paraId="1D7192AB" w14:textId="77777777" w:rsidR="002007C2" w:rsidRDefault="002007C2" w:rsidP="002007C2">
      <w:r>
        <w:t xml:space="preserve">                                     round_Gene_Length_bp &gt; 41216.0),</w:t>
      </w:r>
    </w:p>
    <w:p w14:paraId="291467B7" w14:textId="77777777" w:rsidR="002007C2" w:rsidRDefault="002007C2" w:rsidP="002007C2">
      <w:r>
        <w:t xml:space="preserve">           0.015426516511084873567 * (not Group == u'CM' and </w:t>
      </w:r>
    </w:p>
    <w:p w14:paraId="0EDB96CC" w14:textId="77777777" w:rsidR="002007C2" w:rsidRDefault="002007C2" w:rsidP="002007C2">
      <w:r>
        <w:t xml:space="preserve">                                     round_Tajima__s_D_regulatory &gt; 0.4235000014305115 and </w:t>
      </w:r>
    </w:p>
    <w:p w14:paraId="1934D63F" w14:textId="77777777" w:rsidR="002007C2" w:rsidRDefault="002007C2" w:rsidP="002007C2">
      <w:r>
        <w:t xml:space="preserve">                                     round_s_het &lt;= 0.014262920245528221),</w:t>
      </w:r>
    </w:p>
    <w:p w14:paraId="1B0BE2F7" w14:textId="77777777" w:rsidR="002007C2" w:rsidRDefault="002007C2" w:rsidP="002007C2">
      <w:r>
        <w:t xml:space="preserve">          -0.054664675004081307585 * (round_Closeness &gt; 0.3149999976158142 and </w:t>
      </w:r>
    </w:p>
    <w:p w14:paraId="320EDA6C" w14:textId="77777777" w:rsidR="002007C2" w:rsidRDefault="002007C2" w:rsidP="002007C2">
      <w:r>
        <w:t xml:space="preserve">                                     round_s_het &lt;= 0.025150161236524582),</w:t>
      </w:r>
    </w:p>
    <w:p w14:paraId="7EDE4004" w14:textId="77777777" w:rsidR="002007C2" w:rsidRDefault="002007C2" w:rsidP="002007C2">
      <w:r>
        <w:t xml:space="preserve">           0.064971575636202566484 * (round_Degree &gt; 12.5 and </w:t>
      </w:r>
    </w:p>
    <w:p w14:paraId="2F4AD10A" w14:textId="77777777" w:rsidR="002007C2" w:rsidRDefault="002007C2" w:rsidP="002007C2">
      <w:r>
        <w:t xml:space="preserve">                                     round_Blomen_KBM7 &lt;= -0.17924460768699646 and </w:t>
      </w:r>
    </w:p>
    <w:p w14:paraId="64424293" w14:textId="77777777" w:rsidR="002007C2" w:rsidRDefault="002007C2" w:rsidP="002007C2">
      <w:r>
        <w:t xml:space="preserve">                                     round_Gene_Length_bp &gt; 38001.5),</w:t>
      </w:r>
    </w:p>
    <w:p w14:paraId="5D00E85A" w14:textId="77777777" w:rsidR="002007C2" w:rsidRDefault="002007C2" w:rsidP="002007C2">
      <w:r>
        <w:t xml:space="preserve">           0.008076281326937726282 * (round_End &lt;= 100419720.0 and </w:t>
      </w:r>
    </w:p>
    <w:p w14:paraId="06DEB491" w14:textId="77777777" w:rsidR="002007C2" w:rsidRDefault="002007C2" w:rsidP="002007C2">
      <w:r>
        <w:t xml:space="preserve">                                     round_Tajima__s_D_regulatory &gt; -1.2885000705718994 and </w:t>
      </w:r>
    </w:p>
    <w:p w14:paraId="28C1D96C" w14:textId="77777777" w:rsidR="002007C2" w:rsidRDefault="002007C2" w:rsidP="002007C2">
      <w:r>
        <w:t xml:space="preserve">                                     round_Blomen_KBM7 &lt;= -0.18547898530960083 and </w:t>
      </w:r>
    </w:p>
    <w:p w14:paraId="2FBEC74C" w14:textId="77777777" w:rsidR="002007C2" w:rsidRDefault="002007C2" w:rsidP="002007C2">
      <w:r>
        <w:t xml:space="preserve">                                     round_missense_Z &lt;= 3.2976694107055664),</w:t>
      </w:r>
    </w:p>
    <w:p w14:paraId="44F077E4" w14:textId="77777777" w:rsidR="002007C2" w:rsidRDefault="002007C2" w:rsidP="002007C2">
      <w:r>
        <w:t xml:space="preserve">         -0.0025333307179157250021 * (not Group == u'CM' and </w:t>
      </w:r>
    </w:p>
    <w:p w14:paraId="58343207" w14:textId="77777777" w:rsidR="002007C2" w:rsidRDefault="002007C2" w:rsidP="002007C2">
      <w:r>
        <w:t xml:space="preserve">                                     round_Tajima__s_D_regulatory &lt;= -1.2894999980926514 and </w:t>
      </w:r>
    </w:p>
    <w:p w14:paraId="65702C54" w14:textId="77777777" w:rsidR="002007C2" w:rsidRDefault="002007C2" w:rsidP="002007C2">
      <w:r>
        <w:lastRenderedPageBreak/>
        <w:t xml:space="preserve">                                     round_Blomen_KBM7 &lt;= -0.5147985219955444 and </w:t>
      </w:r>
    </w:p>
    <w:p w14:paraId="1B61810A" w14:textId="77777777" w:rsidR="002007C2" w:rsidRDefault="002007C2" w:rsidP="002007C2">
      <w:r>
        <w:t xml:space="preserve">                                     round_Transcript_count &lt;= 26.5),</w:t>
      </w:r>
    </w:p>
    <w:p w14:paraId="06A00D0A" w14:textId="77777777" w:rsidR="002007C2" w:rsidRDefault="002007C2" w:rsidP="002007C2">
      <w:r>
        <w:t xml:space="preserve">           0.020805097212741045093 * (not Group == u'NDNE' and </w:t>
      </w:r>
    </w:p>
    <w:p w14:paraId="4520F925" w14:textId="77777777" w:rsidR="002007C2" w:rsidRDefault="002007C2" w:rsidP="002007C2">
      <w:r>
        <w:t xml:space="preserve">                                     round_Degree_mi &lt;= 0.5 and </w:t>
      </w:r>
    </w:p>
    <w:p w14:paraId="1D02E958" w14:textId="77777777" w:rsidR="002007C2" w:rsidRDefault="002007C2" w:rsidP="002007C2">
      <w:r>
        <w:t xml:space="preserve">                                     0.659500002861023 &lt; round_LofTool &lt;= 0.9907699823379517),</w:t>
      </w:r>
    </w:p>
    <w:p w14:paraId="13BE93D6" w14:textId="77777777" w:rsidR="002007C2" w:rsidRDefault="002007C2" w:rsidP="002007C2">
      <w:r>
        <w:t xml:space="preserve">          0.0013239217591041027491 * (round_Closeness &gt; 0.3149999976158142 and </w:t>
      </w:r>
    </w:p>
    <w:p w14:paraId="113A3B6E" w14:textId="77777777" w:rsidR="002007C2" w:rsidRDefault="002007C2" w:rsidP="002007C2">
      <w:r>
        <w:t xml:space="preserve">                                     round_Phi &lt;= 0.0015477617271244526),</w:t>
      </w:r>
    </w:p>
    <w:p w14:paraId="0206B7C4" w14:textId="77777777" w:rsidR="002007C2" w:rsidRDefault="002007C2" w:rsidP="002007C2">
      <w:r>
        <w:t xml:space="preserve">            0.19073466683054091098 * (round_Closeness &gt; 0.3149999976158142 and </w:t>
      </w:r>
    </w:p>
    <w:p w14:paraId="56C494A5" w14:textId="77777777" w:rsidR="002007C2" w:rsidRDefault="002007C2" w:rsidP="002007C2">
      <w:r>
        <w:t xml:space="preserve">                                     round_Blomen_KBM7 &gt; -0.5528146028518677 and </w:t>
      </w:r>
    </w:p>
    <w:p w14:paraId="4E8771DB" w14:textId="77777777" w:rsidR="002007C2" w:rsidRDefault="002007C2" w:rsidP="002007C2">
      <w:r>
        <w:t xml:space="preserve">                                     round_Exon_Count &lt;= 224.5),</w:t>
      </w:r>
    </w:p>
    <w:p w14:paraId="3D27CF53" w14:textId="77777777" w:rsidR="002007C2" w:rsidRDefault="002007C2" w:rsidP="002007C2">
      <w:r>
        <w:t xml:space="preserve">           0.010314188977423621382 * (round_End &gt; 127204736.0 and </w:t>
      </w:r>
    </w:p>
    <w:p w14:paraId="3B498B27" w14:textId="77777777" w:rsidR="002007C2" w:rsidRDefault="002007C2" w:rsidP="002007C2">
      <w:r>
        <w:t xml:space="preserve">                                     round_Tajima__s_D_regulatory &lt;= 0.4599999785423279 and </w:t>
      </w:r>
    </w:p>
    <w:p w14:paraId="0F6C3582" w14:textId="77777777" w:rsidR="002007C2" w:rsidRDefault="002007C2" w:rsidP="002007C2">
      <w:r>
        <w:t xml:space="preserve">                                     round_Transcript_count &gt; 10.5 and </w:t>
      </w:r>
    </w:p>
    <w:p w14:paraId="454D63A4" w14:textId="77777777" w:rsidR="002007C2" w:rsidRDefault="002007C2" w:rsidP="002007C2">
      <w:r>
        <w:t xml:space="preserve">                                     round_Gene_Length_bp &gt; 2814.5),</w:t>
      </w:r>
    </w:p>
    <w:p w14:paraId="44F452E2" w14:textId="77777777" w:rsidR="002007C2" w:rsidRDefault="002007C2" w:rsidP="002007C2">
      <w:r>
        <w:t xml:space="preserve">          -0.069447321340016812674 * (round_Degree_mi &gt; 0.5),</w:t>
      </w:r>
    </w:p>
    <w:p w14:paraId="6C1C8CCE" w14:textId="77777777" w:rsidR="002007C2" w:rsidRDefault="002007C2" w:rsidP="002007C2">
      <w:r>
        <w:t xml:space="preserve">           0.016914894808412236221 * (Group == u'MNC' and </w:t>
      </w:r>
    </w:p>
    <w:p w14:paraId="1E529979" w14:textId="77777777" w:rsidR="002007C2" w:rsidRDefault="002007C2" w:rsidP="002007C2">
      <w:r>
        <w:t xml:space="preserve">                                     round_dN_dS_Chimp_mi &lt;= 0.5 and </w:t>
      </w:r>
    </w:p>
    <w:p w14:paraId="61D67A51" w14:textId="77777777" w:rsidR="002007C2" w:rsidRDefault="002007C2" w:rsidP="002007C2">
      <w:r>
        <w:t xml:space="preserve">                                     round_Blomen_KBM7 &gt; -0.5146373510360718),</w:t>
      </w:r>
    </w:p>
    <w:p w14:paraId="7C1F5A93" w14:textId="77777777" w:rsidR="002007C2" w:rsidRDefault="002007C2" w:rsidP="002007C2">
      <w:r>
        <w:t xml:space="preserve">           0.027726420391460625953 * (round_Degree &lt;= 3.5 and </w:t>
      </w:r>
    </w:p>
    <w:p w14:paraId="59E2C1D8" w14:textId="77777777" w:rsidR="002007C2" w:rsidRDefault="002007C2" w:rsidP="002007C2">
      <w:r>
        <w:t xml:space="preserve">                                     round_StdDev_Transcript_length &lt;= 1049.45654296875),</w:t>
      </w:r>
    </w:p>
    <w:p w14:paraId="6B3372D4" w14:textId="77777777" w:rsidR="002007C2" w:rsidRDefault="002007C2" w:rsidP="002007C2">
      <w:r>
        <w:t xml:space="preserve">         -0.0021865984701677676667 * (not Group == u'MNC' and </w:t>
      </w:r>
    </w:p>
    <w:p w14:paraId="2FC9166B" w14:textId="77777777" w:rsidR="002007C2" w:rsidRDefault="002007C2" w:rsidP="002007C2">
      <w:r>
        <w:t xml:space="preserve">                                     round_Degree &lt;= 62.5 and </w:t>
      </w:r>
    </w:p>
    <w:p w14:paraId="506DD3D2" w14:textId="77777777" w:rsidR="002007C2" w:rsidRDefault="002007C2" w:rsidP="002007C2">
      <w:r>
        <w:t xml:space="preserve">                                     round_Degree_mi &lt;= 0.5 and </w:t>
      </w:r>
    </w:p>
    <w:p w14:paraId="20640E09" w14:textId="77777777" w:rsidR="002007C2" w:rsidRDefault="002007C2" w:rsidP="002007C2">
      <w:r>
        <w:t xml:space="preserve">                                     round_Blomen_KBM7 &lt;= -0.2516775131225586),</w:t>
      </w:r>
    </w:p>
    <w:p w14:paraId="397B3494" w14:textId="77777777" w:rsidR="002007C2" w:rsidRDefault="002007C2" w:rsidP="002007C2">
      <w:r>
        <w:t xml:space="preserve">          0.0053561320466416163441 * (Group == u'MNC' and </w:t>
      </w:r>
    </w:p>
    <w:p w14:paraId="469CEC47" w14:textId="77777777" w:rsidR="002007C2" w:rsidRDefault="002007C2" w:rsidP="002007C2">
      <w:r>
        <w:t xml:space="preserve">                                     round_dN_dS_Chimp_mi &lt;= 0.5 and </w:t>
      </w:r>
    </w:p>
    <w:p w14:paraId="0D2149D2" w14:textId="77777777" w:rsidR="002007C2" w:rsidRDefault="002007C2" w:rsidP="002007C2">
      <w:r>
        <w:t xml:space="preserve">                                     round_s_het &gt; 0.028055116534233093 and </w:t>
      </w:r>
    </w:p>
    <w:p w14:paraId="5119B197" w14:textId="77777777" w:rsidR="002007C2" w:rsidRDefault="002007C2" w:rsidP="002007C2">
      <w:r>
        <w:t xml:space="preserve">                                     round_StdDev_Transcript_length &gt; 168.6014404296875),</w:t>
      </w:r>
    </w:p>
    <w:p w14:paraId="61BEBF73" w14:textId="77777777" w:rsidR="002007C2" w:rsidRDefault="002007C2" w:rsidP="002007C2">
      <w:r>
        <w:t xml:space="preserve">            0.11425430800029053036 * (not Group == u'NDNE' and </w:t>
      </w:r>
    </w:p>
    <w:p w14:paraId="6DC3978F" w14:textId="77777777" w:rsidR="002007C2" w:rsidRDefault="002007C2" w:rsidP="002007C2">
      <w:r>
        <w:t xml:space="preserve">                                     round_Degree &gt; 3.5 and </w:t>
      </w:r>
    </w:p>
    <w:p w14:paraId="039A41AA" w14:textId="77777777" w:rsidR="002007C2" w:rsidRDefault="002007C2" w:rsidP="002007C2">
      <w:r>
        <w:t xml:space="preserve">                                     round_Closeness &gt; 0.3149999976158142 and </w:t>
      </w:r>
    </w:p>
    <w:p w14:paraId="4FD5BBD9" w14:textId="77777777" w:rsidR="002007C2" w:rsidRDefault="002007C2" w:rsidP="002007C2">
      <w:r>
        <w:t xml:space="preserve">                                     round_Gene_Length_bp &gt; 41501.0),</w:t>
      </w:r>
    </w:p>
    <w:p w14:paraId="55944A4C" w14:textId="77777777" w:rsidR="002007C2" w:rsidRDefault="002007C2" w:rsidP="002007C2">
      <w:r>
        <w:t xml:space="preserve">         -0.0032500288883767361817 * (round_Tajima__s_D_regulatory &lt;= 1.4165000915527344 and </w:t>
      </w:r>
    </w:p>
    <w:p w14:paraId="34F336FA" w14:textId="77777777" w:rsidR="002007C2" w:rsidRDefault="002007C2" w:rsidP="002007C2">
      <w:r>
        <w:t xml:space="preserve">                                     round_Blomen_KBM7 &gt; -0.5153244733810425 and </w:t>
      </w:r>
    </w:p>
    <w:p w14:paraId="7190E7D7" w14:textId="77777777" w:rsidR="002007C2" w:rsidRDefault="002007C2" w:rsidP="002007C2">
      <w:r>
        <w:t xml:space="preserve">                                     round_StdDev_Transcript_length &lt;= 166.56736755371094),</w:t>
      </w:r>
    </w:p>
    <w:p w14:paraId="5F1B06D5" w14:textId="77777777" w:rsidR="002007C2" w:rsidRDefault="002007C2" w:rsidP="002007C2">
      <w:r>
        <w:t xml:space="preserve">           0.028508029551613675578 * (not Group == u'MNC' and </w:t>
      </w:r>
    </w:p>
    <w:p w14:paraId="2AE21097" w14:textId="77777777" w:rsidR="002007C2" w:rsidRDefault="002007C2" w:rsidP="002007C2">
      <w:r>
        <w:t xml:space="preserve">                                     round_missense_Z &lt;= 2.642360210418701 and </w:t>
      </w:r>
    </w:p>
    <w:p w14:paraId="3DA34A52" w14:textId="77777777" w:rsidR="002007C2" w:rsidRDefault="002007C2" w:rsidP="002007C2">
      <w:r>
        <w:t xml:space="preserve">                                     round_s_het &lt;= 0.014316117390990257),</w:t>
      </w:r>
    </w:p>
    <w:p w14:paraId="3C6700FC" w14:textId="77777777" w:rsidR="002007C2" w:rsidRDefault="002007C2" w:rsidP="002007C2">
      <w:r>
        <w:t xml:space="preserve">         -0.0088550958230132672394 * (round_Closeness &lt;= 0.33500000834465027 and </w:t>
      </w:r>
    </w:p>
    <w:p w14:paraId="569D8B2D" w14:textId="77777777" w:rsidR="002007C2" w:rsidRDefault="002007C2" w:rsidP="002007C2">
      <w:r>
        <w:t xml:space="preserve">                                     round_dN_dS_Chimp_mi &gt; 0.5 and </w:t>
      </w:r>
    </w:p>
    <w:p w14:paraId="74F1300F" w14:textId="77777777" w:rsidR="002007C2" w:rsidRDefault="002007C2" w:rsidP="002007C2">
      <w:r>
        <w:t xml:space="preserve">                                     round_Tajima__s_D_regulatory &lt;= 0.4104999899864197 and </w:t>
      </w:r>
    </w:p>
    <w:p w14:paraId="63CDB32C" w14:textId="77777777" w:rsidR="002007C2" w:rsidRDefault="002007C2" w:rsidP="002007C2">
      <w:r>
        <w:t xml:space="preserve">                                     round_Exon_Count &lt;= 97.5),</w:t>
      </w:r>
    </w:p>
    <w:p w14:paraId="655F8569" w14:textId="77777777" w:rsidR="002007C2" w:rsidRDefault="002007C2" w:rsidP="002007C2">
      <w:r>
        <w:t xml:space="preserve">           0.051816337733702685919 * (not Group == u'NDNE' and </w:t>
      </w:r>
    </w:p>
    <w:p w14:paraId="1C8DF29A" w14:textId="77777777" w:rsidR="002007C2" w:rsidRDefault="002007C2" w:rsidP="002007C2">
      <w:r>
        <w:t xml:space="preserve">                                     round_Degree &gt; 12.5 and </w:t>
      </w:r>
    </w:p>
    <w:p w14:paraId="0CA0AF2D" w14:textId="77777777" w:rsidR="002007C2" w:rsidRDefault="002007C2" w:rsidP="002007C2">
      <w:r>
        <w:t xml:space="preserve">                                     round_StdDev_Transcript_length &gt; 636.7213134765625 and </w:t>
      </w:r>
    </w:p>
    <w:p w14:paraId="0B6D11CA" w14:textId="77777777" w:rsidR="002007C2" w:rsidRDefault="002007C2" w:rsidP="002007C2">
      <w:r>
        <w:t xml:space="preserve">                                     round_Exon_Count &lt;= 253.5),</w:t>
      </w:r>
    </w:p>
    <w:p w14:paraId="72502DF3" w14:textId="77777777" w:rsidR="002007C2" w:rsidRDefault="002007C2" w:rsidP="002007C2">
      <w:r>
        <w:lastRenderedPageBreak/>
        <w:t xml:space="preserve">        -0.00060243449056097606292 * (round_Tajima__s_D_regulatory),</w:t>
      </w:r>
    </w:p>
    <w:p w14:paraId="08FFACA1" w14:textId="77777777" w:rsidR="002007C2" w:rsidRDefault="002007C2" w:rsidP="002007C2">
      <w:r>
        <w:t xml:space="preserve">           0.068946378006664615912 * (round_Transcript_count &gt; 26.5),</w:t>
      </w:r>
    </w:p>
    <w:p w14:paraId="538E5EF3" w14:textId="77777777" w:rsidR="002007C2" w:rsidRDefault="002007C2" w:rsidP="002007C2">
      <w:r>
        <w:t xml:space="preserve">          -0.059757348541248728191 * (round_Degree_mi &lt;= 0.5 and </w:t>
      </w:r>
    </w:p>
    <w:p w14:paraId="17DD6E8A" w14:textId="77777777" w:rsidR="002007C2" w:rsidRDefault="002007C2" w:rsidP="002007C2">
      <w:r>
        <w:t xml:space="preserve">                                     round_Closeness &gt; 0.3050000071525574 and </w:t>
      </w:r>
    </w:p>
    <w:p w14:paraId="24E66AF1" w14:textId="77777777" w:rsidR="002007C2" w:rsidRDefault="002007C2" w:rsidP="002007C2">
      <w:r>
        <w:t xml:space="preserve">                                     round_missense_Z_mi &lt;= 0.5 and </w:t>
      </w:r>
    </w:p>
    <w:p w14:paraId="36A16BFB" w14:textId="77777777" w:rsidR="002007C2" w:rsidRDefault="002007C2" w:rsidP="002007C2">
      <w:r>
        <w:t xml:space="preserve">                                     round_Gene_Length_bp &gt; 2814.5),</w:t>
      </w:r>
    </w:p>
    <w:p w14:paraId="69B83A26" w14:textId="77777777" w:rsidR="002007C2" w:rsidRDefault="002007C2" w:rsidP="002007C2">
      <w:r>
        <w:t xml:space="preserve">          0.0055174931711365043235 * (round_Degree &gt; 3.5 and </w:t>
      </w:r>
    </w:p>
    <w:p w14:paraId="5B9BA5F6" w14:textId="77777777" w:rsidR="002007C2" w:rsidRDefault="002007C2" w:rsidP="002007C2">
      <w:r>
        <w:t xml:space="preserve">                                     round_Closeness &gt; 0.3149999976158142 and </w:t>
      </w:r>
    </w:p>
    <w:p w14:paraId="7D3AA641" w14:textId="77777777" w:rsidR="002007C2" w:rsidRDefault="002007C2" w:rsidP="002007C2">
      <w:r>
        <w:t xml:space="preserve">                                     round_StdDev_Transcript_length &gt; 626.7237548828125),</w:t>
      </w:r>
    </w:p>
    <w:p w14:paraId="4E090E4A" w14:textId="77777777" w:rsidR="002007C2" w:rsidRDefault="002007C2" w:rsidP="002007C2">
      <w:r>
        <w:t xml:space="preserve">            0.14400903577366730435 * (not Group == u'NDNE' and </w:t>
      </w:r>
    </w:p>
    <w:p w14:paraId="4C75FE54" w14:textId="77777777" w:rsidR="002007C2" w:rsidRDefault="002007C2" w:rsidP="002007C2">
      <w:r>
        <w:t xml:space="preserve">                                     round_Degree &gt; 3.5 and </w:t>
      </w:r>
    </w:p>
    <w:p w14:paraId="65AAC75D" w14:textId="77777777" w:rsidR="002007C2" w:rsidRDefault="002007C2" w:rsidP="002007C2">
      <w:r>
        <w:t xml:space="preserve">                                     round_Closeness &lt;= 0.3149999976158142 and </w:t>
      </w:r>
    </w:p>
    <w:p w14:paraId="63AF155F" w14:textId="77777777" w:rsidR="002007C2" w:rsidRDefault="002007C2" w:rsidP="002007C2">
      <w:r>
        <w:t xml:space="preserve">                                     round_Gene_Length_bp &gt; 41501.0),</w:t>
      </w:r>
    </w:p>
    <w:p w14:paraId="4ED3CE81" w14:textId="77777777" w:rsidR="002007C2" w:rsidRDefault="002007C2" w:rsidP="002007C2">
      <w:r>
        <w:t xml:space="preserve">           0.004987097945538400412 * (round_Blomen_KBM7 &gt; -0.5154723525047302 and </w:t>
      </w:r>
    </w:p>
    <w:p w14:paraId="2EA60168" w14:textId="77777777" w:rsidR="002007C2" w:rsidRDefault="002007C2" w:rsidP="002007C2">
      <w:r>
        <w:t xml:space="preserve">                                     round_missense_Z &lt;= 2.6123709678649902 and </w:t>
      </w:r>
    </w:p>
    <w:p w14:paraId="3190C4C1" w14:textId="77777777" w:rsidR="002007C2" w:rsidRDefault="002007C2" w:rsidP="002007C2">
      <w:r>
        <w:t xml:space="preserve">                                     round_StdDev_Transcript_length &gt; 166.57864379882812 and </w:t>
      </w:r>
    </w:p>
    <w:p w14:paraId="19D8EF04" w14:textId="77777777" w:rsidR="002007C2" w:rsidRDefault="002007C2" w:rsidP="002007C2">
      <w:r>
        <w:t xml:space="preserve">                                     round_Exon_Count &lt;= 190.5),</w:t>
      </w:r>
    </w:p>
    <w:p w14:paraId="32562A32" w14:textId="77777777" w:rsidR="002007C2" w:rsidRDefault="002007C2" w:rsidP="002007C2">
      <w:r>
        <w:t xml:space="preserve">          -0.010315157710437320229 * (round_Degree &lt;= 18.5 and </w:t>
      </w:r>
    </w:p>
    <w:p w14:paraId="2E9D8D6B" w14:textId="77777777" w:rsidR="002007C2" w:rsidRDefault="002007C2" w:rsidP="002007C2">
      <w:r>
        <w:t xml:space="preserve">                                     0.659500002861023 &lt; round_LofTool &lt;= 0.9602000117301941),</w:t>
      </w:r>
    </w:p>
    <w:p w14:paraId="6D46FFC2" w14:textId="77777777" w:rsidR="002007C2" w:rsidRDefault="002007C2" w:rsidP="002007C2">
      <w:r>
        <w:t xml:space="preserve">          0.0073511514944097225768 * (round_Degree &lt;= 35.5 and </w:t>
      </w:r>
    </w:p>
    <w:p w14:paraId="57CEB707" w14:textId="77777777" w:rsidR="002007C2" w:rsidRDefault="002007C2" w:rsidP="002007C2">
      <w:r>
        <w:t xml:space="preserve">                                     round_Degree_mi &lt;= 0.5 and </w:t>
      </w:r>
    </w:p>
    <w:p w14:paraId="305063A2" w14:textId="77777777" w:rsidR="002007C2" w:rsidRDefault="002007C2" w:rsidP="002007C2">
      <w:r>
        <w:t xml:space="preserve">                                     round_LofTool &lt;= 0.874500036239624 and </w:t>
      </w:r>
    </w:p>
    <w:p w14:paraId="170AFA65" w14:textId="77777777" w:rsidR="002007C2" w:rsidRDefault="002007C2" w:rsidP="002007C2">
      <w:r>
        <w:t xml:space="preserve">                                     round_StdDev_Transcript_length &gt; 714.5440063476562),</w:t>
      </w:r>
    </w:p>
    <w:p w14:paraId="1B34C58B" w14:textId="77777777" w:rsidR="002007C2" w:rsidRDefault="002007C2" w:rsidP="002007C2">
      <w:r>
        <w:t xml:space="preserve">          -0.010425093114536482589 * (round_End &gt; 88799552.0 and </w:t>
      </w:r>
    </w:p>
    <w:p w14:paraId="528B1899" w14:textId="77777777" w:rsidR="002007C2" w:rsidRDefault="002007C2" w:rsidP="002007C2">
      <w:r>
        <w:t xml:space="preserve">                                     round_dN_dS_Chimp &lt;= 0.5950000286102295 and </w:t>
      </w:r>
    </w:p>
    <w:p w14:paraId="3D3B7AC7" w14:textId="77777777" w:rsidR="002007C2" w:rsidRDefault="002007C2" w:rsidP="002007C2">
      <w:r>
        <w:t xml:space="preserve">                                     round_Phi &gt; 0.9999969005584717 and </w:t>
      </w:r>
    </w:p>
    <w:p w14:paraId="2DE1EBED" w14:textId="77777777" w:rsidR="002007C2" w:rsidRDefault="002007C2" w:rsidP="002007C2">
      <w:r>
        <w:t xml:space="preserve">                                     round_StdDev_Transcript_length &gt; 2430.197265625),</w:t>
      </w:r>
    </w:p>
    <w:p w14:paraId="4F24AF73" w14:textId="77777777" w:rsidR="002007C2" w:rsidRDefault="002007C2" w:rsidP="002007C2">
      <w:r>
        <w:t xml:space="preserve">           0.018201114582529324265 * (not Group == u'CM' and </w:t>
      </w:r>
    </w:p>
    <w:p w14:paraId="4D6BAC23" w14:textId="77777777" w:rsidR="002007C2" w:rsidRDefault="002007C2" w:rsidP="002007C2">
      <w:r>
        <w:t xml:space="preserve">                                     Group == u'MNC' and </w:t>
      </w:r>
    </w:p>
    <w:p w14:paraId="36B7A0FE" w14:textId="77777777" w:rsidR="002007C2" w:rsidRDefault="002007C2" w:rsidP="002007C2">
      <w:r>
        <w:t xml:space="preserve">                                     round_Blomen_KBM7 &gt; -0.5147985219955444 and </w:t>
      </w:r>
    </w:p>
    <w:p w14:paraId="3DA807CA" w14:textId="77777777" w:rsidR="002007C2" w:rsidRDefault="002007C2" w:rsidP="002007C2">
      <w:r>
        <w:t xml:space="preserve">                                     round_Gene_Length_bp &gt; 37999.5),</w:t>
      </w:r>
    </w:p>
    <w:p w14:paraId="723FB037" w14:textId="77777777" w:rsidR="002007C2" w:rsidRDefault="002007C2" w:rsidP="002007C2">
      <w:r>
        <w:t xml:space="preserve">          0.0099794866530598415333 * (not Group == u'CM' and </w:t>
      </w:r>
    </w:p>
    <w:p w14:paraId="10581409" w14:textId="77777777" w:rsidR="002007C2" w:rsidRDefault="002007C2" w:rsidP="002007C2">
      <w:r>
        <w:t xml:space="preserve">                                     not Group == u'MNC' and </w:t>
      </w:r>
    </w:p>
    <w:p w14:paraId="1E056008" w14:textId="77777777" w:rsidR="002007C2" w:rsidRDefault="002007C2" w:rsidP="002007C2">
      <w:r>
        <w:t xml:space="preserve">                                     round_Tajima__s_D_regulatory &lt;= 0.4104999899864197 and </w:t>
      </w:r>
    </w:p>
    <w:p w14:paraId="4F41E6AD" w14:textId="77777777" w:rsidR="002007C2" w:rsidRDefault="002007C2" w:rsidP="002007C2">
      <w:r>
        <w:t xml:space="preserve">                                     round_StdDev_Transcript_length &lt;= 1954.456787109375),</w:t>
      </w:r>
    </w:p>
    <w:p w14:paraId="2E3B5789" w14:textId="77777777" w:rsidR="002007C2" w:rsidRDefault="002007C2" w:rsidP="002007C2">
      <w:r>
        <w:t xml:space="preserve">          -0.020922796241062330269 * (round_Degree_mi &gt; 0.5 and </w:t>
      </w:r>
    </w:p>
    <w:p w14:paraId="3599F0B2" w14:textId="77777777" w:rsidR="002007C2" w:rsidRDefault="002007C2" w:rsidP="002007C2">
      <w:r>
        <w:t xml:space="preserve">                                     round_Average_Transcript_length &lt;= 2606.02392578125),</w:t>
      </w:r>
    </w:p>
    <w:p w14:paraId="6DB3B2E7" w14:textId="77777777" w:rsidR="002007C2" w:rsidRDefault="002007C2" w:rsidP="002007C2">
      <w:r>
        <w:t xml:space="preserve">            0.10794282229118463967 * (round_missense_Z &lt;= 3.2976694107055664 and </w:t>
      </w:r>
    </w:p>
    <w:p w14:paraId="21E34ABF" w14:textId="77777777" w:rsidR="002007C2" w:rsidRDefault="002007C2" w:rsidP="002007C2">
      <w:r>
        <w:t xml:space="preserve">                                     round_Average_Transcript_length &gt; 2056.5712890625 and </w:t>
      </w:r>
    </w:p>
    <w:p w14:paraId="27B73A8F" w14:textId="77777777" w:rsidR="002007C2" w:rsidRDefault="002007C2" w:rsidP="002007C2">
      <w:r>
        <w:t xml:space="preserve">                                     round_Exon_Count &gt; 240.5),</w:t>
      </w:r>
    </w:p>
    <w:p w14:paraId="3B4E4A21" w14:textId="77777777" w:rsidR="002007C2" w:rsidRDefault="002007C2" w:rsidP="002007C2">
      <w:r>
        <w:t xml:space="preserve">           0.023013888862715946998 * (not Group == u'CM' and </w:t>
      </w:r>
    </w:p>
    <w:p w14:paraId="457EA715" w14:textId="77777777" w:rsidR="002007C2" w:rsidRDefault="002007C2" w:rsidP="002007C2">
      <w:r>
        <w:t xml:space="preserve">                                     round_Closeness &gt; 0.3149999976158142 and </w:t>
      </w:r>
    </w:p>
    <w:p w14:paraId="26DCBB54" w14:textId="77777777" w:rsidR="002007C2" w:rsidRDefault="002007C2" w:rsidP="002007C2">
      <w:r>
        <w:t xml:space="preserve">                                     round_Blomen_KBM7 &lt;= -0.5403047800064087 and </w:t>
      </w:r>
    </w:p>
    <w:p w14:paraId="7D0B522A" w14:textId="77777777" w:rsidR="002007C2" w:rsidRDefault="002007C2" w:rsidP="002007C2">
      <w:r>
        <w:t xml:space="preserve">                                     round_Transcript_count &gt; 10.5),</w:t>
      </w:r>
    </w:p>
    <w:p w14:paraId="365C0E7E" w14:textId="77777777" w:rsidR="002007C2" w:rsidRDefault="002007C2" w:rsidP="002007C2">
      <w:r>
        <w:t xml:space="preserve">           -0.18056075313492864209 * (not Group == u'NDNE' and </w:t>
      </w:r>
    </w:p>
    <w:p w14:paraId="04A4CDB8" w14:textId="77777777" w:rsidR="002007C2" w:rsidRDefault="002007C2" w:rsidP="002007C2">
      <w:r>
        <w:t xml:space="preserve">                                     round_Degree &lt;= 3.5),</w:t>
      </w:r>
    </w:p>
    <w:p w14:paraId="4174CC6F" w14:textId="77777777" w:rsidR="002007C2" w:rsidRDefault="002007C2" w:rsidP="002007C2">
      <w:r>
        <w:t xml:space="preserve">         -0.0039957720980683267623 * (round_Closeness &lt;= 0.3149999976158142 and </w:t>
      </w:r>
    </w:p>
    <w:p w14:paraId="38D387D4" w14:textId="77777777" w:rsidR="002007C2" w:rsidRDefault="002007C2" w:rsidP="002007C2">
      <w:r>
        <w:lastRenderedPageBreak/>
        <w:t xml:space="preserve">                                     round_dN_dS_Chimp &lt;= 0.5950000286102295 and </w:t>
      </w:r>
    </w:p>
    <w:p w14:paraId="260EB120" w14:textId="77777777" w:rsidR="002007C2" w:rsidRDefault="002007C2" w:rsidP="002007C2">
      <w:r>
        <w:t xml:space="preserve">                                     round_LofTool &lt;= 0.874500036239624 and </w:t>
      </w:r>
    </w:p>
    <w:p w14:paraId="1CADDBB0" w14:textId="77777777" w:rsidR="002007C2" w:rsidRDefault="002007C2" w:rsidP="002007C2">
      <w:r>
        <w:t xml:space="preserve">                                     round_Exon_Count &lt;= 171.5),</w:t>
      </w:r>
    </w:p>
    <w:p w14:paraId="54D1B837" w14:textId="77777777" w:rsidR="002007C2" w:rsidRDefault="002007C2" w:rsidP="002007C2">
      <w:r>
        <w:t xml:space="preserve">           -0.56961177766960269242 * (Group == u'NDNE' and </w:t>
      </w:r>
    </w:p>
    <w:p w14:paraId="0C95088D" w14:textId="77777777" w:rsidR="002007C2" w:rsidRDefault="002007C2" w:rsidP="002007C2">
      <w:r>
        <w:t xml:space="preserve">                                     round_Degree &lt;= 3.5 and </w:t>
      </w:r>
    </w:p>
    <w:p w14:paraId="4C75B248" w14:textId="77777777" w:rsidR="002007C2" w:rsidRDefault="002007C2" w:rsidP="002007C2">
      <w:r>
        <w:t xml:space="preserve">                                     round_StdDev_Transcript_length &lt;= 714.263427734375),</w:t>
      </w:r>
    </w:p>
    <w:p w14:paraId="5A4562AD" w14:textId="77777777" w:rsidR="002007C2" w:rsidRDefault="002007C2" w:rsidP="002007C2">
      <w:r>
        <w:t xml:space="preserve">          -0.010926747552256092094 * (round_Degree_mi &lt;= 0.5 and </w:t>
      </w:r>
    </w:p>
    <w:p w14:paraId="32E75D9E" w14:textId="77777777" w:rsidR="002007C2" w:rsidRDefault="002007C2" w:rsidP="002007C2">
      <w:r>
        <w:t xml:space="preserve">                                     round_Closeness &lt;= 0.32499998807907104 and </w:t>
      </w:r>
    </w:p>
    <w:p w14:paraId="70FF36E9" w14:textId="77777777" w:rsidR="002007C2" w:rsidRDefault="002007C2" w:rsidP="002007C2">
      <w:r>
        <w:t xml:space="preserve">                                     round_LofTool &lt;= 0.9435499906539917 and </w:t>
      </w:r>
    </w:p>
    <w:p w14:paraId="09EA718C" w14:textId="77777777" w:rsidR="002007C2" w:rsidRDefault="002007C2" w:rsidP="002007C2">
      <w:r>
        <w:t xml:space="preserve">                                     round_Gene_Length_bp &gt; 54517.0),</w:t>
      </w:r>
    </w:p>
    <w:p w14:paraId="0212C6BA" w14:textId="77777777" w:rsidR="002007C2" w:rsidRDefault="002007C2" w:rsidP="002007C2">
      <w:r>
        <w:t xml:space="preserve">          0.0046976857155946452269 * (not Group == u'NDNE' and </w:t>
      </w:r>
    </w:p>
    <w:p w14:paraId="255E9042" w14:textId="77777777" w:rsidR="002007C2" w:rsidRDefault="002007C2" w:rsidP="002007C2">
      <w:r>
        <w:t xml:space="preserve">                                     round_Degree &gt; 12.5 and </w:t>
      </w:r>
    </w:p>
    <w:p w14:paraId="37D100C8" w14:textId="77777777" w:rsidR="002007C2" w:rsidRDefault="002007C2" w:rsidP="002007C2">
      <w:r>
        <w:t xml:space="preserve">                                     round_Gene_Length_bp &lt;= 53079.0),</w:t>
      </w:r>
    </w:p>
    <w:p w14:paraId="6817CA1A" w14:textId="77777777" w:rsidR="002007C2" w:rsidRDefault="002007C2" w:rsidP="002007C2">
      <w:r>
        <w:t xml:space="preserve">           0.021939335798790569193 * (round_Phi),</w:t>
      </w:r>
    </w:p>
    <w:p w14:paraId="73B1324A" w14:textId="77777777" w:rsidR="002007C2" w:rsidRDefault="002007C2" w:rsidP="002007C2">
      <w:r>
        <w:t xml:space="preserve">          -0.022286463855471616569 * (round_Tajima__s_D_regulatory &gt; 0.4235000014305115 and </w:t>
      </w:r>
    </w:p>
    <w:p w14:paraId="6FE341D5" w14:textId="77777777" w:rsidR="002007C2" w:rsidRDefault="002007C2" w:rsidP="002007C2">
      <w:r>
        <w:t xml:space="preserve">                                     round_Blomen_KBM7 &gt; -0.21081802248954773 and </w:t>
      </w:r>
    </w:p>
    <w:p w14:paraId="7C617971" w14:textId="77777777" w:rsidR="002007C2" w:rsidRDefault="002007C2" w:rsidP="002007C2">
      <w:r>
        <w:t xml:space="preserve">                                     round_s_het &gt; 0.015080630779266357 and </w:t>
      </w:r>
    </w:p>
    <w:p w14:paraId="427CE800" w14:textId="77777777" w:rsidR="002007C2" w:rsidRDefault="002007C2" w:rsidP="002007C2">
      <w:r>
        <w:t xml:space="preserve">                                     round_StdDev_Transcript_length &gt; 580.992431640625),</w:t>
      </w:r>
    </w:p>
    <w:p w14:paraId="4CDD1CE5" w14:textId="77777777" w:rsidR="002007C2" w:rsidRDefault="002007C2" w:rsidP="002007C2">
      <w:r>
        <w:t xml:space="preserve">          0.0027537702678576865545 * (round_Tajima__s_D_regulatory &lt;= 0.4104999899864197 and </w:t>
      </w:r>
    </w:p>
    <w:p w14:paraId="59AA4F50" w14:textId="77777777" w:rsidR="002007C2" w:rsidRDefault="002007C2" w:rsidP="002007C2">
      <w:r>
        <w:t xml:space="preserve">                                     round_Phi &gt; 0.0002437000221107155 and </w:t>
      </w:r>
    </w:p>
    <w:p w14:paraId="75B18CE5" w14:textId="77777777" w:rsidR="002007C2" w:rsidRDefault="002007C2" w:rsidP="002007C2">
      <w:r>
        <w:t xml:space="preserve">                                     round_missense_Z &lt;= 3.308867931365967),</w:t>
      </w:r>
    </w:p>
    <w:p w14:paraId="37772F6B" w14:textId="77777777" w:rsidR="002007C2" w:rsidRDefault="002007C2" w:rsidP="002007C2">
      <w:r>
        <w:t xml:space="preserve">         -0.0027288874703135009708 * (round_End &gt; 127204736.0 and </w:t>
      </w:r>
    </w:p>
    <w:p w14:paraId="7262EA05" w14:textId="77777777" w:rsidR="002007C2" w:rsidRDefault="002007C2" w:rsidP="002007C2">
      <w:r>
        <w:t xml:space="preserve">                                     round_Tajima__s_D_regulatory &lt;= 0.4599999785423279 and </w:t>
      </w:r>
    </w:p>
    <w:p w14:paraId="57B8ACF6" w14:textId="77777777" w:rsidR="002007C2" w:rsidRDefault="002007C2" w:rsidP="002007C2">
      <w:r>
        <w:t xml:space="preserve">                                     round_Transcript_count &lt;= 10.5 and </w:t>
      </w:r>
    </w:p>
    <w:p w14:paraId="62D04FFA" w14:textId="77777777" w:rsidR="002007C2" w:rsidRDefault="002007C2" w:rsidP="002007C2">
      <w:r>
        <w:t xml:space="preserve">                                     round_Gene_Length_bp &gt; 2814.5),</w:t>
      </w:r>
    </w:p>
    <w:p w14:paraId="6C991843" w14:textId="77777777" w:rsidR="002007C2" w:rsidRDefault="002007C2" w:rsidP="002007C2">
      <w:r>
        <w:t xml:space="preserve">            0.08109139290614296447 * (round_missense_Z_mi),</w:t>
      </w:r>
    </w:p>
    <w:p w14:paraId="4844B880" w14:textId="77777777" w:rsidR="002007C2" w:rsidRDefault="002007C2" w:rsidP="002007C2">
      <w:r>
        <w:t xml:space="preserve">           0.014012303940575399075 * (round_missense_Z &lt;= 3.2976694107055664 and </w:t>
      </w:r>
    </w:p>
    <w:p w14:paraId="0F66F193" w14:textId="77777777" w:rsidR="002007C2" w:rsidRDefault="002007C2" w:rsidP="002007C2">
      <w:r>
        <w:t xml:space="preserve">                                     round_LofTool &gt; 0.9603500366210938),</w:t>
      </w:r>
    </w:p>
    <w:p w14:paraId="7B4E5D87" w14:textId="77777777" w:rsidR="002007C2" w:rsidRDefault="002007C2" w:rsidP="002007C2">
      <w:r>
        <w:t xml:space="preserve">           0.052541363893365403137 * (not Group == u'NDNE' and </w:t>
      </w:r>
    </w:p>
    <w:p w14:paraId="08670F0A" w14:textId="77777777" w:rsidR="002007C2" w:rsidRDefault="002007C2" w:rsidP="002007C2">
      <w:r>
        <w:t xml:space="preserve">                                     round_Degree_mi &lt;= 0.5 and </w:t>
      </w:r>
    </w:p>
    <w:p w14:paraId="74B8A402" w14:textId="77777777" w:rsidR="002007C2" w:rsidRDefault="002007C2" w:rsidP="002007C2">
      <w:r>
        <w:t xml:space="preserve">                                     round_Closeness &gt; 0.3149999976158142 and </w:t>
      </w:r>
    </w:p>
    <w:p w14:paraId="6A78D576" w14:textId="77777777" w:rsidR="002007C2" w:rsidRDefault="002007C2" w:rsidP="002007C2">
      <w:r>
        <w:t xml:space="preserve">                                     round_Average_Transcript_length &gt; 2570.535888671875),</w:t>
      </w:r>
    </w:p>
    <w:p w14:paraId="38A21012" w14:textId="77777777" w:rsidR="002007C2" w:rsidRDefault="002007C2" w:rsidP="002007C2">
      <w:r>
        <w:t xml:space="preserve">             0.1551699454009141943 * (round_Tajima__s_D_regulatory &lt;= 0.4235000014305115 and </w:t>
      </w:r>
    </w:p>
    <w:p w14:paraId="3C4F5436" w14:textId="77777777" w:rsidR="002007C2" w:rsidRDefault="002007C2" w:rsidP="002007C2">
      <w:r>
        <w:t xml:space="preserve">                                     round_Blomen_KBM7 &lt;= -0.2521226406097412 and </w:t>
      </w:r>
    </w:p>
    <w:p w14:paraId="4A5E7502" w14:textId="77777777" w:rsidR="002007C2" w:rsidRDefault="002007C2" w:rsidP="002007C2">
      <w:r>
        <w:t xml:space="preserve">                                     round_s_het &gt; 0.015603477135300636 and </w:t>
      </w:r>
    </w:p>
    <w:p w14:paraId="24BB9BF4" w14:textId="77777777" w:rsidR="002007C2" w:rsidRDefault="002007C2" w:rsidP="002007C2">
      <w:r>
        <w:t xml:space="preserve">                                     round_Transcript_count &lt;= 21.5),</w:t>
      </w:r>
    </w:p>
    <w:p w14:paraId="4C5AAB65" w14:textId="77777777" w:rsidR="002007C2" w:rsidRDefault="002007C2" w:rsidP="002007C2">
      <w:r>
        <w:t xml:space="preserve">         -0.0080792105837217097208 * (round_Tajima__s_D_regulatory &gt; 0.4104999899864197 and </w:t>
      </w:r>
    </w:p>
    <w:p w14:paraId="4D6E0DAB" w14:textId="77777777" w:rsidR="002007C2" w:rsidRDefault="002007C2" w:rsidP="002007C2">
      <w:r>
        <w:t xml:space="preserve">                                     round_Average_Transcript_length &lt;= 1876.067626953125),</w:t>
      </w:r>
    </w:p>
    <w:p w14:paraId="120F3A02" w14:textId="77777777" w:rsidR="002007C2" w:rsidRDefault="002007C2" w:rsidP="002007C2">
      <w:r>
        <w:t xml:space="preserve">           0.021504577862045057279 * (round_End &gt; 125209176.0 and </w:t>
      </w:r>
    </w:p>
    <w:p w14:paraId="6D310CE1" w14:textId="77777777" w:rsidR="002007C2" w:rsidRDefault="002007C2" w:rsidP="002007C2">
      <w:r>
        <w:t xml:space="preserve">                                     round_Degree &gt; 12.5 and </w:t>
      </w:r>
    </w:p>
    <w:p w14:paraId="0DC80FBF" w14:textId="77777777" w:rsidR="002007C2" w:rsidRDefault="002007C2" w:rsidP="002007C2">
      <w:r>
        <w:t xml:space="preserve">                                     round_dN_dS_Chimp_mi &lt;= 0.5),</w:t>
      </w:r>
    </w:p>
    <w:p w14:paraId="4F10DD8A" w14:textId="77777777" w:rsidR="002007C2" w:rsidRDefault="002007C2" w:rsidP="002007C2">
      <w:r>
        <w:t xml:space="preserve">          -0.015295315530416180028 * (round_Degree &lt;= 56.5 and </w:t>
      </w:r>
    </w:p>
    <w:p w14:paraId="550FD817" w14:textId="77777777" w:rsidR="002007C2" w:rsidRDefault="002007C2" w:rsidP="002007C2">
      <w:r>
        <w:t xml:space="preserve">                                     round_Closeness &gt; 0.2549999952316284 and </w:t>
      </w:r>
    </w:p>
    <w:p w14:paraId="5BE1C5D7" w14:textId="77777777" w:rsidR="002007C2" w:rsidRDefault="002007C2" w:rsidP="002007C2">
      <w:r>
        <w:lastRenderedPageBreak/>
        <w:t xml:space="preserve">                                     round_s_het &lt;= 0.031048648059368134 and </w:t>
      </w:r>
    </w:p>
    <w:p w14:paraId="7F6FC0FD" w14:textId="77777777" w:rsidR="002007C2" w:rsidRDefault="002007C2" w:rsidP="002007C2">
      <w:r>
        <w:t xml:space="preserve">                                     round_Gene_Length_bp &gt; 41216.0),</w:t>
      </w:r>
    </w:p>
    <w:p w14:paraId="7D4B9BB9" w14:textId="77777777" w:rsidR="002007C2" w:rsidRDefault="002007C2" w:rsidP="002007C2">
      <w:r>
        <w:t xml:space="preserve">         -0.0078502999183946500783 * (round_Degree &lt;= 3.5 and </w:t>
      </w:r>
    </w:p>
    <w:p w14:paraId="58A2051C" w14:textId="77777777" w:rsidR="002007C2" w:rsidRDefault="002007C2" w:rsidP="002007C2">
      <w:r>
        <w:t xml:space="preserve">                                     round_s_het &gt; 0.02518850564956665 and </w:t>
      </w:r>
    </w:p>
    <w:p w14:paraId="5AAAFB95" w14:textId="77777777" w:rsidR="002007C2" w:rsidRDefault="002007C2" w:rsidP="002007C2">
      <w:r>
        <w:t xml:space="preserve">                                     round_Transcript_count &lt;= 15.5),</w:t>
      </w:r>
    </w:p>
    <w:p w14:paraId="6C8258FF" w14:textId="77777777" w:rsidR="002007C2" w:rsidRDefault="002007C2" w:rsidP="002007C2">
      <w:r>
        <w:t xml:space="preserve">           0.024239284046736895434 * (not Group == u'MNC' and </w:t>
      </w:r>
    </w:p>
    <w:p w14:paraId="5F9D0E9E" w14:textId="77777777" w:rsidR="002007C2" w:rsidRDefault="002007C2" w:rsidP="002007C2">
      <w:r>
        <w:t xml:space="preserve">                                     round_dN_dS_Chimp &lt;= 0.5950000286102295 and </w:t>
      </w:r>
    </w:p>
    <w:p w14:paraId="2746B777" w14:textId="77777777" w:rsidR="002007C2" w:rsidRDefault="002007C2" w:rsidP="002007C2">
      <w:r>
        <w:t xml:space="preserve">                                     round_missense_Z &lt;= 3.2976694107055664 and </w:t>
      </w:r>
    </w:p>
    <w:p w14:paraId="5EF91191" w14:textId="77777777" w:rsidR="002007C2" w:rsidRDefault="002007C2" w:rsidP="002007C2">
      <w:r>
        <w:t xml:space="preserve">                                     round_Average_Transcript_length &lt;= 2056.5712890625),</w:t>
      </w:r>
    </w:p>
    <w:p w14:paraId="1423D081" w14:textId="77777777" w:rsidR="002007C2" w:rsidRDefault="002007C2" w:rsidP="002007C2">
      <w:r>
        <w:t xml:space="preserve">            0.03864183015657941811 * (round_Degree &gt; 4.5 and </w:t>
      </w:r>
    </w:p>
    <w:p w14:paraId="3D029CC3" w14:textId="77777777" w:rsidR="002007C2" w:rsidRDefault="002007C2" w:rsidP="002007C2">
      <w:r>
        <w:t xml:space="preserve">                                     round_Blomen_KBM7 &lt;= -0.15796872973442078 and </w:t>
      </w:r>
    </w:p>
    <w:p w14:paraId="2844ABA6" w14:textId="77777777" w:rsidR="002007C2" w:rsidRDefault="002007C2" w:rsidP="002007C2">
      <w:r>
        <w:t xml:space="preserve">                                     round_StdDev_Transcript_length &gt; 1227.5733642578125),</w:t>
      </w:r>
    </w:p>
    <w:p w14:paraId="6D79CBBB" w14:textId="77777777" w:rsidR="002007C2" w:rsidRDefault="002007C2" w:rsidP="002007C2">
      <w:r>
        <w:t xml:space="preserve">           0.012003822160604299754 * (not Group == u'MNC' and </w:t>
      </w:r>
    </w:p>
    <w:p w14:paraId="7489A942" w14:textId="77777777" w:rsidR="002007C2" w:rsidRDefault="002007C2" w:rsidP="002007C2">
      <w:r>
        <w:t xml:space="preserve">                                     round_missense_Z &gt; 3.2976694107055664),</w:t>
      </w:r>
    </w:p>
    <w:p w14:paraId="602F5192" w14:textId="77777777" w:rsidR="002007C2" w:rsidRDefault="002007C2" w:rsidP="002007C2">
      <w:r>
        <w:t xml:space="preserve">            0.01265667266342007137 * (3.5 &lt; round_Degree &lt;= 70.0 and </w:t>
      </w:r>
    </w:p>
    <w:p w14:paraId="12592CFA" w14:textId="77777777" w:rsidR="002007C2" w:rsidRDefault="002007C2" w:rsidP="002007C2">
      <w:r>
        <w:t xml:space="preserve">                                     round_Phi &gt; 0.12447576969861984 and </w:t>
      </w:r>
    </w:p>
    <w:p w14:paraId="021F2B9F" w14:textId="77777777" w:rsidR="002007C2" w:rsidRDefault="002007C2" w:rsidP="002007C2">
      <w:r>
        <w:t xml:space="preserve">                                     round_Exon_Count &lt;= 156.5),</w:t>
      </w:r>
    </w:p>
    <w:p w14:paraId="00D91A1A" w14:textId="77777777" w:rsidR="002007C2" w:rsidRDefault="002007C2" w:rsidP="002007C2">
      <w:r>
        <w:t xml:space="preserve">          -0.025979339010908503865 * (Group == u'NDNE' and </w:t>
      </w:r>
    </w:p>
    <w:p w14:paraId="23CB18CA" w14:textId="77777777" w:rsidR="002007C2" w:rsidRDefault="002007C2" w:rsidP="002007C2">
      <w:r>
        <w:t xml:space="preserve">                                     round_Closeness &gt; 0.2549999952316284 and </w:t>
      </w:r>
    </w:p>
    <w:p w14:paraId="4182B07A" w14:textId="77777777" w:rsidR="002007C2" w:rsidRDefault="002007C2" w:rsidP="002007C2">
      <w:r>
        <w:t xml:space="preserve">                                     round_Phi &gt; 0.0014898625668138266 and </w:t>
      </w:r>
    </w:p>
    <w:p w14:paraId="4DB920BB" w14:textId="77777777" w:rsidR="002007C2" w:rsidRDefault="002007C2" w:rsidP="002007C2">
      <w:r>
        <w:t xml:space="preserve">                                     round_StdDev_Transcript_length &gt; 636.7213134765625),</w:t>
      </w:r>
    </w:p>
    <w:p w14:paraId="52299760" w14:textId="77777777" w:rsidR="002007C2" w:rsidRDefault="002007C2" w:rsidP="002007C2">
      <w:r>
        <w:t xml:space="preserve">           0.088736011639851314348 * (not Group == u'CM' and </w:t>
      </w:r>
    </w:p>
    <w:p w14:paraId="20A117DE" w14:textId="77777777" w:rsidR="002007C2" w:rsidRDefault="002007C2" w:rsidP="002007C2">
      <w:r>
        <w:t xml:space="preserve">                                     round_End &gt; 110010712.0 and </w:t>
      </w:r>
    </w:p>
    <w:p w14:paraId="5F1D58E4" w14:textId="77777777" w:rsidR="002007C2" w:rsidRDefault="002007C2" w:rsidP="002007C2">
      <w:r>
        <w:t xml:space="preserve">                                     round_Degree_mi &lt;= 0.5 and </w:t>
      </w:r>
    </w:p>
    <w:p w14:paraId="03E81A58" w14:textId="77777777" w:rsidR="002007C2" w:rsidRDefault="002007C2" w:rsidP="002007C2">
      <w:r>
        <w:t xml:space="preserve">                                     round_missense_Z &lt;= 3.996763229370117),</w:t>
      </w:r>
    </w:p>
    <w:p w14:paraId="7A474A94" w14:textId="77777777" w:rsidR="002007C2" w:rsidRDefault="002007C2" w:rsidP="002007C2">
      <w:r>
        <w:t xml:space="preserve">          -0.042684495370579833562 * (round_Tajima__s_D_regulatory &lt;= 1.4184999465942383 and </w:t>
      </w:r>
    </w:p>
    <w:p w14:paraId="1C04FAD7" w14:textId="77777777" w:rsidR="002007C2" w:rsidRDefault="002007C2" w:rsidP="002007C2">
      <w:r>
        <w:t xml:space="preserve">                                     round_Transcript_count &lt;= 2.5 and </w:t>
      </w:r>
    </w:p>
    <w:p w14:paraId="0617D350" w14:textId="77777777" w:rsidR="002007C2" w:rsidRDefault="002007C2" w:rsidP="002007C2">
      <w:r>
        <w:t xml:space="preserve">                                     round_Gene_Length_bp &gt; 9942.0 and </w:t>
      </w:r>
    </w:p>
    <w:p w14:paraId="5B12694B" w14:textId="77777777" w:rsidR="002007C2" w:rsidRDefault="002007C2" w:rsidP="002007C2">
      <w:r>
        <w:t xml:space="preserve">                                     round_Average_Transcript_length &gt; 2037.56787109375),</w:t>
      </w:r>
    </w:p>
    <w:p w14:paraId="6C5E5C27" w14:textId="77777777" w:rsidR="002007C2" w:rsidRDefault="002007C2" w:rsidP="002007C2">
      <w:r>
        <w:t xml:space="preserve">           0.010718660893401628365 * (round_dN_dS_Chimp_mi &lt;= 0.5 and </w:t>
      </w:r>
    </w:p>
    <w:p w14:paraId="7B02324F" w14:textId="77777777" w:rsidR="002007C2" w:rsidRDefault="002007C2" w:rsidP="002007C2">
      <w:r>
        <w:t xml:space="preserve">                                     round_Blomen_KBM7 &lt;= -0.5181520581245422 and </w:t>
      </w:r>
    </w:p>
    <w:p w14:paraId="1E510181" w14:textId="77777777" w:rsidR="002007C2" w:rsidRDefault="002007C2" w:rsidP="002007C2">
      <w:r>
        <w:t xml:space="preserve">                                     round_Transcript_count &lt;= 26.5 and </w:t>
      </w:r>
    </w:p>
    <w:p w14:paraId="24B36EA2" w14:textId="77777777" w:rsidR="002007C2" w:rsidRDefault="002007C2" w:rsidP="002007C2">
      <w:r>
        <w:t xml:space="preserve">                                     round_StdDev_Transcript_length &gt; 169.24288940429688),</w:t>
      </w:r>
    </w:p>
    <w:p w14:paraId="12A7FC3E" w14:textId="77777777" w:rsidR="002007C2" w:rsidRDefault="002007C2" w:rsidP="002007C2">
      <w:r>
        <w:t xml:space="preserve">         -0.0044768437453202277257 * (round_Closeness &gt; 0.2549999952316284 and </w:t>
      </w:r>
    </w:p>
    <w:p w14:paraId="5184A3A0" w14:textId="77777777" w:rsidR="002007C2" w:rsidRDefault="002007C2" w:rsidP="002007C2">
      <w:r>
        <w:t xml:space="preserve">                                     round_Blomen_KBM7_mi &lt;= 0.5 and </w:t>
      </w:r>
    </w:p>
    <w:p w14:paraId="68860771" w14:textId="77777777" w:rsidR="002007C2" w:rsidRDefault="002007C2" w:rsidP="002007C2">
      <w:r>
        <w:t xml:space="preserve">                                     round_s_het_mi &lt;= 0.5 and </w:t>
      </w:r>
    </w:p>
    <w:p w14:paraId="78D85D7A" w14:textId="77777777" w:rsidR="002007C2" w:rsidRDefault="002007C2" w:rsidP="002007C2">
      <w:r>
        <w:t xml:space="preserve">                                     round_StdDev_Transcript_length &lt;= 2625.484375),</w:t>
      </w:r>
    </w:p>
    <w:p w14:paraId="1F8712F3" w14:textId="77777777" w:rsidR="002007C2" w:rsidRDefault="002007C2" w:rsidP="002007C2">
      <w:r>
        <w:t xml:space="preserve">           0.012631834697413829582 * (2814.5 &lt; round_Gene_Length_bp &lt;= 9338.5 and </w:t>
      </w:r>
    </w:p>
    <w:p w14:paraId="1BEEB10C" w14:textId="77777777" w:rsidR="002007C2" w:rsidRDefault="002007C2" w:rsidP="002007C2">
      <w:r>
        <w:t xml:space="preserve">                                     round_StdDev_Transcript_length &gt; 580.992431640625),</w:t>
      </w:r>
    </w:p>
    <w:p w14:paraId="2F0AD8C0" w14:textId="77777777" w:rsidR="002007C2" w:rsidRDefault="002007C2" w:rsidP="002007C2">
      <w:r>
        <w:t xml:space="preserve">           0.026831902960513024509 * (round_Closeness &gt; 0.33500000834465027 and </w:t>
      </w:r>
    </w:p>
    <w:p w14:paraId="4E2A0ADA" w14:textId="77777777" w:rsidR="002007C2" w:rsidRDefault="002007C2" w:rsidP="002007C2">
      <w:r>
        <w:t xml:space="preserve">                                     3.2976694107055664 &lt; round_missense_Z &lt;= 4.050085067749023),</w:t>
      </w:r>
    </w:p>
    <w:p w14:paraId="3DEF2383" w14:textId="77777777" w:rsidR="002007C2" w:rsidRDefault="002007C2" w:rsidP="002007C2">
      <w:r>
        <w:t xml:space="preserve">          0.0033918172563335005285 * (round_Blomen_KBM7 &gt; -0.5146373510360718 and </w:t>
      </w:r>
    </w:p>
    <w:p w14:paraId="1A323C06" w14:textId="77777777" w:rsidR="002007C2" w:rsidRDefault="002007C2" w:rsidP="002007C2">
      <w:r>
        <w:t xml:space="preserve">                                     round_Transcript_count &gt; 10.5 and </w:t>
      </w:r>
    </w:p>
    <w:p w14:paraId="14356715" w14:textId="77777777" w:rsidR="002007C2" w:rsidRDefault="002007C2" w:rsidP="002007C2">
      <w:r>
        <w:t xml:space="preserve">                                     round_Average_Transcript_length &gt; 2037.5650634765625),</w:t>
      </w:r>
    </w:p>
    <w:p w14:paraId="5FC04D3F" w14:textId="77777777" w:rsidR="002007C2" w:rsidRDefault="002007C2" w:rsidP="002007C2">
      <w:r>
        <w:t xml:space="preserve">          0.0070956564876167357164 * (round_End &lt;= 124517040.0 and </w:t>
      </w:r>
    </w:p>
    <w:p w14:paraId="6F6041B3" w14:textId="77777777" w:rsidR="002007C2" w:rsidRDefault="002007C2" w:rsidP="002007C2">
      <w:r>
        <w:t xml:space="preserve">                                     round_Tajima__s_D_regulatory &gt; 0.5564999580383301 and </w:t>
      </w:r>
    </w:p>
    <w:p w14:paraId="5AC56BBC" w14:textId="77777777" w:rsidR="002007C2" w:rsidRDefault="002007C2" w:rsidP="002007C2">
      <w:r>
        <w:lastRenderedPageBreak/>
        <w:t xml:space="preserve">                                     round_Blomen_KBM7 &lt;= -0.2610846161842346 and </w:t>
      </w:r>
    </w:p>
    <w:p w14:paraId="62C2E0F0" w14:textId="77777777" w:rsidR="002007C2" w:rsidRDefault="002007C2" w:rsidP="002007C2">
      <w:r>
        <w:t xml:space="preserve">                                     round_Gene_Length_bp &gt; 2814.5),</w:t>
      </w:r>
    </w:p>
    <w:p w14:paraId="693C48A0" w14:textId="77777777" w:rsidR="002007C2" w:rsidRDefault="002007C2" w:rsidP="002007C2">
      <w:r>
        <w:t xml:space="preserve">            0.05358215945498377708 * (round_End &lt;= 124883040.0 and </w:t>
      </w:r>
    </w:p>
    <w:p w14:paraId="48BB227A" w14:textId="77777777" w:rsidR="002007C2" w:rsidRDefault="002007C2" w:rsidP="002007C2">
      <w:r>
        <w:t xml:space="preserve">                                     -1.2874999046325684 &lt; round_Tajima__s_D_regulatory &lt;= 1.4165000915527344 and </w:t>
      </w:r>
    </w:p>
    <w:p w14:paraId="4E2681EE" w14:textId="77777777" w:rsidR="002007C2" w:rsidRDefault="002007C2" w:rsidP="002007C2">
      <w:r>
        <w:t xml:space="preserve">                                     round_Transcript_count &lt;= 20.5),</w:t>
      </w:r>
    </w:p>
    <w:p w14:paraId="3653589C" w14:textId="77777777" w:rsidR="002007C2" w:rsidRDefault="002007C2" w:rsidP="002007C2">
      <w:r>
        <w:t xml:space="preserve">           0.010564605410865832158 * (round_Degree &gt; 45.0 and </w:t>
      </w:r>
    </w:p>
    <w:p w14:paraId="367B27A6" w14:textId="77777777" w:rsidR="002007C2" w:rsidRDefault="002007C2" w:rsidP="002007C2">
      <w:r>
        <w:t xml:space="preserve">                                     round_dN_dS_Chimp_mi &gt; 0.5 and </w:t>
      </w:r>
    </w:p>
    <w:p w14:paraId="2DACD004" w14:textId="77777777" w:rsidR="002007C2" w:rsidRDefault="002007C2" w:rsidP="002007C2">
      <w:r>
        <w:t xml:space="preserve">                                     round_Transcript_count &lt;= 26.5 and </w:t>
      </w:r>
    </w:p>
    <w:p w14:paraId="59B4F295" w14:textId="77777777" w:rsidR="002007C2" w:rsidRDefault="002007C2" w:rsidP="002007C2">
      <w:r>
        <w:t xml:space="preserve">                                     round_Gene_Length_bp &gt; 2402.0),</w:t>
      </w:r>
    </w:p>
    <w:p w14:paraId="0DCB22C3" w14:textId="77777777" w:rsidR="002007C2" w:rsidRDefault="002007C2" w:rsidP="002007C2">
      <w:r>
        <w:t xml:space="preserve">           0.064211045541165565065 * (round_Degree &lt;= 4.5 and </w:t>
      </w:r>
    </w:p>
    <w:p w14:paraId="45014425" w14:textId="77777777" w:rsidR="002007C2" w:rsidRDefault="002007C2" w:rsidP="002007C2">
      <w:r>
        <w:t xml:space="preserve">                                     round_Degree_mi &lt;= 0.5 and </w:t>
      </w:r>
    </w:p>
    <w:p w14:paraId="5CA006D9" w14:textId="77777777" w:rsidR="002007C2" w:rsidRDefault="002007C2" w:rsidP="002007C2">
      <w:r>
        <w:t xml:space="preserve">                                     round_StdDev_Transcript_length &gt; 1301.4395751953125),</w:t>
      </w:r>
    </w:p>
    <w:p w14:paraId="023390A5" w14:textId="77777777" w:rsidR="002007C2" w:rsidRDefault="002007C2" w:rsidP="002007C2">
      <w:r>
        <w:t xml:space="preserve">          -0.099504943567778156299 * (Group == u'NDNE' and </w:t>
      </w:r>
    </w:p>
    <w:p w14:paraId="0F40CD4E" w14:textId="77777777" w:rsidR="002007C2" w:rsidRDefault="002007C2" w:rsidP="002007C2">
      <w:r>
        <w:t xml:space="preserve">                                     round_Degree &gt; 3.5 and </w:t>
      </w:r>
    </w:p>
    <w:p w14:paraId="4410E821" w14:textId="77777777" w:rsidR="002007C2" w:rsidRDefault="002007C2" w:rsidP="002007C2">
      <w:r>
        <w:t xml:space="preserve">                                     round_missense_Z &lt;= 2.3079466819763184),</w:t>
      </w:r>
    </w:p>
    <w:p w14:paraId="57A60CB5" w14:textId="77777777" w:rsidR="002007C2" w:rsidRDefault="002007C2" w:rsidP="002007C2">
      <w:r>
        <w:t xml:space="preserve">            0.16847444975170958181 * (round_Closeness &lt;= 0.3149999976158142 and </w:t>
      </w:r>
    </w:p>
    <w:p w14:paraId="184269FA" w14:textId="77777777" w:rsidR="002007C2" w:rsidRDefault="002007C2" w:rsidP="002007C2">
      <w:r>
        <w:t xml:space="preserve">                                     2.642360210418701 &lt; round_missense_Z &lt;= 4.0604472160339355),</w:t>
      </w:r>
    </w:p>
    <w:p w14:paraId="46E856B7" w14:textId="77777777" w:rsidR="002007C2" w:rsidRDefault="002007C2" w:rsidP="002007C2">
      <w:r>
        <w:t xml:space="preserve">            0.04243059279242206161 * (round_Closeness &lt;= 0.3050000071525574 and </w:t>
      </w:r>
    </w:p>
    <w:p w14:paraId="5A537B7A" w14:textId="77777777" w:rsidR="002007C2" w:rsidRDefault="002007C2" w:rsidP="002007C2">
      <w:r>
        <w:t xml:space="preserve">                                     round_Blomen_KBM7 &gt; -0.5158457159996033 and </w:t>
      </w:r>
    </w:p>
    <w:p w14:paraId="4FB4DEB9" w14:textId="77777777" w:rsidR="002007C2" w:rsidRDefault="002007C2" w:rsidP="002007C2">
      <w:r>
        <w:t xml:space="preserve">                                     round_Gene_Length_bp &lt;= 53140.5),</w:t>
      </w:r>
    </w:p>
    <w:p w14:paraId="68D12C28" w14:textId="77777777" w:rsidR="002007C2" w:rsidRDefault="002007C2" w:rsidP="002007C2">
      <w:r>
        <w:t xml:space="preserve">           0.047538526872885802921 * (not Group == u'NDNE' and </w:t>
      </w:r>
    </w:p>
    <w:p w14:paraId="3B97E947" w14:textId="77777777" w:rsidR="002007C2" w:rsidRDefault="002007C2" w:rsidP="002007C2">
      <w:r>
        <w:t xml:space="preserve">                                     round_Closeness &gt; 0.2549999952316284 and </w:t>
      </w:r>
    </w:p>
    <w:p w14:paraId="4DDD0E1A" w14:textId="77777777" w:rsidR="002007C2" w:rsidRDefault="002007C2" w:rsidP="002007C2">
      <w:r>
        <w:t xml:space="preserve">                                     round_Phi &gt; 0.8754478693008423),</w:t>
      </w:r>
    </w:p>
    <w:p w14:paraId="3472D5F6" w14:textId="77777777" w:rsidR="002007C2" w:rsidRDefault="002007C2" w:rsidP="002007C2">
      <w:r>
        <w:t xml:space="preserve">            0.01377767556161369443 * (round_Tajima__s_D_regulatory &lt;= 1.4184999465942383 and </w:t>
      </w:r>
    </w:p>
    <w:p w14:paraId="34870207" w14:textId="77777777" w:rsidR="002007C2" w:rsidRDefault="002007C2" w:rsidP="002007C2">
      <w:r>
        <w:t xml:space="preserve">                                     round_Transcript_count &gt; 2.5 and </w:t>
      </w:r>
    </w:p>
    <w:p w14:paraId="3A65A135" w14:textId="77777777" w:rsidR="002007C2" w:rsidRDefault="002007C2" w:rsidP="002007C2">
      <w:r>
        <w:t xml:space="preserve">                                     round_Gene_Length_bp &gt; 9942.0 and </w:t>
      </w:r>
    </w:p>
    <w:p w14:paraId="67E63FD9" w14:textId="77777777" w:rsidR="002007C2" w:rsidRDefault="002007C2" w:rsidP="002007C2">
      <w:r>
        <w:t xml:space="preserve">                                     round_Average_Transcript_length &gt; 2037.56787109375),</w:t>
      </w:r>
    </w:p>
    <w:p w14:paraId="072C609F" w14:textId="77777777" w:rsidR="002007C2" w:rsidRDefault="002007C2" w:rsidP="002007C2">
      <w:r>
        <w:t xml:space="preserve">           -0.01544246978038381346 * (Group == u'NDNE' and </w:t>
      </w:r>
    </w:p>
    <w:p w14:paraId="4C835FBF" w14:textId="77777777" w:rsidR="002007C2" w:rsidRDefault="002007C2" w:rsidP="002007C2">
      <w:r>
        <w:t xml:space="preserve">                                     round_Degree &gt; 3.5),</w:t>
      </w:r>
    </w:p>
    <w:p w14:paraId="66FCEDC3" w14:textId="77777777" w:rsidR="002007C2" w:rsidRDefault="002007C2" w:rsidP="002007C2">
      <w:r>
        <w:t xml:space="preserve">          -0.031626465358424796226 * (round_Degree_mi &gt; 0.5 and </w:t>
      </w:r>
    </w:p>
    <w:p w14:paraId="103A47B5" w14:textId="77777777" w:rsidR="002007C2" w:rsidRDefault="002007C2" w:rsidP="002007C2">
      <w:r>
        <w:t xml:space="preserve">                                     round_Phi &lt;= 0.1322648823261261),</w:t>
      </w:r>
    </w:p>
    <w:p w14:paraId="26DD9384" w14:textId="77777777" w:rsidR="002007C2" w:rsidRDefault="002007C2" w:rsidP="002007C2">
      <w:r>
        <w:t xml:space="preserve">           0.023920451949571132355 * (not Group == u'NDNE' and </w:t>
      </w:r>
    </w:p>
    <w:p w14:paraId="1D71019A" w14:textId="77777777" w:rsidR="002007C2" w:rsidRDefault="002007C2" w:rsidP="002007C2">
      <w:r>
        <w:t xml:space="preserve">                                     round_Degree &gt; 3.5 and </w:t>
      </w:r>
    </w:p>
    <w:p w14:paraId="135731D6" w14:textId="77777777" w:rsidR="002007C2" w:rsidRDefault="002007C2" w:rsidP="002007C2">
      <w:r>
        <w:t xml:space="preserve">                                     round_LofTool &gt; 0.9829000234603882),</w:t>
      </w:r>
    </w:p>
    <w:p w14:paraId="131F9DC3" w14:textId="77777777" w:rsidR="002007C2" w:rsidRDefault="002007C2" w:rsidP="002007C2">
      <w:r>
        <w:t xml:space="preserve">           0.026861723913622247845 * (round_Closeness &gt; 0.3149999976158142 and </w:t>
      </w:r>
    </w:p>
    <w:p w14:paraId="3EF3EC1A" w14:textId="77777777" w:rsidR="002007C2" w:rsidRDefault="002007C2" w:rsidP="002007C2">
      <w:r>
        <w:t xml:space="preserve">                                     round_Tajima__s_D_regulatory &gt; 0.4104999899864197),</w:t>
      </w:r>
    </w:p>
    <w:p w14:paraId="2EB56602" w14:textId="77777777" w:rsidR="002007C2" w:rsidRDefault="002007C2" w:rsidP="002007C2">
      <w:r>
        <w:t xml:space="preserve">          0.0036581146817508628649 * (round_End &gt; 100419720.0 and </w:t>
      </w:r>
    </w:p>
    <w:p w14:paraId="001715ED" w14:textId="77777777" w:rsidR="002007C2" w:rsidRDefault="002007C2" w:rsidP="002007C2">
      <w:r>
        <w:t xml:space="preserve">                                     round_Tajima__s_D_regulatory &lt;= -0.234499990940094 and </w:t>
      </w:r>
    </w:p>
    <w:p w14:paraId="10B0C53F" w14:textId="77777777" w:rsidR="002007C2" w:rsidRDefault="002007C2" w:rsidP="002007C2">
      <w:r>
        <w:t xml:space="preserve">                                     round_missense_Z &lt;= 2.6417436599731445),</w:t>
      </w:r>
    </w:p>
    <w:p w14:paraId="688BB271" w14:textId="77777777" w:rsidR="002007C2" w:rsidRDefault="002007C2" w:rsidP="002007C2">
      <w:r>
        <w:t xml:space="preserve">          -0.037779318023490326972 * (round_Closeness &gt; 0.3149999976158142 and </w:t>
      </w:r>
    </w:p>
    <w:p w14:paraId="52497528" w14:textId="77777777" w:rsidR="002007C2" w:rsidRDefault="002007C2" w:rsidP="002007C2">
      <w:r>
        <w:t xml:space="preserve">                                     round_Phi &lt;= 3.313508932478726e-05 and </w:t>
      </w:r>
    </w:p>
    <w:p w14:paraId="67205A91" w14:textId="77777777" w:rsidR="002007C2" w:rsidRDefault="002007C2" w:rsidP="002007C2">
      <w:r>
        <w:t xml:space="preserve">                                     round_LofTool &gt; 0.04450000077486038),</w:t>
      </w:r>
    </w:p>
    <w:p w14:paraId="5F3F611D" w14:textId="77777777" w:rsidR="002007C2" w:rsidRDefault="002007C2" w:rsidP="002007C2">
      <w:r>
        <w:t xml:space="preserve">           0.021565100631107423507 * (round_missense_Z &lt;= 3.2976694107055664 and </w:t>
      </w:r>
    </w:p>
    <w:p w14:paraId="1D7D79B7" w14:textId="77777777" w:rsidR="002007C2" w:rsidRDefault="002007C2" w:rsidP="002007C2">
      <w:r>
        <w:t xml:space="preserve">                                     2821.0 &lt; round_Gene_Length_bp &lt;= 9941.5 and </w:t>
      </w:r>
    </w:p>
    <w:p w14:paraId="71B335B2" w14:textId="77777777" w:rsidR="002007C2" w:rsidRDefault="002007C2" w:rsidP="002007C2">
      <w:r>
        <w:t xml:space="preserve">                                     round_Average_Transcript_length &lt;= 2071.857421875),</w:t>
      </w:r>
    </w:p>
    <w:p w14:paraId="031FF42A" w14:textId="77777777" w:rsidR="002007C2" w:rsidRDefault="002007C2" w:rsidP="002007C2">
      <w:r>
        <w:lastRenderedPageBreak/>
        <w:t xml:space="preserve">          -0.018406415026041244437 * (round_Closeness &lt;= 0.3149999976158142 and </w:t>
      </w:r>
    </w:p>
    <w:p w14:paraId="7BE6A487" w14:textId="77777777" w:rsidR="002007C2" w:rsidRDefault="002007C2" w:rsidP="002007C2">
      <w:r>
        <w:t xml:space="preserve">                                     round_Phi &lt;= 0.0015477617271244526),</w:t>
      </w:r>
    </w:p>
    <w:p w14:paraId="5A42D4DE" w14:textId="77777777" w:rsidR="002007C2" w:rsidRDefault="002007C2" w:rsidP="002007C2">
      <w:r>
        <w:t xml:space="preserve">           0.044321413351531856184 * (round_End &gt; 100419720.0 and </w:t>
      </w:r>
    </w:p>
    <w:p w14:paraId="50ED22F0" w14:textId="77777777" w:rsidR="002007C2" w:rsidRDefault="002007C2" w:rsidP="002007C2">
      <w:r>
        <w:t xml:space="preserve">                                     round_Tajima__s_D_regulatory &lt;= 0.5145000219345093 and </w:t>
      </w:r>
    </w:p>
    <w:p w14:paraId="3462264F" w14:textId="77777777" w:rsidR="002007C2" w:rsidRDefault="002007C2" w:rsidP="002007C2">
      <w:r>
        <w:t xml:space="preserve">                                     round_missense_Z &lt;= 3.996763229370117 and </w:t>
      </w:r>
    </w:p>
    <w:p w14:paraId="3464655D" w14:textId="77777777" w:rsidR="002007C2" w:rsidRDefault="002007C2" w:rsidP="002007C2">
      <w:r>
        <w:t xml:space="preserve">                                     round_StdDev_Transcript_length &gt; 166.57864379882812),</w:t>
      </w:r>
    </w:p>
    <w:p w14:paraId="0A917143" w14:textId="77777777" w:rsidR="002007C2" w:rsidRDefault="002007C2" w:rsidP="002007C2">
      <w:r>
        <w:t xml:space="preserve">          -0.040937321521144612313 * (0.3050000071525574 &lt; round_Closeness &lt;= 0.3149999976158142 and </w:t>
      </w:r>
    </w:p>
    <w:p w14:paraId="08B2CDF7" w14:textId="77777777" w:rsidR="002007C2" w:rsidRDefault="002007C2" w:rsidP="002007C2">
      <w:r>
        <w:t xml:space="preserve">                                     round_Tajima__s_D_regulatory &gt; 0.4104999899864197),</w:t>
      </w:r>
    </w:p>
    <w:p w14:paraId="4E94402A" w14:textId="77777777" w:rsidR="002007C2" w:rsidRDefault="002007C2" w:rsidP="002007C2">
      <w:r>
        <w:t xml:space="preserve">           -0.01205681028131431326 * (round_Degree &gt; 4.5 and </w:t>
      </w:r>
    </w:p>
    <w:p w14:paraId="286E7762" w14:textId="77777777" w:rsidR="002007C2" w:rsidRDefault="002007C2" w:rsidP="002007C2">
      <w:r>
        <w:t xml:space="preserve">                                     round_Gene_Length_bp &lt;= 39298.0),</w:t>
      </w:r>
    </w:p>
    <w:p w14:paraId="30E6A233" w14:textId="77777777" w:rsidR="002007C2" w:rsidRDefault="002007C2" w:rsidP="002007C2">
      <w:r>
        <w:t xml:space="preserve">            0.01376055986142680175 * (round_dN_dS_Chimp &lt;= 0.02499999850988388 and </w:t>
      </w:r>
    </w:p>
    <w:p w14:paraId="1AE94FD4" w14:textId="77777777" w:rsidR="002007C2" w:rsidRDefault="002007C2" w:rsidP="002007C2">
      <w:r>
        <w:t xml:space="preserve">                                     round_dN_dS_Chimp_mi &lt;= 0.5 and </w:t>
      </w:r>
    </w:p>
    <w:p w14:paraId="03A82E91" w14:textId="77777777" w:rsidR="002007C2" w:rsidRDefault="002007C2" w:rsidP="002007C2">
      <w:r>
        <w:t xml:space="preserve">                                     round_LofTool &lt;= 0.9922449588775635 and </w:t>
      </w:r>
    </w:p>
    <w:p w14:paraId="660F2D24" w14:textId="77777777" w:rsidR="002007C2" w:rsidRDefault="002007C2" w:rsidP="002007C2">
      <w:r>
        <w:t xml:space="preserve">                                     round_Average_Transcript_length &gt; 2037.5650634765625),</w:t>
      </w:r>
    </w:p>
    <w:p w14:paraId="6F43AE51" w14:textId="77777777" w:rsidR="002007C2" w:rsidRDefault="002007C2" w:rsidP="002007C2">
      <w:r>
        <w:t xml:space="preserve">          0.0012393689458476812339 * (round_dN_dS_Chimp &lt;= 0.5950000286102295 and </w:t>
      </w:r>
    </w:p>
    <w:p w14:paraId="12835D61" w14:textId="77777777" w:rsidR="002007C2" w:rsidRDefault="002007C2" w:rsidP="002007C2">
      <w:r>
        <w:t xml:space="preserve">                                     round_missense_Z &lt;= 2.571293354034424 and </w:t>
      </w:r>
    </w:p>
    <w:p w14:paraId="54A200C5" w14:textId="77777777" w:rsidR="002007C2" w:rsidRDefault="002007C2" w:rsidP="002007C2">
      <w:r>
        <w:t xml:space="preserve">                                     168.6014404296875 &lt; round_StdDev_Transcript_length &lt;= 1450.0491943359375),</w:t>
      </w:r>
    </w:p>
    <w:p w14:paraId="660457B0" w14:textId="77777777" w:rsidR="002007C2" w:rsidRDefault="002007C2" w:rsidP="002007C2">
      <w:r>
        <w:t xml:space="preserve">         -0.0077058749532958803127 * (round_Tajima__s_D_regulatory &lt;= 1.0544999837875366 and </w:t>
      </w:r>
    </w:p>
    <w:p w14:paraId="4FA4D7C6" w14:textId="77777777" w:rsidR="002007C2" w:rsidRDefault="002007C2" w:rsidP="002007C2">
      <w:r>
        <w:t xml:space="preserve">                                     round_Blomen_KBM7 &gt; -0.5153281092643738 and </w:t>
      </w:r>
    </w:p>
    <w:p w14:paraId="01F6A2CC" w14:textId="77777777" w:rsidR="002007C2" w:rsidRDefault="002007C2" w:rsidP="002007C2">
      <w:r>
        <w:t xml:space="preserve">                                     round_missense_Z_mi &lt;= 0.5 and </w:t>
      </w:r>
    </w:p>
    <w:p w14:paraId="6DD013BE" w14:textId="77777777" w:rsidR="002007C2" w:rsidRDefault="002007C2" w:rsidP="002007C2">
      <w:r>
        <w:t xml:space="preserve">                                     round_Transcript_count &lt;= 20.5),</w:t>
      </w:r>
    </w:p>
    <w:p w14:paraId="62926399" w14:textId="77777777" w:rsidR="002007C2" w:rsidRDefault="002007C2" w:rsidP="002007C2">
      <w:r>
        <w:t xml:space="preserve">           0.035821139812792640589 * (round_Tajima__s_D_regulatory &lt;= -1.2855000495910645 and </w:t>
      </w:r>
    </w:p>
    <w:p w14:paraId="2503D401" w14:textId="77777777" w:rsidR="002007C2" w:rsidRDefault="002007C2" w:rsidP="002007C2">
      <w:r>
        <w:t xml:space="preserve">                                     round_LofTool &gt; 0.8144999742507935 and </w:t>
      </w:r>
    </w:p>
    <w:p w14:paraId="1EE8E1AA" w14:textId="77777777" w:rsidR="002007C2" w:rsidRDefault="002007C2" w:rsidP="002007C2">
      <w:r>
        <w:t xml:space="preserve">                                     round_StdDev_Transcript_length &gt; 3607.19140625),</w:t>
      </w:r>
    </w:p>
    <w:p w14:paraId="6725EC2E" w14:textId="77777777" w:rsidR="002007C2" w:rsidRDefault="002007C2" w:rsidP="002007C2">
      <w:r>
        <w:t xml:space="preserve">           0.011287896175946629182 * (Group == u'NDNE' and </w:t>
      </w:r>
    </w:p>
    <w:p w14:paraId="34E28E1B" w14:textId="77777777" w:rsidR="002007C2" w:rsidRDefault="002007C2" w:rsidP="002007C2">
      <w:r>
        <w:t xml:space="preserve">                                     round_Closeness &gt; 0.2549999952316284 and </w:t>
      </w:r>
    </w:p>
    <w:p w14:paraId="72728323" w14:textId="77777777" w:rsidR="002007C2" w:rsidRDefault="002007C2" w:rsidP="002007C2">
      <w:r>
        <w:t xml:space="preserve">                                     round_Phi &gt; 0.8754478693008423),</w:t>
      </w:r>
    </w:p>
    <w:p w14:paraId="2E1DD40C" w14:textId="77777777" w:rsidR="002007C2" w:rsidRDefault="002007C2" w:rsidP="002007C2">
      <w:r>
        <w:t xml:space="preserve">          -0.086681950407499250288 * (not Group == u'CM' and </w:t>
      </w:r>
    </w:p>
    <w:p w14:paraId="495C8D6D" w14:textId="77777777" w:rsidR="002007C2" w:rsidRDefault="002007C2" w:rsidP="002007C2">
      <w:r>
        <w:t xml:space="preserve">                                     not Group == u'MNC' and </w:t>
      </w:r>
    </w:p>
    <w:p w14:paraId="7EAA69DB" w14:textId="77777777" w:rsidR="002007C2" w:rsidRDefault="002007C2" w:rsidP="002007C2">
      <w:r>
        <w:t xml:space="preserve">                                     round_Degree &lt;= 60.5 and </w:t>
      </w:r>
    </w:p>
    <w:p w14:paraId="6AABFFE6" w14:textId="77777777" w:rsidR="002007C2" w:rsidRDefault="002007C2" w:rsidP="002007C2">
      <w:r>
        <w:t xml:space="preserve">                                     round_missense_Z &gt; 4.031624794006348),</w:t>
      </w:r>
    </w:p>
    <w:p w14:paraId="638518CF" w14:textId="77777777" w:rsidR="002007C2" w:rsidRDefault="002007C2" w:rsidP="002007C2">
      <w:r>
        <w:t xml:space="preserve">          -0.055560469246041271907 * (round_Phi &lt;= 0.12447576969861984 and </w:t>
      </w:r>
    </w:p>
    <w:p w14:paraId="04159984" w14:textId="77777777" w:rsidR="002007C2" w:rsidRDefault="002007C2" w:rsidP="002007C2">
      <w:r>
        <w:t xml:space="preserve">                                     round_StdDev_Transcript_length &lt;= 1098.5848388671875),</w:t>
      </w:r>
    </w:p>
    <w:p w14:paraId="4BAF0809" w14:textId="77777777" w:rsidR="002007C2" w:rsidRDefault="002007C2" w:rsidP="002007C2">
      <w:r>
        <w:t xml:space="preserve">           0.056832869755874752815 * (round_End &lt;= 100419720.0 and </w:t>
      </w:r>
    </w:p>
    <w:p w14:paraId="14D42C1F" w14:textId="77777777" w:rsidR="002007C2" w:rsidRDefault="002007C2" w:rsidP="002007C2">
      <w:r>
        <w:t xml:space="preserve">                                     round_Blomen_KBM7 &lt;= -0.11097116768360138 and </w:t>
      </w:r>
    </w:p>
    <w:p w14:paraId="2AAD557D" w14:textId="77777777" w:rsidR="002007C2" w:rsidRDefault="002007C2" w:rsidP="002007C2">
      <w:r>
        <w:t xml:space="preserve">                                     round_missense_Z &gt; 3.2974047660827637),</w:t>
      </w:r>
    </w:p>
    <w:p w14:paraId="56B5670A" w14:textId="77777777" w:rsidR="002007C2" w:rsidRDefault="002007C2" w:rsidP="002007C2">
      <w:r>
        <w:t xml:space="preserve">          0.0042022538063266699077 * (round_Closeness &lt;= 0.7749999761581421 and </w:t>
      </w:r>
    </w:p>
    <w:p w14:paraId="083EC12E" w14:textId="77777777" w:rsidR="002007C2" w:rsidRDefault="002007C2" w:rsidP="002007C2">
      <w:r>
        <w:t xml:space="preserve">                                     round_dN_dS_Chimp &lt;= 0.5950000286102295 and </w:t>
      </w:r>
    </w:p>
    <w:p w14:paraId="6A85AD51" w14:textId="77777777" w:rsidR="002007C2" w:rsidRDefault="002007C2" w:rsidP="002007C2">
      <w:r>
        <w:t xml:space="preserve">                                     round_Tajima__s_D_regulatory &lt;= 0.34049999713897705 and </w:t>
      </w:r>
    </w:p>
    <w:p w14:paraId="2556F1B1" w14:textId="77777777" w:rsidR="002007C2" w:rsidRDefault="002007C2" w:rsidP="002007C2">
      <w:r>
        <w:t xml:space="preserve">                                     round_Blomen_KBM7 &gt; -0.5153244733810425),</w:t>
      </w:r>
    </w:p>
    <w:p w14:paraId="1382D10B" w14:textId="77777777" w:rsidR="002007C2" w:rsidRDefault="002007C2" w:rsidP="002007C2">
      <w:r>
        <w:t xml:space="preserve">           0.010232660118857737214 * (not Group == u'NDNE' and </w:t>
      </w:r>
    </w:p>
    <w:p w14:paraId="1C9A6040" w14:textId="77777777" w:rsidR="002007C2" w:rsidRDefault="002007C2" w:rsidP="002007C2">
      <w:r>
        <w:t xml:space="preserve">                                     round_End &lt;= 100419720.0 and </w:t>
      </w:r>
    </w:p>
    <w:p w14:paraId="696B3523" w14:textId="77777777" w:rsidR="002007C2" w:rsidRDefault="002007C2" w:rsidP="002007C2">
      <w:r>
        <w:t xml:space="preserve">                                     round_Phi &lt;= 0.998741626739502 and </w:t>
      </w:r>
    </w:p>
    <w:p w14:paraId="50E28144" w14:textId="77777777" w:rsidR="002007C2" w:rsidRDefault="002007C2" w:rsidP="002007C2">
      <w:r>
        <w:lastRenderedPageBreak/>
        <w:t xml:space="preserve">                                     round_s_het &gt; 0.017704255878925323),</w:t>
      </w:r>
    </w:p>
    <w:p w14:paraId="1C85E9B8" w14:textId="77777777" w:rsidR="002007C2" w:rsidRDefault="002007C2" w:rsidP="002007C2">
      <w:r>
        <w:t xml:space="preserve">          -0.014904888524450881845 * (round_Closeness &lt;= 0.3149999976158142 and </w:t>
      </w:r>
    </w:p>
    <w:p w14:paraId="5863ED6B" w14:textId="77777777" w:rsidR="002007C2" w:rsidRDefault="002007C2" w:rsidP="002007C2">
      <w:r>
        <w:t xml:space="preserve">                                     round_dN_dS_Chimp &lt;= 0.5950000286102295 and </w:t>
      </w:r>
    </w:p>
    <w:p w14:paraId="0C97F6D8" w14:textId="77777777" w:rsidR="002007C2" w:rsidRDefault="002007C2" w:rsidP="002007C2">
      <w:r>
        <w:t xml:space="preserve">                                     round_Blomen_KBM7 &gt; -0.514461874961853 and </w:t>
      </w:r>
    </w:p>
    <w:p w14:paraId="3CE56F32" w14:textId="77777777" w:rsidR="002007C2" w:rsidRDefault="002007C2" w:rsidP="002007C2">
      <w:r>
        <w:t xml:space="preserve">                                     round_StdDev_Transcript_length &lt;= 1944.22802734375),</w:t>
      </w:r>
    </w:p>
    <w:p w14:paraId="48E7A9E1" w14:textId="77777777" w:rsidR="002007C2" w:rsidRDefault="002007C2" w:rsidP="002007C2">
      <w:r>
        <w:t xml:space="preserve">           -0.12345581397405855362 * (round_Closeness &lt;= 0.3149999976158142 and </w:t>
      </w:r>
    </w:p>
    <w:p w14:paraId="7A6CF8F9" w14:textId="77777777" w:rsidR="002007C2" w:rsidRDefault="002007C2" w:rsidP="002007C2">
      <w:r>
        <w:t xml:space="preserve">                                     round_Phi &lt;= 3.313508932478726e-05 and </w:t>
      </w:r>
    </w:p>
    <w:p w14:paraId="4198594D" w14:textId="77777777" w:rsidR="002007C2" w:rsidRDefault="002007C2" w:rsidP="002007C2">
      <w:r>
        <w:t xml:space="preserve">                                     round_LofTool &gt; 0.04450000077486038),</w:t>
      </w:r>
    </w:p>
    <w:p w14:paraId="0CA6A7BB" w14:textId="77777777" w:rsidR="002007C2" w:rsidRDefault="002007C2" w:rsidP="002007C2">
      <w:r>
        <w:t xml:space="preserve">         -0.0082097542006331434422 * (Group == u'NDNE' and </w:t>
      </w:r>
    </w:p>
    <w:p w14:paraId="707D72B8" w14:textId="77777777" w:rsidR="002007C2" w:rsidRDefault="002007C2" w:rsidP="002007C2">
      <w:r>
        <w:t xml:space="preserve">                                     round_End &lt;= 100419720.0 and </w:t>
      </w:r>
    </w:p>
    <w:p w14:paraId="17A6E91E" w14:textId="77777777" w:rsidR="002007C2" w:rsidRDefault="002007C2" w:rsidP="002007C2">
      <w:r>
        <w:t xml:space="preserve">                                     round_Closeness &lt;= 0.3149999976158142 and </w:t>
      </w:r>
    </w:p>
    <w:p w14:paraId="7949E981" w14:textId="77777777" w:rsidR="002007C2" w:rsidRDefault="002007C2" w:rsidP="002007C2">
      <w:r>
        <w:t xml:space="preserve">                                     round_Blomen_KBM7 &lt;= -0.25102293491363525),</w:t>
      </w:r>
    </w:p>
    <w:p w14:paraId="238FF041" w14:textId="77777777" w:rsidR="002007C2" w:rsidRDefault="002007C2" w:rsidP="002007C2">
      <w:r>
        <w:t xml:space="preserve">          0.0066597396499948708845 * (round_End &lt;= 100419720.0 and </w:t>
      </w:r>
    </w:p>
    <w:p w14:paraId="6400A0CA" w14:textId="77777777" w:rsidR="002007C2" w:rsidRDefault="002007C2" w:rsidP="002007C2">
      <w:r>
        <w:t xml:space="preserve">                                     round_Degree &lt;= 12.5 and </w:t>
      </w:r>
    </w:p>
    <w:p w14:paraId="0725418C" w14:textId="77777777" w:rsidR="002007C2" w:rsidRDefault="002007C2" w:rsidP="002007C2">
      <w:r>
        <w:t xml:space="preserve">                                     round_dN_dS_Chimp_mi &lt;= 0.5 and </w:t>
      </w:r>
    </w:p>
    <w:p w14:paraId="3B505B5F" w14:textId="77777777" w:rsidR="002007C2" w:rsidRDefault="002007C2" w:rsidP="002007C2">
      <w:r>
        <w:t xml:space="preserve">                                     round_Exon_Count &lt;= 221.5),</w:t>
      </w:r>
    </w:p>
    <w:p w14:paraId="14CE183E" w14:textId="77777777" w:rsidR="002007C2" w:rsidRDefault="002007C2" w:rsidP="002007C2">
      <w:r>
        <w:t xml:space="preserve">          -0.026228336463867144013 * (not Group == u'CM' and </w:t>
      </w:r>
    </w:p>
    <w:p w14:paraId="4184B600" w14:textId="77777777" w:rsidR="002007C2" w:rsidRDefault="002007C2" w:rsidP="002007C2">
      <w:r>
        <w:t xml:space="preserve">                                     round_End &gt; 127204736.0 and </w:t>
      </w:r>
    </w:p>
    <w:p w14:paraId="1B46EFAD" w14:textId="77777777" w:rsidR="002007C2" w:rsidRDefault="002007C2" w:rsidP="002007C2">
      <w:r>
        <w:t xml:space="preserve">                                     round_Phi &gt; 0.9981463551521301 and </w:t>
      </w:r>
    </w:p>
    <w:p w14:paraId="0B6572E1" w14:textId="77777777" w:rsidR="002007C2" w:rsidRDefault="002007C2" w:rsidP="002007C2">
      <w:r>
        <w:t xml:space="preserve">                                     round_s_het &gt; 0.1433388888835907),</w:t>
      </w:r>
    </w:p>
    <w:p w14:paraId="4DF4C99A" w14:textId="77777777" w:rsidR="002007C2" w:rsidRDefault="002007C2" w:rsidP="002007C2">
      <w:r>
        <w:t xml:space="preserve">          0.0072832761262565624827 * (round_End &gt; 100419720.0 and </w:t>
      </w:r>
    </w:p>
    <w:p w14:paraId="42E6E4B3" w14:textId="77777777" w:rsidR="002007C2" w:rsidRDefault="002007C2" w:rsidP="002007C2">
      <w:r>
        <w:t xml:space="preserve">                                     round_missense_Z &gt; 2.6417436599731445),</w:t>
      </w:r>
    </w:p>
    <w:p w14:paraId="2EE07302" w14:textId="77777777" w:rsidR="002007C2" w:rsidRDefault="002007C2" w:rsidP="002007C2">
      <w:r>
        <w:t xml:space="preserve">          -0.018198365192935522794 * (4.5 &lt; round_Degree &lt;= 31.5 and </w:t>
      </w:r>
    </w:p>
    <w:p w14:paraId="73A8CE3E" w14:textId="77777777" w:rsidR="002007C2" w:rsidRDefault="002007C2" w:rsidP="002007C2">
      <w:r>
        <w:t xml:space="preserve">                                     round_Phi &lt;= 0.919446587562561 and </w:t>
      </w:r>
    </w:p>
    <w:p w14:paraId="2DFD1B68" w14:textId="77777777" w:rsidR="002007C2" w:rsidRDefault="002007C2" w:rsidP="002007C2">
      <w:r>
        <w:t xml:space="preserve">                                     round_Gene_Length_bp &gt; 39298.0),</w:t>
      </w:r>
    </w:p>
    <w:p w14:paraId="62113A6C" w14:textId="77777777" w:rsidR="002007C2" w:rsidRDefault="002007C2" w:rsidP="002007C2">
      <w:r>
        <w:t xml:space="preserve">         -0.0014469117791570695365 * (0.659500002861023 &lt; round_LofTool &lt;= 0.9921150207519531 and </w:t>
      </w:r>
    </w:p>
    <w:p w14:paraId="49FB32AD" w14:textId="77777777" w:rsidR="002007C2" w:rsidRDefault="002007C2" w:rsidP="002007C2">
      <w:r>
        <w:t xml:space="preserve">                                     round_StdDev_Transcript_length &gt; 589.7366333007812 and </w:t>
      </w:r>
    </w:p>
    <w:p w14:paraId="44D3F0D6" w14:textId="77777777" w:rsidR="002007C2" w:rsidRDefault="002007C2" w:rsidP="002007C2">
      <w:r>
        <w:t xml:space="preserve">                                     round_Exon_Count &lt;= 174.5),</w:t>
      </w:r>
    </w:p>
    <w:p w14:paraId="11CB215B" w14:textId="77777777" w:rsidR="002007C2" w:rsidRDefault="002007C2" w:rsidP="002007C2">
      <w:r>
        <w:t xml:space="preserve">            0.04649175361763767389 * (round_LofTool &gt; 0.6634999513626099 and </w:t>
      </w:r>
    </w:p>
    <w:p w14:paraId="38CB4AD8" w14:textId="77777777" w:rsidR="002007C2" w:rsidRDefault="002007C2" w:rsidP="002007C2">
      <w:r>
        <w:t xml:space="preserve">                                     round_Exon_Count &gt; 156.5),</w:t>
      </w:r>
    </w:p>
    <w:p w14:paraId="6A030F71" w14:textId="77777777" w:rsidR="002007C2" w:rsidRDefault="002007C2" w:rsidP="002007C2">
      <w:r>
        <w:t xml:space="preserve">          -0.040594818357408524179 * (Group == u'NDNE' and </w:t>
      </w:r>
    </w:p>
    <w:p w14:paraId="12744D20" w14:textId="77777777" w:rsidR="002007C2" w:rsidRDefault="002007C2" w:rsidP="002007C2">
      <w:r>
        <w:t xml:space="preserve">                                     round_s_het &gt; 0.016313210129737854 and </w:t>
      </w:r>
    </w:p>
    <w:p w14:paraId="12BF8DC2" w14:textId="77777777" w:rsidR="002007C2" w:rsidRDefault="002007C2" w:rsidP="002007C2">
      <w:r>
        <w:t xml:space="preserve">                                     round_Gene_Length_bp &lt;= 38001.5),</w:t>
      </w:r>
    </w:p>
    <w:p w14:paraId="59AE09BE" w14:textId="77777777" w:rsidR="002007C2" w:rsidRDefault="002007C2" w:rsidP="002007C2">
      <w:r>
        <w:t xml:space="preserve">          -0.067706065723669231482 * (round_dN_dS_Chimp_mi &gt; 0.5 and </w:t>
      </w:r>
    </w:p>
    <w:p w14:paraId="04B895B2" w14:textId="77777777" w:rsidR="002007C2" w:rsidRDefault="002007C2" w:rsidP="002007C2">
      <w:r>
        <w:t xml:space="preserve">                                     round_Blomen_KBM7 &gt; -0.5146373510360718 and </w:t>
      </w:r>
    </w:p>
    <w:p w14:paraId="38536EB5" w14:textId="77777777" w:rsidR="002007C2" w:rsidRDefault="002007C2" w:rsidP="002007C2">
      <w:r>
        <w:t xml:space="preserve">                                     round_Transcript_count &lt;= 20.5 and </w:t>
      </w:r>
    </w:p>
    <w:p w14:paraId="73CAF390" w14:textId="77777777" w:rsidR="002007C2" w:rsidRDefault="002007C2" w:rsidP="002007C2">
      <w:r>
        <w:t xml:space="preserve">                                     round_StdDev_Transcript_length &lt;= 2388.5126953125),</w:t>
      </w:r>
    </w:p>
    <w:p w14:paraId="4BEEC509" w14:textId="77777777" w:rsidR="002007C2" w:rsidRDefault="002007C2" w:rsidP="002007C2">
      <w:r>
        <w:t xml:space="preserve">           0.019417071016638930842 * (round_End &lt;= 120516032.0 and </w:t>
      </w:r>
    </w:p>
    <w:p w14:paraId="2209CF80" w14:textId="77777777" w:rsidR="002007C2" w:rsidRDefault="002007C2" w:rsidP="002007C2">
      <w:r>
        <w:t xml:space="preserve">                                     round_Closeness &lt;= 0.33500000834465027 and </w:t>
      </w:r>
    </w:p>
    <w:p w14:paraId="6D6A242F" w14:textId="77777777" w:rsidR="002007C2" w:rsidRDefault="002007C2" w:rsidP="002007C2">
      <w:r>
        <w:t xml:space="preserve">                                     round_Tajima__s_D_regulatory &lt;= 0.4104999899864197 and </w:t>
      </w:r>
    </w:p>
    <w:p w14:paraId="1BFB123E" w14:textId="77777777" w:rsidR="002007C2" w:rsidRDefault="002007C2" w:rsidP="002007C2">
      <w:r>
        <w:t xml:space="preserve">                                     round_Exon_Count &gt; 97.5),</w:t>
      </w:r>
    </w:p>
    <w:p w14:paraId="09F78F0C" w14:textId="77777777" w:rsidR="002007C2" w:rsidRDefault="002007C2" w:rsidP="002007C2">
      <w:r>
        <w:t xml:space="preserve">           0.022064341778839532265 * (round_Transcript_count &gt; 20.5 and </w:t>
      </w:r>
    </w:p>
    <w:p w14:paraId="79376D83" w14:textId="77777777" w:rsidR="002007C2" w:rsidRDefault="002007C2" w:rsidP="002007C2">
      <w:r>
        <w:t xml:space="preserve">                                     round_StdDev_Transcript_length &lt;= 2418.21435546875),</w:t>
      </w:r>
    </w:p>
    <w:p w14:paraId="5E713698" w14:textId="77777777" w:rsidR="002007C2" w:rsidRDefault="002007C2" w:rsidP="002007C2">
      <w:r>
        <w:t xml:space="preserve">          0.0044133194936464073543 * (not Group == u'NDNE' and </w:t>
      </w:r>
    </w:p>
    <w:p w14:paraId="384856BC" w14:textId="77777777" w:rsidR="002007C2" w:rsidRDefault="002007C2" w:rsidP="002007C2">
      <w:r>
        <w:t xml:space="preserve">                                     round_Tajima__s_D_regulatory &lt;= 0.5570000410079956 and </w:t>
      </w:r>
    </w:p>
    <w:p w14:paraId="4A344B41" w14:textId="77777777" w:rsidR="002007C2" w:rsidRDefault="002007C2" w:rsidP="002007C2">
      <w:r>
        <w:t xml:space="preserve">                                     round_LofTool &gt; 0.8105000257492065),</w:t>
      </w:r>
    </w:p>
    <w:p w14:paraId="5337D81A" w14:textId="77777777" w:rsidR="002007C2" w:rsidRDefault="002007C2" w:rsidP="002007C2">
      <w:r>
        <w:lastRenderedPageBreak/>
        <w:t xml:space="preserve">           -0.14398676711490873692 * (not Group == u'MNC' and </w:t>
      </w:r>
    </w:p>
    <w:p w14:paraId="206A2EF8" w14:textId="77777777" w:rsidR="002007C2" w:rsidRDefault="002007C2" w:rsidP="002007C2">
      <w:r>
        <w:t xml:space="preserve">                                     round_Tajima__s_D_regulatory &lt;= -0.4115000069141388 and </w:t>
      </w:r>
    </w:p>
    <w:p w14:paraId="2498AB8C" w14:textId="77777777" w:rsidR="002007C2" w:rsidRDefault="002007C2" w:rsidP="002007C2">
      <w:r>
        <w:t xml:space="preserve">                                     8050.5 &lt; round_Gene_Length_bp &lt;= 53048.5),</w:t>
      </w:r>
    </w:p>
    <w:p w14:paraId="0FF9F054" w14:textId="77777777" w:rsidR="002007C2" w:rsidRDefault="002007C2" w:rsidP="002007C2">
      <w:r>
        <w:t xml:space="preserve">           0.040024524551637907788 * (not Group == u'NDNE' and </w:t>
      </w:r>
    </w:p>
    <w:p w14:paraId="02859186" w14:textId="77777777" w:rsidR="002007C2" w:rsidRDefault="002007C2" w:rsidP="002007C2">
      <w:r>
        <w:t xml:space="preserve">                                     round_Closeness &gt; 0.2549999952316284 and </w:t>
      </w:r>
    </w:p>
    <w:p w14:paraId="592C6E56" w14:textId="77777777" w:rsidR="002007C2" w:rsidRDefault="002007C2" w:rsidP="002007C2">
      <w:r>
        <w:t xml:space="preserve">                                     round_Transcript_count &gt; 15.5),</w:t>
      </w:r>
    </w:p>
    <w:p w14:paraId="1891BCFA" w14:textId="77777777" w:rsidR="002007C2" w:rsidRDefault="002007C2" w:rsidP="002007C2">
      <w:r>
        <w:t xml:space="preserve">          -0.015835246306718037124 * (round_Closeness &lt;= 0.3149999976158142 and </w:t>
      </w:r>
    </w:p>
    <w:p w14:paraId="2A0B843C" w14:textId="77777777" w:rsidR="002007C2" w:rsidRDefault="002007C2" w:rsidP="002007C2">
      <w:r>
        <w:t xml:space="preserve">                                     round_dN_dS_Chimp &lt;= 0.5950000286102295 and </w:t>
      </w:r>
    </w:p>
    <w:p w14:paraId="16DCBB3B" w14:textId="77777777" w:rsidR="002007C2" w:rsidRDefault="002007C2" w:rsidP="002007C2">
      <w:r>
        <w:t xml:space="preserve">                                     round_Blomen_KBM7 &lt;= -0.514461874961853 and </w:t>
      </w:r>
    </w:p>
    <w:p w14:paraId="2D077A36" w14:textId="77777777" w:rsidR="002007C2" w:rsidRDefault="002007C2" w:rsidP="002007C2">
      <w:r>
        <w:t xml:space="preserve">                                     round_StdDev_Transcript_length &lt;= 1944.22802734375),</w:t>
      </w:r>
    </w:p>
    <w:p w14:paraId="12E830CD" w14:textId="77777777" w:rsidR="002007C2" w:rsidRDefault="002007C2" w:rsidP="002007C2">
      <w:r>
        <w:t xml:space="preserve">           0.010716122739572278219 * (round_Degree &gt; 60.5 and </w:t>
      </w:r>
    </w:p>
    <w:p w14:paraId="70A4F160" w14:textId="77777777" w:rsidR="002007C2" w:rsidRDefault="002007C2" w:rsidP="002007C2">
      <w:r>
        <w:t xml:space="preserve">                                     round_Blomen_KBM7 &gt; -0.5153281092643738),</w:t>
      </w:r>
    </w:p>
    <w:p w14:paraId="02CCE5F7" w14:textId="77777777" w:rsidR="002007C2" w:rsidRDefault="002007C2" w:rsidP="002007C2">
      <w:r>
        <w:t xml:space="preserve">         -0.0037798883504378804482 * (round_dN_dS_Chimp &lt;= 0.5950000286102295 and </w:t>
      </w:r>
    </w:p>
    <w:p w14:paraId="099EF266" w14:textId="77777777" w:rsidR="002007C2" w:rsidRDefault="002007C2" w:rsidP="002007C2">
      <w:r>
        <w:t xml:space="preserve">                                     round_missense_Z &gt; 4.052361965179443 and </w:t>
      </w:r>
    </w:p>
    <w:p w14:paraId="31C5F957" w14:textId="77777777" w:rsidR="002007C2" w:rsidRDefault="002007C2" w:rsidP="002007C2">
      <w:r>
        <w:t xml:space="preserve">                                     round_LofTool &lt;= 0.9922449588775635 and </w:t>
      </w:r>
    </w:p>
    <w:p w14:paraId="12FB579D" w14:textId="77777777" w:rsidR="002007C2" w:rsidRDefault="002007C2" w:rsidP="002007C2">
      <w:r>
        <w:t xml:space="preserve">                                     round_Exon_Count &lt;= 108.5),</w:t>
      </w:r>
    </w:p>
    <w:p w14:paraId="4F5CE489" w14:textId="77777777" w:rsidR="002007C2" w:rsidRDefault="002007C2" w:rsidP="002007C2">
      <w:r>
        <w:t xml:space="preserve">         -0.0015681404390947323475 * (round_dN_dS_Chimp_mi &gt; 0.5 and </w:t>
      </w:r>
    </w:p>
    <w:p w14:paraId="39B82A55" w14:textId="77777777" w:rsidR="002007C2" w:rsidRDefault="002007C2" w:rsidP="002007C2">
      <w:r>
        <w:t xml:space="preserve">                                     round_Average_Transcript_length &lt;= 2037.5650634765625),</w:t>
      </w:r>
    </w:p>
    <w:p w14:paraId="693CD6D8" w14:textId="77777777" w:rsidR="002007C2" w:rsidRDefault="002007C2" w:rsidP="002007C2">
      <w:r>
        <w:t xml:space="preserve">           0.038785018347274782813 * (not Group == u'NDNE' and </w:t>
      </w:r>
    </w:p>
    <w:p w14:paraId="5E0AFFBF" w14:textId="77777777" w:rsidR="002007C2" w:rsidRDefault="002007C2" w:rsidP="002007C2">
      <w:r>
        <w:t xml:space="preserve">                                     round_Degree &gt; 3.5 and </w:t>
      </w:r>
    </w:p>
    <w:p w14:paraId="67023613" w14:textId="77777777" w:rsidR="002007C2" w:rsidRDefault="002007C2" w:rsidP="002007C2">
      <w:r>
        <w:t xml:space="preserve">                                     round_LofTool &lt;= 0.6514999866485596),</w:t>
      </w:r>
    </w:p>
    <w:p w14:paraId="5AE16220" w14:textId="77777777" w:rsidR="002007C2" w:rsidRDefault="002007C2" w:rsidP="002007C2">
      <w:r>
        <w:t xml:space="preserve">         -0.0039977514872525012762 * (Group == u'NDNE' and </w:t>
      </w:r>
    </w:p>
    <w:p w14:paraId="137E3CB2" w14:textId="77777777" w:rsidR="002007C2" w:rsidRDefault="002007C2" w:rsidP="002007C2">
      <w:r>
        <w:t xml:space="preserve">                                     round_dN_dS_Chimp_mi &lt;= 0.5 and </w:t>
      </w:r>
    </w:p>
    <w:p w14:paraId="6CEB2EAF" w14:textId="77777777" w:rsidR="002007C2" w:rsidRDefault="002007C2" w:rsidP="002007C2">
      <w:r>
        <w:t xml:space="preserve">                                     round_Transcript_count &lt;= 26.5 and </w:t>
      </w:r>
    </w:p>
    <w:p w14:paraId="156AEE5B" w14:textId="77777777" w:rsidR="002007C2" w:rsidRDefault="002007C2" w:rsidP="002007C2">
      <w:r>
        <w:t xml:space="preserve">                                     round_StdDev_Transcript_length &lt;= 2388.5126953125),</w:t>
      </w:r>
    </w:p>
    <w:p w14:paraId="4246D96C" w14:textId="77777777" w:rsidR="002007C2" w:rsidRDefault="002007C2" w:rsidP="002007C2">
      <w:r>
        <w:t xml:space="preserve">           0.038112358760383956147 * (Group == u'NDNE' and </w:t>
      </w:r>
    </w:p>
    <w:p w14:paraId="330FDF33" w14:textId="77777777" w:rsidR="002007C2" w:rsidRDefault="002007C2" w:rsidP="002007C2">
      <w:r>
        <w:t xml:space="preserve">                                     round_Degree_mi &gt; 0.5),</w:t>
      </w:r>
    </w:p>
    <w:p w14:paraId="02F26EA3" w14:textId="77777777" w:rsidR="002007C2" w:rsidRDefault="002007C2" w:rsidP="002007C2">
      <w:r>
        <w:t xml:space="preserve">           0.026371943455055456978 * (not Group == u'MNC' and </w:t>
      </w:r>
    </w:p>
    <w:p w14:paraId="298B2527" w14:textId="77777777" w:rsidR="002007C2" w:rsidRDefault="002007C2" w:rsidP="002007C2">
      <w:r>
        <w:t xml:space="preserve">                                     round_Phi &gt; 3.313508932478726e-05 and </w:t>
      </w:r>
    </w:p>
    <w:p w14:paraId="5A1D1D04" w14:textId="77777777" w:rsidR="002007C2" w:rsidRDefault="002007C2" w:rsidP="002007C2">
      <w:r>
        <w:t xml:space="preserve">                                     3.2976694107055664 &lt; round_missense_Z &lt;= 4.052361965179443),</w:t>
      </w:r>
    </w:p>
    <w:p w14:paraId="29EEF6C0" w14:textId="77777777" w:rsidR="002007C2" w:rsidRDefault="002007C2" w:rsidP="002007C2">
      <w:r>
        <w:t xml:space="preserve">           0.049444141026331135669 * (not Group == u'CM' and </w:t>
      </w:r>
    </w:p>
    <w:p w14:paraId="4F7CE47D" w14:textId="77777777" w:rsidR="002007C2" w:rsidRDefault="002007C2" w:rsidP="002007C2">
      <w:r>
        <w:t xml:space="preserve">                                     round_Tajima__s_D_regulatory &gt; 0.4235000014305115 and </w:t>
      </w:r>
    </w:p>
    <w:p w14:paraId="055666DB" w14:textId="77777777" w:rsidR="002007C2" w:rsidRDefault="002007C2" w:rsidP="002007C2">
      <w:r>
        <w:t xml:space="preserve">                                     round_s_het &gt; 0.014262920245528221),</w:t>
      </w:r>
    </w:p>
    <w:p w14:paraId="5EB4920F" w14:textId="77777777" w:rsidR="002007C2" w:rsidRDefault="002007C2" w:rsidP="002007C2">
      <w:r>
        <w:t xml:space="preserve">           0.013937161271230649046 * (not Group == u'NDNE' and </w:t>
      </w:r>
    </w:p>
    <w:p w14:paraId="5054339F" w14:textId="77777777" w:rsidR="002007C2" w:rsidRDefault="002007C2" w:rsidP="002007C2">
      <w:r>
        <w:t xml:space="preserve">                                     round_Closeness &gt; 0.3149999976158142 and </w:t>
      </w:r>
    </w:p>
    <w:p w14:paraId="494D435D" w14:textId="77777777" w:rsidR="002007C2" w:rsidRDefault="002007C2" w:rsidP="002007C2">
      <w:r>
        <w:t xml:space="preserve">                                     round_missense_Z &lt;= 1.43977952003479),</w:t>
      </w:r>
    </w:p>
    <w:p w14:paraId="341E1024" w14:textId="77777777" w:rsidR="002007C2" w:rsidRDefault="002007C2" w:rsidP="002007C2">
      <w:r>
        <w:t xml:space="preserve">          -0.020864630641113317278 * (round_Degree &lt;= 12.5 and </w:t>
      </w:r>
    </w:p>
    <w:p w14:paraId="005E0841" w14:textId="77777777" w:rsidR="002007C2" w:rsidRDefault="002007C2" w:rsidP="002007C2">
      <w:r>
        <w:t xml:space="preserve">                                     round_missense_Z &gt; 4.052361965179443 and </w:t>
      </w:r>
    </w:p>
    <w:p w14:paraId="326F4A8E" w14:textId="77777777" w:rsidR="002007C2" w:rsidRDefault="002007C2" w:rsidP="002007C2">
      <w:r>
        <w:t xml:space="preserve">                                     round_StdDev_Transcript_length &lt;= 2616.1044921875),</w:t>
      </w:r>
    </w:p>
    <w:p w14:paraId="728BF21D" w14:textId="77777777" w:rsidR="002007C2" w:rsidRDefault="002007C2" w:rsidP="002007C2">
      <w:r>
        <w:t xml:space="preserve">           0.010891575439352343263 * (not Group == u'CM' and </w:t>
      </w:r>
    </w:p>
    <w:p w14:paraId="7DD44A87" w14:textId="77777777" w:rsidR="002007C2" w:rsidRDefault="002007C2" w:rsidP="002007C2">
      <w:r>
        <w:t xml:space="preserve">                                     round_Phi &gt; 3.318415838293731e-05 and </w:t>
      </w:r>
    </w:p>
    <w:p w14:paraId="543C10F5" w14:textId="77777777" w:rsidR="002007C2" w:rsidRDefault="002007C2" w:rsidP="002007C2">
      <w:r>
        <w:t xml:space="preserve">                                     round_Blomen_KBM7 &gt; -0.5403047800064087 and </w:t>
      </w:r>
    </w:p>
    <w:p w14:paraId="1F6360D8" w14:textId="77777777" w:rsidR="002007C2" w:rsidRDefault="002007C2" w:rsidP="002007C2">
      <w:r>
        <w:t xml:space="preserve">                                     round_Transcript_count &gt; 10.5),</w:t>
      </w:r>
    </w:p>
    <w:p w14:paraId="42871024" w14:textId="77777777" w:rsidR="002007C2" w:rsidRDefault="002007C2" w:rsidP="002007C2">
      <w:r>
        <w:t xml:space="preserve">          -0.020197315811600891067 * (round_Tajima__s_D_regulatory &gt; -1.2874999046325684 and </w:t>
      </w:r>
    </w:p>
    <w:p w14:paraId="52830E77" w14:textId="77777777" w:rsidR="002007C2" w:rsidRDefault="002007C2" w:rsidP="002007C2">
      <w:r>
        <w:t xml:space="preserve">                                     round_Blomen_KBM7 &gt; -0.12487166374921799 and </w:t>
      </w:r>
    </w:p>
    <w:p w14:paraId="08CEDFD3" w14:textId="77777777" w:rsidR="002007C2" w:rsidRDefault="002007C2" w:rsidP="002007C2">
      <w:r>
        <w:t xml:space="preserve">                                     round_s_het &gt; 0.02633928880095482 and </w:t>
      </w:r>
    </w:p>
    <w:p w14:paraId="036D470C" w14:textId="77777777" w:rsidR="002007C2" w:rsidRDefault="002007C2" w:rsidP="002007C2">
      <w:r>
        <w:lastRenderedPageBreak/>
        <w:t xml:space="preserve">                                     round_Exon_Count &lt;= 53.0),</w:t>
      </w:r>
    </w:p>
    <w:p w14:paraId="124B3CFA" w14:textId="77777777" w:rsidR="002007C2" w:rsidRDefault="002007C2" w:rsidP="002007C2">
      <w:r>
        <w:t xml:space="preserve">          -0.025658439979292017169 * (round_Closeness &lt;= 0.3149999976158142 and </w:t>
      </w:r>
    </w:p>
    <w:p w14:paraId="6B6EFD56" w14:textId="77777777" w:rsidR="002007C2" w:rsidRDefault="002007C2" w:rsidP="002007C2">
      <w:r>
        <w:t xml:space="preserve">                                     round_s_het &lt;= 0.025150161236524582 and </w:t>
      </w:r>
    </w:p>
    <w:p w14:paraId="1BF9C721" w14:textId="77777777" w:rsidR="002007C2" w:rsidRDefault="002007C2" w:rsidP="002007C2">
      <w:r>
        <w:t xml:space="preserve">                                     round_Average_Transcript_length &lt;= 2057.064453125),</w:t>
      </w:r>
    </w:p>
    <w:p w14:paraId="5858EC44" w14:textId="77777777" w:rsidR="002007C2" w:rsidRDefault="002007C2" w:rsidP="002007C2">
      <w:r>
        <w:t xml:space="preserve">          -0.042894291214758038799 * (round_Closeness &lt;= 0.3149999976158142 and </w:t>
      </w:r>
    </w:p>
    <w:p w14:paraId="666CDE24" w14:textId="77777777" w:rsidR="002007C2" w:rsidRDefault="002007C2" w:rsidP="002007C2">
      <w:r>
        <w:t xml:space="preserve">                                     round_dN_dS_Chimp_mi &lt;= 0.5 and </w:t>
      </w:r>
    </w:p>
    <w:p w14:paraId="79930B6D" w14:textId="77777777" w:rsidR="002007C2" w:rsidRDefault="002007C2" w:rsidP="002007C2">
      <w:r>
        <w:t xml:space="preserve">                                     round_Gene_Length_bp &gt; 9941.5 and </w:t>
      </w:r>
    </w:p>
    <w:p w14:paraId="192A5A92" w14:textId="77777777" w:rsidR="002007C2" w:rsidRDefault="002007C2" w:rsidP="002007C2">
      <w:r>
        <w:t xml:space="preserve">                                     round_Average_Transcript_length &lt;= 2037.5650634765625),</w:t>
      </w:r>
    </w:p>
    <w:p w14:paraId="08E16431" w14:textId="77777777" w:rsidR="002007C2" w:rsidRDefault="002007C2" w:rsidP="002007C2">
      <w:r>
        <w:t xml:space="preserve">             0.0114569281039716038 * (not Group == u'NDNE' and </w:t>
      </w:r>
    </w:p>
    <w:p w14:paraId="49CD5469" w14:textId="77777777" w:rsidR="002007C2" w:rsidRDefault="002007C2" w:rsidP="002007C2">
      <w:r>
        <w:t xml:space="preserve">                                     round_Closeness &lt;= 0.32499998807907104 and </w:t>
      </w:r>
    </w:p>
    <w:p w14:paraId="652C2B37" w14:textId="77777777" w:rsidR="002007C2" w:rsidRDefault="002007C2" w:rsidP="002007C2">
      <w:r>
        <w:t xml:space="preserve">                                     round_Tajima__s_D_regulatory &lt;= 0.5564999580383301 and </w:t>
      </w:r>
    </w:p>
    <w:p w14:paraId="6A82CC79" w14:textId="77777777" w:rsidR="002007C2" w:rsidRDefault="002007C2" w:rsidP="002007C2">
      <w:r>
        <w:t xml:space="preserve">                                     round_Gene_Length_bp &lt;= 47758.5),</w:t>
      </w:r>
    </w:p>
    <w:p w14:paraId="36EB2296" w14:textId="77777777" w:rsidR="002007C2" w:rsidRDefault="002007C2" w:rsidP="002007C2">
      <w:r>
        <w:t xml:space="preserve">           0.067766934758570276931 * (not Group == u'NDNE' and </w:t>
      </w:r>
    </w:p>
    <w:p w14:paraId="759AAC28" w14:textId="77777777" w:rsidR="002007C2" w:rsidRDefault="002007C2" w:rsidP="002007C2">
      <w:r>
        <w:t xml:space="preserve">                                     round_Closeness &gt; 0.2549999952316284 and </w:t>
      </w:r>
    </w:p>
    <w:p w14:paraId="49CB684D" w14:textId="77777777" w:rsidR="002007C2" w:rsidRDefault="002007C2" w:rsidP="002007C2">
      <w:r>
        <w:t xml:space="preserve">                                     round_LofTool &gt; 0.9787000417709351),</w:t>
      </w:r>
    </w:p>
    <w:p w14:paraId="1B6D2FDC" w14:textId="77777777" w:rsidR="002007C2" w:rsidRDefault="002007C2" w:rsidP="002007C2">
      <w:r>
        <w:t xml:space="preserve">           0.042775949189413867146 * (not Group == u'CM' and </w:t>
      </w:r>
    </w:p>
    <w:p w14:paraId="46D1D540" w14:textId="77777777" w:rsidR="002007C2" w:rsidRDefault="002007C2" w:rsidP="002007C2">
      <w:r>
        <w:t xml:space="preserve">                                     round_End &lt;= 127204736.0 and </w:t>
      </w:r>
    </w:p>
    <w:p w14:paraId="7AEED947" w14:textId="77777777" w:rsidR="002007C2" w:rsidRDefault="002007C2" w:rsidP="002007C2">
      <w:r>
        <w:t xml:space="preserve">                                     round_Degree &gt; 61.5),</w:t>
      </w:r>
    </w:p>
    <w:p w14:paraId="3812819D" w14:textId="77777777" w:rsidR="002007C2" w:rsidRDefault="002007C2" w:rsidP="002007C2">
      <w:r>
        <w:t xml:space="preserve">          -0.033595605379461213058 * (round_missense_Z &gt; 4.052361965179443 and </w:t>
      </w:r>
    </w:p>
    <w:p w14:paraId="39033196" w14:textId="77777777" w:rsidR="002007C2" w:rsidRDefault="002007C2" w:rsidP="002007C2">
      <w:r>
        <w:t xml:space="preserve">                                     round_LofTool &lt;= 0.9807000160217285),</w:t>
      </w:r>
    </w:p>
    <w:p w14:paraId="4A922142" w14:textId="77777777" w:rsidR="002007C2" w:rsidRDefault="002007C2" w:rsidP="002007C2">
      <w:r>
        <w:t xml:space="preserve">           0.017127149696538990914 * (round_Gene_Length_bp &gt; 37833.5 and </w:t>
      </w:r>
    </w:p>
    <w:p w14:paraId="6312ABAE" w14:textId="77777777" w:rsidR="002007C2" w:rsidRDefault="002007C2" w:rsidP="002007C2">
      <w:r>
        <w:t xml:space="preserve">                                     round_StdDev_Transcript_length &lt;= 1956.23095703125),</w:t>
      </w:r>
    </w:p>
    <w:p w14:paraId="5E510FB8" w14:textId="77777777" w:rsidR="002007C2" w:rsidRDefault="002007C2" w:rsidP="002007C2">
      <w:r>
        <w:t xml:space="preserve">           0.011030940167582190675 * (round_Degree &lt;= 12.5 and </w:t>
      </w:r>
    </w:p>
    <w:p w14:paraId="66D4FA0E" w14:textId="77777777" w:rsidR="002007C2" w:rsidRDefault="002007C2" w:rsidP="002007C2">
      <w:r>
        <w:t xml:space="preserve">                                     round_Blomen_KBM7 &lt;= -0.1940726488828659 and </w:t>
      </w:r>
    </w:p>
    <w:p w14:paraId="1389E0BA" w14:textId="77777777" w:rsidR="002007C2" w:rsidRDefault="002007C2" w:rsidP="002007C2">
      <w:r>
        <w:t xml:space="preserve">                                     round_s_het &gt; 0.025150161236524582 and </w:t>
      </w:r>
    </w:p>
    <w:p w14:paraId="2B7EF9CB" w14:textId="77777777" w:rsidR="002007C2" w:rsidRDefault="002007C2" w:rsidP="002007C2">
      <w:r>
        <w:t xml:space="preserve">                                     round_Transcript_count &lt;= 20.5),</w:t>
      </w:r>
    </w:p>
    <w:p w14:paraId="41419964" w14:textId="77777777" w:rsidR="002007C2" w:rsidRDefault="002007C2" w:rsidP="002007C2">
      <w:r>
        <w:t xml:space="preserve">           -0.25855416246864998397 * (round_Phi &lt;= 0.00015248148702085018 and </w:t>
      </w:r>
    </w:p>
    <w:p w14:paraId="0CA67775" w14:textId="77777777" w:rsidR="002007C2" w:rsidRDefault="002007C2" w:rsidP="002007C2">
      <w:r>
        <w:t xml:space="preserve">                                     round_LofTool &lt;= 0.6634999513626099 and </w:t>
      </w:r>
    </w:p>
    <w:p w14:paraId="69418D15" w14:textId="77777777" w:rsidR="002007C2" w:rsidRDefault="002007C2" w:rsidP="002007C2">
      <w:r>
        <w:t xml:space="preserve">                                     round_Exon_Count &lt;= 157.5),</w:t>
      </w:r>
    </w:p>
    <w:p w14:paraId="12CE46B5" w14:textId="77777777" w:rsidR="002007C2" w:rsidRDefault="002007C2" w:rsidP="002007C2">
      <w:r>
        <w:t xml:space="preserve">           0.018976143304323109251 * (round_End &gt; 100419720.0 and </w:t>
      </w:r>
    </w:p>
    <w:p w14:paraId="0E7B4CB2" w14:textId="77777777" w:rsidR="002007C2" w:rsidRDefault="002007C2" w:rsidP="002007C2">
      <w:r>
        <w:t xml:space="preserve">                                     round_dN_dS_Chimp_mi &lt;= 0.5 and </w:t>
      </w:r>
    </w:p>
    <w:p w14:paraId="2B3A1252" w14:textId="77777777" w:rsidR="002007C2" w:rsidRDefault="002007C2" w:rsidP="002007C2">
      <w:r>
        <w:t xml:space="preserve">                                     round_Blomen_KBM7 &gt; -0.5072991847991943 and </w:t>
      </w:r>
    </w:p>
    <w:p w14:paraId="6DDD9C78" w14:textId="77777777" w:rsidR="002007C2" w:rsidRDefault="002007C2" w:rsidP="002007C2">
      <w:r>
        <w:t xml:space="preserve">                                     round_LofTool &lt;= 0.994350016117096),</w:t>
      </w:r>
    </w:p>
    <w:p w14:paraId="69C888C6" w14:textId="77777777" w:rsidR="002007C2" w:rsidRDefault="002007C2" w:rsidP="002007C2">
      <w:r>
        <w:t xml:space="preserve">          0.0010472512424781869628 * (round_LofTool &lt;= 0.6655000448226929 and </w:t>
      </w:r>
    </w:p>
    <w:p w14:paraId="4D340466" w14:textId="77777777" w:rsidR="002007C2" w:rsidRDefault="002007C2" w:rsidP="002007C2">
      <w:r>
        <w:t xml:space="preserve">                                     round_s_het &gt; 0.01709270477294922 and </w:t>
      </w:r>
    </w:p>
    <w:p w14:paraId="5F99892E" w14:textId="77777777" w:rsidR="002007C2" w:rsidRDefault="002007C2" w:rsidP="002007C2">
      <w:r>
        <w:t xml:space="preserve">                                     round_Exon_Count &lt;= 87.5),</w:t>
      </w:r>
    </w:p>
    <w:p w14:paraId="20309888" w14:textId="77777777" w:rsidR="002007C2" w:rsidRDefault="002007C2" w:rsidP="002007C2">
      <w:r>
        <w:t xml:space="preserve">          -0.018696452857061698211 * (not Group == u'CM' and </w:t>
      </w:r>
    </w:p>
    <w:p w14:paraId="035865B0" w14:textId="77777777" w:rsidR="002007C2" w:rsidRDefault="002007C2" w:rsidP="002007C2">
      <w:r>
        <w:t xml:space="preserve">                                     round_Degree &lt;= 64.0 and </w:t>
      </w:r>
    </w:p>
    <w:p w14:paraId="7141C0F7" w14:textId="77777777" w:rsidR="002007C2" w:rsidRDefault="002007C2" w:rsidP="002007C2">
      <w:r>
        <w:t xml:space="preserve">                                     round_dN_dS_Chimp_mi &gt; 0.5 and </w:t>
      </w:r>
    </w:p>
    <w:p w14:paraId="0294AE22" w14:textId="77777777" w:rsidR="002007C2" w:rsidRDefault="002007C2" w:rsidP="002007C2">
      <w:r>
        <w:t xml:space="preserve">                                     round_StdDev_Transcript_length &lt;= 1942.072509765625),</w:t>
      </w:r>
    </w:p>
    <w:p w14:paraId="1CE8FF22" w14:textId="77777777" w:rsidR="002007C2" w:rsidRDefault="002007C2" w:rsidP="002007C2">
      <w:r>
        <w:t xml:space="preserve">           0.011962027921206701275 * (not Group == u'NDNE' and </w:t>
      </w:r>
    </w:p>
    <w:p w14:paraId="31907859" w14:textId="77777777" w:rsidR="002007C2" w:rsidRDefault="002007C2" w:rsidP="002007C2">
      <w:r>
        <w:t xml:space="preserve">                                     12.5 &lt; round_Degree &lt;= 63.5 and </w:t>
      </w:r>
    </w:p>
    <w:p w14:paraId="0E65B345" w14:textId="77777777" w:rsidR="002007C2" w:rsidRDefault="002007C2" w:rsidP="002007C2">
      <w:r>
        <w:t xml:space="preserve">                                     round_Degree_mi &lt;= 0.5),</w:t>
      </w:r>
    </w:p>
    <w:p w14:paraId="6E9B15BC" w14:textId="77777777" w:rsidR="002007C2" w:rsidRDefault="002007C2" w:rsidP="002007C2">
      <w:r>
        <w:t xml:space="preserve">            0.15322978417035446053 * (round_Degree &lt;= 4.5 and </w:t>
      </w:r>
    </w:p>
    <w:p w14:paraId="4E9DCBED" w14:textId="77777777" w:rsidR="002007C2" w:rsidRDefault="002007C2" w:rsidP="002007C2">
      <w:r>
        <w:t xml:space="preserve">                                     round_LofTool &lt;= 0.9868500232696533 and </w:t>
      </w:r>
    </w:p>
    <w:p w14:paraId="16A51C0A" w14:textId="77777777" w:rsidR="002007C2" w:rsidRDefault="002007C2" w:rsidP="002007C2">
      <w:r>
        <w:t xml:space="preserve">                                     round_StdDev_Transcript_length &gt; 1049.45654296875),</w:t>
      </w:r>
    </w:p>
    <w:p w14:paraId="57317669" w14:textId="77777777" w:rsidR="002007C2" w:rsidRDefault="002007C2" w:rsidP="002007C2">
      <w:r>
        <w:t xml:space="preserve">           0.046437531520907876503 * (not Group == u'NDNE' and </w:t>
      </w:r>
    </w:p>
    <w:p w14:paraId="1F987EA0" w14:textId="77777777" w:rsidR="002007C2" w:rsidRDefault="002007C2" w:rsidP="002007C2">
      <w:r>
        <w:lastRenderedPageBreak/>
        <w:t xml:space="preserve">                                     round_Closeness &gt; 0.2549999952316284 and </w:t>
      </w:r>
    </w:p>
    <w:p w14:paraId="383E89DB" w14:textId="77777777" w:rsidR="002007C2" w:rsidRDefault="002007C2" w:rsidP="002007C2">
      <w:r>
        <w:t xml:space="preserve">                                     round_LofTool &lt;= 0.9787000417709351 and </w:t>
      </w:r>
    </w:p>
    <w:p w14:paraId="523B6635" w14:textId="77777777" w:rsidR="002007C2" w:rsidRDefault="002007C2" w:rsidP="002007C2">
      <w:r>
        <w:t xml:space="preserve">                                     round_StdDev_Transcript_length &gt; 1005.2410888671875),</w:t>
      </w:r>
    </w:p>
    <w:p w14:paraId="4BCCDC50" w14:textId="77777777" w:rsidR="002007C2" w:rsidRDefault="002007C2" w:rsidP="002007C2">
      <w:r>
        <w:t xml:space="preserve">          -0.039805408645227642606 * (round_Degree &lt;= 35.5 and </w:t>
      </w:r>
    </w:p>
    <w:p w14:paraId="0D2CD9D5" w14:textId="77777777" w:rsidR="002007C2" w:rsidRDefault="002007C2" w:rsidP="002007C2">
      <w:r>
        <w:t xml:space="preserve">                                     round_Blomen_KBM7 &gt; -0.2521226406097412 and </w:t>
      </w:r>
    </w:p>
    <w:p w14:paraId="0CAD8205" w14:textId="77777777" w:rsidR="002007C2" w:rsidRDefault="002007C2" w:rsidP="002007C2">
      <w:r>
        <w:t xml:space="preserve">                                     round_s_het &lt;= 0.01751864142715931 and </w:t>
      </w:r>
    </w:p>
    <w:p w14:paraId="7761B1C9" w14:textId="77777777" w:rsidR="002007C2" w:rsidRDefault="002007C2" w:rsidP="002007C2">
      <w:r>
        <w:t xml:space="preserve">                                     round_Gene_Length_bp &gt; 2814.5),</w:t>
      </w:r>
    </w:p>
    <w:p w14:paraId="79EE6028" w14:textId="77777777" w:rsidR="002007C2" w:rsidRDefault="002007C2" w:rsidP="002007C2">
      <w:r>
        <w:t xml:space="preserve">          -0.070420047677563976651 * (Group == u'NDNE' and </w:t>
      </w:r>
    </w:p>
    <w:p w14:paraId="48EBCD5A" w14:textId="77777777" w:rsidR="002007C2" w:rsidRDefault="002007C2" w:rsidP="002007C2">
      <w:r>
        <w:t xml:space="preserve">                                     round_Degree &gt; 3.5 and </w:t>
      </w:r>
    </w:p>
    <w:p w14:paraId="1931C20D" w14:textId="77777777" w:rsidR="002007C2" w:rsidRDefault="002007C2" w:rsidP="002007C2">
      <w:r>
        <w:t xml:space="preserve">                                     round_missense_Z &gt; 2.3079466819763184),</w:t>
      </w:r>
    </w:p>
    <w:p w14:paraId="24EE23B9" w14:textId="77777777" w:rsidR="002007C2" w:rsidRDefault="002007C2" w:rsidP="002007C2">
      <w:r>
        <w:t xml:space="preserve">          0.0025535846861198395648 * (Group == u'NDNE' and </w:t>
      </w:r>
    </w:p>
    <w:p w14:paraId="5EDD301F" w14:textId="77777777" w:rsidR="002007C2" w:rsidRDefault="002007C2" w:rsidP="002007C2">
      <w:r>
        <w:t xml:space="preserve">                                     round_Degree &lt;= 35.5 and </w:t>
      </w:r>
    </w:p>
    <w:p w14:paraId="668BECC7" w14:textId="77777777" w:rsidR="002007C2" w:rsidRDefault="002007C2" w:rsidP="002007C2">
      <w:r>
        <w:t xml:space="preserve">                                     round_Tajima__s_D_regulatory &lt;= 1.0544999837875366 and </w:t>
      </w:r>
    </w:p>
    <w:p w14:paraId="21076E21" w14:textId="77777777" w:rsidR="002007C2" w:rsidRDefault="002007C2" w:rsidP="002007C2">
      <w:r>
        <w:t xml:space="preserve">                                     round_missense_Z &lt;= 4.052361965179443),</w:t>
      </w:r>
    </w:p>
    <w:p w14:paraId="3518A7AE" w14:textId="77777777" w:rsidR="002007C2" w:rsidRDefault="002007C2" w:rsidP="002007C2">
      <w:r>
        <w:t xml:space="preserve">           0.092506701425168813557 * (round_Tajima__s_D_regulatory &lt;= 0.4235000014305115 and </w:t>
      </w:r>
    </w:p>
    <w:p w14:paraId="0DE580D3" w14:textId="77777777" w:rsidR="002007C2" w:rsidRDefault="002007C2" w:rsidP="002007C2">
      <w:r>
        <w:t xml:space="preserve">                                     round_Blomen_KBM7 &gt; -0.2521226406097412),</w:t>
      </w:r>
    </w:p>
    <w:p w14:paraId="388BE47C" w14:textId="77777777" w:rsidR="002007C2" w:rsidRDefault="002007C2" w:rsidP="002007C2">
      <w:r>
        <w:t xml:space="preserve">           0.028016343518460877504 * (round_Degree &gt; 4.5 and </w:t>
      </w:r>
    </w:p>
    <w:p w14:paraId="69C94DF9" w14:textId="77777777" w:rsidR="002007C2" w:rsidRDefault="002007C2" w:rsidP="002007C2">
      <w:r>
        <w:t xml:space="preserve">                                     round_missense_Z &gt; 1.43977952003479 and </w:t>
      </w:r>
    </w:p>
    <w:p w14:paraId="6AC13CFF" w14:textId="77777777" w:rsidR="002007C2" w:rsidRDefault="002007C2" w:rsidP="002007C2">
      <w:r>
        <w:t xml:space="preserve">                                     round_Transcript_count &lt;= 21.5),</w:t>
      </w:r>
    </w:p>
    <w:p w14:paraId="124DDFED" w14:textId="77777777" w:rsidR="002007C2" w:rsidRDefault="002007C2" w:rsidP="002007C2">
      <w:r>
        <w:t xml:space="preserve">           0.013589678385553336654 * (round_End &lt;= 100419720.0 and </w:t>
      </w:r>
    </w:p>
    <w:p w14:paraId="5094400B" w14:textId="77777777" w:rsidR="002007C2" w:rsidRDefault="002007C2" w:rsidP="002007C2">
      <w:r>
        <w:t xml:space="preserve">                                     round_Degree &gt; 12.5 and </w:t>
      </w:r>
    </w:p>
    <w:p w14:paraId="6269C1A2" w14:textId="77777777" w:rsidR="002007C2" w:rsidRDefault="002007C2" w:rsidP="002007C2">
      <w:r>
        <w:t xml:space="preserve">                                     round_LofTool &lt;= 0.812000036239624 and </w:t>
      </w:r>
    </w:p>
    <w:p w14:paraId="0E364350" w14:textId="77777777" w:rsidR="002007C2" w:rsidRDefault="002007C2" w:rsidP="002007C2">
      <w:r>
        <w:t xml:space="preserve">                                     round_Exon_Count &lt;= 221.5),</w:t>
      </w:r>
    </w:p>
    <w:p w14:paraId="52C11746" w14:textId="77777777" w:rsidR="002007C2" w:rsidRDefault="002007C2" w:rsidP="002007C2">
      <w:r>
        <w:t xml:space="preserve">          -0.010867009106563865761 * (round_Degree &lt;= 60.5 and </w:t>
      </w:r>
    </w:p>
    <w:p w14:paraId="54A6AFA5" w14:textId="77777777" w:rsidR="002007C2" w:rsidRDefault="002007C2" w:rsidP="002007C2">
      <w:r>
        <w:t xml:space="preserve">                                     round_Tajima__s_D_regulatory &gt; -0.7795000076293945 and </w:t>
      </w:r>
    </w:p>
    <w:p w14:paraId="19AD3744" w14:textId="77777777" w:rsidR="002007C2" w:rsidRDefault="002007C2" w:rsidP="002007C2">
      <w:r>
        <w:t xml:space="preserve">                                     round_Blomen_KBM7 &gt; -0.5153281092643738 and </w:t>
      </w:r>
    </w:p>
    <w:p w14:paraId="252DFBE1" w14:textId="77777777" w:rsidR="002007C2" w:rsidRDefault="002007C2" w:rsidP="002007C2">
      <w:r>
        <w:t xml:space="preserve">                                     round_Exon_Count &gt; 154.5),</w:t>
      </w:r>
    </w:p>
    <w:p w14:paraId="7024A7D9" w14:textId="77777777" w:rsidR="002007C2" w:rsidRDefault="002007C2" w:rsidP="002007C2">
      <w:r>
        <w:t xml:space="preserve">         -0.0036726609659116712936 * (round_Degree_mi &lt;= 0.5 and </w:t>
      </w:r>
    </w:p>
    <w:p w14:paraId="49482A1D" w14:textId="77777777" w:rsidR="002007C2" w:rsidRDefault="002007C2" w:rsidP="002007C2">
      <w:r>
        <w:t xml:space="preserve">                                     round_missense_Z &lt;= 2.552614450454712 and </w:t>
      </w:r>
    </w:p>
    <w:p w14:paraId="70848528" w14:textId="77777777" w:rsidR="002007C2" w:rsidRDefault="002007C2" w:rsidP="002007C2">
      <w:r>
        <w:t xml:space="preserve">                                     round_LofTool &gt; 0.6644999980926514 and </w:t>
      </w:r>
    </w:p>
    <w:p w14:paraId="26F53B94" w14:textId="77777777" w:rsidR="002007C2" w:rsidRDefault="002007C2" w:rsidP="002007C2">
      <w:r>
        <w:t xml:space="preserve">                                     round_Average_Transcript_length &lt;= 2570.535888671875),</w:t>
      </w:r>
    </w:p>
    <w:p w14:paraId="28FB73E9" w14:textId="77777777" w:rsidR="002007C2" w:rsidRDefault="002007C2" w:rsidP="002007C2">
      <w:r>
        <w:t xml:space="preserve">           0.013832036762706318919 * (round_Closeness &lt;= 0.7749999761581421 and </w:t>
      </w:r>
    </w:p>
    <w:p w14:paraId="519A6EA3" w14:textId="77777777" w:rsidR="002007C2" w:rsidRDefault="002007C2" w:rsidP="002007C2">
      <w:r>
        <w:t xml:space="preserve">                                     round_dN_dS_Chimp &lt;= 0.5950000286102295 and </w:t>
      </w:r>
    </w:p>
    <w:p w14:paraId="2C933783" w14:textId="77777777" w:rsidR="002007C2" w:rsidRDefault="002007C2" w:rsidP="002007C2">
      <w:r>
        <w:t xml:space="preserve">                                     round_Tajima__s_D_regulatory &lt;= 0.34049999713897705 and </w:t>
      </w:r>
    </w:p>
    <w:p w14:paraId="26C55D54" w14:textId="77777777" w:rsidR="002007C2" w:rsidRDefault="002007C2" w:rsidP="002007C2">
      <w:r>
        <w:t xml:space="preserve">                                     round_Blomen_KBM7 &lt;= -0.5153244733810425),</w:t>
      </w:r>
    </w:p>
    <w:p w14:paraId="7C9A36F4" w14:textId="77777777" w:rsidR="002007C2" w:rsidRDefault="002007C2" w:rsidP="002007C2">
      <w:r>
        <w:t xml:space="preserve">           0.053044796037296365609 * (round_Degree &gt; 12.5 and </w:t>
      </w:r>
    </w:p>
    <w:p w14:paraId="433B2DDE" w14:textId="77777777" w:rsidR="002007C2" w:rsidRDefault="002007C2" w:rsidP="002007C2">
      <w:r>
        <w:t xml:space="preserve">                                     round_LofTool &lt;= 0.9921150207519531 and </w:t>
      </w:r>
    </w:p>
    <w:p w14:paraId="505B87F9" w14:textId="77777777" w:rsidR="002007C2" w:rsidRDefault="002007C2" w:rsidP="002007C2">
      <w:r>
        <w:t xml:space="preserve">                                     round_s_het &gt; 0.025150161236524582 and </w:t>
      </w:r>
    </w:p>
    <w:p w14:paraId="627C2BA1" w14:textId="77777777" w:rsidR="002007C2" w:rsidRDefault="002007C2" w:rsidP="002007C2">
      <w:r>
        <w:t xml:space="preserve">                                     round_Exon_Count &gt; 224.5),</w:t>
      </w:r>
    </w:p>
    <w:p w14:paraId="50A2A6F7" w14:textId="77777777" w:rsidR="002007C2" w:rsidRDefault="002007C2" w:rsidP="002007C2">
      <w:r>
        <w:t xml:space="preserve">             -0.013287956853066012 * (not Group == u'MNC' and </w:t>
      </w:r>
    </w:p>
    <w:p w14:paraId="0AEC25A7" w14:textId="77777777" w:rsidR="002007C2" w:rsidRDefault="002007C2" w:rsidP="002007C2">
      <w:r>
        <w:t xml:space="preserve">                                     round_dN_dS_Chimp_mi &lt;= 0.5 and </w:t>
      </w:r>
    </w:p>
    <w:p w14:paraId="206D3BEE" w14:textId="77777777" w:rsidR="002007C2" w:rsidRDefault="002007C2" w:rsidP="002007C2">
      <w:r>
        <w:t xml:space="preserve">                                     round_Blomen_KBM7 &gt; -0.5146373510360718 and </w:t>
      </w:r>
    </w:p>
    <w:p w14:paraId="19A0DF26" w14:textId="77777777" w:rsidR="002007C2" w:rsidRDefault="002007C2" w:rsidP="002007C2">
      <w:r>
        <w:t xml:space="preserve">                                     round_Gene_Length_bp &lt;= 37999.5),</w:t>
      </w:r>
    </w:p>
    <w:p w14:paraId="4B9D656F" w14:textId="77777777" w:rsidR="002007C2" w:rsidRDefault="002007C2" w:rsidP="002007C2">
      <w:r>
        <w:t xml:space="preserve">            0.10324470994342001273 * (round_LofTool &gt; 0.9921150207519531),</w:t>
      </w:r>
    </w:p>
    <w:p w14:paraId="704928BD" w14:textId="77777777" w:rsidR="002007C2" w:rsidRDefault="002007C2" w:rsidP="002007C2">
      <w:r>
        <w:t xml:space="preserve">          0.0057921807143307855667 * (not Group == u'CM' and </w:t>
      </w:r>
    </w:p>
    <w:p w14:paraId="41ACDD8F" w14:textId="77777777" w:rsidR="002007C2" w:rsidRDefault="002007C2" w:rsidP="002007C2">
      <w:r>
        <w:t xml:space="preserve">                                     round_Closeness &lt;= 0.3149999976158142 and </w:t>
      </w:r>
    </w:p>
    <w:p w14:paraId="1FBC9D61" w14:textId="77777777" w:rsidR="002007C2" w:rsidRDefault="002007C2" w:rsidP="002007C2">
      <w:r>
        <w:lastRenderedPageBreak/>
        <w:t xml:space="preserve">                                     round_Blomen_KBM7 &lt;= -0.5403047800064087 and </w:t>
      </w:r>
    </w:p>
    <w:p w14:paraId="21EE5154" w14:textId="77777777" w:rsidR="002007C2" w:rsidRDefault="002007C2" w:rsidP="002007C2">
      <w:r>
        <w:t xml:space="preserve">                                     round_Transcript_count &gt; 10.5),</w:t>
      </w:r>
    </w:p>
    <w:p w14:paraId="4EB2DB1B" w14:textId="77777777" w:rsidR="002007C2" w:rsidRDefault="002007C2" w:rsidP="002007C2">
      <w:r>
        <w:t xml:space="preserve">           0.092157718501607158168 * (round_Degree_mi &lt;= 0.5 and </w:t>
      </w:r>
    </w:p>
    <w:p w14:paraId="3E8C819C" w14:textId="77777777" w:rsidR="002007C2" w:rsidRDefault="002007C2" w:rsidP="002007C2">
      <w:r>
        <w:t xml:space="preserve">                                     round_Blomen_KBM7 &lt;= -0.15531033277511597 and </w:t>
      </w:r>
    </w:p>
    <w:p w14:paraId="2F551F9B" w14:textId="77777777" w:rsidR="002007C2" w:rsidRDefault="002007C2" w:rsidP="002007C2">
      <w:r>
        <w:t xml:space="preserve">                                     round_missense_Z &gt; 2.721888303756714 and </w:t>
      </w:r>
    </w:p>
    <w:p w14:paraId="6FAA404B" w14:textId="77777777" w:rsidR="002007C2" w:rsidRDefault="002007C2" w:rsidP="002007C2">
      <w:r>
        <w:t xml:space="preserve">                                     round_Exon_Count &gt; 262.0),</w:t>
      </w:r>
    </w:p>
    <w:p w14:paraId="717165EB" w14:textId="77777777" w:rsidR="002007C2" w:rsidRDefault="002007C2" w:rsidP="002007C2">
      <w:r>
        <w:t xml:space="preserve">            -0.1305724926220721005 * (round_Degree_mi &gt; 0.5 and </w:t>
      </w:r>
    </w:p>
    <w:p w14:paraId="265FDF22" w14:textId="77777777" w:rsidR="002007C2" w:rsidRDefault="002007C2" w:rsidP="002007C2">
      <w:r>
        <w:t xml:space="preserve">                                     round_StdDev_Transcript_length &lt;= 1060.87158203125),</w:t>
      </w:r>
    </w:p>
    <w:p w14:paraId="46FFF172" w14:textId="77777777" w:rsidR="002007C2" w:rsidRDefault="002007C2" w:rsidP="002007C2">
      <w:r>
        <w:t xml:space="preserve">           0.016193134371026433188 * (round_Degree &lt;= 35.5 and </w:t>
      </w:r>
    </w:p>
    <w:p w14:paraId="63DE70F0" w14:textId="77777777" w:rsidR="002007C2" w:rsidRDefault="002007C2" w:rsidP="002007C2">
      <w:r>
        <w:t xml:space="preserve">                                     round_Degree_mi &lt;= 0.5 and </w:t>
      </w:r>
    </w:p>
    <w:p w14:paraId="679F8ED0" w14:textId="77777777" w:rsidR="002007C2" w:rsidRDefault="002007C2" w:rsidP="002007C2">
      <w:r>
        <w:t xml:space="preserve">                                     round_LofTool &lt;= 0.874500036239624 and </w:t>
      </w:r>
    </w:p>
    <w:p w14:paraId="6F36A36B" w14:textId="77777777" w:rsidR="002007C2" w:rsidRDefault="002007C2" w:rsidP="002007C2">
      <w:r>
        <w:t xml:space="preserve">                                     round_StdDev_Transcript_length &lt;= 714.5440063476562),</w:t>
      </w:r>
    </w:p>
    <w:p w14:paraId="1E282241" w14:textId="77777777" w:rsidR="002007C2" w:rsidRDefault="002007C2" w:rsidP="002007C2">
      <w:r>
        <w:t xml:space="preserve">           0.035774440858628839268 * (Group == u'CM' and </w:t>
      </w:r>
    </w:p>
    <w:p w14:paraId="04B6DE20" w14:textId="77777777" w:rsidR="002007C2" w:rsidRDefault="002007C2" w:rsidP="002007C2">
      <w:r>
        <w:t xml:space="preserve">                                     round_Tajima__s_D_regulatory &gt; 0.4165000021457672),</w:t>
      </w:r>
    </w:p>
    <w:p w14:paraId="7674222D" w14:textId="77777777" w:rsidR="002007C2" w:rsidRDefault="002007C2" w:rsidP="002007C2">
      <w:r>
        <w:t xml:space="preserve">         -0.0069014727149561538172 * (round_missense_Z &lt;= 4.054958820343018 and </w:t>
      </w:r>
    </w:p>
    <w:p w14:paraId="60500D29" w14:textId="77777777" w:rsidR="002007C2" w:rsidRDefault="002007C2" w:rsidP="002007C2">
      <w:r>
        <w:t xml:space="preserve">                                     round_Transcript_count &lt;= 10.5 and </w:t>
      </w:r>
    </w:p>
    <w:p w14:paraId="7A15BEA0" w14:textId="77777777" w:rsidR="002007C2" w:rsidRDefault="002007C2" w:rsidP="002007C2">
      <w:r>
        <w:t xml:space="preserve">                                     round_Gene_Length_bp &gt; 10637.0 and </w:t>
      </w:r>
    </w:p>
    <w:p w14:paraId="2F3EED12" w14:textId="77777777" w:rsidR="002007C2" w:rsidRDefault="002007C2" w:rsidP="002007C2">
      <w:r>
        <w:t xml:space="preserve">                                     round_Average_Transcript_length &gt; 2037.5650634765625),</w:t>
      </w:r>
    </w:p>
    <w:p w14:paraId="1C19A994" w14:textId="77777777" w:rsidR="002007C2" w:rsidRDefault="002007C2" w:rsidP="002007C2">
      <w:r>
        <w:t xml:space="preserve">          -0.026771080458371804972 * (round_Closeness &lt;= 0.2549999952316284 and </w:t>
      </w:r>
    </w:p>
    <w:p w14:paraId="1F8B44AC" w14:textId="77777777" w:rsidR="002007C2" w:rsidRDefault="002007C2" w:rsidP="002007C2">
      <w:r>
        <w:t xml:space="preserve">                                     round_Phi &gt; 0.8162848949432373 and </w:t>
      </w:r>
    </w:p>
    <w:p w14:paraId="3CD62CE9" w14:textId="77777777" w:rsidR="002007C2" w:rsidRDefault="002007C2" w:rsidP="002007C2">
      <w:r>
        <w:t xml:space="preserve">                                     round_LofTool &lt;= 0.9833999872207642),</w:t>
      </w:r>
    </w:p>
    <w:p w14:paraId="7F85C9D9" w14:textId="77777777" w:rsidR="002007C2" w:rsidRDefault="002007C2" w:rsidP="002007C2">
      <w:r>
        <w:t xml:space="preserve">          -0.022253783562079281627 * (round_Closeness &lt;= 0.26499998569488525 and </w:t>
      </w:r>
    </w:p>
    <w:p w14:paraId="4A9D768D" w14:textId="77777777" w:rsidR="002007C2" w:rsidRDefault="002007C2" w:rsidP="002007C2">
      <w:r>
        <w:t xml:space="preserve">                                     round_LofTool &lt;= 0.8105000257492065 and </w:t>
      </w:r>
    </w:p>
    <w:p w14:paraId="15D9EEA5" w14:textId="77777777" w:rsidR="002007C2" w:rsidRDefault="002007C2" w:rsidP="002007C2">
      <w:r>
        <w:t xml:space="preserve">                                     round_Gene_Length_bp &lt;= 37966.5),</w:t>
      </w:r>
    </w:p>
    <w:p w14:paraId="64A4E73D" w14:textId="77777777" w:rsidR="002007C2" w:rsidRDefault="002007C2" w:rsidP="002007C2">
      <w:r>
        <w:t xml:space="preserve">         -0.0024688924457943600688 * (not Group == u'MNC' and </w:t>
      </w:r>
    </w:p>
    <w:p w14:paraId="2547EAF3" w14:textId="77777777" w:rsidR="002007C2" w:rsidRDefault="002007C2" w:rsidP="002007C2">
      <w:r>
        <w:t xml:space="preserve">                                     -1.2874999046325684 &lt; round_Tajima__s_D_regulatory &lt;= 1.2934999465942383 and </w:t>
      </w:r>
    </w:p>
    <w:p w14:paraId="530D334F" w14:textId="77777777" w:rsidR="002007C2" w:rsidRDefault="002007C2" w:rsidP="002007C2">
      <w:r>
        <w:t xml:space="preserve">                                     round_Blomen_KBM7 &gt; -0.4999815821647644),</w:t>
      </w:r>
    </w:p>
    <w:p w14:paraId="3C763F08" w14:textId="77777777" w:rsidR="002007C2" w:rsidRDefault="002007C2" w:rsidP="002007C2">
      <w:r>
        <w:t xml:space="preserve">           0.042899930949984906026 * (not Group == u'NDNE' and </w:t>
      </w:r>
    </w:p>
    <w:p w14:paraId="1F5CEDE0" w14:textId="77777777" w:rsidR="002007C2" w:rsidRDefault="002007C2" w:rsidP="002007C2">
      <w:r>
        <w:t xml:space="preserve">                                     round_missense_Z &gt; 1.43977952003479 and </w:t>
      </w:r>
    </w:p>
    <w:p w14:paraId="4B1E674B" w14:textId="77777777" w:rsidR="002007C2" w:rsidRDefault="002007C2" w:rsidP="002007C2">
      <w:r>
        <w:t xml:space="preserve">                                     round_StdDev_Transcript_length &gt; 586.8510131835938 and </w:t>
      </w:r>
    </w:p>
    <w:p w14:paraId="686D7592" w14:textId="77777777" w:rsidR="002007C2" w:rsidRDefault="002007C2" w:rsidP="002007C2">
      <w:r>
        <w:t xml:space="preserve">                                     round_Exon_Count &lt;= 229.5),</w:t>
      </w:r>
    </w:p>
    <w:p w14:paraId="4A444D43" w14:textId="77777777" w:rsidR="002007C2" w:rsidRDefault="002007C2" w:rsidP="002007C2">
      <w:r>
        <w:t xml:space="preserve">           0.017509022546737609133 * (round_End &gt; 100419720.0),</w:t>
      </w:r>
    </w:p>
    <w:p w14:paraId="3954DA68" w14:textId="77777777" w:rsidR="002007C2" w:rsidRDefault="002007C2" w:rsidP="002007C2">
      <w:r>
        <w:t xml:space="preserve">          -0.066444044833209647827 * (round_Tajima__s_D_regulatory &gt; -1.2874999046325684 and </w:t>
      </w:r>
    </w:p>
    <w:p w14:paraId="074BA42C" w14:textId="77777777" w:rsidR="002007C2" w:rsidRDefault="002007C2" w:rsidP="002007C2">
      <w:r>
        <w:t xml:space="preserve">                                     round_Blomen_KBM7 &lt;= -0.12487166374921799 and </w:t>
      </w:r>
    </w:p>
    <w:p w14:paraId="7BE5DE08" w14:textId="77777777" w:rsidR="002007C2" w:rsidRDefault="002007C2" w:rsidP="002007C2">
      <w:r>
        <w:t xml:space="preserve">                                     3.134337902069092 &lt; round_missense_Z &lt;= 3.2974047660827637),</w:t>
      </w:r>
    </w:p>
    <w:p w14:paraId="3C83E5FF" w14:textId="77777777" w:rsidR="002007C2" w:rsidRDefault="002007C2" w:rsidP="002007C2">
      <w:r>
        <w:t xml:space="preserve">           -0.00219063763450522489 * (not Group == u'NDNE' and </w:t>
      </w:r>
    </w:p>
    <w:p w14:paraId="2B1B42AD" w14:textId="77777777" w:rsidR="002007C2" w:rsidRDefault="002007C2" w:rsidP="002007C2">
      <w:r>
        <w:t xml:space="preserve">                                     round_Degree &lt;= 4.5 and </w:t>
      </w:r>
    </w:p>
    <w:p w14:paraId="4FD9B4EC" w14:textId="77777777" w:rsidR="002007C2" w:rsidRDefault="002007C2" w:rsidP="002007C2">
      <w:r>
        <w:t xml:space="preserve">                                     round_Phi &gt; 0.8875079154968262),</w:t>
      </w:r>
    </w:p>
    <w:p w14:paraId="6DFEA5E9" w14:textId="77777777" w:rsidR="002007C2" w:rsidRDefault="002007C2" w:rsidP="002007C2">
      <w:r>
        <w:t xml:space="preserve">            0.11064953698387736125 * (Group == u'CM' and </w:t>
      </w:r>
    </w:p>
    <w:p w14:paraId="5D2FD63A" w14:textId="77777777" w:rsidR="002007C2" w:rsidRDefault="002007C2" w:rsidP="002007C2">
      <w:r>
        <w:t xml:space="preserve">                                     round_End &gt; 110010712.0 and </w:t>
      </w:r>
    </w:p>
    <w:p w14:paraId="0F3A4F35" w14:textId="77777777" w:rsidR="002007C2" w:rsidRDefault="002007C2" w:rsidP="002007C2">
      <w:r>
        <w:t xml:space="preserve">                                     round_Degree_mi &lt;= 0.5),</w:t>
      </w:r>
    </w:p>
    <w:p w14:paraId="4AFD5974" w14:textId="77777777" w:rsidR="002007C2" w:rsidRDefault="002007C2" w:rsidP="002007C2">
      <w:r>
        <w:t xml:space="preserve">          -0.059270604135849759564 * (Group == u'NDNE' and </w:t>
      </w:r>
    </w:p>
    <w:p w14:paraId="745D8FA1" w14:textId="77777777" w:rsidR="002007C2" w:rsidRDefault="002007C2" w:rsidP="002007C2">
      <w:r>
        <w:t xml:space="preserve">                                     round_missense_Z &lt;= 2.7258143424987793 and </w:t>
      </w:r>
    </w:p>
    <w:p w14:paraId="445C012F" w14:textId="77777777" w:rsidR="002007C2" w:rsidRDefault="002007C2" w:rsidP="002007C2">
      <w:r>
        <w:t xml:space="preserve">                                     round_Exon_Count &lt;= 171.5),</w:t>
      </w:r>
    </w:p>
    <w:p w14:paraId="18A63EEB" w14:textId="77777777" w:rsidR="002007C2" w:rsidRDefault="002007C2" w:rsidP="002007C2">
      <w:r>
        <w:t xml:space="preserve">          -0.018291629266993809227 * (round_Degree &lt;= 12.5 and </w:t>
      </w:r>
    </w:p>
    <w:p w14:paraId="3CC884DA" w14:textId="77777777" w:rsidR="002007C2" w:rsidRDefault="002007C2" w:rsidP="002007C2">
      <w:r>
        <w:lastRenderedPageBreak/>
        <w:t xml:space="preserve">                                     round_Blomen_KBM7 &gt; -0.12487166374921799),</w:t>
      </w:r>
    </w:p>
    <w:p w14:paraId="739D83F9" w14:textId="77777777" w:rsidR="002007C2" w:rsidRDefault="002007C2" w:rsidP="002007C2">
      <w:r>
        <w:t xml:space="preserve">           0.035226494727457799416 * (round_Phi &gt; 0.12447576969861984 and </w:t>
      </w:r>
    </w:p>
    <w:p w14:paraId="7CDCCD0E" w14:textId="77777777" w:rsidR="002007C2" w:rsidRDefault="002007C2" w:rsidP="002007C2">
      <w:r>
        <w:t xml:space="preserve">                                     93.5 &lt; round_Exon_Count &lt;= 265.5),</w:t>
      </w:r>
    </w:p>
    <w:p w14:paraId="3DB39DFA" w14:textId="77777777" w:rsidR="002007C2" w:rsidRDefault="002007C2" w:rsidP="002007C2">
      <w:r>
        <w:t xml:space="preserve">           0.050722711654871383002 * (round_Degree &gt; 12.5 and </w:t>
      </w:r>
    </w:p>
    <w:p w14:paraId="2EC05E75" w14:textId="77777777" w:rsidR="002007C2" w:rsidRDefault="002007C2" w:rsidP="002007C2">
      <w:r>
        <w:t xml:space="preserve">                                     round_Closeness &gt; 0.33500000834465027 and </w:t>
      </w:r>
    </w:p>
    <w:p w14:paraId="24F471CB" w14:textId="77777777" w:rsidR="002007C2" w:rsidRDefault="002007C2" w:rsidP="002007C2">
      <w:r>
        <w:t xml:space="preserve">                                     round_Tajima__s_D_regulatory &lt;= 0.4235000014305115 and </w:t>
      </w:r>
    </w:p>
    <w:p w14:paraId="50BE3091" w14:textId="77777777" w:rsidR="002007C2" w:rsidRDefault="002007C2" w:rsidP="002007C2">
      <w:r>
        <w:t xml:space="preserve">                                     round_LofTool &lt;= 0.9922800064086914),</w:t>
      </w:r>
    </w:p>
    <w:p w14:paraId="2B5A10E1" w14:textId="77777777" w:rsidR="002007C2" w:rsidRDefault="002007C2" w:rsidP="002007C2">
      <w:r>
        <w:t xml:space="preserve">          -0.051814515969269794859 * (round_Closeness &lt;= 0.3149999976158142 and </w:t>
      </w:r>
    </w:p>
    <w:p w14:paraId="39465849" w14:textId="77777777" w:rsidR="002007C2" w:rsidRDefault="002007C2" w:rsidP="002007C2">
      <w:r>
        <w:t xml:space="preserve">                                     round_Phi &lt;= 0.12447576969861984 and </w:t>
      </w:r>
    </w:p>
    <w:p w14:paraId="5AB5CC79" w14:textId="77777777" w:rsidR="002007C2" w:rsidRDefault="002007C2" w:rsidP="002007C2">
      <w:r>
        <w:t xml:space="preserve">                                     round_Exon_Count &lt;= 83.5),</w:t>
      </w:r>
    </w:p>
    <w:p w14:paraId="0B7223A3" w14:textId="77777777" w:rsidR="002007C2" w:rsidRDefault="002007C2" w:rsidP="002007C2">
      <w:r>
        <w:t xml:space="preserve">          -0.004095557220962523122 * (round_Degree &gt; 12.5 and </w:t>
      </w:r>
    </w:p>
    <w:p w14:paraId="34CDEA59" w14:textId="77777777" w:rsidR="002007C2" w:rsidRDefault="002007C2" w:rsidP="002007C2">
      <w:r>
        <w:t xml:space="preserve">                                     round_dN_dS_Chimp &lt;= 0.5950000286102295 and </w:t>
      </w:r>
    </w:p>
    <w:p w14:paraId="5AA432C5" w14:textId="77777777" w:rsidR="002007C2" w:rsidRDefault="002007C2" w:rsidP="002007C2">
      <w:r>
        <w:t xml:space="preserve">                                     round_missense_Z &gt; 4.031624794006348 and </w:t>
      </w:r>
    </w:p>
    <w:p w14:paraId="683C929F" w14:textId="77777777" w:rsidR="002007C2" w:rsidRDefault="002007C2" w:rsidP="002007C2">
      <w:r>
        <w:t xml:space="preserve">                                     round_LofTool &lt;= 0.9499499797821045),</w:t>
      </w:r>
    </w:p>
    <w:p w14:paraId="76D1BC8B" w14:textId="77777777" w:rsidR="002007C2" w:rsidRDefault="002007C2" w:rsidP="002007C2">
      <w:r>
        <w:t xml:space="preserve">          -0.061167712425044540314 * (round_Degree_mi &gt; 0.5 and </w:t>
      </w:r>
    </w:p>
    <w:p w14:paraId="673B1814" w14:textId="77777777" w:rsidR="002007C2" w:rsidRDefault="002007C2" w:rsidP="002007C2">
      <w:r>
        <w:t xml:space="preserve">                                     round_Gene_Length_bp &lt;= 2510.5),</w:t>
      </w:r>
    </w:p>
    <w:p w14:paraId="6117B392" w14:textId="77777777" w:rsidR="002007C2" w:rsidRDefault="002007C2" w:rsidP="002007C2">
      <w:r>
        <w:t xml:space="preserve">            -0.0182849435306143282 * (Group == u'MNC' and </w:t>
      </w:r>
    </w:p>
    <w:p w14:paraId="6550CEFD" w14:textId="77777777" w:rsidR="002007C2" w:rsidRDefault="002007C2" w:rsidP="002007C2">
      <w:r>
        <w:t xml:space="preserve">                                     round_missense_Z &lt;= 3.2976694107055664 and </w:t>
      </w:r>
    </w:p>
    <w:p w14:paraId="6821AFC7" w14:textId="77777777" w:rsidR="002007C2" w:rsidRDefault="002007C2" w:rsidP="002007C2">
      <w:r>
        <w:t xml:space="preserve">                                     round_StdDev_Transcript_length &lt;= 987.5745849609375),</w:t>
      </w:r>
    </w:p>
    <w:p w14:paraId="6F614666" w14:textId="77777777" w:rsidR="002007C2" w:rsidRDefault="002007C2" w:rsidP="002007C2">
      <w:r>
        <w:t xml:space="preserve">           -0.32389234107127440332 * (Group == u'NDNE' and </w:t>
      </w:r>
    </w:p>
    <w:p w14:paraId="01D6A07C" w14:textId="77777777" w:rsidR="002007C2" w:rsidRDefault="002007C2" w:rsidP="002007C2">
      <w:r>
        <w:t xml:space="preserve">                                     round_Closeness &lt;= 0.2549999952316284 and </w:t>
      </w:r>
    </w:p>
    <w:p w14:paraId="21D7580A" w14:textId="77777777" w:rsidR="002007C2" w:rsidRDefault="002007C2" w:rsidP="002007C2">
      <w:r>
        <w:t xml:space="preserve">                                     round_Phi &lt;= 0.14362311363220215),</w:t>
      </w:r>
    </w:p>
    <w:p w14:paraId="5D594ACE" w14:textId="77777777" w:rsidR="002007C2" w:rsidRDefault="002007C2" w:rsidP="002007C2">
      <w:r>
        <w:t xml:space="preserve">           -0.14541641777476235764 * (Group == u'MNC' and </w:t>
      </w:r>
    </w:p>
    <w:p w14:paraId="4597A324" w14:textId="77777777" w:rsidR="002007C2" w:rsidRDefault="002007C2" w:rsidP="002007C2">
      <w:r>
        <w:t xml:space="preserve">                                     round_Gene_Length_bp &lt;= 53048.5),</w:t>
      </w:r>
    </w:p>
    <w:p w14:paraId="655A81E7" w14:textId="77777777" w:rsidR="002007C2" w:rsidRDefault="002007C2" w:rsidP="002007C2">
      <w:r>
        <w:t xml:space="preserve">          0.0087320822755329839671 * (round_Degree &lt;= 12.5 and </w:t>
      </w:r>
    </w:p>
    <w:p w14:paraId="5C367559" w14:textId="77777777" w:rsidR="002007C2" w:rsidRDefault="002007C2" w:rsidP="002007C2">
      <w:r>
        <w:t xml:space="preserve">                                     round_Degree_mi &lt;= 0.5 and </w:t>
      </w:r>
    </w:p>
    <w:p w14:paraId="3040CFE5" w14:textId="77777777" w:rsidR="002007C2" w:rsidRDefault="002007C2" w:rsidP="002007C2">
      <w:r>
        <w:t xml:space="preserve">                                     round_missense_Z &gt; 2.120723009109497 and </w:t>
      </w:r>
    </w:p>
    <w:p w14:paraId="417441A2" w14:textId="77777777" w:rsidR="002007C2" w:rsidRDefault="002007C2" w:rsidP="002007C2">
      <w:r>
        <w:t xml:space="preserve">                                     round_StdDev_Transcript_length &gt; 1011.6593627929688),</w:t>
      </w:r>
    </w:p>
    <w:p w14:paraId="2406BB98" w14:textId="77777777" w:rsidR="002007C2" w:rsidRDefault="002007C2" w:rsidP="002007C2">
      <w:r>
        <w:t xml:space="preserve">           0.017852506892799022836 * (round_Closeness &gt; 0.2549999952316284 and </w:t>
      </w:r>
    </w:p>
    <w:p w14:paraId="31578498" w14:textId="77777777" w:rsidR="002007C2" w:rsidRDefault="002007C2" w:rsidP="002007C2">
      <w:r>
        <w:t xml:space="preserve">                                     3.334120750427246 &lt; round_missense_Z &lt;= 4.052361965179443 and </w:t>
      </w:r>
    </w:p>
    <w:p w14:paraId="058694E9" w14:textId="77777777" w:rsidR="002007C2" w:rsidRDefault="002007C2" w:rsidP="002007C2">
      <w:r>
        <w:t xml:space="preserve">                                     round_s_het &gt; 0.014458265155553818),</w:t>
      </w:r>
    </w:p>
    <w:p w14:paraId="170B7262" w14:textId="77777777" w:rsidR="002007C2" w:rsidRDefault="002007C2" w:rsidP="002007C2">
      <w:r>
        <w:t xml:space="preserve">          -0.038423746283818283054 * (round_Degree &lt;= 3.5 and </w:t>
      </w:r>
    </w:p>
    <w:p w14:paraId="2D2FD4DF" w14:textId="77777777" w:rsidR="002007C2" w:rsidRDefault="002007C2" w:rsidP="002007C2">
      <w:r>
        <w:t xml:space="preserve">                                     round_Degree_mi &gt; 0.5 and </w:t>
      </w:r>
    </w:p>
    <w:p w14:paraId="1F063C7D" w14:textId="77777777" w:rsidR="002007C2" w:rsidRDefault="002007C2" w:rsidP="002007C2">
      <w:r>
        <w:t xml:space="preserve">                                     round_s_het &lt;= 0.023678744211792946),</w:t>
      </w:r>
    </w:p>
    <w:p w14:paraId="4D4B5A35" w14:textId="77777777" w:rsidR="002007C2" w:rsidRDefault="002007C2" w:rsidP="002007C2">
      <w:r>
        <w:t xml:space="preserve">          -0.004412961621996456911 * (not Group == u'CM' and </w:t>
      </w:r>
    </w:p>
    <w:p w14:paraId="5ED07214" w14:textId="77777777" w:rsidR="002007C2" w:rsidRDefault="002007C2" w:rsidP="002007C2">
      <w:r>
        <w:t xml:space="preserve">                                     round_Tajima__s_D_regulatory &lt;= 0.9564999938011169 and </w:t>
      </w:r>
    </w:p>
    <w:p w14:paraId="7DB54666" w14:textId="77777777" w:rsidR="002007C2" w:rsidRDefault="002007C2" w:rsidP="002007C2">
      <w:r>
        <w:t xml:space="preserve">                                     round_Blomen_KBM7 &gt; -0.5147985219955444 and </w:t>
      </w:r>
    </w:p>
    <w:p w14:paraId="2E5AAECB" w14:textId="77777777" w:rsidR="002007C2" w:rsidRDefault="002007C2" w:rsidP="002007C2">
      <w:r>
        <w:t xml:space="preserve">                                     round_Gene_Length_bp &lt;= 37999.5),</w:t>
      </w:r>
    </w:p>
    <w:p w14:paraId="67F05F69" w14:textId="77777777" w:rsidR="002007C2" w:rsidRDefault="002007C2" w:rsidP="002007C2">
      <w:r>
        <w:t xml:space="preserve">           0.050996412382406750008 * (not Group == u'MNC' and </w:t>
      </w:r>
    </w:p>
    <w:p w14:paraId="0B892BCB" w14:textId="77777777" w:rsidR="002007C2" w:rsidRDefault="002007C2" w:rsidP="002007C2">
      <w:r>
        <w:t xml:space="preserve">                                     round_missense_Z &lt;= 2.642360210418701 and </w:t>
      </w:r>
    </w:p>
    <w:p w14:paraId="2861CCC2" w14:textId="77777777" w:rsidR="002007C2" w:rsidRDefault="002007C2" w:rsidP="002007C2">
      <w:r>
        <w:t xml:space="preserve">                                     round_s_het &gt; 0.014316117390990257 and </w:t>
      </w:r>
    </w:p>
    <w:p w14:paraId="4AF9094A" w14:textId="77777777" w:rsidR="002007C2" w:rsidRDefault="002007C2" w:rsidP="002007C2">
      <w:r>
        <w:t xml:space="preserve">                                     round_Exon_Count &lt;= 165.5),</w:t>
      </w:r>
    </w:p>
    <w:p w14:paraId="4EE63B6A" w14:textId="77777777" w:rsidR="002007C2" w:rsidRDefault="002007C2" w:rsidP="002007C2">
      <w:r>
        <w:t xml:space="preserve">           0.017338694268998987996 * (not Group == u'NDNE' and </w:t>
      </w:r>
    </w:p>
    <w:p w14:paraId="7182420C" w14:textId="77777777" w:rsidR="002007C2" w:rsidRDefault="002007C2" w:rsidP="002007C2">
      <w:r>
        <w:t xml:space="preserve">                                     round_Degree &gt; 3.5 and </w:t>
      </w:r>
    </w:p>
    <w:p w14:paraId="2D2CBFD2" w14:textId="77777777" w:rsidR="002007C2" w:rsidRDefault="002007C2" w:rsidP="002007C2">
      <w:r>
        <w:t xml:space="preserve">                                     round_Closeness &gt; 0.3149999976158142),</w:t>
      </w:r>
    </w:p>
    <w:p w14:paraId="28C79FB3" w14:textId="77777777" w:rsidR="002007C2" w:rsidRDefault="002007C2" w:rsidP="002007C2">
      <w:r>
        <w:t xml:space="preserve">          -0.023156005411269445921 * (not Group == u'CM' and </w:t>
      </w:r>
    </w:p>
    <w:p w14:paraId="0D4669A7" w14:textId="77777777" w:rsidR="002007C2" w:rsidRDefault="002007C2" w:rsidP="002007C2">
      <w:r>
        <w:t xml:space="preserve">                                     round_End &lt;= 127204736.0 and </w:t>
      </w:r>
    </w:p>
    <w:p w14:paraId="614FD40D" w14:textId="77777777" w:rsidR="002007C2" w:rsidRDefault="002007C2" w:rsidP="002007C2">
      <w:r>
        <w:lastRenderedPageBreak/>
        <w:t xml:space="preserve">                                     round_Degree &lt;= 61.5 and </w:t>
      </w:r>
    </w:p>
    <w:p w14:paraId="4E86F341" w14:textId="77777777" w:rsidR="002007C2" w:rsidRDefault="002007C2" w:rsidP="002007C2">
      <w:r>
        <w:t xml:space="preserve">                                     round_missense_Z &lt;= 4.031624794006348),</w:t>
      </w:r>
    </w:p>
    <w:p w14:paraId="2A2EDA1C" w14:textId="77777777" w:rsidR="002007C2" w:rsidRDefault="002007C2" w:rsidP="002007C2">
      <w:r>
        <w:t xml:space="preserve">          0.0028308618694010165111 * (round_dN_dS_Chimp_mi &lt;= 0.5 and </w:t>
      </w:r>
    </w:p>
    <w:p w14:paraId="62722150" w14:textId="77777777" w:rsidR="002007C2" w:rsidRDefault="002007C2" w:rsidP="002007C2">
      <w:r>
        <w:t xml:space="preserve">                                     round_Blomen_KBM7 &gt; -0.5146373510360718 and </w:t>
      </w:r>
    </w:p>
    <w:p w14:paraId="4F74DC4B" w14:textId="77777777" w:rsidR="002007C2" w:rsidRDefault="002007C2" w:rsidP="002007C2">
      <w:r>
        <w:t xml:space="preserve">                                     round_LofTool &lt;= 0.9922449588775635 and </w:t>
      </w:r>
    </w:p>
    <w:p w14:paraId="5134081B" w14:textId="77777777" w:rsidR="002007C2" w:rsidRDefault="002007C2" w:rsidP="002007C2">
      <w:r>
        <w:t xml:space="preserve">                                     round_Transcript_count &lt;= 20.5),</w:t>
      </w:r>
    </w:p>
    <w:p w14:paraId="5427CC00" w14:textId="77777777" w:rsidR="002007C2" w:rsidRDefault="002007C2" w:rsidP="002007C2">
      <w:r>
        <w:t xml:space="preserve">          -0.040546423472875826877 * (Group == u'NDNE' and </w:t>
      </w:r>
    </w:p>
    <w:p w14:paraId="15C9EDD3" w14:textId="77777777" w:rsidR="002007C2" w:rsidRDefault="002007C2" w:rsidP="002007C2">
      <w:r>
        <w:t xml:space="preserve">                                     round_missense_Z &lt;= 2.7258143424987793 and </w:t>
      </w:r>
    </w:p>
    <w:p w14:paraId="7EB5789D" w14:textId="77777777" w:rsidR="002007C2" w:rsidRDefault="002007C2" w:rsidP="002007C2">
      <w:r>
        <w:t xml:space="preserve">                                     round_Exon_Count &gt; 171.5),</w:t>
      </w:r>
    </w:p>
    <w:p w14:paraId="12E10B62" w14:textId="77777777" w:rsidR="002007C2" w:rsidRDefault="002007C2" w:rsidP="002007C2">
      <w:r>
        <w:t xml:space="preserve">          -0.015113303914765858355 * (not Group == u'CM' and </w:t>
      </w:r>
    </w:p>
    <w:p w14:paraId="5E7E7B40" w14:textId="77777777" w:rsidR="002007C2" w:rsidRDefault="002007C2" w:rsidP="002007C2">
      <w:r>
        <w:t xml:space="preserve">                                     round_End &gt; 127204736.0 and </w:t>
      </w:r>
    </w:p>
    <w:p w14:paraId="354B3F7C" w14:textId="77777777" w:rsidR="002007C2" w:rsidRDefault="002007C2" w:rsidP="002007C2">
      <w:r>
        <w:t xml:space="preserve">                                     round_Phi &gt; 0.9974162578582764 and </w:t>
      </w:r>
    </w:p>
    <w:p w14:paraId="22CF4DD8" w14:textId="77777777" w:rsidR="002007C2" w:rsidRDefault="002007C2" w:rsidP="002007C2">
      <w:r>
        <w:t xml:space="preserve">                                     round_StdDev_Transcript_length &lt;= 1345.761474609375),</w:t>
      </w:r>
    </w:p>
    <w:p w14:paraId="05EA0A20" w14:textId="77777777" w:rsidR="002007C2" w:rsidRDefault="002007C2" w:rsidP="002007C2">
      <w:r>
        <w:t xml:space="preserve">           -0.10222460154756490835 * (round_Closeness &lt;= 0.2549999952316284 and </w:t>
      </w:r>
    </w:p>
    <w:p w14:paraId="7E931901" w14:textId="77777777" w:rsidR="002007C2" w:rsidRDefault="002007C2" w:rsidP="002007C2">
      <w:r>
        <w:t xml:space="preserve">                                     round_Phi &gt; 0.0002437000221107155 and </w:t>
      </w:r>
    </w:p>
    <w:p w14:paraId="6C334215" w14:textId="77777777" w:rsidR="002007C2" w:rsidRDefault="002007C2" w:rsidP="002007C2">
      <w:r>
        <w:t xml:space="preserve">                                     round_missense_Z &lt;= 4.0604472160339355 and </w:t>
      </w:r>
    </w:p>
    <w:p w14:paraId="057B1040" w14:textId="77777777" w:rsidR="002007C2" w:rsidRDefault="002007C2" w:rsidP="002007C2">
      <w:r>
        <w:t xml:space="preserve">                                     round_StdDev_Transcript_length &gt; 615.416259765625),</w:t>
      </w:r>
    </w:p>
    <w:p w14:paraId="5D2B1B06" w14:textId="77777777" w:rsidR="002007C2" w:rsidRDefault="002007C2" w:rsidP="002007C2">
      <w:r>
        <w:t xml:space="preserve">           0.012362969768704433135 * (not Group == u'MNC' and </w:t>
      </w:r>
    </w:p>
    <w:p w14:paraId="59B8A2B9" w14:textId="77777777" w:rsidR="002007C2" w:rsidRDefault="002007C2" w:rsidP="002007C2">
      <w:r>
        <w:t xml:space="preserve">                                     round_Degree &gt; 34.5 and </w:t>
      </w:r>
    </w:p>
    <w:p w14:paraId="1B47827A" w14:textId="77777777" w:rsidR="002007C2" w:rsidRDefault="002007C2" w:rsidP="002007C2">
      <w:r>
        <w:t xml:space="preserve">                                     round_Degree_mi &lt;= 0.5 and </w:t>
      </w:r>
    </w:p>
    <w:p w14:paraId="2165520C" w14:textId="77777777" w:rsidR="002007C2" w:rsidRDefault="002007C2" w:rsidP="002007C2">
      <w:r>
        <w:t xml:space="preserve">                                     round_missense_Z &lt;= 4.0604472160339355),</w:t>
      </w:r>
    </w:p>
    <w:p w14:paraId="47095406" w14:textId="77777777" w:rsidR="002007C2" w:rsidRDefault="002007C2" w:rsidP="002007C2">
      <w:r>
        <w:t xml:space="preserve">         -0.0064503231243915092399 * (round_Tajima__s_D_regulatory &lt;= 0.43549999594688416 and </w:t>
      </w:r>
    </w:p>
    <w:p w14:paraId="4BE956D3" w14:textId="77777777" w:rsidR="002007C2" w:rsidRDefault="002007C2" w:rsidP="002007C2">
      <w:r>
        <w:t xml:space="preserve">                                     round_missense_Z &lt;= 3.2976694107055664 and </w:t>
      </w:r>
    </w:p>
    <w:p w14:paraId="51B4C507" w14:textId="77777777" w:rsidR="002007C2" w:rsidRDefault="002007C2" w:rsidP="002007C2">
      <w:r>
        <w:t xml:space="preserve">                                     round_LofTool &lt;= 0.9603500366210938 and </w:t>
      </w:r>
    </w:p>
    <w:p w14:paraId="1EF7785C" w14:textId="77777777" w:rsidR="002007C2" w:rsidRDefault="002007C2" w:rsidP="002007C2">
      <w:r>
        <w:t xml:space="preserve">                                     round_Exon_Count &lt;= 164.5),</w:t>
      </w:r>
    </w:p>
    <w:p w14:paraId="16D11A98" w14:textId="77777777" w:rsidR="002007C2" w:rsidRDefault="002007C2" w:rsidP="002007C2">
      <w:r>
        <w:t xml:space="preserve">         -0.0022205334822635804277 * (not Group == u'CM' and </w:t>
      </w:r>
    </w:p>
    <w:p w14:paraId="6EF60365" w14:textId="77777777" w:rsidR="002007C2" w:rsidRDefault="002007C2" w:rsidP="002007C2">
      <w:r>
        <w:t xml:space="preserve">                                     round_Tajima__s_D_regulatory &gt; -1.2894999980926514 and </w:t>
      </w:r>
    </w:p>
    <w:p w14:paraId="6EED3326" w14:textId="77777777" w:rsidR="002007C2" w:rsidRDefault="002007C2" w:rsidP="002007C2">
      <w:r>
        <w:t xml:space="preserve">                                     round_Blomen_KBM7 &lt;= -0.5147985219955444 and </w:t>
      </w:r>
    </w:p>
    <w:p w14:paraId="1CD02394" w14:textId="77777777" w:rsidR="002007C2" w:rsidRDefault="002007C2" w:rsidP="002007C2">
      <w:r>
        <w:t xml:space="preserve">                                     round_Transcript_count &lt;= 26.5),</w:t>
      </w:r>
    </w:p>
    <w:p w14:paraId="77F1B875" w14:textId="77777777" w:rsidR="002007C2" w:rsidRDefault="002007C2" w:rsidP="002007C2">
      <w:r>
        <w:t xml:space="preserve">           -0.25240843520512323828 * (round_Phi &gt; 0.00015248148702085018 and </w:t>
      </w:r>
    </w:p>
    <w:p w14:paraId="0F3E5C97" w14:textId="77777777" w:rsidR="002007C2" w:rsidRDefault="002007C2" w:rsidP="002007C2">
      <w:r>
        <w:t xml:space="preserve">                                     round_Blomen_KBM7 &gt; -0.15492522716522217 and </w:t>
      </w:r>
    </w:p>
    <w:p w14:paraId="6672B889" w14:textId="77777777" w:rsidR="002007C2" w:rsidRDefault="002007C2" w:rsidP="002007C2">
      <w:r>
        <w:t xml:space="preserve">                                     round_LofTool &lt;= 0.6634999513626099 and </w:t>
      </w:r>
    </w:p>
    <w:p w14:paraId="5A1E5C00" w14:textId="77777777" w:rsidR="002007C2" w:rsidRDefault="002007C2" w:rsidP="002007C2">
      <w:r>
        <w:t xml:space="preserve">                                     round_Exon_Count &lt;= 157.5),</w:t>
      </w:r>
    </w:p>
    <w:p w14:paraId="59BC4BFB" w14:textId="77777777" w:rsidR="002007C2" w:rsidRDefault="002007C2" w:rsidP="002007C2">
      <w:r>
        <w:t xml:space="preserve">          0.0095476722071454571406 * (not Group == u'NDNE' and </w:t>
      </w:r>
    </w:p>
    <w:p w14:paraId="27BBD02D" w14:textId="77777777" w:rsidR="002007C2" w:rsidRDefault="002007C2" w:rsidP="002007C2">
      <w:r>
        <w:t xml:space="preserve">                                     round_Closeness &lt;= 0.32499998807907104 and </w:t>
      </w:r>
    </w:p>
    <w:p w14:paraId="6B2E08B7" w14:textId="77777777" w:rsidR="002007C2" w:rsidRDefault="002007C2" w:rsidP="002007C2">
      <w:r>
        <w:t xml:space="preserve">                                     round_Tajima__s_D_regulatory &lt;= 0.5564999580383301 and </w:t>
      </w:r>
    </w:p>
    <w:p w14:paraId="6011416D" w14:textId="77777777" w:rsidR="002007C2" w:rsidRDefault="002007C2" w:rsidP="002007C2">
      <w:r>
        <w:t xml:space="preserve">                                     round_Gene_Length_bp &gt; 47758.5),</w:t>
      </w:r>
    </w:p>
    <w:p w14:paraId="1107D0A3" w14:textId="77777777" w:rsidR="002007C2" w:rsidRDefault="002007C2" w:rsidP="002007C2">
      <w:r>
        <w:t xml:space="preserve">           0.025785796597482577019 * (not Group == u'NDNE' and </w:t>
      </w:r>
    </w:p>
    <w:p w14:paraId="73DBAF1D" w14:textId="77777777" w:rsidR="002007C2" w:rsidRDefault="002007C2" w:rsidP="002007C2">
      <w:r>
        <w:t xml:space="preserve">                                     round_Degree &gt; 3.5 and </w:t>
      </w:r>
    </w:p>
    <w:p w14:paraId="4DD9EAB0" w14:textId="77777777" w:rsidR="002007C2" w:rsidRDefault="002007C2" w:rsidP="002007C2">
      <w:r>
        <w:t xml:space="preserve">                                     round_LofTool &gt; 0.9787000417709351),</w:t>
      </w:r>
    </w:p>
    <w:p w14:paraId="3C0D4538" w14:textId="77777777" w:rsidR="002007C2" w:rsidRDefault="002007C2" w:rsidP="002007C2">
      <w:r>
        <w:t xml:space="preserve">             0.1378685779507847764 * (not Group == u'NDNE' and </w:t>
      </w:r>
    </w:p>
    <w:p w14:paraId="642542AB" w14:textId="77777777" w:rsidR="002007C2" w:rsidRDefault="002007C2" w:rsidP="002007C2">
      <w:r>
        <w:t xml:space="preserve">                                     round_Closeness &gt; 0.3149999976158142 and </w:t>
      </w:r>
    </w:p>
    <w:p w14:paraId="047B8559" w14:textId="77777777" w:rsidR="002007C2" w:rsidRDefault="002007C2" w:rsidP="002007C2">
      <w:r>
        <w:t xml:space="preserve">                                     round_Phi &gt; 0.8768634796142578),</w:t>
      </w:r>
    </w:p>
    <w:p w14:paraId="11B7580A" w14:textId="77777777" w:rsidR="002007C2" w:rsidRDefault="002007C2" w:rsidP="002007C2">
      <w:r>
        <w:t xml:space="preserve">          0.0024299681294777109031 * (round_End &lt;= 128392288.0 and </w:t>
      </w:r>
    </w:p>
    <w:p w14:paraId="41B92DA8" w14:textId="77777777" w:rsidR="002007C2" w:rsidRDefault="002007C2" w:rsidP="002007C2">
      <w:r>
        <w:t xml:space="preserve">                                     round_Gene_Length_bp &gt; 9338.5 and </w:t>
      </w:r>
    </w:p>
    <w:p w14:paraId="78195E72" w14:textId="77777777" w:rsidR="002007C2" w:rsidRDefault="002007C2" w:rsidP="002007C2">
      <w:r>
        <w:t xml:space="preserve">                                     round_StdDev_Transcript_length &gt; 1956.23095703125),</w:t>
      </w:r>
    </w:p>
    <w:p w14:paraId="00492225" w14:textId="77777777" w:rsidR="002007C2" w:rsidRDefault="002007C2" w:rsidP="002007C2">
      <w:r>
        <w:lastRenderedPageBreak/>
        <w:t xml:space="preserve">           0.043814273445441413724 * (round_Degree_mi &lt;= 0.5 and </w:t>
      </w:r>
    </w:p>
    <w:p w14:paraId="10AF9A1F" w14:textId="77777777" w:rsidR="002007C2" w:rsidRDefault="002007C2" w:rsidP="002007C2">
      <w:r>
        <w:t xml:space="preserve">                                     round_Blomen_KBM7 &lt;= -0.14571721851825714 and </w:t>
      </w:r>
    </w:p>
    <w:p w14:paraId="3BB83EFA" w14:textId="77777777" w:rsidR="002007C2" w:rsidRDefault="002007C2" w:rsidP="002007C2">
      <w:r>
        <w:t xml:space="preserve">                                     round_LofTool &gt; 0.9435499906539917),</w:t>
      </w:r>
    </w:p>
    <w:p w14:paraId="2654C901" w14:textId="77777777" w:rsidR="002007C2" w:rsidRDefault="002007C2" w:rsidP="002007C2">
      <w:r>
        <w:t xml:space="preserve">          0.0033544123090482034534 * (round_missense_Z &lt;= 2.6123709678649902 and </w:t>
      </w:r>
    </w:p>
    <w:p w14:paraId="1DB002A8" w14:textId="77777777" w:rsidR="002007C2" w:rsidRDefault="002007C2" w:rsidP="002007C2">
      <w:r>
        <w:t xml:space="preserve">                                     round_missense_Z_mi &lt;= 0.5 and </w:t>
      </w:r>
    </w:p>
    <w:p w14:paraId="0462B1F7" w14:textId="77777777" w:rsidR="002007C2" w:rsidRDefault="002007C2" w:rsidP="002007C2">
      <w:r>
        <w:t xml:space="preserve">                                     round_Gene_Length_bp &gt; 9941.5 and </w:t>
      </w:r>
    </w:p>
    <w:p w14:paraId="5951F66B" w14:textId="77777777" w:rsidR="002007C2" w:rsidRDefault="002007C2" w:rsidP="002007C2">
      <w:r>
        <w:t xml:space="preserve">                                     round_StdDev_Transcript_length &gt; 166.57949829101562),</w:t>
      </w:r>
    </w:p>
    <w:p w14:paraId="38674EB9" w14:textId="77777777" w:rsidR="002007C2" w:rsidRDefault="002007C2" w:rsidP="002007C2">
      <w:r>
        <w:t xml:space="preserve">           0.027254350066886999515 * (round_Closeness &gt; 0.33500000834465027 and </w:t>
      </w:r>
    </w:p>
    <w:p w14:paraId="6E43DF9A" w14:textId="77777777" w:rsidR="002007C2" w:rsidRDefault="002007C2" w:rsidP="002007C2">
      <w:r>
        <w:t xml:space="preserve">                                     round_Tajima__s_D_regulatory &lt;= 0.5564999580383301),</w:t>
      </w:r>
    </w:p>
    <w:p w14:paraId="3CE61354" w14:textId="77777777" w:rsidR="002007C2" w:rsidRDefault="002007C2" w:rsidP="002007C2">
      <w:r>
        <w:t xml:space="preserve">         -0.0021195491504552806984 * (round_Degree &lt;= 35.5 and </w:t>
      </w:r>
    </w:p>
    <w:p w14:paraId="61804512" w14:textId="77777777" w:rsidR="002007C2" w:rsidRDefault="002007C2" w:rsidP="002007C2">
      <w:r>
        <w:t xml:space="preserve">                                     round_Gene_Length_bp &gt; 9906.5 and </w:t>
      </w:r>
    </w:p>
    <w:p w14:paraId="10E6AF4A" w14:textId="77777777" w:rsidR="002007C2" w:rsidRDefault="002007C2" w:rsidP="002007C2">
      <w:r>
        <w:t xml:space="preserve">                                     round_StdDev_Transcript_length &gt; 166.57864379882812 and </w:t>
      </w:r>
    </w:p>
    <w:p w14:paraId="7CDF64FF" w14:textId="77777777" w:rsidR="002007C2" w:rsidRDefault="002007C2" w:rsidP="002007C2">
      <w:r>
        <w:t xml:space="preserve">                                     round_Average_Transcript_length &lt;= 1956.6083984375),</w:t>
      </w:r>
    </w:p>
    <w:p w14:paraId="213296E8" w14:textId="77777777" w:rsidR="002007C2" w:rsidRDefault="002007C2" w:rsidP="002007C2">
      <w:r>
        <w:t xml:space="preserve">           0.048251921050298546279 * (round_Degree &gt; 12.5 and </w:t>
      </w:r>
    </w:p>
    <w:p w14:paraId="2CD3F6F5" w14:textId="77777777" w:rsidR="002007C2" w:rsidRDefault="002007C2" w:rsidP="002007C2">
      <w:r>
        <w:t xml:space="preserve">                                     round_Degree_mi &lt;= 0.5 and </w:t>
      </w:r>
    </w:p>
    <w:p w14:paraId="5AB5E314" w14:textId="77777777" w:rsidR="002007C2" w:rsidRDefault="002007C2" w:rsidP="002007C2">
      <w:r>
        <w:t xml:space="preserve">                                     round_Closeness &lt;= 0.3149999976158142 and </w:t>
      </w:r>
    </w:p>
    <w:p w14:paraId="0ED55A73" w14:textId="77777777" w:rsidR="002007C2" w:rsidRDefault="002007C2" w:rsidP="002007C2">
      <w:r>
        <w:t xml:space="preserve">                                     round_StdDev_Transcript_length &gt; 1285.35791015625),</w:t>
      </w:r>
    </w:p>
    <w:p w14:paraId="29FB9BA3" w14:textId="77777777" w:rsidR="002007C2" w:rsidRDefault="002007C2" w:rsidP="002007C2">
      <w:r>
        <w:t xml:space="preserve">           0.022409297933030165179 * (round_Degree &gt; 3.5 and </w:t>
      </w:r>
    </w:p>
    <w:p w14:paraId="348E75FC" w14:textId="77777777" w:rsidR="002007C2" w:rsidRDefault="002007C2" w:rsidP="002007C2">
      <w:r>
        <w:t xml:space="preserve">                                     round_Closeness &lt;= 0.3149999976158142 and </w:t>
      </w:r>
    </w:p>
    <w:p w14:paraId="5851201C" w14:textId="77777777" w:rsidR="002007C2" w:rsidRDefault="002007C2" w:rsidP="002007C2">
      <w:r>
        <w:t xml:space="preserve">                                     round_LofTool &lt;= 0.6775000095367432 and </w:t>
      </w:r>
    </w:p>
    <w:p w14:paraId="3B49AAAA" w14:textId="77777777" w:rsidR="002007C2" w:rsidRDefault="002007C2" w:rsidP="002007C2">
      <w:r>
        <w:t xml:space="preserve">                                     round_Exon_Count &lt;= 151.5),</w:t>
      </w:r>
    </w:p>
    <w:p w14:paraId="14250318" w14:textId="77777777" w:rsidR="002007C2" w:rsidRDefault="002007C2" w:rsidP="002007C2">
      <w:r>
        <w:t xml:space="preserve">           0.045353884427582646932 * (round_Gene_Length_bp &lt;= 9906.5 and </w:t>
      </w:r>
    </w:p>
    <w:p w14:paraId="6AF46032" w14:textId="77777777" w:rsidR="002007C2" w:rsidRDefault="002007C2" w:rsidP="002007C2">
      <w:r>
        <w:t xml:space="preserve">                                     round_StdDev_Transcript_length &gt; 166.57864379882812 and </w:t>
      </w:r>
    </w:p>
    <w:p w14:paraId="3C1B4C02" w14:textId="77777777" w:rsidR="002007C2" w:rsidRDefault="002007C2" w:rsidP="002007C2">
      <w:r>
        <w:t xml:space="preserve">                                     round_Average_Transcript_length &gt; 1577.136474609375),</w:t>
      </w:r>
    </w:p>
    <w:p w14:paraId="7E3FCDA7" w14:textId="77777777" w:rsidR="002007C2" w:rsidRDefault="002007C2" w:rsidP="002007C2">
      <w:r>
        <w:t xml:space="preserve">          -0.012720933738028348745 * (round_Phi &lt;= 0.12447576969861984 and </w:t>
      </w:r>
    </w:p>
    <w:p w14:paraId="70C17334" w14:textId="77777777" w:rsidR="002007C2" w:rsidRDefault="002007C2" w:rsidP="002007C2">
      <w:r>
        <w:t xml:space="preserve">                                     round_StdDev_Transcript_length &lt;= 1452.739013671875),</w:t>
      </w:r>
    </w:p>
    <w:p w14:paraId="486D95B0" w14:textId="77777777" w:rsidR="002007C2" w:rsidRDefault="002007C2" w:rsidP="002007C2">
      <w:r>
        <w:t xml:space="preserve">          0.0020671485816952722345 * (round_Tajima__s_D_regulatory &lt;= 1.0544999837875366 and </w:t>
      </w:r>
    </w:p>
    <w:p w14:paraId="2F146E42" w14:textId="77777777" w:rsidR="002007C2" w:rsidRDefault="002007C2" w:rsidP="002007C2">
      <w:r>
        <w:t xml:space="preserve">                                     round_Phi &lt;= 0.9990512132644653 and </w:t>
      </w:r>
    </w:p>
    <w:p w14:paraId="3DD6B457" w14:textId="77777777" w:rsidR="002007C2" w:rsidRDefault="002007C2" w:rsidP="002007C2">
      <w:r>
        <w:t xml:space="preserve">                                     round_Blomen_KBM7 &gt; -0.5153281092643738 and </w:t>
      </w:r>
    </w:p>
    <w:p w14:paraId="70D149B1" w14:textId="77777777" w:rsidR="002007C2" w:rsidRDefault="002007C2" w:rsidP="002007C2">
      <w:r>
        <w:t xml:space="preserve">                                     round_Transcript_count &gt; 20.5),</w:t>
      </w:r>
    </w:p>
    <w:p w14:paraId="2804EE35" w14:textId="77777777" w:rsidR="002007C2" w:rsidRDefault="002007C2" w:rsidP="002007C2">
      <w:r>
        <w:t xml:space="preserve">         -0.0072592442110520818271 * (round_Degree_mi &gt; 0.5 and </w:t>
      </w:r>
    </w:p>
    <w:p w14:paraId="6033381A" w14:textId="77777777" w:rsidR="002007C2" w:rsidRDefault="002007C2" w:rsidP="002007C2">
      <w:r>
        <w:t xml:space="preserve">                                     round_Average_Transcript_length &lt;= 2170.1923828125),</w:t>
      </w:r>
    </w:p>
    <w:p w14:paraId="27FC16E9" w14:textId="77777777" w:rsidR="002007C2" w:rsidRDefault="002007C2" w:rsidP="002007C2">
      <w:r>
        <w:t xml:space="preserve">          0.0016667596308927788533 * (3.308867931365967 &lt; round_missense_Z &lt;= 4.052361965179443 and </w:t>
      </w:r>
    </w:p>
    <w:p w14:paraId="0D07BDD7" w14:textId="77777777" w:rsidR="002007C2" w:rsidRDefault="002007C2" w:rsidP="002007C2">
      <w:r>
        <w:t xml:space="preserve">                                     round_Exon_Count &gt; 97.5),</w:t>
      </w:r>
    </w:p>
    <w:p w14:paraId="7D0AA8BC" w14:textId="77777777" w:rsidR="002007C2" w:rsidRDefault="002007C2" w:rsidP="002007C2">
      <w:r>
        <w:t xml:space="preserve">            0.01867224397834999633 * (round_Blomen_KBM7 &lt;= -0.2516775131225586 and </w:t>
      </w:r>
    </w:p>
    <w:p w14:paraId="1CF82704" w14:textId="77777777" w:rsidR="002007C2" w:rsidRDefault="002007C2" w:rsidP="002007C2">
      <w:r>
        <w:t xml:space="preserve">                                     3.308867931365967 &lt; round_missense_Z &lt;= 4.0613203048706055 and </w:t>
      </w:r>
    </w:p>
    <w:p w14:paraId="76FD7B86" w14:textId="77777777" w:rsidR="002007C2" w:rsidRDefault="002007C2" w:rsidP="002007C2">
      <w:r>
        <w:t xml:space="preserve">                                     round_s_het &gt; 0.015855055302381516),</w:t>
      </w:r>
    </w:p>
    <w:p w14:paraId="7578B0EC" w14:textId="77777777" w:rsidR="002007C2" w:rsidRDefault="002007C2" w:rsidP="002007C2">
      <w:r>
        <w:t xml:space="preserve">           0.061536203645746870294 * (round_dN_dS_Chimp &lt;= 0.5950000286102295 and </w:t>
      </w:r>
    </w:p>
    <w:p w14:paraId="322847A5" w14:textId="77777777" w:rsidR="002007C2" w:rsidRDefault="002007C2" w:rsidP="002007C2">
      <w:r>
        <w:t xml:space="preserve">                                     round_LofTool &gt; 0.9922449588775635),</w:t>
      </w:r>
    </w:p>
    <w:p w14:paraId="4E514CCC" w14:textId="77777777" w:rsidR="002007C2" w:rsidRDefault="002007C2" w:rsidP="002007C2">
      <w:r>
        <w:t xml:space="preserve">           -0.01865222650192009321 * (not Group == u'CM' and </w:t>
      </w:r>
    </w:p>
    <w:p w14:paraId="1FFC0F5E" w14:textId="77777777" w:rsidR="002007C2" w:rsidRDefault="002007C2" w:rsidP="002007C2">
      <w:r>
        <w:t xml:space="preserve">                                     round_dN_dS_Chimp_mi &lt;= 0.5 and </w:t>
      </w:r>
    </w:p>
    <w:p w14:paraId="23E65A26" w14:textId="77777777" w:rsidR="002007C2" w:rsidRDefault="002007C2" w:rsidP="002007C2">
      <w:r>
        <w:t xml:space="preserve">                                     round_Blomen_KBM7_mi &gt; 0.5 and </w:t>
      </w:r>
    </w:p>
    <w:p w14:paraId="571D24D7" w14:textId="77777777" w:rsidR="002007C2" w:rsidRDefault="002007C2" w:rsidP="002007C2">
      <w:r>
        <w:t xml:space="preserve">                                     round_StdDev_Transcript_length &lt;= 2769.32568359375),</w:t>
      </w:r>
    </w:p>
    <w:p w14:paraId="141B3F6C" w14:textId="77777777" w:rsidR="002007C2" w:rsidRDefault="002007C2" w:rsidP="002007C2">
      <w:r>
        <w:t xml:space="preserve">          -0.031063061425573603586 * (round_dN_dS_Chimp_mi &lt;= 0.5 and </w:t>
      </w:r>
    </w:p>
    <w:p w14:paraId="745CDA9D" w14:textId="77777777" w:rsidR="002007C2" w:rsidRDefault="002007C2" w:rsidP="002007C2">
      <w:r>
        <w:t xml:space="preserve">                                     round_StdDev_Transcript_length &lt;= 168.6014404296875),</w:t>
      </w:r>
    </w:p>
    <w:p w14:paraId="293BA4B5" w14:textId="77777777" w:rsidR="002007C2" w:rsidRDefault="002007C2" w:rsidP="002007C2">
      <w:r>
        <w:lastRenderedPageBreak/>
        <w:t xml:space="preserve">           0.016728971448681104889 * (round_Degree &gt; 10.5 and </w:t>
      </w:r>
    </w:p>
    <w:p w14:paraId="702A8E57" w14:textId="77777777" w:rsidR="002007C2" w:rsidRDefault="002007C2" w:rsidP="002007C2">
      <w:r>
        <w:t xml:space="preserve">                                     round_Degree_mi &lt;= 0.5 and </w:t>
      </w:r>
    </w:p>
    <w:p w14:paraId="2BA39099" w14:textId="77777777" w:rsidR="002007C2" w:rsidRDefault="002007C2" w:rsidP="002007C2">
      <w:r>
        <w:t xml:space="preserve">                                     round_LofTool &lt;= 0.9311000108718872 and </w:t>
      </w:r>
    </w:p>
    <w:p w14:paraId="3CEF1420" w14:textId="77777777" w:rsidR="002007C2" w:rsidRDefault="002007C2" w:rsidP="002007C2">
      <w:r>
        <w:t xml:space="preserve">                                     round_s_het &gt; 0.025092266499996185),</w:t>
      </w:r>
    </w:p>
    <w:p w14:paraId="3AE3E199" w14:textId="77777777" w:rsidR="002007C2" w:rsidRDefault="002007C2" w:rsidP="002007C2">
      <w:r>
        <w:t xml:space="preserve">           -0.30582887886172710479 * (round_Degree &lt;= 4.5 and </w:t>
      </w:r>
    </w:p>
    <w:p w14:paraId="5352797B" w14:textId="77777777" w:rsidR="002007C2" w:rsidRDefault="002007C2" w:rsidP="002007C2">
      <w:r>
        <w:t xml:space="preserve">                                     round_Phi &lt;= 0.14253592491149902 and </w:t>
      </w:r>
    </w:p>
    <w:p w14:paraId="1E0B47CA" w14:textId="77777777" w:rsidR="002007C2" w:rsidRDefault="002007C2" w:rsidP="002007C2">
      <w:r>
        <w:t xml:space="preserve">                                     round_StdDev_Transcript_length &gt; 616.5709228515625),</w:t>
      </w:r>
    </w:p>
    <w:p w14:paraId="31CDDDA3" w14:textId="77777777" w:rsidR="002007C2" w:rsidRDefault="002007C2" w:rsidP="002007C2">
      <w:r>
        <w:t xml:space="preserve">           0.017548642979559044702 * (round_End &lt;= 100419720.0 and </w:t>
      </w:r>
    </w:p>
    <w:p w14:paraId="41BC741B" w14:textId="77777777" w:rsidR="002007C2" w:rsidRDefault="002007C2" w:rsidP="002007C2">
      <w:r>
        <w:t xml:space="preserve">                                     round_missense_Z &lt;= 4.031624794006348 and </w:t>
      </w:r>
    </w:p>
    <w:p w14:paraId="75BF0AFE" w14:textId="77777777" w:rsidR="002007C2" w:rsidRDefault="002007C2" w:rsidP="002007C2">
      <w:r>
        <w:t xml:space="preserve">                                     round_StdDev_Transcript_length &gt; 166.57864379882812 and </w:t>
      </w:r>
    </w:p>
    <w:p w14:paraId="3D15B4A6" w14:textId="77777777" w:rsidR="002007C2" w:rsidRDefault="002007C2" w:rsidP="002007C2">
      <w:r>
        <w:t xml:space="preserve">                                     round_Exon_Count &lt;= 221.5),</w:t>
      </w:r>
    </w:p>
    <w:p w14:paraId="04C0203F" w14:textId="77777777" w:rsidR="002007C2" w:rsidRDefault="002007C2" w:rsidP="002007C2">
      <w:r>
        <w:t xml:space="preserve">           0.033533794559069317331 * (round_End &lt;= 100419720.0 and </w:t>
      </w:r>
    </w:p>
    <w:p w14:paraId="59A1BF7E" w14:textId="77777777" w:rsidR="002007C2" w:rsidRDefault="002007C2" w:rsidP="002007C2">
      <w:r>
        <w:t xml:space="preserve">                                     round_Degree &gt; 12.5 and </w:t>
      </w:r>
    </w:p>
    <w:p w14:paraId="2D3C1DDD" w14:textId="77777777" w:rsidR="002007C2" w:rsidRDefault="002007C2" w:rsidP="002007C2">
      <w:r>
        <w:t xml:space="preserve">                                     round_LofTool &gt; 0.812000036239624 and </w:t>
      </w:r>
    </w:p>
    <w:p w14:paraId="76527FFF" w14:textId="77777777" w:rsidR="002007C2" w:rsidRDefault="002007C2" w:rsidP="002007C2">
      <w:r>
        <w:t xml:space="preserve">                                     round_Exon_Count &lt;= 221.5),</w:t>
      </w:r>
    </w:p>
    <w:p w14:paraId="56055C3C" w14:textId="77777777" w:rsidR="002007C2" w:rsidRDefault="002007C2" w:rsidP="002007C2">
      <w:r>
        <w:t xml:space="preserve">          0.0065947414569974410758 * (not Group == u'MNC' and </w:t>
      </w:r>
    </w:p>
    <w:p w14:paraId="26B05AB7" w14:textId="77777777" w:rsidR="002007C2" w:rsidRDefault="002007C2" w:rsidP="002007C2">
      <w:r>
        <w:t xml:space="preserve">                                     round_End &gt; 100419720.0 and </w:t>
      </w:r>
    </w:p>
    <w:p w14:paraId="5694EE0E" w14:textId="77777777" w:rsidR="002007C2" w:rsidRDefault="002007C2" w:rsidP="002007C2">
      <w:r>
        <w:t xml:space="preserve">                                     round_Tajima__s_D_regulatory &gt; -1.2855000495910645 and </w:t>
      </w:r>
    </w:p>
    <w:p w14:paraId="2A7D652E" w14:textId="77777777" w:rsidR="002007C2" w:rsidRDefault="002007C2" w:rsidP="002007C2">
      <w:r>
        <w:t xml:space="preserve">                                     round_StdDev_Transcript_length &lt;= 635.1746826171875),</w:t>
      </w:r>
    </w:p>
    <w:p w14:paraId="279F643D" w14:textId="77777777" w:rsidR="002007C2" w:rsidRDefault="002007C2" w:rsidP="002007C2">
      <w:r>
        <w:t xml:space="preserve">         -0.0056566784579737171626 * (round_Degree &gt; 4.5 and </w:t>
      </w:r>
    </w:p>
    <w:p w14:paraId="28D5396D" w14:textId="77777777" w:rsidR="002007C2" w:rsidRDefault="002007C2" w:rsidP="002007C2">
      <w:r>
        <w:t xml:space="preserve">                                     round_Closeness &lt;= 0.3149999976158142 and </w:t>
      </w:r>
    </w:p>
    <w:p w14:paraId="1708C618" w14:textId="77777777" w:rsidR="002007C2" w:rsidRDefault="002007C2" w:rsidP="002007C2">
      <w:r>
        <w:t xml:space="preserve">                                     round_Transcript_count &gt; 24.5 and </w:t>
      </w:r>
    </w:p>
    <w:p w14:paraId="46A442BC" w14:textId="77777777" w:rsidR="002007C2" w:rsidRDefault="002007C2" w:rsidP="002007C2">
      <w:r>
        <w:t xml:space="preserve">                                     round_StdDev_Transcript_length &gt; 897.559326171875),</w:t>
      </w:r>
    </w:p>
    <w:p w14:paraId="26A11318" w14:textId="77777777" w:rsidR="002007C2" w:rsidRDefault="002007C2" w:rsidP="002007C2">
      <w:r>
        <w:t xml:space="preserve">           0.081239321752520798903 * (round_Tajima__s_D_regulatory &gt; -1.2874999046325684 and </w:t>
      </w:r>
    </w:p>
    <w:p w14:paraId="0C664FAC" w14:textId="77777777" w:rsidR="002007C2" w:rsidRDefault="002007C2" w:rsidP="002007C2">
      <w:r>
        <w:t xml:space="preserve">                                     3.2976694107055664 &lt; round_missense_Z &lt;= 3.8540451526641846),</w:t>
      </w:r>
    </w:p>
    <w:p w14:paraId="4C0B25B1" w14:textId="77777777" w:rsidR="002007C2" w:rsidRDefault="002007C2" w:rsidP="002007C2">
      <w:r>
        <w:t xml:space="preserve">           0.030930760440212312634 * (round_Degree &gt; 35.5 and </w:t>
      </w:r>
    </w:p>
    <w:p w14:paraId="62B1D795" w14:textId="77777777" w:rsidR="002007C2" w:rsidRDefault="002007C2" w:rsidP="002007C2">
      <w:r>
        <w:t xml:space="preserve">                                     round_Degree_mi &lt;= 0.5 and </w:t>
      </w:r>
    </w:p>
    <w:p w14:paraId="5BA858A0" w14:textId="77777777" w:rsidR="002007C2" w:rsidRDefault="002007C2" w:rsidP="002007C2">
      <w:r>
        <w:t xml:space="preserve">                                     round_Blomen_KBM7 &lt;= -0.1796257197856903 and </w:t>
      </w:r>
    </w:p>
    <w:p w14:paraId="645CE8BC" w14:textId="77777777" w:rsidR="002007C2" w:rsidRDefault="002007C2" w:rsidP="002007C2">
      <w:r>
        <w:t xml:space="preserve">                                     round_LofTool &lt;= 0.874500036239624),</w:t>
      </w:r>
    </w:p>
    <w:p w14:paraId="5B5962BD" w14:textId="77777777" w:rsidR="002007C2" w:rsidRDefault="002007C2" w:rsidP="002007C2">
      <w:r>
        <w:t xml:space="preserve">         -0.0074955400533961748233 * (round_Closeness &gt; 0.2549999952316284 and </w:t>
      </w:r>
    </w:p>
    <w:p w14:paraId="0F2DE2D3" w14:textId="77777777" w:rsidR="002007C2" w:rsidRDefault="002007C2" w:rsidP="002007C2">
      <w:r>
        <w:t xml:space="preserve">                                     round_Phi &gt; 0.0015477617271244526 and </w:t>
      </w:r>
    </w:p>
    <w:p w14:paraId="6E637D49" w14:textId="77777777" w:rsidR="002007C2" w:rsidRDefault="002007C2" w:rsidP="002007C2">
      <w:r>
        <w:t xml:space="preserve">                                     round_StdDev_Transcript_length &lt;= 2427.245361328125 and </w:t>
      </w:r>
    </w:p>
    <w:p w14:paraId="79CA420B" w14:textId="77777777" w:rsidR="002007C2" w:rsidRDefault="002007C2" w:rsidP="002007C2">
      <w:r>
        <w:t xml:space="preserve">                                     round_Exon_Count &lt;= 96.5),</w:t>
      </w:r>
    </w:p>
    <w:p w14:paraId="5F5488D2" w14:textId="77777777" w:rsidR="002007C2" w:rsidRDefault="002007C2" w:rsidP="002007C2">
      <w:r>
        <w:t xml:space="preserve">          0.0060206295646320932488 * (round_dN_dS_Chimp_mi &lt;= 0.5 and </w:t>
      </w:r>
    </w:p>
    <w:p w14:paraId="4911BEA0" w14:textId="77777777" w:rsidR="002007C2" w:rsidRDefault="002007C2" w:rsidP="002007C2">
      <w:r>
        <w:t xml:space="preserve">                                     round_s_het &gt; 0.01754925772547722 and </w:t>
      </w:r>
    </w:p>
    <w:p w14:paraId="48CACDE6" w14:textId="77777777" w:rsidR="002007C2" w:rsidRDefault="002007C2" w:rsidP="002007C2">
      <w:r>
        <w:t xml:space="preserve">                                     round_Transcript_count &lt;= 26.5 and </w:t>
      </w:r>
    </w:p>
    <w:p w14:paraId="2749DF3A" w14:textId="77777777" w:rsidR="002007C2" w:rsidRDefault="002007C2" w:rsidP="002007C2">
      <w:r>
        <w:t xml:space="preserve">                                     round_StdDev_Transcript_length &gt; 169.24288940429688),</w:t>
      </w:r>
    </w:p>
    <w:p w14:paraId="58057269" w14:textId="77777777" w:rsidR="002007C2" w:rsidRDefault="002007C2" w:rsidP="002007C2">
      <w:r>
        <w:t xml:space="preserve">          -0.022479192865490577047 * (Group == u'NDNE' and </w:t>
      </w:r>
    </w:p>
    <w:p w14:paraId="640304C7" w14:textId="77777777" w:rsidR="002007C2" w:rsidRDefault="002007C2" w:rsidP="002007C2">
      <w:r>
        <w:t xml:space="preserve">                                     round_Degree &lt;= 8.5 and </w:t>
      </w:r>
    </w:p>
    <w:p w14:paraId="62DB2FF1" w14:textId="77777777" w:rsidR="002007C2" w:rsidRDefault="002007C2" w:rsidP="002007C2">
      <w:r>
        <w:t xml:space="preserve">                                     round_Phi &lt;= 0.18718643486499786 and </w:t>
      </w:r>
    </w:p>
    <w:p w14:paraId="0DCB0EBD" w14:textId="77777777" w:rsidR="002007C2" w:rsidRDefault="002007C2" w:rsidP="002007C2">
      <w:r>
        <w:t xml:space="preserve">                                     round_StdDev_Transcript_length &gt; 714.5440063476562),</w:t>
      </w:r>
    </w:p>
    <w:p w14:paraId="42012880" w14:textId="77777777" w:rsidR="002007C2" w:rsidRDefault="002007C2" w:rsidP="002007C2">
      <w:r>
        <w:t xml:space="preserve">          -0.004902590801046578968 * (not Group == u'MNC' and </w:t>
      </w:r>
    </w:p>
    <w:p w14:paraId="417B870C" w14:textId="77777777" w:rsidR="002007C2" w:rsidRDefault="002007C2" w:rsidP="002007C2">
      <w:r>
        <w:t xml:space="preserve">                                     round_s_het &lt;= 0.015855055302381516),</w:t>
      </w:r>
    </w:p>
    <w:p w14:paraId="3AF8BB50" w14:textId="77777777" w:rsidR="002007C2" w:rsidRDefault="002007C2" w:rsidP="002007C2">
      <w:r>
        <w:t xml:space="preserve">          -0.017831132034095014544 * (Group == u'NDNE' and </w:t>
      </w:r>
    </w:p>
    <w:p w14:paraId="7336D1BD" w14:textId="77777777" w:rsidR="002007C2" w:rsidRDefault="002007C2" w:rsidP="002007C2">
      <w:r>
        <w:t xml:space="preserve">                                     round_End &lt;= 100419720.0 and </w:t>
      </w:r>
    </w:p>
    <w:p w14:paraId="19192C29" w14:textId="77777777" w:rsidR="002007C2" w:rsidRDefault="002007C2" w:rsidP="002007C2">
      <w:r>
        <w:t xml:space="preserve">                                     round_Closeness &lt;= 0.3149999976158142 and </w:t>
      </w:r>
    </w:p>
    <w:p w14:paraId="75BFD4F7" w14:textId="77777777" w:rsidR="002007C2" w:rsidRDefault="002007C2" w:rsidP="002007C2">
      <w:r>
        <w:lastRenderedPageBreak/>
        <w:t xml:space="preserve">                                     round_Blomen_KBM7 &gt; -0.25102293491363525),</w:t>
      </w:r>
    </w:p>
    <w:p w14:paraId="5B5A1126" w14:textId="77777777" w:rsidR="002007C2" w:rsidRDefault="002007C2" w:rsidP="002007C2">
      <w:r>
        <w:t xml:space="preserve">           0.013623595360248288294 * (round_Closeness &gt; 0.2549999952316284 and </w:t>
      </w:r>
    </w:p>
    <w:p w14:paraId="2950BDBE" w14:textId="77777777" w:rsidR="002007C2" w:rsidRDefault="002007C2" w:rsidP="002007C2">
      <w:r>
        <w:t xml:space="preserve">                                     round_dN_dS_Chimp &lt;= 0.5950000286102295 and </w:t>
      </w:r>
    </w:p>
    <w:p w14:paraId="198BDAD2" w14:textId="77777777" w:rsidR="002007C2" w:rsidRDefault="002007C2" w:rsidP="002007C2">
      <w:r>
        <w:t xml:space="preserve">                                     round_StdDev_Transcript_length &lt;= 2430.197265625 and </w:t>
      </w:r>
    </w:p>
    <w:p w14:paraId="255677FE" w14:textId="77777777" w:rsidR="002007C2" w:rsidRDefault="002007C2" w:rsidP="002007C2">
      <w:r>
        <w:t xml:space="preserve">                                     round_Exon_Count &lt;= 246.0),</w:t>
      </w:r>
    </w:p>
    <w:p w14:paraId="01460C9D" w14:textId="77777777" w:rsidR="002007C2" w:rsidRDefault="002007C2" w:rsidP="002007C2">
      <w:r>
        <w:t xml:space="preserve">           0.018865549838809763522 * (round_dN_dS_Chimp_mi &lt;= 0.5 and </w:t>
      </w:r>
    </w:p>
    <w:p w14:paraId="775EA57E" w14:textId="77777777" w:rsidR="002007C2" w:rsidRDefault="002007C2" w:rsidP="002007C2">
      <w:r>
        <w:t xml:space="preserve">                                     round_missense_Z &lt;= 3.2976694107055664 and </w:t>
      </w:r>
    </w:p>
    <w:p w14:paraId="04FFD767" w14:textId="77777777" w:rsidR="002007C2" w:rsidRDefault="002007C2" w:rsidP="002007C2">
      <w:r>
        <w:t xml:space="preserve">                                     round_StdDev_Transcript_length &gt; 166.57864379882812 and </w:t>
      </w:r>
    </w:p>
    <w:p w14:paraId="65F73666" w14:textId="77777777" w:rsidR="002007C2" w:rsidRDefault="002007C2" w:rsidP="002007C2">
      <w:r>
        <w:t xml:space="preserve">                                     round_Average_Transcript_length &lt;= 2071.857421875),</w:t>
      </w:r>
    </w:p>
    <w:p w14:paraId="57EED8CB" w14:textId="77777777" w:rsidR="002007C2" w:rsidRDefault="002007C2" w:rsidP="002007C2">
      <w:r>
        <w:t xml:space="preserve">           0.014732213904117162293 * (round_Degree &gt; 12.5 and </w:t>
      </w:r>
    </w:p>
    <w:p w14:paraId="00FFD99D" w14:textId="77777777" w:rsidR="002007C2" w:rsidRDefault="002007C2" w:rsidP="002007C2">
      <w:r>
        <w:t xml:space="preserve">                                     round_dN_dS_Chimp_mi &lt;= 0.5 and </w:t>
      </w:r>
    </w:p>
    <w:p w14:paraId="724C04CB" w14:textId="77777777" w:rsidR="002007C2" w:rsidRDefault="002007C2" w:rsidP="002007C2">
      <w:r>
        <w:t xml:space="preserve">                                     round_s_het &gt; 0.015838049352169037 and </w:t>
      </w:r>
    </w:p>
    <w:p w14:paraId="6960D8C1" w14:textId="77777777" w:rsidR="002007C2" w:rsidRDefault="002007C2" w:rsidP="002007C2">
      <w:r>
        <w:t xml:space="preserve">                                     round_StdDev_Transcript_length &gt; 168.6014404296875),</w:t>
      </w:r>
    </w:p>
    <w:p w14:paraId="436856FA" w14:textId="77777777" w:rsidR="002007C2" w:rsidRDefault="002007C2" w:rsidP="002007C2">
      <w:r>
        <w:t xml:space="preserve">          -0.016714848080446102069 * (not Group == u'CM' and </w:t>
      </w:r>
    </w:p>
    <w:p w14:paraId="14DDA01F" w14:textId="77777777" w:rsidR="002007C2" w:rsidRDefault="002007C2" w:rsidP="002007C2">
      <w:r>
        <w:t xml:space="preserve">                                     round_Tajima__s_D_regulatory &gt; 0.9564999938011169 and </w:t>
      </w:r>
    </w:p>
    <w:p w14:paraId="15547CF0" w14:textId="77777777" w:rsidR="002007C2" w:rsidRDefault="002007C2" w:rsidP="002007C2">
      <w:r>
        <w:t xml:space="preserve">                                     round_Blomen_KBM7 &gt; -0.5147985219955444 and </w:t>
      </w:r>
    </w:p>
    <w:p w14:paraId="6549B516" w14:textId="77777777" w:rsidR="002007C2" w:rsidRDefault="002007C2" w:rsidP="002007C2">
      <w:r>
        <w:t xml:space="preserve">                                     round_Gene_Length_bp &lt;= 37999.5),</w:t>
      </w:r>
    </w:p>
    <w:p w14:paraId="57B50C25" w14:textId="77777777" w:rsidR="002007C2" w:rsidRDefault="002007C2" w:rsidP="002007C2">
      <w:r>
        <w:t xml:space="preserve">          -0.015963145907007737778 * (round_StdDev_Transcript_length &lt;= 590.2589111328125),</w:t>
      </w:r>
    </w:p>
    <w:p w14:paraId="579FCAA5" w14:textId="77777777" w:rsidR="002007C2" w:rsidRDefault="002007C2" w:rsidP="002007C2">
      <w:r>
        <w:t xml:space="preserve">         -0.0060448945213366633844 * (Group == u'NDNE' and </w:t>
      </w:r>
    </w:p>
    <w:p w14:paraId="282E08AA" w14:textId="77777777" w:rsidR="002007C2" w:rsidRDefault="002007C2" w:rsidP="002007C2">
      <w:r>
        <w:t xml:space="preserve">                                     round_Degree_mi &lt;= 0.5 and </w:t>
      </w:r>
    </w:p>
    <w:p w14:paraId="090F2ABE" w14:textId="77777777" w:rsidR="002007C2" w:rsidRDefault="002007C2" w:rsidP="002007C2">
      <w:r>
        <w:t xml:space="preserve">                                     round_s_het &gt; 0.02767527475953102),</w:t>
      </w:r>
    </w:p>
    <w:p w14:paraId="25E76B5B" w14:textId="77777777" w:rsidR="002007C2" w:rsidRDefault="002007C2" w:rsidP="002007C2">
      <w:r>
        <w:t xml:space="preserve">           0.027704609106936072677 * (not Group == u'NDNE' and </w:t>
      </w:r>
    </w:p>
    <w:p w14:paraId="3A0E3B9B" w14:textId="77777777" w:rsidR="002007C2" w:rsidRDefault="002007C2" w:rsidP="002007C2">
      <w:r>
        <w:t xml:space="preserve">                                     round_missense_Z &lt;= 1.43977952003479 and </w:t>
      </w:r>
    </w:p>
    <w:p w14:paraId="4F116FF7" w14:textId="77777777" w:rsidR="002007C2" w:rsidRDefault="002007C2" w:rsidP="002007C2">
      <w:r>
        <w:t xml:space="preserve">                                     round_StdDev_Transcript_length &gt; 586.8510131835938 and </w:t>
      </w:r>
    </w:p>
    <w:p w14:paraId="6B013B95" w14:textId="77777777" w:rsidR="002007C2" w:rsidRDefault="002007C2" w:rsidP="002007C2">
      <w:r>
        <w:t xml:space="preserve">                                     round_Exon_Count &lt;= 229.5),</w:t>
      </w:r>
    </w:p>
    <w:p w14:paraId="2957AFB4" w14:textId="77777777" w:rsidR="002007C2" w:rsidRDefault="002007C2" w:rsidP="002007C2">
      <w:r>
        <w:t xml:space="preserve">          -0.051098898316382507234 * (round_Closeness &gt; 0.2549999952316284 and </w:t>
      </w:r>
    </w:p>
    <w:p w14:paraId="23FC4783" w14:textId="77777777" w:rsidR="002007C2" w:rsidRDefault="002007C2" w:rsidP="002007C2">
      <w:r>
        <w:t xml:space="preserve">                                     3.8498473167419434 &lt; round_missense_Z &lt;= 4.052361965179443),</w:t>
      </w:r>
    </w:p>
    <w:p w14:paraId="20502C22" w14:textId="77777777" w:rsidR="002007C2" w:rsidRDefault="002007C2" w:rsidP="002007C2">
      <w:r>
        <w:t xml:space="preserve">          -0.058386046266751971678 * (round_Blomen_KBM7 &gt; -0.1469864696264267),</w:t>
      </w:r>
    </w:p>
    <w:p w14:paraId="3EB9C907" w14:textId="77777777" w:rsidR="002007C2" w:rsidRDefault="002007C2" w:rsidP="002007C2">
      <w:r>
        <w:t xml:space="preserve">          0.0060639684811802183756 * (round_Closeness &lt;= 0.35500001907348633 and </w:t>
      </w:r>
    </w:p>
    <w:p w14:paraId="7861DF9D" w14:textId="77777777" w:rsidR="002007C2" w:rsidRDefault="002007C2" w:rsidP="002007C2">
      <w:r>
        <w:t xml:space="preserve">                                     round_dN_dS_Chimp &lt;= 0.5849999785423279 and </w:t>
      </w:r>
    </w:p>
    <w:p w14:paraId="5DCC9493" w14:textId="77777777" w:rsidR="002007C2" w:rsidRDefault="002007C2" w:rsidP="002007C2">
      <w:r>
        <w:t xml:space="preserve">                                     round_missense_Z &lt;= 4.052361965179443 and </w:t>
      </w:r>
    </w:p>
    <w:p w14:paraId="0C6CC610" w14:textId="77777777" w:rsidR="002007C2" w:rsidRDefault="002007C2" w:rsidP="002007C2">
      <w:r>
        <w:t xml:space="preserve">                                     round_Gene_Length_bp &gt; 2814.5),</w:t>
      </w:r>
    </w:p>
    <w:p w14:paraId="43F7148D" w14:textId="77777777" w:rsidR="002007C2" w:rsidRDefault="002007C2" w:rsidP="002007C2">
      <w:r>
        <w:t xml:space="preserve">            0.05233613286777938356 * (Group == u'NDNE' and </w:t>
      </w:r>
    </w:p>
    <w:p w14:paraId="78DC3CA9" w14:textId="77777777" w:rsidR="002007C2" w:rsidRDefault="002007C2" w:rsidP="002007C2">
      <w:r>
        <w:t xml:space="preserve">                                     round_Closeness &lt;= 0.2549999952316284 and </w:t>
      </w:r>
    </w:p>
    <w:p w14:paraId="34101EA0" w14:textId="77777777" w:rsidR="002007C2" w:rsidRDefault="002007C2" w:rsidP="002007C2">
      <w:r>
        <w:t xml:space="preserve">                                     round_Phi &gt; 0.1670895218849182),</w:t>
      </w:r>
    </w:p>
    <w:p w14:paraId="6973A415" w14:textId="77777777" w:rsidR="002007C2" w:rsidRDefault="002007C2" w:rsidP="002007C2">
      <w:r>
        <w:t xml:space="preserve">           -0.17848306160053159508 * (round_Degree &lt;= 4.5 and </w:t>
      </w:r>
    </w:p>
    <w:p w14:paraId="146AB02B" w14:textId="77777777" w:rsidR="002007C2" w:rsidRDefault="002007C2" w:rsidP="002007C2">
      <w:r>
        <w:t xml:space="preserve">                                     round_StdDev_Transcript_length &lt;= 1049.45654296875),</w:t>
      </w:r>
    </w:p>
    <w:p w14:paraId="5BF522BB" w14:textId="77777777" w:rsidR="002007C2" w:rsidRDefault="002007C2" w:rsidP="002007C2">
      <w:r>
        <w:t xml:space="preserve">        -0.00011540571561985079577 * (round_Tajima__s_D_regulatory &lt;= -1.2855000495910645 and </w:t>
      </w:r>
    </w:p>
    <w:p w14:paraId="66425A37" w14:textId="77777777" w:rsidR="002007C2" w:rsidRDefault="002007C2" w:rsidP="002007C2">
      <w:r>
        <w:t xml:space="preserve">                                     round_Blomen_KBM7 &gt; -0.5154076814651489 and </w:t>
      </w:r>
    </w:p>
    <w:p w14:paraId="1A8BDA9B" w14:textId="77777777" w:rsidR="002007C2" w:rsidRDefault="002007C2" w:rsidP="002007C2">
      <w:r>
        <w:t xml:space="preserve">                                     round_LofTool &lt;= 0.8144999742507935),</w:t>
      </w:r>
    </w:p>
    <w:p w14:paraId="024E31FF" w14:textId="77777777" w:rsidR="002007C2" w:rsidRDefault="002007C2" w:rsidP="002007C2">
      <w:r>
        <w:t xml:space="preserve">          -0.010416764352577573272 * (round_missense_Z &lt;= 3.325303077697754 and </w:t>
      </w:r>
    </w:p>
    <w:p w14:paraId="0CE0B445" w14:textId="77777777" w:rsidR="002007C2" w:rsidRDefault="002007C2" w:rsidP="002007C2">
      <w:r>
        <w:t xml:space="preserve">                                     round_LofTool &lt;= 0.9922800064086914 and </w:t>
      </w:r>
    </w:p>
    <w:p w14:paraId="23706A20" w14:textId="77777777" w:rsidR="002007C2" w:rsidRDefault="002007C2" w:rsidP="002007C2">
      <w:r>
        <w:t xml:space="preserve">                                     round_StdDev_Transcript_length &gt; 2377.90625),</w:t>
      </w:r>
    </w:p>
    <w:p w14:paraId="2AA41ACB" w14:textId="77777777" w:rsidR="002007C2" w:rsidRDefault="002007C2" w:rsidP="002007C2">
      <w:r>
        <w:t xml:space="preserve">           -0.05612691108153916586 * (Group == u'NDNE' and </w:t>
      </w:r>
    </w:p>
    <w:p w14:paraId="74A4ABC8" w14:textId="77777777" w:rsidR="002007C2" w:rsidRDefault="002007C2" w:rsidP="002007C2">
      <w:r>
        <w:t xml:space="preserve">                                     round_missense_Z &gt; 1.1351158618927002 and </w:t>
      </w:r>
    </w:p>
    <w:p w14:paraId="6C5F0B88" w14:textId="77777777" w:rsidR="002007C2" w:rsidRDefault="002007C2" w:rsidP="002007C2">
      <w:r>
        <w:lastRenderedPageBreak/>
        <w:t xml:space="preserve">                                     round_Transcript_count &lt;= 10.5),</w:t>
      </w:r>
    </w:p>
    <w:p w14:paraId="154A49FC" w14:textId="77777777" w:rsidR="002007C2" w:rsidRDefault="002007C2" w:rsidP="002007C2">
      <w:r>
        <w:t xml:space="preserve">           0.090625893742273977427 * (round_Degree &gt; 3.5 and </w:t>
      </w:r>
    </w:p>
    <w:p w14:paraId="5E04F979" w14:textId="77777777" w:rsidR="002007C2" w:rsidRDefault="002007C2" w:rsidP="002007C2">
      <w:r>
        <w:t xml:space="preserve">                                     round_Closeness &gt; 0.3149999976158142 and </w:t>
      </w:r>
    </w:p>
    <w:p w14:paraId="7FE3883F" w14:textId="77777777" w:rsidR="002007C2" w:rsidRDefault="002007C2" w:rsidP="002007C2">
      <w:r>
        <w:t xml:space="preserve">                                     round_Gene_Length_bp &lt;= 41501.0),</w:t>
      </w:r>
    </w:p>
    <w:p w14:paraId="56EECB4D" w14:textId="77777777" w:rsidR="002007C2" w:rsidRDefault="002007C2" w:rsidP="002007C2">
      <w:r>
        <w:t xml:space="preserve">           0.019908066071534915448 * (round_LofTool &gt; 0.9920099973678589 and </w:t>
      </w:r>
    </w:p>
    <w:p w14:paraId="21FA30E6" w14:textId="77777777" w:rsidR="002007C2" w:rsidRDefault="002007C2" w:rsidP="002007C2">
      <w:r>
        <w:t xml:space="preserve">                                     round_Exon_Count &gt; 86.5),</w:t>
      </w:r>
    </w:p>
    <w:p w14:paraId="1632BEED" w14:textId="77777777" w:rsidR="002007C2" w:rsidRDefault="002007C2" w:rsidP="002007C2">
      <w:r>
        <w:t xml:space="preserve">          -0.014119188513395540888 * (not Group == u'MNC' and </w:t>
      </w:r>
    </w:p>
    <w:p w14:paraId="33D335A2" w14:textId="77777777" w:rsidR="002007C2" w:rsidRDefault="002007C2" w:rsidP="002007C2">
      <w:r>
        <w:t xml:space="preserve">                                     round_Phi &lt;= 0.0015477617271244526),</w:t>
      </w:r>
    </w:p>
    <w:p w14:paraId="48BD4FC8" w14:textId="77777777" w:rsidR="002007C2" w:rsidRDefault="002007C2" w:rsidP="002007C2">
      <w:r>
        <w:t xml:space="preserve">          0.0046295616520464280552 * (round_Degree &gt; 3.5 and </w:t>
      </w:r>
    </w:p>
    <w:p w14:paraId="21AA93E2" w14:textId="77777777" w:rsidR="002007C2" w:rsidRDefault="002007C2" w:rsidP="002007C2">
      <w:r>
        <w:t xml:space="preserve">                                     round_Exon_Count &gt; 156.5),</w:t>
      </w:r>
    </w:p>
    <w:p w14:paraId="27F811FB" w14:textId="77777777" w:rsidR="002007C2" w:rsidRDefault="002007C2" w:rsidP="002007C2">
      <w:r>
        <w:t xml:space="preserve">           0.017556588763314336793 * (round_Degree &lt;= 12.5 and </w:t>
      </w:r>
    </w:p>
    <w:p w14:paraId="72D68B98" w14:textId="77777777" w:rsidR="002007C2" w:rsidRDefault="002007C2" w:rsidP="002007C2">
      <w:r>
        <w:t xml:space="preserve">                                     round_Blomen_KBM7 &lt;= -0.1114160418510437 and </w:t>
      </w:r>
    </w:p>
    <w:p w14:paraId="2BB63603" w14:textId="77777777" w:rsidR="002007C2" w:rsidRDefault="002007C2" w:rsidP="002007C2">
      <w:r>
        <w:t xml:space="preserve">                                     round_StdDev_Transcript_length &lt;= 2377.90625 and </w:t>
      </w:r>
    </w:p>
    <w:p w14:paraId="0842EB3B" w14:textId="77777777" w:rsidR="002007C2" w:rsidRDefault="002007C2" w:rsidP="002007C2">
      <w:r>
        <w:t xml:space="preserve">                                     round_Average_Transcript_length &gt; 2169.3193359375),</w:t>
      </w:r>
    </w:p>
    <w:p w14:paraId="0A46FD9E" w14:textId="77777777" w:rsidR="002007C2" w:rsidRDefault="002007C2" w:rsidP="002007C2">
      <w:r>
        <w:t xml:space="preserve">             0.0187314523846858344 * (Group == u'NDNE' and </w:t>
      </w:r>
    </w:p>
    <w:p w14:paraId="607C5F4D" w14:textId="77777777" w:rsidR="002007C2" w:rsidRDefault="002007C2" w:rsidP="002007C2">
      <w:r>
        <w:t xml:space="preserve">                                     round_Degree_mi &lt;= 0.5 and </w:t>
      </w:r>
    </w:p>
    <w:p w14:paraId="1E610310" w14:textId="77777777" w:rsidR="002007C2" w:rsidRDefault="002007C2" w:rsidP="002007C2">
      <w:r>
        <w:t xml:space="preserve">                                     round_Phi &gt; 0.00028779974672943354 and </w:t>
      </w:r>
    </w:p>
    <w:p w14:paraId="0ABF3A7B" w14:textId="77777777" w:rsidR="002007C2" w:rsidRDefault="002007C2" w:rsidP="002007C2">
      <w:r>
        <w:t xml:space="preserve">                                     round_StdDev_Transcript_length &gt; 1207.362548828125),</w:t>
      </w:r>
    </w:p>
    <w:p w14:paraId="653346F7" w14:textId="77777777" w:rsidR="002007C2" w:rsidRDefault="002007C2" w:rsidP="002007C2">
      <w:r>
        <w:t xml:space="preserve">           0.021330433143297765353 * (round_Degree &lt;= 64.5 and </w:t>
      </w:r>
    </w:p>
    <w:p w14:paraId="7B365A1A" w14:textId="77777777" w:rsidR="002007C2" w:rsidRDefault="002007C2" w:rsidP="002007C2">
      <w:r>
        <w:t xml:space="preserve">                                     round_Degree_mi &lt;= 0.5 and </w:t>
      </w:r>
    </w:p>
    <w:p w14:paraId="6F2B989E" w14:textId="77777777" w:rsidR="002007C2" w:rsidRDefault="002007C2" w:rsidP="002007C2">
      <w:r>
        <w:t xml:space="preserve">                                     round_Closeness &gt; 0.3149999976158142 and </w:t>
      </w:r>
    </w:p>
    <w:p w14:paraId="768AEB4B" w14:textId="77777777" w:rsidR="002007C2" w:rsidRDefault="002007C2" w:rsidP="002007C2">
      <w:r>
        <w:t xml:space="preserve">                                     round_Exon_Count &lt;= 156.5),</w:t>
      </w:r>
    </w:p>
    <w:p w14:paraId="4A718CDD" w14:textId="77777777" w:rsidR="002007C2" w:rsidRDefault="002007C2" w:rsidP="002007C2">
      <w:r>
        <w:t xml:space="preserve">           0.021452094564182736663 * (round_Tajima__s_D_regulatory &gt; -1.2874999046325684 and </w:t>
      </w:r>
    </w:p>
    <w:p w14:paraId="0135D46E" w14:textId="77777777" w:rsidR="002007C2" w:rsidRDefault="002007C2" w:rsidP="002007C2">
      <w:r>
        <w:t xml:space="preserve">                                     round_Blomen_KBM7 &lt;= -0.12487166374921799 and </w:t>
      </w:r>
    </w:p>
    <w:p w14:paraId="092320C9" w14:textId="77777777" w:rsidR="002007C2" w:rsidRDefault="002007C2" w:rsidP="002007C2">
      <w:r>
        <w:t xml:space="preserve">                                     round_missense_Z &lt;= 3.134337902069092),</w:t>
      </w:r>
    </w:p>
    <w:p w14:paraId="23AD6191" w14:textId="77777777" w:rsidR="002007C2" w:rsidRDefault="002007C2" w:rsidP="002007C2">
      <w:r>
        <w:t xml:space="preserve">          -0.032839560232847293808 * (round_missense_Z &gt; 3.04426908493042 and </w:t>
      </w:r>
    </w:p>
    <w:p w14:paraId="4D84AC8A" w14:textId="77777777" w:rsidR="002007C2" w:rsidRDefault="002007C2" w:rsidP="002007C2">
      <w:r>
        <w:t xml:space="preserve">                                     round_StdDev_Transcript_length &lt;= 167.33212280273438),</w:t>
      </w:r>
    </w:p>
    <w:p w14:paraId="75DBF672" w14:textId="77777777" w:rsidR="002007C2" w:rsidRDefault="002007C2" w:rsidP="002007C2">
      <w:r>
        <w:t xml:space="preserve">           0.012377636161393038711 * (round_End &lt;= 100419720.0 and </w:t>
      </w:r>
    </w:p>
    <w:p w14:paraId="128A6083" w14:textId="77777777" w:rsidR="002007C2" w:rsidRDefault="002007C2" w:rsidP="002007C2">
      <w:r>
        <w:t xml:space="preserve">                                     round_Blomen_KBM7 &lt;= -0.5154723525047302 and </w:t>
      </w:r>
    </w:p>
    <w:p w14:paraId="61A5470C" w14:textId="77777777" w:rsidR="002007C2" w:rsidRDefault="002007C2" w:rsidP="002007C2">
      <w:r>
        <w:t xml:space="preserve">                                     round_missense_Z &lt;= 3.2974047660827637),</w:t>
      </w:r>
    </w:p>
    <w:p w14:paraId="1CA37FD0" w14:textId="77777777" w:rsidR="002007C2" w:rsidRDefault="002007C2" w:rsidP="002007C2">
      <w:r>
        <w:t xml:space="preserve">         0.00011644535307463677531 * (round_Degree),</w:t>
      </w:r>
    </w:p>
    <w:p w14:paraId="476B09FB" w14:textId="77777777" w:rsidR="002007C2" w:rsidRDefault="002007C2" w:rsidP="002007C2">
      <w:r>
        <w:t xml:space="preserve">           0.011337114232236933375 * (round_Degree_mi &lt;= 0.5 and </w:t>
      </w:r>
    </w:p>
    <w:p w14:paraId="706ABD98" w14:textId="77777777" w:rsidR="002007C2" w:rsidRDefault="002007C2" w:rsidP="002007C2">
      <w:r>
        <w:t xml:space="preserve">                                     round_missense_Z &gt; 1.43977952003479 and </w:t>
      </w:r>
    </w:p>
    <w:p w14:paraId="49F86123" w14:textId="77777777" w:rsidR="002007C2" w:rsidRDefault="002007C2" w:rsidP="002007C2">
      <w:r>
        <w:t xml:space="preserve">                                     round_LofTool &lt;= 0.9886499643325806 and </w:t>
      </w:r>
    </w:p>
    <w:p w14:paraId="58B34B5D" w14:textId="77777777" w:rsidR="002007C2" w:rsidRDefault="002007C2" w:rsidP="002007C2">
      <w:r>
        <w:t xml:space="preserve">                                     round_Gene_Length_bp &gt; 39341.0),</w:t>
      </w:r>
    </w:p>
    <w:p w14:paraId="715F0BD8" w14:textId="77777777" w:rsidR="002007C2" w:rsidRDefault="002007C2" w:rsidP="002007C2">
      <w:r>
        <w:t xml:space="preserve">          -0.012961434512462111784 * (not Group == u'NDNE' and </w:t>
      </w:r>
    </w:p>
    <w:p w14:paraId="66564E3C" w14:textId="77777777" w:rsidR="002007C2" w:rsidRDefault="002007C2" w:rsidP="002007C2">
      <w:r>
        <w:t xml:space="preserve">                                     round_Degree &lt;= 12.5 and </w:t>
      </w:r>
    </w:p>
    <w:p w14:paraId="18043BE0" w14:textId="77777777" w:rsidR="002007C2" w:rsidRDefault="002007C2" w:rsidP="002007C2">
      <w:r>
        <w:t xml:space="preserve">                                     round_Degree_mi &lt;= 0.5 and </w:t>
      </w:r>
    </w:p>
    <w:p w14:paraId="7579BF50" w14:textId="77777777" w:rsidR="002007C2" w:rsidRDefault="002007C2" w:rsidP="002007C2">
      <w:r>
        <w:t xml:space="preserve">                                     round_missense_Z &lt;= 2.3431456089019775),</w:t>
      </w:r>
    </w:p>
    <w:p w14:paraId="5AAD5014" w14:textId="77777777" w:rsidR="002007C2" w:rsidRDefault="002007C2" w:rsidP="002007C2">
      <w:r>
        <w:t xml:space="preserve">          -0.020474012020399504769 * (round_End &lt;= 120572272.0 and </w:t>
      </w:r>
    </w:p>
    <w:p w14:paraId="45E5FE62" w14:textId="77777777" w:rsidR="002007C2" w:rsidRDefault="002007C2" w:rsidP="002007C2">
      <w:r>
        <w:t xml:space="preserve">                                     round_Closeness &lt;= 0.32499998807907104 and </w:t>
      </w:r>
    </w:p>
    <w:p w14:paraId="235CDDC1" w14:textId="77777777" w:rsidR="002007C2" w:rsidRDefault="002007C2" w:rsidP="002007C2">
      <w:r>
        <w:t xml:space="preserve">                                     round_Tajima__s_D_regulatory &lt;= 0.4235000014305115 and </w:t>
      </w:r>
    </w:p>
    <w:p w14:paraId="3CB3FB06" w14:textId="77777777" w:rsidR="002007C2" w:rsidRDefault="002007C2" w:rsidP="002007C2">
      <w:r>
        <w:t xml:space="preserve">                                     round_Gene_Length_bp &gt; 54517.0),</w:t>
      </w:r>
    </w:p>
    <w:p w14:paraId="5FB1DAB6" w14:textId="77777777" w:rsidR="002007C2" w:rsidRDefault="002007C2" w:rsidP="002007C2">
      <w:r>
        <w:t xml:space="preserve">          -0.010177296319135669886 * (round_Degree &lt;= 10.5 and </w:t>
      </w:r>
    </w:p>
    <w:p w14:paraId="45206789" w14:textId="77777777" w:rsidR="002007C2" w:rsidRDefault="002007C2" w:rsidP="002007C2">
      <w:r>
        <w:t xml:space="preserve">                                     round_Degree_mi &lt;= 0.5 and </w:t>
      </w:r>
    </w:p>
    <w:p w14:paraId="0730D06F" w14:textId="77777777" w:rsidR="002007C2" w:rsidRDefault="002007C2" w:rsidP="002007C2">
      <w:r>
        <w:t xml:space="preserve">                                     round_Phi &lt;= 0.13315337896347046 and </w:t>
      </w:r>
    </w:p>
    <w:p w14:paraId="76B8E7BF" w14:textId="77777777" w:rsidR="002007C2" w:rsidRDefault="002007C2" w:rsidP="002007C2">
      <w:r>
        <w:lastRenderedPageBreak/>
        <w:t xml:space="preserve">                                     round_LofTool &lt;= 0.9311000108718872),</w:t>
      </w:r>
    </w:p>
    <w:p w14:paraId="2E9F77C9" w14:textId="77777777" w:rsidR="002007C2" w:rsidRDefault="002007C2" w:rsidP="002007C2">
      <w:r>
        <w:t xml:space="preserve">         -0.0047629233659651970187 * (round_Tajima__s_D_regulatory &gt; 0.4104999899864197 and </w:t>
      </w:r>
    </w:p>
    <w:p w14:paraId="36C314FD" w14:textId="77777777" w:rsidR="002007C2" w:rsidRDefault="002007C2" w:rsidP="002007C2">
      <w:r>
        <w:t xml:space="preserve">                                     round_Transcript_count &lt;= 10.5 and </w:t>
      </w:r>
    </w:p>
    <w:p w14:paraId="750905E0" w14:textId="77777777" w:rsidR="002007C2" w:rsidRDefault="002007C2" w:rsidP="002007C2">
      <w:r>
        <w:t xml:space="preserve">                                     round_Average_Transcript_length &gt; 1876.067626953125),</w:t>
      </w:r>
    </w:p>
    <w:p w14:paraId="763345A7" w14:textId="77777777" w:rsidR="002007C2" w:rsidRDefault="002007C2" w:rsidP="002007C2">
      <w:r>
        <w:t xml:space="preserve">          0.0068520762408969563759 * (not Group == u'NDNE' and </w:t>
      </w:r>
    </w:p>
    <w:p w14:paraId="28040B6F" w14:textId="77777777" w:rsidR="002007C2" w:rsidRDefault="002007C2" w:rsidP="002007C2">
      <w:r>
        <w:t xml:space="preserve">                                     round_Degree &gt; 3.5 and </w:t>
      </w:r>
    </w:p>
    <w:p w14:paraId="3E376D3A" w14:textId="77777777" w:rsidR="002007C2" w:rsidRDefault="002007C2" w:rsidP="002007C2">
      <w:r>
        <w:t xml:space="preserve">                                     round_Phi &lt;= 0.919446587562561 and </w:t>
      </w:r>
    </w:p>
    <w:p w14:paraId="6F6623FB" w14:textId="77777777" w:rsidR="002007C2" w:rsidRDefault="002007C2" w:rsidP="002007C2">
      <w:r>
        <w:t xml:space="preserve">                                     round_StdDev_Transcript_length &lt;= 1039.699462890625),</w:t>
      </w:r>
    </w:p>
    <w:p w14:paraId="3C7F5330" w14:textId="77777777" w:rsidR="002007C2" w:rsidRDefault="002007C2" w:rsidP="002007C2">
      <w:r>
        <w:t xml:space="preserve">          -0.028130566254400735798 * (Group == u'NDNE' and </w:t>
      </w:r>
    </w:p>
    <w:p w14:paraId="7BA72DC7" w14:textId="77777777" w:rsidR="002007C2" w:rsidRDefault="002007C2" w:rsidP="002007C2">
      <w:r>
        <w:t xml:space="preserve">                                     round_Degree &lt;= 4.5 and </w:t>
      </w:r>
    </w:p>
    <w:p w14:paraId="57942739" w14:textId="77777777" w:rsidR="002007C2" w:rsidRDefault="002007C2" w:rsidP="002007C2">
      <w:r>
        <w:t xml:space="preserve">                                     round_StdDev_Transcript_length &lt;= 621.470947265625),</w:t>
      </w:r>
    </w:p>
    <w:p w14:paraId="69B1A054" w14:textId="77777777" w:rsidR="002007C2" w:rsidRDefault="002007C2" w:rsidP="002007C2">
      <w:r>
        <w:t xml:space="preserve">          -0.024145074195087025404 * (round_Degree &lt;= 12.5 and </w:t>
      </w:r>
    </w:p>
    <w:p w14:paraId="5E60A290" w14:textId="77777777" w:rsidR="002007C2" w:rsidRDefault="002007C2" w:rsidP="002007C2">
      <w:r>
        <w:t xml:space="preserve">                                     round_Degree_mi &lt;= 0.5 and </w:t>
      </w:r>
    </w:p>
    <w:p w14:paraId="3C49454E" w14:textId="77777777" w:rsidR="002007C2" w:rsidRDefault="002007C2" w:rsidP="002007C2">
      <w:r>
        <w:t xml:space="preserve">                                     round_Phi &lt;= 0.12362469732761383 and </w:t>
      </w:r>
    </w:p>
    <w:p w14:paraId="61F496C1" w14:textId="77777777" w:rsidR="002007C2" w:rsidRDefault="002007C2" w:rsidP="002007C2">
      <w:r>
        <w:t xml:space="preserve">                                     round_StdDev_Transcript_length &lt;= 1011.6593627929688),</w:t>
      </w:r>
    </w:p>
    <w:p w14:paraId="7F4846A5" w14:textId="77777777" w:rsidR="002007C2" w:rsidRDefault="002007C2" w:rsidP="002007C2">
      <w:r>
        <w:t xml:space="preserve">          0.0015991642978274947951 * (round_Degree &lt;= 21.5 and </w:t>
      </w:r>
    </w:p>
    <w:p w14:paraId="12CB34A9" w14:textId="77777777" w:rsidR="002007C2" w:rsidRDefault="002007C2" w:rsidP="002007C2">
      <w:r>
        <w:t xml:space="preserve">                                     round_Degree_mi &lt;= 0.5 and </w:t>
      </w:r>
    </w:p>
    <w:p w14:paraId="18AFEFAB" w14:textId="77777777" w:rsidR="002007C2" w:rsidRDefault="002007C2" w:rsidP="002007C2">
      <w:r>
        <w:t xml:space="preserve">                                     round_Exon_Count &gt; 156.5),</w:t>
      </w:r>
    </w:p>
    <w:p w14:paraId="308A3668" w14:textId="77777777" w:rsidR="002007C2" w:rsidRDefault="002007C2" w:rsidP="002007C2">
      <w:r>
        <w:t xml:space="preserve">           0.088647162920468577929 * (Group == u'NDNE' and </w:t>
      </w:r>
    </w:p>
    <w:p w14:paraId="415611F7" w14:textId="77777777" w:rsidR="002007C2" w:rsidRDefault="002007C2" w:rsidP="002007C2">
      <w:r>
        <w:t xml:space="preserve">                                     round_Degree &gt; 3.5 and </w:t>
      </w:r>
    </w:p>
    <w:p w14:paraId="1DFC16EF" w14:textId="77777777" w:rsidR="002007C2" w:rsidRDefault="002007C2" w:rsidP="002007C2">
      <w:r>
        <w:t xml:space="preserve">                                     round_Gene_Length_bp &gt; 41501.0),</w:t>
      </w:r>
    </w:p>
    <w:p w14:paraId="6B089F5F" w14:textId="77777777" w:rsidR="002007C2" w:rsidRDefault="002007C2" w:rsidP="002007C2">
      <w:r>
        <w:t xml:space="preserve">           0.026665282263039657984 * (round_Degree &gt; 4.5 and </w:t>
      </w:r>
    </w:p>
    <w:p w14:paraId="44D6E377" w14:textId="77777777" w:rsidR="002007C2" w:rsidRDefault="002007C2" w:rsidP="002007C2">
      <w:r>
        <w:t xml:space="preserve">                                     round_missense_Z &lt;= 4.0604472160339355 and </w:t>
      </w:r>
    </w:p>
    <w:p w14:paraId="02E13210" w14:textId="77777777" w:rsidR="002007C2" w:rsidRDefault="002007C2" w:rsidP="002007C2">
      <w:r>
        <w:t xml:space="preserve">                                     round_Transcript_count &lt;= 20.5 and </w:t>
      </w:r>
    </w:p>
    <w:p w14:paraId="144A3D86" w14:textId="77777777" w:rsidR="002007C2" w:rsidRDefault="002007C2" w:rsidP="002007C2">
      <w:r>
        <w:t xml:space="preserve">                                     round_StdDev_Transcript_length &gt; 1967.8238525390625),</w:t>
      </w:r>
    </w:p>
    <w:p w14:paraId="7F26E983" w14:textId="77777777" w:rsidR="002007C2" w:rsidRDefault="002007C2" w:rsidP="002007C2">
      <w:r>
        <w:t xml:space="preserve">         -0.0048445704274170222139 * (round_Closeness &lt;= 0.2549999952316284 and </w:t>
      </w:r>
    </w:p>
    <w:p w14:paraId="12D94167" w14:textId="77777777" w:rsidR="002007C2" w:rsidRDefault="002007C2" w:rsidP="002007C2">
      <w:r>
        <w:t xml:space="preserve">                                     round_missense_Z &lt;= 4.052361965179443 and </w:t>
      </w:r>
    </w:p>
    <w:p w14:paraId="33AEB4CE" w14:textId="77777777" w:rsidR="002007C2" w:rsidRDefault="002007C2" w:rsidP="002007C2">
      <w:r>
        <w:t xml:space="preserve">                                     round_Gene_Length_bp &lt;= 53173.0),</w:t>
      </w:r>
    </w:p>
    <w:p w14:paraId="505B1901" w14:textId="77777777" w:rsidR="002007C2" w:rsidRDefault="002007C2" w:rsidP="002007C2">
      <w:r>
        <w:t xml:space="preserve">          -0.014231203632158318309 * (not Group == u'MNC' and </w:t>
      </w:r>
    </w:p>
    <w:p w14:paraId="51DB10DB" w14:textId="77777777" w:rsidR="002007C2" w:rsidRDefault="002007C2" w:rsidP="002007C2">
      <w:r>
        <w:t xml:space="preserve">                                     round_Tajima__s_D_regulatory &gt; -1.2874999046325684 and </w:t>
      </w:r>
    </w:p>
    <w:p w14:paraId="5C228510" w14:textId="77777777" w:rsidR="002007C2" w:rsidRDefault="002007C2" w:rsidP="002007C2">
      <w:r>
        <w:t xml:space="preserve">                                     round_Blomen_KBM7 &lt;= -0.12487166374921799 and </w:t>
      </w:r>
    </w:p>
    <w:p w14:paraId="3357990B" w14:textId="77777777" w:rsidR="002007C2" w:rsidRDefault="002007C2" w:rsidP="002007C2">
      <w:r>
        <w:t xml:space="preserve">                                     round_Gene_Length_bp &lt;= 343581.5),</w:t>
      </w:r>
    </w:p>
    <w:p w14:paraId="429719DB" w14:textId="77777777" w:rsidR="002007C2" w:rsidRDefault="002007C2" w:rsidP="002007C2">
      <w:r>
        <w:t xml:space="preserve">          -0.018978210144039470153 * (Group == u'NDNE' and </w:t>
      </w:r>
    </w:p>
    <w:p w14:paraId="39C7BEC0" w14:textId="77777777" w:rsidR="002007C2" w:rsidRDefault="002007C2" w:rsidP="002007C2">
      <w:r>
        <w:t xml:space="preserve">                                     round_Closeness &lt;= 0.2549999952316284 and </w:t>
      </w:r>
    </w:p>
    <w:p w14:paraId="3EED9D92" w14:textId="77777777" w:rsidR="002007C2" w:rsidRDefault="002007C2" w:rsidP="002007C2">
      <w:r>
        <w:t xml:space="preserve">                                     round_StdDev_Transcript_length &gt; 636.7213134765625),</w:t>
      </w:r>
    </w:p>
    <w:p w14:paraId="3CC2D15E" w14:textId="77777777" w:rsidR="002007C2" w:rsidRDefault="002007C2" w:rsidP="002007C2">
      <w:r>
        <w:t xml:space="preserve">           0.041662196873145339315 * (round_Degree_mi &lt;= 0.5 and </w:t>
      </w:r>
    </w:p>
    <w:p w14:paraId="18E6C922" w14:textId="77777777" w:rsidR="002007C2" w:rsidRDefault="002007C2" w:rsidP="002007C2">
      <w:r>
        <w:t xml:space="preserve">                                     round_Closeness &lt;= 0.3050000071525574 and </w:t>
      </w:r>
    </w:p>
    <w:p w14:paraId="68BEE9DA" w14:textId="77777777" w:rsidR="002007C2" w:rsidRDefault="002007C2" w:rsidP="002007C2">
      <w:r>
        <w:t xml:space="preserve">                                     round_missense_Z_mi &lt;= 0.5 and </w:t>
      </w:r>
    </w:p>
    <w:p w14:paraId="7F1E3B7D" w14:textId="77777777" w:rsidR="002007C2" w:rsidRDefault="002007C2" w:rsidP="002007C2">
      <w:r>
        <w:t xml:space="preserve">                                     round_Gene_Length_bp &gt; 2814.5),</w:t>
      </w:r>
    </w:p>
    <w:p w14:paraId="45DD2ECF" w14:textId="77777777" w:rsidR="002007C2" w:rsidRDefault="002007C2" w:rsidP="002007C2">
      <w:r>
        <w:t xml:space="preserve">           0.016988971806798404407 * (not Group == u'MNC' and </w:t>
      </w:r>
    </w:p>
    <w:p w14:paraId="5159938A" w14:textId="77777777" w:rsidR="002007C2" w:rsidRDefault="002007C2" w:rsidP="002007C2">
      <w:r>
        <w:t xml:space="preserve">                                     round_Degree &gt; 62.5 and </w:t>
      </w:r>
    </w:p>
    <w:p w14:paraId="747DF4E3" w14:textId="77777777" w:rsidR="002007C2" w:rsidRDefault="002007C2" w:rsidP="002007C2">
      <w:r>
        <w:t xml:space="preserve">                                     round_Degree_mi &lt;= 0.5 and </w:t>
      </w:r>
    </w:p>
    <w:p w14:paraId="1F28ADEA" w14:textId="77777777" w:rsidR="002007C2" w:rsidRDefault="002007C2" w:rsidP="002007C2">
      <w:r>
        <w:t xml:space="preserve">                                     round_Blomen_KBM7 &lt;= -0.2516775131225586),</w:t>
      </w:r>
    </w:p>
    <w:p w14:paraId="76A4B0D0" w14:textId="77777777" w:rsidR="002007C2" w:rsidRDefault="002007C2" w:rsidP="002007C2">
      <w:r>
        <w:t xml:space="preserve">          -0.023466563573408403404 * (round_Closeness &lt;= 0.3149999976158142 and </w:t>
      </w:r>
    </w:p>
    <w:p w14:paraId="27200E5B" w14:textId="77777777" w:rsidR="002007C2" w:rsidRDefault="002007C2" w:rsidP="002007C2">
      <w:r>
        <w:t xml:space="preserve">                                     round_dN_dS_Chimp_mi &lt;= 0.5 and </w:t>
      </w:r>
    </w:p>
    <w:p w14:paraId="13D37707" w14:textId="77777777" w:rsidR="002007C2" w:rsidRDefault="002007C2" w:rsidP="002007C2">
      <w:r>
        <w:t xml:space="preserve">                                     round_Gene_Length_bp &lt;= 9941.5 and </w:t>
      </w:r>
    </w:p>
    <w:p w14:paraId="328A0356" w14:textId="77777777" w:rsidR="002007C2" w:rsidRDefault="002007C2" w:rsidP="002007C2">
      <w:r>
        <w:lastRenderedPageBreak/>
        <w:t xml:space="preserve">                                     round_Average_Transcript_length &lt;= 2037.5650634765625),</w:t>
      </w:r>
    </w:p>
    <w:p w14:paraId="73AED221" w14:textId="77777777" w:rsidR="002007C2" w:rsidRDefault="002007C2" w:rsidP="002007C2">
      <w:r>
        <w:t xml:space="preserve">          -0.021454619164280947646 * (round_Degree &lt;= 12.5 and </w:t>
      </w:r>
    </w:p>
    <w:p w14:paraId="14C03EAB" w14:textId="77777777" w:rsidR="002007C2" w:rsidRDefault="002007C2" w:rsidP="002007C2">
      <w:r>
        <w:t xml:space="preserve">                                     round_missense_Z &gt; 4.052361965179443 and </w:t>
      </w:r>
    </w:p>
    <w:p w14:paraId="2E30D135" w14:textId="77777777" w:rsidR="002007C2" w:rsidRDefault="002007C2" w:rsidP="002007C2">
      <w:r>
        <w:t xml:space="preserve">                                     round_Gene_Length_bp &lt;= 110374.0 and </w:t>
      </w:r>
    </w:p>
    <w:p w14:paraId="21D6A2BE" w14:textId="77777777" w:rsidR="002007C2" w:rsidRDefault="002007C2" w:rsidP="002007C2">
      <w:r>
        <w:t xml:space="preserve">                                     round_Average_Transcript_length &lt;= 2180.86572265625),</w:t>
      </w:r>
    </w:p>
    <w:p w14:paraId="422E0740" w14:textId="77777777" w:rsidR="002007C2" w:rsidRDefault="002007C2" w:rsidP="002007C2">
      <w:r>
        <w:t xml:space="preserve">           0.022697035856952464672 * (round_End &lt;= 100419720.0 and </w:t>
      </w:r>
    </w:p>
    <w:p w14:paraId="7AD8ECE0" w14:textId="77777777" w:rsidR="002007C2" w:rsidRDefault="002007C2" w:rsidP="002007C2">
      <w:r>
        <w:t xml:space="preserve">                                     round_Exon_Count &gt; 221.5),</w:t>
      </w:r>
    </w:p>
    <w:p w14:paraId="6F044A47" w14:textId="77777777" w:rsidR="002007C2" w:rsidRDefault="002007C2" w:rsidP="002007C2">
      <w:r>
        <w:t xml:space="preserve">          0.0081456657325367897576 * (not Group == u'CM' and </w:t>
      </w:r>
    </w:p>
    <w:p w14:paraId="12A27E35" w14:textId="77777777" w:rsidR="002007C2" w:rsidRDefault="002007C2" w:rsidP="002007C2">
      <w:r>
        <w:t xml:space="preserve">                                     not Group == u'MNC' and </w:t>
      </w:r>
    </w:p>
    <w:p w14:paraId="7ED066D4" w14:textId="77777777" w:rsidR="002007C2" w:rsidRDefault="002007C2" w:rsidP="002007C2">
      <w:r>
        <w:t xml:space="preserve">                                     round_Blomen_KBM7 &gt; -0.5148604512214661 and </w:t>
      </w:r>
    </w:p>
    <w:p w14:paraId="1C05E055" w14:textId="77777777" w:rsidR="002007C2" w:rsidRDefault="002007C2" w:rsidP="002007C2">
      <w:r>
        <w:t xml:space="preserve">                                     round_Transcript_count &gt; 10.5),</w:t>
      </w:r>
    </w:p>
    <w:p w14:paraId="287BE689" w14:textId="77777777" w:rsidR="002007C2" w:rsidRDefault="002007C2" w:rsidP="002007C2">
      <w:r>
        <w:t xml:space="preserve">           0.029906081927261407571 * (round_missense_Z &lt;= 4.054958820343018 and </w:t>
      </w:r>
    </w:p>
    <w:p w14:paraId="3447DE73" w14:textId="77777777" w:rsidR="002007C2" w:rsidRDefault="002007C2" w:rsidP="002007C2">
      <w:r>
        <w:t xml:space="preserve">                                     round_Transcript_count &lt;= 10.5 and </w:t>
      </w:r>
    </w:p>
    <w:p w14:paraId="442DC2F6" w14:textId="77777777" w:rsidR="002007C2" w:rsidRDefault="002007C2" w:rsidP="002007C2">
      <w:r>
        <w:t xml:space="preserve">                                     round_Gene_Length_bp &lt;= 10637.0 and </w:t>
      </w:r>
    </w:p>
    <w:p w14:paraId="2A9D2166" w14:textId="77777777" w:rsidR="002007C2" w:rsidRDefault="002007C2" w:rsidP="002007C2">
      <w:r>
        <w:t xml:space="preserve">                                     round_Average_Transcript_length &gt; 2037.5650634765625),</w:t>
      </w:r>
    </w:p>
    <w:p w14:paraId="69170B36" w14:textId="77777777" w:rsidR="002007C2" w:rsidRDefault="002007C2" w:rsidP="002007C2">
      <w:r>
        <w:t xml:space="preserve">           0.047761530637367016761 * (round_End &lt;= 88799552.0 and </w:t>
      </w:r>
    </w:p>
    <w:p w14:paraId="3416098F" w14:textId="77777777" w:rsidR="002007C2" w:rsidRDefault="002007C2" w:rsidP="002007C2">
      <w:r>
        <w:t xml:space="preserve">                                     round_dN_dS_Chimp &lt;= 0.5950000286102295 and </w:t>
      </w:r>
    </w:p>
    <w:p w14:paraId="4C797EDA" w14:textId="77777777" w:rsidR="002007C2" w:rsidRDefault="002007C2" w:rsidP="002007C2">
      <w:r>
        <w:t xml:space="preserve">                                     round_StdDev_Transcript_length &gt; 2430.197265625),</w:t>
      </w:r>
    </w:p>
    <w:p w14:paraId="6C044B1B" w14:textId="77777777" w:rsidR="002007C2" w:rsidRDefault="002007C2" w:rsidP="002007C2">
      <w:r>
        <w:t xml:space="preserve">           0.038357225265835417916 * (round_Degree &gt; 12.5 and </w:t>
      </w:r>
    </w:p>
    <w:p w14:paraId="7BC249CF" w14:textId="77777777" w:rsidR="002007C2" w:rsidRDefault="002007C2" w:rsidP="002007C2">
      <w:r>
        <w:t xml:space="preserve">                                     round_Blomen_KBM7 &lt;= -0.25064072012901306),</w:t>
      </w:r>
    </w:p>
    <w:p w14:paraId="679685E7" w14:textId="77777777" w:rsidR="002007C2" w:rsidRDefault="002007C2" w:rsidP="002007C2">
      <w:r>
        <w:t xml:space="preserve">           0.021452043305304778487 * (not Group == u'CM' and </w:t>
      </w:r>
    </w:p>
    <w:p w14:paraId="149BEAED" w14:textId="77777777" w:rsidR="002007C2" w:rsidRDefault="002007C2" w:rsidP="002007C2">
      <w:r>
        <w:t xml:space="preserve">                                     round_End &gt; 127204736.0 and </w:t>
      </w:r>
    </w:p>
    <w:p w14:paraId="3C90512D" w14:textId="77777777" w:rsidR="002007C2" w:rsidRDefault="002007C2" w:rsidP="002007C2">
      <w:r>
        <w:t xml:space="preserve">                                     round_Phi &lt;= 0.9981463551521301 and </w:t>
      </w:r>
    </w:p>
    <w:p w14:paraId="07870557" w14:textId="77777777" w:rsidR="002007C2" w:rsidRDefault="002007C2" w:rsidP="002007C2">
      <w:r>
        <w:t xml:space="preserve">                                     round_Exon_Count &gt; 69.5),</w:t>
      </w:r>
    </w:p>
    <w:p w14:paraId="61E493D9" w14:textId="77777777" w:rsidR="002007C2" w:rsidRDefault="002007C2" w:rsidP="002007C2">
      <w:r>
        <w:t xml:space="preserve">          -0.048336036395590260828 * (round_Closeness &lt;= 0.3149999976158142 and </w:t>
      </w:r>
    </w:p>
    <w:p w14:paraId="1908E358" w14:textId="77777777" w:rsidR="002007C2" w:rsidRDefault="002007C2" w:rsidP="002007C2">
      <w:r>
        <w:t xml:space="preserve">                                     round_Blomen_KBM7 &gt; -0.25219112634658813 and </w:t>
      </w:r>
    </w:p>
    <w:p w14:paraId="050675F2" w14:textId="77777777" w:rsidR="002007C2" w:rsidRDefault="002007C2" w:rsidP="002007C2">
      <w:r>
        <w:t xml:space="preserve">                                     round_Transcript_count &lt;= 19.5),</w:t>
      </w:r>
    </w:p>
    <w:p w14:paraId="63E7899F" w14:textId="77777777" w:rsidR="002007C2" w:rsidRDefault="002007C2" w:rsidP="002007C2">
      <w:r>
        <w:t xml:space="preserve">           0.052244759431406627426 * (round_Tajima__s_D_regulatory &lt;= -1.2874999046325684 and </w:t>
      </w:r>
    </w:p>
    <w:p w14:paraId="44978841" w14:textId="77777777" w:rsidR="002007C2" w:rsidRDefault="002007C2" w:rsidP="002007C2">
      <w:r>
        <w:t xml:space="preserve">                                     round_Blomen_KBM7 &gt; -0.41121259331703186),</w:t>
      </w:r>
    </w:p>
    <w:p w14:paraId="04530A3F" w14:textId="77777777" w:rsidR="002007C2" w:rsidRDefault="002007C2" w:rsidP="002007C2">
      <w:r>
        <w:t xml:space="preserve">          -0.014142570663065691036 * (round_Blomen_KBM7 &lt;= -0.2516775131225586 and </w:t>
      </w:r>
    </w:p>
    <w:p w14:paraId="00BCC432" w14:textId="77777777" w:rsidR="002007C2" w:rsidRDefault="002007C2" w:rsidP="002007C2">
      <w:r>
        <w:t xml:space="preserve">                                     round_missense_Z &gt; 4.0613203048706055 and </w:t>
      </w:r>
    </w:p>
    <w:p w14:paraId="64BF5335" w14:textId="77777777" w:rsidR="002007C2" w:rsidRDefault="002007C2" w:rsidP="002007C2">
      <w:r>
        <w:t xml:space="preserve">                                     round_s_het &gt; 0.015855055302381516 and </w:t>
      </w:r>
    </w:p>
    <w:p w14:paraId="1AE7F611" w14:textId="77777777" w:rsidR="002007C2" w:rsidRDefault="002007C2" w:rsidP="002007C2">
      <w:r>
        <w:t xml:space="preserve">                                     round_Exon_Count &lt;= 224.5),</w:t>
      </w:r>
    </w:p>
    <w:p w14:paraId="4FD7B900" w14:textId="77777777" w:rsidR="002007C2" w:rsidRDefault="002007C2" w:rsidP="002007C2">
      <w:r>
        <w:t xml:space="preserve">           0.040131506231853936173 * (round_End &lt;= 110010712.0 and </w:t>
      </w:r>
    </w:p>
    <w:p w14:paraId="21E11223" w14:textId="77777777" w:rsidR="002007C2" w:rsidRDefault="002007C2" w:rsidP="002007C2">
      <w:r>
        <w:t xml:space="preserve">                                     round_Degree &gt; 61.5 and </w:t>
      </w:r>
    </w:p>
    <w:p w14:paraId="52819A16" w14:textId="77777777" w:rsidR="002007C2" w:rsidRDefault="002007C2" w:rsidP="002007C2">
      <w:r>
        <w:t xml:space="preserve">                                     round_Degree_mi &lt;= 0.5),</w:t>
      </w:r>
    </w:p>
    <w:p w14:paraId="510121DF" w14:textId="77777777" w:rsidR="002007C2" w:rsidRDefault="002007C2" w:rsidP="002007C2">
      <w:r>
        <w:t xml:space="preserve">          -0.052525036398370784918 * (not Group == u'MNC' and </w:t>
      </w:r>
    </w:p>
    <w:p w14:paraId="337D46B9" w14:textId="77777777" w:rsidR="002007C2" w:rsidRDefault="002007C2" w:rsidP="002007C2">
      <w:r>
        <w:t xml:space="preserve">                                     round_Closeness &gt; 0.2549999952316284 and </w:t>
      </w:r>
    </w:p>
    <w:p w14:paraId="680EF175" w14:textId="77777777" w:rsidR="002007C2" w:rsidRDefault="002007C2" w:rsidP="002007C2">
      <w:r>
        <w:t xml:space="preserve">                                     round_missense_Z &lt;= 3.2976694107055664 and </w:t>
      </w:r>
    </w:p>
    <w:p w14:paraId="205215EF" w14:textId="77777777" w:rsidR="002007C2" w:rsidRDefault="002007C2" w:rsidP="002007C2">
      <w:r>
        <w:t xml:space="preserve">                                     round_StdDev_Transcript_length &gt; 987.5745849609375),</w:t>
      </w:r>
    </w:p>
    <w:p w14:paraId="0820320B" w14:textId="77777777" w:rsidR="002007C2" w:rsidRDefault="002007C2" w:rsidP="002007C2">
      <w:r>
        <w:t xml:space="preserve">           -0.03444322178607048951 * (round_Degree &lt;= 12.5 and </w:t>
      </w:r>
    </w:p>
    <w:p w14:paraId="562C76A8" w14:textId="77777777" w:rsidR="002007C2" w:rsidRDefault="002007C2" w:rsidP="002007C2">
      <w:r>
        <w:t xml:space="preserve">                                     round_Blomen_KBM7 &gt; -0.1114160418510437),</w:t>
      </w:r>
    </w:p>
    <w:p w14:paraId="02D100BF" w14:textId="77777777" w:rsidR="002007C2" w:rsidRDefault="002007C2" w:rsidP="002007C2">
      <w:r>
        <w:t xml:space="preserve">          0.0080778520322766257655 * (round_Phi &gt; 0.9981780648231506 and </w:t>
      </w:r>
    </w:p>
    <w:p w14:paraId="27166094" w14:textId="77777777" w:rsidR="002007C2" w:rsidRDefault="002007C2" w:rsidP="002007C2">
      <w:r>
        <w:t xml:space="preserve">                                     round_missense_Z &gt; 2.6123709678649902 and </w:t>
      </w:r>
    </w:p>
    <w:p w14:paraId="2083C24C" w14:textId="77777777" w:rsidR="002007C2" w:rsidRDefault="002007C2" w:rsidP="002007C2">
      <w:r>
        <w:t xml:space="preserve">                                     round_missense_Z_mi &lt;= 0.5 and </w:t>
      </w:r>
    </w:p>
    <w:p w14:paraId="79C18E62" w14:textId="77777777" w:rsidR="002007C2" w:rsidRDefault="002007C2" w:rsidP="002007C2">
      <w:r>
        <w:t xml:space="preserve">                                     round_Average_Transcript_length &gt; 2957.866943359375),</w:t>
      </w:r>
    </w:p>
    <w:p w14:paraId="11804F53" w14:textId="77777777" w:rsidR="002007C2" w:rsidRDefault="002007C2" w:rsidP="002007C2">
      <w:r>
        <w:lastRenderedPageBreak/>
        <w:t xml:space="preserve">         -0.0018453559825937011947 * (not Group == u'MNC' and </w:t>
      </w:r>
    </w:p>
    <w:p w14:paraId="026FD13D" w14:textId="77777777" w:rsidR="002007C2" w:rsidRDefault="002007C2" w:rsidP="002007C2">
      <w:r>
        <w:t xml:space="preserve">                                     round_Phi &gt; 3.313508932478726e-05 and </w:t>
      </w:r>
    </w:p>
    <w:p w14:paraId="16BAB979" w14:textId="77777777" w:rsidR="002007C2" w:rsidRDefault="002007C2" w:rsidP="002007C2">
      <w:r>
        <w:t xml:space="preserve">                                     round_missense_Z &lt;= 3.2976694107055664),</w:t>
      </w:r>
    </w:p>
    <w:p w14:paraId="146A2629" w14:textId="77777777" w:rsidR="002007C2" w:rsidRDefault="002007C2" w:rsidP="002007C2">
      <w:r>
        <w:t xml:space="preserve">           0.088310649006325236954 * (Group == u'CM'),</w:t>
      </w:r>
    </w:p>
    <w:p w14:paraId="4746BD26" w14:textId="77777777" w:rsidR="002007C2" w:rsidRDefault="002007C2" w:rsidP="002007C2">
      <w:r>
        <w:t xml:space="preserve">            -0.3321493231824571013 * (round_Degree_mi &gt; 0.5 and </w:t>
      </w:r>
    </w:p>
    <w:p w14:paraId="7FD334DD" w14:textId="77777777" w:rsidR="002007C2" w:rsidRDefault="002007C2" w:rsidP="002007C2">
      <w:r>
        <w:t xml:space="preserve">                                     round_StdDev_Transcript_length &gt; 1060.87158203125),</w:t>
      </w:r>
    </w:p>
    <w:p w14:paraId="64A00F39" w14:textId="77777777" w:rsidR="002007C2" w:rsidRDefault="002007C2" w:rsidP="002007C2">
      <w:r>
        <w:t xml:space="preserve">           0.089806398288230407378 * (round_Phi &lt;= 3.313508932478726e-05 and </w:t>
      </w:r>
    </w:p>
    <w:p w14:paraId="6B74F12B" w14:textId="77777777" w:rsidR="002007C2" w:rsidRDefault="002007C2" w:rsidP="002007C2">
      <w:r>
        <w:t xml:space="preserve">                                     round_missense_Z &lt;= 4.052361965179443 and </w:t>
      </w:r>
    </w:p>
    <w:p w14:paraId="0054FB4E" w14:textId="77777777" w:rsidR="002007C2" w:rsidRDefault="002007C2" w:rsidP="002007C2">
      <w:r>
        <w:t xml:space="preserve">                                     round_LofTool &lt;= 0.04450000077486038),</w:t>
      </w:r>
    </w:p>
    <w:p w14:paraId="57399C67" w14:textId="77777777" w:rsidR="002007C2" w:rsidRDefault="002007C2" w:rsidP="002007C2">
      <w:r>
        <w:t xml:space="preserve">          -0.056141049902893203072 * (not Group == u'NDNE' and </w:t>
      </w:r>
    </w:p>
    <w:p w14:paraId="5831F6AE" w14:textId="77777777" w:rsidR="002007C2" w:rsidRDefault="002007C2" w:rsidP="002007C2">
      <w:r>
        <w:t xml:space="preserve">                                     round_Closeness &lt;= 0.2549999952316284 and </w:t>
      </w:r>
    </w:p>
    <w:p w14:paraId="0FD16295" w14:textId="77777777" w:rsidR="002007C2" w:rsidRDefault="002007C2" w:rsidP="002007C2">
      <w:r>
        <w:t xml:space="preserve">                                     round_Phi &lt;= 0.9640257358551025),</w:t>
      </w:r>
    </w:p>
    <w:p w14:paraId="6EBF9AC9" w14:textId="77777777" w:rsidR="002007C2" w:rsidRDefault="002007C2" w:rsidP="002007C2">
      <w:r>
        <w:t xml:space="preserve">          -0.035048251621686281332 * (round_Degree &lt;= 12.5 and </w:t>
      </w:r>
    </w:p>
    <w:p w14:paraId="47A1F4C0" w14:textId="77777777" w:rsidR="002007C2" w:rsidRDefault="002007C2" w:rsidP="002007C2">
      <w:r>
        <w:t xml:space="preserve">                                     round_Closeness &gt; 0.3050000071525574 and </w:t>
      </w:r>
    </w:p>
    <w:p w14:paraId="2B373A99" w14:textId="77777777" w:rsidR="002007C2" w:rsidRDefault="002007C2" w:rsidP="002007C2">
      <w:r>
        <w:t xml:space="preserve">                                     round_dN_dS_Chimp_mi &lt;= 0.5 and </w:t>
      </w:r>
    </w:p>
    <w:p w14:paraId="00CFD90D" w14:textId="77777777" w:rsidR="002007C2" w:rsidRDefault="002007C2" w:rsidP="002007C2">
      <w:r>
        <w:t xml:space="preserve">                                     round_StdDev_Transcript_length &gt; 168.6014404296875),</w:t>
      </w:r>
    </w:p>
    <w:p w14:paraId="40C6768E" w14:textId="77777777" w:rsidR="002007C2" w:rsidRDefault="002007C2" w:rsidP="002007C2">
      <w:r>
        <w:t xml:space="preserve">          0.0049429908706841016106 * (not Group == u'NDNE' and </w:t>
      </w:r>
    </w:p>
    <w:p w14:paraId="18BEED39" w14:textId="77777777" w:rsidR="002007C2" w:rsidRDefault="002007C2" w:rsidP="002007C2">
      <w:r>
        <w:t xml:space="preserve">                                     round_Degree_mi &lt;= 0.5 and </w:t>
      </w:r>
    </w:p>
    <w:p w14:paraId="6F9F5528" w14:textId="77777777" w:rsidR="002007C2" w:rsidRDefault="002007C2" w:rsidP="002007C2">
      <w:r>
        <w:t xml:space="preserve">                                     round_Tajima__s_D_regulatory &lt;= 1.0544999837875366 and </w:t>
      </w:r>
    </w:p>
    <w:p w14:paraId="4E92DB3D" w14:textId="77777777" w:rsidR="002007C2" w:rsidRDefault="002007C2" w:rsidP="002007C2">
      <w:r>
        <w:t xml:space="preserve">                                     round_missense_Z &lt;= 4.052361965179443),</w:t>
      </w:r>
    </w:p>
    <w:p w14:paraId="72F188CD" w14:textId="77777777" w:rsidR="002007C2" w:rsidRDefault="002007C2" w:rsidP="002007C2">
      <w:r>
        <w:t xml:space="preserve">           0.025594410691442658068 * (round_End &lt;= 125209176.0 and </w:t>
      </w:r>
    </w:p>
    <w:p w14:paraId="371A11EA" w14:textId="77777777" w:rsidR="002007C2" w:rsidRDefault="002007C2" w:rsidP="002007C2">
      <w:r>
        <w:t xml:space="preserve">                                     round_Degree &gt; 12.5 and </w:t>
      </w:r>
    </w:p>
    <w:p w14:paraId="7E2E1825" w14:textId="77777777" w:rsidR="002007C2" w:rsidRDefault="002007C2" w:rsidP="002007C2">
      <w:r>
        <w:t xml:space="preserve">                                     round_dN_dS_Chimp_mi &lt;= 0.5 and </w:t>
      </w:r>
    </w:p>
    <w:p w14:paraId="496130FD" w14:textId="77777777" w:rsidR="002007C2" w:rsidRDefault="002007C2" w:rsidP="002007C2">
      <w:r>
        <w:t xml:space="preserve">                                     round_StdDev_Transcript_length &gt; 3690.060546875),</w:t>
      </w:r>
    </w:p>
    <w:p w14:paraId="30A122F7" w14:textId="77777777" w:rsidR="002007C2" w:rsidRDefault="002007C2" w:rsidP="002007C2">
      <w:r>
        <w:t xml:space="preserve">           0.020970553574886488524 * (round_Closeness &gt; 0.3149999976158142 and </w:t>
      </w:r>
    </w:p>
    <w:p w14:paraId="30C73B64" w14:textId="77777777" w:rsidR="002007C2" w:rsidRDefault="002007C2" w:rsidP="002007C2">
      <w:r>
        <w:t xml:space="preserve">                                     round_Phi &gt; 0.0015477617271244526 and </w:t>
      </w:r>
    </w:p>
    <w:p w14:paraId="663E471D" w14:textId="77777777" w:rsidR="002007C2" w:rsidRDefault="002007C2" w:rsidP="002007C2">
      <w:r>
        <w:t xml:space="preserve">                                     round_StdDev_Transcript_length &gt; 626.7237548828125 and </w:t>
      </w:r>
    </w:p>
    <w:p w14:paraId="7E3B10ED" w14:textId="77777777" w:rsidR="002007C2" w:rsidRDefault="002007C2" w:rsidP="002007C2">
      <w:r>
        <w:t xml:space="preserve">                                     round_Exon_Count &lt;= 283.5),</w:t>
      </w:r>
    </w:p>
    <w:p w14:paraId="3B055BCB" w14:textId="77777777" w:rsidR="002007C2" w:rsidRDefault="002007C2" w:rsidP="002007C2">
      <w:r>
        <w:t xml:space="preserve">         -0.0072708255207664862149 * (round_Degree_mi &lt;= 0.5 and </w:t>
      </w:r>
    </w:p>
    <w:p w14:paraId="579F52C9" w14:textId="77777777" w:rsidR="002007C2" w:rsidRDefault="002007C2" w:rsidP="002007C2">
      <w:r>
        <w:t xml:space="preserve">                                     round_LofTool &lt;= 0.659500002861023 and </w:t>
      </w:r>
    </w:p>
    <w:p w14:paraId="1637D345" w14:textId="77777777" w:rsidR="002007C2" w:rsidRDefault="002007C2" w:rsidP="002007C2">
      <w:r>
        <w:t xml:space="preserve">                                     round_StdDev_Transcript_length &lt;= 809.498046875),</w:t>
      </w:r>
    </w:p>
    <w:p w14:paraId="76B0C745" w14:textId="77777777" w:rsidR="002007C2" w:rsidRDefault="002007C2" w:rsidP="002007C2">
      <w:r>
        <w:t xml:space="preserve">          -0.001003390225380734746 * (round_dN_dS_Chimp &gt; 0.5950000286102295 and </w:t>
      </w:r>
    </w:p>
    <w:p w14:paraId="76D98DA9" w14:textId="77777777" w:rsidR="002007C2" w:rsidRDefault="002007C2" w:rsidP="002007C2">
      <w:r>
        <w:t xml:space="preserve">                                     round_Transcript_count &lt;= 26.5 and </w:t>
      </w:r>
    </w:p>
    <w:p w14:paraId="131C864E" w14:textId="77777777" w:rsidR="002007C2" w:rsidRDefault="002007C2" w:rsidP="002007C2">
      <w:r>
        <w:t xml:space="preserve">                                     round_Average_Transcript_length &gt; 1853.1895751953125),</w:t>
      </w:r>
    </w:p>
    <w:p w14:paraId="48592631" w14:textId="77777777" w:rsidR="002007C2" w:rsidRDefault="002007C2" w:rsidP="002007C2">
      <w:r>
        <w:t xml:space="preserve">          0.0078267880577386761409 * (not Group == u'CM' and </w:t>
      </w:r>
    </w:p>
    <w:p w14:paraId="1F1B070F" w14:textId="77777777" w:rsidR="002007C2" w:rsidRDefault="002007C2" w:rsidP="002007C2">
      <w:r>
        <w:t xml:space="preserve">                                     not Group == u'MNC' and </w:t>
      </w:r>
    </w:p>
    <w:p w14:paraId="6AEA9B72" w14:textId="77777777" w:rsidR="002007C2" w:rsidRDefault="002007C2" w:rsidP="002007C2">
      <w:r>
        <w:t xml:space="preserve">                                     round_Degree &lt;= 70.0 and </w:t>
      </w:r>
    </w:p>
    <w:p w14:paraId="455A4BD1" w14:textId="77777777" w:rsidR="002007C2" w:rsidRDefault="002007C2" w:rsidP="002007C2">
      <w:r>
        <w:t xml:space="preserve">                                     round_LofTool &gt; 0.8695000410079956),</w:t>
      </w:r>
    </w:p>
    <w:p w14:paraId="341B5DE1" w14:textId="77777777" w:rsidR="002007C2" w:rsidRDefault="002007C2" w:rsidP="002007C2">
      <w:r>
        <w:t xml:space="preserve">            0.30178102419431956926 * (round_Closeness &gt; 0.3149999976158142 and </w:t>
      </w:r>
    </w:p>
    <w:p w14:paraId="18ED491F" w14:textId="77777777" w:rsidR="002007C2" w:rsidRDefault="002007C2" w:rsidP="002007C2">
      <w:r>
        <w:t xml:space="preserve">                                     round_Exon_Count &gt; 224.5),</w:t>
      </w:r>
    </w:p>
    <w:p w14:paraId="621AEF92" w14:textId="77777777" w:rsidR="002007C2" w:rsidRDefault="002007C2" w:rsidP="002007C2">
      <w:r>
        <w:t xml:space="preserve">           -0.04163560042881176565 * (round_Closeness &lt;= 0.2549999952316284 and </w:t>
      </w:r>
    </w:p>
    <w:p w14:paraId="3E658E8E" w14:textId="77777777" w:rsidR="002007C2" w:rsidRDefault="002007C2" w:rsidP="002007C2">
      <w:r>
        <w:t xml:space="preserve">                                     round_LofTool &lt;= 0.8535000085830688 and </w:t>
      </w:r>
    </w:p>
    <w:p w14:paraId="591AA13F" w14:textId="77777777" w:rsidR="002007C2" w:rsidRDefault="002007C2" w:rsidP="002007C2">
      <w:r>
        <w:t xml:space="preserve">                                     round_StdDev_Transcript_length &lt;= 617.4835815429688),</w:t>
      </w:r>
    </w:p>
    <w:p w14:paraId="6DA8C88C" w14:textId="77777777" w:rsidR="002007C2" w:rsidRDefault="002007C2" w:rsidP="002007C2">
      <w:r>
        <w:t xml:space="preserve">          0.0030910877541061327484 * (round_Phi &lt;= 0.1378774642944336 and </w:t>
      </w:r>
    </w:p>
    <w:p w14:paraId="7F229AD1" w14:textId="77777777" w:rsidR="002007C2" w:rsidRDefault="002007C2" w:rsidP="002007C2">
      <w:r>
        <w:t xml:space="preserve">                                     round_LofTool &lt;= 0.659500002861023 and </w:t>
      </w:r>
    </w:p>
    <w:p w14:paraId="6D9A3CC8" w14:textId="77777777" w:rsidR="002007C2" w:rsidRDefault="002007C2" w:rsidP="002007C2">
      <w:r>
        <w:t xml:space="preserve">                                     round_Average_Transcript_length &gt; 2515.3544921875),</w:t>
      </w:r>
    </w:p>
    <w:p w14:paraId="511AC469" w14:textId="77777777" w:rsidR="002007C2" w:rsidRDefault="002007C2" w:rsidP="002007C2">
      <w:r>
        <w:t xml:space="preserve">           0.029649301367085705017 * (round_dN_dS_Chimp_mi &gt; 0.5 and </w:t>
      </w:r>
    </w:p>
    <w:p w14:paraId="0AEDBE73" w14:textId="77777777" w:rsidR="002007C2" w:rsidRDefault="002007C2" w:rsidP="002007C2">
      <w:r>
        <w:lastRenderedPageBreak/>
        <w:t xml:space="preserve">                                     round_missense_Z &lt;= 3.2976694107055664 and </w:t>
      </w:r>
    </w:p>
    <w:p w14:paraId="5DAFEE22" w14:textId="77777777" w:rsidR="002007C2" w:rsidRDefault="002007C2" w:rsidP="002007C2">
      <w:r>
        <w:t xml:space="preserve">                                     round_StdDev_Transcript_length &gt; 166.57864379882812),</w:t>
      </w:r>
    </w:p>
    <w:p w14:paraId="414F7C92" w14:textId="77777777" w:rsidR="002007C2" w:rsidRDefault="002007C2" w:rsidP="002007C2">
      <w:r>
        <w:t xml:space="preserve">           0.031982851277675909685 * (round_Degree &lt;= 12.5 and </w:t>
      </w:r>
    </w:p>
    <w:p w14:paraId="216ACE4C" w14:textId="77777777" w:rsidR="002007C2" w:rsidRDefault="002007C2" w:rsidP="002007C2">
      <w:r>
        <w:t xml:space="preserve">                                     round_Tajima__s_D_regulatory &lt;= 0.4235000014305115 and </w:t>
      </w:r>
    </w:p>
    <w:p w14:paraId="19790A9C" w14:textId="77777777" w:rsidR="002007C2" w:rsidRDefault="002007C2" w:rsidP="002007C2">
      <w:r>
        <w:t xml:space="preserve">                                     round_LofTool &lt;= 0.9922800064086914 and </w:t>
      </w:r>
    </w:p>
    <w:p w14:paraId="5398C3B5" w14:textId="77777777" w:rsidR="002007C2" w:rsidRDefault="002007C2" w:rsidP="002007C2">
      <w:r>
        <w:t xml:space="preserve">                                     round_Gene_Length_bp &gt; 37966.5),</w:t>
      </w:r>
    </w:p>
    <w:p w14:paraId="2698EA12" w14:textId="77777777" w:rsidR="002007C2" w:rsidRDefault="002007C2" w:rsidP="002007C2">
      <w:r>
        <w:t xml:space="preserve">          -0.017070967066707309207 * (round_dN_dS_Chimp &gt; 0.02499999850988388 and </w:t>
      </w:r>
    </w:p>
    <w:p w14:paraId="53587CEB" w14:textId="77777777" w:rsidR="002007C2" w:rsidRDefault="002007C2" w:rsidP="002007C2">
      <w:r>
        <w:t xml:space="preserve">                                     round_dN_dS_Chimp_mi &lt;= 0.5 and </w:t>
      </w:r>
    </w:p>
    <w:p w14:paraId="04BD2F0C" w14:textId="77777777" w:rsidR="002007C2" w:rsidRDefault="002007C2" w:rsidP="002007C2">
      <w:r>
        <w:t xml:space="preserve">                                     round_LofTool &lt;= 0.9922449588775635 and </w:t>
      </w:r>
    </w:p>
    <w:p w14:paraId="68C29382" w14:textId="77777777" w:rsidR="002007C2" w:rsidRDefault="002007C2" w:rsidP="002007C2">
      <w:r>
        <w:t xml:space="preserve">                                     round_Average_Transcript_length &gt; 2037.5650634765625),</w:t>
      </w:r>
    </w:p>
    <w:p w14:paraId="0BA1CC41" w14:textId="77777777" w:rsidR="002007C2" w:rsidRDefault="002007C2" w:rsidP="002007C2">
      <w:r>
        <w:t xml:space="preserve">           0.029724330771197321477 * (round_missense_Z &lt;= 3.1514573097229004 and </w:t>
      </w:r>
    </w:p>
    <w:p w14:paraId="59258DE9" w14:textId="77777777" w:rsidR="002007C2" w:rsidRDefault="002007C2" w:rsidP="002007C2">
      <w:r>
        <w:t xml:space="preserve">                                     round_LofTool &lt;= 0.9922449588775635 and </w:t>
      </w:r>
    </w:p>
    <w:p w14:paraId="10C21B9C" w14:textId="77777777" w:rsidR="002007C2" w:rsidRDefault="002007C2" w:rsidP="002007C2">
      <w:r>
        <w:t xml:space="preserve">                                     round_Average_Transcript_length &gt; 2071.857421875),</w:t>
      </w:r>
    </w:p>
    <w:p w14:paraId="01A9DBBC" w14:textId="77777777" w:rsidR="002007C2" w:rsidRDefault="002007C2" w:rsidP="002007C2">
      <w:r>
        <w:t xml:space="preserve">           0.036175061572276949462 * (round_Degree_mi &lt;= 0.5 and </w:t>
      </w:r>
    </w:p>
    <w:p w14:paraId="6C5F6747" w14:textId="77777777" w:rsidR="002007C2" w:rsidRDefault="002007C2" w:rsidP="002007C2">
      <w:r>
        <w:t xml:space="preserve">                                     round_LofTool &gt; 0.9886499643325806 and </w:t>
      </w:r>
    </w:p>
    <w:p w14:paraId="230A008A" w14:textId="77777777" w:rsidR="002007C2" w:rsidRDefault="002007C2" w:rsidP="002007C2">
      <w:r>
        <w:t xml:space="preserve">                                     round_Gene_Length_bp &gt; 39341.0),</w:t>
      </w:r>
    </w:p>
    <w:p w14:paraId="51C362CF" w14:textId="77777777" w:rsidR="002007C2" w:rsidRDefault="002007C2" w:rsidP="002007C2">
      <w:r>
        <w:t xml:space="preserve">           0.012711184921391694216 * (round_Phi &lt;= 0.998741626739502 and </w:t>
      </w:r>
    </w:p>
    <w:p w14:paraId="4FB26D46" w14:textId="77777777" w:rsidR="002007C2" w:rsidRDefault="002007C2" w:rsidP="002007C2">
      <w:r>
        <w:t xml:space="preserve">                                     round_Gene_Length_bp &gt; 9906.5 and </w:t>
      </w:r>
    </w:p>
    <w:p w14:paraId="0B16FA9D" w14:textId="77777777" w:rsidR="002007C2" w:rsidRDefault="002007C2" w:rsidP="002007C2">
      <w:r>
        <w:t xml:space="preserve">                                     round_StdDev_Transcript_length &gt; 166.57864379882812 and </w:t>
      </w:r>
    </w:p>
    <w:p w14:paraId="0B9906E5" w14:textId="77777777" w:rsidR="002007C2" w:rsidRDefault="002007C2" w:rsidP="002007C2">
      <w:r>
        <w:t xml:space="preserve">                                     round_Average_Transcript_length &gt; 1956.6083984375),</w:t>
      </w:r>
    </w:p>
    <w:p w14:paraId="08AA38F7" w14:textId="77777777" w:rsidR="002007C2" w:rsidRDefault="002007C2" w:rsidP="002007C2">
      <w:r>
        <w:t xml:space="preserve">           0.036358077235948783879 * (not Group == u'NDNE' and </w:t>
      </w:r>
    </w:p>
    <w:p w14:paraId="055810EF" w14:textId="77777777" w:rsidR="002007C2" w:rsidRDefault="002007C2" w:rsidP="002007C2">
      <w:r>
        <w:t xml:space="preserve">                                     round_Degree &gt; 3.5 and </w:t>
      </w:r>
    </w:p>
    <w:p w14:paraId="1E8E52F4" w14:textId="77777777" w:rsidR="002007C2" w:rsidRDefault="002007C2" w:rsidP="002007C2">
      <w:r>
        <w:t xml:space="preserve">                                     round_Closeness &lt;= 0.3149999976158142 and </w:t>
      </w:r>
    </w:p>
    <w:p w14:paraId="551121F9" w14:textId="77777777" w:rsidR="002007C2" w:rsidRDefault="002007C2" w:rsidP="002007C2">
      <w:r>
        <w:t xml:space="preserve">                                     round_s_het &gt; 0.03478143364191055),</w:t>
      </w:r>
    </w:p>
    <w:p w14:paraId="0D51244D" w14:textId="77777777" w:rsidR="002007C2" w:rsidRDefault="002007C2" w:rsidP="002007C2">
      <w:r>
        <w:t xml:space="preserve">          -0.062385456839495603831 * (round_s_het &lt;= 0.016313210129737854 and </w:t>
      </w:r>
    </w:p>
    <w:p w14:paraId="7CEA6573" w14:textId="77777777" w:rsidR="002007C2" w:rsidRDefault="002007C2" w:rsidP="002007C2">
      <w:r>
        <w:t xml:space="preserve">                                     round_Gene_Length_bp &lt;= 38001.5),</w:t>
      </w:r>
    </w:p>
    <w:p w14:paraId="4742F7EB" w14:textId="77777777" w:rsidR="002007C2" w:rsidRDefault="002007C2" w:rsidP="002007C2">
      <w:r>
        <w:t xml:space="preserve">           0.098082437827070073633 * (round_Closeness &gt; 0.3149999976158142 and </w:t>
      </w:r>
    </w:p>
    <w:p w14:paraId="6F2DD80C" w14:textId="77777777" w:rsidR="002007C2" w:rsidRDefault="002007C2" w:rsidP="002007C2">
      <w:r>
        <w:t xml:space="preserve">                                     round_Transcript_count &lt;= 19.5),</w:t>
      </w:r>
    </w:p>
    <w:p w14:paraId="4CC630DB" w14:textId="77777777" w:rsidR="002007C2" w:rsidRDefault="002007C2" w:rsidP="002007C2">
      <w:r>
        <w:t xml:space="preserve">           0.011020545071693770359 * (round_Degree &gt; 12.5 and </w:t>
      </w:r>
    </w:p>
    <w:p w14:paraId="6A4D1BFF" w14:textId="77777777" w:rsidR="002007C2" w:rsidRDefault="002007C2" w:rsidP="002007C2">
      <w:r>
        <w:t xml:space="preserve">                                     4.052361965179443 &lt; round_missense_Z &lt;= 7.099285125732422 and </w:t>
      </w:r>
    </w:p>
    <w:p w14:paraId="2B37E8B2" w14:textId="77777777" w:rsidR="002007C2" w:rsidRDefault="002007C2" w:rsidP="002007C2">
      <w:r>
        <w:t xml:space="preserve">                                     round_Gene_Length_bp &gt; 2814.5),</w:t>
      </w:r>
    </w:p>
    <w:p w14:paraId="1AE6AD16" w14:textId="77777777" w:rsidR="002007C2" w:rsidRDefault="002007C2" w:rsidP="002007C2">
      <w:r>
        <w:t xml:space="preserve">            0.06749773290419343319 * (not Group == u'NDNE' and </w:t>
      </w:r>
    </w:p>
    <w:p w14:paraId="1E8AF638" w14:textId="77777777" w:rsidR="002007C2" w:rsidRDefault="002007C2" w:rsidP="002007C2">
      <w:r>
        <w:t xml:space="preserve">                                     round_Degree &gt; 62.5),</w:t>
      </w:r>
    </w:p>
    <w:p w14:paraId="541471EC" w14:textId="77777777" w:rsidR="002007C2" w:rsidRDefault="002007C2" w:rsidP="002007C2">
      <w:r>
        <w:t xml:space="preserve">           -0.01639995939674137107 * (round_Degree &gt; 4.5 and </w:t>
      </w:r>
    </w:p>
    <w:p w14:paraId="2F6351B0" w14:textId="77777777" w:rsidR="002007C2" w:rsidRDefault="002007C2" w:rsidP="002007C2">
      <w:r>
        <w:t xml:space="preserve">                                     round_Blomen_KBM7 &gt; -0.15807728469371796 and </w:t>
      </w:r>
    </w:p>
    <w:p w14:paraId="10419672" w14:textId="77777777" w:rsidR="002007C2" w:rsidRDefault="002007C2" w:rsidP="002007C2">
      <w:r>
        <w:t xml:space="preserve">                                     round_StdDev_Transcript_length &lt;= 1275.7037353515625),</w:t>
      </w:r>
    </w:p>
    <w:p w14:paraId="3F354E29" w14:textId="77777777" w:rsidR="002007C2" w:rsidRDefault="002007C2" w:rsidP="002007C2">
      <w:r>
        <w:t xml:space="preserve">          -0.010270465248197970312 * (round_Phi &lt;= 3.313508932478726e-05 and </w:t>
      </w:r>
    </w:p>
    <w:p w14:paraId="7B043DF4" w14:textId="77777777" w:rsidR="002007C2" w:rsidRDefault="002007C2" w:rsidP="002007C2">
      <w:r>
        <w:t xml:space="preserve">                                     round_missense_Z &lt;= 4.052361965179443),</w:t>
      </w:r>
    </w:p>
    <w:p w14:paraId="6CC9A948" w14:textId="77777777" w:rsidR="002007C2" w:rsidRDefault="002007C2" w:rsidP="002007C2">
      <w:r>
        <w:t xml:space="preserve">          -0.014236579328625676225 * (round_s_het &lt;= 0.025150161236524582 and </w:t>
      </w:r>
    </w:p>
    <w:p w14:paraId="0F7021E0" w14:textId="77777777" w:rsidR="002007C2" w:rsidRDefault="002007C2" w:rsidP="002007C2">
      <w:r>
        <w:t xml:space="preserve">                                     round_Transcript_count &gt; 13.5 and </w:t>
      </w:r>
    </w:p>
    <w:p w14:paraId="5BD04572" w14:textId="77777777" w:rsidR="002007C2" w:rsidRDefault="002007C2" w:rsidP="002007C2">
      <w:r>
        <w:t xml:space="preserve">                                     round_Average_Transcript_length &gt; 1873.0999755859375),</w:t>
      </w:r>
    </w:p>
    <w:p w14:paraId="600513A8" w14:textId="77777777" w:rsidR="002007C2" w:rsidRDefault="002007C2" w:rsidP="002007C2">
      <w:r>
        <w:t xml:space="preserve">           0.081211064552060438504 * (round_End &gt; 85205200.0 and </w:t>
      </w:r>
    </w:p>
    <w:p w14:paraId="3DD00DCA" w14:textId="77777777" w:rsidR="002007C2" w:rsidRDefault="002007C2" w:rsidP="002007C2">
      <w:r>
        <w:t xml:space="preserve">                                     round_Gene_Length_bp &gt; 9930.5 and </w:t>
      </w:r>
    </w:p>
    <w:p w14:paraId="71ADDE97" w14:textId="77777777" w:rsidR="002007C2" w:rsidRDefault="002007C2" w:rsidP="002007C2">
      <w:r>
        <w:t xml:space="preserve">                                     round_StdDev_Transcript_length &gt; 2430.197265625),</w:t>
      </w:r>
    </w:p>
    <w:p w14:paraId="36412963" w14:textId="77777777" w:rsidR="002007C2" w:rsidRDefault="002007C2" w:rsidP="002007C2">
      <w:r>
        <w:t xml:space="preserve">          0.0089967961046419821919 * (round_Degree &lt;= 12.5 and </w:t>
      </w:r>
    </w:p>
    <w:p w14:paraId="7CDD8F68" w14:textId="77777777" w:rsidR="002007C2" w:rsidRDefault="002007C2" w:rsidP="002007C2">
      <w:r>
        <w:t xml:space="preserve">                                     round_Degree_mi &lt;= 0.5 and </w:t>
      </w:r>
    </w:p>
    <w:p w14:paraId="5AD37DD1" w14:textId="77777777" w:rsidR="002007C2" w:rsidRDefault="002007C2" w:rsidP="002007C2">
      <w:r>
        <w:t xml:space="preserve">                                     round_missense_Z &lt;= 2.120723009109497 and </w:t>
      </w:r>
    </w:p>
    <w:p w14:paraId="7E8EB0A2" w14:textId="77777777" w:rsidR="002007C2" w:rsidRDefault="002007C2" w:rsidP="002007C2">
      <w:r>
        <w:lastRenderedPageBreak/>
        <w:t xml:space="preserve">                                     round_StdDev_Transcript_length &gt; 1011.6593627929688),</w:t>
      </w:r>
    </w:p>
    <w:p w14:paraId="431B44C4" w14:textId="77777777" w:rsidR="002007C2" w:rsidRDefault="002007C2" w:rsidP="002007C2">
      <w:r>
        <w:t xml:space="preserve">           -0.12108937018609394753 * (not Group == u'MNC' and </w:t>
      </w:r>
    </w:p>
    <w:p w14:paraId="0829EE3F" w14:textId="77777777" w:rsidR="002007C2" w:rsidRDefault="002007C2" w:rsidP="002007C2">
      <w:r>
        <w:t xml:space="preserve">                                     round_Tajima__s_D_regulatory &lt;= -0.4115000069141388 and </w:t>
      </w:r>
    </w:p>
    <w:p w14:paraId="4BA58E99" w14:textId="77777777" w:rsidR="002007C2" w:rsidRDefault="002007C2" w:rsidP="002007C2">
      <w:r>
        <w:t xml:space="preserve">                                     round_Gene_Length_bp &lt;= 8050.5),</w:t>
      </w:r>
    </w:p>
    <w:p w14:paraId="295C67C3" w14:textId="77777777" w:rsidR="002007C2" w:rsidRDefault="002007C2" w:rsidP="002007C2">
      <w:r>
        <w:t xml:space="preserve">           0.081999324716289165305 * (round_Closeness &gt; 0.32499998807907104 and </w:t>
      </w:r>
    </w:p>
    <w:p w14:paraId="5905780F" w14:textId="77777777" w:rsidR="002007C2" w:rsidRDefault="002007C2" w:rsidP="002007C2">
      <w:r>
        <w:t xml:space="preserve">                                     round_Tajima__s_D_regulatory &lt;= -1.2874999046325684 and </w:t>
      </w:r>
    </w:p>
    <w:p w14:paraId="41DBB795" w14:textId="77777777" w:rsidR="002007C2" w:rsidRDefault="002007C2" w:rsidP="002007C2">
      <w:r>
        <w:t xml:space="preserve">                                     round_Blomen_KBM7 &lt;= -0.41121259331703186),</w:t>
      </w:r>
    </w:p>
    <w:p w14:paraId="251EAAB1" w14:textId="77777777" w:rsidR="002007C2" w:rsidRDefault="002007C2" w:rsidP="002007C2">
      <w:r>
        <w:t xml:space="preserve">           -0.04692241815911364633 * (round_Closeness &lt;= 0.3149999976158142 and </w:t>
      </w:r>
    </w:p>
    <w:p w14:paraId="248720CB" w14:textId="77777777" w:rsidR="002007C2" w:rsidRDefault="002007C2" w:rsidP="002007C2">
      <w:r>
        <w:t xml:space="preserve">                                     round_s_het &lt;= 0.025150161236524582 and </w:t>
      </w:r>
    </w:p>
    <w:p w14:paraId="6F01D313" w14:textId="77777777" w:rsidR="002007C2" w:rsidRDefault="002007C2" w:rsidP="002007C2">
      <w:r>
        <w:t xml:space="preserve">                                     round_Average_Transcript_length &gt; 2057.064453125),</w:t>
      </w:r>
    </w:p>
    <w:p w14:paraId="340B7D1C" w14:textId="77777777" w:rsidR="002007C2" w:rsidRDefault="002007C2" w:rsidP="002007C2">
      <w:r>
        <w:t xml:space="preserve">           0.043127172504397952302 * (round_End &gt; 100419720.0 and </w:t>
      </w:r>
    </w:p>
    <w:p w14:paraId="37CB62BB" w14:textId="77777777" w:rsidR="002007C2" w:rsidRDefault="002007C2" w:rsidP="002007C2">
      <w:r>
        <w:t xml:space="preserve">                                     round_Tajima__s_D_regulatory &gt; 0.5145000219345093 and </w:t>
      </w:r>
    </w:p>
    <w:p w14:paraId="10976552" w14:textId="77777777" w:rsidR="002007C2" w:rsidRDefault="002007C2" w:rsidP="002007C2">
      <w:r>
        <w:t xml:space="preserve">                                     round_missense_Z &lt;= 3.996763229370117 and </w:t>
      </w:r>
    </w:p>
    <w:p w14:paraId="1B16B5E9" w14:textId="77777777" w:rsidR="002007C2" w:rsidRDefault="002007C2" w:rsidP="002007C2">
      <w:r>
        <w:t xml:space="preserve">                                     round_StdDev_Transcript_length &gt; 166.57864379882812),</w:t>
      </w:r>
    </w:p>
    <w:p w14:paraId="514D6B2F" w14:textId="77777777" w:rsidR="002007C2" w:rsidRDefault="002007C2" w:rsidP="002007C2">
      <w:r>
        <w:t xml:space="preserve">           -0.02368886292594349699 * (not Group == u'CM' and </w:t>
      </w:r>
    </w:p>
    <w:p w14:paraId="2215C51D" w14:textId="77777777" w:rsidR="002007C2" w:rsidRDefault="002007C2" w:rsidP="002007C2">
      <w:r>
        <w:t xml:space="preserve">                                     round_End &gt; 100419720.0 and </w:t>
      </w:r>
    </w:p>
    <w:p w14:paraId="3837B79C" w14:textId="77777777" w:rsidR="002007C2" w:rsidRDefault="002007C2" w:rsidP="002007C2">
      <w:r>
        <w:t xml:space="preserve">                                     round_Degree &lt;= 12.5 and </w:t>
      </w:r>
    </w:p>
    <w:p w14:paraId="4C8BBFDA" w14:textId="77777777" w:rsidR="002007C2" w:rsidRDefault="002007C2" w:rsidP="002007C2">
      <w:r>
        <w:t xml:space="preserve">                                     round_Blomen_KBM7 &gt; -0.514844536781311),</w:t>
      </w:r>
    </w:p>
    <w:p w14:paraId="284BE26B" w14:textId="77777777" w:rsidR="002007C2" w:rsidRDefault="002007C2" w:rsidP="002007C2">
      <w:r>
        <w:t xml:space="preserve">           0.012990241102245232707 * (round_Closeness &gt; 0.2549999952316284 and </w:t>
      </w:r>
    </w:p>
    <w:p w14:paraId="0239DCA5" w14:textId="77777777" w:rsidR="002007C2" w:rsidRDefault="002007C2" w:rsidP="002007C2">
      <w:r>
        <w:t xml:space="preserve">                                     round_Phi &gt; 0.4316735863685608),</w:t>
      </w:r>
    </w:p>
    <w:p w14:paraId="00D25B25" w14:textId="77777777" w:rsidR="002007C2" w:rsidRDefault="002007C2" w:rsidP="002007C2">
      <w:r>
        <w:t xml:space="preserve">         -0.0046364819849940520566 * (round_Tajima__s_D_regulatory_mi),</w:t>
      </w:r>
    </w:p>
    <w:p w14:paraId="20FF4C93" w14:textId="77777777" w:rsidR="002007C2" w:rsidRDefault="002007C2" w:rsidP="002007C2">
      <w:r>
        <w:t xml:space="preserve">          0.0051529804551414338035 * (round_Degree &gt; 3.5 and </w:t>
      </w:r>
    </w:p>
    <w:p w14:paraId="7D295B5D" w14:textId="77777777" w:rsidR="002007C2" w:rsidRDefault="002007C2" w:rsidP="002007C2">
      <w:r>
        <w:t xml:space="preserve">                                     round_dN_dS_Chimp &lt;= 0.5950000286102295 and </w:t>
      </w:r>
    </w:p>
    <w:p w14:paraId="36A30625" w14:textId="77777777" w:rsidR="002007C2" w:rsidRDefault="002007C2" w:rsidP="002007C2">
      <w:r>
        <w:t xml:space="preserve">                                     round_Tajima__s_D_regulatory &lt;= 0.18650001287460327 and </w:t>
      </w:r>
    </w:p>
    <w:p w14:paraId="272F8558" w14:textId="77777777" w:rsidR="002007C2" w:rsidRDefault="002007C2" w:rsidP="002007C2">
      <w:r>
        <w:t xml:space="preserve">                                     round_Gene_Length_bp &lt;= 343581.5),</w:t>
      </w:r>
    </w:p>
    <w:p w14:paraId="651B5AE1" w14:textId="77777777" w:rsidR="002007C2" w:rsidRDefault="002007C2" w:rsidP="002007C2">
      <w:r>
        <w:t xml:space="preserve">             0.0438080419095184595 * (not Group == u'NDNE' and </w:t>
      </w:r>
    </w:p>
    <w:p w14:paraId="657A68BD" w14:textId="77777777" w:rsidR="002007C2" w:rsidRDefault="002007C2" w:rsidP="002007C2">
      <w:r>
        <w:t xml:space="preserve">                                     round_Degree &gt; 12.5 and </w:t>
      </w:r>
    </w:p>
    <w:p w14:paraId="2411164B" w14:textId="77777777" w:rsidR="002007C2" w:rsidRDefault="002007C2" w:rsidP="002007C2">
      <w:r>
        <w:t xml:space="preserve">                                     round_Closeness &gt; 0.32499998807907104 and </w:t>
      </w:r>
    </w:p>
    <w:p w14:paraId="3E9109D9" w14:textId="77777777" w:rsidR="002007C2" w:rsidRDefault="002007C2" w:rsidP="002007C2">
      <w:r>
        <w:t xml:space="preserve">                                     round_Gene_Length_bp &gt; 53079.0),</w:t>
      </w:r>
    </w:p>
    <w:p w14:paraId="5D339210" w14:textId="77777777" w:rsidR="002007C2" w:rsidRDefault="002007C2" w:rsidP="002007C2">
      <w:r>
        <w:t xml:space="preserve">          -0.024672830644793142252 * (not Group == u'NDNE' and </w:t>
      </w:r>
    </w:p>
    <w:p w14:paraId="1E774D8D" w14:textId="77777777" w:rsidR="002007C2" w:rsidRDefault="002007C2" w:rsidP="002007C2">
      <w:r>
        <w:t xml:space="preserve">                                     round_s_het &gt; 0.016313210129737854 and </w:t>
      </w:r>
    </w:p>
    <w:p w14:paraId="61E6D69D" w14:textId="77777777" w:rsidR="002007C2" w:rsidRDefault="002007C2" w:rsidP="002007C2">
      <w:r>
        <w:t xml:space="preserve">                                     round_Gene_Length_bp &lt;= 38001.5),</w:t>
      </w:r>
    </w:p>
    <w:p w14:paraId="6FC42E4F" w14:textId="77777777" w:rsidR="002007C2" w:rsidRDefault="002007C2" w:rsidP="002007C2">
      <w:r>
        <w:t xml:space="preserve">            0.02030768844142512991 * (round_missense_Z &lt;= 4.052361965179443 and </w:t>
      </w:r>
    </w:p>
    <w:p w14:paraId="54316E68" w14:textId="77777777" w:rsidR="002007C2" w:rsidRDefault="002007C2" w:rsidP="002007C2">
      <w:r>
        <w:t xml:space="preserve">                                     round_LofTool &lt;= 0.04450000077486038 and </w:t>
      </w:r>
    </w:p>
    <w:p w14:paraId="0765603B" w14:textId="77777777" w:rsidR="002007C2" w:rsidRDefault="002007C2" w:rsidP="002007C2">
      <w:r>
        <w:t xml:space="preserve">                                     round_s_het &lt;= 0.014458265155553818),</w:t>
      </w:r>
    </w:p>
    <w:p w14:paraId="57295FBE" w14:textId="77777777" w:rsidR="002007C2" w:rsidRDefault="002007C2" w:rsidP="002007C2">
      <w:r>
        <w:t xml:space="preserve">           0.021488441370476205755 * (not Group == u'MNC' and </w:t>
      </w:r>
    </w:p>
    <w:p w14:paraId="694AF195" w14:textId="77777777" w:rsidR="002007C2" w:rsidRDefault="002007C2" w:rsidP="002007C2">
      <w:r>
        <w:t xml:space="preserve">                                     round_Closeness &gt; 0.3149999976158142 and </w:t>
      </w:r>
    </w:p>
    <w:p w14:paraId="7B22E11A" w14:textId="77777777" w:rsidR="002007C2" w:rsidRDefault="002007C2" w:rsidP="002007C2">
      <w:r>
        <w:t xml:space="preserve">                                     round_StdDev_Transcript_length &gt; 899.939453125),</w:t>
      </w:r>
    </w:p>
    <w:p w14:paraId="0422ABF1" w14:textId="77777777" w:rsidR="002007C2" w:rsidRDefault="002007C2" w:rsidP="002007C2">
      <w:r>
        <w:t xml:space="preserve">            -0.0377281103161658804 * (Group == u'NDNE' and </w:t>
      </w:r>
    </w:p>
    <w:p w14:paraId="412AFC04" w14:textId="77777777" w:rsidR="002007C2" w:rsidRDefault="002007C2" w:rsidP="002007C2">
      <w:r>
        <w:t xml:space="preserve">                                     round_Degree &gt; 3.5 and </w:t>
      </w:r>
    </w:p>
    <w:p w14:paraId="2912F986" w14:textId="77777777" w:rsidR="002007C2" w:rsidRDefault="002007C2" w:rsidP="002007C2">
      <w:r>
        <w:t xml:space="preserve">                                     round_Phi &lt;= 0.919446587562561),</w:t>
      </w:r>
    </w:p>
    <w:p w14:paraId="57FB5BE0" w14:textId="77777777" w:rsidR="002007C2" w:rsidRDefault="002007C2" w:rsidP="002007C2">
      <w:r>
        <w:t xml:space="preserve">          -0.047992281795421115609 * (round_Gene_Length_bp &lt;= 2599.0 and </w:t>
      </w:r>
    </w:p>
    <w:p w14:paraId="6100842E" w14:textId="77777777" w:rsidR="002007C2" w:rsidRDefault="002007C2" w:rsidP="002007C2">
      <w:r>
        <w:t xml:space="preserve">                                     round_StdDev_Transcript_length &lt;= 166.57864379882812),</w:t>
      </w:r>
    </w:p>
    <w:p w14:paraId="6BDBB073" w14:textId="77777777" w:rsidR="002007C2" w:rsidRDefault="002007C2" w:rsidP="002007C2">
      <w:r>
        <w:t xml:space="preserve">         -0.0030180344075642685266 * (round_Closeness &lt;= 0.3149999976158142 and </w:t>
      </w:r>
    </w:p>
    <w:p w14:paraId="660D2083" w14:textId="77777777" w:rsidR="002007C2" w:rsidRDefault="002007C2" w:rsidP="002007C2">
      <w:r>
        <w:t xml:space="preserve">                                     round_dN_dS_Chimp &lt;= 0.5950000286102295 and </w:t>
      </w:r>
    </w:p>
    <w:p w14:paraId="20A541CB" w14:textId="77777777" w:rsidR="002007C2" w:rsidRDefault="002007C2" w:rsidP="002007C2">
      <w:r>
        <w:t xml:space="preserve">                                     round_Tajima__s_D_regulatory &gt; 0.12399999797344208 and </w:t>
      </w:r>
    </w:p>
    <w:p w14:paraId="7ED9DA6A" w14:textId="77777777" w:rsidR="002007C2" w:rsidRDefault="002007C2" w:rsidP="002007C2">
      <w:r>
        <w:t xml:space="preserve">                                     round_StdDev_Transcript_length &gt; 1944.22802734375),</w:t>
      </w:r>
    </w:p>
    <w:p w14:paraId="069D1444" w14:textId="77777777" w:rsidR="002007C2" w:rsidRDefault="002007C2" w:rsidP="002007C2">
      <w:r>
        <w:lastRenderedPageBreak/>
        <w:t xml:space="preserve">          -0.053645815472417320013 * (round_StdDev_Transcript_length &lt;= 169.24288940429688 and </w:t>
      </w:r>
    </w:p>
    <w:p w14:paraId="531F1CA4" w14:textId="77777777" w:rsidR="002007C2" w:rsidRDefault="002007C2" w:rsidP="002007C2">
      <w:r>
        <w:t xml:space="preserve">                                     round_Average_Transcript_length &lt;= 2318.75),</w:t>
      </w:r>
    </w:p>
    <w:p w14:paraId="6B9A924C" w14:textId="77777777" w:rsidR="002007C2" w:rsidRDefault="002007C2" w:rsidP="002007C2">
      <w:r>
        <w:t xml:space="preserve">           0.005484710865094958622 * (round_Degree &gt; 3.5 and </w:t>
      </w:r>
    </w:p>
    <w:p w14:paraId="23EB5BD5" w14:textId="77777777" w:rsidR="002007C2" w:rsidRDefault="002007C2" w:rsidP="002007C2">
      <w:r>
        <w:t xml:space="preserve">                                     round_Closeness &gt; 0.3149999976158142 and </w:t>
      </w:r>
    </w:p>
    <w:p w14:paraId="172EB55A" w14:textId="77777777" w:rsidR="002007C2" w:rsidRDefault="002007C2" w:rsidP="002007C2">
      <w:r>
        <w:t xml:space="preserve">                                     round_s_het &gt; 0.02518850564956665 and </w:t>
      </w:r>
    </w:p>
    <w:p w14:paraId="75EFEF4B" w14:textId="77777777" w:rsidR="002007C2" w:rsidRDefault="002007C2" w:rsidP="002007C2">
      <w:r>
        <w:t xml:space="preserve">                                     round_Transcript_count &lt;= 15.5),</w:t>
      </w:r>
    </w:p>
    <w:p w14:paraId="10BC19E5" w14:textId="77777777" w:rsidR="002007C2" w:rsidRDefault="002007C2" w:rsidP="002007C2">
      <w:r>
        <w:t xml:space="preserve">            0.01851729216318677082 * (not Group == u'NDNE' and </w:t>
      </w:r>
    </w:p>
    <w:p w14:paraId="1B3A0D3B" w14:textId="77777777" w:rsidR="002007C2" w:rsidRDefault="002007C2" w:rsidP="002007C2">
      <w:r>
        <w:t xml:space="preserve">                                     round_Degree &lt;= 4.5),</w:t>
      </w:r>
    </w:p>
    <w:p w14:paraId="1D1A5C43" w14:textId="77777777" w:rsidR="002007C2" w:rsidRDefault="002007C2" w:rsidP="002007C2">
      <w:r>
        <w:t xml:space="preserve">          -0.009235200960148456234 * (Group == u'MNC' and </w:t>
      </w:r>
    </w:p>
    <w:p w14:paraId="1752494A" w14:textId="77777777" w:rsidR="002007C2" w:rsidRDefault="002007C2" w:rsidP="002007C2">
      <w:r>
        <w:t xml:space="preserve">                                     round_Tajima__s_D_regulatory &gt; -1.2874999046325684),</w:t>
      </w:r>
    </w:p>
    <w:p w14:paraId="4AD25248" w14:textId="77777777" w:rsidR="002007C2" w:rsidRDefault="002007C2" w:rsidP="002007C2">
      <w:r>
        <w:t xml:space="preserve">          0.0048887605175608542241 * (not Group == u'NDNE' and </w:t>
      </w:r>
    </w:p>
    <w:p w14:paraId="01AB690E" w14:textId="77777777" w:rsidR="002007C2" w:rsidRDefault="002007C2" w:rsidP="002007C2">
      <w:r>
        <w:t xml:space="preserve">                                     round_Degree &gt; 3.5 and </w:t>
      </w:r>
    </w:p>
    <w:p w14:paraId="27E9E9D9" w14:textId="77777777" w:rsidR="002007C2" w:rsidRDefault="002007C2" w:rsidP="002007C2">
      <w:r>
        <w:t xml:space="preserve">                                     round_Closeness &lt;= 0.3149999976158142 and </w:t>
      </w:r>
    </w:p>
    <w:p w14:paraId="53BCE04E" w14:textId="77777777" w:rsidR="002007C2" w:rsidRDefault="002007C2" w:rsidP="002007C2">
      <w:r>
        <w:t xml:space="preserve">                                     round_Phi &gt; 0.8785387277603149),</w:t>
      </w:r>
    </w:p>
    <w:p w14:paraId="0FF60334" w14:textId="77777777" w:rsidR="002007C2" w:rsidRDefault="002007C2" w:rsidP="002007C2">
      <w:r>
        <w:t xml:space="preserve">           0.017492794284271317301 * (round_missense_Z &lt;= 4.122845649719238 and </w:t>
      </w:r>
    </w:p>
    <w:p w14:paraId="6BE5A6D3" w14:textId="77777777" w:rsidR="002007C2" w:rsidRDefault="002007C2" w:rsidP="002007C2">
      <w:r>
        <w:t xml:space="preserve">                                     2814.5 &lt; round_Gene_Length_bp &lt;= 9338.5 and </w:t>
      </w:r>
    </w:p>
    <w:p w14:paraId="643DCAAF" w14:textId="77777777" w:rsidR="002007C2" w:rsidRDefault="002007C2" w:rsidP="002007C2">
      <w:r>
        <w:t xml:space="preserve">                                     round_StdDev_Transcript_length &lt;= 580.992431640625),</w:t>
      </w:r>
    </w:p>
    <w:p w14:paraId="31959A47" w14:textId="77777777" w:rsidR="002007C2" w:rsidRDefault="002007C2" w:rsidP="002007C2">
      <w:r>
        <w:t xml:space="preserve">          0.0021128405691882255757 * (Group == u'NDNE' and </w:t>
      </w:r>
    </w:p>
    <w:p w14:paraId="534C758D" w14:textId="77777777" w:rsidR="002007C2" w:rsidRDefault="002007C2" w:rsidP="002007C2">
      <w:r>
        <w:t xml:space="preserve">                                     round_s_het &gt; 0.017306189984083176 and </w:t>
      </w:r>
    </w:p>
    <w:p w14:paraId="3746814F" w14:textId="77777777" w:rsidR="002007C2" w:rsidRDefault="002007C2" w:rsidP="002007C2">
      <w:r>
        <w:t xml:space="preserve">                                     round_StdDev_Transcript_length &gt; 621.5349731445312 and </w:t>
      </w:r>
    </w:p>
    <w:p w14:paraId="26DB7A6F" w14:textId="77777777" w:rsidR="002007C2" w:rsidRDefault="002007C2" w:rsidP="002007C2">
      <w:r>
        <w:t xml:space="preserve">                                     round_Exon_Count &gt; 171.0),</w:t>
      </w:r>
    </w:p>
    <w:p w14:paraId="4CF4B9C8" w14:textId="77777777" w:rsidR="002007C2" w:rsidRDefault="002007C2" w:rsidP="002007C2">
      <w:r>
        <w:t xml:space="preserve">          -0.028339346103928231974 * (not Group == u'NDNE' and </w:t>
      </w:r>
    </w:p>
    <w:p w14:paraId="6388161B" w14:textId="77777777" w:rsidR="002007C2" w:rsidRDefault="002007C2" w:rsidP="002007C2">
      <w:r>
        <w:t xml:space="preserve">                                     round_End &lt;= 100419720.0 and </w:t>
      </w:r>
    </w:p>
    <w:p w14:paraId="76C4EB96" w14:textId="77777777" w:rsidR="002007C2" w:rsidRDefault="002007C2" w:rsidP="002007C2">
      <w:r>
        <w:t xml:space="preserve">                                     round_Phi &gt; 0.998741626739502 and </w:t>
      </w:r>
    </w:p>
    <w:p w14:paraId="7B8EDB44" w14:textId="77777777" w:rsidR="002007C2" w:rsidRDefault="002007C2" w:rsidP="002007C2">
      <w:r>
        <w:t xml:space="preserve">                                     round_Transcript_count &lt;= 8.5),</w:t>
      </w:r>
    </w:p>
    <w:p w14:paraId="327EB09F" w14:textId="77777777" w:rsidR="002007C2" w:rsidRDefault="002007C2" w:rsidP="002007C2">
      <w:r>
        <w:t xml:space="preserve">         2.8544422492723128641E-05 * (round_missense_Z &lt;= 3.2976694107055664 and </w:t>
      </w:r>
    </w:p>
    <w:p w14:paraId="414A9369" w14:textId="77777777" w:rsidR="002007C2" w:rsidRDefault="002007C2" w:rsidP="002007C2">
      <w:r>
        <w:t xml:space="preserve">                                     round_Transcript_count &gt; 25.5 and </w:t>
      </w:r>
    </w:p>
    <w:p w14:paraId="65060034" w14:textId="77777777" w:rsidR="002007C2" w:rsidRDefault="002007C2" w:rsidP="002007C2">
      <w:r>
        <w:t xml:space="preserve">                                     round_Gene_Length_bp &gt; 9941.5 and </w:t>
      </w:r>
    </w:p>
    <w:p w14:paraId="3242BBA9" w14:textId="77777777" w:rsidR="002007C2" w:rsidRDefault="002007C2" w:rsidP="002007C2">
      <w:r>
        <w:t xml:space="preserve">                                     round_Average_Transcript_length &lt;= 2071.857421875),</w:t>
      </w:r>
    </w:p>
    <w:p w14:paraId="45260408" w14:textId="77777777" w:rsidR="002007C2" w:rsidRDefault="002007C2" w:rsidP="002007C2">
      <w:r>
        <w:t xml:space="preserve">         -0.0072243283196216957764 * (round_Degree &lt;= 12.5 and </w:t>
      </w:r>
    </w:p>
    <w:p w14:paraId="5E75853D" w14:textId="77777777" w:rsidR="002007C2" w:rsidRDefault="002007C2" w:rsidP="002007C2">
      <w:r>
        <w:t xml:space="preserve">                                     round_dN_dS_Chimp_mi &lt;= 0.5 and </w:t>
      </w:r>
    </w:p>
    <w:p w14:paraId="5D85694C" w14:textId="77777777" w:rsidR="002007C2" w:rsidRDefault="002007C2" w:rsidP="002007C2">
      <w:r>
        <w:t xml:space="preserve">                                     round_LofTool &gt; 0.6634999513626099),</w:t>
      </w:r>
    </w:p>
    <w:p w14:paraId="62257747" w14:textId="77777777" w:rsidR="002007C2" w:rsidRDefault="002007C2" w:rsidP="002007C2">
      <w:r>
        <w:t xml:space="preserve">          -0.022293006054387030229 * (round_LofTool &lt;= 0.6634999513626099 and </w:t>
      </w:r>
    </w:p>
    <w:p w14:paraId="525DC37F" w14:textId="77777777" w:rsidR="002007C2" w:rsidRDefault="002007C2" w:rsidP="002007C2">
      <w:r>
        <w:t xml:space="preserve">                                     round_s_het &gt; 0.01709270477294922 and </w:t>
      </w:r>
    </w:p>
    <w:p w14:paraId="7221BDC5" w14:textId="77777777" w:rsidR="002007C2" w:rsidRDefault="002007C2" w:rsidP="002007C2">
      <w:r>
        <w:t xml:space="preserve">                                     round_Exon_Count &lt;= 88.5),</w:t>
      </w:r>
    </w:p>
    <w:p w14:paraId="137A1838" w14:textId="77777777" w:rsidR="002007C2" w:rsidRDefault="002007C2" w:rsidP="002007C2">
      <w:r>
        <w:t xml:space="preserve">           0.022977805449827696377 * (not Group == u'NDNE' and </w:t>
      </w:r>
    </w:p>
    <w:p w14:paraId="4DFFD451" w14:textId="77777777" w:rsidR="002007C2" w:rsidRDefault="002007C2" w:rsidP="002007C2">
      <w:r>
        <w:t xml:space="preserve">                                     round_Closeness &gt; 0.2549999952316284 and </w:t>
      </w:r>
    </w:p>
    <w:p w14:paraId="6A80F533" w14:textId="77777777" w:rsidR="002007C2" w:rsidRDefault="002007C2" w:rsidP="002007C2">
      <w:r>
        <w:t xml:space="preserve">                                     round_Transcript_count &lt;= 15.5),</w:t>
      </w:r>
    </w:p>
    <w:p w14:paraId="704B9432" w14:textId="77777777" w:rsidR="002007C2" w:rsidRDefault="002007C2" w:rsidP="002007C2">
      <w:r>
        <w:t xml:space="preserve">          -0.017991002487537172821 * (not Group == u'CM' and </w:t>
      </w:r>
    </w:p>
    <w:p w14:paraId="1E8126DF" w14:textId="77777777" w:rsidR="002007C2" w:rsidRDefault="002007C2" w:rsidP="002007C2">
      <w:r>
        <w:t xml:space="preserve">                                     round_Tajima__s_D_regulatory &gt; 0.17550000548362732 and </w:t>
      </w:r>
    </w:p>
    <w:p w14:paraId="5BBCF148" w14:textId="77777777" w:rsidR="002007C2" w:rsidRDefault="002007C2" w:rsidP="002007C2">
      <w:r>
        <w:t xml:space="preserve">                                     round_Transcript_count &lt;= 10.5 and </w:t>
      </w:r>
    </w:p>
    <w:p w14:paraId="7A8140CD" w14:textId="77777777" w:rsidR="002007C2" w:rsidRDefault="002007C2" w:rsidP="002007C2">
      <w:r>
        <w:t xml:space="preserve">                                     round_Gene_Length_bp &gt; 2814.5),</w:t>
      </w:r>
    </w:p>
    <w:p w14:paraId="4B9FFD05" w14:textId="77777777" w:rsidR="002007C2" w:rsidRDefault="002007C2" w:rsidP="002007C2">
      <w:r>
        <w:t xml:space="preserve">            0.13358397646296524264 * (round_Degree_mi &lt;= 0.5 and </w:t>
      </w:r>
    </w:p>
    <w:p w14:paraId="53BA8F18" w14:textId="77777777" w:rsidR="002007C2" w:rsidRDefault="002007C2" w:rsidP="002007C2">
      <w:r>
        <w:t xml:space="preserve">                                     round_LofTool &gt; 0.9907699823379517),</w:t>
      </w:r>
    </w:p>
    <w:p w14:paraId="3710633C" w14:textId="77777777" w:rsidR="002007C2" w:rsidRDefault="002007C2" w:rsidP="002007C2">
      <w:r>
        <w:t xml:space="preserve">          -0.049028952313931860318 * (round_Phi &lt;= 0.12447576969861984 and </w:t>
      </w:r>
    </w:p>
    <w:p w14:paraId="0ABBD4A2" w14:textId="77777777" w:rsidR="002007C2" w:rsidRDefault="002007C2" w:rsidP="002007C2">
      <w:r>
        <w:t xml:space="preserve">                                     83.5 &lt; round_Exon_Count &lt;= 242.5),</w:t>
      </w:r>
    </w:p>
    <w:p w14:paraId="62D90A8A" w14:textId="77777777" w:rsidR="002007C2" w:rsidRDefault="002007C2" w:rsidP="002007C2">
      <w:r>
        <w:lastRenderedPageBreak/>
        <w:t xml:space="preserve">          0.0021989595530416358206 * (round_missense_Z),</w:t>
      </w:r>
    </w:p>
    <w:p w14:paraId="3B76391C" w14:textId="77777777" w:rsidR="002007C2" w:rsidRDefault="002007C2" w:rsidP="002007C2">
      <w:r>
        <w:t xml:space="preserve">           0.021122374812430694951 * (round_Blomen_KBM7 &lt;= -0.157728910446167 and </w:t>
      </w:r>
    </w:p>
    <w:p w14:paraId="4179AD01" w14:textId="77777777" w:rsidR="002007C2" w:rsidRDefault="002007C2" w:rsidP="002007C2">
      <w:r>
        <w:t xml:space="preserve">                                     round_missense_Z &gt; 3.2971019744873047 and </w:t>
      </w:r>
    </w:p>
    <w:p w14:paraId="73EEE44A" w14:textId="77777777" w:rsidR="002007C2" w:rsidRDefault="002007C2" w:rsidP="002007C2">
      <w:r>
        <w:t xml:space="preserve">                                     round_Exon_Count &gt; 96.5),</w:t>
      </w:r>
    </w:p>
    <w:p w14:paraId="2EB8DE6C" w14:textId="77777777" w:rsidR="002007C2" w:rsidRDefault="002007C2" w:rsidP="002007C2">
      <w:r>
        <w:t xml:space="preserve">           0.040975473907031947918 * (round_LofTool &gt; 0.9921150207519531 and </w:t>
      </w:r>
    </w:p>
    <w:p w14:paraId="0539B2AD" w14:textId="77777777" w:rsidR="002007C2" w:rsidRDefault="002007C2" w:rsidP="002007C2">
      <w:r>
        <w:t xml:space="preserve">                                     round_s_het &gt; 0.025150161236524582),</w:t>
      </w:r>
    </w:p>
    <w:p w14:paraId="1188375F" w14:textId="77777777" w:rsidR="002007C2" w:rsidRDefault="002007C2" w:rsidP="002007C2">
      <w:r>
        <w:t xml:space="preserve">          -0.029039626470798590024 * (not Group == u'NDNE' and </w:t>
      </w:r>
    </w:p>
    <w:p w14:paraId="31C0E48B" w14:textId="77777777" w:rsidR="002007C2" w:rsidRDefault="002007C2" w:rsidP="002007C2">
      <w:r>
        <w:t xml:space="preserve">                                     round_Closeness &lt;= 0.2549999952316284 and </w:t>
      </w:r>
    </w:p>
    <w:p w14:paraId="500C88B4" w14:textId="77777777" w:rsidR="002007C2" w:rsidRDefault="002007C2" w:rsidP="002007C2">
      <w:r>
        <w:t xml:space="preserve">                                     round_Phi &lt;= 0.8768634796142578),</w:t>
      </w:r>
    </w:p>
    <w:p w14:paraId="0BE543ED" w14:textId="77777777" w:rsidR="002007C2" w:rsidRDefault="002007C2" w:rsidP="002007C2">
      <w:r>
        <w:t xml:space="preserve">         -0.0093112986032186061125 * (round_Gene_Length_bp &gt; 9978.0 and </w:t>
      </w:r>
    </w:p>
    <w:p w14:paraId="756B891A" w14:textId="77777777" w:rsidR="002007C2" w:rsidRDefault="002007C2" w:rsidP="002007C2">
      <w:r>
        <w:t xml:space="preserve">                                     round_StdDev_Transcript_length &lt;= 2377.90625 and </w:t>
      </w:r>
    </w:p>
    <w:p w14:paraId="39779884" w14:textId="77777777" w:rsidR="002007C2" w:rsidRDefault="002007C2" w:rsidP="002007C2">
      <w:r>
        <w:t xml:space="preserve">                                     round_Exon_Count &lt;= 87.5),</w:t>
      </w:r>
    </w:p>
    <w:p w14:paraId="3C22D359" w14:textId="77777777" w:rsidR="002007C2" w:rsidRDefault="002007C2" w:rsidP="002007C2">
      <w:r>
        <w:t xml:space="preserve">          -0.010142192141983820061 * (round_End &lt;= 100419720.0 and </w:t>
      </w:r>
    </w:p>
    <w:p w14:paraId="1F12DD8B" w14:textId="77777777" w:rsidR="002007C2" w:rsidRDefault="002007C2" w:rsidP="002007C2">
      <w:r>
        <w:t xml:space="preserve">                                     round_Closeness &lt;= 0.3149999976158142 and </w:t>
      </w:r>
    </w:p>
    <w:p w14:paraId="31C9D9AA" w14:textId="77777777" w:rsidR="002007C2" w:rsidRDefault="002007C2" w:rsidP="002007C2">
      <w:r>
        <w:t xml:space="preserve">                                     round_dN_dS_Chimp &lt;= 0.5950000286102295 and </w:t>
      </w:r>
    </w:p>
    <w:p w14:paraId="27B02321" w14:textId="77777777" w:rsidR="002007C2" w:rsidRDefault="002007C2" w:rsidP="002007C2">
      <w:r>
        <w:t xml:space="preserve">                                     round_Exon_Count &lt;= 221.5),</w:t>
      </w:r>
    </w:p>
    <w:p w14:paraId="2B4070B2" w14:textId="77777777" w:rsidR="002007C2" w:rsidRDefault="002007C2" w:rsidP="002007C2">
      <w:r>
        <w:t xml:space="preserve">          -0.073112609476678830367 * (round_Blomen_KBM7_mi),</w:t>
      </w:r>
    </w:p>
    <w:p w14:paraId="62302FFC" w14:textId="77777777" w:rsidR="002007C2" w:rsidRDefault="002007C2" w:rsidP="002007C2">
      <w:r>
        <w:t xml:space="preserve">         -0.0097552048672122273348 * (round_Phi &lt;= 0.1378774642944336 and </w:t>
      </w:r>
    </w:p>
    <w:p w14:paraId="6DADAFC9" w14:textId="77777777" w:rsidR="002007C2" w:rsidRDefault="002007C2" w:rsidP="002007C2">
      <w:r>
        <w:t xml:space="preserve">                                     round_LofTool &lt;= 0.659500002861023 and </w:t>
      </w:r>
    </w:p>
    <w:p w14:paraId="3B3D98AC" w14:textId="77777777" w:rsidR="002007C2" w:rsidRDefault="002007C2" w:rsidP="002007C2">
      <w:r>
        <w:t xml:space="preserve">                                     round_Average_Transcript_length &lt;= 2515.3544921875),</w:t>
      </w:r>
    </w:p>
    <w:p w14:paraId="4516D2A1" w14:textId="77777777" w:rsidR="002007C2" w:rsidRDefault="002007C2" w:rsidP="002007C2">
      <w:r>
        <w:t xml:space="preserve">            0.02224374309944953873 * (round_dN_dS_Chimp &lt;= 0.5950000286102295 and </w:t>
      </w:r>
    </w:p>
    <w:p w14:paraId="179B43A8" w14:textId="77777777" w:rsidR="002007C2" w:rsidRDefault="002007C2" w:rsidP="002007C2">
      <w:r>
        <w:t xml:space="preserve">                                     3.2976694107055664 &lt; round_missense_Z &lt;= 4.052361965179443 and </w:t>
      </w:r>
    </w:p>
    <w:p w14:paraId="3A7F3D5A" w14:textId="77777777" w:rsidR="002007C2" w:rsidRDefault="002007C2" w:rsidP="002007C2">
      <w:r>
        <w:t xml:space="preserve">                                     round_LofTool &lt;= 0.9922449588775635),</w:t>
      </w:r>
    </w:p>
    <w:p w14:paraId="3E617DD0" w14:textId="77777777" w:rsidR="002007C2" w:rsidRDefault="002007C2" w:rsidP="002007C2">
      <w:r>
        <w:t xml:space="preserve">          -0.023271586599581565308 * (round_s_het),</w:t>
      </w:r>
    </w:p>
    <w:p w14:paraId="3D245F6B" w14:textId="77777777" w:rsidR="002007C2" w:rsidRDefault="002007C2" w:rsidP="002007C2">
      <w:r>
        <w:t xml:space="preserve">           -0.01302008707847174436 * (round_Degree_mi &lt;= 0.5 and </w:t>
      </w:r>
    </w:p>
    <w:p w14:paraId="376D50F5" w14:textId="77777777" w:rsidR="002007C2" w:rsidRDefault="002007C2" w:rsidP="002007C2">
      <w:r>
        <w:t xml:space="preserve">                                     round_missense_Z &gt; 2.552614450454712 and </w:t>
      </w:r>
    </w:p>
    <w:p w14:paraId="77C78C9C" w14:textId="77777777" w:rsidR="002007C2" w:rsidRDefault="002007C2" w:rsidP="002007C2">
      <w:r>
        <w:t xml:space="preserve">                                     round_Average_Transcript_length &lt;= 2570.535888671875),</w:t>
      </w:r>
    </w:p>
    <w:p w14:paraId="3D6A330F" w14:textId="77777777" w:rsidR="002007C2" w:rsidRDefault="002007C2" w:rsidP="002007C2">
      <w:r>
        <w:t xml:space="preserve">         -0.0089483655310949161005 * (round_End &lt;= 100419720.0 and </w:t>
      </w:r>
    </w:p>
    <w:p w14:paraId="2E359FFD" w14:textId="77777777" w:rsidR="002007C2" w:rsidRDefault="002007C2" w:rsidP="002007C2">
      <w:r>
        <w:t xml:space="preserve">                                     round_missense_Z &gt; 4.031624794006348 and </w:t>
      </w:r>
    </w:p>
    <w:p w14:paraId="5A478912" w14:textId="77777777" w:rsidR="002007C2" w:rsidRDefault="002007C2" w:rsidP="002007C2">
      <w:r>
        <w:t xml:space="preserve">                                     round_StdDev_Transcript_length &gt; 166.57864379882812 and </w:t>
      </w:r>
    </w:p>
    <w:p w14:paraId="0562616B" w14:textId="77777777" w:rsidR="002007C2" w:rsidRDefault="002007C2" w:rsidP="002007C2">
      <w:r>
        <w:t xml:space="preserve">                                     round_Exon_Count &lt;= 221.5),</w:t>
      </w:r>
    </w:p>
    <w:p w14:paraId="2A3FEC3C" w14:textId="77777777" w:rsidR="002007C2" w:rsidRDefault="002007C2" w:rsidP="002007C2">
      <w:r>
        <w:t xml:space="preserve">         -0.0076119255564191818514 * (9338.5 &lt; round_Gene_Length_bp &lt;= 37833.5 and </w:t>
      </w:r>
    </w:p>
    <w:p w14:paraId="715693A2" w14:textId="77777777" w:rsidR="002007C2" w:rsidRDefault="002007C2" w:rsidP="002007C2">
      <w:r>
        <w:t xml:space="preserve">                                     round_StdDev_Transcript_length &lt;= 1956.23095703125),</w:t>
      </w:r>
    </w:p>
    <w:p w14:paraId="216AA5E4" w14:textId="77777777" w:rsidR="002007C2" w:rsidRDefault="002007C2" w:rsidP="002007C2">
      <w:r>
        <w:t xml:space="preserve">            -0.1477711271932482251 * (round_Degree_mi &gt; 0.5 and </w:t>
      </w:r>
    </w:p>
    <w:p w14:paraId="136ACF02" w14:textId="77777777" w:rsidR="002007C2" w:rsidRDefault="002007C2" w:rsidP="002007C2">
      <w:r>
        <w:t xml:space="preserve">                                     round_Tajima__s_D_regulatory &lt;= 0.47749999165534973),</w:t>
      </w:r>
    </w:p>
    <w:p w14:paraId="03943587" w14:textId="77777777" w:rsidR="002007C2" w:rsidRDefault="002007C2" w:rsidP="002007C2">
      <w:r>
        <w:t xml:space="preserve">           -0.15850568711767087926 * (not Group == u'MNC' and </w:t>
      </w:r>
    </w:p>
    <w:p w14:paraId="67D63F8D" w14:textId="77777777" w:rsidR="002007C2" w:rsidRDefault="002007C2" w:rsidP="002007C2">
      <w:r>
        <w:t xml:space="preserve">                                     round_Tajima__s_D_regulatory &gt; -0.4115000069141388 and </w:t>
      </w:r>
    </w:p>
    <w:p w14:paraId="2150F751" w14:textId="77777777" w:rsidR="002007C2" w:rsidRDefault="002007C2" w:rsidP="002007C2">
      <w:r>
        <w:t xml:space="preserve">                                     9988.0 &lt; round_Gene_Length_bp &lt;= 53048.5),</w:t>
      </w:r>
    </w:p>
    <w:p w14:paraId="3A2C91E7" w14:textId="77777777" w:rsidR="002007C2" w:rsidRDefault="002007C2" w:rsidP="002007C2">
      <w:r>
        <w:t xml:space="preserve">          -0.027338158540968542087 * (not Group == u'NDNE' and </w:t>
      </w:r>
    </w:p>
    <w:p w14:paraId="5AE61C97" w14:textId="77777777" w:rsidR="002007C2" w:rsidRDefault="002007C2" w:rsidP="002007C2">
      <w:r>
        <w:t xml:space="preserve">                                     round_Degree &lt;= 12.5 and </w:t>
      </w:r>
    </w:p>
    <w:p w14:paraId="48E3A63F" w14:textId="77777777" w:rsidR="002007C2" w:rsidRDefault="002007C2" w:rsidP="002007C2">
      <w:r>
        <w:t xml:space="preserve">                                     round_missense_Z &lt;= 3.2976694107055664 and </w:t>
      </w:r>
    </w:p>
    <w:p w14:paraId="606D8D1C" w14:textId="77777777" w:rsidR="002007C2" w:rsidRDefault="002007C2" w:rsidP="002007C2">
      <w:r>
        <w:t xml:space="preserve">                                     round_LofTool &lt;= 0.9905250072479248),</w:t>
      </w:r>
    </w:p>
    <w:p w14:paraId="65CB5D49" w14:textId="77777777" w:rsidR="002007C2" w:rsidRDefault="002007C2" w:rsidP="002007C2">
      <w:r>
        <w:t xml:space="preserve">            0.10791704802889216797 * (round_Degree &gt; 35.5 and </w:t>
      </w:r>
    </w:p>
    <w:p w14:paraId="45C6ABDC" w14:textId="77777777" w:rsidR="002007C2" w:rsidRDefault="002007C2" w:rsidP="002007C2">
      <w:r>
        <w:t xml:space="preserve">                                     round_dN_dS_Chimp &lt;= 0.5950000286102295 and </w:t>
      </w:r>
    </w:p>
    <w:p w14:paraId="71BBF7CD" w14:textId="77777777" w:rsidR="002007C2" w:rsidRDefault="002007C2" w:rsidP="002007C2">
      <w:r>
        <w:t xml:space="preserve">                                     round_Blomen_KBM7 &lt;= -0.12487166374921799 and </w:t>
      </w:r>
    </w:p>
    <w:p w14:paraId="531E6E5B" w14:textId="77777777" w:rsidR="002007C2" w:rsidRDefault="002007C2" w:rsidP="002007C2">
      <w:r>
        <w:t xml:space="preserve">                                     round_missense_Z &lt;= 4.052361965179443),</w:t>
      </w:r>
    </w:p>
    <w:p w14:paraId="517C6EB3" w14:textId="77777777" w:rsidR="002007C2" w:rsidRDefault="002007C2" w:rsidP="002007C2">
      <w:r>
        <w:t xml:space="preserve">           0.038052681275016403406 * (round_Degree_mi &lt;= 0.5 and </w:t>
      </w:r>
    </w:p>
    <w:p w14:paraId="2DAFBA78" w14:textId="77777777" w:rsidR="002007C2" w:rsidRDefault="002007C2" w:rsidP="002007C2">
      <w:r>
        <w:lastRenderedPageBreak/>
        <w:t xml:space="preserve">                                     round_Blomen_KBM7 &lt;= -0.15531033277511597 and </w:t>
      </w:r>
    </w:p>
    <w:p w14:paraId="49916795" w14:textId="77777777" w:rsidR="002007C2" w:rsidRDefault="002007C2" w:rsidP="002007C2">
      <w:r>
        <w:t xml:space="preserve">                                     round_missense_Z &gt; 2.721888303756714 and </w:t>
      </w:r>
    </w:p>
    <w:p w14:paraId="6A3F9EBC" w14:textId="77777777" w:rsidR="002007C2" w:rsidRDefault="002007C2" w:rsidP="002007C2">
      <w:r>
        <w:t xml:space="preserve">                                     round_Exon_Count &lt;= 262.0),</w:t>
      </w:r>
    </w:p>
    <w:p w14:paraId="25B989CF" w14:textId="77777777" w:rsidR="002007C2" w:rsidRDefault="002007C2" w:rsidP="002007C2">
      <w:r>
        <w:t xml:space="preserve">           0.032420599714973505345 * (round_Degree &gt; 12.5 and </w:t>
      </w:r>
    </w:p>
    <w:p w14:paraId="59E8992C" w14:textId="77777777" w:rsidR="002007C2" w:rsidRDefault="002007C2" w:rsidP="002007C2">
      <w:r>
        <w:t xml:space="preserve">                                     round_s_het &gt; 0.02518850564956665 and </w:t>
      </w:r>
    </w:p>
    <w:p w14:paraId="4B49180E" w14:textId="77777777" w:rsidR="002007C2" w:rsidRDefault="002007C2" w:rsidP="002007C2">
      <w:r>
        <w:t xml:space="preserve">                                     round_Exon_Count &lt;= 284.0),</w:t>
      </w:r>
    </w:p>
    <w:p w14:paraId="4E2CC094" w14:textId="77777777" w:rsidR="002007C2" w:rsidRDefault="002007C2" w:rsidP="002007C2">
      <w:r>
        <w:t xml:space="preserve">           0.068969116586947529224 * (round_Degree &gt; 35.5 and </w:t>
      </w:r>
    </w:p>
    <w:p w14:paraId="25E4D265" w14:textId="77777777" w:rsidR="002007C2" w:rsidRDefault="002007C2" w:rsidP="002007C2">
      <w:r>
        <w:t xml:space="preserve">                                     round_Degree_mi &lt;= 0.5 and </w:t>
      </w:r>
    </w:p>
    <w:p w14:paraId="5668445B" w14:textId="77777777" w:rsidR="002007C2" w:rsidRDefault="002007C2" w:rsidP="002007C2">
      <w:r>
        <w:t xml:space="preserve">                                     round_Blomen_KBM7 &gt; -0.1796257197856903 and </w:t>
      </w:r>
    </w:p>
    <w:p w14:paraId="791344D3" w14:textId="77777777" w:rsidR="002007C2" w:rsidRDefault="002007C2" w:rsidP="002007C2">
      <w:r>
        <w:t xml:space="preserve">                                     round_LofTool &lt;= 0.874500036239624),</w:t>
      </w:r>
    </w:p>
    <w:p w14:paraId="734456D3" w14:textId="77777777" w:rsidR="002007C2" w:rsidRDefault="002007C2" w:rsidP="002007C2">
      <w:r>
        <w:t xml:space="preserve">           0.011001837801926907245 * (round_s_het &gt; 0.02518850564956665 and </w:t>
      </w:r>
    </w:p>
    <w:p w14:paraId="1FC3C661" w14:textId="77777777" w:rsidR="002007C2" w:rsidRDefault="002007C2" w:rsidP="002007C2">
      <w:r>
        <w:t xml:space="preserve">                                     round_Transcript_count &gt; 15.5),</w:t>
      </w:r>
    </w:p>
    <w:p w14:paraId="349E361B" w14:textId="77777777" w:rsidR="002007C2" w:rsidRDefault="002007C2" w:rsidP="002007C2">
      <w:r>
        <w:t xml:space="preserve">           0.032911944288080231813 * (not Group == u'NDNE' and </w:t>
      </w:r>
    </w:p>
    <w:p w14:paraId="348E6C7F" w14:textId="77777777" w:rsidR="002007C2" w:rsidRDefault="002007C2" w:rsidP="002007C2">
      <w:r>
        <w:t xml:space="preserve">                                     round_Degree &gt; 3.5 and </w:t>
      </w:r>
    </w:p>
    <w:p w14:paraId="56E510F0" w14:textId="77777777" w:rsidR="002007C2" w:rsidRDefault="002007C2" w:rsidP="002007C2">
      <w:r>
        <w:t xml:space="preserve">                                     round_Phi &gt; 0.4623493552207947 and </w:t>
      </w:r>
    </w:p>
    <w:p w14:paraId="2CC7A7FF" w14:textId="77777777" w:rsidR="002007C2" w:rsidRDefault="002007C2" w:rsidP="002007C2">
      <w:r>
        <w:t xml:space="preserve">                                     round_LofTool &lt;= 0.9787000417709351),</w:t>
      </w:r>
    </w:p>
    <w:p w14:paraId="0284AF31" w14:textId="77777777" w:rsidR="002007C2" w:rsidRDefault="002007C2" w:rsidP="002007C2">
      <w:r>
        <w:t xml:space="preserve">           0.056478680464096327196 * (not Group == u'NDNE' and </w:t>
      </w:r>
    </w:p>
    <w:p w14:paraId="37419E34" w14:textId="77777777" w:rsidR="002007C2" w:rsidRDefault="002007C2" w:rsidP="002007C2">
      <w:r>
        <w:t xml:space="preserve">                                     round_Degree &lt;= 12.5 and </w:t>
      </w:r>
    </w:p>
    <w:p w14:paraId="6B5EFB98" w14:textId="77777777" w:rsidR="002007C2" w:rsidRDefault="002007C2" w:rsidP="002007C2">
      <w:r>
        <w:t xml:space="preserve">                                     round_s_het &gt; 0.02518850564956665 and </w:t>
      </w:r>
    </w:p>
    <w:p w14:paraId="35E6EABC" w14:textId="77777777" w:rsidR="002007C2" w:rsidRDefault="002007C2" w:rsidP="002007C2">
      <w:r>
        <w:t xml:space="preserve">                                     round_Exon_Count &gt; 160.5),</w:t>
      </w:r>
    </w:p>
    <w:p w14:paraId="76C7F327" w14:textId="77777777" w:rsidR="002007C2" w:rsidRDefault="002007C2" w:rsidP="002007C2">
      <w:r>
        <w:t xml:space="preserve">          -0.033531490400225016923 * (not Group == u'NDNE' and </w:t>
      </w:r>
    </w:p>
    <w:p w14:paraId="6FC81C98" w14:textId="77777777" w:rsidR="002007C2" w:rsidRDefault="002007C2" w:rsidP="002007C2">
      <w:r>
        <w:t xml:space="preserve">                                     round_Degree &gt; 4.5 and </w:t>
      </w:r>
    </w:p>
    <w:p w14:paraId="6AFDF61E" w14:textId="77777777" w:rsidR="002007C2" w:rsidRDefault="002007C2" w:rsidP="002007C2">
      <w:r>
        <w:t xml:space="preserve">                                     round_Degree_mi &lt;= 0.5 and </w:t>
      </w:r>
    </w:p>
    <w:p w14:paraId="2BD7C354" w14:textId="77777777" w:rsidR="002007C2" w:rsidRDefault="002007C2" w:rsidP="002007C2">
      <w:r>
        <w:t xml:space="preserve">                                     round_Phi &lt;= 0.919446587562561),</w:t>
      </w:r>
    </w:p>
    <w:p w14:paraId="0F6D2CAF" w14:textId="77777777" w:rsidR="002007C2" w:rsidRDefault="002007C2" w:rsidP="002007C2">
      <w:r>
        <w:t xml:space="preserve">           0.032944099199805537692 * (-1.2874999046325684 &lt; round_Tajima__s_D_regulatory &lt;= 1.4165000915527344 and </w:t>
      </w:r>
    </w:p>
    <w:p w14:paraId="6A57EDC5" w14:textId="77777777" w:rsidR="002007C2" w:rsidRDefault="002007C2" w:rsidP="002007C2">
      <w:r>
        <w:t xml:space="preserve">                                     round_missense_Z &lt;= 4.028769493103027 and </w:t>
      </w:r>
    </w:p>
    <w:p w14:paraId="4A49813F" w14:textId="77777777" w:rsidR="002007C2" w:rsidRDefault="002007C2" w:rsidP="002007C2">
      <w:r>
        <w:t xml:space="preserve">                                     round_Transcript_count &gt; 20.5),</w:t>
      </w:r>
    </w:p>
    <w:p w14:paraId="00F03032" w14:textId="77777777" w:rsidR="002007C2" w:rsidRDefault="002007C2" w:rsidP="002007C2">
      <w:r>
        <w:t xml:space="preserve">           0.028319937430381268706 * (round_Degree &gt; 12.5 and </w:t>
      </w:r>
    </w:p>
    <w:p w14:paraId="1975ADA2" w14:textId="77777777" w:rsidR="002007C2" w:rsidRDefault="002007C2" w:rsidP="002007C2">
      <w:r>
        <w:t xml:space="preserve">                                     round_Closeness &lt;= 0.33500000834465027 and </w:t>
      </w:r>
    </w:p>
    <w:p w14:paraId="5292CD8F" w14:textId="77777777" w:rsidR="002007C2" w:rsidRDefault="002007C2" w:rsidP="002007C2">
      <w:r>
        <w:t xml:space="preserve">                                     round_Tajima__s_D_regulatory &lt;= 0.4235000014305115 and </w:t>
      </w:r>
    </w:p>
    <w:p w14:paraId="64E4C4A5" w14:textId="77777777" w:rsidR="002007C2" w:rsidRDefault="002007C2" w:rsidP="002007C2">
      <w:r>
        <w:t xml:space="preserve">                                     round_LofTool &lt;= 0.9922800064086914),</w:t>
      </w:r>
    </w:p>
    <w:p w14:paraId="3758E06F" w14:textId="77777777" w:rsidR="002007C2" w:rsidRDefault="002007C2" w:rsidP="002007C2">
      <w:r>
        <w:t xml:space="preserve">         -0.0026354135038181500383 * (round_Closeness &lt;= 0.3149999976158142 and </w:t>
      </w:r>
    </w:p>
    <w:p w14:paraId="67A6CAC7" w14:textId="77777777" w:rsidR="002007C2" w:rsidRDefault="002007C2" w:rsidP="002007C2">
      <w:r>
        <w:t xml:space="preserve">                                     round_Blomen_KBM7 &lt;= -0.24819540977478027 and </w:t>
      </w:r>
    </w:p>
    <w:p w14:paraId="04BE26F0" w14:textId="77777777" w:rsidR="002007C2" w:rsidRDefault="002007C2" w:rsidP="002007C2">
      <w:r>
        <w:t xml:space="preserve">                                     round_missense_Z &lt;= 3.2976694107055664 and </w:t>
      </w:r>
    </w:p>
    <w:p w14:paraId="0DE87538" w14:textId="77777777" w:rsidR="002007C2" w:rsidRDefault="002007C2" w:rsidP="002007C2">
      <w:r>
        <w:t xml:space="preserve">                                     round_StdDev_Transcript_length &gt; 169.24288940429688),</w:t>
      </w:r>
    </w:p>
    <w:p w14:paraId="29E5A961" w14:textId="77777777" w:rsidR="002007C2" w:rsidRDefault="002007C2" w:rsidP="002007C2">
      <w:r>
        <w:t xml:space="preserve">         -0.0070229179471281545991 * (round_Degree_mi &lt;= 0.5 and </w:t>
      </w:r>
    </w:p>
    <w:p w14:paraId="6A9FC561" w14:textId="77777777" w:rsidR="002007C2" w:rsidRDefault="002007C2" w:rsidP="002007C2">
      <w:r>
        <w:t xml:space="preserve">                                     round_Closeness &lt;= 0.3149999976158142 and </w:t>
      </w:r>
    </w:p>
    <w:p w14:paraId="0E63FD99" w14:textId="77777777" w:rsidR="002007C2" w:rsidRDefault="002007C2" w:rsidP="002007C2">
      <w:r>
        <w:t xml:space="preserve">                                     round_Tajima__s_D_regulatory &lt;= 0.4235000014305115 and </w:t>
      </w:r>
    </w:p>
    <w:p w14:paraId="2D048484" w14:textId="77777777" w:rsidR="002007C2" w:rsidRDefault="002007C2" w:rsidP="002007C2">
      <w:r>
        <w:t xml:space="preserve">                                     round_Exon_Count &lt;= 156.5),</w:t>
      </w:r>
    </w:p>
    <w:p w14:paraId="215C7CB2" w14:textId="77777777" w:rsidR="002007C2" w:rsidRDefault="002007C2" w:rsidP="002007C2">
      <w:r>
        <w:t xml:space="preserve">           -0.42263729054912357874 * (Group == u'NDNE' and </w:t>
      </w:r>
    </w:p>
    <w:p w14:paraId="742869BD" w14:textId="77777777" w:rsidR="002007C2" w:rsidRDefault="002007C2" w:rsidP="002007C2">
      <w:r>
        <w:t xml:space="preserve">                                     round_Degree &lt;= 3.5 and </w:t>
      </w:r>
    </w:p>
    <w:p w14:paraId="4D6D76E3" w14:textId="77777777" w:rsidR="002007C2" w:rsidRDefault="002007C2" w:rsidP="002007C2">
      <w:r>
        <w:t xml:space="preserve">                                     round_StdDev_Transcript_length &gt; 714.263427734375),</w:t>
      </w:r>
    </w:p>
    <w:p w14:paraId="7B76CCC9" w14:textId="77777777" w:rsidR="002007C2" w:rsidRDefault="002007C2" w:rsidP="002007C2">
      <w:r>
        <w:t xml:space="preserve">           0.083714906610359116068 * (round_Closeness &gt; 0.3149999976158142 and </w:t>
      </w:r>
    </w:p>
    <w:p w14:paraId="179B318F" w14:textId="77777777" w:rsidR="002007C2" w:rsidRDefault="002007C2" w:rsidP="002007C2">
      <w:r>
        <w:t xml:space="preserve">                                     round_Transcript_count &gt; 19.5),</w:t>
      </w:r>
    </w:p>
    <w:p w14:paraId="37C8FC36" w14:textId="77777777" w:rsidR="002007C2" w:rsidRDefault="002007C2" w:rsidP="002007C2">
      <w:r>
        <w:t xml:space="preserve">          -0.024520343423184185611 * (round_missense_Z &lt;= 0.4934942126274109 and </w:t>
      </w:r>
    </w:p>
    <w:p w14:paraId="34808579" w14:textId="77777777" w:rsidR="002007C2" w:rsidRDefault="002007C2" w:rsidP="002007C2">
      <w:r>
        <w:t xml:space="preserve">                                     round_Exon_Count &lt;= 96.5),</w:t>
      </w:r>
    </w:p>
    <w:p w14:paraId="418D5557" w14:textId="77777777" w:rsidR="002007C2" w:rsidRDefault="002007C2" w:rsidP="002007C2">
      <w:r>
        <w:lastRenderedPageBreak/>
        <w:t xml:space="preserve">           0.010109225596981909548 * (not Group == u'NDNE' and </w:t>
      </w:r>
    </w:p>
    <w:p w14:paraId="660FB109" w14:textId="77777777" w:rsidR="002007C2" w:rsidRDefault="002007C2" w:rsidP="002007C2">
      <w:r>
        <w:t xml:space="preserve">                                     round_Closeness &gt; 0.3149999976158142 and </w:t>
      </w:r>
    </w:p>
    <w:p w14:paraId="03079C96" w14:textId="77777777" w:rsidR="002007C2" w:rsidRDefault="002007C2" w:rsidP="002007C2">
      <w:r>
        <w:t xml:space="preserve">                                     round_Phi &gt; 0.12447576969861984 and </w:t>
      </w:r>
    </w:p>
    <w:p w14:paraId="560ED2B3" w14:textId="77777777" w:rsidR="002007C2" w:rsidRDefault="002007C2" w:rsidP="002007C2">
      <w:r>
        <w:t xml:space="preserve">                                     round_Exon_Count &lt;= 218.5),</w:t>
      </w:r>
    </w:p>
    <w:p w14:paraId="11B5FD51" w14:textId="77777777" w:rsidR="002007C2" w:rsidRDefault="002007C2" w:rsidP="002007C2">
      <w:r>
        <w:t xml:space="preserve">          0.0032675836626067386939 * (round_Degree_mi &lt;= 0.5 and </w:t>
      </w:r>
    </w:p>
    <w:p w14:paraId="0DC3C034" w14:textId="77777777" w:rsidR="002007C2" w:rsidRDefault="002007C2" w:rsidP="002007C2">
      <w:r>
        <w:t xml:space="preserve">                                     round_missense_Z &lt;= 3.335038185119629 and </w:t>
      </w:r>
    </w:p>
    <w:p w14:paraId="29B15213" w14:textId="77777777" w:rsidR="002007C2" w:rsidRDefault="002007C2" w:rsidP="002007C2">
      <w:r>
        <w:t xml:space="preserve">                                     round_StdDev_Transcript_length &gt; 2377.02734375),</w:t>
      </w:r>
    </w:p>
    <w:p w14:paraId="12A66BD0" w14:textId="77777777" w:rsidR="002007C2" w:rsidRDefault="002007C2" w:rsidP="002007C2">
      <w:r>
        <w:t xml:space="preserve">         0.00060752664301474447461 * (Group == u'NDNE' and </w:t>
      </w:r>
    </w:p>
    <w:p w14:paraId="1582B3ED" w14:textId="77777777" w:rsidR="002007C2" w:rsidRDefault="002007C2" w:rsidP="002007C2">
      <w:r>
        <w:t xml:space="preserve">                                     round_Degree &lt;= 4.5 and </w:t>
      </w:r>
    </w:p>
    <w:p w14:paraId="523D48C3" w14:textId="77777777" w:rsidR="002007C2" w:rsidRDefault="002007C2" w:rsidP="002007C2">
      <w:r>
        <w:t xml:space="preserve">                                     round_StdDev_Transcript_length &gt; 714.263427734375),</w:t>
      </w:r>
    </w:p>
    <w:p w14:paraId="141D4D7D" w14:textId="77777777" w:rsidR="002007C2" w:rsidRDefault="002007C2" w:rsidP="002007C2">
      <w:r>
        <w:t xml:space="preserve">          -0.010258215185811834017 * (round_Degree_mi &lt;= 0.5 and </w:t>
      </w:r>
    </w:p>
    <w:p w14:paraId="4332766C" w14:textId="77777777" w:rsidR="002007C2" w:rsidRDefault="002007C2" w:rsidP="002007C2">
      <w:r>
        <w:t xml:space="preserve">                                     round_Closeness &lt;= 0.2549999952316284 and </w:t>
      </w:r>
    </w:p>
    <w:p w14:paraId="01F5E80D" w14:textId="77777777" w:rsidR="002007C2" w:rsidRDefault="002007C2" w:rsidP="002007C2">
      <w:r>
        <w:t xml:space="preserve">                                     round_Phi &lt;= 0.4316735863685608 and </w:t>
      </w:r>
    </w:p>
    <w:p w14:paraId="51D3F3E4" w14:textId="77777777" w:rsidR="002007C2" w:rsidRDefault="002007C2" w:rsidP="002007C2">
      <w:r>
        <w:t xml:space="preserve">                                     round_Transcript_count &lt;= 9.5),</w:t>
      </w:r>
    </w:p>
    <w:p w14:paraId="4B40625F" w14:textId="77777777" w:rsidR="002007C2" w:rsidRDefault="002007C2" w:rsidP="002007C2">
      <w:r>
        <w:t xml:space="preserve">            0.03375802518351931486 * (not Group == u'MNC' and </w:t>
      </w:r>
    </w:p>
    <w:p w14:paraId="000AC09D" w14:textId="77777777" w:rsidR="002007C2" w:rsidRDefault="002007C2" w:rsidP="002007C2">
      <w:r>
        <w:t xml:space="preserve">                                     round_Closeness &gt; 0.33500000834465027 and </w:t>
      </w:r>
    </w:p>
    <w:p w14:paraId="378C024E" w14:textId="77777777" w:rsidR="002007C2" w:rsidRDefault="002007C2" w:rsidP="002007C2">
      <w:r>
        <w:t xml:space="preserve">                                     3.2976694107055664 &lt; round_missense_Z &lt;= 4.050085067749023),</w:t>
      </w:r>
    </w:p>
    <w:p w14:paraId="114137D1" w14:textId="77777777" w:rsidR="002007C2" w:rsidRDefault="002007C2" w:rsidP="002007C2">
      <w:r>
        <w:t xml:space="preserve">          -0.012795976026728770811 * (round_Degree &lt;= 12.5 and </w:t>
      </w:r>
    </w:p>
    <w:p w14:paraId="0E070700" w14:textId="77777777" w:rsidR="002007C2" w:rsidRDefault="002007C2" w:rsidP="002007C2">
      <w:r>
        <w:t xml:space="preserve">                                     round_Closeness &lt;= 0.7100000381469727 and </w:t>
      </w:r>
    </w:p>
    <w:p w14:paraId="3EA435B6" w14:textId="77777777" w:rsidR="002007C2" w:rsidRDefault="002007C2" w:rsidP="002007C2">
      <w:r>
        <w:t xml:space="preserve">                                     round_missense_Z &lt;= 4.0613203048706055 and </w:t>
      </w:r>
    </w:p>
    <w:p w14:paraId="3CAD4F20" w14:textId="77777777" w:rsidR="002007C2" w:rsidRDefault="002007C2" w:rsidP="002007C2">
      <w:r>
        <w:t xml:space="preserve">                                     round_Gene_Length_bp &lt;= 352096.0),</w:t>
      </w:r>
    </w:p>
    <w:p w14:paraId="5FC14774" w14:textId="77777777" w:rsidR="002007C2" w:rsidRDefault="002007C2" w:rsidP="002007C2">
      <w:r>
        <w:t xml:space="preserve">          0.0023318898906593155812 * (round_Closeness &gt; 0.2549999952316284 and </w:t>
      </w:r>
    </w:p>
    <w:p w14:paraId="14DF1C43" w14:textId="77777777" w:rsidR="002007C2" w:rsidRDefault="002007C2" w:rsidP="002007C2">
      <w:r>
        <w:t xml:space="preserve">                                     round_Phi &lt;= 0.4316735863685608 and </w:t>
      </w:r>
    </w:p>
    <w:p w14:paraId="4E4BF820" w14:textId="77777777" w:rsidR="002007C2" w:rsidRDefault="002007C2" w:rsidP="002007C2">
      <w:r>
        <w:t xml:space="preserve">                                     round_Transcript_count &lt;= 9.5),</w:t>
      </w:r>
    </w:p>
    <w:p w14:paraId="537ACFE5" w14:textId="77777777" w:rsidR="002007C2" w:rsidRDefault="002007C2" w:rsidP="002007C2">
      <w:r>
        <w:t xml:space="preserve">         -0.0066755401432419267729 * (round_Degree &lt;= 12.5 and </w:t>
      </w:r>
    </w:p>
    <w:p w14:paraId="29867017" w14:textId="77777777" w:rsidR="002007C2" w:rsidRDefault="002007C2" w:rsidP="002007C2">
      <w:r>
        <w:t xml:space="preserve">                                     round_Closeness &lt;= 0.3050000071525574 and </w:t>
      </w:r>
    </w:p>
    <w:p w14:paraId="2586EB6A" w14:textId="77777777" w:rsidR="002007C2" w:rsidRDefault="002007C2" w:rsidP="002007C2">
      <w:r>
        <w:t xml:space="preserve">                                     round_dN_dS_Chimp_mi &lt;= 0.5 and </w:t>
      </w:r>
    </w:p>
    <w:p w14:paraId="4401F8CE" w14:textId="77777777" w:rsidR="002007C2" w:rsidRDefault="002007C2" w:rsidP="002007C2">
      <w:r>
        <w:t xml:space="preserve">                                     round_StdDev_Transcript_length &gt; 168.6014404296875),</w:t>
      </w:r>
    </w:p>
    <w:p w14:paraId="1AB2D2A0" w14:textId="77777777" w:rsidR="002007C2" w:rsidRDefault="002007C2" w:rsidP="002007C2">
      <w:r>
        <w:t xml:space="preserve">         -0.0034145756247275114645 * (round_LofTool &lt;= 0.6634999513626099 and </w:t>
      </w:r>
    </w:p>
    <w:p w14:paraId="59470B28" w14:textId="77777777" w:rsidR="002007C2" w:rsidRDefault="002007C2" w:rsidP="002007C2">
      <w:r>
        <w:t xml:space="preserve">                                     round_s_het &lt;= 0.01709270477294922 and </w:t>
      </w:r>
    </w:p>
    <w:p w14:paraId="1583DEDE" w14:textId="77777777" w:rsidR="002007C2" w:rsidRDefault="002007C2" w:rsidP="002007C2">
      <w:r>
        <w:t xml:space="preserve">                                     round_Exon_Count &lt;= 88.5),</w:t>
      </w:r>
    </w:p>
    <w:p w14:paraId="7F099C3F" w14:textId="77777777" w:rsidR="002007C2" w:rsidRDefault="002007C2" w:rsidP="002007C2">
      <w:r>
        <w:t xml:space="preserve">           0.020834681193880762867 * (round_Tajima__s_D_regulatory &lt;= 1.4165000915527344 and </w:t>
      </w:r>
    </w:p>
    <w:p w14:paraId="2EBC2688" w14:textId="77777777" w:rsidR="002007C2" w:rsidRDefault="002007C2" w:rsidP="002007C2">
      <w:r>
        <w:t xml:space="preserve">                                     round_Blomen_KBM7 &lt;= -0.5153244733810425 and </w:t>
      </w:r>
    </w:p>
    <w:p w14:paraId="031EFCD0" w14:textId="77777777" w:rsidR="002007C2" w:rsidRDefault="002007C2" w:rsidP="002007C2">
      <w:r>
        <w:t xml:space="preserve">                                     round_Transcript_count &gt; 10.5 and </w:t>
      </w:r>
    </w:p>
    <w:p w14:paraId="56D55D07" w14:textId="77777777" w:rsidR="002007C2" w:rsidRDefault="002007C2" w:rsidP="002007C2">
      <w:r>
        <w:t xml:space="preserve">                                     round_Gene_Length_bp &gt; 10640.5),</w:t>
      </w:r>
    </w:p>
    <w:p w14:paraId="525EA87D" w14:textId="77777777" w:rsidR="002007C2" w:rsidRDefault="002007C2" w:rsidP="002007C2">
      <w:r>
        <w:t xml:space="preserve">          -0.001953615307148606154 * (round_Phi &lt;= 0.12447576969861984 and </w:t>
      </w:r>
    </w:p>
    <w:p w14:paraId="1472B72D" w14:textId="77777777" w:rsidR="002007C2" w:rsidRDefault="002007C2" w:rsidP="002007C2">
      <w:r>
        <w:t xml:space="preserve">                                     round_LofTool &gt; 0.9605500102043152 and </w:t>
      </w:r>
    </w:p>
    <w:p w14:paraId="0FEA052E" w14:textId="77777777" w:rsidR="002007C2" w:rsidRDefault="002007C2" w:rsidP="002007C2">
      <w:r>
        <w:t xml:space="preserve">                                     round_StdDev_Transcript_length &gt; 1452.739013671875),</w:t>
      </w:r>
    </w:p>
    <w:p w14:paraId="1FD5624C" w14:textId="77777777" w:rsidR="002007C2" w:rsidRDefault="002007C2" w:rsidP="002007C2">
      <w:r>
        <w:t xml:space="preserve">           0.014062538630450481178 * (Group == u'NDNE' and </w:t>
      </w:r>
    </w:p>
    <w:p w14:paraId="5828B402" w14:textId="77777777" w:rsidR="002007C2" w:rsidRDefault="002007C2" w:rsidP="002007C2">
      <w:r>
        <w:t xml:space="preserve">                                     round_Degree_mi &lt;= 0.5 and </w:t>
      </w:r>
    </w:p>
    <w:p w14:paraId="2C8E859F" w14:textId="77777777" w:rsidR="002007C2" w:rsidRDefault="002007C2" w:rsidP="002007C2">
      <w:r>
        <w:t xml:space="preserve">                                     round_Average_Transcript_length &gt; 2570.535888671875),</w:t>
      </w:r>
    </w:p>
    <w:p w14:paraId="72A8F6E1" w14:textId="77777777" w:rsidR="002007C2" w:rsidRDefault="002007C2" w:rsidP="002007C2">
      <w:r>
        <w:t xml:space="preserve">          0.0052869251864379315439 * (round_Phi &gt; 0.00015248148702085018 and </w:t>
      </w:r>
    </w:p>
    <w:p w14:paraId="571418F0" w14:textId="77777777" w:rsidR="002007C2" w:rsidRDefault="002007C2" w:rsidP="002007C2">
      <w:r>
        <w:t xml:space="preserve">                                     round_missense_Z &lt;= 3.2976694107055664 and </w:t>
      </w:r>
    </w:p>
    <w:p w14:paraId="390D8B20" w14:textId="77777777" w:rsidR="002007C2" w:rsidRDefault="002007C2" w:rsidP="002007C2">
      <w:r>
        <w:t xml:space="preserve">                                     round_Exon_Count &lt;= 87.5),</w:t>
      </w:r>
    </w:p>
    <w:p w14:paraId="579F1F98" w14:textId="77777777" w:rsidR="002007C2" w:rsidRDefault="002007C2" w:rsidP="002007C2">
      <w:r>
        <w:t xml:space="preserve">           -0.02333450869429674196 * (not Group == u'MNC' and </w:t>
      </w:r>
    </w:p>
    <w:p w14:paraId="0E8BE350" w14:textId="77777777" w:rsidR="002007C2" w:rsidRDefault="002007C2" w:rsidP="002007C2">
      <w:r>
        <w:t xml:space="preserve">                                     round_Tajima__s_D_regulatory &gt; 1.2934999465942383 and </w:t>
      </w:r>
    </w:p>
    <w:p w14:paraId="279C266B" w14:textId="77777777" w:rsidR="002007C2" w:rsidRDefault="002007C2" w:rsidP="002007C2">
      <w:r>
        <w:lastRenderedPageBreak/>
        <w:t xml:space="preserve">                                     round_Blomen_KBM7 &gt; -0.4999815821647644),</w:t>
      </w:r>
    </w:p>
    <w:p w14:paraId="2C7A8CBF" w14:textId="77777777" w:rsidR="002007C2" w:rsidRDefault="002007C2" w:rsidP="002007C2">
      <w:r>
        <w:t xml:space="preserve">         -0.0013849296134431871106 * (Group == u'NDNE' and </w:t>
      </w:r>
    </w:p>
    <w:p w14:paraId="747645DD" w14:textId="77777777" w:rsidR="002007C2" w:rsidRDefault="002007C2" w:rsidP="002007C2">
      <w:r>
        <w:t xml:space="preserve">                                     round_s_het &gt; 0.01700003445148468 and </w:t>
      </w:r>
    </w:p>
    <w:p w14:paraId="78631E40" w14:textId="77777777" w:rsidR="002007C2" w:rsidRDefault="002007C2" w:rsidP="002007C2">
      <w:r>
        <w:t xml:space="preserve">                                     round_StdDev_Transcript_length &lt;= 704.5946044921875 and </w:t>
      </w:r>
    </w:p>
    <w:p w14:paraId="0D8C7DE8" w14:textId="77777777" w:rsidR="002007C2" w:rsidRDefault="002007C2" w:rsidP="002007C2">
      <w:r>
        <w:t xml:space="preserve">                                     round_Exon_Count &lt;= 86.5),</w:t>
      </w:r>
    </w:p>
    <w:p w14:paraId="61C6DC1C" w14:textId="77777777" w:rsidR="002007C2" w:rsidRDefault="002007C2" w:rsidP="002007C2">
      <w:r>
        <w:t xml:space="preserve">           0.011101717126482805661 * (round_Degree &lt;= 12.5 and </w:t>
      </w:r>
    </w:p>
    <w:p w14:paraId="24F70C2B" w14:textId="77777777" w:rsidR="002007C2" w:rsidRDefault="002007C2" w:rsidP="002007C2">
      <w:r>
        <w:t xml:space="preserve">                                     round_s_het &gt; 0.017613736912608147 and </w:t>
      </w:r>
    </w:p>
    <w:p w14:paraId="349A99F9" w14:textId="77777777" w:rsidR="002007C2" w:rsidRDefault="002007C2" w:rsidP="002007C2">
      <w:r>
        <w:t xml:space="preserve">                                     round_Gene_Length_bp &gt; 38001.5 and </w:t>
      </w:r>
    </w:p>
    <w:p w14:paraId="2A11C2D2" w14:textId="77777777" w:rsidR="002007C2" w:rsidRDefault="002007C2" w:rsidP="002007C2">
      <w:r>
        <w:t xml:space="preserve">                                     round_Exon_Count &gt; 221.5),</w:t>
      </w:r>
    </w:p>
    <w:p w14:paraId="066BB235" w14:textId="77777777" w:rsidR="002007C2" w:rsidRDefault="002007C2" w:rsidP="002007C2">
      <w:r>
        <w:t xml:space="preserve">           0.070135120685213117597 * (round_Closeness &gt; 0.3149999976158142 and </w:t>
      </w:r>
    </w:p>
    <w:p w14:paraId="6CA04C68" w14:textId="77777777" w:rsidR="002007C2" w:rsidRDefault="002007C2" w:rsidP="002007C2">
      <w:r>
        <w:t xml:space="preserve">                                     round_Phi &lt;= 0.8754478693008423),</w:t>
      </w:r>
    </w:p>
    <w:p w14:paraId="5CA0119D" w14:textId="77777777" w:rsidR="002007C2" w:rsidRDefault="002007C2" w:rsidP="002007C2">
      <w:r>
        <w:t xml:space="preserve">          -0.064495788823159316827 * (not Group == u'NDNE' and </w:t>
      </w:r>
    </w:p>
    <w:p w14:paraId="03D09A2B" w14:textId="77777777" w:rsidR="002007C2" w:rsidRDefault="002007C2" w:rsidP="002007C2">
      <w:r>
        <w:t xml:space="preserve">                                     round_Closeness &lt;= 0.2549999952316284 and </w:t>
      </w:r>
    </w:p>
    <w:p w14:paraId="74B706D6" w14:textId="77777777" w:rsidR="002007C2" w:rsidRDefault="002007C2" w:rsidP="002007C2">
      <w:r>
        <w:t xml:space="preserve">                                     round_LofTool &lt;= 0.8554999828338623),</w:t>
      </w:r>
    </w:p>
    <w:p w14:paraId="2C8E27D2" w14:textId="77777777" w:rsidR="002007C2" w:rsidRDefault="002007C2" w:rsidP="002007C2">
      <w:r>
        <w:t xml:space="preserve">         0.00050612016669284083138 * (round_End &lt;= 100419720.0 and </w:t>
      </w:r>
    </w:p>
    <w:p w14:paraId="649A624D" w14:textId="77777777" w:rsidR="002007C2" w:rsidRDefault="002007C2" w:rsidP="002007C2">
      <w:r>
        <w:t xml:space="preserve">                                     round_Tajima__s_D_regulatory &gt; -1.2885000705718994 and </w:t>
      </w:r>
    </w:p>
    <w:p w14:paraId="11BA1AF6" w14:textId="77777777" w:rsidR="002007C2" w:rsidRDefault="002007C2" w:rsidP="002007C2">
      <w:r>
        <w:t xml:space="preserve">                                     round_missense_Z_mi &gt; 0.5),</w:t>
      </w:r>
    </w:p>
    <w:p w14:paraId="2BA913EE" w14:textId="77777777" w:rsidR="002007C2" w:rsidRDefault="002007C2" w:rsidP="002007C2">
      <w:r>
        <w:t xml:space="preserve">          -0.073034808226031561196 * (round_Gene_Length_bp &gt; 2599.0 and </w:t>
      </w:r>
    </w:p>
    <w:p w14:paraId="106E4CA8" w14:textId="77777777" w:rsidR="002007C2" w:rsidRDefault="002007C2" w:rsidP="002007C2">
      <w:r>
        <w:t xml:space="preserve">                                     round_StdDev_Transcript_length &lt;= 166.57864379882812),</w:t>
      </w:r>
    </w:p>
    <w:p w14:paraId="727F8F89" w14:textId="77777777" w:rsidR="002007C2" w:rsidRDefault="002007C2" w:rsidP="002007C2">
      <w:r>
        <w:t xml:space="preserve">          -0.032090827359876047953 * (Group == u'NDNE' and </w:t>
      </w:r>
    </w:p>
    <w:p w14:paraId="22B2780D" w14:textId="77777777" w:rsidR="002007C2" w:rsidRDefault="002007C2" w:rsidP="002007C2">
      <w:r>
        <w:t xml:space="preserve">                                     round_missense_Z &gt; 2.7258143424987793),</w:t>
      </w:r>
    </w:p>
    <w:p w14:paraId="33B4592C" w14:textId="77777777" w:rsidR="002007C2" w:rsidRDefault="002007C2" w:rsidP="002007C2">
      <w:r>
        <w:t xml:space="preserve">           0.040659733289495375574 * (round_Tajima__s_D_regulatory &lt;= -1.2874999046325684 and </w:t>
      </w:r>
    </w:p>
    <w:p w14:paraId="28CDCDA5" w14:textId="77777777" w:rsidR="002007C2" w:rsidRDefault="002007C2" w:rsidP="002007C2">
      <w:r>
        <w:t xml:space="preserve">                                     round_missense_Z &lt;= 3.992063522338867 and </w:t>
      </w:r>
    </w:p>
    <w:p w14:paraId="7A56F28D" w14:textId="77777777" w:rsidR="002007C2" w:rsidRDefault="002007C2" w:rsidP="002007C2">
      <w:r>
        <w:t xml:space="preserve">                                     round_Exon_Count &lt;= 224.5),</w:t>
      </w:r>
    </w:p>
    <w:p w14:paraId="74A41397" w14:textId="77777777" w:rsidR="002007C2" w:rsidRDefault="002007C2" w:rsidP="002007C2">
      <w:r>
        <w:t xml:space="preserve">           0.026721043939407669587 * (not Group == u'NDNE' and </w:t>
      </w:r>
    </w:p>
    <w:p w14:paraId="5590782C" w14:textId="77777777" w:rsidR="002007C2" w:rsidRDefault="002007C2" w:rsidP="002007C2">
      <w:r>
        <w:t xml:space="preserve">                                     round_Closeness &gt; 0.2549999952316284 and </w:t>
      </w:r>
    </w:p>
    <w:p w14:paraId="225F149D" w14:textId="77777777" w:rsidR="002007C2" w:rsidRDefault="002007C2" w:rsidP="002007C2">
      <w:r>
        <w:t xml:space="preserve">                                     round_LofTool &lt;= 0.9787000417709351 and </w:t>
      </w:r>
    </w:p>
    <w:p w14:paraId="34A6A2B4" w14:textId="77777777" w:rsidR="002007C2" w:rsidRDefault="002007C2" w:rsidP="002007C2">
      <w:r>
        <w:t xml:space="preserve">                                     round_StdDev_Transcript_length &lt;= 1005.2410888671875),</w:t>
      </w:r>
    </w:p>
    <w:p w14:paraId="77BC9ACB" w14:textId="77777777" w:rsidR="002007C2" w:rsidRDefault="002007C2" w:rsidP="002007C2">
      <w:r>
        <w:t xml:space="preserve">          0.0091395249084863204592 * (not Group == u'MNC' and </w:t>
      </w:r>
    </w:p>
    <w:p w14:paraId="198B61EC" w14:textId="77777777" w:rsidR="002007C2" w:rsidRDefault="002007C2" w:rsidP="002007C2">
      <w:r>
        <w:t xml:space="preserve">                                     round_Degree &gt; 5.5 and </w:t>
      </w:r>
    </w:p>
    <w:p w14:paraId="13385E19" w14:textId="77777777" w:rsidR="002007C2" w:rsidRDefault="002007C2" w:rsidP="002007C2">
      <w:r>
        <w:t xml:space="preserve">                                     round_Phi &gt; 0.0015477617271244526 and </w:t>
      </w:r>
    </w:p>
    <w:p w14:paraId="747EA3DE" w14:textId="77777777" w:rsidR="002007C2" w:rsidRDefault="002007C2" w:rsidP="002007C2">
      <w:r>
        <w:t xml:space="preserve">                                     round_Blomen_KBM7 &lt;= -0.18366125226020813),</w:t>
      </w:r>
    </w:p>
    <w:p w14:paraId="39618418" w14:textId="77777777" w:rsidR="002007C2" w:rsidRDefault="002007C2" w:rsidP="002007C2">
      <w:r>
        <w:t xml:space="preserve">          0.0060628959549816306696 * (round_End &lt;= 127637464.0 and </w:t>
      </w:r>
    </w:p>
    <w:p w14:paraId="6D155DB7" w14:textId="77777777" w:rsidR="002007C2" w:rsidRDefault="002007C2" w:rsidP="002007C2">
      <w:r>
        <w:t xml:space="preserve">                                     round_dN_dS_Chimp_mi &lt;= 0.5 and </w:t>
      </w:r>
    </w:p>
    <w:p w14:paraId="67B91CE1" w14:textId="77777777" w:rsidR="002007C2" w:rsidRDefault="002007C2" w:rsidP="002007C2">
      <w:r>
        <w:t xml:space="preserve">                                     round_Gene_Length_bp &gt; 9941.5 and </w:t>
      </w:r>
    </w:p>
    <w:p w14:paraId="4395D70E" w14:textId="77777777" w:rsidR="002007C2" w:rsidRDefault="002007C2" w:rsidP="002007C2">
      <w:r>
        <w:t xml:space="preserve">                                     round_Average_Transcript_length &lt;= 2037.5650634765625),</w:t>
      </w:r>
    </w:p>
    <w:p w14:paraId="6667FC77" w14:textId="77777777" w:rsidR="002007C2" w:rsidRDefault="002007C2" w:rsidP="002007C2">
      <w:r>
        <w:t xml:space="preserve">          -0.039510142557001665109 * (round_Tajima__s_D_regulatory &gt; -1.2874999046325684 and </w:t>
      </w:r>
    </w:p>
    <w:p w14:paraId="3E4D4CE7" w14:textId="77777777" w:rsidR="002007C2" w:rsidRDefault="002007C2" w:rsidP="002007C2">
      <w:r>
        <w:t xml:space="preserve">                                     round_missense_Z &gt; 3.8540451526641846),</w:t>
      </w:r>
    </w:p>
    <w:p w14:paraId="368C146F" w14:textId="77777777" w:rsidR="002007C2" w:rsidRDefault="002007C2" w:rsidP="002007C2">
      <w:r>
        <w:t xml:space="preserve">           0.019811125846081169277 * (round_Degree &lt;= 4.5 and </w:t>
      </w:r>
    </w:p>
    <w:p w14:paraId="36F8A9FC" w14:textId="77777777" w:rsidR="002007C2" w:rsidRDefault="002007C2" w:rsidP="002007C2">
      <w:r>
        <w:t xml:space="preserve">                                     round_missense_Z &lt;= 4.0604472160339355 and </w:t>
      </w:r>
    </w:p>
    <w:p w14:paraId="7C9E0335" w14:textId="77777777" w:rsidR="002007C2" w:rsidRDefault="002007C2" w:rsidP="002007C2">
      <w:r>
        <w:t xml:space="preserve">                                     round_Transcript_count &lt;= 20.5 and </w:t>
      </w:r>
    </w:p>
    <w:p w14:paraId="54EE0037" w14:textId="77777777" w:rsidR="002007C2" w:rsidRDefault="002007C2" w:rsidP="002007C2">
      <w:r>
        <w:t xml:space="preserve">                                     round_StdDev_Transcript_length &gt; 1967.8238525390625),</w:t>
      </w:r>
    </w:p>
    <w:p w14:paraId="498B107A" w14:textId="77777777" w:rsidR="002007C2" w:rsidRDefault="002007C2" w:rsidP="002007C2">
      <w:r>
        <w:t xml:space="preserve">         -0.0018599456342518888574 * (Group == u'NDNE' and </w:t>
      </w:r>
    </w:p>
    <w:p w14:paraId="7703F1A2" w14:textId="77777777" w:rsidR="002007C2" w:rsidRDefault="002007C2" w:rsidP="002007C2">
      <w:r>
        <w:t xml:space="preserve">                                     round_End &lt;= 100419720.0 and </w:t>
      </w:r>
    </w:p>
    <w:p w14:paraId="6D59C178" w14:textId="77777777" w:rsidR="002007C2" w:rsidRDefault="002007C2" w:rsidP="002007C2">
      <w:r>
        <w:t xml:space="preserve">                                     round_Tajima__s_D_regulatory &gt; -1.2885000705718994 and </w:t>
      </w:r>
    </w:p>
    <w:p w14:paraId="27600EE8" w14:textId="77777777" w:rsidR="002007C2" w:rsidRDefault="002007C2" w:rsidP="002007C2">
      <w:r>
        <w:lastRenderedPageBreak/>
        <w:t xml:space="preserve">                                     round_Blomen_KBM7 &lt;= -0.09869569540023804),</w:t>
      </w:r>
    </w:p>
    <w:p w14:paraId="2B28ACEE" w14:textId="77777777" w:rsidR="002007C2" w:rsidRDefault="002007C2" w:rsidP="002007C2">
      <w:r>
        <w:t xml:space="preserve">          0.0021562156312482580467 * (not Group == u'MNC' and </w:t>
      </w:r>
    </w:p>
    <w:p w14:paraId="527EE759" w14:textId="77777777" w:rsidR="002007C2" w:rsidRDefault="002007C2" w:rsidP="002007C2">
      <w:r>
        <w:t xml:space="preserve">                                     round_dN_dS_Chimp_mi &lt;= 0.5 and </w:t>
      </w:r>
    </w:p>
    <w:p w14:paraId="697E26B5" w14:textId="77777777" w:rsidR="002007C2" w:rsidRDefault="002007C2" w:rsidP="002007C2">
      <w:r>
        <w:t xml:space="preserve">                                     round_Blomen_KBM7 &gt; -0.5146373510360718 and </w:t>
      </w:r>
    </w:p>
    <w:p w14:paraId="279FE4BE" w14:textId="77777777" w:rsidR="002007C2" w:rsidRDefault="002007C2" w:rsidP="002007C2">
      <w:r>
        <w:t xml:space="preserve">                                     round_Gene_Length_bp &gt; 37999.5),</w:t>
      </w:r>
    </w:p>
    <w:p w14:paraId="3C171195" w14:textId="77777777" w:rsidR="002007C2" w:rsidRDefault="002007C2" w:rsidP="002007C2">
      <w:r>
        <w:t xml:space="preserve">          -0.049805293559377718238 * (Group == u'NDNE' and </w:t>
      </w:r>
    </w:p>
    <w:p w14:paraId="5C0A62AF" w14:textId="77777777" w:rsidR="002007C2" w:rsidRDefault="002007C2" w:rsidP="002007C2">
      <w:r>
        <w:t xml:space="preserve">                                     round_StdDev_Transcript_length &lt;= 621.5349731445312),</w:t>
      </w:r>
    </w:p>
    <w:p w14:paraId="1578C073" w14:textId="77777777" w:rsidR="002007C2" w:rsidRDefault="002007C2" w:rsidP="002007C2">
      <w:r>
        <w:t xml:space="preserve">           0.014492269940647846405 * (round_End &gt; 100419720.0 and </w:t>
      </w:r>
    </w:p>
    <w:p w14:paraId="547BAC54" w14:textId="77777777" w:rsidR="002007C2" w:rsidRDefault="002007C2" w:rsidP="002007C2">
      <w:r>
        <w:t xml:space="preserve">                                     round_missense_Z &gt; 4.076244354248047 and </w:t>
      </w:r>
    </w:p>
    <w:p w14:paraId="278F0755" w14:textId="77777777" w:rsidR="002007C2" w:rsidRDefault="002007C2" w:rsidP="002007C2">
      <w:r>
        <w:t xml:space="preserve">                                     round_LofTool &lt;= 0.994350016117096),</w:t>
      </w:r>
    </w:p>
    <w:p w14:paraId="3519022D" w14:textId="77777777" w:rsidR="002007C2" w:rsidRDefault="002007C2" w:rsidP="002007C2">
      <w:r>
        <w:t xml:space="preserve">             0.1236092272944794429 * (round_LofTool &gt; 0.9922449588775635),</w:t>
      </w:r>
    </w:p>
    <w:p w14:paraId="1B7537F7" w14:textId="77777777" w:rsidR="002007C2" w:rsidRDefault="002007C2" w:rsidP="002007C2">
      <w:r>
        <w:t xml:space="preserve">          -0.031030338902052499728 * (Group == u'NDNE' and </w:t>
      </w:r>
    </w:p>
    <w:p w14:paraId="7AF0BA5F" w14:textId="77777777" w:rsidR="002007C2" w:rsidRDefault="002007C2" w:rsidP="002007C2">
      <w:r>
        <w:t xml:space="preserve">                                     round_Degree &lt;= 12.5 and </w:t>
      </w:r>
    </w:p>
    <w:p w14:paraId="002ABED5" w14:textId="77777777" w:rsidR="002007C2" w:rsidRDefault="002007C2" w:rsidP="002007C2">
      <w:r>
        <w:t xml:space="preserve">                                     round_Average_Transcript_length &lt;= 2169.2587890625),</w:t>
      </w:r>
    </w:p>
    <w:p w14:paraId="02E7AFA6" w14:textId="77777777" w:rsidR="002007C2" w:rsidRDefault="002007C2" w:rsidP="002007C2">
      <w:r>
        <w:t xml:space="preserve">           0.026392057958906565279 * (round_Blomen_KBM7 &gt; -0.49977701902389526 and </w:t>
      </w:r>
    </w:p>
    <w:p w14:paraId="0D4A249D" w14:textId="77777777" w:rsidR="002007C2" w:rsidRDefault="002007C2" w:rsidP="002007C2">
      <w:r>
        <w:t xml:space="preserve">                                     round_LofTool &gt; 0.9922449588775635),</w:t>
      </w:r>
    </w:p>
    <w:p w14:paraId="706B4A73" w14:textId="77777777" w:rsidR="002007C2" w:rsidRDefault="002007C2" w:rsidP="002007C2">
      <w:r>
        <w:t xml:space="preserve">           0.065464842259792752066 * (round_LofTool &lt;= 0.9920099973678589 and </w:t>
      </w:r>
    </w:p>
    <w:p w14:paraId="5F141D44" w14:textId="77777777" w:rsidR="002007C2" w:rsidRDefault="002007C2" w:rsidP="002007C2">
      <w:r>
        <w:t xml:space="preserve">                                     round_Exon_Count &gt; 221.5),</w:t>
      </w:r>
    </w:p>
    <w:p w14:paraId="21B3A920" w14:textId="77777777" w:rsidR="002007C2" w:rsidRDefault="002007C2" w:rsidP="002007C2">
      <w:r>
        <w:t xml:space="preserve">          0.0055693260621947279776 * (round_Degree &gt; 3.5 and </w:t>
      </w:r>
    </w:p>
    <w:p w14:paraId="046BE7ED" w14:textId="77777777" w:rsidR="002007C2" w:rsidRDefault="002007C2" w:rsidP="002007C2">
      <w:r>
        <w:t xml:space="preserve">                                     round_Closeness &lt;= 0.3149999976158142 and </w:t>
      </w:r>
    </w:p>
    <w:p w14:paraId="3AAD2486" w14:textId="77777777" w:rsidR="002007C2" w:rsidRDefault="002007C2" w:rsidP="002007C2">
      <w:r>
        <w:t xml:space="preserve">                                     round_Exon_Count &gt; 151.5),</w:t>
      </w:r>
    </w:p>
    <w:p w14:paraId="1F5EEFB7" w14:textId="77777777" w:rsidR="002007C2" w:rsidRDefault="002007C2" w:rsidP="002007C2">
      <w:r>
        <w:t xml:space="preserve">          -0.012235121495508578457 * (not Group == u'NDNE' and </w:t>
      </w:r>
    </w:p>
    <w:p w14:paraId="181EFA74" w14:textId="77777777" w:rsidR="002007C2" w:rsidRDefault="002007C2" w:rsidP="002007C2">
      <w:r>
        <w:t xml:space="preserve">                                     round_Closeness &lt;= 0.2549999952316284 and </w:t>
      </w:r>
    </w:p>
    <w:p w14:paraId="777AE5BD" w14:textId="77777777" w:rsidR="002007C2" w:rsidRDefault="002007C2" w:rsidP="002007C2">
      <w:r>
        <w:t xml:space="preserve">                                     round_s_het &gt; 0.021862218156456947),</w:t>
      </w:r>
    </w:p>
    <w:p w14:paraId="40CC8D4E" w14:textId="77777777" w:rsidR="002007C2" w:rsidRDefault="002007C2" w:rsidP="002007C2">
      <w:r>
        <w:t xml:space="preserve">           0.019996450446880205398 * (round_Tajima__s_D_regulatory &gt; 0.4235000014305115 and </w:t>
      </w:r>
    </w:p>
    <w:p w14:paraId="0255B6BE" w14:textId="77777777" w:rsidR="002007C2" w:rsidRDefault="002007C2" w:rsidP="002007C2">
      <w:r>
        <w:t xml:space="preserve">                                     round_Blomen_KBM7 &lt;= -0.21081802248954773 and </w:t>
      </w:r>
    </w:p>
    <w:p w14:paraId="2D503C7D" w14:textId="77777777" w:rsidR="002007C2" w:rsidRDefault="002007C2" w:rsidP="002007C2">
      <w:r>
        <w:t xml:space="preserve">                                     round_s_het &gt; 0.015080630779266357 and </w:t>
      </w:r>
    </w:p>
    <w:p w14:paraId="7A2D5A5B" w14:textId="77777777" w:rsidR="002007C2" w:rsidRDefault="002007C2" w:rsidP="002007C2">
      <w:r>
        <w:t xml:space="preserve">                                     round_StdDev_Transcript_length &gt; 580.992431640625),</w:t>
      </w:r>
    </w:p>
    <w:p w14:paraId="38F048D3" w14:textId="77777777" w:rsidR="002007C2" w:rsidRDefault="002007C2" w:rsidP="002007C2">
      <w:r>
        <w:t xml:space="preserve">         -0.0010861882066284769995 * (Group == u'NDNE' and </w:t>
      </w:r>
    </w:p>
    <w:p w14:paraId="7526928D" w14:textId="77777777" w:rsidR="002007C2" w:rsidRDefault="002007C2" w:rsidP="002007C2">
      <w:r>
        <w:t xml:space="preserve">                                     round_Degree &gt; 4.5 and </w:t>
      </w:r>
    </w:p>
    <w:p w14:paraId="63D12B7F" w14:textId="77777777" w:rsidR="002007C2" w:rsidRDefault="002007C2" w:rsidP="002007C2">
      <w:r>
        <w:t xml:space="preserve">                                     round_Degree_mi &lt;= 0.5 and </w:t>
      </w:r>
    </w:p>
    <w:p w14:paraId="6A7EA623" w14:textId="77777777" w:rsidR="002007C2" w:rsidRDefault="002007C2" w:rsidP="002007C2">
      <w:r>
        <w:t xml:space="preserve">                                     round_Phi &gt; 0.919446587562561),</w:t>
      </w:r>
    </w:p>
    <w:p w14:paraId="17B88859" w14:textId="77777777" w:rsidR="002007C2" w:rsidRDefault="002007C2" w:rsidP="002007C2">
      <w:r>
        <w:t xml:space="preserve">          -0.020932057542549405149 * (round_dN_dS_Chimp_mi &gt; 0.5 and </w:t>
      </w:r>
    </w:p>
    <w:p w14:paraId="1D538CEF" w14:textId="77777777" w:rsidR="002007C2" w:rsidRDefault="002007C2" w:rsidP="002007C2">
      <w:r>
        <w:t xml:space="preserve">                                     round_Tajima__s_D_regulatory &gt; -1.2909998893737793),</w:t>
      </w:r>
    </w:p>
    <w:p w14:paraId="2952750F" w14:textId="77777777" w:rsidR="002007C2" w:rsidRDefault="002007C2" w:rsidP="002007C2">
      <w:r>
        <w:t xml:space="preserve">          0.0043345273324120409467 * (not Group == u'MNC' and </w:t>
      </w:r>
    </w:p>
    <w:p w14:paraId="5B6177D2" w14:textId="77777777" w:rsidR="002007C2" w:rsidRDefault="002007C2" w:rsidP="002007C2">
      <w:r>
        <w:t xml:space="preserve">                                     round_dN_dS_Chimp_mi &gt; 0.5 and </w:t>
      </w:r>
    </w:p>
    <w:p w14:paraId="453E960B" w14:textId="77777777" w:rsidR="002007C2" w:rsidRDefault="002007C2" w:rsidP="002007C2">
      <w:r>
        <w:t xml:space="preserve">                                     round_Tajima__s_D_regulatory &gt; -1.2874999046325684 and </w:t>
      </w:r>
    </w:p>
    <w:p w14:paraId="0D0F0D46" w14:textId="77777777" w:rsidR="002007C2" w:rsidRDefault="002007C2" w:rsidP="002007C2">
      <w:r>
        <w:t xml:space="preserve">                                     round_Blomen_KBM7 &lt;= -0.4999815821647644),</w:t>
      </w:r>
    </w:p>
    <w:p w14:paraId="157CF1C7" w14:textId="77777777" w:rsidR="002007C2" w:rsidRDefault="002007C2" w:rsidP="002007C2">
      <w:r>
        <w:t xml:space="preserve">         -0.0056254294468995819437 * (not Group == u'CM' and </w:t>
      </w:r>
    </w:p>
    <w:p w14:paraId="75540D5F" w14:textId="77777777" w:rsidR="002007C2" w:rsidRDefault="002007C2" w:rsidP="002007C2">
      <w:r>
        <w:t xml:space="preserve">                                     not Group == u'MNC' and </w:t>
      </w:r>
    </w:p>
    <w:p w14:paraId="3491EA8D" w14:textId="77777777" w:rsidR="002007C2" w:rsidRDefault="002007C2" w:rsidP="002007C2">
      <w:r>
        <w:t xml:space="preserve">                                     -1.2855000495910645 &lt; round_Tajima__s_D_regulatory &lt;= 1.4165000915527344),</w:t>
      </w:r>
    </w:p>
    <w:p w14:paraId="5CDFF292" w14:textId="77777777" w:rsidR="002007C2" w:rsidRDefault="002007C2" w:rsidP="002007C2">
      <w:r>
        <w:t xml:space="preserve">          -0.051135930907465425299 * (round_missense_Z &lt;= 3.04426908493042 and </w:t>
      </w:r>
    </w:p>
    <w:p w14:paraId="1669B298" w14:textId="77777777" w:rsidR="002007C2" w:rsidRDefault="002007C2" w:rsidP="002007C2">
      <w:r>
        <w:t xml:space="preserve">                                     round_StdDev_Transcript_length &lt;= 167.33212280273438),</w:t>
      </w:r>
    </w:p>
    <w:p w14:paraId="6FF525BE" w14:textId="77777777" w:rsidR="002007C2" w:rsidRDefault="002007C2" w:rsidP="002007C2">
      <w:r>
        <w:t xml:space="preserve">          0.0012261433532188758741 * (round_Degree &gt; 4.5 and </w:t>
      </w:r>
    </w:p>
    <w:p w14:paraId="2AB5D087" w14:textId="77777777" w:rsidR="002007C2" w:rsidRDefault="002007C2" w:rsidP="002007C2">
      <w:r>
        <w:t xml:space="preserve">                                     round_Phi &gt; 0.12357446551322937 and </w:t>
      </w:r>
    </w:p>
    <w:p w14:paraId="1C0D911A" w14:textId="77777777" w:rsidR="002007C2" w:rsidRDefault="002007C2" w:rsidP="002007C2">
      <w:r>
        <w:lastRenderedPageBreak/>
        <w:t xml:space="preserve">                                     round_Blomen_KBM7 &lt;= -0.15807728469371796 and </w:t>
      </w:r>
    </w:p>
    <w:p w14:paraId="4F8465EA" w14:textId="77777777" w:rsidR="002007C2" w:rsidRDefault="002007C2" w:rsidP="002007C2">
      <w:r>
        <w:t xml:space="preserve">                                     round_StdDev_Transcript_length &lt;= 1275.7037353515625),</w:t>
      </w:r>
    </w:p>
    <w:p w14:paraId="2546A930" w14:textId="77777777" w:rsidR="002007C2" w:rsidRDefault="002007C2" w:rsidP="002007C2">
      <w:r>
        <w:t xml:space="preserve">           0.023396898187144792025 * (not Group == u'NDNE' and </w:t>
      </w:r>
    </w:p>
    <w:p w14:paraId="22D54E7C" w14:textId="77777777" w:rsidR="002007C2" w:rsidRDefault="002007C2" w:rsidP="002007C2">
      <w:r>
        <w:t xml:space="preserve">                                     round_Closeness &lt;= 0.3149999976158142 and </w:t>
      </w:r>
    </w:p>
    <w:p w14:paraId="6C30BFCA" w14:textId="77777777" w:rsidR="002007C2" w:rsidRDefault="002007C2" w:rsidP="002007C2">
      <w:r>
        <w:t xml:space="preserve">                                     round_Phi &gt; 0.12447576969861984 and </w:t>
      </w:r>
    </w:p>
    <w:p w14:paraId="253A92EF" w14:textId="77777777" w:rsidR="002007C2" w:rsidRDefault="002007C2" w:rsidP="002007C2">
      <w:r>
        <w:t xml:space="preserve">                                     round_Gene_Length_bp &gt; 45328.0),</w:t>
      </w:r>
    </w:p>
    <w:p w14:paraId="532399B0" w14:textId="77777777" w:rsidR="002007C2" w:rsidRDefault="002007C2" w:rsidP="002007C2">
      <w:r>
        <w:t xml:space="preserve">        -0.00073349258122191681765 * (round_Degree &gt; 4.5 and </w:t>
      </w:r>
    </w:p>
    <w:p w14:paraId="17CBDDFD" w14:textId="77777777" w:rsidR="002007C2" w:rsidRDefault="002007C2" w:rsidP="002007C2">
      <w:r>
        <w:t xml:space="preserve">                                     round_Closeness &lt;= 0.3149999976158142 and </w:t>
      </w:r>
    </w:p>
    <w:p w14:paraId="030FFFB7" w14:textId="77777777" w:rsidR="002007C2" w:rsidRDefault="002007C2" w:rsidP="002007C2">
      <w:r>
        <w:t xml:space="preserve">                                     round_StdDev_Transcript_length &gt; 1275.7037353515625),</w:t>
      </w:r>
    </w:p>
    <w:p w14:paraId="17D1C9ED" w14:textId="77777777" w:rsidR="002007C2" w:rsidRDefault="002007C2" w:rsidP="002007C2">
      <w:r>
        <w:t xml:space="preserve">           0.001877324657792885142 * (round_Degree &lt;= 9.5 and </w:t>
      </w:r>
    </w:p>
    <w:p w14:paraId="663C56A6" w14:textId="77777777" w:rsidR="002007C2" w:rsidRDefault="002007C2" w:rsidP="002007C2">
      <w:r>
        <w:t xml:space="preserve">                                     round_Phi &gt; 0.1378774642944336 and </w:t>
      </w:r>
    </w:p>
    <w:p w14:paraId="33D50F13" w14:textId="77777777" w:rsidR="002007C2" w:rsidRDefault="002007C2" w:rsidP="002007C2">
      <w:r>
        <w:t xml:space="preserve">                                     round_LofTool &lt;= 0.659500002861023),</w:t>
      </w:r>
    </w:p>
    <w:p w14:paraId="0FB00D8B" w14:textId="77777777" w:rsidR="002007C2" w:rsidRDefault="002007C2" w:rsidP="002007C2">
      <w:r>
        <w:t xml:space="preserve">        -7.2347323261013874146E-06 * (round_Exon_Count),</w:t>
      </w:r>
    </w:p>
    <w:p w14:paraId="70044577" w14:textId="77777777" w:rsidR="002007C2" w:rsidRDefault="002007C2" w:rsidP="002007C2">
      <w:r>
        <w:t xml:space="preserve">         -0.0046239247092063531092 * (round_dN_dS_Chimp_mi &lt;= 0.5 and </w:t>
      </w:r>
    </w:p>
    <w:p w14:paraId="6EE9DA5E" w14:textId="77777777" w:rsidR="002007C2" w:rsidRDefault="002007C2" w:rsidP="002007C2">
      <w:r>
        <w:t xml:space="preserve">                                     round_missense_Z &lt;= 3.2976694107055664 and </w:t>
      </w:r>
    </w:p>
    <w:p w14:paraId="1C6B36F8" w14:textId="77777777" w:rsidR="002007C2" w:rsidRDefault="002007C2" w:rsidP="002007C2">
      <w:r>
        <w:t xml:space="preserve">                                     round_StdDev_Transcript_length &gt; 166.57864379882812 and </w:t>
      </w:r>
    </w:p>
    <w:p w14:paraId="58289472" w14:textId="77777777" w:rsidR="002007C2" w:rsidRDefault="002007C2" w:rsidP="002007C2">
      <w:r>
        <w:t xml:space="preserve">                                     round_Average_Transcript_length &gt; 2071.857421875),</w:t>
      </w:r>
    </w:p>
    <w:p w14:paraId="27D3B6C7" w14:textId="77777777" w:rsidR="002007C2" w:rsidRDefault="002007C2" w:rsidP="002007C2">
      <w:r>
        <w:t xml:space="preserve">          -0.090305482829968683478 * (round_Phi &lt;= 0.0002437000221107155 and </w:t>
      </w:r>
    </w:p>
    <w:p w14:paraId="0017B036" w14:textId="77777777" w:rsidR="002007C2" w:rsidRDefault="002007C2" w:rsidP="002007C2">
      <w:r>
        <w:t xml:space="preserve">                                     round_missense_Z &lt;= 4.0604472160339355 and </w:t>
      </w:r>
    </w:p>
    <w:p w14:paraId="27CFB8C6" w14:textId="77777777" w:rsidR="002007C2" w:rsidRDefault="002007C2" w:rsidP="002007C2">
      <w:r>
        <w:t xml:space="preserve">                                     round_StdDev_Transcript_length &gt; 615.416259765625),</w:t>
      </w:r>
    </w:p>
    <w:p w14:paraId="66F03D66" w14:textId="77777777" w:rsidR="002007C2" w:rsidRDefault="002007C2" w:rsidP="002007C2">
      <w:r>
        <w:t xml:space="preserve">            0.01648482491782999812 * (round_Degree &lt;= 45.0 and </w:t>
      </w:r>
    </w:p>
    <w:p w14:paraId="297065BF" w14:textId="77777777" w:rsidR="002007C2" w:rsidRDefault="002007C2" w:rsidP="002007C2">
      <w:r>
        <w:t xml:space="preserve">                                     round_dN_dS_Chimp_mi &gt; 0.5 and </w:t>
      </w:r>
    </w:p>
    <w:p w14:paraId="57FC153F" w14:textId="77777777" w:rsidR="002007C2" w:rsidRDefault="002007C2" w:rsidP="002007C2">
      <w:r>
        <w:t xml:space="preserve">                                     round_Transcript_count &lt;= 26.5 and </w:t>
      </w:r>
    </w:p>
    <w:p w14:paraId="7CC7E8F3" w14:textId="77777777" w:rsidR="002007C2" w:rsidRDefault="002007C2" w:rsidP="002007C2">
      <w:r>
        <w:t xml:space="preserve">                                     round_Gene_Length_bp &gt; 2402.0),</w:t>
      </w:r>
    </w:p>
    <w:p w14:paraId="1C40B508" w14:textId="77777777" w:rsidR="002007C2" w:rsidRDefault="002007C2" w:rsidP="002007C2">
      <w:r>
        <w:t xml:space="preserve">          -0.025610478117531781939 * (not Group == u'NDNE' and </w:t>
      </w:r>
    </w:p>
    <w:p w14:paraId="796DA608" w14:textId="77777777" w:rsidR="002007C2" w:rsidRDefault="002007C2" w:rsidP="002007C2">
      <w:r>
        <w:t xml:space="preserve">                                     round_Degree &lt;= 57.5 and </w:t>
      </w:r>
    </w:p>
    <w:p w14:paraId="7E876E99" w14:textId="77777777" w:rsidR="002007C2" w:rsidRDefault="002007C2" w:rsidP="002007C2">
      <w:r>
        <w:t xml:space="preserve">                                     round_missense_Z &lt;= 2.642360210418701 and </w:t>
      </w:r>
    </w:p>
    <w:p w14:paraId="2CAAE0CA" w14:textId="77777777" w:rsidR="002007C2" w:rsidRDefault="002007C2" w:rsidP="002007C2">
      <w:r>
        <w:t xml:space="preserve">                                     round_Exon_Count &lt;= 190.5),</w:t>
      </w:r>
    </w:p>
    <w:p w14:paraId="327E6CF1" w14:textId="77777777" w:rsidR="002007C2" w:rsidRDefault="002007C2" w:rsidP="002007C2">
      <w:r>
        <w:t xml:space="preserve">           0.013462495283131365245 * (not Group == u'CM' and </w:t>
      </w:r>
    </w:p>
    <w:p w14:paraId="37261EEF" w14:textId="77777777" w:rsidR="002007C2" w:rsidRDefault="002007C2" w:rsidP="002007C2">
      <w:r>
        <w:t xml:space="preserve">                                     not Group == u'MNC' and </w:t>
      </w:r>
    </w:p>
    <w:p w14:paraId="4C7D984E" w14:textId="77777777" w:rsidR="002007C2" w:rsidRDefault="002007C2" w:rsidP="002007C2">
      <w:r>
        <w:t xml:space="preserve">                                     round_Degree &gt; 70.0 and </w:t>
      </w:r>
    </w:p>
    <w:p w14:paraId="0948CE3E" w14:textId="77777777" w:rsidR="002007C2" w:rsidRDefault="002007C2" w:rsidP="002007C2">
      <w:r>
        <w:t xml:space="preserve">                                     round_LofTool &gt; 0.8695000410079956),</w:t>
      </w:r>
    </w:p>
    <w:p w14:paraId="491CD533" w14:textId="77777777" w:rsidR="002007C2" w:rsidRDefault="002007C2" w:rsidP="002007C2">
      <w:r>
        <w:t xml:space="preserve">           0.010003967660577692267 * (round_dN_dS_Chimp_mi &gt; 0.5 and </w:t>
      </w:r>
    </w:p>
    <w:p w14:paraId="722BD39A" w14:textId="77777777" w:rsidR="002007C2" w:rsidRDefault="002007C2" w:rsidP="002007C2">
      <w:r>
        <w:t xml:space="preserve">                                     round_s_het &lt;= 0.43051624298095703 and </w:t>
      </w:r>
    </w:p>
    <w:p w14:paraId="16619F21" w14:textId="77777777" w:rsidR="002007C2" w:rsidRDefault="002007C2" w:rsidP="002007C2">
      <w:r>
        <w:t xml:space="preserve">                                     round_Gene_Length_bp &gt; 2821.0),</w:t>
      </w:r>
    </w:p>
    <w:p w14:paraId="3A2262EC" w14:textId="77777777" w:rsidR="002007C2" w:rsidRDefault="002007C2" w:rsidP="002007C2">
      <w:r>
        <w:t xml:space="preserve">           -0.25087679754859976144 * (round_Phi &gt; 0.00015248148702085018 and </w:t>
      </w:r>
    </w:p>
    <w:p w14:paraId="5439B879" w14:textId="77777777" w:rsidR="002007C2" w:rsidRDefault="002007C2" w:rsidP="002007C2">
      <w:r>
        <w:t xml:space="preserve">                                     round_Blomen_KBM7 &lt;= -0.15492522716522217 and </w:t>
      </w:r>
    </w:p>
    <w:p w14:paraId="4566D166" w14:textId="77777777" w:rsidR="002007C2" w:rsidRDefault="002007C2" w:rsidP="002007C2">
      <w:r>
        <w:t xml:space="preserve">                                     round_LofTool &lt;= 0.6634999513626099 and </w:t>
      </w:r>
    </w:p>
    <w:p w14:paraId="147C0EEC" w14:textId="77777777" w:rsidR="002007C2" w:rsidRDefault="002007C2" w:rsidP="002007C2">
      <w:r>
        <w:t xml:space="preserve">                                     round_Exon_Count &lt;= 157.5),</w:t>
      </w:r>
    </w:p>
    <w:p w14:paraId="7655378B" w14:textId="77777777" w:rsidR="002007C2" w:rsidRDefault="002007C2" w:rsidP="002007C2">
      <w:r>
        <w:t xml:space="preserve">           -0.20988131906886342559 * (round_Degree_mi &gt; 0.5 and </w:t>
      </w:r>
    </w:p>
    <w:p w14:paraId="3E40B819" w14:textId="77777777" w:rsidR="002007C2" w:rsidRDefault="002007C2" w:rsidP="002007C2">
      <w:r>
        <w:t xml:space="preserve">                                     round_Tajima__s_D_regulatory &gt; 0.47749999165534973),</w:t>
      </w:r>
    </w:p>
    <w:p w14:paraId="53E36070" w14:textId="77777777" w:rsidR="002007C2" w:rsidRDefault="002007C2" w:rsidP="002007C2">
      <w:r>
        <w:t xml:space="preserve">           0.014989444923831543588 * (Group == u'MNC' and </w:t>
      </w:r>
    </w:p>
    <w:p w14:paraId="54F77BDB" w14:textId="77777777" w:rsidR="002007C2" w:rsidRDefault="002007C2" w:rsidP="002007C2">
      <w:r>
        <w:t xml:space="preserve">                                     round_Phi &gt; 0.0015477617271244526 and </w:t>
      </w:r>
    </w:p>
    <w:p w14:paraId="3557723A" w14:textId="77777777" w:rsidR="002007C2" w:rsidRDefault="002007C2" w:rsidP="002007C2">
      <w:r>
        <w:t xml:space="preserve">                                     round_Exon_Count &gt; 96.5),</w:t>
      </w:r>
    </w:p>
    <w:p w14:paraId="76C5E399" w14:textId="77777777" w:rsidR="002007C2" w:rsidRDefault="002007C2" w:rsidP="002007C2">
      <w:r>
        <w:t xml:space="preserve">         -0.0083027455186904398216 * (not Group == u'MNC' and </w:t>
      </w:r>
    </w:p>
    <w:p w14:paraId="20B95E31" w14:textId="77777777" w:rsidR="002007C2" w:rsidRDefault="002007C2" w:rsidP="002007C2">
      <w:r>
        <w:t xml:space="preserve">                                     round_Degree &lt;= 5.5 and </w:t>
      </w:r>
    </w:p>
    <w:p w14:paraId="025F5027" w14:textId="77777777" w:rsidR="002007C2" w:rsidRDefault="002007C2" w:rsidP="002007C2">
      <w:r>
        <w:t xml:space="preserve">                                     round_Gene_Length_bp &lt;= 43309.0),</w:t>
      </w:r>
    </w:p>
    <w:p w14:paraId="1D928D2F" w14:textId="77777777" w:rsidR="002007C2" w:rsidRDefault="002007C2" w:rsidP="002007C2">
      <w:r>
        <w:lastRenderedPageBreak/>
        <w:t xml:space="preserve">           -0.16073662255780979402 * (round_LofTool &lt;= 0.6634999513626099 and </w:t>
      </w:r>
    </w:p>
    <w:p w14:paraId="1A3F1394" w14:textId="77777777" w:rsidR="002007C2" w:rsidRDefault="002007C2" w:rsidP="002007C2">
      <w:r>
        <w:t xml:space="preserve">                                     round_Exon_Count &gt; 157.5),</w:t>
      </w:r>
    </w:p>
    <w:p w14:paraId="00DED489" w14:textId="77777777" w:rsidR="002007C2" w:rsidRDefault="002007C2" w:rsidP="002007C2">
      <w:r>
        <w:t xml:space="preserve">           0.035010641447032482543 * (2630.5 &lt; round_Gene_Length_bp &lt;= 9978.0 and </w:t>
      </w:r>
    </w:p>
    <w:p w14:paraId="7F8C2EFB" w14:textId="77777777" w:rsidR="002007C2" w:rsidRDefault="002007C2" w:rsidP="002007C2">
      <w:r>
        <w:t xml:space="preserve">                                     round_StdDev_Transcript_length &lt;= 2377.90625),</w:t>
      </w:r>
    </w:p>
    <w:p w14:paraId="3FF361A0" w14:textId="77777777" w:rsidR="002007C2" w:rsidRDefault="002007C2" w:rsidP="002007C2">
      <w:r>
        <w:t xml:space="preserve">          -0.021649303102464188125 * (round_missense_Z &lt;= 3.3354156017303467 and </w:t>
      </w:r>
    </w:p>
    <w:p w14:paraId="76F501AD" w14:textId="77777777" w:rsidR="002007C2" w:rsidRDefault="002007C2" w:rsidP="002007C2">
      <w:r>
        <w:t xml:space="preserve">                                     round_StdDev_Transcript_length &lt;= 636.7213134765625),</w:t>
      </w:r>
    </w:p>
    <w:p w14:paraId="304E3FC9" w14:textId="77777777" w:rsidR="002007C2" w:rsidRDefault="002007C2" w:rsidP="002007C2">
      <w:r>
        <w:t xml:space="preserve">           -0.02887978211493740649 * (round_missense_Z &gt; 3.3354156017303467 and </w:t>
      </w:r>
    </w:p>
    <w:p w14:paraId="44F1D843" w14:textId="77777777" w:rsidR="002007C2" w:rsidRDefault="002007C2" w:rsidP="002007C2">
      <w:r>
        <w:t xml:space="preserve">                                     round_StdDev_Transcript_length &lt;= 636.7213134765625),</w:t>
      </w:r>
    </w:p>
    <w:p w14:paraId="0D025ECE" w14:textId="77777777" w:rsidR="002007C2" w:rsidRDefault="002007C2" w:rsidP="002007C2">
      <w:r>
        <w:t xml:space="preserve">          -0.015589426309587621142 * (not Group == u'CM' and </w:t>
      </w:r>
    </w:p>
    <w:p w14:paraId="2EFBBDDC" w14:textId="77777777" w:rsidR="002007C2" w:rsidRDefault="002007C2" w:rsidP="002007C2">
      <w:r>
        <w:t xml:space="preserve">                                     round_dN_dS_Chimp_mi &lt;= 0.5 and </w:t>
      </w:r>
    </w:p>
    <w:p w14:paraId="0AAF5D2B" w14:textId="77777777" w:rsidR="002007C2" w:rsidRDefault="002007C2" w:rsidP="002007C2">
      <w:r>
        <w:t xml:space="preserve">                                     round_Tajima__s_D_regulatory &gt; 1.062999963760376 and </w:t>
      </w:r>
    </w:p>
    <w:p w14:paraId="0495EF99" w14:textId="77777777" w:rsidR="002007C2" w:rsidRDefault="002007C2" w:rsidP="002007C2">
      <w:r>
        <w:t xml:space="preserve">                                     round_Blomen_KBM7_mi &lt;= 0.5),</w:t>
      </w:r>
    </w:p>
    <w:p w14:paraId="0715842C" w14:textId="77777777" w:rsidR="002007C2" w:rsidRDefault="002007C2" w:rsidP="002007C2">
      <w:r>
        <w:t xml:space="preserve">           0.007869031006701419223 * (not Group == u'NDNE' and </w:t>
      </w:r>
    </w:p>
    <w:p w14:paraId="5F7C3950" w14:textId="77777777" w:rsidR="002007C2" w:rsidRDefault="002007C2" w:rsidP="002007C2">
      <w:r>
        <w:t xml:space="preserve">                                     round_Tajima__s_D_regulatory &gt; 0.5564999580383301),</w:t>
      </w:r>
    </w:p>
    <w:p w14:paraId="3BAFAE25" w14:textId="77777777" w:rsidR="002007C2" w:rsidRDefault="002007C2" w:rsidP="002007C2">
      <w:r>
        <w:t xml:space="preserve">            0.01919846955873811753 * (round_Closeness &lt;= 0.2549999952316284 and </w:t>
      </w:r>
    </w:p>
    <w:p w14:paraId="5DB8937D" w14:textId="77777777" w:rsidR="002007C2" w:rsidRDefault="002007C2" w:rsidP="002007C2">
      <w:r>
        <w:t xml:space="preserve">                                     round_missense_Z &lt;= 4.052361965179443 and </w:t>
      </w:r>
    </w:p>
    <w:p w14:paraId="0CFEF848" w14:textId="77777777" w:rsidR="002007C2" w:rsidRDefault="002007C2" w:rsidP="002007C2">
      <w:r>
        <w:t xml:space="preserve">                                     round_s_het &gt; 0.014458265155553818 and </w:t>
      </w:r>
    </w:p>
    <w:p w14:paraId="2C879BC7" w14:textId="77777777" w:rsidR="002007C2" w:rsidRDefault="002007C2" w:rsidP="002007C2">
      <w:r>
        <w:t xml:space="preserve">                                     round_s_het_mi &gt; 0.5),</w:t>
      </w:r>
    </w:p>
    <w:p w14:paraId="696FEEEB" w14:textId="77777777" w:rsidR="002007C2" w:rsidRDefault="002007C2" w:rsidP="002007C2">
      <w:r>
        <w:t xml:space="preserve">          -0.013523761746092448702 * (round_Closeness &gt; 0.2549999952316284 and </w:t>
      </w:r>
    </w:p>
    <w:p w14:paraId="062D8E1B" w14:textId="77777777" w:rsidR="002007C2" w:rsidRDefault="002007C2" w:rsidP="002007C2">
      <w:r>
        <w:t xml:space="preserve">                                     round_missense_Z &lt;= 1.43977952003479 and </w:t>
      </w:r>
    </w:p>
    <w:p w14:paraId="1CB16865" w14:textId="77777777" w:rsidR="002007C2" w:rsidRDefault="002007C2" w:rsidP="002007C2">
      <w:r>
        <w:t xml:space="preserve">                                     round_StdDev_Transcript_length &lt;= 902.3864135742188 and </w:t>
      </w:r>
    </w:p>
    <w:p w14:paraId="5CFEA236" w14:textId="77777777" w:rsidR="002007C2" w:rsidRDefault="002007C2" w:rsidP="002007C2">
      <w:r>
        <w:t xml:space="preserve">                                     round_Exon_Count &lt;= 260.5),</w:t>
      </w:r>
    </w:p>
    <w:p w14:paraId="2FA1E250" w14:textId="77777777" w:rsidR="002007C2" w:rsidRDefault="002007C2" w:rsidP="002007C2">
      <w:r>
        <w:t xml:space="preserve">           0.056557835112290621993 * (not Group == u'NDNE' and </w:t>
      </w:r>
    </w:p>
    <w:p w14:paraId="7073D1BB" w14:textId="77777777" w:rsidR="002007C2" w:rsidRDefault="002007C2" w:rsidP="002007C2">
      <w:r>
        <w:t xml:space="preserve">                                     round_Degree &gt; 4.5 and </w:t>
      </w:r>
    </w:p>
    <w:p w14:paraId="2641D564" w14:textId="77777777" w:rsidR="002007C2" w:rsidRDefault="002007C2" w:rsidP="002007C2">
      <w:r>
        <w:t xml:space="preserve">                                     round_LofTool &gt; 0.9827499985694885),</w:t>
      </w:r>
    </w:p>
    <w:p w14:paraId="46A42AE1" w14:textId="77777777" w:rsidR="002007C2" w:rsidRDefault="002007C2" w:rsidP="002007C2">
      <w:r>
        <w:t xml:space="preserve">          1.077170414030006006E-06 * (round_StdDev_Transcript_length),</w:t>
      </w:r>
    </w:p>
    <w:p w14:paraId="230DD381" w14:textId="77777777" w:rsidR="002007C2" w:rsidRDefault="002007C2" w:rsidP="002007C2">
      <w:r>
        <w:t xml:space="preserve">          0.0067367214229233718728 * (not Group == u'NDNE' and </w:t>
      </w:r>
    </w:p>
    <w:p w14:paraId="6477C691" w14:textId="77777777" w:rsidR="002007C2" w:rsidRDefault="002007C2" w:rsidP="002007C2">
      <w:r>
        <w:t xml:space="preserve">                                     round_Closeness &gt; 0.32499998807907104 and </w:t>
      </w:r>
    </w:p>
    <w:p w14:paraId="6209862F" w14:textId="77777777" w:rsidR="002007C2" w:rsidRDefault="002007C2" w:rsidP="002007C2">
      <w:r>
        <w:t xml:space="preserve">                                     round_missense_Z &gt; 1.43977952003479),</w:t>
      </w:r>
    </w:p>
    <w:p w14:paraId="226DAD4A" w14:textId="77777777" w:rsidR="002007C2" w:rsidRDefault="002007C2" w:rsidP="002007C2">
      <w:r>
        <w:t xml:space="preserve">          -0.025280204319459625983 * (round_Blomen_KBM7 &gt; -0.24819540977478027 and </w:t>
      </w:r>
    </w:p>
    <w:p w14:paraId="649DBF28" w14:textId="77777777" w:rsidR="002007C2" w:rsidRDefault="002007C2" w:rsidP="002007C2">
      <w:r>
        <w:t xml:space="preserve">                                     round_missense_Z &lt;= 3.2976694107055664),</w:t>
      </w:r>
    </w:p>
    <w:p w14:paraId="12BB421E" w14:textId="77777777" w:rsidR="002007C2" w:rsidRDefault="002007C2" w:rsidP="002007C2">
      <w:r>
        <w:t xml:space="preserve">           -0.07144481186709027154 * (Group == u'NDNE' and </w:t>
      </w:r>
    </w:p>
    <w:p w14:paraId="34E4318C" w14:textId="77777777" w:rsidR="002007C2" w:rsidRDefault="002007C2" w:rsidP="002007C2">
      <w:r>
        <w:t xml:space="preserve">                                     round_missense_Z &lt;= 1.1351158618927002 and </w:t>
      </w:r>
    </w:p>
    <w:p w14:paraId="314D87A0" w14:textId="77777777" w:rsidR="002007C2" w:rsidRDefault="002007C2" w:rsidP="002007C2">
      <w:r>
        <w:t xml:space="preserve">                                     round_Transcript_count &lt;= 10.5),</w:t>
      </w:r>
    </w:p>
    <w:p w14:paraId="0658CEB5" w14:textId="77777777" w:rsidR="002007C2" w:rsidRDefault="002007C2" w:rsidP="002007C2">
      <w:r>
        <w:t xml:space="preserve">          -0.034050179534380775603 * (round_End &lt;= 100419720.0 and </w:t>
      </w:r>
    </w:p>
    <w:p w14:paraId="17FEB778" w14:textId="77777777" w:rsidR="002007C2" w:rsidRDefault="002007C2" w:rsidP="002007C2">
      <w:r>
        <w:t xml:space="preserve">                                     round_Closeness &gt; 0.3149999976158142 and </w:t>
      </w:r>
    </w:p>
    <w:p w14:paraId="21D13589" w14:textId="77777777" w:rsidR="002007C2" w:rsidRDefault="002007C2" w:rsidP="002007C2">
      <w:r>
        <w:t xml:space="preserve">                                     round_dN_dS_Chimp &lt;= 0.5950000286102295 and </w:t>
      </w:r>
    </w:p>
    <w:p w14:paraId="71FF926C" w14:textId="77777777" w:rsidR="002007C2" w:rsidRDefault="002007C2" w:rsidP="002007C2">
      <w:r>
        <w:t xml:space="preserve">                                     round_missense_Z &lt;= 2.852269172668457),</w:t>
      </w:r>
    </w:p>
    <w:p w14:paraId="74A12846" w14:textId="77777777" w:rsidR="002007C2" w:rsidRDefault="002007C2" w:rsidP="002007C2">
      <w:r>
        <w:t xml:space="preserve">           0.038061134138614192979 * (not Group == u'MNC' and </w:t>
      </w:r>
    </w:p>
    <w:p w14:paraId="65930D1F" w14:textId="77777777" w:rsidR="002007C2" w:rsidRDefault="002007C2" w:rsidP="002007C2">
      <w:r>
        <w:t xml:space="preserve">                                     round_missense_Z &lt;= 2.642360210418701 and </w:t>
      </w:r>
    </w:p>
    <w:p w14:paraId="556B5CAA" w14:textId="77777777" w:rsidR="002007C2" w:rsidRDefault="002007C2" w:rsidP="002007C2">
      <w:r>
        <w:t xml:space="preserve">                                     round_s_het &gt; 0.014316117390990257 and </w:t>
      </w:r>
    </w:p>
    <w:p w14:paraId="12CED002" w14:textId="77777777" w:rsidR="002007C2" w:rsidRDefault="002007C2" w:rsidP="002007C2">
      <w:r>
        <w:t xml:space="preserve">                                     round_Exon_Count &gt; 165.5),</w:t>
      </w:r>
    </w:p>
    <w:p w14:paraId="230EA5EF" w14:textId="77777777" w:rsidR="002007C2" w:rsidRDefault="002007C2" w:rsidP="002007C2">
      <w:r>
        <w:t xml:space="preserve">          -0.076712140314540558372 * (round_Closeness &gt; 0.2549999952316284 and </w:t>
      </w:r>
    </w:p>
    <w:p w14:paraId="04008710" w14:textId="77777777" w:rsidR="002007C2" w:rsidRDefault="002007C2" w:rsidP="002007C2">
      <w:r>
        <w:t xml:space="preserve">                                     round_Phi &gt; 0.0002437000221107155 and </w:t>
      </w:r>
    </w:p>
    <w:p w14:paraId="234A1DFF" w14:textId="77777777" w:rsidR="002007C2" w:rsidRDefault="002007C2" w:rsidP="002007C2">
      <w:r>
        <w:t xml:space="preserve">                                     round_missense_Z &lt;= 4.0604472160339355 and </w:t>
      </w:r>
    </w:p>
    <w:p w14:paraId="6D6D876A" w14:textId="77777777" w:rsidR="002007C2" w:rsidRDefault="002007C2" w:rsidP="002007C2">
      <w:r>
        <w:t xml:space="preserve">                                     round_StdDev_Transcript_length &gt; 615.416259765625),</w:t>
      </w:r>
    </w:p>
    <w:p w14:paraId="1DF0EE29" w14:textId="77777777" w:rsidR="002007C2" w:rsidRDefault="002007C2" w:rsidP="002007C2">
      <w:r>
        <w:t xml:space="preserve">          -0.039402444954045441616 * (round_Closeness &lt;= 0.3149999976158142 and </w:t>
      </w:r>
    </w:p>
    <w:p w14:paraId="3EED7017" w14:textId="77777777" w:rsidR="002007C2" w:rsidRDefault="002007C2" w:rsidP="002007C2">
      <w:r>
        <w:lastRenderedPageBreak/>
        <w:t xml:space="preserve">                                     round_dN_dS_Chimp &gt; 0.5950000286102295),</w:t>
      </w:r>
    </w:p>
    <w:p w14:paraId="35F1E9FD" w14:textId="77777777" w:rsidR="002007C2" w:rsidRDefault="002007C2" w:rsidP="002007C2">
      <w:r>
        <w:t xml:space="preserve">          -0.084793394898434820695 * (Group == u'NDNE' and </w:t>
      </w:r>
    </w:p>
    <w:p w14:paraId="1CAA5B44" w14:textId="77777777" w:rsidR="002007C2" w:rsidRDefault="002007C2" w:rsidP="002007C2">
      <w:r>
        <w:t xml:space="preserve">                                     round_Degree &gt; 4.5 and </w:t>
      </w:r>
    </w:p>
    <w:p w14:paraId="4E7BF6B3" w14:textId="77777777" w:rsidR="002007C2" w:rsidRDefault="002007C2" w:rsidP="002007C2">
      <w:r>
        <w:t xml:space="preserve">                                     round_Phi &lt;= 0.13842733204364777),</w:t>
      </w:r>
    </w:p>
    <w:p w14:paraId="04B4174F" w14:textId="77777777" w:rsidR="002007C2" w:rsidRDefault="002007C2" w:rsidP="002007C2">
      <w:r>
        <w:t xml:space="preserve">          -0.012276591717802870854 * (round_Closeness &lt;= 0.33500000834465027 and </w:t>
      </w:r>
    </w:p>
    <w:p w14:paraId="0BEEE2DB" w14:textId="77777777" w:rsidR="002007C2" w:rsidRDefault="002007C2" w:rsidP="002007C2">
      <w:r>
        <w:t xml:space="preserve">                                     round_Blomen_KBM7 &gt; -0.49977701902389526 and </w:t>
      </w:r>
    </w:p>
    <w:p w14:paraId="6681A507" w14:textId="77777777" w:rsidR="002007C2" w:rsidRDefault="002007C2" w:rsidP="002007C2">
      <w:r>
        <w:t xml:space="preserve">                                     round_missense_Z &gt; 4.052361965179443 and </w:t>
      </w:r>
    </w:p>
    <w:p w14:paraId="16A4E399" w14:textId="77777777" w:rsidR="002007C2" w:rsidRDefault="002007C2" w:rsidP="002007C2">
      <w:r>
        <w:t xml:space="preserve">                                     round_LofTool &lt;= 0.9922449588775635),</w:t>
      </w:r>
    </w:p>
    <w:p w14:paraId="4EBC2731" w14:textId="77777777" w:rsidR="002007C2" w:rsidRDefault="002007C2" w:rsidP="002007C2">
      <w:r>
        <w:t xml:space="preserve">          0.0049006772599034468391 * (round_End &lt;= 127093776.0 and </w:t>
      </w:r>
    </w:p>
    <w:p w14:paraId="23386F00" w14:textId="77777777" w:rsidR="002007C2" w:rsidRDefault="002007C2" w:rsidP="002007C2">
      <w:r>
        <w:t xml:space="preserve">                                     round_Tajima__s_D_regulatory &gt; -1.2894999980926514 and </w:t>
      </w:r>
    </w:p>
    <w:p w14:paraId="47071191" w14:textId="77777777" w:rsidR="002007C2" w:rsidRDefault="002007C2" w:rsidP="002007C2">
      <w:r>
        <w:t xml:space="preserve">                                     round_Blomen_KBM7 &lt;= -0.49977701902389526 and </w:t>
      </w:r>
    </w:p>
    <w:p w14:paraId="7539B4D9" w14:textId="77777777" w:rsidR="002007C2" w:rsidRDefault="002007C2" w:rsidP="002007C2">
      <w:r>
        <w:t xml:space="preserve">                                     round_Exon_Count &lt;= 218.5),</w:t>
      </w:r>
    </w:p>
    <w:p w14:paraId="41DBEC7B" w14:textId="77777777" w:rsidR="002007C2" w:rsidRDefault="002007C2" w:rsidP="002007C2">
      <w:r>
        <w:t xml:space="preserve">          -0.017059843137643783406 * (0.659500002861023 &lt; round_LofTool &lt;= 0.9921150207519531 and </w:t>
      </w:r>
    </w:p>
    <w:p w14:paraId="2D0C0A12" w14:textId="77777777" w:rsidR="002007C2" w:rsidRDefault="002007C2" w:rsidP="002007C2">
      <w:r>
        <w:t xml:space="preserve">                                     round_StdDev_Transcript_length &lt;= 589.7366333007812 and </w:t>
      </w:r>
    </w:p>
    <w:p w14:paraId="41EB10C8" w14:textId="77777777" w:rsidR="002007C2" w:rsidRDefault="002007C2" w:rsidP="002007C2">
      <w:r>
        <w:t xml:space="preserve">                                     round_Exon_Count &lt;= 174.5),</w:t>
      </w:r>
    </w:p>
    <w:p w14:paraId="71EFA3FE" w14:textId="77777777" w:rsidR="002007C2" w:rsidRDefault="002007C2" w:rsidP="002007C2">
      <w:r>
        <w:t xml:space="preserve">         -0.0075798691384530445317 * (round_End &lt;= 100419720.0 and </w:t>
      </w:r>
    </w:p>
    <w:p w14:paraId="1173313A" w14:textId="77777777" w:rsidR="002007C2" w:rsidRDefault="002007C2" w:rsidP="002007C2">
      <w:r>
        <w:t xml:space="preserve">                                     round_dN_dS_Chimp_mi &lt;= 0.5 and </w:t>
      </w:r>
    </w:p>
    <w:p w14:paraId="0B342B8E" w14:textId="77777777" w:rsidR="002007C2" w:rsidRDefault="002007C2" w:rsidP="002007C2">
      <w:r>
        <w:t xml:space="preserve">                                     round_Blomen_KBM7_mi &lt;= 0.5 and </w:t>
      </w:r>
    </w:p>
    <w:p w14:paraId="6B77A3E0" w14:textId="77777777" w:rsidR="002007C2" w:rsidRDefault="002007C2" w:rsidP="002007C2">
      <w:r>
        <w:t xml:space="preserve">                                     round_Exon_Count &lt;= 221.5),</w:t>
      </w:r>
    </w:p>
    <w:p w14:paraId="67D6B88A" w14:textId="77777777" w:rsidR="002007C2" w:rsidRDefault="002007C2" w:rsidP="002007C2">
      <w:r>
        <w:t xml:space="preserve">           0.010744566051742131946 * (12.5 &lt; round_Degree &lt;= 60.5 and </w:t>
      </w:r>
    </w:p>
    <w:p w14:paraId="33728330" w14:textId="77777777" w:rsidR="002007C2" w:rsidRDefault="002007C2" w:rsidP="002007C2">
      <w:r>
        <w:t xml:space="preserve">                                     round_Tajima__s_D_regulatory &lt;= 1.0529999732971191),</w:t>
      </w:r>
    </w:p>
    <w:p w14:paraId="4B1FA858" w14:textId="77777777" w:rsidR="002007C2" w:rsidRDefault="002007C2" w:rsidP="002007C2">
      <w:r>
        <w:t xml:space="preserve">           -0.38591243129541930035 * (Group == u'NDNE' and </w:t>
      </w:r>
    </w:p>
    <w:p w14:paraId="188A24FE" w14:textId="77777777" w:rsidR="002007C2" w:rsidRDefault="002007C2" w:rsidP="002007C2">
      <w:r>
        <w:t xml:space="preserve">                                     round_Closeness &lt;= 0.2549999952316284 and </w:t>
      </w:r>
    </w:p>
    <w:p w14:paraId="06B9E2C4" w14:textId="77777777" w:rsidR="002007C2" w:rsidRDefault="002007C2" w:rsidP="002007C2">
      <w:r>
        <w:t xml:space="preserve">                                     round_Phi &gt; 0.14362311363220215),</w:t>
      </w:r>
    </w:p>
    <w:p w14:paraId="243D3F6A" w14:textId="77777777" w:rsidR="002007C2" w:rsidRDefault="002007C2" w:rsidP="002007C2">
      <w:r>
        <w:t xml:space="preserve">          -0.040250397690003617002 * (not Group == u'NDNE' and </w:t>
      </w:r>
    </w:p>
    <w:p w14:paraId="5CB6808D" w14:textId="77777777" w:rsidR="002007C2" w:rsidRDefault="002007C2" w:rsidP="002007C2">
      <w:r>
        <w:t xml:space="preserve">                                     round_Phi &lt;= 0.12447576969861984 and </w:t>
      </w:r>
    </w:p>
    <w:p w14:paraId="606E8028" w14:textId="77777777" w:rsidR="002007C2" w:rsidRDefault="002007C2" w:rsidP="002007C2">
      <w:r>
        <w:t xml:space="preserve">                                     round_Exon_Count &lt;= 83.5),</w:t>
      </w:r>
    </w:p>
    <w:p w14:paraId="0A375DB2" w14:textId="77777777" w:rsidR="002007C2" w:rsidRDefault="002007C2" w:rsidP="002007C2">
      <w:r>
        <w:t xml:space="preserve">          0.0054042513292536526609 * (not Group == u'NDNE' and </w:t>
      </w:r>
    </w:p>
    <w:p w14:paraId="09121D01" w14:textId="77777777" w:rsidR="002007C2" w:rsidRDefault="002007C2" w:rsidP="002007C2">
      <w:r>
        <w:t xml:space="preserve">                                     round_Phi &gt; 0.12447576969861984 and </w:t>
      </w:r>
    </w:p>
    <w:p w14:paraId="16EF70B4" w14:textId="77777777" w:rsidR="002007C2" w:rsidRDefault="002007C2" w:rsidP="002007C2">
      <w:r>
        <w:t xml:space="preserve">                                     round_Exon_Count &lt;= 93.5),</w:t>
      </w:r>
    </w:p>
    <w:p w14:paraId="7AC36BD9" w14:textId="77777777" w:rsidR="002007C2" w:rsidRDefault="002007C2" w:rsidP="002007C2">
      <w:r>
        <w:t xml:space="preserve">           0.012640846218055473704 * (round_Degree &gt; 4.5 and </w:t>
      </w:r>
    </w:p>
    <w:p w14:paraId="360D6875" w14:textId="77777777" w:rsidR="002007C2" w:rsidRDefault="002007C2" w:rsidP="002007C2">
      <w:r>
        <w:t xml:space="preserve">                                     round_Blomen_KBM7 &lt;= -0.1469864696264267 and </w:t>
      </w:r>
    </w:p>
    <w:p w14:paraId="3B6D1776" w14:textId="77777777" w:rsidR="002007C2" w:rsidRDefault="002007C2" w:rsidP="002007C2">
      <w:r>
        <w:t xml:space="preserve">                                     round_missense_Z &gt; 4.099565505981445 and </w:t>
      </w:r>
    </w:p>
    <w:p w14:paraId="6329E43B" w14:textId="77777777" w:rsidR="002007C2" w:rsidRDefault="002007C2" w:rsidP="002007C2">
      <w:r>
        <w:t xml:space="preserve">                                     round_Exon_Count &lt;= 224.5),</w:t>
      </w:r>
    </w:p>
    <w:p w14:paraId="59258785" w14:textId="77777777" w:rsidR="002007C2" w:rsidRDefault="002007C2" w:rsidP="002007C2">
      <w:r>
        <w:t xml:space="preserve">          -0.011599627423029612583 * (not Group == u'CM' and </w:t>
      </w:r>
    </w:p>
    <w:p w14:paraId="0FCCDC3A" w14:textId="77777777" w:rsidR="002007C2" w:rsidRDefault="002007C2" w:rsidP="002007C2">
      <w:r>
        <w:t xml:space="preserve">                                     3.5 &lt; round_Degree &lt;= 56.5 and </w:t>
      </w:r>
    </w:p>
    <w:p w14:paraId="4129478E" w14:textId="77777777" w:rsidR="002007C2" w:rsidRDefault="002007C2" w:rsidP="002007C2">
      <w:r>
        <w:t xml:space="preserve">                                     round_Exon_Count &lt;= 253.5),</w:t>
      </w:r>
    </w:p>
    <w:p w14:paraId="67AAEC0C" w14:textId="77777777" w:rsidR="002007C2" w:rsidRDefault="002007C2" w:rsidP="002007C2">
      <w:r>
        <w:t xml:space="preserve">           0.024923686490065564969 * (round_dN_dS_Chimp_mi &lt;= 0.5 and </w:t>
      </w:r>
    </w:p>
    <w:p w14:paraId="232E83EB" w14:textId="77777777" w:rsidR="002007C2" w:rsidRDefault="002007C2" w:rsidP="002007C2">
      <w:r>
        <w:t xml:space="preserve">                                     round_Phi &lt;= 0.9998619556427002 and </w:t>
      </w:r>
    </w:p>
    <w:p w14:paraId="4A879601" w14:textId="77777777" w:rsidR="002007C2" w:rsidRDefault="002007C2" w:rsidP="002007C2">
      <w:r>
        <w:t xml:space="preserve">                                     round_StdDev_Transcript_length &gt; 2625.484375),</w:t>
      </w:r>
    </w:p>
    <w:p w14:paraId="4E9270B7" w14:textId="77777777" w:rsidR="002007C2" w:rsidRDefault="002007C2" w:rsidP="002007C2">
      <w:r>
        <w:t xml:space="preserve">          -0.024788357238958731721 * (not Group == u'CM' and </w:t>
      </w:r>
    </w:p>
    <w:p w14:paraId="62FAF9D7" w14:textId="77777777" w:rsidR="002007C2" w:rsidRDefault="002007C2" w:rsidP="002007C2">
      <w:r>
        <w:t xml:space="preserve">                                     not Group == u'MNC' and </w:t>
      </w:r>
    </w:p>
    <w:p w14:paraId="514F9362" w14:textId="77777777" w:rsidR="002007C2" w:rsidRDefault="002007C2" w:rsidP="002007C2">
      <w:r>
        <w:t xml:space="preserve">                                     round_Tajima__s_D_regulatory &lt;= 0.4104999899864197 and </w:t>
      </w:r>
    </w:p>
    <w:p w14:paraId="74D5EE1D" w14:textId="77777777" w:rsidR="002007C2" w:rsidRDefault="002007C2" w:rsidP="002007C2">
      <w:r>
        <w:t xml:space="preserve">                                     round_Transcript_count &lt;= 20.5),</w:t>
      </w:r>
    </w:p>
    <w:p w14:paraId="4E1CD4BB" w14:textId="77777777" w:rsidR="002007C2" w:rsidRDefault="002007C2" w:rsidP="002007C2">
      <w:r>
        <w:t xml:space="preserve">          -0.032616344153410088691 * (4.5 &lt; round_Degree &lt;= 29.5 and </w:t>
      </w:r>
    </w:p>
    <w:p w14:paraId="4319F010" w14:textId="77777777" w:rsidR="002007C2" w:rsidRDefault="002007C2" w:rsidP="002007C2">
      <w:r>
        <w:t xml:space="preserve">                                     round_StdDev_Transcript_length &lt;= 897.559326171875),</w:t>
      </w:r>
    </w:p>
    <w:p w14:paraId="551B5F64" w14:textId="77777777" w:rsidR="002007C2" w:rsidRDefault="002007C2" w:rsidP="002007C2">
      <w:r>
        <w:lastRenderedPageBreak/>
        <w:t xml:space="preserve">          -0.035027548355530679913 * (Group == u'NDNE' and </w:t>
      </w:r>
    </w:p>
    <w:p w14:paraId="16276768" w14:textId="77777777" w:rsidR="002007C2" w:rsidRDefault="002007C2" w:rsidP="002007C2">
      <w:r>
        <w:t xml:space="preserve">                                     round_Degree &lt;= 3.5 and </w:t>
      </w:r>
    </w:p>
    <w:p w14:paraId="00B6BFBA" w14:textId="77777777" w:rsidR="002007C2" w:rsidRDefault="002007C2" w:rsidP="002007C2">
      <w:r>
        <w:t xml:space="preserve">                                     round_StdDev_Transcript_length &gt; 1049.45654296875),</w:t>
      </w:r>
    </w:p>
    <w:p w14:paraId="7DE5E5DC" w14:textId="77777777" w:rsidR="002007C2" w:rsidRDefault="002007C2" w:rsidP="002007C2">
      <w:r>
        <w:t xml:space="preserve">         -0.0074999311629464779708 * (Group == u'NDNE' and </w:t>
      </w:r>
    </w:p>
    <w:p w14:paraId="77B017F7" w14:textId="77777777" w:rsidR="002007C2" w:rsidRDefault="002007C2" w:rsidP="002007C2">
      <w:r>
        <w:t xml:space="preserve">                                     round_dN_dS_Chimp &lt;= 0.5950000286102295 and </w:t>
      </w:r>
    </w:p>
    <w:p w14:paraId="39944B74" w14:textId="77777777" w:rsidR="002007C2" w:rsidRDefault="002007C2" w:rsidP="002007C2">
      <w:r>
        <w:t xml:space="preserve">                                     round_Transcript_count &lt;= 20.5 and </w:t>
      </w:r>
    </w:p>
    <w:p w14:paraId="091F6A33" w14:textId="77777777" w:rsidR="002007C2" w:rsidRDefault="002007C2" w:rsidP="002007C2">
      <w:r>
        <w:t xml:space="preserve">                                     round_StdDev_Transcript_length &lt;= 1967.8238525390625),</w:t>
      </w:r>
    </w:p>
    <w:p w14:paraId="1539DDD4" w14:textId="77777777" w:rsidR="002007C2" w:rsidRDefault="002007C2" w:rsidP="002007C2">
      <w:r>
        <w:t xml:space="preserve">           0.033847444063908105338 * (round_Degree &gt; 12.5 and </w:t>
      </w:r>
    </w:p>
    <w:p w14:paraId="67FFC370" w14:textId="77777777" w:rsidR="002007C2" w:rsidRDefault="002007C2" w:rsidP="002007C2">
      <w:r>
        <w:t xml:space="preserve">                                     round_LofTool &lt;= 0.9921150207519531 and </w:t>
      </w:r>
    </w:p>
    <w:p w14:paraId="59F98D15" w14:textId="77777777" w:rsidR="002007C2" w:rsidRDefault="002007C2" w:rsidP="002007C2">
      <w:r>
        <w:t xml:space="preserve">                                     round_s_het &gt; 0.025150161236524582 and </w:t>
      </w:r>
    </w:p>
    <w:p w14:paraId="55A63FF6" w14:textId="77777777" w:rsidR="002007C2" w:rsidRDefault="002007C2" w:rsidP="002007C2">
      <w:r>
        <w:t xml:space="preserve">                                     round_Exon_Count &lt;= 224.5),</w:t>
      </w:r>
    </w:p>
    <w:p w14:paraId="65F09855" w14:textId="77777777" w:rsidR="002007C2" w:rsidRDefault="002007C2" w:rsidP="002007C2">
      <w:r>
        <w:t xml:space="preserve">           0.018672957826625806443 * (round_Phi &lt;= 0.00015248148702085018 and </w:t>
      </w:r>
    </w:p>
    <w:p w14:paraId="5A10D828" w14:textId="77777777" w:rsidR="002007C2" w:rsidRDefault="002007C2" w:rsidP="002007C2">
      <w:r>
        <w:t xml:space="preserve">                                     round_missense_Z &lt;= 4.052361965179443 and </w:t>
      </w:r>
    </w:p>
    <w:p w14:paraId="53416A38" w14:textId="77777777" w:rsidR="002007C2" w:rsidRDefault="002007C2" w:rsidP="002007C2">
      <w:r>
        <w:t xml:space="preserve">                                     round_LofTool &gt; 0.11749999970197678),</w:t>
      </w:r>
    </w:p>
    <w:p w14:paraId="0F94D192" w14:textId="77777777" w:rsidR="002007C2" w:rsidRDefault="002007C2" w:rsidP="002007C2">
      <w:r>
        <w:t xml:space="preserve">         -0.0066963862081202731036 * (round_Degree_mi &lt;= 0.5 and </w:t>
      </w:r>
    </w:p>
    <w:p w14:paraId="5B387EBE" w14:textId="77777777" w:rsidR="002007C2" w:rsidRDefault="002007C2" w:rsidP="002007C2">
      <w:r>
        <w:t xml:space="preserve">                                     round_Closeness &lt;= 0.3149999976158142 and </w:t>
      </w:r>
    </w:p>
    <w:p w14:paraId="21631B6A" w14:textId="77777777" w:rsidR="002007C2" w:rsidRDefault="002007C2" w:rsidP="002007C2">
      <w:r>
        <w:t xml:space="preserve">                                     round_Tajima__s_D_regulatory &gt; 0.4235000014305115 and </w:t>
      </w:r>
    </w:p>
    <w:p w14:paraId="721F638F" w14:textId="77777777" w:rsidR="002007C2" w:rsidRDefault="002007C2" w:rsidP="002007C2">
      <w:r>
        <w:t xml:space="preserve">                                     round_Exon_Count &lt;= 156.5),</w:t>
      </w:r>
    </w:p>
    <w:p w14:paraId="393B4BAD" w14:textId="77777777" w:rsidR="002007C2" w:rsidRDefault="002007C2" w:rsidP="002007C2">
      <w:r>
        <w:t xml:space="preserve">           -0.19403437417903002249 * (round_Degree &lt;= 4.5 and </w:t>
      </w:r>
    </w:p>
    <w:p w14:paraId="32D306E3" w14:textId="77777777" w:rsidR="002007C2" w:rsidRDefault="002007C2" w:rsidP="002007C2">
      <w:r>
        <w:t xml:space="preserve">                                     round_Phi &gt; 0.14253592491149902),</w:t>
      </w:r>
    </w:p>
    <w:p w14:paraId="64BC008A" w14:textId="77777777" w:rsidR="002007C2" w:rsidRDefault="002007C2" w:rsidP="002007C2">
      <w:r>
        <w:t xml:space="preserve">           0.025474159388727657394 * (round_Degree &gt; 4.5 and </w:t>
      </w:r>
    </w:p>
    <w:p w14:paraId="1B6D9251" w14:textId="77777777" w:rsidR="002007C2" w:rsidRDefault="002007C2" w:rsidP="002007C2">
      <w:r>
        <w:t xml:space="preserve">                                     round_Closeness &gt; 0.3149999976158142 and </w:t>
      </w:r>
    </w:p>
    <w:p w14:paraId="5592DB48" w14:textId="77777777" w:rsidR="002007C2" w:rsidRDefault="002007C2" w:rsidP="002007C2">
      <w:r>
        <w:t xml:space="preserve">                                     round_StdDev_Transcript_length &gt; 1275.7037353515625),</w:t>
      </w:r>
    </w:p>
    <w:p w14:paraId="7DF33949" w14:textId="77777777" w:rsidR="002007C2" w:rsidRDefault="002007C2" w:rsidP="002007C2">
      <w:r>
        <w:t xml:space="preserve">           -0.15200914772366930228 * (round_Gene_Length_bp &lt;= 2814.5),</w:t>
      </w:r>
    </w:p>
    <w:p w14:paraId="76E9A771" w14:textId="77777777" w:rsidR="002007C2" w:rsidRDefault="002007C2" w:rsidP="002007C2">
      <w:r>
        <w:t xml:space="preserve">          -0.012369173690002560964 * (Group == u'NDNE' and </w:t>
      </w:r>
    </w:p>
    <w:p w14:paraId="7CC9990D" w14:textId="77777777" w:rsidR="002007C2" w:rsidRDefault="002007C2" w:rsidP="002007C2">
      <w:r>
        <w:t xml:space="preserve">                                     round_Degree_mi &lt;= 0.5 and </w:t>
      </w:r>
    </w:p>
    <w:p w14:paraId="5D01836E" w14:textId="77777777" w:rsidR="002007C2" w:rsidRDefault="002007C2" w:rsidP="002007C2">
      <w:r>
        <w:t xml:space="preserve">                                     round_missense_Z &lt;= 2.7698380947113037 and </w:t>
      </w:r>
    </w:p>
    <w:p w14:paraId="1E1BE89B" w14:textId="77777777" w:rsidR="002007C2" w:rsidRDefault="002007C2" w:rsidP="002007C2">
      <w:r>
        <w:t xml:space="preserve">                                     round_Gene_Length_bp &lt;= 39341.0),</w:t>
      </w:r>
    </w:p>
    <w:p w14:paraId="2FB74D63" w14:textId="77777777" w:rsidR="002007C2" w:rsidRDefault="002007C2" w:rsidP="002007C2">
      <w:r>
        <w:t xml:space="preserve">           0.019096003975550827902 * (round_Degree &lt;= 4.5 and </w:t>
      </w:r>
    </w:p>
    <w:p w14:paraId="2620A8F5" w14:textId="77777777" w:rsidR="002007C2" w:rsidRDefault="002007C2" w:rsidP="002007C2">
      <w:r>
        <w:t xml:space="preserve">                                     round_Degree_mi &lt;= 0.5 and </w:t>
      </w:r>
    </w:p>
    <w:p w14:paraId="4DFE7840" w14:textId="77777777" w:rsidR="002007C2" w:rsidRDefault="002007C2" w:rsidP="002007C2">
      <w:r>
        <w:t xml:space="preserve">                                     round_StdDev_Transcript_length &lt;= 1301.4395751953125),</w:t>
      </w:r>
    </w:p>
    <w:p w14:paraId="36580066" w14:textId="77777777" w:rsidR="002007C2" w:rsidRDefault="002007C2" w:rsidP="002007C2">
      <w:r>
        <w:t xml:space="preserve">          -0.060655818768655632434 * (round_Blomen_KBM7 &gt; -0.5146373510360718 and </w:t>
      </w:r>
    </w:p>
    <w:p w14:paraId="69141807" w14:textId="77777777" w:rsidR="002007C2" w:rsidRDefault="002007C2" w:rsidP="002007C2">
      <w:r>
        <w:t xml:space="preserve">                                     round_Transcript_count &lt;= 20.5 and </w:t>
      </w:r>
    </w:p>
    <w:p w14:paraId="42EAAF9E" w14:textId="77777777" w:rsidR="002007C2" w:rsidRDefault="002007C2" w:rsidP="002007C2">
      <w:r>
        <w:t xml:space="preserve">                                     round_StdDev_Transcript_length &gt; 2388.5126953125),</w:t>
      </w:r>
    </w:p>
    <w:p w14:paraId="40600987" w14:textId="77777777" w:rsidR="002007C2" w:rsidRDefault="002007C2" w:rsidP="002007C2">
      <w:r>
        <w:t xml:space="preserve">          -0.022501726195653822676 * (not Group == u'NDNE' and </w:t>
      </w:r>
    </w:p>
    <w:p w14:paraId="3F5A64AC" w14:textId="77777777" w:rsidR="002007C2" w:rsidRDefault="002007C2" w:rsidP="002007C2">
      <w:r>
        <w:t xml:space="preserve">                                     round_Degree &lt;= 62.5 and </w:t>
      </w:r>
    </w:p>
    <w:p w14:paraId="09D4F227" w14:textId="77777777" w:rsidR="002007C2" w:rsidRDefault="002007C2" w:rsidP="002007C2">
      <w:r>
        <w:t xml:space="preserve">                                     round_Transcript_count &lt;= 20.5 and </w:t>
      </w:r>
    </w:p>
    <w:p w14:paraId="495A8993" w14:textId="77777777" w:rsidR="002007C2" w:rsidRDefault="002007C2" w:rsidP="002007C2">
      <w:r>
        <w:t xml:space="preserve">                                     round_StdDev_Transcript_length &lt;= 580.6193237304688),</w:t>
      </w:r>
    </w:p>
    <w:p w14:paraId="315CAA37" w14:textId="77777777" w:rsidR="002007C2" w:rsidRDefault="002007C2" w:rsidP="002007C2">
      <w:r>
        <w:t xml:space="preserve">            0.06316842250916585022 * (not Group == u'NDNE' and </w:t>
      </w:r>
    </w:p>
    <w:p w14:paraId="4AFAC357" w14:textId="77777777" w:rsidR="002007C2" w:rsidRDefault="002007C2" w:rsidP="002007C2">
      <w:r>
        <w:t xml:space="preserve">                                     round_Degree &gt; 3.5 and </w:t>
      </w:r>
    </w:p>
    <w:p w14:paraId="1124C5C3" w14:textId="77777777" w:rsidR="002007C2" w:rsidRDefault="002007C2" w:rsidP="002007C2">
      <w:r>
        <w:t xml:space="preserve">                                     round_Phi &lt;= 0.8768634796142578 and </w:t>
      </w:r>
    </w:p>
    <w:p w14:paraId="4AC3858F" w14:textId="77777777" w:rsidR="002007C2" w:rsidRDefault="002007C2" w:rsidP="002007C2">
      <w:r>
        <w:t xml:space="preserve">                                     round_LofTool &lt;= 0.9829000234603882),</w:t>
      </w:r>
    </w:p>
    <w:p w14:paraId="49E78FDF" w14:textId="77777777" w:rsidR="002007C2" w:rsidRDefault="002007C2" w:rsidP="002007C2">
      <w:r>
        <w:t xml:space="preserve">           0.039685738909723246304 * (Group == u'NDNE' and </w:t>
      </w:r>
    </w:p>
    <w:p w14:paraId="53873E72" w14:textId="77777777" w:rsidR="002007C2" w:rsidRDefault="002007C2" w:rsidP="002007C2">
      <w:r>
        <w:t xml:space="preserve">                                     round_Degree &lt;= 3.5 and </w:t>
      </w:r>
    </w:p>
    <w:p w14:paraId="06736C7E" w14:textId="77777777" w:rsidR="002007C2" w:rsidRDefault="002007C2" w:rsidP="002007C2">
      <w:r>
        <w:t xml:space="preserve">                                     round_missense_Z &gt; 1.472226858139038),</w:t>
      </w:r>
    </w:p>
    <w:p w14:paraId="1515BF6B" w14:textId="77777777" w:rsidR="002007C2" w:rsidRDefault="002007C2" w:rsidP="002007C2">
      <w:r>
        <w:t xml:space="preserve">          -0.002509813077558311397 * (round_Degree_mi &lt;= 0.5 and </w:t>
      </w:r>
    </w:p>
    <w:p w14:paraId="7E5D34B3" w14:textId="77777777" w:rsidR="002007C2" w:rsidRDefault="002007C2" w:rsidP="002007C2">
      <w:r>
        <w:t xml:space="preserve">                                     round_Closeness &lt;= 0.32499998807907104 and </w:t>
      </w:r>
    </w:p>
    <w:p w14:paraId="58BBA625" w14:textId="77777777" w:rsidR="002007C2" w:rsidRDefault="002007C2" w:rsidP="002007C2">
      <w:r>
        <w:lastRenderedPageBreak/>
        <w:t xml:space="preserve">                                     round_LofTool &lt;= 0.9435499906539917 and </w:t>
      </w:r>
    </w:p>
    <w:p w14:paraId="31E1C1AB" w14:textId="77777777" w:rsidR="002007C2" w:rsidRDefault="002007C2" w:rsidP="002007C2">
      <w:r>
        <w:t xml:space="preserve">                                     round_Gene_Length_bp &lt;= 54517.0),</w:t>
      </w:r>
    </w:p>
    <w:p w14:paraId="3CCF89FF" w14:textId="77777777" w:rsidR="002007C2" w:rsidRDefault="002007C2" w:rsidP="002007C2">
      <w:r>
        <w:t xml:space="preserve">          -0.039332187759655926063 * (round_dN_dS_Chimp &gt; 0.5950000286102295),</w:t>
      </w:r>
    </w:p>
    <w:p w14:paraId="00EDE36B" w14:textId="77777777" w:rsidR="002007C2" w:rsidRDefault="002007C2" w:rsidP="002007C2">
      <w:r>
        <w:t xml:space="preserve">           -0.06643661699653181929 * (Group == u'NDNE' and </w:t>
      </w:r>
    </w:p>
    <w:p w14:paraId="413A22F0" w14:textId="77777777" w:rsidR="002007C2" w:rsidRDefault="002007C2" w:rsidP="002007C2">
      <w:r>
        <w:t xml:space="preserve">                                     round_Closeness &gt; 0.2549999952316284),</w:t>
      </w:r>
    </w:p>
    <w:p w14:paraId="6E5B2B53" w14:textId="77777777" w:rsidR="002007C2" w:rsidRDefault="002007C2" w:rsidP="002007C2">
      <w:r>
        <w:t xml:space="preserve">          -0.021412501080032213946 * (round_Degree &gt; 3.5 and </w:t>
      </w:r>
    </w:p>
    <w:p w14:paraId="3A9A082A" w14:textId="77777777" w:rsidR="002007C2" w:rsidRDefault="002007C2" w:rsidP="002007C2">
      <w:r>
        <w:t xml:space="preserve">                                     round_Phi &lt;= 0.12447576969861984 and </w:t>
      </w:r>
    </w:p>
    <w:p w14:paraId="4237F439" w14:textId="77777777" w:rsidR="002007C2" w:rsidRDefault="002007C2" w:rsidP="002007C2">
      <w:r>
        <w:t xml:space="preserve">                                     round_Exon_Count &lt;= 156.5),</w:t>
      </w:r>
    </w:p>
    <w:p w14:paraId="77A0F4B0" w14:textId="77777777" w:rsidR="002007C2" w:rsidRDefault="002007C2" w:rsidP="002007C2">
      <w:r>
        <w:t xml:space="preserve">        -0.00029745582835470673125 * (round_Transcript_count),</w:t>
      </w:r>
    </w:p>
    <w:p w14:paraId="74D7F6CD" w14:textId="77777777" w:rsidR="002007C2" w:rsidRDefault="002007C2" w:rsidP="002007C2">
      <w:r>
        <w:t xml:space="preserve">           0.057181720796839995147 * (round_Closeness &gt; 0.3149999976158142 and </w:t>
      </w:r>
    </w:p>
    <w:p w14:paraId="1C2401D9" w14:textId="77777777" w:rsidR="002007C2" w:rsidRDefault="002007C2" w:rsidP="002007C2">
      <w:r>
        <w:t xml:space="preserve">                                     round_Phi &gt; 0.12447576969861984),</w:t>
      </w:r>
    </w:p>
    <w:p w14:paraId="2C67A08C" w14:textId="77777777" w:rsidR="002007C2" w:rsidRDefault="002007C2" w:rsidP="002007C2">
      <w:r>
        <w:t xml:space="preserve">        -1.1772852955159365113E-05 * (round_Tajima__s_D_regulatory &lt;= 0.4165000021457672 and </w:t>
      </w:r>
    </w:p>
    <w:p w14:paraId="1E86F5F9" w14:textId="77777777" w:rsidR="002007C2" w:rsidRDefault="002007C2" w:rsidP="002007C2">
      <w:r>
        <w:t xml:space="preserve">                                     round_Phi &gt; 0.00015248148702085018 and </w:t>
      </w:r>
    </w:p>
    <w:p w14:paraId="3A972680" w14:textId="77777777" w:rsidR="002007C2" w:rsidRDefault="002007C2" w:rsidP="002007C2">
      <w:r>
        <w:t xml:space="preserve">                                     round_missense_Z &lt;= 3.308867931365967),</w:t>
      </w:r>
    </w:p>
    <w:p w14:paraId="53ACDC8F" w14:textId="77777777" w:rsidR="002007C2" w:rsidRDefault="002007C2" w:rsidP="002007C2">
      <w:r>
        <w:t xml:space="preserve">          -0.078557558657171636107 * (round_dN_dS_Chimp_mi &lt;= 0.5 and </w:t>
      </w:r>
    </w:p>
    <w:p w14:paraId="29962E8C" w14:textId="77777777" w:rsidR="002007C2" w:rsidRDefault="002007C2" w:rsidP="002007C2">
      <w:r>
        <w:t xml:space="preserve">                                     round_missense_Z &lt;= 4.0604472160339355 and </w:t>
      </w:r>
    </w:p>
    <w:p w14:paraId="0184671D" w14:textId="77777777" w:rsidR="002007C2" w:rsidRDefault="002007C2" w:rsidP="002007C2">
      <w:r>
        <w:t xml:space="preserve">                                     round_StdDev_Transcript_length &lt;= 615.416259765625),</w:t>
      </w:r>
    </w:p>
    <w:p w14:paraId="4F746421" w14:textId="77777777" w:rsidR="002007C2" w:rsidRDefault="002007C2" w:rsidP="002007C2">
      <w:r>
        <w:t xml:space="preserve">           0.017463172080480923037 * (round_Closeness &gt; 0.2549999952316284 and </w:t>
      </w:r>
    </w:p>
    <w:p w14:paraId="3F32205A" w14:textId="77777777" w:rsidR="002007C2" w:rsidRDefault="002007C2" w:rsidP="002007C2">
      <w:r>
        <w:t xml:space="preserve">                                     round_LofTool &gt; 0.9937300086021423 and </w:t>
      </w:r>
    </w:p>
    <w:p w14:paraId="01100440" w14:textId="77777777" w:rsidR="002007C2" w:rsidRDefault="002007C2" w:rsidP="002007C2">
      <w:r>
        <w:t xml:space="preserve">                                     round_Gene_Length_bp &gt; 39268.5),</w:t>
      </w:r>
    </w:p>
    <w:p w14:paraId="5E7FBFC6" w14:textId="77777777" w:rsidR="002007C2" w:rsidRDefault="002007C2" w:rsidP="002007C2">
      <w:r>
        <w:t xml:space="preserve">        -0.00041244386195987383292 * (round_Degree &lt;= 60.5 and </w:t>
      </w:r>
    </w:p>
    <w:p w14:paraId="65ECF56E" w14:textId="77777777" w:rsidR="002007C2" w:rsidRDefault="002007C2" w:rsidP="002007C2">
      <w:r>
        <w:t xml:space="preserve">                                     round_dN_dS_Chimp_mi &gt; 0.5 and </w:t>
      </w:r>
    </w:p>
    <w:p w14:paraId="4E9074D8" w14:textId="77777777" w:rsidR="002007C2" w:rsidRDefault="002007C2" w:rsidP="002007C2">
      <w:r>
        <w:t xml:space="preserve">                                     round_Blomen_KBM7 &gt; -0.5153281092643738 and </w:t>
      </w:r>
    </w:p>
    <w:p w14:paraId="16DF744A" w14:textId="77777777" w:rsidR="002007C2" w:rsidRDefault="002007C2" w:rsidP="002007C2">
      <w:r>
        <w:t xml:space="preserve">                                     round_Exon_Count &lt;= 154.5),</w:t>
      </w:r>
    </w:p>
    <w:p w14:paraId="157CEAFD" w14:textId="77777777" w:rsidR="002007C2" w:rsidRDefault="002007C2" w:rsidP="002007C2">
      <w:r>
        <w:t xml:space="preserve">          -0.012984409356028072183 * (round_Degree &gt; 4.5 and </w:t>
      </w:r>
    </w:p>
    <w:p w14:paraId="744FB6E9" w14:textId="77777777" w:rsidR="002007C2" w:rsidRDefault="002007C2" w:rsidP="002007C2">
      <w:r>
        <w:t xml:space="preserve">                                     round_Phi &gt; 0.0003650499857030809 and </w:t>
      </w:r>
    </w:p>
    <w:p w14:paraId="31290208" w14:textId="77777777" w:rsidR="002007C2" w:rsidRDefault="002007C2" w:rsidP="002007C2">
      <w:r>
        <w:t xml:space="preserve">                                     round_Blomen_KBM7 &lt;= -0.1469864696264267 and </w:t>
      </w:r>
    </w:p>
    <w:p w14:paraId="0D3FAA47" w14:textId="77777777" w:rsidR="002007C2" w:rsidRDefault="002007C2" w:rsidP="002007C2">
      <w:r>
        <w:t xml:space="preserve">                                     round_missense_Z &lt;= 4.099565505981445),</w:t>
      </w:r>
    </w:p>
    <w:p w14:paraId="5E741033" w14:textId="77777777" w:rsidR="002007C2" w:rsidRDefault="002007C2" w:rsidP="002007C2">
      <w:r>
        <w:t xml:space="preserve">             -0.013769490895467194 * (not Group == u'MNC' and </w:t>
      </w:r>
    </w:p>
    <w:p w14:paraId="259E6D63" w14:textId="77777777" w:rsidR="002007C2" w:rsidRDefault="002007C2" w:rsidP="002007C2">
      <w:r>
        <w:t xml:space="preserve">                                     round_Degree &lt;= 34.5 and </w:t>
      </w:r>
    </w:p>
    <w:p w14:paraId="49D74847" w14:textId="77777777" w:rsidR="002007C2" w:rsidRDefault="002007C2" w:rsidP="002007C2">
      <w:r>
        <w:t xml:space="preserve">                                     round_Degree_mi &lt;= 0.5 and </w:t>
      </w:r>
    </w:p>
    <w:p w14:paraId="62FCB969" w14:textId="77777777" w:rsidR="002007C2" w:rsidRDefault="002007C2" w:rsidP="002007C2">
      <w:r>
        <w:t xml:space="preserve">                                     round_missense_Z &lt;= 4.0604472160339355),</w:t>
      </w:r>
    </w:p>
    <w:p w14:paraId="1461E762" w14:textId="77777777" w:rsidR="002007C2" w:rsidRDefault="002007C2" w:rsidP="002007C2">
      <w:r>
        <w:t xml:space="preserve">           0.026191082501492171652 * (round_missense_Z &lt;= 2.695338487625122 and </w:t>
      </w:r>
    </w:p>
    <w:p w14:paraId="0AF66635" w14:textId="77777777" w:rsidR="002007C2" w:rsidRDefault="002007C2" w:rsidP="002007C2">
      <w:r>
        <w:t xml:space="preserve">                                     round_Transcript_count &gt; 26.5 and </w:t>
      </w:r>
    </w:p>
    <w:p w14:paraId="29BBBD4C" w14:textId="77777777" w:rsidR="002007C2" w:rsidRDefault="002007C2" w:rsidP="002007C2">
      <w:r>
        <w:t xml:space="preserve">                                     round_StdDev_Transcript_length &gt; 169.24288940429688),</w:t>
      </w:r>
    </w:p>
    <w:p w14:paraId="2259CF5F" w14:textId="77777777" w:rsidR="002007C2" w:rsidRDefault="002007C2" w:rsidP="002007C2">
      <w:r>
        <w:t xml:space="preserve">         -0.0087539696043418078336 * (not Group == u'CM' and </w:t>
      </w:r>
    </w:p>
    <w:p w14:paraId="6A754347" w14:textId="77777777" w:rsidR="002007C2" w:rsidRDefault="002007C2" w:rsidP="002007C2">
      <w:r>
        <w:t xml:space="preserve">                                     round_Closeness &lt;= 0.7100000381469727 and </w:t>
      </w:r>
    </w:p>
    <w:p w14:paraId="2FA2FDD8" w14:textId="77777777" w:rsidR="002007C2" w:rsidRDefault="002007C2" w:rsidP="002007C2">
      <w:r>
        <w:t xml:space="preserve">                                     round_Blomen_KBM7 &lt;= -0.49977701902389526 and </w:t>
      </w:r>
    </w:p>
    <w:p w14:paraId="1AF11566" w14:textId="77777777" w:rsidR="002007C2" w:rsidRDefault="002007C2" w:rsidP="002007C2">
      <w:r>
        <w:t xml:space="preserve">                                     round_LofTool &lt;= 0.6634999513626099),</w:t>
      </w:r>
    </w:p>
    <w:p w14:paraId="2DCE99EF" w14:textId="77777777" w:rsidR="002007C2" w:rsidRDefault="002007C2" w:rsidP="002007C2">
      <w:r>
        <w:t xml:space="preserve">           0.015364239969804956848 * (round_Degree &gt; 37.5 and </w:t>
      </w:r>
    </w:p>
    <w:p w14:paraId="69F44249" w14:textId="77777777" w:rsidR="002007C2" w:rsidRDefault="002007C2" w:rsidP="002007C2">
      <w:r>
        <w:t xml:space="preserve">                                     round_Degree_mi &lt;= 0.5 and </w:t>
      </w:r>
    </w:p>
    <w:p w14:paraId="5A9FC9E7" w14:textId="77777777" w:rsidR="002007C2" w:rsidRDefault="002007C2" w:rsidP="002007C2">
      <w:r>
        <w:t xml:space="preserve">                                     round_Blomen_KBM7 &lt;= -0.24797455966472626 and </w:t>
      </w:r>
    </w:p>
    <w:p w14:paraId="3F118586" w14:textId="77777777" w:rsidR="002007C2" w:rsidRDefault="002007C2" w:rsidP="002007C2">
      <w:r>
        <w:t xml:space="preserve">                                     round_missense_Z &lt;= 2.721888303756714),</w:t>
      </w:r>
    </w:p>
    <w:p w14:paraId="1E3C4105" w14:textId="77777777" w:rsidR="002007C2" w:rsidRDefault="002007C2" w:rsidP="002007C2">
      <w:r>
        <w:t xml:space="preserve">          -0.013768597282704474888 * (round_Degree &gt; 5.5 and </w:t>
      </w:r>
    </w:p>
    <w:p w14:paraId="08972068" w14:textId="77777777" w:rsidR="002007C2" w:rsidRDefault="002007C2" w:rsidP="002007C2">
      <w:r>
        <w:t xml:space="preserve">                                     round_Blomen_KBM7 &lt;= -0.15774735808372498 and </w:t>
      </w:r>
    </w:p>
    <w:p w14:paraId="28C2E31D" w14:textId="77777777" w:rsidR="002007C2" w:rsidRDefault="002007C2" w:rsidP="002007C2">
      <w:r>
        <w:t xml:space="preserve">                                     round_Average_Transcript_length &lt;= 2566.631103515625),</w:t>
      </w:r>
    </w:p>
    <w:p w14:paraId="578FA541" w14:textId="77777777" w:rsidR="002007C2" w:rsidRDefault="002007C2" w:rsidP="002007C2">
      <w:r>
        <w:lastRenderedPageBreak/>
        <w:t xml:space="preserve">          0.0016667767258665866937 * (Group == u'NDNE' and </w:t>
      </w:r>
    </w:p>
    <w:p w14:paraId="3CC380A9" w14:textId="77777777" w:rsidR="002007C2" w:rsidRDefault="002007C2" w:rsidP="002007C2">
      <w:r>
        <w:t xml:space="preserve">                                     round_Phi &gt; 0.12447576969861984 and </w:t>
      </w:r>
    </w:p>
    <w:p w14:paraId="332BA943" w14:textId="77777777" w:rsidR="002007C2" w:rsidRDefault="002007C2" w:rsidP="002007C2">
      <w:r>
        <w:t xml:space="preserve">                                     round_Exon_Count &lt;= 93.5),</w:t>
      </w:r>
    </w:p>
    <w:p w14:paraId="2D094F53" w14:textId="77777777" w:rsidR="002007C2" w:rsidRDefault="002007C2" w:rsidP="002007C2">
      <w:r>
        <w:t xml:space="preserve">            0.18128583819906532448 * (round_Closeness &gt; 0.3149999976158142 and </w:t>
      </w:r>
    </w:p>
    <w:p w14:paraId="5934F0C7" w14:textId="77777777" w:rsidR="002007C2" w:rsidRDefault="002007C2" w:rsidP="002007C2">
      <w:r>
        <w:t xml:space="preserve">                                     round_Blomen_KBM7 &lt;= -0.5528146028518677 and </w:t>
      </w:r>
    </w:p>
    <w:p w14:paraId="5F05E306" w14:textId="77777777" w:rsidR="002007C2" w:rsidRDefault="002007C2" w:rsidP="002007C2">
      <w:r>
        <w:t xml:space="preserve">                                     round_Exon_Count &lt;= 224.5),</w:t>
      </w:r>
    </w:p>
    <w:p w14:paraId="7FE34A1F" w14:textId="77777777" w:rsidR="002007C2" w:rsidRDefault="002007C2" w:rsidP="002007C2">
      <w:r>
        <w:t xml:space="preserve">           0.012943950146806795093 * (round_Degree &gt; 12.5 and </w:t>
      </w:r>
    </w:p>
    <w:p w14:paraId="4D9F8B82" w14:textId="77777777" w:rsidR="002007C2" w:rsidRDefault="002007C2" w:rsidP="002007C2">
      <w:r>
        <w:t xml:space="preserve">                                     round_dN_dS_Chimp_mi &lt;= 0.5 and </w:t>
      </w:r>
    </w:p>
    <w:p w14:paraId="7CB7EAFE" w14:textId="77777777" w:rsidR="002007C2" w:rsidRDefault="002007C2" w:rsidP="002007C2">
      <w:r>
        <w:t xml:space="preserve">                                     round_Blomen_KBM7 &lt;= -0.2521226406097412 and </w:t>
      </w:r>
    </w:p>
    <w:p w14:paraId="36BEFA46" w14:textId="77777777" w:rsidR="002007C2" w:rsidRDefault="002007C2" w:rsidP="002007C2">
      <w:r>
        <w:t xml:space="preserve">                                     round_Gene_Length_bp &gt; 2814.5),</w:t>
      </w:r>
    </w:p>
    <w:p w14:paraId="57942DC3" w14:textId="77777777" w:rsidR="002007C2" w:rsidRDefault="002007C2" w:rsidP="002007C2">
      <w:r>
        <w:t xml:space="preserve">         -0.0049955332334434728037 * (round_LofTool),</w:t>
      </w:r>
    </w:p>
    <w:p w14:paraId="6AAC85FA" w14:textId="77777777" w:rsidR="002007C2" w:rsidRDefault="002007C2" w:rsidP="002007C2">
      <w:r>
        <w:t xml:space="preserve">           0.014164001392438506019 * (round_Blomen_KBM7 &lt;= -0.5153281092643738 and </w:t>
      </w:r>
    </w:p>
    <w:p w14:paraId="779CB67D" w14:textId="77777777" w:rsidR="002007C2" w:rsidRDefault="002007C2" w:rsidP="002007C2">
      <w:r>
        <w:t xml:space="preserve">                                     round_missense_Z &gt; 3.289116144180298),</w:t>
      </w:r>
    </w:p>
    <w:p w14:paraId="5211BE1D" w14:textId="77777777" w:rsidR="002007C2" w:rsidRDefault="002007C2" w:rsidP="002007C2">
      <w:r>
        <w:t xml:space="preserve">           0.050500102827979391484 * (round_End &gt; 124883040.0 and </w:t>
      </w:r>
    </w:p>
    <w:p w14:paraId="0DB73D2C" w14:textId="77777777" w:rsidR="002007C2" w:rsidRDefault="002007C2" w:rsidP="002007C2">
      <w:r>
        <w:t xml:space="preserve">                                     -1.2874999046325684 &lt; round_Tajima__s_D_regulatory &lt;= 1.4165000915527344 and </w:t>
      </w:r>
    </w:p>
    <w:p w14:paraId="49B28445" w14:textId="77777777" w:rsidR="002007C2" w:rsidRDefault="002007C2" w:rsidP="002007C2">
      <w:r>
        <w:t xml:space="preserve">                                     round_Transcript_count &lt;= 20.5),</w:t>
      </w:r>
    </w:p>
    <w:p w14:paraId="60892940" w14:textId="77777777" w:rsidR="002007C2" w:rsidRDefault="002007C2" w:rsidP="002007C2">
      <w:r>
        <w:t xml:space="preserve">           0.060456640460729016429 * (not Group == u'NDNE' and </w:t>
      </w:r>
    </w:p>
    <w:p w14:paraId="09006275" w14:textId="77777777" w:rsidR="002007C2" w:rsidRDefault="002007C2" w:rsidP="002007C2">
      <w:r>
        <w:t xml:space="preserve">                                     round_Degree &lt;= 12.5 and </w:t>
      </w:r>
    </w:p>
    <w:p w14:paraId="6ECDCCB0" w14:textId="77777777" w:rsidR="002007C2" w:rsidRDefault="002007C2" w:rsidP="002007C2">
      <w:r>
        <w:t xml:space="preserve">                                     round_StdDev_Transcript_length &gt; 636.7213134765625 and </w:t>
      </w:r>
    </w:p>
    <w:p w14:paraId="68325FE4" w14:textId="77777777" w:rsidR="002007C2" w:rsidRDefault="002007C2" w:rsidP="002007C2">
      <w:r>
        <w:t xml:space="preserve">                                     round_Exon_Count &lt;= 253.5),</w:t>
      </w:r>
    </w:p>
    <w:p w14:paraId="6F9593A7" w14:textId="77777777" w:rsidR="002007C2" w:rsidRDefault="002007C2" w:rsidP="002007C2">
      <w:r>
        <w:t xml:space="preserve">          -0.033822224075698618939 * (round_Blomen_KBM7),</w:t>
      </w:r>
    </w:p>
    <w:p w14:paraId="584E681A" w14:textId="77777777" w:rsidR="002007C2" w:rsidRDefault="002007C2" w:rsidP="002007C2">
      <w:r>
        <w:t xml:space="preserve">         -0.0039964088486853953028 * (round_Closeness &lt;= 0.33500000834465027 and </w:t>
      </w:r>
    </w:p>
    <w:p w14:paraId="52FC7FCA" w14:textId="77777777" w:rsidR="002007C2" w:rsidRDefault="002007C2" w:rsidP="002007C2">
      <w:r>
        <w:t xml:space="preserve">                                     round_Blomen_KBM7 &gt; -0.49977701902389526 and </w:t>
      </w:r>
    </w:p>
    <w:p w14:paraId="3BBF5A20" w14:textId="77777777" w:rsidR="002007C2" w:rsidRDefault="002007C2" w:rsidP="002007C2">
      <w:r>
        <w:t xml:space="preserve">                                     round_missense_Z &lt;= 4.052361965179443 and </w:t>
      </w:r>
    </w:p>
    <w:p w14:paraId="36F14D20" w14:textId="77777777" w:rsidR="002007C2" w:rsidRDefault="002007C2" w:rsidP="002007C2">
      <w:r>
        <w:t xml:space="preserve">                                     round_LofTool &lt;= 0.9922449588775635),</w:t>
      </w:r>
    </w:p>
    <w:p w14:paraId="622893BF" w14:textId="77777777" w:rsidR="002007C2" w:rsidRDefault="002007C2" w:rsidP="002007C2">
      <w:r>
        <w:t xml:space="preserve">           0.023975111109943367249 * (round_End &lt;= 85205200.0 and </w:t>
      </w:r>
    </w:p>
    <w:p w14:paraId="49B8FF65" w14:textId="77777777" w:rsidR="002007C2" w:rsidRDefault="002007C2" w:rsidP="002007C2">
      <w:r>
        <w:t xml:space="preserve">                                     round_Gene_Length_bp &gt; 9930.5 and </w:t>
      </w:r>
    </w:p>
    <w:p w14:paraId="592AACF1" w14:textId="77777777" w:rsidR="002007C2" w:rsidRDefault="002007C2" w:rsidP="002007C2">
      <w:r>
        <w:t xml:space="preserve">                                     round_StdDev_Transcript_length &gt; 2430.197265625),</w:t>
      </w:r>
    </w:p>
    <w:p w14:paraId="55397EEE" w14:textId="77777777" w:rsidR="002007C2" w:rsidRDefault="002007C2" w:rsidP="002007C2">
      <w:r>
        <w:t xml:space="preserve">          -0.011463148479432971882 * (round_Tajima__s_D_regulatory &gt; 1.0544999837875366 and </w:t>
      </w:r>
    </w:p>
    <w:p w14:paraId="19C74116" w14:textId="77777777" w:rsidR="002007C2" w:rsidRDefault="002007C2" w:rsidP="002007C2">
      <w:r>
        <w:t xml:space="preserve">                                     round_missense_Z &lt;= 4.052361965179443 and </w:t>
      </w:r>
    </w:p>
    <w:p w14:paraId="0C18AD8E" w14:textId="77777777" w:rsidR="002007C2" w:rsidRDefault="002007C2" w:rsidP="002007C2">
      <w:r>
        <w:t xml:space="preserve">                                     round_Average_Transcript_length &lt;= 2288.774658203125),</w:t>
      </w:r>
    </w:p>
    <w:p w14:paraId="29C6DBC8" w14:textId="77777777" w:rsidR="002007C2" w:rsidRDefault="002007C2" w:rsidP="002007C2">
      <w:r>
        <w:t xml:space="preserve">         -0.0051712503030842075363 * (round_Degree_mi &lt;= 0.5 and </w:t>
      </w:r>
    </w:p>
    <w:p w14:paraId="4CEA4E2A" w14:textId="77777777" w:rsidR="002007C2" w:rsidRDefault="002007C2" w:rsidP="002007C2">
      <w:r>
        <w:t xml:space="preserve">                                     round_missense_Z &lt;= 2.552614450454712 and </w:t>
      </w:r>
    </w:p>
    <w:p w14:paraId="53C5782C" w14:textId="77777777" w:rsidR="002007C2" w:rsidRDefault="002007C2" w:rsidP="002007C2">
      <w:r>
        <w:t xml:space="preserve">                                     round_LofTool &lt;= 0.6644999980926514 and </w:t>
      </w:r>
    </w:p>
    <w:p w14:paraId="59A024CC" w14:textId="77777777" w:rsidR="002007C2" w:rsidRDefault="002007C2" w:rsidP="002007C2">
      <w:r>
        <w:t xml:space="preserve">                                     round_Average_Transcript_length &lt;= 2570.535888671875),</w:t>
      </w:r>
    </w:p>
    <w:p w14:paraId="6FB086C4" w14:textId="77777777" w:rsidR="002007C2" w:rsidRDefault="002007C2" w:rsidP="002007C2">
      <w:r>
        <w:t xml:space="preserve">           0.037739634085657752793 * (round_missense_Z &gt; 3.2976694107055664),</w:t>
      </w:r>
    </w:p>
    <w:p w14:paraId="622EF32E" w14:textId="77777777" w:rsidR="002007C2" w:rsidRDefault="002007C2" w:rsidP="002007C2">
      <w:r>
        <w:t xml:space="preserve">          -0.021570209135655677574 * (round_Closeness &gt; 0.3149999976158142 and </w:t>
      </w:r>
    </w:p>
    <w:p w14:paraId="3E340DCB" w14:textId="77777777" w:rsidR="002007C2" w:rsidRDefault="002007C2" w:rsidP="002007C2">
      <w:r>
        <w:t xml:space="preserve">                                     round_Phi &lt;= 0.12447576969861984 and </w:t>
      </w:r>
    </w:p>
    <w:p w14:paraId="6E01F5AB" w14:textId="77777777" w:rsidR="002007C2" w:rsidRDefault="002007C2" w:rsidP="002007C2">
      <w:r>
        <w:t xml:space="preserve">                                     round_Exon_Count &lt;= 83.5),</w:t>
      </w:r>
    </w:p>
    <w:p w14:paraId="5C3A818D" w14:textId="77777777" w:rsidR="002007C2" w:rsidRDefault="002007C2" w:rsidP="002007C2">
      <w:r>
        <w:t xml:space="preserve">          -0.021510107011690166728 * (not Group == u'NDNE' and </w:t>
      </w:r>
    </w:p>
    <w:p w14:paraId="4B88F5BC" w14:textId="77777777" w:rsidR="002007C2" w:rsidRDefault="002007C2" w:rsidP="002007C2">
      <w:r>
        <w:t xml:space="preserve">                                     round_Closeness &lt;= 0.2549999952316284 and </w:t>
      </w:r>
    </w:p>
    <w:p w14:paraId="6047FC45" w14:textId="77777777" w:rsidR="002007C2" w:rsidRDefault="002007C2" w:rsidP="002007C2">
      <w:r>
        <w:t xml:space="preserve">                                     round_Phi &gt; 0.9640257358551025),</w:t>
      </w:r>
    </w:p>
    <w:p w14:paraId="44A5CE24" w14:textId="77777777" w:rsidR="002007C2" w:rsidRDefault="002007C2" w:rsidP="002007C2">
      <w:r>
        <w:t xml:space="preserve">          0.0014163650512331741119 * (round_Degree &lt;= 12.5 and </w:t>
      </w:r>
    </w:p>
    <w:p w14:paraId="27E20436" w14:textId="77777777" w:rsidR="002007C2" w:rsidRDefault="002007C2" w:rsidP="002007C2">
      <w:r>
        <w:t xml:space="preserve">                                     round_missense_Z &gt; 3.2976694107055664),</w:t>
      </w:r>
    </w:p>
    <w:p w14:paraId="24C849E2" w14:textId="77777777" w:rsidR="002007C2" w:rsidRDefault="002007C2" w:rsidP="002007C2">
      <w:r>
        <w:lastRenderedPageBreak/>
        <w:t xml:space="preserve">          -0.010674563779895991297 * (4.050085067749023 &lt; round_missense_Z &lt;= 5.5646071434021),</w:t>
      </w:r>
    </w:p>
    <w:p w14:paraId="32C73AC5" w14:textId="77777777" w:rsidR="002007C2" w:rsidRDefault="002007C2" w:rsidP="002007C2">
      <w:r>
        <w:t xml:space="preserve">           0.041860350492729625493 * (round_Degree &gt; 35.5 and </w:t>
      </w:r>
    </w:p>
    <w:p w14:paraId="20265EFA" w14:textId="77777777" w:rsidR="002007C2" w:rsidRDefault="002007C2" w:rsidP="002007C2">
      <w:r>
        <w:t xml:space="preserve">                                     round_Degree_mi &lt;= 0.5 and </w:t>
      </w:r>
    </w:p>
    <w:p w14:paraId="7B165444" w14:textId="77777777" w:rsidR="002007C2" w:rsidRDefault="002007C2" w:rsidP="002007C2">
      <w:r>
        <w:t xml:space="preserve">                                     round_Closeness &gt; 0.2549999952316284 and </w:t>
      </w:r>
    </w:p>
    <w:p w14:paraId="22AB9E6E" w14:textId="77777777" w:rsidR="002007C2" w:rsidRDefault="002007C2" w:rsidP="002007C2">
      <w:r>
        <w:t xml:space="preserve">                                     round_Phi &lt;= 0.8162848949432373),</w:t>
      </w:r>
    </w:p>
    <w:p w14:paraId="2CE9A0D4" w14:textId="77777777" w:rsidR="002007C2" w:rsidRDefault="002007C2" w:rsidP="002007C2">
      <w:r>
        <w:t xml:space="preserve">          0.0056832531972258086908 * (round_dN_dS_Chimp_mi &lt;= 0.5 and </w:t>
      </w:r>
    </w:p>
    <w:p w14:paraId="19CBA7B4" w14:textId="77777777" w:rsidR="002007C2" w:rsidRDefault="002007C2" w:rsidP="002007C2">
      <w:r>
        <w:t xml:space="preserve">                                     round_Transcript_count &gt; 26.5 and </w:t>
      </w:r>
    </w:p>
    <w:p w14:paraId="34ED7131" w14:textId="77777777" w:rsidR="002007C2" w:rsidRDefault="002007C2" w:rsidP="002007C2">
      <w:r>
        <w:t xml:space="preserve">                                     round_StdDev_Transcript_length &gt; 169.24288940429688),</w:t>
      </w:r>
    </w:p>
    <w:p w14:paraId="141C459C" w14:textId="77777777" w:rsidR="002007C2" w:rsidRDefault="002007C2" w:rsidP="002007C2">
      <w:r>
        <w:t xml:space="preserve">          -0.063871267111750978929 * (round_Degree_mi &gt; 0.5 and </w:t>
      </w:r>
    </w:p>
    <w:p w14:paraId="1BA73F3A" w14:textId="77777777" w:rsidR="002007C2" w:rsidRDefault="002007C2" w:rsidP="002007C2">
      <w:r>
        <w:t xml:space="preserve">                                     round_Phi &lt;= 0.8162848949432373),</w:t>
      </w:r>
    </w:p>
    <w:p w14:paraId="7A314778" w14:textId="77777777" w:rsidR="002007C2" w:rsidRDefault="002007C2" w:rsidP="002007C2">
      <w:r>
        <w:t xml:space="preserve">           0.034891184078606619912 * (3.5 &lt; round_Degree &lt;= 63.0 and </w:t>
      </w:r>
    </w:p>
    <w:p w14:paraId="4F8FB7A9" w14:textId="77777777" w:rsidR="002007C2" w:rsidRDefault="002007C2" w:rsidP="002007C2">
      <w:r>
        <w:t xml:space="preserve">                                     round_Phi &gt; 0.919446587562561),</w:t>
      </w:r>
    </w:p>
    <w:p w14:paraId="5785ABFB" w14:textId="77777777" w:rsidR="002007C2" w:rsidRDefault="002007C2" w:rsidP="002007C2">
      <w:r>
        <w:t xml:space="preserve">         -0.0018919554407697701439 * (round_Phi &lt;= 0.0015477617271244526 and </w:t>
      </w:r>
    </w:p>
    <w:p w14:paraId="3E239101" w14:textId="77777777" w:rsidR="002007C2" w:rsidRDefault="002007C2" w:rsidP="002007C2">
      <w:r>
        <w:t xml:space="preserve">                                     round_Gene_Length_bp &gt; 50399.0),</w:t>
      </w:r>
    </w:p>
    <w:p w14:paraId="757E9E83" w14:textId="77777777" w:rsidR="002007C2" w:rsidRDefault="002007C2" w:rsidP="002007C2">
      <w:r>
        <w:t xml:space="preserve">           0.013992933384094302304 * (round_Phi &gt; 0.0023738450836390257 and </w:t>
      </w:r>
    </w:p>
    <w:p w14:paraId="15940EEA" w14:textId="77777777" w:rsidR="002007C2" w:rsidRDefault="002007C2" w:rsidP="002007C2">
      <w:r>
        <w:t xml:space="preserve">                                     round_Blomen_KBM7 &lt;= -0.18453440070152283 and </w:t>
      </w:r>
    </w:p>
    <w:p w14:paraId="6C0CDC48" w14:textId="77777777" w:rsidR="002007C2" w:rsidRDefault="002007C2" w:rsidP="002007C2">
      <w:r>
        <w:t xml:space="preserve">                                     round_Transcript_count &gt; 26.5 and </w:t>
      </w:r>
    </w:p>
    <w:p w14:paraId="446B959D" w14:textId="77777777" w:rsidR="002007C2" w:rsidRDefault="002007C2" w:rsidP="002007C2">
      <w:r>
        <w:t xml:space="preserve">                                     round_Exon_Count &gt; 87.5),</w:t>
      </w:r>
    </w:p>
    <w:p w14:paraId="6E5791C2" w14:textId="77777777" w:rsidR="002007C2" w:rsidRDefault="002007C2" w:rsidP="002007C2">
      <w:r>
        <w:t xml:space="preserve">          -0.051195693008280626635 * (round_Degree &lt;= 3.5 and </w:t>
      </w:r>
    </w:p>
    <w:p w14:paraId="307FA4A2" w14:textId="77777777" w:rsidR="002007C2" w:rsidRDefault="002007C2" w:rsidP="002007C2">
      <w:r>
        <w:t xml:space="preserve">                                     round_s_het &lt;= 0.02518850564956665),</w:t>
      </w:r>
    </w:p>
    <w:p w14:paraId="2BDB96B9" w14:textId="77777777" w:rsidR="002007C2" w:rsidRDefault="002007C2" w:rsidP="002007C2">
      <w:r>
        <w:t xml:space="preserve">           0.055834058359271090954 * (not Group == u'NDNE' and </w:t>
      </w:r>
    </w:p>
    <w:p w14:paraId="2231EFB5" w14:textId="77777777" w:rsidR="002007C2" w:rsidRDefault="002007C2" w:rsidP="002007C2">
      <w:r>
        <w:t xml:space="preserve">                                     round_Degree &lt;= 12.5 and </w:t>
      </w:r>
    </w:p>
    <w:p w14:paraId="70C5A494" w14:textId="77777777" w:rsidR="002007C2" w:rsidRDefault="002007C2" w:rsidP="002007C2">
      <w:r>
        <w:t xml:space="preserve">                                     round_s_het &gt; 0.02518850564956665 and </w:t>
      </w:r>
    </w:p>
    <w:p w14:paraId="6947B9F3" w14:textId="77777777" w:rsidR="002007C2" w:rsidRDefault="002007C2" w:rsidP="002007C2">
      <w:r>
        <w:t xml:space="preserve">                                     round_Exon_Count &lt;= 160.5),</w:t>
      </w:r>
    </w:p>
    <w:p w14:paraId="7FB5869A" w14:textId="77777777" w:rsidR="002007C2" w:rsidRDefault="002007C2" w:rsidP="002007C2">
      <w:r>
        <w:t xml:space="preserve">         -0.0082870956775982305281 * (round_Closeness &lt;= 0.2549999952316284 and </w:t>
      </w:r>
    </w:p>
    <w:p w14:paraId="71F9AE4A" w14:textId="77777777" w:rsidR="002007C2" w:rsidRDefault="002007C2" w:rsidP="002007C2">
      <w:r>
        <w:t xml:space="preserve">                                     round_Tajima__s_D_regulatory &gt; 0.4104999899864197),</w:t>
      </w:r>
    </w:p>
    <w:p w14:paraId="12A03FE7" w14:textId="77777777" w:rsidR="002007C2" w:rsidRDefault="002007C2" w:rsidP="002007C2">
      <w:r>
        <w:t xml:space="preserve">           0.038547688444224244286 * (Group == u'MNC' and </w:t>
      </w:r>
    </w:p>
    <w:p w14:paraId="28C02D81" w14:textId="77777777" w:rsidR="002007C2" w:rsidRDefault="002007C2" w:rsidP="002007C2">
      <w:r>
        <w:t xml:space="preserve">                                     round_Closeness &gt; 0.3149999976158142),</w:t>
      </w:r>
    </w:p>
    <w:p w14:paraId="6F9E6442" w14:textId="77777777" w:rsidR="002007C2" w:rsidRDefault="002007C2" w:rsidP="002007C2">
      <w:r>
        <w:t xml:space="preserve">           0.013900893462213393531 * (round_Closeness &gt; 0.2549999952316284 and </w:t>
      </w:r>
    </w:p>
    <w:p w14:paraId="2A79333C" w14:textId="77777777" w:rsidR="002007C2" w:rsidRDefault="002007C2" w:rsidP="002007C2">
      <w:r>
        <w:t xml:space="preserve">                                     round_LofTool &gt; 0.7979999780654907 and </w:t>
      </w:r>
    </w:p>
    <w:p w14:paraId="06AF56FF" w14:textId="77777777" w:rsidR="002007C2" w:rsidRDefault="002007C2" w:rsidP="002007C2">
      <w:r>
        <w:t xml:space="preserve">                                     round_Gene_Length_bp &lt;= 41216.0),</w:t>
      </w:r>
    </w:p>
    <w:p w14:paraId="0FA93215" w14:textId="77777777" w:rsidR="002007C2" w:rsidRDefault="002007C2" w:rsidP="002007C2">
      <w:r>
        <w:t xml:space="preserve">          0.0050657262704566644387 * (round_Closeness &gt; 0.2549999952316284 and </w:t>
      </w:r>
    </w:p>
    <w:p w14:paraId="68F30101" w14:textId="77777777" w:rsidR="002007C2" w:rsidRDefault="002007C2" w:rsidP="002007C2">
      <w:r>
        <w:t xml:space="preserve">                                     round_Phi &lt;= 0.00013825652422383428 and </w:t>
      </w:r>
    </w:p>
    <w:p w14:paraId="4D7A781A" w14:textId="77777777" w:rsidR="002007C2" w:rsidRDefault="002007C2" w:rsidP="002007C2">
      <w:r>
        <w:t xml:space="preserve">                                     round_missense_Z &lt;= 3.334120750427246),</w:t>
      </w:r>
    </w:p>
    <w:p w14:paraId="6E5E5722" w14:textId="77777777" w:rsidR="002007C2" w:rsidRDefault="002007C2" w:rsidP="002007C2">
      <w:r>
        <w:t xml:space="preserve">          -0.018169172998649386203 * (round_End &lt;= 100419720.0 and </w:t>
      </w:r>
    </w:p>
    <w:p w14:paraId="34419D73" w14:textId="77777777" w:rsidR="002007C2" w:rsidRDefault="002007C2" w:rsidP="002007C2">
      <w:r>
        <w:t xml:space="preserve">                                     round_Degree_mi &gt; 0.5),</w:t>
      </w:r>
    </w:p>
    <w:p w14:paraId="54422668" w14:textId="77777777" w:rsidR="002007C2" w:rsidRDefault="002007C2" w:rsidP="002007C2">
      <w:r>
        <w:t xml:space="preserve">          0.0044089773122458876878 * (round_Tajima__s_D_regulatory &gt; -1.2874999046325684 and </w:t>
      </w:r>
    </w:p>
    <w:p w14:paraId="08C857A0" w14:textId="77777777" w:rsidR="002007C2" w:rsidRDefault="002007C2" w:rsidP="002007C2">
      <w:r>
        <w:t xml:space="preserve">                                     round_Blomen_KBM7 &gt; -0.12487166374921799 and </w:t>
      </w:r>
    </w:p>
    <w:p w14:paraId="08D64190" w14:textId="77777777" w:rsidR="002007C2" w:rsidRDefault="002007C2" w:rsidP="002007C2">
      <w:r>
        <w:t xml:space="preserve">                                     round_s_het &gt; 0.02633928880095482 and </w:t>
      </w:r>
    </w:p>
    <w:p w14:paraId="1E9DD9C7" w14:textId="77777777" w:rsidR="002007C2" w:rsidRDefault="002007C2" w:rsidP="002007C2">
      <w:r>
        <w:t xml:space="preserve">                                     round_Exon_Count &gt; 53.0),</w:t>
      </w:r>
    </w:p>
    <w:p w14:paraId="28B85E11" w14:textId="77777777" w:rsidR="002007C2" w:rsidRDefault="002007C2" w:rsidP="002007C2">
      <w:r>
        <w:t xml:space="preserve">          -0.071852306419135800186 * (round_dN_dS_Chimp_mi &gt; 0.5 and </w:t>
      </w:r>
    </w:p>
    <w:p w14:paraId="43FD838C" w14:textId="77777777" w:rsidR="002007C2" w:rsidRDefault="002007C2" w:rsidP="002007C2">
      <w:r>
        <w:t xml:space="preserve">                                     round_missense_Z &lt;= 4.0604472160339355 and </w:t>
      </w:r>
    </w:p>
    <w:p w14:paraId="6FAC75BC" w14:textId="77777777" w:rsidR="002007C2" w:rsidRDefault="002007C2" w:rsidP="002007C2">
      <w:r>
        <w:t xml:space="preserve">                                     round_StdDev_Transcript_length &lt;= 615.416259765625),</w:t>
      </w:r>
    </w:p>
    <w:p w14:paraId="462DB25F" w14:textId="77777777" w:rsidR="002007C2" w:rsidRDefault="002007C2" w:rsidP="002007C2">
      <w:r>
        <w:t xml:space="preserve">           0.073788341751617983477 * (round_Degree &gt; 60.5 and </w:t>
      </w:r>
    </w:p>
    <w:p w14:paraId="6220B0C4" w14:textId="77777777" w:rsidR="002007C2" w:rsidRDefault="002007C2" w:rsidP="002007C2">
      <w:r>
        <w:t xml:space="preserve">                                     round_Tajima__s_D_regulatory &lt;= 1.0529999732971191),</w:t>
      </w:r>
    </w:p>
    <w:p w14:paraId="1B2A2945" w14:textId="77777777" w:rsidR="002007C2" w:rsidRDefault="002007C2" w:rsidP="002007C2">
      <w:r>
        <w:lastRenderedPageBreak/>
        <w:t xml:space="preserve">         -0.0019138125607677928565 * (round_Blomen_KBM7 &gt; -0.5153281092643738 and </w:t>
      </w:r>
    </w:p>
    <w:p w14:paraId="3B7DFC48" w14:textId="77777777" w:rsidR="002007C2" w:rsidRDefault="002007C2" w:rsidP="002007C2">
      <w:r>
        <w:t xml:space="preserve">                                     round_missense_Z &lt;= 4.103667736053467 and </w:t>
      </w:r>
    </w:p>
    <w:p w14:paraId="6B44232E" w14:textId="77777777" w:rsidR="002007C2" w:rsidRDefault="002007C2" w:rsidP="002007C2">
      <w:r>
        <w:t xml:space="preserve">                                     round_Transcript_count &lt;= 24.5 and </w:t>
      </w:r>
    </w:p>
    <w:p w14:paraId="3006916D" w14:textId="77777777" w:rsidR="002007C2" w:rsidRDefault="002007C2" w:rsidP="002007C2">
      <w:r>
        <w:t xml:space="preserve">                                     round_Gene_Length_bp &gt; 53047.5),</w:t>
      </w:r>
    </w:p>
    <w:p w14:paraId="0705C3DD" w14:textId="77777777" w:rsidR="002007C2" w:rsidRDefault="002007C2" w:rsidP="002007C2">
      <w:r>
        <w:t xml:space="preserve">          0.0038228233805468426684 * (round_Closeness &lt;= 0.3149999976158142 and </w:t>
      </w:r>
    </w:p>
    <w:p w14:paraId="0337B0C8" w14:textId="77777777" w:rsidR="002007C2" w:rsidRDefault="002007C2" w:rsidP="002007C2">
      <w:r>
        <w:t xml:space="preserve">                                     round_missense_Z &lt;= 2.571293354034424 and </w:t>
      </w:r>
    </w:p>
    <w:p w14:paraId="0A85A4AD" w14:textId="77777777" w:rsidR="002007C2" w:rsidRDefault="002007C2" w:rsidP="002007C2">
      <w:r>
        <w:t xml:space="preserve">                                     round_StdDev_Transcript_length &gt; 1450.0491943359375),</w:t>
      </w:r>
    </w:p>
    <w:p w14:paraId="440B4748" w14:textId="77777777" w:rsidR="002007C2" w:rsidRDefault="002007C2" w:rsidP="002007C2">
      <w:r>
        <w:t xml:space="preserve">          0.0097863017065103925785 * (not Group == u'NDNE' and </w:t>
      </w:r>
    </w:p>
    <w:p w14:paraId="7FBA7C18" w14:textId="77777777" w:rsidR="002007C2" w:rsidRDefault="002007C2" w:rsidP="002007C2">
      <w:r>
        <w:t xml:space="preserve">                                     round_Closeness &lt;= 0.3149999976158142 and </w:t>
      </w:r>
    </w:p>
    <w:p w14:paraId="3037ABAA" w14:textId="77777777" w:rsidR="002007C2" w:rsidRDefault="002007C2" w:rsidP="002007C2">
      <w:r>
        <w:t xml:space="preserve">                                     round_Phi &gt; 0.12447576969861984 and </w:t>
      </w:r>
    </w:p>
    <w:p w14:paraId="62C177D7" w14:textId="77777777" w:rsidR="002007C2" w:rsidRDefault="002007C2" w:rsidP="002007C2">
      <w:r>
        <w:t xml:space="preserve">                                     round_Exon_Count &lt;= 218.5),</w:t>
      </w:r>
    </w:p>
    <w:p w14:paraId="331F6034" w14:textId="77777777" w:rsidR="002007C2" w:rsidRDefault="002007C2" w:rsidP="002007C2">
      <w:r>
        <w:t xml:space="preserve">          -0.064557916522001199122 * (round_Degree_mi &gt; 0.5 and </w:t>
      </w:r>
    </w:p>
    <w:p w14:paraId="55BA7059" w14:textId="77777777" w:rsidR="002007C2" w:rsidRDefault="002007C2" w:rsidP="002007C2">
      <w:r>
        <w:t xml:space="preserve">                                     round_Gene_Length_bp &gt; 2510.5),</w:t>
      </w:r>
    </w:p>
    <w:p w14:paraId="6C74EEC8" w14:textId="77777777" w:rsidR="002007C2" w:rsidRDefault="002007C2" w:rsidP="002007C2">
      <w:r>
        <w:t xml:space="preserve">           0.017207469487847969897 * (not Group == u'NDNE' and </w:t>
      </w:r>
    </w:p>
    <w:p w14:paraId="5CF95070" w14:textId="77777777" w:rsidR="002007C2" w:rsidRDefault="002007C2" w:rsidP="002007C2">
      <w:r>
        <w:t xml:space="preserve">                                     round_Degree_mi &lt;= 0.5 and </w:t>
      </w:r>
    </w:p>
    <w:p w14:paraId="638FB42C" w14:textId="77777777" w:rsidR="002007C2" w:rsidRDefault="002007C2" w:rsidP="002007C2">
      <w:r>
        <w:t xml:space="preserve">                                     round_LofTool &lt;= 0.9829000234603882 and </w:t>
      </w:r>
    </w:p>
    <w:p w14:paraId="1AFFF3DF" w14:textId="77777777" w:rsidR="002007C2" w:rsidRDefault="002007C2" w:rsidP="002007C2">
      <w:r>
        <w:t xml:space="preserve">                                     round_Average_Transcript_length &gt; 1918.333251953125),</w:t>
      </w:r>
    </w:p>
    <w:p w14:paraId="683B7D76" w14:textId="77777777" w:rsidR="002007C2" w:rsidRDefault="002007C2" w:rsidP="002007C2">
      <w:r>
        <w:t xml:space="preserve">           0.016078813237064535496 * (round_Tajima__s_D_regulatory &lt;= 0.195499986410141 and </w:t>
      </w:r>
    </w:p>
    <w:p w14:paraId="4D4914B2" w14:textId="77777777" w:rsidR="002007C2" w:rsidRDefault="002007C2" w:rsidP="002007C2">
      <w:r>
        <w:t xml:space="preserve">                                     round_missense_Z &gt; 3.2976694107055664),</w:t>
      </w:r>
    </w:p>
    <w:p w14:paraId="07ABE209" w14:textId="77777777" w:rsidR="002007C2" w:rsidRDefault="002007C2" w:rsidP="002007C2">
      <w:r>
        <w:t xml:space="preserve">          0.0054438014970486035132 * (round_Closeness &lt;= 0.2549999952316284 and </w:t>
      </w:r>
    </w:p>
    <w:p w14:paraId="680B1FED" w14:textId="77777777" w:rsidR="002007C2" w:rsidRDefault="002007C2" w:rsidP="002007C2">
      <w:r>
        <w:t xml:space="preserve">                                     round_missense_Z &lt;= 4.052361965179443 and </w:t>
      </w:r>
    </w:p>
    <w:p w14:paraId="0DD4AAD5" w14:textId="77777777" w:rsidR="002007C2" w:rsidRDefault="002007C2" w:rsidP="002007C2">
      <w:r>
        <w:t xml:space="preserve">                                     round_s_het &gt; 0.014458265155553818 and </w:t>
      </w:r>
    </w:p>
    <w:p w14:paraId="32AA57CA" w14:textId="77777777" w:rsidR="002007C2" w:rsidRDefault="002007C2" w:rsidP="002007C2">
      <w:r>
        <w:t xml:space="preserve">                                     round_s_het_mi &lt;= 0.5),</w:t>
      </w:r>
    </w:p>
    <w:p w14:paraId="4BF6B2E1" w14:textId="77777777" w:rsidR="002007C2" w:rsidRDefault="002007C2" w:rsidP="002007C2">
      <w:r>
        <w:t xml:space="preserve">          -0.056622008362259834691 * (round_Degree &lt;= 3.5 and </w:t>
      </w:r>
    </w:p>
    <w:p w14:paraId="52393B0D" w14:textId="77777777" w:rsidR="002007C2" w:rsidRDefault="002007C2" w:rsidP="002007C2">
      <w:r>
        <w:t xml:space="preserve">                                     0.6634999513626099 &lt; round_LofTool &lt;= 0.9905250072479248),</w:t>
      </w:r>
    </w:p>
    <w:p w14:paraId="789B4F57" w14:textId="77777777" w:rsidR="002007C2" w:rsidRDefault="002007C2" w:rsidP="002007C2">
      <w:r>
        <w:t xml:space="preserve">          -0.009382110839505006239 * (round_Closeness &lt;= 0.26499998569488525 and </w:t>
      </w:r>
    </w:p>
    <w:p w14:paraId="793FB2D7" w14:textId="77777777" w:rsidR="002007C2" w:rsidRDefault="002007C2" w:rsidP="002007C2">
      <w:r>
        <w:t xml:space="preserve">                                     round_LofTool &lt;= 0.8105000257492065 and </w:t>
      </w:r>
    </w:p>
    <w:p w14:paraId="1BBCD439" w14:textId="77777777" w:rsidR="002007C2" w:rsidRDefault="002007C2" w:rsidP="002007C2">
      <w:r>
        <w:t xml:space="preserve">                                     round_Gene_Length_bp &gt; 37966.5),</w:t>
      </w:r>
    </w:p>
    <w:p w14:paraId="36265AC3" w14:textId="77777777" w:rsidR="002007C2" w:rsidRDefault="002007C2" w:rsidP="002007C2">
      <w:r>
        <w:t xml:space="preserve">          -0.022079473690573211964 * (round_missense_Z &lt;= 3.2976694107055664 and </w:t>
      </w:r>
    </w:p>
    <w:p w14:paraId="7874AC53" w14:textId="77777777" w:rsidR="002007C2" w:rsidRDefault="002007C2" w:rsidP="002007C2">
      <w:r>
        <w:t xml:space="preserve">                                     round_Transcript_count &lt;= 25.5 and </w:t>
      </w:r>
    </w:p>
    <w:p w14:paraId="2F03E2EA" w14:textId="77777777" w:rsidR="002007C2" w:rsidRDefault="002007C2" w:rsidP="002007C2">
      <w:r>
        <w:t xml:space="preserve">                                     round_Gene_Length_bp &gt; 9941.5 and </w:t>
      </w:r>
    </w:p>
    <w:p w14:paraId="4325011A" w14:textId="77777777" w:rsidR="002007C2" w:rsidRDefault="002007C2" w:rsidP="002007C2">
      <w:r>
        <w:t xml:space="preserve">                                     round_Average_Transcript_length &lt;= 2071.857421875),</w:t>
      </w:r>
    </w:p>
    <w:p w14:paraId="7DA810F7" w14:textId="77777777" w:rsidR="002007C2" w:rsidRDefault="002007C2" w:rsidP="002007C2">
      <w:r>
        <w:t xml:space="preserve">           0.026567551484747074092 * (round_Degree_mi &gt; 0.5 and </w:t>
      </w:r>
    </w:p>
    <w:p w14:paraId="339FE1B8" w14:textId="77777777" w:rsidR="002007C2" w:rsidRDefault="002007C2" w:rsidP="002007C2">
      <w:r>
        <w:t xml:space="preserve">                                     round_LofTool &gt; 0.6614999771118164),</w:t>
      </w:r>
    </w:p>
    <w:p w14:paraId="17A331C7" w14:textId="77777777" w:rsidR="002007C2" w:rsidRDefault="002007C2" w:rsidP="002007C2">
      <w:r>
        <w:t xml:space="preserve">           0.012171923038907185924 * (not Group == u'MNC' and </w:t>
      </w:r>
    </w:p>
    <w:p w14:paraId="6AB96247" w14:textId="77777777" w:rsidR="002007C2" w:rsidRDefault="002007C2" w:rsidP="002007C2">
      <w:r>
        <w:t xml:space="preserve">                                     round_Closeness &lt;= 0.33500000834465027 and </w:t>
      </w:r>
    </w:p>
    <w:p w14:paraId="64FC2677" w14:textId="77777777" w:rsidR="002007C2" w:rsidRDefault="002007C2" w:rsidP="002007C2">
      <w:r>
        <w:t xml:space="preserve">                                     3.2976694107055664 &lt; round_missense_Z &lt;= 4.050085067749023),</w:t>
      </w:r>
    </w:p>
    <w:p w14:paraId="385C99EB" w14:textId="77777777" w:rsidR="002007C2" w:rsidRDefault="002007C2" w:rsidP="002007C2">
      <w:r>
        <w:t xml:space="preserve">         -0.0076355905706610317091 * (round_Degree &lt;= 5.5 and </w:t>
      </w:r>
    </w:p>
    <w:p w14:paraId="53899B6B" w14:textId="77777777" w:rsidR="002007C2" w:rsidRDefault="002007C2" w:rsidP="002007C2">
      <w:r>
        <w:t xml:space="preserve">                                     round_LofTool &gt; 0.6554999947547913 and </w:t>
      </w:r>
    </w:p>
    <w:p w14:paraId="611C49E9" w14:textId="77777777" w:rsidR="002007C2" w:rsidRDefault="002007C2" w:rsidP="002007C2">
      <w:r>
        <w:t xml:space="preserve">                                     round_StdDev_Transcript_length &lt;= 1337.2225341796875),</w:t>
      </w:r>
    </w:p>
    <w:p w14:paraId="154C5B05" w14:textId="77777777" w:rsidR="002007C2" w:rsidRDefault="002007C2" w:rsidP="002007C2">
      <w:r>
        <w:t xml:space="preserve">            0.16325429384657416665 * (round_Tajima__s_D_regulatory &lt;= 0.4235000014305115 and </w:t>
      </w:r>
    </w:p>
    <w:p w14:paraId="2D4C8D75" w14:textId="77777777" w:rsidR="002007C2" w:rsidRDefault="002007C2" w:rsidP="002007C2">
      <w:r>
        <w:t xml:space="preserve">                                     round_Blomen_KBM7 &lt;= -0.2521226406097412 and </w:t>
      </w:r>
    </w:p>
    <w:p w14:paraId="6CDB95A5" w14:textId="77777777" w:rsidR="002007C2" w:rsidRDefault="002007C2" w:rsidP="002007C2">
      <w:r>
        <w:t xml:space="preserve">                                     round_s_het &gt; 0.015603477135300636 and </w:t>
      </w:r>
    </w:p>
    <w:p w14:paraId="3F08DA78" w14:textId="77777777" w:rsidR="002007C2" w:rsidRDefault="002007C2" w:rsidP="002007C2">
      <w:r>
        <w:t xml:space="preserve">                                     round_Transcript_count &gt; 21.5),</w:t>
      </w:r>
    </w:p>
    <w:p w14:paraId="51B20D6D" w14:textId="77777777" w:rsidR="002007C2" w:rsidRDefault="002007C2" w:rsidP="002007C2">
      <w:r>
        <w:t xml:space="preserve">          0.0072661225638375511598 * (round_End &lt;= 100419720.0 and </w:t>
      </w:r>
    </w:p>
    <w:p w14:paraId="36B9F4A7" w14:textId="77777777" w:rsidR="002007C2" w:rsidRDefault="002007C2" w:rsidP="002007C2">
      <w:r>
        <w:lastRenderedPageBreak/>
        <w:t xml:space="preserve">                                     round_StdDev_Transcript_length &gt; 166.57864379882812 and </w:t>
      </w:r>
    </w:p>
    <w:p w14:paraId="16EB6D48" w14:textId="77777777" w:rsidR="002007C2" w:rsidRDefault="002007C2" w:rsidP="002007C2">
      <w:r>
        <w:t xml:space="preserve">                                     round_Exon_Count &gt; 221.5),</w:t>
      </w:r>
    </w:p>
    <w:p w14:paraId="60CC28FD" w14:textId="77777777" w:rsidR="002007C2" w:rsidRDefault="002007C2" w:rsidP="002007C2">
      <w:r>
        <w:t xml:space="preserve">           0.036323776432227984634 * (round_Degree &lt;= 37.5 and </w:t>
      </w:r>
    </w:p>
    <w:p w14:paraId="134D56D7" w14:textId="77777777" w:rsidR="002007C2" w:rsidRDefault="002007C2" w:rsidP="002007C2">
      <w:r>
        <w:t xml:space="preserve">                                     round_Degree_mi &lt;= 0.5 and </w:t>
      </w:r>
    </w:p>
    <w:p w14:paraId="19094349" w14:textId="77777777" w:rsidR="002007C2" w:rsidRDefault="002007C2" w:rsidP="002007C2">
      <w:r>
        <w:t xml:space="preserve">                                     round_Blomen_KBM7 &lt;= -0.24797455966472626 and </w:t>
      </w:r>
    </w:p>
    <w:p w14:paraId="1366FE72" w14:textId="77777777" w:rsidR="002007C2" w:rsidRDefault="002007C2" w:rsidP="002007C2">
      <w:r>
        <w:t xml:space="preserve">                                     round_missense_Z &lt;= 2.721888303756714),</w:t>
      </w:r>
    </w:p>
    <w:p w14:paraId="713C145B" w14:textId="77777777" w:rsidR="002007C2" w:rsidRDefault="002007C2" w:rsidP="002007C2">
      <w:r>
        <w:t xml:space="preserve">          -0.013138779464712927597 * (not Group == u'NDNE' and </w:t>
      </w:r>
    </w:p>
    <w:p w14:paraId="28E5E910" w14:textId="77777777" w:rsidR="002007C2" w:rsidRDefault="002007C2" w:rsidP="002007C2">
      <w:r>
        <w:t xml:space="preserve">                                     round_Degree &gt; 4.5 and </w:t>
      </w:r>
    </w:p>
    <w:p w14:paraId="172AC3FC" w14:textId="77777777" w:rsidR="002007C2" w:rsidRDefault="002007C2" w:rsidP="002007C2">
      <w:r>
        <w:t xml:space="preserve">                                     round_LofTool &lt;= 0.656499981880188),</w:t>
      </w:r>
    </w:p>
    <w:p w14:paraId="5EAD64B9" w14:textId="77777777" w:rsidR="002007C2" w:rsidRDefault="002007C2" w:rsidP="002007C2">
      <w:r>
        <w:t xml:space="preserve">           0.019063593314076931334 * (not Group == u'NDNE' and </w:t>
      </w:r>
    </w:p>
    <w:p w14:paraId="3CFE06AB" w14:textId="77777777" w:rsidR="002007C2" w:rsidRDefault="002007C2" w:rsidP="002007C2">
      <w:r>
        <w:t xml:space="preserve">                                     round_Blomen_KBM7 &gt; -0.5146430730819702 and </w:t>
      </w:r>
    </w:p>
    <w:p w14:paraId="78529274" w14:textId="77777777" w:rsidR="002007C2" w:rsidRDefault="002007C2" w:rsidP="002007C2">
      <w:r>
        <w:t xml:space="preserve">                                     round_Transcript_count &lt;= 20.5 and </w:t>
      </w:r>
    </w:p>
    <w:p w14:paraId="12C95F29" w14:textId="77777777" w:rsidR="002007C2" w:rsidRDefault="002007C2" w:rsidP="002007C2">
      <w:r>
        <w:t xml:space="preserve">                                     round_StdDev_Transcript_length &lt;= 2418.21435546875),</w:t>
      </w:r>
    </w:p>
    <w:p w14:paraId="5254547A" w14:textId="77777777" w:rsidR="002007C2" w:rsidRDefault="002007C2" w:rsidP="002007C2">
      <w:r>
        <w:t xml:space="preserve">          -0.022312166919272659327 * (not Group == u'NDNE' and </w:t>
      </w:r>
    </w:p>
    <w:p w14:paraId="0839A916" w14:textId="77777777" w:rsidR="002007C2" w:rsidRDefault="002007C2" w:rsidP="002007C2">
      <w:r>
        <w:t xml:space="preserve">                                     round_missense_Z &gt; 2.642360210418701 and </w:t>
      </w:r>
    </w:p>
    <w:p w14:paraId="27185F86" w14:textId="77777777" w:rsidR="002007C2" w:rsidRDefault="002007C2" w:rsidP="002007C2">
      <w:r>
        <w:t xml:space="preserve">                                     round_Exon_Count &lt;= 285.0),</w:t>
      </w:r>
    </w:p>
    <w:p w14:paraId="6D1569CC" w14:textId="77777777" w:rsidR="002007C2" w:rsidRDefault="002007C2" w:rsidP="002007C2">
      <w:r>
        <w:t xml:space="preserve">           0.046627845220519749392 * (round_Degree_mi &gt; 0.5 and </w:t>
      </w:r>
    </w:p>
    <w:p w14:paraId="6988BA4E" w14:textId="77777777" w:rsidR="002007C2" w:rsidRDefault="002007C2" w:rsidP="002007C2">
      <w:r>
        <w:t xml:space="preserve">                                     round_Tajima__s_D_regulatory &gt; 0.47749999165534973 and </w:t>
      </w:r>
    </w:p>
    <w:p w14:paraId="3D6044A3" w14:textId="77777777" w:rsidR="002007C2" w:rsidRDefault="002007C2" w:rsidP="002007C2">
      <w:r>
        <w:t xml:space="preserve">                                     round_Blomen_KBM7 &lt;= -0.12487166374921799),</w:t>
      </w:r>
    </w:p>
    <w:p w14:paraId="3135F62F" w14:textId="77777777" w:rsidR="002007C2" w:rsidRDefault="002007C2" w:rsidP="002007C2">
      <w:r>
        <w:t xml:space="preserve">          -0.057144599564295774086 * (round_Phi_mi),</w:t>
      </w:r>
    </w:p>
    <w:p w14:paraId="7E324229" w14:textId="77777777" w:rsidR="002007C2" w:rsidRDefault="002007C2" w:rsidP="002007C2">
      <w:r>
        <w:t xml:space="preserve">          -0.042548091410918198463 * (Group == u'MNC' and </w:t>
      </w:r>
    </w:p>
    <w:p w14:paraId="69211DF9" w14:textId="77777777" w:rsidR="002007C2" w:rsidRDefault="002007C2" w:rsidP="002007C2">
      <w:r>
        <w:t xml:space="preserve">                                     167.33212280273438 &lt; round_StdDev_Transcript_length &lt;= 615.8639526367188),</w:t>
      </w:r>
    </w:p>
    <w:p w14:paraId="3687B5B2" w14:textId="77777777" w:rsidR="002007C2" w:rsidRDefault="002007C2" w:rsidP="002007C2">
      <w:r>
        <w:t xml:space="preserve">          -0.078599340027315722779 * (Group == u'NDNE' and </w:t>
      </w:r>
    </w:p>
    <w:p w14:paraId="0F523825" w14:textId="77777777" w:rsidR="002007C2" w:rsidRDefault="002007C2" w:rsidP="002007C2">
      <w:r>
        <w:t xml:space="preserve">                                     round_StdDev_Transcript_length &lt;= 714.5440063476562),</w:t>
      </w:r>
    </w:p>
    <w:p w14:paraId="6040AC0C" w14:textId="77777777" w:rsidR="002007C2" w:rsidRDefault="002007C2" w:rsidP="002007C2">
      <w:r>
        <w:t xml:space="preserve">          -0.035888903100163335735 * (Group == u'NDNE' and </w:t>
      </w:r>
    </w:p>
    <w:p w14:paraId="2C152293" w14:textId="77777777" w:rsidR="002007C2" w:rsidRDefault="002007C2" w:rsidP="002007C2">
      <w:r>
        <w:t xml:space="preserve">                                     round_Phi &lt;= 0.12447576969861984 and </w:t>
      </w:r>
    </w:p>
    <w:p w14:paraId="41DC2F8E" w14:textId="77777777" w:rsidR="002007C2" w:rsidRDefault="002007C2" w:rsidP="002007C2">
      <w:r>
        <w:t xml:space="preserve">                                     round_Exon_Count &lt;= 83.5),</w:t>
      </w:r>
    </w:p>
    <w:p w14:paraId="37191F5F" w14:textId="77777777" w:rsidR="002007C2" w:rsidRDefault="002007C2" w:rsidP="002007C2">
      <w:r>
        <w:t xml:space="preserve">           0.014099712983019761434 * (round_Tajima__s_D_regulatory &gt; 0.4104999899864197 and </w:t>
      </w:r>
    </w:p>
    <w:p w14:paraId="59D54F9C" w14:textId="77777777" w:rsidR="002007C2" w:rsidRDefault="002007C2" w:rsidP="002007C2">
      <w:r>
        <w:t xml:space="preserve">                                     round_Exon_Count &gt; 88.5),</w:t>
      </w:r>
    </w:p>
    <w:p w14:paraId="675BF42D" w14:textId="77777777" w:rsidR="002007C2" w:rsidRDefault="002007C2" w:rsidP="002007C2">
      <w:r>
        <w:t xml:space="preserve">          -0.025909213199834423696 * (round_Degree &gt; 4.5 and </w:t>
      </w:r>
    </w:p>
    <w:p w14:paraId="4DB360C0" w14:textId="77777777" w:rsidR="002007C2" w:rsidRDefault="002007C2" w:rsidP="002007C2">
      <w:r>
        <w:t xml:space="preserve">                                     round_Closeness &lt;= 0.3149999976158142 and </w:t>
      </w:r>
    </w:p>
    <w:p w14:paraId="75938FFF" w14:textId="77777777" w:rsidR="002007C2" w:rsidRDefault="002007C2" w:rsidP="002007C2">
      <w:r>
        <w:t xml:space="preserve">                                     round_Transcript_count &lt;= 24.5 and </w:t>
      </w:r>
    </w:p>
    <w:p w14:paraId="39081935" w14:textId="77777777" w:rsidR="002007C2" w:rsidRDefault="002007C2" w:rsidP="002007C2">
      <w:r>
        <w:t xml:space="preserve">                                     round_StdDev_Transcript_length &gt; 897.559326171875),</w:t>
      </w:r>
    </w:p>
    <w:p w14:paraId="06BBCB91" w14:textId="77777777" w:rsidR="002007C2" w:rsidRDefault="002007C2" w:rsidP="002007C2">
      <w:r>
        <w:t xml:space="preserve">         -0.0074845359849700426533 * (round_Tajima__s_D_regulatory &gt; 0.43549999594688416 and </w:t>
      </w:r>
    </w:p>
    <w:p w14:paraId="6D7D2DD3" w14:textId="77777777" w:rsidR="002007C2" w:rsidRDefault="002007C2" w:rsidP="002007C2">
      <w:r>
        <w:t xml:space="preserve">                                     round_missense_Z &lt;= 3.2976694107055664 and </w:t>
      </w:r>
    </w:p>
    <w:p w14:paraId="7653E1AC" w14:textId="77777777" w:rsidR="002007C2" w:rsidRDefault="002007C2" w:rsidP="002007C2">
      <w:r>
        <w:t xml:space="preserve">                                     round_LofTool &lt;= 0.9603500366210938 and </w:t>
      </w:r>
    </w:p>
    <w:p w14:paraId="0B058497" w14:textId="77777777" w:rsidR="002007C2" w:rsidRDefault="002007C2" w:rsidP="002007C2">
      <w:r>
        <w:t xml:space="preserve">                                     round_Exon_Count &lt;= 164.5),</w:t>
      </w:r>
    </w:p>
    <w:p w14:paraId="6DBC4721" w14:textId="77777777" w:rsidR="002007C2" w:rsidRDefault="002007C2" w:rsidP="002007C2">
      <w:r>
        <w:t xml:space="preserve">           -0.01077622969677029946 * (round_Degree_mi &gt; 0.5 and </w:t>
      </w:r>
    </w:p>
    <w:p w14:paraId="6B01B89E" w14:textId="77777777" w:rsidR="002007C2" w:rsidRDefault="002007C2" w:rsidP="002007C2">
      <w:r>
        <w:t xml:space="preserve">                                     round_dN_dS_Chimp &gt; 0.23499999940395355 and </w:t>
      </w:r>
    </w:p>
    <w:p w14:paraId="3C147A83" w14:textId="77777777" w:rsidR="002007C2" w:rsidRDefault="002007C2" w:rsidP="002007C2">
      <w:r>
        <w:t xml:space="preserve">                                     round_Tajima__s_D_regulatory &lt;= 0.47749999165534973 and </w:t>
      </w:r>
    </w:p>
    <w:p w14:paraId="78ACC9D4" w14:textId="77777777" w:rsidR="002007C2" w:rsidRDefault="002007C2" w:rsidP="002007C2">
      <w:r>
        <w:t xml:space="preserve">                                     round_Blomen_KBM7 &lt;= -0.12487166374921799),</w:t>
      </w:r>
    </w:p>
    <w:p w14:paraId="17C7CCD8" w14:textId="77777777" w:rsidR="002007C2" w:rsidRDefault="002007C2" w:rsidP="002007C2">
      <w:r>
        <w:t xml:space="preserve">           -0.30401281812512331859 * (round_Degree &lt;= 4.5 and </w:t>
      </w:r>
    </w:p>
    <w:p w14:paraId="670A33A3" w14:textId="77777777" w:rsidR="002007C2" w:rsidRDefault="002007C2" w:rsidP="002007C2">
      <w:r>
        <w:t xml:space="preserve">                                     round_Phi &lt;= 0.14253592491149902 and </w:t>
      </w:r>
    </w:p>
    <w:p w14:paraId="0D6BE4C3" w14:textId="77777777" w:rsidR="002007C2" w:rsidRDefault="002007C2" w:rsidP="002007C2">
      <w:r>
        <w:t xml:space="preserve">                                     round_StdDev_Transcript_length &lt;= 616.5709228515625),</w:t>
      </w:r>
    </w:p>
    <w:p w14:paraId="7F33B992" w14:textId="77777777" w:rsidR="002007C2" w:rsidRDefault="002007C2" w:rsidP="002007C2">
      <w:r>
        <w:lastRenderedPageBreak/>
        <w:t xml:space="preserve">          -0.028990481621997066936 * (round_Phi &lt;= 0.12447576969861984 and </w:t>
      </w:r>
    </w:p>
    <w:p w14:paraId="7E6300BC" w14:textId="77777777" w:rsidR="002007C2" w:rsidRDefault="002007C2" w:rsidP="002007C2">
      <w:r>
        <w:t xml:space="preserve">                                     round_Transcript_count &gt; 19.5 and </w:t>
      </w:r>
    </w:p>
    <w:p w14:paraId="37201F50" w14:textId="77777777" w:rsidR="002007C2" w:rsidRDefault="002007C2" w:rsidP="002007C2">
      <w:r>
        <w:t xml:space="preserve">                                     round_StdDev_Transcript_length &gt; 1098.5848388671875),</w:t>
      </w:r>
    </w:p>
    <w:p w14:paraId="665E1302" w14:textId="77777777" w:rsidR="002007C2" w:rsidRDefault="002007C2" w:rsidP="002007C2">
      <w:r>
        <w:t xml:space="preserve">           -0.18916948110773898484 * (3.134337902069092 &lt; round_missense_Z &lt;= 3.308867931365967 and </w:t>
      </w:r>
    </w:p>
    <w:p w14:paraId="420C107D" w14:textId="77777777" w:rsidR="002007C2" w:rsidRDefault="002007C2" w:rsidP="002007C2">
      <w:r>
        <w:t xml:space="preserve">                                     round_s_het &gt; 0.015855055302381516),</w:t>
      </w:r>
    </w:p>
    <w:p w14:paraId="63E1604D" w14:textId="77777777" w:rsidR="002007C2" w:rsidRDefault="002007C2" w:rsidP="002007C2">
      <w:r>
        <w:t xml:space="preserve">          0.0079327801354993239535 * (round_Blomen_KBM7 &lt;= -0.5154723525047302 and </w:t>
      </w:r>
    </w:p>
    <w:p w14:paraId="58386275" w14:textId="77777777" w:rsidR="002007C2" w:rsidRDefault="002007C2" w:rsidP="002007C2">
      <w:r>
        <w:t xml:space="preserve">                                     round_missense_Z &lt;= 2.6123709678649902 and </w:t>
      </w:r>
    </w:p>
    <w:p w14:paraId="0625FF58" w14:textId="77777777" w:rsidR="002007C2" w:rsidRDefault="002007C2" w:rsidP="002007C2">
      <w:r>
        <w:t xml:space="preserve">                                     round_StdDev_Transcript_length &gt; 166.57864379882812),</w:t>
      </w:r>
    </w:p>
    <w:p w14:paraId="7AC18877" w14:textId="77777777" w:rsidR="002007C2" w:rsidRDefault="002007C2" w:rsidP="002007C2">
      <w:r>
        <w:t xml:space="preserve">          0.0096322052481131285873 * (not Group == u'NDNE' and </w:t>
      </w:r>
    </w:p>
    <w:p w14:paraId="6D9D3197" w14:textId="77777777" w:rsidR="002007C2" w:rsidRDefault="002007C2" w:rsidP="002007C2">
      <w:r>
        <w:t xml:space="preserve">                                     round_Closeness &gt; 0.2549999952316284 and </w:t>
      </w:r>
    </w:p>
    <w:p w14:paraId="42847181" w14:textId="77777777" w:rsidR="002007C2" w:rsidRDefault="002007C2" w:rsidP="002007C2">
      <w:r>
        <w:t xml:space="preserve">                                     round_Phi &gt; 0.8162848949432373 and </w:t>
      </w:r>
    </w:p>
    <w:p w14:paraId="6E03413F" w14:textId="77777777" w:rsidR="002007C2" w:rsidRDefault="002007C2" w:rsidP="002007C2">
      <w:r>
        <w:t xml:space="preserve">                                     round_LofTool &lt;= 0.9833999872207642),</w:t>
      </w:r>
    </w:p>
    <w:p w14:paraId="0DEAF07F" w14:textId="77777777" w:rsidR="002007C2" w:rsidRDefault="002007C2" w:rsidP="002007C2">
      <w:r>
        <w:t xml:space="preserve">          -0.010776147984111764111 * (round_dN_dS_Chimp_mi &lt;= 0.5 and </w:t>
      </w:r>
    </w:p>
    <w:p w14:paraId="0918ED1D" w14:textId="77777777" w:rsidR="002007C2" w:rsidRDefault="002007C2" w:rsidP="002007C2">
      <w:r>
        <w:t xml:space="preserve">                                     round_missense_Z &lt;= 3.308867931365967 and </w:t>
      </w:r>
    </w:p>
    <w:p w14:paraId="1C4D351F" w14:textId="77777777" w:rsidR="002007C2" w:rsidRDefault="002007C2" w:rsidP="002007C2">
      <w:r>
        <w:t xml:space="preserve">                                     round_Average_Transcript_length &gt; 2037.5650634765625),</w:t>
      </w:r>
    </w:p>
    <w:p w14:paraId="58FBB9F5" w14:textId="77777777" w:rsidR="002007C2" w:rsidRDefault="002007C2" w:rsidP="002007C2">
      <w:r>
        <w:t xml:space="preserve">           0.043118916775937328467 * (round_Phi &lt;= 3.313508932478726e-05 and </w:t>
      </w:r>
    </w:p>
    <w:p w14:paraId="4C19C1B9" w14:textId="77777777" w:rsidR="002007C2" w:rsidRDefault="002007C2" w:rsidP="002007C2">
      <w:r>
        <w:t xml:space="preserve">                                     round_missense_Z &lt;= 4.052361965179443 and </w:t>
      </w:r>
    </w:p>
    <w:p w14:paraId="1329A842" w14:textId="77777777" w:rsidR="002007C2" w:rsidRDefault="002007C2" w:rsidP="002007C2">
      <w:r>
        <w:t xml:space="preserve">                                     round_LofTool &gt; 0.11749999970197678),</w:t>
      </w:r>
    </w:p>
    <w:p w14:paraId="40289B7B" w14:textId="77777777" w:rsidR="002007C2" w:rsidRDefault="002007C2" w:rsidP="002007C2">
      <w:r>
        <w:t xml:space="preserve">          -0.033825661237730453301 * (round_Closeness &lt;= 0.2549999952316284 and </w:t>
      </w:r>
    </w:p>
    <w:p w14:paraId="70E19DAA" w14:textId="77777777" w:rsidR="002007C2" w:rsidRDefault="002007C2" w:rsidP="002007C2">
      <w:r>
        <w:t xml:space="preserve">                                     round_s_het &lt;= 0.021862218156456947),</w:t>
      </w:r>
    </w:p>
    <w:p w14:paraId="1A6A76C0" w14:textId="77777777" w:rsidR="002007C2" w:rsidRDefault="002007C2" w:rsidP="002007C2">
      <w:r>
        <w:t xml:space="preserve">          -0.047543359055394369961 * (not Group == u'MNC' and </w:t>
      </w:r>
    </w:p>
    <w:p w14:paraId="015A5E20" w14:textId="77777777" w:rsidR="002007C2" w:rsidRDefault="002007C2" w:rsidP="002007C2">
      <w:r>
        <w:t xml:space="preserve">                                     round_s_het &lt;= 0.025150161236524582 and </w:t>
      </w:r>
    </w:p>
    <w:p w14:paraId="02D991D9" w14:textId="77777777" w:rsidR="002007C2" w:rsidRDefault="002007C2" w:rsidP="002007C2">
      <w:r>
        <w:t xml:space="preserve">                                     round_Average_Transcript_length &lt;= 1873.0999755859375),</w:t>
      </w:r>
    </w:p>
    <w:p w14:paraId="6FBCE95A" w14:textId="77777777" w:rsidR="002007C2" w:rsidRDefault="002007C2" w:rsidP="002007C2">
      <w:r>
        <w:t xml:space="preserve">           0.043005070335481156152 * (round_dN_dS_Chimp_mi &lt;= 0.5 and </w:t>
      </w:r>
    </w:p>
    <w:p w14:paraId="3D511DE3" w14:textId="77777777" w:rsidR="002007C2" w:rsidRDefault="002007C2" w:rsidP="002007C2">
      <w:r>
        <w:t xml:space="preserve">                                     round_LofTool &gt; 0.9922449588775635),</w:t>
      </w:r>
    </w:p>
    <w:p w14:paraId="6BF46641" w14:textId="77777777" w:rsidR="002007C2" w:rsidRDefault="002007C2" w:rsidP="002007C2">
      <w:r>
        <w:t xml:space="preserve">            -0.0193305402296465971 * (round_Phi &gt; 0.9985461235046387 and </w:t>
      </w:r>
    </w:p>
    <w:p w14:paraId="1A03AED2" w14:textId="77777777" w:rsidR="002007C2" w:rsidRDefault="002007C2" w:rsidP="002007C2">
      <w:r>
        <w:t xml:space="preserve">                                     round_Transcript_count &lt;= 10.5 and </w:t>
      </w:r>
    </w:p>
    <w:p w14:paraId="1A5674A6" w14:textId="77777777" w:rsidR="002007C2" w:rsidRDefault="002007C2" w:rsidP="002007C2">
      <w:r>
        <w:t xml:space="preserve">                                     round_Gene_Length_bp &gt; 53048.5),</w:t>
      </w:r>
    </w:p>
    <w:p w14:paraId="01C5CD4A" w14:textId="77777777" w:rsidR="002007C2" w:rsidRDefault="002007C2" w:rsidP="002007C2">
      <w:r>
        <w:t xml:space="preserve">         -0.0029334074033163580301 * (round_End &lt;= 127204736.0 and </w:t>
      </w:r>
    </w:p>
    <w:p w14:paraId="1C614037" w14:textId="77777777" w:rsidR="002007C2" w:rsidRDefault="002007C2" w:rsidP="002007C2">
      <w:r>
        <w:t xml:space="preserve">                                     round_dN_dS_Chimp_mi &lt;= 0.5 and </w:t>
      </w:r>
    </w:p>
    <w:p w14:paraId="59E93787" w14:textId="77777777" w:rsidR="002007C2" w:rsidRDefault="002007C2" w:rsidP="002007C2">
      <w:r>
        <w:t xml:space="preserve">                                     round_Gene_Length_bp &gt; 2814.5 and </w:t>
      </w:r>
    </w:p>
    <w:p w14:paraId="630413B4" w14:textId="77777777" w:rsidR="002007C2" w:rsidRDefault="002007C2" w:rsidP="002007C2">
      <w:r>
        <w:t xml:space="preserve">                                     round_Average_Transcript_length &lt;= 2037.5650634765625),</w:t>
      </w:r>
    </w:p>
    <w:p w14:paraId="2E74BC2E" w14:textId="77777777" w:rsidR="002007C2" w:rsidRDefault="002007C2" w:rsidP="002007C2">
      <w:r>
        <w:t xml:space="preserve">          -0.014088246133160155227 * (not Group == u'MNC' and </w:t>
      </w:r>
    </w:p>
    <w:p w14:paraId="4F63F7BE" w14:textId="77777777" w:rsidR="002007C2" w:rsidRDefault="002007C2" w:rsidP="002007C2">
      <w:r>
        <w:t xml:space="preserve">                                     round_End &lt;= 100419720.0 and </w:t>
      </w:r>
    </w:p>
    <w:p w14:paraId="4924155B" w14:textId="77777777" w:rsidR="002007C2" w:rsidRDefault="002007C2" w:rsidP="002007C2">
      <w:r>
        <w:t xml:space="preserve">                                     round_Degree &lt;= 12.5 and </w:t>
      </w:r>
    </w:p>
    <w:p w14:paraId="08541C07" w14:textId="77777777" w:rsidR="002007C2" w:rsidRDefault="002007C2" w:rsidP="002007C2">
      <w:r>
        <w:t xml:space="preserve">                                     round_Blomen_KBM7 &lt;= -0.11068554222583771),</w:t>
      </w:r>
    </w:p>
    <w:p w14:paraId="1DC3F576" w14:textId="77777777" w:rsidR="002007C2" w:rsidRDefault="002007C2" w:rsidP="002007C2">
      <w:r>
        <w:t xml:space="preserve">          -0.031492051646561769473 * (not Group == u'NDNE' and </w:t>
      </w:r>
    </w:p>
    <w:p w14:paraId="01AC7D33" w14:textId="77777777" w:rsidR="002007C2" w:rsidRDefault="002007C2" w:rsidP="002007C2">
      <w:r>
        <w:t xml:space="preserve">                                     round_End &lt;= 100419720.0 and </w:t>
      </w:r>
    </w:p>
    <w:p w14:paraId="514BAC06" w14:textId="77777777" w:rsidR="002007C2" w:rsidRDefault="002007C2" w:rsidP="002007C2">
      <w:r>
        <w:t xml:space="preserve">                                     round_Phi &gt; 0.998741626739502 and </w:t>
      </w:r>
    </w:p>
    <w:p w14:paraId="5F13393F" w14:textId="77777777" w:rsidR="002007C2" w:rsidRDefault="002007C2" w:rsidP="002007C2">
      <w:r>
        <w:t xml:space="preserve">                                     round_Transcript_count &gt; 8.5),</w:t>
      </w:r>
    </w:p>
    <w:p w14:paraId="7F881946" w14:textId="77777777" w:rsidR="002007C2" w:rsidRDefault="002007C2" w:rsidP="002007C2">
      <w:r>
        <w:t xml:space="preserve">           0.064514690954963371805 * (round_End &gt; 100419720.0 and </w:t>
      </w:r>
    </w:p>
    <w:p w14:paraId="233E8825" w14:textId="77777777" w:rsidR="002007C2" w:rsidRDefault="002007C2" w:rsidP="002007C2">
      <w:r>
        <w:t xml:space="preserve">                                     round_LofTool &gt; 0.994350016117096),</w:t>
      </w:r>
    </w:p>
    <w:p w14:paraId="30F9B4B5" w14:textId="77777777" w:rsidR="002007C2" w:rsidRDefault="002007C2" w:rsidP="002007C2">
      <w:r>
        <w:t xml:space="preserve">          0.0037794234205987689915 * (round_Gene_Length_bp &lt;= 9930.5 and </w:t>
      </w:r>
    </w:p>
    <w:p w14:paraId="76963F3E" w14:textId="77777777" w:rsidR="002007C2" w:rsidRDefault="002007C2" w:rsidP="002007C2">
      <w:r>
        <w:t xml:space="preserve">                                     round_StdDev_Transcript_length &gt; 166.57864379882812),</w:t>
      </w:r>
    </w:p>
    <w:p w14:paraId="7D053644" w14:textId="77777777" w:rsidR="002007C2" w:rsidRDefault="002007C2" w:rsidP="002007C2">
      <w:r>
        <w:t xml:space="preserve">          -0.046813844593473395717 * (Group == u'NDNE' and </w:t>
      </w:r>
    </w:p>
    <w:p w14:paraId="4BFFBB93" w14:textId="77777777" w:rsidR="002007C2" w:rsidRDefault="002007C2" w:rsidP="002007C2">
      <w:r>
        <w:t xml:space="preserve">                                     round_Transcript_count &gt; 10.5),</w:t>
      </w:r>
    </w:p>
    <w:p w14:paraId="2CCBCD65" w14:textId="77777777" w:rsidR="002007C2" w:rsidRDefault="002007C2" w:rsidP="002007C2">
      <w:r>
        <w:lastRenderedPageBreak/>
        <w:t xml:space="preserve">          0.0047308280825400263192 * (round_Closeness &gt; 0.2549999952316284 and </w:t>
      </w:r>
    </w:p>
    <w:p w14:paraId="2193711D" w14:textId="77777777" w:rsidR="002007C2" w:rsidRDefault="002007C2" w:rsidP="002007C2">
      <w:r>
        <w:t xml:space="preserve">                                     0.6694999933242798 &lt; round_LofTool &lt;= 0.9937300086021423 and </w:t>
      </w:r>
    </w:p>
    <w:p w14:paraId="30671BB6" w14:textId="77777777" w:rsidR="002007C2" w:rsidRDefault="002007C2" w:rsidP="002007C2">
      <w:r>
        <w:t xml:space="preserve">                                     round_Gene_Length_bp &gt; 39268.5),</w:t>
      </w:r>
    </w:p>
    <w:p w14:paraId="7E9ED51A" w14:textId="77777777" w:rsidR="002007C2" w:rsidRDefault="002007C2" w:rsidP="002007C2">
      <w:r>
        <w:t xml:space="preserve">           0.031799043486228008304 * (round_Phi &gt; 0.00015248148702085018 and </w:t>
      </w:r>
    </w:p>
    <w:p w14:paraId="2E624B4B" w14:textId="77777777" w:rsidR="002007C2" w:rsidRDefault="002007C2" w:rsidP="002007C2">
      <w:r>
        <w:t xml:space="preserve">                                     round_Blomen_KBM7 &lt;= -0.5508977174758911 and </w:t>
      </w:r>
    </w:p>
    <w:p w14:paraId="0BEF5809" w14:textId="77777777" w:rsidR="002007C2" w:rsidRDefault="002007C2" w:rsidP="002007C2">
      <w:r>
        <w:t xml:space="preserve">                                     round_missense_Z &lt;= 4.0604472160339355 and </w:t>
      </w:r>
    </w:p>
    <w:p w14:paraId="7811184C" w14:textId="77777777" w:rsidR="002007C2" w:rsidRDefault="002007C2" w:rsidP="002007C2">
      <w:r>
        <w:t xml:space="preserve">                                     round_Exon_Count &gt; 87.5),</w:t>
      </w:r>
    </w:p>
    <w:p w14:paraId="42DE234E" w14:textId="77777777" w:rsidR="002007C2" w:rsidRDefault="002007C2" w:rsidP="002007C2">
      <w:r>
        <w:t xml:space="preserve">           0.024599510773753802129 * (Group == u'NDNE' and </w:t>
      </w:r>
    </w:p>
    <w:p w14:paraId="5EFD3F60" w14:textId="77777777" w:rsidR="002007C2" w:rsidRDefault="002007C2" w:rsidP="002007C2">
      <w:r>
        <w:t xml:space="preserve">                                     round_Degree &lt;= 4.5 and </w:t>
      </w:r>
    </w:p>
    <w:p w14:paraId="34753020" w14:textId="77777777" w:rsidR="002007C2" w:rsidRDefault="002007C2" w:rsidP="002007C2">
      <w:r>
        <w:t xml:space="preserve">                                     round_StdDev_Transcript_length &gt; 621.470947265625),</w:t>
      </w:r>
    </w:p>
    <w:p w14:paraId="0EC404D5" w14:textId="77777777" w:rsidR="002007C2" w:rsidRDefault="002007C2" w:rsidP="002007C2">
      <w:r>
        <w:t xml:space="preserve">          -0.024818309340896429344 * (round_Closeness &lt;= 0.2549999952316284 and </w:t>
      </w:r>
    </w:p>
    <w:p w14:paraId="10FA249E" w14:textId="77777777" w:rsidR="002007C2" w:rsidRDefault="002007C2" w:rsidP="002007C2">
      <w:r>
        <w:t xml:space="preserve">                                     round_LofTool &lt;= 0.8535000085830688 and </w:t>
      </w:r>
    </w:p>
    <w:p w14:paraId="675B6E94" w14:textId="77777777" w:rsidR="002007C2" w:rsidRDefault="002007C2" w:rsidP="002007C2">
      <w:r>
        <w:t xml:space="preserve">                                     round_StdDev_Transcript_length &gt; 617.4835815429688),</w:t>
      </w:r>
    </w:p>
    <w:p w14:paraId="39AE11E9" w14:textId="77777777" w:rsidR="002007C2" w:rsidRDefault="002007C2" w:rsidP="002007C2">
      <w:r>
        <w:t xml:space="preserve">          -0.022986810189580389463 * (not Group == u'CM' and </w:t>
      </w:r>
    </w:p>
    <w:p w14:paraId="65F1F1EE" w14:textId="77777777" w:rsidR="002007C2" w:rsidRDefault="002007C2" w:rsidP="002007C2">
      <w:r>
        <w:t xml:space="preserve">                                     round_Degree &lt;= 35.5 and </w:t>
      </w:r>
    </w:p>
    <w:p w14:paraId="0DDB32F2" w14:textId="77777777" w:rsidR="002007C2" w:rsidRDefault="002007C2" w:rsidP="002007C2">
      <w:r>
        <w:t xml:space="preserve">                                     round_Closeness &gt; 0.3050000071525574 and </w:t>
      </w:r>
    </w:p>
    <w:p w14:paraId="2D3E2E94" w14:textId="77777777" w:rsidR="002007C2" w:rsidRDefault="002007C2" w:rsidP="002007C2">
      <w:r>
        <w:t xml:space="preserve">                                     round_Blomen_KBM7 &gt; -0.49977701902389526),</w:t>
      </w:r>
    </w:p>
    <w:p w14:paraId="458DB43D" w14:textId="77777777" w:rsidR="002007C2" w:rsidRDefault="002007C2" w:rsidP="002007C2">
      <w:r>
        <w:t xml:space="preserve">           0.024818347921128428024 * (round_Closeness &lt;= 0.33500000834465027 and </w:t>
      </w:r>
    </w:p>
    <w:p w14:paraId="68486525" w14:textId="77777777" w:rsidR="002007C2" w:rsidRDefault="002007C2" w:rsidP="002007C2">
      <w:r>
        <w:t xml:space="preserve">                                     round_dN_dS_Chimp_mi &gt; 0.5 and </w:t>
      </w:r>
    </w:p>
    <w:p w14:paraId="3C5D263E" w14:textId="77777777" w:rsidR="002007C2" w:rsidRDefault="002007C2" w:rsidP="002007C2">
      <w:r>
        <w:t xml:space="preserve">                                     round_Blomen_KBM7 &lt;= -0.2521226406097412 and </w:t>
      </w:r>
    </w:p>
    <w:p w14:paraId="5C90DE48" w14:textId="77777777" w:rsidR="002007C2" w:rsidRDefault="002007C2" w:rsidP="002007C2">
      <w:r>
        <w:t xml:space="preserve">                                     round_Gene_Length_bp &gt; 2814.5),</w:t>
      </w:r>
    </w:p>
    <w:p w14:paraId="3CAC4E1E" w14:textId="77777777" w:rsidR="002007C2" w:rsidRDefault="002007C2" w:rsidP="002007C2">
      <w:r>
        <w:t xml:space="preserve">           0.030785675449449489971 * (round_Degree &gt; 9.5 and </w:t>
      </w:r>
    </w:p>
    <w:p w14:paraId="393DA632" w14:textId="77777777" w:rsidR="002007C2" w:rsidRDefault="002007C2" w:rsidP="002007C2">
      <w:r>
        <w:t xml:space="preserve">                                     round_Phi &gt; 0.1378774642944336 and </w:t>
      </w:r>
    </w:p>
    <w:p w14:paraId="0D1DA914" w14:textId="77777777" w:rsidR="002007C2" w:rsidRDefault="002007C2" w:rsidP="002007C2">
      <w:r>
        <w:t xml:space="preserve">                                     round_LofTool &lt;= 0.659500002861023),</w:t>
      </w:r>
    </w:p>
    <w:p w14:paraId="45EC20BC" w14:textId="77777777" w:rsidR="002007C2" w:rsidRDefault="002007C2" w:rsidP="002007C2">
      <w:r>
        <w:t xml:space="preserve">           0.071141168378547961493 * (round_Phi &gt; 0.12447576969861984 and </w:t>
      </w:r>
    </w:p>
    <w:p w14:paraId="0EB0962E" w14:textId="77777777" w:rsidR="002007C2" w:rsidRDefault="002007C2" w:rsidP="002007C2">
      <w:r>
        <w:t xml:space="preserve">                                     round_Exon_Count &gt; 218.5),</w:t>
      </w:r>
    </w:p>
    <w:p w14:paraId="277E19EF" w14:textId="77777777" w:rsidR="002007C2" w:rsidRDefault="002007C2" w:rsidP="002007C2">
      <w:r>
        <w:t xml:space="preserve">         -0.0033207787269117858969 * (round_Blomen_KBM7 &lt;= -0.14714285731315613 and </w:t>
      </w:r>
    </w:p>
    <w:p w14:paraId="2BB5BAA5" w14:textId="77777777" w:rsidR="002007C2" w:rsidRDefault="002007C2" w:rsidP="002007C2">
      <w:r>
        <w:t xml:space="preserve">                                     round_missense_Z &lt;= 3.2974047660827637 and </w:t>
      </w:r>
    </w:p>
    <w:p w14:paraId="75C61717" w14:textId="77777777" w:rsidR="002007C2" w:rsidRDefault="002007C2" w:rsidP="002007C2">
      <w:r>
        <w:t xml:space="preserve">                                     round_LofTool &lt;= 0.9922449588775635 and </w:t>
      </w:r>
    </w:p>
    <w:p w14:paraId="4B70D4AD" w14:textId="77777777" w:rsidR="002007C2" w:rsidRDefault="002007C2" w:rsidP="002007C2">
      <w:r>
        <w:t xml:space="preserve">                                     round_StdDev_Transcript_length &gt; 615.8639526367188),</w:t>
      </w:r>
    </w:p>
    <w:p w14:paraId="429BCC7C" w14:textId="77777777" w:rsidR="002007C2" w:rsidRDefault="002007C2" w:rsidP="002007C2">
      <w:r>
        <w:t xml:space="preserve">          -0.021924118897895659985 * (not Group == u'CM' and </w:t>
      </w:r>
    </w:p>
    <w:p w14:paraId="6E009081" w14:textId="77777777" w:rsidR="002007C2" w:rsidRDefault="002007C2" w:rsidP="002007C2">
      <w:r>
        <w:t xml:space="preserve">                                     not Group == u'MNC' and </w:t>
      </w:r>
    </w:p>
    <w:p w14:paraId="26B48E70" w14:textId="77777777" w:rsidR="002007C2" w:rsidRDefault="002007C2" w:rsidP="002007C2">
      <w:r>
        <w:t xml:space="preserve">                                     round_Degree &lt;= 35.5 and </w:t>
      </w:r>
    </w:p>
    <w:p w14:paraId="77C935FA" w14:textId="77777777" w:rsidR="002007C2" w:rsidRDefault="002007C2" w:rsidP="002007C2">
      <w:r>
        <w:t xml:space="preserve">                                     round_Blomen_KBM7 &gt; -0.49977701902389526),</w:t>
      </w:r>
    </w:p>
    <w:p w14:paraId="7D28A91C" w14:textId="77777777" w:rsidR="002007C2" w:rsidRDefault="002007C2" w:rsidP="002007C2">
      <w:r>
        <w:t xml:space="preserve">          -0.015856059453570228723 * (round_dN_dS_Chimp &gt; 0.5950000286102295 and </w:t>
      </w:r>
    </w:p>
    <w:p w14:paraId="1BEC8997" w14:textId="77777777" w:rsidR="002007C2" w:rsidRDefault="002007C2" w:rsidP="002007C2">
      <w:r>
        <w:t xml:space="preserve">                                     round_LofTool &gt; 0.04450000077486038 and </w:t>
      </w:r>
    </w:p>
    <w:p w14:paraId="5C67276B" w14:textId="77777777" w:rsidR="002007C2" w:rsidRDefault="002007C2" w:rsidP="002007C2">
      <w:r>
        <w:t xml:space="preserve">                                     round_Exon_Count &lt;= 217.0),</w:t>
      </w:r>
    </w:p>
    <w:p w14:paraId="7C600B3C" w14:textId="77777777" w:rsidR="002007C2" w:rsidRDefault="002007C2" w:rsidP="002007C2">
      <w:r>
        <w:t xml:space="preserve">           0.055378231519672874161 * (round_LofTool_mi),</w:t>
      </w:r>
    </w:p>
    <w:p w14:paraId="0B9BF50F" w14:textId="77777777" w:rsidR="002007C2" w:rsidRDefault="002007C2" w:rsidP="002007C2">
      <w:r>
        <w:t xml:space="preserve">         -0.0061308536874806300598 * (0.3050000071525574 &lt; round_Closeness &lt;= 0.3149999976158142 and </w:t>
      </w:r>
    </w:p>
    <w:p w14:paraId="79150874" w14:textId="77777777" w:rsidR="002007C2" w:rsidRDefault="002007C2" w:rsidP="002007C2">
      <w:r>
        <w:t xml:space="preserve">                                     round_Blomen_KBM7 &gt; -0.5158457159996033 and </w:t>
      </w:r>
    </w:p>
    <w:p w14:paraId="36F23956" w14:textId="77777777" w:rsidR="002007C2" w:rsidRDefault="002007C2" w:rsidP="002007C2">
      <w:r>
        <w:t xml:space="preserve">                                     round_Gene_Length_bp &lt;= 53140.5),</w:t>
      </w:r>
    </w:p>
    <w:p w14:paraId="058E6100" w14:textId="77777777" w:rsidR="002007C2" w:rsidRDefault="002007C2" w:rsidP="002007C2">
      <w:r>
        <w:t xml:space="preserve">          -0.021087248754085095859 * (not Group == u'CM' and </w:t>
      </w:r>
    </w:p>
    <w:p w14:paraId="422BFECA" w14:textId="77777777" w:rsidR="002007C2" w:rsidRDefault="002007C2" w:rsidP="002007C2">
      <w:r>
        <w:t xml:space="preserve">                                     round_Tajima__s_D_regulatory &gt; 0.4165000021457672 and </w:t>
      </w:r>
    </w:p>
    <w:p w14:paraId="2CDA514B" w14:textId="77777777" w:rsidR="002007C2" w:rsidRDefault="002007C2" w:rsidP="002007C2">
      <w:r>
        <w:t xml:space="preserve">                                     round_missense_Z &lt;= 4.031401634216309 and </w:t>
      </w:r>
    </w:p>
    <w:p w14:paraId="4E6D6FC7" w14:textId="77777777" w:rsidR="002007C2" w:rsidRDefault="002007C2" w:rsidP="002007C2">
      <w:r>
        <w:t xml:space="preserve">                                     round_LofTool &gt; 0.6634999513626099),</w:t>
      </w:r>
    </w:p>
    <w:p w14:paraId="576614B6" w14:textId="77777777" w:rsidR="002007C2" w:rsidRDefault="002007C2" w:rsidP="002007C2">
      <w:r>
        <w:t xml:space="preserve">          -0.028317726879795258876 * (round_Degree &lt;= 12.5 and </w:t>
      </w:r>
    </w:p>
    <w:p w14:paraId="023567C8" w14:textId="77777777" w:rsidR="002007C2" w:rsidRDefault="002007C2" w:rsidP="002007C2">
      <w:r>
        <w:lastRenderedPageBreak/>
        <w:t xml:space="preserve">                                     round_Degree_mi &lt;= 0.5 and </w:t>
      </w:r>
    </w:p>
    <w:p w14:paraId="55DB1914" w14:textId="77777777" w:rsidR="002007C2" w:rsidRDefault="002007C2" w:rsidP="002007C2">
      <w:r>
        <w:t xml:space="preserve">                                     round_Phi &gt; 0.12362469732761383 and </w:t>
      </w:r>
    </w:p>
    <w:p w14:paraId="515E01AA" w14:textId="77777777" w:rsidR="002007C2" w:rsidRDefault="002007C2" w:rsidP="002007C2">
      <w:r>
        <w:t xml:space="preserve">                                     round_StdDev_Transcript_length &lt;= 1011.6593627929688),</w:t>
      </w:r>
    </w:p>
    <w:p w14:paraId="1E72A8BB" w14:textId="77777777" w:rsidR="002007C2" w:rsidRDefault="002007C2" w:rsidP="002007C2">
      <w:r>
        <w:t xml:space="preserve">        -0.00028572000111677241414 * (not Group == u'NDNE' and </w:t>
      </w:r>
    </w:p>
    <w:p w14:paraId="2FBFDCD6" w14:textId="77777777" w:rsidR="002007C2" w:rsidRDefault="002007C2" w:rsidP="002007C2">
      <w:r>
        <w:t xml:space="preserve">                                     round_Degree &gt; 4.5 and </w:t>
      </w:r>
    </w:p>
    <w:p w14:paraId="6E87BB7B" w14:textId="77777777" w:rsidR="002007C2" w:rsidRDefault="002007C2" w:rsidP="002007C2">
      <w:r>
        <w:t xml:space="preserve">                                     round_LofTool &lt;= 0.9827499985694885 and </w:t>
      </w:r>
    </w:p>
    <w:p w14:paraId="6830514C" w14:textId="77777777" w:rsidR="002007C2" w:rsidRDefault="002007C2" w:rsidP="002007C2">
      <w:r>
        <w:t xml:space="preserve">                                     round_Gene_Length_bp &gt; 39266.5),</w:t>
      </w:r>
    </w:p>
    <w:p w14:paraId="20ABB4F1" w14:textId="77777777" w:rsidR="002007C2" w:rsidRDefault="002007C2" w:rsidP="002007C2">
      <w:r>
        <w:t xml:space="preserve">          -0.025054992712295911378 * (round_Degree &lt;= 4.5 and </w:t>
      </w:r>
    </w:p>
    <w:p w14:paraId="76493D57" w14:textId="77777777" w:rsidR="002007C2" w:rsidRDefault="002007C2" w:rsidP="002007C2">
      <w:r>
        <w:t xml:space="preserve">                                     round_Degree_mi &gt; 0.5 and </w:t>
      </w:r>
    </w:p>
    <w:p w14:paraId="72C330DB" w14:textId="77777777" w:rsidR="002007C2" w:rsidRDefault="002007C2" w:rsidP="002007C2">
      <w:r>
        <w:t xml:space="preserve">                                     round_StdDev_Transcript_length &gt; 1049.45654296875),</w:t>
      </w:r>
    </w:p>
    <w:p w14:paraId="4536444F" w14:textId="77777777" w:rsidR="002007C2" w:rsidRDefault="002007C2" w:rsidP="002007C2">
      <w:r>
        <w:t xml:space="preserve">            0.14453713378768545672 * (round_Closeness &gt; 0.3149999976158142 and </w:t>
      </w:r>
    </w:p>
    <w:p w14:paraId="4DE76330" w14:textId="77777777" w:rsidR="002007C2" w:rsidRDefault="002007C2" w:rsidP="002007C2">
      <w:r>
        <w:t xml:space="preserve">                                     2.642360210418701 &lt; round_missense_Z &lt;= 4.0604472160339355),</w:t>
      </w:r>
    </w:p>
    <w:p w14:paraId="40D51622" w14:textId="77777777" w:rsidR="002007C2" w:rsidRDefault="002007C2" w:rsidP="002007C2">
      <w:r>
        <w:t xml:space="preserve">          -0.019256270589407667448 * (round_StdDev_Transcript_length &lt;= 169.24288940429688 and </w:t>
      </w:r>
    </w:p>
    <w:p w14:paraId="49BEED31" w14:textId="77777777" w:rsidR="002007C2" w:rsidRDefault="002007C2" w:rsidP="002007C2">
      <w:r>
        <w:t xml:space="preserve">                                     round_Average_Transcript_length &gt; 2318.75),</w:t>
      </w:r>
    </w:p>
    <w:p w14:paraId="3C9E5EA5" w14:textId="77777777" w:rsidR="002007C2" w:rsidRDefault="002007C2" w:rsidP="002007C2">
      <w:r>
        <w:t xml:space="preserve">          -0.072220477391367943198 * (Group == u'NDNE' and </w:t>
      </w:r>
    </w:p>
    <w:p w14:paraId="22A1C4B9" w14:textId="77777777" w:rsidR="002007C2" w:rsidRDefault="002007C2" w:rsidP="002007C2">
      <w:r>
        <w:t xml:space="preserve">                                     round_Degree_mi &lt;= 0.5 and </w:t>
      </w:r>
    </w:p>
    <w:p w14:paraId="3304AC73" w14:textId="77777777" w:rsidR="002007C2" w:rsidRDefault="002007C2" w:rsidP="002007C2">
      <w:r>
        <w:t xml:space="preserve">                                     round_s_het &lt;= 0.02767527475953102),</w:t>
      </w:r>
    </w:p>
    <w:p w14:paraId="555876F1" w14:textId="77777777" w:rsidR="002007C2" w:rsidRDefault="002007C2" w:rsidP="002007C2">
      <w:r>
        <w:t xml:space="preserve">           0.036591368423358389128 * (round_dN_dS_Chimp_mi &gt; 0.5 and </w:t>
      </w:r>
    </w:p>
    <w:p w14:paraId="3DD7DA1C" w14:textId="77777777" w:rsidR="002007C2" w:rsidRDefault="002007C2" w:rsidP="002007C2">
      <w:r>
        <w:t xml:space="preserve">                                     round_missense_Z &lt;= 3.2976694107055664 and </w:t>
      </w:r>
    </w:p>
    <w:p w14:paraId="1CD746DB" w14:textId="77777777" w:rsidR="002007C2" w:rsidRDefault="002007C2" w:rsidP="002007C2">
      <w:r>
        <w:t xml:space="preserve">                                     round_Average_Transcript_length &gt; 2056.5712890625 and </w:t>
      </w:r>
    </w:p>
    <w:p w14:paraId="09C5FB81" w14:textId="77777777" w:rsidR="002007C2" w:rsidRDefault="002007C2" w:rsidP="002007C2">
      <w:r>
        <w:t xml:space="preserve">                                     round_Exon_Count &lt;= 240.5),</w:t>
      </w:r>
    </w:p>
    <w:p w14:paraId="0B4E4355" w14:textId="77777777" w:rsidR="002007C2" w:rsidRDefault="002007C2" w:rsidP="002007C2">
      <w:r>
        <w:t xml:space="preserve">          0.0098218305890553827403 * (round_missense_Z &lt;= 4.050085067749023 and </w:t>
      </w:r>
    </w:p>
    <w:p w14:paraId="5479C196" w14:textId="77777777" w:rsidR="002007C2" w:rsidRDefault="002007C2" w:rsidP="002007C2">
      <w:r>
        <w:t xml:space="preserve">                                     round_Transcript_count &gt; 10.5 and </w:t>
      </w:r>
    </w:p>
    <w:p w14:paraId="5E0469B0" w14:textId="77777777" w:rsidR="002007C2" w:rsidRDefault="002007C2" w:rsidP="002007C2">
      <w:r>
        <w:t xml:space="preserve">                                     round_Average_Transcript_length &gt; 2037.5650634765625),</w:t>
      </w:r>
    </w:p>
    <w:p w14:paraId="6A5768BD" w14:textId="77777777" w:rsidR="002007C2" w:rsidRDefault="002007C2" w:rsidP="002007C2">
      <w:r>
        <w:t xml:space="preserve">          0.0025043504719714578151 * (Group == u'CM' and </w:t>
      </w:r>
    </w:p>
    <w:p w14:paraId="365A18C4" w14:textId="77777777" w:rsidR="002007C2" w:rsidRDefault="002007C2" w:rsidP="002007C2">
      <w:r>
        <w:t xml:space="preserve">                                     3.5 &lt; round_Degree &lt;= 56.5 and </w:t>
      </w:r>
    </w:p>
    <w:p w14:paraId="3974E594" w14:textId="77777777" w:rsidR="002007C2" w:rsidRDefault="002007C2" w:rsidP="002007C2">
      <w:r>
        <w:t xml:space="preserve">                                     round_Exon_Count &lt;= 253.5),</w:t>
      </w:r>
    </w:p>
    <w:p w14:paraId="54983874" w14:textId="77777777" w:rsidR="002007C2" w:rsidRDefault="002007C2" w:rsidP="002007C2">
      <w:r>
        <w:t xml:space="preserve">        -0.00027213615358005234643 * (not Group == u'MNC' and </w:t>
      </w:r>
    </w:p>
    <w:p w14:paraId="6EBAA43D" w14:textId="77777777" w:rsidR="002007C2" w:rsidRDefault="002007C2" w:rsidP="002007C2">
      <w:r>
        <w:t xml:space="preserve">                                     round_dN_dS_Chimp_mi &lt;= 0.5 and </w:t>
      </w:r>
    </w:p>
    <w:p w14:paraId="093B99CC" w14:textId="77777777" w:rsidR="002007C2" w:rsidRDefault="002007C2" w:rsidP="002007C2">
      <w:r>
        <w:t xml:space="preserve">                                     round_Blomen_KBM7 &lt;= -0.12487166374921799 and </w:t>
      </w:r>
    </w:p>
    <w:p w14:paraId="4E87CE4C" w14:textId="77777777" w:rsidR="002007C2" w:rsidRDefault="002007C2" w:rsidP="002007C2">
      <w:r>
        <w:t xml:space="preserve">                                     round_s_het &gt; 0.014458265155553818),</w:t>
      </w:r>
    </w:p>
    <w:p w14:paraId="4B021360" w14:textId="77777777" w:rsidR="002007C2" w:rsidRDefault="002007C2" w:rsidP="002007C2">
      <w:r>
        <w:t xml:space="preserve">          -0.012962701962375372186 * (round_Phi &gt; 0.002197184134274721 and </w:t>
      </w:r>
    </w:p>
    <w:p w14:paraId="29AE1495" w14:textId="77777777" w:rsidR="002007C2" w:rsidRDefault="002007C2" w:rsidP="002007C2">
      <w:r>
        <w:t xml:space="preserve">                                     round_LofTool &lt;= 0.6634999513626099 and </w:t>
      </w:r>
    </w:p>
    <w:p w14:paraId="16584F47" w14:textId="77777777" w:rsidR="002007C2" w:rsidRDefault="002007C2" w:rsidP="002007C2">
      <w:r>
        <w:t xml:space="preserve">                                     round_Exon_Count &gt; 88.5),</w:t>
      </w:r>
    </w:p>
    <w:p w14:paraId="54E624A4" w14:textId="77777777" w:rsidR="002007C2" w:rsidRDefault="002007C2" w:rsidP="002007C2">
      <w:r>
        <w:t xml:space="preserve">            0.01726754044835551033 * (not Group == u'NDNE' and </w:t>
      </w:r>
    </w:p>
    <w:p w14:paraId="1C189D38" w14:textId="77777777" w:rsidR="002007C2" w:rsidRDefault="002007C2" w:rsidP="002007C2">
      <w:r>
        <w:t xml:space="preserve">                                     round_missense_Z &gt; 2.5613200664520264 and </w:t>
      </w:r>
    </w:p>
    <w:p w14:paraId="7754278F" w14:textId="77777777" w:rsidR="002007C2" w:rsidRDefault="002007C2" w:rsidP="002007C2">
      <w:r>
        <w:t xml:space="preserve">                                     round_s_het &gt; 0.01700003445148468 and </w:t>
      </w:r>
    </w:p>
    <w:p w14:paraId="727E9E52" w14:textId="77777777" w:rsidR="002007C2" w:rsidRDefault="002007C2" w:rsidP="002007C2">
      <w:r>
        <w:t xml:space="preserve">                                     round_Exon_Count &lt;= 86.5),</w:t>
      </w:r>
    </w:p>
    <w:p w14:paraId="7E8C95EA" w14:textId="77777777" w:rsidR="002007C2" w:rsidRDefault="002007C2" w:rsidP="002007C2">
      <w:r>
        <w:t xml:space="preserve">           0.047407821001623717816 * (not Group == u'CM' and </w:t>
      </w:r>
    </w:p>
    <w:p w14:paraId="72602206" w14:textId="77777777" w:rsidR="002007C2" w:rsidRDefault="002007C2" w:rsidP="002007C2">
      <w:r>
        <w:t xml:space="preserve">                                     not Group == u'MNC' and </w:t>
      </w:r>
    </w:p>
    <w:p w14:paraId="6D062F4C" w14:textId="77777777" w:rsidR="002007C2" w:rsidRDefault="002007C2" w:rsidP="002007C2">
      <w:r>
        <w:t xml:space="preserve">                                     round_Blomen_KBM7 &lt;= -0.5148604512214661 and </w:t>
      </w:r>
    </w:p>
    <w:p w14:paraId="21515ED6" w14:textId="77777777" w:rsidR="002007C2" w:rsidRDefault="002007C2" w:rsidP="002007C2">
      <w:r>
        <w:t xml:space="preserve">                                     round_Transcript_count &gt; 26.5),</w:t>
      </w:r>
    </w:p>
    <w:p w14:paraId="49B004B1" w14:textId="77777777" w:rsidR="002007C2" w:rsidRDefault="002007C2" w:rsidP="002007C2">
      <w:r>
        <w:t xml:space="preserve">          -0.012239859477472964447 * (not Group == u'MNC' and </w:t>
      </w:r>
    </w:p>
    <w:p w14:paraId="00B0E90D" w14:textId="77777777" w:rsidR="002007C2" w:rsidRDefault="002007C2" w:rsidP="002007C2">
      <w:r>
        <w:t xml:space="preserve">                                     round_End &lt;= 100419720.0 and </w:t>
      </w:r>
    </w:p>
    <w:p w14:paraId="1DE936AC" w14:textId="77777777" w:rsidR="002007C2" w:rsidRDefault="002007C2" w:rsidP="002007C2">
      <w:r>
        <w:t xml:space="preserve">                                     round_Degree &lt;= 34.5 and </w:t>
      </w:r>
    </w:p>
    <w:p w14:paraId="16E318A3" w14:textId="77777777" w:rsidR="002007C2" w:rsidRDefault="002007C2" w:rsidP="002007C2">
      <w:r>
        <w:t xml:space="preserve">                                     round_Tajima__s_D_regulatory &gt; -1.2855000495910645),</w:t>
      </w:r>
    </w:p>
    <w:p w14:paraId="2134F461" w14:textId="77777777" w:rsidR="002007C2" w:rsidRDefault="002007C2" w:rsidP="002007C2">
      <w:r>
        <w:lastRenderedPageBreak/>
        <w:t xml:space="preserve">          -0.010213778329625312902 * (round_Degree &lt;= 45.0 and </w:t>
      </w:r>
    </w:p>
    <w:p w14:paraId="078FF031" w14:textId="77777777" w:rsidR="002007C2" w:rsidRDefault="002007C2" w:rsidP="002007C2">
      <w:r>
        <w:t xml:space="preserve">                                     round_dN_dS_Chimp_mi &gt; 0.5 and </w:t>
      </w:r>
    </w:p>
    <w:p w14:paraId="37FE3373" w14:textId="77777777" w:rsidR="002007C2" w:rsidRDefault="002007C2" w:rsidP="002007C2">
      <w:r>
        <w:t xml:space="preserve">                                     round_Transcript_count &gt; 1.5 and </w:t>
      </w:r>
    </w:p>
    <w:p w14:paraId="2E0881FB" w14:textId="77777777" w:rsidR="002007C2" w:rsidRDefault="002007C2" w:rsidP="002007C2">
      <w:r>
        <w:t xml:space="preserve">                                     round_StdDev_Transcript_length &lt;= 1942.072509765625),</w:t>
      </w:r>
    </w:p>
    <w:p w14:paraId="176F4903" w14:textId="77777777" w:rsidR="002007C2" w:rsidRDefault="002007C2" w:rsidP="002007C2">
      <w:r>
        <w:t xml:space="preserve">          0.0026979756228996763096 * (round_Degree_mi &lt;= 0.5 and </w:t>
      </w:r>
    </w:p>
    <w:p w14:paraId="2350AEDD" w14:textId="77777777" w:rsidR="002007C2" w:rsidRDefault="002007C2" w:rsidP="002007C2">
      <w:r>
        <w:t xml:space="preserve">                                     round_Tajima__s_D_regulatory &gt; -1.2885000705718994 and </w:t>
      </w:r>
    </w:p>
    <w:p w14:paraId="695125A8" w14:textId="77777777" w:rsidR="002007C2" w:rsidRDefault="002007C2" w:rsidP="002007C2">
      <w:r>
        <w:t xml:space="preserve">                                     round_Blomen_KBM7 &lt;= -0.2516775131225586 and </w:t>
      </w:r>
    </w:p>
    <w:p w14:paraId="691E81E9" w14:textId="77777777" w:rsidR="002007C2" w:rsidRDefault="002007C2" w:rsidP="002007C2">
      <w:r>
        <w:t xml:space="preserve">                                     round_s_het &gt; 0.015896810218691826),</w:t>
      </w:r>
    </w:p>
    <w:p w14:paraId="526AA65A" w14:textId="77777777" w:rsidR="002007C2" w:rsidRDefault="002007C2" w:rsidP="002007C2">
      <w:r>
        <w:t xml:space="preserve">          -0.034743371535693644281 * (not Group == u'NDNE' and </w:t>
      </w:r>
    </w:p>
    <w:p w14:paraId="607CBB50" w14:textId="77777777" w:rsidR="002007C2" w:rsidRDefault="002007C2" w:rsidP="002007C2">
      <w:r>
        <w:t xml:space="preserve">                                     round_Closeness &lt;= 0.2549999952316284 and </w:t>
      </w:r>
    </w:p>
    <w:p w14:paraId="2C2AC621" w14:textId="77777777" w:rsidR="002007C2" w:rsidRDefault="002007C2" w:rsidP="002007C2">
      <w:r>
        <w:t xml:space="preserve">                                     round_missense_Z &lt;= 1.43977952003479),</w:t>
      </w:r>
    </w:p>
    <w:p w14:paraId="7FFFA033" w14:textId="77777777" w:rsidR="002007C2" w:rsidRDefault="002007C2" w:rsidP="002007C2">
      <w:r>
        <w:t xml:space="preserve">        -0.00032670412491793654431 * (round_Degree &lt;= 60.5 and </w:t>
      </w:r>
    </w:p>
    <w:p w14:paraId="0CB1B7EC" w14:textId="77777777" w:rsidR="002007C2" w:rsidRDefault="002007C2" w:rsidP="002007C2">
      <w:r>
        <w:t xml:space="preserve">                                     round_dN_dS_Chimp_mi &lt;= 0.5 and </w:t>
      </w:r>
    </w:p>
    <w:p w14:paraId="18E981B9" w14:textId="77777777" w:rsidR="002007C2" w:rsidRDefault="002007C2" w:rsidP="002007C2">
      <w:r>
        <w:t xml:space="preserve">                                     round_Blomen_KBM7 &gt; -0.5153281092643738 and </w:t>
      </w:r>
    </w:p>
    <w:p w14:paraId="51225765" w14:textId="77777777" w:rsidR="002007C2" w:rsidRDefault="002007C2" w:rsidP="002007C2">
      <w:r>
        <w:t xml:space="preserve">                                     round_Exon_Count &lt;= 154.5),</w:t>
      </w:r>
    </w:p>
    <w:p w14:paraId="2D7F9895" w14:textId="77777777" w:rsidR="002007C2" w:rsidRDefault="002007C2" w:rsidP="002007C2">
      <w:r>
        <w:t xml:space="preserve">         -0.0069335310400958204829 * (round_Degree &lt;= 3.5 and </w:t>
      </w:r>
    </w:p>
    <w:p w14:paraId="130D4C45" w14:textId="77777777" w:rsidR="002007C2" w:rsidRDefault="002007C2" w:rsidP="002007C2">
      <w:r>
        <w:t xml:space="preserve">                                     round_Closeness &lt;= 0.3149999976158142 and </w:t>
      </w:r>
    </w:p>
    <w:p w14:paraId="0033B921" w14:textId="77777777" w:rsidR="002007C2" w:rsidRDefault="002007C2" w:rsidP="002007C2">
      <w:r>
        <w:t xml:space="preserve">                                     round_Blomen_KBM7 &lt;= -0.25219112634658813 and </w:t>
      </w:r>
    </w:p>
    <w:p w14:paraId="5B51D418" w14:textId="77777777" w:rsidR="002007C2" w:rsidRDefault="002007C2" w:rsidP="002007C2">
      <w:r>
        <w:t xml:space="preserve">                                     round_LofTool &lt;= 0.8695000410079956),</w:t>
      </w:r>
    </w:p>
    <w:p w14:paraId="6D4283E5" w14:textId="77777777" w:rsidR="002007C2" w:rsidRDefault="002007C2" w:rsidP="002007C2">
      <w:r>
        <w:t xml:space="preserve">          -0.084412030034841656345 * (not Group == u'NDNE' and </w:t>
      </w:r>
    </w:p>
    <w:p w14:paraId="2BCAD4FD" w14:textId="77777777" w:rsidR="002007C2" w:rsidRDefault="002007C2" w:rsidP="002007C2">
      <w:r>
        <w:t xml:space="preserve">                                     round_Closeness &lt;= 0.2549999952316284 and </w:t>
      </w:r>
    </w:p>
    <w:p w14:paraId="1F59BDDC" w14:textId="77777777" w:rsidR="002007C2" w:rsidRDefault="002007C2" w:rsidP="002007C2">
      <w:r>
        <w:t xml:space="preserve">                                     round_LofTool &gt; 0.8554999828338623),</w:t>
      </w:r>
    </w:p>
    <w:p w14:paraId="50D5737E" w14:textId="77777777" w:rsidR="002007C2" w:rsidRDefault="002007C2" w:rsidP="002007C2">
      <w:r>
        <w:t xml:space="preserve">         -0.0068004078113453672594 * (round_Degree &gt; 18.5 and </w:t>
      </w:r>
    </w:p>
    <w:p w14:paraId="27BC890F" w14:textId="77777777" w:rsidR="002007C2" w:rsidRDefault="002007C2" w:rsidP="002007C2">
      <w:r>
        <w:t xml:space="preserve">                                     round_Blomen_KBM7 &lt;= -0.14956465363502502 and </w:t>
      </w:r>
    </w:p>
    <w:p w14:paraId="06E2C797" w14:textId="77777777" w:rsidR="002007C2" w:rsidRDefault="002007C2" w:rsidP="002007C2">
      <w:r>
        <w:t xml:space="preserve">                                     round_LofTool &gt; 0.659500002861023),</w:t>
      </w:r>
    </w:p>
    <w:p w14:paraId="450F95BE" w14:textId="77777777" w:rsidR="002007C2" w:rsidRDefault="002007C2" w:rsidP="002007C2">
      <w:r>
        <w:t xml:space="preserve">           0.019252153925983447186 * (round_Degree &gt; 62.5),</w:t>
      </w:r>
    </w:p>
    <w:p w14:paraId="01F0621C" w14:textId="77777777" w:rsidR="002007C2" w:rsidRDefault="002007C2" w:rsidP="002007C2">
      <w:r>
        <w:t xml:space="preserve">         -0.0049752751404963432152 * (not Group == u'CM' and </w:t>
      </w:r>
    </w:p>
    <w:p w14:paraId="7DF0759B" w14:textId="77777777" w:rsidR="002007C2" w:rsidRDefault="002007C2" w:rsidP="002007C2">
      <w:r>
        <w:t xml:space="preserve">                                     round_dN_dS_Chimp_mi &lt;= 0.5 and </w:t>
      </w:r>
    </w:p>
    <w:p w14:paraId="0CDCA650" w14:textId="77777777" w:rsidR="002007C2" w:rsidRDefault="002007C2" w:rsidP="002007C2">
      <w:r>
        <w:t xml:space="preserve">                                     round_Tajima__s_D_regulatory &lt;= 1.062999963760376 and </w:t>
      </w:r>
    </w:p>
    <w:p w14:paraId="07E4FDF1" w14:textId="77777777" w:rsidR="002007C2" w:rsidRDefault="002007C2" w:rsidP="002007C2">
      <w:r>
        <w:t xml:space="preserve">                                     round_Blomen_KBM7_mi &lt;= 0.5),</w:t>
      </w:r>
    </w:p>
    <w:p w14:paraId="76EEC6D6" w14:textId="77777777" w:rsidR="002007C2" w:rsidRDefault="002007C2" w:rsidP="002007C2">
      <w:r>
        <w:t xml:space="preserve">           0.003356968599162736891 * (round_Phi &gt; 0.12447576969861984 and </w:t>
      </w:r>
    </w:p>
    <w:p w14:paraId="414EFA1A" w14:textId="77777777" w:rsidR="002007C2" w:rsidRDefault="002007C2" w:rsidP="002007C2">
      <w:r>
        <w:t xml:space="preserve">                                     round_missense_Z &gt; 4.050085067749023),</w:t>
      </w:r>
    </w:p>
    <w:p w14:paraId="0DDD82C0" w14:textId="77777777" w:rsidR="002007C2" w:rsidRDefault="002007C2" w:rsidP="002007C2">
      <w:r>
        <w:t xml:space="preserve">          -0.011793238037396919921 * (round_Closeness &lt;= 0.2549999952316284 and </w:t>
      </w:r>
    </w:p>
    <w:p w14:paraId="05EDC849" w14:textId="77777777" w:rsidR="002007C2" w:rsidRDefault="002007C2" w:rsidP="002007C2">
      <w:r>
        <w:t xml:space="preserve">                                     round_Blomen_KBM7_mi &lt;= 0.5 and </w:t>
      </w:r>
    </w:p>
    <w:p w14:paraId="0E294568" w14:textId="77777777" w:rsidR="002007C2" w:rsidRDefault="002007C2" w:rsidP="002007C2">
      <w:r>
        <w:t xml:space="preserve">                                     round_s_het_mi &lt;= 0.5 and </w:t>
      </w:r>
    </w:p>
    <w:p w14:paraId="605852B0" w14:textId="77777777" w:rsidR="002007C2" w:rsidRDefault="002007C2" w:rsidP="002007C2">
      <w:r>
        <w:t xml:space="preserve">                                     round_StdDev_Transcript_length &lt;= 2625.484375),</w:t>
      </w:r>
    </w:p>
    <w:p w14:paraId="376914B6" w14:textId="77777777" w:rsidR="002007C2" w:rsidRDefault="002007C2" w:rsidP="002007C2">
      <w:r>
        <w:t xml:space="preserve">          -0.051565317012112775463 * (round_missense_Z &gt; 4.052361965179443 and </w:t>
      </w:r>
    </w:p>
    <w:p w14:paraId="554C5DBC" w14:textId="77777777" w:rsidR="002007C2" w:rsidRDefault="002007C2" w:rsidP="002007C2">
      <w:r>
        <w:t xml:space="preserve">                                     round_LofTool &lt;= 0.9499499797821045),</w:t>
      </w:r>
    </w:p>
    <w:p w14:paraId="6DB4EA68" w14:textId="77777777" w:rsidR="002007C2" w:rsidRDefault="002007C2" w:rsidP="002007C2">
      <w:r>
        <w:t xml:space="preserve">          -0.019198707422328438466 * (round_End &lt;= 100419720.0 and </w:t>
      </w:r>
    </w:p>
    <w:p w14:paraId="50919450" w14:textId="77777777" w:rsidR="002007C2" w:rsidRDefault="002007C2" w:rsidP="002007C2">
      <w:r>
        <w:t xml:space="preserve">                                     round_Blomen_KBM7_mi &gt; 0.5 and </w:t>
      </w:r>
    </w:p>
    <w:p w14:paraId="7BF396B4" w14:textId="77777777" w:rsidR="002007C2" w:rsidRDefault="002007C2" w:rsidP="002007C2">
      <w:r>
        <w:t xml:space="preserve">                                     round_Exon_Count &lt;= 221.5),</w:t>
      </w:r>
    </w:p>
    <w:p w14:paraId="4AE968D5" w14:textId="77777777" w:rsidR="002007C2" w:rsidRDefault="002007C2" w:rsidP="002007C2">
      <w:r>
        <w:t xml:space="preserve">           0.028560411574742990137 * (round_Degree &lt;= 12.5 and </w:t>
      </w:r>
    </w:p>
    <w:p w14:paraId="77678D84" w14:textId="77777777" w:rsidR="002007C2" w:rsidRDefault="002007C2" w:rsidP="002007C2">
      <w:r>
        <w:t xml:space="preserve">                                     round_Blomen_KBM7 &lt;= -0.1114160418510437 and </w:t>
      </w:r>
    </w:p>
    <w:p w14:paraId="5AACEE7F" w14:textId="77777777" w:rsidR="002007C2" w:rsidRDefault="002007C2" w:rsidP="002007C2">
      <w:r>
        <w:t xml:space="preserve">                                     round_StdDev_Transcript_length &gt; 2377.90625 and </w:t>
      </w:r>
    </w:p>
    <w:p w14:paraId="37466D8E" w14:textId="77777777" w:rsidR="002007C2" w:rsidRDefault="002007C2" w:rsidP="002007C2">
      <w:r>
        <w:t xml:space="preserve">                                     round_Average_Transcript_length &gt; 2169.3193359375),</w:t>
      </w:r>
    </w:p>
    <w:p w14:paraId="23E5BE40" w14:textId="77777777" w:rsidR="002007C2" w:rsidRDefault="002007C2" w:rsidP="002007C2">
      <w:r>
        <w:t xml:space="preserve">         -0.0081602144775651253017 * (round_Degree &gt; 3.5 and </w:t>
      </w:r>
    </w:p>
    <w:p w14:paraId="3FC052AD" w14:textId="77777777" w:rsidR="002007C2" w:rsidRDefault="002007C2" w:rsidP="002007C2">
      <w:r>
        <w:t xml:space="preserve">                                     round_Closeness &lt;= 0.3149999976158142 and </w:t>
      </w:r>
    </w:p>
    <w:p w14:paraId="50307DE1" w14:textId="77777777" w:rsidR="002007C2" w:rsidRDefault="002007C2" w:rsidP="002007C2">
      <w:r>
        <w:lastRenderedPageBreak/>
        <w:t xml:space="preserve">                                     round_LofTool &gt; 0.6514999866485596),</w:t>
      </w:r>
    </w:p>
    <w:p w14:paraId="6F5A0211" w14:textId="77777777" w:rsidR="002007C2" w:rsidRDefault="002007C2" w:rsidP="002007C2">
      <w:r>
        <w:t xml:space="preserve">           0.023083051924208931871 * (round_Degree &lt;= 12.5 and </w:t>
      </w:r>
    </w:p>
    <w:p w14:paraId="6B0E4481" w14:textId="77777777" w:rsidR="002007C2" w:rsidRDefault="002007C2" w:rsidP="002007C2">
      <w:r>
        <w:t xml:space="preserve">                                     round_dN_dS_Chimp_mi &lt;= 0.5 and </w:t>
      </w:r>
    </w:p>
    <w:p w14:paraId="1D66EC4C" w14:textId="77777777" w:rsidR="002007C2" w:rsidRDefault="002007C2" w:rsidP="002007C2">
      <w:r>
        <w:t xml:space="preserve">                                     round_Blomen_KBM7 &lt;= -0.2521226406097412 and </w:t>
      </w:r>
    </w:p>
    <w:p w14:paraId="1083D496" w14:textId="77777777" w:rsidR="002007C2" w:rsidRDefault="002007C2" w:rsidP="002007C2">
      <w:r>
        <w:t xml:space="preserve">                                     round_Gene_Length_bp &gt; 2814.5),</w:t>
      </w:r>
    </w:p>
    <w:p w14:paraId="2C7F4214" w14:textId="77777777" w:rsidR="002007C2" w:rsidRDefault="002007C2" w:rsidP="002007C2">
      <w:r>
        <w:t xml:space="preserve">           0.046139548753990018704 * (round_dN_dS_Chimp_mi &lt;= 0.5 and </w:t>
      </w:r>
    </w:p>
    <w:p w14:paraId="2916CCF6" w14:textId="77777777" w:rsidR="002007C2" w:rsidRDefault="002007C2" w:rsidP="002007C2">
      <w:r>
        <w:t xml:space="preserve">                                     round_LofTool &gt; 0.6634999513626099 and </w:t>
      </w:r>
    </w:p>
    <w:p w14:paraId="6AC1CF15" w14:textId="77777777" w:rsidR="002007C2" w:rsidRDefault="002007C2" w:rsidP="002007C2">
      <w:r>
        <w:t xml:space="preserve">                                     round_Exon_Count &gt; 162.5),</w:t>
      </w:r>
    </w:p>
    <w:p w14:paraId="2832510A" w14:textId="77777777" w:rsidR="002007C2" w:rsidRDefault="002007C2" w:rsidP="002007C2">
      <w:r>
        <w:t xml:space="preserve">          0.0082417292345994958014 * (Group == u'NDNE' and </w:t>
      </w:r>
    </w:p>
    <w:p w14:paraId="2D5BC281" w14:textId="77777777" w:rsidR="002007C2" w:rsidRDefault="002007C2" w:rsidP="002007C2">
      <w:r>
        <w:t xml:space="preserve">                                     round_Blomen_KBM7 &gt; -0.5146430730819702 and </w:t>
      </w:r>
    </w:p>
    <w:p w14:paraId="3441887C" w14:textId="77777777" w:rsidR="002007C2" w:rsidRDefault="002007C2" w:rsidP="002007C2">
      <w:r>
        <w:t xml:space="preserve">                                     round_Transcript_count &lt;= 20.5 and </w:t>
      </w:r>
    </w:p>
    <w:p w14:paraId="511DCAAC" w14:textId="77777777" w:rsidR="002007C2" w:rsidRDefault="002007C2" w:rsidP="002007C2">
      <w:r>
        <w:t xml:space="preserve">                                     round_StdDev_Transcript_length &lt;= 2418.21435546875),</w:t>
      </w:r>
    </w:p>
    <w:p w14:paraId="7EF50937" w14:textId="77777777" w:rsidR="002007C2" w:rsidRDefault="002007C2" w:rsidP="002007C2">
      <w:r>
        <w:t xml:space="preserve">           0.041904863071896121529 * (round_End &gt; 100419720.0 and </w:t>
      </w:r>
    </w:p>
    <w:p w14:paraId="196F6FEE" w14:textId="77777777" w:rsidR="002007C2" w:rsidRDefault="002007C2" w:rsidP="002007C2">
      <w:r>
        <w:t xml:space="preserve">                                     round_dN_dS_Chimp_mi &gt; 0.5 and </w:t>
      </w:r>
    </w:p>
    <w:p w14:paraId="6325B521" w14:textId="77777777" w:rsidR="002007C2" w:rsidRDefault="002007C2" w:rsidP="002007C2">
      <w:r>
        <w:t xml:space="preserve">                                     round_LofTool &lt;= 0.994350016117096),</w:t>
      </w:r>
    </w:p>
    <w:p w14:paraId="38A2B19E" w14:textId="77777777" w:rsidR="002007C2" w:rsidRDefault="002007C2" w:rsidP="002007C2">
      <w:r>
        <w:t xml:space="preserve">          -0.058523347259765781669 * (not Group == u'MNC' and </w:t>
      </w:r>
    </w:p>
    <w:p w14:paraId="5484D330" w14:textId="77777777" w:rsidR="002007C2" w:rsidRDefault="002007C2" w:rsidP="002007C2">
      <w:r>
        <w:t xml:space="preserve">                                     167.33212280273438 &lt; round_StdDev_Transcript_length &lt;= 615.8639526367188),</w:t>
      </w:r>
    </w:p>
    <w:p w14:paraId="06A6BBA5" w14:textId="77777777" w:rsidR="002007C2" w:rsidRDefault="002007C2" w:rsidP="002007C2">
      <w:r>
        <w:t xml:space="preserve">           -0.13397370099236294294 * (not Group == u'MNC' and </w:t>
      </w:r>
    </w:p>
    <w:p w14:paraId="45796F4D" w14:textId="77777777" w:rsidR="002007C2" w:rsidRDefault="002007C2" w:rsidP="002007C2">
      <w:r>
        <w:t xml:space="preserve">                                     round_Tajima__s_D_regulatory &gt; -0.4115000069141388 and </w:t>
      </w:r>
    </w:p>
    <w:p w14:paraId="5EAFA5F4" w14:textId="77777777" w:rsidR="002007C2" w:rsidRDefault="002007C2" w:rsidP="002007C2">
      <w:r>
        <w:t xml:space="preserve">                                     round_Gene_Length_bp &lt;= 9988.0),</w:t>
      </w:r>
    </w:p>
    <w:p w14:paraId="137E5856" w14:textId="77777777" w:rsidR="002007C2" w:rsidRDefault="002007C2" w:rsidP="002007C2">
      <w:r>
        <w:t xml:space="preserve">         -0.0025281542638851562527 * (not Group == u'CM' and </w:t>
      </w:r>
    </w:p>
    <w:p w14:paraId="710F94C9" w14:textId="77777777" w:rsidR="002007C2" w:rsidRDefault="002007C2" w:rsidP="002007C2">
      <w:r>
        <w:t xml:space="preserve">                                     not Group == u'MNC' and </w:t>
      </w:r>
    </w:p>
    <w:p w14:paraId="7DCBD009" w14:textId="77777777" w:rsidR="002007C2" w:rsidRDefault="002007C2" w:rsidP="002007C2">
      <w:r>
        <w:t xml:space="preserve">                                     round_Blomen_KBM7 &lt;= -0.5148604512214661 and </w:t>
      </w:r>
    </w:p>
    <w:p w14:paraId="0EF8F491" w14:textId="77777777" w:rsidR="002007C2" w:rsidRDefault="002007C2" w:rsidP="002007C2">
      <w:r>
        <w:t xml:space="preserve">                                     round_Transcript_count &lt;= 26.5),</w:t>
      </w:r>
    </w:p>
    <w:p w14:paraId="7FCB058F" w14:textId="77777777" w:rsidR="002007C2" w:rsidRDefault="002007C2" w:rsidP="002007C2">
      <w:r>
        <w:t xml:space="preserve">          -0.014816630169283761392 * (Group == u'NDNE' and </w:t>
      </w:r>
    </w:p>
    <w:p w14:paraId="2AA14991" w14:textId="77777777" w:rsidR="002007C2" w:rsidRDefault="002007C2" w:rsidP="002007C2">
      <w:r>
        <w:t xml:space="preserve">                                     round_Degree &lt;= 12.5 and </w:t>
      </w:r>
    </w:p>
    <w:p w14:paraId="08901B04" w14:textId="77777777" w:rsidR="002007C2" w:rsidRDefault="002007C2" w:rsidP="002007C2">
      <w:r>
        <w:t xml:space="preserve">                                     round_missense_Z &lt;= 3.2976694107055664 and </w:t>
      </w:r>
    </w:p>
    <w:p w14:paraId="1B692C0A" w14:textId="77777777" w:rsidR="002007C2" w:rsidRDefault="002007C2" w:rsidP="002007C2">
      <w:r>
        <w:t xml:space="preserve">                                     round_Exon_Count &lt;= 223.5),</w:t>
      </w:r>
    </w:p>
    <w:p w14:paraId="2CCB4F54" w14:textId="77777777" w:rsidR="002007C2" w:rsidRDefault="002007C2" w:rsidP="002007C2">
      <w:r>
        <w:t xml:space="preserve">         -0.0016748509383901300038 * (round_Closeness &lt;= 0.3149999976158142 and </w:t>
      </w:r>
    </w:p>
    <w:p w14:paraId="0EAF1F3D" w14:textId="77777777" w:rsidR="002007C2" w:rsidRDefault="002007C2" w:rsidP="002007C2">
      <w:r>
        <w:t xml:space="preserve">                                     round_LofTool &lt;= 0.6634999513626099 and </w:t>
      </w:r>
    </w:p>
    <w:p w14:paraId="6F4E12D7" w14:textId="77777777" w:rsidR="002007C2" w:rsidRDefault="002007C2" w:rsidP="002007C2">
      <w:r>
        <w:t xml:space="preserve">                                     round_Transcript_count &lt;= 20.5 and </w:t>
      </w:r>
    </w:p>
    <w:p w14:paraId="2135BE57" w14:textId="77777777" w:rsidR="002007C2" w:rsidRDefault="002007C2" w:rsidP="002007C2">
      <w:r>
        <w:t xml:space="preserve">                                     round_StdDev_Transcript_length &lt;= 1968.24755859375),</w:t>
      </w:r>
    </w:p>
    <w:p w14:paraId="25D3C961" w14:textId="77777777" w:rsidR="002007C2" w:rsidRDefault="002007C2" w:rsidP="002007C2">
      <w:r>
        <w:t xml:space="preserve">           0.021419335487036086224 * (round_Closeness &gt; 0.2549999952316284 and </w:t>
      </w:r>
    </w:p>
    <w:p w14:paraId="48E14370" w14:textId="77777777" w:rsidR="002007C2" w:rsidRDefault="002007C2" w:rsidP="002007C2">
      <w:r>
        <w:t xml:space="preserve">                                     round_missense_Z &lt;= 3.334120750427246 and </w:t>
      </w:r>
    </w:p>
    <w:p w14:paraId="04E4F82F" w14:textId="77777777" w:rsidR="002007C2" w:rsidRDefault="002007C2" w:rsidP="002007C2">
      <w:r>
        <w:t xml:space="preserve">                                     round_s_het &gt; 0.014458265155553818),</w:t>
      </w:r>
    </w:p>
    <w:p w14:paraId="5F11C40B" w14:textId="77777777" w:rsidR="002007C2" w:rsidRDefault="002007C2" w:rsidP="002007C2">
      <w:r>
        <w:t xml:space="preserve">           0.053846292322283426102 * (round_Phi &gt; 3.313508932478726e-05 and </w:t>
      </w:r>
    </w:p>
    <w:p w14:paraId="479AB0D6" w14:textId="77777777" w:rsidR="002007C2" w:rsidRDefault="002007C2" w:rsidP="002007C2">
      <w:r>
        <w:t xml:space="preserve">                                     3.2976694107055664 &lt; round_missense_Z &lt;= 4.052361965179443),</w:t>
      </w:r>
    </w:p>
    <w:p w14:paraId="147EEF97" w14:textId="77777777" w:rsidR="002007C2" w:rsidRDefault="002007C2" w:rsidP="002007C2">
      <w:r>
        <w:t xml:space="preserve">          -0.094256185734778688556 * (not Group == u'CM' and </w:t>
      </w:r>
    </w:p>
    <w:p w14:paraId="64BA3245" w14:textId="77777777" w:rsidR="002007C2" w:rsidRDefault="002007C2" w:rsidP="002007C2">
      <w:r>
        <w:t xml:space="preserve">                                     not Group == u'MNC' and </w:t>
      </w:r>
    </w:p>
    <w:p w14:paraId="562766AB" w14:textId="77777777" w:rsidR="002007C2" w:rsidRDefault="002007C2" w:rsidP="002007C2">
      <w:r>
        <w:t xml:space="preserve">                                     round_Degree &lt;= 60.5 and </w:t>
      </w:r>
    </w:p>
    <w:p w14:paraId="409A93A6" w14:textId="77777777" w:rsidR="002007C2" w:rsidRDefault="002007C2" w:rsidP="002007C2">
      <w:r>
        <w:t xml:space="preserve">                                     round_missense_Z &lt;= 4.031624794006348),</w:t>
      </w:r>
    </w:p>
    <w:p w14:paraId="051F25DE" w14:textId="77777777" w:rsidR="002007C2" w:rsidRDefault="002007C2" w:rsidP="002007C2">
      <w:r>
        <w:t xml:space="preserve">           0.044101606757228337119 * (round_Degree &lt;= 35.5 and </w:t>
      </w:r>
    </w:p>
    <w:p w14:paraId="16FC71F8" w14:textId="77777777" w:rsidR="002007C2" w:rsidRDefault="002007C2" w:rsidP="002007C2">
      <w:r>
        <w:t xml:space="preserve">                                     round_dN_dS_Chimp &lt;= 0.5950000286102295 and </w:t>
      </w:r>
    </w:p>
    <w:p w14:paraId="6DACF309" w14:textId="77777777" w:rsidR="002007C2" w:rsidRDefault="002007C2" w:rsidP="002007C2">
      <w:r>
        <w:t xml:space="preserve">                                     round_Blomen_KBM7 &lt;= -0.12487166374921799 and </w:t>
      </w:r>
    </w:p>
    <w:p w14:paraId="1EF48619" w14:textId="77777777" w:rsidR="002007C2" w:rsidRDefault="002007C2" w:rsidP="002007C2">
      <w:r>
        <w:t xml:space="preserve">                                     round_missense_Z &lt;= 4.052361965179443),</w:t>
      </w:r>
    </w:p>
    <w:p w14:paraId="25C9413A" w14:textId="77777777" w:rsidR="002007C2" w:rsidRDefault="002007C2" w:rsidP="002007C2">
      <w:r>
        <w:t xml:space="preserve">           0.034744638865665013194 * (not Group == u'NDNE' and </w:t>
      </w:r>
    </w:p>
    <w:p w14:paraId="34D8273C" w14:textId="77777777" w:rsidR="002007C2" w:rsidRDefault="002007C2" w:rsidP="002007C2">
      <w:r>
        <w:lastRenderedPageBreak/>
        <w:t xml:space="preserve">                                     round_Degree &lt;= 3.5 and </w:t>
      </w:r>
    </w:p>
    <w:p w14:paraId="6366087A" w14:textId="77777777" w:rsidR="002007C2" w:rsidRDefault="002007C2" w:rsidP="002007C2">
      <w:r>
        <w:t xml:space="preserve">                                     round_StdDev_Transcript_length &gt; 1049.45654296875),</w:t>
      </w:r>
    </w:p>
    <w:p w14:paraId="5C602ECC" w14:textId="77777777" w:rsidR="002007C2" w:rsidRDefault="002007C2" w:rsidP="002007C2">
      <w:r>
        <w:t xml:space="preserve">         -0.0015117432304791230541 * (round_End &gt; 127552112.0 and </w:t>
      </w:r>
    </w:p>
    <w:p w14:paraId="70F03953" w14:textId="77777777" w:rsidR="002007C2" w:rsidRDefault="002007C2" w:rsidP="002007C2">
      <w:r>
        <w:t xml:space="preserve">                                     round_dN_dS_Chimp &lt;= 0.5950000286102295 and </w:t>
      </w:r>
    </w:p>
    <w:p w14:paraId="4AD41099" w14:textId="77777777" w:rsidR="002007C2" w:rsidRDefault="002007C2" w:rsidP="002007C2">
      <w:r>
        <w:t xml:space="preserve">                                     round_Tajima__s_D_regulatory &lt;= 0.4165000021457672 and </w:t>
      </w:r>
    </w:p>
    <w:p w14:paraId="448DA9B4" w14:textId="77777777" w:rsidR="002007C2" w:rsidRDefault="002007C2" w:rsidP="002007C2">
      <w:r>
        <w:t xml:space="preserve">                                     round_missense_Z &lt;= 4.052361965179443),</w:t>
      </w:r>
    </w:p>
    <w:p w14:paraId="09B43C5B" w14:textId="77777777" w:rsidR="002007C2" w:rsidRDefault="002007C2" w:rsidP="002007C2">
      <w:r>
        <w:t xml:space="preserve">         -0.0043696277889927453292 * (not Group == u'NDNE' and </w:t>
      </w:r>
    </w:p>
    <w:p w14:paraId="627C19FE" w14:textId="77777777" w:rsidR="002007C2" w:rsidRDefault="002007C2" w:rsidP="002007C2">
      <w:r>
        <w:t xml:space="preserve">                                     0.2549999952316284 &lt; round_Closeness &lt;= 0.3149999976158142 and </w:t>
      </w:r>
    </w:p>
    <w:p w14:paraId="4DFE022F" w14:textId="77777777" w:rsidR="002007C2" w:rsidRDefault="002007C2" w:rsidP="002007C2">
      <w:r>
        <w:t xml:space="preserve">                                     round_Phi &lt;= 0.8754478693008423),</w:t>
      </w:r>
    </w:p>
    <w:p w14:paraId="24A6A7E8" w14:textId="77777777" w:rsidR="002007C2" w:rsidRDefault="002007C2" w:rsidP="002007C2">
      <w:r>
        <w:t xml:space="preserve">           0.035691787319774168075 * (not Group == u'NDNE' and </w:t>
      </w:r>
    </w:p>
    <w:p w14:paraId="2884392A" w14:textId="77777777" w:rsidR="002007C2" w:rsidRDefault="002007C2" w:rsidP="002007C2">
      <w:r>
        <w:t xml:space="preserve">                                     round_Closeness &lt;= 0.3149999976158142 and </w:t>
      </w:r>
    </w:p>
    <w:p w14:paraId="7391B77A" w14:textId="77777777" w:rsidR="002007C2" w:rsidRDefault="002007C2" w:rsidP="002007C2">
      <w:r>
        <w:t xml:space="preserve">                                     round_Phi &gt; 0.8768634796142578),</w:t>
      </w:r>
    </w:p>
    <w:p w14:paraId="3838BE81" w14:textId="77777777" w:rsidR="002007C2" w:rsidRDefault="002007C2" w:rsidP="002007C2">
      <w:r>
        <w:t xml:space="preserve">         -0.0038248717892900479035 * (not Group == u'NDNE' and </w:t>
      </w:r>
    </w:p>
    <w:p w14:paraId="73F12603" w14:textId="77777777" w:rsidR="002007C2" w:rsidRDefault="002007C2" w:rsidP="002007C2">
      <w:r>
        <w:t xml:space="preserve">                                     round_Degree &gt; 3.5 and </w:t>
      </w:r>
    </w:p>
    <w:p w14:paraId="054C486A" w14:textId="77777777" w:rsidR="002007C2" w:rsidRDefault="002007C2" w:rsidP="002007C2">
      <w:r>
        <w:t xml:space="preserve">                                     round_Phi &gt; 0.8768634796142578 and </w:t>
      </w:r>
    </w:p>
    <w:p w14:paraId="5A82BFC8" w14:textId="77777777" w:rsidR="002007C2" w:rsidRDefault="002007C2" w:rsidP="002007C2">
      <w:r>
        <w:t xml:space="preserve">                                     round_LofTool &lt;= 0.9829000234603882),</w:t>
      </w:r>
    </w:p>
    <w:p w14:paraId="65043B1D" w14:textId="77777777" w:rsidR="002007C2" w:rsidRDefault="002007C2" w:rsidP="002007C2">
      <w:r>
        <w:t xml:space="preserve">        -3.0717810457948354157E-07 * (round_Average_Transcript_length),</w:t>
      </w:r>
    </w:p>
    <w:p w14:paraId="6E5CB11B" w14:textId="77777777" w:rsidR="002007C2" w:rsidRDefault="002007C2" w:rsidP="002007C2">
      <w:r>
        <w:t xml:space="preserve">            0.11374755291070159924 * (round_Tajima__s_D_regulatory &lt;= 0.4235000014305115 and </w:t>
      </w:r>
    </w:p>
    <w:p w14:paraId="75035663" w14:textId="77777777" w:rsidR="002007C2" w:rsidRDefault="002007C2" w:rsidP="002007C2">
      <w:r>
        <w:t xml:space="preserve">                                     round_Blomen_KBM7 &lt;= -0.2521226406097412 and </w:t>
      </w:r>
    </w:p>
    <w:p w14:paraId="1C15FE4A" w14:textId="77777777" w:rsidR="002007C2" w:rsidRDefault="002007C2" w:rsidP="002007C2">
      <w:r>
        <w:t xml:space="preserve">                                     round_s_het &lt;= 0.015603477135300636),</w:t>
      </w:r>
    </w:p>
    <w:p w14:paraId="12C92D22" w14:textId="77777777" w:rsidR="002007C2" w:rsidRDefault="002007C2" w:rsidP="002007C2">
      <w:r>
        <w:t xml:space="preserve">         -0.0047514279836939361107 * (round_dN_dS_Chimp_mi &lt;= 0.5 and </w:t>
      </w:r>
    </w:p>
    <w:p w14:paraId="4AD5396F" w14:textId="77777777" w:rsidR="002007C2" w:rsidRDefault="002007C2" w:rsidP="002007C2">
      <w:r>
        <w:t xml:space="preserve">                                     round_Blomen_KBM7 &gt; -0.5181520581245422 and </w:t>
      </w:r>
    </w:p>
    <w:p w14:paraId="7109271F" w14:textId="77777777" w:rsidR="002007C2" w:rsidRDefault="002007C2" w:rsidP="002007C2">
      <w:r>
        <w:t xml:space="preserve">                                     round_Transcript_count &lt;= 26.5 and </w:t>
      </w:r>
    </w:p>
    <w:p w14:paraId="072EBB43" w14:textId="77777777" w:rsidR="002007C2" w:rsidRDefault="002007C2" w:rsidP="002007C2">
      <w:r>
        <w:t xml:space="preserve">                                     round_StdDev_Transcript_length &gt; 169.24288940429688),</w:t>
      </w:r>
    </w:p>
    <w:p w14:paraId="26D2BB81" w14:textId="77777777" w:rsidR="002007C2" w:rsidRDefault="002007C2" w:rsidP="002007C2">
      <w:r>
        <w:t xml:space="preserve">          -0.012826511723195505726 * (not Group == u'NDNE' and </w:t>
      </w:r>
    </w:p>
    <w:p w14:paraId="7D70063F" w14:textId="77777777" w:rsidR="002007C2" w:rsidRDefault="002007C2" w:rsidP="002007C2">
      <w:r>
        <w:t xml:space="preserve">                                     round_Degree &lt;= 12.5 and </w:t>
      </w:r>
    </w:p>
    <w:p w14:paraId="4DAC9C8A" w14:textId="77777777" w:rsidR="002007C2" w:rsidRDefault="002007C2" w:rsidP="002007C2">
      <w:r>
        <w:t xml:space="preserve">                                     round_StdDev_Transcript_length &lt;= 1418.164794921875),</w:t>
      </w:r>
    </w:p>
    <w:p w14:paraId="71FE4B7F" w14:textId="77777777" w:rsidR="002007C2" w:rsidRDefault="002007C2" w:rsidP="002007C2">
      <w:r>
        <w:t xml:space="preserve">           0.016581885867794556033 * (round_Tajima__s_D_regulatory &lt;= 1.4184999465942383 and </w:t>
      </w:r>
    </w:p>
    <w:p w14:paraId="43A34085" w14:textId="77777777" w:rsidR="002007C2" w:rsidRDefault="002007C2" w:rsidP="002007C2">
      <w:r>
        <w:t xml:space="preserve">                                     round_Phi &gt; 7.604442998854211e-06 and </w:t>
      </w:r>
    </w:p>
    <w:p w14:paraId="68EF120B" w14:textId="77777777" w:rsidR="002007C2" w:rsidRDefault="002007C2" w:rsidP="002007C2">
      <w:r>
        <w:t xml:space="preserve">                                     round_Gene_Length_bp &lt;= 9942.0),</w:t>
      </w:r>
    </w:p>
    <w:p w14:paraId="36942722" w14:textId="77777777" w:rsidR="002007C2" w:rsidRDefault="002007C2" w:rsidP="002007C2">
      <w:r>
        <w:t xml:space="preserve">          -0.021957726079143407433 * (not Group == u'NDNE' and </w:t>
      </w:r>
    </w:p>
    <w:p w14:paraId="6CAE15D8" w14:textId="77777777" w:rsidR="002007C2" w:rsidRDefault="002007C2" w:rsidP="002007C2">
      <w:r>
        <w:t xml:space="preserve">                                     round_Closeness &lt;= 0.2549999952316284 and </w:t>
      </w:r>
    </w:p>
    <w:p w14:paraId="6D88FF25" w14:textId="77777777" w:rsidR="002007C2" w:rsidRDefault="002007C2" w:rsidP="002007C2">
      <w:r>
        <w:t xml:space="preserve">                                     round_Phi &gt; 0.4316735863685608),</w:t>
      </w:r>
    </w:p>
    <w:p w14:paraId="3BB11C10" w14:textId="77777777" w:rsidR="002007C2" w:rsidRDefault="002007C2" w:rsidP="002007C2">
      <w:r>
        <w:t xml:space="preserve">          -0.023063757621387480368 * (Group == u'CNM'),</w:t>
      </w:r>
    </w:p>
    <w:p w14:paraId="148E61C4" w14:textId="77777777" w:rsidR="002007C2" w:rsidRDefault="002007C2" w:rsidP="002007C2">
      <w:r>
        <w:t xml:space="preserve">          0.0066162516266622334662 * (round_Degree &lt;= 10.5 and </w:t>
      </w:r>
    </w:p>
    <w:p w14:paraId="35494869" w14:textId="77777777" w:rsidR="002007C2" w:rsidRDefault="002007C2" w:rsidP="002007C2">
      <w:r>
        <w:t xml:space="preserve">                                     round_Degree_mi &lt;= 0.5 and </w:t>
      </w:r>
    </w:p>
    <w:p w14:paraId="576BC46D" w14:textId="77777777" w:rsidR="002007C2" w:rsidRDefault="002007C2" w:rsidP="002007C2">
      <w:r>
        <w:t xml:space="preserve">                                     round_Phi &gt; 0.13315337896347046 and </w:t>
      </w:r>
    </w:p>
    <w:p w14:paraId="5C5B7318" w14:textId="77777777" w:rsidR="002007C2" w:rsidRDefault="002007C2" w:rsidP="002007C2">
      <w:r>
        <w:t xml:space="preserve">                                     round_LofTool &lt;= 0.9311000108718872),</w:t>
      </w:r>
    </w:p>
    <w:p w14:paraId="3B5B5655" w14:textId="77777777" w:rsidR="002007C2" w:rsidRDefault="002007C2" w:rsidP="002007C2">
      <w:r>
        <w:t xml:space="preserve">          -0.011550473054156200695 * (round_dN_dS_Chimp &gt; 0.5950000286102295 and </w:t>
      </w:r>
    </w:p>
    <w:p w14:paraId="3A0BC2F6" w14:textId="77777777" w:rsidR="002007C2" w:rsidRDefault="002007C2" w:rsidP="002007C2">
      <w:r>
        <w:t xml:space="preserve">                                     round_missense_Z_mi &lt;= 0.5 and </w:t>
      </w:r>
    </w:p>
    <w:p w14:paraId="7043272A" w14:textId="77777777" w:rsidR="002007C2" w:rsidRDefault="002007C2" w:rsidP="002007C2">
      <w:r>
        <w:t xml:space="preserve">                                     round_LofTool &gt; 0.04450000077486038),</w:t>
      </w:r>
    </w:p>
    <w:p w14:paraId="5B426141" w14:textId="77777777" w:rsidR="002007C2" w:rsidRDefault="002007C2" w:rsidP="002007C2">
      <w:r>
        <w:t xml:space="preserve">           0.020911928595311275736 * (round_Closeness &lt;= 0.7100000381469727 and </w:t>
      </w:r>
    </w:p>
    <w:p w14:paraId="1C99E324" w14:textId="77777777" w:rsidR="002007C2" w:rsidRDefault="002007C2" w:rsidP="002007C2">
      <w:r>
        <w:t xml:space="preserve">                                     round_dN_dS_Chimp &lt;= 0.5950000286102295 and </w:t>
      </w:r>
    </w:p>
    <w:p w14:paraId="56AB9E77" w14:textId="77777777" w:rsidR="002007C2" w:rsidRDefault="002007C2" w:rsidP="002007C2">
      <w:r>
        <w:t xml:space="preserve">                                     round_missense_Z &lt;= 4.031624794006348 and </w:t>
      </w:r>
    </w:p>
    <w:p w14:paraId="10EB1286" w14:textId="77777777" w:rsidR="002007C2" w:rsidRDefault="002007C2" w:rsidP="002007C2">
      <w:r>
        <w:t xml:space="preserve">                                     round_Gene_Length_bp &lt;= 52859.0),</w:t>
      </w:r>
    </w:p>
    <w:p w14:paraId="2532699C" w14:textId="77777777" w:rsidR="002007C2" w:rsidRDefault="002007C2" w:rsidP="002007C2">
      <w:r>
        <w:lastRenderedPageBreak/>
        <w:t xml:space="preserve">          0.0081602582422299618781 * (round_Degree_mi &gt; 0.5 and </w:t>
      </w:r>
    </w:p>
    <w:p w14:paraId="1A0A51BA" w14:textId="77777777" w:rsidR="002007C2" w:rsidRDefault="002007C2" w:rsidP="002007C2">
      <w:r>
        <w:t xml:space="preserve">                                     round_Average_Transcript_length &gt; 2550.24072265625),</w:t>
      </w:r>
    </w:p>
    <w:p w14:paraId="18EE0E0F" w14:textId="77777777" w:rsidR="002007C2" w:rsidRDefault="002007C2" w:rsidP="002007C2">
      <w:r>
        <w:t xml:space="preserve">         0.00011519157793123054349 * (round_Blomen_KBM7 &lt;= -0.2516775131225586 and </w:t>
      </w:r>
    </w:p>
    <w:p w14:paraId="7F9E25D8" w14:textId="77777777" w:rsidR="002007C2" w:rsidRDefault="002007C2" w:rsidP="002007C2">
      <w:r>
        <w:t xml:space="preserve">                                     round_missense_Z &lt;= 3.308867931365967 and </w:t>
      </w:r>
    </w:p>
    <w:p w14:paraId="711ECBD9" w14:textId="77777777" w:rsidR="002007C2" w:rsidRDefault="002007C2" w:rsidP="002007C2">
      <w:r>
        <w:t xml:space="preserve">                                     round_s_het &gt; 0.015855055302381516),</w:t>
      </w:r>
    </w:p>
    <w:p w14:paraId="457F31C0" w14:textId="77777777" w:rsidR="002007C2" w:rsidRDefault="002007C2" w:rsidP="002007C2">
      <w:r>
        <w:t xml:space="preserve">          -0.017088815875378346454 * (round_s_het &lt;= 0.01700003445148468 and </w:t>
      </w:r>
    </w:p>
    <w:p w14:paraId="3BA47E93" w14:textId="77777777" w:rsidR="002007C2" w:rsidRDefault="002007C2" w:rsidP="002007C2">
      <w:r>
        <w:t xml:space="preserve">                                     round_Exon_Count &lt;= 86.5),</w:t>
      </w:r>
    </w:p>
    <w:p w14:paraId="30988F7E" w14:textId="77777777" w:rsidR="002007C2" w:rsidRDefault="002007C2" w:rsidP="002007C2">
      <w:r>
        <w:t xml:space="preserve">         -0.0052479725965815775951 * (round_dN_dS_Chimp &gt; 0.5849999785423279 and </w:t>
      </w:r>
    </w:p>
    <w:p w14:paraId="67C59031" w14:textId="77777777" w:rsidR="002007C2" w:rsidRDefault="002007C2" w:rsidP="002007C2">
      <w:r>
        <w:t xml:space="preserve">                                     round_Tajima__s_D_regulatory &gt; 0.4165000021457672),</w:t>
      </w:r>
    </w:p>
    <w:p w14:paraId="21398337" w14:textId="77777777" w:rsidR="002007C2" w:rsidRDefault="002007C2" w:rsidP="002007C2">
      <w:r>
        <w:t xml:space="preserve">         -0.0062430452918762879139 * (round_Closeness &lt;= 0.32499998807907104 and </w:t>
      </w:r>
    </w:p>
    <w:p w14:paraId="366B9F89" w14:textId="77777777" w:rsidR="002007C2" w:rsidRDefault="002007C2" w:rsidP="002007C2">
      <w:r>
        <w:t xml:space="preserve">                                     round_missense_Z &gt; 2.571293354034424 and </w:t>
      </w:r>
    </w:p>
    <w:p w14:paraId="59D41A58" w14:textId="77777777" w:rsidR="002007C2" w:rsidRDefault="002007C2" w:rsidP="002007C2">
      <w:r>
        <w:t xml:space="preserve">                                     round_Transcript_count &lt;= 10.5),</w:t>
      </w:r>
    </w:p>
    <w:p w14:paraId="39037810" w14:textId="77777777" w:rsidR="002007C2" w:rsidRDefault="002007C2" w:rsidP="002007C2">
      <w:r>
        <w:t xml:space="preserve">          -0.011579335820359673917 * (round_End &lt;= 100419720.0 and </w:t>
      </w:r>
    </w:p>
    <w:p w14:paraId="5521CC56" w14:textId="77777777" w:rsidR="002007C2" w:rsidRDefault="002007C2" w:rsidP="002007C2">
      <w:r>
        <w:t xml:space="preserve">                                     round_Tajima__s_D_regulatory &gt; -1.2885000705718994 and </w:t>
      </w:r>
    </w:p>
    <w:p w14:paraId="0CA8E6DF" w14:textId="77777777" w:rsidR="002007C2" w:rsidRDefault="002007C2" w:rsidP="002007C2">
      <w:r>
        <w:t xml:space="preserve">                                     round_missense_Z_mi &lt;= 0.5 and </w:t>
      </w:r>
    </w:p>
    <w:p w14:paraId="46ADB481" w14:textId="77777777" w:rsidR="002007C2" w:rsidRDefault="002007C2" w:rsidP="002007C2">
      <w:r>
        <w:t xml:space="preserve">                                     round_StdDev_Transcript_length &lt;= 2093.128662109375),</w:t>
      </w:r>
    </w:p>
    <w:p w14:paraId="10F29B3F" w14:textId="77777777" w:rsidR="002007C2" w:rsidRDefault="002007C2" w:rsidP="002007C2">
      <w:r>
        <w:t xml:space="preserve">          -0.021952172218480371646 * (round_missense_Z &gt; 4.052361965179443 and </w:t>
      </w:r>
    </w:p>
    <w:p w14:paraId="463A8652" w14:textId="77777777" w:rsidR="002007C2" w:rsidRDefault="002007C2" w:rsidP="002007C2">
      <w:r>
        <w:t xml:space="preserve">                                     round_Exon_Count &lt;= 77.5),</w:t>
      </w:r>
    </w:p>
    <w:p w14:paraId="4E3FC7BD" w14:textId="77777777" w:rsidR="002007C2" w:rsidRDefault="002007C2" w:rsidP="002007C2">
      <w:r>
        <w:t xml:space="preserve">         2.1100283553908253599E-08 * (round_Gene_Length_bp),</w:t>
      </w:r>
    </w:p>
    <w:p w14:paraId="7FDE703A" w14:textId="77777777" w:rsidR="002007C2" w:rsidRDefault="002007C2" w:rsidP="002007C2">
      <w:r>
        <w:t xml:space="preserve">           0.030085702774348684757 * (round_Closeness &gt; 0.3149999976158142 and </w:t>
      </w:r>
    </w:p>
    <w:p w14:paraId="138467B8" w14:textId="77777777" w:rsidR="002007C2" w:rsidRDefault="002007C2" w:rsidP="002007C2">
      <w:r>
        <w:t xml:space="preserve">                                     round_Phi &gt; 0.0015477617271244526 and </w:t>
      </w:r>
    </w:p>
    <w:p w14:paraId="598BC10E" w14:textId="77777777" w:rsidR="002007C2" w:rsidRDefault="002007C2" w:rsidP="002007C2">
      <w:r>
        <w:t xml:space="preserve">                                     round_StdDev_Transcript_length &lt;= 626.7237548828125),</w:t>
      </w:r>
    </w:p>
    <w:p w14:paraId="617A0D4D" w14:textId="77777777" w:rsidR="002007C2" w:rsidRDefault="002007C2" w:rsidP="002007C2">
      <w:r>
        <w:t xml:space="preserve">         -0.0047648667314961314426 * (round_Phi &lt;= 0.00015248148702085018),</w:t>
      </w:r>
    </w:p>
    <w:p w14:paraId="225D2D4C" w14:textId="77777777" w:rsidR="002007C2" w:rsidRDefault="002007C2" w:rsidP="002007C2">
      <w:r>
        <w:t xml:space="preserve">          0.0082603409156458418305 * (not Group == u'CM' and </w:t>
      </w:r>
    </w:p>
    <w:p w14:paraId="6B9F8CC8" w14:textId="77777777" w:rsidR="002007C2" w:rsidRDefault="002007C2" w:rsidP="002007C2">
      <w:r>
        <w:t xml:space="preserve">                                     round_dN_dS_Chimp &lt;= 0.5950000286102295 and </w:t>
      </w:r>
    </w:p>
    <w:p w14:paraId="62E8BC21" w14:textId="77777777" w:rsidR="002007C2" w:rsidRDefault="002007C2" w:rsidP="002007C2">
      <w:r>
        <w:t xml:space="preserve">                                     round_Blomen_KBM7_mi &lt;= 0.5 and </w:t>
      </w:r>
    </w:p>
    <w:p w14:paraId="15863859" w14:textId="77777777" w:rsidR="002007C2" w:rsidRDefault="002007C2" w:rsidP="002007C2">
      <w:r>
        <w:t xml:space="preserve">                                     round_missense_Z &lt;= 4.031624794006348),</w:t>
      </w:r>
    </w:p>
    <w:p w14:paraId="592C798F" w14:textId="77777777" w:rsidR="002007C2" w:rsidRDefault="002007C2" w:rsidP="002007C2">
      <w:r>
        <w:t xml:space="preserve">          -0.073398950654784411718 * (round_End &lt;= 100419720.0 and </w:t>
      </w:r>
    </w:p>
    <w:p w14:paraId="1A404AE1" w14:textId="77777777" w:rsidR="002007C2" w:rsidRDefault="002007C2" w:rsidP="002007C2">
      <w:r>
        <w:t xml:space="preserve">                                     0.3050000071525574 &lt; round_Closeness &lt;= 0.3149999976158142 and </w:t>
      </w:r>
    </w:p>
    <w:p w14:paraId="2F854ABE" w14:textId="77777777" w:rsidR="002007C2" w:rsidRDefault="002007C2" w:rsidP="002007C2">
      <w:r>
        <w:t xml:space="preserve">                                     round_dN_dS_Chimp &lt;= 0.5950000286102295),</w:t>
      </w:r>
    </w:p>
    <w:p w14:paraId="27912CEC" w14:textId="77777777" w:rsidR="002007C2" w:rsidRDefault="002007C2" w:rsidP="002007C2">
      <w:r>
        <w:t xml:space="preserve">           0.021089497152677241093 * (round_Closeness &gt; 0.3149999976158142 and </w:t>
      </w:r>
    </w:p>
    <w:p w14:paraId="077521AB" w14:textId="77777777" w:rsidR="002007C2" w:rsidRDefault="002007C2" w:rsidP="002007C2">
      <w:r>
        <w:t xml:space="preserve">                                     round_Tajima__s_D_regulatory &lt;= 0.5485000014305115 and </w:t>
      </w:r>
    </w:p>
    <w:p w14:paraId="33995EFC" w14:textId="77777777" w:rsidR="002007C2" w:rsidRDefault="002007C2" w:rsidP="002007C2">
      <w:r>
        <w:t xml:space="preserve">                                     round_Blomen_KBM7 &lt;= -0.25219112634658813 and </w:t>
      </w:r>
    </w:p>
    <w:p w14:paraId="1DDDB66D" w14:textId="77777777" w:rsidR="002007C2" w:rsidRDefault="002007C2" w:rsidP="002007C2">
      <w:r>
        <w:t xml:space="preserve">                                     round_LofTool &lt;= 0.6634999513626099),</w:t>
      </w:r>
    </w:p>
    <w:p w14:paraId="5DAC3502" w14:textId="77777777" w:rsidR="002007C2" w:rsidRDefault="002007C2" w:rsidP="002007C2">
      <w:r>
        <w:t xml:space="preserve">           0.076308296509059625468 * (round_Closeness &lt;= 0.32499998807907104 and </w:t>
      </w:r>
    </w:p>
    <w:p w14:paraId="327A7D85" w14:textId="77777777" w:rsidR="002007C2" w:rsidRDefault="002007C2" w:rsidP="002007C2">
      <w:r>
        <w:t xml:space="preserve">                                     round_Tajima__s_D_regulatory &lt;= -1.2874999046325684 and </w:t>
      </w:r>
    </w:p>
    <w:p w14:paraId="202E3175" w14:textId="77777777" w:rsidR="002007C2" w:rsidRDefault="002007C2" w:rsidP="002007C2">
      <w:r>
        <w:t xml:space="preserve">                                     round_Blomen_KBM7 &lt;= -0.41121259331703186),</w:t>
      </w:r>
    </w:p>
    <w:p w14:paraId="272C1CB0" w14:textId="77777777" w:rsidR="002007C2" w:rsidRDefault="002007C2" w:rsidP="002007C2">
      <w:r>
        <w:t xml:space="preserve">           0.030893043174464097922 * (not Group == u'CM' and </w:t>
      </w:r>
    </w:p>
    <w:p w14:paraId="625554D7" w14:textId="77777777" w:rsidR="002007C2" w:rsidRDefault="002007C2" w:rsidP="002007C2">
      <w:r>
        <w:t xml:space="preserve">                                     Group == u'MNC' and </w:t>
      </w:r>
    </w:p>
    <w:p w14:paraId="7EA4B230" w14:textId="77777777" w:rsidR="002007C2" w:rsidRDefault="002007C2" w:rsidP="002007C2">
      <w:r>
        <w:t xml:space="preserve">                                     round_s_het &gt; 0.028055116534233093),</w:t>
      </w:r>
    </w:p>
    <w:p w14:paraId="0F54E5D5" w14:textId="77777777" w:rsidR="002007C2" w:rsidRDefault="002007C2" w:rsidP="002007C2">
      <w:r>
        <w:t xml:space="preserve">          -0.035827548812507541143 * (round_Degree &gt; 3.5 and </w:t>
      </w:r>
    </w:p>
    <w:p w14:paraId="4701E2BD" w14:textId="77777777" w:rsidR="002007C2" w:rsidRDefault="002007C2" w:rsidP="002007C2">
      <w:r>
        <w:t xml:space="preserve">                                     round_Phi &lt;= 0.12447576969861984 and </w:t>
      </w:r>
    </w:p>
    <w:p w14:paraId="2E6435A4" w14:textId="77777777" w:rsidR="002007C2" w:rsidRDefault="002007C2" w:rsidP="002007C2">
      <w:r>
        <w:t xml:space="preserve">                                     round_Transcript_count &lt;= 19.5 and </w:t>
      </w:r>
    </w:p>
    <w:p w14:paraId="556AAB45" w14:textId="77777777" w:rsidR="002007C2" w:rsidRDefault="002007C2" w:rsidP="002007C2">
      <w:r>
        <w:t xml:space="preserve">                                     round_StdDev_Transcript_length &gt; 1098.5848388671875),</w:t>
      </w:r>
    </w:p>
    <w:p w14:paraId="783955F9" w14:textId="77777777" w:rsidR="002007C2" w:rsidRDefault="002007C2" w:rsidP="002007C2">
      <w:r>
        <w:t xml:space="preserve">          -0.005052833399117633538 * (Group == u'NDNE' and </w:t>
      </w:r>
    </w:p>
    <w:p w14:paraId="4AA41E7A" w14:textId="77777777" w:rsidR="002007C2" w:rsidRDefault="002007C2" w:rsidP="002007C2">
      <w:r>
        <w:t xml:space="preserve">                                     round_Degree &gt; 3.5 and </w:t>
      </w:r>
    </w:p>
    <w:p w14:paraId="15321340" w14:textId="77777777" w:rsidR="002007C2" w:rsidRDefault="002007C2" w:rsidP="002007C2">
      <w:r>
        <w:t xml:space="preserve">                                     round_Phi &gt; 0.7055177092552185),</w:t>
      </w:r>
    </w:p>
    <w:p w14:paraId="3D194B6D" w14:textId="77777777" w:rsidR="002007C2" w:rsidRDefault="002007C2" w:rsidP="002007C2">
      <w:r>
        <w:lastRenderedPageBreak/>
        <w:t xml:space="preserve">           0.017529633814622507665 * (round_Degree &gt; 5.5 and </w:t>
      </w:r>
    </w:p>
    <w:p w14:paraId="0E6F71E3" w14:textId="77777777" w:rsidR="002007C2" w:rsidRDefault="002007C2" w:rsidP="002007C2">
      <w:r>
        <w:t xml:space="preserve">                                     round_Closeness &gt; 0.3149999976158142 and </w:t>
      </w:r>
    </w:p>
    <w:p w14:paraId="6470CA69" w14:textId="77777777" w:rsidR="002007C2" w:rsidRDefault="002007C2" w:rsidP="002007C2">
      <w:r>
        <w:t xml:space="preserve">                                     round_StdDev_Transcript_length &gt; 649.8057861328125),</w:t>
      </w:r>
    </w:p>
    <w:p w14:paraId="5611F9C8" w14:textId="77777777" w:rsidR="002007C2" w:rsidRDefault="002007C2" w:rsidP="002007C2">
      <w:r>
        <w:t xml:space="preserve">          0.0043005984594983578603 * (round_Tajima__s_D_regulatory &gt; 0.4104999899864197 and </w:t>
      </w:r>
    </w:p>
    <w:p w14:paraId="0AA84D1E" w14:textId="77777777" w:rsidR="002007C2" w:rsidRDefault="002007C2" w:rsidP="002007C2">
      <w:r>
        <w:t xml:space="preserve">                                     round_Blomen_KBM7 &lt;= -0.5105985403060913 and </w:t>
      </w:r>
    </w:p>
    <w:p w14:paraId="75A33B1B" w14:textId="77777777" w:rsidR="002007C2" w:rsidRDefault="002007C2" w:rsidP="002007C2">
      <w:r>
        <w:t xml:space="preserve">                                     round_s_het &gt; 0.014667890034615993 and </w:t>
      </w:r>
    </w:p>
    <w:p w14:paraId="121F7864" w14:textId="77777777" w:rsidR="002007C2" w:rsidRDefault="002007C2" w:rsidP="002007C2">
      <w:r>
        <w:t xml:space="preserve">                                     round_Exon_Count &lt;= 88.5),</w:t>
      </w:r>
    </w:p>
    <w:p w14:paraId="5C5A5849" w14:textId="77777777" w:rsidR="002007C2" w:rsidRDefault="002007C2" w:rsidP="002007C2">
      <w:r>
        <w:t xml:space="preserve">         -0.0067945595152844873166 * (Group == u'NDNE' and </w:t>
      </w:r>
    </w:p>
    <w:p w14:paraId="10F9DF0F" w14:textId="77777777" w:rsidR="002007C2" w:rsidRDefault="002007C2" w:rsidP="002007C2">
      <w:r>
        <w:t xml:space="preserve">                                     round_Degree &lt;= 35.5 and </w:t>
      </w:r>
    </w:p>
    <w:p w14:paraId="5CEF038F" w14:textId="77777777" w:rsidR="002007C2" w:rsidRDefault="002007C2" w:rsidP="002007C2">
      <w:r>
        <w:t xml:space="preserve">                                     round_Gene_Length_bp &lt;= 65653.0 and </w:t>
      </w:r>
    </w:p>
    <w:p w14:paraId="58687F3B" w14:textId="77777777" w:rsidR="002007C2" w:rsidRDefault="002007C2" w:rsidP="002007C2">
      <w:r>
        <w:t xml:space="preserve">                                     round_StdDev_Transcript_length &gt; 590.2589111328125),</w:t>
      </w:r>
    </w:p>
    <w:p w14:paraId="3BE5E50F" w14:textId="77777777" w:rsidR="002007C2" w:rsidRDefault="002007C2" w:rsidP="002007C2">
      <w:r>
        <w:t xml:space="preserve">         -0.0039223340038751991835 * (round_Closeness &lt;= 0.3149999976158142 and </w:t>
      </w:r>
    </w:p>
    <w:p w14:paraId="7D913621" w14:textId="77777777" w:rsidR="002007C2" w:rsidRDefault="002007C2" w:rsidP="002007C2">
      <w:r>
        <w:t xml:space="preserve">                                     round_dN_dS_Chimp &lt;= 0.5950000286102295 and </w:t>
      </w:r>
    </w:p>
    <w:p w14:paraId="46D68D58" w14:textId="77777777" w:rsidR="002007C2" w:rsidRDefault="002007C2" w:rsidP="002007C2">
      <w:r>
        <w:t xml:space="preserve">                                     round_Blomen_KBM7 &lt;= -0.25219112634658813 and </w:t>
      </w:r>
    </w:p>
    <w:p w14:paraId="2FF93E77" w14:textId="77777777" w:rsidR="002007C2" w:rsidRDefault="002007C2" w:rsidP="002007C2">
      <w:r>
        <w:t xml:space="preserve">                                     round_missense_Z &lt;= 3.2974047660827637),</w:t>
      </w:r>
    </w:p>
    <w:p w14:paraId="07DE1860" w14:textId="77777777" w:rsidR="002007C2" w:rsidRDefault="002007C2" w:rsidP="002007C2">
      <w:r>
        <w:t xml:space="preserve">            0.04364110373848632124 * (-1.2874999046325684 &lt; round_Tajima__s_D_regulatory &lt;= 1.4165000915527344 and </w:t>
      </w:r>
    </w:p>
    <w:p w14:paraId="6E59D6BD" w14:textId="77777777" w:rsidR="002007C2" w:rsidRDefault="002007C2" w:rsidP="002007C2">
      <w:r>
        <w:t xml:space="preserve">                                     round_missense_Z &gt; 4.028769493103027 and </w:t>
      </w:r>
    </w:p>
    <w:p w14:paraId="079015E3" w14:textId="77777777" w:rsidR="002007C2" w:rsidRDefault="002007C2" w:rsidP="002007C2">
      <w:r>
        <w:t xml:space="preserve">                                     round_Transcript_count &gt; 20.5),</w:t>
      </w:r>
    </w:p>
    <w:p w14:paraId="3DA45771" w14:textId="77777777" w:rsidR="002007C2" w:rsidRDefault="002007C2" w:rsidP="002007C2">
      <w:r>
        <w:t xml:space="preserve">         -0.0043482169941988554202 * (Group == u'NDNE' and </w:t>
      </w:r>
    </w:p>
    <w:p w14:paraId="64BB69CF" w14:textId="77777777" w:rsidR="002007C2" w:rsidRDefault="002007C2" w:rsidP="002007C2">
      <w:r>
        <w:t xml:space="preserve">                                     round_Tajima__s_D_regulatory &lt;= 0.5570000410079956 and </w:t>
      </w:r>
    </w:p>
    <w:p w14:paraId="04D7094A" w14:textId="77777777" w:rsidR="002007C2" w:rsidRDefault="002007C2" w:rsidP="002007C2">
      <w:r>
        <w:t xml:space="preserve">                                     round_LofTool &gt; 0.8105000257492065),</w:t>
      </w:r>
    </w:p>
    <w:p w14:paraId="488BFC40" w14:textId="77777777" w:rsidR="002007C2" w:rsidRDefault="002007C2" w:rsidP="002007C2">
      <w:r>
        <w:t xml:space="preserve">          -0.067478416068065039113 * (not Group == u'MNC' and </w:t>
      </w:r>
    </w:p>
    <w:p w14:paraId="3D590F13" w14:textId="77777777" w:rsidR="002007C2" w:rsidRDefault="002007C2" w:rsidP="002007C2">
      <w:r>
        <w:t xml:space="preserve">                                     round_dN_dS_Chimp_mi &lt;= 0.5 and </w:t>
      </w:r>
    </w:p>
    <w:p w14:paraId="1CA40DFE" w14:textId="77777777" w:rsidR="002007C2" w:rsidRDefault="002007C2" w:rsidP="002007C2">
      <w:r>
        <w:t xml:space="preserve">                                     round_missense_Z &lt;= 3.2976694107055664 and </w:t>
      </w:r>
    </w:p>
    <w:p w14:paraId="5CB984B1" w14:textId="77777777" w:rsidR="002007C2" w:rsidRDefault="002007C2" w:rsidP="002007C2">
      <w:r>
        <w:t xml:space="preserve">                                     round_StdDev_Transcript_length &lt;= 987.5745849609375),</w:t>
      </w:r>
    </w:p>
    <w:p w14:paraId="542455B6" w14:textId="77777777" w:rsidR="002007C2" w:rsidRDefault="002007C2" w:rsidP="002007C2">
      <w:r>
        <w:t xml:space="preserve">            0.05856455668737312048 * (Group == u'MNC'),</w:t>
      </w:r>
    </w:p>
    <w:p w14:paraId="10F9180A" w14:textId="77777777" w:rsidR="002007C2" w:rsidRDefault="002007C2" w:rsidP="002007C2">
      <w:r>
        <w:t xml:space="preserve">          0.0087343085663817605913 * (round_Tajima__s_D_regulatory &gt; 0.4165000021457672 and </w:t>
      </w:r>
    </w:p>
    <w:p w14:paraId="3F1BE0D8" w14:textId="77777777" w:rsidR="002007C2" w:rsidRDefault="002007C2" w:rsidP="002007C2">
      <w:r>
        <w:t xml:space="preserve">                                     round_LofTool &gt; 0.6634999513626099),</w:t>
      </w:r>
    </w:p>
    <w:p w14:paraId="2B8D9490" w14:textId="77777777" w:rsidR="002007C2" w:rsidRDefault="002007C2" w:rsidP="002007C2">
      <w:r>
        <w:t xml:space="preserve">           0.028953842017158313432 * (not Group == u'NDNE' and </w:t>
      </w:r>
    </w:p>
    <w:p w14:paraId="718926D6" w14:textId="77777777" w:rsidR="002007C2" w:rsidRDefault="002007C2" w:rsidP="002007C2">
      <w:r>
        <w:t xml:space="preserve">                                     round_Closeness &gt; 0.2549999952316284 and </w:t>
      </w:r>
    </w:p>
    <w:p w14:paraId="35A3C75E" w14:textId="77777777" w:rsidR="002007C2" w:rsidRDefault="002007C2" w:rsidP="002007C2">
      <w:r>
        <w:t xml:space="preserve">                                     round_Phi &lt;= 0.8768634796142578 and </w:t>
      </w:r>
    </w:p>
    <w:p w14:paraId="67244314" w14:textId="77777777" w:rsidR="002007C2" w:rsidRDefault="002007C2" w:rsidP="002007C2">
      <w:r>
        <w:t xml:space="preserve">                                     round_LofTool &gt; 0.9872499704360962),</w:t>
      </w:r>
    </w:p>
    <w:p w14:paraId="752E3F9D" w14:textId="77777777" w:rsidR="002007C2" w:rsidRDefault="002007C2" w:rsidP="002007C2">
      <w:r>
        <w:t xml:space="preserve">          -0.011814802013852038556 * (round_Closeness &gt; 0.3149999976158142 and </w:t>
      </w:r>
    </w:p>
    <w:p w14:paraId="0A4B52B7" w14:textId="77777777" w:rsidR="002007C2" w:rsidRDefault="002007C2" w:rsidP="002007C2">
      <w:r>
        <w:t xml:space="preserve">                                     round_dN_dS_Chimp_mi &lt;= 0.5 and </w:t>
      </w:r>
    </w:p>
    <w:p w14:paraId="06B0E085" w14:textId="77777777" w:rsidR="002007C2" w:rsidRDefault="002007C2" w:rsidP="002007C2">
      <w:r>
        <w:t xml:space="preserve">                                     round_Average_Transcript_length &lt;= 2037.5650634765625),</w:t>
      </w:r>
    </w:p>
    <w:p w14:paraId="4AA1FDF8" w14:textId="77777777" w:rsidR="002007C2" w:rsidRDefault="002007C2" w:rsidP="002007C2">
      <w:r>
        <w:t xml:space="preserve">           0.024333688158167710719 * (round_Closeness &gt; 0.3149999976158142 and </w:t>
      </w:r>
    </w:p>
    <w:p w14:paraId="43990103" w14:textId="77777777" w:rsidR="002007C2" w:rsidRDefault="002007C2" w:rsidP="002007C2">
      <w:r>
        <w:t xml:space="preserve">                                     round_Phi &gt; 0.12447576969861984 and </w:t>
      </w:r>
    </w:p>
    <w:p w14:paraId="5FC8BBD6" w14:textId="77777777" w:rsidR="002007C2" w:rsidRDefault="002007C2" w:rsidP="002007C2">
      <w:r>
        <w:t xml:space="preserve">                                     round_missense_Z &lt;= 3.302974224090576),</w:t>
      </w:r>
    </w:p>
    <w:p w14:paraId="32DAE23A" w14:textId="77777777" w:rsidR="002007C2" w:rsidRDefault="002007C2" w:rsidP="002007C2">
      <w:r>
        <w:t xml:space="preserve">          -0.034348155117580804474 * (round_Degree_mi &lt;= 0.5 and </w:t>
      </w:r>
    </w:p>
    <w:p w14:paraId="12258A9D" w14:textId="77777777" w:rsidR="002007C2" w:rsidRDefault="002007C2" w:rsidP="002007C2">
      <w:r>
        <w:t xml:space="preserve">                                     round_Closeness &lt;= 0.2549999952316284 and </w:t>
      </w:r>
    </w:p>
    <w:p w14:paraId="45435DB6" w14:textId="77777777" w:rsidR="002007C2" w:rsidRDefault="002007C2" w:rsidP="002007C2">
      <w:r>
        <w:t xml:space="preserve">                                     round_Phi &lt;= 0.8162848949432373),</w:t>
      </w:r>
    </w:p>
    <w:p w14:paraId="446EDD31" w14:textId="77777777" w:rsidR="002007C2" w:rsidRDefault="002007C2" w:rsidP="002007C2">
      <w:r>
        <w:t xml:space="preserve">           0.012477065486332037866 * (round_Degree &lt;= 4.5 and </w:t>
      </w:r>
    </w:p>
    <w:p w14:paraId="6C2884FA" w14:textId="77777777" w:rsidR="002007C2" w:rsidRDefault="002007C2" w:rsidP="002007C2">
      <w:r>
        <w:t xml:space="preserve">                                     round_missense_Z &gt; 1.43977952003479),</w:t>
      </w:r>
    </w:p>
    <w:p w14:paraId="69826567" w14:textId="77777777" w:rsidR="002007C2" w:rsidRDefault="002007C2" w:rsidP="002007C2">
      <w:r>
        <w:t xml:space="preserve">         -0.0055992038299544763177 * (round_dN_dS_Chimp_mi &lt;= 0.5 and </w:t>
      </w:r>
    </w:p>
    <w:p w14:paraId="4A79008D" w14:textId="77777777" w:rsidR="002007C2" w:rsidRDefault="002007C2" w:rsidP="002007C2">
      <w:r>
        <w:lastRenderedPageBreak/>
        <w:t xml:space="preserve">                                     0.6634999513626099 &lt; round_LofTool &lt;= 0.9922449588775635 and </w:t>
      </w:r>
    </w:p>
    <w:p w14:paraId="1F16FCCA" w14:textId="77777777" w:rsidR="002007C2" w:rsidRDefault="002007C2" w:rsidP="002007C2">
      <w:r>
        <w:t xml:space="preserve">                                     round_Exon_Count &lt;= 162.5),</w:t>
      </w:r>
    </w:p>
    <w:p w14:paraId="4FEC8382" w14:textId="77777777" w:rsidR="002007C2" w:rsidRDefault="002007C2" w:rsidP="002007C2">
      <w:r>
        <w:t xml:space="preserve">           0.012688866869836799844 * (Group == u'END'),</w:t>
      </w:r>
    </w:p>
    <w:p w14:paraId="3F7DFFEC" w14:textId="77777777" w:rsidR="002007C2" w:rsidRDefault="002007C2" w:rsidP="002007C2">
      <w:r>
        <w:t xml:space="preserve">           0.051122519055613512007 * (round_Degree &gt; 70.0 and </w:t>
      </w:r>
    </w:p>
    <w:p w14:paraId="5FCFD793" w14:textId="77777777" w:rsidR="002007C2" w:rsidRDefault="002007C2" w:rsidP="002007C2">
      <w:r>
        <w:t xml:space="preserve">                                     round_Phi &gt; 0.12447576969861984 and </w:t>
      </w:r>
    </w:p>
    <w:p w14:paraId="438E103F" w14:textId="77777777" w:rsidR="002007C2" w:rsidRDefault="002007C2" w:rsidP="002007C2">
      <w:r>
        <w:t xml:space="preserve">                                     round_Exon_Count &lt;= 156.5),</w:t>
      </w:r>
    </w:p>
    <w:p w14:paraId="3C1225AA" w14:textId="77777777" w:rsidR="002007C2" w:rsidRDefault="002007C2" w:rsidP="002007C2">
      <w:r>
        <w:t xml:space="preserve">           0.033172549145610998045 * (not Group == u'MNC' and </w:t>
      </w:r>
    </w:p>
    <w:p w14:paraId="1F3BD05D" w14:textId="77777777" w:rsidR="002007C2" w:rsidRDefault="002007C2" w:rsidP="002007C2">
      <w:r>
        <w:t xml:space="preserve">                                     round_End &lt;= 100331008.0 and </w:t>
      </w:r>
    </w:p>
    <w:p w14:paraId="54B53EF3" w14:textId="77777777" w:rsidR="002007C2" w:rsidRDefault="002007C2" w:rsidP="002007C2">
      <w:r>
        <w:t xml:space="preserve">                                     round_missense_Z &lt;= 3.308867931365967),</w:t>
      </w:r>
    </w:p>
    <w:p w14:paraId="483CCED6" w14:textId="77777777" w:rsidR="002007C2" w:rsidRDefault="002007C2" w:rsidP="002007C2">
      <w:r>
        <w:t xml:space="preserve">           0.042438817871726271236 * (round_Blomen_KBM7 &lt;= -0.5158457159996033 and </w:t>
      </w:r>
    </w:p>
    <w:p w14:paraId="5FD7CA6C" w14:textId="77777777" w:rsidR="002007C2" w:rsidRDefault="002007C2" w:rsidP="002007C2">
      <w:r>
        <w:t xml:space="preserve">                                     round_Gene_Length_bp &lt;= 53140.5),</w:t>
      </w:r>
    </w:p>
    <w:p w14:paraId="747D738A" w14:textId="77777777" w:rsidR="002007C2" w:rsidRDefault="002007C2" w:rsidP="002007C2">
      <w:r>
        <w:t xml:space="preserve">           0.018517202101923656982 * (round_End &gt; 100419720.0 and </w:t>
      </w:r>
    </w:p>
    <w:p w14:paraId="0BC65AF7" w14:textId="77777777" w:rsidR="002007C2" w:rsidRDefault="002007C2" w:rsidP="002007C2">
      <w:r>
        <w:t xml:space="preserve">                                     round_missense_Z &gt; 3.996763229370117),</w:t>
      </w:r>
    </w:p>
    <w:p w14:paraId="539C6383" w14:textId="77777777" w:rsidR="002007C2" w:rsidRDefault="002007C2" w:rsidP="002007C2">
      <w:r>
        <w:t xml:space="preserve">          0.0097170358540753076076 * (not Group == u'NDNE' and </w:t>
      </w:r>
    </w:p>
    <w:p w14:paraId="31A271C1" w14:textId="77777777" w:rsidR="002007C2" w:rsidRDefault="002007C2" w:rsidP="002007C2">
      <w:r>
        <w:t xml:space="preserve">                                     round_StdDev_Transcript_length &gt; 590.2589111328125 and </w:t>
      </w:r>
    </w:p>
    <w:p w14:paraId="3FF2D8CC" w14:textId="77777777" w:rsidR="002007C2" w:rsidRDefault="002007C2" w:rsidP="002007C2">
      <w:r>
        <w:t xml:space="preserve">                                     round_Exon_Count &gt; 253.5),</w:t>
      </w:r>
    </w:p>
    <w:p w14:paraId="6273E239" w14:textId="77777777" w:rsidR="002007C2" w:rsidRDefault="002007C2" w:rsidP="002007C2">
      <w:r>
        <w:t xml:space="preserve">           0.041889875414339285131 * (Group == u'NDNE' and </w:t>
      </w:r>
    </w:p>
    <w:p w14:paraId="12BA95ED" w14:textId="77777777" w:rsidR="002007C2" w:rsidRDefault="002007C2" w:rsidP="002007C2">
      <w:r>
        <w:t xml:space="preserve">                                     round_Degree &lt;= 3.5 and </w:t>
      </w:r>
    </w:p>
    <w:p w14:paraId="1B166A2F" w14:textId="77777777" w:rsidR="002007C2" w:rsidRDefault="002007C2" w:rsidP="002007C2">
      <w:r>
        <w:t xml:space="preserve">                                     round_Phi &gt; 0.14934945106506348),</w:t>
      </w:r>
    </w:p>
    <w:p w14:paraId="45F452AF" w14:textId="77777777" w:rsidR="002007C2" w:rsidRDefault="002007C2" w:rsidP="002007C2">
      <w:r>
        <w:t xml:space="preserve">             0.1159141151153197935 * (round_dN_dS_Chimp_mi),</w:t>
      </w:r>
    </w:p>
    <w:p w14:paraId="4914D399" w14:textId="77777777" w:rsidR="002007C2" w:rsidRDefault="002007C2" w:rsidP="002007C2">
      <w:r>
        <w:t xml:space="preserve">          -0.036397079913846719368 * (round_Degree &lt;= 3.5 and </w:t>
      </w:r>
    </w:p>
    <w:p w14:paraId="3F066E1F" w14:textId="77777777" w:rsidR="002007C2" w:rsidRDefault="002007C2" w:rsidP="002007C2">
      <w:r>
        <w:t xml:space="preserve">                                     round_Phi &lt;= 0.12447576969861984 and </w:t>
      </w:r>
    </w:p>
    <w:p w14:paraId="74BB776C" w14:textId="77777777" w:rsidR="002007C2" w:rsidRDefault="002007C2" w:rsidP="002007C2">
      <w:r>
        <w:t xml:space="preserve">                                     round_Transcript_count &lt;= 19.5 and </w:t>
      </w:r>
    </w:p>
    <w:p w14:paraId="56E1541B" w14:textId="77777777" w:rsidR="002007C2" w:rsidRDefault="002007C2" w:rsidP="002007C2">
      <w:r>
        <w:t xml:space="preserve">                                     round_StdDev_Transcript_length &gt; 1098.5848388671875),</w:t>
      </w:r>
    </w:p>
    <w:p w14:paraId="1D6482FA" w14:textId="77777777" w:rsidR="002007C2" w:rsidRDefault="002007C2" w:rsidP="002007C2">
      <w:r>
        <w:t xml:space="preserve">          -0.040646373044763282889 * (round_Closeness &lt;= 0.2549999952316284 and </w:t>
      </w:r>
    </w:p>
    <w:p w14:paraId="34016B44" w14:textId="77777777" w:rsidR="002007C2" w:rsidRDefault="002007C2" w:rsidP="002007C2">
      <w:r>
        <w:t xml:space="preserve">                                     round_missense_Z &lt;= 3.2976694107055664 and </w:t>
      </w:r>
    </w:p>
    <w:p w14:paraId="357CDD41" w14:textId="77777777" w:rsidR="002007C2" w:rsidRDefault="002007C2" w:rsidP="002007C2">
      <w:r>
        <w:t xml:space="preserve">                                     round_StdDev_Transcript_length &gt; 987.5745849609375),</w:t>
      </w:r>
    </w:p>
    <w:p w14:paraId="1240E061" w14:textId="77777777" w:rsidR="002007C2" w:rsidRDefault="002007C2" w:rsidP="002007C2">
      <w:r>
        <w:t xml:space="preserve">          0.0034491772056603540834 * (not Group == u'NDNE' and </w:t>
      </w:r>
    </w:p>
    <w:p w14:paraId="5DECB3F1" w14:textId="77777777" w:rsidR="002007C2" w:rsidRDefault="002007C2" w:rsidP="002007C2">
      <w:r>
        <w:t xml:space="preserve">                                     round_Degree &lt;= 62.5 and </w:t>
      </w:r>
    </w:p>
    <w:p w14:paraId="5CC0020F" w14:textId="77777777" w:rsidR="002007C2" w:rsidRDefault="002007C2" w:rsidP="002007C2">
      <w:r>
        <w:t xml:space="preserve">                                     round_Transcript_count &lt;= 20.5 and </w:t>
      </w:r>
    </w:p>
    <w:p w14:paraId="4D1BEDAA" w14:textId="77777777" w:rsidR="002007C2" w:rsidRDefault="002007C2" w:rsidP="002007C2">
      <w:r>
        <w:t xml:space="preserve">                                     round_StdDev_Transcript_length &gt; 580.6193237304688),</w:t>
      </w:r>
    </w:p>
    <w:p w14:paraId="43796208" w14:textId="77777777" w:rsidR="002007C2" w:rsidRDefault="002007C2" w:rsidP="002007C2">
      <w:r>
        <w:t xml:space="preserve">           0.010753897831233117169 * (round_Closeness &gt; 0.3149999976158142 and </w:t>
      </w:r>
    </w:p>
    <w:p w14:paraId="22B2AD7E" w14:textId="77777777" w:rsidR="002007C2" w:rsidRDefault="002007C2" w:rsidP="002007C2">
      <w:r>
        <w:t xml:space="preserve">                                     round_Blomen_KBM7 &lt;= -0.5146373510360718),</w:t>
      </w:r>
    </w:p>
    <w:p w14:paraId="3BB6736B" w14:textId="77777777" w:rsidR="002007C2" w:rsidRDefault="002007C2" w:rsidP="002007C2">
      <w:r>
        <w:t xml:space="preserve">         -0.0029093503719793034797 * (round_dN_dS_Chimp &lt;= 0.5950000286102295 and </w:t>
      </w:r>
    </w:p>
    <w:p w14:paraId="6176B5FF" w14:textId="77777777" w:rsidR="002007C2" w:rsidRDefault="002007C2" w:rsidP="002007C2">
      <w:r>
        <w:t xml:space="preserve">                                     round_missense_Z &lt;= 3.2976694107055664 and </w:t>
      </w:r>
    </w:p>
    <w:p w14:paraId="2230E795" w14:textId="77777777" w:rsidR="002007C2" w:rsidRDefault="002007C2" w:rsidP="002007C2">
      <w:r>
        <w:t xml:space="preserve">                                     round_LofTool &lt;= 0.9922449588775635),</w:t>
      </w:r>
    </w:p>
    <w:p w14:paraId="493100D7" w14:textId="77777777" w:rsidR="002007C2" w:rsidRDefault="002007C2" w:rsidP="002007C2">
      <w:r>
        <w:t xml:space="preserve">          0.0085107244663394625989 * (round_s_het_mi),</w:t>
      </w:r>
    </w:p>
    <w:p w14:paraId="77FA1D68" w14:textId="77777777" w:rsidR="002007C2" w:rsidRDefault="002007C2" w:rsidP="002007C2">
      <w:r>
        <w:t xml:space="preserve">          -0.016375026470318413546 * (not Group == u'CM' and </w:t>
      </w:r>
    </w:p>
    <w:p w14:paraId="51470ECC" w14:textId="77777777" w:rsidR="002007C2" w:rsidRDefault="002007C2" w:rsidP="002007C2">
      <w:r>
        <w:t xml:space="preserve">                                     not Group == u'MNC' and </w:t>
      </w:r>
    </w:p>
    <w:p w14:paraId="2E0F973B" w14:textId="77777777" w:rsidR="002007C2" w:rsidRDefault="002007C2" w:rsidP="002007C2">
      <w:r>
        <w:t xml:space="preserve">                                     round_End &lt;= 121391536.0 and </w:t>
      </w:r>
    </w:p>
    <w:p w14:paraId="27297439" w14:textId="77777777" w:rsidR="002007C2" w:rsidRDefault="002007C2" w:rsidP="002007C2">
      <w:r>
        <w:t xml:space="preserve">                                     round_Blomen_KBM7 &lt;= -0.49977701902389526),</w:t>
      </w:r>
    </w:p>
    <w:p w14:paraId="7C5C749D" w14:textId="77777777" w:rsidR="002007C2" w:rsidRDefault="002007C2" w:rsidP="002007C2">
      <w:r>
        <w:t xml:space="preserve">          0.0064940396356499840991 * (not Group == u'NDNE' and </w:t>
      </w:r>
    </w:p>
    <w:p w14:paraId="01F296F0" w14:textId="77777777" w:rsidR="002007C2" w:rsidRDefault="002007C2" w:rsidP="002007C2">
      <w:r>
        <w:t xml:space="preserve">                                     round_Closeness &lt;= 0.32499998807907104 and </w:t>
      </w:r>
    </w:p>
    <w:p w14:paraId="529517E1" w14:textId="77777777" w:rsidR="002007C2" w:rsidRDefault="002007C2" w:rsidP="002007C2">
      <w:r>
        <w:t xml:space="preserve">                                     round_missense_Z &gt; 1.43977952003479 and </w:t>
      </w:r>
    </w:p>
    <w:p w14:paraId="3CC1F067" w14:textId="77777777" w:rsidR="002007C2" w:rsidRDefault="002007C2" w:rsidP="002007C2">
      <w:r>
        <w:t xml:space="preserve">                                     round_Gene_Length_bp &gt; 47610.5),</w:t>
      </w:r>
    </w:p>
    <w:p w14:paraId="77306BD7" w14:textId="77777777" w:rsidR="002007C2" w:rsidRDefault="002007C2" w:rsidP="002007C2">
      <w:r>
        <w:t xml:space="preserve">             0.1894264397753082918 * (round_Degree &lt;= 4.5 and </w:t>
      </w:r>
    </w:p>
    <w:p w14:paraId="17A621CD" w14:textId="77777777" w:rsidR="002007C2" w:rsidRDefault="002007C2" w:rsidP="002007C2">
      <w:r>
        <w:t xml:space="preserve">                                     round_LofTool &gt; 0.9868500232696533 and </w:t>
      </w:r>
    </w:p>
    <w:p w14:paraId="5B6B7157" w14:textId="77777777" w:rsidR="002007C2" w:rsidRDefault="002007C2" w:rsidP="002007C2">
      <w:r>
        <w:lastRenderedPageBreak/>
        <w:t xml:space="preserve">                                     round_StdDev_Transcript_length &gt; 1049.45654296875),</w:t>
      </w:r>
    </w:p>
    <w:p w14:paraId="43E7F577" w14:textId="77777777" w:rsidR="002007C2" w:rsidRDefault="002007C2" w:rsidP="002007C2">
      <w:r>
        <w:t xml:space="preserve">          -0.023331859677601131386 * (not Group == u'MNC' and </w:t>
      </w:r>
    </w:p>
    <w:p w14:paraId="34C0AE6C" w14:textId="77777777" w:rsidR="002007C2" w:rsidRDefault="002007C2" w:rsidP="002007C2">
      <w:r>
        <w:t xml:space="preserve">                                     round_Degree &lt;= 35.5 and </w:t>
      </w:r>
    </w:p>
    <w:p w14:paraId="5EF0370E" w14:textId="77777777" w:rsidR="002007C2" w:rsidRDefault="002007C2" w:rsidP="002007C2">
      <w:r>
        <w:t xml:space="preserve">                                     round_Tajima__s_D_regulatory &gt; -1.2855000495910645 and </w:t>
      </w:r>
    </w:p>
    <w:p w14:paraId="407CFB6A" w14:textId="77777777" w:rsidR="002007C2" w:rsidRDefault="002007C2" w:rsidP="002007C2">
      <w:r>
        <w:t xml:space="preserve">                                     round_Gene_Length_bp &lt;= 315852.5),</w:t>
      </w:r>
    </w:p>
    <w:p w14:paraId="15C5D77E" w14:textId="77777777" w:rsidR="002007C2" w:rsidRDefault="002007C2" w:rsidP="002007C2">
      <w:r>
        <w:t xml:space="preserve">           0.029766225515022122494 * (round_dN_dS_Chimp &lt;= 0.5950000286102295 and </w:t>
      </w:r>
    </w:p>
    <w:p w14:paraId="61E8C946" w14:textId="77777777" w:rsidR="002007C2" w:rsidRDefault="002007C2" w:rsidP="002007C2">
      <w:r>
        <w:t xml:space="preserve">                                     round_Gene_Length_bp &gt; 343581.5),</w:t>
      </w:r>
    </w:p>
    <w:p w14:paraId="3A7E6DBA" w14:textId="77777777" w:rsidR="002007C2" w:rsidRDefault="002007C2" w:rsidP="002007C2">
      <w:r>
        <w:t xml:space="preserve">            0.16369767760948211732 * (Group == u'NDNE' and </w:t>
      </w:r>
    </w:p>
    <w:p w14:paraId="1F44569C" w14:textId="77777777" w:rsidR="002007C2" w:rsidRDefault="002007C2" w:rsidP="002007C2">
      <w:r>
        <w:t xml:space="preserve">                                     round_Degree &lt;= 4.5 and </w:t>
      </w:r>
    </w:p>
    <w:p w14:paraId="1BBB5094" w14:textId="77777777" w:rsidR="002007C2" w:rsidRDefault="002007C2" w:rsidP="002007C2">
      <w:r>
        <w:t xml:space="preserve">                                     round_StdDev_Transcript_length &lt;= 714.263427734375),</w:t>
      </w:r>
    </w:p>
    <w:p w14:paraId="7C0EF030" w14:textId="77777777" w:rsidR="002007C2" w:rsidRDefault="002007C2" w:rsidP="002007C2">
      <w:r>
        <w:t xml:space="preserve">          -0.024442885761271002099 * (Group == u'NDNE' and </w:t>
      </w:r>
    </w:p>
    <w:p w14:paraId="64216B01" w14:textId="77777777" w:rsidR="002007C2" w:rsidRDefault="002007C2" w:rsidP="002007C2">
      <w:r>
        <w:t xml:space="preserve">                                     round_Degree_mi &lt;= 0.5 and </w:t>
      </w:r>
    </w:p>
    <w:p w14:paraId="7112F215" w14:textId="77777777" w:rsidR="002007C2" w:rsidRDefault="002007C2" w:rsidP="002007C2">
      <w:r>
        <w:t xml:space="preserve">                                     round_StdDev_Transcript_length &lt;= 661.5775146484375),</w:t>
      </w:r>
    </w:p>
    <w:p w14:paraId="7EDDFEF8" w14:textId="77777777" w:rsidR="002007C2" w:rsidRDefault="002007C2" w:rsidP="002007C2">
      <w:r>
        <w:t xml:space="preserve">         -0.0042331491676081359904 * (round_Closeness &lt;= 0.3149999976158142 and </w:t>
      </w:r>
    </w:p>
    <w:p w14:paraId="258B6D4D" w14:textId="77777777" w:rsidR="002007C2" w:rsidRDefault="002007C2" w:rsidP="002007C2">
      <w:r>
        <w:t xml:space="preserve">                                     round_Phi &gt; 0.12447576969861984 and </w:t>
      </w:r>
    </w:p>
    <w:p w14:paraId="70ECEA87" w14:textId="77777777" w:rsidR="002007C2" w:rsidRDefault="002007C2" w:rsidP="002007C2">
      <w:r>
        <w:t xml:space="preserve">                                     round_LofTool &gt; 0.8825000524520874 and </w:t>
      </w:r>
    </w:p>
    <w:p w14:paraId="4BEE28CA" w14:textId="77777777" w:rsidR="002007C2" w:rsidRDefault="002007C2" w:rsidP="002007C2">
      <w:r>
        <w:t xml:space="preserve">                                     round_Gene_Length_bp &lt;= 54522.0),</w:t>
      </w:r>
    </w:p>
    <w:p w14:paraId="0A9FAF05" w14:textId="77777777" w:rsidR="002007C2" w:rsidRDefault="002007C2" w:rsidP="002007C2">
      <w:r>
        <w:t xml:space="preserve">             0.0376150466960103666 * (round_Tajima__s_D_regulatory &lt;= 0.4235000014305115 and </w:t>
      </w:r>
    </w:p>
    <w:p w14:paraId="2B09F9EE" w14:textId="77777777" w:rsidR="002007C2" w:rsidRDefault="002007C2" w:rsidP="002007C2">
      <w:r>
        <w:t xml:space="preserve">                                     round_LofTool &gt; 0.9922800064086914),</w:t>
      </w:r>
    </w:p>
    <w:p w14:paraId="38C5F242" w14:textId="77777777" w:rsidR="002007C2" w:rsidRDefault="002007C2" w:rsidP="002007C2">
      <w:r>
        <w:t xml:space="preserve">           0.030185637919566413873 * (not Group == u'NDNE' and </w:t>
      </w:r>
    </w:p>
    <w:p w14:paraId="1CEB9CCE" w14:textId="77777777" w:rsidR="002007C2" w:rsidRDefault="002007C2" w:rsidP="002007C2">
      <w:r>
        <w:t xml:space="preserve">                                     round_Degree_mi &lt;= 0.5 and </w:t>
      </w:r>
    </w:p>
    <w:p w14:paraId="15EB419D" w14:textId="77777777" w:rsidR="002007C2" w:rsidRDefault="002007C2" w:rsidP="002007C2">
      <w:r>
        <w:t xml:space="preserve">                                     round_Closeness &lt;= 0.3149999976158142 and </w:t>
      </w:r>
    </w:p>
    <w:p w14:paraId="7D40CF0A" w14:textId="77777777" w:rsidR="002007C2" w:rsidRDefault="002007C2" w:rsidP="002007C2">
      <w:r>
        <w:t xml:space="preserve">                                     round_Average_Transcript_length &gt; 2570.535888671875),</w:t>
      </w:r>
    </w:p>
    <w:p w14:paraId="3A53BCE0" w14:textId="77777777" w:rsidR="002007C2" w:rsidRDefault="002007C2" w:rsidP="002007C2">
      <w:r>
        <w:t xml:space="preserve">          0.0075692806955283938389 * (round_Closeness &lt;= 0.3149999976158142 and </w:t>
      </w:r>
    </w:p>
    <w:p w14:paraId="3981BC29" w14:textId="77777777" w:rsidR="002007C2" w:rsidRDefault="002007C2" w:rsidP="002007C2">
      <w:r>
        <w:t xml:space="preserve">                                     round_Phi &gt; 0.12447576969861984 and </w:t>
      </w:r>
    </w:p>
    <w:p w14:paraId="411C421E" w14:textId="77777777" w:rsidR="002007C2" w:rsidRDefault="002007C2" w:rsidP="002007C2">
      <w:r>
        <w:t xml:space="preserve">                                     round_LofTool &lt;= 0.9910449981689453 and </w:t>
      </w:r>
    </w:p>
    <w:p w14:paraId="74214ED7" w14:textId="77777777" w:rsidR="002007C2" w:rsidRDefault="002007C2" w:rsidP="002007C2">
      <w:r>
        <w:t xml:space="preserve">                                     round_Gene_Length_bp &gt; 54522.0),</w:t>
      </w:r>
    </w:p>
    <w:p w14:paraId="3CDA750F" w14:textId="77777777" w:rsidR="002007C2" w:rsidRDefault="002007C2" w:rsidP="002007C2">
      <w:r>
        <w:t xml:space="preserve">           0.093970991187771663045 * (round_Closeness),</w:t>
      </w:r>
    </w:p>
    <w:p w14:paraId="23C98A1B" w14:textId="77777777" w:rsidR="002007C2" w:rsidRDefault="002007C2" w:rsidP="002007C2">
      <w:r>
        <w:t xml:space="preserve">          0.0051682327079576413295 * (round_Blomen_KBM7 &gt; -0.5153281092643738 and </w:t>
      </w:r>
    </w:p>
    <w:p w14:paraId="05C3F67E" w14:textId="77777777" w:rsidR="002007C2" w:rsidRDefault="002007C2" w:rsidP="002007C2">
      <w:r>
        <w:t xml:space="preserve">                                     0.49326902627944946 &lt; round_missense_Z &lt;= 4.031624794006348 and </w:t>
      </w:r>
    </w:p>
    <w:p w14:paraId="49D3FA98" w14:textId="77777777" w:rsidR="002007C2" w:rsidRDefault="002007C2" w:rsidP="002007C2">
      <w:r>
        <w:t xml:space="preserve">                                     round_Gene_Length_bp &lt;= 53047.5),</w:t>
      </w:r>
    </w:p>
    <w:p w14:paraId="6441633F" w14:textId="77777777" w:rsidR="002007C2" w:rsidRDefault="002007C2" w:rsidP="002007C2">
      <w:r>
        <w:t xml:space="preserve">        -0.00063682044972014964761 * (not Group == u'CM' and </w:t>
      </w:r>
    </w:p>
    <w:p w14:paraId="3B895369" w14:textId="77777777" w:rsidR="002007C2" w:rsidRDefault="002007C2" w:rsidP="002007C2">
      <w:r>
        <w:t xml:space="preserve">                                     not Group == u'MNC' and </w:t>
      </w:r>
    </w:p>
    <w:p w14:paraId="1E51AFB9" w14:textId="77777777" w:rsidR="002007C2" w:rsidRDefault="002007C2" w:rsidP="002007C2">
      <w:r>
        <w:t xml:space="preserve">                                     round_End &gt; 121391536.0 and </w:t>
      </w:r>
    </w:p>
    <w:p w14:paraId="3ECF181C" w14:textId="77777777" w:rsidR="002007C2" w:rsidRDefault="002007C2" w:rsidP="002007C2">
      <w:r>
        <w:t xml:space="preserve">                                     round_Blomen_KBM7 &lt;= -0.49977701902389526),</w:t>
      </w:r>
    </w:p>
    <w:p w14:paraId="29DCC416" w14:textId="77777777" w:rsidR="002007C2" w:rsidRDefault="002007C2" w:rsidP="002007C2">
      <w:r>
        <w:t xml:space="preserve">             0.1305902319414564694 * (not Group == u'NDNE' and </w:t>
      </w:r>
    </w:p>
    <w:p w14:paraId="155B58A3" w14:textId="77777777" w:rsidR="002007C2" w:rsidRDefault="002007C2" w:rsidP="002007C2">
      <w:r>
        <w:t xml:space="preserve">                                     round_StdDev_Transcript_length &gt; 636.7213134765625 and </w:t>
      </w:r>
    </w:p>
    <w:p w14:paraId="6C64141E" w14:textId="77777777" w:rsidR="002007C2" w:rsidRDefault="002007C2" w:rsidP="002007C2">
      <w:r>
        <w:t xml:space="preserve">                                     round_Exon_Count &gt; 253.5),</w:t>
      </w:r>
    </w:p>
    <w:p w14:paraId="5664B7DC" w14:textId="77777777" w:rsidR="002007C2" w:rsidRDefault="002007C2" w:rsidP="002007C2">
      <w:r>
        <w:t xml:space="preserve">          -0.028105123991677912615 * (round_dN_dS_Chimp_mi &lt;= 0.5 and </w:t>
      </w:r>
    </w:p>
    <w:p w14:paraId="70EE6197" w14:textId="77777777" w:rsidR="002007C2" w:rsidRDefault="002007C2" w:rsidP="002007C2">
      <w:r>
        <w:t xml:space="preserve">                                     round_Blomen_KBM7 &gt; -0.5146373510360718 and </w:t>
      </w:r>
    </w:p>
    <w:p w14:paraId="0422C290" w14:textId="77777777" w:rsidR="002007C2" w:rsidRDefault="002007C2" w:rsidP="002007C2">
      <w:r>
        <w:t xml:space="preserve">                                     round_LofTool &lt;= 0.9922449588775635 and </w:t>
      </w:r>
    </w:p>
    <w:p w14:paraId="448EC695" w14:textId="77777777" w:rsidR="002007C2" w:rsidRDefault="002007C2" w:rsidP="002007C2">
      <w:r>
        <w:t xml:space="preserve">                                     round_Transcript_count &gt; 20.5),</w:t>
      </w:r>
    </w:p>
    <w:p w14:paraId="34652BC7" w14:textId="77777777" w:rsidR="002007C2" w:rsidRDefault="002007C2" w:rsidP="002007C2">
      <w:r>
        <w:t xml:space="preserve">          -0.071733384292753485378 * (round_dN_dS_Chimp_mi &lt;= 0.5 and </w:t>
      </w:r>
    </w:p>
    <w:p w14:paraId="284D4F7B" w14:textId="77777777" w:rsidR="002007C2" w:rsidRDefault="002007C2" w:rsidP="002007C2">
      <w:r>
        <w:t xml:space="preserve">                                     round_Blomen_KBM7 &gt; -0.5146373510360718 and </w:t>
      </w:r>
    </w:p>
    <w:p w14:paraId="38EEE186" w14:textId="77777777" w:rsidR="002007C2" w:rsidRDefault="002007C2" w:rsidP="002007C2">
      <w:r>
        <w:t xml:space="preserve">                                     round_Transcript_count &lt;= 20.5 and </w:t>
      </w:r>
    </w:p>
    <w:p w14:paraId="3F4EA23A" w14:textId="77777777" w:rsidR="002007C2" w:rsidRDefault="002007C2" w:rsidP="002007C2">
      <w:r>
        <w:lastRenderedPageBreak/>
        <w:t xml:space="preserve">                                     round_StdDev_Transcript_length &lt;= 2388.5126953125),</w:t>
      </w:r>
    </w:p>
    <w:p w14:paraId="46B26F06" w14:textId="77777777" w:rsidR="002007C2" w:rsidRDefault="002007C2" w:rsidP="002007C2">
      <w:r>
        <w:t xml:space="preserve">         -0.0014944870184999594492 * (round_Closeness &gt; 0.3149999976158142 and </w:t>
      </w:r>
    </w:p>
    <w:p w14:paraId="465A1EDB" w14:textId="77777777" w:rsidR="002007C2" w:rsidRDefault="002007C2" w:rsidP="002007C2">
      <w:r>
        <w:t xml:space="preserve">                                     round_missense_Z &lt;= 2.571293354034424 and </w:t>
      </w:r>
    </w:p>
    <w:p w14:paraId="0A5EA40F" w14:textId="77777777" w:rsidR="002007C2" w:rsidRDefault="002007C2" w:rsidP="002007C2">
      <w:r>
        <w:t xml:space="preserve">                                     round_StdDev_Transcript_length &gt; 1450.0491943359375),</w:t>
      </w:r>
    </w:p>
    <w:p w14:paraId="6BC88786" w14:textId="77777777" w:rsidR="002007C2" w:rsidRDefault="002007C2" w:rsidP="002007C2">
      <w:r>
        <w:t xml:space="preserve">          -0.037305572747207686735 * (round_Degree &lt;= 12.5 and </w:t>
      </w:r>
    </w:p>
    <w:p w14:paraId="070402BD" w14:textId="77777777" w:rsidR="002007C2" w:rsidRDefault="002007C2" w:rsidP="002007C2">
      <w:r>
        <w:t xml:space="preserve">                                     round_missense_Z &gt; 4.052361965179443 and </w:t>
      </w:r>
    </w:p>
    <w:p w14:paraId="3FE9C53B" w14:textId="77777777" w:rsidR="002007C2" w:rsidRDefault="002007C2" w:rsidP="002007C2">
      <w:r>
        <w:t xml:space="preserve">                                     round_Gene_Length_bp &gt; 2814.5 and </w:t>
      </w:r>
    </w:p>
    <w:p w14:paraId="06404799" w14:textId="77777777" w:rsidR="002007C2" w:rsidRDefault="002007C2" w:rsidP="002007C2">
      <w:r>
        <w:t xml:space="preserve">                                     round_Exon_Count &lt;= 413.0),</w:t>
      </w:r>
    </w:p>
    <w:p w14:paraId="6B075FEB" w14:textId="77777777" w:rsidR="002007C2" w:rsidRDefault="002007C2" w:rsidP="002007C2">
      <w:r>
        <w:t xml:space="preserve">          -0.013677846268730356125 * (round_Closeness &lt;= 0.3449999988079071 and </w:t>
      </w:r>
    </w:p>
    <w:p w14:paraId="14F7A213" w14:textId="77777777" w:rsidR="002007C2" w:rsidRDefault="002007C2" w:rsidP="002007C2">
      <w:r>
        <w:t xml:space="preserve">                                     3.2976694107055664 &lt; round_missense_Z &lt;= 4.052361965179443 and </w:t>
      </w:r>
    </w:p>
    <w:p w14:paraId="7B11755C" w14:textId="77777777" w:rsidR="002007C2" w:rsidRDefault="002007C2" w:rsidP="002007C2">
      <w:r>
        <w:t xml:space="preserve">                                     round_Average_Transcript_length &lt;= 2037.5650634765625),</w:t>
      </w:r>
    </w:p>
    <w:p w14:paraId="67D04F0B" w14:textId="77777777" w:rsidR="002007C2" w:rsidRDefault="002007C2" w:rsidP="002007C2">
      <w:r>
        <w:t xml:space="preserve">          -0.011008296654006112167 * (round_Degree &lt;= 3.5 and </w:t>
      </w:r>
    </w:p>
    <w:p w14:paraId="3D754651" w14:textId="77777777" w:rsidR="002007C2" w:rsidRDefault="002007C2" w:rsidP="002007C2">
      <w:r>
        <w:t xml:space="preserve">                                     round_Phi &gt; 0.0009046811610460281 and </w:t>
      </w:r>
    </w:p>
    <w:p w14:paraId="57176BCA" w14:textId="77777777" w:rsidR="002007C2" w:rsidRDefault="002007C2" w:rsidP="002007C2">
      <w:r>
        <w:t xml:space="preserve">                                     round_LofTool &lt;= 0.6634999513626099),</w:t>
      </w:r>
    </w:p>
    <w:p w14:paraId="388F0078" w14:textId="77777777" w:rsidR="002007C2" w:rsidRDefault="002007C2" w:rsidP="002007C2">
      <w:r>
        <w:t xml:space="preserve">          -0.066509812215818378545 * (round_Degree &lt;= 12.5 and </w:t>
      </w:r>
    </w:p>
    <w:p w14:paraId="6111DE7F" w14:textId="77777777" w:rsidR="002007C2" w:rsidRDefault="002007C2" w:rsidP="002007C2">
      <w:r>
        <w:t xml:space="preserve">                                     round_dN_dS_Chimp_mi &lt;= 0.5 and </w:t>
      </w:r>
    </w:p>
    <w:p w14:paraId="0591A55A" w14:textId="77777777" w:rsidR="002007C2" w:rsidRDefault="002007C2" w:rsidP="002007C2">
      <w:r>
        <w:t xml:space="preserve">                                     0.5915000438690186 &lt; round_LofTool &lt;= 0.6634999513626099),</w:t>
      </w:r>
    </w:p>
    <w:p w14:paraId="3F8120CC" w14:textId="77777777" w:rsidR="002007C2" w:rsidRDefault="002007C2" w:rsidP="002007C2">
      <w:r>
        <w:t xml:space="preserve">           0.043755311507365633739 * (round_dN_dS_Chimp_mi &lt;= 0.5 and </w:t>
      </w:r>
    </w:p>
    <w:p w14:paraId="57D4074D" w14:textId="77777777" w:rsidR="002007C2" w:rsidRDefault="002007C2" w:rsidP="002007C2">
      <w:r>
        <w:t xml:space="preserve">                                     round_missense_Z &lt;= 3.2976694107055664 and </w:t>
      </w:r>
    </w:p>
    <w:p w14:paraId="7C2902F7" w14:textId="77777777" w:rsidR="002007C2" w:rsidRDefault="002007C2" w:rsidP="002007C2">
      <w:r>
        <w:t xml:space="preserve">                                     round_Average_Transcript_length &gt; 2056.5712890625 and </w:t>
      </w:r>
    </w:p>
    <w:p w14:paraId="4C63B072" w14:textId="77777777" w:rsidR="002007C2" w:rsidRDefault="002007C2" w:rsidP="002007C2">
      <w:r>
        <w:t xml:space="preserve">                                     round_Exon_Count &lt;= 240.5),</w:t>
      </w:r>
    </w:p>
    <w:p w14:paraId="2774E2DA" w14:textId="77777777" w:rsidR="002007C2" w:rsidRDefault="002007C2" w:rsidP="002007C2">
      <w:r>
        <w:t xml:space="preserve">            0.01113235474873714749 * (round_Degree &lt;= 60.5 and </w:t>
      </w:r>
    </w:p>
    <w:p w14:paraId="4A2F8C14" w14:textId="77777777" w:rsidR="002007C2" w:rsidRDefault="002007C2" w:rsidP="002007C2">
      <w:r>
        <w:t xml:space="preserve">                                     round_dN_dS_Chimp_mi &lt;= 0.5 and </w:t>
      </w:r>
    </w:p>
    <w:p w14:paraId="1D1DAEAA" w14:textId="77777777" w:rsidR="002007C2" w:rsidRDefault="002007C2" w:rsidP="002007C2">
      <w:r>
        <w:t xml:space="preserve">                                     round_LofTool &lt;= 0.6634999513626099 and </w:t>
      </w:r>
    </w:p>
    <w:p w14:paraId="16C2699B" w14:textId="77777777" w:rsidR="002007C2" w:rsidRDefault="002007C2" w:rsidP="002007C2">
      <w:r>
        <w:t xml:space="preserve">                                     round_Transcript_count &gt; 20.5),</w:t>
      </w:r>
    </w:p>
    <w:p w14:paraId="3B5A1B7A" w14:textId="77777777" w:rsidR="002007C2" w:rsidRDefault="002007C2" w:rsidP="002007C2">
      <w:r>
        <w:t xml:space="preserve">           0.029791550463155375139 * (round_End &gt; 100419720.0 and </w:t>
      </w:r>
    </w:p>
    <w:p w14:paraId="0ADCEBB1" w14:textId="77777777" w:rsidR="002007C2" w:rsidRDefault="002007C2" w:rsidP="002007C2">
      <w:r>
        <w:t xml:space="preserve">                                     round_dN_dS_Chimp_mi &lt;= 0.5 and </w:t>
      </w:r>
    </w:p>
    <w:p w14:paraId="584AAD02" w14:textId="77777777" w:rsidR="002007C2" w:rsidRDefault="002007C2" w:rsidP="002007C2">
      <w:r>
        <w:t xml:space="preserve">                                     round_LofTool &lt;= 0.994350016117096),</w:t>
      </w:r>
    </w:p>
    <w:p w14:paraId="43DBF90C" w14:textId="77777777" w:rsidR="002007C2" w:rsidRDefault="002007C2" w:rsidP="002007C2">
      <w:r>
        <w:t xml:space="preserve">         -0.0065287331094041282237 * (round_Degree &lt;= 60.0 and </w:t>
      </w:r>
    </w:p>
    <w:p w14:paraId="68EE1A99" w14:textId="77777777" w:rsidR="002007C2" w:rsidRDefault="002007C2" w:rsidP="002007C2">
      <w:r>
        <w:t xml:space="preserve">                                     round_Phi &lt;= 0.12447576969861984 and </w:t>
      </w:r>
    </w:p>
    <w:p w14:paraId="117F463D" w14:textId="77777777" w:rsidR="002007C2" w:rsidRDefault="002007C2" w:rsidP="002007C2">
      <w:r>
        <w:t xml:space="preserve">                                     round_Exon_Count &gt; 83.5),</w:t>
      </w:r>
    </w:p>
    <w:p w14:paraId="5AB63FCA" w14:textId="77777777" w:rsidR="002007C2" w:rsidRDefault="002007C2" w:rsidP="002007C2">
      <w:r>
        <w:t xml:space="preserve">         -0.0045345154906442954046 * (round_Tajima__s_D_regulatory &gt; -1.2874999046325684 and </w:t>
      </w:r>
    </w:p>
    <w:p w14:paraId="1CBA19FA" w14:textId="77777777" w:rsidR="002007C2" w:rsidRDefault="002007C2" w:rsidP="002007C2">
      <w:r>
        <w:t xml:space="preserve">                                     round_missense_Z &lt;= 3.2976694107055664 and </w:t>
      </w:r>
    </w:p>
    <w:p w14:paraId="2A834D62" w14:textId="77777777" w:rsidR="002007C2" w:rsidRDefault="002007C2" w:rsidP="002007C2">
      <w:r>
        <w:t xml:space="preserve">                                     round_missense_Z_mi &lt;= 0.5 and </w:t>
      </w:r>
    </w:p>
    <w:p w14:paraId="0A3C7FF9" w14:textId="77777777" w:rsidR="002007C2" w:rsidRDefault="002007C2" w:rsidP="002007C2">
      <w:r>
        <w:t xml:space="preserve">                                     round_LofTool &gt; 0.6634999513626099),</w:t>
      </w:r>
    </w:p>
    <w:p w14:paraId="4E061EFD" w14:textId="77777777" w:rsidR="002007C2" w:rsidRDefault="002007C2" w:rsidP="002007C2">
      <w:r>
        <w:t xml:space="preserve">         -0.0042090971907015710396 * (round_Closeness &lt;= 0.2549999952316284 and </w:t>
      </w:r>
    </w:p>
    <w:p w14:paraId="5BDFBE34" w14:textId="77777777" w:rsidR="002007C2" w:rsidRDefault="002007C2" w:rsidP="002007C2">
      <w:r>
        <w:t xml:space="preserve">                                     round_Phi &gt; 0.0015477617271244526 and </w:t>
      </w:r>
    </w:p>
    <w:p w14:paraId="3190B91E" w14:textId="77777777" w:rsidR="002007C2" w:rsidRDefault="002007C2" w:rsidP="002007C2">
      <w:r>
        <w:t xml:space="preserve">                                     round_StdDev_Transcript_length &lt;= 2427.245361328125 and </w:t>
      </w:r>
    </w:p>
    <w:p w14:paraId="181A80C7" w14:textId="77777777" w:rsidR="002007C2" w:rsidRDefault="002007C2" w:rsidP="002007C2">
      <w:r>
        <w:t xml:space="preserve">                                     round_Exon_Count &lt;= 96.5),</w:t>
      </w:r>
    </w:p>
    <w:p w14:paraId="4BCB13B4" w14:textId="77777777" w:rsidR="002007C2" w:rsidRDefault="002007C2" w:rsidP="002007C2">
      <w:r>
        <w:t xml:space="preserve">          0.0064827603925068496768 * (round_Degree &lt;= 10.5 and </w:t>
      </w:r>
    </w:p>
    <w:p w14:paraId="48BFD02F" w14:textId="77777777" w:rsidR="002007C2" w:rsidRDefault="002007C2" w:rsidP="002007C2">
      <w:r>
        <w:t xml:space="preserve">                                     round_LofTool &lt;= 0.659500002861023 and </w:t>
      </w:r>
    </w:p>
    <w:p w14:paraId="01A27538" w14:textId="77777777" w:rsidR="002007C2" w:rsidRDefault="002007C2" w:rsidP="002007C2">
      <w:r>
        <w:t xml:space="preserve">                                     round_Gene_Length_bp &gt; 37942.5),</w:t>
      </w:r>
    </w:p>
    <w:p w14:paraId="50778629" w14:textId="77777777" w:rsidR="002007C2" w:rsidRDefault="002007C2" w:rsidP="002007C2">
      <w:r>
        <w:t xml:space="preserve">           0.090064277946272239261 * (round_Degree &gt; 3.5 and </w:t>
      </w:r>
    </w:p>
    <w:p w14:paraId="1462C22B" w14:textId="77777777" w:rsidR="002007C2" w:rsidRDefault="002007C2" w:rsidP="002007C2">
      <w:r>
        <w:t xml:space="preserve">                                     round_Closeness &lt;= 0.3149999976158142 and </w:t>
      </w:r>
    </w:p>
    <w:p w14:paraId="2BBFA072" w14:textId="77777777" w:rsidR="002007C2" w:rsidRDefault="002007C2" w:rsidP="002007C2">
      <w:r>
        <w:t xml:space="preserve">                                     round_Gene_Length_bp &lt;= 41501.0),</w:t>
      </w:r>
    </w:p>
    <w:p w14:paraId="717B116C" w14:textId="77777777" w:rsidR="002007C2" w:rsidRDefault="002007C2" w:rsidP="002007C2">
      <w:r>
        <w:t xml:space="preserve">          -0.016228231105145558139 * (round_Degree_mi &gt; 0.5 and </w:t>
      </w:r>
    </w:p>
    <w:p w14:paraId="19585E8A" w14:textId="77777777" w:rsidR="002007C2" w:rsidRDefault="002007C2" w:rsidP="002007C2">
      <w:r>
        <w:lastRenderedPageBreak/>
        <w:t xml:space="preserve">                                     round_StdDev_Transcript_length &lt;= 613.3181762695312),</w:t>
      </w:r>
    </w:p>
    <w:p w14:paraId="6E2F82D0" w14:textId="77777777" w:rsidR="002007C2" w:rsidRDefault="002007C2" w:rsidP="002007C2">
      <w:r>
        <w:t xml:space="preserve">          -0.024541945681890484088 * (round_s_het &lt;= 0.025150161236524582 and </w:t>
      </w:r>
    </w:p>
    <w:p w14:paraId="2FBA459F" w14:textId="77777777" w:rsidR="002007C2" w:rsidRDefault="002007C2" w:rsidP="002007C2">
      <w:r>
        <w:t xml:space="preserve">                                     round_Transcript_count &lt;= 13.5 and </w:t>
      </w:r>
    </w:p>
    <w:p w14:paraId="180DB982" w14:textId="77777777" w:rsidR="002007C2" w:rsidRDefault="002007C2" w:rsidP="002007C2">
      <w:r>
        <w:t xml:space="preserve">                                     round_Average_Transcript_length &gt; 1873.0999755859375),</w:t>
      </w:r>
    </w:p>
    <w:p w14:paraId="61927469" w14:textId="77777777" w:rsidR="002007C2" w:rsidRDefault="002007C2" w:rsidP="002007C2">
      <w:r>
        <w:t xml:space="preserve">           0.088655920423249531814 * (round_End &lt;= 110010712.0 and </w:t>
      </w:r>
    </w:p>
    <w:p w14:paraId="4A88C539" w14:textId="77777777" w:rsidR="002007C2" w:rsidRDefault="002007C2" w:rsidP="002007C2">
      <w:r>
        <w:t xml:space="preserve">                                     round_Degree &lt;= 61.5 and </w:t>
      </w:r>
    </w:p>
    <w:p w14:paraId="7C02F6D1" w14:textId="77777777" w:rsidR="002007C2" w:rsidRDefault="002007C2" w:rsidP="002007C2">
      <w:r>
        <w:t xml:space="preserve">                                     round_Degree_mi &lt;= 0.5 and </w:t>
      </w:r>
    </w:p>
    <w:p w14:paraId="18C3AB56" w14:textId="77777777" w:rsidR="002007C2" w:rsidRDefault="002007C2" w:rsidP="002007C2">
      <w:r>
        <w:t xml:space="preserve">                                     round_missense_Z &lt;= 4.052361965179443),</w:t>
      </w:r>
    </w:p>
    <w:p w14:paraId="2590BC04" w14:textId="77777777" w:rsidR="002007C2" w:rsidRDefault="002007C2" w:rsidP="002007C2">
      <w:r>
        <w:t xml:space="preserve">           0.033084801199255609028 * (Group == u'NDNE' and </w:t>
      </w:r>
    </w:p>
    <w:p w14:paraId="3C899AA7" w14:textId="77777777" w:rsidR="002007C2" w:rsidRDefault="002007C2" w:rsidP="002007C2">
      <w:r>
        <w:t xml:space="preserve">                                     round_Degree &lt;= 12.5 and </w:t>
      </w:r>
    </w:p>
    <w:p w14:paraId="05FED12A" w14:textId="77777777" w:rsidR="002007C2" w:rsidRDefault="002007C2" w:rsidP="002007C2">
      <w:r>
        <w:t xml:space="preserve">                                     round_s_het &gt; 0.02518850564956665),</w:t>
      </w:r>
    </w:p>
    <w:p w14:paraId="1BAAD93B" w14:textId="77777777" w:rsidR="002007C2" w:rsidRDefault="002007C2" w:rsidP="002007C2">
      <w:r>
        <w:t xml:space="preserve">            0.01835275341503877361 * (round_Degree &gt; 12.5 and </w:t>
      </w:r>
    </w:p>
    <w:p w14:paraId="045C5CEB" w14:textId="77777777" w:rsidR="002007C2" w:rsidRDefault="002007C2" w:rsidP="002007C2">
      <w:r>
        <w:t xml:space="preserve">                                     round_Degree_mi &lt;= 0.5 and </w:t>
      </w:r>
    </w:p>
    <w:p w14:paraId="6665447D" w14:textId="77777777" w:rsidR="002007C2" w:rsidRDefault="002007C2" w:rsidP="002007C2">
      <w:r>
        <w:t xml:space="preserve">                                     round_Closeness &gt; 0.3149999976158142 and </w:t>
      </w:r>
    </w:p>
    <w:p w14:paraId="56015430" w14:textId="77777777" w:rsidR="002007C2" w:rsidRDefault="002007C2" w:rsidP="002007C2">
      <w:r>
        <w:t xml:space="preserve">                                     round_StdDev_Transcript_length &gt; 1285.35791015625),</w:t>
      </w:r>
    </w:p>
    <w:p w14:paraId="0C079B0B" w14:textId="77777777" w:rsidR="002007C2" w:rsidRDefault="002007C2" w:rsidP="002007C2">
      <w:r>
        <w:t xml:space="preserve">          -0.041044206485432332965 * (Group == u'NDNE' and </w:t>
      </w:r>
    </w:p>
    <w:p w14:paraId="1AD3B42A" w14:textId="77777777" w:rsidR="002007C2" w:rsidRDefault="002007C2" w:rsidP="002007C2">
      <w:r>
        <w:t xml:space="preserve">                                     round_Degree &lt;= 4.5 and </w:t>
      </w:r>
    </w:p>
    <w:p w14:paraId="46B36774" w14:textId="77777777" w:rsidR="002007C2" w:rsidRDefault="002007C2" w:rsidP="002007C2">
      <w:r>
        <w:t xml:space="preserve">                                     round_StdDev_Transcript_length &lt;= 1049.45654296875),</w:t>
      </w:r>
    </w:p>
    <w:p w14:paraId="6B94AFD2" w14:textId="77777777" w:rsidR="002007C2" w:rsidRDefault="002007C2" w:rsidP="002007C2">
      <w:r>
        <w:t xml:space="preserve">          -0.039696369932485681131 * (round_Phi &gt; 0.998741626739502 and </w:t>
      </w:r>
    </w:p>
    <w:p w14:paraId="4229ED98" w14:textId="77777777" w:rsidR="002007C2" w:rsidRDefault="002007C2" w:rsidP="002007C2">
      <w:r>
        <w:t xml:space="preserve">                                     round_Gene_Length_bp &gt; 9906.5 and </w:t>
      </w:r>
    </w:p>
    <w:p w14:paraId="5D8CC60B" w14:textId="77777777" w:rsidR="002007C2" w:rsidRDefault="002007C2" w:rsidP="002007C2">
      <w:r>
        <w:t xml:space="preserve">                                     round_StdDev_Transcript_length &gt; 166.57864379882812 and </w:t>
      </w:r>
    </w:p>
    <w:p w14:paraId="7C968E6D" w14:textId="77777777" w:rsidR="002007C2" w:rsidRDefault="002007C2" w:rsidP="002007C2">
      <w:r>
        <w:t xml:space="preserve">                                     round_Average_Transcript_length &gt; 1956.6083984375),</w:t>
      </w:r>
    </w:p>
    <w:p w14:paraId="36E2E428" w14:textId="77777777" w:rsidR="002007C2" w:rsidRDefault="002007C2" w:rsidP="002007C2">
      <w:r>
        <w:t xml:space="preserve">          -0.012496735141249921616 * (round_dN_dS_Chimp &lt;= 0.5950000286102295 and </w:t>
      </w:r>
    </w:p>
    <w:p w14:paraId="3957B669" w14:textId="77777777" w:rsidR="002007C2" w:rsidRDefault="002007C2" w:rsidP="002007C2">
      <w:r>
        <w:t xml:space="preserve">                                     round_missense_Z &gt; 4.052361965179443 and </w:t>
      </w:r>
    </w:p>
    <w:p w14:paraId="74FDB8DA" w14:textId="77777777" w:rsidR="002007C2" w:rsidRDefault="002007C2" w:rsidP="002007C2">
      <w:r>
        <w:t xml:space="preserve">                                     round_Transcript_count &lt;= 10.5 and </w:t>
      </w:r>
    </w:p>
    <w:p w14:paraId="44A973D0" w14:textId="77777777" w:rsidR="002007C2" w:rsidRDefault="002007C2" w:rsidP="002007C2">
      <w:r>
        <w:t xml:space="preserve">                                     round_Average_Transcript_length &lt;= 6597.4873046875),</w:t>
      </w:r>
    </w:p>
    <w:p w14:paraId="33CCCCB4" w14:textId="77777777" w:rsidR="002007C2" w:rsidRDefault="002007C2" w:rsidP="002007C2">
      <w:r>
        <w:t xml:space="preserve">           0.039674947245171322818 * (not Group == u'NDNE' and </w:t>
      </w:r>
    </w:p>
    <w:p w14:paraId="52D5DC92" w14:textId="77777777" w:rsidR="002007C2" w:rsidRDefault="002007C2" w:rsidP="002007C2">
      <w:r>
        <w:t xml:space="preserve">                                     round_Closeness &lt;= 0.3149999976158142 and </w:t>
      </w:r>
    </w:p>
    <w:p w14:paraId="717BBC4E" w14:textId="77777777" w:rsidR="002007C2" w:rsidRDefault="002007C2" w:rsidP="002007C2">
      <w:r>
        <w:t xml:space="preserve">                                     round_Phi &gt; 0.12447576969861984 and </w:t>
      </w:r>
    </w:p>
    <w:p w14:paraId="32F3F26D" w14:textId="77777777" w:rsidR="002007C2" w:rsidRDefault="002007C2" w:rsidP="002007C2">
      <w:r>
        <w:t xml:space="preserve">                                     round_Gene_Length_bp &lt;= 45328.0),</w:t>
      </w:r>
    </w:p>
    <w:p w14:paraId="53A7FD43" w14:textId="77777777" w:rsidR="002007C2" w:rsidRDefault="002007C2" w:rsidP="002007C2">
      <w:r>
        <w:t xml:space="preserve">           -0.30567366547201163529 * (round_Degree &lt;= 4.5 and </w:t>
      </w:r>
    </w:p>
    <w:p w14:paraId="6EABDFFC" w14:textId="77777777" w:rsidR="002007C2" w:rsidRDefault="002007C2" w:rsidP="002007C2">
      <w:r>
        <w:t xml:space="preserve">                                     round_Degree_mi &lt;= 0.5 and </w:t>
      </w:r>
    </w:p>
    <w:p w14:paraId="52BCAEEC" w14:textId="77777777" w:rsidR="002007C2" w:rsidRDefault="002007C2" w:rsidP="002007C2">
      <w:r>
        <w:t xml:space="preserve">                                     round_StdDev_Transcript_length &gt; 1049.45654296875)    ])</w:t>
      </w:r>
    </w:p>
    <w:p w14:paraId="2B8F6EA0" w14:textId="77777777" w:rsidR="002007C2" w:rsidRDefault="002007C2" w:rsidP="002007C2"/>
    <w:p w14:paraId="3893B044" w14:textId="77777777" w:rsidR="002007C2" w:rsidRDefault="002007C2" w:rsidP="002007C2">
      <w:r>
        <w:t>def get_type_conversion():</w:t>
      </w:r>
    </w:p>
    <w:p w14:paraId="14DDE6C4" w14:textId="77777777" w:rsidR="002007C2" w:rsidRDefault="002007C2" w:rsidP="002007C2">
      <w:r>
        <w:t xml:space="preserve">    return {</w:t>
      </w:r>
    </w:p>
    <w:p w14:paraId="1FEA9A50" w14:textId="77777777" w:rsidR="002007C2" w:rsidRDefault="002007C2" w:rsidP="002007C2">
      <w:r>
        <w:t xml:space="preserve">        u'Tajima\'s D regulatory': {'convert_func': parse_nonstandard_na, 'convert_args': None},</w:t>
      </w:r>
    </w:p>
    <w:p w14:paraId="062EAFE1" w14:textId="77777777" w:rsidR="002007C2" w:rsidRDefault="002007C2" w:rsidP="002007C2">
      <w:r>
        <w:t xml:space="preserve">        u'Degree': {'convert_func': parse_nonstandard_na, 'convert_args': None},</w:t>
      </w:r>
    </w:p>
    <w:p w14:paraId="481E02C9" w14:textId="77777777" w:rsidR="002007C2" w:rsidRDefault="002007C2" w:rsidP="002007C2">
      <w:r>
        <w:t xml:space="preserve">        u'dN/dS Chimp': {'convert_func': parse_nonstandard_na, 'convert_args': None},</w:t>
      </w:r>
    </w:p>
    <w:p w14:paraId="425DADC3" w14:textId="77777777" w:rsidR="002007C2" w:rsidRDefault="002007C2" w:rsidP="002007C2">
      <w:r>
        <w:t xml:space="preserve">        u'Closeness': {'convert_func': parse_nonstandard_na, 'convert_args': None},}</w:t>
      </w:r>
    </w:p>
    <w:p w14:paraId="1EDFFC64" w14:textId="77777777" w:rsidR="002007C2" w:rsidRDefault="002007C2" w:rsidP="002007C2">
      <w:r>
        <w:t>INDICATOR_COLS = [u'Blomen KBM7', u'Degree', u'LofTool', u'Phi', u'Tajima\'s D regulatory', u'dN/dS Chimp', u'missense_Z', u's_het']</w:t>
      </w:r>
    </w:p>
    <w:p w14:paraId="11E2470C" w14:textId="77777777" w:rsidR="002007C2" w:rsidRDefault="002007C2" w:rsidP="002007C2"/>
    <w:p w14:paraId="30CC4C1C" w14:textId="77777777" w:rsidR="002007C2" w:rsidRDefault="002007C2" w:rsidP="002007C2">
      <w:r>
        <w:t>IMPUTE_VALUES = {</w:t>
      </w:r>
    </w:p>
    <w:p w14:paraId="2890A338" w14:textId="77777777" w:rsidR="002007C2" w:rsidRDefault="002007C2" w:rsidP="002007C2">
      <w:r>
        <w:t xml:space="preserve">    u'Average Transcript length': 1932.128571,</w:t>
      </w:r>
    </w:p>
    <w:p w14:paraId="4FD2550A" w14:textId="77777777" w:rsidR="002007C2" w:rsidRDefault="002007C2" w:rsidP="002007C2">
      <w:r>
        <w:t xml:space="preserve">    u'Blomen KBM7': -0.499215,</w:t>
      </w:r>
    </w:p>
    <w:p w14:paraId="5315353A" w14:textId="77777777" w:rsidR="002007C2" w:rsidRDefault="002007C2" w:rsidP="002007C2">
      <w:r>
        <w:lastRenderedPageBreak/>
        <w:t xml:space="preserve">    u'Closeness': 0.250000,</w:t>
      </w:r>
    </w:p>
    <w:p w14:paraId="6FA7CEAE" w14:textId="77777777" w:rsidR="002007C2" w:rsidRDefault="002007C2" w:rsidP="002007C2">
      <w:r>
        <w:t xml:space="preserve">    u'Degree': 3.000000,</w:t>
      </w:r>
    </w:p>
    <w:p w14:paraId="13B0D689" w14:textId="77777777" w:rsidR="002007C2" w:rsidRDefault="002007C2" w:rsidP="002007C2">
      <w:r>
        <w:t xml:space="preserve">    u'End': 58139967.000000,</w:t>
      </w:r>
    </w:p>
    <w:p w14:paraId="0222F9D9" w14:textId="77777777" w:rsidR="002007C2" w:rsidRDefault="002007C2" w:rsidP="002007C2">
      <w:r>
        <w:t xml:space="preserve">    u'Exon Count': 36.000000,</w:t>
      </w:r>
    </w:p>
    <w:p w14:paraId="12D7B687" w14:textId="77777777" w:rsidR="002007C2" w:rsidRDefault="002007C2" w:rsidP="002007C2">
      <w:r>
        <w:t xml:space="preserve">    u'Gene Length bp': 28439.000000,</w:t>
      </w:r>
    </w:p>
    <w:p w14:paraId="78821177" w14:textId="77777777" w:rsidR="002007C2" w:rsidRDefault="002007C2" w:rsidP="002007C2">
      <w:r>
        <w:t xml:space="preserve">    u'LofTool': 0.502000,</w:t>
      </w:r>
    </w:p>
    <w:p w14:paraId="30E4EA75" w14:textId="77777777" w:rsidR="002007C2" w:rsidRDefault="002007C2" w:rsidP="002007C2">
      <w:r>
        <w:t xml:space="preserve">    u'Phi': 0.002401,</w:t>
      </w:r>
    </w:p>
    <w:p w14:paraId="59035774" w14:textId="77777777" w:rsidR="002007C2" w:rsidRDefault="002007C2" w:rsidP="002007C2">
      <w:r>
        <w:t xml:space="preserve">    u'StdDev Transcript length': 899.036969,</w:t>
      </w:r>
    </w:p>
    <w:p w14:paraId="703EEBE2" w14:textId="77777777" w:rsidR="002007C2" w:rsidRDefault="002007C2" w:rsidP="002007C2">
      <w:r>
        <w:t xml:space="preserve">    u'Tajima\'s D regulatory': 0.143000,</w:t>
      </w:r>
    </w:p>
    <w:p w14:paraId="38EC28C6" w14:textId="77777777" w:rsidR="002007C2" w:rsidRDefault="002007C2" w:rsidP="002007C2">
      <w:r>
        <w:t xml:space="preserve">    u'Transcript count': 6.000000,</w:t>
      </w:r>
    </w:p>
    <w:p w14:paraId="56E50E84" w14:textId="77777777" w:rsidR="002007C2" w:rsidRDefault="002007C2" w:rsidP="002007C2">
      <w:r>
        <w:t xml:space="preserve">    u'dN/dS Chimp': 0.230000,</w:t>
      </w:r>
    </w:p>
    <w:p w14:paraId="2C6ACEF2" w14:textId="77777777" w:rsidR="002007C2" w:rsidRDefault="002007C2" w:rsidP="002007C2">
      <w:r>
        <w:t xml:space="preserve">    u'missense_Z': 0.493769,</w:t>
      </w:r>
    </w:p>
    <w:p w14:paraId="1891F075" w14:textId="77777777" w:rsidR="002007C2" w:rsidRDefault="002007C2" w:rsidP="002007C2">
      <w:r>
        <w:t xml:space="preserve">    u's_het': 0.017813,}</w:t>
      </w:r>
    </w:p>
    <w:p w14:paraId="31C28A7A" w14:textId="77777777" w:rsidR="002007C2" w:rsidRDefault="002007C2" w:rsidP="002007C2"/>
    <w:p w14:paraId="0F473939" w14:textId="77777777" w:rsidR="002007C2" w:rsidRDefault="002007C2" w:rsidP="002007C2"/>
    <w:p w14:paraId="3A6AFD73" w14:textId="77777777" w:rsidR="002007C2" w:rsidRDefault="002007C2" w:rsidP="002007C2">
      <w:r>
        <w:t>def bag_of_words(text):</w:t>
      </w:r>
    </w:p>
    <w:p w14:paraId="3589F208" w14:textId="77777777" w:rsidR="002007C2" w:rsidRDefault="002007C2" w:rsidP="002007C2">
      <w:r>
        <w:t xml:space="preserve">    """ set of whole words  in a block of text """</w:t>
      </w:r>
    </w:p>
    <w:p w14:paraId="0816DACD" w14:textId="77777777" w:rsidR="002007C2" w:rsidRDefault="002007C2" w:rsidP="002007C2">
      <w:r>
        <w:t xml:space="preserve">    if type(text) == float:</w:t>
      </w:r>
    </w:p>
    <w:p w14:paraId="6FD49F4B" w14:textId="77777777" w:rsidR="002007C2" w:rsidRDefault="002007C2" w:rsidP="002007C2">
      <w:r>
        <w:t xml:space="preserve">        return set()</w:t>
      </w:r>
    </w:p>
    <w:p w14:paraId="4AF0029F" w14:textId="77777777" w:rsidR="002007C2" w:rsidRDefault="002007C2" w:rsidP="002007C2"/>
    <w:p w14:paraId="74A169B2" w14:textId="77777777" w:rsidR="002007C2" w:rsidRDefault="002007C2" w:rsidP="002007C2">
      <w:r>
        <w:t xml:space="preserve">    return set(word.lower() for word in</w:t>
      </w:r>
    </w:p>
    <w:p w14:paraId="6F60CCFE" w14:textId="77777777" w:rsidR="002007C2" w:rsidRDefault="002007C2" w:rsidP="002007C2">
      <w:r>
        <w:t xml:space="preserve">               re.findall(r'\w+', text, re.UNICODE | re.IGNORECASE))</w:t>
      </w:r>
    </w:p>
    <w:p w14:paraId="6FA52BE0" w14:textId="77777777" w:rsidR="002007C2" w:rsidRDefault="002007C2" w:rsidP="002007C2"/>
    <w:p w14:paraId="2E91171A" w14:textId="77777777" w:rsidR="002007C2" w:rsidRDefault="002007C2" w:rsidP="002007C2"/>
    <w:p w14:paraId="0F301B7D" w14:textId="77777777" w:rsidR="002007C2" w:rsidRDefault="002007C2" w:rsidP="002007C2">
      <w:r>
        <w:t>def parse_date(x, date_format):</w:t>
      </w:r>
    </w:p>
    <w:p w14:paraId="439B321F" w14:textId="77777777" w:rsidR="002007C2" w:rsidRDefault="002007C2" w:rsidP="002007C2">
      <w:r>
        <w:t xml:space="preserve">    """ convert date strings to numeric values. """</w:t>
      </w:r>
    </w:p>
    <w:p w14:paraId="33DEB371" w14:textId="77777777" w:rsidR="002007C2" w:rsidRDefault="002007C2" w:rsidP="002007C2">
      <w:r>
        <w:t xml:space="preserve">    try:</w:t>
      </w:r>
    </w:p>
    <w:p w14:paraId="0196CA46" w14:textId="77777777" w:rsidR="002007C2" w:rsidRDefault="002007C2" w:rsidP="002007C2">
      <w:r>
        <w:t xml:space="preserve">        # float values no longer pass isinstance(x, np.float64)</w:t>
      </w:r>
    </w:p>
    <w:p w14:paraId="10DA9934" w14:textId="77777777" w:rsidR="002007C2" w:rsidRDefault="002007C2" w:rsidP="002007C2">
      <w:r>
        <w:t xml:space="preserve">        if isinstance(x, (np.float64, float)):</w:t>
      </w:r>
    </w:p>
    <w:p w14:paraId="2D341518" w14:textId="77777777" w:rsidR="002007C2" w:rsidRDefault="002007C2" w:rsidP="002007C2">
      <w:r>
        <w:t xml:space="preserve">            x = long_type(x)</w:t>
      </w:r>
    </w:p>
    <w:p w14:paraId="4219F759" w14:textId="77777777" w:rsidR="002007C2" w:rsidRDefault="002007C2" w:rsidP="002007C2">
      <w:r>
        <w:t xml:space="preserve">        if '%f' in date_format and date_format.startswith('v2'):</w:t>
      </w:r>
    </w:p>
    <w:p w14:paraId="7932E74F" w14:textId="77777777" w:rsidR="002007C2" w:rsidRDefault="002007C2" w:rsidP="002007C2">
      <w:r>
        <w:t xml:space="preserve">            temp = str(x)</w:t>
      </w:r>
    </w:p>
    <w:p w14:paraId="30E0BF48" w14:textId="77777777" w:rsidR="002007C2" w:rsidRDefault="002007C2" w:rsidP="002007C2">
      <w:r>
        <w:t xml:space="preserve">            if re.search('[\+-][0-9]+$', temp):</w:t>
      </w:r>
    </w:p>
    <w:p w14:paraId="3916F11E" w14:textId="77777777" w:rsidR="002007C2" w:rsidRDefault="002007C2" w:rsidP="002007C2">
      <w:r>
        <w:t xml:space="preserve">                temp = re.sub('[\+-][0-9]+$', '', temp)</w:t>
      </w:r>
    </w:p>
    <w:p w14:paraId="402CDC12" w14:textId="77777777" w:rsidR="002007C2" w:rsidRDefault="002007C2" w:rsidP="002007C2"/>
    <w:p w14:paraId="14038605" w14:textId="77777777" w:rsidR="002007C2" w:rsidRDefault="002007C2" w:rsidP="002007C2">
      <w:r>
        <w:t xml:space="preserve">            date_format = date_format[2:]</w:t>
      </w:r>
    </w:p>
    <w:p w14:paraId="66391B5F" w14:textId="77777777" w:rsidR="002007C2" w:rsidRDefault="002007C2" w:rsidP="002007C2">
      <w:r>
        <w:t xml:space="preserve">            dt = datetime.strptime(temp, date_format)</w:t>
      </w:r>
    </w:p>
    <w:p w14:paraId="37DBF623" w14:textId="77777777" w:rsidR="002007C2" w:rsidRDefault="002007C2" w:rsidP="002007C2">
      <w:r>
        <w:t xml:space="preserve">            sec = calendar.timegm(dt.timetuple())</w:t>
      </w:r>
    </w:p>
    <w:p w14:paraId="0C7E6267" w14:textId="77777777" w:rsidR="002007C2" w:rsidRDefault="002007C2" w:rsidP="002007C2">
      <w:r>
        <w:t xml:space="preserve">            return sec * 1000 + dt.microsecond // 1000</w:t>
      </w:r>
    </w:p>
    <w:p w14:paraId="6791BA0B" w14:textId="77777777" w:rsidR="002007C2" w:rsidRDefault="002007C2" w:rsidP="002007C2">
      <w:r>
        <w:t xml:space="preserve">        elif '%M' in date_format:</w:t>
      </w:r>
    </w:p>
    <w:p w14:paraId="5C9B33C7" w14:textId="77777777" w:rsidR="002007C2" w:rsidRDefault="002007C2" w:rsidP="002007C2">
      <w:r>
        <w:t xml:space="preserve">            temp = str(x)</w:t>
      </w:r>
    </w:p>
    <w:p w14:paraId="491E35D4" w14:textId="77777777" w:rsidR="002007C2" w:rsidRDefault="002007C2" w:rsidP="002007C2">
      <w:r>
        <w:t xml:space="preserve">            if re.search('[\+-][0-9]+$', temp):</w:t>
      </w:r>
    </w:p>
    <w:p w14:paraId="2703EC5F" w14:textId="77777777" w:rsidR="002007C2" w:rsidRDefault="002007C2" w:rsidP="002007C2">
      <w:r>
        <w:t xml:space="preserve">                temp = re.sub('[\+-][0-9]+$', '', temp)</w:t>
      </w:r>
    </w:p>
    <w:p w14:paraId="5C8FB0A2" w14:textId="77777777" w:rsidR="002007C2" w:rsidRDefault="002007C2" w:rsidP="002007C2"/>
    <w:p w14:paraId="0F781291" w14:textId="77777777" w:rsidR="002007C2" w:rsidRDefault="002007C2" w:rsidP="002007C2">
      <w:r>
        <w:t xml:space="preserve">            return calendar.timegm(datetime.strptime(temp, date_format).timetuple())</w:t>
      </w:r>
    </w:p>
    <w:p w14:paraId="0C6D04BE" w14:textId="77777777" w:rsidR="002007C2" w:rsidRDefault="002007C2" w:rsidP="002007C2">
      <w:r>
        <w:t xml:space="preserve">        else:</w:t>
      </w:r>
    </w:p>
    <w:p w14:paraId="4D5BAC1D" w14:textId="77777777" w:rsidR="002007C2" w:rsidRDefault="002007C2" w:rsidP="002007C2">
      <w:r>
        <w:t xml:space="preserve">            return datetime.strptime(str(x), date_format).toordinal()</w:t>
      </w:r>
    </w:p>
    <w:p w14:paraId="50E6AC20" w14:textId="77777777" w:rsidR="002007C2" w:rsidRDefault="002007C2" w:rsidP="002007C2">
      <w:r>
        <w:lastRenderedPageBreak/>
        <w:t xml:space="preserve">    except:</w:t>
      </w:r>
    </w:p>
    <w:p w14:paraId="3C662E6D" w14:textId="77777777" w:rsidR="002007C2" w:rsidRDefault="002007C2" w:rsidP="002007C2">
      <w:r>
        <w:t xml:space="preserve">        return float('nan')</w:t>
      </w:r>
    </w:p>
    <w:p w14:paraId="370FED88" w14:textId="77777777" w:rsidR="002007C2" w:rsidRDefault="002007C2" w:rsidP="002007C2"/>
    <w:p w14:paraId="79183D64" w14:textId="77777777" w:rsidR="002007C2" w:rsidRDefault="002007C2" w:rsidP="002007C2"/>
    <w:p w14:paraId="31F80E01" w14:textId="77777777" w:rsidR="002007C2" w:rsidRDefault="002007C2" w:rsidP="002007C2">
      <w:r>
        <w:t>def parse_percentage(s):</w:t>
      </w:r>
    </w:p>
    <w:p w14:paraId="143E0CC4" w14:textId="77777777" w:rsidR="002007C2" w:rsidRDefault="002007C2" w:rsidP="002007C2">
      <w:r>
        <w:t xml:space="preserve">    """ remove percent sign so percentage variables can be converted to numeric """</w:t>
      </w:r>
    </w:p>
    <w:p w14:paraId="2B7C6ADC" w14:textId="77777777" w:rsidR="002007C2" w:rsidRDefault="002007C2" w:rsidP="002007C2">
      <w:r>
        <w:t xml:space="preserve">    if isinstance(s, float):</w:t>
      </w:r>
    </w:p>
    <w:p w14:paraId="5F1C417A" w14:textId="77777777" w:rsidR="002007C2" w:rsidRDefault="002007C2" w:rsidP="002007C2">
      <w:r>
        <w:t xml:space="preserve">        return s</w:t>
      </w:r>
    </w:p>
    <w:p w14:paraId="5A08D111" w14:textId="77777777" w:rsidR="002007C2" w:rsidRDefault="002007C2" w:rsidP="002007C2">
      <w:r>
        <w:t xml:space="preserve">    if isinstance(s, int):</w:t>
      </w:r>
    </w:p>
    <w:p w14:paraId="1F495AA9" w14:textId="77777777" w:rsidR="002007C2" w:rsidRDefault="002007C2" w:rsidP="002007C2">
      <w:r>
        <w:t xml:space="preserve">        return float(s)</w:t>
      </w:r>
    </w:p>
    <w:p w14:paraId="5C27C4EF" w14:textId="77777777" w:rsidR="002007C2" w:rsidRDefault="002007C2" w:rsidP="002007C2">
      <w:r>
        <w:t xml:space="preserve">    try:</w:t>
      </w:r>
    </w:p>
    <w:p w14:paraId="7CBADFDC" w14:textId="77777777" w:rsidR="002007C2" w:rsidRDefault="002007C2" w:rsidP="002007C2">
      <w:r>
        <w:t xml:space="preserve">        return float(s.replace('%', ''))</w:t>
      </w:r>
    </w:p>
    <w:p w14:paraId="282AEF5D" w14:textId="77777777" w:rsidR="002007C2" w:rsidRDefault="002007C2" w:rsidP="002007C2">
      <w:r>
        <w:t xml:space="preserve">    except:</w:t>
      </w:r>
    </w:p>
    <w:p w14:paraId="122D80C1" w14:textId="77777777" w:rsidR="002007C2" w:rsidRDefault="002007C2" w:rsidP="002007C2">
      <w:r>
        <w:t xml:space="preserve">        return float('nan')</w:t>
      </w:r>
    </w:p>
    <w:p w14:paraId="76B127E7" w14:textId="77777777" w:rsidR="002007C2" w:rsidRDefault="002007C2" w:rsidP="002007C2"/>
    <w:p w14:paraId="0554C72D" w14:textId="77777777" w:rsidR="002007C2" w:rsidRDefault="002007C2" w:rsidP="002007C2">
      <w:r>
        <w:t>def parse_nonstandard_na(s):</w:t>
      </w:r>
    </w:p>
    <w:p w14:paraId="2069BF60" w14:textId="77777777" w:rsidR="002007C2" w:rsidRDefault="002007C2" w:rsidP="002007C2">
      <w:r>
        <w:t xml:space="preserve">    """ if a column contains numbers and a unique non-numeric,</w:t>
      </w:r>
    </w:p>
    <w:p w14:paraId="13DF77EE" w14:textId="77777777" w:rsidR="002007C2" w:rsidRDefault="002007C2" w:rsidP="002007C2">
      <w:r>
        <w:t xml:space="preserve">        then the non-numeric is considered to be N/A</w:t>
      </w:r>
    </w:p>
    <w:p w14:paraId="7F08A5D2" w14:textId="77777777" w:rsidR="002007C2" w:rsidRDefault="002007C2" w:rsidP="002007C2">
      <w:r>
        <w:t xml:space="preserve">    """</w:t>
      </w:r>
    </w:p>
    <w:p w14:paraId="09CE6A9E" w14:textId="77777777" w:rsidR="002007C2" w:rsidRDefault="002007C2" w:rsidP="002007C2">
      <w:r>
        <w:t xml:space="preserve">    try:</w:t>
      </w:r>
    </w:p>
    <w:p w14:paraId="4EDCF6A8" w14:textId="77777777" w:rsidR="002007C2" w:rsidRDefault="002007C2" w:rsidP="002007C2">
      <w:r>
        <w:t xml:space="preserve">        ret = float(s)</w:t>
      </w:r>
    </w:p>
    <w:p w14:paraId="0DEF5AE8" w14:textId="77777777" w:rsidR="002007C2" w:rsidRDefault="002007C2" w:rsidP="002007C2">
      <w:r>
        <w:t xml:space="preserve">        if np.isinf(ret):</w:t>
      </w:r>
    </w:p>
    <w:p w14:paraId="327F41E3" w14:textId="77777777" w:rsidR="002007C2" w:rsidRDefault="002007C2" w:rsidP="002007C2">
      <w:r>
        <w:t xml:space="preserve">            return float('nan')</w:t>
      </w:r>
    </w:p>
    <w:p w14:paraId="570F5F81" w14:textId="77777777" w:rsidR="002007C2" w:rsidRDefault="002007C2" w:rsidP="002007C2">
      <w:r>
        <w:t xml:space="preserve">        return ret</w:t>
      </w:r>
    </w:p>
    <w:p w14:paraId="03CFC0FE" w14:textId="77777777" w:rsidR="002007C2" w:rsidRDefault="002007C2" w:rsidP="002007C2">
      <w:r>
        <w:t xml:space="preserve">    except:</w:t>
      </w:r>
    </w:p>
    <w:p w14:paraId="542B7DAE" w14:textId="77777777" w:rsidR="002007C2" w:rsidRDefault="002007C2" w:rsidP="002007C2">
      <w:r>
        <w:t xml:space="preserve">        return float('nan')</w:t>
      </w:r>
    </w:p>
    <w:p w14:paraId="238158E6" w14:textId="77777777" w:rsidR="002007C2" w:rsidRDefault="002007C2" w:rsidP="002007C2"/>
    <w:p w14:paraId="343C3D7B" w14:textId="77777777" w:rsidR="002007C2" w:rsidRDefault="002007C2" w:rsidP="002007C2">
      <w:r>
        <w:t>def parse_length(s):</w:t>
      </w:r>
    </w:p>
    <w:p w14:paraId="060F6DEE" w14:textId="77777777" w:rsidR="002007C2" w:rsidRDefault="002007C2" w:rsidP="002007C2">
      <w:r>
        <w:t xml:space="preserve">    """ convert feet and inches as string to inches as numeric """</w:t>
      </w:r>
    </w:p>
    <w:p w14:paraId="18F8F990" w14:textId="77777777" w:rsidR="002007C2" w:rsidRDefault="002007C2" w:rsidP="002007C2">
      <w:r>
        <w:t xml:space="preserve">    try:</w:t>
      </w:r>
    </w:p>
    <w:p w14:paraId="228AC256" w14:textId="77777777" w:rsidR="002007C2" w:rsidRDefault="002007C2" w:rsidP="002007C2">
      <w:r>
        <w:t xml:space="preserve">        if '"' in s and "'" in s:</w:t>
      </w:r>
    </w:p>
    <w:p w14:paraId="404E197C" w14:textId="77777777" w:rsidR="002007C2" w:rsidRDefault="002007C2" w:rsidP="002007C2">
      <w:r>
        <w:t xml:space="preserve">            sp = s.split("'")</w:t>
      </w:r>
    </w:p>
    <w:p w14:paraId="0F348563" w14:textId="77777777" w:rsidR="002007C2" w:rsidRDefault="002007C2" w:rsidP="002007C2">
      <w:r>
        <w:t xml:space="preserve">            return float(sp[0]) * 12 + float(sp[1].replace('"', ''))</w:t>
      </w:r>
    </w:p>
    <w:p w14:paraId="6CEDEA8C" w14:textId="77777777" w:rsidR="002007C2" w:rsidRDefault="002007C2" w:rsidP="002007C2">
      <w:r>
        <w:t xml:space="preserve">        else:</w:t>
      </w:r>
    </w:p>
    <w:p w14:paraId="7E4BF6EA" w14:textId="77777777" w:rsidR="002007C2" w:rsidRDefault="002007C2" w:rsidP="002007C2">
      <w:r>
        <w:t xml:space="preserve">            if "'" in s:</w:t>
      </w:r>
    </w:p>
    <w:p w14:paraId="434C6B2A" w14:textId="77777777" w:rsidR="002007C2" w:rsidRDefault="002007C2" w:rsidP="002007C2">
      <w:r>
        <w:t xml:space="preserve">                return float(s.replace("'", '')) * 12</w:t>
      </w:r>
    </w:p>
    <w:p w14:paraId="65B80358" w14:textId="77777777" w:rsidR="002007C2" w:rsidRDefault="002007C2" w:rsidP="002007C2">
      <w:r>
        <w:t xml:space="preserve">            else:</w:t>
      </w:r>
    </w:p>
    <w:p w14:paraId="5F65460C" w14:textId="77777777" w:rsidR="002007C2" w:rsidRDefault="002007C2" w:rsidP="002007C2">
      <w:r>
        <w:t xml:space="preserve">                return float(s.replace('"', ''))</w:t>
      </w:r>
    </w:p>
    <w:p w14:paraId="4B3D1699" w14:textId="77777777" w:rsidR="002007C2" w:rsidRDefault="002007C2" w:rsidP="002007C2">
      <w:r>
        <w:t xml:space="preserve">    except:</w:t>
      </w:r>
    </w:p>
    <w:p w14:paraId="0198B611" w14:textId="77777777" w:rsidR="002007C2" w:rsidRDefault="002007C2" w:rsidP="002007C2">
      <w:r>
        <w:t xml:space="preserve">        return float('nan')</w:t>
      </w:r>
    </w:p>
    <w:p w14:paraId="5A8D4C6B" w14:textId="77777777" w:rsidR="002007C2" w:rsidRDefault="002007C2" w:rsidP="002007C2"/>
    <w:p w14:paraId="79B97F15" w14:textId="77777777" w:rsidR="002007C2" w:rsidRDefault="002007C2" w:rsidP="002007C2">
      <w:r>
        <w:t>def parse_currency(s):</w:t>
      </w:r>
    </w:p>
    <w:p w14:paraId="5C4D489B" w14:textId="77777777" w:rsidR="002007C2" w:rsidRDefault="002007C2" w:rsidP="002007C2">
      <w:r>
        <w:t xml:space="preserve">    """ strip currency characters and commas from currency columns """</w:t>
      </w:r>
    </w:p>
    <w:p w14:paraId="1BE74571" w14:textId="77777777" w:rsidR="002007C2" w:rsidRDefault="002007C2" w:rsidP="002007C2">
      <w:r>
        <w:t xml:space="preserve">    if not isinstance(s, text_type):</w:t>
      </w:r>
    </w:p>
    <w:p w14:paraId="125FBF71" w14:textId="77777777" w:rsidR="002007C2" w:rsidRDefault="002007C2" w:rsidP="002007C2">
      <w:r>
        <w:t xml:space="preserve">        return float('nan')</w:t>
      </w:r>
    </w:p>
    <w:p w14:paraId="7E401F26" w14:textId="77777777" w:rsidR="002007C2" w:rsidRDefault="002007C2" w:rsidP="002007C2">
      <w:r>
        <w:t xml:space="preserve">    s = re.sub(u'[\$\u20AC\u00A3\uFFE1\u00A5\uFFE5]|(EUR)', '', s)</w:t>
      </w:r>
    </w:p>
    <w:p w14:paraId="7CF7F17B" w14:textId="77777777" w:rsidR="002007C2" w:rsidRDefault="002007C2" w:rsidP="002007C2">
      <w:r>
        <w:t xml:space="preserve">    s = s.replace(',', '')</w:t>
      </w:r>
    </w:p>
    <w:p w14:paraId="4EF8057A" w14:textId="77777777" w:rsidR="002007C2" w:rsidRDefault="002007C2" w:rsidP="002007C2">
      <w:r>
        <w:lastRenderedPageBreak/>
        <w:t xml:space="preserve">    try:</w:t>
      </w:r>
    </w:p>
    <w:p w14:paraId="1BF6F4A9" w14:textId="77777777" w:rsidR="002007C2" w:rsidRDefault="002007C2" w:rsidP="002007C2">
      <w:r>
        <w:t xml:space="preserve">        return float(s)</w:t>
      </w:r>
    </w:p>
    <w:p w14:paraId="6C14BAFA" w14:textId="77777777" w:rsidR="002007C2" w:rsidRDefault="002007C2" w:rsidP="002007C2">
      <w:r>
        <w:t xml:space="preserve">    except:</w:t>
      </w:r>
    </w:p>
    <w:p w14:paraId="725602E0" w14:textId="77777777" w:rsidR="002007C2" w:rsidRDefault="002007C2" w:rsidP="002007C2">
      <w:r>
        <w:t xml:space="preserve">        return float('nan')</w:t>
      </w:r>
    </w:p>
    <w:p w14:paraId="68B94787" w14:textId="77777777" w:rsidR="002007C2" w:rsidRDefault="002007C2" w:rsidP="002007C2"/>
    <w:p w14:paraId="26FA057F" w14:textId="77777777" w:rsidR="002007C2" w:rsidRDefault="002007C2" w:rsidP="002007C2"/>
    <w:p w14:paraId="60B1B1DA" w14:textId="77777777" w:rsidR="002007C2" w:rsidRDefault="002007C2" w:rsidP="002007C2">
      <w:r>
        <w:t>def parse_currency_replace_cents_period(val, currency_symbol):</w:t>
      </w:r>
    </w:p>
    <w:p w14:paraId="1C00D46F" w14:textId="77777777" w:rsidR="002007C2" w:rsidRDefault="002007C2" w:rsidP="002007C2">
      <w:r>
        <w:t xml:space="preserve">    try:</w:t>
      </w:r>
    </w:p>
    <w:p w14:paraId="66E270CD" w14:textId="77777777" w:rsidR="002007C2" w:rsidRDefault="002007C2" w:rsidP="002007C2">
      <w:r>
        <w:t xml:space="preserve">        if np.isnan(val):</w:t>
      </w:r>
    </w:p>
    <w:p w14:paraId="180E5772" w14:textId="77777777" w:rsidR="002007C2" w:rsidRDefault="002007C2" w:rsidP="002007C2">
      <w:r>
        <w:t xml:space="preserve">            return val</w:t>
      </w:r>
    </w:p>
    <w:p w14:paraId="793D6443" w14:textId="77777777" w:rsidR="002007C2" w:rsidRDefault="002007C2" w:rsidP="002007C2">
      <w:r>
        <w:t xml:space="preserve">    except TypeError:</w:t>
      </w:r>
    </w:p>
    <w:p w14:paraId="433C52DA" w14:textId="77777777" w:rsidR="002007C2" w:rsidRDefault="002007C2" w:rsidP="002007C2">
      <w:r>
        <w:t xml:space="preserve">        pass</w:t>
      </w:r>
    </w:p>
    <w:p w14:paraId="7C43606A" w14:textId="77777777" w:rsidR="002007C2" w:rsidRDefault="002007C2" w:rsidP="002007C2">
      <w:r>
        <w:t xml:space="preserve">    if not isinstance(val, string_types):</w:t>
      </w:r>
    </w:p>
    <w:p w14:paraId="3FD6BFF0" w14:textId="77777777" w:rsidR="002007C2" w:rsidRDefault="002007C2" w:rsidP="002007C2">
      <w:r>
        <w:t xml:space="preserve">        raise ValueError('Found wrong value for currency: {}'.format(val))</w:t>
      </w:r>
    </w:p>
    <w:p w14:paraId="2C8E36BA" w14:textId="77777777" w:rsidR="002007C2" w:rsidRDefault="002007C2" w:rsidP="002007C2">
      <w:r>
        <w:t xml:space="preserve">    try:</w:t>
      </w:r>
    </w:p>
    <w:p w14:paraId="66D63D8F" w14:textId="77777777" w:rsidR="002007C2" w:rsidRDefault="002007C2" w:rsidP="002007C2">
      <w:r>
        <w:t xml:space="preserve">        val = val.replace(currency_symbol, "", 1)</w:t>
      </w:r>
    </w:p>
    <w:p w14:paraId="4404756F" w14:textId="77777777" w:rsidR="002007C2" w:rsidRDefault="002007C2" w:rsidP="002007C2">
      <w:r>
        <w:t xml:space="preserve">        val = val.replace(" ", "")</w:t>
      </w:r>
    </w:p>
    <w:p w14:paraId="7A19FF09" w14:textId="77777777" w:rsidR="002007C2" w:rsidRDefault="002007C2" w:rsidP="002007C2">
      <w:r>
        <w:t xml:space="preserve">        val = val.replace(",", "")</w:t>
      </w:r>
    </w:p>
    <w:p w14:paraId="5259E2B2" w14:textId="77777777" w:rsidR="002007C2" w:rsidRDefault="002007C2" w:rsidP="002007C2">
      <w:r>
        <w:t xml:space="preserve">        val = float(val)</w:t>
      </w:r>
    </w:p>
    <w:p w14:paraId="5D5AAC31" w14:textId="77777777" w:rsidR="002007C2" w:rsidRDefault="002007C2" w:rsidP="002007C2">
      <w:r>
        <w:t xml:space="preserve">    except ValueError:</w:t>
      </w:r>
    </w:p>
    <w:p w14:paraId="7A8CB25B" w14:textId="77777777" w:rsidR="002007C2" w:rsidRDefault="002007C2" w:rsidP="002007C2">
      <w:r>
        <w:t xml:space="preserve">        val = float('nan')</w:t>
      </w:r>
    </w:p>
    <w:p w14:paraId="02A3561B" w14:textId="77777777" w:rsidR="002007C2" w:rsidRDefault="002007C2" w:rsidP="002007C2">
      <w:r>
        <w:t xml:space="preserve">    return val</w:t>
      </w:r>
    </w:p>
    <w:p w14:paraId="4F2B05D3" w14:textId="77777777" w:rsidR="002007C2" w:rsidRDefault="002007C2" w:rsidP="002007C2"/>
    <w:p w14:paraId="408B5C73" w14:textId="77777777" w:rsidR="002007C2" w:rsidRDefault="002007C2" w:rsidP="002007C2"/>
    <w:p w14:paraId="3D668EBB" w14:textId="77777777" w:rsidR="002007C2" w:rsidRDefault="002007C2" w:rsidP="002007C2">
      <w:r>
        <w:t>def parse_currency_replace_cents_comma(val, currency_symbol):</w:t>
      </w:r>
    </w:p>
    <w:p w14:paraId="227E6571" w14:textId="77777777" w:rsidR="002007C2" w:rsidRDefault="002007C2" w:rsidP="002007C2">
      <w:r>
        <w:t xml:space="preserve">    try:</w:t>
      </w:r>
    </w:p>
    <w:p w14:paraId="66065ACB" w14:textId="77777777" w:rsidR="002007C2" w:rsidRDefault="002007C2" w:rsidP="002007C2">
      <w:r>
        <w:t xml:space="preserve">        if np.isnan(val):</w:t>
      </w:r>
    </w:p>
    <w:p w14:paraId="1CD6072C" w14:textId="77777777" w:rsidR="002007C2" w:rsidRDefault="002007C2" w:rsidP="002007C2">
      <w:r>
        <w:t xml:space="preserve">            return val</w:t>
      </w:r>
    </w:p>
    <w:p w14:paraId="59DDEC43" w14:textId="77777777" w:rsidR="002007C2" w:rsidRDefault="002007C2" w:rsidP="002007C2">
      <w:r>
        <w:t xml:space="preserve">    except TypeError:</w:t>
      </w:r>
    </w:p>
    <w:p w14:paraId="31BDB8E8" w14:textId="77777777" w:rsidR="002007C2" w:rsidRDefault="002007C2" w:rsidP="002007C2">
      <w:r>
        <w:t xml:space="preserve">        pass</w:t>
      </w:r>
    </w:p>
    <w:p w14:paraId="566B6BB4" w14:textId="77777777" w:rsidR="002007C2" w:rsidRDefault="002007C2" w:rsidP="002007C2">
      <w:r>
        <w:t xml:space="preserve">    if not isinstance(val, string_types):</w:t>
      </w:r>
    </w:p>
    <w:p w14:paraId="720FC6E8" w14:textId="77777777" w:rsidR="002007C2" w:rsidRDefault="002007C2" w:rsidP="002007C2">
      <w:r>
        <w:t xml:space="preserve">        raise ValueError('Found wrong value for currency: {}'.format(val))</w:t>
      </w:r>
    </w:p>
    <w:p w14:paraId="624EAF69" w14:textId="77777777" w:rsidR="002007C2" w:rsidRDefault="002007C2" w:rsidP="002007C2">
      <w:r>
        <w:t xml:space="preserve">    try:</w:t>
      </w:r>
    </w:p>
    <w:p w14:paraId="7FAC362B" w14:textId="77777777" w:rsidR="002007C2" w:rsidRDefault="002007C2" w:rsidP="002007C2">
      <w:r>
        <w:t xml:space="preserve">        val = val.replace(currency_symbol, "", 1)</w:t>
      </w:r>
    </w:p>
    <w:p w14:paraId="0CA70676" w14:textId="77777777" w:rsidR="002007C2" w:rsidRDefault="002007C2" w:rsidP="002007C2">
      <w:r>
        <w:t xml:space="preserve">        val = val.replace(" ", "")</w:t>
      </w:r>
    </w:p>
    <w:p w14:paraId="7EAF93A3" w14:textId="77777777" w:rsidR="002007C2" w:rsidRDefault="002007C2" w:rsidP="002007C2">
      <w:r>
        <w:t xml:space="preserve">        val = val.replace(".", "")</w:t>
      </w:r>
    </w:p>
    <w:p w14:paraId="30BFCBF4" w14:textId="77777777" w:rsidR="002007C2" w:rsidRDefault="002007C2" w:rsidP="002007C2">
      <w:r>
        <w:t xml:space="preserve">        val = val.replace(",", ".")</w:t>
      </w:r>
    </w:p>
    <w:p w14:paraId="49000D4E" w14:textId="77777777" w:rsidR="002007C2" w:rsidRDefault="002007C2" w:rsidP="002007C2">
      <w:r>
        <w:t xml:space="preserve">        val = float(val)</w:t>
      </w:r>
    </w:p>
    <w:p w14:paraId="220B55FC" w14:textId="77777777" w:rsidR="002007C2" w:rsidRDefault="002007C2" w:rsidP="002007C2">
      <w:r>
        <w:t xml:space="preserve">    except ValueError:</w:t>
      </w:r>
    </w:p>
    <w:p w14:paraId="27EE668F" w14:textId="77777777" w:rsidR="002007C2" w:rsidRDefault="002007C2" w:rsidP="002007C2">
      <w:r>
        <w:t xml:space="preserve">        val = float('nan')</w:t>
      </w:r>
    </w:p>
    <w:p w14:paraId="7FE156C2" w14:textId="77777777" w:rsidR="002007C2" w:rsidRDefault="002007C2" w:rsidP="002007C2">
      <w:r>
        <w:t xml:space="preserve">    return val</w:t>
      </w:r>
    </w:p>
    <w:p w14:paraId="02CA5661" w14:textId="77777777" w:rsidR="002007C2" w:rsidRDefault="002007C2" w:rsidP="002007C2"/>
    <w:p w14:paraId="27606B21" w14:textId="77777777" w:rsidR="002007C2" w:rsidRDefault="002007C2" w:rsidP="002007C2"/>
    <w:p w14:paraId="38FAAB0E" w14:textId="77777777" w:rsidR="002007C2" w:rsidRDefault="002007C2" w:rsidP="002007C2">
      <w:r>
        <w:t>def parse_currency_replace_no_cents(val, currency_symbol):</w:t>
      </w:r>
    </w:p>
    <w:p w14:paraId="03810F4E" w14:textId="77777777" w:rsidR="002007C2" w:rsidRDefault="002007C2" w:rsidP="002007C2">
      <w:r>
        <w:t xml:space="preserve">    try:</w:t>
      </w:r>
    </w:p>
    <w:p w14:paraId="0934E74D" w14:textId="77777777" w:rsidR="002007C2" w:rsidRDefault="002007C2" w:rsidP="002007C2">
      <w:r>
        <w:t xml:space="preserve">        if np.isnan(val):</w:t>
      </w:r>
    </w:p>
    <w:p w14:paraId="4D9A1EC8" w14:textId="77777777" w:rsidR="002007C2" w:rsidRDefault="002007C2" w:rsidP="002007C2">
      <w:r>
        <w:t xml:space="preserve">            return val</w:t>
      </w:r>
    </w:p>
    <w:p w14:paraId="2C9BC622" w14:textId="77777777" w:rsidR="002007C2" w:rsidRDefault="002007C2" w:rsidP="002007C2">
      <w:r>
        <w:lastRenderedPageBreak/>
        <w:t xml:space="preserve">    except TypeError:</w:t>
      </w:r>
    </w:p>
    <w:p w14:paraId="6F0CDA45" w14:textId="77777777" w:rsidR="002007C2" w:rsidRDefault="002007C2" w:rsidP="002007C2">
      <w:r>
        <w:t xml:space="preserve">        pass</w:t>
      </w:r>
    </w:p>
    <w:p w14:paraId="5B1E73B0" w14:textId="77777777" w:rsidR="002007C2" w:rsidRDefault="002007C2" w:rsidP="002007C2">
      <w:r>
        <w:t xml:space="preserve">    if not isinstance(val, string_types):</w:t>
      </w:r>
    </w:p>
    <w:p w14:paraId="3A49130F" w14:textId="77777777" w:rsidR="002007C2" w:rsidRDefault="002007C2" w:rsidP="002007C2">
      <w:r>
        <w:t xml:space="preserve">        raise ValueError('Found wrong value for currency: {}'.format(val))</w:t>
      </w:r>
    </w:p>
    <w:p w14:paraId="206D0469" w14:textId="77777777" w:rsidR="002007C2" w:rsidRDefault="002007C2" w:rsidP="002007C2">
      <w:r>
        <w:t xml:space="preserve">    try:</w:t>
      </w:r>
    </w:p>
    <w:p w14:paraId="114F0172" w14:textId="77777777" w:rsidR="002007C2" w:rsidRDefault="002007C2" w:rsidP="002007C2">
      <w:r>
        <w:t xml:space="preserve">        val = val.replace(currency_symbol, "", 1)</w:t>
      </w:r>
    </w:p>
    <w:p w14:paraId="1EF728F7" w14:textId="77777777" w:rsidR="002007C2" w:rsidRDefault="002007C2" w:rsidP="002007C2">
      <w:r>
        <w:t xml:space="preserve">        val = val.replace(" ", "")</w:t>
      </w:r>
    </w:p>
    <w:p w14:paraId="0AEB4833" w14:textId="77777777" w:rsidR="002007C2" w:rsidRDefault="002007C2" w:rsidP="002007C2">
      <w:r>
        <w:t xml:space="preserve">        val = val.replace(",", "")</w:t>
      </w:r>
    </w:p>
    <w:p w14:paraId="7F3D9667" w14:textId="77777777" w:rsidR="002007C2" w:rsidRDefault="002007C2" w:rsidP="002007C2">
      <w:r>
        <w:t xml:space="preserve">        val = val.replace(".", "")</w:t>
      </w:r>
    </w:p>
    <w:p w14:paraId="78BFF15D" w14:textId="77777777" w:rsidR="002007C2" w:rsidRDefault="002007C2" w:rsidP="002007C2">
      <w:r>
        <w:t xml:space="preserve">        val = float(val)</w:t>
      </w:r>
    </w:p>
    <w:p w14:paraId="769B780A" w14:textId="77777777" w:rsidR="002007C2" w:rsidRDefault="002007C2" w:rsidP="002007C2">
      <w:r>
        <w:t xml:space="preserve">    except ValueError:</w:t>
      </w:r>
    </w:p>
    <w:p w14:paraId="45591031" w14:textId="77777777" w:rsidR="002007C2" w:rsidRDefault="002007C2" w:rsidP="002007C2">
      <w:r>
        <w:t xml:space="preserve">        val = float('nan')</w:t>
      </w:r>
    </w:p>
    <w:p w14:paraId="04CF0BAF" w14:textId="77777777" w:rsidR="002007C2" w:rsidRDefault="002007C2" w:rsidP="002007C2">
      <w:r>
        <w:t xml:space="preserve">    return val</w:t>
      </w:r>
    </w:p>
    <w:p w14:paraId="15FFF0EC" w14:textId="77777777" w:rsidR="002007C2" w:rsidRDefault="002007C2" w:rsidP="002007C2"/>
    <w:p w14:paraId="16CA57FE" w14:textId="77777777" w:rsidR="002007C2" w:rsidRDefault="002007C2" w:rsidP="002007C2">
      <w:r>
        <w:t>def parse_numeric_types(ds):</w:t>
      </w:r>
    </w:p>
    <w:p w14:paraId="6B9E5EF9" w14:textId="77777777" w:rsidR="002007C2" w:rsidRDefault="002007C2" w:rsidP="002007C2">
      <w:r>
        <w:t xml:space="preserve">    """ convert strings with numeric types (date, currency, etc.)</w:t>
      </w:r>
    </w:p>
    <w:p w14:paraId="35AE5D09" w14:textId="77777777" w:rsidR="002007C2" w:rsidRDefault="002007C2" w:rsidP="002007C2">
      <w:r>
        <w:t xml:space="preserve">        to actual numeric values """</w:t>
      </w:r>
    </w:p>
    <w:p w14:paraId="7D33EF5E" w14:textId="77777777" w:rsidR="002007C2" w:rsidRDefault="002007C2" w:rsidP="002007C2">
      <w:r>
        <w:t xml:space="preserve">    TYPE_CONVERSION = get_type_conversion()</w:t>
      </w:r>
    </w:p>
    <w:p w14:paraId="4C72E5D4" w14:textId="77777777" w:rsidR="002007C2" w:rsidRDefault="002007C2" w:rsidP="002007C2">
      <w:r>
        <w:t xml:space="preserve">    for col in ds.columns:</w:t>
      </w:r>
    </w:p>
    <w:p w14:paraId="6EE7D971" w14:textId="77777777" w:rsidR="002007C2" w:rsidRDefault="002007C2" w:rsidP="002007C2">
      <w:r>
        <w:t xml:space="preserve">        if col in TYPE_CONVERSION:</w:t>
      </w:r>
    </w:p>
    <w:p w14:paraId="4F8DC5AD" w14:textId="77777777" w:rsidR="002007C2" w:rsidRDefault="002007C2" w:rsidP="002007C2">
      <w:r>
        <w:t xml:space="preserve">            convert_func = TYPE_CONVERSION[col]['convert_func']</w:t>
      </w:r>
    </w:p>
    <w:p w14:paraId="0CE560FB" w14:textId="77777777" w:rsidR="002007C2" w:rsidRDefault="002007C2" w:rsidP="002007C2">
      <w:r>
        <w:t xml:space="preserve">            convert_args = TYPE_CONVERSION[col]['convert_args']</w:t>
      </w:r>
    </w:p>
    <w:p w14:paraId="56C63C92" w14:textId="77777777" w:rsidR="002007C2" w:rsidRDefault="002007C2" w:rsidP="002007C2">
      <w:r>
        <w:t xml:space="preserve">            ds[col] = ds[col].apply(convert_func, args=convert_args)</w:t>
      </w:r>
    </w:p>
    <w:p w14:paraId="0E0EA082" w14:textId="77777777" w:rsidR="002007C2" w:rsidRDefault="002007C2" w:rsidP="002007C2">
      <w:r>
        <w:t xml:space="preserve">    return ds</w:t>
      </w:r>
    </w:p>
    <w:p w14:paraId="62304B2E" w14:textId="77777777" w:rsidR="002007C2" w:rsidRDefault="002007C2" w:rsidP="002007C2"/>
    <w:p w14:paraId="71C10723" w14:textId="77777777" w:rsidR="002007C2" w:rsidRDefault="002007C2" w:rsidP="002007C2">
      <w:r>
        <w:t>def sanitize_name(name):</w:t>
      </w:r>
    </w:p>
    <w:p w14:paraId="153BCB58" w14:textId="77777777" w:rsidR="002007C2" w:rsidRDefault="002007C2" w:rsidP="002007C2">
      <w:r>
        <w:t xml:space="preserve">    safe = name.strip().replace("-", "_").replace("$", "_").replace(".", "_")</w:t>
      </w:r>
    </w:p>
    <w:p w14:paraId="31F4ABBD" w14:textId="77777777" w:rsidR="002007C2" w:rsidRDefault="002007C2" w:rsidP="002007C2">
      <w:r>
        <w:t xml:space="preserve">    safe = safe.replace("{", "_").replace("}", "_")</w:t>
      </w:r>
    </w:p>
    <w:p w14:paraId="126D310D" w14:textId="77777777" w:rsidR="002007C2" w:rsidRDefault="002007C2" w:rsidP="002007C2">
      <w:r>
        <w:t xml:space="preserve">    safe = safe.replace('"', '_')</w:t>
      </w:r>
    </w:p>
    <w:p w14:paraId="01FF8CD4" w14:textId="77777777" w:rsidR="002007C2" w:rsidRDefault="002007C2" w:rsidP="002007C2">
      <w:r>
        <w:t xml:space="preserve">    safe = safe.replace("\n", "_")</w:t>
      </w:r>
    </w:p>
    <w:p w14:paraId="43CA50F8" w14:textId="77777777" w:rsidR="002007C2" w:rsidRDefault="002007C2" w:rsidP="002007C2">
      <w:r>
        <w:t xml:space="preserve">    safe = safe.replace("\r", "_")</w:t>
      </w:r>
    </w:p>
    <w:p w14:paraId="43911D87" w14:textId="77777777" w:rsidR="002007C2" w:rsidRDefault="002007C2" w:rsidP="002007C2">
      <w:r>
        <w:t xml:space="preserve">    return safe</w:t>
      </w:r>
    </w:p>
    <w:p w14:paraId="31268FF2" w14:textId="77777777" w:rsidR="002007C2" w:rsidRDefault="002007C2" w:rsidP="002007C2"/>
    <w:p w14:paraId="2F6D10D4" w14:textId="77777777" w:rsidR="002007C2" w:rsidRDefault="002007C2" w:rsidP="002007C2">
      <w:r>
        <w:t>def rename_columns(ds):</w:t>
      </w:r>
    </w:p>
    <w:p w14:paraId="062B6DA9" w14:textId="77777777" w:rsidR="002007C2" w:rsidRDefault="002007C2" w:rsidP="002007C2">
      <w:r>
        <w:t xml:space="preserve">    new_names = {}</w:t>
      </w:r>
    </w:p>
    <w:p w14:paraId="4B1A9B4D" w14:textId="77777777" w:rsidR="002007C2" w:rsidRDefault="002007C2" w:rsidP="002007C2">
      <w:r>
        <w:t xml:space="preserve">    existing_names = set()</w:t>
      </w:r>
    </w:p>
    <w:p w14:paraId="56C4A792" w14:textId="77777777" w:rsidR="002007C2" w:rsidRDefault="002007C2" w:rsidP="002007C2">
      <w:r>
        <w:t xml:space="preserve">    blank_index = 0</w:t>
      </w:r>
    </w:p>
    <w:p w14:paraId="515D7AA2" w14:textId="77777777" w:rsidR="002007C2" w:rsidRDefault="002007C2" w:rsidP="002007C2">
      <w:r>
        <w:t xml:space="preserve">    for old_col in ds.columns:</w:t>
      </w:r>
    </w:p>
    <w:p w14:paraId="0A367697" w14:textId="77777777" w:rsidR="002007C2" w:rsidRDefault="002007C2" w:rsidP="002007C2">
      <w:r>
        <w:t xml:space="preserve">        col = sanitize_name(old_col)</w:t>
      </w:r>
    </w:p>
    <w:p w14:paraId="66703B3F" w14:textId="77777777" w:rsidR="002007C2" w:rsidRDefault="002007C2" w:rsidP="002007C2">
      <w:r>
        <w:t xml:space="preserve">        if col == '':</w:t>
      </w:r>
    </w:p>
    <w:p w14:paraId="7A9DC928" w14:textId="77777777" w:rsidR="002007C2" w:rsidRDefault="002007C2" w:rsidP="002007C2">
      <w:r>
        <w:t xml:space="preserve">            col = 'Unnamed: %d' % blank_index</w:t>
      </w:r>
    </w:p>
    <w:p w14:paraId="123B0B9B" w14:textId="77777777" w:rsidR="002007C2" w:rsidRDefault="002007C2" w:rsidP="002007C2">
      <w:r>
        <w:t xml:space="preserve">            blank_index += 1</w:t>
      </w:r>
    </w:p>
    <w:p w14:paraId="7E38E763" w14:textId="77777777" w:rsidR="002007C2" w:rsidRDefault="002007C2" w:rsidP="002007C2">
      <w:r>
        <w:t xml:space="preserve">        if col in existing_names:</w:t>
      </w:r>
    </w:p>
    <w:p w14:paraId="6811B600" w14:textId="77777777" w:rsidR="002007C2" w:rsidRDefault="002007C2" w:rsidP="002007C2">
      <w:r>
        <w:t xml:space="preserve">            raise ValueError('Duplication detected. Column with name=['</w:t>
      </w:r>
    </w:p>
    <w:p w14:paraId="0A8013B7" w14:textId="77777777" w:rsidR="002007C2" w:rsidRDefault="002007C2" w:rsidP="002007C2">
      <w:r>
        <w:t xml:space="preserve">                         + old_col + '] was preprocessed to['</w:t>
      </w:r>
    </w:p>
    <w:p w14:paraId="6E8114AA" w14:textId="77777777" w:rsidR="002007C2" w:rsidRDefault="002007C2" w:rsidP="002007C2">
      <w:r>
        <w:t xml:space="preserve">                         + col + '] that already exists')</w:t>
      </w:r>
    </w:p>
    <w:p w14:paraId="6902BF02" w14:textId="77777777" w:rsidR="002007C2" w:rsidRDefault="002007C2" w:rsidP="002007C2">
      <w:r>
        <w:t xml:space="preserve">        existing_names.add(col)</w:t>
      </w:r>
    </w:p>
    <w:p w14:paraId="2966964E" w14:textId="77777777" w:rsidR="002007C2" w:rsidRDefault="002007C2" w:rsidP="002007C2">
      <w:r>
        <w:lastRenderedPageBreak/>
        <w:t xml:space="preserve">        new_names[old_col] = col</w:t>
      </w:r>
    </w:p>
    <w:p w14:paraId="5FA0FB5C" w14:textId="77777777" w:rsidR="002007C2" w:rsidRDefault="002007C2" w:rsidP="002007C2">
      <w:r>
        <w:t xml:space="preserve">    ds.rename(columns=new_names, inplace=True)</w:t>
      </w:r>
    </w:p>
    <w:p w14:paraId="3DD7EE22" w14:textId="77777777" w:rsidR="002007C2" w:rsidRDefault="002007C2" w:rsidP="002007C2">
      <w:r>
        <w:t xml:space="preserve">    return ds</w:t>
      </w:r>
    </w:p>
    <w:p w14:paraId="1FD775E8" w14:textId="77777777" w:rsidR="002007C2" w:rsidRDefault="002007C2" w:rsidP="002007C2"/>
    <w:p w14:paraId="27D2F9CF" w14:textId="77777777" w:rsidR="002007C2" w:rsidRDefault="002007C2" w:rsidP="002007C2">
      <w:r>
        <w:t>def add_missing_indicators(ds):</w:t>
      </w:r>
    </w:p>
    <w:p w14:paraId="63C63A56" w14:textId="77777777" w:rsidR="002007C2" w:rsidRDefault="002007C2" w:rsidP="002007C2">
      <w:r>
        <w:t xml:space="preserve">    for col in INDICATOR_COLS:</w:t>
      </w:r>
    </w:p>
    <w:p w14:paraId="46B8E1AA" w14:textId="77777777" w:rsidR="002007C2" w:rsidRDefault="002007C2" w:rsidP="002007C2">
      <w:r>
        <w:t xml:space="preserve">        ds[col + '-mi'] = ds[col].isnull().astype(int)</w:t>
      </w:r>
    </w:p>
    <w:p w14:paraId="3DB60A3A" w14:textId="77777777" w:rsidR="002007C2" w:rsidRDefault="002007C2" w:rsidP="002007C2">
      <w:r>
        <w:t xml:space="preserve">    return ds</w:t>
      </w:r>
    </w:p>
    <w:p w14:paraId="0BB33A40" w14:textId="77777777" w:rsidR="002007C2" w:rsidRDefault="002007C2" w:rsidP="002007C2"/>
    <w:p w14:paraId="75CE614B" w14:textId="77777777" w:rsidR="002007C2" w:rsidRDefault="002007C2" w:rsidP="002007C2">
      <w:r>
        <w:t>def impute_values(ds):</w:t>
      </w:r>
    </w:p>
    <w:p w14:paraId="0977755B" w14:textId="77777777" w:rsidR="002007C2" w:rsidRDefault="002007C2" w:rsidP="002007C2">
      <w:r>
        <w:t xml:space="preserve">    for col in ds:</w:t>
      </w:r>
    </w:p>
    <w:p w14:paraId="46DDE851" w14:textId="77777777" w:rsidR="002007C2" w:rsidRDefault="002007C2" w:rsidP="002007C2">
      <w:r>
        <w:t xml:space="preserve">        if col in IMPUTE_VALUES:</w:t>
      </w:r>
    </w:p>
    <w:p w14:paraId="4A265779" w14:textId="77777777" w:rsidR="002007C2" w:rsidRDefault="002007C2" w:rsidP="002007C2">
      <w:r>
        <w:t xml:space="preserve">            ds.loc[ds[col].isnull(), col] = IMPUTE_VALUES[col]</w:t>
      </w:r>
    </w:p>
    <w:p w14:paraId="3BF693F3" w14:textId="77777777" w:rsidR="002007C2" w:rsidRDefault="002007C2" w:rsidP="002007C2">
      <w:r>
        <w:t xml:space="preserve">    return ds</w:t>
      </w:r>
    </w:p>
    <w:p w14:paraId="7D96A6B1" w14:textId="77777777" w:rsidR="002007C2" w:rsidRDefault="002007C2" w:rsidP="002007C2"/>
    <w:p w14:paraId="1785D734" w14:textId="77777777" w:rsidR="002007C2" w:rsidRDefault="002007C2" w:rsidP="002007C2">
      <w:r>
        <w:t>BIG_LEVELS = {</w:t>
      </w:r>
    </w:p>
    <w:p w14:paraId="049DA5F5" w14:textId="77777777" w:rsidR="002007C2" w:rsidRDefault="002007C2" w:rsidP="002007C2">
      <w:r>
        <w:t xml:space="preserve">    u'Group': [</w:t>
      </w:r>
    </w:p>
    <w:p w14:paraId="2EF46718" w14:textId="77777777" w:rsidR="002007C2" w:rsidRDefault="002007C2" w:rsidP="002007C2">
      <w:r>
        <w:t xml:space="preserve">        u'CM',</w:t>
      </w:r>
    </w:p>
    <w:p w14:paraId="7123DB4F" w14:textId="77777777" w:rsidR="002007C2" w:rsidRDefault="002007C2" w:rsidP="002007C2">
      <w:r>
        <w:t xml:space="preserve">        u'CNM',</w:t>
      </w:r>
    </w:p>
    <w:p w14:paraId="07A14C81" w14:textId="77777777" w:rsidR="002007C2" w:rsidRDefault="002007C2" w:rsidP="002007C2">
      <w:r>
        <w:t xml:space="preserve">        u'END',</w:t>
      </w:r>
    </w:p>
    <w:p w14:paraId="5200AC6E" w14:textId="77777777" w:rsidR="002007C2" w:rsidRDefault="002007C2" w:rsidP="002007C2">
      <w:r>
        <w:t xml:space="preserve">        u'MNC',</w:t>
      </w:r>
    </w:p>
    <w:p w14:paraId="7EE3E14E" w14:textId="77777777" w:rsidR="002007C2" w:rsidRDefault="002007C2" w:rsidP="002007C2">
      <w:r>
        <w:t xml:space="preserve">        u'NDNE',</w:t>
      </w:r>
    </w:p>
    <w:p w14:paraId="07477C61" w14:textId="77777777" w:rsidR="002007C2" w:rsidRDefault="002007C2" w:rsidP="002007C2">
      <w:r>
        <w:t xml:space="preserve">    ],</w:t>
      </w:r>
    </w:p>
    <w:p w14:paraId="5C7B3F46" w14:textId="77777777" w:rsidR="002007C2" w:rsidRDefault="002007C2" w:rsidP="002007C2">
      <w:r>
        <w:t>}</w:t>
      </w:r>
    </w:p>
    <w:p w14:paraId="7F373672" w14:textId="77777777" w:rsidR="002007C2" w:rsidRDefault="002007C2" w:rsidP="002007C2"/>
    <w:p w14:paraId="0430A156" w14:textId="77777777" w:rsidR="002007C2" w:rsidRDefault="002007C2" w:rsidP="002007C2"/>
    <w:p w14:paraId="58AA25B3" w14:textId="77777777" w:rsidR="002007C2" w:rsidRDefault="002007C2" w:rsidP="002007C2">
      <w:r>
        <w:t>SMALL_NULLS = {</w:t>
      </w:r>
    </w:p>
    <w:p w14:paraId="12752C7B" w14:textId="77777777" w:rsidR="002007C2" w:rsidRDefault="002007C2" w:rsidP="002007C2">
      <w:r>
        <w:t xml:space="preserve">    u'Group': 1, </w:t>
      </w:r>
    </w:p>
    <w:p w14:paraId="3438261A" w14:textId="77777777" w:rsidR="002007C2" w:rsidRDefault="002007C2" w:rsidP="002007C2">
      <w:r>
        <w:t>}</w:t>
      </w:r>
    </w:p>
    <w:p w14:paraId="691A8EDB" w14:textId="77777777" w:rsidR="002007C2" w:rsidRDefault="002007C2" w:rsidP="002007C2"/>
    <w:p w14:paraId="3AE7587A" w14:textId="77777777" w:rsidR="002007C2" w:rsidRDefault="002007C2" w:rsidP="002007C2"/>
    <w:p w14:paraId="583A0FE5" w14:textId="77777777" w:rsidR="002007C2" w:rsidRDefault="002007C2" w:rsidP="002007C2">
      <w:r>
        <w:t>VAR_TYPES = {</w:t>
      </w:r>
    </w:p>
    <w:p w14:paraId="46809A49" w14:textId="77777777" w:rsidR="002007C2" w:rsidRDefault="002007C2" w:rsidP="002007C2">
      <w:r>
        <w:t xml:space="preserve">    u'Average Transcript length': 'N',</w:t>
      </w:r>
    </w:p>
    <w:p w14:paraId="4EABB10B" w14:textId="77777777" w:rsidR="002007C2" w:rsidRDefault="002007C2" w:rsidP="002007C2">
      <w:r>
        <w:t xml:space="preserve">    u'Blomen KBM7': 'N',</w:t>
      </w:r>
    </w:p>
    <w:p w14:paraId="2BB3DAA0" w14:textId="77777777" w:rsidR="002007C2" w:rsidRDefault="002007C2" w:rsidP="002007C2">
      <w:r>
        <w:t xml:space="preserve">    u'Closeness': 'N',</w:t>
      </w:r>
    </w:p>
    <w:p w14:paraId="2DD6E79F" w14:textId="77777777" w:rsidR="002007C2" w:rsidRDefault="002007C2" w:rsidP="002007C2">
      <w:r>
        <w:t xml:space="preserve">    u'Degree': 'N',</w:t>
      </w:r>
    </w:p>
    <w:p w14:paraId="28807AC8" w14:textId="77777777" w:rsidR="002007C2" w:rsidRDefault="002007C2" w:rsidP="002007C2">
      <w:r>
        <w:t xml:space="preserve">    u'End': 'N',</w:t>
      </w:r>
    </w:p>
    <w:p w14:paraId="63F31116" w14:textId="77777777" w:rsidR="002007C2" w:rsidRDefault="002007C2" w:rsidP="002007C2">
      <w:r>
        <w:t xml:space="preserve">    u'Exon Count': 'N',</w:t>
      </w:r>
    </w:p>
    <w:p w14:paraId="7EE36F4D" w14:textId="77777777" w:rsidR="002007C2" w:rsidRDefault="002007C2" w:rsidP="002007C2">
      <w:r>
        <w:t xml:space="preserve">    u'Gene Length bp': 'N',</w:t>
      </w:r>
    </w:p>
    <w:p w14:paraId="7631D5E7" w14:textId="77777777" w:rsidR="002007C2" w:rsidRDefault="002007C2" w:rsidP="002007C2">
      <w:r>
        <w:t xml:space="preserve">    u'Group': 'C',</w:t>
      </w:r>
    </w:p>
    <w:p w14:paraId="70E805B6" w14:textId="77777777" w:rsidR="002007C2" w:rsidRDefault="002007C2" w:rsidP="002007C2">
      <w:r>
        <w:t xml:space="preserve">    u'LofTool': 'N',</w:t>
      </w:r>
    </w:p>
    <w:p w14:paraId="10300EA2" w14:textId="77777777" w:rsidR="002007C2" w:rsidRDefault="002007C2" w:rsidP="002007C2">
      <w:r>
        <w:t xml:space="preserve">    u'Phi': 'N',</w:t>
      </w:r>
    </w:p>
    <w:p w14:paraId="1EAE058A" w14:textId="77777777" w:rsidR="002007C2" w:rsidRDefault="002007C2" w:rsidP="002007C2">
      <w:r>
        <w:t xml:space="preserve">    u'StdDev Transcript length': 'N',</w:t>
      </w:r>
    </w:p>
    <w:p w14:paraId="15174AD0" w14:textId="77777777" w:rsidR="002007C2" w:rsidRDefault="002007C2" w:rsidP="002007C2">
      <w:r>
        <w:t xml:space="preserve">    u'Tajima\'s D regulatory': 'N',</w:t>
      </w:r>
    </w:p>
    <w:p w14:paraId="399DD292" w14:textId="77777777" w:rsidR="002007C2" w:rsidRDefault="002007C2" w:rsidP="002007C2">
      <w:r>
        <w:t xml:space="preserve">    u'Transcript count': 'N',</w:t>
      </w:r>
    </w:p>
    <w:p w14:paraId="76A4100A" w14:textId="77777777" w:rsidR="002007C2" w:rsidRDefault="002007C2" w:rsidP="002007C2">
      <w:r>
        <w:t xml:space="preserve">    u'dN/dS Chimp': 'N',</w:t>
      </w:r>
    </w:p>
    <w:p w14:paraId="0F084A25" w14:textId="77777777" w:rsidR="002007C2" w:rsidRDefault="002007C2" w:rsidP="002007C2">
      <w:r>
        <w:t xml:space="preserve">    u'missense_Z': 'N',</w:t>
      </w:r>
    </w:p>
    <w:p w14:paraId="4C112051" w14:textId="77777777" w:rsidR="002007C2" w:rsidRDefault="002007C2" w:rsidP="002007C2">
      <w:r>
        <w:lastRenderedPageBreak/>
        <w:t xml:space="preserve">    u's_het': 'N',</w:t>
      </w:r>
    </w:p>
    <w:p w14:paraId="4811AA14" w14:textId="77777777" w:rsidR="002007C2" w:rsidRDefault="002007C2" w:rsidP="002007C2">
      <w:r>
        <w:t>}</w:t>
      </w:r>
    </w:p>
    <w:p w14:paraId="68B69542" w14:textId="77777777" w:rsidR="002007C2" w:rsidRDefault="002007C2" w:rsidP="002007C2"/>
    <w:p w14:paraId="3F88F691" w14:textId="77777777" w:rsidR="002007C2" w:rsidRDefault="002007C2" w:rsidP="002007C2"/>
    <w:p w14:paraId="0468009B" w14:textId="77777777" w:rsidR="002007C2" w:rsidRDefault="002007C2" w:rsidP="002007C2">
      <w:r>
        <w:t>def combine_small_levels(ds):</w:t>
      </w:r>
    </w:p>
    <w:p w14:paraId="24EBEB50" w14:textId="77777777" w:rsidR="002007C2" w:rsidRDefault="002007C2" w:rsidP="002007C2">
      <w:r>
        <w:t xml:space="preserve">    for col in ds:</w:t>
      </w:r>
    </w:p>
    <w:p w14:paraId="09AF2DF6" w14:textId="77777777" w:rsidR="002007C2" w:rsidRDefault="002007C2" w:rsidP="002007C2">
      <w:r>
        <w:t xml:space="preserve">        if BIG_LEVELS.get(col, None) is not None:</w:t>
      </w:r>
    </w:p>
    <w:p w14:paraId="2082FE4D" w14:textId="77777777" w:rsidR="002007C2" w:rsidRDefault="002007C2" w:rsidP="002007C2">
      <w:r>
        <w:t xml:space="preserve">            mask = np.logical_and(~ds[col].isin(BIG_LEVELS[col]), ds[col].notnull())</w:t>
      </w:r>
    </w:p>
    <w:p w14:paraId="5C6291D5" w14:textId="77777777" w:rsidR="002007C2" w:rsidRDefault="002007C2" w:rsidP="002007C2">
      <w:r>
        <w:t xml:space="preserve">            if np.any(mask):</w:t>
      </w:r>
    </w:p>
    <w:p w14:paraId="4C818B9E" w14:textId="77777777" w:rsidR="002007C2" w:rsidRDefault="002007C2" w:rsidP="002007C2">
      <w:r>
        <w:t xml:space="preserve">                ds.loc[mask, col] = 'small_count'</w:t>
      </w:r>
    </w:p>
    <w:p w14:paraId="20D6142D" w14:textId="77777777" w:rsidR="002007C2" w:rsidRDefault="002007C2" w:rsidP="002007C2">
      <w:r>
        <w:t xml:space="preserve">        if SMALL_NULLS.get(col):</w:t>
      </w:r>
    </w:p>
    <w:p w14:paraId="4FD0CBC7" w14:textId="77777777" w:rsidR="002007C2" w:rsidRDefault="002007C2" w:rsidP="002007C2">
      <w:r>
        <w:t xml:space="preserve">            mask = ds[col].isnull()</w:t>
      </w:r>
    </w:p>
    <w:p w14:paraId="18266B6F" w14:textId="77777777" w:rsidR="002007C2" w:rsidRDefault="002007C2" w:rsidP="002007C2">
      <w:r>
        <w:t xml:space="preserve">            if np.any(mask):</w:t>
      </w:r>
    </w:p>
    <w:p w14:paraId="14F44882" w14:textId="77777777" w:rsidR="002007C2" w:rsidRDefault="002007C2" w:rsidP="002007C2">
      <w:r>
        <w:t xml:space="preserve">                ds.loc[mask, col] = 'small_count'</w:t>
      </w:r>
    </w:p>
    <w:p w14:paraId="7A8E6C21" w14:textId="77777777" w:rsidR="002007C2" w:rsidRDefault="002007C2" w:rsidP="002007C2">
      <w:r>
        <w:t xml:space="preserve">        if VAR_TYPES.get(col) == 'C' or VAR_TYPES.get(col) == 'T':</w:t>
      </w:r>
    </w:p>
    <w:p w14:paraId="44D72413" w14:textId="77777777" w:rsidR="002007C2" w:rsidRDefault="002007C2" w:rsidP="002007C2">
      <w:r>
        <w:t xml:space="preserve">            mask = ds[col].isnull()</w:t>
      </w:r>
    </w:p>
    <w:p w14:paraId="0C8FD0EF" w14:textId="77777777" w:rsidR="002007C2" w:rsidRDefault="002007C2" w:rsidP="002007C2">
      <w:r>
        <w:t xml:space="preserve">            if np.any(mask):</w:t>
      </w:r>
    </w:p>
    <w:p w14:paraId="044F271C" w14:textId="77777777" w:rsidR="002007C2" w:rsidRDefault="002007C2" w:rsidP="002007C2">
      <w:r>
        <w:t xml:space="preserve">                if ds[col].dtype == float:</w:t>
      </w:r>
    </w:p>
    <w:p w14:paraId="6B9C1F2E" w14:textId="77777777" w:rsidR="002007C2" w:rsidRDefault="002007C2" w:rsidP="002007C2">
      <w:r>
        <w:t xml:space="preserve">                    ds[col] = ds[col].astype(object)</w:t>
      </w:r>
    </w:p>
    <w:p w14:paraId="5F6528E3" w14:textId="77777777" w:rsidR="002007C2" w:rsidRDefault="002007C2" w:rsidP="002007C2">
      <w:r>
        <w:t xml:space="preserve">                ds.loc[mask, col] = 'nan'</w:t>
      </w:r>
    </w:p>
    <w:p w14:paraId="46DE6C00" w14:textId="77777777" w:rsidR="002007C2" w:rsidRDefault="002007C2" w:rsidP="002007C2">
      <w:r>
        <w:t xml:space="preserve">    return ds</w:t>
      </w:r>
    </w:p>
    <w:p w14:paraId="5DE2062D" w14:textId="77777777" w:rsidR="002007C2" w:rsidRDefault="002007C2" w:rsidP="002007C2"/>
    <w:p w14:paraId="4313E5CE" w14:textId="77777777" w:rsidR="002007C2" w:rsidRDefault="002007C2" w:rsidP="002007C2">
      <w:r>
        <w:t># N/A strings in addition to the ones used by Pandas read_csv()</w:t>
      </w:r>
    </w:p>
    <w:p w14:paraId="6D63FA88" w14:textId="77777777" w:rsidR="002007C2" w:rsidRDefault="002007C2" w:rsidP="002007C2">
      <w:r>
        <w:t>NA_VALUES = ['null', 'na', 'n/a', '#N/A', 'N/A', '?', '.', '', 'Inf', 'INF', 'inf', '-inf', '-Inf', '-INF', ' ', 'None', 'NaN', '-nan', 'NULL', 'NA', '-1.#IND', '1.#IND', '-1.#QNAN', '1.#QNAN', '#NA', '#N/A N/A', '-NaN', 'nan']</w:t>
      </w:r>
    </w:p>
    <w:p w14:paraId="2F8F266C" w14:textId="77777777" w:rsidR="002007C2" w:rsidRDefault="002007C2" w:rsidP="002007C2"/>
    <w:p w14:paraId="21C1D02F" w14:textId="77777777" w:rsidR="002007C2" w:rsidRDefault="002007C2" w:rsidP="002007C2">
      <w:r>
        <w:t># True/False strings in addition to the ones used by Pandas read_csv()</w:t>
      </w:r>
    </w:p>
    <w:p w14:paraId="235C5179" w14:textId="77777777" w:rsidR="002007C2" w:rsidRDefault="002007C2" w:rsidP="002007C2">
      <w:r>
        <w:t>TRUE_VALUES = ['TRUE', 'True', 'true']</w:t>
      </w:r>
    </w:p>
    <w:p w14:paraId="27AE63DA" w14:textId="77777777" w:rsidR="002007C2" w:rsidRDefault="002007C2" w:rsidP="002007C2">
      <w:r>
        <w:t>FALSE_VALUES = ['FALSE', 'False', 'false']</w:t>
      </w:r>
    </w:p>
    <w:p w14:paraId="68397451" w14:textId="77777777" w:rsidR="002007C2" w:rsidRDefault="002007C2" w:rsidP="002007C2"/>
    <w:p w14:paraId="7F302442" w14:textId="77777777" w:rsidR="002007C2" w:rsidRDefault="002007C2" w:rsidP="002007C2">
      <w:r>
        <w:t>DEFAULT_ENCODING = 'utf8'</w:t>
      </w:r>
    </w:p>
    <w:p w14:paraId="74EBFA33" w14:textId="77777777" w:rsidR="002007C2" w:rsidRDefault="002007C2" w:rsidP="002007C2"/>
    <w:p w14:paraId="1BEA6B0B" w14:textId="77777777" w:rsidR="002007C2" w:rsidRDefault="002007C2" w:rsidP="002007C2">
      <w:r>
        <w:t>REQUIRED_COLUMNS = [u"Average Transcript length",u"Blomen KBM7",u"Closeness",u"Degree",u"End",u"Exon Count",u"Gene Length bp",u"Group",u"LofTool",u"Phi",u"StdDev Transcript length",u"Tajima's D regulatory",u"Transcript count",u"dN/dS Chimp",u"missense_Z",u"s_het"]</w:t>
      </w:r>
    </w:p>
    <w:p w14:paraId="0B1949DC" w14:textId="77777777" w:rsidR="002007C2" w:rsidRDefault="002007C2" w:rsidP="002007C2"/>
    <w:p w14:paraId="64332DA0" w14:textId="77777777" w:rsidR="002007C2" w:rsidRDefault="002007C2" w:rsidP="002007C2"/>
    <w:p w14:paraId="1A6A2F84" w14:textId="77777777" w:rsidR="002007C2" w:rsidRDefault="002007C2" w:rsidP="002007C2">
      <w:r>
        <w:t>def validate_columns(column_list):</w:t>
      </w:r>
    </w:p>
    <w:p w14:paraId="76AD8D01" w14:textId="77777777" w:rsidR="002007C2" w:rsidRDefault="002007C2" w:rsidP="002007C2">
      <w:r>
        <w:t xml:space="preserve">    if set(REQUIRED_COLUMNS) &lt;= set(column_list):</w:t>
      </w:r>
    </w:p>
    <w:p w14:paraId="7B074616" w14:textId="77777777" w:rsidR="002007C2" w:rsidRDefault="002007C2" w:rsidP="002007C2">
      <w:r>
        <w:t xml:space="preserve">        return True</w:t>
      </w:r>
    </w:p>
    <w:p w14:paraId="6118BB64" w14:textId="77777777" w:rsidR="002007C2" w:rsidRDefault="002007C2" w:rsidP="002007C2">
      <w:r>
        <w:t xml:space="preserve">    else :</w:t>
      </w:r>
    </w:p>
    <w:p w14:paraId="0CD9DFD8" w14:textId="77777777" w:rsidR="002007C2" w:rsidRDefault="002007C2" w:rsidP="002007C2">
      <w:r>
        <w:t xml:space="preserve">        raise ValueError("Required columns missing: %s" %</w:t>
      </w:r>
    </w:p>
    <w:p w14:paraId="1D6D2641" w14:textId="77777777" w:rsidR="002007C2" w:rsidRDefault="002007C2" w:rsidP="002007C2">
      <w:r>
        <w:t xml:space="preserve">                         (set(REQUIRED_COLUMNS) - set(column_list)))</w:t>
      </w:r>
    </w:p>
    <w:p w14:paraId="7F615BB5" w14:textId="77777777" w:rsidR="002007C2" w:rsidRDefault="002007C2" w:rsidP="002007C2"/>
    <w:p w14:paraId="550835A0" w14:textId="77777777" w:rsidR="002007C2" w:rsidRDefault="002007C2" w:rsidP="002007C2">
      <w:r>
        <w:t>def convert_bool(ds):</w:t>
      </w:r>
    </w:p>
    <w:p w14:paraId="36FE132B" w14:textId="77777777" w:rsidR="002007C2" w:rsidRDefault="002007C2" w:rsidP="002007C2">
      <w:r>
        <w:lastRenderedPageBreak/>
        <w:t xml:space="preserve">    TYPE_CONVERSION = get_type_conversion()</w:t>
      </w:r>
    </w:p>
    <w:p w14:paraId="4C321C81" w14:textId="77777777" w:rsidR="002007C2" w:rsidRDefault="002007C2" w:rsidP="002007C2">
      <w:r>
        <w:t xml:space="preserve">    for col in ds.columns:</w:t>
      </w:r>
    </w:p>
    <w:p w14:paraId="397C706F" w14:textId="77777777" w:rsidR="002007C2" w:rsidRDefault="002007C2" w:rsidP="002007C2">
      <w:r>
        <w:t xml:space="preserve">        if VAR_TYPES.get(col) == 'C' and ds[col].dtype in (int, float):</w:t>
      </w:r>
    </w:p>
    <w:p w14:paraId="75F2178E" w14:textId="77777777" w:rsidR="002007C2" w:rsidRDefault="002007C2" w:rsidP="002007C2">
      <w:r>
        <w:t xml:space="preserve">            mask = ds[col].notnull()</w:t>
      </w:r>
    </w:p>
    <w:p w14:paraId="637E9C7E" w14:textId="77777777" w:rsidR="002007C2" w:rsidRDefault="002007C2" w:rsidP="002007C2">
      <w:r>
        <w:t xml:space="preserve">            ds[col] = ds[col].astype(object)</w:t>
      </w:r>
    </w:p>
    <w:p w14:paraId="0B467BFF" w14:textId="77777777" w:rsidR="002007C2" w:rsidRDefault="002007C2" w:rsidP="002007C2">
      <w:r>
        <w:t xml:space="preserve">            ds.loc[mask, col] = ds.loc[mask, col].astype(text_type)</w:t>
      </w:r>
    </w:p>
    <w:p w14:paraId="2A0FA088" w14:textId="77777777" w:rsidR="002007C2" w:rsidRDefault="002007C2" w:rsidP="002007C2">
      <w:r>
        <w:t xml:space="preserve">        elif VAR_TYPES.get(col) == 'N' and ds[col].dtype == bool:</w:t>
      </w:r>
    </w:p>
    <w:p w14:paraId="348E5268" w14:textId="77777777" w:rsidR="002007C2" w:rsidRDefault="002007C2" w:rsidP="002007C2">
      <w:r>
        <w:t xml:space="preserve">            ds[col] = ds[col].astype(float)</w:t>
      </w:r>
    </w:p>
    <w:p w14:paraId="52FC20D1" w14:textId="77777777" w:rsidR="002007C2" w:rsidRDefault="002007C2" w:rsidP="002007C2">
      <w:r>
        <w:t xml:space="preserve">        elif ds[col].dtype == bool:</w:t>
      </w:r>
    </w:p>
    <w:p w14:paraId="2D83E53E" w14:textId="77777777" w:rsidR="002007C2" w:rsidRDefault="002007C2" w:rsidP="002007C2">
      <w:r>
        <w:t xml:space="preserve">            ds[col] = ds[col].astype(text_type)</w:t>
      </w:r>
    </w:p>
    <w:p w14:paraId="37FE43E8" w14:textId="77777777" w:rsidR="002007C2" w:rsidRDefault="002007C2" w:rsidP="002007C2">
      <w:r>
        <w:t xml:space="preserve">        elif ds[col].dtype == object:</w:t>
      </w:r>
    </w:p>
    <w:p w14:paraId="307FE097" w14:textId="77777777" w:rsidR="002007C2" w:rsidRDefault="002007C2" w:rsidP="002007C2">
      <w:r>
        <w:t xml:space="preserve">            if VAR_TYPES.get(col) == 'N' and col not in TYPE_CONVERSION:</w:t>
      </w:r>
    </w:p>
    <w:p w14:paraId="34D7DB5F" w14:textId="77777777" w:rsidR="002007C2" w:rsidRDefault="002007C2" w:rsidP="002007C2">
      <w:r>
        <w:t xml:space="preserve">                mask = ds[col].apply(lambda x: x in TRUE_VALUES)</w:t>
      </w:r>
    </w:p>
    <w:p w14:paraId="58078F2C" w14:textId="77777777" w:rsidR="002007C2" w:rsidRDefault="002007C2" w:rsidP="002007C2">
      <w:r>
        <w:t xml:space="preserve">                if np.any(mask):</w:t>
      </w:r>
    </w:p>
    <w:p w14:paraId="350C65A6" w14:textId="77777777" w:rsidR="002007C2" w:rsidRDefault="002007C2" w:rsidP="002007C2">
      <w:r>
        <w:t xml:space="preserve">                    ds.loc[mask, col] = 1</w:t>
      </w:r>
    </w:p>
    <w:p w14:paraId="37A462E7" w14:textId="77777777" w:rsidR="002007C2" w:rsidRDefault="002007C2" w:rsidP="002007C2">
      <w:r>
        <w:t xml:space="preserve">                mask = ds[col].apply(lambda x: x in FALSE_VALUES)</w:t>
      </w:r>
    </w:p>
    <w:p w14:paraId="38730A57" w14:textId="77777777" w:rsidR="002007C2" w:rsidRDefault="002007C2" w:rsidP="002007C2">
      <w:r>
        <w:t xml:space="preserve">                if np.any(mask):</w:t>
      </w:r>
    </w:p>
    <w:p w14:paraId="30607DF4" w14:textId="77777777" w:rsidR="002007C2" w:rsidRDefault="002007C2" w:rsidP="002007C2">
      <w:r>
        <w:t xml:space="preserve">                    ds.loc[mask, col] = 0</w:t>
      </w:r>
    </w:p>
    <w:p w14:paraId="00CCC506" w14:textId="77777777" w:rsidR="002007C2" w:rsidRDefault="002007C2" w:rsidP="002007C2">
      <w:r>
        <w:t xml:space="preserve">                ds[col] = ds[col].astype(float)</w:t>
      </w:r>
    </w:p>
    <w:p w14:paraId="4AAF2051" w14:textId="77777777" w:rsidR="002007C2" w:rsidRDefault="002007C2" w:rsidP="002007C2">
      <w:r>
        <w:t xml:space="preserve">            elif TYPE_CONVERSION.get(col) is None:</w:t>
      </w:r>
    </w:p>
    <w:p w14:paraId="3B77928D" w14:textId="77777777" w:rsidR="002007C2" w:rsidRDefault="002007C2" w:rsidP="002007C2">
      <w:r>
        <w:t xml:space="preserve">                mask = ds[col].notnull()</w:t>
      </w:r>
    </w:p>
    <w:p w14:paraId="753E0954" w14:textId="77777777" w:rsidR="002007C2" w:rsidRDefault="002007C2" w:rsidP="002007C2">
      <w:r>
        <w:t xml:space="preserve">                ds.loc[mask, col] = ds.loc[mask, col].astype(text_type)</w:t>
      </w:r>
    </w:p>
    <w:p w14:paraId="67F8E11C" w14:textId="77777777" w:rsidR="002007C2" w:rsidRDefault="002007C2" w:rsidP="002007C2">
      <w:r>
        <w:t xml:space="preserve">    return ds</w:t>
      </w:r>
    </w:p>
    <w:p w14:paraId="51E0EA47" w14:textId="77777777" w:rsidR="002007C2" w:rsidRDefault="002007C2" w:rsidP="002007C2"/>
    <w:p w14:paraId="3C889057" w14:textId="77777777" w:rsidR="002007C2" w:rsidRDefault="002007C2" w:rsidP="002007C2">
      <w:r>
        <w:t>def get_dtypes():</w:t>
      </w:r>
    </w:p>
    <w:p w14:paraId="5E163EAF" w14:textId="77777777" w:rsidR="002007C2" w:rsidRDefault="002007C2" w:rsidP="002007C2">
      <w:r>
        <w:t xml:space="preserve">    return {a: object for a, b in VAR_TYPES.items() if b == 'C'}</w:t>
      </w:r>
    </w:p>
    <w:p w14:paraId="166F9AB1" w14:textId="77777777" w:rsidR="002007C2" w:rsidRDefault="002007C2" w:rsidP="002007C2"/>
    <w:p w14:paraId="528E26FB" w14:textId="77777777" w:rsidR="002007C2" w:rsidRDefault="002007C2" w:rsidP="002007C2">
      <w:r>
        <w:t>def predict_dataframe(ds):</w:t>
      </w:r>
    </w:p>
    <w:p w14:paraId="327A4B3E" w14:textId="77777777" w:rsidR="002007C2" w:rsidRDefault="002007C2" w:rsidP="002007C2">
      <w:r>
        <w:t xml:space="preserve">    return ds.apply(predict, axis=1)</w:t>
      </w:r>
    </w:p>
    <w:p w14:paraId="18A55E1F" w14:textId="77777777" w:rsidR="002007C2" w:rsidRDefault="002007C2" w:rsidP="002007C2"/>
    <w:p w14:paraId="1B188183" w14:textId="77777777" w:rsidR="002007C2" w:rsidRDefault="002007C2" w:rsidP="002007C2">
      <w:r>
        <w:t>def run_dataframe(ds):</w:t>
      </w:r>
    </w:p>
    <w:p w14:paraId="162D458D" w14:textId="77777777" w:rsidR="002007C2" w:rsidRDefault="002007C2" w:rsidP="002007C2">
      <w:r>
        <w:t xml:space="preserve">    ds = rename_columns(ds)</w:t>
      </w:r>
    </w:p>
    <w:p w14:paraId="61D1E639" w14:textId="77777777" w:rsidR="002007C2" w:rsidRDefault="002007C2" w:rsidP="002007C2">
      <w:r>
        <w:t xml:space="preserve">    ds = convert_bool(ds)</w:t>
      </w:r>
    </w:p>
    <w:p w14:paraId="4C79F4CB" w14:textId="77777777" w:rsidR="002007C2" w:rsidRDefault="002007C2" w:rsidP="002007C2">
      <w:r>
        <w:t xml:space="preserve">    validate_columns(ds.columns)</w:t>
      </w:r>
    </w:p>
    <w:p w14:paraId="7DB0F2A6" w14:textId="77777777" w:rsidR="002007C2" w:rsidRDefault="002007C2" w:rsidP="002007C2">
      <w:r>
        <w:t xml:space="preserve">    ds = parse_numeric_types(ds)</w:t>
      </w:r>
    </w:p>
    <w:p w14:paraId="0859C185" w14:textId="77777777" w:rsidR="002007C2" w:rsidRDefault="002007C2" w:rsidP="002007C2">
      <w:r>
        <w:t xml:space="preserve">    ds = add_missing_indicators(ds)</w:t>
      </w:r>
    </w:p>
    <w:p w14:paraId="7661BE7D" w14:textId="77777777" w:rsidR="002007C2" w:rsidRDefault="002007C2" w:rsidP="002007C2">
      <w:r>
        <w:t xml:space="preserve">    ds = impute_values(ds)</w:t>
      </w:r>
    </w:p>
    <w:p w14:paraId="1ED5C3F0" w14:textId="77777777" w:rsidR="002007C2" w:rsidRDefault="002007C2" w:rsidP="002007C2">
      <w:r>
        <w:t xml:space="preserve">    ds = combine_small_levels(ds)</w:t>
      </w:r>
    </w:p>
    <w:p w14:paraId="09CA91DA" w14:textId="77777777" w:rsidR="002007C2" w:rsidRDefault="002007C2" w:rsidP="002007C2">
      <w:r>
        <w:t xml:space="preserve">    prediction = 1/(1 + np.exp(-predict_dataframe(ds)))</w:t>
      </w:r>
    </w:p>
    <w:p w14:paraId="3B4A0C7F" w14:textId="77777777" w:rsidR="002007C2" w:rsidRDefault="002007C2" w:rsidP="002007C2">
      <w:r>
        <w:t xml:space="preserve">    return prediction</w:t>
      </w:r>
    </w:p>
    <w:p w14:paraId="22CE35BC" w14:textId="77777777" w:rsidR="002007C2" w:rsidRDefault="002007C2" w:rsidP="002007C2"/>
    <w:p w14:paraId="5BF03FB7" w14:textId="77777777" w:rsidR="002007C2" w:rsidRDefault="002007C2" w:rsidP="002007C2"/>
    <w:p w14:paraId="2AC94831" w14:textId="77777777" w:rsidR="002007C2" w:rsidRDefault="002007C2" w:rsidP="002007C2">
      <w:r>
        <w:t>def run(dataset_path, output_path, encoding=None):</w:t>
      </w:r>
    </w:p>
    <w:p w14:paraId="06E34B2F" w14:textId="77777777" w:rsidR="002007C2" w:rsidRDefault="002007C2" w:rsidP="002007C2">
      <w:r>
        <w:t xml:space="preserve">    if encoding is None:</w:t>
      </w:r>
    </w:p>
    <w:p w14:paraId="58C7F335" w14:textId="77777777" w:rsidR="002007C2" w:rsidRDefault="002007C2" w:rsidP="002007C2">
      <w:r>
        <w:t xml:space="preserve">        encoding = DEFAULT_ENCODING</w:t>
      </w:r>
    </w:p>
    <w:p w14:paraId="09CA2DBF" w14:textId="77777777" w:rsidR="002007C2" w:rsidRDefault="002007C2" w:rsidP="002007C2"/>
    <w:p w14:paraId="2C49A4AC" w14:textId="77777777" w:rsidR="002007C2" w:rsidRDefault="002007C2" w:rsidP="002007C2">
      <w:r>
        <w:t xml:space="preserve">    ds = pd.read_csv(dataset_path, na_values=NA_VALUES, low_memory=False,</w:t>
      </w:r>
    </w:p>
    <w:p w14:paraId="203F1B60" w14:textId="77777777" w:rsidR="002007C2" w:rsidRDefault="002007C2" w:rsidP="002007C2">
      <w:r>
        <w:lastRenderedPageBreak/>
        <w:t xml:space="preserve">                     dtype=get_dtypes(), encoding=encoding)</w:t>
      </w:r>
    </w:p>
    <w:p w14:paraId="3009F0E4" w14:textId="77777777" w:rsidR="002007C2" w:rsidRDefault="002007C2" w:rsidP="002007C2"/>
    <w:p w14:paraId="086B2B74" w14:textId="77777777" w:rsidR="002007C2" w:rsidRDefault="002007C2" w:rsidP="002007C2">
      <w:r>
        <w:t xml:space="preserve">    prediction = run_dataframe(ds)</w:t>
      </w:r>
    </w:p>
    <w:p w14:paraId="126EC5B4" w14:textId="77777777" w:rsidR="002007C2" w:rsidRDefault="002007C2" w:rsidP="002007C2">
      <w:r>
        <w:t xml:space="preserve">    prediction_file = output_path</w:t>
      </w:r>
    </w:p>
    <w:p w14:paraId="3EA34596" w14:textId="77777777" w:rsidR="002007C2" w:rsidRDefault="002007C2" w:rsidP="002007C2">
      <w:r>
        <w:t xml:space="preserve">    prediction.name = 'Prediction'</w:t>
      </w:r>
    </w:p>
    <w:p w14:paraId="18B15201" w14:textId="77777777" w:rsidR="002007C2" w:rsidRDefault="002007C2" w:rsidP="002007C2">
      <w:r>
        <w:t xml:space="preserve">    prediction.to_csv(prediction_file, header=True, index_label='Index')</w:t>
      </w:r>
    </w:p>
    <w:p w14:paraId="65A3A0EA" w14:textId="77777777" w:rsidR="002007C2" w:rsidRDefault="002007C2" w:rsidP="002007C2"/>
    <w:p w14:paraId="516125D2" w14:textId="77777777" w:rsidR="002007C2" w:rsidRDefault="002007C2" w:rsidP="002007C2"/>
    <w:p w14:paraId="16F4C9F3" w14:textId="77777777" w:rsidR="002007C2" w:rsidRDefault="002007C2" w:rsidP="002007C2">
      <w:r>
        <w:t>def _construct_parser():</w:t>
      </w:r>
    </w:p>
    <w:p w14:paraId="47F42EE4" w14:textId="77777777" w:rsidR="002007C2" w:rsidRDefault="002007C2" w:rsidP="002007C2">
      <w:r>
        <w:t xml:space="preserve">    import argparse</w:t>
      </w:r>
    </w:p>
    <w:p w14:paraId="7DB7C2D5" w14:textId="77777777" w:rsidR="002007C2" w:rsidRDefault="002007C2" w:rsidP="002007C2"/>
    <w:p w14:paraId="0DBA55B3" w14:textId="77777777" w:rsidR="002007C2" w:rsidRDefault="002007C2" w:rsidP="002007C2">
      <w:r>
        <w:t xml:space="preserve">    parser = argparse.ArgumentParser(description='Make offline predictions with DataRobot Prime')</w:t>
      </w:r>
    </w:p>
    <w:p w14:paraId="4076724B" w14:textId="77777777" w:rsidR="002007C2" w:rsidRDefault="002007C2" w:rsidP="002007C2"/>
    <w:p w14:paraId="1B0B7EEA" w14:textId="77777777" w:rsidR="002007C2" w:rsidRDefault="002007C2" w:rsidP="002007C2">
      <w:r>
        <w:t xml:space="preserve">    parser.add_argument(</w:t>
      </w:r>
    </w:p>
    <w:p w14:paraId="23109E6B" w14:textId="77777777" w:rsidR="002007C2" w:rsidRDefault="002007C2" w:rsidP="002007C2">
      <w:r>
        <w:t xml:space="preserve">        '--encoding',</w:t>
      </w:r>
    </w:p>
    <w:p w14:paraId="4F9A2651" w14:textId="77777777" w:rsidR="002007C2" w:rsidRDefault="002007C2" w:rsidP="002007C2">
      <w:r>
        <w:t xml:space="preserve">        type=str,</w:t>
      </w:r>
    </w:p>
    <w:p w14:paraId="67BCDB26" w14:textId="77777777" w:rsidR="002007C2" w:rsidRDefault="002007C2" w:rsidP="002007C2">
      <w:r>
        <w:t xml:space="preserve">        help=('the encoding of the dataset you are going to make predictions with. '</w:t>
      </w:r>
    </w:p>
    <w:p w14:paraId="533025F5" w14:textId="77777777" w:rsidR="002007C2" w:rsidRDefault="002007C2" w:rsidP="002007C2">
      <w:r>
        <w:t xml:space="preserve">              'DataRobot Prime defaults to UTF-8 if not otherwise specified. See the '</w:t>
      </w:r>
    </w:p>
    <w:p w14:paraId="792D0A15" w14:textId="77777777" w:rsidR="002007C2" w:rsidRDefault="002007C2" w:rsidP="002007C2">
      <w:r>
        <w:t xml:space="preserve">              '"Codecs" column of the Python-supported standards chart '</w:t>
      </w:r>
    </w:p>
    <w:p w14:paraId="4FE8BEEA" w14:textId="77777777" w:rsidR="002007C2" w:rsidRDefault="002007C2" w:rsidP="002007C2">
      <w:r>
        <w:t xml:space="preserve">              '(https://docs.python.org/2/library/codecs.html#standard-encodings) '</w:t>
      </w:r>
    </w:p>
    <w:p w14:paraId="2EF0F771" w14:textId="77777777" w:rsidR="002007C2" w:rsidRDefault="002007C2" w:rsidP="002007C2">
      <w:r>
        <w:t xml:space="preserve">              'for possible alternative entries.'),</w:t>
      </w:r>
    </w:p>
    <w:p w14:paraId="6D517B1F" w14:textId="77777777" w:rsidR="002007C2" w:rsidRDefault="002007C2" w:rsidP="002007C2">
      <w:r>
        <w:t xml:space="preserve">        metavar='&lt;encoding&gt;'</w:t>
      </w:r>
    </w:p>
    <w:p w14:paraId="69ED42A1" w14:textId="77777777" w:rsidR="002007C2" w:rsidRDefault="002007C2" w:rsidP="002007C2">
      <w:r>
        <w:t xml:space="preserve">    )</w:t>
      </w:r>
    </w:p>
    <w:p w14:paraId="4E2209C2" w14:textId="77777777" w:rsidR="002007C2" w:rsidRDefault="002007C2" w:rsidP="002007C2">
      <w:r>
        <w:t xml:space="preserve">    parser.add_argument(</w:t>
      </w:r>
    </w:p>
    <w:p w14:paraId="0ADD2734" w14:textId="77777777" w:rsidR="002007C2" w:rsidRDefault="002007C2" w:rsidP="002007C2">
      <w:r>
        <w:t xml:space="preserve">        'input_path',</w:t>
      </w:r>
    </w:p>
    <w:p w14:paraId="6135B38E" w14:textId="77777777" w:rsidR="002007C2" w:rsidRDefault="002007C2" w:rsidP="002007C2">
      <w:r>
        <w:t xml:space="preserve">        type=str,</w:t>
      </w:r>
    </w:p>
    <w:p w14:paraId="64363B3B" w14:textId="77777777" w:rsidR="002007C2" w:rsidRDefault="002007C2" w:rsidP="002007C2">
      <w:r>
        <w:t xml:space="preserve">        help=('a .csv file (your dataset); columns must correspond to the '</w:t>
      </w:r>
    </w:p>
    <w:p w14:paraId="0F8B2ED0" w14:textId="77777777" w:rsidR="002007C2" w:rsidRDefault="002007C2" w:rsidP="002007C2">
      <w:r>
        <w:t xml:space="preserve">              'feature set used to generate the DataRobot Prime model.'),</w:t>
      </w:r>
    </w:p>
    <w:p w14:paraId="698F9603" w14:textId="77777777" w:rsidR="002007C2" w:rsidRDefault="002007C2" w:rsidP="002007C2">
      <w:r>
        <w:t xml:space="preserve">        metavar='&lt;data_file&gt;'</w:t>
      </w:r>
    </w:p>
    <w:p w14:paraId="447AD0A0" w14:textId="77777777" w:rsidR="002007C2" w:rsidRDefault="002007C2" w:rsidP="002007C2">
      <w:r>
        <w:t xml:space="preserve">    )</w:t>
      </w:r>
    </w:p>
    <w:p w14:paraId="36A2544E" w14:textId="77777777" w:rsidR="002007C2" w:rsidRDefault="002007C2" w:rsidP="002007C2">
      <w:r>
        <w:t xml:space="preserve">    parser.add_argument(</w:t>
      </w:r>
    </w:p>
    <w:p w14:paraId="0C89076F" w14:textId="77777777" w:rsidR="002007C2" w:rsidRDefault="002007C2" w:rsidP="002007C2">
      <w:r>
        <w:t xml:space="preserve">        'output_path',</w:t>
      </w:r>
    </w:p>
    <w:p w14:paraId="7FEEF1A8" w14:textId="77777777" w:rsidR="002007C2" w:rsidRDefault="002007C2" w:rsidP="002007C2">
      <w:r>
        <w:t xml:space="preserve">        type=str,</w:t>
      </w:r>
    </w:p>
    <w:p w14:paraId="0CB9AD0D" w14:textId="77777777" w:rsidR="002007C2" w:rsidRDefault="002007C2" w:rsidP="002007C2">
      <w:r>
        <w:t xml:space="preserve">        help='the filename where DataRobot writes the results.',</w:t>
      </w:r>
    </w:p>
    <w:p w14:paraId="4A30784E" w14:textId="77777777" w:rsidR="002007C2" w:rsidRDefault="002007C2" w:rsidP="002007C2">
      <w:r>
        <w:t xml:space="preserve">        metavar='&lt;output_file&gt;'</w:t>
      </w:r>
    </w:p>
    <w:p w14:paraId="40842519" w14:textId="77777777" w:rsidR="002007C2" w:rsidRDefault="002007C2" w:rsidP="002007C2">
      <w:r>
        <w:t xml:space="preserve">    )</w:t>
      </w:r>
    </w:p>
    <w:p w14:paraId="289004FA" w14:textId="77777777" w:rsidR="002007C2" w:rsidRDefault="002007C2" w:rsidP="002007C2"/>
    <w:p w14:paraId="381BBCF1" w14:textId="77777777" w:rsidR="002007C2" w:rsidRDefault="002007C2" w:rsidP="002007C2">
      <w:r>
        <w:t xml:space="preserve">    return parser</w:t>
      </w:r>
    </w:p>
    <w:p w14:paraId="1B2C4664" w14:textId="77777777" w:rsidR="002007C2" w:rsidRDefault="002007C2" w:rsidP="002007C2"/>
    <w:p w14:paraId="0C951FD5" w14:textId="77777777" w:rsidR="002007C2" w:rsidRDefault="002007C2" w:rsidP="002007C2"/>
    <w:p w14:paraId="4FF2D604" w14:textId="77777777" w:rsidR="002007C2" w:rsidRDefault="002007C2" w:rsidP="002007C2">
      <w:r>
        <w:t>def _parse_command(args):</w:t>
      </w:r>
    </w:p>
    <w:p w14:paraId="320934AA" w14:textId="77777777" w:rsidR="002007C2" w:rsidRDefault="002007C2" w:rsidP="002007C2">
      <w:r>
        <w:t xml:space="preserve">    parser = _construct_parser()</w:t>
      </w:r>
    </w:p>
    <w:p w14:paraId="2636361A" w14:textId="77777777" w:rsidR="002007C2" w:rsidRDefault="002007C2" w:rsidP="002007C2">
      <w:r>
        <w:t xml:space="preserve">    parsed_args = parser.parse_args(args[1:])</w:t>
      </w:r>
    </w:p>
    <w:p w14:paraId="08C63CD8" w14:textId="77777777" w:rsidR="002007C2" w:rsidRDefault="002007C2" w:rsidP="002007C2"/>
    <w:p w14:paraId="3818E331" w14:textId="77777777" w:rsidR="002007C2" w:rsidRDefault="002007C2" w:rsidP="002007C2">
      <w:r>
        <w:t xml:space="preserve">    if parsed_args.encoding is None:</w:t>
      </w:r>
    </w:p>
    <w:p w14:paraId="2DD09589" w14:textId="77777777" w:rsidR="002007C2" w:rsidRDefault="002007C2" w:rsidP="002007C2">
      <w:r>
        <w:t xml:space="preserve">        sys.stderr.write('Warning: For input data encodings other than UTF-8, '</w:t>
      </w:r>
    </w:p>
    <w:p w14:paraId="36056E3B" w14:textId="77777777" w:rsidR="002007C2" w:rsidRDefault="002007C2" w:rsidP="002007C2">
      <w:r>
        <w:lastRenderedPageBreak/>
        <w:t xml:space="preserve">                         'search "Prime examples" in the DataRobot Users Guide at https://app.datarobot.com/docs/users-guide/index.html')</w:t>
      </w:r>
    </w:p>
    <w:p w14:paraId="09628F86" w14:textId="77777777" w:rsidR="002007C2" w:rsidRDefault="002007C2" w:rsidP="002007C2">
      <w:r>
        <w:t xml:space="preserve">        parsed_args.encoding = DEFAULT_ENCODING</w:t>
      </w:r>
    </w:p>
    <w:p w14:paraId="2528C31A" w14:textId="77777777" w:rsidR="002007C2" w:rsidRDefault="002007C2" w:rsidP="002007C2"/>
    <w:p w14:paraId="27D1717F" w14:textId="77777777" w:rsidR="002007C2" w:rsidRDefault="002007C2" w:rsidP="002007C2">
      <w:r>
        <w:t xml:space="preserve">    return parsed_args</w:t>
      </w:r>
    </w:p>
    <w:p w14:paraId="28FBDFB1" w14:textId="77777777" w:rsidR="002007C2" w:rsidRDefault="002007C2" w:rsidP="002007C2"/>
    <w:p w14:paraId="61C158DF" w14:textId="77777777" w:rsidR="002007C2" w:rsidRDefault="002007C2" w:rsidP="002007C2"/>
    <w:p w14:paraId="517B5F78" w14:textId="77777777" w:rsidR="002007C2" w:rsidRDefault="002007C2" w:rsidP="002007C2">
      <w:r>
        <w:t>if __name__ == '__main__':</w:t>
      </w:r>
    </w:p>
    <w:p w14:paraId="050A4D1F" w14:textId="77777777" w:rsidR="002007C2" w:rsidRDefault="002007C2" w:rsidP="002007C2">
      <w:r>
        <w:t xml:space="preserve">    args = _parse_command(sys.argv)</w:t>
      </w:r>
    </w:p>
    <w:p w14:paraId="773D5F85" w14:textId="77777777" w:rsidR="002007C2" w:rsidRDefault="002007C2" w:rsidP="002007C2">
      <w:r>
        <w:t xml:space="preserve">    run(args.input_path, args.output_path, encoding=args.encoding)</w:t>
      </w:r>
    </w:p>
    <w:p w14:paraId="0886798A" w14:textId="77777777" w:rsidR="002007C2" w:rsidRDefault="002007C2" w:rsidP="002007C2"/>
    <w:p w14:paraId="29F15F4D" w14:textId="77777777" w:rsidR="002007C2" w:rsidRPr="00374746" w:rsidRDefault="002007C2" w:rsidP="002007C2">
      <w:pPr>
        <w:pStyle w:val="Heading1"/>
      </w:pPr>
    </w:p>
    <w:p w14:paraId="2BE1E158" w14:textId="77777777" w:rsidR="002007C2" w:rsidRPr="00333F6A" w:rsidRDefault="002007C2" w:rsidP="002007C2"/>
    <w:p w14:paraId="138EB4AE" w14:textId="77777777" w:rsidR="002007C2" w:rsidRDefault="002007C2" w:rsidP="002007C2"/>
    <w:p w14:paraId="539D309F" w14:textId="77777777" w:rsidR="00A0795E" w:rsidRDefault="00A0795E"/>
    <w:sectPr w:rsidR="00A0795E" w:rsidSect="002007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2C02C81"/>
    <w:multiLevelType w:val="multilevel"/>
    <w:tmpl w:val="99B0A5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6F10328"/>
    <w:multiLevelType w:val="hybridMultilevel"/>
    <w:tmpl w:val="985C78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152114"/>
    <w:multiLevelType w:val="multilevel"/>
    <w:tmpl w:val="562C2FEE"/>
    <w:lvl w:ilvl="0">
      <w:start w:val="1"/>
      <w:numFmt w:val="decimal"/>
      <w:lvlText w:val="%1"/>
      <w:lvlJc w:val="left"/>
      <w:pPr>
        <w:ind w:left="720" w:hanging="720"/>
      </w:pPr>
      <w:rPr>
        <w:rFonts w:asciiTheme="majorHAnsi" w:eastAsiaTheme="majorEastAsia" w:hAnsiTheme="majorHAnsi" w:cstheme="majorBidi" w:hint="default"/>
        <w:b/>
        <w:sz w:val="26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asciiTheme="majorHAnsi" w:eastAsiaTheme="majorEastAsia" w:hAnsiTheme="majorHAnsi" w:cstheme="majorBidi" w:hint="default"/>
        <w:b/>
        <w:sz w:val="2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ajorHAnsi" w:eastAsiaTheme="majorEastAsia" w:hAnsiTheme="majorHAnsi" w:cstheme="majorBidi" w:hint="default"/>
        <w:b/>
        <w:sz w:val="26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Theme="majorHAnsi" w:eastAsiaTheme="majorEastAsia" w:hAnsiTheme="majorHAnsi" w:cstheme="majorBidi" w:hint="default"/>
        <w:b/>
        <w:sz w:val="26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ajorHAnsi" w:eastAsiaTheme="majorEastAsia" w:hAnsiTheme="majorHAnsi" w:cstheme="majorBidi" w:hint="default"/>
        <w:b/>
        <w:sz w:val="26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Theme="majorHAnsi" w:eastAsiaTheme="majorEastAsia" w:hAnsiTheme="majorHAnsi" w:cstheme="majorBidi" w:hint="default"/>
        <w:b/>
        <w:sz w:val="26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ajorHAnsi" w:eastAsiaTheme="majorEastAsia" w:hAnsiTheme="majorHAnsi" w:cstheme="majorBidi" w:hint="default"/>
        <w:b/>
        <w:sz w:val="26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Theme="majorHAnsi" w:eastAsiaTheme="majorEastAsia" w:hAnsiTheme="majorHAnsi" w:cstheme="majorBidi" w:hint="default"/>
        <w:b/>
        <w:sz w:val="26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ajorHAnsi" w:eastAsiaTheme="majorEastAsia" w:hAnsiTheme="majorHAnsi" w:cstheme="majorBidi" w:hint="default"/>
        <w:b/>
        <w:sz w:val="26"/>
      </w:rPr>
    </w:lvl>
  </w:abstractNum>
  <w:abstractNum w:abstractNumId="12" w15:restartNumberingAfterBreak="0">
    <w:nsid w:val="0A2B388D"/>
    <w:multiLevelType w:val="multilevel"/>
    <w:tmpl w:val="915AC670"/>
    <w:lvl w:ilvl="0">
      <w:start w:val="1"/>
      <w:numFmt w:val="decimal"/>
      <w:lvlText w:val="%1"/>
      <w:lvlJc w:val="left"/>
      <w:pPr>
        <w:ind w:left="360" w:hanging="360"/>
      </w:pPr>
      <w:rPr>
        <w:rFonts w:asciiTheme="majorHAnsi" w:eastAsiaTheme="majorEastAsia" w:hAnsiTheme="majorHAnsi" w:cstheme="majorBidi" w:hint="default"/>
        <w:b/>
        <w:color w:val="4472C4" w:themeColor="accent1"/>
        <w:sz w:val="26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Theme="majorHAnsi" w:eastAsiaTheme="majorEastAsia" w:hAnsiTheme="majorHAnsi" w:cstheme="majorBidi" w:hint="default"/>
        <w:b/>
        <w:color w:val="4472C4" w:themeColor="accent1"/>
        <w:sz w:val="2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ajorHAnsi" w:eastAsiaTheme="majorEastAsia" w:hAnsiTheme="majorHAnsi" w:cstheme="majorBidi" w:hint="default"/>
        <w:b/>
        <w:color w:val="4472C4" w:themeColor="accent1"/>
        <w:sz w:val="26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Theme="majorHAnsi" w:eastAsiaTheme="majorEastAsia" w:hAnsiTheme="majorHAnsi" w:cstheme="majorBidi" w:hint="default"/>
        <w:b/>
        <w:color w:val="4472C4" w:themeColor="accent1"/>
        <w:sz w:val="26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ajorHAnsi" w:eastAsiaTheme="majorEastAsia" w:hAnsiTheme="majorHAnsi" w:cstheme="majorBidi" w:hint="default"/>
        <w:b/>
        <w:color w:val="4472C4" w:themeColor="accent1"/>
        <w:sz w:val="26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Theme="majorHAnsi" w:eastAsiaTheme="majorEastAsia" w:hAnsiTheme="majorHAnsi" w:cstheme="majorBidi" w:hint="default"/>
        <w:b/>
        <w:color w:val="4472C4" w:themeColor="accent1"/>
        <w:sz w:val="26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ajorHAnsi" w:eastAsiaTheme="majorEastAsia" w:hAnsiTheme="majorHAnsi" w:cstheme="majorBidi" w:hint="default"/>
        <w:b/>
        <w:color w:val="4472C4" w:themeColor="accent1"/>
        <w:sz w:val="26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Theme="majorHAnsi" w:eastAsiaTheme="majorEastAsia" w:hAnsiTheme="majorHAnsi" w:cstheme="majorBidi" w:hint="default"/>
        <w:b/>
        <w:color w:val="4472C4" w:themeColor="accent1"/>
        <w:sz w:val="26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Theme="majorHAnsi" w:eastAsiaTheme="majorEastAsia" w:hAnsiTheme="majorHAnsi" w:cstheme="majorBidi" w:hint="default"/>
        <w:b/>
        <w:color w:val="4472C4" w:themeColor="accent1"/>
        <w:sz w:val="26"/>
      </w:rPr>
    </w:lvl>
  </w:abstractNum>
  <w:abstractNum w:abstractNumId="13" w15:restartNumberingAfterBreak="0">
    <w:nsid w:val="17001A74"/>
    <w:multiLevelType w:val="hybridMultilevel"/>
    <w:tmpl w:val="F1C6EBC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915632C"/>
    <w:multiLevelType w:val="multilevel"/>
    <w:tmpl w:val="23CA84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isLgl/>
      <w:lvlText w:val="%1.%2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FB17772"/>
    <w:multiLevelType w:val="hybridMultilevel"/>
    <w:tmpl w:val="2F5892AC"/>
    <w:lvl w:ilvl="0" w:tplc="7A04924A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1F61F78"/>
    <w:multiLevelType w:val="hybridMultilevel"/>
    <w:tmpl w:val="44EA2A26"/>
    <w:lvl w:ilvl="0" w:tplc="B562DD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942341"/>
    <w:multiLevelType w:val="multilevel"/>
    <w:tmpl w:val="99B0A5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B01757E"/>
    <w:multiLevelType w:val="hybridMultilevel"/>
    <w:tmpl w:val="EAC4052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445E4C"/>
    <w:multiLevelType w:val="hybridMultilevel"/>
    <w:tmpl w:val="C2D62C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7B5016"/>
    <w:multiLevelType w:val="hybridMultilevel"/>
    <w:tmpl w:val="F43683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7">
      <w:start w:val="1"/>
      <w:numFmt w:val="lowerLetter"/>
      <w:lvlText w:val="%2)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FD39EF"/>
    <w:multiLevelType w:val="hybridMultilevel"/>
    <w:tmpl w:val="C92AFA7A"/>
    <w:lvl w:ilvl="0" w:tplc="D6E0E160">
      <w:start w:val="1"/>
      <w:numFmt w:val="decimal"/>
      <w:lvlText w:val="%1."/>
      <w:lvlJc w:val="left"/>
      <w:pPr>
        <w:ind w:left="720" w:hanging="360"/>
      </w:pPr>
      <w:rPr>
        <w:rFonts w:ascii="Calibri Light" w:eastAsia="Times New Roman" w:hAnsi="Calibri Light" w:cs="Calibri Light" w:hint="default"/>
        <w:b w:val="0"/>
        <w:color w:val="2E74B5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630805"/>
    <w:multiLevelType w:val="hybridMultilevel"/>
    <w:tmpl w:val="C54804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91605"/>
    <w:multiLevelType w:val="hybridMultilevel"/>
    <w:tmpl w:val="E9DEA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202EB5"/>
    <w:multiLevelType w:val="hybridMultilevel"/>
    <w:tmpl w:val="9CF63AC4"/>
    <w:lvl w:ilvl="0" w:tplc="34FAE7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9F4786"/>
    <w:multiLevelType w:val="hybridMultilevel"/>
    <w:tmpl w:val="616AA55E"/>
    <w:lvl w:ilvl="0" w:tplc="1A9887AC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BB0626"/>
    <w:multiLevelType w:val="hybridMultilevel"/>
    <w:tmpl w:val="08FCF87C"/>
    <w:lvl w:ilvl="0" w:tplc="8DC2DC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0736A4"/>
    <w:multiLevelType w:val="hybridMultilevel"/>
    <w:tmpl w:val="5BD0D194"/>
    <w:lvl w:ilvl="0" w:tplc="99C4A16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0A0C09"/>
    <w:multiLevelType w:val="hybridMultilevel"/>
    <w:tmpl w:val="68D2B1DC"/>
    <w:lvl w:ilvl="0" w:tplc="6BA2A75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0F41E9"/>
    <w:multiLevelType w:val="hybridMultilevel"/>
    <w:tmpl w:val="A594C38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5940CA"/>
    <w:multiLevelType w:val="hybridMultilevel"/>
    <w:tmpl w:val="AADAF5C8"/>
    <w:lvl w:ilvl="0" w:tplc="1CD469E4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467DC1"/>
    <w:multiLevelType w:val="hybridMultilevel"/>
    <w:tmpl w:val="2BF81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2F0486"/>
    <w:multiLevelType w:val="multilevel"/>
    <w:tmpl w:val="730C38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276325864">
    <w:abstractNumId w:val="18"/>
  </w:num>
  <w:num w:numId="2" w16cid:durableId="474031281">
    <w:abstractNumId w:val="27"/>
  </w:num>
  <w:num w:numId="3" w16cid:durableId="1644852380">
    <w:abstractNumId w:val="29"/>
  </w:num>
  <w:num w:numId="4" w16cid:durableId="1481580439">
    <w:abstractNumId w:val="10"/>
  </w:num>
  <w:num w:numId="5" w16cid:durableId="173036851">
    <w:abstractNumId w:val="14"/>
  </w:num>
  <w:num w:numId="6" w16cid:durableId="1262688702">
    <w:abstractNumId w:val="12"/>
  </w:num>
  <w:num w:numId="7" w16cid:durableId="1098796641">
    <w:abstractNumId w:val="32"/>
  </w:num>
  <w:num w:numId="8" w16cid:durableId="661323893">
    <w:abstractNumId w:val="28"/>
  </w:num>
  <w:num w:numId="9" w16cid:durableId="1134057703">
    <w:abstractNumId w:val="26"/>
  </w:num>
  <w:num w:numId="10" w16cid:durableId="1594435150">
    <w:abstractNumId w:val="11"/>
  </w:num>
  <w:num w:numId="11" w16cid:durableId="148138829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843129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0793263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8191294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78610431">
    <w:abstractNumId w:val="30"/>
  </w:num>
  <w:num w:numId="16" w16cid:durableId="1008681980">
    <w:abstractNumId w:val="24"/>
  </w:num>
  <w:num w:numId="17" w16cid:durableId="1838308210">
    <w:abstractNumId w:val="31"/>
  </w:num>
  <w:num w:numId="18" w16cid:durableId="1972442649">
    <w:abstractNumId w:val="8"/>
  </w:num>
  <w:num w:numId="19" w16cid:durableId="1624387035">
    <w:abstractNumId w:val="6"/>
  </w:num>
  <w:num w:numId="20" w16cid:durableId="1403719687">
    <w:abstractNumId w:val="5"/>
  </w:num>
  <w:num w:numId="21" w16cid:durableId="143786351">
    <w:abstractNumId w:val="4"/>
  </w:num>
  <w:num w:numId="22" w16cid:durableId="839543526">
    <w:abstractNumId w:val="7"/>
  </w:num>
  <w:num w:numId="23" w16cid:durableId="1030304121">
    <w:abstractNumId w:val="3"/>
  </w:num>
  <w:num w:numId="24" w16cid:durableId="786773575">
    <w:abstractNumId w:val="2"/>
  </w:num>
  <w:num w:numId="25" w16cid:durableId="2048408605">
    <w:abstractNumId w:val="1"/>
  </w:num>
  <w:num w:numId="26" w16cid:durableId="1896820248">
    <w:abstractNumId w:val="0"/>
  </w:num>
  <w:num w:numId="27" w16cid:durableId="81418798">
    <w:abstractNumId w:val="15"/>
  </w:num>
  <w:num w:numId="28" w16cid:durableId="1703941604">
    <w:abstractNumId w:val="16"/>
  </w:num>
  <w:num w:numId="29" w16cid:durableId="241836728">
    <w:abstractNumId w:val="23"/>
  </w:num>
  <w:num w:numId="30" w16cid:durableId="861013644">
    <w:abstractNumId w:val="19"/>
  </w:num>
  <w:num w:numId="31" w16cid:durableId="77660674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66848507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61416568">
    <w:abstractNumId w:val="17"/>
  </w:num>
  <w:num w:numId="34" w16cid:durableId="969702671">
    <w:abstractNumId w:val="9"/>
  </w:num>
  <w:num w:numId="35" w16cid:durableId="16660808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638340944">
    <w:abstractNumId w:val="21"/>
  </w:num>
  <w:num w:numId="37" w16cid:durableId="1020821019">
    <w:abstractNumId w:val="20"/>
  </w:num>
  <w:num w:numId="38" w16cid:durableId="714164812">
    <w:abstractNumId w:val="13"/>
  </w:num>
  <w:num w:numId="39" w16cid:durableId="2049335613">
    <w:abstractNumId w:val="22"/>
  </w:num>
  <w:num w:numId="40" w16cid:durableId="664746559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C2"/>
    <w:rsid w:val="002007C2"/>
    <w:rsid w:val="003C3AF9"/>
    <w:rsid w:val="006368FD"/>
    <w:rsid w:val="00706CD2"/>
    <w:rsid w:val="00860483"/>
    <w:rsid w:val="00A0795E"/>
    <w:rsid w:val="00BD7E7E"/>
    <w:rsid w:val="00E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1FCE0"/>
  <w15:chartTrackingRefBased/>
  <w15:docId w15:val="{9FC1976D-8E14-E644-A4F7-A9CE3933D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7C2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07C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07C2"/>
    <w:pPr>
      <w:keepNext/>
      <w:keepLines/>
      <w:numPr>
        <w:ilvl w:val="1"/>
        <w:numId w:val="5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07C2"/>
    <w:pPr>
      <w:keepNext/>
      <w:keepLines/>
      <w:numPr>
        <w:ilvl w:val="2"/>
        <w:numId w:val="5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007C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07C2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07C2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07C2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07C2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07C2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07C2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007C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007C2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2007C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07C2"/>
    <w:rPr>
      <w:rFonts w:asciiTheme="majorHAnsi" w:eastAsiaTheme="majorEastAsia" w:hAnsiTheme="majorHAnsi" w:cstheme="majorBidi"/>
      <w:color w:val="1F3763" w:themeColor="accent1" w:themeShade="7F"/>
      <w:sz w:val="22"/>
      <w:szCs w:val="22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07C2"/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07C2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07C2"/>
    <w:rPr>
      <w:rFonts w:asciiTheme="majorHAnsi" w:eastAsiaTheme="majorEastAsia" w:hAnsiTheme="majorHAnsi" w:cstheme="majorBidi"/>
      <w:color w:val="4472C4" w:themeColor="accent1"/>
      <w:sz w:val="20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07C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paragraph" w:customStyle="1" w:styleId="Author">
    <w:name w:val="Author"/>
    <w:basedOn w:val="BodyText"/>
    <w:rsid w:val="002007C2"/>
    <w:pPr>
      <w:tabs>
        <w:tab w:val="right" w:pos="8640"/>
      </w:tabs>
      <w:spacing w:after="0" w:line="480" w:lineRule="auto"/>
      <w:jc w:val="center"/>
    </w:pPr>
    <w:rPr>
      <w:rFonts w:ascii="Garamond" w:eastAsia="Times New Roman" w:hAnsi="Garamond" w:cs="Times New Roman"/>
      <w:spacing w:val="-2"/>
      <w:szCs w:val="20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2007C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007C2"/>
    <w:rPr>
      <w:rFonts w:eastAsiaTheme="minorEastAsia"/>
    </w:rPr>
  </w:style>
  <w:style w:type="paragraph" w:customStyle="1" w:styleId="SubtitleCover">
    <w:name w:val="Subtitle Cover"/>
    <w:basedOn w:val="Normal"/>
    <w:next w:val="BodyText"/>
    <w:rsid w:val="002007C2"/>
    <w:pPr>
      <w:keepNext/>
      <w:tabs>
        <w:tab w:val="right" w:pos="8640"/>
      </w:tabs>
      <w:spacing w:after="560"/>
      <w:ind w:left="1800" w:right="1800"/>
      <w:jc w:val="center"/>
    </w:pPr>
    <w:rPr>
      <w:rFonts w:ascii="Garamond" w:eastAsia="Times New Roman" w:hAnsi="Garamond" w:cs="Times New Roman"/>
      <w:spacing w:val="-2"/>
      <w:szCs w:val="20"/>
      <w:lang w:val="en-US"/>
    </w:rPr>
  </w:style>
  <w:style w:type="paragraph" w:customStyle="1" w:styleId="TitleCover">
    <w:name w:val="Title Cover"/>
    <w:basedOn w:val="Normal"/>
    <w:next w:val="SubtitleCover"/>
    <w:rsid w:val="002007C2"/>
    <w:pPr>
      <w:keepNext/>
      <w:keepLines/>
      <w:tabs>
        <w:tab w:val="right" w:pos="8640"/>
      </w:tabs>
      <w:spacing w:before="780" w:after="420"/>
      <w:ind w:left="1920" w:right="1920"/>
      <w:jc w:val="center"/>
    </w:pPr>
    <w:rPr>
      <w:rFonts w:ascii="Garamond" w:eastAsia="Times New Roman" w:hAnsi="Garamond" w:cs="Times New Roman"/>
      <w:caps/>
      <w:spacing w:val="5"/>
      <w:kern w:val="28"/>
      <w:szCs w:val="20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007C2"/>
    <w:pPr>
      <w:tabs>
        <w:tab w:val="right" w:leader="dot" w:pos="8290"/>
      </w:tabs>
      <w:spacing w:before="120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2007C2"/>
    <w:pPr>
      <w:ind w:left="240"/>
    </w:pPr>
    <w:rPr>
      <w:b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007C2"/>
    <w:pPr>
      <w:ind w:left="480"/>
    </w:pPr>
    <w:rPr>
      <w:sz w:val="22"/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2007C2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2007C2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2007C2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2007C2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2007C2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2007C2"/>
    <w:pPr>
      <w:ind w:left="192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2007C2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2007C2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007C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EndNoteBibliography">
    <w:name w:val="EndNote Bibliography"/>
    <w:basedOn w:val="Normal"/>
    <w:rsid w:val="002007C2"/>
    <w:rPr>
      <w:rFonts w:ascii="Cambria" w:hAnsi="Cambr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7C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7C2"/>
    <w:rPr>
      <w:rFonts w:ascii="Lucida Grande" w:eastAsiaTheme="minorEastAsia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007C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07C2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2007C2"/>
  </w:style>
  <w:style w:type="table" w:styleId="TableGrid">
    <w:name w:val="Table Grid"/>
    <w:basedOn w:val="TableNormal"/>
    <w:uiPriority w:val="39"/>
    <w:rsid w:val="002007C2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2007C2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007C2"/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styleId="Hyperlink">
    <w:name w:val="Hyperlink"/>
    <w:basedOn w:val="DefaultParagraphFont"/>
    <w:uiPriority w:val="99"/>
    <w:unhideWhenUsed/>
    <w:rsid w:val="002007C2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007C2"/>
    <w:rPr>
      <w:rFonts w:eastAsiaTheme="minorEastAsia"/>
      <w:sz w:val="22"/>
      <w:szCs w:val="22"/>
      <w:lang w:val="en-US"/>
    </w:rPr>
  </w:style>
  <w:style w:type="paragraph" w:styleId="BodyText2">
    <w:name w:val="Body Text 2"/>
    <w:basedOn w:val="Normal"/>
    <w:link w:val="BodyText2Char"/>
    <w:uiPriority w:val="99"/>
    <w:unhideWhenUsed/>
    <w:rsid w:val="002007C2"/>
    <w:pPr>
      <w:spacing w:after="120" w:line="480" w:lineRule="auto"/>
    </w:pPr>
    <w:rPr>
      <w:sz w:val="22"/>
      <w:szCs w:val="22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007C2"/>
    <w:rPr>
      <w:rFonts w:eastAsiaTheme="minorEastAsia"/>
      <w:sz w:val="22"/>
      <w:szCs w:val="22"/>
      <w:lang w:val="en-US"/>
    </w:rPr>
  </w:style>
  <w:style w:type="paragraph" w:styleId="BodyText3">
    <w:name w:val="Body Text 3"/>
    <w:basedOn w:val="Normal"/>
    <w:link w:val="BodyText3Char"/>
    <w:uiPriority w:val="99"/>
    <w:unhideWhenUsed/>
    <w:rsid w:val="002007C2"/>
    <w:pPr>
      <w:spacing w:after="120" w:line="276" w:lineRule="auto"/>
    </w:pPr>
    <w:rPr>
      <w:sz w:val="16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2007C2"/>
    <w:rPr>
      <w:rFonts w:eastAsiaTheme="minorEastAsia"/>
      <w:sz w:val="16"/>
      <w:szCs w:val="16"/>
      <w:lang w:val="en-US"/>
    </w:rPr>
  </w:style>
  <w:style w:type="paragraph" w:styleId="List">
    <w:name w:val="List"/>
    <w:basedOn w:val="Normal"/>
    <w:uiPriority w:val="99"/>
    <w:unhideWhenUsed/>
    <w:rsid w:val="002007C2"/>
    <w:pPr>
      <w:spacing w:after="200" w:line="276" w:lineRule="auto"/>
      <w:ind w:left="360" w:hanging="360"/>
      <w:contextualSpacing/>
    </w:pPr>
    <w:rPr>
      <w:sz w:val="22"/>
      <w:szCs w:val="22"/>
      <w:lang w:val="en-US"/>
    </w:rPr>
  </w:style>
  <w:style w:type="paragraph" w:styleId="List2">
    <w:name w:val="List 2"/>
    <w:basedOn w:val="Normal"/>
    <w:uiPriority w:val="99"/>
    <w:unhideWhenUsed/>
    <w:rsid w:val="002007C2"/>
    <w:pPr>
      <w:spacing w:after="200" w:line="276" w:lineRule="auto"/>
      <w:ind w:left="720" w:hanging="360"/>
      <w:contextualSpacing/>
    </w:pPr>
    <w:rPr>
      <w:sz w:val="22"/>
      <w:szCs w:val="22"/>
      <w:lang w:val="en-US"/>
    </w:rPr>
  </w:style>
  <w:style w:type="paragraph" w:styleId="List3">
    <w:name w:val="List 3"/>
    <w:basedOn w:val="Normal"/>
    <w:uiPriority w:val="99"/>
    <w:unhideWhenUsed/>
    <w:rsid w:val="002007C2"/>
    <w:pPr>
      <w:spacing w:after="200" w:line="276" w:lineRule="auto"/>
      <w:ind w:left="1080" w:hanging="360"/>
      <w:contextualSpacing/>
    </w:pPr>
    <w:rPr>
      <w:sz w:val="22"/>
      <w:szCs w:val="22"/>
      <w:lang w:val="en-US"/>
    </w:rPr>
  </w:style>
  <w:style w:type="paragraph" w:styleId="ListBullet">
    <w:name w:val="List Bullet"/>
    <w:basedOn w:val="Normal"/>
    <w:uiPriority w:val="99"/>
    <w:unhideWhenUsed/>
    <w:rsid w:val="002007C2"/>
    <w:pPr>
      <w:numPr>
        <w:numId w:val="18"/>
      </w:numPr>
      <w:spacing w:after="200" w:line="276" w:lineRule="auto"/>
      <w:contextualSpacing/>
    </w:pPr>
    <w:rPr>
      <w:sz w:val="22"/>
      <w:szCs w:val="22"/>
      <w:lang w:val="en-US"/>
    </w:rPr>
  </w:style>
  <w:style w:type="paragraph" w:styleId="ListBullet2">
    <w:name w:val="List Bullet 2"/>
    <w:basedOn w:val="Normal"/>
    <w:uiPriority w:val="99"/>
    <w:unhideWhenUsed/>
    <w:rsid w:val="002007C2"/>
    <w:pPr>
      <w:numPr>
        <w:numId w:val="19"/>
      </w:numPr>
      <w:spacing w:after="200" w:line="276" w:lineRule="auto"/>
      <w:contextualSpacing/>
    </w:pPr>
    <w:rPr>
      <w:sz w:val="22"/>
      <w:szCs w:val="22"/>
      <w:lang w:val="en-US"/>
    </w:rPr>
  </w:style>
  <w:style w:type="paragraph" w:styleId="ListBullet3">
    <w:name w:val="List Bullet 3"/>
    <w:basedOn w:val="Normal"/>
    <w:uiPriority w:val="99"/>
    <w:unhideWhenUsed/>
    <w:rsid w:val="002007C2"/>
    <w:pPr>
      <w:numPr>
        <w:numId w:val="20"/>
      </w:numPr>
      <w:spacing w:after="200" w:line="276" w:lineRule="auto"/>
      <w:contextualSpacing/>
    </w:pPr>
    <w:rPr>
      <w:sz w:val="22"/>
      <w:szCs w:val="22"/>
      <w:lang w:val="en-US"/>
    </w:rPr>
  </w:style>
  <w:style w:type="paragraph" w:styleId="ListNumber">
    <w:name w:val="List Number"/>
    <w:basedOn w:val="Normal"/>
    <w:uiPriority w:val="99"/>
    <w:unhideWhenUsed/>
    <w:rsid w:val="002007C2"/>
    <w:pPr>
      <w:numPr>
        <w:numId w:val="22"/>
      </w:numPr>
      <w:spacing w:after="200" w:line="276" w:lineRule="auto"/>
      <w:contextualSpacing/>
    </w:pPr>
    <w:rPr>
      <w:sz w:val="22"/>
      <w:szCs w:val="22"/>
      <w:lang w:val="en-US"/>
    </w:rPr>
  </w:style>
  <w:style w:type="paragraph" w:styleId="ListNumber2">
    <w:name w:val="List Number 2"/>
    <w:basedOn w:val="Normal"/>
    <w:uiPriority w:val="99"/>
    <w:unhideWhenUsed/>
    <w:rsid w:val="002007C2"/>
    <w:pPr>
      <w:numPr>
        <w:numId w:val="23"/>
      </w:numPr>
      <w:spacing w:after="200" w:line="276" w:lineRule="auto"/>
      <w:contextualSpacing/>
    </w:pPr>
    <w:rPr>
      <w:sz w:val="22"/>
      <w:szCs w:val="22"/>
      <w:lang w:val="en-US"/>
    </w:rPr>
  </w:style>
  <w:style w:type="paragraph" w:styleId="ListNumber3">
    <w:name w:val="List Number 3"/>
    <w:basedOn w:val="Normal"/>
    <w:uiPriority w:val="99"/>
    <w:unhideWhenUsed/>
    <w:rsid w:val="002007C2"/>
    <w:pPr>
      <w:numPr>
        <w:numId w:val="24"/>
      </w:numPr>
      <w:spacing w:after="200" w:line="276" w:lineRule="auto"/>
      <w:contextualSpacing/>
    </w:pPr>
    <w:rPr>
      <w:sz w:val="22"/>
      <w:szCs w:val="22"/>
      <w:lang w:val="en-US"/>
    </w:rPr>
  </w:style>
  <w:style w:type="paragraph" w:styleId="ListContinue">
    <w:name w:val="List Continue"/>
    <w:basedOn w:val="Normal"/>
    <w:uiPriority w:val="99"/>
    <w:unhideWhenUsed/>
    <w:rsid w:val="002007C2"/>
    <w:pPr>
      <w:spacing w:after="120" w:line="276" w:lineRule="auto"/>
      <w:ind w:left="360"/>
      <w:contextualSpacing/>
    </w:pPr>
    <w:rPr>
      <w:sz w:val="22"/>
      <w:szCs w:val="22"/>
      <w:lang w:val="en-US"/>
    </w:rPr>
  </w:style>
  <w:style w:type="paragraph" w:styleId="ListContinue2">
    <w:name w:val="List Continue 2"/>
    <w:basedOn w:val="Normal"/>
    <w:uiPriority w:val="99"/>
    <w:unhideWhenUsed/>
    <w:rsid w:val="002007C2"/>
    <w:pPr>
      <w:spacing w:after="120" w:line="276" w:lineRule="auto"/>
      <w:ind w:left="720"/>
      <w:contextualSpacing/>
    </w:pPr>
    <w:rPr>
      <w:sz w:val="22"/>
      <w:szCs w:val="22"/>
      <w:lang w:val="en-US"/>
    </w:rPr>
  </w:style>
  <w:style w:type="paragraph" w:styleId="ListContinue3">
    <w:name w:val="List Continue 3"/>
    <w:basedOn w:val="Normal"/>
    <w:uiPriority w:val="99"/>
    <w:unhideWhenUsed/>
    <w:rsid w:val="002007C2"/>
    <w:pPr>
      <w:spacing w:after="120" w:line="276" w:lineRule="auto"/>
      <w:ind w:left="1080"/>
      <w:contextualSpacing/>
    </w:pPr>
    <w:rPr>
      <w:sz w:val="22"/>
      <w:szCs w:val="22"/>
      <w:lang w:val="en-US"/>
    </w:rPr>
  </w:style>
  <w:style w:type="paragraph" w:styleId="MacroText">
    <w:name w:val="macro"/>
    <w:link w:val="MacroTextChar"/>
    <w:uiPriority w:val="99"/>
    <w:unhideWhenUsed/>
    <w:rsid w:val="002007C2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/>
      <w:sz w:val="20"/>
      <w:szCs w:val="20"/>
      <w:lang w:val="en-US"/>
    </w:rPr>
  </w:style>
  <w:style w:type="character" w:customStyle="1" w:styleId="MacroTextChar">
    <w:name w:val="Macro Text Char"/>
    <w:basedOn w:val="DefaultParagraphFont"/>
    <w:link w:val="MacroText"/>
    <w:uiPriority w:val="99"/>
    <w:rsid w:val="002007C2"/>
    <w:rPr>
      <w:rFonts w:ascii="Courier" w:eastAsiaTheme="minorEastAsia" w:hAnsi="Courier"/>
      <w:sz w:val="20"/>
      <w:szCs w:val="20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2007C2"/>
    <w:pPr>
      <w:spacing w:after="200" w:line="276" w:lineRule="auto"/>
    </w:pPr>
    <w:rPr>
      <w:i/>
      <w:iCs/>
      <w:color w:val="000000" w:themeColor="text1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007C2"/>
    <w:rPr>
      <w:rFonts w:eastAsiaTheme="minorEastAsia"/>
      <w:i/>
      <w:iCs/>
      <w:color w:val="000000" w:themeColor="text1"/>
      <w:sz w:val="22"/>
      <w:szCs w:val="22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2007C2"/>
    <w:pPr>
      <w:spacing w:after="200"/>
    </w:pPr>
    <w:rPr>
      <w:b/>
      <w:bCs/>
      <w:color w:val="4472C4" w:themeColor="accent1"/>
      <w:sz w:val="20"/>
      <w:szCs w:val="20"/>
      <w:lang w:val="en-US"/>
    </w:rPr>
  </w:style>
  <w:style w:type="character" w:styleId="Strong">
    <w:name w:val="Strong"/>
    <w:basedOn w:val="DefaultParagraphFont"/>
    <w:uiPriority w:val="22"/>
    <w:qFormat/>
    <w:rsid w:val="002007C2"/>
    <w:rPr>
      <w:b/>
      <w:bCs/>
    </w:rPr>
  </w:style>
  <w:style w:type="character" w:styleId="Emphasis">
    <w:name w:val="Emphasis"/>
    <w:basedOn w:val="DefaultParagraphFont"/>
    <w:uiPriority w:val="20"/>
    <w:qFormat/>
    <w:rsid w:val="002007C2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07C2"/>
    <w:pPr>
      <w:pBdr>
        <w:bottom w:val="single" w:sz="4" w:space="4" w:color="4472C4" w:themeColor="accent1"/>
      </w:pBdr>
      <w:spacing w:before="200" w:after="280" w:line="276" w:lineRule="auto"/>
      <w:ind w:left="936" w:right="936"/>
    </w:pPr>
    <w:rPr>
      <w:b/>
      <w:bCs/>
      <w:i/>
      <w:iCs/>
      <w:color w:val="4472C4" w:themeColor="accent1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07C2"/>
    <w:rPr>
      <w:rFonts w:eastAsiaTheme="minorEastAsia"/>
      <w:b/>
      <w:bCs/>
      <w:i/>
      <w:iCs/>
      <w:color w:val="4472C4" w:themeColor="accent1"/>
      <w:sz w:val="22"/>
      <w:szCs w:val="22"/>
      <w:lang w:val="en-US"/>
    </w:rPr>
  </w:style>
  <w:style w:type="character" w:styleId="SubtleEmphasis">
    <w:name w:val="Subtle Emphasis"/>
    <w:basedOn w:val="DefaultParagraphFont"/>
    <w:uiPriority w:val="19"/>
    <w:qFormat/>
    <w:rsid w:val="002007C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2007C2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2007C2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2007C2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2007C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007C2"/>
    <w:pPr>
      <w:spacing w:line="276" w:lineRule="auto"/>
      <w:outlineLvl w:val="9"/>
    </w:pPr>
    <w:rPr>
      <w:color w:val="2F5496" w:themeColor="accent1" w:themeShade="BF"/>
      <w:sz w:val="28"/>
      <w:szCs w:val="28"/>
      <w:lang w:val="en-US"/>
    </w:rPr>
  </w:style>
  <w:style w:type="paragraph" w:customStyle="1" w:styleId="literalstylepara">
    <w:name w:val="_literal_style__para"/>
    <w:rsid w:val="002007C2"/>
    <w:pPr>
      <w:spacing w:after="202" w:line="276" w:lineRule="auto"/>
    </w:pPr>
    <w:rPr>
      <w:rFonts w:ascii="Courier" w:eastAsiaTheme="minorEastAsia" w:hAnsi="Courier"/>
      <w:sz w:val="22"/>
      <w:szCs w:val="22"/>
      <w:lang w:val="en-US"/>
    </w:rPr>
  </w:style>
  <w:style w:type="character" w:customStyle="1" w:styleId="literalstylechar">
    <w:name w:val="_literal_style__char"/>
    <w:rsid w:val="002007C2"/>
    <w:rPr>
      <w:rFonts w:ascii="Courier" w:hAnsi="Courier"/>
      <w:sz w:val="22"/>
    </w:rPr>
  </w:style>
  <w:style w:type="paragraph" w:customStyle="1" w:styleId="H9stylepara">
    <w:name w:val="_H9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9stylechar">
    <w:name w:val="_H9_style__char"/>
    <w:rsid w:val="002007C2"/>
    <w:rPr>
      <w:rFonts w:ascii="Calibri" w:hAnsi="Calibri"/>
      <w:b/>
      <w:color w:val="4F81BD"/>
      <w:sz w:val="22"/>
    </w:rPr>
  </w:style>
  <w:style w:type="paragraph" w:customStyle="1" w:styleId="subtitlestylepara">
    <w:name w:val="subtitle_style__para"/>
    <w:rsid w:val="002007C2"/>
    <w:pPr>
      <w:keepNext/>
      <w:spacing w:before="475" w:after="72" w:line="276" w:lineRule="auto"/>
    </w:pPr>
    <w:rPr>
      <w:rFonts w:ascii="Calibri" w:eastAsiaTheme="minorEastAsia" w:hAnsi="Calibri"/>
      <w:b/>
      <w:color w:val="365F91"/>
      <w:sz w:val="28"/>
      <w:szCs w:val="22"/>
      <w:lang w:val="en-US"/>
    </w:rPr>
  </w:style>
  <w:style w:type="character" w:customStyle="1" w:styleId="subtitlestylechar">
    <w:name w:val="subtitle_style__char"/>
    <w:rsid w:val="002007C2"/>
    <w:rPr>
      <w:rFonts w:ascii="Calibri" w:hAnsi="Calibri"/>
      <w:b/>
      <w:color w:val="365F91"/>
      <w:sz w:val="28"/>
    </w:rPr>
  </w:style>
  <w:style w:type="paragraph" w:customStyle="1" w:styleId="tableheaderstylepara">
    <w:name w:val="_table_header_style__para"/>
    <w:rsid w:val="002007C2"/>
    <w:pPr>
      <w:spacing w:after="202" w:line="276" w:lineRule="auto"/>
    </w:pPr>
    <w:rPr>
      <w:rFonts w:eastAsiaTheme="minorEastAsia"/>
      <w:sz w:val="22"/>
      <w:szCs w:val="22"/>
      <w:lang w:val="en-US"/>
    </w:rPr>
  </w:style>
  <w:style w:type="character" w:customStyle="1" w:styleId="tableheaderstylechar">
    <w:name w:val="_table_header_style__char"/>
    <w:rsid w:val="002007C2"/>
  </w:style>
  <w:style w:type="paragraph" w:customStyle="1" w:styleId="H9stylepara0">
    <w:name w:val="H9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9stylechar0">
    <w:name w:val="H9_style__char"/>
    <w:rsid w:val="002007C2"/>
    <w:rPr>
      <w:rFonts w:ascii="Calibri" w:hAnsi="Calibri"/>
      <w:b/>
      <w:color w:val="4F81BD"/>
      <w:sz w:val="22"/>
    </w:rPr>
  </w:style>
  <w:style w:type="paragraph" w:customStyle="1" w:styleId="defaultspacingstylepara">
    <w:name w:val="_default_spacing_style__para"/>
    <w:rsid w:val="002007C2"/>
    <w:pPr>
      <w:spacing w:after="202" w:line="276" w:lineRule="auto"/>
    </w:pPr>
    <w:rPr>
      <w:rFonts w:eastAsiaTheme="minorEastAsia"/>
      <w:sz w:val="22"/>
      <w:szCs w:val="22"/>
      <w:lang w:val="en-US"/>
    </w:rPr>
  </w:style>
  <w:style w:type="character" w:customStyle="1" w:styleId="defaultspacingstylechar">
    <w:name w:val="_default_spacing_style__char"/>
    <w:rsid w:val="002007C2"/>
  </w:style>
  <w:style w:type="paragraph" w:customStyle="1" w:styleId="listlevel3stylepara">
    <w:name w:val="_list_level3_style__para"/>
    <w:rsid w:val="002007C2"/>
    <w:pPr>
      <w:tabs>
        <w:tab w:val="num" w:pos="1080"/>
      </w:tabs>
      <w:spacing w:after="202" w:line="276" w:lineRule="auto"/>
      <w:ind w:left="108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listlevel3stylechar">
    <w:name w:val="_list_level3_style__char"/>
    <w:rsid w:val="002007C2"/>
    <w:rPr>
      <w:rFonts w:ascii="Cambria" w:hAnsi="Cambria"/>
      <w:sz w:val="22"/>
    </w:rPr>
  </w:style>
  <w:style w:type="paragraph" w:customStyle="1" w:styleId="listlevel3stylepara0">
    <w:name w:val="list_level3_style__para"/>
    <w:rsid w:val="002007C2"/>
    <w:pPr>
      <w:tabs>
        <w:tab w:val="num" w:pos="1080"/>
      </w:tabs>
      <w:spacing w:after="202" w:line="276" w:lineRule="auto"/>
      <w:ind w:left="108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listlevel3stylechar0">
    <w:name w:val="list_level3_style__char"/>
    <w:rsid w:val="002007C2"/>
    <w:rPr>
      <w:rFonts w:ascii="Cambria" w:hAnsi="Cambria"/>
      <w:sz w:val="22"/>
    </w:rPr>
  </w:style>
  <w:style w:type="paragraph" w:customStyle="1" w:styleId="bodystylepara">
    <w:name w:val="_body_style__para"/>
    <w:rsid w:val="002007C2"/>
    <w:pPr>
      <w:spacing w:after="202" w:line="276" w:lineRule="auto"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bodystylechar">
    <w:name w:val="_body_style__char"/>
    <w:rsid w:val="002007C2"/>
    <w:rPr>
      <w:rFonts w:ascii="Cambria" w:hAnsi="Cambria"/>
      <w:sz w:val="22"/>
    </w:rPr>
  </w:style>
  <w:style w:type="paragraph" w:customStyle="1" w:styleId="listlevel2stylepara">
    <w:name w:val="_list_level2_style__para"/>
    <w:rsid w:val="002007C2"/>
    <w:pPr>
      <w:tabs>
        <w:tab w:val="num" w:pos="720"/>
      </w:tabs>
      <w:spacing w:after="202" w:line="276" w:lineRule="auto"/>
      <w:ind w:left="72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listlevel2stylechar">
    <w:name w:val="_list_level2_style__char"/>
    <w:rsid w:val="002007C2"/>
    <w:rPr>
      <w:rFonts w:ascii="Cambria" w:hAnsi="Cambria"/>
      <w:sz w:val="22"/>
    </w:rPr>
  </w:style>
  <w:style w:type="paragraph" w:customStyle="1" w:styleId="tablebodystylepara">
    <w:name w:val="_table_body_style__para"/>
    <w:rsid w:val="002007C2"/>
    <w:pPr>
      <w:spacing w:after="202" w:line="276" w:lineRule="auto"/>
    </w:pPr>
    <w:rPr>
      <w:rFonts w:eastAsiaTheme="minorEastAsia"/>
      <w:sz w:val="22"/>
      <w:szCs w:val="22"/>
      <w:lang w:val="en-US"/>
    </w:rPr>
  </w:style>
  <w:style w:type="character" w:customStyle="1" w:styleId="tablebodystylechar">
    <w:name w:val="_table_body_style__char"/>
    <w:rsid w:val="002007C2"/>
  </w:style>
  <w:style w:type="paragraph" w:customStyle="1" w:styleId="tableheaderstylepara0">
    <w:name w:val="table_header_style__para"/>
    <w:rsid w:val="002007C2"/>
    <w:pPr>
      <w:spacing w:after="202" w:line="276" w:lineRule="auto"/>
      <w:jc w:val="center"/>
    </w:pPr>
    <w:rPr>
      <w:rFonts w:ascii="Cambria" w:eastAsiaTheme="minorEastAsia" w:hAnsi="Cambria"/>
      <w:b/>
      <w:sz w:val="12"/>
      <w:szCs w:val="22"/>
      <w:lang w:val="en-US"/>
    </w:rPr>
  </w:style>
  <w:style w:type="character" w:customStyle="1" w:styleId="tableheaderstylechar0">
    <w:name w:val="table_header_style__char"/>
    <w:rsid w:val="002007C2"/>
    <w:rPr>
      <w:rFonts w:ascii="Cambria" w:hAnsi="Cambria"/>
      <w:b/>
      <w:sz w:val="12"/>
    </w:rPr>
  </w:style>
  <w:style w:type="paragraph" w:customStyle="1" w:styleId="numlistlevel3stylepara">
    <w:name w:val="_num_list_level3_style__para"/>
    <w:rsid w:val="002007C2"/>
    <w:pPr>
      <w:tabs>
        <w:tab w:val="num" w:pos="1080"/>
      </w:tabs>
      <w:spacing w:after="202" w:line="276" w:lineRule="auto"/>
      <w:ind w:left="108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numlistlevel3stylechar">
    <w:name w:val="_num_list_level3_style__char"/>
    <w:rsid w:val="002007C2"/>
    <w:rPr>
      <w:rFonts w:ascii="Cambria" w:hAnsi="Cambria"/>
      <w:sz w:val="22"/>
    </w:rPr>
  </w:style>
  <w:style w:type="paragraph" w:customStyle="1" w:styleId="H3stylepara">
    <w:name w:val="H3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3stylechar">
    <w:name w:val="H3_style__char"/>
    <w:rsid w:val="002007C2"/>
    <w:rPr>
      <w:rFonts w:ascii="Calibri" w:hAnsi="Calibri"/>
      <w:b/>
      <w:color w:val="4F81BD"/>
      <w:sz w:val="22"/>
    </w:rPr>
  </w:style>
  <w:style w:type="paragraph" w:customStyle="1" w:styleId="H2stylepara">
    <w:name w:val="H2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2stylechar">
    <w:name w:val="H2_style__char"/>
    <w:rsid w:val="002007C2"/>
    <w:rPr>
      <w:rFonts w:ascii="Calibri" w:hAnsi="Calibri"/>
      <w:b/>
      <w:color w:val="4F81BD"/>
      <w:sz w:val="22"/>
    </w:rPr>
  </w:style>
  <w:style w:type="paragraph" w:customStyle="1" w:styleId="strongemphasisstylepara">
    <w:name w:val="strong_emphasis_style__para"/>
    <w:rsid w:val="002007C2"/>
    <w:pPr>
      <w:spacing w:after="202" w:line="276" w:lineRule="auto"/>
    </w:pPr>
    <w:rPr>
      <w:rFonts w:eastAsiaTheme="minorEastAsia"/>
      <w:b/>
      <w:sz w:val="22"/>
      <w:szCs w:val="22"/>
      <w:lang w:val="en-US"/>
    </w:rPr>
  </w:style>
  <w:style w:type="character" w:customStyle="1" w:styleId="strongemphasisstylechar">
    <w:name w:val="strong_emphasis_style__char"/>
    <w:rsid w:val="002007C2"/>
    <w:rPr>
      <w:b/>
    </w:rPr>
  </w:style>
  <w:style w:type="paragraph" w:customStyle="1" w:styleId="titlestylepara">
    <w:name w:val="title_style__para"/>
    <w:rsid w:val="002007C2"/>
    <w:pPr>
      <w:keepNext/>
      <w:pBdr>
        <w:bottom w:val="single" w:sz="8" w:space="4" w:color="4F81BD"/>
      </w:pBdr>
      <w:spacing w:after="302" w:line="276" w:lineRule="auto"/>
    </w:pPr>
    <w:rPr>
      <w:rFonts w:ascii="Calibri" w:eastAsiaTheme="minorEastAsia" w:hAnsi="Calibri"/>
      <w:color w:val="17265D"/>
      <w:sz w:val="52"/>
      <w:szCs w:val="22"/>
      <w:lang w:val="en-US"/>
    </w:rPr>
  </w:style>
  <w:style w:type="character" w:customStyle="1" w:styleId="titlestylechar">
    <w:name w:val="title_style__char"/>
    <w:rsid w:val="002007C2"/>
    <w:rPr>
      <w:rFonts w:ascii="Calibri" w:hAnsi="Calibri"/>
      <w:color w:val="17265D"/>
      <w:sz w:val="52"/>
    </w:rPr>
  </w:style>
  <w:style w:type="paragraph" w:customStyle="1" w:styleId="H7stylepara">
    <w:name w:val="H7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7stylechar">
    <w:name w:val="H7_style__char"/>
    <w:rsid w:val="002007C2"/>
    <w:rPr>
      <w:rFonts w:ascii="Calibri" w:hAnsi="Calibri"/>
      <w:b/>
      <w:color w:val="4F81BD"/>
      <w:sz w:val="22"/>
    </w:rPr>
  </w:style>
  <w:style w:type="paragraph" w:customStyle="1" w:styleId="listlevel2stylepara0">
    <w:name w:val="list_level2_style__para"/>
    <w:rsid w:val="002007C2"/>
    <w:pPr>
      <w:tabs>
        <w:tab w:val="num" w:pos="720"/>
      </w:tabs>
      <w:spacing w:after="202" w:line="276" w:lineRule="auto"/>
      <w:ind w:left="72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listlevel2stylechar0">
    <w:name w:val="list_level2_style__char"/>
    <w:rsid w:val="002007C2"/>
    <w:rPr>
      <w:rFonts w:ascii="Cambria" w:hAnsi="Cambria"/>
      <w:sz w:val="22"/>
    </w:rPr>
  </w:style>
  <w:style w:type="paragraph" w:customStyle="1" w:styleId="numliststylepara">
    <w:name w:val="_num_list_style__para"/>
    <w:rsid w:val="002007C2"/>
    <w:pPr>
      <w:tabs>
        <w:tab w:val="num" w:pos="360"/>
      </w:tabs>
      <w:spacing w:after="202" w:line="276" w:lineRule="auto"/>
      <w:ind w:left="36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numliststylechar">
    <w:name w:val="_num_list_style__char"/>
    <w:rsid w:val="002007C2"/>
    <w:rPr>
      <w:rFonts w:ascii="Cambria" w:hAnsi="Cambria"/>
      <w:sz w:val="22"/>
    </w:rPr>
  </w:style>
  <w:style w:type="paragraph" w:customStyle="1" w:styleId="literalstylepara0">
    <w:name w:val="literal_style__para"/>
    <w:rsid w:val="002007C2"/>
    <w:pPr>
      <w:spacing w:after="202" w:line="276" w:lineRule="auto"/>
    </w:pPr>
    <w:rPr>
      <w:rFonts w:ascii="Courier" w:eastAsiaTheme="minorEastAsia" w:hAnsi="Courier"/>
      <w:sz w:val="22"/>
      <w:szCs w:val="22"/>
      <w:lang w:val="en-US"/>
    </w:rPr>
  </w:style>
  <w:style w:type="character" w:customStyle="1" w:styleId="literalstylechar0">
    <w:name w:val="literal_style__char"/>
    <w:rsid w:val="002007C2"/>
    <w:rPr>
      <w:rFonts w:ascii="Courier" w:hAnsi="Courier"/>
      <w:sz w:val="22"/>
    </w:rPr>
  </w:style>
  <w:style w:type="paragraph" w:customStyle="1" w:styleId="H4stylepara">
    <w:name w:val="H4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4stylechar">
    <w:name w:val="H4_style__char"/>
    <w:rsid w:val="002007C2"/>
    <w:rPr>
      <w:rFonts w:ascii="Calibri" w:hAnsi="Calibri"/>
      <w:b/>
      <w:color w:val="4F81BD"/>
      <w:sz w:val="22"/>
    </w:rPr>
  </w:style>
  <w:style w:type="paragraph" w:customStyle="1" w:styleId="H6stylepara">
    <w:name w:val="H6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6stylechar">
    <w:name w:val="H6_style__char"/>
    <w:rsid w:val="002007C2"/>
    <w:rPr>
      <w:rFonts w:ascii="Calibri" w:hAnsi="Calibri"/>
      <w:b/>
      <w:color w:val="4F81BD"/>
      <w:sz w:val="22"/>
    </w:rPr>
  </w:style>
  <w:style w:type="paragraph" w:customStyle="1" w:styleId="intensequotestylepara">
    <w:name w:val="intense_quote_style__para"/>
    <w:rsid w:val="002007C2"/>
    <w:pPr>
      <w:pBdr>
        <w:bottom w:val="single" w:sz="4" w:space="4" w:color="4F81BD"/>
      </w:pBdr>
      <w:spacing w:before="202" w:after="274" w:line="276" w:lineRule="auto"/>
      <w:ind w:left="936" w:right="936"/>
    </w:pPr>
    <w:rPr>
      <w:rFonts w:ascii="Cambria" w:eastAsiaTheme="minorEastAsia" w:hAnsi="Cambria"/>
      <w:b/>
      <w:i/>
      <w:color w:val="4F81BD"/>
      <w:sz w:val="22"/>
      <w:szCs w:val="22"/>
      <w:lang w:val="en-US"/>
    </w:rPr>
  </w:style>
  <w:style w:type="character" w:customStyle="1" w:styleId="intensequotestylechar">
    <w:name w:val="intense_quote_style__char"/>
    <w:rsid w:val="002007C2"/>
    <w:rPr>
      <w:rFonts w:ascii="Cambria" w:hAnsi="Cambria"/>
      <w:b/>
      <w:i/>
      <w:color w:val="4F81BD"/>
    </w:rPr>
  </w:style>
  <w:style w:type="paragraph" w:customStyle="1" w:styleId="numlistlevel2stylepara">
    <w:name w:val="_num_list_level2_style__para"/>
    <w:rsid w:val="002007C2"/>
    <w:pPr>
      <w:tabs>
        <w:tab w:val="num" w:pos="720"/>
      </w:tabs>
      <w:spacing w:after="202" w:line="276" w:lineRule="auto"/>
      <w:ind w:left="72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numlistlevel2stylechar">
    <w:name w:val="_num_list_level2_style__char"/>
    <w:rsid w:val="002007C2"/>
    <w:rPr>
      <w:rFonts w:ascii="Cambria" w:hAnsi="Cambria"/>
      <w:sz w:val="22"/>
    </w:rPr>
  </w:style>
  <w:style w:type="paragraph" w:customStyle="1" w:styleId="imagestylepara">
    <w:name w:val="_image_style__para"/>
    <w:rsid w:val="002007C2"/>
    <w:pPr>
      <w:spacing w:after="202" w:line="276" w:lineRule="auto"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imagestylechar">
    <w:name w:val="_image_style__char"/>
    <w:rsid w:val="002007C2"/>
    <w:rPr>
      <w:rFonts w:ascii="Cambria" w:hAnsi="Cambria"/>
      <w:sz w:val="22"/>
    </w:rPr>
  </w:style>
  <w:style w:type="paragraph" w:customStyle="1" w:styleId="literalblockstylepara">
    <w:name w:val="literal_block_style__para"/>
    <w:rsid w:val="002007C2"/>
    <w:pPr>
      <w:spacing w:after="202" w:line="276" w:lineRule="auto"/>
    </w:pPr>
    <w:rPr>
      <w:rFonts w:ascii="Courier" w:eastAsiaTheme="minorEastAsia" w:hAnsi="Courier"/>
      <w:sz w:val="22"/>
      <w:szCs w:val="22"/>
      <w:lang w:val="en-US"/>
    </w:rPr>
  </w:style>
  <w:style w:type="character" w:customStyle="1" w:styleId="literalblockstylechar">
    <w:name w:val="literal_block_style__char"/>
    <w:rsid w:val="002007C2"/>
    <w:rPr>
      <w:rFonts w:ascii="Courier" w:hAnsi="Courier"/>
      <w:sz w:val="22"/>
    </w:rPr>
  </w:style>
  <w:style w:type="paragraph" w:customStyle="1" w:styleId="doctestblockstylepara">
    <w:name w:val="_doctest_block_style__para"/>
    <w:rsid w:val="002007C2"/>
    <w:pPr>
      <w:spacing w:after="202" w:line="276" w:lineRule="auto"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doctestblockstylechar">
    <w:name w:val="_doctest_block_style__char"/>
    <w:rsid w:val="002007C2"/>
    <w:rPr>
      <w:rFonts w:ascii="Cambria" w:hAnsi="Cambria"/>
      <w:sz w:val="22"/>
    </w:rPr>
  </w:style>
  <w:style w:type="paragraph" w:customStyle="1" w:styleId="emphasisstylepara">
    <w:name w:val="_emphasis_style__para"/>
    <w:rsid w:val="002007C2"/>
    <w:pPr>
      <w:spacing w:after="202" w:line="276" w:lineRule="auto"/>
    </w:pPr>
    <w:rPr>
      <w:rFonts w:eastAsiaTheme="minorEastAsia"/>
      <w:i/>
      <w:sz w:val="22"/>
      <w:szCs w:val="22"/>
      <w:lang w:val="en-US"/>
    </w:rPr>
  </w:style>
  <w:style w:type="character" w:customStyle="1" w:styleId="emphasisstylechar">
    <w:name w:val="_emphasis_style__char"/>
    <w:rsid w:val="002007C2"/>
    <w:rPr>
      <w:i/>
    </w:rPr>
  </w:style>
  <w:style w:type="paragraph" w:customStyle="1" w:styleId="interpretedtextstylepara">
    <w:name w:val="_interpreted_text_style__para"/>
    <w:rsid w:val="002007C2"/>
    <w:pPr>
      <w:spacing w:after="202" w:line="276" w:lineRule="auto"/>
    </w:pPr>
    <w:rPr>
      <w:rFonts w:ascii="Courier" w:eastAsiaTheme="minorEastAsia" w:hAnsi="Courier"/>
      <w:sz w:val="22"/>
      <w:szCs w:val="22"/>
      <w:lang w:val="en-US"/>
    </w:rPr>
  </w:style>
  <w:style w:type="character" w:customStyle="1" w:styleId="interpretedtextstylechar">
    <w:name w:val="_interpreted_text_style__char"/>
    <w:rsid w:val="002007C2"/>
    <w:rPr>
      <w:rFonts w:ascii="Courier" w:hAnsi="Courier"/>
      <w:sz w:val="22"/>
    </w:rPr>
  </w:style>
  <w:style w:type="paragraph" w:customStyle="1" w:styleId="H4stylepara0">
    <w:name w:val="_H4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4stylechar0">
    <w:name w:val="_H4_style__char"/>
    <w:rsid w:val="002007C2"/>
    <w:rPr>
      <w:rFonts w:ascii="Calibri" w:hAnsi="Calibri"/>
      <w:b/>
      <w:color w:val="4F81BD"/>
      <w:sz w:val="22"/>
    </w:rPr>
  </w:style>
  <w:style w:type="paragraph" w:customStyle="1" w:styleId="tablebodystylepara0">
    <w:name w:val="table_body_style__para"/>
    <w:rsid w:val="002007C2"/>
    <w:pPr>
      <w:spacing w:after="202" w:line="276" w:lineRule="auto"/>
    </w:pPr>
    <w:rPr>
      <w:rFonts w:ascii="Cambria" w:eastAsiaTheme="minorEastAsia" w:hAnsi="Cambria"/>
      <w:sz w:val="12"/>
      <w:szCs w:val="22"/>
      <w:lang w:val="en-US"/>
    </w:rPr>
  </w:style>
  <w:style w:type="character" w:customStyle="1" w:styleId="tablebodystylechar0">
    <w:name w:val="table_body_style__char"/>
    <w:rsid w:val="002007C2"/>
    <w:rPr>
      <w:rFonts w:ascii="Cambria" w:hAnsi="Cambria"/>
      <w:sz w:val="12"/>
    </w:rPr>
  </w:style>
  <w:style w:type="paragraph" w:customStyle="1" w:styleId="numlistlevel2stylepara0">
    <w:name w:val="num_list_level2_style__para"/>
    <w:rsid w:val="002007C2"/>
    <w:pPr>
      <w:tabs>
        <w:tab w:val="num" w:pos="720"/>
      </w:tabs>
      <w:spacing w:after="202" w:line="276" w:lineRule="auto"/>
      <w:ind w:left="72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numlistlevel2stylechar0">
    <w:name w:val="num_list_level2_style__char"/>
    <w:rsid w:val="002007C2"/>
    <w:rPr>
      <w:rFonts w:ascii="Cambria" w:hAnsi="Cambria"/>
      <w:sz w:val="22"/>
    </w:rPr>
  </w:style>
  <w:style w:type="paragraph" w:customStyle="1" w:styleId="emphasisstylepara0">
    <w:name w:val="emphasis_style__para"/>
    <w:rsid w:val="002007C2"/>
    <w:pPr>
      <w:spacing w:after="202" w:line="276" w:lineRule="auto"/>
    </w:pPr>
    <w:rPr>
      <w:rFonts w:eastAsiaTheme="minorEastAsia"/>
      <w:i/>
      <w:sz w:val="22"/>
      <w:szCs w:val="22"/>
      <w:lang w:val="en-US"/>
    </w:rPr>
  </w:style>
  <w:style w:type="character" w:customStyle="1" w:styleId="emphasisstylechar0">
    <w:name w:val="emphasis_style__char"/>
    <w:rsid w:val="002007C2"/>
    <w:rPr>
      <w:i/>
    </w:rPr>
  </w:style>
  <w:style w:type="paragraph" w:customStyle="1" w:styleId="bodystylepara0">
    <w:name w:val="body_style__para"/>
    <w:rsid w:val="002007C2"/>
    <w:pPr>
      <w:spacing w:after="202" w:line="276" w:lineRule="auto"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bodystylechar0">
    <w:name w:val="body_style__char"/>
    <w:rsid w:val="002007C2"/>
    <w:rPr>
      <w:rFonts w:ascii="Cambria" w:hAnsi="Cambria"/>
      <w:sz w:val="22"/>
    </w:rPr>
  </w:style>
  <w:style w:type="paragraph" w:customStyle="1" w:styleId="interpretedtextstylepara0">
    <w:name w:val="interpreted_text_style__para"/>
    <w:rsid w:val="002007C2"/>
    <w:pPr>
      <w:pBdr>
        <w:bottom w:val="single" w:sz="4" w:space="4" w:color="4F81BD"/>
      </w:pBdr>
      <w:spacing w:before="202" w:after="202" w:line="276" w:lineRule="auto"/>
      <w:ind w:left="936" w:right="936"/>
    </w:pPr>
    <w:rPr>
      <w:rFonts w:ascii="Courier" w:eastAsiaTheme="minorEastAsia" w:hAnsi="Courier"/>
      <w:b/>
      <w:i/>
      <w:color w:val="4F81BD"/>
      <w:sz w:val="22"/>
      <w:szCs w:val="22"/>
      <w:lang w:val="en-US"/>
    </w:rPr>
  </w:style>
  <w:style w:type="character" w:customStyle="1" w:styleId="interpretedtextstylechar0">
    <w:name w:val="interpreted_text_style__char"/>
    <w:rsid w:val="002007C2"/>
    <w:rPr>
      <w:rFonts w:ascii="Courier" w:hAnsi="Courier"/>
      <w:b/>
      <w:i/>
      <w:color w:val="4F81BD"/>
      <w:sz w:val="22"/>
    </w:rPr>
  </w:style>
  <w:style w:type="paragraph" w:customStyle="1" w:styleId="H5stylepara">
    <w:name w:val="H5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5stylechar">
    <w:name w:val="H5_style__char"/>
    <w:rsid w:val="002007C2"/>
    <w:rPr>
      <w:rFonts w:ascii="Calibri" w:hAnsi="Calibri"/>
      <w:b/>
      <w:color w:val="4F81BD"/>
      <w:sz w:val="22"/>
    </w:rPr>
  </w:style>
  <w:style w:type="paragraph" w:customStyle="1" w:styleId="liststylepara">
    <w:name w:val="list_style__para"/>
    <w:rsid w:val="002007C2"/>
    <w:pPr>
      <w:tabs>
        <w:tab w:val="num" w:pos="360"/>
      </w:tabs>
      <w:spacing w:after="202" w:line="276" w:lineRule="auto"/>
      <w:ind w:left="36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liststylechar">
    <w:name w:val="list_style__char"/>
    <w:rsid w:val="002007C2"/>
    <w:rPr>
      <w:rFonts w:ascii="Cambria" w:hAnsi="Cambria"/>
      <w:sz w:val="22"/>
    </w:rPr>
  </w:style>
  <w:style w:type="paragraph" w:customStyle="1" w:styleId="titlestylepara0">
    <w:name w:val="_title_style__para"/>
    <w:rsid w:val="002007C2"/>
    <w:pPr>
      <w:keepNext/>
      <w:pBdr>
        <w:bottom w:val="single" w:sz="8" w:space="4" w:color="4F81BD"/>
      </w:pBdr>
      <w:spacing w:after="302" w:line="276" w:lineRule="auto"/>
    </w:pPr>
    <w:rPr>
      <w:rFonts w:ascii="Calibri" w:eastAsiaTheme="minorEastAsia" w:hAnsi="Calibri"/>
      <w:color w:val="17265D"/>
      <w:sz w:val="52"/>
      <w:szCs w:val="22"/>
      <w:lang w:val="en-US"/>
    </w:rPr>
  </w:style>
  <w:style w:type="character" w:customStyle="1" w:styleId="titlestylechar0">
    <w:name w:val="_title_style__char"/>
    <w:rsid w:val="002007C2"/>
    <w:rPr>
      <w:rFonts w:ascii="Calibri" w:hAnsi="Calibri"/>
      <w:color w:val="17265D"/>
      <w:sz w:val="52"/>
    </w:rPr>
  </w:style>
  <w:style w:type="paragraph" w:customStyle="1" w:styleId="subtitlestylepara0">
    <w:name w:val="_subtitle_style__para"/>
    <w:rsid w:val="002007C2"/>
    <w:pPr>
      <w:keepNext/>
      <w:spacing w:before="475" w:after="72" w:line="276" w:lineRule="auto"/>
    </w:pPr>
    <w:rPr>
      <w:rFonts w:ascii="Calibri" w:eastAsiaTheme="minorEastAsia" w:hAnsi="Calibri"/>
      <w:b/>
      <w:color w:val="365F91"/>
      <w:sz w:val="28"/>
      <w:szCs w:val="22"/>
      <w:lang w:val="en-US"/>
    </w:rPr>
  </w:style>
  <w:style w:type="character" w:customStyle="1" w:styleId="subtitlestylechar0">
    <w:name w:val="_subtitle_style__char"/>
    <w:rsid w:val="002007C2"/>
    <w:rPr>
      <w:rFonts w:ascii="Calibri" w:hAnsi="Calibri"/>
      <w:b/>
      <w:color w:val="365F91"/>
      <w:sz w:val="28"/>
    </w:rPr>
  </w:style>
  <w:style w:type="paragraph" w:customStyle="1" w:styleId="captionstylepara">
    <w:name w:val="_caption_style__para"/>
    <w:rsid w:val="002007C2"/>
    <w:pPr>
      <w:spacing w:after="202" w:line="276" w:lineRule="auto"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captionstylechar">
    <w:name w:val="_caption_style__char"/>
    <w:rsid w:val="002007C2"/>
    <w:rPr>
      <w:rFonts w:ascii="Cambria" w:hAnsi="Cambria"/>
      <w:sz w:val="22"/>
    </w:rPr>
  </w:style>
  <w:style w:type="paragraph" w:customStyle="1" w:styleId="overtitlestylepara">
    <w:name w:val="over_title_style__para"/>
    <w:rsid w:val="002007C2"/>
    <w:pPr>
      <w:keepNext/>
      <w:spacing w:after="202" w:line="276" w:lineRule="auto"/>
      <w:jc w:val="center"/>
    </w:pPr>
    <w:rPr>
      <w:rFonts w:eastAsiaTheme="minorEastAsia"/>
      <w:b/>
      <w:sz w:val="22"/>
      <w:szCs w:val="22"/>
      <w:lang w:val="en-US"/>
    </w:rPr>
  </w:style>
  <w:style w:type="character" w:customStyle="1" w:styleId="overtitlestylechar">
    <w:name w:val="over_title_style__char"/>
    <w:rsid w:val="002007C2"/>
    <w:rPr>
      <w:b/>
    </w:rPr>
  </w:style>
  <w:style w:type="paragraph" w:customStyle="1" w:styleId="numlistlevel3stylepara0">
    <w:name w:val="num_list_level3_style__para"/>
    <w:rsid w:val="002007C2"/>
    <w:pPr>
      <w:tabs>
        <w:tab w:val="num" w:pos="1080"/>
      </w:tabs>
      <w:spacing w:after="202" w:line="276" w:lineRule="auto"/>
      <w:ind w:left="108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numlistlevel3stylechar0">
    <w:name w:val="num_list_level3_style__char"/>
    <w:rsid w:val="002007C2"/>
    <w:rPr>
      <w:rFonts w:ascii="Cambria" w:hAnsi="Cambria"/>
      <w:sz w:val="22"/>
    </w:rPr>
  </w:style>
  <w:style w:type="paragraph" w:customStyle="1" w:styleId="H1stylepara">
    <w:name w:val="H1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6"/>
      <w:szCs w:val="22"/>
      <w:lang w:val="en-US"/>
    </w:rPr>
  </w:style>
  <w:style w:type="character" w:customStyle="1" w:styleId="H1stylechar">
    <w:name w:val="H1_style__char"/>
    <w:rsid w:val="002007C2"/>
    <w:rPr>
      <w:rFonts w:ascii="Calibri" w:hAnsi="Calibri"/>
      <w:b/>
      <w:color w:val="4F81BD"/>
      <w:sz w:val="26"/>
    </w:rPr>
  </w:style>
  <w:style w:type="paragraph" w:customStyle="1" w:styleId="doctestblockstylepara0">
    <w:name w:val="doctest_block_style__para"/>
    <w:rsid w:val="002007C2"/>
    <w:pPr>
      <w:spacing w:after="202" w:line="276" w:lineRule="auto"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doctestblockstylechar0">
    <w:name w:val="doctest_block_style__char"/>
    <w:rsid w:val="002007C2"/>
    <w:rPr>
      <w:rFonts w:ascii="Cambria" w:hAnsi="Cambria"/>
      <w:sz w:val="22"/>
    </w:rPr>
  </w:style>
  <w:style w:type="paragraph" w:customStyle="1" w:styleId="liststylepara0">
    <w:name w:val="_list_style__para"/>
    <w:rsid w:val="002007C2"/>
    <w:pPr>
      <w:tabs>
        <w:tab w:val="num" w:pos="360"/>
      </w:tabs>
      <w:spacing w:after="202" w:line="276" w:lineRule="auto"/>
      <w:ind w:left="36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liststylechar0">
    <w:name w:val="_list_style__char"/>
    <w:rsid w:val="002007C2"/>
    <w:rPr>
      <w:rFonts w:ascii="Cambria" w:hAnsi="Cambria"/>
      <w:sz w:val="22"/>
    </w:rPr>
  </w:style>
  <w:style w:type="paragraph" w:customStyle="1" w:styleId="strongemphasisstylepara0">
    <w:name w:val="_strong_emphasis_style__para"/>
    <w:rsid w:val="002007C2"/>
    <w:pPr>
      <w:spacing w:after="202" w:line="276" w:lineRule="auto"/>
    </w:pPr>
    <w:rPr>
      <w:rFonts w:eastAsiaTheme="minorEastAsia"/>
      <w:b/>
      <w:sz w:val="22"/>
      <w:szCs w:val="22"/>
      <w:lang w:val="en-US"/>
    </w:rPr>
  </w:style>
  <w:style w:type="character" w:customStyle="1" w:styleId="strongemphasisstylechar0">
    <w:name w:val="_strong_emphasis_style__char"/>
    <w:rsid w:val="002007C2"/>
    <w:rPr>
      <w:b/>
    </w:rPr>
  </w:style>
  <w:style w:type="paragraph" w:customStyle="1" w:styleId="H8stylepara">
    <w:name w:val="H8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8stylechar">
    <w:name w:val="H8_style__char"/>
    <w:rsid w:val="002007C2"/>
    <w:rPr>
      <w:rFonts w:ascii="Calibri" w:hAnsi="Calibri"/>
      <w:b/>
      <w:color w:val="4F81BD"/>
      <w:sz w:val="22"/>
    </w:rPr>
  </w:style>
  <w:style w:type="paragraph" w:customStyle="1" w:styleId="numliststylepara0">
    <w:name w:val="num_list_style__para"/>
    <w:rsid w:val="002007C2"/>
    <w:pPr>
      <w:tabs>
        <w:tab w:val="num" w:pos="360"/>
      </w:tabs>
      <w:spacing w:after="202" w:line="276" w:lineRule="auto"/>
      <w:ind w:left="360" w:hanging="360"/>
      <w:contextualSpacing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numliststylechar0">
    <w:name w:val="num_list_style__char"/>
    <w:rsid w:val="002007C2"/>
    <w:rPr>
      <w:rFonts w:ascii="Cambria" w:hAnsi="Cambria"/>
      <w:sz w:val="22"/>
    </w:rPr>
  </w:style>
  <w:style w:type="paragraph" w:customStyle="1" w:styleId="H2stylepara0">
    <w:name w:val="_H2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2stylechar0">
    <w:name w:val="_H2_style__char"/>
    <w:rsid w:val="002007C2"/>
    <w:rPr>
      <w:rFonts w:ascii="Calibri" w:hAnsi="Calibri"/>
      <w:b/>
      <w:color w:val="4F81BD"/>
      <w:sz w:val="22"/>
    </w:rPr>
  </w:style>
  <w:style w:type="paragraph" w:customStyle="1" w:styleId="literalblockstylepara0">
    <w:name w:val="_literal_block_style__para"/>
    <w:rsid w:val="002007C2"/>
    <w:pPr>
      <w:spacing w:after="202" w:line="276" w:lineRule="auto"/>
    </w:pPr>
    <w:rPr>
      <w:rFonts w:ascii="Courier" w:eastAsiaTheme="minorEastAsia" w:hAnsi="Courier"/>
      <w:sz w:val="22"/>
      <w:szCs w:val="22"/>
      <w:lang w:val="en-US"/>
    </w:rPr>
  </w:style>
  <w:style w:type="character" w:customStyle="1" w:styleId="literalblockstylechar0">
    <w:name w:val="_literal_block_style__char"/>
    <w:rsid w:val="002007C2"/>
    <w:rPr>
      <w:rFonts w:ascii="Courier" w:hAnsi="Courier"/>
      <w:sz w:val="22"/>
    </w:rPr>
  </w:style>
  <w:style w:type="paragraph" w:customStyle="1" w:styleId="H3stylepara0">
    <w:name w:val="_H3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3stylechar0">
    <w:name w:val="_H3_style__char"/>
    <w:rsid w:val="002007C2"/>
    <w:rPr>
      <w:rFonts w:ascii="Calibri" w:hAnsi="Calibri"/>
      <w:b/>
      <w:color w:val="4F81BD"/>
      <w:sz w:val="22"/>
    </w:rPr>
  </w:style>
  <w:style w:type="paragraph" w:customStyle="1" w:styleId="H7stylepara0">
    <w:name w:val="_H7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7stylechar0">
    <w:name w:val="_H7_style__char"/>
    <w:rsid w:val="002007C2"/>
    <w:rPr>
      <w:rFonts w:ascii="Calibri" w:hAnsi="Calibri"/>
      <w:b/>
      <w:color w:val="4F81BD"/>
      <w:sz w:val="22"/>
    </w:rPr>
  </w:style>
  <w:style w:type="paragraph" w:customStyle="1" w:styleId="imagestylepara0">
    <w:name w:val="image_style__para"/>
    <w:rsid w:val="002007C2"/>
    <w:pPr>
      <w:spacing w:after="202" w:line="276" w:lineRule="auto"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imagestylechar0">
    <w:name w:val="image_style__char"/>
    <w:rsid w:val="002007C2"/>
    <w:rPr>
      <w:rFonts w:ascii="Cambria" w:hAnsi="Cambria"/>
      <w:sz w:val="22"/>
    </w:rPr>
  </w:style>
  <w:style w:type="paragraph" w:customStyle="1" w:styleId="H6stylepara0">
    <w:name w:val="_H6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6stylechar0">
    <w:name w:val="_H6_style__char"/>
    <w:rsid w:val="002007C2"/>
    <w:rPr>
      <w:rFonts w:ascii="Calibri" w:hAnsi="Calibri"/>
      <w:b/>
      <w:color w:val="4F81BD"/>
      <w:sz w:val="22"/>
    </w:rPr>
  </w:style>
  <w:style w:type="paragraph" w:customStyle="1" w:styleId="captionstylepara0">
    <w:name w:val="caption_style__para"/>
    <w:rsid w:val="002007C2"/>
    <w:pPr>
      <w:spacing w:after="202" w:line="276" w:lineRule="auto"/>
    </w:pPr>
    <w:rPr>
      <w:rFonts w:ascii="Cambria" w:eastAsiaTheme="minorEastAsia" w:hAnsi="Cambria"/>
      <w:sz w:val="22"/>
      <w:szCs w:val="22"/>
      <w:lang w:val="en-US"/>
    </w:rPr>
  </w:style>
  <w:style w:type="character" w:customStyle="1" w:styleId="captionstylechar0">
    <w:name w:val="caption_style__char"/>
    <w:rsid w:val="002007C2"/>
    <w:rPr>
      <w:rFonts w:ascii="Cambria" w:hAnsi="Cambria"/>
      <w:sz w:val="22"/>
    </w:rPr>
  </w:style>
  <w:style w:type="paragraph" w:customStyle="1" w:styleId="H1stylepara0">
    <w:name w:val="_H1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6"/>
      <w:szCs w:val="22"/>
      <w:lang w:val="en-US"/>
    </w:rPr>
  </w:style>
  <w:style w:type="character" w:customStyle="1" w:styleId="H1stylechar0">
    <w:name w:val="_H1_style__char"/>
    <w:rsid w:val="002007C2"/>
    <w:rPr>
      <w:rFonts w:ascii="Calibri" w:hAnsi="Calibri"/>
      <w:b/>
      <w:color w:val="4F81BD"/>
      <w:sz w:val="26"/>
    </w:rPr>
  </w:style>
  <w:style w:type="paragraph" w:customStyle="1" w:styleId="H8stylepara0">
    <w:name w:val="_H8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8stylechar0">
    <w:name w:val="_H8_style__char"/>
    <w:rsid w:val="002007C2"/>
    <w:rPr>
      <w:rFonts w:ascii="Calibri" w:hAnsi="Calibri"/>
      <w:b/>
      <w:color w:val="4F81BD"/>
      <w:sz w:val="22"/>
    </w:rPr>
  </w:style>
  <w:style w:type="paragraph" w:customStyle="1" w:styleId="H5stylepara0">
    <w:name w:val="_H5_style__para"/>
    <w:rsid w:val="002007C2"/>
    <w:pPr>
      <w:keepNext/>
      <w:spacing w:before="202" w:after="72" w:line="276" w:lineRule="auto"/>
    </w:pPr>
    <w:rPr>
      <w:rFonts w:ascii="Calibri" w:eastAsiaTheme="minorEastAsia" w:hAnsi="Calibri"/>
      <w:b/>
      <w:color w:val="4F81BD"/>
      <w:sz w:val="22"/>
      <w:szCs w:val="22"/>
      <w:lang w:val="en-US"/>
    </w:rPr>
  </w:style>
  <w:style w:type="character" w:customStyle="1" w:styleId="H5stylechar0">
    <w:name w:val="_H5_style__char"/>
    <w:rsid w:val="002007C2"/>
    <w:rPr>
      <w:rFonts w:ascii="Calibri" w:hAnsi="Calibri"/>
      <w:b/>
      <w:color w:val="4F81BD"/>
      <w:sz w:val="22"/>
    </w:rPr>
  </w:style>
  <w:style w:type="paragraph" w:styleId="CommentText">
    <w:name w:val="annotation text"/>
    <w:basedOn w:val="Normal"/>
    <w:link w:val="CommentTextChar"/>
    <w:uiPriority w:val="99"/>
    <w:unhideWhenUsed/>
    <w:rsid w:val="002007C2"/>
    <w:pPr>
      <w:spacing w:after="200"/>
    </w:pPr>
    <w:rPr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007C2"/>
    <w:rPr>
      <w:rFonts w:eastAsiaTheme="minorEastAsia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07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07C2"/>
    <w:rPr>
      <w:rFonts w:eastAsiaTheme="minorEastAsia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2007C2"/>
    <w:rPr>
      <w:rFonts w:eastAsiaTheme="minorEastAsia"/>
      <w:sz w:val="22"/>
      <w:szCs w:val="22"/>
      <w:lang w:val="en-US"/>
    </w:rPr>
  </w:style>
  <w:style w:type="paragraph" w:customStyle="1" w:styleId="EndNoteBibliographyTitle">
    <w:name w:val="EndNote Bibliography Title"/>
    <w:basedOn w:val="Normal"/>
    <w:rsid w:val="002007C2"/>
    <w:pPr>
      <w:spacing w:line="276" w:lineRule="auto"/>
      <w:jc w:val="center"/>
    </w:pPr>
    <w:rPr>
      <w:rFonts w:ascii="Cambria" w:hAnsi="Cambria"/>
      <w:szCs w:val="22"/>
      <w:lang w:val="en-US"/>
    </w:rPr>
  </w:style>
  <w:style w:type="paragraph" w:styleId="NormalWeb">
    <w:name w:val="Normal (Web)"/>
    <w:basedOn w:val="Normal"/>
    <w:uiPriority w:val="99"/>
    <w:unhideWhenUsed/>
    <w:rsid w:val="002007C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xmsonormal">
    <w:name w:val="x_msonormal"/>
    <w:basedOn w:val="Normal"/>
    <w:rsid w:val="002007C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007C2"/>
    <w:rPr>
      <w:sz w:val="16"/>
      <w:szCs w:val="16"/>
    </w:rPr>
  </w:style>
  <w:style w:type="paragraph" w:styleId="TableofFigures">
    <w:name w:val="table of figures"/>
    <w:basedOn w:val="Normal"/>
    <w:next w:val="Normal"/>
    <w:uiPriority w:val="99"/>
    <w:unhideWhenUsed/>
    <w:rsid w:val="002007C2"/>
    <w:pPr>
      <w:ind w:left="480" w:hanging="480"/>
    </w:pPr>
    <w:rPr>
      <w:smallCaps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unhideWhenUsed/>
    <w:rsid w:val="002007C2"/>
    <w:pPr>
      <w:ind w:left="240" w:hanging="240"/>
    </w:pPr>
    <w:rPr>
      <w:rFonts w:cs="Times New Roman"/>
      <w:sz w:val="18"/>
      <w:szCs w:val="21"/>
    </w:rPr>
  </w:style>
  <w:style w:type="paragraph" w:styleId="Index2">
    <w:name w:val="index 2"/>
    <w:basedOn w:val="Normal"/>
    <w:next w:val="Normal"/>
    <w:autoRedefine/>
    <w:uiPriority w:val="99"/>
    <w:unhideWhenUsed/>
    <w:rsid w:val="002007C2"/>
    <w:pPr>
      <w:ind w:left="480" w:hanging="240"/>
    </w:pPr>
    <w:rPr>
      <w:rFonts w:cs="Times New Roman"/>
      <w:sz w:val="18"/>
      <w:szCs w:val="21"/>
    </w:rPr>
  </w:style>
  <w:style w:type="paragraph" w:styleId="Index3">
    <w:name w:val="index 3"/>
    <w:basedOn w:val="Normal"/>
    <w:next w:val="Normal"/>
    <w:autoRedefine/>
    <w:uiPriority w:val="99"/>
    <w:unhideWhenUsed/>
    <w:rsid w:val="002007C2"/>
    <w:pPr>
      <w:ind w:left="720" w:hanging="240"/>
    </w:pPr>
    <w:rPr>
      <w:rFonts w:cs="Times New Roman"/>
      <w:sz w:val="18"/>
      <w:szCs w:val="21"/>
    </w:rPr>
  </w:style>
  <w:style w:type="paragraph" w:styleId="Index4">
    <w:name w:val="index 4"/>
    <w:basedOn w:val="Normal"/>
    <w:next w:val="Normal"/>
    <w:autoRedefine/>
    <w:uiPriority w:val="99"/>
    <w:unhideWhenUsed/>
    <w:rsid w:val="002007C2"/>
    <w:pPr>
      <w:ind w:left="960" w:hanging="240"/>
    </w:pPr>
    <w:rPr>
      <w:rFonts w:cs="Times New Roman"/>
      <w:sz w:val="18"/>
      <w:szCs w:val="21"/>
    </w:rPr>
  </w:style>
  <w:style w:type="paragraph" w:styleId="Index5">
    <w:name w:val="index 5"/>
    <w:basedOn w:val="Normal"/>
    <w:next w:val="Normal"/>
    <w:autoRedefine/>
    <w:uiPriority w:val="99"/>
    <w:unhideWhenUsed/>
    <w:rsid w:val="002007C2"/>
    <w:pPr>
      <w:ind w:left="1200" w:hanging="240"/>
    </w:pPr>
    <w:rPr>
      <w:rFonts w:cs="Times New Roman"/>
      <w:sz w:val="18"/>
      <w:szCs w:val="21"/>
    </w:rPr>
  </w:style>
  <w:style w:type="paragraph" w:styleId="Index6">
    <w:name w:val="index 6"/>
    <w:basedOn w:val="Normal"/>
    <w:next w:val="Normal"/>
    <w:autoRedefine/>
    <w:uiPriority w:val="99"/>
    <w:unhideWhenUsed/>
    <w:rsid w:val="002007C2"/>
    <w:pPr>
      <w:ind w:left="1440" w:hanging="240"/>
    </w:pPr>
    <w:rPr>
      <w:rFonts w:cs="Times New Roman"/>
      <w:sz w:val="18"/>
      <w:szCs w:val="21"/>
    </w:rPr>
  </w:style>
  <w:style w:type="paragraph" w:styleId="Index7">
    <w:name w:val="index 7"/>
    <w:basedOn w:val="Normal"/>
    <w:next w:val="Normal"/>
    <w:autoRedefine/>
    <w:uiPriority w:val="99"/>
    <w:unhideWhenUsed/>
    <w:rsid w:val="002007C2"/>
    <w:pPr>
      <w:ind w:left="1680" w:hanging="240"/>
    </w:pPr>
    <w:rPr>
      <w:rFonts w:cs="Times New Roman"/>
      <w:sz w:val="18"/>
      <w:szCs w:val="21"/>
    </w:rPr>
  </w:style>
  <w:style w:type="paragraph" w:styleId="Index8">
    <w:name w:val="index 8"/>
    <w:basedOn w:val="Normal"/>
    <w:next w:val="Normal"/>
    <w:autoRedefine/>
    <w:uiPriority w:val="99"/>
    <w:unhideWhenUsed/>
    <w:rsid w:val="002007C2"/>
    <w:pPr>
      <w:ind w:left="1920" w:hanging="240"/>
    </w:pPr>
    <w:rPr>
      <w:rFonts w:cs="Times New Roman"/>
      <w:sz w:val="18"/>
      <w:szCs w:val="21"/>
    </w:rPr>
  </w:style>
  <w:style w:type="paragraph" w:styleId="Index9">
    <w:name w:val="index 9"/>
    <w:basedOn w:val="Normal"/>
    <w:next w:val="Normal"/>
    <w:autoRedefine/>
    <w:uiPriority w:val="99"/>
    <w:unhideWhenUsed/>
    <w:rsid w:val="002007C2"/>
    <w:pPr>
      <w:ind w:left="2160" w:hanging="240"/>
    </w:pPr>
    <w:rPr>
      <w:rFonts w:cs="Times New Roman"/>
      <w:sz w:val="18"/>
      <w:szCs w:val="21"/>
    </w:rPr>
  </w:style>
  <w:style w:type="paragraph" w:styleId="IndexHeading">
    <w:name w:val="index heading"/>
    <w:basedOn w:val="Normal"/>
    <w:next w:val="Index1"/>
    <w:uiPriority w:val="99"/>
    <w:unhideWhenUsed/>
    <w:rsid w:val="002007C2"/>
    <w:pPr>
      <w:pBdr>
        <w:top w:val="double" w:sz="6" w:space="0" w:color="auto" w:shadow="1"/>
        <w:left w:val="double" w:sz="6" w:space="0" w:color="auto" w:shadow="1"/>
        <w:bottom w:val="double" w:sz="6" w:space="0" w:color="auto" w:shadow="1"/>
        <w:right w:val="double" w:sz="6" w:space="0" w:color="auto" w:shadow="1"/>
      </w:pBdr>
      <w:spacing w:before="240" w:after="120"/>
      <w:jc w:val="center"/>
    </w:pPr>
    <w:rPr>
      <w:rFonts w:asciiTheme="majorHAnsi" w:hAnsiTheme="majorHAnsi" w:cstheme="majorHAnsi"/>
      <w:b/>
      <w:bCs/>
      <w:sz w:val="22"/>
      <w:szCs w:val="26"/>
    </w:rPr>
  </w:style>
  <w:style w:type="table" w:customStyle="1" w:styleId="PlainTable11">
    <w:name w:val="Plain Table 11"/>
    <w:basedOn w:val="TableNormal"/>
    <w:uiPriority w:val="99"/>
    <w:rsid w:val="002007C2"/>
    <w:rPr>
      <w:rFonts w:eastAsiaTheme="minorEastAsi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2007C2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007C2"/>
    <w:rPr>
      <w:color w:val="605E5C"/>
      <w:shd w:val="clear" w:color="auto" w:fill="E1DFDD"/>
    </w:rPr>
  </w:style>
  <w:style w:type="paragraph" w:customStyle="1" w:styleId="authors">
    <w:name w:val="authors"/>
    <w:basedOn w:val="Normal"/>
    <w:uiPriority w:val="99"/>
    <w:rsid w:val="00BD7E7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61</Pages>
  <Words>28075</Words>
  <Characters>160031</Characters>
  <Application>Microsoft Office Word</Application>
  <DocSecurity>0</DocSecurity>
  <Lines>1333</Lines>
  <Paragraphs>375</Paragraphs>
  <ScaleCrop>false</ScaleCrop>
  <Company/>
  <LinksUpToDate>false</LinksUpToDate>
  <CharactersWithSpaces>187731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Amro Safadi</dc:creator>
  <cp:keywords/>
  <dc:description/>
  <cp:lastModifiedBy>Andrew D</cp:lastModifiedBy>
  <cp:revision>3</cp:revision>
  <dcterms:created xsi:type="dcterms:W3CDTF">2023-04-21T11:28:00Z</dcterms:created>
  <dcterms:modified xsi:type="dcterms:W3CDTF">2023-04-21T16:42:00Z</dcterms:modified>
</cp:coreProperties>
</file>