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AE63F" w14:textId="37C3DBB9" w:rsidR="007B002B" w:rsidRDefault="00B5228F">
      <w:pPr>
        <w:pStyle w:val="Heading1"/>
      </w:pPr>
      <w:r>
        <w:rPr>
          <w:noProof/>
        </w:rPr>
        <w:drawing>
          <wp:inline distT="0" distB="0" distL="0" distR="0" wp14:anchorId="03CFC1D4" wp14:editId="22BBABCA">
            <wp:extent cx="6172200" cy="2482850"/>
            <wp:effectExtent l="0" t="0" r="0" b="0"/>
            <wp:docPr id="119636618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86674" cy="2488672"/>
                    </a:xfrm>
                    <a:prstGeom prst="rect">
                      <a:avLst/>
                    </a:prstGeom>
                    <a:noFill/>
                    <a:ln>
                      <a:noFill/>
                    </a:ln>
                  </pic:spPr>
                </pic:pic>
              </a:graphicData>
            </a:graphic>
          </wp:inline>
        </w:drawing>
      </w:r>
      <w:r>
        <w:rPr>
          <w:noProof/>
        </w:rPr>
        <w:lastRenderedPageBreak/>
        <w:drawing>
          <wp:inline distT="0" distB="0" distL="0" distR="0" wp14:anchorId="7556560D" wp14:editId="45BE7BBA">
            <wp:extent cx="6400800" cy="4572000"/>
            <wp:effectExtent l="0" t="0" r="0" b="0"/>
            <wp:docPr id="85370487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0C30271D" wp14:editId="1CF8F755">
            <wp:extent cx="6400800" cy="4572000"/>
            <wp:effectExtent l="0" t="0" r="0" b="0"/>
            <wp:docPr id="15672643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2E5936B6" wp14:editId="441DCF13">
            <wp:extent cx="6400800" cy="4572000"/>
            <wp:effectExtent l="0" t="0" r="0" b="0"/>
            <wp:docPr id="52565926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2F94C048" wp14:editId="749232CD">
            <wp:extent cx="6400800" cy="4572000"/>
            <wp:effectExtent l="0" t="0" r="0" b="0"/>
            <wp:docPr id="46349753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78A14DAA" wp14:editId="0B8A963A">
            <wp:extent cx="6400800" cy="4572000"/>
            <wp:effectExtent l="0" t="0" r="0" b="0"/>
            <wp:docPr id="7180434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4FCB0B28" wp14:editId="6FD10C2A">
            <wp:extent cx="6400800" cy="4572000"/>
            <wp:effectExtent l="0" t="0" r="0" b="0"/>
            <wp:docPr id="15012921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3B77D712" wp14:editId="49FEB3EC">
            <wp:extent cx="6400800" cy="4572000"/>
            <wp:effectExtent l="0" t="0" r="0" b="0"/>
            <wp:docPr id="82260697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7F82A9B3" wp14:editId="4FEE7D0F">
            <wp:extent cx="6400800" cy="4572000"/>
            <wp:effectExtent l="0" t="0" r="0" b="0"/>
            <wp:docPr id="9893500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52B521E6" wp14:editId="7C999566">
            <wp:extent cx="6400800" cy="4572000"/>
            <wp:effectExtent l="0" t="0" r="0" b="0"/>
            <wp:docPr id="30272396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09E267B9" wp14:editId="7F866A8F">
            <wp:extent cx="6400800" cy="4572000"/>
            <wp:effectExtent l="0" t="0" r="0" b="0"/>
            <wp:docPr id="19461511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4DB1DEA7" wp14:editId="5A6EC317">
            <wp:extent cx="6400800" cy="4572000"/>
            <wp:effectExtent l="0" t="0" r="0" b="0"/>
            <wp:docPr id="89508814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3BB77A38" wp14:editId="3940A4DD">
            <wp:extent cx="6400800" cy="4572000"/>
            <wp:effectExtent l="0" t="0" r="0" b="0"/>
            <wp:docPr id="116578385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r>
        <w:rPr>
          <w:noProof/>
        </w:rPr>
        <w:lastRenderedPageBreak/>
        <w:drawing>
          <wp:inline distT="0" distB="0" distL="0" distR="0" wp14:anchorId="08D8901D" wp14:editId="20897068">
            <wp:extent cx="6400800" cy="4572000"/>
            <wp:effectExtent l="0" t="0" r="0" b="0"/>
            <wp:docPr id="14137885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4572000"/>
                    </a:xfrm>
                    <a:prstGeom prst="rect">
                      <a:avLst/>
                    </a:prstGeom>
                    <a:noFill/>
                    <a:ln>
                      <a:noFill/>
                    </a:ln>
                  </pic:spPr>
                </pic:pic>
              </a:graphicData>
            </a:graphic>
          </wp:inline>
        </w:drawing>
      </w:r>
    </w:p>
    <w:p w14:paraId="128879F2" w14:textId="2BC6F252" w:rsidR="007B002B" w:rsidRDefault="00FA26E8">
      <w:pPr>
        <w:pStyle w:val="Heading1"/>
      </w:pPr>
      <w:r>
        <w:rPr>
          <w:noProof/>
        </w:rPr>
        <w:lastRenderedPageBreak/>
        <w:drawing>
          <wp:inline distT="0" distB="0" distL="0" distR="0" wp14:anchorId="46EC3F3A" wp14:editId="46211FB1">
            <wp:extent cx="4524375" cy="3295650"/>
            <wp:effectExtent l="0" t="0" r="9525" b="0"/>
            <wp:docPr id="1786604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704270FB" wp14:editId="55B9799A">
            <wp:extent cx="4524375" cy="3295650"/>
            <wp:effectExtent l="0" t="0" r="9525" b="0"/>
            <wp:docPr id="21001910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3FF53004" wp14:editId="4D4F59D2">
            <wp:extent cx="4524375" cy="3295650"/>
            <wp:effectExtent l="0" t="0" r="9525" b="0"/>
            <wp:docPr id="20423001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3C3FD368" wp14:editId="7E10E411">
            <wp:extent cx="4524375" cy="3295650"/>
            <wp:effectExtent l="0" t="0" r="9525" b="0"/>
            <wp:docPr id="18634486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779E2155" wp14:editId="3F837857">
            <wp:extent cx="4524375" cy="3295650"/>
            <wp:effectExtent l="0" t="0" r="9525" b="0"/>
            <wp:docPr id="18065524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0871B0F2" wp14:editId="492E1E11">
            <wp:extent cx="4524375" cy="3295650"/>
            <wp:effectExtent l="0" t="0" r="9525" b="0"/>
            <wp:docPr id="955470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0C9DD928" wp14:editId="4AB46454">
            <wp:extent cx="4524375" cy="3295650"/>
            <wp:effectExtent l="0" t="0" r="9525" b="0"/>
            <wp:docPr id="16949818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r>
        <w:rPr>
          <w:noProof/>
        </w:rPr>
        <w:lastRenderedPageBreak/>
        <w:drawing>
          <wp:inline distT="0" distB="0" distL="0" distR="0" wp14:anchorId="10FD772B" wp14:editId="0A4AFA9A">
            <wp:extent cx="4524375" cy="3295650"/>
            <wp:effectExtent l="0" t="0" r="9525" b="0"/>
            <wp:docPr id="534219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4375" cy="3295650"/>
                    </a:xfrm>
                    <a:prstGeom prst="rect">
                      <a:avLst/>
                    </a:prstGeom>
                    <a:noFill/>
                    <a:ln>
                      <a:noFill/>
                    </a:ln>
                  </pic:spPr>
                </pic:pic>
              </a:graphicData>
            </a:graphic>
          </wp:inline>
        </w:drawing>
      </w:r>
    </w:p>
    <w:p w14:paraId="562848B5" w14:textId="77777777" w:rsidR="007B002B" w:rsidRDefault="007B002B">
      <w:pPr>
        <w:pStyle w:val="Heading1"/>
      </w:pPr>
    </w:p>
    <w:p w14:paraId="5D5E550D" w14:textId="18BAED24" w:rsidR="00B96123" w:rsidRDefault="00000000">
      <w:pPr>
        <w:pStyle w:val="Heading1"/>
      </w:pPr>
      <w:r>
        <w:t>Appendix: Composite Regression Tables</w:t>
      </w:r>
    </w:p>
    <w:p w14:paraId="06F1B189" w14:textId="77777777" w:rsidR="00B96123" w:rsidRDefault="00000000">
      <w:r>
        <w:t>This appendix reports the full set of regression models estimated for this paper. Every table below was reconstructed directly from the underlying Stata estimation output, because the esttab commands in the original log failed to execute (error "0bn: operator invalid") before ever writing a table file -- none of the intended composite tables were actually produced. Robust standard errors clustered at the state level are reported in parentheses. Significance: *** p&lt;0.01, ** p&lt;0.05, * p&lt;0.10. State, caste, and survey-year fixed effects are included in every specification unless noted otherwise; their coefficients are omitted from the table for space and are available on request.</w:t>
      </w:r>
    </w:p>
    <w:p w14:paraId="01349822" w14:textId="77777777" w:rsidR="00B96123" w:rsidRDefault="00000000">
      <w:pPr>
        <w:pStyle w:val="Heading2"/>
      </w:pPr>
      <w:r>
        <w:t>Table A1. COVID-19 and Informal Employment in India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9"/>
        <w:gridCol w:w="1749"/>
        <w:gridCol w:w="1749"/>
        <w:gridCol w:w="1749"/>
        <w:gridCol w:w="1749"/>
        <w:gridCol w:w="1749"/>
        <w:gridCol w:w="1749"/>
      </w:tblGrid>
      <w:tr w:rsidR="00B96123" w14:paraId="73FCE5DE" w14:textId="77777777" w:rsidTr="00476DC6">
        <w:trPr>
          <w:jc w:val="center"/>
        </w:trPr>
        <w:tc>
          <w:tcPr>
            <w:tcW w:w="1749" w:type="dxa"/>
            <w:shd w:val="clear" w:color="auto" w:fill="D9D9D9"/>
          </w:tcPr>
          <w:p w14:paraId="59BD0F24" w14:textId="77777777" w:rsidR="00B96123" w:rsidRDefault="00000000">
            <w:pPr>
              <w:jc w:val="center"/>
            </w:pPr>
            <w:r>
              <w:rPr>
                <w:b/>
                <w:sz w:val="18"/>
              </w:rPr>
              <w:t>Variable</w:t>
            </w:r>
          </w:p>
        </w:tc>
        <w:tc>
          <w:tcPr>
            <w:tcW w:w="1749" w:type="dxa"/>
            <w:shd w:val="clear" w:color="auto" w:fill="D9D9D9"/>
          </w:tcPr>
          <w:p w14:paraId="44FABA29" w14:textId="77777777" w:rsidR="00B96123" w:rsidRDefault="00000000">
            <w:pPr>
              <w:jc w:val="center"/>
            </w:pPr>
            <w:r>
              <w:rPr>
                <w:b/>
                <w:sz w:val="18"/>
              </w:rPr>
              <w:t>Employment</w:t>
            </w:r>
          </w:p>
        </w:tc>
        <w:tc>
          <w:tcPr>
            <w:tcW w:w="1749" w:type="dxa"/>
            <w:shd w:val="clear" w:color="auto" w:fill="D9D9D9"/>
          </w:tcPr>
          <w:p w14:paraId="61C49348" w14:textId="77777777" w:rsidR="00B96123" w:rsidRDefault="00000000">
            <w:pPr>
              <w:jc w:val="center"/>
            </w:pPr>
            <w:r>
              <w:rPr>
                <w:b/>
                <w:sz w:val="18"/>
              </w:rPr>
              <w:t>Informality</w:t>
            </w:r>
          </w:p>
        </w:tc>
        <w:tc>
          <w:tcPr>
            <w:tcW w:w="1749" w:type="dxa"/>
            <w:shd w:val="clear" w:color="auto" w:fill="D9D9D9"/>
          </w:tcPr>
          <w:p w14:paraId="4D530992" w14:textId="77777777" w:rsidR="00B96123" w:rsidRDefault="00000000">
            <w:pPr>
              <w:jc w:val="center"/>
            </w:pPr>
            <w:r>
              <w:rPr>
                <w:b/>
                <w:sz w:val="18"/>
              </w:rPr>
              <w:t>Gender</w:t>
            </w:r>
          </w:p>
        </w:tc>
        <w:tc>
          <w:tcPr>
            <w:tcW w:w="1749" w:type="dxa"/>
            <w:shd w:val="clear" w:color="auto" w:fill="D9D9D9"/>
          </w:tcPr>
          <w:p w14:paraId="05A30CC5" w14:textId="77777777" w:rsidR="00B96123" w:rsidRDefault="00000000">
            <w:pPr>
              <w:jc w:val="center"/>
            </w:pPr>
            <w:r>
              <w:rPr>
                <w:b/>
                <w:sz w:val="18"/>
              </w:rPr>
              <w:t>Rural-Urban</w:t>
            </w:r>
          </w:p>
        </w:tc>
        <w:tc>
          <w:tcPr>
            <w:tcW w:w="1749" w:type="dxa"/>
            <w:shd w:val="clear" w:color="auto" w:fill="D9D9D9"/>
          </w:tcPr>
          <w:p w14:paraId="5B2D962A" w14:textId="77777777" w:rsidR="00B96123" w:rsidRDefault="00000000">
            <w:pPr>
              <w:jc w:val="center"/>
            </w:pPr>
            <w:r>
              <w:rPr>
                <w:b/>
                <w:sz w:val="18"/>
              </w:rPr>
              <w:t>Education</w:t>
            </w:r>
          </w:p>
        </w:tc>
        <w:tc>
          <w:tcPr>
            <w:tcW w:w="1749" w:type="dxa"/>
            <w:shd w:val="clear" w:color="auto" w:fill="D9D9D9"/>
          </w:tcPr>
          <w:p w14:paraId="7EE6B6B9" w14:textId="77777777" w:rsidR="00B96123" w:rsidRDefault="00000000">
            <w:pPr>
              <w:jc w:val="center"/>
            </w:pPr>
            <w:r>
              <w:rPr>
                <w:b/>
                <w:sz w:val="18"/>
              </w:rPr>
              <w:t>Social Group</w:t>
            </w:r>
          </w:p>
        </w:tc>
      </w:tr>
      <w:tr w:rsidR="00B96123" w14:paraId="133C571E" w14:textId="77777777" w:rsidTr="00476DC6">
        <w:trPr>
          <w:jc w:val="center"/>
        </w:trPr>
        <w:tc>
          <w:tcPr>
            <w:tcW w:w="1749" w:type="dxa"/>
          </w:tcPr>
          <w:p w14:paraId="480B6FDB" w14:textId="77777777" w:rsidR="00B96123" w:rsidRDefault="00000000">
            <w:pPr>
              <w:jc w:val="center"/>
            </w:pPr>
            <w:r>
              <w:rPr>
                <w:sz w:val="18"/>
              </w:rPr>
              <w:t>COVID-19 (2020)</w:t>
            </w:r>
          </w:p>
        </w:tc>
        <w:tc>
          <w:tcPr>
            <w:tcW w:w="1749" w:type="dxa"/>
          </w:tcPr>
          <w:p w14:paraId="79CF0849" w14:textId="77777777" w:rsidR="00B96123" w:rsidRDefault="00000000">
            <w:pPr>
              <w:jc w:val="center"/>
            </w:pPr>
            <w:r>
              <w:rPr>
                <w:sz w:val="18"/>
              </w:rPr>
              <w:t>0.0442***</w:t>
            </w:r>
          </w:p>
        </w:tc>
        <w:tc>
          <w:tcPr>
            <w:tcW w:w="1749" w:type="dxa"/>
          </w:tcPr>
          <w:p w14:paraId="167DCFA9" w14:textId="77777777" w:rsidR="00B96123" w:rsidRDefault="00000000">
            <w:pPr>
              <w:jc w:val="center"/>
            </w:pPr>
            <w:r>
              <w:rPr>
                <w:sz w:val="18"/>
              </w:rPr>
              <w:t>-0.0014</w:t>
            </w:r>
          </w:p>
        </w:tc>
        <w:tc>
          <w:tcPr>
            <w:tcW w:w="1749" w:type="dxa"/>
          </w:tcPr>
          <w:p w14:paraId="739432AD" w14:textId="77777777" w:rsidR="00B96123" w:rsidRDefault="00000000">
            <w:pPr>
              <w:jc w:val="center"/>
            </w:pPr>
            <w:r>
              <w:rPr>
                <w:sz w:val="18"/>
              </w:rPr>
              <w:t>0.0009</w:t>
            </w:r>
          </w:p>
        </w:tc>
        <w:tc>
          <w:tcPr>
            <w:tcW w:w="1749" w:type="dxa"/>
          </w:tcPr>
          <w:p w14:paraId="1768FE1A" w14:textId="77777777" w:rsidR="00B96123" w:rsidRDefault="00000000">
            <w:pPr>
              <w:jc w:val="center"/>
            </w:pPr>
            <w:r>
              <w:rPr>
                <w:sz w:val="18"/>
              </w:rPr>
              <w:t>0.0026</w:t>
            </w:r>
          </w:p>
        </w:tc>
        <w:tc>
          <w:tcPr>
            <w:tcW w:w="1749" w:type="dxa"/>
          </w:tcPr>
          <w:p w14:paraId="31E8EA9C" w14:textId="77777777" w:rsidR="00B96123" w:rsidRDefault="00000000">
            <w:pPr>
              <w:jc w:val="center"/>
            </w:pPr>
            <w:r>
              <w:rPr>
                <w:sz w:val="18"/>
              </w:rPr>
              <w:t>-0.0133</w:t>
            </w:r>
          </w:p>
        </w:tc>
        <w:tc>
          <w:tcPr>
            <w:tcW w:w="1749" w:type="dxa"/>
          </w:tcPr>
          <w:p w14:paraId="4F7D413B" w14:textId="77777777" w:rsidR="00B96123" w:rsidRDefault="00000000">
            <w:pPr>
              <w:jc w:val="center"/>
            </w:pPr>
            <w:r>
              <w:rPr>
                <w:sz w:val="18"/>
              </w:rPr>
              <w:t>-0.0046</w:t>
            </w:r>
          </w:p>
        </w:tc>
      </w:tr>
      <w:tr w:rsidR="00B96123" w14:paraId="542AFA97" w14:textId="77777777" w:rsidTr="00476DC6">
        <w:trPr>
          <w:jc w:val="center"/>
        </w:trPr>
        <w:tc>
          <w:tcPr>
            <w:tcW w:w="1749" w:type="dxa"/>
          </w:tcPr>
          <w:p w14:paraId="0CE6D5D8" w14:textId="77777777" w:rsidR="00B96123" w:rsidRDefault="00B96123"/>
        </w:tc>
        <w:tc>
          <w:tcPr>
            <w:tcW w:w="1749" w:type="dxa"/>
          </w:tcPr>
          <w:p w14:paraId="0EA67EF0" w14:textId="77777777" w:rsidR="00B96123" w:rsidRDefault="00000000">
            <w:pPr>
              <w:jc w:val="center"/>
            </w:pPr>
            <w:r>
              <w:rPr>
                <w:sz w:val="16"/>
              </w:rPr>
              <w:t>(0.0042)</w:t>
            </w:r>
          </w:p>
        </w:tc>
        <w:tc>
          <w:tcPr>
            <w:tcW w:w="1749" w:type="dxa"/>
          </w:tcPr>
          <w:p w14:paraId="24606AE5" w14:textId="77777777" w:rsidR="00B96123" w:rsidRDefault="00000000">
            <w:pPr>
              <w:jc w:val="center"/>
            </w:pPr>
            <w:r>
              <w:rPr>
                <w:sz w:val="16"/>
              </w:rPr>
              <w:t>(0.0057)</w:t>
            </w:r>
          </w:p>
        </w:tc>
        <w:tc>
          <w:tcPr>
            <w:tcW w:w="1749" w:type="dxa"/>
          </w:tcPr>
          <w:p w14:paraId="21F1A564" w14:textId="77777777" w:rsidR="00B96123" w:rsidRDefault="00000000">
            <w:pPr>
              <w:jc w:val="center"/>
            </w:pPr>
            <w:r>
              <w:rPr>
                <w:sz w:val="16"/>
              </w:rPr>
              <w:t>(0.0052)</w:t>
            </w:r>
          </w:p>
        </w:tc>
        <w:tc>
          <w:tcPr>
            <w:tcW w:w="1749" w:type="dxa"/>
          </w:tcPr>
          <w:p w14:paraId="4E62AAC5" w14:textId="77777777" w:rsidR="00B96123" w:rsidRDefault="00000000">
            <w:pPr>
              <w:jc w:val="center"/>
            </w:pPr>
            <w:r>
              <w:rPr>
                <w:sz w:val="16"/>
              </w:rPr>
              <w:t>(0.0053)</w:t>
            </w:r>
          </w:p>
        </w:tc>
        <w:tc>
          <w:tcPr>
            <w:tcW w:w="1749" w:type="dxa"/>
          </w:tcPr>
          <w:p w14:paraId="3A3E1F4F" w14:textId="77777777" w:rsidR="00B96123" w:rsidRDefault="00000000">
            <w:pPr>
              <w:jc w:val="center"/>
            </w:pPr>
            <w:r>
              <w:rPr>
                <w:sz w:val="16"/>
              </w:rPr>
              <w:t>(0.0102)</w:t>
            </w:r>
          </w:p>
        </w:tc>
        <w:tc>
          <w:tcPr>
            <w:tcW w:w="1749" w:type="dxa"/>
          </w:tcPr>
          <w:p w14:paraId="7C43E812" w14:textId="77777777" w:rsidR="00B96123" w:rsidRDefault="00000000">
            <w:pPr>
              <w:jc w:val="center"/>
            </w:pPr>
            <w:r>
              <w:rPr>
                <w:sz w:val="16"/>
              </w:rPr>
              <w:t>(0.0063)</w:t>
            </w:r>
          </w:p>
        </w:tc>
      </w:tr>
      <w:tr w:rsidR="00B96123" w14:paraId="6906A73E" w14:textId="77777777" w:rsidTr="00476DC6">
        <w:trPr>
          <w:jc w:val="center"/>
        </w:trPr>
        <w:tc>
          <w:tcPr>
            <w:tcW w:w="1749" w:type="dxa"/>
          </w:tcPr>
          <w:p w14:paraId="0FDC5D08" w14:textId="77777777" w:rsidR="00B96123" w:rsidRDefault="00000000">
            <w:pPr>
              <w:jc w:val="center"/>
            </w:pPr>
            <w:r>
              <w:rPr>
                <w:sz w:val="18"/>
              </w:rPr>
              <w:t>COVID x Female</w:t>
            </w:r>
          </w:p>
        </w:tc>
        <w:tc>
          <w:tcPr>
            <w:tcW w:w="1749" w:type="dxa"/>
          </w:tcPr>
          <w:p w14:paraId="13E9BE25" w14:textId="77777777" w:rsidR="00B96123" w:rsidRDefault="00B96123">
            <w:pPr>
              <w:jc w:val="center"/>
            </w:pPr>
          </w:p>
        </w:tc>
        <w:tc>
          <w:tcPr>
            <w:tcW w:w="1749" w:type="dxa"/>
          </w:tcPr>
          <w:p w14:paraId="09305ACD" w14:textId="77777777" w:rsidR="00B96123" w:rsidRDefault="00B96123">
            <w:pPr>
              <w:jc w:val="center"/>
            </w:pPr>
          </w:p>
        </w:tc>
        <w:tc>
          <w:tcPr>
            <w:tcW w:w="1749" w:type="dxa"/>
          </w:tcPr>
          <w:p w14:paraId="1F181748" w14:textId="77777777" w:rsidR="00B96123" w:rsidRDefault="00000000">
            <w:pPr>
              <w:jc w:val="center"/>
            </w:pPr>
            <w:r>
              <w:rPr>
                <w:sz w:val="18"/>
              </w:rPr>
              <w:t>-0.0124**</w:t>
            </w:r>
          </w:p>
        </w:tc>
        <w:tc>
          <w:tcPr>
            <w:tcW w:w="1749" w:type="dxa"/>
          </w:tcPr>
          <w:p w14:paraId="7A41F075" w14:textId="77777777" w:rsidR="00B96123" w:rsidRDefault="00B96123">
            <w:pPr>
              <w:jc w:val="center"/>
            </w:pPr>
          </w:p>
        </w:tc>
        <w:tc>
          <w:tcPr>
            <w:tcW w:w="1749" w:type="dxa"/>
          </w:tcPr>
          <w:p w14:paraId="4EB2A766" w14:textId="77777777" w:rsidR="00B96123" w:rsidRDefault="00B96123">
            <w:pPr>
              <w:jc w:val="center"/>
            </w:pPr>
          </w:p>
        </w:tc>
        <w:tc>
          <w:tcPr>
            <w:tcW w:w="1749" w:type="dxa"/>
          </w:tcPr>
          <w:p w14:paraId="36CCC74D" w14:textId="77777777" w:rsidR="00B96123" w:rsidRDefault="00B96123">
            <w:pPr>
              <w:jc w:val="center"/>
            </w:pPr>
          </w:p>
        </w:tc>
      </w:tr>
      <w:tr w:rsidR="00B96123" w14:paraId="78678BA7" w14:textId="77777777" w:rsidTr="00476DC6">
        <w:trPr>
          <w:jc w:val="center"/>
        </w:trPr>
        <w:tc>
          <w:tcPr>
            <w:tcW w:w="1749" w:type="dxa"/>
          </w:tcPr>
          <w:p w14:paraId="3F4AE04C" w14:textId="77777777" w:rsidR="00B96123" w:rsidRDefault="00B96123"/>
        </w:tc>
        <w:tc>
          <w:tcPr>
            <w:tcW w:w="1749" w:type="dxa"/>
          </w:tcPr>
          <w:p w14:paraId="368B973B" w14:textId="77777777" w:rsidR="00B96123" w:rsidRDefault="00B96123">
            <w:pPr>
              <w:jc w:val="center"/>
            </w:pPr>
          </w:p>
        </w:tc>
        <w:tc>
          <w:tcPr>
            <w:tcW w:w="1749" w:type="dxa"/>
          </w:tcPr>
          <w:p w14:paraId="2435812F" w14:textId="77777777" w:rsidR="00B96123" w:rsidRDefault="00B96123">
            <w:pPr>
              <w:jc w:val="center"/>
            </w:pPr>
          </w:p>
        </w:tc>
        <w:tc>
          <w:tcPr>
            <w:tcW w:w="1749" w:type="dxa"/>
          </w:tcPr>
          <w:p w14:paraId="33A9BE3E" w14:textId="77777777" w:rsidR="00B96123" w:rsidRDefault="00000000">
            <w:pPr>
              <w:jc w:val="center"/>
            </w:pPr>
            <w:r>
              <w:rPr>
                <w:sz w:val="16"/>
              </w:rPr>
              <w:t>(0.0056)</w:t>
            </w:r>
          </w:p>
        </w:tc>
        <w:tc>
          <w:tcPr>
            <w:tcW w:w="1749" w:type="dxa"/>
          </w:tcPr>
          <w:p w14:paraId="11F42605" w14:textId="77777777" w:rsidR="00B96123" w:rsidRDefault="00B96123">
            <w:pPr>
              <w:jc w:val="center"/>
            </w:pPr>
          </w:p>
        </w:tc>
        <w:tc>
          <w:tcPr>
            <w:tcW w:w="1749" w:type="dxa"/>
          </w:tcPr>
          <w:p w14:paraId="5E634AF5" w14:textId="77777777" w:rsidR="00B96123" w:rsidRDefault="00B96123">
            <w:pPr>
              <w:jc w:val="center"/>
            </w:pPr>
          </w:p>
        </w:tc>
        <w:tc>
          <w:tcPr>
            <w:tcW w:w="1749" w:type="dxa"/>
          </w:tcPr>
          <w:p w14:paraId="223F7B3D" w14:textId="77777777" w:rsidR="00B96123" w:rsidRDefault="00B96123">
            <w:pPr>
              <w:jc w:val="center"/>
            </w:pPr>
          </w:p>
        </w:tc>
      </w:tr>
      <w:tr w:rsidR="00B96123" w14:paraId="67CFDD8B" w14:textId="77777777" w:rsidTr="00476DC6">
        <w:trPr>
          <w:jc w:val="center"/>
        </w:trPr>
        <w:tc>
          <w:tcPr>
            <w:tcW w:w="1749" w:type="dxa"/>
          </w:tcPr>
          <w:p w14:paraId="37658439" w14:textId="77777777" w:rsidR="00B96123" w:rsidRDefault="00000000">
            <w:pPr>
              <w:jc w:val="center"/>
            </w:pPr>
            <w:r>
              <w:rPr>
                <w:sz w:val="18"/>
              </w:rPr>
              <w:t>COVID x Urban</w:t>
            </w:r>
          </w:p>
        </w:tc>
        <w:tc>
          <w:tcPr>
            <w:tcW w:w="1749" w:type="dxa"/>
          </w:tcPr>
          <w:p w14:paraId="4C8E509A" w14:textId="77777777" w:rsidR="00B96123" w:rsidRDefault="00B96123">
            <w:pPr>
              <w:jc w:val="center"/>
            </w:pPr>
          </w:p>
        </w:tc>
        <w:tc>
          <w:tcPr>
            <w:tcW w:w="1749" w:type="dxa"/>
          </w:tcPr>
          <w:p w14:paraId="0AB7123E" w14:textId="77777777" w:rsidR="00B96123" w:rsidRDefault="00B96123">
            <w:pPr>
              <w:jc w:val="center"/>
            </w:pPr>
          </w:p>
        </w:tc>
        <w:tc>
          <w:tcPr>
            <w:tcW w:w="1749" w:type="dxa"/>
          </w:tcPr>
          <w:p w14:paraId="2C439663" w14:textId="77777777" w:rsidR="00B96123" w:rsidRDefault="00B96123">
            <w:pPr>
              <w:jc w:val="center"/>
            </w:pPr>
          </w:p>
        </w:tc>
        <w:tc>
          <w:tcPr>
            <w:tcW w:w="1749" w:type="dxa"/>
          </w:tcPr>
          <w:p w14:paraId="37ED20D8" w14:textId="77777777" w:rsidR="00B96123" w:rsidRDefault="00000000">
            <w:pPr>
              <w:jc w:val="center"/>
            </w:pPr>
            <w:r>
              <w:rPr>
                <w:sz w:val="18"/>
              </w:rPr>
              <w:t>-0.0100</w:t>
            </w:r>
          </w:p>
        </w:tc>
        <w:tc>
          <w:tcPr>
            <w:tcW w:w="1749" w:type="dxa"/>
          </w:tcPr>
          <w:p w14:paraId="1F11BFE2" w14:textId="77777777" w:rsidR="00B96123" w:rsidRDefault="00B96123">
            <w:pPr>
              <w:jc w:val="center"/>
            </w:pPr>
          </w:p>
        </w:tc>
        <w:tc>
          <w:tcPr>
            <w:tcW w:w="1749" w:type="dxa"/>
          </w:tcPr>
          <w:p w14:paraId="06FB0A89" w14:textId="77777777" w:rsidR="00B96123" w:rsidRDefault="00B96123">
            <w:pPr>
              <w:jc w:val="center"/>
            </w:pPr>
          </w:p>
        </w:tc>
      </w:tr>
      <w:tr w:rsidR="00B96123" w14:paraId="07CCA83E" w14:textId="77777777" w:rsidTr="00476DC6">
        <w:trPr>
          <w:jc w:val="center"/>
        </w:trPr>
        <w:tc>
          <w:tcPr>
            <w:tcW w:w="1749" w:type="dxa"/>
          </w:tcPr>
          <w:p w14:paraId="2C730B0B" w14:textId="77777777" w:rsidR="00B96123" w:rsidRDefault="00B96123"/>
        </w:tc>
        <w:tc>
          <w:tcPr>
            <w:tcW w:w="1749" w:type="dxa"/>
          </w:tcPr>
          <w:p w14:paraId="547B6DE7" w14:textId="77777777" w:rsidR="00B96123" w:rsidRDefault="00B96123">
            <w:pPr>
              <w:jc w:val="center"/>
            </w:pPr>
          </w:p>
        </w:tc>
        <w:tc>
          <w:tcPr>
            <w:tcW w:w="1749" w:type="dxa"/>
          </w:tcPr>
          <w:p w14:paraId="1E3406A5" w14:textId="77777777" w:rsidR="00B96123" w:rsidRDefault="00B96123">
            <w:pPr>
              <w:jc w:val="center"/>
            </w:pPr>
          </w:p>
        </w:tc>
        <w:tc>
          <w:tcPr>
            <w:tcW w:w="1749" w:type="dxa"/>
          </w:tcPr>
          <w:p w14:paraId="4CEFA59B" w14:textId="77777777" w:rsidR="00B96123" w:rsidRDefault="00B96123">
            <w:pPr>
              <w:jc w:val="center"/>
            </w:pPr>
          </w:p>
        </w:tc>
        <w:tc>
          <w:tcPr>
            <w:tcW w:w="1749" w:type="dxa"/>
          </w:tcPr>
          <w:p w14:paraId="20B117F5" w14:textId="77777777" w:rsidR="00B96123" w:rsidRDefault="00000000">
            <w:pPr>
              <w:jc w:val="center"/>
            </w:pPr>
            <w:r>
              <w:rPr>
                <w:sz w:val="16"/>
              </w:rPr>
              <w:t>(0.0079)</w:t>
            </w:r>
          </w:p>
        </w:tc>
        <w:tc>
          <w:tcPr>
            <w:tcW w:w="1749" w:type="dxa"/>
          </w:tcPr>
          <w:p w14:paraId="44F0D404" w14:textId="77777777" w:rsidR="00B96123" w:rsidRDefault="00B96123">
            <w:pPr>
              <w:jc w:val="center"/>
            </w:pPr>
          </w:p>
        </w:tc>
        <w:tc>
          <w:tcPr>
            <w:tcW w:w="1749" w:type="dxa"/>
          </w:tcPr>
          <w:p w14:paraId="66027844" w14:textId="77777777" w:rsidR="00B96123" w:rsidRDefault="00B96123">
            <w:pPr>
              <w:jc w:val="center"/>
            </w:pPr>
          </w:p>
        </w:tc>
      </w:tr>
      <w:tr w:rsidR="00B96123" w14:paraId="11C97E7B" w14:textId="77777777" w:rsidTr="00476DC6">
        <w:trPr>
          <w:jc w:val="center"/>
        </w:trPr>
        <w:tc>
          <w:tcPr>
            <w:tcW w:w="1749" w:type="dxa"/>
          </w:tcPr>
          <w:p w14:paraId="515EF657" w14:textId="77777777" w:rsidR="00B96123" w:rsidRDefault="00000000">
            <w:pPr>
              <w:jc w:val="center"/>
            </w:pPr>
            <w:r>
              <w:rPr>
                <w:sz w:val="18"/>
              </w:rPr>
              <w:t>COVID x Low Education</w:t>
            </w:r>
          </w:p>
        </w:tc>
        <w:tc>
          <w:tcPr>
            <w:tcW w:w="1749" w:type="dxa"/>
          </w:tcPr>
          <w:p w14:paraId="431D3AB3" w14:textId="77777777" w:rsidR="00B96123" w:rsidRDefault="00B96123">
            <w:pPr>
              <w:jc w:val="center"/>
            </w:pPr>
          </w:p>
        </w:tc>
        <w:tc>
          <w:tcPr>
            <w:tcW w:w="1749" w:type="dxa"/>
          </w:tcPr>
          <w:p w14:paraId="5361CFB9" w14:textId="77777777" w:rsidR="00B96123" w:rsidRDefault="00B96123">
            <w:pPr>
              <w:jc w:val="center"/>
            </w:pPr>
          </w:p>
        </w:tc>
        <w:tc>
          <w:tcPr>
            <w:tcW w:w="1749" w:type="dxa"/>
          </w:tcPr>
          <w:p w14:paraId="6A6ADF38" w14:textId="77777777" w:rsidR="00B96123" w:rsidRDefault="00B96123">
            <w:pPr>
              <w:jc w:val="center"/>
            </w:pPr>
          </w:p>
        </w:tc>
        <w:tc>
          <w:tcPr>
            <w:tcW w:w="1749" w:type="dxa"/>
          </w:tcPr>
          <w:p w14:paraId="21026094" w14:textId="77777777" w:rsidR="00B96123" w:rsidRDefault="00B96123">
            <w:pPr>
              <w:jc w:val="center"/>
            </w:pPr>
          </w:p>
        </w:tc>
        <w:tc>
          <w:tcPr>
            <w:tcW w:w="1749" w:type="dxa"/>
          </w:tcPr>
          <w:p w14:paraId="733FE38E" w14:textId="77777777" w:rsidR="00B96123" w:rsidRDefault="00000000">
            <w:pPr>
              <w:jc w:val="center"/>
            </w:pPr>
            <w:r>
              <w:rPr>
                <w:sz w:val="18"/>
              </w:rPr>
              <w:t>0.0192**</w:t>
            </w:r>
          </w:p>
        </w:tc>
        <w:tc>
          <w:tcPr>
            <w:tcW w:w="1749" w:type="dxa"/>
          </w:tcPr>
          <w:p w14:paraId="7509BDF6" w14:textId="77777777" w:rsidR="00B96123" w:rsidRDefault="00B96123">
            <w:pPr>
              <w:jc w:val="center"/>
            </w:pPr>
          </w:p>
        </w:tc>
      </w:tr>
      <w:tr w:rsidR="00B96123" w14:paraId="39597739" w14:textId="77777777" w:rsidTr="00476DC6">
        <w:trPr>
          <w:jc w:val="center"/>
        </w:trPr>
        <w:tc>
          <w:tcPr>
            <w:tcW w:w="1749" w:type="dxa"/>
          </w:tcPr>
          <w:p w14:paraId="7A05EEC0" w14:textId="77777777" w:rsidR="00B96123" w:rsidRDefault="00B96123"/>
        </w:tc>
        <w:tc>
          <w:tcPr>
            <w:tcW w:w="1749" w:type="dxa"/>
          </w:tcPr>
          <w:p w14:paraId="50A5332F" w14:textId="77777777" w:rsidR="00B96123" w:rsidRDefault="00B96123">
            <w:pPr>
              <w:jc w:val="center"/>
            </w:pPr>
          </w:p>
        </w:tc>
        <w:tc>
          <w:tcPr>
            <w:tcW w:w="1749" w:type="dxa"/>
          </w:tcPr>
          <w:p w14:paraId="6CA98097" w14:textId="77777777" w:rsidR="00B96123" w:rsidRDefault="00B96123">
            <w:pPr>
              <w:jc w:val="center"/>
            </w:pPr>
          </w:p>
        </w:tc>
        <w:tc>
          <w:tcPr>
            <w:tcW w:w="1749" w:type="dxa"/>
          </w:tcPr>
          <w:p w14:paraId="3DB71DFC" w14:textId="77777777" w:rsidR="00B96123" w:rsidRDefault="00B96123">
            <w:pPr>
              <w:jc w:val="center"/>
            </w:pPr>
          </w:p>
        </w:tc>
        <w:tc>
          <w:tcPr>
            <w:tcW w:w="1749" w:type="dxa"/>
          </w:tcPr>
          <w:p w14:paraId="35063393" w14:textId="77777777" w:rsidR="00B96123" w:rsidRDefault="00B96123">
            <w:pPr>
              <w:jc w:val="center"/>
            </w:pPr>
          </w:p>
        </w:tc>
        <w:tc>
          <w:tcPr>
            <w:tcW w:w="1749" w:type="dxa"/>
          </w:tcPr>
          <w:p w14:paraId="49F55EE0" w14:textId="77777777" w:rsidR="00B96123" w:rsidRDefault="00000000">
            <w:pPr>
              <w:jc w:val="center"/>
            </w:pPr>
            <w:r>
              <w:rPr>
                <w:sz w:val="16"/>
              </w:rPr>
              <w:t>(0.0088)</w:t>
            </w:r>
          </w:p>
        </w:tc>
        <w:tc>
          <w:tcPr>
            <w:tcW w:w="1749" w:type="dxa"/>
          </w:tcPr>
          <w:p w14:paraId="6545945C" w14:textId="77777777" w:rsidR="00B96123" w:rsidRDefault="00B96123">
            <w:pPr>
              <w:jc w:val="center"/>
            </w:pPr>
          </w:p>
        </w:tc>
      </w:tr>
      <w:tr w:rsidR="00B96123" w14:paraId="3D9C47DE" w14:textId="77777777" w:rsidTr="00476DC6">
        <w:trPr>
          <w:jc w:val="center"/>
        </w:trPr>
        <w:tc>
          <w:tcPr>
            <w:tcW w:w="1749" w:type="dxa"/>
          </w:tcPr>
          <w:p w14:paraId="383F8B77" w14:textId="77777777" w:rsidR="00B96123" w:rsidRDefault="00000000">
            <w:pPr>
              <w:jc w:val="center"/>
            </w:pPr>
            <w:r>
              <w:rPr>
                <w:sz w:val="18"/>
              </w:rPr>
              <w:t>COVID x Disadvantaged</w:t>
            </w:r>
          </w:p>
        </w:tc>
        <w:tc>
          <w:tcPr>
            <w:tcW w:w="1749" w:type="dxa"/>
          </w:tcPr>
          <w:p w14:paraId="78D63230" w14:textId="77777777" w:rsidR="00B96123" w:rsidRDefault="00B96123">
            <w:pPr>
              <w:jc w:val="center"/>
            </w:pPr>
          </w:p>
        </w:tc>
        <w:tc>
          <w:tcPr>
            <w:tcW w:w="1749" w:type="dxa"/>
          </w:tcPr>
          <w:p w14:paraId="4C505319" w14:textId="77777777" w:rsidR="00B96123" w:rsidRDefault="00B96123">
            <w:pPr>
              <w:jc w:val="center"/>
            </w:pPr>
          </w:p>
        </w:tc>
        <w:tc>
          <w:tcPr>
            <w:tcW w:w="1749" w:type="dxa"/>
          </w:tcPr>
          <w:p w14:paraId="4090C311" w14:textId="77777777" w:rsidR="00B96123" w:rsidRDefault="00B96123">
            <w:pPr>
              <w:jc w:val="center"/>
            </w:pPr>
          </w:p>
        </w:tc>
        <w:tc>
          <w:tcPr>
            <w:tcW w:w="1749" w:type="dxa"/>
          </w:tcPr>
          <w:p w14:paraId="0C984CFA" w14:textId="77777777" w:rsidR="00B96123" w:rsidRDefault="00B96123">
            <w:pPr>
              <w:jc w:val="center"/>
            </w:pPr>
          </w:p>
        </w:tc>
        <w:tc>
          <w:tcPr>
            <w:tcW w:w="1749" w:type="dxa"/>
          </w:tcPr>
          <w:p w14:paraId="49CDD894" w14:textId="77777777" w:rsidR="00B96123" w:rsidRDefault="00B96123">
            <w:pPr>
              <w:jc w:val="center"/>
            </w:pPr>
          </w:p>
        </w:tc>
        <w:tc>
          <w:tcPr>
            <w:tcW w:w="1749" w:type="dxa"/>
          </w:tcPr>
          <w:p w14:paraId="78FA83B9" w14:textId="77777777" w:rsidR="00B96123" w:rsidRDefault="00000000">
            <w:pPr>
              <w:jc w:val="center"/>
            </w:pPr>
            <w:r>
              <w:rPr>
                <w:sz w:val="18"/>
              </w:rPr>
              <w:t>0.0097**</w:t>
            </w:r>
          </w:p>
        </w:tc>
      </w:tr>
      <w:tr w:rsidR="00B96123" w14:paraId="1CAAB053" w14:textId="77777777" w:rsidTr="00476DC6">
        <w:trPr>
          <w:jc w:val="center"/>
        </w:trPr>
        <w:tc>
          <w:tcPr>
            <w:tcW w:w="1749" w:type="dxa"/>
          </w:tcPr>
          <w:p w14:paraId="2F7DECA3" w14:textId="77777777" w:rsidR="00B96123" w:rsidRDefault="00B96123"/>
        </w:tc>
        <w:tc>
          <w:tcPr>
            <w:tcW w:w="1749" w:type="dxa"/>
          </w:tcPr>
          <w:p w14:paraId="0CEBECA7" w14:textId="77777777" w:rsidR="00B96123" w:rsidRDefault="00B96123">
            <w:pPr>
              <w:jc w:val="center"/>
            </w:pPr>
          </w:p>
        </w:tc>
        <w:tc>
          <w:tcPr>
            <w:tcW w:w="1749" w:type="dxa"/>
          </w:tcPr>
          <w:p w14:paraId="51E2886D" w14:textId="77777777" w:rsidR="00B96123" w:rsidRDefault="00B96123">
            <w:pPr>
              <w:jc w:val="center"/>
            </w:pPr>
          </w:p>
        </w:tc>
        <w:tc>
          <w:tcPr>
            <w:tcW w:w="1749" w:type="dxa"/>
          </w:tcPr>
          <w:p w14:paraId="7A989B8E" w14:textId="77777777" w:rsidR="00B96123" w:rsidRDefault="00B96123">
            <w:pPr>
              <w:jc w:val="center"/>
            </w:pPr>
          </w:p>
        </w:tc>
        <w:tc>
          <w:tcPr>
            <w:tcW w:w="1749" w:type="dxa"/>
          </w:tcPr>
          <w:p w14:paraId="4B948E3F" w14:textId="77777777" w:rsidR="00B96123" w:rsidRDefault="00B96123">
            <w:pPr>
              <w:jc w:val="center"/>
            </w:pPr>
          </w:p>
        </w:tc>
        <w:tc>
          <w:tcPr>
            <w:tcW w:w="1749" w:type="dxa"/>
          </w:tcPr>
          <w:p w14:paraId="1D21E3E0" w14:textId="77777777" w:rsidR="00B96123" w:rsidRDefault="00B96123">
            <w:pPr>
              <w:jc w:val="center"/>
            </w:pPr>
          </w:p>
        </w:tc>
        <w:tc>
          <w:tcPr>
            <w:tcW w:w="1749" w:type="dxa"/>
          </w:tcPr>
          <w:p w14:paraId="382FCBD0" w14:textId="77777777" w:rsidR="00B96123" w:rsidRDefault="00000000">
            <w:pPr>
              <w:jc w:val="center"/>
            </w:pPr>
            <w:r>
              <w:rPr>
                <w:sz w:val="16"/>
              </w:rPr>
              <w:t>(0.0046)</w:t>
            </w:r>
          </w:p>
        </w:tc>
      </w:tr>
      <w:tr w:rsidR="00B96123" w14:paraId="4AB59F62" w14:textId="77777777" w:rsidTr="00476DC6">
        <w:trPr>
          <w:jc w:val="center"/>
        </w:trPr>
        <w:tc>
          <w:tcPr>
            <w:tcW w:w="1749" w:type="dxa"/>
          </w:tcPr>
          <w:p w14:paraId="5B3B17BF" w14:textId="77777777" w:rsidR="00B96123" w:rsidRDefault="00000000">
            <w:pPr>
              <w:jc w:val="center"/>
            </w:pPr>
            <w:r>
              <w:rPr>
                <w:sz w:val="18"/>
              </w:rPr>
              <w:t>Female</w:t>
            </w:r>
          </w:p>
        </w:tc>
        <w:tc>
          <w:tcPr>
            <w:tcW w:w="1749" w:type="dxa"/>
          </w:tcPr>
          <w:p w14:paraId="050AF20D" w14:textId="77777777" w:rsidR="00B96123" w:rsidRDefault="00000000">
            <w:pPr>
              <w:jc w:val="center"/>
            </w:pPr>
            <w:r>
              <w:rPr>
                <w:sz w:val="18"/>
              </w:rPr>
              <w:t>-0.4890***</w:t>
            </w:r>
          </w:p>
        </w:tc>
        <w:tc>
          <w:tcPr>
            <w:tcW w:w="1749" w:type="dxa"/>
          </w:tcPr>
          <w:p w14:paraId="0FF49346" w14:textId="77777777" w:rsidR="00B96123" w:rsidRDefault="00000000">
            <w:pPr>
              <w:jc w:val="center"/>
            </w:pPr>
            <w:r>
              <w:rPr>
                <w:sz w:val="18"/>
              </w:rPr>
              <w:t>0.0007</w:t>
            </w:r>
          </w:p>
        </w:tc>
        <w:tc>
          <w:tcPr>
            <w:tcW w:w="1749" w:type="dxa"/>
          </w:tcPr>
          <w:p w14:paraId="34C2A0E6" w14:textId="77777777" w:rsidR="00B96123" w:rsidRDefault="00000000">
            <w:pPr>
              <w:jc w:val="center"/>
            </w:pPr>
            <w:r>
              <w:rPr>
                <w:sz w:val="18"/>
              </w:rPr>
              <w:t>0.0023</w:t>
            </w:r>
          </w:p>
        </w:tc>
        <w:tc>
          <w:tcPr>
            <w:tcW w:w="1749" w:type="dxa"/>
          </w:tcPr>
          <w:p w14:paraId="29A36170" w14:textId="77777777" w:rsidR="00B96123" w:rsidRDefault="00000000">
            <w:pPr>
              <w:jc w:val="center"/>
            </w:pPr>
            <w:r>
              <w:rPr>
                <w:sz w:val="18"/>
              </w:rPr>
              <w:t>0.0008</w:t>
            </w:r>
          </w:p>
        </w:tc>
        <w:tc>
          <w:tcPr>
            <w:tcW w:w="1749" w:type="dxa"/>
          </w:tcPr>
          <w:p w14:paraId="7BDDBCE8" w14:textId="77777777" w:rsidR="00B96123" w:rsidRDefault="00000000">
            <w:pPr>
              <w:jc w:val="center"/>
            </w:pPr>
            <w:r>
              <w:rPr>
                <w:sz w:val="18"/>
              </w:rPr>
              <w:t>0.0008</w:t>
            </w:r>
          </w:p>
        </w:tc>
        <w:tc>
          <w:tcPr>
            <w:tcW w:w="1749" w:type="dxa"/>
          </w:tcPr>
          <w:p w14:paraId="04A50B78" w14:textId="77777777" w:rsidR="00B96123" w:rsidRDefault="00000000">
            <w:pPr>
              <w:jc w:val="center"/>
            </w:pPr>
            <w:r>
              <w:rPr>
                <w:sz w:val="18"/>
              </w:rPr>
              <w:t>0.0008</w:t>
            </w:r>
          </w:p>
        </w:tc>
      </w:tr>
      <w:tr w:rsidR="00B96123" w14:paraId="404E7D5F" w14:textId="77777777" w:rsidTr="00476DC6">
        <w:trPr>
          <w:jc w:val="center"/>
        </w:trPr>
        <w:tc>
          <w:tcPr>
            <w:tcW w:w="1749" w:type="dxa"/>
          </w:tcPr>
          <w:p w14:paraId="34B0538F" w14:textId="77777777" w:rsidR="00B96123" w:rsidRDefault="00B96123"/>
        </w:tc>
        <w:tc>
          <w:tcPr>
            <w:tcW w:w="1749" w:type="dxa"/>
          </w:tcPr>
          <w:p w14:paraId="6B82706F" w14:textId="77777777" w:rsidR="00B96123" w:rsidRDefault="00000000">
            <w:pPr>
              <w:jc w:val="center"/>
            </w:pPr>
            <w:r>
              <w:rPr>
                <w:sz w:val="16"/>
              </w:rPr>
              <w:t>(0.0245)</w:t>
            </w:r>
          </w:p>
        </w:tc>
        <w:tc>
          <w:tcPr>
            <w:tcW w:w="1749" w:type="dxa"/>
          </w:tcPr>
          <w:p w14:paraId="06204A37" w14:textId="77777777" w:rsidR="00B96123" w:rsidRDefault="00000000">
            <w:pPr>
              <w:jc w:val="center"/>
            </w:pPr>
            <w:r>
              <w:rPr>
                <w:sz w:val="16"/>
              </w:rPr>
              <w:t>(0.0019)</w:t>
            </w:r>
          </w:p>
        </w:tc>
        <w:tc>
          <w:tcPr>
            <w:tcW w:w="1749" w:type="dxa"/>
          </w:tcPr>
          <w:p w14:paraId="1FCBC513" w14:textId="77777777" w:rsidR="00B96123" w:rsidRDefault="00000000">
            <w:pPr>
              <w:jc w:val="center"/>
            </w:pPr>
            <w:r>
              <w:rPr>
                <w:sz w:val="16"/>
              </w:rPr>
              <w:t>(0.0019)</w:t>
            </w:r>
          </w:p>
        </w:tc>
        <w:tc>
          <w:tcPr>
            <w:tcW w:w="1749" w:type="dxa"/>
          </w:tcPr>
          <w:p w14:paraId="67541A01" w14:textId="77777777" w:rsidR="00B96123" w:rsidRDefault="00000000">
            <w:pPr>
              <w:jc w:val="center"/>
            </w:pPr>
            <w:r>
              <w:rPr>
                <w:sz w:val="16"/>
              </w:rPr>
              <w:t>(0.0020)</w:t>
            </w:r>
          </w:p>
        </w:tc>
        <w:tc>
          <w:tcPr>
            <w:tcW w:w="1749" w:type="dxa"/>
          </w:tcPr>
          <w:p w14:paraId="207689BB" w14:textId="77777777" w:rsidR="00B96123" w:rsidRDefault="00000000">
            <w:pPr>
              <w:jc w:val="center"/>
            </w:pPr>
            <w:r>
              <w:rPr>
                <w:sz w:val="16"/>
              </w:rPr>
              <w:t>(0.0019)</w:t>
            </w:r>
          </w:p>
        </w:tc>
        <w:tc>
          <w:tcPr>
            <w:tcW w:w="1749" w:type="dxa"/>
          </w:tcPr>
          <w:p w14:paraId="7E8E9DF3" w14:textId="77777777" w:rsidR="00B96123" w:rsidRDefault="00000000">
            <w:pPr>
              <w:jc w:val="center"/>
            </w:pPr>
            <w:r>
              <w:rPr>
                <w:sz w:val="16"/>
              </w:rPr>
              <w:t>(0.0019)</w:t>
            </w:r>
          </w:p>
        </w:tc>
      </w:tr>
      <w:tr w:rsidR="00B96123" w14:paraId="768A5717" w14:textId="77777777" w:rsidTr="00476DC6">
        <w:trPr>
          <w:jc w:val="center"/>
        </w:trPr>
        <w:tc>
          <w:tcPr>
            <w:tcW w:w="1749" w:type="dxa"/>
          </w:tcPr>
          <w:p w14:paraId="1E2C765D" w14:textId="77777777" w:rsidR="00B96123" w:rsidRDefault="00000000">
            <w:pPr>
              <w:jc w:val="center"/>
            </w:pPr>
            <w:r>
              <w:rPr>
                <w:sz w:val="18"/>
              </w:rPr>
              <w:t>Urban</w:t>
            </w:r>
          </w:p>
        </w:tc>
        <w:tc>
          <w:tcPr>
            <w:tcW w:w="1749" w:type="dxa"/>
          </w:tcPr>
          <w:p w14:paraId="2AC580E3" w14:textId="77777777" w:rsidR="00B96123" w:rsidRDefault="00000000">
            <w:pPr>
              <w:jc w:val="center"/>
            </w:pPr>
            <w:r>
              <w:rPr>
                <w:sz w:val="18"/>
              </w:rPr>
              <w:t>-0.0502***</w:t>
            </w:r>
          </w:p>
        </w:tc>
        <w:tc>
          <w:tcPr>
            <w:tcW w:w="1749" w:type="dxa"/>
          </w:tcPr>
          <w:p w14:paraId="75EE59A8" w14:textId="77777777" w:rsidR="00B96123" w:rsidRDefault="00000000">
            <w:pPr>
              <w:jc w:val="center"/>
            </w:pPr>
            <w:r>
              <w:rPr>
                <w:sz w:val="18"/>
              </w:rPr>
              <w:t>-0.0127***</w:t>
            </w:r>
          </w:p>
        </w:tc>
        <w:tc>
          <w:tcPr>
            <w:tcW w:w="1749" w:type="dxa"/>
          </w:tcPr>
          <w:p w14:paraId="53F27006" w14:textId="77777777" w:rsidR="00B96123" w:rsidRDefault="00000000">
            <w:pPr>
              <w:jc w:val="center"/>
            </w:pPr>
            <w:r>
              <w:rPr>
                <w:sz w:val="18"/>
              </w:rPr>
              <w:t>-0.0127***</w:t>
            </w:r>
          </w:p>
        </w:tc>
        <w:tc>
          <w:tcPr>
            <w:tcW w:w="1749" w:type="dxa"/>
          </w:tcPr>
          <w:p w14:paraId="16C088E6" w14:textId="77777777" w:rsidR="00B96123" w:rsidRDefault="00000000">
            <w:pPr>
              <w:jc w:val="center"/>
            </w:pPr>
            <w:r>
              <w:rPr>
                <w:sz w:val="18"/>
              </w:rPr>
              <w:t>-0.0112***</w:t>
            </w:r>
          </w:p>
        </w:tc>
        <w:tc>
          <w:tcPr>
            <w:tcW w:w="1749" w:type="dxa"/>
          </w:tcPr>
          <w:p w14:paraId="7350968D" w14:textId="77777777" w:rsidR="00B96123" w:rsidRDefault="00000000">
            <w:pPr>
              <w:jc w:val="center"/>
            </w:pPr>
            <w:r>
              <w:rPr>
                <w:sz w:val="18"/>
              </w:rPr>
              <w:t>-0.0128***</w:t>
            </w:r>
          </w:p>
        </w:tc>
        <w:tc>
          <w:tcPr>
            <w:tcW w:w="1749" w:type="dxa"/>
          </w:tcPr>
          <w:p w14:paraId="75AC857F" w14:textId="77777777" w:rsidR="00B96123" w:rsidRDefault="00000000">
            <w:pPr>
              <w:jc w:val="center"/>
            </w:pPr>
            <w:r>
              <w:rPr>
                <w:sz w:val="18"/>
              </w:rPr>
              <w:t>-0.0138***</w:t>
            </w:r>
          </w:p>
        </w:tc>
      </w:tr>
      <w:tr w:rsidR="00B96123" w14:paraId="3D3B2B7C" w14:textId="77777777" w:rsidTr="00476DC6">
        <w:trPr>
          <w:jc w:val="center"/>
        </w:trPr>
        <w:tc>
          <w:tcPr>
            <w:tcW w:w="1749" w:type="dxa"/>
          </w:tcPr>
          <w:p w14:paraId="343BF43C" w14:textId="77777777" w:rsidR="00B96123" w:rsidRDefault="00B96123"/>
        </w:tc>
        <w:tc>
          <w:tcPr>
            <w:tcW w:w="1749" w:type="dxa"/>
          </w:tcPr>
          <w:p w14:paraId="7B156468" w14:textId="77777777" w:rsidR="00B96123" w:rsidRDefault="00000000">
            <w:pPr>
              <w:jc w:val="center"/>
            </w:pPr>
            <w:r>
              <w:rPr>
                <w:sz w:val="16"/>
              </w:rPr>
              <w:t>(0.0080)</w:t>
            </w:r>
          </w:p>
        </w:tc>
        <w:tc>
          <w:tcPr>
            <w:tcW w:w="1749" w:type="dxa"/>
          </w:tcPr>
          <w:p w14:paraId="7EB9D5F9" w14:textId="77777777" w:rsidR="00B96123" w:rsidRDefault="00000000">
            <w:pPr>
              <w:jc w:val="center"/>
            </w:pPr>
            <w:r>
              <w:rPr>
                <w:sz w:val="16"/>
              </w:rPr>
              <w:t>(0.0036)</w:t>
            </w:r>
          </w:p>
        </w:tc>
        <w:tc>
          <w:tcPr>
            <w:tcW w:w="1749" w:type="dxa"/>
          </w:tcPr>
          <w:p w14:paraId="3A52BCC0" w14:textId="77777777" w:rsidR="00B96123" w:rsidRDefault="00000000">
            <w:pPr>
              <w:jc w:val="center"/>
            </w:pPr>
            <w:r>
              <w:rPr>
                <w:sz w:val="16"/>
              </w:rPr>
              <w:t>(0.0036)</w:t>
            </w:r>
          </w:p>
        </w:tc>
        <w:tc>
          <w:tcPr>
            <w:tcW w:w="1749" w:type="dxa"/>
          </w:tcPr>
          <w:p w14:paraId="131FDF01" w14:textId="77777777" w:rsidR="00B96123" w:rsidRDefault="00000000">
            <w:pPr>
              <w:jc w:val="center"/>
            </w:pPr>
            <w:r>
              <w:rPr>
                <w:sz w:val="16"/>
              </w:rPr>
              <w:t>(0.0026)</w:t>
            </w:r>
          </w:p>
        </w:tc>
        <w:tc>
          <w:tcPr>
            <w:tcW w:w="1749" w:type="dxa"/>
          </w:tcPr>
          <w:p w14:paraId="48BAE741" w14:textId="77777777" w:rsidR="00B96123" w:rsidRDefault="00000000">
            <w:pPr>
              <w:jc w:val="center"/>
            </w:pPr>
            <w:r>
              <w:rPr>
                <w:sz w:val="16"/>
              </w:rPr>
              <w:t>(0.0037)</w:t>
            </w:r>
          </w:p>
        </w:tc>
        <w:tc>
          <w:tcPr>
            <w:tcW w:w="1749" w:type="dxa"/>
          </w:tcPr>
          <w:p w14:paraId="454683CD" w14:textId="77777777" w:rsidR="00B96123" w:rsidRDefault="00000000">
            <w:pPr>
              <w:jc w:val="center"/>
            </w:pPr>
            <w:r>
              <w:rPr>
                <w:sz w:val="16"/>
              </w:rPr>
              <w:t>(0.0041)</w:t>
            </w:r>
          </w:p>
        </w:tc>
      </w:tr>
      <w:tr w:rsidR="00B96123" w14:paraId="22A4D957" w14:textId="77777777" w:rsidTr="00476DC6">
        <w:trPr>
          <w:jc w:val="center"/>
        </w:trPr>
        <w:tc>
          <w:tcPr>
            <w:tcW w:w="1749" w:type="dxa"/>
          </w:tcPr>
          <w:p w14:paraId="22000FFC" w14:textId="77777777" w:rsidR="00B96123" w:rsidRDefault="00000000">
            <w:pPr>
              <w:jc w:val="center"/>
            </w:pPr>
            <w:r>
              <w:rPr>
                <w:sz w:val="18"/>
              </w:rPr>
              <w:t>Age</w:t>
            </w:r>
          </w:p>
        </w:tc>
        <w:tc>
          <w:tcPr>
            <w:tcW w:w="1749" w:type="dxa"/>
          </w:tcPr>
          <w:p w14:paraId="77720B83" w14:textId="77777777" w:rsidR="00B96123" w:rsidRDefault="00000000">
            <w:pPr>
              <w:jc w:val="center"/>
            </w:pPr>
            <w:r>
              <w:rPr>
                <w:sz w:val="18"/>
              </w:rPr>
              <w:t>0.0031***</w:t>
            </w:r>
          </w:p>
        </w:tc>
        <w:tc>
          <w:tcPr>
            <w:tcW w:w="1749" w:type="dxa"/>
          </w:tcPr>
          <w:p w14:paraId="6D30A00A" w14:textId="77777777" w:rsidR="00B96123" w:rsidRDefault="00000000">
            <w:pPr>
              <w:jc w:val="center"/>
            </w:pPr>
            <w:r>
              <w:rPr>
                <w:sz w:val="18"/>
              </w:rPr>
              <w:t>-0.0003***</w:t>
            </w:r>
          </w:p>
        </w:tc>
        <w:tc>
          <w:tcPr>
            <w:tcW w:w="1749" w:type="dxa"/>
          </w:tcPr>
          <w:p w14:paraId="7D789EC8" w14:textId="77777777" w:rsidR="00B96123" w:rsidRDefault="00000000">
            <w:pPr>
              <w:jc w:val="center"/>
            </w:pPr>
            <w:r>
              <w:rPr>
                <w:sz w:val="18"/>
              </w:rPr>
              <w:t>-0.0003***</w:t>
            </w:r>
          </w:p>
        </w:tc>
        <w:tc>
          <w:tcPr>
            <w:tcW w:w="1749" w:type="dxa"/>
          </w:tcPr>
          <w:p w14:paraId="1770684D" w14:textId="77777777" w:rsidR="00B96123" w:rsidRDefault="00000000">
            <w:pPr>
              <w:jc w:val="center"/>
            </w:pPr>
            <w:r>
              <w:rPr>
                <w:sz w:val="18"/>
              </w:rPr>
              <w:t>-0.0003***</w:t>
            </w:r>
          </w:p>
        </w:tc>
        <w:tc>
          <w:tcPr>
            <w:tcW w:w="1749" w:type="dxa"/>
          </w:tcPr>
          <w:p w14:paraId="4E5E1F5F" w14:textId="77777777" w:rsidR="00B96123" w:rsidRDefault="00000000">
            <w:pPr>
              <w:jc w:val="center"/>
            </w:pPr>
            <w:r>
              <w:rPr>
                <w:sz w:val="18"/>
              </w:rPr>
              <w:t>-0.0003***</w:t>
            </w:r>
          </w:p>
        </w:tc>
        <w:tc>
          <w:tcPr>
            <w:tcW w:w="1749" w:type="dxa"/>
          </w:tcPr>
          <w:p w14:paraId="0BE671B5" w14:textId="77777777" w:rsidR="00B96123" w:rsidRDefault="00000000">
            <w:pPr>
              <w:jc w:val="center"/>
            </w:pPr>
            <w:r>
              <w:rPr>
                <w:sz w:val="18"/>
              </w:rPr>
              <w:t>-0.0004***</w:t>
            </w:r>
          </w:p>
        </w:tc>
      </w:tr>
      <w:tr w:rsidR="00B96123" w14:paraId="2D0DFC22" w14:textId="77777777" w:rsidTr="00476DC6">
        <w:trPr>
          <w:jc w:val="center"/>
        </w:trPr>
        <w:tc>
          <w:tcPr>
            <w:tcW w:w="1749" w:type="dxa"/>
          </w:tcPr>
          <w:p w14:paraId="29329501" w14:textId="77777777" w:rsidR="00B96123" w:rsidRDefault="00B96123"/>
        </w:tc>
        <w:tc>
          <w:tcPr>
            <w:tcW w:w="1749" w:type="dxa"/>
          </w:tcPr>
          <w:p w14:paraId="148B1C43" w14:textId="77777777" w:rsidR="00B96123" w:rsidRDefault="00000000">
            <w:pPr>
              <w:jc w:val="center"/>
            </w:pPr>
            <w:r>
              <w:rPr>
                <w:sz w:val="16"/>
              </w:rPr>
              <w:t>(0.0005)</w:t>
            </w:r>
          </w:p>
        </w:tc>
        <w:tc>
          <w:tcPr>
            <w:tcW w:w="1749" w:type="dxa"/>
          </w:tcPr>
          <w:p w14:paraId="37C7E219" w14:textId="77777777" w:rsidR="00B96123" w:rsidRDefault="00000000">
            <w:pPr>
              <w:jc w:val="center"/>
            </w:pPr>
            <w:r>
              <w:rPr>
                <w:sz w:val="16"/>
              </w:rPr>
              <w:t>(0.0001)</w:t>
            </w:r>
          </w:p>
        </w:tc>
        <w:tc>
          <w:tcPr>
            <w:tcW w:w="1749" w:type="dxa"/>
          </w:tcPr>
          <w:p w14:paraId="0A39B5EC" w14:textId="77777777" w:rsidR="00B96123" w:rsidRDefault="00000000">
            <w:pPr>
              <w:jc w:val="center"/>
            </w:pPr>
            <w:r>
              <w:rPr>
                <w:sz w:val="16"/>
              </w:rPr>
              <w:t>(0.0001)</w:t>
            </w:r>
          </w:p>
        </w:tc>
        <w:tc>
          <w:tcPr>
            <w:tcW w:w="1749" w:type="dxa"/>
          </w:tcPr>
          <w:p w14:paraId="6304D43B" w14:textId="77777777" w:rsidR="00B96123" w:rsidRDefault="00000000">
            <w:pPr>
              <w:jc w:val="center"/>
            </w:pPr>
            <w:r>
              <w:rPr>
                <w:sz w:val="16"/>
              </w:rPr>
              <w:t>(0.0001)</w:t>
            </w:r>
          </w:p>
        </w:tc>
        <w:tc>
          <w:tcPr>
            <w:tcW w:w="1749" w:type="dxa"/>
          </w:tcPr>
          <w:p w14:paraId="4B4ECFCC" w14:textId="77777777" w:rsidR="00B96123" w:rsidRDefault="00000000">
            <w:pPr>
              <w:jc w:val="center"/>
            </w:pPr>
            <w:r>
              <w:rPr>
                <w:sz w:val="16"/>
              </w:rPr>
              <w:t>(0.0001)</w:t>
            </w:r>
          </w:p>
        </w:tc>
        <w:tc>
          <w:tcPr>
            <w:tcW w:w="1749" w:type="dxa"/>
          </w:tcPr>
          <w:p w14:paraId="2986A252" w14:textId="77777777" w:rsidR="00B96123" w:rsidRDefault="00000000">
            <w:pPr>
              <w:jc w:val="center"/>
            </w:pPr>
            <w:r>
              <w:rPr>
                <w:sz w:val="16"/>
              </w:rPr>
              <w:t>(0.0001)</w:t>
            </w:r>
          </w:p>
        </w:tc>
      </w:tr>
      <w:tr w:rsidR="00B96123" w14:paraId="59E03AAA" w14:textId="77777777" w:rsidTr="00476DC6">
        <w:trPr>
          <w:jc w:val="center"/>
        </w:trPr>
        <w:tc>
          <w:tcPr>
            <w:tcW w:w="1749" w:type="dxa"/>
          </w:tcPr>
          <w:p w14:paraId="0C8E5DC0" w14:textId="77777777" w:rsidR="00B96123" w:rsidRDefault="00000000">
            <w:pPr>
              <w:jc w:val="center"/>
            </w:pPr>
            <w:r>
              <w:rPr>
                <w:sz w:val="18"/>
              </w:rPr>
              <w:t>Age 25-34</w:t>
            </w:r>
          </w:p>
        </w:tc>
        <w:tc>
          <w:tcPr>
            <w:tcW w:w="1749" w:type="dxa"/>
          </w:tcPr>
          <w:p w14:paraId="4CAF4778" w14:textId="77777777" w:rsidR="00B96123" w:rsidRDefault="00000000">
            <w:pPr>
              <w:jc w:val="center"/>
            </w:pPr>
            <w:r>
              <w:rPr>
                <w:sz w:val="18"/>
              </w:rPr>
              <w:t>0.1741***</w:t>
            </w:r>
          </w:p>
        </w:tc>
        <w:tc>
          <w:tcPr>
            <w:tcW w:w="1749" w:type="dxa"/>
          </w:tcPr>
          <w:p w14:paraId="7B55B3B0" w14:textId="77777777" w:rsidR="00B96123" w:rsidRDefault="00000000">
            <w:pPr>
              <w:jc w:val="center"/>
            </w:pPr>
            <w:r>
              <w:rPr>
                <w:sz w:val="18"/>
              </w:rPr>
              <w:t>-0.0029</w:t>
            </w:r>
          </w:p>
        </w:tc>
        <w:tc>
          <w:tcPr>
            <w:tcW w:w="1749" w:type="dxa"/>
          </w:tcPr>
          <w:p w14:paraId="21DB52C3" w14:textId="77777777" w:rsidR="00B96123" w:rsidRDefault="00000000">
            <w:pPr>
              <w:jc w:val="center"/>
            </w:pPr>
            <w:r>
              <w:rPr>
                <w:sz w:val="18"/>
              </w:rPr>
              <w:t>-0.0029</w:t>
            </w:r>
          </w:p>
        </w:tc>
        <w:tc>
          <w:tcPr>
            <w:tcW w:w="1749" w:type="dxa"/>
          </w:tcPr>
          <w:p w14:paraId="7602C500" w14:textId="77777777" w:rsidR="00B96123" w:rsidRDefault="00000000">
            <w:pPr>
              <w:jc w:val="center"/>
            </w:pPr>
            <w:r>
              <w:rPr>
                <w:sz w:val="18"/>
              </w:rPr>
              <w:t>-0.0029</w:t>
            </w:r>
          </w:p>
        </w:tc>
        <w:tc>
          <w:tcPr>
            <w:tcW w:w="1749" w:type="dxa"/>
          </w:tcPr>
          <w:p w14:paraId="634C79BF" w14:textId="77777777" w:rsidR="00B96123" w:rsidRDefault="00000000">
            <w:pPr>
              <w:jc w:val="center"/>
            </w:pPr>
            <w:r>
              <w:rPr>
                <w:sz w:val="18"/>
              </w:rPr>
              <w:t>-0.0029</w:t>
            </w:r>
          </w:p>
        </w:tc>
        <w:tc>
          <w:tcPr>
            <w:tcW w:w="1749" w:type="dxa"/>
          </w:tcPr>
          <w:p w14:paraId="07E79232" w14:textId="77777777" w:rsidR="00B96123" w:rsidRDefault="00000000">
            <w:pPr>
              <w:jc w:val="center"/>
            </w:pPr>
            <w:r>
              <w:rPr>
                <w:sz w:val="18"/>
              </w:rPr>
              <w:t>-0.0031</w:t>
            </w:r>
          </w:p>
        </w:tc>
      </w:tr>
      <w:tr w:rsidR="00B96123" w14:paraId="08479B9A" w14:textId="77777777" w:rsidTr="00476DC6">
        <w:trPr>
          <w:jc w:val="center"/>
        </w:trPr>
        <w:tc>
          <w:tcPr>
            <w:tcW w:w="1749" w:type="dxa"/>
          </w:tcPr>
          <w:p w14:paraId="0A3775EF" w14:textId="77777777" w:rsidR="00B96123" w:rsidRDefault="00B96123"/>
        </w:tc>
        <w:tc>
          <w:tcPr>
            <w:tcW w:w="1749" w:type="dxa"/>
          </w:tcPr>
          <w:p w14:paraId="0CB41410" w14:textId="77777777" w:rsidR="00B96123" w:rsidRDefault="00000000">
            <w:pPr>
              <w:jc w:val="center"/>
            </w:pPr>
            <w:r>
              <w:rPr>
                <w:sz w:val="16"/>
              </w:rPr>
              <w:t>(0.0059)</w:t>
            </w:r>
          </w:p>
        </w:tc>
        <w:tc>
          <w:tcPr>
            <w:tcW w:w="1749" w:type="dxa"/>
          </w:tcPr>
          <w:p w14:paraId="7372732A" w14:textId="77777777" w:rsidR="00B96123" w:rsidRDefault="00000000">
            <w:pPr>
              <w:jc w:val="center"/>
            </w:pPr>
            <w:r>
              <w:rPr>
                <w:sz w:val="16"/>
              </w:rPr>
              <w:t>(0.0018)</w:t>
            </w:r>
          </w:p>
        </w:tc>
        <w:tc>
          <w:tcPr>
            <w:tcW w:w="1749" w:type="dxa"/>
          </w:tcPr>
          <w:p w14:paraId="08B90BCC" w14:textId="77777777" w:rsidR="00B96123" w:rsidRDefault="00000000">
            <w:pPr>
              <w:jc w:val="center"/>
            </w:pPr>
            <w:r>
              <w:rPr>
                <w:sz w:val="16"/>
              </w:rPr>
              <w:t>(0.0018)</w:t>
            </w:r>
          </w:p>
        </w:tc>
        <w:tc>
          <w:tcPr>
            <w:tcW w:w="1749" w:type="dxa"/>
          </w:tcPr>
          <w:p w14:paraId="3E063633" w14:textId="77777777" w:rsidR="00B96123" w:rsidRDefault="00000000">
            <w:pPr>
              <w:jc w:val="center"/>
            </w:pPr>
            <w:r>
              <w:rPr>
                <w:sz w:val="16"/>
              </w:rPr>
              <w:t>(0.0018)</w:t>
            </w:r>
          </w:p>
        </w:tc>
        <w:tc>
          <w:tcPr>
            <w:tcW w:w="1749" w:type="dxa"/>
          </w:tcPr>
          <w:p w14:paraId="0F5A18FF" w14:textId="77777777" w:rsidR="00B96123" w:rsidRDefault="00000000">
            <w:pPr>
              <w:jc w:val="center"/>
            </w:pPr>
            <w:r>
              <w:rPr>
                <w:sz w:val="16"/>
              </w:rPr>
              <w:t>(0.0018)</w:t>
            </w:r>
          </w:p>
        </w:tc>
        <w:tc>
          <w:tcPr>
            <w:tcW w:w="1749" w:type="dxa"/>
          </w:tcPr>
          <w:p w14:paraId="0E7DB9A5" w14:textId="77777777" w:rsidR="00B96123" w:rsidRDefault="00000000">
            <w:pPr>
              <w:jc w:val="center"/>
            </w:pPr>
            <w:r>
              <w:rPr>
                <w:sz w:val="16"/>
              </w:rPr>
              <w:t>(0.0018)</w:t>
            </w:r>
          </w:p>
        </w:tc>
      </w:tr>
      <w:tr w:rsidR="00B96123" w14:paraId="575541DB" w14:textId="77777777" w:rsidTr="00476DC6">
        <w:trPr>
          <w:jc w:val="center"/>
        </w:trPr>
        <w:tc>
          <w:tcPr>
            <w:tcW w:w="1749" w:type="dxa"/>
          </w:tcPr>
          <w:p w14:paraId="3E292050" w14:textId="77777777" w:rsidR="00B96123" w:rsidRDefault="00000000">
            <w:pPr>
              <w:jc w:val="center"/>
            </w:pPr>
            <w:r>
              <w:rPr>
                <w:sz w:val="18"/>
              </w:rPr>
              <w:t>Low Education</w:t>
            </w:r>
          </w:p>
        </w:tc>
        <w:tc>
          <w:tcPr>
            <w:tcW w:w="1749" w:type="dxa"/>
          </w:tcPr>
          <w:p w14:paraId="4AC96DD6" w14:textId="77777777" w:rsidR="00B96123" w:rsidRDefault="00000000">
            <w:pPr>
              <w:jc w:val="center"/>
            </w:pPr>
            <w:r>
              <w:rPr>
                <w:sz w:val="18"/>
              </w:rPr>
              <w:t>0.0957***</w:t>
            </w:r>
          </w:p>
        </w:tc>
        <w:tc>
          <w:tcPr>
            <w:tcW w:w="1749" w:type="dxa"/>
          </w:tcPr>
          <w:p w14:paraId="2C877D3D" w14:textId="77777777" w:rsidR="00B96123" w:rsidRDefault="00000000">
            <w:pPr>
              <w:jc w:val="center"/>
            </w:pPr>
            <w:r>
              <w:rPr>
                <w:sz w:val="18"/>
              </w:rPr>
              <w:t>0.0442***</w:t>
            </w:r>
          </w:p>
        </w:tc>
        <w:tc>
          <w:tcPr>
            <w:tcW w:w="1749" w:type="dxa"/>
          </w:tcPr>
          <w:p w14:paraId="64DC6679" w14:textId="77777777" w:rsidR="00B96123" w:rsidRDefault="00000000">
            <w:pPr>
              <w:jc w:val="center"/>
            </w:pPr>
            <w:r>
              <w:rPr>
                <w:sz w:val="18"/>
              </w:rPr>
              <w:t>0.0442***</w:t>
            </w:r>
          </w:p>
        </w:tc>
        <w:tc>
          <w:tcPr>
            <w:tcW w:w="1749" w:type="dxa"/>
          </w:tcPr>
          <w:p w14:paraId="76541D93" w14:textId="77777777" w:rsidR="00B96123" w:rsidRDefault="00000000">
            <w:pPr>
              <w:jc w:val="center"/>
            </w:pPr>
            <w:r>
              <w:rPr>
                <w:sz w:val="18"/>
              </w:rPr>
              <w:t>0.0442***</w:t>
            </w:r>
          </w:p>
        </w:tc>
        <w:tc>
          <w:tcPr>
            <w:tcW w:w="1749" w:type="dxa"/>
          </w:tcPr>
          <w:p w14:paraId="13FF86A4" w14:textId="77777777" w:rsidR="00B96123" w:rsidRDefault="00000000">
            <w:pPr>
              <w:jc w:val="center"/>
            </w:pPr>
            <w:r>
              <w:rPr>
                <w:sz w:val="18"/>
              </w:rPr>
              <w:t>0.0413***</w:t>
            </w:r>
          </w:p>
        </w:tc>
        <w:tc>
          <w:tcPr>
            <w:tcW w:w="1749" w:type="dxa"/>
          </w:tcPr>
          <w:p w14:paraId="4CDD0D55" w14:textId="77777777" w:rsidR="00B96123" w:rsidRDefault="00000000">
            <w:pPr>
              <w:jc w:val="center"/>
            </w:pPr>
            <w:r>
              <w:rPr>
                <w:sz w:val="18"/>
              </w:rPr>
              <w:t>0.0450***</w:t>
            </w:r>
          </w:p>
        </w:tc>
      </w:tr>
      <w:tr w:rsidR="00B96123" w14:paraId="39CB168C" w14:textId="77777777" w:rsidTr="00476DC6">
        <w:trPr>
          <w:jc w:val="center"/>
        </w:trPr>
        <w:tc>
          <w:tcPr>
            <w:tcW w:w="1749" w:type="dxa"/>
          </w:tcPr>
          <w:p w14:paraId="7CCC4F70" w14:textId="77777777" w:rsidR="00B96123" w:rsidRDefault="00B96123"/>
        </w:tc>
        <w:tc>
          <w:tcPr>
            <w:tcW w:w="1749" w:type="dxa"/>
          </w:tcPr>
          <w:p w14:paraId="45107692" w14:textId="77777777" w:rsidR="00B96123" w:rsidRDefault="00000000">
            <w:pPr>
              <w:jc w:val="center"/>
            </w:pPr>
            <w:r>
              <w:rPr>
                <w:sz w:val="16"/>
              </w:rPr>
              <w:t>(0.0089)</w:t>
            </w:r>
          </w:p>
        </w:tc>
        <w:tc>
          <w:tcPr>
            <w:tcW w:w="1749" w:type="dxa"/>
          </w:tcPr>
          <w:p w14:paraId="23A194AF" w14:textId="77777777" w:rsidR="00B96123" w:rsidRDefault="00000000">
            <w:pPr>
              <w:jc w:val="center"/>
            </w:pPr>
            <w:r>
              <w:rPr>
                <w:sz w:val="16"/>
              </w:rPr>
              <w:t>(0.0074)</w:t>
            </w:r>
          </w:p>
        </w:tc>
        <w:tc>
          <w:tcPr>
            <w:tcW w:w="1749" w:type="dxa"/>
          </w:tcPr>
          <w:p w14:paraId="08D1C8A8" w14:textId="77777777" w:rsidR="00B96123" w:rsidRDefault="00000000">
            <w:pPr>
              <w:jc w:val="center"/>
            </w:pPr>
            <w:r>
              <w:rPr>
                <w:sz w:val="16"/>
              </w:rPr>
              <w:t>(0.0074)</w:t>
            </w:r>
          </w:p>
        </w:tc>
        <w:tc>
          <w:tcPr>
            <w:tcW w:w="1749" w:type="dxa"/>
          </w:tcPr>
          <w:p w14:paraId="730B88A7" w14:textId="77777777" w:rsidR="00B96123" w:rsidRDefault="00000000">
            <w:pPr>
              <w:jc w:val="center"/>
            </w:pPr>
            <w:r>
              <w:rPr>
                <w:sz w:val="16"/>
              </w:rPr>
              <w:t>(0.0074)</w:t>
            </w:r>
          </w:p>
        </w:tc>
        <w:tc>
          <w:tcPr>
            <w:tcW w:w="1749" w:type="dxa"/>
          </w:tcPr>
          <w:p w14:paraId="1C8674A4" w14:textId="77777777" w:rsidR="00B96123" w:rsidRDefault="00000000">
            <w:pPr>
              <w:jc w:val="center"/>
            </w:pPr>
            <w:r>
              <w:rPr>
                <w:sz w:val="16"/>
              </w:rPr>
              <w:t>(0.0066)</w:t>
            </w:r>
          </w:p>
        </w:tc>
        <w:tc>
          <w:tcPr>
            <w:tcW w:w="1749" w:type="dxa"/>
          </w:tcPr>
          <w:p w14:paraId="6D3588B9" w14:textId="77777777" w:rsidR="00B96123" w:rsidRDefault="00000000">
            <w:pPr>
              <w:jc w:val="center"/>
            </w:pPr>
            <w:r>
              <w:rPr>
                <w:sz w:val="16"/>
              </w:rPr>
              <w:t>(0.0076)</w:t>
            </w:r>
          </w:p>
        </w:tc>
      </w:tr>
      <w:tr w:rsidR="00B96123" w14:paraId="4903505D" w14:textId="77777777" w:rsidTr="00476DC6">
        <w:trPr>
          <w:jc w:val="center"/>
        </w:trPr>
        <w:tc>
          <w:tcPr>
            <w:tcW w:w="1749" w:type="dxa"/>
          </w:tcPr>
          <w:p w14:paraId="3F2CBDB8" w14:textId="77777777" w:rsidR="00B96123" w:rsidRDefault="00000000">
            <w:pPr>
              <w:jc w:val="center"/>
            </w:pPr>
            <w:r>
              <w:rPr>
                <w:b/>
                <w:sz w:val="18"/>
              </w:rPr>
              <w:t>State, Caste &amp; Year FE</w:t>
            </w:r>
          </w:p>
        </w:tc>
        <w:tc>
          <w:tcPr>
            <w:tcW w:w="1749" w:type="dxa"/>
          </w:tcPr>
          <w:p w14:paraId="327712E9" w14:textId="77777777" w:rsidR="00B96123" w:rsidRDefault="00000000">
            <w:pPr>
              <w:jc w:val="center"/>
            </w:pPr>
            <w:r>
              <w:rPr>
                <w:sz w:val="18"/>
              </w:rPr>
              <w:t>Yes</w:t>
            </w:r>
          </w:p>
        </w:tc>
        <w:tc>
          <w:tcPr>
            <w:tcW w:w="1749" w:type="dxa"/>
          </w:tcPr>
          <w:p w14:paraId="1D1D5109" w14:textId="77777777" w:rsidR="00B96123" w:rsidRDefault="00000000">
            <w:pPr>
              <w:jc w:val="center"/>
            </w:pPr>
            <w:r>
              <w:rPr>
                <w:sz w:val="18"/>
              </w:rPr>
              <w:t>Yes</w:t>
            </w:r>
          </w:p>
        </w:tc>
        <w:tc>
          <w:tcPr>
            <w:tcW w:w="1749" w:type="dxa"/>
          </w:tcPr>
          <w:p w14:paraId="08BA7853" w14:textId="77777777" w:rsidR="00B96123" w:rsidRDefault="00000000">
            <w:pPr>
              <w:jc w:val="center"/>
            </w:pPr>
            <w:r>
              <w:rPr>
                <w:sz w:val="18"/>
              </w:rPr>
              <w:t>Yes</w:t>
            </w:r>
          </w:p>
        </w:tc>
        <w:tc>
          <w:tcPr>
            <w:tcW w:w="1749" w:type="dxa"/>
          </w:tcPr>
          <w:p w14:paraId="74A6C883" w14:textId="77777777" w:rsidR="00B96123" w:rsidRDefault="00000000">
            <w:pPr>
              <w:jc w:val="center"/>
            </w:pPr>
            <w:r>
              <w:rPr>
                <w:sz w:val="18"/>
              </w:rPr>
              <w:t>Yes</w:t>
            </w:r>
          </w:p>
        </w:tc>
        <w:tc>
          <w:tcPr>
            <w:tcW w:w="1749" w:type="dxa"/>
          </w:tcPr>
          <w:p w14:paraId="3D674AEB" w14:textId="77777777" w:rsidR="00B96123" w:rsidRDefault="00000000">
            <w:pPr>
              <w:jc w:val="center"/>
            </w:pPr>
            <w:r>
              <w:rPr>
                <w:sz w:val="18"/>
              </w:rPr>
              <w:t>Yes</w:t>
            </w:r>
          </w:p>
        </w:tc>
        <w:tc>
          <w:tcPr>
            <w:tcW w:w="1749" w:type="dxa"/>
          </w:tcPr>
          <w:p w14:paraId="3EB1E0A1" w14:textId="77777777" w:rsidR="00B96123" w:rsidRDefault="00000000">
            <w:pPr>
              <w:jc w:val="center"/>
            </w:pPr>
            <w:r>
              <w:rPr>
                <w:sz w:val="18"/>
              </w:rPr>
              <w:t>Yes</w:t>
            </w:r>
          </w:p>
        </w:tc>
      </w:tr>
      <w:tr w:rsidR="00B96123" w14:paraId="06947A09" w14:textId="77777777" w:rsidTr="00476DC6">
        <w:trPr>
          <w:jc w:val="center"/>
        </w:trPr>
        <w:tc>
          <w:tcPr>
            <w:tcW w:w="1749" w:type="dxa"/>
          </w:tcPr>
          <w:p w14:paraId="1F2ECB64" w14:textId="77777777" w:rsidR="00B96123" w:rsidRDefault="00000000">
            <w:pPr>
              <w:jc w:val="center"/>
            </w:pPr>
            <w:r>
              <w:rPr>
                <w:b/>
                <w:sz w:val="18"/>
              </w:rPr>
              <w:t>Observations</w:t>
            </w:r>
          </w:p>
        </w:tc>
        <w:tc>
          <w:tcPr>
            <w:tcW w:w="1749" w:type="dxa"/>
          </w:tcPr>
          <w:p w14:paraId="613D795E" w14:textId="77777777" w:rsidR="00B96123" w:rsidRDefault="00000000">
            <w:pPr>
              <w:jc w:val="center"/>
            </w:pPr>
            <w:r>
              <w:rPr>
                <w:sz w:val="18"/>
              </w:rPr>
              <w:t>1,936,240</w:t>
            </w:r>
          </w:p>
        </w:tc>
        <w:tc>
          <w:tcPr>
            <w:tcW w:w="1749" w:type="dxa"/>
          </w:tcPr>
          <w:p w14:paraId="0E65F447" w14:textId="77777777" w:rsidR="00B96123" w:rsidRDefault="00000000">
            <w:pPr>
              <w:jc w:val="center"/>
            </w:pPr>
            <w:r>
              <w:rPr>
                <w:sz w:val="18"/>
              </w:rPr>
              <w:t>297,367</w:t>
            </w:r>
          </w:p>
        </w:tc>
        <w:tc>
          <w:tcPr>
            <w:tcW w:w="1749" w:type="dxa"/>
          </w:tcPr>
          <w:p w14:paraId="7858F532" w14:textId="77777777" w:rsidR="00B96123" w:rsidRDefault="00000000">
            <w:pPr>
              <w:jc w:val="center"/>
            </w:pPr>
            <w:r>
              <w:rPr>
                <w:sz w:val="18"/>
              </w:rPr>
              <w:t>297,367</w:t>
            </w:r>
          </w:p>
        </w:tc>
        <w:tc>
          <w:tcPr>
            <w:tcW w:w="1749" w:type="dxa"/>
          </w:tcPr>
          <w:p w14:paraId="07C38238" w14:textId="77777777" w:rsidR="00B96123" w:rsidRDefault="00000000">
            <w:pPr>
              <w:jc w:val="center"/>
            </w:pPr>
            <w:r>
              <w:rPr>
                <w:sz w:val="18"/>
              </w:rPr>
              <w:t>297,367</w:t>
            </w:r>
          </w:p>
        </w:tc>
        <w:tc>
          <w:tcPr>
            <w:tcW w:w="1749" w:type="dxa"/>
          </w:tcPr>
          <w:p w14:paraId="726745FA" w14:textId="77777777" w:rsidR="00B96123" w:rsidRDefault="00000000">
            <w:pPr>
              <w:jc w:val="center"/>
            </w:pPr>
            <w:r>
              <w:rPr>
                <w:sz w:val="18"/>
              </w:rPr>
              <w:t>297,367</w:t>
            </w:r>
          </w:p>
        </w:tc>
        <w:tc>
          <w:tcPr>
            <w:tcW w:w="1749" w:type="dxa"/>
          </w:tcPr>
          <w:p w14:paraId="7EF48B64" w14:textId="77777777" w:rsidR="00B96123" w:rsidRDefault="00000000">
            <w:pPr>
              <w:jc w:val="center"/>
            </w:pPr>
            <w:r>
              <w:rPr>
                <w:sz w:val="18"/>
              </w:rPr>
              <w:t>297,367</w:t>
            </w:r>
          </w:p>
        </w:tc>
      </w:tr>
      <w:tr w:rsidR="00B96123" w14:paraId="27BCEDED" w14:textId="77777777" w:rsidTr="00476DC6">
        <w:trPr>
          <w:jc w:val="center"/>
        </w:trPr>
        <w:tc>
          <w:tcPr>
            <w:tcW w:w="1749" w:type="dxa"/>
          </w:tcPr>
          <w:p w14:paraId="091A64BE" w14:textId="77777777" w:rsidR="00B96123" w:rsidRDefault="00000000">
            <w:pPr>
              <w:jc w:val="center"/>
            </w:pPr>
            <w:r>
              <w:rPr>
                <w:b/>
                <w:sz w:val="18"/>
              </w:rPr>
              <w:t>R-squared</w:t>
            </w:r>
          </w:p>
        </w:tc>
        <w:tc>
          <w:tcPr>
            <w:tcW w:w="1749" w:type="dxa"/>
          </w:tcPr>
          <w:p w14:paraId="54978CB6" w14:textId="77777777" w:rsidR="00B96123" w:rsidRDefault="00000000">
            <w:pPr>
              <w:jc w:val="center"/>
            </w:pPr>
            <w:r>
              <w:rPr>
                <w:sz w:val="18"/>
              </w:rPr>
              <w:t>0.2806</w:t>
            </w:r>
          </w:p>
        </w:tc>
        <w:tc>
          <w:tcPr>
            <w:tcW w:w="1749" w:type="dxa"/>
          </w:tcPr>
          <w:p w14:paraId="54FE0B17" w14:textId="77777777" w:rsidR="00B96123" w:rsidRDefault="00000000">
            <w:pPr>
              <w:jc w:val="center"/>
            </w:pPr>
            <w:r>
              <w:rPr>
                <w:sz w:val="18"/>
              </w:rPr>
              <w:t>0.0468</w:t>
            </w:r>
          </w:p>
        </w:tc>
        <w:tc>
          <w:tcPr>
            <w:tcW w:w="1749" w:type="dxa"/>
          </w:tcPr>
          <w:p w14:paraId="30FC5D8E" w14:textId="77777777" w:rsidR="00B96123" w:rsidRDefault="00000000">
            <w:pPr>
              <w:jc w:val="center"/>
            </w:pPr>
            <w:r>
              <w:rPr>
                <w:sz w:val="18"/>
              </w:rPr>
              <w:t>0.0470</w:t>
            </w:r>
          </w:p>
        </w:tc>
        <w:tc>
          <w:tcPr>
            <w:tcW w:w="1749" w:type="dxa"/>
          </w:tcPr>
          <w:p w14:paraId="5C9DCF26" w14:textId="77777777" w:rsidR="00B96123" w:rsidRDefault="00000000">
            <w:pPr>
              <w:jc w:val="center"/>
            </w:pPr>
            <w:r>
              <w:rPr>
                <w:sz w:val="18"/>
              </w:rPr>
              <w:t>0.0470</w:t>
            </w:r>
          </w:p>
        </w:tc>
        <w:tc>
          <w:tcPr>
            <w:tcW w:w="1749" w:type="dxa"/>
          </w:tcPr>
          <w:p w14:paraId="2D20D858" w14:textId="77777777" w:rsidR="00B96123" w:rsidRDefault="00000000">
            <w:pPr>
              <w:jc w:val="center"/>
            </w:pPr>
            <w:r>
              <w:rPr>
                <w:sz w:val="18"/>
              </w:rPr>
              <w:t>0.0473</w:t>
            </w:r>
          </w:p>
        </w:tc>
        <w:tc>
          <w:tcPr>
            <w:tcW w:w="1749" w:type="dxa"/>
          </w:tcPr>
          <w:p w14:paraId="60188541" w14:textId="77777777" w:rsidR="00B96123" w:rsidRDefault="00000000">
            <w:pPr>
              <w:jc w:val="center"/>
            </w:pPr>
            <w:r>
              <w:rPr>
                <w:sz w:val="18"/>
              </w:rPr>
              <w:t>0.0457</w:t>
            </w:r>
          </w:p>
        </w:tc>
      </w:tr>
    </w:tbl>
    <w:p w14:paraId="16005260" w14:textId="77777777" w:rsidR="00B96123" w:rsidRDefault="00000000">
      <w:r>
        <w:rPr>
          <w:i/>
          <w:sz w:val="16"/>
        </w:rPr>
        <w:t>Dependent variables: Employment (col. 1), informal employment conditional on being employed (cols. 2-6). Col. 2 is the baseline informality specification; cols. 3-6 add interactions of COVID-19 with gender, urban residence, low education, and a composite disadvantaged-group indicator respectively.</w:t>
      </w:r>
    </w:p>
    <w:p w14:paraId="2564E5F9" w14:textId="77777777" w:rsidR="00B96123" w:rsidRDefault="00B96123"/>
    <w:p w14:paraId="2AD744AB" w14:textId="77777777" w:rsidR="00B96123" w:rsidRDefault="00000000">
      <w:pPr>
        <w:pStyle w:val="Heading2"/>
      </w:pPr>
      <w:r>
        <w:t>Table A2. Pre-COVID Informality Exposure and COVID-19</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448"/>
        <w:gridCol w:w="2448"/>
        <w:gridCol w:w="2448"/>
        <w:gridCol w:w="2448"/>
      </w:tblGrid>
      <w:tr w:rsidR="00B96123" w14:paraId="7D96D7CD" w14:textId="77777777" w:rsidTr="00476DC6">
        <w:trPr>
          <w:jc w:val="center"/>
        </w:trPr>
        <w:tc>
          <w:tcPr>
            <w:tcW w:w="2448" w:type="dxa"/>
            <w:shd w:val="clear" w:color="auto" w:fill="D9D9D9"/>
          </w:tcPr>
          <w:p w14:paraId="1F722B57" w14:textId="77777777" w:rsidR="00B96123" w:rsidRDefault="00000000">
            <w:pPr>
              <w:jc w:val="center"/>
            </w:pPr>
            <w:r>
              <w:rPr>
                <w:b/>
                <w:sz w:val="18"/>
              </w:rPr>
              <w:t>Variable</w:t>
            </w:r>
          </w:p>
        </w:tc>
        <w:tc>
          <w:tcPr>
            <w:tcW w:w="2448" w:type="dxa"/>
            <w:shd w:val="clear" w:color="auto" w:fill="D9D9D9"/>
          </w:tcPr>
          <w:p w14:paraId="79F56C90" w14:textId="77777777" w:rsidR="00B96123" w:rsidRDefault="00000000">
            <w:pPr>
              <w:jc w:val="center"/>
            </w:pPr>
            <w:r>
              <w:rPr>
                <w:b/>
                <w:sz w:val="18"/>
              </w:rPr>
              <w:t>Employment</w:t>
            </w:r>
          </w:p>
        </w:tc>
        <w:tc>
          <w:tcPr>
            <w:tcW w:w="2448" w:type="dxa"/>
            <w:shd w:val="clear" w:color="auto" w:fill="D9D9D9"/>
          </w:tcPr>
          <w:p w14:paraId="5752C6D9" w14:textId="77777777" w:rsidR="00B96123" w:rsidRDefault="00000000">
            <w:pPr>
              <w:jc w:val="center"/>
            </w:pPr>
            <w:r>
              <w:rPr>
                <w:b/>
                <w:sz w:val="18"/>
              </w:rPr>
              <w:t>Informal Employment</w:t>
            </w:r>
          </w:p>
        </w:tc>
        <w:tc>
          <w:tcPr>
            <w:tcW w:w="2448" w:type="dxa"/>
            <w:shd w:val="clear" w:color="auto" w:fill="D9D9D9"/>
          </w:tcPr>
          <w:p w14:paraId="1DA35A76" w14:textId="77777777" w:rsidR="00B96123" w:rsidRDefault="00000000">
            <w:pPr>
              <w:jc w:val="center"/>
            </w:pPr>
            <w:r>
              <w:rPr>
                <w:b/>
                <w:sz w:val="18"/>
              </w:rPr>
              <w:t>High Exposure</w:t>
            </w:r>
          </w:p>
        </w:tc>
        <w:tc>
          <w:tcPr>
            <w:tcW w:w="2448" w:type="dxa"/>
            <w:shd w:val="clear" w:color="auto" w:fill="D9D9D9"/>
          </w:tcPr>
          <w:p w14:paraId="1ED21C5D" w14:textId="77777777" w:rsidR="00B96123" w:rsidRDefault="00000000">
            <w:pPr>
              <w:jc w:val="center"/>
            </w:pPr>
            <w:r>
              <w:rPr>
                <w:b/>
                <w:sz w:val="18"/>
              </w:rPr>
              <w:t>Recovery</w:t>
            </w:r>
          </w:p>
        </w:tc>
      </w:tr>
      <w:tr w:rsidR="00B96123" w14:paraId="59004765" w14:textId="77777777" w:rsidTr="00476DC6">
        <w:trPr>
          <w:jc w:val="center"/>
        </w:trPr>
        <w:tc>
          <w:tcPr>
            <w:tcW w:w="2448" w:type="dxa"/>
          </w:tcPr>
          <w:p w14:paraId="1EE1C045" w14:textId="77777777" w:rsidR="00B96123" w:rsidRDefault="00000000">
            <w:pPr>
              <w:jc w:val="center"/>
            </w:pPr>
            <w:r>
              <w:rPr>
                <w:sz w:val="18"/>
              </w:rPr>
              <w:t>Pre-COVID Exposure</w:t>
            </w:r>
          </w:p>
        </w:tc>
        <w:tc>
          <w:tcPr>
            <w:tcW w:w="2448" w:type="dxa"/>
          </w:tcPr>
          <w:p w14:paraId="5599E704" w14:textId="77777777" w:rsidR="00B96123" w:rsidRDefault="00000000">
            <w:pPr>
              <w:jc w:val="center"/>
            </w:pPr>
            <w:r>
              <w:rPr>
                <w:sz w:val="18"/>
              </w:rPr>
              <w:t>-0.2908***</w:t>
            </w:r>
          </w:p>
        </w:tc>
        <w:tc>
          <w:tcPr>
            <w:tcW w:w="2448" w:type="dxa"/>
          </w:tcPr>
          <w:p w14:paraId="0C405707" w14:textId="77777777" w:rsidR="00B96123" w:rsidRDefault="00000000">
            <w:pPr>
              <w:jc w:val="center"/>
            </w:pPr>
            <w:r>
              <w:rPr>
                <w:sz w:val="18"/>
              </w:rPr>
              <w:t>-0.0925*</w:t>
            </w:r>
          </w:p>
        </w:tc>
        <w:tc>
          <w:tcPr>
            <w:tcW w:w="2448" w:type="dxa"/>
          </w:tcPr>
          <w:p w14:paraId="1B576177" w14:textId="77777777" w:rsidR="00B96123" w:rsidRDefault="00B96123">
            <w:pPr>
              <w:jc w:val="center"/>
            </w:pPr>
          </w:p>
        </w:tc>
        <w:tc>
          <w:tcPr>
            <w:tcW w:w="2448" w:type="dxa"/>
          </w:tcPr>
          <w:p w14:paraId="0242D55F" w14:textId="77777777" w:rsidR="00B96123" w:rsidRDefault="00000000">
            <w:pPr>
              <w:jc w:val="center"/>
            </w:pPr>
            <w:r>
              <w:rPr>
                <w:sz w:val="18"/>
              </w:rPr>
              <w:t>-0.1112*</w:t>
            </w:r>
          </w:p>
        </w:tc>
      </w:tr>
      <w:tr w:rsidR="00B96123" w14:paraId="369BB377" w14:textId="77777777" w:rsidTr="00476DC6">
        <w:trPr>
          <w:jc w:val="center"/>
        </w:trPr>
        <w:tc>
          <w:tcPr>
            <w:tcW w:w="2448" w:type="dxa"/>
          </w:tcPr>
          <w:p w14:paraId="7ABFDC23" w14:textId="77777777" w:rsidR="00B96123" w:rsidRDefault="00B96123"/>
        </w:tc>
        <w:tc>
          <w:tcPr>
            <w:tcW w:w="2448" w:type="dxa"/>
          </w:tcPr>
          <w:p w14:paraId="2D6D1185" w14:textId="77777777" w:rsidR="00B96123" w:rsidRDefault="00000000">
            <w:pPr>
              <w:jc w:val="center"/>
            </w:pPr>
            <w:r>
              <w:rPr>
                <w:sz w:val="16"/>
              </w:rPr>
              <w:t>(0.0660)</w:t>
            </w:r>
          </w:p>
        </w:tc>
        <w:tc>
          <w:tcPr>
            <w:tcW w:w="2448" w:type="dxa"/>
          </w:tcPr>
          <w:p w14:paraId="4C45D6E2" w14:textId="77777777" w:rsidR="00B96123" w:rsidRDefault="00000000">
            <w:pPr>
              <w:jc w:val="center"/>
            </w:pPr>
            <w:r>
              <w:rPr>
                <w:sz w:val="16"/>
              </w:rPr>
              <w:t>(0.0484)</w:t>
            </w:r>
          </w:p>
        </w:tc>
        <w:tc>
          <w:tcPr>
            <w:tcW w:w="2448" w:type="dxa"/>
          </w:tcPr>
          <w:p w14:paraId="2E518574" w14:textId="77777777" w:rsidR="00B96123" w:rsidRDefault="00B96123">
            <w:pPr>
              <w:jc w:val="center"/>
            </w:pPr>
          </w:p>
        </w:tc>
        <w:tc>
          <w:tcPr>
            <w:tcW w:w="2448" w:type="dxa"/>
          </w:tcPr>
          <w:p w14:paraId="08797575" w14:textId="77777777" w:rsidR="00B96123" w:rsidRDefault="00000000">
            <w:pPr>
              <w:jc w:val="center"/>
            </w:pPr>
            <w:r>
              <w:rPr>
                <w:sz w:val="16"/>
              </w:rPr>
              <w:t>(0.0551)</w:t>
            </w:r>
          </w:p>
        </w:tc>
      </w:tr>
      <w:tr w:rsidR="00B96123" w14:paraId="2DB01925" w14:textId="77777777" w:rsidTr="00476DC6">
        <w:trPr>
          <w:jc w:val="center"/>
        </w:trPr>
        <w:tc>
          <w:tcPr>
            <w:tcW w:w="2448" w:type="dxa"/>
          </w:tcPr>
          <w:p w14:paraId="0E40AB48" w14:textId="77777777" w:rsidR="00B96123" w:rsidRDefault="00000000">
            <w:pPr>
              <w:jc w:val="center"/>
            </w:pPr>
            <w:r>
              <w:rPr>
                <w:sz w:val="18"/>
              </w:rPr>
              <w:t>COVID-19 (2020)</w:t>
            </w:r>
          </w:p>
        </w:tc>
        <w:tc>
          <w:tcPr>
            <w:tcW w:w="2448" w:type="dxa"/>
          </w:tcPr>
          <w:p w14:paraId="61F7B4D5" w14:textId="77777777" w:rsidR="00B96123" w:rsidRDefault="00000000">
            <w:pPr>
              <w:jc w:val="center"/>
            </w:pPr>
            <w:r>
              <w:rPr>
                <w:sz w:val="18"/>
              </w:rPr>
              <w:t>0.0572***</w:t>
            </w:r>
          </w:p>
        </w:tc>
        <w:tc>
          <w:tcPr>
            <w:tcW w:w="2448" w:type="dxa"/>
          </w:tcPr>
          <w:p w14:paraId="76E13AC0" w14:textId="77777777" w:rsidR="00B96123" w:rsidRDefault="00000000">
            <w:pPr>
              <w:jc w:val="center"/>
            </w:pPr>
            <w:r>
              <w:rPr>
                <w:sz w:val="18"/>
              </w:rPr>
              <w:t>0.0086</w:t>
            </w:r>
          </w:p>
        </w:tc>
        <w:tc>
          <w:tcPr>
            <w:tcW w:w="2448" w:type="dxa"/>
          </w:tcPr>
          <w:p w14:paraId="3997BCC1" w14:textId="77777777" w:rsidR="00B96123" w:rsidRDefault="00000000">
            <w:pPr>
              <w:jc w:val="center"/>
            </w:pPr>
            <w:r>
              <w:rPr>
                <w:sz w:val="18"/>
              </w:rPr>
              <w:t>0.0019</w:t>
            </w:r>
          </w:p>
        </w:tc>
        <w:tc>
          <w:tcPr>
            <w:tcW w:w="2448" w:type="dxa"/>
          </w:tcPr>
          <w:p w14:paraId="0D310C43" w14:textId="77777777" w:rsidR="00B96123" w:rsidRDefault="00B96123">
            <w:pPr>
              <w:jc w:val="center"/>
            </w:pPr>
          </w:p>
        </w:tc>
      </w:tr>
      <w:tr w:rsidR="00B96123" w14:paraId="58D99C44" w14:textId="77777777" w:rsidTr="00476DC6">
        <w:trPr>
          <w:jc w:val="center"/>
        </w:trPr>
        <w:tc>
          <w:tcPr>
            <w:tcW w:w="2448" w:type="dxa"/>
          </w:tcPr>
          <w:p w14:paraId="57C159C3" w14:textId="77777777" w:rsidR="00B96123" w:rsidRDefault="00B96123"/>
        </w:tc>
        <w:tc>
          <w:tcPr>
            <w:tcW w:w="2448" w:type="dxa"/>
          </w:tcPr>
          <w:p w14:paraId="2F9D65F5" w14:textId="77777777" w:rsidR="00B96123" w:rsidRDefault="00000000">
            <w:pPr>
              <w:jc w:val="center"/>
            </w:pPr>
            <w:r>
              <w:rPr>
                <w:sz w:val="16"/>
              </w:rPr>
              <w:t>(0.0095)</w:t>
            </w:r>
          </w:p>
        </w:tc>
        <w:tc>
          <w:tcPr>
            <w:tcW w:w="2448" w:type="dxa"/>
          </w:tcPr>
          <w:p w14:paraId="445D32DB" w14:textId="77777777" w:rsidR="00B96123" w:rsidRDefault="00000000">
            <w:pPr>
              <w:jc w:val="center"/>
            </w:pPr>
            <w:r>
              <w:rPr>
                <w:sz w:val="16"/>
              </w:rPr>
              <w:t>(0.0091)</w:t>
            </w:r>
          </w:p>
        </w:tc>
        <w:tc>
          <w:tcPr>
            <w:tcW w:w="2448" w:type="dxa"/>
          </w:tcPr>
          <w:p w14:paraId="4674E701" w14:textId="77777777" w:rsidR="00B96123" w:rsidRDefault="00000000">
            <w:pPr>
              <w:jc w:val="center"/>
            </w:pPr>
            <w:r>
              <w:rPr>
                <w:sz w:val="16"/>
              </w:rPr>
              <w:t>(0.0058)</w:t>
            </w:r>
          </w:p>
        </w:tc>
        <w:tc>
          <w:tcPr>
            <w:tcW w:w="2448" w:type="dxa"/>
          </w:tcPr>
          <w:p w14:paraId="0DCEFD57" w14:textId="77777777" w:rsidR="00B96123" w:rsidRDefault="00B96123">
            <w:pPr>
              <w:jc w:val="center"/>
            </w:pPr>
          </w:p>
        </w:tc>
      </w:tr>
      <w:tr w:rsidR="00B96123" w14:paraId="394FFC10" w14:textId="77777777" w:rsidTr="00476DC6">
        <w:trPr>
          <w:jc w:val="center"/>
        </w:trPr>
        <w:tc>
          <w:tcPr>
            <w:tcW w:w="2448" w:type="dxa"/>
          </w:tcPr>
          <w:p w14:paraId="2F4CB63E" w14:textId="77777777" w:rsidR="00B96123" w:rsidRDefault="00000000">
            <w:pPr>
              <w:jc w:val="center"/>
            </w:pPr>
            <w:r>
              <w:rPr>
                <w:sz w:val="18"/>
              </w:rPr>
              <w:t>Post-COVID (2021-23)</w:t>
            </w:r>
          </w:p>
        </w:tc>
        <w:tc>
          <w:tcPr>
            <w:tcW w:w="2448" w:type="dxa"/>
          </w:tcPr>
          <w:p w14:paraId="2CF844B0" w14:textId="77777777" w:rsidR="00B96123" w:rsidRDefault="00B96123">
            <w:pPr>
              <w:jc w:val="center"/>
            </w:pPr>
          </w:p>
        </w:tc>
        <w:tc>
          <w:tcPr>
            <w:tcW w:w="2448" w:type="dxa"/>
          </w:tcPr>
          <w:p w14:paraId="4B6FD773" w14:textId="77777777" w:rsidR="00B96123" w:rsidRDefault="00B96123">
            <w:pPr>
              <w:jc w:val="center"/>
            </w:pPr>
          </w:p>
        </w:tc>
        <w:tc>
          <w:tcPr>
            <w:tcW w:w="2448" w:type="dxa"/>
          </w:tcPr>
          <w:p w14:paraId="1CA92382" w14:textId="77777777" w:rsidR="00B96123" w:rsidRDefault="00B96123">
            <w:pPr>
              <w:jc w:val="center"/>
            </w:pPr>
          </w:p>
        </w:tc>
        <w:tc>
          <w:tcPr>
            <w:tcW w:w="2448" w:type="dxa"/>
          </w:tcPr>
          <w:p w14:paraId="1FC3E5B4" w14:textId="77777777" w:rsidR="00B96123" w:rsidRDefault="00000000">
            <w:pPr>
              <w:jc w:val="center"/>
            </w:pPr>
            <w:r>
              <w:rPr>
                <w:sz w:val="18"/>
              </w:rPr>
              <w:t>0.0079</w:t>
            </w:r>
          </w:p>
        </w:tc>
      </w:tr>
      <w:tr w:rsidR="00B96123" w14:paraId="16E49140" w14:textId="77777777" w:rsidTr="00476DC6">
        <w:trPr>
          <w:jc w:val="center"/>
        </w:trPr>
        <w:tc>
          <w:tcPr>
            <w:tcW w:w="2448" w:type="dxa"/>
          </w:tcPr>
          <w:p w14:paraId="4C85CB34" w14:textId="77777777" w:rsidR="00B96123" w:rsidRDefault="00B96123"/>
        </w:tc>
        <w:tc>
          <w:tcPr>
            <w:tcW w:w="2448" w:type="dxa"/>
          </w:tcPr>
          <w:p w14:paraId="43D1581E" w14:textId="77777777" w:rsidR="00B96123" w:rsidRDefault="00B96123">
            <w:pPr>
              <w:jc w:val="center"/>
            </w:pPr>
          </w:p>
        </w:tc>
        <w:tc>
          <w:tcPr>
            <w:tcW w:w="2448" w:type="dxa"/>
          </w:tcPr>
          <w:p w14:paraId="512E42A6" w14:textId="77777777" w:rsidR="00B96123" w:rsidRDefault="00B96123">
            <w:pPr>
              <w:jc w:val="center"/>
            </w:pPr>
          </w:p>
        </w:tc>
        <w:tc>
          <w:tcPr>
            <w:tcW w:w="2448" w:type="dxa"/>
          </w:tcPr>
          <w:p w14:paraId="76BFCCA4" w14:textId="77777777" w:rsidR="00B96123" w:rsidRDefault="00B96123">
            <w:pPr>
              <w:jc w:val="center"/>
            </w:pPr>
          </w:p>
        </w:tc>
        <w:tc>
          <w:tcPr>
            <w:tcW w:w="2448" w:type="dxa"/>
          </w:tcPr>
          <w:p w14:paraId="371AB6D3" w14:textId="77777777" w:rsidR="00B96123" w:rsidRDefault="00000000">
            <w:pPr>
              <w:jc w:val="center"/>
            </w:pPr>
            <w:r>
              <w:rPr>
                <w:sz w:val="16"/>
              </w:rPr>
              <w:t>(0.0100)</w:t>
            </w:r>
          </w:p>
        </w:tc>
      </w:tr>
      <w:tr w:rsidR="00B96123" w14:paraId="12358FBE" w14:textId="77777777" w:rsidTr="00476DC6">
        <w:trPr>
          <w:jc w:val="center"/>
        </w:trPr>
        <w:tc>
          <w:tcPr>
            <w:tcW w:w="2448" w:type="dxa"/>
          </w:tcPr>
          <w:p w14:paraId="59A4FA7F" w14:textId="77777777" w:rsidR="00B96123" w:rsidRDefault="00000000">
            <w:pPr>
              <w:jc w:val="center"/>
            </w:pPr>
            <w:r>
              <w:rPr>
                <w:sz w:val="18"/>
              </w:rPr>
              <w:t>High-Exposure Region</w:t>
            </w:r>
          </w:p>
        </w:tc>
        <w:tc>
          <w:tcPr>
            <w:tcW w:w="2448" w:type="dxa"/>
          </w:tcPr>
          <w:p w14:paraId="292AC775" w14:textId="77777777" w:rsidR="00B96123" w:rsidRDefault="00B96123">
            <w:pPr>
              <w:jc w:val="center"/>
            </w:pPr>
          </w:p>
        </w:tc>
        <w:tc>
          <w:tcPr>
            <w:tcW w:w="2448" w:type="dxa"/>
          </w:tcPr>
          <w:p w14:paraId="6932ADDE" w14:textId="77777777" w:rsidR="00B96123" w:rsidRDefault="00B96123">
            <w:pPr>
              <w:jc w:val="center"/>
            </w:pPr>
          </w:p>
        </w:tc>
        <w:tc>
          <w:tcPr>
            <w:tcW w:w="2448" w:type="dxa"/>
          </w:tcPr>
          <w:p w14:paraId="5844F9BC" w14:textId="77777777" w:rsidR="00B96123" w:rsidRDefault="00000000">
            <w:pPr>
              <w:jc w:val="center"/>
            </w:pPr>
            <w:r>
              <w:rPr>
                <w:sz w:val="18"/>
              </w:rPr>
              <w:t>-0.0030</w:t>
            </w:r>
          </w:p>
        </w:tc>
        <w:tc>
          <w:tcPr>
            <w:tcW w:w="2448" w:type="dxa"/>
          </w:tcPr>
          <w:p w14:paraId="692D8433" w14:textId="77777777" w:rsidR="00B96123" w:rsidRDefault="00B96123">
            <w:pPr>
              <w:jc w:val="center"/>
            </w:pPr>
          </w:p>
        </w:tc>
      </w:tr>
      <w:tr w:rsidR="00B96123" w14:paraId="2A93D020" w14:textId="77777777" w:rsidTr="00476DC6">
        <w:trPr>
          <w:jc w:val="center"/>
        </w:trPr>
        <w:tc>
          <w:tcPr>
            <w:tcW w:w="2448" w:type="dxa"/>
          </w:tcPr>
          <w:p w14:paraId="2BD81F20" w14:textId="77777777" w:rsidR="00B96123" w:rsidRDefault="00B96123"/>
        </w:tc>
        <w:tc>
          <w:tcPr>
            <w:tcW w:w="2448" w:type="dxa"/>
          </w:tcPr>
          <w:p w14:paraId="1D2EE3D2" w14:textId="77777777" w:rsidR="00B96123" w:rsidRDefault="00B96123">
            <w:pPr>
              <w:jc w:val="center"/>
            </w:pPr>
          </w:p>
        </w:tc>
        <w:tc>
          <w:tcPr>
            <w:tcW w:w="2448" w:type="dxa"/>
          </w:tcPr>
          <w:p w14:paraId="2AE6B6EC" w14:textId="77777777" w:rsidR="00B96123" w:rsidRDefault="00B96123">
            <w:pPr>
              <w:jc w:val="center"/>
            </w:pPr>
          </w:p>
        </w:tc>
        <w:tc>
          <w:tcPr>
            <w:tcW w:w="2448" w:type="dxa"/>
          </w:tcPr>
          <w:p w14:paraId="70044815" w14:textId="77777777" w:rsidR="00B96123" w:rsidRDefault="00000000">
            <w:pPr>
              <w:jc w:val="center"/>
            </w:pPr>
            <w:r>
              <w:rPr>
                <w:sz w:val="16"/>
              </w:rPr>
              <w:t>(0.0064)</w:t>
            </w:r>
          </w:p>
        </w:tc>
        <w:tc>
          <w:tcPr>
            <w:tcW w:w="2448" w:type="dxa"/>
          </w:tcPr>
          <w:p w14:paraId="6F4E515A" w14:textId="77777777" w:rsidR="00B96123" w:rsidRDefault="00B96123">
            <w:pPr>
              <w:jc w:val="center"/>
            </w:pPr>
          </w:p>
        </w:tc>
      </w:tr>
      <w:tr w:rsidR="00B96123" w14:paraId="3351CD7B" w14:textId="77777777" w:rsidTr="00476DC6">
        <w:trPr>
          <w:jc w:val="center"/>
        </w:trPr>
        <w:tc>
          <w:tcPr>
            <w:tcW w:w="2448" w:type="dxa"/>
          </w:tcPr>
          <w:p w14:paraId="03A41ACB" w14:textId="77777777" w:rsidR="00B96123" w:rsidRDefault="00000000">
            <w:pPr>
              <w:jc w:val="center"/>
            </w:pPr>
            <w:r>
              <w:rPr>
                <w:sz w:val="18"/>
              </w:rPr>
              <w:t>Exposure x COVID</w:t>
            </w:r>
          </w:p>
        </w:tc>
        <w:tc>
          <w:tcPr>
            <w:tcW w:w="2448" w:type="dxa"/>
          </w:tcPr>
          <w:p w14:paraId="49A495F1" w14:textId="77777777" w:rsidR="00B96123" w:rsidRDefault="00000000">
            <w:pPr>
              <w:jc w:val="center"/>
            </w:pPr>
            <w:r>
              <w:rPr>
                <w:sz w:val="18"/>
              </w:rPr>
              <w:t>-0.0447</w:t>
            </w:r>
          </w:p>
        </w:tc>
        <w:tc>
          <w:tcPr>
            <w:tcW w:w="2448" w:type="dxa"/>
          </w:tcPr>
          <w:p w14:paraId="4A19213B" w14:textId="77777777" w:rsidR="00B96123" w:rsidRDefault="00000000">
            <w:pPr>
              <w:jc w:val="center"/>
            </w:pPr>
            <w:r>
              <w:rPr>
                <w:sz w:val="18"/>
              </w:rPr>
              <w:t>-0.0309</w:t>
            </w:r>
          </w:p>
        </w:tc>
        <w:tc>
          <w:tcPr>
            <w:tcW w:w="2448" w:type="dxa"/>
          </w:tcPr>
          <w:p w14:paraId="411CB6BD" w14:textId="77777777" w:rsidR="00B96123" w:rsidRDefault="00B96123">
            <w:pPr>
              <w:jc w:val="center"/>
            </w:pPr>
          </w:p>
        </w:tc>
        <w:tc>
          <w:tcPr>
            <w:tcW w:w="2448" w:type="dxa"/>
          </w:tcPr>
          <w:p w14:paraId="059B567E" w14:textId="77777777" w:rsidR="00B96123" w:rsidRDefault="00B96123">
            <w:pPr>
              <w:jc w:val="center"/>
            </w:pPr>
          </w:p>
        </w:tc>
      </w:tr>
      <w:tr w:rsidR="00B96123" w14:paraId="6576DDAD" w14:textId="77777777" w:rsidTr="00476DC6">
        <w:trPr>
          <w:jc w:val="center"/>
        </w:trPr>
        <w:tc>
          <w:tcPr>
            <w:tcW w:w="2448" w:type="dxa"/>
          </w:tcPr>
          <w:p w14:paraId="6444B9E1" w14:textId="77777777" w:rsidR="00B96123" w:rsidRDefault="00B96123"/>
        </w:tc>
        <w:tc>
          <w:tcPr>
            <w:tcW w:w="2448" w:type="dxa"/>
          </w:tcPr>
          <w:p w14:paraId="3B9BD08B" w14:textId="77777777" w:rsidR="00B96123" w:rsidRDefault="00000000">
            <w:pPr>
              <w:jc w:val="center"/>
            </w:pPr>
            <w:r>
              <w:rPr>
                <w:sz w:val="16"/>
              </w:rPr>
              <w:t>(0.0310)</w:t>
            </w:r>
          </w:p>
        </w:tc>
        <w:tc>
          <w:tcPr>
            <w:tcW w:w="2448" w:type="dxa"/>
          </w:tcPr>
          <w:p w14:paraId="639C3C3C" w14:textId="77777777" w:rsidR="00B96123" w:rsidRDefault="00000000">
            <w:pPr>
              <w:jc w:val="center"/>
            </w:pPr>
            <w:r>
              <w:rPr>
                <w:sz w:val="16"/>
              </w:rPr>
              <w:t>(0.0320)</w:t>
            </w:r>
          </w:p>
        </w:tc>
        <w:tc>
          <w:tcPr>
            <w:tcW w:w="2448" w:type="dxa"/>
          </w:tcPr>
          <w:p w14:paraId="7BBFBE88" w14:textId="77777777" w:rsidR="00B96123" w:rsidRDefault="00B96123">
            <w:pPr>
              <w:jc w:val="center"/>
            </w:pPr>
          </w:p>
        </w:tc>
        <w:tc>
          <w:tcPr>
            <w:tcW w:w="2448" w:type="dxa"/>
          </w:tcPr>
          <w:p w14:paraId="05FD6776" w14:textId="77777777" w:rsidR="00B96123" w:rsidRDefault="00B96123">
            <w:pPr>
              <w:jc w:val="center"/>
            </w:pPr>
          </w:p>
        </w:tc>
      </w:tr>
      <w:tr w:rsidR="00B96123" w14:paraId="39A83783" w14:textId="77777777" w:rsidTr="00476DC6">
        <w:trPr>
          <w:jc w:val="center"/>
        </w:trPr>
        <w:tc>
          <w:tcPr>
            <w:tcW w:w="2448" w:type="dxa"/>
          </w:tcPr>
          <w:p w14:paraId="1C231E73" w14:textId="77777777" w:rsidR="00B96123" w:rsidRDefault="00000000">
            <w:pPr>
              <w:jc w:val="center"/>
            </w:pPr>
            <w:r>
              <w:rPr>
                <w:sz w:val="18"/>
              </w:rPr>
              <w:t>High Exposure x COVID</w:t>
            </w:r>
          </w:p>
        </w:tc>
        <w:tc>
          <w:tcPr>
            <w:tcW w:w="2448" w:type="dxa"/>
          </w:tcPr>
          <w:p w14:paraId="0A53EB23" w14:textId="77777777" w:rsidR="00B96123" w:rsidRDefault="00B96123">
            <w:pPr>
              <w:jc w:val="center"/>
            </w:pPr>
          </w:p>
        </w:tc>
        <w:tc>
          <w:tcPr>
            <w:tcW w:w="2448" w:type="dxa"/>
          </w:tcPr>
          <w:p w14:paraId="50704A85" w14:textId="77777777" w:rsidR="00B96123" w:rsidRDefault="00B96123">
            <w:pPr>
              <w:jc w:val="center"/>
            </w:pPr>
          </w:p>
        </w:tc>
        <w:tc>
          <w:tcPr>
            <w:tcW w:w="2448" w:type="dxa"/>
          </w:tcPr>
          <w:p w14:paraId="7EE7C1FB" w14:textId="77777777" w:rsidR="00B96123" w:rsidRDefault="00000000">
            <w:pPr>
              <w:jc w:val="center"/>
            </w:pPr>
            <w:r>
              <w:rPr>
                <w:sz w:val="18"/>
              </w:rPr>
              <w:t>-0.0062</w:t>
            </w:r>
          </w:p>
        </w:tc>
        <w:tc>
          <w:tcPr>
            <w:tcW w:w="2448" w:type="dxa"/>
          </w:tcPr>
          <w:p w14:paraId="1C09A914" w14:textId="77777777" w:rsidR="00B96123" w:rsidRDefault="00B96123">
            <w:pPr>
              <w:jc w:val="center"/>
            </w:pPr>
          </w:p>
        </w:tc>
      </w:tr>
      <w:tr w:rsidR="00B96123" w14:paraId="789BFB70" w14:textId="77777777" w:rsidTr="00476DC6">
        <w:trPr>
          <w:jc w:val="center"/>
        </w:trPr>
        <w:tc>
          <w:tcPr>
            <w:tcW w:w="2448" w:type="dxa"/>
          </w:tcPr>
          <w:p w14:paraId="05666EDD" w14:textId="77777777" w:rsidR="00B96123" w:rsidRDefault="00B96123"/>
        </w:tc>
        <w:tc>
          <w:tcPr>
            <w:tcW w:w="2448" w:type="dxa"/>
          </w:tcPr>
          <w:p w14:paraId="45B7D8B2" w14:textId="77777777" w:rsidR="00B96123" w:rsidRDefault="00B96123">
            <w:pPr>
              <w:jc w:val="center"/>
            </w:pPr>
          </w:p>
        </w:tc>
        <w:tc>
          <w:tcPr>
            <w:tcW w:w="2448" w:type="dxa"/>
          </w:tcPr>
          <w:p w14:paraId="3900F849" w14:textId="77777777" w:rsidR="00B96123" w:rsidRDefault="00B96123">
            <w:pPr>
              <w:jc w:val="center"/>
            </w:pPr>
          </w:p>
        </w:tc>
        <w:tc>
          <w:tcPr>
            <w:tcW w:w="2448" w:type="dxa"/>
          </w:tcPr>
          <w:p w14:paraId="7541D744" w14:textId="77777777" w:rsidR="00B96123" w:rsidRDefault="00000000">
            <w:pPr>
              <w:jc w:val="center"/>
            </w:pPr>
            <w:r>
              <w:rPr>
                <w:sz w:val="16"/>
              </w:rPr>
              <w:t>(0.0066)</w:t>
            </w:r>
          </w:p>
        </w:tc>
        <w:tc>
          <w:tcPr>
            <w:tcW w:w="2448" w:type="dxa"/>
          </w:tcPr>
          <w:p w14:paraId="79EC483B" w14:textId="77777777" w:rsidR="00B96123" w:rsidRDefault="00B96123">
            <w:pPr>
              <w:jc w:val="center"/>
            </w:pPr>
          </w:p>
        </w:tc>
      </w:tr>
      <w:tr w:rsidR="00B96123" w14:paraId="257C5493" w14:textId="77777777" w:rsidTr="00476DC6">
        <w:trPr>
          <w:jc w:val="center"/>
        </w:trPr>
        <w:tc>
          <w:tcPr>
            <w:tcW w:w="2448" w:type="dxa"/>
          </w:tcPr>
          <w:p w14:paraId="1309E935" w14:textId="77777777" w:rsidR="00B96123" w:rsidRDefault="00000000">
            <w:pPr>
              <w:jc w:val="center"/>
            </w:pPr>
            <w:r>
              <w:rPr>
                <w:sz w:val="18"/>
              </w:rPr>
              <w:t>Exposure x Post-COVID</w:t>
            </w:r>
          </w:p>
        </w:tc>
        <w:tc>
          <w:tcPr>
            <w:tcW w:w="2448" w:type="dxa"/>
          </w:tcPr>
          <w:p w14:paraId="7E4450EB" w14:textId="77777777" w:rsidR="00B96123" w:rsidRDefault="00B96123">
            <w:pPr>
              <w:jc w:val="center"/>
            </w:pPr>
          </w:p>
        </w:tc>
        <w:tc>
          <w:tcPr>
            <w:tcW w:w="2448" w:type="dxa"/>
          </w:tcPr>
          <w:p w14:paraId="1DE15031" w14:textId="77777777" w:rsidR="00B96123" w:rsidRDefault="00B96123">
            <w:pPr>
              <w:jc w:val="center"/>
            </w:pPr>
          </w:p>
        </w:tc>
        <w:tc>
          <w:tcPr>
            <w:tcW w:w="2448" w:type="dxa"/>
          </w:tcPr>
          <w:p w14:paraId="67CE3559" w14:textId="77777777" w:rsidR="00B96123" w:rsidRDefault="00B96123">
            <w:pPr>
              <w:jc w:val="center"/>
            </w:pPr>
          </w:p>
        </w:tc>
        <w:tc>
          <w:tcPr>
            <w:tcW w:w="2448" w:type="dxa"/>
          </w:tcPr>
          <w:p w14:paraId="6CE19775" w14:textId="77777777" w:rsidR="00B96123" w:rsidRDefault="00000000">
            <w:pPr>
              <w:jc w:val="center"/>
            </w:pPr>
            <w:r>
              <w:rPr>
                <w:sz w:val="18"/>
              </w:rPr>
              <w:t>0.0228</w:t>
            </w:r>
          </w:p>
        </w:tc>
      </w:tr>
      <w:tr w:rsidR="00B96123" w14:paraId="190B78A1" w14:textId="77777777" w:rsidTr="00476DC6">
        <w:trPr>
          <w:jc w:val="center"/>
        </w:trPr>
        <w:tc>
          <w:tcPr>
            <w:tcW w:w="2448" w:type="dxa"/>
          </w:tcPr>
          <w:p w14:paraId="2DC542A0" w14:textId="77777777" w:rsidR="00B96123" w:rsidRDefault="00B96123"/>
        </w:tc>
        <w:tc>
          <w:tcPr>
            <w:tcW w:w="2448" w:type="dxa"/>
          </w:tcPr>
          <w:p w14:paraId="0399C8F3" w14:textId="77777777" w:rsidR="00B96123" w:rsidRDefault="00B96123">
            <w:pPr>
              <w:jc w:val="center"/>
            </w:pPr>
          </w:p>
        </w:tc>
        <w:tc>
          <w:tcPr>
            <w:tcW w:w="2448" w:type="dxa"/>
          </w:tcPr>
          <w:p w14:paraId="3DBEB711" w14:textId="77777777" w:rsidR="00B96123" w:rsidRDefault="00B96123">
            <w:pPr>
              <w:jc w:val="center"/>
            </w:pPr>
          </w:p>
        </w:tc>
        <w:tc>
          <w:tcPr>
            <w:tcW w:w="2448" w:type="dxa"/>
          </w:tcPr>
          <w:p w14:paraId="5881E822" w14:textId="77777777" w:rsidR="00B96123" w:rsidRDefault="00B96123">
            <w:pPr>
              <w:jc w:val="center"/>
            </w:pPr>
          </w:p>
        </w:tc>
        <w:tc>
          <w:tcPr>
            <w:tcW w:w="2448" w:type="dxa"/>
          </w:tcPr>
          <w:p w14:paraId="0AB33BD8" w14:textId="77777777" w:rsidR="00B96123" w:rsidRDefault="00000000">
            <w:pPr>
              <w:jc w:val="center"/>
            </w:pPr>
            <w:r>
              <w:rPr>
                <w:sz w:val="16"/>
              </w:rPr>
              <w:t>(0.0243)</w:t>
            </w:r>
          </w:p>
        </w:tc>
      </w:tr>
      <w:tr w:rsidR="00B96123" w14:paraId="6E71FA3C" w14:textId="77777777" w:rsidTr="00476DC6">
        <w:trPr>
          <w:jc w:val="center"/>
        </w:trPr>
        <w:tc>
          <w:tcPr>
            <w:tcW w:w="2448" w:type="dxa"/>
          </w:tcPr>
          <w:p w14:paraId="681F83F0" w14:textId="77777777" w:rsidR="00B96123" w:rsidRDefault="00000000">
            <w:pPr>
              <w:jc w:val="center"/>
            </w:pPr>
            <w:r>
              <w:rPr>
                <w:sz w:val="18"/>
              </w:rPr>
              <w:t>Female</w:t>
            </w:r>
          </w:p>
        </w:tc>
        <w:tc>
          <w:tcPr>
            <w:tcW w:w="2448" w:type="dxa"/>
          </w:tcPr>
          <w:p w14:paraId="1C158B05" w14:textId="77777777" w:rsidR="00B96123" w:rsidRDefault="00000000">
            <w:pPr>
              <w:jc w:val="center"/>
            </w:pPr>
            <w:r>
              <w:rPr>
                <w:sz w:val="18"/>
              </w:rPr>
              <w:t>-0.4889***</w:t>
            </w:r>
          </w:p>
        </w:tc>
        <w:tc>
          <w:tcPr>
            <w:tcW w:w="2448" w:type="dxa"/>
          </w:tcPr>
          <w:p w14:paraId="018309D3" w14:textId="77777777" w:rsidR="00B96123" w:rsidRDefault="00000000">
            <w:pPr>
              <w:jc w:val="center"/>
            </w:pPr>
            <w:r>
              <w:rPr>
                <w:sz w:val="18"/>
              </w:rPr>
              <w:t>0.0005</w:t>
            </w:r>
          </w:p>
        </w:tc>
        <w:tc>
          <w:tcPr>
            <w:tcW w:w="2448" w:type="dxa"/>
          </w:tcPr>
          <w:p w14:paraId="1B1C9050" w14:textId="77777777" w:rsidR="00B96123" w:rsidRDefault="00000000">
            <w:pPr>
              <w:jc w:val="center"/>
            </w:pPr>
            <w:r>
              <w:rPr>
                <w:sz w:val="18"/>
              </w:rPr>
              <w:t>0.0008</w:t>
            </w:r>
          </w:p>
        </w:tc>
        <w:tc>
          <w:tcPr>
            <w:tcW w:w="2448" w:type="dxa"/>
          </w:tcPr>
          <w:p w14:paraId="31D90A6E" w14:textId="77777777" w:rsidR="00B96123" w:rsidRDefault="00000000">
            <w:pPr>
              <w:jc w:val="center"/>
            </w:pPr>
            <w:r>
              <w:rPr>
                <w:sz w:val="18"/>
              </w:rPr>
              <w:t>0.0006</w:t>
            </w:r>
          </w:p>
        </w:tc>
      </w:tr>
      <w:tr w:rsidR="00B96123" w14:paraId="51DF7356" w14:textId="77777777" w:rsidTr="00476DC6">
        <w:trPr>
          <w:jc w:val="center"/>
        </w:trPr>
        <w:tc>
          <w:tcPr>
            <w:tcW w:w="2448" w:type="dxa"/>
          </w:tcPr>
          <w:p w14:paraId="2599B0F1" w14:textId="77777777" w:rsidR="00B96123" w:rsidRDefault="00B96123"/>
        </w:tc>
        <w:tc>
          <w:tcPr>
            <w:tcW w:w="2448" w:type="dxa"/>
          </w:tcPr>
          <w:p w14:paraId="1425E765" w14:textId="77777777" w:rsidR="00B96123" w:rsidRDefault="00000000">
            <w:pPr>
              <w:jc w:val="center"/>
            </w:pPr>
            <w:r>
              <w:rPr>
                <w:sz w:val="16"/>
              </w:rPr>
              <w:t>(0.0245)</w:t>
            </w:r>
          </w:p>
        </w:tc>
        <w:tc>
          <w:tcPr>
            <w:tcW w:w="2448" w:type="dxa"/>
          </w:tcPr>
          <w:p w14:paraId="0D2AB901" w14:textId="77777777" w:rsidR="00B96123" w:rsidRDefault="00000000">
            <w:pPr>
              <w:jc w:val="center"/>
            </w:pPr>
            <w:r>
              <w:rPr>
                <w:sz w:val="16"/>
              </w:rPr>
              <w:t>(0.0018)</w:t>
            </w:r>
          </w:p>
        </w:tc>
        <w:tc>
          <w:tcPr>
            <w:tcW w:w="2448" w:type="dxa"/>
          </w:tcPr>
          <w:p w14:paraId="3B080E64" w14:textId="77777777" w:rsidR="00B96123" w:rsidRDefault="00000000">
            <w:pPr>
              <w:jc w:val="center"/>
            </w:pPr>
            <w:r>
              <w:rPr>
                <w:sz w:val="16"/>
              </w:rPr>
              <w:t>(0.0019)</w:t>
            </w:r>
          </w:p>
        </w:tc>
        <w:tc>
          <w:tcPr>
            <w:tcW w:w="2448" w:type="dxa"/>
          </w:tcPr>
          <w:p w14:paraId="3F1CE08E" w14:textId="77777777" w:rsidR="00B96123" w:rsidRDefault="00000000">
            <w:pPr>
              <w:jc w:val="center"/>
            </w:pPr>
            <w:r>
              <w:rPr>
                <w:sz w:val="16"/>
              </w:rPr>
              <w:t>(0.0018)</w:t>
            </w:r>
          </w:p>
        </w:tc>
      </w:tr>
      <w:tr w:rsidR="00B96123" w14:paraId="7A331ED9" w14:textId="77777777" w:rsidTr="00476DC6">
        <w:trPr>
          <w:jc w:val="center"/>
        </w:trPr>
        <w:tc>
          <w:tcPr>
            <w:tcW w:w="2448" w:type="dxa"/>
          </w:tcPr>
          <w:p w14:paraId="04589C96" w14:textId="77777777" w:rsidR="00B96123" w:rsidRDefault="00000000">
            <w:pPr>
              <w:jc w:val="center"/>
            </w:pPr>
            <w:r>
              <w:rPr>
                <w:sz w:val="18"/>
              </w:rPr>
              <w:t>Urban</w:t>
            </w:r>
          </w:p>
        </w:tc>
        <w:tc>
          <w:tcPr>
            <w:tcW w:w="2448" w:type="dxa"/>
          </w:tcPr>
          <w:p w14:paraId="567BE103" w14:textId="77777777" w:rsidR="00B96123" w:rsidRDefault="00000000">
            <w:pPr>
              <w:jc w:val="center"/>
            </w:pPr>
            <w:r>
              <w:rPr>
                <w:sz w:val="18"/>
              </w:rPr>
              <w:t>-0.0025</w:t>
            </w:r>
          </w:p>
        </w:tc>
        <w:tc>
          <w:tcPr>
            <w:tcW w:w="2448" w:type="dxa"/>
          </w:tcPr>
          <w:p w14:paraId="6974049B" w14:textId="77777777" w:rsidR="00B96123" w:rsidRDefault="00000000">
            <w:pPr>
              <w:jc w:val="center"/>
            </w:pPr>
            <w:r>
              <w:rPr>
                <w:sz w:val="18"/>
              </w:rPr>
              <w:t>0.0027</w:t>
            </w:r>
          </w:p>
        </w:tc>
        <w:tc>
          <w:tcPr>
            <w:tcW w:w="2448" w:type="dxa"/>
          </w:tcPr>
          <w:p w14:paraId="22E1AA51" w14:textId="77777777" w:rsidR="00B96123" w:rsidRDefault="00000000">
            <w:pPr>
              <w:jc w:val="center"/>
            </w:pPr>
            <w:r>
              <w:rPr>
                <w:sz w:val="18"/>
              </w:rPr>
              <w:t>-0.0098***</w:t>
            </w:r>
          </w:p>
        </w:tc>
        <w:tc>
          <w:tcPr>
            <w:tcW w:w="2448" w:type="dxa"/>
          </w:tcPr>
          <w:p w14:paraId="464FB081" w14:textId="77777777" w:rsidR="00B96123" w:rsidRDefault="00000000">
            <w:pPr>
              <w:jc w:val="center"/>
            </w:pPr>
            <w:r>
              <w:rPr>
                <w:sz w:val="18"/>
              </w:rPr>
              <w:t>0.0029</w:t>
            </w:r>
          </w:p>
        </w:tc>
      </w:tr>
      <w:tr w:rsidR="00B96123" w14:paraId="7D73A800" w14:textId="77777777" w:rsidTr="00476DC6">
        <w:trPr>
          <w:jc w:val="center"/>
        </w:trPr>
        <w:tc>
          <w:tcPr>
            <w:tcW w:w="2448" w:type="dxa"/>
          </w:tcPr>
          <w:p w14:paraId="163370CF" w14:textId="77777777" w:rsidR="00B96123" w:rsidRDefault="00B96123"/>
        </w:tc>
        <w:tc>
          <w:tcPr>
            <w:tcW w:w="2448" w:type="dxa"/>
          </w:tcPr>
          <w:p w14:paraId="4E7B5FFC" w14:textId="77777777" w:rsidR="00B96123" w:rsidRDefault="00000000">
            <w:pPr>
              <w:jc w:val="center"/>
            </w:pPr>
            <w:r>
              <w:rPr>
                <w:sz w:val="16"/>
              </w:rPr>
              <w:t>(0.0148)</w:t>
            </w:r>
          </w:p>
        </w:tc>
        <w:tc>
          <w:tcPr>
            <w:tcW w:w="2448" w:type="dxa"/>
          </w:tcPr>
          <w:p w14:paraId="6E1E1585" w14:textId="77777777" w:rsidR="00B96123" w:rsidRDefault="00000000">
            <w:pPr>
              <w:jc w:val="center"/>
            </w:pPr>
            <w:r>
              <w:rPr>
                <w:sz w:val="16"/>
              </w:rPr>
              <w:t>(0.0064)</w:t>
            </w:r>
          </w:p>
        </w:tc>
        <w:tc>
          <w:tcPr>
            <w:tcW w:w="2448" w:type="dxa"/>
          </w:tcPr>
          <w:p w14:paraId="132C7A64" w14:textId="77777777" w:rsidR="00B96123" w:rsidRDefault="00000000">
            <w:pPr>
              <w:jc w:val="center"/>
            </w:pPr>
            <w:r>
              <w:rPr>
                <w:sz w:val="16"/>
              </w:rPr>
              <w:t>(0.0029)</w:t>
            </w:r>
          </w:p>
        </w:tc>
        <w:tc>
          <w:tcPr>
            <w:tcW w:w="2448" w:type="dxa"/>
          </w:tcPr>
          <w:p w14:paraId="2C601789" w14:textId="77777777" w:rsidR="00B96123" w:rsidRDefault="00000000">
            <w:pPr>
              <w:jc w:val="center"/>
            </w:pPr>
            <w:r>
              <w:rPr>
                <w:sz w:val="16"/>
              </w:rPr>
              <w:t>(0.0063)</w:t>
            </w:r>
          </w:p>
        </w:tc>
      </w:tr>
      <w:tr w:rsidR="00B96123" w14:paraId="11C48052" w14:textId="77777777" w:rsidTr="00476DC6">
        <w:trPr>
          <w:jc w:val="center"/>
        </w:trPr>
        <w:tc>
          <w:tcPr>
            <w:tcW w:w="2448" w:type="dxa"/>
          </w:tcPr>
          <w:p w14:paraId="590101E8" w14:textId="77777777" w:rsidR="00B96123" w:rsidRDefault="00000000">
            <w:pPr>
              <w:jc w:val="center"/>
            </w:pPr>
            <w:r>
              <w:rPr>
                <w:sz w:val="18"/>
              </w:rPr>
              <w:t>Age</w:t>
            </w:r>
          </w:p>
        </w:tc>
        <w:tc>
          <w:tcPr>
            <w:tcW w:w="2448" w:type="dxa"/>
          </w:tcPr>
          <w:p w14:paraId="16B30F81" w14:textId="77777777" w:rsidR="00B96123" w:rsidRDefault="00000000">
            <w:pPr>
              <w:jc w:val="center"/>
            </w:pPr>
            <w:r>
              <w:rPr>
                <w:sz w:val="18"/>
              </w:rPr>
              <w:t>0.0030***</w:t>
            </w:r>
          </w:p>
        </w:tc>
        <w:tc>
          <w:tcPr>
            <w:tcW w:w="2448" w:type="dxa"/>
          </w:tcPr>
          <w:p w14:paraId="6E6682C1" w14:textId="77777777" w:rsidR="00B96123" w:rsidRDefault="00000000">
            <w:pPr>
              <w:jc w:val="center"/>
            </w:pPr>
            <w:r>
              <w:rPr>
                <w:sz w:val="18"/>
              </w:rPr>
              <w:t>-0.0003***</w:t>
            </w:r>
          </w:p>
        </w:tc>
        <w:tc>
          <w:tcPr>
            <w:tcW w:w="2448" w:type="dxa"/>
          </w:tcPr>
          <w:p w14:paraId="6DB31D79" w14:textId="77777777" w:rsidR="00B96123" w:rsidRDefault="00000000">
            <w:pPr>
              <w:jc w:val="center"/>
            </w:pPr>
            <w:r>
              <w:rPr>
                <w:sz w:val="18"/>
              </w:rPr>
              <w:t>-0.0003***</w:t>
            </w:r>
          </w:p>
        </w:tc>
        <w:tc>
          <w:tcPr>
            <w:tcW w:w="2448" w:type="dxa"/>
          </w:tcPr>
          <w:p w14:paraId="0B7E9270" w14:textId="77777777" w:rsidR="00B96123" w:rsidRDefault="00000000">
            <w:pPr>
              <w:jc w:val="center"/>
            </w:pPr>
            <w:r>
              <w:rPr>
                <w:sz w:val="18"/>
              </w:rPr>
              <w:t>-0.0003***</w:t>
            </w:r>
          </w:p>
        </w:tc>
      </w:tr>
      <w:tr w:rsidR="00B96123" w14:paraId="4085B64D" w14:textId="77777777" w:rsidTr="00476DC6">
        <w:trPr>
          <w:jc w:val="center"/>
        </w:trPr>
        <w:tc>
          <w:tcPr>
            <w:tcW w:w="2448" w:type="dxa"/>
          </w:tcPr>
          <w:p w14:paraId="3A7B9505" w14:textId="77777777" w:rsidR="00B96123" w:rsidRDefault="00B96123"/>
        </w:tc>
        <w:tc>
          <w:tcPr>
            <w:tcW w:w="2448" w:type="dxa"/>
          </w:tcPr>
          <w:p w14:paraId="3210A261" w14:textId="77777777" w:rsidR="00B96123" w:rsidRDefault="00000000">
            <w:pPr>
              <w:jc w:val="center"/>
            </w:pPr>
            <w:r>
              <w:rPr>
                <w:sz w:val="16"/>
              </w:rPr>
              <w:t>(0.0005)</w:t>
            </w:r>
          </w:p>
        </w:tc>
        <w:tc>
          <w:tcPr>
            <w:tcW w:w="2448" w:type="dxa"/>
          </w:tcPr>
          <w:p w14:paraId="43323A9B" w14:textId="77777777" w:rsidR="00B96123" w:rsidRDefault="00000000">
            <w:pPr>
              <w:jc w:val="center"/>
            </w:pPr>
            <w:r>
              <w:rPr>
                <w:sz w:val="16"/>
              </w:rPr>
              <w:t>(0.0001)</w:t>
            </w:r>
          </w:p>
        </w:tc>
        <w:tc>
          <w:tcPr>
            <w:tcW w:w="2448" w:type="dxa"/>
          </w:tcPr>
          <w:p w14:paraId="78FF1E34" w14:textId="77777777" w:rsidR="00B96123" w:rsidRDefault="00000000">
            <w:pPr>
              <w:jc w:val="center"/>
            </w:pPr>
            <w:r>
              <w:rPr>
                <w:sz w:val="16"/>
              </w:rPr>
              <w:t>(0.0001)</w:t>
            </w:r>
          </w:p>
        </w:tc>
        <w:tc>
          <w:tcPr>
            <w:tcW w:w="2448" w:type="dxa"/>
          </w:tcPr>
          <w:p w14:paraId="6E369F2F" w14:textId="77777777" w:rsidR="00B96123" w:rsidRDefault="00000000">
            <w:pPr>
              <w:jc w:val="center"/>
            </w:pPr>
            <w:r>
              <w:rPr>
                <w:sz w:val="16"/>
              </w:rPr>
              <w:t>(0.0001)</w:t>
            </w:r>
          </w:p>
        </w:tc>
      </w:tr>
      <w:tr w:rsidR="00B96123" w14:paraId="5DD6EEBC" w14:textId="77777777" w:rsidTr="00476DC6">
        <w:trPr>
          <w:jc w:val="center"/>
        </w:trPr>
        <w:tc>
          <w:tcPr>
            <w:tcW w:w="2448" w:type="dxa"/>
          </w:tcPr>
          <w:p w14:paraId="64AF74EC" w14:textId="77777777" w:rsidR="00B96123" w:rsidRDefault="00000000">
            <w:pPr>
              <w:jc w:val="center"/>
            </w:pPr>
            <w:r>
              <w:rPr>
                <w:sz w:val="18"/>
              </w:rPr>
              <w:t>Age 25-34</w:t>
            </w:r>
          </w:p>
        </w:tc>
        <w:tc>
          <w:tcPr>
            <w:tcW w:w="2448" w:type="dxa"/>
          </w:tcPr>
          <w:p w14:paraId="3A25707B" w14:textId="77777777" w:rsidR="00B96123" w:rsidRDefault="00000000">
            <w:pPr>
              <w:jc w:val="center"/>
            </w:pPr>
            <w:r>
              <w:rPr>
                <w:sz w:val="18"/>
              </w:rPr>
              <w:t>0.1743***</w:t>
            </w:r>
          </w:p>
        </w:tc>
        <w:tc>
          <w:tcPr>
            <w:tcW w:w="2448" w:type="dxa"/>
          </w:tcPr>
          <w:p w14:paraId="4958E3FE" w14:textId="77777777" w:rsidR="00B96123" w:rsidRDefault="00000000">
            <w:pPr>
              <w:jc w:val="center"/>
            </w:pPr>
            <w:r>
              <w:rPr>
                <w:sz w:val="18"/>
              </w:rPr>
              <w:t>-0.0029</w:t>
            </w:r>
          </w:p>
        </w:tc>
        <w:tc>
          <w:tcPr>
            <w:tcW w:w="2448" w:type="dxa"/>
          </w:tcPr>
          <w:p w14:paraId="722F61C9" w14:textId="77777777" w:rsidR="00B96123" w:rsidRDefault="00000000">
            <w:pPr>
              <w:jc w:val="center"/>
            </w:pPr>
            <w:r>
              <w:rPr>
                <w:sz w:val="18"/>
              </w:rPr>
              <w:t>-0.0029</w:t>
            </w:r>
          </w:p>
        </w:tc>
        <w:tc>
          <w:tcPr>
            <w:tcW w:w="2448" w:type="dxa"/>
          </w:tcPr>
          <w:p w14:paraId="1EC7460C" w14:textId="77777777" w:rsidR="00B96123" w:rsidRDefault="00000000">
            <w:pPr>
              <w:jc w:val="center"/>
            </w:pPr>
            <w:r>
              <w:rPr>
                <w:sz w:val="18"/>
              </w:rPr>
              <w:t>-0.0029</w:t>
            </w:r>
          </w:p>
        </w:tc>
      </w:tr>
      <w:tr w:rsidR="00B96123" w14:paraId="543523FF" w14:textId="77777777" w:rsidTr="00476DC6">
        <w:trPr>
          <w:jc w:val="center"/>
        </w:trPr>
        <w:tc>
          <w:tcPr>
            <w:tcW w:w="2448" w:type="dxa"/>
          </w:tcPr>
          <w:p w14:paraId="19917ADD" w14:textId="77777777" w:rsidR="00B96123" w:rsidRDefault="00B96123"/>
        </w:tc>
        <w:tc>
          <w:tcPr>
            <w:tcW w:w="2448" w:type="dxa"/>
          </w:tcPr>
          <w:p w14:paraId="7D233E95" w14:textId="77777777" w:rsidR="00B96123" w:rsidRDefault="00000000">
            <w:pPr>
              <w:jc w:val="center"/>
            </w:pPr>
            <w:r>
              <w:rPr>
                <w:sz w:val="16"/>
              </w:rPr>
              <w:t>(0.0059)</w:t>
            </w:r>
          </w:p>
        </w:tc>
        <w:tc>
          <w:tcPr>
            <w:tcW w:w="2448" w:type="dxa"/>
          </w:tcPr>
          <w:p w14:paraId="4C24D336" w14:textId="77777777" w:rsidR="00B96123" w:rsidRDefault="00000000">
            <w:pPr>
              <w:jc w:val="center"/>
            </w:pPr>
            <w:r>
              <w:rPr>
                <w:sz w:val="16"/>
              </w:rPr>
              <w:t>(0.0018)</w:t>
            </w:r>
          </w:p>
        </w:tc>
        <w:tc>
          <w:tcPr>
            <w:tcW w:w="2448" w:type="dxa"/>
          </w:tcPr>
          <w:p w14:paraId="3BC7ACD6" w14:textId="77777777" w:rsidR="00B96123" w:rsidRDefault="00000000">
            <w:pPr>
              <w:jc w:val="center"/>
            </w:pPr>
            <w:r>
              <w:rPr>
                <w:sz w:val="16"/>
              </w:rPr>
              <w:t>(0.0018)</w:t>
            </w:r>
          </w:p>
        </w:tc>
        <w:tc>
          <w:tcPr>
            <w:tcW w:w="2448" w:type="dxa"/>
          </w:tcPr>
          <w:p w14:paraId="763E6EFF" w14:textId="77777777" w:rsidR="00B96123" w:rsidRDefault="00000000">
            <w:pPr>
              <w:jc w:val="center"/>
            </w:pPr>
            <w:r>
              <w:rPr>
                <w:sz w:val="16"/>
              </w:rPr>
              <w:t>(0.0018)</w:t>
            </w:r>
          </w:p>
        </w:tc>
      </w:tr>
      <w:tr w:rsidR="00B96123" w14:paraId="460189AA" w14:textId="77777777" w:rsidTr="00476DC6">
        <w:trPr>
          <w:jc w:val="center"/>
        </w:trPr>
        <w:tc>
          <w:tcPr>
            <w:tcW w:w="2448" w:type="dxa"/>
          </w:tcPr>
          <w:p w14:paraId="15B2D51E" w14:textId="77777777" w:rsidR="00B96123" w:rsidRDefault="00000000">
            <w:pPr>
              <w:jc w:val="center"/>
            </w:pPr>
            <w:r>
              <w:rPr>
                <w:sz w:val="18"/>
              </w:rPr>
              <w:t>Low Education</w:t>
            </w:r>
          </w:p>
        </w:tc>
        <w:tc>
          <w:tcPr>
            <w:tcW w:w="2448" w:type="dxa"/>
          </w:tcPr>
          <w:p w14:paraId="08A68D75" w14:textId="77777777" w:rsidR="00B96123" w:rsidRDefault="00000000">
            <w:pPr>
              <w:jc w:val="center"/>
            </w:pPr>
            <w:r>
              <w:rPr>
                <w:sz w:val="18"/>
              </w:rPr>
              <w:t>0.0954***</w:t>
            </w:r>
          </w:p>
        </w:tc>
        <w:tc>
          <w:tcPr>
            <w:tcW w:w="2448" w:type="dxa"/>
          </w:tcPr>
          <w:p w14:paraId="788D85C3" w14:textId="77777777" w:rsidR="00B96123" w:rsidRDefault="00000000">
            <w:pPr>
              <w:jc w:val="center"/>
            </w:pPr>
            <w:r>
              <w:rPr>
                <w:sz w:val="18"/>
              </w:rPr>
              <w:t>0.0442***</w:t>
            </w:r>
          </w:p>
        </w:tc>
        <w:tc>
          <w:tcPr>
            <w:tcW w:w="2448" w:type="dxa"/>
          </w:tcPr>
          <w:p w14:paraId="685175E2" w14:textId="77777777" w:rsidR="00B96123" w:rsidRDefault="00000000">
            <w:pPr>
              <w:jc w:val="center"/>
            </w:pPr>
            <w:r>
              <w:rPr>
                <w:sz w:val="18"/>
              </w:rPr>
              <w:t>0.0442***</w:t>
            </w:r>
          </w:p>
        </w:tc>
        <w:tc>
          <w:tcPr>
            <w:tcW w:w="2448" w:type="dxa"/>
          </w:tcPr>
          <w:p w14:paraId="18245C9C" w14:textId="77777777" w:rsidR="00B96123" w:rsidRDefault="00000000">
            <w:pPr>
              <w:jc w:val="center"/>
            </w:pPr>
            <w:r>
              <w:rPr>
                <w:sz w:val="18"/>
              </w:rPr>
              <w:t>0.0443***</w:t>
            </w:r>
          </w:p>
        </w:tc>
      </w:tr>
      <w:tr w:rsidR="00B96123" w14:paraId="13672977" w14:textId="77777777" w:rsidTr="00476DC6">
        <w:trPr>
          <w:jc w:val="center"/>
        </w:trPr>
        <w:tc>
          <w:tcPr>
            <w:tcW w:w="2448" w:type="dxa"/>
          </w:tcPr>
          <w:p w14:paraId="440B130D" w14:textId="77777777" w:rsidR="00B96123" w:rsidRDefault="00B96123"/>
        </w:tc>
        <w:tc>
          <w:tcPr>
            <w:tcW w:w="2448" w:type="dxa"/>
          </w:tcPr>
          <w:p w14:paraId="77E6C0D2" w14:textId="77777777" w:rsidR="00B96123" w:rsidRDefault="00000000">
            <w:pPr>
              <w:jc w:val="center"/>
            </w:pPr>
            <w:r>
              <w:rPr>
                <w:sz w:val="16"/>
              </w:rPr>
              <w:t>(0.0089)</w:t>
            </w:r>
          </w:p>
        </w:tc>
        <w:tc>
          <w:tcPr>
            <w:tcW w:w="2448" w:type="dxa"/>
          </w:tcPr>
          <w:p w14:paraId="6A803617" w14:textId="77777777" w:rsidR="00B96123" w:rsidRDefault="00000000">
            <w:pPr>
              <w:jc w:val="center"/>
            </w:pPr>
            <w:r>
              <w:rPr>
                <w:sz w:val="16"/>
              </w:rPr>
              <w:t>(0.0074)</w:t>
            </w:r>
          </w:p>
        </w:tc>
        <w:tc>
          <w:tcPr>
            <w:tcW w:w="2448" w:type="dxa"/>
          </w:tcPr>
          <w:p w14:paraId="53A80FA8" w14:textId="77777777" w:rsidR="00B96123" w:rsidRDefault="00000000">
            <w:pPr>
              <w:jc w:val="center"/>
            </w:pPr>
            <w:r>
              <w:rPr>
                <w:sz w:val="16"/>
              </w:rPr>
              <w:t>(0.0074)</w:t>
            </w:r>
          </w:p>
        </w:tc>
        <w:tc>
          <w:tcPr>
            <w:tcW w:w="2448" w:type="dxa"/>
          </w:tcPr>
          <w:p w14:paraId="716D912C" w14:textId="77777777" w:rsidR="00B96123" w:rsidRDefault="00000000">
            <w:pPr>
              <w:jc w:val="center"/>
            </w:pPr>
            <w:r>
              <w:rPr>
                <w:sz w:val="16"/>
              </w:rPr>
              <w:t>(0.0074)</w:t>
            </w:r>
          </w:p>
        </w:tc>
      </w:tr>
      <w:tr w:rsidR="00B96123" w14:paraId="7DBEBD94" w14:textId="77777777" w:rsidTr="00476DC6">
        <w:trPr>
          <w:jc w:val="center"/>
        </w:trPr>
        <w:tc>
          <w:tcPr>
            <w:tcW w:w="2448" w:type="dxa"/>
          </w:tcPr>
          <w:p w14:paraId="77AE8408" w14:textId="77777777" w:rsidR="00B96123" w:rsidRDefault="00000000">
            <w:pPr>
              <w:jc w:val="center"/>
            </w:pPr>
            <w:r>
              <w:rPr>
                <w:b/>
                <w:sz w:val="18"/>
              </w:rPr>
              <w:t>State, Caste &amp; Year FE</w:t>
            </w:r>
          </w:p>
        </w:tc>
        <w:tc>
          <w:tcPr>
            <w:tcW w:w="2448" w:type="dxa"/>
          </w:tcPr>
          <w:p w14:paraId="7D0C23E2" w14:textId="77777777" w:rsidR="00B96123" w:rsidRDefault="00000000">
            <w:pPr>
              <w:jc w:val="center"/>
            </w:pPr>
            <w:r>
              <w:rPr>
                <w:sz w:val="18"/>
              </w:rPr>
              <w:t>Yes</w:t>
            </w:r>
          </w:p>
        </w:tc>
        <w:tc>
          <w:tcPr>
            <w:tcW w:w="2448" w:type="dxa"/>
          </w:tcPr>
          <w:p w14:paraId="55C99467" w14:textId="77777777" w:rsidR="00B96123" w:rsidRDefault="00000000">
            <w:pPr>
              <w:jc w:val="center"/>
            </w:pPr>
            <w:r>
              <w:rPr>
                <w:sz w:val="18"/>
              </w:rPr>
              <w:t>Yes</w:t>
            </w:r>
          </w:p>
        </w:tc>
        <w:tc>
          <w:tcPr>
            <w:tcW w:w="2448" w:type="dxa"/>
          </w:tcPr>
          <w:p w14:paraId="314F24A3" w14:textId="77777777" w:rsidR="00B96123" w:rsidRDefault="00000000">
            <w:pPr>
              <w:jc w:val="center"/>
            </w:pPr>
            <w:r>
              <w:rPr>
                <w:sz w:val="18"/>
              </w:rPr>
              <w:t>Yes</w:t>
            </w:r>
          </w:p>
        </w:tc>
        <w:tc>
          <w:tcPr>
            <w:tcW w:w="2448" w:type="dxa"/>
          </w:tcPr>
          <w:p w14:paraId="443D464C" w14:textId="77777777" w:rsidR="00B96123" w:rsidRDefault="00000000">
            <w:pPr>
              <w:jc w:val="center"/>
            </w:pPr>
            <w:r>
              <w:rPr>
                <w:sz w:val="18"/>
              </w:rPr>
              <w:t>Yes</w:t>
            </w:r>
          </w:p>
        </w:tc>
      </w:tr>
      <w:tr w:rsidR="00B96123" w14:paraId="6F1BDBDA" w14:textId="77777777" w:rsidTr="00476DC6">
        <w:trPr>
          <w:jc w:val="center"/>
        </w:trPr>
        <w:tc>
          <w:tcPr>
            <w:tcW w:w="2448" w:type="dxa"/>
          </w:tcPr>
          <w:p w14:paraId="197BCD28" w14:textId="77777777" w:rsidR="00B96123" w:rsidRDefault="00000000">
            <w:pPr>
              <w:jc w:val="center"/>
            </w:pPr>
            <w:r>
              <w:rPr>
                <w:b/>
                <w:sz w:val="18"/>
              </w:rPr>
              <w:t>Observations</w:t>
            </w:r>
          </w:p>
        </w:tc>
        <w:tc>
          <w:tcPr>
            <w:tcW w:w="2448" w:type="dxa"/>
          </w:tcPr>
          <w:p w14:paraId="3D7A2AB5" w14:textId="77777777" w:rsidR="00B96123" w:rsidRDefault="00000000">
            <w:pPr>
              <w:jc w:val="center"/>
            </w:pPr>
            <w:r>
              <w:rPr>
                <w:sz w:val="18"/>
              </w:rPr>
              <w:t>1,936,240</w:t>
            </w:r>
          </w:p>
        </w:tc>
        <w:tc>
          <w:tcPr>
            <w:tcW w:w="2448" w:type="dxa"/>
          </w:tcPr>
          <w:p w14:paraId="12C53DEB" w14:textId="77777777" w:rsidR="00B96123" w:rsidRDefault="00000000">
            <w:pPr>
              <w:jc w:val="center"/>
            </w:pPr>
            <w:r>
              <w:rPr>
                <w:sz w:val="18"/>
              </w:rPr>
              <w:t>297,367</w:t>
            </w:r>
          </w:p>
        </w:tc>
        <w:tc>
          <w:tcPr>
            <w:tcW w:w="2448" w:type="dxa"/>
          </w:tcPr>
          <w:p w14:paraId="33E523E2" w14:textId="77777777" w:rsidR="00B96123" w:rsidRDefault="00000000">
            <w:pPr>
              <w:jc w:val="center"/>
            </w:pPr>
            <w:r>
              <w:rPr>
                <w:sz w:val="18"/>
              </w:rPr>
              <w:t>297,367</w:t>
            </w:r>
          </w:p>
        </w:tc>
        <w:tc>
          <w:tcPr>
            <w:tcW w:w="2448" w:type="dxa"/>
          </w:tcPr>
          <w:p w14:paraId="789E61D3" w14:textId="77777777" w:rsidR="00B96123" w:rsidRDefault="00000000">
            <w:pPr>
              <w:jc w:val="center"/>
            </w:pPr>
            <w:r>
              <w:rPr>
                <w:sz w:val="18"/>
              </w:rPr>
              <w:t>297,367</w:t>
            </w:r>
          </w:p>
        </w:tc>
      </w:tr>
      <w:tr w:rsidR="00B96123" w14:paraId="10885ED8" w14:textId="77777777" w:rsidTr="00476DC6">
        <w:trPr>
          <w:jc w:val="center"/>
        </w:trPr>
        <w:tc>
          <w:tcPr>
            <w:tcW w:w="2448" w:type="dxa"/>
          </w:tcPr>
          <w:p w14:paraId="1ACE324F" w14:textId="77777777" w:rsidR="00B96123" w:rsidRDefault="00000000">
            <w:pPr>
              <w:jc w:val="center"/>
            </w:pPr>
            <w:r>
              <w:rPr>
                <w:b/>
                <w:sz w:val="18"/>
              </w:rPr>
              <w:t>R-squared</w:t>
            </w:r>
          </w:p>
        </w:tc>
        <w:tc>
          <w:tcPr>
            <w:tcW w:w="2448" w:type="dxa"/>
          </w:tcPr>
          <w:p w14:paraId="736CBAC4" w14:textId="77777777" w:rsidR="00B96123" w:rsidRDefault="00000000">
            <w:pPr>
              <w:jc w:val="center"/>
            </w:pPr>
            <w:r>
              <w:rPr>
                <w:sz w:val="18"/>
              </w:rPr>
              <w:t>0.2810</w:t>
            </w:r>
          </w:p>
        </w:tc>
        <w:tc>
          <w:tcPr>
            <w:tcW w:w="2448" w:type="dxa"/>
          </w:tcPr>
          <w:p w14:paraId="2D45E8A4" w14:textId="77777777" w:rsidR="00B96123" w:rsidRDefault="00000000">
            <w:pPr>
              <w:jc w:val="center"/>
            </w:pPr>
            <w:r>
              <w:rPr>
                <w:sz w:val="18"/>
              </w:rPr>
              <w:t>0.0475</w:t>
            </w:r>
          </w:p>
        </w:tc>
        <w:tc>
          <w:tcPr>
            <w:tcW w:w="2448" w:type="dxa"/>
          </w:tcPr>
          <w:p w14:paraId="6DFAA3BB" w14:textId="77777777" w:rsidR="00B96123" w:rsidRDefault="00000000">
            <w:pPr>
              <w:jc w:val="center"/>
            </w:pPr>
            <w:r>
              <w:rPr>
                <w:sz w:val="18"/>
              </w:rPr>
              <w:t>0.0469</w:t>
            </w:r>
          </w:p>
        </w:tc>
        <w:tc>
          <w:tcPr>
            <w:tcW w:w="2448" w:type="dxa"/>
          </w:tcPr>
          <w:p w14:paraId="43683A10" w14:textId="77777777" w:rsidR="00B96123" w:rsidRDefault="00000000">
            <w:pPr>
              <w:jc w:val="center"/>
            </w:pPr>
            <w:r>
              <w:rPr>
                <w:sz w:val="18"/>
              </w:rPr>
              <w:t>0.0475</w:t>
            </w:r>
          </w:p>
        </w:tc>
      </w:tr>
    </w:tbl>
    <w:p w14:paraId="5AAB2E94" w14:textId="77777777" w:rsidR="00B96123" w:rsidRDefault="00000000">
      <w:r>
        <w:rPr>
          <w:i/>
          <w:sz w:val="16"/>
        </w:rPr>
        <w:t>Col. 1-2 interact continuous pre-COVID exposure with the COVID-2020 indicator; col. 3 uses a binary high-exposure indicator; col. 4 uses the post-COVID period (2021-2023) indicator in place of the single COVID-2020 shock year, capturing recovery-period effects.</w:t>
      </w:r>
    </w:p>
    <w:p w14:paraId="7426C0C0" w14:textId="77777777" w:rsidR="00B96123" w:rsidRDefault="00B96123"/>
    <w:p w14:paraId="4D2D8A11" w14:textId="77777777" w:rsidR="00476DC6" w:rsidRDefault="00476DC6"/>
    <w:p w14:paraId="6741898E" w14:textId="77777777" w:rsidR="00476DC6" w:rsidRDefault="00476DC6"/>
    <w:p w14:paraId="0DBD6F8D" w14:textId="77777777" w:rsidR="00B96123" w:rsidRDefault="00000000">
      <w:pPr>
        <w:pStyle w:val="Heading2"/>
      </w:pPr>
      <w:r>
        <w:t>Table A3. Post-COVID Recovery: Employment and Informality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0"/>
        <w:gridCol w:w="4120"/>
        <w:gridCol w:w="4120"/>
      </w:tblGrid>
      <w:tr w:rsidR="00B96123" w14:paraId="73984BA5" w14:textId="77777777" w:rsidTr="00476DC6">
        <w:trPr>
          <w:trHeight w:val="297"/>
          <w:jc w:val="center"/>
        </w:trPr>
        <w:tc>
          <w:tcPr>
            <w:tcW w:w="4120" w:type="dxa"/>
            <w:shd w:val="clear" w:color="auto" w:fill="D9D9D9"/>
          </w:tcPr>
          <w:p w14:paraId="376D39FB" w14:textId="77777777" w:rsidR="00B96123" w:rsidRDefault="00000000">
            <w:pPr>
              <w:jc w:val="center"/>
            </w:pPr>
            <w:r>
              <w:rPr>
                <w:b/>
                <w:sz w:val="18"/>
              </w:rPr>
              <w:t>Variable</w:t>
            </w:r>
          </w:p>
        </w:tc>
        <w:tc>
          <w:tcPr>
            <w:tcW w:w="4120" w:type="dxa"/>
            <w:shd w:val="clear" w:color="auto" w:fill="D9D9D9"/>
          </w:tcPr>
          <w:p w14:paraId="74563024" w14:textId="77777777" w:rsidR="00B96123" w:rsidRDefault="00000000">
            <w:pPr>
              <w:jc w:val="center"/>
            </w:pPr>
            <w:r>
              <w:rPr>
                <w:b/>
                <w:sz w:val="18"/>
              </w:rPr>
              <w:t>Employment</w:t>
            </w:r>
          </w:p>
        </w:tc>
        <w:tc>
          <w:tcPr>
            <w:tcW w:w="4120" w:type="dxa"/>
            <w:shd w:val="clear" w:color="auto" w:fill="D9D9D9"/>
          </w:tcPr>
          <w:p w14:paraId="2981CCBE" w14:textId="77777777" w:rsidR="00B96123" w:rsidRDefault="00000000">
            <w:pPr>
              <w:jc w:val="center"/>
            </w:pPr>
            <w:r>
              <w:rPr>
                <w:b/>
                <w:sz w:val="18"/>
              </w:rPr>
              <w:t>Informality</w:t>
            </w:r>
          </w:p>
        </w:tc>
      </w:tr>
      <w:tr w:rsidR="00B96123" w14:paraId="2B3654B2" w14:textId="77777777" w:rsidTr="00476DC6">
        <w:trPr>
          <w:trHeight w:val="297"/>
          <w:jc w:val="center"/>
        </w:trPr>
        <w:tc>
          <w:tcPr>
            <w:tcW w:w="4120" w:type="dxa"/>
          </w:tcPr>
          <w:p w14:paraId="349AE2BE" w14:textId="77777777" w:rsidR="00B96123" w:rsidRDefault="00000000">
            <w:pPr>
              <w:jc w:val="center"/>
            </w:pPr>
            <w:r>
              <w:rPr>
                <w:sz w:val="18"/>
              </w:rPr>
              <w:t>Post-COVID (2021-23)</w:t>
            </w:r>
          </w:p>
        </w:tc>
        <w:tc>
          <w:tcPr>
            <w:tcW w:w="4120" w:type="dxa"/>
          </w:tcPr>
          <w:p w14:paraId="34F958C8" w14:textId="77777777" w:rsidR="00B96123" w:rsidRDefault="00000000">
            <w:pPr>
              <w:jc w:val="center"/>
            </w:pPr>
            <w:r>
              <w:rPr>
                <w:sz w:val="18"/>
              </w:rPr>
              <w:t>0.0671***</w:t>
            </w:r>
          </w:p>
        </w:tc>
        <w:tc>
          <w:tcPr>
            <w:tcW w:w="4120" w:type="dxa"/>
          </w:tcPr>
          <w:p w14:paraId="5CCFCE9D" w14:textId="77777777" w:rsidR="00B96123" w:rsidRDefault="00000000">
            <w:pPr>
              <w:jc w:val="center"/>
            </w:pPr>
            <w:r>
              <w:rPr>
                <w:sz w:val="18"/>
              </w:rPr>
              <w:t>0.0155**</w:t>
            </w:r>
          </w:p>
        </w:tc>
      </w:tr>
      <w:tr w:rsidR="00B96123" w14:paraId="51BA106F" w14:textId="77777777" w:rsidTr="00476DC6">
        <w:trPr>
          <w:trHeight w:val="318"/>
          <w:jc w:val="center"/>
        </w:trPr>
        <w:tc>
          <w:tcPr>
            <w:tcW w:w="4120" w:type="dxa"/>
          </w:tcPr>
          <w:p w14:paraId="5E5C0D93" w14:textId="77777777" w:rsidR="00B96123" w:rsidRDefault="00B96123"/>
        </w:tc>
        <w:tc>
          <w:tcPr>
            <w:tcW w:w="4120" w:type="dxa"/>
          </w:tcPr>
          <w:p w14:paraId="0C81A33C" w14:textId="77777777" w:rsidR="00B96123" w:rsidRDefault="00000000">
            <w:pPr>
              <w:jc w:val="center"/>
            </w:pPr>
            <w:r>
              <w:rPr>
                <w:sz w:val="16"/>
              </w:rPr>
              <w:t>(0.0079)</w:t>
            </w:r>
          </w:p>
        </w:tc>
        <w:tc>
          <w:tcPr>
            <w:tcW w:w="4120" w:type="dxa"/>
          </w:tcPr>
          <w:p w14:paraId="645FFEAD" w14:textId="77777777" w:rsidR="00B96123" w:rsidRDefault="00000000">
            <w:pPr>
              <w:jc w:val="center"/>
            </w:pPr>
            <w:r>
              <w:rPr>
                <w:sz w:val="16"/>
              </w:rPr>
              <w:t>(0.0071)</w:t>
            </w:r>
          </w:p>
        </w:tc>
      </w:tr>
      <w:tr w:rsidR="00B96123" w14:paraId="6DBD8AD5" w14:textId="77777777" w:rsidTr="00476DC6">
        <w:trPr>
          <w:trHeight w:val="297"/>
          <w:jc w:val="center"/>
        </w:trPr>
        <w:tc>
          <w:tcPr>
            <w:tcW w:w="4120" w:type="dxa"/>
          </w:tcPr>
          <w:p w14:paraId="6A154724" w14:textId="77777777" w:rsidR="00B96123" w:rsidRDefault="00000000">
            <w:pPr>
              <w:jc w:val="center"/>
            </w:pPr>
            <w:r>
              <w:rPr>
                <w:sz w:val="18"/>
              </w:rPr>
              <w:t>Female</w:t>
            </w:r>
          </w:p>
        </w:tc>
        <w:tc>
          <w:tcPr>
            <w:tcW w:w="4120" w:type="dxa"/>
          </w:tcPr>
          <w:p w14:paraId="4D572198" w14:textId="77777777" w:rsidR="00B96123" w:rsidRDefault="00000000">
            <w:pPr>
              <w:jc w:val="center"/>
            </w:pPr>
            <w:r>
              <w:rPr>
                <w:sz w:val="18"/>
              </w:rPr>
              <w:t>-0.4890***</w:t>
            </w:r>
          </w:p>
        </w:tc>
        <w:tc>
          <w:tcPr>
            <w:tcW w:w="4120" w:type="dxa"/>
          </w:tcPr>
          <w:p w14:paraId="22B0A52E" w14:textId="77777777" w:rsidR="00B96123" w:rsidRDefault="00000000">
            <w:pPr>
              <w:jc w:val="center"/>
            </w:pPr>
            <w:r>
              <w:rPr>
                <w:sz w:val="18"/>
              </w:rPr>
              <w:t>0.0007</w:t>
            </w:r>
          </w:p>
        </w:tc>
      </w:tr>
      <w:tr w:rsidR="00B96123" w14:paraId="4A162101" w14:textId="77777777" w:rsidTr="00476DC6">
        <w:trPr>
          <w:trHeight w:val="318"/>
          <w:jc w:val="center"/>
        </w:trPr>
        <w:tc>
          <w:tcPr>
            <w:tcW w:w="4120" w:type="dxa"/>
          </w:tcPr>
          <w:p w14:paraId="1B840544" w14:textId="77777777" w:rsidR="00B96123" w:rsidRDefault="00B96123"/>
        </w:tc>
        <w:tc>
          <w:tcPr>
            <w:tcW w:w="4120" w:type="dxa"/>
          </w:tcPr>
          <w:p w14:paraId="32CACD28" w14:textId="77777777" w:rsidR="00B96123" w:rsidRDefault="00000000">
            <w:pPr>
              <w:jc w:val="center"/>
            </w:pPr>
            <w:r>
              <w:rPr>
                <w:sz w:val="16"/>
              </w:rPr>
              <w:t>(0.0245)</w:t>
            </w:r>
          </w:p>
        </w:tc>
        <w:tc>
          <w:tcPr>
            <w:tcW w:w="4120" w:type="dxa"/>
          </w:tcPr>
          <w:p w14:paraId="292D4E00" w14:textId="77777777" w:rsidR="00B96123" w:rsidRDefault="00000000">
            <w:pPr>
              <w:jc w:val="center"/>
            </w:pPr>
            <w:r>
              <w:rPr>
                <w:sz w:val="16"/>
              </w:rPr>
              <w:t>(0.0019)</w:t>
            </w:r>
          </w:p>
        </w:tc>
      </w:tr>
      <w:tr w:rsidR="00B96123" w14:paraId="77AA4B50" w14:textId="77777777" w:rsidTr="00476DC6">
        <w:trPr>
          <w:trHeight w:val="297"/>
          <w:jc w:val="center"/>
        </w:trPr>
        <w:tc>
          <w:tcPr>
            <w:tcW w:w="4120" w:type="dxa"/>
          </w:tcPr>
          <w:p w14:paraId="4DFCF662" w14:textId="77777777" w:rsidR="00B96123" w:rsidRDefault="00000000">
            <w:pPr>
              <w:jc w:val="center"/>
            </w:pPr>
            <w:r>
              <w:rPr>
                <w:sz w:val="18"/>
              </w:rPr>
              <w:t>Urban</w:t>
            </w:r>
          </w:p>
        </w:tc>
        <w:tc>
          <w:tcPr>
            <w:tcW w:w="4120" w:type="dxa"/>
          </w:tcPr>
          <w:p w14:paraId="7C84F154" w14:textId="77777777" w:rsidR="00B96123" w:rsidRDefault="00000000">
            <w:pPr>
              <w:jc w:val="center"/>
            </w:pPr>
            <w:r>
              <w:rPr>
                <w:sz w:val="18"/>
              </w:rPr>
              <w:t>-0.0502***</w:t>
            </w:r>
          </w:p>
        </w:tc>
        <w:tc>
          <w:tcPr>
            <w:tcW w:w="4120" w:type="dxa"/>
          </w:tcPr>
          <w:p w14:paraId="132B1AA8" w14:textId="77777777" w:rsidR="00B96123" w:rsidRDefault="00000000">
            <w:pPr>
              <w:jc w:val="center"/>
            </w:pPr>
            <w:r>
              <w:rPr>
                <w:sz w:val="18"/>
              </w:rPr>
              <w:t>-0.0127***</w:t>
            </w:r>
          </w:p>
        </w:tc>
      </w:tr>
      <w:tr w:rsidR="00B96123" w14:paraId="7B10092F" w14:textId="77777777" w:rsidTr="00476DC6">
        <w:trPr>
          <w:trHeight w:val="318"/>
          <w:jc w:val="center"/>
        </w:trPr>
        <w:tc>
          <w:tcPr>
            <w:tcW w:w="4120" w:type="dxa"/>
          </w:tcPr>
          <w:p w14:paraId="5B182350" w14:textId="77777777" w:rsidR="00B96123" w:rsidRDefault="00B96123"/>
        </w:tc>
        <w:tc>
          <w:tcPr>
            <w:tcW w:w="4120" w:type="dxa"/>
          </w:tcPr>
          <w:p w14:paraId="480F9997" w14:textId="77777777" w:rsidR="00B96123" w:rsidRDefault="00000000">
            <w:pPr>
              <w:jc w:val="center"/>
            </w:pPr>
            <w:r>
              <w:rPr>
                <w:sz w:val="16"/>
              </w:rPr>
              <w:t>(0.0080)</w:t>
            </w:r>
          </w:p>
        </w:tc>
        <w:tc>
          <w:tcPr>
            <w:tcW w:w="4120" w:type="dxa"/>
          </w:tcPr>
          <w:p w14:paraId="1984146B" w14:textId="77777777" w:rsidR="00B96123" w:rsidRDefault="00000000">
            <w:pPr>
              <w:jc w:val="center"/>
            </w:pPr>
            <w:r>
              <w:rPr>
                <w:sz w:val="16"/>
              </w:rPr>
              <w:t>(0.0036)</w:t>
            </w:r>
          </w:p>
        </w:tc>
      </w:tr>
      <w:tr w:rsidR="00B96123" w14:paraId="264BABE7" w14:textId="77777777" w:rsidTr="00476DC6">
        <w:trPr>
          <w:trHeight w:val="297"/>
          <w:jc w:val="center"/>
        </w:trPr>
        <w:tc>
          <w:tcPr>
            <w:tcW w:w="4120" w:type="dxa"/>
          </w:tcPr>
          <w:p w14:paraId="313D58BF" w14:textId="77777777" w:rsidR="00B96123" w:rsidRDefault="00000000">
            <w:pPr>
              <w:jc w:val="center"/>
            </w:pPr>
            <w:r>
              <w:rPr>
                <w:sz w:val="18"/>
              </w:rPr>
              <w:t>Age</w:t>
            </w:r>
          </w:p>
        </w:tc>
        <w:tc>
          <w:tcPr>
            <w:tcW w:w="4120" w:type="dxa"/>
          </w:tcPr>
          <w:p w14:paraId="198256DB" w14:textId="77777777" w:rsidR="00B96123" w:rsidRDefault="00000000">
            <w:pPr>
              <w:jc w:val="center"/>
            </w:pPr>
            <w:r>
              <w:rPr>
                <w:sz w:val="18"/>
              </w:rPr>
              <w:t>0.0031***</w:t>
            </w:r>
          </w:p>
        </w:tc>
        <w:tc>
          <w:tcPr>
            <w:tcW w:w="4120" w:type="dxa"/>
          </w:tcPr>
          <w:p w14:paraId="384ABD44" w14:textId="77777777" w:rsidR="00B96123" w:rsidRDefault="00000000">
            <w:pPr>
              <w:jc w:val="center"/>
            </w:pPr>
            <w:r>
              <w:rPr>
                <w:sz w:val="18"/>
              </w:rPr>
              <w:t>-0.0003***</w:t>
            </w:r>
          </w:p>
        </w:tc>
      </w:tr>
      <w:tr w:rsidR="00B96123" w14:paraId="7429008A" w14:textId="77777777" w:rsidTr="00476DC6">
        <w:trPr>
          <w:trHeight w:val="318"/>
          <w:jc w:val="center"/>
        </w:trPr>
        <w:tc>
          <w:tcPr>
            <w:tcW w:w="4120" w:type="dxa"/>
          </w:tcPr>
          <w:p w14:paraId="400E7A5C" w14:textId="77777777" w:rsidR="00B96123" w:rsidRDefault="00B96123"/>
        </w:tc>
        <w:tc>
          <w:tcPr>
            <w:tcW w:w="4120" w:type="dxa"/>
          </w:tcPr>
          <w:p w14:paraId="0678F32B" w14:textId="77777777" w:rsidR="00B96123" w:rsidRDefault="00000000">
            <w:pPr>
              <w:jc w:val="center"/>
            </w:pPr>
            <w:r>
              <w:rPr>
                <w:sz w:val="16"/>
              </w:rPr>
              <w:t>(0.0005)</w:t>
            </w:r>
          </w:p>
        </w:tc>
        <w:tc>
          <w:tcPr>
            <w:tcW w:w="4120" w:type="dxa"/>
          </w:tcPr>
          <w:p w14:paraId="691560A1" w14:textId="77777777" w:rsidR="00B96123" w:rsidRDefault="00000000">
            <w:pPr>
              <w:jc w:val="center"/>
            </w:pPr>
            <w:r>
              <w:rPr>
                <w:sz w:val="16"/>
              </w:rPr>
              <w:t>(0.0001)</w:t>
            </w:r>
          </w:p>
        </w:tc>
      </w:tr>
      <w:tr w:rsidR="00B96123" w14:paraId="6E73679C" w14:textId="77777777" w:rsidTr="00476DC6">
        <w:trPr>
          <w:trHeight w:val="297"/>
          <w:jc w:val="center"/>
        </w:trPr>
        <w:tc>
          <w:tcPr>
            <w:tcW w:w="4120" w:type="dxa"/>
          </w:tcPr>
          <w:p w14:paraId="6406983B" w14:textId="77777777" w:rsidR="00B96123" w:rsidRDefault="00000000">
            <w:pPr>
              <w:jc w:val="center"/>
            </w:pPr>
            <w:r>
              <w:rPr>
                <w:sz w:val="18"/>
              </w:rPr>
              <w:lastRenderedPageBreak/>
              <w:t>Age 25-34</w:t>
            </w:r>
          </w:p>
        </w:tc>
        <w:tc>
          <w:tcPr>
            <w:tcW w:w="4120" w:type="dxa"/>
          </w:tcPr>
          <w:p w14:paraId="6C0AF110" w14:textId="77777777" w:rsidR="00B96123" w:rsidRDefault="00000000">
            <w:pPr>
              <w:jc w:val="center"/>
            </w:pPr>
            <w:r>
              <w:rPr>
                <w:sz w:val="18"/>
              </w:rPr>
              <w:t>0.1741***</w:t>
            </w:r>
          </w:p>
        </w:tc>
        <w:tc>
          <w:tcPr>
            <w:tcW w:w="4120" w:type="dxa"/>
          </w:tcPr>
          <w:p w14:paraId="7ACEE6A6" w14:textId="77777777" w:rsidR="00B96123" w:rsidRDefault="00000000">
            <w:pPr>
              <w:jc w:val="center"/>
            </w:pPr>
            <w:r>
              <w:rPr>
                <w:sz w:val="18"/>
              </w:rPr>
              <w:t>-0.0029</w:t>
            </w:r>
          </w:p>
        </w:tc>
      </w:tr>
      <w:tr w:rsidR="00B96123" w14:paraId="0F0D28FB" w14:textId="77777777" w:rsidTr="00476DC6">
        <w:trPr>
          <w:trHeight w:val="318"/>
          <w:jc w:val="center"/>
        </w:trPr>
        <w:tc>
          <w:tcPr>
            <w:tcW w:w="4120" w:type="dxa"/>
          </w:tcPr>
          <w:p w14:paraId="5C5ACEDF" w14:textId="77777777" w:rsidR="00B96123" w:rsidRDefault="00B96123"/>
        </w:tc>
        <w:tc>
          <w:tcPr>
            <w:tcW w:w="4120" w:type="dxa"/>
          </w:tcPr>
          <w:p w14:paraId="22BF1CF3" w14:textId="77777777" w:rsidR="00B96123" w:rsidRDefault="00000000">
            <w:pPr>
              <w:jc w:val="center"/>
            </w:pPr>
            <w:r>
              <w:rPr>
                <w:sz w:val="16"/>
              </w:rPr>
              <w:t>(0.0059)</w:t>
            </w:r>
          </w:p>
        </w:tc>
        <w:tc>
          <w:tcPr>
            <w:tcW w:w="4120" w:type="dxa"/>
          </w:tcPr>
          <w:p w14:paraId="18C66B40" w14:textId="77777777" w:rsidR="00B96123" w:rsidRDefault="00000000">
            <w:pPr>
              <w:jc w:val="center"/>
            </w:pPr>
            <w:r>
              <w:rPr>
                <w:sz w:val="16"/>
              </w:rPr>
              <w:t>(0.0018)</w:t>
            </w:r>
          </w:p>
        </w:tc>
      </w:tr>
      <w:tr w:rsidR="00B96123" w14:paraId="77D4CBDB" w14:textId="77777777" w:rsidTr="00476DC6">
        <w:trPr>
          <w:trHeight w:val="297"/>
          <w:jc w:val="center"/>
        </w:trPr>
        <w:tc>
          <w:tcPr>
            <w:tcW w:w="4120" w:type="dxa"/>
          </w:tcPr>
          <w:p w14:paraId="06E9D78A" w14:textId="77777777" w:rsidR="00B96123" w:rsidRDefault="00000000">
            <w:pPr>
              <w:jc w:val="center"/>
            </w:pPr>
            <w:r>
              <w:rPr>
                <w:sz w:val="18"/>
              </w:rPr>
              <w:t>Low Education</w:t>
            </w:r>
          </w:p>
        </w:tc>
        <w:tc>
          <w:tcPr>
            <w:tcW w:w="4120" w:type="dxa"/>
          </w:tcPr>
          <w:p w14:paraId="53FE7F01" w14:textId="77777777" w:rsidR="00B96123" w:rsidRDefault="00000000">
            <w:pPr>
              <w:jc w:val="center"/>
            </w:pPr>
            <w:r>
              <w:rPr>
                <w:sz w:val="18"/>
              </w:rPr>
              <w:t>0.0957***</w:t>
            </w:r>
          </w:p>
        </w:tc>
        <w:tc>
          <w:tcPr>
            <w:tcW w:w="4120" w:type="dxa"/>
          </w:tcPr>
          <w:p w14:paraId="655B3A34" w14:textId="77777777" w:rsidR="00B96123" w:rsidRDefault="00000000">
            <w:pPr>
              <w:jc w:val="center"/>
            </w:pPr>
            <w:r>
              <w:rPr>
                <w:sz w:val="18"/>
              </w:rPr>
              <w:t>0.0442***</w:t>
            </w:r>
          </w:p>
        </w:tc>
      </w:tr>
      <w:tr w:rsidR="00B96123" w14:paraId="148FF893" w14:textId="77777777" w:rsidTr="00476DC6">
        <w:trPr>
          <w:trHeight w:val="339"/>
          <w:jc w:val="center"/>
        </w:trPr>
        <w:tc>
          <w:tcPr>
            <w:tcW w:w="4120" w:type="dxa"/>
          </w:tcPr>
          <w:p w14:paraId="399D9123" w14:textId="77777777" w:rsidR="00B96123" w:rsidRDefault="00B96123"/>
        </w:tc>
        <w:tc>
          <w:tcPr>
            <w:tcW w:w="4120" w:type="dxa"/>
          </w:tcPr>
          <w:p w14:paraId="6CD5B9DD" w14:textId="77777777" w:rsidR="00B96123" w:rsidRDefault="00000000">
            <w:pPr>
              <w:jc w:val="center"/>
            </w:pPr>
            <w:r>
              <w:rPr>
                <w:sz w:val="16"/>
              </w:rPr>
              <w:t>(0.0089)</w:t>
            </w:r>
          </w:p>
        </w:tc>
        <w:tc>
          <w:tcPr>
            <w:tcW w:w="4120" w:type="dxa"/>
          </w:tcPr>
          <w:p w14:paraId="5E483E6E" w14:textId="77777777" w:rsidR="00B96123" w:rsidRDefault="00000000">
            <w:pPr>
              <w:jc w:val="center"/>
            </w:pPr>
            <w:r>
              <w:rPr>
                <w:sz w:val="16"/>
              </w:rPr>
              <w:t>(0.0074)</w:t>
            </w:r>
          </w:p>
        </w:tc>
      </w:tr>
      <w:tr w:rsidR="00B96123" w14:paraId="549C29A0" w14:textId="77777777" w:rsidTr="00476DC6">
        <w:trPr>
          <w:trHeight w:val="275"/>
          <w:jc w:val="center"/>
        </w:trPr>
        <w:tc>
          <w:tcPr>
            <w:tcW w:w="4120" w:type="dxa"/>
          </w:tcPr>
          <w:p w14:paraId="723FE77B" w14:textId="77777777" w:rsidR="00B96123" w:rsidRDefault="00000000">
            <w:pPr>
              <w:jc w:val="center"/>
            </w:pPr>
            <w:r>
              <w:rPr>
                <w:b/>
                <w:sz w:val="18"/>
              </w:rPr>
              <w:t>State, Caste &amp; Year FE</w:t>
            </w:r>
          </w:p>
        </w:tc>
        <w:tc>
          <w:tcPr>
            <w:tcW w:w="4120" w:type="dxa"/>
          </w:tcPr>
          <w:p w14:paraId="18A04FD9" w14:textId="77777777" w:rsidR="00B96123" w:rsidRDefault="00000000">
            <w:pPr>
              <w:jc w:val="center"/>
            </w:pPr>
            <w:r>
              <w:rPr>
                <w:sz w:val="18"/>
              </w:rPr>
              <w:t>Yes</w:t>
            </w:r>
          </w:p>
        </w:tc>
        <w:tc>
          <w:tcPr>
            <w:tcW w:w="4120" w:type="dxa"/>
          </w:tcPr>
          <w:p w14:paraId="5923FC8A" w14:textId="77777777" w:rsidR="00B96123" w:rsidRDefault="00000000">
            <w:pPr>
              <w:jc w:val="center"/>
            </w:pPr>
            <w:r>
              <w:rPr>
                <w:sz w:val="18"/>
              </w:rPr>
              <w:t>Yes</w:t>
            </w:r>
          </w:p>
        </w:tc>
      </w:tr>
      <w:tr w:rsidR="00B96123" w14:paraId="4EFCED9F" w14:textId="77777777" w:rsidTr="00476DC6">
        <w:trPr>
          <w:trHeight w:val="297"/>
          <w:jc w:val="center"/>
        </w:trPr>
        <w:tc>
          <w:tcPr>
            <w:tcW w:w="4120" w:type="dxa"/>
          </w:tcPr>
          <w:p w14:paraId="05F5C3C2" w14:textId="77777777" w:rsidR="00B96123" w:rsidRDefault="00000000">
            <w:pPr>
              <w:jc w:val="center"/>
            </w:pPr>
            <w:r>
              <w:rPr>
                <w:b/>
                <w:sz w:val="18"/>
              </w:rPr>
              <w:t>Observations</w:t>
            </w:r>
          </w:p>
        </w:tc>
        <w:tc>
          <w:tcPr>
            <w:tcW w:w="4120" w:type="dxa"/>
          </w:tcPr>
          <w:p w14:paraId="40639AC8" w14:textId="77777777" w:rsidR="00B96123" w:rsidRDefault="00000000">
            <w:pPr>
              <w:jc w:val="center"/>
            </w:pPr>
            <w:r>
              <w:rPr>
                <w:sz w:val="18"/>
              </w:rPr>
              <w:t>1,936,240</w:t>
            </w:r>
          </w:p>
        </w:tc>
        <w:tc>
          <w:tcPr>
            <w:tcW w:w="4120" w:type="dxa"/>
          </w:tcPr>
          <w:p w14:paraId="4835B210" w14:textId="77777777" w:rsidR="00B96123" w:rsidRDefault="00000000">
            <w:pPr>
              <w:jc w:val="center"/>
            </w:pPr>
            <w:r>
              <w:rPr>
                <w:sz w:val="18"/>
              </w:rPr>
              <w:t>297,367</w:t>
            </w:r>
          </w:p>
        </w:tc>
      </w:tr>
      <w:tr w:rsidR="00B96123" w14:paraId="6E7DD7AB" w14:textId="77777777" w:rsidTr="00476DC6">
        <w:trPr>
          <w:trHeight w:val="297"/>
          <w:jc w:val="center"/>
        </w:trPr>
        <w:tc>
          <w:tcPr>
            <w:tcW w:w="4120" w:type="dxa"/>
          </w:tcPr>
          <w:p w14:paraId="5834D67C" w14:textId="77777777" w:rsidR="00B96123" w:rsidRDefault="00000000">
            <w:pPr>
              <w:jc w:val="center"/>
            </w:pPr>
            <w:r>
              <w:rPr>
                <w:b/>
                <w:sz w:val="18"/>
              </w:rPr>
              <w:t>R-squared</w:t>
            </w:r>
          </w:p>
        </w:tc>
        <w:tc>
          <w:tcPr>
            <w:tcW w:w="4120" w:type="dxa"/>
          </w:tcPr>
          <w:p w14:paraId="7E153832" w14:textId="77777777" w:rsidR="00B96123" w:rsidRDefault="00000000">
            <w:pPr>
              <w:jc w:val="center"/>
            </w:pPr>
            <w:r>
              <w:rPr>
                <w:sz w:val="18"/>
              </w:rPr>
              <w:t>0.2806</w:t>
            </w:r>
          </w:p>
        </w:tc>
        <w:tc>
          <w:tcPr>
            <w:tcW w:w="4120" w:type="dxa"/>
          </w:tcPr>
          <w:p w14:paraId="0F19DE9D" w14:textId="77777777" w:rsidR="00B96123" w:rsidRDefault="00000000">
            <w:pPr>
              <w:jc w:val="center"/>
            </w:pPr>
            <w:r>
              <w:rPr>
                <w:sz w:val="18"/>
              </w:rPr>
              <w:t>0.0468</w:t>
            </w:r>
          </w:p>
        </w:tc>
      </w:tr>
    </w:tbl>
    <w:p w14:paraId="6CC7A285" w14:textId="77777777" w:rsidR="00B96123" w:rsidRDefault="00000000">
      <w:r>
        <w:rPr>
          <w:i/>
          <w:sz w:val="16"/>
        </w:rPr>
        <w:t>Uses the post-COVID period indicator (2021-2023) in place of the single 2020 shock year, testing whether effects persisted into the recovery rounds rather than being confined to the initial lockdown year. Compare with cols. 1-2 of Table A1.</w:t>
      </w:r>
    </w:p>
    <w:p w14:paraId="41B2BBA2" w14:textId="77777777" w:rsidR="00B96123" w:rsidRDefault="00B96123"/>
    <w:p w14:paraId="333C32AF" w14:textId="77777777" w:rsidR="00476DC6" w:rsidRDefault="00476DC6"/>
    <w:p w14:paraId="3D6227C9" w14:textId="77777777" w:rsidR="00476DC6" w:rsidRDefault="00476DC6"/>
    <w:p w14:paraId="1B4A8E0C" w14:textId="77777777" w:rsidR="00476DC6" w:rsidRDefault="00476DC6"/>
    <w:p w14:paraId="019BF98E" w14:textId="77777777" w:rsidR="00476DC6" w:rsidRDefault="00476DC6"/>
    <w:p w14:paraId="32C129D1" w14:textId="77777777" w:rsidR="00476DC6" w:rsidRDefault="00476DC6"/>
    <w:p w14:paraId="100B147B" w14:textId="77777777" w:rsidR="00476DC6" w:rsidRDefault="00476DC6"/>
    <w:p w14:paraId="4607AE86" w14:textId="77777777" w:rsidR="00476DC6" w:rsidRDefault="00476DC6"/>
    <w:p w14:paraId="00D4FE50" w14:textId="77777777" w:rsidR="00B96123" w:rsidRDefault="00000000">
      <w:pPr>
        <w:pStyle w:val="Heading2"/>
      </w:pPr>
      <w:r>
        <w:t>Table A4. Employment Benefits: Paid Leave and Social Security Coverage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5"/>
        <w:gridCol w:w="3105"/>
        <w:gridCol w:w="3105"/>
        <w:gridCol w:w="3105"/>
      </w:tblGrid>
      <w:tr w:rsidR="00B96123" w14:paraId="3116ED2E" w14:textId="77777777" w:rsidTr="00476DC6">
        <w:trPr>
          <w:trHeight w:val="293"/>
          <w:jc w:val="center"/>
        </w:trPr>
        <w:tc>
          <w:tcPr>
            <w:tcW w:w="3105" w:type="dxa"/>
            <w:shd w:val="clear" w:color="auto" w:fill="D9D9D9"/>
          </w:tcPr>
          <w:p w14:paraId="062CE8FB" w14:textId="77777777" w:rsidR="00B96123" w:rsidRDefault="00000000">
            <w:pPr>
              <w:jc w:val="center"/>
            </w:pPr>
            <w:r>
              <w:rPr>
                <w:b/>
                <w:sz w:val="18"/>
              </w:rPr>
              <w:t>Variable</w:t>
            </w:r>
          </w:p>
        </w:tc>
        <w:tc>
          <w:tcPr>
            <w:tcW w:w="3105" w:type="dxa"/>
            <w:shd w:val="clear" w:color="auto" w:fill="D9D9D9"/>
          </w:tcPr>
          <w:p w14:paraId="03F29538" w14:textId="77777777" w:rsidR="00B96123" w:rsidRDefault="00000000">
            <w:pPr>
              <w:jc w:val="center"/>
            </w:pPr>
            <w:r>
              <w:rPr>
                <w:b/>
                <w:sz w:val="18"/>
              </w:rPr>
              <w:t>Paid Leave</w:t>
            </w:r>
          </w:p>
        </w:tc>
        <w:tc>
          <w:tcPr>
            <w:tcW w:w="3105" w:type="dxa"/>
            <w:shd w:val="clear" w:color="auto" w:fill="D9D9D9"/>
          </w:tcPr>
          <w:p w14:paraId="0C532E84" w14:textId="77777777" w:rsidR="00B96123" w:rsidRDefault="00000000">
            <w:pPr>
              <w:jc w:val="center"/>
            </w:pPr>
            <w:r>
              <w:rPr>
                <w:b/>
                <w:sz w:val="18"/>
              </w:rPr>
              <w:t>Social Security</w:t>
            </w:r>
          </w:p>
        </w:tc>
        <w:tc>
          <w:tcPr>
            <w:tcW w:w="3105" w:type="dxa"/>
            <w:shd w:val="clear" w:color="auto" w:fill="D9D9D9"/>
          </w:tcPr>
          <w:p w14:paraId="6E2C35C0" w14:textId="77777777" w:rsidR="00B96123" w:rsidRDefault="00000000">
            <w:pPr>
              <w:jc w:val="center"/>
            </w:pPr>
            <w:r>
              <w:rPr>
                <w:b/>
                <w:sz w:val="18"/>
              </w:rPr>
              <w:t>SS x Exposure</w:t>
            </w:r>
          </w:p>
        </w:tc>
      </w:tr>
      <w:tr w:rsidR="00B96123" w14:paraId="23D78473" w14:textId="77777777" w:rsidTr="00476DC6">
        <w:trPr>
          <w:trHeight w:val="293"/>
          <w:jc w:val="center"/>
        </w:trPr>
        <w:tc>
          <w:tcPr>
            <w:tcW w:w="3105" w:type="dxa"/>
          </w:tcPr>
          <w:p w14:paraId="5795BCE0" w14:textId="77777777" w:rsidR="00B96123" w:rsidRDefault="00000000">
            <w:pPr>
              <w:jc w:val="center"/>
            </w:pPr>
            <w:r>
              <w:rPr>
                <w:sz w:val="18"/>
              </w:rPr>
              <w:t>COVID-19 (2020)</w:t>
            </w:r>
          </w:p>
        </w:tc>
        <w:tc>
          <w:tcPr>
            <w:tcW w:w="3105" w:type="dxa"/>
          </w:tcPr>
          <w:p w14:paraId="267BBBF0" w14:textId="77777777" w:rsidR="00B96123" w:rsidRDefault="00000000">
            <w:pPr>
              <w:jc w:val="center"/>
            </w:pPr>
            <w:r>
              <w:rPr>
                <w:sz w:val="18"/>
              </w:rPr>
              <w:t>-0.0298***</w:t>
            </w:r>
          </w:p>
        </w:tc>
        <w:tc>
          <w:tcPr>
            <w:tcW w:w="3105" w:type="dxa"/>
          </w:tcPr>
          <w:p w14:paraId="73E5A280" w14:textId="77777777" w:rsidR="00B96123" w:rsidRDefault="00000000">
            <w:pPr>
              <w:jc w:val="center"/>
            </w:pPr>
            <w:r>
              <w:rPr>
                <w:sz w:val="18"/>
              </w:rPr>
              <w:t>-0.0382</w:t>
            </w:r>
          </w:p>
        </w:tc>
        <w:tc>
          <w:tcPr>
            <w:tcW w:w="3105" w:type="dxa"/>
          </w:tcPr>
          <w:p w14:paraId="4B98112B" w14:textId="77777777" w:rsidR="00B96123" w:rsidRDefault="00000000">
            <w:pPr>
              <w:jc w:val="center"/>
            </w:pPr>
            <w:r>
              <w:rPr>
                <w:sz w:val="18"/>
              </w:rPr>
              <w:t>-0.2799**</w:t>
            </w:r>
          </w:p>
        </w:tc>
      </w:tr>
      <w:tr w:rsidR="00B96123" w14:paraId="5E6AF347" w14:textId="77777777" w:rsidTr="00476DC6">
        <w:trPr>
          <w:trHeight w:val="314"/>
          <w:jc w:val="center"/>
        </w:trPr>
        <w:tc>
          <w:tcPr>
            <w:tcW w:w="3105" w:type="dxa"/>
          </w:tcPr>
          <w:p w14:paraId="1E0103D9" w14:textId="77777777" w:rsidR="00B96123" w:rsidRDefault="00B96123"/>
        </w:tc>
        <w:tc>
          <w:tcPr>
            <w:tcW w:w="3105" w:type="dxa"/>
          </w:tcPr>
          <w:p w14:paraId="27FD6E08" w14:textId="77777777" w:rsidR="00B96123" w:rsidRDefault="00000000">
            <w:pPr>
              <w:jc w:val="center"/>
            </w:pPr>
            <w:r>
              <w:rPr>
                <w:sz w:val="16"/>
              </w:rPr>
              <w:t>(0.0105)</w:t>
            </w:r>
          </w:p>
        </w:tc>
        <w:tc>
          <w:tcPr>
            <w:tcW w:w="3105" w:type="dxa"/>
          </w:tcPr>
          <w:p w14:paraId="4072E659" w14:textId="77777777" w:rsidR="00B96123" w:rsidRDefault="00000000">
            <w:pPr>
              <w:jc w:val="center"/>
            </w:pPr>
            <w:r>
              <w:rPr>
                <w:sz w:val="16"/>
              </w:rPr>
              <w:t>(0.0505)</w:t>
            </w:r>
          </w:p>
        </w:tc>
        <w:tc>
          <w:tcPr>
            <w:tcW w:w="3105" w:type="dxa"/>
          </w:tcPr>
          <w:p w14:paraId="12FBBC13" w14:textId="77777777" w:rsidR="00B96123" w:rsidRDefault="00000000">
            <w:pPr>
              <w:jc w:val="center"/>
            </w:pPr>
            <w:r>
              <w:rPr>
                <w:sz w:val="16"/>
              </w:rPr>
              <w:t>(0.1149)</w:t>
            </w:r>
          </w:p>
        </w:tc>
      </w:tr>
      <w:tr w:rsidR="00B96123" w14:paraId="77835637" w14:textId="77777777" w:rsidTr="00476DC6">
        <w:trPr>
          <w:trHeight w:val="314"/>
          <w:jc w:val="center"/>
        </w:trPr>
        <w:tc>
          <w:tcPr>
            <w:tcW w:w="3105" w:type="dxa"/>
          </w:tcPr>
          <w:p w14:paraId="4803C47B" w14:textId="77777777" w:rsidR="00B96123" w:rsidRDefault="00000000">
            <w:pPr>
              <w:jc w:val="center"/>
            </w:pPr>
            <w:r>
              <w:rPr>
                <w:sz w:val="18"/>
              </w:rPr>
              <w:t>Pre-COVID Exposure</w:t>
            </w:r>
          </w:p>
        </w:tc>
        <w:tc>
          <w:tcPr>
            <w:tcW w:w="3105" w:type="dxa"/>
          </w:tcPr>
          <w:p w14:paraId="53958CC8" w14:textId="77777777" w:rsidR="00B96123" w:rsidRDefault="00B96123">
            <w:pPr>
              <w:jc w:val="center"/>
            </w:pPr>
          </w:p>
        </w:tc>
        <w:tc>
          <w:tcPr>
            <w:tcW w:w="3105" w:type="dxa"/>
          </w:tcPr>
          <w:p w14:paraId="2B46B64A" w14:textId="77777777" w:rsidR="00B96123" w:rsidRDefault="00B96123">
            <w:pPr>
              <w:jc w:val="center"/>
            </w:pPr>
          </w:p>
        </w:tc>
        <w:tc>
          <w:tcPr>
            <w:tcW w:w="3105" w:type="dxa"/>
          </w:tcPr>
          <w:p w14:paraId="52CC025C" w14:textId="77777777" w:rsidR="00B96123" w:rsidRDefault="00000000">
            <w:pPr>
              <w:jc w:val="center"/>
            </w:pPr>
            <w:r>
              <w:rPr>
                <w:sz w:val="18"/>
              </w:rPr>
              <w:t>-1.0055*</w:t>
            </w:r>
          </w:p>
        </w:tc>
      </w:tr>
      <w:tr w:rsidR="00B96123" w14:paraId="4B73EED4" w14:textId="77777777" w:rsidTr="00476DC6">
        <w:trPr>
          <w:trHeight w:val="335"/>
          <w:jc w:val="center"/>
        </w:trPr>
        <w:tc>
          <w:tcPr>
            <w:tcW w:w="3105" w:type="dxa"/>
          </w:tcPr>
          <w:p w14:paraId="048F712C" w14:textId="77777777" w:rsidR="00B96123" w:rsidRDefault="00B96123"/>
        </w:tc>
        <w:tc>
          <w:tcPr>
            <w:tcW w:w="3105" w:type="dxa"/>
          </w:tcPr>
          <w:p w14:paraId="0DF55BC3" w14:textId="77777777" w:rsidR="00B96123" w:rsidRDefault="00B96123">
            <w:pPr>
              <w:jc w:val="center"/>
            </w:pPr>
          </w:p>
        </w:tc>
        <w:tc>
          <w:tcPr>
            <w:tcW w:w="3105" w:type="dxa"/>
          </w:tcPr>
          <w:p w14:paraId="18CDF2DA" w14:textId="77777777" w:rsidR="00B96123" w:rsidRDefault="00B96123">
            <w:pPr>
              <w:jc w:val="center"/>
            </w:pPr>
          </w:p>
        </w:tc>
        <w:tc>
          <w:tcPr>
            <w:tcW w:w="3105" w:type="dxa"/>
          </w:tcPr>
          <w:p w14:paraId="2FEA52B6" w14:textId="77777777" w:rsidR="00B96123" w:rsidRDefault="00000000">
            <w:pPr>
              <w:jc w:val="center"/>
            </w:pPr>
            <w:r>
              <w:rPr>
                <w:sz w:val="16"/>
              </w:rPr>
              <w:t>(0.5633)</w:t>
            </w:r>
          </w:p>
        </w:tc>
      </w:tr>
      <w:tr w:rsidR="00B96123" w14:paraId="72FB559C" w14:textId="77777777" w:rsidTr="00476DC6">
        <w:trPr>
          <w:trHeight w:val="314"/>
          <w:jc w:val="center"/>
        </w:trPr>
        <w:tc>
          <w:tcPr>
            <w:tcW w:w="3105" w:type="dxa"/>
          </w:tcPr>
          <w:p w14:paraId="399E0545" w14:textId="77777777" w:rsidR="00B96123" w:rsidRDefault="00000000">
            <w:pPr>
              <w:jc w:val="center"/>
            </w:pPr>
            <w:r>
              <w:rPr>
                <w:sz w:val="18"/>
              </w:rPr>
              <w:t>Exposure x COVID</w:t>
            </w:r>
          </w:p>
        </w:tc>
        <w:tc>
          <w:tcPr>
            <w:tcW w:w="3105" w:type="dxa"/>
          </w:tcPr>
          <w:p w14:paraId="7E3D0220" w14:textId="77777777" w:rsidR="00B96123" w:rsidRDefault="00B96123">
            <w:pPr>
              <w:jc w:val="center"/>
            </w:pPr>
          </w:p>
        </w:tc>
        <w:tc>
          <w:tcPr>
            <w:tcW w:w="3105" w:type="dxa"/>
          </w:tcPr>
          <w:p w14:paraId="05879292" w14:textId="77777777" w:rsidR="00B96123" w:rsidRDefault="00B96123">
            <w:pPr>
              <w:jc w:val="center"/>
            </w:pPr>
          </w:p>
        </w:tc>
        <w:tc>
          <w:tcPr>
            <w:tcW w:w="3105" w:type="dxa"/>
          </w:tcPr>
          <w:p w14:paraId="3D0E91C7" w14:textId="77777777" w:rsidR="00B96123" w:rsidRDefault="00000000">
            <w:pPr>
              <w:jc w:val="center"/>
            </w:pPr>
            <w:r>
              <w:rPr>
                <w:sz w:val="18"/>
              </w:rPr>
              <w:t>0.7256***</w:t>
            </w:r>
          </w:p>
        </w:tc>
      </w:tr>
      <w:tr w:rsidR="00B96123" w14:paraId="55247915" w14:textId="77777777" w:rsidTr="00476DC6">
        <w:trPr>
          <w:trHeight w:val="314"/>
          <w:jc w:val="center"/>
        </w:trPr>
        <w:tc>
          <w:tcPr>
            <w:tcW w:w="3105" w:type="dxa"/>
          </w:tcPr>
          <w:p w14:paraId="2F10251A" w14:textId="77777777" w:rsidR="00B96123" w:rsidRDefault="00B96123"/>
        </w:tc>
        <w:tc>
          <w:tcPr>
            <w:tcW w:w="3105" w:type="dxa"/>
          </w:tcPr>
          <w:p w14:paraId="196C31C9" w14:textId="77777777" w:rsidR="00B96123" w:rsidRDefault="00B96123">
            <w:pPr>
              <w:jc w:val="center"/>
            </w:pPr>
          </w:p>
        </w:tc>
        <w:tc>
          <w:tcPr>
            <w:tcW w:w="3105" w:type="dxa"/>
          </w:tcPr>
          <w:p w14:paraId="66BEAF9A" w14:textId="77777777" w:rsidR="00B96123" w:rsidRDefault="00B96123">
            <w:pPr>
              <w:jc w:val="center"/>
            </w:pPr>
          </w:p>
        </w:tc>
        <w:tc>
          <w:tcPr>
            <w:tcW w:w="3105" w:type="dxa"/>
          </w:tcPr>
          <w:p w14:paraId="3C63A101" w14:textId="77777777" w:rsidR="00B96123" w:rsidRDefault="00000000">
            <w:pPr>
              <w:jc w:val="center"/>
            </w:pPr>
            <w:r>
              <w:rPr>
                <w:sz w:val="16"/>
              </w:rPr>
              <w:t>(0.2177)</w:t>
            </w:r>
          </w:p>
        </w:tc>
      </w:tr>
      <w:tr w:rsidR="00B96123" w14:paraId="1802823A" w14:textId="77777777" w:rsidTr="00476DC6">
        <w:trPr>
          <w:trHeight w:val="293"/>
          <w:jc w:val="center"/>
        </w:trPr>
        <w:tc>
          <w:tcPr>
            <w:tcW w:w="3105" w:type="dxa"/>
          </w:tcPr>
          <w:p w14:paraId="7345ECAC" w14:textId="77777777" w:rsidR="00B96123" w:rsidRDefault="00000000">
            <w:pPr>
              <w:jc w:val="center"/>
            </w:pPr>
            <w:r>
              <w:rPr>
                <w:sz w:val="18"/>
              </w:rPr>
              <w:t>Female</w:t>
            </w:r>
          </w:p>
        </w:tc>
        <w:tc>
          <w:tcPr>
            <w:tcW w:w="3105" w:type="dxa"/>
          </w:tcPr>
          <w:p w14:paraId="5C957EB7" w14:textId="77777777" w:rsidR="00B96123" w:rsidRDefault="00000000">
            <w:pPr>
              <w:jc w:val="center"/>
            </w:pPr>
            <w:r>
              <w:rPr>
                <w:sz w:val="18"/>
              </w:rPr>
              <w:t>-0.0587***</w:t>
            </w:r>
          </w:p>
        </w:tc>
        <w:tc>
          <w:tcPr>
            <w:tcW w:w="3105" w:type="dxa"/>
          </w:tcPr>
          <w:p w14:paraId="6E2B129C" w14:textId="77777777" w:rsidR="00B96123" w:rsidRDefault="00000000">
            <w:pPr>
              <w:jc w:val="center"/>
            </w:pPr>
            <w:r>
              <w:rPr>
                <w:sz w:val="18"/>
              </w:rPr>
              <w:t>-0.0437</w:t>
            </w:r>
          </w:p>
        </w:tc>
        <w:tc>
          <w:tcPr>
            <w:tcW w:w="3105" w:type="dxa"/>
          </w:tcPr>
          <w:p w14:paraId="0575EC9A" w14:textId="77777777" w:rsidR="00B96123" w:rsidRDefault="00000000">
            <w:pPr>
              <w:jc w:val="center"/>
            </w:pPr>
            <w:r>
              <w:rPr>
                <w:sz w:val="18"/>
              </w:rPr>
              <w:t>-0.0472</w:t>
            </w:r>
          </w:p>
        </w:tc>
      </w:tr>
      <w:tr w:rsidR="00B96123" w14:paraId="2936C190" w14:textId="77777777" w:rsidTr="00476DC6">
        <w:trPr>
          <w:trHeight w:val="314"/>
          <w:jc w:val="center"/>
        </w:trPr>
        <w:tc>
          <w:tcPr>
            <w:tcW w:w="3105" w:type="dxa"/>
          </w:tcPr>
          <w:p w14:paraId="334A99FA" w14:textId="77777777" w:rsidR="00B96123" w:rsidRDefault="00B96123"/>
        </w:tc>
        <w:tc>
          <w:tcPr>
            <w:tcW w:w="3105" w:type="dxa"/>
          </w:tcPr>
          <w:p w14:paraId="5001DA6B" w14:textId="77777777" w:rsidR="00B96123" w:rsidRDefault="00000000">
            <w:pPr>
              <w:jc w:val="center"/>
            </w:pPr>
            <w:r>
              <w:rPr>
                <w:sz w:val="16"/>
              </w:rPr>
              <w:t>(0.0134)</w:t>
            </w:r>
          </w:p>
        </w:tc>
        <w:tc>
          <w:tcPr>
            <w:tcW w:w="3105" w:type="dxa"/>
          </w:tcPr>
          <w:p w14:paraId="72252976" w14:textId="77777777" w:rsidR="00B96123" w:rsidRDefault="00000000">
            <w:pPr>
              <w:jc w:val="center"/>
            </w:pPr>
            <w:r>
              <w:rPr>
                <w:sz w:val="16"/>
              </w:rPr>
              <w:t>(0.0364)</w:t>
            </w:r>
          </w:p>
        </w:tc>
        <w:tc>
          <w:tcPr>
            <w:tcW w:w="3105" w:type="dxa"/>
          </w:tcPr>
          <w:p w14:paraId="16B497F8" w14:textId="77777777" w:rsidR="00B96123" w:rsidRDefault="00000000">
            <w:pPr>
              <w:jc w:val="center"/>
            </w:pPr>
            <w:r>
              <w:rPr>
                <w:sz w:val="16"/>
              </w:rPr>
              <w:t>(0.0366)</w:t>
            </w:r>
          </w:p>
        </w:tc>
      </w:tr>
      <w:tr w:rsidR="00B96123" w14:paraId="29BB68F1" w14:textId="77777777" w:rsidTr="00476DC6">
        <w:trPr>
          <w:trHeight w:val="293"/>
          <w:jc w:val="center"/>
        </w:trPr>
        <w:tc>
          <w:tcPr>
            <w:tcW w:w="3105" w:type="dxa"/>
          </w:tcPr>
          <w:p w14:paraId="34AC7B31" w14:textId="77777777" w:rsidR="00B96123" w:rsidRDefault="00000000">
            <w:pPr>
              <w:jc w:val="center"/>
            </w:pPr>
            <w:r>
              <w:rPr>
                <w:sz w:val="18"/>
              </w:rPr>
              <w:t>Urban</w:t>
            </w:r>
          </w:p>
        </w:tc>
        <w:tc>
          <w:tcPr>
            <w:tcW w:w="3105" w:type="dxa"/>
          </w:tcPr>
          <w:p w14:paraId="57FEE463" w14:textId="77777777" w:rsidR="00B96123" w:rsidRDefault="00000000">
            <w:pPr>
              <w:jc w:val="center"/>
            </w:pPr>
            <w:r>
              <w:rPr>
                <w:sz w:val="18"/>
              </w:rPr>
              <w:t>-0.1279***</w:t>
            </w:r>
          </w:p>
        </w:tc>
        <w:tc>
          <w:tcPr>
            <w:tcW w:w="3105" w:type="dxa"/>
          </w:tcPr>
          <w:p w14:paraId="688C7EC8" w14:textId="77777777" w:rsidR="00B96123" w:rsidRDefault="00000000">
            <w:pPr>
              <w:jc w:val="center"/>
            </w:pPr>
            <w:r>
              <w:rPr>
                <w:sz w:val="18"/>
              </w:rPr>
              <w:t>-0.3316***</w:t>
            </w:r>
          </w:p>
        </w:tc>
        <w:tc>
          <w:tcPr>
            <w:tcW w:w="3105" w:type="dxa"/>
          </w:tcPr>
          <w:p w14:paraId="70E8B02C" w14:textId="77777777" w:rsidR="00B96123" w:rsidRDefault="00000000">
            <w:pPr>
              <w:jc w:val="center"/>
            </w:pPr>
            <w:r>
              <w:rPr>
                <w:sz w:val="18"/>
              </w:rPr>
              <w:t>-0.1886***</w:t>
            </w:r>
          </w:p>
        </w:tc>
      </w:tr>
      <w:tr w:rsidR="00B96123" w14:paraId="174DDC11" w14:textId="77777777" w:rsidTr="00476DC6">
        <w:trPr>
          <w:trHeight w:val="335"/>
          <w:jc w:val="center"/>
        </w:trPr>
        <w:tc>
          <w:tcPr>
            <w:tcW w:w="3105" w:type="dxa"/>
          </w:tcPr>
          <w:p w14:paraId="15B5C131" w14:textId="77777777" w:rsidR="00B96123" w:rsidRDefault="00B96123"/>
        </w:tc>
        <w:tc>
          <w:tcPr>
            <w:tcW w:w="3105" w:type="dxa"/>
          </w:tcPr>
          <w:p w14:paraId="78C12DE5" w14:textId="77777777" w:rsidR="00B96123" w:rsidRDefault="00000000">
            <w:pPr>
              <w:jc w:val="center"/>
            </w:pPr>
            <w:r>
              <w:rPr>
                <w:sz w:val="16"/>
              </w:rPr>
              <w:t>(0.0135)</w:t>
            </w:r>
          </w:p>
        </w:tc>
        <w:tc>
          <w:tcPr>
            <w:tcW w:w="3105" w:type="dxa"/>
          </w:tcPr>
          <w:p w14:paraId="260A93C4" w14:textId="77777777" w:rsidR="00B96123" w:rsidRDefault="00000000">
            <w:pPr>
              <w:jc w:val="center"/>
            </w:pPr>
            <w:r>
              <w:rPr>
                <w:sz w:val="16"/>
              </w:rPr>
              <w:t>(0.0405)</w:t>
            </w:r>
          </w:p>
        </w:tc>
        <w:tc>
          <w:tcPr>
            <w:tcW w:w="3105" w:type="dxa"/>
          </w:tcPr>
          <w:p w14:paraId="7ED39D7E" w14:textId="77777777" w:rsidR="00B96123" w:rsidRDefault="00000000">
            <w:pPr>
              <w:jc w:val="center"/>
            </w:pPr>
            <w:r>
              <w:rPr>
                <w:sz w:val="16"/>
              </w:rPr>
              <w:t>(0.0629)</w:t>
            </w:r>
          </w:p>
        </w:tc>
      </w:tr>
      <w:tr w:rsidR="00B96123" w14:paraId="117C1412" w14:textId="77777777" w:rsidTr="00476DC6">
        <w:trPr>
          <w:trHeight w:val="272"/>
          <w:jc w:val="center"/>
        </w:trPr>
        <w:tc>
          <w:tcPr>
            <w:tcW w:w="3105" w:type="dxa"/>
          </w:tcPr>
          <w:p w14:paraId="2100443B" w14:textId="77777777" w:rsidR="00B96123" w:rsidRDefault="00000000">
            <w:pPr>
              <w:jc w:val="center"/>
            </w:pPr>
            <w:r>
              <w:rPr>
                <w:sz w:val="18"/>
              </w:rPr>
              <w:t>Age</w:t>
            </w:r>
          </w:p>
        </w:tc>
        <w:tc>
          <w:tcPr>
            <w:tcW w:w="3105" w:type="dxa"/>
          </w:tcPr>
          <w:p w14:paraId="22464CEC" w14:textId="77777777" w:rsidR="00B96123" w:rsidRDefault="00000000">
            <w:pPr>
              <w:jc w:val="center"/>
            </w:pPr>
            <w:r>
              <w:rPr>
                <w:sz w:val="18"/>
              </w:rPr>
              <w:t>-0.0038***</w:t>
            </w:r>
          </w:p>
        </w:tc>
        <w:tc>
          <w:tcPr>
            <w:tcW w:w="3105" w:type="dxa"/>
          </w:tcPr>
          <w:p w14:paraId="7E01CA21" w14:textId="77777777" w:rsidR="00B96123" w:rsidRDefault="00000000">
            <w:pPr>
              <w:jc w:val="center"/>
            </w:pPr>
            <w:r>
              <w:rPr>
                <w:sz w:val="18"/>
              </w:rPr>
              <w:t>-0.0083***</w:t>
            </w:r>
          </w:p>
        </w:tc>
        <w:tc>
          <w:tcPr>
            <w:tcW w:w="3105" w:type="dxa"/>
          </w:tcPr>
          <w:p w14:paraId="25B4505F" w14:textId="77777777" w:rsidR="00B96123" w:rsidRDefault="00000000">
            <w:pPr>
              <w:jc w:val="center"/>
            </w:pPr>
            <w:r>
              <w:rPr>
                <w:sz w:val="18"/>
              </w:rPr>
              <w:t>-0.0083***</w:t>
            </w:r>
          </w:p>
        </w:tc>
      </w:tr>
      <w:tr w:rsidR="00B96123" w14:paraId="2329C928" w14:textId="77777777" w:rsidTr="00476DC6">
        <w:trPr>
          <w:trHeight w:val="335"/>
          <w:jc w:val="center"/>
        </w:trPr>
        <w:tc>
          <w:tcPr>
            <w:tcW w:w="3105" w:type="dxa"/>
          </w:tcPr>
          <w:p w14:paraId="601ABBEC" w14:textId="77777777" w:rsidR="00B96123" w:rsidRDefault="00B96123"/>
        </w:tc>
        <w:tc>
          <w:tcPr>
            <w:tcW w:w="3105" w:type="dxa"/>
          </w:tcPr>
          <w:p w14:paraId="7CA82E36" w14:textId="77777777" w:rsidR="00B96123" w:rsidRDefault="00000000">
            <w:pPr>
              <w:jc w:val="center"/>
            </w:pPr>
            <w:r>
              <w:rPr>
                <w:sz w:val="16"/>
              </w:rPr>
              <w:t>(0.0004)</w:t>
            </w:r>
          </w:p>
        </w:tc>
        <w:tc>
          <w:tcPr>
            <w:tcW w:w="3105" w:type="dxa"/>
          </w:tcPr>
          <w:p w14:paraId="5B01D9E2" w14:textId="77777777" w:rsidR="00B96123" w:rsidRDefault="00000000">
            <w:pPr>
              <w:jc w:val="center"/>
            </w:pPr>
            <w:r>
              <w:rPr>
                <w:sz w:val="16"/>
              </w:rPr>
              <w:t>(0.0012)</w:t>
            </w:r>
          </w:p>
        </w:tc>
        <w:tc>
          <w:tcPr>
            <w:tcW w:w="3105" w:type="dxa"/>
          </w:tcPr>
          <w:p w14:paraId="71108E23" w14:textId="77777777" w:rsidR="00B96123" w:rsidRDefault="00000000">
            <w:pPr>
              <w:jc w:val="center"/>
            </w:pPr>
            <w:r>
              <w:rPr>
                <w:sz w:val="16"/>
              </w:rPr>
              <w:t>(0.0013)</w:t>
            </w:r>
          </w:p>
        </w:tc>
      </w:tr>
      <w:tr w:rsidR="00B96123" w14:paraId="2CB74CFE" w14:textId="77777777" w:rsidTr="00476DC6">
        <w:trPr>
          <w:trHeight w:val="272"/>
          <w:jc w:val="center"/>
        </w:trPr>
        <w:tc>
          <w:tcPr>
            <w:tcW w:w="3105" w:type="dxa"/>
          </w:tcPr>
          <w:p w14:paraId="1516C180" w14:textId="77777777" w:rsidR="00B96123" w:rsidRDefault="00000000">
            <w:pPr>
              <w:jc w:val="center"/>
            </w:pPr>
            <w:r>
              <w:rPr>
                <w:sz w:val="18"/>
              </w:rPr>
              <w:t>Age 25-34</w:t>
            </w:r>
          </w:p>
        </w:tc>
        <w:tc>
          <w:tcPr>
            <w:tcW w:w="3105" w:type="dxa"/>
          </w:tcPr>
          <w:p w14:paraId="250A074B" w14:textId="77777777" w:rsidR="00B96123" w:rsidRDefault="00000000">
            <w:pPr>
              <w:jc w:val="center"/>
            </w:pPr>
            <w:r>
              <w:rPr>
                <w:sz w:val="18"/>
              </w:rPr>
              <w:t>-0.0245***</w:t>
            </w:r>
          </w:p>
        </w:tc>
        <w:tc>
          <w:tcPr>
            <w:tcW w:w="3105" w:type="dxa"/>
          </w:tcPr>
          <w:p w14:paraId="0CC6A024" w14:textId="77777777" w:rsidR="00B96123" w:rsidRDefault="00000000">
            <w:pPr>
              <w:jc w:val="center"/>
            </w:pPr>
            <w:r>
              <w:rPr>
                <w:sz w:val="18"/>
              </w:rPr>
              <w:t>-0.0941***</w:t>
            </w:r>
          </w:p>
        </w:tc>
        <w:tc>
          <w:tcPr>
            <w:tcW w:w="3105" w:type="dxa"/>
          </w:tcPr>
          <w:p w14:paraId="3AFA3B07" w14:textId="77777777" w:rsidR="00B96123" w:rsidRDefault="00000000">
            <w:pPr>
              <w:jc w:val="center"/>
            </w:pPr>
            <w:r>
              <w:rPr>
                <w:sz w:val="18"/>
              </w:rPr>
              <w:t>-0.0937***</w:t>
            </w:r>
          </w:p>
        </w:tc>
      </w:tr>
      <w:tr w:rsidR="00B96123" w14:paraId="23A8B349" w14:textId="77777777" w:rsidTr="00476DC6">
        <w:trPr>
          <w:trHeight w:val="335"/>
          <w:jc w:val="center"/>
        </w:trPr>
        <w:tc>
          <w:tcPr>
            <w:tcW w:w="3105" w:type="dxa"/>
          </w:tcPr>
          <w:p w14:paraId="0F1170C3" w14:textId="77777777" w:rsidR="00B96123" w:rsidRDefault="00B96123"/>
        </w:tc>
        <w:tc>
          <w:tcPr>
            <w:tcW w:w="3105" w:type="dxa"/>
          </w:tcPr>
          <w:p w14:paraId="2B1F9D11" w14:textId="77777777" w:rsidR="00B96123" w:rsidRDefault="00000000">
            <w:pPr>
              <w:jc w:val="center"/>
            </w:pPr>
            <w:r>
              <w:rPr>
                <w:sz w:val="16"/>
              </w:rPr>
              <w:t>(0.0060)</w:t>
            </w:r>
          </w:p>
        </w:tc>
        <w:tc>
          <w:tcPr>
            <w:tcW w:w="3105" w:type="dxa"/>
          </w:tcPr>
          <w:p w14:paraId="76D95FCD" w14:textId="77777777" w:rsidR="00B96123" w:rsidRDefault="00000000">
            <w:pPr>
              <w:jc w:val="center"/>
            </w:pPr>
            <w:r>
              <w:rPr>
                <w:sz w:val="16"/>
              </w:rPr>
              <w:t>(0.0199)</w:t>
            </w:r>
          </w:p>
        </w:tc>
        <w:tc>
          <w:tcPr>
            <w:tcW w:w="3105" w:type="dxa"/>
          </w:tcPr>
          <w:p w14:paraId="0C3D3862" w14:textId="77777777" w:rsidR="00B96123" w:rsidRDefault="00000000">
            <w:pPr>
              <w:jc w:val="center"/>
            </w:pPr>
            <w:r>
              <w:rPr>
                <w:sz w:val="16"/>
              </w:rPr>
              <w:t>(0.0198)</w:t>
            </w:r>
          </w:p>
        </w:tc>
      </w:tr>
      <w:tr w:rsidR="00B96123" w14:paraId="1C00A841" w14:textId="77777777" w:rsidTr="00476DC6">
        <w:trPr>
          <w:trHeight w:val="293"/>
          <w:jc w:val="center"/>
        </w:trPr>
        <w:tc>
          <w:tcPr>
            <w:tcW w:w="3105" w:type="dxa"/>
          </w:tcPr>
          <w:p w14:paraId="19F2CD64" w14:textId="77777777" w:rsidR="00B96123" w:rsidRDefault="00000000">
            <w:pPr>
              <w:jc w:val="center"/>
            </w:pPr>
            <w:r>
              <w:rPr>
                <w:sz w:val="18"/>
              </w:rPr>
              <w:t>Low Education</w:t>
            </w:r>
          </w:p>
        </w:tc>
        <w:tc>
          <w:tcPr>
            <w:tcW w:w="3105" w:type="dxa"/>
          </w:tcPr>
          <w:p w14:paraId="12BE2EF3" w14:textId="77777777" w:rsidR="00B96123" w:rsidRDefault="00000000">
            <w:pPr>
              <w:jc w:val="center"/>
            </w:pPr>
            <w:r>
              <w:rPr>
                <w:sz w:val="18"/>
              </w:rPr>
              <w:t>0.3828***</w:t>
            </w:r>
          </w:p>
        </w:tc>
        <w:tc>
          <w:tcPr>
            <w:tcW w:w="3105" w:type="dxa"/>
          </w:tcPr>
          <w:p w14:paraId="251BEDE8" w14:textId="77777777" w:rsidR="00B96123" w:rsidRDefault="00000000">
            <w:pPr>
              <w:jc w:val="center"/>
            </w:pPr>
            <w:r>
              <w:rPr>
                <w:sz w:val="18"/>
              </w:rPr>
              <w:t>1.0622***</w:t>
            </w:r>
          </w:p>
        </w:tc>
        <w:tc>
          <w:tcPr>
            <w:tcW w:w="3105" w:type="dxa"/>
          </w:tcPr>
          <w:p w14:paraId="3B8297A7" w14:textId="77777777" w:rsidR="00B96123" w:rsidRDefault="00000000">
            <w:pPr>
              <w:jc w:val="center"/>
            </w:pPr>
            <w:r>
              <w:rPr>
                <w:sz w:val="18"/>
              </w:rPr>
              <w:t>1.0607***</w:t>
            </w:r>
          </w:p>
        </w:tc>
      </w:tr>
      <w:tr w:rsidR="00B96123" w14:paraId="196FD967" w14:textId="77777777" w:rsidTr="00476DC6">
        <w:trPr>
          <w:trHeight w:val="314"/>
          <w:jc w:val="center"/>
        </w:trPr>
        <w:tc>
          <w:tcPr>
            <w:tcW w:w="3105" w:type="dxa"/>
          </w:tcPr>
          <w:p w14:paraId="60437D22" w14:textId="77777777" w:rsidR="00B96123" w:rsidRDefault="00B96123"/>
        </w:tc>
        <w:tc>
          <w:tcPr>
            <w:tcW w:w="3105" w:type="dxa"/>
          </w:tcPr>
          <w:p w14:paraId="1824720C" w14:textId="77777777" w:rsidR="00B96123" w:rsidRDefault="00000000">
            <w:pPr>
              <w:jc w:val="center"/>
            </w:pPr>
            <w:r>
              <w:rPr>
                <w:sz w:val="16"/>
              </w:rPr>
              <w:t>(0.0145)</w:t>
            </w:r>
          </w:p>
        </w:tc>
        <w:tc>
          <w:tcPr>
            <w:tcW w:w="3105" w:type="dxa"/>
          </w:tcPr>
          <w:p w14:paraId="4937F107" w14:textId="77777777" w:rsidR="00B96123" w:rsidRDefault="00000000">
            <w:pPr>
              <w:jc w:val="center"/>
            </w:pPr>
            <w:r>
              <w:rPr>
                <w:sz w:val="16"/>
              </w:rPr>
              <w:t>(0.0517)</w:t>
            </w:r>
          </w:p>
        </w:tc>
        <w:tc>
          <w:tcPr>
            <w:tcW w:w="3105" w:type="dxa"/>
          </w:tcPr>
          <w:p w14:paraId="02267C01" w14:textId="77777777" w:rsidR="00B96123" w:rsidRDefault="00000000">
            <w:pPr>
              <w:jc w:val="center"/>
            </w:pPr>
            <w:r>
              <w:rPr>
                <w:sz w:val="16"/>
              </w:rPr>
              <w:t>(0.0517)</w:t>
            </w:r>
          </w:p>
        </w:tc>
      </w:tr>
      <w:tr w:rsidR="00B96123" w14:paraId="44A1409C" w14:textId="77777777" w:rsidTr="00476DC6">
        <w:trPr>
          <w:trHeight w:val="293"/>
          <w:jc w:val="center"/>
        </w:trPr>
        <w:tc>
          <w:tcPr>
            <w:tcW w:w="3105" w:type="dxa"/>
          </w:tcPr>
          <w:p w14:paraId="72F4103F" w14:textId="77777777" w:rsidR="00B96123" w:rsidRDefault="00000000">
            <w:pPr>
              <w:jc w:val="center"/>
            </w:pPr>
            <w:r>
              <w:rPr>
                <w:b/>
                <w:sz w:val="18"/>
              </w:rPr>
              <w:t>State, Caste &amp; Year FE</w:t>
            </w:r>
          </w:p>
        </w:tc>
        <w:tc>
          <w:tcPr>
            <w:tcW w:w="3105" w:type="dxa"/>
          </w:tcPr>
          <w:p w14:paraId="18202AD7" w14:textId="77777777" w:rsidR="00B96123" w:rsidRDefault="00000000">
            <w:pPr>
              <w:jc w:val="center"/>
            </w:pPr>
            <w:r>
              <w:rPr>
                <w:sz w:val="18"/>
              </w:rPr>
              <w:t>Yes</w:t>
            </w:r>
          </w:p>
        </w:tc>
        <w:tc>
          <w:tcPr>
            <w:tcW w:w="3105" w:type="dxa"/>
          </w:tcPr>
          <w:p w14:paraId="25182797" w14:textId="77777777" w:rsidR="00B96123" w:rsidRDefault="00000000">
            <w:pPr>
              <w:jc w:val="center"/>
            </w:pPr>
            <w:r>
              <w:rPr>
                <w:sz w:val="18"/>
              </w:rPr>
              <w:t>Yes</w:t>
            </w:r>
          </w:p>
        </w:tc>
        <w:tc>
          <w:tcPr>
            <w:tcW w:w="3105" w:type="dxa"/>
          </w:tcPr>
          <w:p w14:paraId="2AB38926" w14:textId="77777777" w:rsidR="00B96123" w:rsidRDefault="00000000">
            <w:pPr>
              <w:jc w:val="center"/>
            </w:pPr>
            <w:r>
              <w:rPr>
                <w:sz w:val="18"/>
              </w:rPr>
              <w:t>Yes</w:t>
            </w:r>
          </w:p>
        </w:tc>
      </w:tr>
      <w:tr w:rsidR="00B96123" w14:paraId="7BDD45AB" w14:textId="77777777" w:rsidTr="00476DC6">
        <w:trPr>
          <w:trHeight w:val="293"/>
          <w:jc w:val="center"/>
        </w:trPr>
        <w:tc>
          <w:tcPr>
            <w:tcW w:w="3105" w:type="dxa"/>
          </w:tcPr>
          <w:p w14:paraId="79387749" w14:textId="77777777" w:rsidR="00B96123" w:rsidRDefault="00000000">
            <w:pPr>
              <w:jc w:val="center"/>
            </w:pPr>
            <w:r>
              <w:rPr>
                <w:b/>
                <w:sz w:val="18"/>
              </w:rPr>
              <w:t>Observations</w:t>
            </w:r>
          </w:p>
        </w:tc>
        <w:tc>
          <w:tcPr>
            <w:tcW w:w="3105" w:type="dxa"/>
          </w:tcPr>
          <w:p w14:paraId="06452AD4" w14:textId="77777777" w:rsidR="00B96123" w:rsidRDefault="00000000">
            <w:pPr>
              <w:jc w:val="center"/>
            </w:pPr>
            <w:r>
              <w:rPr>
                <w:sz w:val="18"/>
              </w:rPr>
              <w:t>407,546</w:t>
            </w:r>
          </w:p>
        </w:tc>
        <w:tc>
          <w:tcPr>
            <w:tcW w:w="3105" w:type="dxa"/>
          </w:tcPr>
          <w:p w14:paraId="2688AB82" w14:textId="77777777" w:rsidR="00B96123" w:rsidRDefault="00000000">
            <w:pPr>
              <w:jc w:val="center"/>
            </w:pPr>
            <w:r>
              <w:rPr>
                <w:sz w:val="18"/>
              </w:rPr>
              <w:t>407,549</w:t>
            </w:r>
          </w:p>
        </w:tc>
        <w:tc>
          <w:tcPr>
            <w:tcW w:w="3105" w:type="dxa"/>
          </w:tcPr>
          <w:p w14:paraId="64285F4F" w14:textId="77777777" w:rsidR="00B96123" w:rsidRDefault="00000000">
            <w:pPr>
              <w:jc w:val="center"/>
            </w:pPr>
            <w:r>
              <w:rPr>
                <w:sz w:val="18"/>
              </w:rPr>
              <w:t>407,549</w:t>
            </w:r>
          </w:p>
        </w:tc>
      </w:tr>
      <w:tr w:rsidR="00B96123" w14:paraId="6BBBAD02" w14:textId="77777777" w:rsidTr="00476DC6">
        <w:trPr>
          <w:trHeight w:val="272"/>
          <w:jc w:val="center"/>
        </w:trPr>
        <w:tc>
          <w:tcPr>
            <w:tcW w:w="3105" w:type="dxa"/>
          </w:tcPr>
          <w:p w14:paraId="72C6A781" w14:textId="77777777" w:rsidR="00B96123" w:rsidRDefault="00000000">
            <w:pPr>
              <w:jc w:val="center"/>
            </w:pPr>
            <w:r>
              <w:rPr>
                <w:b/>
                <w:sz w:val="18"/>
              </w:rPr>
              <w:t>R-squared</w:t>
            </w:r>
          </w:p>
        </w:tc>
        <w:tc>
          <w:tcPr>
            <w:tcW w:w="3105" w:type="dxa"/>
          </w:tcPr>
          <w:p w14:paraId="4A14FFC4" w14:textId="77777777" w:rsidR="00B96123" w:rsidRDefault="00000000">
            <w:pPr>
              <w:jc w:val="center"/>
            </w:pPr>
            <w:r>
              <w:rPr>
                <w:sz w:val="18"/>
              </w:rPr>
              <w:t>0.2605</w:t>
            </w:r>
          </w:p>
        </w:tc>
        <w:tc>
          <w:tcPr>
            <w:tcW w:w="3105" w:type="dxa"/>
          </w:tcPr>
          <w:p w14:paraId="22A4DE71" w14:textId="77777777" w:rsidR="00B96123" w:rsidRDefault="00000000">
            <w:pPr>
              <w:jc w:val="center"/>
            </w:pPr>
            <w:r>
              <w:rPr>
                <w:sz w:val="18"/>
              </w:rPr>
              <w:t>0.1373</w:t>
            </w:r>
          </w:p>
        </w:tc>
        <w:tc>
          <w:tcPr>
            <w:tcW w:w="3105" w:type="dxa"/>
          </w:tcPr>
          <w:p w14:paraId="29F65F88" w14:textId="77777777" w:rsidR="00B96123" w:rsidRDefault="00000000">
            <w:pPr>
              <w:jc w:val="center"/>
            </w:pPr>
            <w:r>
              <w:rPr>
                <w:sz w:val="18"/>
              </w:rPr>
              <w:t>0.1378</w:t>
            </w:r>
          </w:p>
        </w:tc>
      </w:tr>
    </w:tbl>
    <w:p w14:paraId="19E9264E" w14:textId="77777777" w:rsidR="00B96123" w:rsidRDefault="00000000">
      <w:r>
        <w:rPr>
          <w:i/>
          <w:sz w:val="16"/>
        </w:rPr>
        <w:t>Dependent variables: eligibility for paid leave (col. 1) and coverage by any social security benefit (cols. 2-3), conditional on employment. Col. 3 interacts pre-COVID informality exposure with the COVID-2020 indicator.</w:t>
      </w:r>
    </w:p>
    <w:p w14:paraId="206F4C7D" w14:textId="77777777" w:rsidR="00B96123" w:rsidRDefault="00B96123"/>
    <w:p w14:paraId="546722C9" w14:textId="77777777" w:rsidR="00476DC6" w:rsidRDefault="00476DC6"/>
    <w:p w14:paraId="25B5852B" w14:textId="77777777" w:rsidR="00476DC6" w:rsidRDefault="00476DC6"/>
    <w:p w14:paraId="24A932B1" w14:textId="77777777" w:rsidR="00476DC6" w:rsidRDefault="00476DC6"/>
    <w:p w14:paraId="4F880E17" w14:textId="77777777" w:rsidR="00476DC6" w:rsidRDefault="00476DC6"/>
    <w:p w14:paraId="68D61C31" w14:textId="77777777" w:rsidR="00B96123" w:rsidRDefault="00000000">
      <w:pPr>
        <w:pStyle w:val="Heading2"/>
      </w:pPr>
      <w:r>
        <w:t>Table A5. Earnings Effects</w:t>
      </w:r>
    </w:p>
    <w:tbl>
      <w:tblPr>
        <w:tblStyle w:val="TableGrid"/>
        <w:tblW w:w="127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gridCol w:w="4245"/>
        <w:gridCol w:w="4245"/>
      </w:tblGrid>
      <w:tr w:rsidR="00B96123" w14:paraId="6676DD42" w14:textId="77777777" w:rsidTr="00476DC6">
        <w:trPr>
          <w:trHeight w:val="335"/>
          <w:jc w:val="center"/>
        </w:trPr>
        <w:tc>
          <w:tcPr>
            <w:tcW w:w="4245" w:type="dxa"/>
            <w:shd w:val="clear" w:color="auto" w:fill="D9D9D9"/>
          </w:tcPr>
          <w:p w14:paraId="79047A42" w14:textId="77777777" w:rsidR="00B96123" w:rsidRDefault="00000000">
            <w:pPr>
              <w:jc w:val="center"/>
            </w:pPr>
            <w:r>
              <w:rPr>
                <w:b/>
                <w:sz w:val="18"/>
              </w:rPr>
              <w:t>Variable</w:t>
            </w:r>
          </w:p>
        </w:tc>
        <w:tc>
          <w:tcPr>
            <w:tcW w:w="4245" w:type="dxa"/>
            <w:shd w:val="clear" w:color="auto" w:fill="D9D9D9"/>
          </w:tcPr>
          <w:p w14:paraId="3BD33CD9" w14:textId="77777777" w:rsidR="00B96123" w:rsidRDefault="00000000">
            <w:pPr>
              <w:jc w:val="center"/>
            </w:pPr>
            <w:r>
              <w:rPr>
                <w:b/>
                <w:sz w:val="18"/>
              </w:rPr>
              <w:t>Log Earnings</w:t>
            </w:r>
          </w:p>
        </w:tc>
        <w:tc>
          <w:tcPr>
            <w:tcW w:w="4245" w:type="dxa"/>
            <w:shd w:val="clear" w:color="auto" w:fill="D9D9D9"/>
          </w:tcPr>
          <w:p w14:paraId="31D228E0" w14:textId="77777777" w:rsidR="00B96123" w:rsidRDefault="00000000">
            <w:pPr>
              <w:jc w:val="center"/>
            </w:pPr>
            <w:r>
              <w:rPr>
                <w:b/>
                <w:sz w:val="18"/>
              </w:rPr>
              <w:t>Log Earnings x Gender</w:t>
            </w:r>
          </w:p>
        </w:tc>
      </w:tr>
      <w:tr w:rsidR="00B96123" w14:paraId="3795808F" w14:textId="77777777" w:rsidTr="00476DC6">
        <w:trPr>
          <w:trHeight w:val="335"/>
          <w:jc w:val="center"/>
        </w:trPr>
        <w:tc>
          <w:tcPr>
            <w:tcW w:w="4245" w:type="dxa"/>
          </w:tcPr>
          <w:p w14:paraId="79131C8B" w14:textId="77777777" w:rsidR="00B96123" w:rsidRDefault="00000000">
            <w:pPr>
              <w:jc w:val="center"/>
            </w:pPr>
            <w:r>
              <w:rPr>
                <w:sz w:val="18"/>
              </w:rPr>
              <w:t>COVID-19 (2020)</w:t>
            </w:r>
          </w:p>
        </w:tc>
        <w:tc>
          <w:tcPr>
            <w:tcW w:w="4245" w:type="dxa"/>
          </w:tcPr>
          <w:p w14:paraId="6D3AEC17" w14:textId="77777777" w:rsidR="00B96123" w:rsidRDefault="00000000">
            <w:pPr>
              <w:jc w:val="center"/>
            </w:pPr>
            <w:r>
              <w:rPr>
                <w:sz w:val="18"/>
              </w:rPr>
              <w:t>0.1158***</w:t>
            </w:r>
          </w:p>
        </w:tc>
        <w:tc>
          <w:tcPr>
            <w:tcW w:w="4245" w:type="dxa"/>
          </w:tcPr>
          <w:p w14:paraId="08802844" w14:textId="77777777" w:rsidR="00B96123" w:rsidRDefault="00000000">
            <w:pPr>
              <w:jc w:val="center"/>
            </w:pPr>
            <w:r>
              <w:rPr>
                <w:sz w:val="18"/>
              </w:rPr>
              <w:t>0.1030***</w:t>
            </w:r>
          </w:p>
        </w:tc>
      </w:tr>
      <w:tr w:rsidR="00B96123" w14:paraId="177FD67E" w14:textId="77777777" w:rsidTr="00476DC6">
        <w:trPr>
          <w:trHeight w:val="359"/>
          <w:jc w:val="center"/>
        </w:trPr>
        <w:tc>
          <w:tcPr>
            <w:tcW w:w="4245" w:type="dxa"/>
          </w:tcPr>
          <w:p w14:paraId="7D71CF34" w14:textId="77777777" w:rsidR="00B96123" w:rsidRDefault="00B96123"/>
        </w:tc>
        <w:tc>
          <w:tcPr>
            <w:tcW w:w="4245" w:type="dxa"/>
          </w:tcPr>
          <w:p w14:paraId="1226F541" w14:textId="77777777" w:rsidR="00B96123" w:rsidRDefault="00000000">
            <w:pPr>
              <w:jc w:val="center"/>
            </w:pPr>
            <w:r>
              <w:rPr>
                <w:sz w:val="16"/>
              </w:rPr>
              <w:t>(0.0119)</w:t>
            </w:r>
          </w:p>
        </w:tc>
        <w:tc>
          <w:tcPr>
            <w:tcW w:w="4245" w:type="dxa"/>
          </w:tcPr>
          <w:p w14:paraId="7B9B7FB9" w14:textId="77777777" w:rsidR="00B96123" w:rsidRDefault="00000000">
            <w:pPr>
              <w:jc w:val="center"/>
            </w:pPr>
            <w:r>
              <w:rPr>
                <w:sz w:val="16"/>
              </w:rPr>
              <w:t>(0.0123)</w:t>
            </w:r>
          </w:p>
        </w:tc>
      </w:tr>
      <w:tr w:rsidR="00B96123" w14:paraId="4F630945" w14:textId="77777777" w:rsidTr="00476DC6">
        <w:trPr>
          <w:trHeight w:val="359"/>
          <w:jc w:val="center"/>
        </w:trPr>
        <w:tc>
          <w:tcPr>
            <w:tcW w:w="4245" w:type="dxa"/>
          </w:tcPr>
          <w:p w14:paraId="1E546409" w14:textId="77777777" w:rsidR="00B96123" w:rsidRDefault="00000000">
            <w:pPr>
              <w:jc w:val="center"/>
            </w:pPr>
            <w:r>
              <w:rPr>
                <w:sz w:val="18"/>
              </w:rPr>
              <w:t>COVID x Female</w:t>
            </w:r>
          </w:p>
        </w:tc>
        <w:tc>
          <w:tcPr>
            <w:tcW w:w="4245" w:type="dxa"/>
          </w:tcPr>
          <w:p w14:paraId="268E72F4" w14:textId="77777777" w:rsidR="00B96123" w:rsidRDefault="00B96123">
            <w:pPr>
              <w:jc w:val="center"/>
            </w:pPr>
          </w:p>
        </w:tc>
        <w:tc>
          <w:tcPr>
            <w:tcW w:w="4245" w:type="dxa"/>
          </w:tcPr>
          <w:p w14:paraId="41DCD1A2" w14:textId="77777777" w:rsidR="00B96123" w:rsidRDefault="00000000">
            <w:pPr>
              <w:jc w:val="center"/>
            </w:pPr>
            <w:r>
              <w:rPr>
                <w:sz w:val="18"/>
              </w:rPr>
              <w:t>0.0691***</w:t>
            </w:r>
          </w:p>
        </w:tc>
      </w:tr>
      <w:tr w:rsidR="00B96123" w14:paraId="6A43106E" w14:textId="77777777" w:rsidTr="00476DC6">
        <w:trPr>
          <w:trHeight w:val="383"/>
          <w:jc w:val="center"/>
        </w:trPr>
        <w:tc>
          <w:tcPr>
            <w:tcW w:w="4245" w:type="dxa"/>
          </w:tcPr>
          <w:p w14:paraId="2567789B" w14:textId="77777777" w:rsidR="00B96123" w:rsidRDefault="00B96123"/>
        </w:tc>
        <w:tc>
          <w:tcPr>
            <w:tcW w:w="4245" w:type="dxa"/>
          </w:tcPr>
          <w:p w14:paraId="0D8A924D" w14:textId="77777777" w:rsidR="00B96123" w:rsidRDefault="00B96123">
            <w:pPr>
              <w:jc w:val="center"/>
            </w:pPr>
          </w:p>
        </w:tc>
        <w:tc>
          <w:tcPr>
            <w:tcW w:w="4245" w:type="dxa"/>
          </w:tcPr>
          <w:p w14:paraId="181B4C19" w14:textId="77777777" w:rsidR="00B96123" w:rsidRDefault="00000000">
            <w:pPr>
              <w:jc w:val="center"/>
            </w:pPr>
            <w:r>
              <w:rPr>
                <w:sz w:val="16"/>
              </w:rPr>
              <w:t>(0.0223)</w:t>
            </w:r>
          </w:p>
        </w:tc>
      </w:tr>
      <w:tr w:rsidR="00B96123" w14:paraId="0303C2AC" w14:textId="77777777" w:rsidTr="00476DC6">
        <w:trPr>
          <w:trHeight w:val="311"/>
          <w:jc w:val="center"/>
        </w:trPr>
        <w:tc>
          <w:tcPr>
            <w:tcW w:w="4245" w:type="dxa"/>
          </w:tcPr>
          <w:p w14:paraId="29DA3264" w14:textId="77777777" w:rsidR="00B96123" w:rsidRDefault="00000000">
            <w:pPr>
              <w:jc w:val="center"/>
            </w:pPr>
            <w:r>
              <w:rPr>
                <w:sz w:val="18"/>
              </w:rPr>
              <w:t>Female</w:t>
            </w:r>
          </w:p>
        </w:tc>
        <w:tc>
          <w:tcPr>
            <w:tcW w:w="4245" w:type="dxa"/>
          </w:tcPr>
          <w:p w14:paraId="32CBE56B" w14:textId="77777777" w:rsidR="00B96123" w:rsidRDefault="00000000">
            <w:pPr>
              <w:jc w:val="center"/>
            </w:pPr>
            <w:r>
              <w:rPr>
                <w:sz w:val="18"/>
              </w:rPr>
              <w:t>-0.7524***</w:t>
            </w:r>
          </w:p>
        </w:tc>
        <w:tc>
          <w:tcPr>
            <w:tcW w:w="4245" w:type="dxa"/>
          </w:tcPr>
          <w:p w14:paraId="532D1176" w14:textId="77777777" w:rsidR="00B96123" w:rsidRDefault="00000000">
            <w:pPr>
              <w:jc w:val="center"/>
            </w:pPr>
            <w:r>
              <w:rPr>
                <w:sz w:val="18"/>
              </w:rPr>
              <w:t>-0.7615***</w:t>
            </w:r>
          </w:p>
        </w:tc>
      </w:tr>
      <w:tr w:rsidR="00B96123" w14:paraId="1BBB7D9A" w14:textId="77777777" w:rsidTr="00476DC6">
        <w:trPr>
          <w:trHeight w:val="383"/>
          <w:jc w:val="center"/>
        </w:trPr>
        <w:tc>
          <w:tcPr>
            <w:tcW w:w="4245" w:type="dxa"/>
          </w:tcPr>
          <w:p w14:paraId="424FFC0D" w14:textId="77777777" w:rsidR="00B96123" w:rsidRDefault="00B96123"/>
        </w:tc>
        <w:tc>
          <w:tcPr>
            <w:tcW w:w="4245" w:type="dxa"/>
          </w:tcPr>
          <w:p w14:paraId="11856814" w14:textId="77777777" w:rsidR="00B96123" w:rsidRDefault="00000000">
            <w:pPr>
              <w:jc w:val="center"/>
            </w:pPr>
            <w:r>
              <w:rPr>
                <w:sz w:val="16"/>
              </w:rPr>
              <w:t>(0.0496)</w:t>
            </w:r>
          </w:p>
        </w:tc>
        <w:tc>
          <w:tcPr>
            <w:tcW w:w="4245" w:type="dxa"/>
          </w:tcPr>
          <w:p w14:paraId="45F67A38" w14:textId="77777777" w:rsidR="00B96123" w:rsidRDefault="00000000">
            <w:pPr>
              <w:jc w:val="center"/>
            </w:pPr>
            <w:r>
              <w:rPr>
                <w:sz w:val="16"/>
              </w:rPr>
              <w:t>(0.0516)</w:t>
            </w:r>
          </w:p>
        </w:tc>
      </w:tr>
      <w:tr w:rsidR="00B96123" w14:paraId="5507618F" w14:textId="77777777" w:rsidTr="00476DC6">
        <w:trPr>
          <w:trHeight w:val="335"/>
          <w:jc w:val="center"/>
        </w:trPr>
        <w:tc>
          <w:tcPr>
            <w:tcW w:w="4245" w:type="dxa"/>
          </w:tcPr>
          <w:p w14:paraId="02CE4CD3" w14:textId="77777777" w:rsidR="00B96123" w:rsidRDefault="00000000">
            <w:pPr>
              <w:jc w:val="center"/>
            </w:pPr>
            <w:r>
              <w:rPr>
                <w:sz w:val="18"/>
              </w:rPr>
              <w:t>Urban</w:t>
            </w:r>
          </w:p>
        </w:tc>
        <w:tc>
          <w:tcPr>
            <w:tcW w:w="4245" w:type="dxa"/>
          </w:tcPr>
          <w:p w14:paraId="3F65DFE4" w14:textId="77777777" w:rsidR="00B96123" w:rsidRDefault="00000000">
            <w:pPr>
              <w:jc w:val="center"/>
            </w:pPr>
            <w:r>
              <w:rPr>
                <w:sz w:val="18"/>
              </w:rPr>
              <w:t>0.3444***</w:t>
            </w:r>
          </w:p>
        </w:tc>
        <w:tc>
          <w:tcPr>
            <w:tcW w:w="4245" w:type="dxa"/>
          </w:tcPr>
          <w:p w14:paraId="424B123C" w14:textId="77777777" w:rsidR="00B96123" w:rsidRDefault="00000000">
            <w:pPr>
              <w:jc w:val="center"/>
            </w:pPr>
            <w:r>
              <w:rPr>
                <w:sz w:val="18"/>
              </w:rPr>
              <w:t>0.3443***</w:t>
            </w:r>
          </w:p>
        </w:tc>
      </w:tr>
      <w:tr w:rsidR="00B96123" w14:paraId="4AE2C267" w14:textId="77777777" w:rsidTr="00476DC6">
        <w:trPr>
          <w:trHeight w:val="359"/>
          <w:jc w:val="center"/>
        </w:trPr>
        <w:tc>
          <w:tcPr>
            <w:tcW w:w="4245" w:type="dxa"/>
          </w:tcPr>
          <w:p w14:paraId="17369C05" w14:textId="77777777" w:rsidR="00B96123" w:rsidRDefault="00B96123"/>
        </w:tc>
        <w:tc>
          <w:tcPr>
            <w:tcW w:w="4245" w:type="dxa"/>
          </w:tcPr>
          <w:p w14:paraId="250C22F7" w14:textId="77777777" w:rsidR="00B96123" w:rsidRDefault="00000000">
            <w:pPr>
              <w:jc w:val="center"/>
            </w:pPr>
            <w:r>
              <w:rPr>
                <w:sz w:val="16"/>
              </w:rPr>
              <w:t>(0.0298)</w:t>
            </w:r>
          </w:p>
        </w:tc>
        <w:tc>
          <w:tcPr>
            <w:tcW w:w="4245" w:type="dxa"/>
          </w:tcPr>
          <w:p w14:paraId="5DA62B94" w14:textId="77777777" w:rsidR="00B96123" w:rsidRDefault="00000000">
            <w:pPr>
              <w:jc w:val="center"/>
            </w:pPr>
            <w:r>
              <w:rPr>
                <w:sz w:val="16"/>
              </w:rPr>
              <w:t>(0.0298)</w:t>
            </w:r>
          </w:p>
        </w:tc>
      </w:tr>
      <w:tr w:rsidR="00B96123" w14:paraId="385ECE24" w14:textId="77777777" w:rsidTr="00476DC6">
        <w:trPr>
          <w:trHeight w:val="335"/>
          <w:jc w:val="center"/>
        </w:trPr>
        <w:tc>
          <w:tcPr>
            <w:tcW w:w="4245" w:type="dxa"/>
          </w:tcPr>
          <w:p w14:paraId="7848C9FF" w14:textId="77777777" w:rsidR="00B96123" w:rsidRDefault="00000000">
            <w:pPr>
              <w:jc w:val="center"/>
            </w:pPr>
            <w:r>
              <w:rPr>
                <w:sz w:val="18"/>
              </w:rPr>
              <w:t>Age</w:t>
            </w:r>
          </w:p>
        </w:tc>
        <w:tc>
          <w:tcPr>
            <w:tcW w:w="4245" w:type="dxa"/>
          </w:tcPr>
          <w:p w14:paraId="1B7A4103" w14:textId="77777777" w:rsidR="00B96123" w:rsidRDefault="00000000">
            <w:pPr>
              <w:jc w:val="center"/>
            </w:pPr>
            <w:r>
              <w:rPr>
                <w:sz w:val="18"/>
              </w:rPr>
              <w:t>0.0035***</w:t>
            </w:r>
          </w:p>
        </w:tc>
        <w:tc>
          <w:tcPr>
            <w:tcW w:w="4245" w:type="dxa"/>
          </w:tcPr>
          <w:p w14:paraId="3C1CCFDB" w14:textId="77777777" w:rsidR="00B96123" w:rsidRDefault="00000000">
            <w:pPr>
              <w:jc w:val="center"/>
            </w:pPr>
            <w:r>
              <w:rPr>
                <w:sz w:val="18"/>
              </w:rPr>
              <w:t>0.0035***</w:t>
            </w:r>
          </w:p>
        </w:tc>
      </w:tr>
      <w:tr w:rsidR="00B96123" w14:paraId="42AC5AE6" w14:textId="77777777" w:rsidTr="00476DC6">
        <w:trPr>
          <w:trHeight w:val="359"/>
          <w:jc w:val="center"/>
        </w:trPr>
        <w:tc>
          <w:tcPr>
            <w:tcW w:w="4245" w:type="dxa"/>
          </w:tcPr>
          <w:p w14:paraId="2816FCCB" w14:textId="77777777" w:rsidR="00B96123" w:rsidRDefault="00B96123"/>
        </w:tc>
        <w:tc>
          <w:tcPr>
            <w:tcW w:w="4245" w:type="dxa"/>
          </w:tcPr>
          <w:p w14:paraId="14ECB6B0" w14:textId="77777777" w:rsidR="00B96123" w:rsidRDefault="00000000">
            <w:pPr>
              <w:jc w:val="center"/>
            </w:pPr>
            <w:r>
              <w:rPr>
                <w:sz w:val="16"/>
              </w:rPr>
              <w:t>(0.0010)</w:t>
            </w:r>
          </w:p>
        </w:tc>
        <w:tc>
          <w:tcPr>
            <w:tcW w:w="4245" w:type="dxa"/>
          </w:tcPr>
          <w:p w14:paraId="58294797" w14:textId="77777777" w:rsidR="00B96123" w:rsidRDefault="00000000">
            <w:pPr>
              <w:jc w:val="center"/>
            </w:pPr>
            <w:r>
              <w:rPr>
                <w:sz w:val="16"/>
              </w:rPr>
              <w:t>(0.0010)</w:t>
            </w:r>
          </w:p>
        </w:tc>
      </w:tr>
      <w:tr w:rsidR="00B96123" w14:paraId="7211E871" w14:textId="77777777" w:rsidTr="00476DC6">
        <w:trPr>
          <w:trHeight w:val="335"/>
          <w:jc w:val="center"/>
        </w:trPr>
        <w:tc>
          <w:tcPr>
            <w:tcW w:w="4245" w:type="dxa"/>
          </w:tcPr>
          <w:p w14:paraId="69280ABC" w14:textId="77777777" w:rsidR="00B96123" w:rsidRDefault="00000000">
            <w:pPr>
              <w:jc w:val="center"/>
            </w:pPr>
            <w:r>
              <w:rPr>
                <w:sz w:val="18"/>
              </w:rPr>
              <w:t>Age 25-34</w:t>
            </w:r>
          </w:p>
        </w:tc>
        <w:tc>
          <w:tcPr>
            <w:tcW w:w="4245" w:type="dxa"/>
          </w:tcPr>
          <w:p w14:paraId="4030BEB1" w14:textId="77777777" w:rsidR="00B96123" w:rsidRDefault="00000000">
            <w:pPr>
              <w:jc w:val="center"/>
            </w:pPr>
            <w:r>
              <w:rPr>
                <w:sz w:val="18"/>
              </w:rPr>
              <w:t>0.0129</w:t>
            </w:r>
          </w:p>
        </w:tc>
        <w:tc>
          <w:tcPr>
            <w:tcW w:w="4245" w:type="dxa"/>
          </w:tcPr>
          <w:p w14:paraId="29105176" w14:textId="77777777" w:rsidR="00B96123" w:rsidRDefault="00000000">
            <w:pPr>
              <w:jc w:val="center"/>
            </w:pPr>
            <w:r>
              <w:rPr>
                <w:sz w:val="18"/>
              </w:rPr>
              <w:t>0.0130</w:t>
            </w:r>
          </w:p>
        </w:tc>
      </w:tr>
      <w:tr w:rsidR="00B96123" w14:paraId="5D0B3C0B" w14:textId="77777777" w:rsidTr="00476DC6">
        <w:trPr>
          <w:trHeight w:val="359"/>
          <w:jc w:val="center"/>
        </w:trPr>
        <w:tc>
          <w:tcPr>
            <w:tcW w:w="4245" w:type="dxa"/>
          </w:tcPr>
          <w:p w14:paraId="340F2951" w14:textId="77777777" w:rsidR="00B96123" w:rsidRDefault="00B96123"/>
        </w:tc>
        <w:tc>
          <w:tcPr>
            <w:tcW w:w="4245" w:type="dxa"/>
          </w:tcPr>
          <w:p w14:paraId="44B0E26A" w14:textId="77777777" w:rsidR="00B96123" w:rsidRDefault="00000000">
            <w:pPr>
              <w:jc w:val="center"/>
            </w:pPr>
            <w:r>
              <w:rPr>
                <w:sz w:val="16"/>
              </w:rPr>
              <w:t>(0.0130)</w:t>
            </w:r>
          </w:p>
        </w:tc>
        <w:tc>
          <w:tcPr>
            <w:tcW w:w="4245" w:type="dxa"/>
          </w:tcPr>
          <w:p w14:paraId="50EADC1E" w14:textId="77777777" w:rsidR="00B96123" w:rsidRDefault="00000000">
            <w:pPr>
              <w:jc w:val="center"/>
            </w:pPr>
            <w:r>
              <w:rPr>
                <w:sz w:val="16"/>
              </w:rPr>
              <w:t>(0.0130)</w:t>
            </w:r>
          </w:p>
        </w:tc>
      </w:tr>
      <w:tr w:rsidR="00B96123" w14:paraId="4C6DE132" w14:textId="77777777" w:rsidTr="00476DC6">
        <w:trPr>
          <w:trHeight w:val="335"/>
          <w:jc w:val="center"/>
        </w:trPr>
        <w:tc>
          <w:tcPr>
            <w:tcW w:w="4245" w:type="dxa"/>
          </w:tcPr>
          <w:p w14:paraId="130B6756" w14:textId="77777777" w:rsidR="00B96123" w:rsidRDefault="00000000">
            <w:pPr>
              <w:jc w:val="center"/>
            </w:pPr>
            <w:r>
              <w:rPr>
                <w:sz w:val="18"/>
              </w:rPr>
              <w:t>Low Education</w:t>
            </w:r>
          </w:p>
        </w:tc>
        <w:tc>
          <w:tcPr>
            <w:tcW w:w="4245" w:type="dxa"/>
          </w:tcPr>
          <w:p w14:paraId="378812F4" w14:textId="77777777" w:rsidR="00B96123" w:rsidRDefault="00000000">
            <w:pPr>
              <w:jc w:val="center"/>
            </w:pPr>
            <w:r>
              <w:rPr>
                <w:sz w:val="18"/>
              </w:rPr>
              <w:t>-0.4151***</w:t>
            </w:r>
          </w:p>
        </w:tc>
        <w:tc>
          <w:tcPr>
            <w:tcW w:w="4245" w:type="dxa"/>
          </w:tcPr>
          <w:p w14:paraId="7A4BE3C4" w14:textId="77777777" w:rsidR="00B96123" w:rsidRDefault="00000000">
            <w:pPr>
              <w:jc w:val="center"/>
            </w:pPr>
            <w:r>
              <w:rPr>
                <w:sz w:val="18"/>
              </w:rPr>
              <w:t>-0.4151***</w:t>
            </w:r>
          </w:p>
        </w:tc>
      </w:tr>
      <w:tr w:rsidR="00B96123" w14:paraId="3609A705" w14:textId="77777777" w:rsidTr="00476DC6">
        <w:trPr>
          <w:trHeight w:val="359"/>
          <w:jc w:val="center"/>
        </w:trPr>
        <w:tc>
          <w:tcPr>
            <w:tcW w:w="4245" w:type="dxa"/>
          </w:tcPr>
          <w:p w14:paraId="2E6512E8" w14:textId="77777777" w:rsidR="00B96123" w:rsidRDefault="00B96123"/>
        </w:tc>
        <w:tc>
          <w:tcPr>
            <w:tcW w:w="4245" w:type="dxa"/>
          </w:tcPr>
          <w:p w14:paraId="76931CA7" w14:textId="77777777" w:rsidR="00B96123" w:rsidRDefault="00000000">
            <w:pPr>
              <w:jc w:val="center"/>
            </w:pPr>
            <w:r>
              <w:rPr>
                <w:sz w:val="16"/>
              </w:rPr>
              <w:t>(0.0197)</w:t>
            </w:r>
          </w:p>
        </w:tc>
        <w:tc>
          <w:tcPr>
            <w:tcW w:w="4245" w:type="dxa"/>
          </w:tcPr>
          <w:p w14:paraId="04BF32B9" w14:textId="77777777" w:rsidR="00B96123" w:rsidRDefault="00000000">
            <w:pPr>
              <w:jc w:val="center"/>
            </w:pPr>
            <w:r>
              <w:rPr>
                <w:sz w:val="16"/>
              </w:rPr>
              <w:t>(0.0197)</w:t>
            </w:r>
          </w:p>
        </w:tc>
      </w:tr>
      <w:tr w:rsidR="00B96123" w14:paraId="54202302" w14:textId="77777777" w:rsidTr="00476DC6">
        <w:trPr>
          <w:trHeight w:val="335"/>
          <w:jc w:val="center"/>
        </w:trPr>
        <w:tc>
          <w:tcPr>
            <w:tcW w:w="4245" w:type="dxa"/>
          </w:tcPr>
          <w:p w14:paraId="2B592D0E" w14:textId="77777777" w:rsidR="00B96123" w:rsidRDefault="00000000">
            <w:pPr>
              <w:jc w:val="center"/>
            </w:pPr>
            <w:r>
              <w:rPr>
                <w:b/>
                <w:sz w:val="18"/>
              </w:rPr>
              <w:t>State, Caste &amp; Year FE</w:t>
            </w:r>
          </w:p>
        </w:tc>
        <w:tc>
          <w:tcPr>
            <w:tcW w:w="4245" w:type="dxa"/>
          </w:tcPr>
          <w:p w14:paraId="17223B72" w14:textId="77777777" w:rsidR="00B96123" w:rsidRDefault="00000000">
            <w:pPr>
              <w:jc w:val="center"/>
            </w:pPr>
            <w:r>
              <w:rPr>
                <w:sz w:val="18"/>
              </w:rPr>
              <w:t>Yes</w:t>
            </w:r>
          </w:p>
        </w:tc>
        <w:tc>
          <w:tcPr>
            <w:tcW w:w="4245" w:type="dxa"/>
          </w:tcPr>
          <w:p w14:paraId="174F3139" w14:textId="77777777" w:rsidR="00B96123" w:rsidRDefault="00000000">
            <w:pPr>
              <w:jc w:val="center"/>
            </w:pPr>
            <w:r>
              <w:rPr>
                <w:sz w:val="18"/>
              </w:rPr>
              <w:t>Yes</w:t>
            </w:r>
          </w:p>
        </w:tc>
      </w:tr>
      <w:tr w:rsidR="00B96123" w14:paraId="542BC048" w14:textId="77777777" w:rsidTr="00476DC6">
        <w:trPr>
          <w:trHeight w:val="335"/>
          <w:jc w:val="center"/>
        </w:trPr>
        <w:tc>
          <w:tcPr>
            <w:tcW w:w="4245" w:type="dxa"/>
          </w:tcPr>
          <w:p w14:paraId="6FEBF29E" w14:textId="77777777" w:rsidR="00B96123" w:rsidRDefault="00000000">
            <w:pPr>
              <w:jc w:val="center"/>
            </w:pPr>
            <w:r>
              <w:rPr>
                <w:b/>
                <w:sz w:val="18"/>
              </w:rPr>
              <w:t>Observations</w:t>
            </w:r>
          </w:p>
        </w:tc>
        <w:tc>
          <w:tcPr>
            <w:tcW w:w="4245" w:type="dxa"/>
          </w:tcPr>
          <w:p w14:paraId="49C79102" w14:textId="77777777" w:rsidR="00B96123" w:rsidRDefault="00000000">
            <w:pPr>
              <w:jc w:val="center"/>
            </w:pPr>
            <w:r>
              <w:rPr>
                <w:sz w:val="18"/>
              </w:rPr>
              <w:t>732,600</w:t>
            </w:r>
          </w:p>
        </w:tc>
        <w:tc>
          <w:tcPr>
            <w:tcW w:w="4245" w:type="dxa"/>
          </w:tcPr>
          <w:p w14:paraId="0812CC14" w14:textId="77777777" w:rsidR="00B96123" w:rsidRDefault="00000000">
            <w:pPr>
              <w:jc w:val="center"/>
            </w:pPr>
            <w:r>
              <w:rPr>
                <w:sz w:val="18"/>
              </w:rPr>
              <w:t>732,600</w:t>
            </w:r>
          </w:p>
        </w:tc>
      </w:tr>
      <w:tr w:rsidR="00B96123" w14:paraId="7FC42B98" w14:textId="77777777" w:rsidTr="00476DC6">
        <w:trPr>
          <w:trHeight w:val="335"/>
          <w:jc w:val="center"/>
        </w:trPr>
        <w:tc>
          <w:tcPr>
            <w:tcW w:w="4245" w:type="dxa"/>
          </w:tcPr>
          <w:p w14:paraId="2D7C59A8" w14:textId="77777777" w:rsidR="00B96123" w:rsidRDefault="00000000">
            <w:pPr>
              <w:jc w:val="center"/>
            </w:pPr>
            <w:r>
              <w:rPr>
                <w:b/>
                <w:sz w:val="18"/>
              </w:rPr>
              <w:t>R-squared</w:t>
            </w:r>
          </w:p>
        </w:tc>
        <w:tc>
          <w:tcPr>
            <w:tcW w:w="4245" w:type="dxa"/>
          </w:tcPr>
          <w:p w14:paraId="16885129" w14:textId="77777777" w:rsidR="00B96123" w:rsidRDefault="00000000">
            <w:pPr>
              <w:jc w:val="center"/>
            </w:pPr>
            <w:r>
              <w:rPr>
                <w:sz w:val="18"/>
              </w:rPr>
              <w:t>0.3522</w:t>
            </w:r>
          </w:p>
        </w:tc>
        <w:tc>
          <w:tcPr>
            <w:tcW w:w="4245" w:type="dxa"/>
          </w:tcPr>
          <w:p w14:paraId="069E3E2E" w14:textId="77777777" w:rsidR="00B96123" w:rsidRDefault="00000000">
            <w:pPr>
              <w:jc w:val="center"/>
            </w:pPr>
            <w:r>
              <w:rPr>
                <w:sz w:val="18"/>
              </w:rPr>
              <w:t>0.3523</w:t>
            </w:r>
          </w:p>
        </w:tc>
      </w:tr>
    </w:tbl>
    <w:p w14:paraId="23C971F6" w14:textId="77777777" w:rsidR="00B96123" w:rsidRDefault="00000000">
      <w:r>
        <w:rPr>
          <w:i/>
          <w:sz w:val="16"/>
        </w:rPr>
        <w:t>Dependent variable: log monthly earnings, conditional on reporting non-missing earnings. Col. 2 interacts COVID-2020 with gender.</w:t>
      </w:r>
    </w:p>
    <w:p w14:paraId="0225BB12" w14:textId="77777777" w:rsidR="00B96123" w:rsidRDefault="00B96123"/>
    <w:p w14:paraId="2FCA5CD9" w14:textId="77777777" w:rsidR="00476DC6" w:rsidRDefault="00476DC6"/>
    <w:p w14:paraId="451F28C5" w14:textId="77777777" w:rsidR="00476DC6" w:rsidRDefault="00476DC6"/>
    <w:p w14:paraId="62543582" w14:textId="77777777" w:rsidR="00476DC6" w:rsidRDefault="00476DC6"/>
    <w:p w14:paraId="313FA715" w14:textId="77777777" w:rsidR="00476DC6" w:rsidRDefault="00476DC6"/>
    <w:p w14:paraId="12F944AA" w14:textId="77777777" w:rsidR="00476DC6" w:rsidRDefault="00476DC6"/>
    <w:p w14:paraId="4C950092" w14:textId="77777777" w:rsidR="00476DC6" w:rsidRDefault="00476DC6"/>
    <w:p w14:paraId="4106142B" w14:textId="77777777" w:rsidR="00476DC6" w:rsidRDefault="00476DC6"/>
    <w:p w14:paraId="44A4355A" w14:textId="77777777" w:rsidR="00476DC6" w:rsidRDefault="00476DC6"/>
    <w:p w14:paraId="0499D612" w14:textId="77777777" w:rsidR="00476DC6" w:rsidRDefault="00476DC6"/>
    <w:p w14:paraId="7C8646B3" w14:textId="77777777" w:rsidR="00B96123" w:rsidRDefault="00000000">
      <w:pPr>
        <w:pStyle w:val="Heading2"/>
      </w:pPr>
      <w:r>
        <w:lastRenderedPageBreak/>
        <w:t>Table A6. Sectoral Heterogeneity: COVID-19 Effects by Industry Group</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0"/>
        <w:gridCol w:w="6120"/>
      </w:tblGrid>
      <w:tr w:rsidR="00B96123" w14:paraId="0706A640" w14:textId="77777777" w:rsidTr="00476DC6">
        <w:trPr>
          <w:jc w:val="center"/>
        </w:trPr>
        <w:tc>
          <w:tcPr>
            <w:tcW w:w="6120" w:type="dxa"/>
            <w:shd w:val="clear" w:color="auto" w:fill="D9D9D9"/>
          </w:tcPr>
          <w:p w14:paraId="465344D4" w14:textId="77777777" w:rsidR="00B96123" w:rsidRDefault="00000000">
            <w:pPr>
              <w:jc w:val="center"/>
            </w:pPr>
            <w:r>
              <w:rPr>
                <w:b/>
                <w:sz w:val="18"/>
              </w:rPr>
              <w:t>Variable</w:t>
            </w:r>
          </w:p>
        </w:tc>
        <w:tc>
          <w:tcPr>
            <w:tcW w:w="6120" w:type="dxa"/>
            <w:shd w:val="clear" w:color="auto" w:fill="D9D9D9"/>
          </w:tcPr>
          <w:p w14:paraId="038456E8" w14:textId="77777777" w:rsidR="00B96123" w:rsidRDefault="00000000">
            <w:pPr>
              <w:jc w:val="center"/>
            </w:pPr>
            <w:r>
              <w:rPr>
                <w:b/>
                <w:sz w:val="18"/>
              </w:rPr>
              <w:t>Informality</w:t>
            </w:r>
          </w:p>
        </w:tc>
      </w:tr>
      <w:tr w:rsidR="00B96123" w14:paraId="737F7E6A" w14:textId="77777777" w:rsidTr="00476DC6">
        <w:trPr>
          <w:jc w:val="center"/>
        </w:trPr>
        <w:tc>
          <w:tcPr>
            <w:tcW w:w="6120" w:type="dxa"/>
          </w:tcPr>
          <w:p w14:paraId="25249FEC" w14:textId="77777777" w:rsidR="00B96123" w:rsidRDefault="00000000">
            <w:pPr>
              <w:jc w:val="center"/>
            </w:pPr>
            <w:r>
              <w:rPr>
                <w:sz w:val="18"/>
              </w:rPr>
              <w:t>COVID-19 (2020)</w:t>
            </w:r>
          </w:p>
        </w:tc>
        <w:tc>
          <w:tcPr>
            <w:tcW w:w="6120" w:type="dxa"/>
          </w:tcPr>
          <w:p w14:paraId="0917DCD5" w14:textId="77777777" w:rsidR="00B96123" w:rsidRDefault="00000000">
            <w:pPr>
              <w:jc w:val="center"/>
            </w:pPr>
            <w:r>
              <w:rPr>
                <w:sz w:val="18"/>
              </w:rPr>
              <w:t>0.0112**</w:t>
            </w:r>
          </w:p>
        </w:tc>
      </w:tr>
      <w:tr w:rsidR="00B96123" w14:paraId="4F2B084B" w14:textId="77777777" w:rsidTr="00476DC6">
        <w:trPr>
          <w:jc w:val="center"/>
        </w:trPr>
        <w:tc>
          <w:tcPr>
            <w:tcW w:w="6120" w:type="dxa"/>
          </w:tcPr>
          <w:p w14:paraId="7D219AB2" w14:textId="77777777" w:rsidR="00B96123" w:rsidRDefault="00B96123"/>
        </w:tc>
        <w:tc>
          <w:tcPr>
            <w:tcW w:w="6120" w:type="dxa"/>
          </w:tcPr>
          <w:p w14:paraId="0D3897FA" w14:textId="77777777" w:rsidR="00B96123" w:rsidRDefault="00000000">
            <w:pPr>
              <w:jc w:val="center"/>
            </w:pPr>
            <w:r>
              <w:rPr>
                <w:sz w:val="16"/>
              </w:rPr>
              <w:t>(0.0047)</w:t>
            </w:r>
          </w:p>
        </w:tc>
      </w:tr>
      <w:tr w:rsidR="00B96123" w14:paraId="6FB83E31" w14:textId="77777777" w:rsidTr="00476DC6">
        <w:trPr>
          <w:jc w:val="center"/>
        </w:trPr>
        <w:tc>
          <w:tcPr>
            <w:tcW w:w="6120" w:type="dxa"/>
          </w:tcPr>
          <w:p w14:paraId="40EA011C" w14:textId="77777777" w:rsidR="00B96123" w:rsidRDefault="00000000">
            <w:pPr>
              <w:jc w:val="center"/>
            </w:pPr>
            <w:r>
              <w:rPr>
                <w:sz w:val="18"/>
              </w:rPr>
              <w:t>Manufacturing</w:t>
            </w:r>
          </w:p>
        </w:tc>
        <w:tc>
          <w:tcPr>
            <w:tcW w:w="6120" w:type="dxa"/>
          </w:tcPr>
          <w:p w14:paraId="6C395D2B" w14:textId="77777777" w:rsidR="00B96123" w:rsidRDefault="00000000">
            <w:pPr>
              <w:jc w:val="center"/>
            </w:pPr>
            <w:r>
              <w:rPr>
                <w:sz w:val="18"/>
              </w:rPr>
              <w:t>-0.0187***</w:t>
            </w:r>
          </w:p>
        </w:tc>
      </w:tr>
      <w:tr w:rsidR="00B96123" w14:paraId="671132B7" w14:textId="77777777" w:rsidTr="00476DC6">
        <w:trPr>
          <w:jc w:val="center"/>
        </w:trPr>
        <w:tc>
          <w:tcPr>
            <w:tcW w:w="6120" w:type="dxa"/>
          </w:tcPr>
          <w:p w14:paraId="0A36DC82" w14:textId="77777777" w:rsidR="00B96123" w:rsidRDefault="00B96123"/>
        </w:tc>
        <w:tc>
          <w:tcPr>
            <w:tcW w:w="6120" w:type="dxa"/>
          </w:tcPr>
          <w:p w14:paraId="75B620B2" w14:textId="77777777" w:rsidR="00B96123" w:rsidRDefault="00000000">
            <w:pPr>
              <w:jc w:val="center"/>
            </w:pPr>
            <w:r>
              <w:rPr>
                <w:sz w:val="16"/>
              </w:rPr>
              <w:t>(0.0062)</w:t>
            </w:r>
          </w:p>
        </w:tc>
      </w:tr>
      <w:tr w:rsidR="00B96123" w14:paraId="7E0EA8F3" w14:textId="77777777" w:rsidTr="00476DC6">
        <w:trPr>
          <w:jc w:val="center"/>
        </w:trPr>
        <w:tc>
          <w:tcPr>
            <w:tcW w:w="6120" w:type="dxa"/>
          </w:tcPr>
          <w:p w14:paraId="19D37F9C" w14:textId="77777777" w:rsidR="00B96123" w:rsidRDefault="00000000">
            <w:pPr>
              <w:jc w:val="center"/>
            </w:pPr>
            <w:r>
              <w:rPr>
                <w:sz w:val="18"/>
              </w:rPr>
              <w:t>Construction</w:t>
            </w:r>
          </w:p>
        </w:tc>
        <w:tc>
          <w:tcPr>
            <w:tcW w:w="6120" w:type="dxa"/>
          </w:tcPr>
          <w:p w14:paraId="61D33114" w14:textId="77777777" w:rsidR="00B96123" w:rsidRDefault="00000000">
            <w:pPr>
              <w:jc w:val="center"/>
            </w:pPr>
            <w:r>
              <w:rPr>
                <w:sz w:val="18"/>
              </w:rPr>
              <w:t>0.0037</w:t>
            </w:r>
          </w:p>
        </w:tc>
      </w:tr>
      <w:tr w:rsidR="00B96123" w14:paraId="67D079D5" w14:textId="77777777" w:rsidTr="00476DC6">
        <w:trPr>
          <w:jc w:val="center"/>
        </w:trPr>
        <w:tc>
          <w:tcPr>
            <w:tcW w:w="6120" w:type="dxa"/>
          </w:tcPr>
          <w:p w14:paraId="13746692" w14:textId="77777777" w:rsidR="00B96123" w:rsidRDefault="00B96123"/>
        </w:tc>
        <w:tc>
          <w:tcPr>
            <w:tcW w:w="6120" w:type="dxa"/>
          </w:tcPr>
          <w:p w14:paraId="738F9EEA" w14:textId="77777777" w:rsidR="00B96123" w:rsidRDefault="00000000">
            <w:pPr>
              <w:jc w:val="center"/>
            </w:pPr>
            <w:r>
              <w:rPr>
                <w:sz w:val="16"/>
              </w:rPr>
              <w:t>(0.0024)</w:t>
            </w:r>
          </w:p>
        </w:tc>
      </w:tr>
      <w:tr w:rsidR="00B96123" w14:paraId="53DF8A88" w14:textId="77777777" w:rsidTr="00476DC6">
        <w:trPr>
          <w:jc w:val="center"/>
        </w:trPr>
        <w:tc>
          <w:tcPr>
            <w:tcW w:w="6120" w:type="dxa"/>
          </w:tcPr>
          <w:p w14:paraId="43DEBFEA" w14:textId="77777777" w:rsidR="00B96123" w:rsidRDefault="00000000">
            <w:pPr>
              <w:jc w:val="center"/>
            </w:pPr>
            <w:r>
              <w:rPr>
                <w:sz w:val="18"/>
              </w:rPr>
              <w:t>Trade</w:t>
            </w:r>
          </w:p>
        </w:tc>
        <w:tc>
          <w:tcPr>
            <w:tcW w:w="6120" w:type="dxa"/>
          </w:tcPr>
          <w:p w14:paraId="53753E30" w14:textId="77777777" w:rsidR="00B96123" w:rsidRDefault="00000000">
            <w:pPr>
              <w:jc w:val="center"/>
            </w:pPr>
            <w:r>
              <w:rPr>
                <w:sz w:val="18"/>
              </w:rPr>
              <w:t>0.0081**</w:t>
            </w:r>
          </w:p>
        </w:tc>
      </w:tr>
      <w:tr w:rsidR="00B96123" w14:paraId="0BBB57BE" w14:textId="77777777" w:rsidTr="00476DC6">
        <w:trPr>
          <w:jc w:val="center"/>
        </w:trPr>
        <w:tc>
          <w:tcPr>
            <w:tcW w:w="6120" w:type="dxa"/>
          </w:tcPr>
          <w:p w14:paraId="41D26E1B" w14:textId="77777777" w:rsidR="00B96123" w:rsidRDefault="00B96123"/>
        </w:tc>
        <w:tc>
          <w:tcPr>
            <w:tcW w:w="6120" w:type="dxa"/>
          </w:tcPr>
          <w:p w14:paraId="40D6CE76" w14:textId="77777777" w:rsidR="00B96123" w:rsidRDefault="00000000">
            <w:pPr>
              <w:jc w:val="center"/>
            </w:pPr>
            <w:r>
              <w:rPr>
                <w:sz w:val="16"/>
              </w:rPr>
              <w:t>(0.0036)</w:t>
            </w:r>
          </w:p>
        </w:tc>
      </w:tr>
      <w:tr w:rsidR="00B96123" w14:paraId="4B495A47" w14:textId="77777777" w:rsidTr="00476DC6">
        <w:trPr>
          <w:jc w:val="center"/>
        </w:trPr>
        <w:tc>
          <w:tcPr>
            <w:tcW w:w="6120" w:type="dxa"/>
          </w:tcPr>
          <w:p w14:paraId="2D21C374" w14:textId="77777777" w:rsidR="00B96123" w:rsidRDefault="00000000">
            <w:pPr>
              <w:jc w:val="center"/>
            </w:pPr>
            <w:r>
              <w:rPr>
                <w:sz w:val="18"/>
              </w:rPr>
              <w:t>Transport/Storage</w:t>
            </w:r>
          </w:p>
        </w:tc>
        <w:tc>
          <w:tcPr>
            <w:tcW w:w="6120" w:type="dxa"/>
          </w:tcPr>
          <w:p w14:paraId="03541229" w14:textId="77777777" w:rsidR="00B96123" w:rsidRDefault="00000000">
            <w:pPr>
              <w:jc w:val="center"/>
            </w:pPr>
            <w:r>
              <w:rPr>
                <w:sz w:val="18"/>
              </w:rPr>
              <w:t>0.0033</w:t>
            </w:r>
          </w:p>
        </w:tc>
      </w:tr>
      <w:tr w:rsidR="00B96123" w14:paraId="4B0401DA" w14:textId="77777777" w:rsidTr="00476DC6">
        <w:trPr>
          <w:jc w:val="center"/>
        </w:trPr>
        <w:tc>
          <w:tcPr>
            <w:tcW w:w="6120" w:type="dxa"/>
          </w:tcPr>
          <w:p w14:paraId="58193627" w14:textId="77777777" w:rsidR="00B96123" w:rsidRDefault="00B96123"/>
        </w:tc>
        <w:tc>
          <w:tcPr>
            <w:tcW w:w="6120" w:type="dxa"/>
          </w:tcPr>
          <w:p w14:paraId="5A3F5746" w14:textId="77777777" w:rsidR="00B96123" w:rsidRDefault="00000000">
            <w:pPr>
              <w:jc w:val="center"/>
            </w:pPr>
            <w:r>
              <w:rPr>
                <w:sz w:val="16"/>
              </w:rPr>
              <w:t>(0.0022)</w:t>
            </w:r>
          </w:p>
        </w:tc>
      </w:tr>
      <w:tr w:rsidR="00B96123" w14:paraId="7B670932" w14:textId="77777777" w:rsidTr="00476DC6">
        <w:trPr>
          <w:jc w:val="center"/>
        </w:trPr>
        <w:tc>
          <w:tcPr>
            <w:tcW w:w="6120" w:type="dxa"/>
          </w:tcPr>
          <w:p w14:paraId="73C7F7D6" w14:textId="77777777" w:rsidR="00B96123" w:rsidRDefault="00000000">
            <w:pPr>
              <w:jc w:val="center"/>
            </w:pPr>
            <w:r>
              <w:rPr>
                <w:sz w:val="18"/>
              </w:rPr>
              <w:t>Accommodation/Food</w:t>
            </w:r>
          </w:p>
        </w:tc>
        <w:tc>
          <w:tcPr>
            <w:tcW w:w="6120" w:type="dxa"/>
          </w:tcPr>
          <w:p w14:paraId="597BBF4E" w14:textId="77777777" w:rsidR="00B96123" w:rsidRDefault="00000000">
            <w:pPr>
              <w:jc w:val="center"/>
            </w:pPr>
            <w:r>
              <w:rPr>
                <w:sz w:val="18"/>
              </w:rPr>
              <w:t>0.0117***</w:t>
            </w:r>
          </w:p>
        </w:tc>
      </w:tr>
      <w:tr w:rsidR="00B96123" w14:paraId="120F3151" w14:textId="77777777" w:rsidTr="00476DC6">
        <w:trPr>
          <w:jc w:val="center"/>
        </w:trPr>
        <w:tc>
          <w:tcPr>
            <w:tcW w:w="6120" w:type="dxa"/>
          </w:tcPr>
          <w:p w14:paraId="3AD8B8A7" w14:textId="77777777" w:rsidR="00B96123" w:rsidRDefault="00B96123"/>
        </w:tc>
        <w:tc>
          <w:tcPr>
            <w:tcW w:w="6120" w:type="dxa"/>
          </w:tcPr>
          <w:p w14:paraId="2730B151" w14:textId="77777777" w:rsidR="00B96123" w:rsidRDefault="00000000">
            <w:pPr>
              <w:jc w:val="center"/>
            </w:pPr>
            <w:r>
              <w:rPr>
                <w:sz w:val="16"/>
              </w:rPr>
              <w:t>(0.0039)</w:t>
            </w:r>
          </w:p>
        </w:tc>
      </w:tr>
      <w:tr w:rsidR="00B96123" w14:paraId="3E467B68" w14:textId="77777777" w:rsidTr="00476DC6">
        <w:trPr>
          <w:jc w:val="center"/>
        </w:trPr>
        <w:tc>
          <w:tcPr>
            <w:tcW w:w="6120" w:type="dxa"/>
          </w:tcPr>
          <w:p w14:paraId="6BE3AF70" w14:textId="77777777" w:rsidR="00B96123" w:rsidRDefault="00000000">
            <w:pPr>
              <w:jc w:val="center"/>
            </w:pPr>
            <w:r>
              <w:rPr>
                <w:sz w:val="18"/>
              </w:rPr>
              <w:t>Other Services</w:t>
            </w:r>
          </w:p>
        </w:tc>
        <w:tc>
          <w:tcPr>
            <w:tcW w:w="6120" w:type="dxa"/>
          </w:tcPr>
          <w:p w14:paraId="18CE52AD" w14:textId="77777777" w:rsidR="00B96123" w:rsidRDefault="00000000">
            <w:pPr>
              <w:jc w:val="center"/>
            </w:pPr>
            <w:r>
              <w:rPr>
                <w:sz w:val="18"/>
              </w:rPr>
              <w:t>-0.0433***</w:t>
            </w:r>
          </w:p>
        </w:tc>
      </w:tr>
      <w:tr w:rsidR="00B96123" w14:paraId="06FE9575" w14:textId="77777777" w:rsidTr="00476DC6">
        <w:trPr>
          <w:jc w:val="center"/>
        </w:trPr>
        <w:tc>
          <w:tcPr>
            <w:tcW w:w="6120" w:type="dxa"/>
          </w:tcPr>
          <w:p w14:paraId="30F92657" w14:textId="77777777" w:rsidR="00B96123" w:rsidRDefault="00B96123"/>
        </w:tc>
        <w:tc>
          <w:tcPr>
            <w:tcW w:w="6120" w:type="dxa"/>
          </w:tcPr>
          <w:p w14:paraId="61409E1C" w14:textId="77777777" w:rsidR="00B96123" w:rsidRDefault="00000000">
            <w:pPr>
              <w:jc w:val="center"/>
            </w:pPr>
            <w:r>
              <w:rPr>
                <w:sz w:val="16"/>
              </w:rPr>
              <w:t>(0.0061)</w:t>
            </w:r>
          </w:p>
        </w:tc>
      </w:tr>
      <w:tr w:rsidR="00B96123" w14:paraId="76B0FDB7" w14:textId="77777777" w:rsidTr="00476DC6">
        <w:trPr>
          <w:jc w:val="center"/>
        </w:trPr>
        <w:tc>
          <w:tcPr>
            <w:tcW w:w="6120" w:type="dxa"/>
          </w:tcPr>
          <w:p w14:paraId="6FB85197" w14:textId="77777777" w:rsidR="00B96123" w:rsidRDefault="00000000">
            <w:pPr>
              <w:jc w:val="center"/>
            </w:pPr>
            <w:r>
              <w:rPr>
                <w:sz w:val="18"/>
              </w:rPr>
              <w:t>COVID x Manufacturing</w:t>
            </w:r>
          </w:p>
        </w:tc>
        <w:tc>
          <w:tcPr>
            <w:tcW w:w="6120" w:type="dxa"/>
          </w:tcPr>
          <w:p w14:paraId="0D1EEE84" w14:textId="77777777" w:rsidR="00B96123" w:rsidRDefault="00000000">
            <w:pPr>
              <w:jc w:val="center"/>
            </w:pPr>
            <w:r>
              <w:rPr>
                <w:sz w:val="18"/>
              </w:rPr>
              <w:t>-0.0122</w:t>
            </w:r>
          </w:p>
        </w:tc>
      </w:tr>
      <w:tr w:rsidR="00B96123" w14:paraId="26D303D2" w14:textId="77777777" w:rsidTr="00476DC6">
        <w:trPr>
          <w:jc w:val="center"/>
        </w:trPr>
        <w:tc>
          <w:tcPr>
            <w:tcW w:w="6120" w:type="dxa"/>
          </w:tcPr>
          <w:p w14:paraId="7F02456B" w14:textId="77777777" w:rsidR="00B96123" w:rsidRDefault="00B96123"/>
        </w:tc>
        <w:tc>
          <w:tcPr>
            <w:tcW w:w="6120" w:type="dxa"/>
          </w:tcPr>
          <w:p w14:paraId="152E2876" w14:textId="77777777" w:rsidR="00B96123" w:rsidRDefault="00000000">
            <w:pPr>
              <w:jc w:val="center"/>
            </w:pPr>
            <w:r>
              <w:rPr>
                <w:sz w:val="16"/>
              </w:rPr>
              <w:t>(0.0079)</w:t>
            </w:r>
          </w:p>
        </w:tc>
      </w:tr>
      <w:tr w:rsidR="00B96123" w14:paraId="07431443" w14:textId="77777777" w:rsidTr="00476DC6">
        <w:trPr>
          <w:jc w:val="center"/>
        </w:trPr>
        <w:tc>
          <w:tcPr>
            <w:tcW w:w="6120" w:type="dxa"/>
          </w:tcPr>
          <w:p w14:paraId="084657AC" w14:textId="77777777" w:rsidR="00B96123" w:rsidRDefault="00000000">
            <w:pPr>
              <w:jc w:val="center"/>
            </w:pPr>
            <w:r>
              <w:rPr>
                <w:sz w:val="18"/>
              </w:rPr>
              <w:t>COVID x Construction</w:t>
            </w:r>
          </w:p>
        </w:tc>
        <w:tc>
          <w:tcPr>
            <w:tcW w:w="6120" w:type="dxa"/>
          </w:tcPr>
          <w:p w14:paraId="0D9E26CC" w14:textId="77777777" w:rsidR="00B96123" w:rsidRDefault="00000000">
            <w:pPr>
              <w:jc w:val="center"/>
            </w:pPr>
            <w:r>
              <w:rPr>
                <w:sz w:val="18"/>
              </w:rPr>
              <w:t>-0.0035</w:t>
            </w:r>
          </w:p>
        </w:tc>
      </w:tr>
      <w:tr w:rsidR="00B96123" w14:paraId="2C1A9F5B" w14:textId="77777777" w:rsidTr="00476DC6">
        <w:trPr>
          <w:jc w:val="center"/>
        </w:trPr>
        <w:tc>
          <w:tcPr>
            <w:tcW w:w="6120" w:type="dxa"/>
          </w:tcPr>
          <w:p w14:paraId="336D1200" w14:textId="77777777" w:rsidR="00B96123" w:rsidRDefault="00B96123"/>
        </w:tc>
        <w:tc>
          <w:tcPr>
            <w:tcW w:w="6120" w:type="dxa"/>
          </w:tcPr>
          <w:p w14:paraId="7A5864A9" w14:textId="77777777" w:rsidR="00B96123" w:rsidRDefault="00000000">
            <w:pPr>
              <w:jc w:val="center"/>
            </w:pPr>
            <w:r>
              <w:rPr>
                <w:sz w:val="16"/>
              </w:rPr>
              <w:t>(0.0026)</w:t>
            </w:r>
          </w:p>
        </w:tc>
      </w:tr>
      <w:tr w:rsidR="00B96123" w14:paraId="5838FD2C" w14:textId="77777777" w:rsidTr="00476DC6">
        <w:trPr>
          <w:jc w:val="center"/>
        </w:trPr>
        <w:tc>
          <w:tcPr>
            <w:tcW w:w="6120" w:type="dxa"/>
          </w:tcPr>
          <w:p w14:paraId="1460388F" w14:textId="77777777" w:rsidR="00B96123" w:rsidRDefault="00000000">
            <w:pPr>
              <w:jc w:val="center"/>
            </w:pPr>
            <w:r>
              <w:rPr>
                <w:sz w:val="18"/>
              </w:rPr>
              <w:t>COVID x Trade</w:t>
            </w:r>
          </w:p>
        </w:tc>
        <w:tc>
          <w:tcPr>
            <w:tcW w:w="6120" w:type="dxa"/>
          </w:tcPr>
          <w:p w14:paraId="4A6678E6" w14:textId="77777777" w:rsidR="00B96123" w:rsidRDefault="00000000">
            <w:pPr>
              <w:jc w:val="center"/>
            </w:pPr>
            <w:r>
              <w:rPr>
                <w:sz w:val="18"/>
              </w:rPr>
              <w:t>-0.0191***</w:t>
            </w:r>
          </w:p>
        </w:tc>
      </w:tr>
      <w:tr w:rsidR="00B96123" w14:paraId="0692681B" w14:textId="77777777" w:rsidTr="00476DC6">
        <w:trPr>
          <w:jc w:val="center"/>
        </w:trPr>
        <w:tc>
          <w:tcPr>
            <w:tcW w:w="6120" w:type="dxa"/>
          </w:tcPr>
          <w:p w14:paraId="1D557739" w14:textId="77777777" w:rsidR="00B96123" w:rsidRDefault="00B96123"/>
        </w:tc>
        <w:tc>
          <w:tcPr>
            <w:tcW w:w="6120" w:type="dxa"/>
          </w:tcPr>
          <w:p w14:paraId="72CB914F" w14:textId="77777777" w:rsidR="00B96123" w:rsidRDefault="00000000">
            <w:pPr>
              <w:jc w:val="center"/>
            </w:pPr>
            <w:r>
              <w:rPr>
                <w:sz w:val="16"/>
              </w:rPr>
              <w:t>(0.0046)</w:t>
            </w:r>
          </w:p>
        </w:tc>
      </w:tr>
      <w:tr w:rsidR="00B96123" w14:paraId="31E30BE3" w14:textId="77777777" w:rsidTr="00476DC6">
        <w:trPr>
          <w:jc w:val="center"/>
        </w:trPr>
        <w:tc>
          <w:tcPr>
            <w:tcW w:w="6120" w:type="dxa"/>
          </w:tcPr>
          <w:p w14:paraId="39B09692" w14:textId="77777777" w:rsidR="00B96123" w:rsidRDefault="00000000">
            <w:pPr>
              <w:jc w:val="center"/>
            </w:pPr>
            <w:r>
              <w:rPr>
                <w:sz w:val="18"/>
              </w:rPr>
              <w:t>COVID x Transport/Storage</w:t>
            </w:r>
          </w:p>
        </w:tc>
        <w:tc>
          <w:tcPr>
            <w:tcW w:w="6120" w:type="dxa"/>
          </w:tcPr>
          <w:p w14:paraId="468D32CF" w14:textId="77777777" w:rsidR="00B96123" w:rsidRDefault="00000000">
            <w:pPr>
              <w:jc w:val="center"/>
            </w:pPr>
            <w:r>
              <w:rPr>
                <w:sz w:val="18"/>
              </w:rPr>
              <w:t>-0.0161**</w:t>
            </w:r>
          </w:p>
        </w:tc>
      </w:tr>
      <w:tr w:rsidR="00B96123" w14:paraId="173E2094" w14:textId="77777777" w:rsidTr="00476DC6">
        <w:trPr>
          <w:jc w:val="center"/>
        </w:trPr>
        <w:tc>
          <w:tcPr>
            <w:tcW w:w="6120" w:type="dxa"/>
          </w:tcPr>
          <w:p w14:paraId="6E4BD163" w14:textId="77777777" w:rsidR="00B96123" w:rsidRDefault="00B96123"/>
        </w:tc>
        <w:tc>
          <w:tcPr>
            <w:tcW w:w="6120" w:type="dxa"/>
          </w:tcPr>
          <w:p w14:paraId="6DACBF91" w14:textId="77777777" w:rsidR="00B96123" w:rsidRDefault="00000000">
            <w:pPr>
              <w:jc w:val="center"/>
            </w:pPr>
            <w:r>
              <w:rPr>
                <w:sz w:val="16"/>
              </w:rPr>
              <w:t>(0.0060)</w:t>
            </w:r>
          </w:p>
        </w:tc>
      </w:tr>
      <w:tr w:rsidR="00B96123" w14:paraId="63304A2F" w14:textId="77777777" w:rsidTr="00476DC6">
        <w:trPr>
          <w:jc w:val="center"/>
        </w:trPr>
        <w:tc>
          <w:tcPr>
            <w:tcW w:w="6120" w:type="dxa"/>
          </w:tcPr>
          <w:p w14:paraId="45748DD4" w14:textId="77777777" w:rsidR="00B96123" w:rsidRDefault="00000000">
            <w:pPr>
              <w:jc w:val="center"/>
            </w:pPr>
            <w:r>
              <w:rPr>
                <w:sz w:val="18"/>
              </w:rPr>
              <w:t>COVID x Accommodation/Food</w:t>
            </w:r>
          </w:p>
        </w:tc>
        <w:tc>
          <w:tcPr>
            <w:tcW w:w="6120" w:type="dxa"/>
          </w:tcPr>
          <w:p w14:paraId="2371E378" w14:textId="77777777" w:rsidR="00B96123" w:rsidRDefault="00000000">
            <w:pPr>
              <w:jc w:val="center"/>
            </w:pPr>
            <w:r>
              <w:rPr>
                <w:sz w:val="18"/>
              </w:rPr>
              <w:t>-0.0055</w:t>
            </w:r>
          </w:p>
        </w:tc>
      </w:tr>
      <w:tr w:rsidR="00B96123" w14:paraId="52610BAF" w14:textId="77777777" w:rsidTr="00476DC6">
        <w:trPr>
          <w:jc w:val="center"/>
        </w:trPr>
        <w:tc>
          <w:tcPr>
            <w:tcW w:w="6120" w:type="dxa"/>
          </w:tcPr>
          <w:p w14:paraId="4E9AD3E0" w14:textId="77777777" w:rsidR="00B96123" w:rsidRDefault="00B96123"/>
        </w:tc>
        <w:tc>
          <w:tcPr>
            <w:tcW w:w="6120" w:type="dxa"/>
          </w:tcPr>
          <w:p w14:paraId="24BF1A4F" w14:textId="77777777" w:rsidR="00B96123" w:rsidRDefault="00000000">
            <w:pPr>
              <w:jc w:val="center"/>
            </w:pPr>
            <w:r>
              <w:rPr>
                <w:sz w:val="16"/>
              </w:rPr>
              <w:t>(0.0033)</w:t>
            </w:r>
          </w:p>
        </w:tc>
      </w:tr>
      <w:tr w:rsidR="00B96123" w14:paraId="56E12A73" w14:textId="77777777" w:rsidTr="00476DC6">
        <w:trPr>
          <w:jc w:val="center"/>
        </w:trPr>
        <w:tc>
          <w:tcPr>
            <w:tcW w:w="6120" w:type="dxa"/>
          </w:tcPr>
          <w:p w14:paraId="700A213F" w14:textId="77777777" w:rsidR="00B96123" w:rsidRDefault="00000000">
            <w:pPr>
              <w:jc w:val="center"/>
            </w:pPr>
            <w:r>
              <w:rPr>
                <w:sz w:val="18"/>
              </w:rPr>
              <w:t>COVID x Other Services</w:t>
            </w:r>
          </w:p>
        </w:tc>
        <w:tc>
          <w:tcPr>
            <w:tcW w:w="6120" w:type="dxa"/>
          </w:tcPr>
          <w:p w14:paraId="4FAA6493" w14:textId="77777777" w:rsidR="00B96123" w:rsidRDefault="00000000">
            <w:pPr>
              <w:jc w:val="center"/>
            </w:pPr>
            <w:r>
              <w:rPr>
                <w:sz w:val="18"/>
              </w:rPr>
              <w:t>-0.0334**</w:t>
            </w:r>
          </w:p>
        </w:tc>
      </w:tr>
      <w:tr w:rsidR="00B96123" w14:paraId="6958989C" w14:textId="77777777" w:rsidTr="00476DC6">
        <w:trPr>
          <w:jc w:val="center"/>
        </w:trPr>
        <w:tc>
          <w:tcPr>
            <w:tcW w:w="6120" w:type="dxa"/>
          </w:tcPr>
          <w:p w14:paraId="17266FD2" w14:textId="77777777" w:rsidR="00B96123" w:rsidRDefault="00B96123"/>
        </w:tc>
        <w:tc>
          <w:tcPr>
            <w:tcW w:w="6120" w:type="dxa"/>
          </w:tcPr>
          <w:p w14:paraId="389C904C" w14:textId="77777777" w:rsidR="00B96123" w:rsidRDefault="00000000">
            <w:pPr>
              <w:jc w:val="center"/>
            </w:pPr>
            <w:r>
              <w:rPr>
                <w:sz w:val="16"/>
              </w:rPr>
              <w:t>(0.0137)</w:t>
            </w:r>
          </w:p>
        </w:tc>
      </w:tr>
      <w:tr w:rsidR="00B96123" w14:paraId="789D850E" w14:textId="77777777" w:rsidTr="00476DC6">
        <w:trPr>
          <w:jc w:val="center"/>
        </w:trPr>
        <w:tc>
          <w:tcPr>
            <w:tcW w:w="6120" w:type="dxa"/>
          </w:tcPr>
          <w:p w14:paraId="06E3932F" w14:textId="77777777" w:rsidR="00B96123" w:rsidRDefault="00000000">
            <w:pPr>
              <w:jc w:val="center"/>
            </w:pPr>
            <w:r>
              <w:rPr>
                <w:sz w:val="18"/>
              </w:rPr>
              <w:t>Female</w:t>
            </w:r>
          </w:p>
        </w:tc>
        <w:tc>
          <w:tcPr>
            <w:tcW w:w="6120" w:type="dxa"/>
          </w:tcPr>
          <w:p w14:paraId="639224E0" w14:textId="77777777" w:rsidR="00B96123" w:rsidRDefault="00000000">
            <w:pPr>
              <w:jc w:val="center"/>
            </w:pPr>
            <w:r>
              <w:rPr>
                <w:sz w:val="18"/>
              </w:rPr>
              <w:t>0.0144***</w:t>
            </w:r>
          </w:p>
        </w:tc>
      </w:tr>
      <w:tr w:rsidR="00B96123" w14:paraId="2C391F7E" w14:textId="77777777" w:rsidTr="00476DC6">
        <w:trPr>
          <w:jc w:val="center"/>
        </w:trPr>
        <w:tc>
          <w:tcPr>
            <w:tcW w:w="6120" w:type="dxa"/>
          </w:tcPr>
          <w:p w14:paraId="4E066890" w14:textId="77777777" w:rsidR="00B96123" w:rsidRDefault="00B96123"/>
        </w:tc>
        <w:tc>
          <w:tcPr>
            <w:tcW w:w="6120" w:type="dxa"/>
          </w:tcPr>
          <w:p w14:paraId="66E64D87" w14:textId="77777777" w:rsidR="00B96123" w:rsidRDefault="00000000">
            <w:pPr>
              <w:jc w:val="center"/>
            </w:pPr>
            <w:r>
              <w:rPr>
                <w:sz w:val="16"/>
              </w:rPr>
              <w:t>(0.0024)</w:t>
            </w:r>
          </w:p>
        </w:tc>
      </w:tr>
      <w:tr w:rsidR="00B96123" w14:paraId="5676B0AA" w14:textId="77777777" w:rsidTr="00476DC6">
        <w:trPr>
          <w:jc w:val="center"/>
        </w:trPr>
        <w:tc>
          <w:tcPr>
            <w:tcW w:w="6120" w:type="dxa"/>
          </w:tcPr>
          <w:p w14:paraId="2679EA62" w14:textId="77777777" w:rsidR="00B96123" w:rsidRDefault="00000000">
            <w:pPr>
              <w:jc w:val="center"/>
            </w:pPr>
            <w:r>
              <w:rPr>
                <w:sz w:val="18"/>
              </w:rPr>
              <w:t>Urban</w:t>
            </w:r>
          </w:p>
        </w:tc>
        <w:tc>
          <w:tcPr>
            <w:tcW w:w="6120" w:type="dxa"/>
          </w:tcPr>
          <w:p w14:paraId="2E2181A0" w14:textId="77777777" w:rsidR="00B96123" w:rsidRDefault="00000000">
            <w:pPr>
              <w:jc w:val="center"/>
            </w:pPr>
            <w:r>
              <w:rPr>
                <w:sz w:val="18"/>
              </w:rPr>
              <w:t>-0.0051</w:t>
            </w:r>
          </w:p>
        </w:tc>
      </w:tr>
      <w:tr w:rsidR="00B96123" w14:paraId="2323679E" w14:textId="77777777" w:rsidTr="00476DC6">
        <w:trPr>
          <w:jc w:val="center"/>
        </w:trPr>
        <w:tc>
          <w:tcPr>
            <w:tcW w:w="6120" w:type="dxa"/>
          </w:tcPr>
          <w:p w14:paraId="226445EC" w14:textId="77777777" w:rsidR="00B96123" w:rsidRDefault="00B96123"/>
        </w:tc>
        <w:tc>
          <w:tcPr>
            <w:tcW w:w="6120" w:type="dxa"/>
          </w:tcPr>
          <w:p w14:paraId="7BDB323E" w14:textId="77777777" w:rsidR="00B96123" w:rsidRDefault="00000000">
            <w:pPr>
              <w:jc w:val="center"/>
            </w:pPr>
            <w:r>
              <w:rPr>
                <w:sz w:val="16"/>
              </w:rPr>
              <w:t>(0.0035)</w:t>
            </w:r>
          </w:p>
        </w:tc>
      </w:tr>
      <w:tr w:rsidR="00B96123" w14:paraId="6532FFBF" w14:textId="77777777" w:rsidTr="00476DC6">
        <w:trPr>
          <w:jc w:val="center"/>
        </w:trPr>
        <w:tc>
          <w:tcPr>
            <w:tcW w:w="6120" w:type="dxa"/>
          </w:tcPr>
          <w:p w14:paraId="204ACBE0" w14:textId="77777777" w:rsidR="00B96123" w:rsidRDefault="00000000">
            <w:pPr>
              <w:jc w:val="center"/>
            </w:pPr>
            <w:r>
              <w:rPr>
                <w:sz w:val="18"/>
              </w:rPr>
              <w:t>Age</w:t>
            </w:r>
          </w:p>
        </w:tc>
        <w:tc>
          <w:tcPr>
            <w:tcW w:w="6120" w:type="dxa"/>
          </w:tcPr>
          <w:p w14:paraId="707C220B" w14:textId="77777777" w:rsidR="00B96123" w:rsidRDefault="00000000">
            <w:pPr>
              <w:jc w:val="center"/>
            </w:pPr>
            <w:r>
              <w:rPr>
                <w:sz w:val="18"/>
              </w:rPr>
              <w:t>-0.0002***</w:t>
            </w:r>
          </w:p>
        </w:tc>
      </w:tr>
      <w:tr w:rsidR="00B96123" w14:paraId="10D99D46" w14:textId="77777777" w:rsidTr="00476DC6">
        <w:trPr>
          <w:jc w:val="center"/>
        </w:trPr>
        <w:tc>
          <w:tcPr>
            <w:tcW w:w="6120" w:type="dxa"/>
          </w:tcPr>
          <w:p w14:paraId="708A370C" w14:textId="77777777" w:rsidR="00B96123" w:rsidRDefault="00B96123"/>
        </w:tc>
        <w:tc>
          <w:tcPr>
            <w:tcW w:w="6120" w:type="dxa"/>
          </w:tcPr>
          <w:p w14:paraId="016EC073" w14:textId="77777777" w:rsidR="00B96123" w:rsidRDefault="00000000">
            <w:pPr>
              <w:jc w:val="center"/>
            </w:pPr>
            <w:r>
              <w:rPr>
                <w:sz w:val="16"/>
              </w:rPr>
              <w:t>(0.0001)</w:t>
            </w:r>
          </w:p>
        </w:tc>
      </w:tr>
      <w:tr w:rsidR="00B96123" w14:paraId="24197B5B" w14:textId="77777777" w:rsidTr="00476DC6">
        <w:trPr>
          <w:jc w:val="center"/>
        </w:trPr>
        <w:tc>
          <w:tcPr>
            <w:tcW w:w="6120" w:type="dxa"/>
          </w:tcPr>
          <w:p w14:paraId="07734154" w14:textId="77777777" w:rsidR="00B96123" w:rsidRDefault="00000000">
            <w:pPr>
              <w:jc w:val="center"/>
            </w:pPr>
            <w:r>
              <w:rPr>
                <w:sz w:val="18"/>
              </w:rPr>
              <w:t>Age 25-34</w:t>
            </w:r>
          </w:p>
        </w:tc>
        <w:tc>
          <w:tcPr>
            <w:tcW w:w="6120" w:type="dxa"/>
          </w:tcPr>
          <w:p w14:paraId="6B9DE9A6" w14:textId="77777777" w:rsidR="00B96123" w:rsidRDefault="00000000">
            <w:pPr>
              <w:jc w:val="center"/>
            </w:pPr>
            <w:r>
              <w:rPr>
                <w:sz w:val="18"/>
              </w:rPr>
              <w:t>-0.0025</w:t>
            </w:r>
          </w:p>
        </w:tc>
      </w:tr>
      <w:tr w:rsidR="00B96123" w14:paraId="555F289C" w14:textId="77777777" w:rsidTr="00476DC6">
        <w:trPr>
          <w:jc w:val="center"/>
        </w:trPr>
        <w:tc>
          <w:tcPr>
            <w:tcW w:w="6120" w:type="dxa"/>
          </w:tcPr>
          <w:p w14:paraId="009E1F77" w14:textId="77777777" w:rsidR="00B96123" w:rsidRDefault="00B96123"/>
        </w:tc>
        <w:tc>
          <w:tcPr>
            <w:tcW w:w="6120" w:type="dxa"/>
          </w:tcPr>
          <w:p w14:paraId="4D29BDB2" w14:textId="77777777" w:rsidR="00B96123" w:rsidRDefault="00000000">
            <w:pPr>
              <w:jc w:val="center"/>
            </w:pPr>
            <w:r>
              <w:rPr>
                <w:sz w:val="16"/>
              </w:rPr>
              <w:t>(0.0018)</w:t>
            </w:r>
          </w:p>
        </w:tc>
      </w:tr>
      <w:tr w:rsidR="00B96123" w14:paraId="4A2167BD" w14:textId="77777777" w:rsidTr="00476DC6">
        <w:trPr>
          <w:jc w:val="center"/>
        </w:trPr>
        <w:tc>
          <w:tcPr>
            <w:tcW w:w="6120" w:type="dxa"/>
          </w:tcPr>
          <w:p w14:paraId="3EA5D0E6" w14:textId="77777777" w:rsidR="00B96123" w:rsidRDefault="00000000">
            <w:pPr>
              <w:jc w:val="center"/>
            </w:pPr>
            <w:r>
              <w:rPr>
                <w:sz w:val="18"/>
              </w:rPr>
              <w:t>Low Education</w:t>
            </w:r>
          </w:p>
        </w:tc>
        <w:tc>
          <w:tcPr>
            <w:tcW w:w="6120" w:type="dxa"/>
          </w:tcPr>
          <w:p w14:paraId="7A4BD46E" w14:textId="77777777" w:rsidR="00B96123" w:rsidRDefault="00000000">
            <w:pPr>
              <w:jc w:val="center"/>
            </w:pPr>
            <w:r>
              <w:rPr>
                <w:sz w:val="18"/>
              </w:rPr>
              <w:t>0.0353***</w:t>
            </w:r>
          </w:p>
        </w:tc>
      </w:tr>
      <w:tr w:rsidR="00B96123" w14:paraId="4AABD435" w14:textId="77777777" w:rsidTr="00476DC6">
        <w:trPr>
          <w:jc w:val="center"/>
        </w:trPr>
        <w:tc>
          <w:tcPr>
            <w:tcW w:w="6120" w:type="dxa"/>
          </w:tcPr>
          <w:p w14:paraId="7E958729" w14:textId="77777777" w:rsidR="00B96123" w:rsidRDefault="00B96123"/>
        </w:tc>
        <w:tc>
          <w:tcPr>
            <w:tcW w:w="6120" w:type="dxa"/>
          </w:tcPr>
          <w:p w14:paraId="496F375D" w14:textId="77777777" w:rsidR="00B96123" w:rsidRDefault="00000000">
            <w:pPr>
              <w:jc w:val="center"/>
            </w:pPr>
            <w:r>
              <w:rPr>
                <w:sz w:val="16"/>
              </w:rPr>
              <w:t>(0.0064)</w:t>
            </w:r>
          </w:p>
        </w:tc>
      </w:tr>
      <w:tr w:rsidR="00B96123" w14:paraId="3B063CE7" w14:textId="77777777" w:rsidTr="00476DC6">
        <w:trPr>
          <w:jc w:val="center"/>
        </w:trPr>
        <w:tc>
          <w:tcPr>
            <w:tcW w:w="6120" w:type="dxa"/>
          </w:tcPr>
          <w:p w14:paraId="3CF8E4E6" w14:textId="77777777" w:rsidR="00B96123" w:rsidRDefault="00000000">
            <w:pPr>
              <w:jc w:val="center"/>
            </w:pPr>
            <w:r>
              <w:rPr>
                <w:b/>
                <w:sz w:val="18"/>
              </w:rPr>
              <w:t>State, Caste &amp; Year FE</w:t>
            </w:r>
          </w:p>
        </w:tc>
        <w:tc>
          <w:tcPr>
            <w:tcW w:w="6120" w:type="dxa"/>
          </w:tcPr>
          <w:p w14:paraId="337217C2" w14:textId="77777777" w:rsidR="00B96123" w:rsidRDefault="00000000">
            <w:pPr>
              <w:jc w:val="center"/>
            </w:pPr>
            <w:r>
              <w:rPr>
                <w:sz w:val="18"/>
              </w:rPr>
              <w:t>Yes</w:t>
            </w:r>
          </w:p>
        </w:tc>
      </w:tr>
      <w:tr w:rsidR="00B96123" w14:paraId="2E575C26" w14:textId="77777777" w:rsidTr="00476DC6">
        <w:trPr>
          <w:jc w:val="center"/>
        </w:trPr>
        <w:tc>
          <w:tcPr>
            <w:tcW w:w="6120" w:type="dxa"/>
          </w:tcPr>
          <w:p w14:paraId="795B3212" w14:textId="77777777" w:rsidR="00B96123" w:rsidRDefault="00000000">
            <w:pPr>
              <w:jc w:val="center"/>
            </w:pPr>
            <w:r>
              <w:rPr>
                <w:b/>
                <w:sz w:val="18"/>
              </w:rPr>
              <w:t>Observations</w:t>
            </w:r>
          </w:p>
        </w:tc>
        <w:tc>
          <w:tcPr>
            <w:tcW w:w="6120" w:type="dxa"/>
          </w:tcPr>
          <w:p w14:paraId="3A9CD9AC" w14:textId="77777777" w:rsidR="00B96123" w:rsidRDefault="00000000">
            <w:pPr>
              <w:jc w:val="center"/>
            </w:pPr>
            <w:r>
              <w:rPr>
                <w:sz w:val="18"/>
              </w:rPr>
              <w:t>276,738</w:t>
            </w:r>
          </w:p>
        </w:tc>
      </w:tr>
      <w:tr w:rsidR="00B96123" w14:paraId="54CB1A17" w14:textId="77777777" w:rsidTr="00476DC6">
        <w:trPr>
          <w:jc w:val="center"/>
        </w:trPr>
        <w:tc>
          <w:tcPr>
            <w:tcW w:w="6120" w:type="dxa"/>
          </w:tcPr>
          <w:p w14:paraId="6876EE47" w14:textId="77777777" w:rsidR="00B96123" w:rsidRDefault="00000000">
            <w:pPr>
              <w:jc w:val="center"/>
            </w:pPr>
            <w:r>
              <w:rPr>
                <w:b/>
                <w:sz w:val="18"/>
              </w:rPr>
              <w:t>R-squared</w:t>
            </w:r>
          </w:p>
        </w:tc>
        <w:tc>
          <w:tcPr>
            <w:tcW w:w="6120" w:type="dxa"/>
          </w:tcPr>
          <w:p w14:paraId="359FF6C8" w14:textId="77777777" w:rsidR="00B96123" w:rsidRDefault="00000000">
            <w:pPr>
              <w:jc w:val="center"/>
            </w:pPr>
            <w:r>
              <w:rPr>
                <w:sz w:val="18"/>
              </w:rPr>
              <w:t>0.0634</w:t>
            </w:r>
          </w:p>
        </w:tc>
      </w:tr>
    </w:tbl>
    <w:p w14:paraId="0EB4D07B" w14:textId="77777777" w:rsidR="00B96123" w:rsidRDefault="00000000">
      <w:r>
        <w:rPr>
          <w:i/>
          <w:sz w:val="16"/>
        </w:rPr>
        <w:lastRenderedPageBreak/>
        <w:t>Dependent variable: informal employment. Reference industry group is agriculture. Interaction terms report the differential COVID-19 effect for each industry relative to the agricultural baseline.</w:t>
      </w:r>
    </w:p>
    <w:p w14:paraId="49AEB648" w14:textId="77777777" w:rsidR="00B96123" w:rsidRDefault="00B96123"/>
    <w:p w14:paraId="4E93B974" w14:textId="77777777" w:rsidR="00B96123" w:rsidRDefault="00000000">
      <w:pPr>
        <w:pStyle w:val="Heading2"/>
      </w:pPr>
      <w:r>
        <w:t>Table A7. Logit Robustness Checks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0"/>
        <w:gridCol w:w="4080"/>
        <w:gridCol w:w="4080"/>
      </w:tblGrid>
      <w:tr w:rsidR="00B96123" w14:paraId="6DC360D0" w14:textId="77777777" w:rsidTr="00476DC6">
        <w:trPr>
          <w:jc w:val="center"/>
        </w:trPr>
        <w:tc>
          <w:tcPr>
            <w:tcW w:w="4080" w:type="dxa"/>
            <w:shd w:val="clear" w:color="auto" w:fill="D9D9D9"/>
          </w:tcPr>
          <w:p w14:paraId="143E740E" w14:textId="77777777" w:rsidR="00B96123" w:rsidRDefault="00000000">
            <w:pPr>
              <w:jc w:val="center"/>
            </w:pPr>
            <w:r>
              <w:rPr>
                <w:b/>
                <w:sz w:val="18"/>
              </w:rPr>
              <w:t>Variable</w:t>
            </w:r>
          </w:p>
        </w:tc>
        <w:tc>
          <w:tcPr>
            <w:tcW w:w="4080" w:type="dxa"/>
            <w:shd w:val="clear" w:color="auto" w:fill="D9D9D9"/>
          </w:tcPr>
          <w:p w14:paraId="3AF6F98E" w14:textId="77777777" w:rsidR="00B96123" w:rsidRDefault="00000000">
            <w:pPr>
              <w:jc w:val="center"/>
            </w:pPr>
            <w:r>
              <w:rPr>
                <w:b/>
                <w:sz w:val="18"/>
              </w:rPr>
              <w:t>Informality (Logit)</w:t>
            </w:r>
          </w:p>
        </w:tc>
        <w:tc>
          <w:tcPr>
            <w:tcW w:w="4080" w:type="dxa"/>
            <w:shd w:val="clear" w:color="auto" w:fill="D9D9D9"/>
          </w:tcPr>
          <w:p w14:paraId="2FD08677" w14:textId="77777777" w:rsidR="00B96123" w:rsidRDefault="00000000">
            <w:pPr>
              <w:jc w:val="center"/>
            </w:pPr>
            <w:r>
              <w:rPr>
                <w:b/>
                <w:sz w:val="18"/>
              </w:rPr>
              <w:t>Informality x Gender (Logit)</w:t>
            </w:r>
          </w:p>
        </w:tc>
      </w:tr>
      <w:tr w:rsidR="00B96123" w14:paraId="7DF278B6" w14:textId="77777777" w:rsidTr="00476DC6">
        <w:trPr>
          <w:jc w:val="center"/>
        </w:trPr>
        <w:tc>
          <w:tcPr>
            <w:tcW w:w="4080" w:type="dxa"/>
          </w:tcPr>
          <w:p w14:paraId="7B6606BE" w14:textId="77777777" w:rsidR="00B96123" w:rsidRDefault="00000000">
            <w:pPr>
              <w:jc w:val="center"/>
            </w:pPr>
            <w:r>
              <w:rPr>
                <w:sz w:val="18"/>
              </w:rPr>
              <w:t>COVID-19 (2020)</w:t>
            </w:r>
          </w:p>
        </w:tc>
        <w:tc>
          <w:tcPr>
            <w:tcW w:w="4080" w:type="dxa"/>
          </w:tcPr>
          <w:p w14:paraId="141D988B" w14:textId="77777777" w:rsidR="00B96123" w:rsidRDefault="00000000">
            <w:pPr>
              <w:jc w:val="center"/>
            </w:pPr>
            <w:r>
              <w:rPr>
                <w:sz w:val="18"/>
              </w:rPr>
              <w:t>-0.0672</w:t>
            </w:r>
          </w:p>
        </w:tc>
        <w:tc>
          <w:tcPr>
            <w:tcW w:w="4080" w:type="dxa"/>
          </w:tcPr>
          <w:p w14:paraId="4E71C72A" w14:textId="77777777" w:rsidR="00B96123" w:rsidRDefault="00000000">
            <w:pPr>
              <w:jc w:val="center"/>
            </w:pPr>
            <w:r>
              <w:rPr>
                <w:sz w:val="18"/>
              </w:rPr>
              <w:t>0.0221</w:t>
            </w:r>
          </w:p>
        </w:tc>
      </w:tr>
      <w:tr w:rsidR="00B96123" w14:paraId="4E830B6F" w14:textId="77777777" w:rsidTr="00476DC6">
        <w:trPr>
          <w:jc w:val="center"/>
        </w:trPr>
        <w:tc>
          <w:tcPr>
            <w:tcW w:w="4080" w:type="dxa"/>
          </w:tcPr>
          <w:p w14:paraId="5A0DD1E1" w14:textId="77777777" w:rsidR="00B96123" w:rsidRDefault="00B96123"/>
        </w:tc>
        <w:tc>
          <w:tcPr>
            <w:tcW w:w="4080" w:type="dxa"/>
          </w:tcPr>
          <w:p w14:paraId="5F399701" w14:textId="77777777" w:rsidR="00B96123" w:rsidRDefault="00000000">
            <w:pPr>
              <w:jc w:val="center"/>
            </w:pPr>
            <w:r>
              <w:rPr>
                <w:sz w:val="16"/>
              </w:rPr>
              <w:t>(0.1840)</w:t>
            </w:r>
          </w:p>
        </w:tc>
        <w:tc>
          <w:tcPr>
            <w:tcW w:w="4080" w:type="dxa"/>
          </w:tcPr>
          <w:p w14:paraId="3F62DB47" w14:textId="77777777" w:rsidR="00B96123" w:rsidRDefault="00000000">
            <w:pPr>
              <w:jc w:val="center"/>
            </w:pPr>
            <w:r>
              <w:rPr>
                <w:sz w:val="16"/>
              </w:rPr>
              <w:t>(0.1728)</w:t>
            </w:r>
          </w:p>
        </w:tc>
      </w:tr>
      <w:tr w:rsidR="00B96123" w14:paraId="1E99570E" w14:textId="77777777" w:rsidTr="00476DC6">
        <w:trPr>
          <w:jc w:val="center"/>
        </w:trPr>
        <w:tc>
          <w:tcPr>
            <w:tcW w:w="4080" w:type="dxa"/>
          </w:tcPr>
          <w:p w14:paraId="145A7698" w14:textId="77777777" w:rsidR="00B96123" w:rsidRDefault="00000000">
            <w:pPr>
              <w:jc w:val="center"/>
            </w:pPr>
            <w:r>
              <w:rPr>
                <w:sz w:val="18"/>
              </w:rPr>
              <w:t>COVID x Female</w:t>
            </w:r>
          </w:p>
        </w:tc>
        <w:tc>
          <w:tcPr>
            <w:tcW w:w="4080" w:type="dxa"/>
          </w:tcPr>
          <w:p w14:paraId="6D8473D1" w14:textId="77777777" w:rsidR="00B96123" w:rsidRDefault="00B96123">
            <w:pPr>
              <w:jc w:val="center"/>
            </w:pPr>
          </w:p>
        </w:tc>
        <w:tc>
          <w:tcPr>
            <w:tcW w:w="4080" w:type="dxa"/>
          </w:tcPr>
          <w:p w14:paraId="0D5C0786" w14:textId="77777777" w:rsidR="00B96123" w:rsidRDefault="00000000">
            <w:pPr>
              <w:jc w:val="center"/>
            </w:pPr>
            <w:r>
              <w:rPr>
                <w:sz w:val="18"/>
              </w:rPr>
              <w:t>-0.4387***</w:t>
            </w:r>
          </w:p>
        </w:tc>
      </w:tr>
      <w:tr w:rsidR="00B96123" w14:paraId="5DA4E969" w14:textId="77777777" w:rsidTr="00476DC6">
        <w:trPr>
          <w:jc w:val="center"/>
        </w:trPr>
        <w:tc>
          <w:tcPr>
            <w:tcW w:w="4080" w:type="dxa"/>
          </w:tcPr>
          <w:p w14:paraId="7BAD707A" w14:textId="77777777" w:rsidR="00B96123" w:rsidRDefault="00B96123"/>
        </w:tc>
        <w:tc>
          <w:tcPr>
            <w:tcW w:w="4080" w:type="dxa"/>
          </w:tcPr>
          <w:p w14:paraId="47C0E198" w14:textId="77777777" w:rsidR="00B96123" w:rsidRDefault="00B96123">
            <w:pPr>
              <w:jc w:val="center"/>
            </w:pPr>
          </w:p>
        </w:tc>
        <w:tc>
          <w:tcPr>
            <w:tcW w:w="4080" w:type="dxa"/>
          </w:tcPr>
          <w:p w14:paraId="4D9B6600" w14:textId="77777777" w:rsidR="00B96123" w:rsidRDefault="00000000">
            <w:pPr>
              <w:jc w:val="center"/>
            </w:pPr>
            <w:r>
              <w:rPr>
                <w:sz w:val="16"/>
              </w:rPr>
              <w:t>(0.1200)</w:t>
            </w:r>
          </w:p>
        </w:tc>
      </w:tr>
      <w:tr w:rsidR="00B96123" w14:paraId="06CEC0FA" w14:textId="77777777" w:rsidTr="00476DC6">
        <w:trPr>
          <w:jc w:val="center"/>
        </w:trPr>
        <w:tc>
          <w:tcPr>
            <w:tcW w:w="4080" w:type="dxa"/>
          </w:tcPr>
          <w:p w14:paraId="1A9B5210" w14:textId="77777777" w:rsidR="00B96123" w:rsidRDefault="00000000">
            <w:pPr>
              <w:jc w:val="center"/>
            </w:pPr>
            <w:r>
              <w:rPr>
                <w:sz w:val="18"/>
              </w:rPr>
              <w:t>Female</w:t>
            </w:r>
          </w:p>
        </w:tc>
        <w:tc>
          <w:tcPr>
            <w:tcW w:w="4080" w:type="dxa"/>
          </w:tcPr>
          <w:p w14:paraId="53A7FF63" w14:textId="77777777" w:rsidR="00B96123" w:rsidRDefault="00000000">
            <w:pPr>
              <w:jc w:val="center"/>
            </w:pPr>
            <w:r>
              <w:rPr>
                <w:sz w:val="18"/>
              </w:rPr>
              <w:t>-0.0146</w:t>
            </w:r>
          </w:p>
        </w:tc>
        <w:tc>
          <w:tcPr>
            <w:tcW w:w="4080" w:type="dxa"/>
          </w:tcPr>
          <w:p w14:paraId="6EFD4F0E" w14:textId="77777777" w:rsidR="00B96123" w:rsidRDefault="00000000">
            <w:pPr>
              <w:jc w:val="center"/>
            </w:pPr>
            <w:r>
              <w:rPr>
                <w:sz w:val="18"/>
              </w:rPr>
              <w:t>0.0821</w:t>
            </w:r>
          </w:p>
        </w:tc>
      </w:tr>
      <w:tr w:rsidR="00B96123" w14:paraId="18BBD465" w14:textId="77777777" w:rsidTr="00476DC6">
        <w:trPr>
          <w:jc w:val="center"/>
        </w:trPr>
        <w:tc>
          <w:tcPr>
            <w:tcW w:w="4080" w:type="dxa"/>
          </w:tcPr>
          <w:p w14:paraId="44CDF815" w14:textId="77777777" w:rsidR="00B96123" w:rsidRDefault="00B96123"/>
        </w:tc>
        <w:tc>
          <w:tcPr>
            <w:tcW w:w="4080" w:type="dxa"/>
          </w:tcPr>
          <w:p w14:paraId="2CB31F7D" w14:textId="77777777" w:rsidR="00B96123" w:rsidRDefault="00000000">
            <w:pPr>
              <w:jc w:val="center"/>
            </w:pPr>
            <w:r>
              <w:rPr>
                <w:sz w:val="16"/>
              </w:rPr>
              <w:t>(0.0948)</w:t>
            </w:r>
          </w:p>
        </w:tc>
        <w:tc>
          <w:tcPr>
            <w:tcW w:w="4080" w:type="dxa"/>
          </w:tcPr>
          <w:p w14:paraId="6ECBBA6D" w14:textId="77777777" w:rsidR="00B96123" w:rsidRDefault="00000000">
            <w:pPr>
              <w:jc w:val="center"/>
            </w:pPr>
            <w:r>
              <w:rPr>
                <w:sz w:val="16"/>
              </w:rPr>
              <w:t>(0.0960)</w:t>
            </w:r>
          </w:p>
        </w:tc>
      </w:tr>
      <w:tr w:rsidR="00B96123" w14:paraId="4F6BE33B" w14:textId="77777777" w:rsidTr="00476DC6">
        <w:trPr>
          <w:jc w:val="center"/>
        </w:trPr>
        <w:tc>
          <w:tcPr>
            <w:tcW w:w="4080" w:type="dxa"/>
          </w:tcPr>
          <w:p w14:paraId="78CFF6A3" w14:textId="77777777" w:rsidR="00B96123" w:rsidRDefault="00000000">
            <w:pPr>
              <w:jc w:val="center"/>
            </w:pPr>
            <w:r>
              <w:rPr>
                <w:sz w:val="18"/>
              </w:rPr>
              <w:t>Urban</w:t>
            </w:r>
          </w:p>
        </w:tc>
        <w:tc>
          <w:tcPr>
            <w:tcW w:w="4080" w:type="dxa"/>
          </w:tcPr>
          <w:p w14:paraId="5D35C426" w14:textId="77777777" w:rsidR="00B96123" w:rsidRDefault="00000000">
            <w:pPr>
              <w:jc w:val="center"/>
            </w:pPr>
            <w:r>
              <w:rPr>
                <w:sz w:val="18"/>
              </w:rPr>
              <w:t>-0.5238***</w:t>
            </w:r>
          </w:p>
        </w:tc>
        <w:tc>
          <w:tcPr>
            <w:tcW w:w="4080" w:type="dxa"/>
          </w:tcPr>
          <w:p w14:paraId="72B2C63C" w14:textId="77777777" w:rsidR="00B96123" w:rsidRDefault="00000000">
            <w:pPr>
              <w:jc w:val="center"/>
            </w:pPr>
            <w:r>
              <w:rPr>
                <w:sz w:val="18"/>
              </w:rPr>
              <w:t>-0.5219***</w:t>
            </w:r>
          </w:p>
        </w:tc>
      </w:tr>
      <w:tr w:rsidR="00B96123" w14:paraId="627FECAC" w14:textId="77777777" w:rsidTr="00476DC6">
        <w:trPr>
          <w:jc w:val="center"/>
        </w:trPr>
        <w:tc>
          <w:tcPr>
            <w:tcW w:w="4080" w:type="dxa"/>
          </w:tcPr>
          <w:p w14:paraId="78F93CF3" w14:textId="77777777" w:rsidR="00B96123" w:rsidRDefault="00B96123"/>
        </w:tc>
        <w:tc>
          <w:tcPr>
            <w:tcW w:w="4080" w:type="dxa"/>
          </w:tcPr>
          <w:p w14:paraId="0CA43369" w14:textId="77777777" w:rsidR="00B96123" w:rsidRDefault="00000000">
            <w:pPr>
              <w:jc w:val="center"/>
            </w:pPr>
            <w:r>
              <w:rPr>
                <w:sz w:val="16"/>
              </w:rPr>
              <w:t>(0.1149)</w:t>
            </w:r>
          </w:p>
        </w:tc>
        <w:tc>
          <w:tcPr>
            <w:tcW w:w="4080" w:type="dxa"/>
          </w:tcPr>
          <w:p w14:paraId="125503D0" w14:textId="77777777" w:rsidR="00B96123" w:rsidRDefault="00000000">
            <w:pPr>
              <w:jc w:val="center"/>
            </w:pPr>
            <w:r>
              <w:rPr>
                <w:sz w:val="16"/>
              </w:rPr>
              <w:t>(0.1148)</w:t>
            </w:r>
          </w:p>
        </w:tc>
      </w:tr>
      <w:tr w:rsidR="00B96123" w14:paraId="008109BE" w14:textId="77777777" w:rsidTr="00476DC6">
        <w:trPr>
          <w:jc w:val="center"/>
        </w:trPr>
        <w:tc>
          <w:tcPr>
            <w:tcW w:w="4080" w:type="dxa"/>
          </w:tcPr>
          <w:p w14:paraId="60A75F78" w14:textId="77777777" w:rsidR="00B96123" w:rsidRDefault="00000000">
            <w:pPr>
              <w:jc w:val="center"/>
            </w:pPr>
            <w:r>
              <w:rPr>
                <w:sz w:val="18"/>
              </w:rPr>
              <w:t>Age</w:t>
            </w:r>
          </w:p>
        </w:tc>
        <w:tc>
          <w:tcPr>
            <w:tcW w:w="4080" w:type="dxa"/>
          </w:tcPr>
          <w:p w14:paraId="10066865" w14:textId="77777777" w:rsidR="00B96123" w:rsidRDefault="00000000">
            <w:pPr>
              <w:jc w:val="center"/>
            </w:pPr>
            <w:r>
              <w:rPr>
                <w:sz w:val="18"/>
              </w:rPr>
              <w:t>-0.0188***</w:t>
            </w:r>
          </w:p>
        </w:tc>
        <w:tc>
          <w:tcPr>
            <w:tcW w:w="4080" w:type="dxa"/>
          </w:tcPr>
          <w:p w14:paraId="60DFB073" w14:textId="77777777" w:rsidR="00B96123" w:rsidRDefault="00000000">
            <w:pPr>
              <w:jc w:val="center"/>
            </w:pPr>
            <w:r>
              <w:rPr>
                <w:sz w:val="18"/>
              </w:rPr>
              <w:t>-0.0188***</w:t>
            </w:r>
          </w:p>
        </w:tc>
      </w:tr>
      <w:tr w:rsidR="00B96123" w14:paraId="33F56825" w14:textId="77777777" w:rsidTr="00476DC6">
        <w:trPr>
          <w:jc w:val="center"/>
        </w:trPr>
        <w:tc>
          <w:tcPr>
            <w:tcW w:w="4080" w:type="dxa"/>
          </w:tcPr>
          <w:p w14:paraId="715F68F4" w14:textId="77777777" w:rsidR="00B96123" w:rsidRDefault="00B96123"/>
        </w:tc>
        <w:tc>
          <w:tcPr>
            <w:tcW w:w="4080" w:type="dxa"/>
          </w:tcPr>
          <w:p w14:paraId="744A5BEA" w14:textId="77777777" w:rsidR="00B96123" w:rsidRDefault="00000000">
            <w:pPr>
              <w:jc w:val="center"/>
            </w:pPr>
            <w:r>
              <w:rPr>
                <w:sz w:val="16"/>
              </w:rPr>
              <w:t>(0.0025)</w:t>
            </w:r>
          </w:p>
        </w:tc>
        <w:tc>
          <w:tcPr>
            <w:tcW w:w="4080" w:type="dxa"/>
          </w:tcPr>
          <w:p w14:paraId="63B50E60" w14:textId="77777777" w:rsidR="00B96123" w:rsidRDefault="00000000">
            <w:pPr>
              <w:jc w:val="center"/>
            </w:pPr>
            <w:r>
              <w:rPr>
                <w:sz w:val="16"/>
              </w:rPr>
              <w:t>(0.0025)</w:t>
            </w:r>
          </w:p>
        </w:tc>
      </w:tr>
      <w:tr w:rsidR="00B96123" w14:paraId="01F512A3" w14:textId="77777777" w:rsidTr="00476DC6">
        <w:trPr>
          <w:jc w:val="center"/>
        </w:trPr>
        <w:tc>
          <w:tcPr>
            <w:tcW w:w="4080" w:type="dxa"/>
          </w:tcPr>
          <w:p w14:paraId="68A9232A" w14:textId="77777777" w:rsidR="00B96123" w:rsidRDefault="00000000">
            <w:pPr>
              <w:jc w:val="center"/>
            </w:pPr>
            <w:r>
              <w:rPr>
                <w:sz w:val="18"/>
              </w:rPr>
              <w:t>Age 25-34</w:t>
            </w:r>
          </w:p>
        </w:tc>
        <w:tc>
          <w:tcPr>
            <w:tcW w:w="4080" w:type="dxa"/>
          </w:tcPr>
          <w:p w14:paraId="3BB6E64A" w14:textId="77777777" w:rsidR="00B96123" w:rsidRDefault="00000000">
            <w:pPr>
              <w:jc w:val="center"/>
            </w:pPr>
            <w:r>
              <w:rPr>
                <w:sz w:val="18"/>
              </w:rPr>
              <w:t>-0.1502**</w:t>
            </w:r>
          </w:p>
        </w:tc>
        <w:tc>
          <w:tcPr>
            <w:tcW w:w="4080" w:type="dxa"/>
          </w:tcPr>
          <w:p w14:paraId="72AD6B2A" w14:textId="77777777" w:rsidR="00B96123" w:rsidRDefault="00000000">
            <w:pPr>
              <w:jc w:val="center"/>
            </w:pPr>
            <w:r>
              <w:rPr>
                <w:sz w:val="18"/>
              </w:rPr>
              <w:t>-0.1506**</w:t>
            </w:r>
          </w:p>
        </w:tc>
      </w:tr>
      <w:tr w:rsidR="00B96123" w14:paraId="4244B431" w14:textId="77777777" w:rsidTr="00476DC6">
        <w:trPr>
          <w:jc w:val="center"/>
        </w:trPr>
        <w:tc>
          <w:tcPr>
            <w:tcW w:w="4080" w:type="dxa"/>
          </w:tcPr>
          <w:p w14:paraId="31D8ABBE" w14:textId="77777777" w:rsidR="00B96123" w:rsidRDefault="00B96123"/>
        </w:tc>
        <w:tc>
          <w:tcPr>
            <w:tcW w:w="4080" w:type="dxa"/>
          </w:tcPr>
          <w:p w14:paraId="6041582A" w14:textId="77777777" w:rsidR="00B96123" w:rsidRDefault="00000000">
            <w:pPr>
              <w:jc w:val="center"/>
            </w:pPr>
            <w:r>
              <w:rPr>
                <w:sz w:val="16"/>
              </w:rPr>
              <w:t>(0.0741)</w:t>
            </w:r>
          </w:p>
        </w:tc>
        <w:tc>
          <w:tcPr>
            <w:tcW w:w="4080" w:type="dxa"/>
          </w:tcPr>
          <w:p w14:paraId="45E02052" w14:textId="77777777" w:rsidR="00B96123" w:rsidRDefault="00000000">
            <w:pPr>
              <w:jc w:val="center"/>
            </w:pPr>
            <w:r>
              <w:rPr>
                <w:sz w:val="16"/>
              </w:rPr>
              <w:t>(0.0748)</w:t>
            </w:r>
          </w:p>
        </w:tc>
      </w:tr>
      <w:tr w:rsidR="00B96123" w14:paraId="6C607E46" w14:textId="77777777" w:rsidTr="00476DC6">
        <w:trPr>
          <w:jc w:val="center"/>
        </w:trPr>
        <w:tc>
          <w:tcPr>
            <w:tcW w:w="4080" w:type="dxa"/>
          </w:tcPr>
          <w:p w14:paraId="60C1A3CD" w14:textId="77777777" w:rsidR="00B96123" w:rsidRDefault="00000000">
            <w:pPr>
              <w:jc w:val="center"/>
            </w:pPr>
            <w:r>
              <w:rPr>
                <w:sz w:val="18"/>
              </w:rPr>
              <w:t>Low Education</w:t>
            </w:r>
          </w:p>
        </w:tc>
        <w:tc>
          <w:tcPr>
            <w:tcW w:w="4080" w:type="dxa"/>
          </w:tcPr>
          <w:p w14:paraId="7FB5CDCE" w14:textId="77777777" w:rsidR="00B96123" w:rsidRDefault="00000000">
            <w:pPr>
              <w:jc w:val="center"/>
            </w:pPr>
            <w:r>
              <w:rPr>
                <w:sz w:val="18"/>
              </w:rPr>
              <w:t>2.2263***</w:t>
            </w:r>
          </w:p>
        </w:tc>
        <w:tc>
          <w:tcPr>
            <w:tcW w:w="4080" w:type="dxa"/>
          </w:tcPr>
          <w:p w14:paraId="7CA54BF9" w14:textId="77777777" w:rsidR="00B96123" w:rsidRDefault="00000000">
            <w:pPr>
              <w:jc w:val="center"/>
            </w:pPr>
            <w:r>
              <w:rPr>
                <w:sz w:val="18"/>
              </w:rPr>
              <w:t>2.2249***</w:t>
            </w:r>
          </w:p>
        </w:tc>
      </w:tr>
      <w:tr w:rsidR="00B96123" w14:paraId="06662329" w14:textId="77777777" w:rsidTr="00476DC6">
        <w:trPr>
          <w:jc w:val="center"/>
        </w:trPr>
        <w:tc>
          <w:tcPr>
            <w:tcW w:w="4080" w:type="dxa"/>
          </w:tcPr>
          <w:p w14:paraId="4CD93625" w14:textId="77777777" w:rsidR="00B96123" w:rsidRDefault="00B96123"/>
        </w:tc>
        <w:tc>
          <w:tcPr>
            <w:tcW w:w="4080" w:type="dxa"/>
          </w:tcPr>
          <w:p w14:paraId="43FF06E1" w14:textId="77777777" w:rsidR="00B96123" w:rsidRDefault="00000000">
            <w:pPr>
              <w:jc w:val="center"/>
            </w:pPr>
            <w:r>
              <w:rPr>
                <w:sz w:val="16"/>
              </w:rPr>
              <w:t>(0.1236)</w:t>
            </w:r>
          </w:p>
        </w:tc>
        <w:tc>
          <w:tcPr>
            <w:tcW w:w="4080" w:type="dxa"/>
          </w:tcPr>
          <w:p w14:paraId="29B7AC9F" w14:textId="77777777" w:rsidR="00B96123" w:rsidRDefault="00000000">
            <w:pPr>
              <w:jc w:val="center"/>
            </w:pPr>
            <w:r>
              <w:rPr>
                <w:sz w:val="16"/>
              </w:rPr>
              <w:t>(0.1236)</w:t>
            </w:r>
          </w:p>
        </w:tc>
      </w:tr>
      <w:tr w:rsidR="00B96123" w14:paraId="2AB0E1B1" w14:textId="77777777" w:rsidTr="00476DC6">
        <w:trPr>
          <w:jc w:val="center"/>
        </w:trPr>
        <w:tc>
          <w:tcPr>
            <w:tcW w:w="4080" w:type="dxa"/>
          </w:tcPr>
          <w:p w14:paraId="175F95BE" w14:textId="77777777" w:rsidR="00B96123" w:rsidRDefault="00000000">
            <w:pPr>
              <w:jc w:val="center"/>
            </w:pPr>
            <w:r>
              <w:rPr>
                <w:b/>
                <w:sz w:val="18"/>
              </w:rPr>
              <w:t>State, Caste &amp; Year FE</w:t>
            </w:r>
          </w:p>
        </w:tc>
        <w:tc>
          <w:tcPr>
            <w:tcW w:w="4080" w:type="dxa"/>
          </w:tcPr>
          <w:p w14:paraId="49005631" w14:textId="77777777" w:rsidR="00B96123" w:rsidRDefault="00000000">
            <w:pPr>
              <w:jc w:val="center"/>
            </w:pPr>
            <w:r>
              <w:rPr>
                <w:sz w:val="18"/>
              </w:rPr>
              <w:t>Yes</w:t>
            </w:r>
          </w:p>
        </w:tc>
        <w:tc>
          <w:tcPr>
            <w:tcW w:w="4080" w:type="dxa"/>
          </w:tcPr>
          <w:p w14:paraId="2CF76A2C" w14:textId="77777777" w:rsidR="00B96123" w:rsidRDefault="00000000">
            <w:pPr>
              <w:jc w:val="center"/>
            </w:pPr>
            <w:r>
              <w:rPr>
                <w:sz w:val="18"/>
              </w:rPr>
              <w:t>Yes</w:t>
            </w:r>
          </w:p>
        </w:tc>
      </w:tr>
      <w:tr w:rsidR="00B96123" w14:paraId="14B9ABAA" w14:textId="77777777" w:rsidTr="00476DC6">
        <w:trPr>
          <w:jc w:val="center"/>
        </w:trPr>
        <w:tc>
          <w:tcPr>
            <w:tcW w:w="4080" w:type="dxa"/>
          </w:tcPr>
          <w:p w14:paraId="5ECF169F" w14:textId="77777777" w:rsidR="00B96123" w:rsidRDefault="00000000">
            <w:pPr>
              <w:jc w:val="center"/>
            </w:pPr>
            <w:r>
              <w:rPr>
                <w:b/>
                <w:sz w:val="18"/>
              </w:rPr>
              <w:t>Observations</w:t>
            </w:r>
          </w:p>
        </w:tc>
        <w:tc>
          <w:tcPr>
            <w:tcW w:w="4080" w:type="dxa"/>
          </w:tcPr>
          <w:p w14:paraId="49A3AB00" w14:textId="77777777" w:rsidR="00B96123" w:rsidRDefault="00000000">
            <w:pPr>
              <w:jc w:val="center"/>
            </w:pPr>
            <w:r>
              <w:rPr>
                <w:sz w:val="18"/>
              </w:rPr>
              <w:t>297,367</w:t>
            </w:r>
          </w:p>
        </w:tc>
        <w:tc>
          <w:tcPr>
            <w:tcW w:w="4080" w:type="dxa"/>
          </w:tcPr>
          <w:p w14:paraId="26E405A7" w14:textId="77777777" w:rsidR="00B96123" w:rsidRDefault="00000000">
            <w:pPr>
              <w:jc w:val="center"/>
            </w:pPr>
            <w:r>
              <w:rPr>
                <w:sz w:val="18"/>
              </w:rPr>
              <w:t>297,367</w:t>
            </w:r>
          </w:p>
        </w:tc>
      </w:tr>
      <w:tr w:rsidR="00B96123" w14:paraId="5E97E90C" w14:textId="77777777" w:rsidTr="00476DC6">
        <w:trPr>
          <w:jc w:val="center"/>
        </w:trPr>
        <w:tc>
          <w:tcPr>
            <w:tcW w:w="4080" w:type="dxa"/>
          </w:tcPr>
          <w:p w14:paraId="31FB63FD" w14:textId="77777777" w:rsidR="00B96123" w:rsidRDefault="00000000">
            <w:pPr>
              <w:jc w:val="center"/>
            </w:pPr>
            <w:r>
              <w:rPr>
                <w:b/>
                <w:sz w:val="18"/>
              </w:rPr>
              <w:t>R-squared</w:t>
            </w:r>
          </w:p>
        </w:tc>
        <w:tc>
          <w:tcPr>
            <w:tcW w:w="4080" w:type="dxa"/>
          </w:tcPr>
          <w:p w14:paraId="1437A27A" w14:textId="77777777" w:rsidR="00B96123" w:rsidRDefault="00000000">
            <w:pPr>
              <w:jc w:val="center"/>
            </w:pPr>
            <w:r>
              <w:rPr>
                <w:sz w:val="18"/>
              </w:rPr>
              <w:t>0.2070</w:t>
            </w:r>
          </w:p>
        </w:tc>
        <w:tc>
          <w:tcPr>
            <w:tcW w:w="4080" w:type="dxa"/>
          </w:tcPr>
          <w:p w14:paraId="3560D353" w14:textId="77777777" w:rsidR="00B96123" w:rsidRDefault="00000000">
            <w:pPr>
              <w:jc w:val="center"/>
            </w:pPr>
            <w:r>
              <w:rPr>
                <w:sz w:val="18"/>
              </w:rPr>
              <w:t>0.2075</w:t>
            </w:r>
          </w:p>
        </w:tc>
      </w:tr>
    </w:tbl>
    <w:p w14:paraId="04D45FA8" w14:textId="77777777" w:rsidR="00B96123" w:rsidRDefault="00000000">
      <w:r>
        <w:rPr>
          <w:i/>
          <w:sz w:val="16"/>
        </w:rPr>
        <w:t>Logit re-estimation of the main informality specification (Table A1, cols. 2 and 3); coefficients are log-odds, not marginal effects. Reported to check that the linear probability model results are not an artifact of the functional form.</w:t>
      </w:r>
    </w:p>
    <w:p w14:paraId="626671E4" w14:textId="77777777" w:rsidR="00B96123" w:rsidRDefault="00B96123"/>
    <w:p w14:paraId="1217C48F" w14:textId="77777777" w:rsidR="00476DC6" w:rsidRDefault="00476DC6"/>
    <w:p w14:paraId="06A5E72A" w14:textId="77777777" w:rsidR="00476DC6" w:rsidRDefault="00476DC6"/>
    <w:p w14:paraId="525F42A3" w14:textId="77777777" w:rsidR="00476DC6" w:rsidRDefault="00476DC6"/>
    <w:p w14:paraId="3F6BFEF7" w14:textId="77777777" w:rsidR="00476DC6" w:rsidRDefault="00476DC6"/>
    <w:p w14:paraId="698CBEA9" w14:textId="77777777" w:rsidR="00476DC6" w:rsidRDefault="00476DC6"/>
    <w:p w14:paraId="6A1FBDC3" w14:textId="77777777" w:rsidR="00476DC6" w:rsidRDefault="00476DC6"/>
    <w:p w14:paraId="00DCC25B" w14:textId="77777777" w:rsidR="00476DC6" w:rsidRDefault="00476DC6"/>
    <w:p w14:paraId="0F2C2B12" w14:textId="77777777" w:rsidR="00B96123" w:rsidRDefault="00000000">
      <w:pPr>
        <w:pStyle w:val="Heading2"/>
      </w:pPr>
      <w:r>
        <w:t>Table A8. Additional Robustness and Placebo Tests</w:t>
      </w:r>
    </w:p>
    <w:tbl>
      <w:tblPr>
        <w:tblStyle w:val="TableGrid"/>
        <w:tblW w:w="12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6"/>
        <w:gridCol w:w="3116"/>
        <w:gridCol w:w="3116"/>
      </w:tblGrid>
      <w:tr w:rsidR="00B96123" w14:paraId="12C67D9A" w14:textId="77777777" w:rsidTr="00476DC6">
        <w:trPr>
          <w:trHeight w:val="334"/>
          <w:jc w:val="center"/>
        </w:trPr>
        <w:tc>
          <w:tcPr>
            <w:tcW w:w="3116" w:type="dxa"/>
            <w:shd w:val="clear" w:color="auto" w:fill="D9D9D9"/>
          </w:tcPr>
          <w:p w14:paraId="2C7D12F4" w14:textId="77777777" w:rsidR="00B96123" w:rsidRDefault="00000000">
            <w:pPr>
              <w:jc w:val="center"/>
            </w:pPr>
            <w:r>
              <w:rPr>
                <w:b/>
                <w:sz w:val="18"/>
              </w:rPr>
              <w:t>Variable</w:t>
            </w:r>
          </w:p>
        </w:tc>
        <w:tc>
          <w:tcPr>
            <w:tcW w:w="3116" w:type="dxa"/>
            <w:shd w:val="clear" w:color="auto" w:fill="D9D9D9"/>
          </w:tcPr>
          <w:p w14:paraId="554CE412" w14:textId="77777777" w:rsidR="00B96123" w:rsidRDefault="00000000">
            <w:pPr>
              <w:jc w:val="center"/>
            </w:pPr>
            <w:r>
              <w:rPr>
                <w:b/>
                <w:sz w:val="18"/>
              </w:rPr>
              <w:t>Extended COVID Window</w:t>
            </w:r>
          </w:p>
        </w:tc>
        <w:tc>
          <w:tcPr>
            <w:tcW w:w="3116" w:type="dxa"/>
            <w:shd w:val="clear" w:color="auto" w:fill="D9D9D9"/>
          </w:tcPr>
          <w:p w14:paraId="01D660AF" w14:textId="77777777" w:rsidR="00B96123" w:rsidRDefault="00000000">
            <w:pPr>
              <w:jc w:val="center"/>
            </w:pPr>
            <w:r>
              <w:rPr>
                <w:b/>
                <w:sz w:val="18"/>
              </w:rPr>
              <w:t>Placebo Shock</w:t>
            </w:r>
          </w:p>
        </w:tc>
        <w:tc>
          <w:tcPr>
            <w:tcW w:w="3116" w:type="dxa"/>
            <w:shd w:val="clear" w:color="auto" w:fill="D9D9D9"/>
          </w:tcPr>
          <w:p w14:paraId="1847BA65" w14:textId="77777777" w:rsidR="00B96123" w:rsidRDefault="00000000">
            <w:pPr>
              <w:jc w:val="center"/>
            </w:pPr>
            <w:r>
              <w:rPr>
                <w:b/>
                <w:sz w:val="18"/>
              </w:rPr>
              <w:t>Placebo x Exposure</w:t>
            </w:r>
          </w:p>
        </w:tc>
      </w:tr>
      <w:tr w:rsidR="00B96123" w14:paraId="00E4FE58" w14:textId="77777777" w:rsidTr="00476DC6">
        <w:trPr>
          <w:trHeight w:val="358"/>
          <w:jc w:val="center"/>
        </w:trPr>
        <w:tc>
          <w:tcPr>
            <w:tcW w:w="3116" w:type="dxa"/>
          </w:tcPr>
          <w:p w14:paraId="63CD3D4F" w14:textId="77777777" w:rsidR="00B96123" w:rsidRDefault="00000000">
            <w:pPr>
              <w:jc w:val="center"/>
            </w:pPr>
            <w:r>
              <w:rPr>
                <w:sz w:val="18"/>
              </w:rPr>
              <w:t>COVID-19 (extended)</w:t>
            </w:r>
          </w:p>
        </w:tc>
        <w:tc>
          <w:tcPr>
            <w:tcW w:w="3116" w:type="dxa"/>
          </w:tcPr>
          <w:p w14:paraId="53B5DAA9" w14:textId="77777777" w:rsidR="00B96123" w:rsidRDefault="00000000">
            <w:pPr>
              <w:jc w:val="center"/>
            </w:pPr>
            <w:r>
              <w:rPr>
                <w:sz w:val="18"/>
              </w:rPr>
              <w:t>0.0076</w:t>
            </w:r>
          </w:p>
        </w:tc>
        <w:tc>
          <w:tcPr>
            <w:tcW w:w="3116" w:type="dxa"/>
          </w:tcPr>
          <w:p w14:paraId="029272DE" w14:textId="77777777" w:rsidR="00B96123" w:rsidRDefault="00B96123">
            <w:pPr>
              <w:jc w:val="center"/>
            </w:pPr>
          </w:p>
        </w:tc>
        <w:tc>
          <w:tcPr>
            <w:tcW w:w="3116" w:type="dxa"/>
          </w:tcPr>
          <w:p w14:paraId="474D7096" w14:textId="77777777" w:rsidR="00B96123" w:rsidRDefault="00B96123">
            <w:pPr>
              <w:jc w:val="center"/>
            </w:pPr>
          </w:p>
        </w:tc>
      </w:tr>
      <w:tr w:rsidR="00B96123" w14:paraId="109E74A1" w14:textId="77777777" w:rsidTr="00476DC6">
        <w:trPr>
          <w:trHeight w:val="358"/>
          <w:jc w:val="center"/>
        </w:trPr>
        <w:tc>
          <w:tcPr>
            <w:tcW w:w="3116" w:type="dxa"/>
          </w:tcPr>
          <w:p w14:paraId="6BFE23E6" w14:textId="77777777" w:rsidR="00B96123" w:rsidRDefault="00B96123"/>
        </w:tc>
        <w:tc>
          <w:tcPr>
            <w:tcW w:w="3116" w:type="dxa"/>
          </w:tcPr>
          <w:p w14:paraId="0FB415A9" w14:textId="77777777" w:rsidR="00B96123" w:rsidRDefault="00000000">
            <w:pPr>
              <w:jc w:val="center"/>
            </w:pPr>
            <w:r>
              <w:rPr>
                <w:sz w:val="16"/>
              </w:rPr>
              <w:t>(0.0054)</w:t>
            </w:r>
          </w:p>
        </w:tc>
        <w:tc>
          <w:tcPr>
            <w:tcW w:w="3116" w:type="dxa"/>
          </w:tcPr>
          <w:p w14:paraId="0AAFB104" w14:textId="77777777" w:rsidR="00B96123" w:rsidRDefault="00B96123">
            <w:pPr>
              <w:jc w:val="center"/>
            </w:pPr>
          </w:p>
        </w:tc>
        <w:tc>
          <w:tcPr>
            <w:tcW w:w="3116" w:type="dxa"/>
          </w:tcPr>
          <w:p w14:paraId="112697E9" w14:textId="77777777" w:rsidR="00B96123" w:rsidRDefault="00B96123">
            <w:pPr>
              <w:jc w:val="center"/>
            </w:pPr>
          </w:p>
        </w:tc>
      </w:tr>
      <w:tr w:rsidR="00B96123" w14:paraId="5B1F4352" w14:textId="77777777" w:rsidTr="00476DC6">
        <w:trPr>
          <w:trHeight w:val="381"/>
          <w:jc w:val="center"/>
        </w:trPr>
        <w:tc>
          <w:tcPr>
            <w:tcW w:w="3116" w:type="dxa"/>
          </w:tcPr>
          <w:p w14:paraId="29ECF3B2" w14:textId="77777777" w:rsidR="00B96123" w:rsidRDefault="00000000">
            <w:pPr>
              <w:jc w:val="center"/>
            </w:pPr>
            <w:r>
              <w:rPr>
                <w:sz w:val="18"/>
              </w:rPr>
              <w:t>Placebo shock</w:t>
            </w:r>
          </w:p>
        </w:tc>
        <w:tc>
          <w:tcPr>
            <w:tcW w:w="3116" w:type="dxa"/>
          </w:tcPr>
          <w:p w14:paraId="024DB7C7" w14:textId="77777777" w:rsidR="00B96123" w:rsidRDefault="00B96123">
            <w:pPr>
              <w:jc w:val="center"/>
            </w:pPr>
          </w:p>
        </w:tc>
        <w:tc>
          <w:tcPr>
            <w:tcW w:w="3116" w:type="dxa"/>
          </w:tcPr>
          <w:p w14:paraId="7A900509" w14:textId="77777777" w:rsidR="00B96123" w:rsidRDefault="00000000">
            <w:pPr>
              <w:jc w:val="center"/>
            </w:pPr>
            <w:r>
              <w:rPr>
                <w:sz w:val="18"/>
              </w:rPr>
              <w:t>0.0033</w:t>
            </w:r>
          </w:p>
        </w:tc>
        <w:tc>
          <w:tcPr>
            <w:tcW w:w="3116" w:type="dxa"/>
          </w:tcPr>
          <w:p w14:paraId="021E2FE0" w14:textId="77777777" w:rsidR="00B96123" w:rsidRDefault="00000000">
            <w:pPr>
              <w:jc w:val="center"/>
            </w:pPr>
            <w:r>
              <w:rPr>
                <w:sz w:val="18"/>
              </w:rPr>
              <w:t>0.0291**</w:t>
            </w:r>
          </w:p>
        </w:tc>
      </w:tr>
      <w:tr w:rsidR="00B96123" w14:paraId="4520F3B6" w14:textId="77777777" w:rsidTr="00476DC6">
        <w:trPr>
          <w:trHeight w:val="358"/>
          <w:jc w:val="center"/>
        </w:trPr>
        <w:tc>
          <w:tcPr>
            <w:tcW w:w="3116" w:type="dxa"/>
          </w:tcPr>
          <w:p w14:paraId="59667B4E" w14:textId="77777777" w:rsidR="00B96123" w:rsidRDefault="00B96123"/>
        </w:tc>
        <w:tc>
          <w:tcPr>
            <w:tcW w:w="3116" w:type="dxa"/>
          </w:tcPr>
          <w:p w14:paraId="4B953A00" w14:textId="77777777" w:rsidR="00B96123" w:rsidRDefault="00B96123">
            <w:pPr>
              <w:jc w:val="center"/>
            </w:pPr>
          </w:p>
        </w:tc>
        <w:tc>
          <w:tcPr>
            <w:tcW w:w="3116" w:type="dxa"/>
          </w:tcPr>
          <w:p w14:paraId="36DEE399" w14:textId="77777777" w:rsidR="00B96123" w:rsidRDefault="00000000">
            <w:pPr>
              <w:jc w:val="center"/>
            </w:pPr>
            <w:r>
              <w:rPr>
                <w:sz w:val="16"/>
              </w:rPr>
              <w:t>(0.0057)</w:t>
            </w:r>
          </w:p>
        </w:tc>
        <w:tc>
          <w:tcPr>
            <w:tcW w:w="3116" w:type="dxa"/>
          </w:tcPr>
          <w:p w14:paraId="1FCE3701" w14:textId="77777777" w:rsidR="00B96123" w:rsidRDefault="00000000">
            <w:pPr>
              <w:jc w:val="center"/>
            </w:pPr>
            <w:r>
              <w:rPr>
                <w:sz w:val="16"/>
              </w:rPr>
              <w:t>(0.0112)</w:t>
            </w:r>
          </w:p>
        </w:tc>
      </w:tr>
      <w:tr w:rsidR="00B96123" w14:paraId="3EC49180" w14:textId="77777777" w:rsidTr="00476DC6">
        <w:trPr>
          <w:trHeight w:val="358"/>
          <w:jc w:val="center"/>
        </w:trPr>
        <w:tc>
          <w:tcPr>
            <w:tcW w:w="3116" w:type="dxa"/>
          </w:tcPr>
          <w:p w14:paraId="1C32587F" w14:textId="77777777" w:rsidR="00B96123" w:rsidRDefault="00000000">
            <w:pPr>
              <w:jc w:val="center"/>
            </w:pPr>
            <w:r>
              <w:rPr>
                <w:sz w:val="18"/>
              </w:rPr>
              <w:t>Pre-COVID Exposure</w:t>
            </w:r>
          </w:p>
        </w:tc>
        <w:tc>
          <w:tcPr>
            <w:tcW w:w="3116" w:type="dxa"/>
          </w:tcPr>
          <w:p w14:paraId="5279CFA3" w14:textId="77777777" w:rsidR="00B96123" w:rsidRDefault="00B96123">
            <w:pPr>
              <w:jc w:val="center"/>
            </w:pPr>
          </w:p>
        </w:tc>
        <w:tc>
          <w:tcPr>
            <w:tcW w:w="3116" w:type="dxa"/>
          </w:tcPr>
          <w:p w14:paraId="261F6F57" w14:textId="77777777" w:rsidR="00B96123" w:rsidRDefault="00B96123">
            <w:pPr>
              <w:jc w:val="center"/>
            </w:pPr>
          </w:p>
        </w:tc>
        <w:tc>
          <w:tcPr>
            <w:tcW w:w="3116" w:type="dxa"/>
          </w:tcPr>
          <w:p w14:paraId="1EFF2F41" w14:textId="77777777" w:rsidR="00B96123" w:rsidRDefault="00000000">
            <w:pPr>
              <w:jc w:val="center"/>
            </w:pPr>
            <w:r>
              <w:rPr>
                <w:sz w:val="18"/>
              </w:rPr>
              <w:t>-0.0195</w:t>
            </w:r>
          </w:p>
        </w:tc>
      </w:tr>
      <w:tr w:rsidR="00B96123" w14:paraId="086DEA8E" w14:textId="77777777" w:rsidTr="00476DC6">
        <w:trPr>
          <w:trHeight w:val="381"/>
          <w:jc w:val="center"/>
        </w:trPr>
        <w:tc>
          <w:tcPr>
            <w:tcW w:w="3116" w:type="dxa"/>
          </w:tcPr>
          <w:p w14:paraId="160EC0E2" w14:textId="77777777" w:rsidR="00B96123" w:rsidRDefault="00B96123"/>
        </w:tc>
        <w:tc>
          <w:tcPr>
            <w:tcW w:w="3116" w:type="dxa"/>
          </w:tcPr>
          <w:p w14:paraId="4F0A485C" w14:textId="77777777" w:rsidR="00B96123" w:rsidRDefault="00B96123">
            <w:pPr>
              <w:jc w:val="center"/>
            </w:pPr>
          </w:p>
        </w:tc>
        <w:tc>
          <w:tcPr>
            <w:tcW w:w="3116" w:type="dxa"/>
          </w:tcPr>
          <w:p w14:paraId="5886DC58" w14:textId="77777777" w:rsidR="00B96123" w:rsidRDefault="00B96123">
            <w:pPr>
              <w:jc w:val="center"/>
            </w:pPr>
          </w:p>
        </w:tc>
        <w:tc>
          <w:tcPr>
            <w:tcW w:w="3116" w:type="dxa"/>
          </w:tcPr>
          <w:p w14:paraId="48BFFD86" w14:textId="77777777" w:rsidR="00B96123" w:rsidRDefault="00000000">
            <w:pPr>
              <w:jc w:val="center"/>
            </w:pPr>
            <w:r>
              <w:rPr>
                <w:sz w:val="16"/>
              </w:rPr>
              <w:t>(0.0493)</w:t>
            </w:r>
          </w:p>
        </w:tc>
      </w:tr>
      <w:tr w:rsidR="00B96123" w14:paraId="5A74F369" w14:textId="77777777" w:rsidTr="00476DC6">
        <w:trPr>
          <w:trHeight w:val="358"/>
          <w:jc w:val="center"/>
        </w:trPr>
        <w:tc>
          <w:tcPr>
            <w:tcW w:w="3116" w:type="dxa"/>
          </w:tcPr>
          <w:p w14:paraId="7BCBFA23" w14:textId="77777777" w:rsidR="00B96123" w:rsidRDefault="00000000">
            <w:pPr>
              <w:jc w:val="center"/>
            </w:pPr>
            <w:r>
              <w:rPr>
                <w:sz w:val="18"/>
              </w:rPr>
              <w:t>Placebo x Exposure</w:t>
            </w:r>
          </w:p>
        </w:tc>
        <w:tc>
          <w:tcPr>
            <w:tcW w:w="3116" w:type="dxa"/>
          </w:tcPr>
          <w:p w14:paraId="5B480587" w14:textId="77777777" w:rsidR="00B96123" w:rsidRDefault="00B96123">
            <w:pPr>
              <w:jc w:val="center"/>
            </w:pPr>
          </w:p>
        </w:tc>
        <w:tc>
          <w:tcPr>
            <w:tcW w:w="3116" w:type="dxa"/>
          </w:tcPr>
          <w:p w14:paraId="7508ECC6" w14:textId="77777777" w:rsidR="00B96123" w:rsidRDefault="00B96123">
            <w:pPr>
              <w:jc w:val="center"/>
            </w:pPr>
          </w:p>
        </w:tc>
        <w:tc>
          <w:tcPr>
            <w:tcW w:w="3116" w:type="dxa"/>
          </w:tcPr>
          <w:p w14:paraId="727054DF" w14:textId="77777777" w:rsidR="00B96123" w:rsidRDefault="00000000">
            <w:pPr>
              <w:jc w:val="center"/>
            </w:pPr>
            <w:r>
              <w:rPr>
                <w:sz w:val="18"/>
              </w:rPr>
              <w:t>-0.0787**</w:t>
            </w:r>
          </w:p>
        </w:tc>
      </w:tr>
      <w:tr w:rsidR="00B96123" w14:paraId="66AB490D" w14:textId="77777777" w:rsidTr="00476DC6">
        <w:trPr>
          <w:trHeight w:val="358"/>
          <w:jc w:val="center"/>
        </w:trPr>
        <w:tc>
          <w:tcPr>
            <w:tcW w:w="3116" w:type="dxa"/>
          </w:tcPr>
          <w:p w14:paraId="53AADB7C" w14:textId="77777777" w:rsidR="00B96123" w:rsidRDefault="00B96123"/>
        </w:tc>
        <w:tc>
          <w:tcPr>
            <w:tcW w:w="3116" w:type="dxa"/>
          </w:tcPr>
          <w:p w14:paraId="5CB303CE" w14:textId="77777777" w:rsidR="00B96123" w:rsidRDefault="00B96123">
            <w:pPr>
              <w:jc w:val="center"/>
            </w:pPr>
          </w:p>
        </w:tc>
        <w:tc>
          <w:tcPr>
            <w:tcW w:w="3116" w:type="dxa"/>
          </w:tcPr>
          <w:p w14:paraId="5AA5D4EB" w14:textId="77777777" w:rsidR="00B96123" w:rsidRDefault="00B96123">
            <w:pPr>
              <w:jc w:val="center"/>
            </w:pPr>
          </w:p>
        </w:tc>
        <w:tc>
          <w:tcPr>
            <w:tcW w:w="3116" w:type="dxa"/>
          </w:tcPr>
          <w:p w14:paraId="26E62878" w14:textId="77777777" w:rsidR="00B96123" w:rsidRDefault="00000000">
            <w:pPr>
              <w:jc w:val="center"/>
            </w:pPr>
            <w:r>
              <w:rPr>
                <w:sz w:val="16"/>
              </w:rPr>
              <w:t>(0.0288)</w:t>
            </w:r>
          </w:p>
        </w:tc>
      </w:tr>
      <w:tr w:rsidR="00B96123" w14:paraId="0669E24B" w14:textId="77777777" w:rsidTr="00476DC6">
        <w:trPr>
          <w:trHeight w:val="334"/>
          <w:jc w:val="center"/>
        </w:trPr>
        <w:tc>
          <w:tcPr>
            <w:tcW w:w="3116" w:type="dxa"/>
          </w:tcPr>
          <w:p w14:paraId="541E602C" w14:textId="77777777" w:rsidR="00B96123" w:rsidRDefault="00000000">
            <w:pPr>
              <w:jc w:val="center"/>
            </w:pPr>
            <w:r>
              <w:rPr>
                <w:sz w:val="18"/>
              </w:rPr>
              <w:t>Female</w:t>
            </w:r>
          </w:p>
        </w:tc>
        <w:tc>
          <w:tcPr>
            <w:tcW w:w="3116" w:type="dxa"/>
          </w:tcPr>
          <w:p w14:paraId="2C5C59C4" w14:textId="77777777" w:rsidR="00B96123" w:rsidRDefault="00000000">
            <w:pPr>
              <w:jc w:val="center"/>
            </w:pPr>
            <w:r>
              <w:rPr>
                <w:sz w:val="18"/>
              </w:rPr>
              <w:t>0.0007</w:t>
            </w:r>
          </w:p>
        </w:tc>
        <w:tc>
          <w:tcPr>
            <w:tcW w:w="3116" w:type="dxa"/>
          </w:tcPr>
          <w:p w14:paraId="6DEC8F9D" w14:textId="77777777" w:rsidR="00B96123" w:rsidRDefault="00000000">
            <w:pPr>
              <w:jc w:val="center"/>
            </w:pPr>
            <w:r>
              <w:rPr>
                <w:sz w:val="18"/>
              </w:rPr>
              <w:t>0.0036</w:t>
            </w:r>
          </w:p>
        </w:tc>
        <w:tc>
          <w:tcPr>
            <w:tcW w:w="3116" w:type="dxa"/>
          </w:tcPr>
          <w:p w14:paraId="274E6AF4" w14:textId="77777777" w:rsidR="00B96123" w:rsidRDefault="00000000">
            <w:pPr>
              <w:jc w:val="center"/>
            </w:pPr>
            <w:r>
              <w:rPr>
                <w:sz w:val="18"/>
              </w:rPr>
              <w:t>0.0036</w:t>
            </w:r>
          </w:p>
        </w:tc>
      </w:tr>
      <w:tr w:rsidR="00B96123" w14:paraId="175CAB9A" w14:textId="77777777" w:rsidTr="00476DC6">
        <w:trPr>
          <w:trHeight w:val="381"/>
          <w:jc w:val="center"/>
        </w:trPr>
        <w:tc>
          <w:tcPr>
            <w:tcW w:w="3116" w:type="dxa"/>
          </w:tcPr>
          <w:p w14:paraId="271B0DF2" w14:textId="77777777" w:rsidR="00B96123" w:rsidRDefault="00B96123"/>
        </w:tc>
        <w:tc>
          <w:tcPr>
            <w:tcW w:w="3116" w:type="dxa"/>
          </w:tcPr>
          <w:p w14:paraId="53F2C751" w14:textId="77777777" w:rsidR="00B96123" w:rsidRDefault="00000000">
            <w:pPr>
              <w:jc w:val="center"/>
            </w:pPr>
            <w:r>
              <w:rPr>
                <w:sz w:val="16"/>
              </w:rPr>
              <w:t>(0.0019)</w:t>
            </w:r>
          </w:p>
        </w:tc>
        <w:tc>
          <w:tcPr>
            <w:tcW w:w="3116" w:type="dxa"/>
          </w:tcPr>
          <w:p w14:paraId="23D5566E" w14:textId="77777777" w:rsidR="00B96123" w:rsidRDefault="00000000">
            <w:pPr>
              <w:jc w:val="center"/>
            </w:pPr>
            <w:r>
              <w:rPr>
                <w:sz w:val="16"/>
              </w:rPr>
              <w:t>(0.0025)</w:t>
            </w:r>
          </w:p>
        </w:tc>
        <w:tc>
          <w:tcPr>
            <w:tcW w:w="3116" w:type="dxa"/>
          </w:tcPr>
          <w:p w14:paraId="4A6171EF" w14:textId="77777777" w:rsidR="00B96123" w:rsidRDefault="00000000">
            <w:pPr>
              <w:jc w:val="center"/>
            </w:pPr>
            <w:r>
              <w:rPr>
                <w:sz w:val="16"/>
              </w:rPr>
              <w:t>(0.0024)</w:t>
            </w:r>
          </w:p>
        </w:tc>
      </w:tr>
      <w:tr w:rsidR="00B96123" w14:paraId="0C4EC175" w14:textId="77777777" w:rsidTr="00476DC6">
        <w:trPr>
          <w:trHeight w:val="310"/>
          <w:jc w:val="center"/>
        </w:trPr>
        <w:tc>
          <w:tcPr>
            <w:tcW w:w="3116" w:type="dxa"/>
          </w:tcPr>
          <w:p w14:paraId="592FFB40" w14:textId="77777777" w:rsidR="00B96123" w:rsidRDefault="00000000">
            <w:pPr>
              <w:jc w:val="center"/>
            </w:pPr>
            <w:r>
              <w:rPr>
                <w:sz w:val="18"/>
              </w:rPr>
              <w:t>Urban</w:t>
            </w:r>
          </w:p>
        </w:tc>
        <w:tc>
          <w:tcPr>
            <w:tcW w:w="3116" w:type="dxa"/>
          </w:tcPr>
          <w:p w14:paraId="20C6AAF5" w14:textId="77777777" w:rsidR="00B96123" w:rsidRDefault="00000000">
            <w:pPr>
              <w:jc w:val="center"/>
            </w:pPr>
            <w:r>
              <w:rPr>
                <w:sz w:val="18"/>
              </w:rPr>
              <w:t>-0.0127***</w:t>
            </w:r>
          </w:p>
        </w:tc>
        <w:tc>
          <w:tcPr>
            <w:tcW w:w="3116" w:type="dxa"/>
          </w:tcPr>
          <w:p w14:paraId="00993147" w14:textId="77777777" w:rsidR="00B96123" w:rsidRDefault="00000000">
            <w:pPr>
              <w:jc w:val="center"/>
            </w:pPr>
            <w:r>
              <w:rPr>
                <w:sz w:val="18"/>
              </w:rPr>
              <w:t>-0.0162***</w:t>
            </w:r>
          </w:p>
        </w:tc>
        <w:tc>
          <w:tcPr>
            <w:tcW w:w="3116" w:type="dxa"/>
          </w:tcPr>
          <w:p w14:paraId="10043415" w14:textId="77777777" w:rsidR="00B96123" w:rsidRDefault="00000000">
            <w:pPr>
              <w:jc w:val="center"/>
            </w:pPr>
            <w:r>
              <w:rPr>
                <w:sz w:val="18"/>
              </w:rPr>
              <w:t>-0.0071</w:t>
            </w:r>
          </w:p>
        </w:tc>
      </w:tr>
      <w:tr w:rsidR="00B96123" w14:paraId="103A5BAA" w14:textId="77777777" w:rsidTr="00476DC6">
        <w:trPr>
          <w:trHeight w:val="381"/>
          <w:jc w:val="center"/>
        </w:trPr>
        <w:tc>
          <w:tcPr>
            <w:tcW w:w="3116" w:type="dxa"/>
          </w:tcPr>
          <w:p w14:paraId="44604A7B" w14:textId="77777777" w:rsidR="00B96123" w:rsidRDefault="00B96123"/>
        </w:tc>
        <w:tc>
          <w:tcPr>
            <w:tcW w:w="3116" w:type="dxa"/>
          </w:tcPr>
          <w:p w14:paraId="3D162FE1" w14:textId="77777777" w:rsidR="00B96123" w:rsidRDefault="00000000">
            <w:pPr>
              <w:jc w:val="center"/>
            </w:pPr>
            <w:r>
              <w:rPr>
                <w:sz w:val="16"/>
              </w:rPr>
              <w:t>(0.0036)</w:t>
            </w:r>
          </w:p>
        </w:tc>
        <w:tc>
          <w:tcPr>
            <w:tcW w:w="3116" w:type="dxa"/>
          </w:tcPr>
          <w:p w14:paraId="1737AF25" w14:textId="77777777" w:rsidR="00B96123" w:rsidRDefault="00000000">
            <w:pPr>
              <w:jc w:val="center"/>
            </w:pPr>
            <w:r>
              <w:rPr>
                <w:sz w:val="16"/>
              </w:rPr>
              <w:t>(0.0035)</w:t>
            </w:r>
          </w:p>
        </w:tc>
        <w:tc>
          <w:tcPr>
            <w:tcW w:w="3116" w:type="dxa"/>
          </w:tcPr>
          <w:p w14:paraId="4E46E134" w14:textId="77777777" w:rsidR="00B96123" w:rsidRDefault="00000000">
            <w:pPr>
              <w:jc w:val="center"/>
            </w:pPr>
            <w:r>
              <w:rPr>
                <w:sz w:val="16"/>
              </w:rPr>
              <w:t>(0.0085)</w:t>
            </w:r>
          </w:p>
        </w:tc>
      </w:tr>
      <w:tr w:rsidR="00B96123" w14:paraId="42EC97B4" w14:textId="77777777" w:rsidTr="00476DC6">
        <w:trPr>
          <w:trHeight w:val="334"/>
          <w:jc w:val="center"/>
        </w:trPr>
        <w:tc>
          <w:tcPr>
            <w:tcW w:w="3116" w:type="dxa"/>
          </w:tcPr>
          <w:p w14:paraId="29DB3F15" w14:textId="77777777" w:rsidR="00B96123" w:rsidRDefault="00000000">
            <w:pPr>
              <w:jc w:val="center"/>
            </w:pPr>
            <w:r>
              <w:rPr>
                <w:sz w:val="18"/>
              </w:rPr>
              <w:t>Age</w:t>
            </w:r>
          </w:p>
        </w:tc>
        <w:tc>
          <w:tcPr>
            <w:tcW w:w="3116" w:type="dxa"/>
          </w:tcPr>
          <w:p w14:paraId="5B0FD68E" w14:textId="77777777" w:rsidR="00B96123" w:rsidRDefault="00000000">
            <w:pPr>
              <w:jc w:val="center"/>
            </w:pPr>
            <w:r>
              <w:rPr>
                <w:sz w:val="18"/>
              </w:rPr>
              <w:t>-0.0003***</w:t>
            </w:r>
          </w:p>
        </w:tc>
        <w:tc>
          <w:tcPr>
            <w:tcW w:w="3116" w:type="dxa"/>
          </w:tcPr>
          <w:p w14:paraId="09A6DBD5" w14:textId="77777777" w:rsidR="00B96123" w:rsidRDefault="00000000">
            <w:pPr>
              <w:jc w:val="center"/>
            </w:pPr>
            <w:r>
              <w:rPr>
                <w:sz w:val="18"/>
              </w:rPr>
              <w:t>-0.0008***</w:t>
            </w:r>
          </w:p>
        </w:tc>
        <w:tc>
          <w:tcPr>
            <w:tcW w:w="3116" w:type="dxa"/>
          </w:tcPr>
          <w:p w14:paraId="614C307A" w14:textId="77777777" w:rsidR="00B96123" w:rsidRDefault="00000000">
            <w:pPr>
              <w:jc w:val="center"/>
            </w:pPr>
            <w:r>
              <w:rPr>
                <w:sz w:val="18"/>
              </w:rPr>
              <w:t>-0.0008***</w:t>
            </w:r>
          </w:p>
        </w:tc>
      </w:tr>
      <w:tr w:rsidR="00B96123" w14:paraId="3C22B80A" w14:textId="77777777" w:rsidTr="00476DC6">
        <w:trPr>
          <w:trHeight w:val="358"/>
          <w:jc w:val="center"/>
        </w:trPr>
        <w:tc>
          <w:tcPr>
            <w:tcW w:w="3116" w:type="dxa"/>
          </w:tcPr>
          <w:p w14:paraId="0984B700" w14:textId="77777777" w:rsidR="00B96123" w:rsidRDefault="00B96123"/>
        </w:tc>
        <w:tc>
          <w:tcPr>
            <w:tcW w:w="3116" w:type="dxa"/>
          </w:tcPr>
          <w:p w14:paraId="436D2FF9" w14:textId="77777777" w:rsidR="00B96123" w:rsidRDefault="00000000">
            <w:pPr>
              <w:jc w:val="center"/>
            </w:pPr>
            <w:r>
              <w:rPr>
                <w:sz w:val="16"/>
              </w:rPr>
              <w:t>(0.0001)</w:t>
            </w:r>
          </w:p>
        </w:tc>
        <w:tc>
          <w:tcPr>
            <w:tcW w:w="3116" w:type="dxa"/>
          </w:tcPr>
          <w:p w14:paraId="4ED64D68" w14:textId="77777777" w:rsidR="00B96123" w:rsidRDefault="00000000">
            <w:pPr>
              <w:jc w:val="center"/>
            </w:pPr>
            <w:r>
              <w:rPr>
                <w:sz w:val="16"/>
              </w:rPr>
              <w:t>(0.0002)</w:t>
            </w:r>
          </w:p>
        </w:tc>
        <w:tc>
          <w:tcPr>
            <w:tcW w:w="3116" w:type="dxa"/>
          </w:tcPr>
          <w:p w14:paraId="0E64627B" w14:textId="77777777" w:rsidR="00B96123" w:rsidRDefault="00000000">
            <w:pPr>
              <w:jc w:val="center"/>
            </w:pPr>
            <w:r>
              <w:rPr>
                <w:sz w:val="16"/>
              </w:rPr>
              <w:t>(0.0002)</w:t>
            </w:r>
          </w:p>
        </w:tc>
      </w:tr>
      <w:tr w:rsidR="00B96123" w14:paraId="4A97E31B" w14:textId="77777777" w:rsidTr="00476DC6">
        <w:trPr>
          <w:trHeight w:val="334"/>
          <w:jc w:val="center"/>
        </w:trPr>
        <w:tc>
          <w:tcPr>
            <w:tcW w:w="3116" w:type="dxa"/>
          </w:tcPr>
          <w:p w14:paraId="1AFB29AF" w14:textId="77777777" w:rsidR="00B96123" w:rsidRDefault="00000000">
            <w:pPr>
              <w:jc w:val="center"/>
            </w:pPr>
            <w:r>
              <w:rPr>
                <w:sz w:val="18"/>
              </w:rPr>
              <w:t>Age 25-34</w:t>
            </w:r>
          </w:p>
        </w:tc>
        <w:tc>
          <w:tcPr>
            <w:tcW w:w="3116" w:type="dxa"/>
          </w:tcPr>
          <w:p w14:paraId="307ACE14" w14:textId="77777777" w:rsidR="00B96123" w:rsidRDefault="00000000">
            <w:pPr>
              <w:jc w:val="center"/>
            </w:pPr>
            <w:r>
              <w:rPr>
                <w:sz w:val="18"/>
              </w:rPr>
              <w:t>-0.0029</w:t>
            </w:r>
          </w:p>
        </w:tc>
        <w:tc>
          <w:tcPr>
            <w:tcW w:w="3116" w:type="dxa"/>
          </w:tcPr>
          <w:p w14:paraId="7240B53F" w14:textId="77777777" w:rsidR="00B96123" w:rsidRDefault="00000000">
            <w:pPr>
              <w:jc w:val="center"/>
            </w:pPr>
            <w:r>
              <w:rPr>
                <w:sz w:val="18"/>
              </w:rPr>
              <w:t>-0.0020</w:t>
            </w:r>
          </w:p>
        </w:tc>
        <w:tc>
          <w:tcPr>
            <w:tcW w:w="3116" w:type="dxa"/>
          </w:tcPr>
          <w:p w14:paraId="377625E0" w14:textId="77777777" w:rsidR="00B96123" w:rsidRDefault="00000000">
            <w:pPr>
              <w:jc w:val="center"/>
            </w:pPr>
            <w:r>
              <w:rPr>
                <w:sz w:val="18"/>
              </w:rPr>
              <w:t>-0.0021</w:t>
            </w:r>
          </w:p>
        </w:tc>
      </w:tr>
      <w:tr w:rsidR="00B96123" w14:paraId="1ACD4351" w14:textId="77777777" w:rsidTr="00476DC6">
        <w:trPr>
          <w:trHeight w:val="358"/>
          <w:jc w:val="center"/>
        </w:trPr>
        <w:tc>
          <w:tcPr>
            <w:tcW w:w="3116" w:type="dxa"/>
          </w:tcPr>
          <w:p w14:paraId="3FF06FC1" w14:textId="77777777" w:rsidR="00B96123" w:rsidRDefault="00B96123"/>
        </w:tc>
        <w:tc>
          <w:tcPr>
            <w:tcW w:w="3116" w:type="dxa"/>
          </w:tcPr>
          <w:p w14:paraId="05FC1D01" w14:textId="77777777" w:rsidR="00B96123" w:rsidRDefault="00000000">
            <w:pPr>
              <w:jc w:val="center"/>
            </w:pPr>
            <w:r>
              <w:rPr>
                <w:sz w:val="16"/>
              </w:rPr>
              <w:t>(0.0018)</w:t>
            </w:r>
          </w:p>
        </w:tc>
        <w:tc>
          <w:tcPr>
            <w:tcW w:w="3116" w:type="dxa"/>
          </w:tcPr>
          <w:p w14:paraId="33F15354" w14:textId="77777777" w:rsidR="00B96123" w:rsidRDefault="00000000">
            <w:pPr>
              <w:jc w:val="center"/>
            </w:pPr>
            <w:r>
              <w:rPr>
                <w:sz w:val="16"/>
              </w:rPr>
              <w:t>(0.0026)</w:t>
            </w:r>
          </w:p>
        </w:tc>
        <w:tc>
          <w:tcPr>
            <w:tcW w:w="3116" w:type="dxa"/>
          </w:tcPr>
          <w:p w14:paraId="4C169E8C" w14:textId="77777777" w:rsidR="00B96123" w:rsidRDefault="00000000">
            <w:pPr>
              <w:jc w:val="center"/>
            </w:pPr>
            <w:r>
              <w:rPr>
                <w:sz w:val="16"/>
              </w:rPr>
              <w:t>(0.0027)</w:t>
            </w:r>
          </w:p>
        </w:tc>
      </w:tr>
      <w:tr w:rsidR="00B96123" w14:paraId="4310CF1C" w14:textId="77777777" w:rsidTr="00476DC6">
        <w:trPr>
          <w:trHeight w:val="334"/>
          <w:jc w:val="center"/>
        </w:trPr>
        <w:tc>
          <w:tcPr>
            <w:tcW w:w="3116" w:type="dxa"/>
          </w:tcPr>
          <w:p w14:paraId="4F9C47D3" w14:textId="77777777" w:rsidR="00B96123" w:rsidRDefault="00000000">
            <w:pPr>
              <w:jc w:val="center"/>
            </w:pPr>
            <w:r>
              <w:rPr>
                <w:sz w:val="18"/>
              </w:rPr>
              <w:t>Low Education</w:t>
            </w:r>
          </w:p>
        </w:tc>
        <w:tc>
          <w:tcPr>
            <w:tcW w:w="3116" w:type="dxa"/>
          </w:tcPr>
          <w:p w14:paraId="397C5BD8" w14:textId="77777777" w:rsidR="00B96123" w:rsidRDefault="00000000">
            <w:pPr>
              <w:jc w:val="center"/>
            </w:pPr>
            <w:r>
              <w:rPr>
                <w:sz w:val="18"/>
              </w:rPr>
              <w:t>0.0442***</w:t>
            </w:r>
          </w:p>
        </w:tc>
        <w:tc>
          <w:tcPr>
            <w:tcW w:w="3116" w:type="dxa"/>
          </w:tcPr>
          <w:p w14:paraId="72DC4069" w14:textId="77777777" w:rsidR="00B96123" w:rsidRDefault="00000000">
            <w:pPr>
              <w:jc w:val="center"/>
            </w:pPr>
            <w:r>
              <w:rPr>
                <w:sz w:val="18"/>
              </w:rPr>
              <w:t>0.0577***</w:t>
            </w:r>
          </w:p>
        </w:tc>
        <w:tc>
          <w:tcPr>
            <w:tcW w:w="3116" w:type="dxa"/>
          </w:tcPr>
          <w:p w14:paraId="069FFF46" w14:textId="77777777" w:rsidR="00B96123" w:rsidRDefault="00000000">
            <w:pPr>
              <w:jc w:val="center"/>
            </w:pPr>
            <w:r>
              <w:rPr>
                <w:sz w:val="18"/>
              </w:rPr>
              <w:t>0.0577***</w:t>
            </w:r>
          </w:p>
        </w:tc>
      </w:tr>
      <w:tr w:rsidR="00B96123" w14:paraId="13F7128A" w14:textId="77777777" w:rsidTr="00476DC6">
        <w:trPr>
          <w:trHeight w:val="358"/>
          <w:jc w:val="center"/>
        </w:trPr>
        <w:tc>
          <w:tcPr>
            <w:tcW w:w="3116" w:type="dxa"/>
          </w:tcPr>
          <w:p w14:paraId="76E6453A" w14:textId="77777777" w:rsidR="00B96123" w:rsidRDefault="00B96123"/>
        </w:tc>
        <w:tc>
          <w:tcPr>
            <w:tcW w:w="3116" w:type="dxa"/>
          </w:tcPr>
          <w:p w14:paraId="7AFABD06" w14:textId="77777777" w:rsidR="00B96123" w:rsidRDefault="00000000">
            <w:pPr>
              <w:jc w:val="center"/>
            </w:pPr>
            <w:r>
              <w:rPr>
                <w:sz w:val="16"/>
              </w:rPr>
              <w:t>(0.0074)</w:t>
            </w:r>
          </w:p>
        </w:tc>
        <w:tc>
          <w:tcPr>
            <w:tcW w:w="3116" w:type="dxa"/>
          </w:tcPr>
          <w:p w14:paraId="0032923C" w14:textId="77777777" w:rsidR="00B96123" w:rsidRDefault="00000000">
            <w:pPr>
              <w:jc w:val="center"/>
            </w:pPr>
            <w:r>
              <w:rPr>
                <w:sz w:val="16"/>
              </w:rPr>
              <w:t>(0.0109)</w:t>
            </w:r>
          </w:p>
        </w:tc>
        <w:tc>
          <w:tcPr>
            <w:tcW w:w="3116" w:type="dxa"/>
          </w:tcPr>
          <w:p w14:paraId="2F20AF6F" w14:textId="77777777" w:rsidR="00B96123" w:rsidRDefault="00000000">
            <w:pPr>
              <w:jc w:val="center"/>
            </w:pPr>
            <w:r>
              <w:rPr>
                <w:sz w:val="16"/>
              </w:rPr>
              <w:t>(0.0109)</w:t>
            </w:r>
          </w:p>
        </w:tc>
      </w:tr>
      <w:tr w:rsidR="00B96123" w14:paraId="73620078" w14:textId="77777777" w:rsidTr="00476DC6">
        <w:trPr>
          <w:trHeight w:val="334"/>
          <w:jc w:val="center"/>
        </w:trPr>
        <w:tc>
          <w:tcPr>
            <w:tcW w:w="3116" w:type="dxa"/>
          </w:tcPr>
          <w:p w14:paraId="088EF880" w14:textId="77777777" w:rsidR="00B96123" w:rsidRDefault="00000000">
            <w:pPr>
              <w:jc w:val="center"/>
            </w:pPr>
            <w:r>
              <w:rPr>
                <w:b/>
                <w:sz w:val="18"/>
              </w:rPr>
              <w:t>State, Caste &amp; Year FE</w:t>
            </w:r>
          </w:p>
        </w:tc>
        <w:tc>
          <w:tcPr>
            <w:tcW w:w="3116" w:type="dxa"/>
          </w:tcPr>
          <w:p w14:paraId="6FDFFB19" w14:textId="77777777" w:rsidR="00B96123" w:rsidRDefault="00000000">
            <w:pPr>
              <w:jc w:val="center"/>
            </w:pPr>
            <w:r>
              <w:rPr>
                <w:sz w:val="18"/>
              </w:rPr>
              <w:t>Yes</w:t>
            </w:r>
          </w:p>
        </w:tc>
        <w:tc>
          <w:tcPr>
            <w:tcW w:w="3116" w:type="dxa"/>
          </w:tcPr>
          <w:p w14:paraId="7EB0DB8C" w14:textId="77777777" w:rsidR="00B96123" w:rsidRDefault="00000000">
            <w:pPr>
              <w:jc w:val="center"/>
            </w:pPr>
            <w:r>
              <w:rPr>
                <w:sz w:val="18"/>
              </w:rPr>
              <w:t>Yes</w:t>
            </w:r>
          </w:p>
        </w:tc>
        <w:tc>
          <w:tcPr>
            <w:tcW w:w="3116" w:type="dxa"/>
          </w:tcPr>
          <w:p w14:paraId="61E39899" w14:textId="77777777" w:rsidR="00B96123" w:rsidRDefault="00000000">
            <w:pPr>
              <w:jc w:val="center"/>
            </w:pPr>
            <w:r>
              <w:rPr>
                <w:sz w:val="18"/>
              </w:rPr>
              <w:t>Yes</w:t>
            </w:r>
          </w:p>
        </w:tc>
      </w:tr>
      <w:tr w:rsidR="00B96123" w14:paraId="23AE247F" w14:textId="77777777" w:rsidTr="00476DC6">
        <w:trPr>
          <w:trHeight w:val="334"/>
          <w:jc w:val="center"/>
        </w:trPr>
        <w:tc>
          <w:tcPr>
            <w:tcW w:w="3116" w:type="dxa"/>
          </w:tcPr>
          <w:p w14:paraId="11B8E219" w14:textId="77777777" w:rsidR="00B96123" w:rsidRDefault="00000000">
            <w:pPr>
              <w:jc w:val="center"/>
            </w:pPr>
            <w:r>
              <w:rPr>
                <w:b/>
                <w:sz w:val="18"/>
              </w:rPr>
              <w:t>Observations</w:t>
            </w:r>
          </w:p>
        </w:tc>
        <w:tc>
          <w:tcPr>
            <w:tcW w:w="3116" w:type="dxa"/>
          </w:tcPr>
          <w:p w14:paraId="7CC69F23" w14:textId="77777777" w:rsidR="00B96123" w:rsidRDefault="00000000">
            <w:pPr>
              <w:jc w:val="center"/>
            </w:pPr>
            <w:r>
              <w:rPr>
                <w:sz w:val="18"/>
              </w:rPr>
              <w:t>297,367</w:t>
            </w:r>
          </w:p>
        </w:tc>
        <w:tc>
          <w:tcPr>
            <w:tcW w:w="3116" w:type="dxa"/>
          </w:tcPr>
          <w:p w14:paraId="6AD3FB8C" w14:textId="77777777" w:rsidR="00B96123" w:rsidRDefault="00000000">
            <w:pPr>
              <w:jc w:val="center"/>
            </w:pPr>
            <w:r>
              <w:rPr>
                <w:sz w:val="18"/>
              </w:rPr>
              <w:t>89,380</w:t>
            </w:r>
          </w:p>
        </w:tc>
        <w:tc>
          <w:tcPr>
            <w:tcW w:w="3116" w:type="dxa"/>
          </w:tcPr>
          <w:p w14:paraId="6166112F" w14:textId="77777777" w:rsidR="00B96123" w:rsidRDefault="00000000">
            <w:pPr>
              <w:jc w:val="center"/>
            </w:pPr>
            <w:r>
              <w:rPr>
                <w:sz w:val="18"/>
              </w:rPr>
              <w:t>89,380</w:t>
            </w:r>
          </w:p>
        </w:tc>
      </w:tr>
      <w:tr w:rsidR="00B96123" w14:paraId="74C73382" w14:textId="77777777" w:rsidTr="00476DC6">
        <w:trPr>
          <w:trHeight w:val="334"/>
          <w:jc w:val="center"/>
        </w:trPr>
        <w:tc>
          <w:tcPr>
            <w:tcW w:w="3116" w:type="dxa"/>
          </w:tcPr>
          <w:p w14:paraId="6ABAEF9B" w14:textId="77777777" w:rsidR="00B96123" w:rsidRDefault="00000000">
            <w:pPr>
              <w:jc w:val="center"/>
            </w:pPr>
            <w:r>
              <w:rPr>
                <w:b/>
                <w:sz w:val="18"/>
              </w:rPr>
              <w:t>R-squared</w:t>
            </w:r>
          </w:p>
        </w:tc>
        <w:tc>
          <w:tcPr>
            <w:tcW w:w="3116" w:type="dxa"/>
          </w:tcPr>
          <w:p w14:paraId="2086F47D" w14:textId="77777777" w:rsidR="00B96123" w:rsidRDefault="00000000">
            <w:pPr>
              <w:jc w:val="center"/>
            </w:pPr>
            <w:r>
              <w:rPr>
                <w:sz w:val="18"/>
              </w:rPr>
              <w:t>0.0468</w:t>
            </w:r>
          </w:p>
        </w:tc>
        <w:tc>
          <w:tcPr>
            <w:tcW w:w="3116" w:type="dxa"/>
          </w:tcPr>
          <w:p w14:paraId="745E1774" w14:textId="77777777" w:rsidR="00B96123" w:rsidRDefault="00000000">
            <w:pPr>
              <w:jc w:val="center"/>
            </w:pPr>
            <w:r>
              <w:rPr>
                <w:sz w:val="18"/>
              </w:rPr>
              <w:t>0.0638</w:t>
            </w:r>
          </w:p>
        </w:tc>
        <w:tc>
          <w:tcPr>
            <w:tcW w:w="3116" w:type="dxa"/>
          </w:tcPr>
          <w:p w14:paraId="58B6B83F" w14:textId="77777777" w:rsidR="00B96123" w:rsidRDefault="00000000">
            <w:pPr>
              <w:jc w:val="center"/>
            </w:pPr>
            <w:r>
              <w:rPr>
                <w:sz w:val="18"/>
              </w:rPr>
              <w:t>0.0646</w:t>
            </w:r>
          </w:p>
        </w:tc>
      </w:tr>
    </w:tbl>
    <w:p w14:paraId="190FEE47" w14:textId="77777777" w:rsidR="00B96123" w:rsidRDefault="00000000">
      <w:r>
        <w:rPr>
          <w:i/>
          <w:sz w:val="16"/>
        </w:rPr>
        <w:t>Col. 1 uses an extended COVID-period definition (covid_extended). Cols. 2-3 are placebo tests using a fabricated pre-period 'shock' indicator (placebo) that should show no significant effect if the main results are genuinely COVID-specific rather than an artifact of the estimation strategy; col. 3 additionally interacts the placebo indicator with pre-COVID exposure.</w:t>
      </w:r>
    </w:p>
    <w:p w14:paraId="1334CA93" w14:textId="77777777" w:rsidR="00B96123" w:rsidRDefault="00B96123"/>
    <w:p w14:paraId="4221D3A9" w14:textId="77777777" w:rsidR="00476DC6" w:rsidRDefault="00476DC6"/>
    <w:p w14:paraId="73ABD25E" w14:textId="77777777" w:rsidR="00476DC6" w:rsidRDefault="00476DC6"/>
    <w:p w14:paraId="4F27DC7B" w14:textId="77777777" w:rsidR="00476DC6" w:rsidRDefault="00476DC6"/>
    <w:p w14:paraId="54444F10" w14:textId="77777777" w:rsidR="00476DC6" w:rsidRDefault="00476DC6"/>
    <w:p w14:paraId="3DD90D00" w14:textId="77777777" w:rsidR="00476DC6" w:rsidRDefault="00476DC6"/>
    <w:p w14:paraId="6B4C2664" w14:textId="77777777" w:rsidR="00B96123" w:rsidRDefault="00000000">
      <w:pPr>
        <w:pStyle w:val="Heading2"/>
      </w:pPr>
      <w:r>
        <w:t>Table A9. Gender-Disaggregated Subsample and Interaction Estimates</w:t>
      </w:r>
    </w:p>
    <w:tbl>
      <w:tblPr>
        <w:tblStyle w:val="TableGrid"/>
        <w:tblW w:w="124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6"/>
        <w:gridCol w:w="3116"/>
        <w:gridCol w:w="3116"/>
      </w:tblGrid>
      <w:tr w:rsidR="00B96123" w14:paraId="47FD6EA0" w14:textId="77777777" w:rsidTr="00476DC6">
        <w:trPr>
          <w:trHeight w:val="323"/>
          <w:jc w:val="center"/>
        </w:trPr>
        <w:tc>
          <w:tcPr>
            <w:tcW w:w="3116" w:type="dxa"/>
            <w:shd w:val="clear" w:color="auto" w:fill="D9D9D9"/>
          </w:tcPr>
          <w:p w14:paraId="6369C4FC" w14:textId="77777777" w:rsidR="00B96123" w:rsidRDefault="00000000">
            <w:pPr>
              <w:jc w:val="center"/>
            </w:pPr>
            <w:r>
              <w:rPr>
                <w:b/>
                <w:sz w:val="18"/>
              </w:rPr>
              <w:t>Variable</w:t>
            </w:r>
          </w:p>
        </w:tc>
        <w:tc>
          <w:tcPr>
            <w:tcW w:w="3116" w:type="dxa"/>
            <w:shd w:val="clear" w:color="auto" w:fill="D9D9D9"/>
          </w:tcPr>
          <w:p w14:paraId="6BB6DEB9" w14:textId="77777777" w:rsidR="00B96123" w:rsidRDefault="00000000">
            <w:pPr>
              <w:jc w:val="center"/>
            </w:pPr>
            <w:r>
              <w:rPr>
                <w:b/>
                <w:sz w:val="18"/>
              </w:rPr>
              <w:t>Women Only</w:t>
            </w:r>
          </w:p>
        </w:tc>
        <w:tc>
          <w:tcPr>
            <w:tcW w:w="3116" w:type="dxa"/>
            <w:shd w:val="clear" w:color="auto" w:fill="D9D9D9"/>
          </w:tcPr>
          <w:p w14:paraId="618B3D9D" w14:textId="77777777" w:rsidR="00B96123" w:rsidRDefault="00000000">
            <w:pPr>
              <w:jc w:val="center"/>
            </w:pPr>
            <w:r>
              <w:rPr>
                <w:b/>
                <w:sz w:val="18"/>
              </w:rPr>
              <w:t>Men Only</w:t>
            </w:r>
          </w:p>
        </w:tc>
        <w:tc>
          <w:tcPr>
            <w:tcW w:w="3116" w:type="dxa"/>
            <w:shd w:val="clear" w:color="auto" w:fill="D9D9D9"/>
          </w:tcPr>
          <w:p w14:paraId="35C7AB25" w14:textId="77777777" w:rsidR="00B96123" w:rsidRDefault="00000000">
            <w:pPr>
              <w:jc w:val="center"/>
            </w:pPr>
            <w:r>
              <w:rPr>
                <w:b/>
                <w:sz w:val="18"/>
              </w:rPr>
              <w:t>Full Sample (sex interaction)</w:t>
            </w:r>
          </w:p>
        </w:tc>
      </w:tr>
      <w:tr w:rsidR="00B96123" w14:paraId="25B2C3DA" w14:textId="77777777" w:rsidTr="00476DC6">
        <w:trPr>
          <w:trHeight w:val="323"/>
          <w:jc w:val="center"/>
        </w:trPr>
        <w:tc>
          <w:tcPr>
            <w:tcW w:w="3116" w:type="dxa"/>
          </w:tcPr>
          <w:p w14:paraId="6089D534" w14:textId="77777777" w:rsidR="00B96123" w:rsidRDefault="00000000">
            <w:pPr>
              <w:jc w:val="center"/>
            </w:pPr>
            <w:r>
              <w:rPr>
                <w:sz w:val="18"/>
              </w:rPr>
              <w:t>COVID-19 (2020)</w:t>
            </w:r>
          </w:p>
        </w:tc>
        <w:tc>
          <w:tcPr>
            <w:tcW w:w="3116" w:type="dxa"/>
          </w:tcPr>
          <w:p w14:paraId="22C50701" w14:textId="77777777" w:rsidR="00B96123" w:rsidRDefault="00000000">
            <w:pPr>
              <w:jc w:val="center"/>
            </w:pPr>
            <w:r>
              <w:rPr>
                <w:sz w:val="18"/>
              </w:rPr>
              <w:t>-0.0103</w:t>
            </w:r>
          </w:p>
        </w:tc>
        <w:tc>
          <w:tcPr>
            <w:tcW w:w="3116" w:type="dxa"/>
          </w:tcPr>
          <w:p w14:paraId="7BAA8667" w14:textId="77777777" w:rsidR="00B96123" w:rsidRDefault="00000000">
            <w:pPr>
              <w:jc w:val="center"/>
            </w:pPr>
            <w:r>
              <w:rPr>
                <w:sz w:val="18"/>
              </w:rPr>
              <w:t>0.0006</w:t>
            </w:r>
          </w:p>
        </w:tc>
        <w:tc>
          <w:tcPr>
            <w:tcW w:w="3116" w:type="dxa"/>
          </w:tcPr>
          <w:p w14:paraId="57F323D7" w14:textId="77777777" w:rsidR="00B96123" w:rsidRDefault="00000000">
            <w:pPr>
              <w:jc w:val="center"/>
            </w:pPr>
            <w:r>
              <w:rPr>
                <w:sz w:val="18"/>
              </w:rPr>
              <w:t>0.0009</w:t>
            </w:r>
          </w:p>
        </w:tc>
      </w:tr>
      <w:tr w:rsidR="00B96123" w14:paraId="5AC3EF68" w14:textId="77777777" w:rsidTr="00476DC6">
        <w:trPr>
          <w:trHeight w:val="346"/>
          <w:jc w:val="center"/>
        </w:trPr>
        <w:tc>
          <w:tcPr>
            <w:tcW w:w="3116" w:type="dxa"/>
          </w:tcPr>
          <w:p w14:paraId="56104661" w14:textId="77777777" w:rsidR="00B96123" w:rsidRDefault="00B96123"/>
        </w:tc>
        <w:tc>
          <w:tcPr>
            <w:tcW w:w="3116" w:type="dxa"/>
          </w:tcPr>
          <w:p w14:paraId="4968DC51" w14:textId="77777777" w:rsidR="00B96123" w:rsidRDefault="00000000">
            <w:pPr>
              <w:jc w:val="center"/>
            </w:pPr>
            <w:r>
              <w:rPr>
                <w:sz w:val="16"/>
              </w:rPr>
              <w:t>(0.0101)</w:t>
            </w:r>
          </w:p>
        </w:tc>
        <w:tc>
          <w:tcPr>
            <w:tcW w:w="3116" w:type="dxa"/>
          </w:tcPr>
          <w:p w14:paraId="56D8EA8A" w14:textId="77777777" w:rsidR="00B96123" w:rsidRDefault="00000000">
            <w:pPr>
              <w:jc w:val="center"/>
            </w:pPr>
            <w:r>
              <w:rPr>
                <w:sz w:val="16"/>
              </w:rPr>
              <w:t>(0.0051)</w:t>
            </w:r>
          </w:p>
        </w:tc>
        <w:tc>
          <w:tcPr>
            <w:tcW w:w="3116" w:type="dxa"/>
          </w:tcPr>
          <w:p w14:paraId="5AAA852D" w14:textId="77777777" w:rsidR="00B96123" w:rsidRDefault="00000000">
            <w:pPr>
              <w:jc w:val="center"/>
            </w:pPr>
            <w:r>
              <w:rPr>
                <w:sz w:val="16"/>
              </w:rPr>
              <w:t>(0.0052)</w:t>
            </w:r>
          </w:p>
        </w:tc>
      </w:tr>
      <w:tr w:rsidR="00B96123" w14:paraId="6BC1C7AD" w14:textId="77777777" w:rsidTr="00476DC6">
        <w:trPr>
          <w:trHeight w:val="346"/>
          <w:jc w:val="center"/>
        </w:trPr>
        <w:tc>
          <w:tcPr>
            <w:tcW w:w="3116" w:type="dxa"/>
          </w:tcPr>
          <w:p w14:paraId="29C43D61" w14:textId="77777777" w:rsidR="00B96123" w:rsidRDefault="00000000">
            <w:pPr>
              <w:jc w:val="center"/>
            </w:pPr>
            <w:r>
              <w:rPr>
                <w:sz w:val="18"/>
              </w:rPr>
              <w:t>Sex=2 (Female)</w:t>
            </w:r>
          </w:p>
        </w:tc>
        <w:tc>
          <w:tcPr>
            <w:tcW w:w="3116" w:type="dxa"/>
          </w:tcPr>
          <w:p w14:paraId="6873687C" w14:textId="77777777" w:rsidR="00B96123" w:rsidRDefault="00B96123">
            <w:pPr>
              <w:jc w:val="center"/>
            </w:pPr>
          </w:p>
        </w:tc>
        <w:tc>
          <w:tcPr>
            <w:tcW w:w="3116" w:type="dxa"/>
          </w:tcPr>
          <w:p w14:paraId="2E7C4A5E" w14:textId="77777777" w:rsidR="00B96123" w:rsidRDefault="00B96123">
            <w:pPr>
              <w:jc w:val="center"/>
            </w:pPr>
          </w:p>
        </w:tc>
        <w:tc>
          <w:tcPr>
            <w:tcW w:w="3116" w:type="dxa"/>
          </w:tcPr>
          <w:p w14:paraId="713DD282" w14:textId="77777777" w:rsidR="00B96123" w:rsidRDefault="00000000">
            <w:pPr>
              <w:jc w:val="center"/>
            </w:pPr>
            <w:r>
              <w:rPr>
                <w:sz w:val="18"/>
              </w:rPr>
              <w:t>0.0023</w:t>
            </w:r>
          </w:p>
        </w:tc>
      </w:tr>
      <w:tr w:rsidR="00B96123" w14:paraId="1169829C" w14:textId="77777777" w:rsidTr="00476DC6">
        <w:trPr>
          <w:trHeight w:val="370"/>
          <w:jc w:val="center"/>
        </w:trPr>
        <w:tc>
          <w:tcPr>
            <w:tcW w:w="3116" w:type="dxa"/>
          </w:tcPr>
          <w:p w14:paraId="04161AD5" w14:textId="77777777" w:rsidR="00B96123" w:rsidRDefault="00B96123"/>
        </w:tc>
        <w:tc>
          <w:tcPr>
            <w:tcW w:w="3116" w:type="dxa"/>
          </w:tcPr>
          <w:p w14:paraId="5F100EE8" w14:textId="77777777" w:rsidR="00B96123" w:rsidRDefault="00B96123">
            <w:pPr>
              <w:jc w:val="center"/>
            </w:pPr>
          </w:p>
        </w:tc>
        <w:tc>
          <w:tcPr>
            <w:tcW w:w="3116" w:type="dxa"/>
          </w:tcPr>
          <w:p w14:paraId="0618B699" w14:textId="77777777" w:rsidR="00B96123" w:rsidRDefault="00B96123">
            <w:pPr>
              <w:jc w:val="center"/>
            </w:pPr>
          </w:p>
        </w:tc>
        <w:tc>
          <w:tcPr>
            <w:tcW w:w="3116" w:type="dxa"/>
          </w:tcPr>
          <w:p w14:paraId="7D21B6AA" w14:textId="77777777" w:rsidR="00B96123" w:rsidRDefault="00000000">
            <w:pPr>
              <w:jc w:val="center"/>
            </w:pPr>
            <w:r>
              <w:rPr>
                <w:sz w:val="16"/>
              </w:rPr>
              <w:t>(0.0019)</w:t>
            </w:r>
          </w:p>
        </w:tc>
      </w:tr>
      <w:tr w:rsidR="00B96123" w14:paraId="3A537E26" w14:textId="77777777" w:rsidTr="00476DC6">
        <w:trPr>
          <w:trHeight w:val="346"/>
          <w:jc w:val="center"/>
        </w:trPr>
        <w:tc>
          <w:tcPr>
            <w:tcW w:w="3116" w:type="dxa"/>
          </w:tcPr>
          <w:p w14:paraId="17C44F0D" w14:textId="77777777" w:rsidR="00B96123" w:rsidRDefault="00000000">
            <w:pPr>
              <w:jc w:val="center"/>
            </w:pPr>
            <w:r>
              <w:rPr>
                <w:sz w:val="18"/>
              </w:rPr>
              <w:t>Sex=3</w:t>
            </w:r>
          </w:p>
        </w:tc>
        <w:tc>
          <w:tcPr>
            <w:tcW w:w="3116" w:type="dxa"/>
          </w:tcPr>
          <w:p w14:paraId="611957EC" w14:textId="77777777" w:rsidR="00B96123" w:rsidRDefault="00B96123">
            <w:pPr>
              <w:jc w:val="center"/>
            </w:pPr>
          </w:p>
        </w:tc>
        <w:tc>
          <w:tcPr>
            <w:tcW w:w="3116" w:type="dxa"/>
          </w:tcPr>
          <w:p w14:paraId="244EED66" w14:textId="77777777" w:rsidR="00B96123" w:rsidRDefault="00B96123">
            <w:pPr>
              <w:jc w:val="center"/>
            </w:pPr>
          </w:p>
        </w:tc>
        <w:tc>
          <w:tcPr>
            <w:tcW w:w="3116" w:type="dxa"/>
          </w:tcPr>
          <w:p w14:paraId="02F634C8" w14:textId="77777777" w:rsidR="00B96123" w:rsidRDefault="00000000">
            <w:pPr>
              <w:jc w:val="center"/>
            </w:pPr>
            <w:r>
              <w:rPr>
                <w:sz w:val="18"/>
              </w:rPr>
              <w:t>-0.0643</w:t>
            </w:r>
          </w:p>
        </w:tc>
      </w:tr>
      <w:tr w:rsidR="00B96123" w14:paraId="6852D12F" w14:textId="77777777" w:rsidTr="00476DC6">
        <w:trPr>
          <w:trHeight w:val="346"/>
          <w:jc w:val="center"/>
        </w:trPr>
        <w:tc>
          <w:tcPr>
            <w:tcW w:w="3116" w:type="dxa"/>
          </w:tcPr>
          <w:p w14:paraId="301B5911" w14:textId="77777777" w:rsidR="00B96123" w:rsidRDefault="00B96123"/>
        </w:tc>
        <w:tc>
          <w:tcPr>
            <w:tcW w:w="3116" w:type="dxa"/>
          </w:tcPr>
          <w:p w14:paraId="2434A2D1" w14:textId="77777777" w:rsidR="00B96123" w:rsidRDefault="00B96123">
            <w:pPr>
              <w:jc w:val="center"/>
            </w:pPr>
          </w:p>
        </w:tc>
        <w:tc>
          <w:tcPr>
            <w:tcW w:w="3116" w:type="dxa"/>
          </w:tcPr>
          <w:p w14:paraId="1256E3E6" w14:textId="77777777" w:rsidR="00B96123" w:rsidRDefault="00B96123">
            <w:pPr>
              <w:jc w:val="center"/>
            </w:pPr>
          </w:p>
        </w:tc>
        <w:tc>
          <w:tcPr>
            <w:tcW w:w="3116" w:type="dxa"/>
          </w:tcPr>
          <w:p w14:paraId="2A71BC55" w14:textId="77777777" w:rsidR="00B96123" w:rsidRDefault="00000000">
            <w:pPr>
              <w:jc w:val="center"/>
            </w:pPr>
            <w:r>
              <w:rPr>
                <w:sz w:val="16"/>
              </w:rPr>
              <w:t>(0.0798)</w:t>
            </w:r>
          </w:p>
        </w:tc>
      </w:tr>
      <w:tr w:rsidR="00B96123" w14:paraId="742DD13D" w14:textId="77777777" w:rsidTr="00476DC6">
        <w:trPr>
          <w:trHeight w:val="370"/>
          <w:jc w:val="center"/>
        </w:trPr>
        <w:tc>
          <w:tcPr>
            <w:tcW w:w="3116" w:type="dxa"/>
          </w:tcPr>
          <w:p w14:paraId="4C2FDCC7" w14:textId="77777777" w:rsidR="00B96123" w:rsidRDefault="00000000">
            <w:pPr>
              <w:jc w:val="center"/>
            </w:pPr>
            <w:r>
              <w:rPr>
                <w:sz w:val="18"/>
              </w:rPr>
              <w:t>COVID x Sex=2</w:t>
            </w:r>
          </w:p>
        </w:tc>
        <w:tc>
          <w:tcPr>
            <w:tcW w:w="3116" w:type="dxa"/>
          </w:tcPr>
          <w:p w14:paraId="63359CED" w14:textId="77777777" w:rsidR="00B96123" w:rsidRDefault="00B96123">
            <w:pPr>
              <w:jc w:val="center"/>
            </w:pPr>
          </w:p>
        </w:tc>
        <w:tc>
          <w:tcPr>
            <w:tcW w:w="3116" w:type="dxa"/>
          </w:tcPr>
          <w:p w14:paraId="1AD219C0" w14:textId="77777777" w:rsidR="00B96123" w:rsidRDefault="00B96123">
            <w:pPr>
              <w:jc w:val="center"/>
            </w:pPr>
          </w:p>
        </w:tc>
        <w:tc>
          <w:tcPr>
            <w:tcW w:w="3116" w:type="dxa"/>
          </w:tcPr>
          <w:p w14:paraId="09329293" w14:textId="77777777" w:rsidR="00B96123" w:rsidRDefault="00000000">
            <w:pPr>
              <w:jc w:val="center"/>
            </w:pPr>
            <w:r>
              <w:rPr>
                <w:sz w:val="18"/>
              </w:rPr>
              <w:t>-0.0124**</w:t>
            </w:r>
          </w:p>
        </w:tc>
      </w:tr>
      <w:tr w:rsidR="00B96123" w14:paraId="2773E513" w14:textId="77777777" w:rsidTr="00476DC6">
        <w:trPr>
          <w:trHeight w:val="346"/>
          <w:jc w:val="center"/>
        </w:trPr>
        <w:tc>
          <w:tcPr>
            <w:tcW w:w="3116" w:type="dxa"/>
          </w:tcPr>
          <w:p w14:paraId="1CC10813" w14:textId="77777777" w:rsidR="00B96123" w:rsidRDefault="00B96123"/>
        </w:tc>
        <w:tc>
          <w:tcPr>
            <w:tcW w:w="3116" w:type="dxa"/>
          </w:tcPr>
          <w:p w14:paraId="345F7E92" w14:textId="77777777" w:rsidR="00B96123" w:rsidRDefault="00B96123">
            <w:pPr>
              <w:jc w:val="center"/>
            </w:pPr>
          </w:p>
        </w:tc>
        <w:tc>
          <w:tcPr>
            <w:tcW w:w="3116" w:type="dxa"/>
          </w:tcPr>
          <w:p w14:paraId="4E876D52" w14:textId="77777777" w:rsidR="00B96123" w:rsidRDefault="00B96123">
            <w:pPr>
              <w:jc w:val="center"/>
            </w:pPr>
          </w:p>
        </w:tc>
        <w:tc>
          <w:tcPr>
            <w:tcW w:w="3116" w:type="dxa"/>
          </w:tcPr>
          <w:p w14:paraId="3C79CB2A" w14:textId="77777777" w:rsidR="00B96123" w:rsidRDefault="00000000">
            <w:pPr>
              <w:jc w:val="center"/>
            </w:pPr>
            <w:r>
              <w:rPr>
                <w:sz w:val="16"/>
              </w:rPr>
              <w:t>(0.0056)</w:t>
            </w:r>
          </w:p>
        </w:tc>
      </w:tr>
      <w:tr w:rsidR="00B96123" w14:paraId="0E57E1F0" w14:textId="77777777" w:rsidTr="00476DC6">
        <w:trPr>
          <w:trHeight w:val="346"/>
          <w:jc w:val="center"/>
        </w:trPr>
        <w:tc>
          <w:tcPr>
            <w:tcW w:w="3116" w:type="dxa"/>
          </w:tcPr>
          <w:p w14:paraId="2427C313" w14:textId="77777777" w:rsidR="00B96123" w:rsidRDefault="00000000">
            <w:pPr>
              <w:jc w:val="center"/>
            </w:pPr>
            <w:r>
              <w:rPr>
                <w:sz w:val="18"/>
              </w:rPr>
              <w:t>COVID x Sex=3</w:t>
            </w:r>
          </w:p>
        </w:tc>
        <w:tc>
          <w:tcPr>
            <w:tcW w:w="3116" w:type="dxa"/>
          </w:tcPr>
          <w:p w14:paraId="24737A15" w14:textId="77777777" w:rsidR="00B96123" w:rsidRDefault="00B96123">
            <w:pPr>
              <w:jc w:val="center"/>
            </w:pPr>
          </w:p>
        </w:tc>
        <w:tc>
          <w:tcPr>
            <w:tcW w:w="3116" w:type="dxa"/>
          </w:tcPr>
          <w:p w14:paraId="7D1F4AB9" w14:textId="77777777" w:rsidR="00B96123" w:rsidRDefault="00B96123">
            <w:pPr>
              <w:jc w:val="center"/>
            </w:pPr>
          </w:p>
        </w:tc>
        <w:tc>
          <w:tcPr>
            <w:tcW w:w="3116" w:type="dxa"/>
          </w:tcPr>
          <w:p w14:paraId="348285E8" w14:textId="77777777" w:rsidR="00B96123" w:rsidRDefault="00000000">
            <w:pPr>
              <w:jc w:val="center"/>
            </w:pPr>
            <w:r>
              <w:rPr>
                <w:sz w:val="18"/>
              </w:rPr>
              <w:t>0.0856</w:t>
            </w:r>
          </w:p>
        </w:tc>
      </w:tr>
      <w:tr w:rsidR="00B96123" w14:paraId="5823192B" w14:textId="77777777" w:rsidTr="00476DC6">
        <w:trPr>
          <w:trHeight w:val="370"/>
          <w:jc w:val="center"/>
        </w:trPr>
        <w:tc>
          <w:tcPr>
            <w:tcW w:w="3116" w:type="dxa"/>
          </w:tcPr>
          <w:p w14:paraId="5C8360B2" w14:textId="77777777" w:rsidR="00B96123" w:rsidRDefault="00B96123"/>
        </w:tc>
        <w:tc>
          <w:tcPr>
            <w:tcW w:w="3116" w:type="dxa"/>
          </w:tcPr>
          <w:p w14:paraId="37216275" w14:textId="77777777" w:rsidR="00B96123" w:rsidRDefault="00B96123">
            <w:pPr>
              <w:jc w:val="center"/>
            </w:pPr>
          </w:p>
        </w:tc>
        <w:tc>
          <w:tcPr>
            <w:tcW w:w="3116" w:type="dxa"/>
          </w:tcPr>
          <w:p w14:paraId="16CAFB86" w14:textId="77777777" w:rsidR="00B96123" w:rsidRDefault="00B96123">
            <w:pPr>
              <w:jc w:val="center"/>
            </w:pPr>
          </w:p>
        </w:tc>
        <w:tc>
          <w:tcPr>
            <w:tcW w:w="3116" w:type="dxa"/>
          </w:tcPr>
          <w:p w14:paraId="041FEF11" w14:textId="77777777" w:rsidR="00B96123" w:rsidRDefault="00000000">
            <w:pPr>
              <w:jc w:val="center"/>
            </w:pPr>
            <w:r>
              <w:rPr>
                <w:sz w:val="16"/>
              </w:rPr>
              <w:t>(0.0814)</w:t>
            </w:r>
          </w:p>
        </w:tc>
      </w:tr>
      <w:tr w:rsidR="00B96123" w14:paraId="66C99A78" w14:textId="77777777" w:rsidTr="00476DC6">
        <w:trPr>
          <w:trHeight w:val="300"/>
          <w:jc w:val="center"/>
        </w:trPr>
        <w:tc>
          <w:tcPr>
            <w:tcW w:w="3116" w:type="dxa"/>
          </w:tcPr>
          <w:p w14:paraId="55897716" w14:textId="77777777" w:rsidR="00B96123" w:rsidRDefault="00000000">
            <w:pPr>
              <w:jc w:val="center"/>
            </w:pPr>
            <w:r>
              <w:rPr>
                <w:sz w:val="18"/>
              </w:rPr>
              <w:t>Urban</w:t>
            </w:r>
          </w:p>
        </w:tc>
        <w:tc>
          <w:tcPr>
            <w:tcW w:w="3116" w:type="dxa"/>
          </w:tcPr>
          <w:p w14:paraId="15AA797C" w14:textId="77777777" w:rsidR="00B96123" w:rsidRDefault="00000000">
            <w:pPr>
              <w:jc w:val="center"/>
            </w:pPr>
            <w:r>
              <w:rPr>
                <w:sz w:val="18"/>
              </w:rPr>
              <w:t>-0.0149***</w:t>
            </w:r>
          </w:p>
        </w:tc>
        <w:tc>
          <w:tcPr>
            <w:tcW w:w="3116" w:type="dxa"/>
          </w:tcPr>
          <w:p w14:paraId="48035281" w14:textId="77777777" w:rsidR="00B96123" w:rsidRDefault="00000000">
            <w:pPr>
              <w:jc w:val="center"/>
            </w:pPr>
            <w:r>
              <w:rPr>
                <w:sz w:val="18"/>
              </w:rPr>
              <w:t>-0.0117***</w:t>
            </w:r>
          </w:p>
        </w:tc>
        <w:tc>
          <w:tcPr>
            <w:tcW w:w="3116" w:type="dxa"/>
          </w:tcPr>
          <w:p w14:paraId="4280EB24" w14:textId="77777777" w:rsidR="00B96123" w:rsidRDefault="00000000">
            <w:pPr>
              <w:jc w:val="center"/>
            </w:pPr>
            <w:r>
              <w:rPr>
                <w:sz w:val="18"/>
              </w:rPr>
              <w:t>-0.0127***</w:t>
            </w:r>
          </w:p>
        </w:tc>
      </w:tr>
      <w:tr w:rsidR="00B96123" w14:paraId="145B75B0" w14:textId="77777777" w:rsidTr="00476DC6">
        <w:trPr>
          <w:trHeight w:val="370"/>
          <w:jc w:val="center"/>
        </w:trPr>
        <w:tc>
          <w:tcPr>
            <w:tcW w:w="3116" w:type="dxa"/>
          </w:tcPr>
          <w:p w14:paraId="5F37D7FE" w14:textId="77777777" w:rsidR="00B96123" w:rsidRDefault="00B96123"/>
        </w:tc>
        <w:tc>
          <w:tcPr>
            <w:tcW w:w="3116" w:type="dxa"/>
          </w:tcPr>
          <w:p w14:paraId="7C660269" w14:textId="77777777" w:rsidR="00B96123" w:rsidRDefault="00000000">
            <w:pPr>
              <w:jc w:val="center"/>
            </w:pPr>
            <w:r>
              <w:rPr>
                <w:sz w:val="16"/>
              </w:rPr>
              <w:t>(0.0037)</w:t>
            </w:r>
          </w:p>
        </w:tc>
        <w:tc>
          <w:tcPr>
            <w:tcW w:w="3116" w:type="dxa"/>
          </w:tcPr>
          <w:p w14:paraId="70777FDC" w14:textId="77777777" w:rsidR="00B96123" w:rsidRDefault="00000000">
            <w:pPr>
              <w:jc w:val="center"/>
            </w:pPr>
            <w:r>
              <w:rPr>
                <w:sz w:val="16"/>
              </w:rPr>
              <w:t>(0.0036)</w:t>
            </w:r>
          </w:p>
        </w:tc>
        <w:tc>
          <w:tcPr>
            <w:tcW w:w="3116" w:type="dxa"/>
          </w:tcPr>
          <w:p w14:paraId="337115BB" w14:textId="77777777" w:rsidR="00B96123" w:rsidRDefault="00000000">
            <w:pPr>
              <w:jc w:val="center"/>
            </w:pPr>
            <w:r>
              <w:rPr>
                <w:sz w:val="16"/>
              </w:rPr>
              <w:t>(0.0036)</w:t>
            </w:r>
          </w:p>
        </w:tc>
      </w:tr>
      <w:tr w:rsidR="00B96123" w14:paraId="5A18E628" w14:textId="77777777" w:rsidTr="00476DC6">
        <w:trPr>
          <w:trHeight w:val="323"/>
          <w:jc w:val="center"/>
        </w:trPr>
        <w:tc>
          <w:tcPr>
            <w:tcW w:w="3116" w:type="dxa"/>
          </w:tcPr>
          <w:p w14:paraId="13BE90BF" w14:textId="77777777" w:rsidR="00B96123" w:rsidRDefault="00000000">
            <w:pPr>
              <w:jc w:val="center"/>
            </w:pPr>
            <w:r>
              <w:rPr>
                <w:sz w:val="18"/>
              </w:rPr>
              <w:t>Age</w:t>
            </w:r>
          </w:p>
        </w:tc>
        <w:tc>
          <w:tcPr>
            <w:tcW w:w="3116" w:type="dxa"/>
          </w:tcPr>
          <w:p w14:paraId="10C39E85" w14:textId="77777777" w:rsidR="00B96123" w:rsidRDefault="00000000">
            <w:pPr>
              <w:jc w:val="center"/>
            </w:pPr>
            <w:r>
              <w:rPr>
                <w:sz w:val="18"/>
              </w:rPr>
              <w:t>-0.0002***</w:t>
            </w:r>
          </w:p>
        </w:tc>
        <w:tc>
          <w:tcPr>
            <w:tcW w:w="3116" w:type="dxa"/>
          </w:tcPr>
          <w:p w14:paraId="3BA51175" w14:textId="77777777" w:rsidR="00B96123" w:rsidRDefault="00000000">
            <w:pPr>
              <w:jc w:val="center"/>
            </w:pPr>
            <w:r>
              <w:rPr>
                <w:sz w:val="18"/>
              </w:rPr>
              <w:t>-0.0004***</w:t>
            </w:r>
          </w:p>
        </w:tc>
        <w:tc>
          <w:tcPr>
            <w:tcW w:w="3116" w:type="dxa"/>
          </w:tcPr>
          <w:p w14:paraId="469B97BC" w14:textId="77777777" w:rsidR="00B96123" w:rsidRDefault="00000000">
            <w:pPr>
              <w:jc w:val="center"/>
            </w:pPr>
            <w:r>
              <w:rPr>
                <w:sz w:val="18"/>
              </w:rPr>
              <w:t>-0.0003***</w:t>
            </w:r>
          </w:p>
        </w:tc>
      </w:tr>
      <w:tr w:rsidR="00B96123" w14:paraId="674A7902" w14:textId="77777777" w:rsidTr="00476DC6">
        <w:trPr>
          <w:trHeight w:val="346"/>
          <w:jc w:val="center"/>
        </w:trPr>
        <w:tc>
          <w:tcPr>
            <w:tcW w:w="3116" w:type="dxa"/>
          </w:tcPr>
          <w:p w14:paraId="084264BA" w14:textId="77777777" w:rsidR="00B96123" w:rsidRDefault="00B96123"/>
        </w:tc>
        <w:tc>
          <w:tcPr>
            <w:tcW w:w="3116" w:type="dxa"/>
          </w:tcPr>
          <w:p w14:paraId="761EDF07" w14:textId="77777777" w:rsidR="00B96123" w:rsidRDefault="00000000">
            <w:pPr>
              <w:jc w:val="center"/>
            </w:pPr>
            <w:r>
              <w:rPr>
                <w:sz w:val="16"/>
              </w:rPr>
              <w:t>(0.0001)</w:t>
            </w:r>
          </w:p>
        </w:tc>
        <w:tc>
          <w:tcPr>
            <w:tcW w:w="3116" w:type="dxa"/>
          </w:tcPr>
          <w:p w14:paraId="195EF6DF" w14:textId="77777777" w:rsidR="00B96123" w:rsidRDefault="00000000">
            <w:pPr>
              <w:jc w:val="center"/>
            </w:pPr>
            <w:r>
              <w:rPr>
                <w:sz w:val="16"/>
              </w:rPr>
              <w:t>(0.0001)</w:t>
            </w:r>
          </w:p>
        </w:tc>
        <w:tc>
          <w:tcPr>
            <w:tcW w:w="3116" w:type="dxa"/>
          </w:tcPr>
          <w:p w14:paraId="6B318F11" w14:textId="77777777" w:rsidR="00B96123" w:rsidRDefault="00000000">
            <w:pPr>
              <w:jc w:val="center"/>
            </w:pPr>
            <w:r>
              <w:rPr>
                <w:sz w:val="16"/>
              </w:rPr>
              <w:t>(0.0001)</w:t>
            </w:r>
          </w:p>
        </w:tc>
      </w:tr>
      <w:tr w:rsidR="00B96123" w14:paraId="6B1A957E" w14:textId="77777777" w:rsidTr="00476DC6">
        <w:trPr>
          <w:trHeight w:val="323"/>
          <w:jc w:val="center"/>
        </w:trPr>
        <w:tc>
          <w:tcPr>
            <w:tcW w:w="3116" w:type="dxa"/>
          </w:tcPr>
          <w:p w14:paraId="2F11290E" w14:textId="77777777" w:rsidR="00B96123" w:rsidRDefault="00000000">
            <w:pPr>
              <w:jc w:val="center"/>
            </w:pPr>
            <w:r>
              <w:rPr>
                <w:sz w:val="18"/>
              </w:rPr>
              <w:t>Age 25-34</w:t>
            </w:r>
          </w:p>
        </w:tc>
        <w:tc>
          <w:tcPr>
            <w:tcW w:w="3116" w:type="dxa"/>
          </w:tcPr>
          <w:p w14:paraId="4060C412" w14:textId="77777777" w:rsidR="00B96123" w:rsidRDefault="00000000">
            <w:pPr>
              <w:jc w:val="center"/>
            </w:pPr>
            <w:r>
              <w:rPr>
                <w:sz w:val="18"/>
              </w:rPr>
              <w:t>-0.0024</w:t>
            </w:r>
          </w:p>
        </w:tc>
        <w:tc>
          <w:tcPr>
            <w:tcW w:w="3116" w:type="dxa"/>
          </w:tcPr>
          <w:p w14:paraId="5B4EB30A" w14:textId="77777777" w:rsidR="00B96123" w:rsidRDefault="00000000">
            <w:pPr>
              <w:jc w:val="center"/>
            </w:pPr>
            <w:r>
              <w:rPr>
                <w:sz w:val="18"/>
              </w:rPr>
              <w:t>-0.0030</w:t>
            </w:r>
          </w:p>
        </w:tc>
        <w:tc>
          <w:tcPr>
            <w:tcW w:w="3116" w:type="dxa"/>
          </w:tcPr>
          <w:p w14:paraId="753771ED" w14:textId="77777777" w:rsidR="00B96123" w:rsidRDefault="00000000">
            <w:pPr>
              <w:jc w:val="center"/>
            </w:pPr>
            <w:r>
              <w:rPr>
                <w:sz w:val="18"/>
              </w:rPr>
              <w:t>-0.0029</w:t>
            </w:r>
          </w:p>
        </w:tc>
      </w:tr>
      <w:tr w:rsidR="00B96123" w14:paraId="25913984" w14:textId="77777777" w:rsidTr="00476DC6">
        <w:trPr>
          <w:trHeight w:val="346"/>
          <w:jc w:val="center"/>
        </w:trPr>
        <w:tc>
          <w:tcPr>
            <w:tcW w:w="3116" w:type="dxa"/>
          </w:tcPr>
          <w:p w14:paraId="75E60179" w14:textId="77777777" w:rsidR="00B96123" w:rsidRDefault="00B96123"/>
        </w:tc>
        <w:tc>
          <w:tcPr>
            <w:tcW w:w="3116" w:type="dxa"/>
          </w:tcPr>
          <w:p w14:paraId="13D38528" w14:textId="77777777" w:rsidR="00B96123" w:rsidRDefault="00000000">
            <w:pPr>
              <w:jc w:val="center"/>
            </w:pPr>
            <w:r>
              <w:rPr>
                <w:sz w:val="16"/>
              </w:rPr>
              <w:t>(0.0018)</w:t>
            </w:r>
          </w:p>
        </w:tc>
        <w:tc>
          <w:tcPr>
            <w:tcW w:w="3116" w:type="dxa"/>
          </w:tcPr>
          <w:p w14:paraId="34A80F4C" w14:textId="77777777" w:rsidR="00B96123" w:rsidRDefault="00000000">
            <w:pPr>
              <w:jc w:val="center"/>
            </w:pPr>
            <w:r>
              <w:rPr>
                <w:sz w:val="16"/>
              </w:rPr>
              <w:t>(0.0021)</w:t>
            </w:r>
          </w:p>
        </w:tc>
        <w:tc>
          <w:tcPr>
            <w:tcW w:w="3116" w:type="dxa"/>
          </w:tcPr>
          <w:p w14:paraId="2E5FA031" w14:textId="77777777" w:rsidR="00B96123" w:rsidRDefault="00000000">
            <w:pPr>
              <w:jc w:val="center"/>
            </w:pPr>
            <w:r>
              <w:rPr>
                <w:sz w:val="16"/>
              </w:rPr>
              <w:t>(0.0018)</w:t>
            </w:r>
          </w:p>
        </w:tc>
      </w:tr>
      <w:tr w:rsidR="00B96123" w14:paraId="6DB0D208" w14:textId="77777777" w:rsidTr="00476DC6">
        <w:trPr>
          <w:trHeight w:val="323"/>
          <w:jc w:val="center"/>
        </w:trPr>
        <w:tc>
          <w:tcPr>
            <w:tcW w:w="3116" w:type="dxa"/>
          </w:tcPr>
          <w:p w14:paraId="4F583BE4" w14:textId="77777777" w:rsidR="00B96123" w:rsidRDefault="00000000">
            <w:pPr>
              <w:jc w:val="center"/>
            </w:pPr>
            <w:r>
              <w:rPr>
                <w:sz w:val="18"/>
              </w:rPr>
              <w:t>Low Education</w:t>
            </w:r>
          </w:p>
        </w:tc>
        <w:tc>
          <w:tcPr>
            <w:tcW w:w="3116" w:type="dxa"/>
          </w:tcPr>
          <w:p w14:paraId="06FE89DA" w14:textId="77777777" w:rsidR="00B96123" w:rsidRDefault="00000000">
            <w:pPr>
              <w:jc w:val="center"/>
            </w:pPr>
            <w:r>
              <w:rPr>
                <w:sz w:val="18"/>
              </w:rPr>
              <w:t>0.0520***</w:t>
            </w:r>
          </w:p>
        </w:tc>
        <w:tc>
          <w:tcPr>
            <w:tcW w:w="3116" w:type="dxa"/>
          </w:tcPr>
          <w:p w14:paraId="6DFB1283" w14:textId="77777777" w:rsidR="00B96123" w:rsidRDefault="00000000">
            <w:pPr>
              <w:jc w:val="center"/>
            </w:pPr>
            <w:r>
              <w:rPr>
                <w:sz w:val="18"/>
              </w:rPr>
              <w:t>0.0421***</w:t>
            </w:r>
          </w:p>
        </w:tc>
        <w:tc>
          <w:tcPr>
            <w:tcW w:w="3116" w:type="dxa"/>
          </w:tcPr>
          <w:p w14:paraId="54020CC5" w14:textId="77777777" w:rsidR="00B96123" w:rsidRDefault="00000000">
            <w:pPr>
              <w:jc w:val="center"/>
            </w:pPr>
            <w:r>
              <w:rPr>
                <w:sz w:val="18"/>
              </w:rPr>
              <w:t>0.0442***</w:t>
            </w:r>
          </w:p>
        </w:tc>
      </w:tr>
      <w:tr w:rsidR="00B96123" w14:paraId="64ECC207" w14:textId="77777777" w:rsidTr="00476DC6">
        <w:trPr>
          <w:trHeight w:val="346"/>
          <w:jc w:val="center"/>
        </w:trPr>
        <w:tc>
          <w:tcPr>
            <w:tcW w:w="3116" w:type="dxa"/>
          </w:tcPr>
          <w:p w14:paraId="33766F66" w14:textId="77777777" w:rsidR="00B96123" w:rsidRDefault="00B96123"/>
        </w:tc>
        <w:tc>
          <w:tcPr>
            <w:tcW w:w="3116" w:type="dxa"/>
          </w:tcPr>
          <w:p w14:paraId="619C6482" w14:textId="77777777" w:rsidR="00B96123" w:rsidRDefault="00000000">
            <w:pPr>
              <w:jc w:val="center"/>
            </w:pPr>
            <w:r>
              <w:rPr>
                <w:sz w:val="16"/>
              </w:rPr>
              <w:t>(0.0071)</w:t>
            </w:r>
          </w:p>
        </w:tc>
        <w:tc>
          <w:tcPr>
            <w:tcW w:w="3116" w:type="dxa"/>
          </w:tcPr>
          <w:p w14:paraId="47C8C1DE" w14:textId="77777777" w:rsidR="00B96123" w:rsidRDefault="00000000">
            <w:pPr>
              <w:jc w:val="center"/>
            </w:pPr>
            <w:r>
              <w:rPr>
                <w:sz w:val="16"/>
              </w:rPr>
              <w:t>(0.0076)</w:t>
            </w:r>
          </w:p>
        </w:tc>
        <w:tc>
          <w:tcPr>
            <w:tcW w:w="3116" w:type="dxa"/>
          </w:tcPr>
          <w:p w14:paraId="7BC2380A" w14:textId="77777777" w:rsidR="00B96123" w:rsidRDefault="00000000">
            <w:pPr>
              <w:jc w:val="center"/>
            </w:pPr>
            <w:r>
              <w:rPr>
                <w:sz w:val="16"/>
              </w:rPr>
              <w:t>(0.0074)</w:t>
            </w:r>
          </w:p>
        </w:tc>
      </w:tr>
      <w:tr w:rsidR="00B96123" w14:paraId="7856E058" w14:textId="77777777" w:rsidTr="00476DC6">
        <w:trPr>
          <w:trHeight w:val="323"/>
          <w:jc w:val="center"/>
        </w:trPr>
        <w:tc>
          <w:tcPr>
            <w:tcW w:w="3116" w:type="dxa"/>
          </w:tcPr>
          <w:p w14:paraId="69DC840C" w14:textId="77777777" w:rsidR="00B96123" w:rsidRDefault="00000000">
            <w:pPr>
              <w:jc w:val="center"/>
            </w:pPr>
            <w:r>
              <w:rPr>
                <w:b/>
                <w:sz w:val="18"/>
              </w:rPr>
              <w:t>State, Caste &amp; Year FE</w:t>
            </w:r>
          </w:p>
        </w:tc>
        <w:tc>
          <w:tcPr>
            <w:tcW w:w="3116" w:type="dxa"/>
          </w:tcPr>
          <w:p w14:paraId="4BC2A3B7" w14:textId="77777777" w:rsidR="00B96123" w:rsidRDefault="00000000">
            <w:pPr>
              <w:jc w:val="center"/>
            </w:pPr>
            <w:r>
              <w:rPr>
                <w:sz w:val="18"/>
              </w:rPr>
              <w:t>Yes</w:t>
            </w:r>
          </w:p>
        </w:tc>
        <w:tc>
          <w:tcPr>
            <w:tcW w:w="3116" w:type="dxa"/>
          </w:tcPr>
          <w:p w14:paraId="050F77C7" w14:textId="77777777" w:rsidR="00B96123" w:rsidRDefault="00000000">
            <w:pPr>
              <w:jc w:val="center"/>
            </w:pPr>
            <w:r>
              <w:rPr>
                <w:sz w:val="18"/>
              </w:rPr>
              <w:t>Yes</w:t>
            </w:r>
          </w:p>
        </w:tc>
        <w:tc>
          <w:tcPr>
            <w:tcW w:w="3116" w:type="dxa"/>
          </w:tcPr>
          <w:p w14:paraId="3D72CE08" w14:textId="77777777" w:rsidR="00B96123" w:rsidRDefault="00000000">
            <w:pPr>
              <w:jc w:val="center"/>
            </w:pPr>
            <w:r>
              <w:rPr>
                <w:sz w:val="18"/>
              </w:rPr>
              <w:t>Yes</w:t>
            </w:r>
          </w:p>
        </w:tc>
      </w:tr>
      <w:tr w:rsidR="00B96123" w14:paraId="2AF2674E" w14:textId="77777777" w:rsidTr="00476DC6">
        <w:trPr>
          <w:trHeight w:val="323"/>
          <w:jc w:val="center"/>
        </w:trPr>
        <w:tc>
          <w:tcPr>
            <w:tcW w:w="3116" w:type="dxa"/>
          </w:tcPr>
          <w:p w14:paraId="37E98F33" w14:textId="77777777" w:rsidR="00B96123" w:rsidRDefault="00000000">
            <w:pPr>
              <w:jc w:val="center"/>
            </w:pPr>
            <w:r>
              <w:rPr>
                <w:b/>
                <w:sz w:val="18"/>
              </w:rPr>
              <w:t>Observations</w:t>
            </w:r>
          </w:p>
        </w:tc>
        <w:tc>
          <w:tcPr>
            <w:tcW w:w="3116" w:type="dxa"/>
          </w:tcPr>
          <w:p w14:paraId="16275B7D" w14:textId="77777777" w:rsidR="00B96123" w:rsidRDefault="00000000">
            <w:pPr>
              <w:jc w:val="center"/>
            </w:pPr>
            <w:r>
              <w:rPr>
                <w:sz w:val="18"/>
              </w:rPr>
              <w:t>64,605</w:t>
            </w:r>
          </w:p>
        </w:tc>
        <w:tc>
          <w:tcPr>
            <w:tcW w:w="3116" w:type="dxa"/>
          </w:tcPr>
          <w:p w14:paraId="7EED9A94" w14:textId="77777777" w:rsidR="00B96123" w:rsidRDefault="00000000">
            <w:pPr>
              <w:jc w:val="center"/>
            </w:pPr>
            <w:r>
              <w:rPr>
                <w:sz w:val="18"/>
              </w:rPr>
              <w:t>232,762</w:t>
            </w:r>
          </w:p>
        </w:tc>
        <w:tc>
          <w:tcPr>
            <w:tcW w:w="3116" w:type="dxa"/>
          </w:tcPr>
          <w:p w14:paraId="7C502D9A" w14:textId="77777777" w:rsidR="00B96123" w:rsidRDefault="00000000">
            <w:pPr>
              <w:jc w:val="center"/>
            </w:pPr>
            <w:r>
              <w:rPr>
                <w:sz w:val="18"/>
              </w:rPr>
              <w:t>297,399</w:t>
            </w:r>
          </w:p>
        </w:tc>
      </w:tr>
      <w:tr w:rsidR="00B96123" w14:paraId="753F5DD9" w14:textId="77777777" w:rsidTr="00476DC6">
        <w:trPr>
          <w:trHeight w:val="323"/>
          <w:jc w:val="center"/>
        </w:trPr>
        <w:tc>
          <w:tcPr>
            <w:tcW w:w="3116" w:type="dxa"/>
          </w:tcPr>
          <w:p w14:paraId="3071E6A4" w14:textId="77777777" w:rsidR="00B96123" w:rsidRDefault="00000000">
            <w:pPr>
              <w:jc w:val="center"/>
            </w:pPr>
            <w:r>
              <w:rPr>
                <w:b/>
                <w:sz w:val="18"/>
              </w:rPr>
              <w:t>R-squared</w:t>
            </w:r>
          </w:p>
        </w:tc>
        <w:tc>
          <w:tcPr>
            <w:tcW w:w="3116" w:type="dxa"/>
          </w:tcPr>
          <w:p w14:paraId="1CA9EA1C" w14:textId="77777777" w:rsidR="00B96123" w:rsidRDefault="00000000">
            <w:pPr>
              <w:jc w:val="center"/>
            </w:pPr>
            <w:r>
              <w:rPr>
                <w:sz w:val="18"/>
              </w:rPr>
              <w:t>0.0515</w:t>
            </w:r>
          </w:p>
        </w:tc>
        <w:tc>
          <w:tcPr>
            <w:tcW w:w="3116" w:type="dxa"/>
          </w:tcPr>
          <w:p w14:paraId="3D87076B" w14:textId="77777777" w:rsidR="00B96123" w:rsidRDefault="00000000">
            <w:pPr>
              <w:jc w:val="center"/>
            </w:pPr>
            <w:r>
              <w:rPr>
                <w:sz w:val="18"/>
              </w:rPr>
              <w:t>0.0467</w:t>
            </w:r>
          </w:p>
        </w:tc>
        <w:tc>
          <w:tcPr>
            <w:tcW w:w="3116" w:type="dxa"/>
          </w:tcPr>
          <w:p w14:paraId="00346626" w14:textId="77777777" w:rsidR="00B96123" w:rsidRDefault="00000000">
            <w:pPr>
              <w:jc w:val="center"/>
            </w:pPr>
            <w:r>
              <w:rPr>
                <w:sz w:val="18"/>
              </w:rPr>
              <w:t>0.0470</w:t>
            </w:r>
          </w:p>
        </w:tc>
      </w:tr>
    </w:tbl>
    <w:p w14:paraId="1B0047D2" w14:textId="77777777" w:rsidR="00B96123" w:rsidRDefault="00000000">
      <w:r>
        <w:rPr>
          <w:i/>
          <w:sz w:val="16"/>
        </w:rPr>
        <w:t>Cols. 1-2 estimate the baseline informality specification separately on the female and male subsamples. Col. 3 uses the full sample with a three-category sex variable (2=female, 3=other/third gender where identified) interacted with COVID-2020, relative to the male reference category.</w:t>
      </w:r>
    </w:p>
    <w:p w14:paraId="74CFFA0F" w14:textId="77777777" w:rsidR="00B96123" w:rsidRDefault="00B96123"/>
    <w:p w14:paraId="59962251" w14:textId="77777777" w:rsidR="00476DC6" w:rsidRDefault="00476DC6"/>
    <w:p w14:paraId="377F5D2C" w14:textId="77777777" w:rsidR="00476DC6" w:rsidRDefault="00476DC6"/>
    <w:p w14:paraId="530FF249" w14:textId="77777777" w:rsidR="00476DC6" w:rsidRDefault="00476DC6"/>
    <w:p w14:paraId="09C112DE" w14:textId="77777777" w:rsidR="00476DC6" w:rsidRDefault="00476DC6"/>
    <w:p w14:paraId="69B9092F" w14:textId="77777777" w:rsidR="00B96123" w:rsidRDefault="00000000">
      <w:pPr>
        <w:pStyle w:val="Heading2"/>
      </w:pPr>
      <w:r>
        <w:t>Table A10. Event-Study Estimates: Year x Pre-COVID Exposure</w:t>
      </w:r>
    </w:p>
    <w:p w14:paraId="7AA2341A" w14:textId="77777777" w:rsidR="00B96123" w:rsidRDefault="00000000">
      <w:r>
        <w:t>Dependent variable: informal employment. Each row reports the coefficient on the interaction between a single survey year and continuous pre-COVID informality exposure, with 2019 (the last full pre-COVID round) as the omitted reference year. The 'Year' column reports the corresponding year main effect. Robust standard errors clustered at the state level in parentheses.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0"/>
        <w:gridCol w:w="4100"/>
        <w:gridCol w:w="4100"/>
      </w:tblGrid>
      <w:tr w:rsidR="00B96123" w14:paraId="01D4EAB5" w14:textId="77777777" w:rsidTr="00476DC6">
        <w:trPr>
          <w:trHeight w:val="377"/>
        </w:trPr>
        <w:tc>
          <w:tcPr>
            <w:tcW w:w="4100" w:type="dxa"/>
            <w:shd w:val="clear" w:color="auto" w:fill="D9D9D9"/>
          </w:tcPr>
          <w:p w14:paraId="3BB5B618" w14:textId="77777777" w:rsidR="00B96123" w:rsidRDefault="00000000">
            <w:pPr>
              <w:jc w:val="center"/>
            </w:pPr>
            <w:r>
              <w:rPr>
                <w:b/>
                <w:sz w:val="18"/>
              </w:rPr>
              <w:t>Survey Year</w:t>
            </w:r>
          </w:p>
        </w:tc>
        <w:tc>
          <w:tcPr>
            <w:tcW w:w="4100" w:type="dxa"/>
            <w:shd w:val="clear" w:color="auto" w:fill="D9D9D9"/>
          </w:tcPr>
          <w:p w14:paraId="451778E1" w14:textId="77777777" w:rsidR="00B96123" w:rsidRDefault="00000000">
            <w:pPr>
              <w:jc w:val="center"/>
            </w:pPr>
            <w:r>
              <w:rPr>
                <w:b/>
                <w:sz w:val="18"/>
              </w:rPr>
              <w:t>Year main effect</w:t>
            </w:r>
          </w:p>
        </w:tc>
        <w:tc>
          <w:tcPr>
            <w:tcW w:w="4100" w:type="dxa"/>
            <w:shd w:val="clear" w:color="auto" w:fill="D9D9D9"/>
          </w:tcPr>
          <w:p w14:paraId="3085387D" w14:textId="77777777" w:rsidR="00B96123" w:rsidRDefault="00000000">
            <w:pPr>
              <w:jc w:val="center"/>
            </w:pPr>
            <w:r>
              <w:rPr>
                <w:b/>
                <w:sz w:val="18"/>
              </w:rPr>
              <w:t>Year x Exposure</w:t>
            </w:r>
          </w:p>
        </w:tc>
      </w:tr>
      <w:tr w:rsidR="00B96123" w14:paraId="34B49DB3" w14:textId="77777777" w:rsidTr="00476DC6">
        <w:trPr>
          <w:trHeight w:val="377"/>
        </w:trPr>
        <w:tc>
          <w:tcPr>
            <w:tcW w:w="4100" w:type="dxa"/>
          </w:tcPr>
          <w:p w14:paraId="603CC651" w14:textId="77777777" w:rsidR="00B96123" w:rsidRDefault="00000000">
            <w:pPr>
              <w:jc w:val="center"/>
            </w:pPr>
            <w:r>
              <w:rPr>
                <w:sz w:val="18"/>
              </w:rPr>
              <w:t>2017</w:t>
            </w:r>
          </w:p>
        </w:tc>
        <w:tc>
          <w:tcPr>
            <w:tcW w:w="4100" w:type="dxa"/>
          </w:tcPr>
          <w:p w14:paraId="169103D9" w14:textId="77777777" w:rsidR="00B96123" w:rsidRDefault="00000000">
            <w:pPr>
              <w:jc w:val="center"/>
            </w:pPr>
            <w:r>
              <w:rPr>
                <w:sz w:val="18"/>
              </w:rPr>
              <w:t>-0.0209</w:t>
            </w:r>
          </w:p>
        </w:tc>
        <w:tc>
          <w:tcPr>
            <w:tcW w:w="4100" w:type="dxa"/>
          </w:tcPr>
          <w:p w14:paraId="544D4DF5" w14:textId="77777777" w:rsidR="00B96123" w:rsidRDefault="00000000">
            <w:pPr>
              <w:jc w:val="center"/>
            </w:pPr>
            <w:r>
              <w:rPr>
                <w:sz w:val="18"/>
              </w:rPr>
              <w:t>0.0162</w:t>
            </w:r>
          </w:p>
        </w:tc>
      </w:tr>
      <w:tr w:rsidR="00B96123" w14:paraId="0EADB0D4" w14:textId="77777777" w:rsidTr="00476DC6">
        <w:trPr>
          <w:trHeight w:val="404"/>
        </w:trPr>
        <w:tc>
          <w:tcPr>
            <w:tcW w:w="4100" w:type="dxa"/>
          </w:tcPr>
          <w:p w14:paraId="1012B2DF" w14:textId="77777777" w:rsidR="00B96123" w:rsidRDefault="00B96123"/>
        </w:tc>
        <w:tc>
          <w:tcPr>
            <w:tcW w:w="4100" w:type="dxa"/>
          </w:tcPr>
          <w:p w14:paraId="3864DC7E" w14:textId="77777777" w:rsidR="00B96123" w:rsidRDefault="00000000">
            <w:pPr>
              <w:jc w:val="center"/>
            </w:pPr>
            <w:r>
              <w:rPr>
                <w:sz w:val="16"/>
              </w:rPr>
              <w:t>(0.0157)</w:t>
            </w:r>
          </w:p>
        </w:tc>
        <w:tc>
          <w:tcPr>
            <w:tcW w:w="4100" w:type="dxa"/>
          </w:tcPr>
          <w:p w14:paraId="106BB28E" w14:textId="77777777" w:rsidR="00B96123" w:rsidRDefault="00000000">
            <w:pPr>
              <w:jc w:val="center"/>
            </w:pPr>
            <w:r>
              <w:rPr>
                <w:sz w:val="16"/>
              </w:rPr>
              <w:t>(0.0356)</w:t>
            </w:r>
          </w:p>
        </w:tc>
      </w:tr>
      <w:tr w:rsidR="00B96123" w14:paraId="342595B2" w14:textId="77777777" w:rsidTr="00476DC6">
        <w:trPr>
          <w:trHeight w:val="377"/>
        </w:trPr>
        <w:tc>
          <w:tcPr>
            <w:tcW w:w="4100" w:type="dxa"/>
          </w:tcPr>
          <w:p w14:paraId="3865742E" w14:textId="77777777" w:rsidR="00B96123" w:rsidRDefault="00000000">
            <w:pPr>
              <w:jc w:val="center"/>
            </w:pPr>
            <w:r>
              <w:rPr>
                <w:sz w:val="18"/>
              </w:rPr>
              <w:t>2018</w:t>
            </w:r>
          </w:p>
        </w:tc>
        <w:tc>
          <w:tcPr>
            <w:tcW w:w="4100" w:type="dxa"/>
          </w:tcPr>
          <w:p w14:paraId="2726E746" w14:textId="77777777" w:rsidR="00B96123" w:rsidRDefault="00000000">
            <w:pPr>
              <w:jc w:val="center"/>
            </w:pPr>
            <w:r>
              <w:rPr>
                <w:sz w:val="18"/>
              </w:rPr>
              <w:t>0.0084</w:t>
            </w:r>
          </w:p>
        </w:tc>
        <w:tc>
          <w:tcPr>
            <w:tcW w:w="4100" w:type="dxa"/>
          </w:tcPr>
          <w:p w14:paraId="1A8324C0" w14:textId="77777777" w:rsidR="00B96123" w:rsidRDefault="00000000">
            <w:pPr>
              <w:jc w:val="center"/>
            </w:pPr>
            <w:r>
              <w:rPr>
                <w:sz w:val="18"/>
              </w:rPr>
              <w:t>-0.0635</w:t>
            </w:r>
          </w:p>
        </w:tc>
      </w:tr>
      <w:tr w:rsidR="00B96123" w14:paraId="700E01BE" w14:textId="77777777" w:rsidTr="00476DC6">
        <w:trPr>
          <w:trHeight w:val="404"/>
        </w:trPr>
        <w:tc>
          <w:tcPr>
            <w:tcW w:w="4100" w:type="dxa"/>
          </w:tcPr>
          <w:p w14:paraId="20EC8D21" w14:textId="77777777" w:rsidR="00B96123" w:rsidRDefault="00B96123"/>
        </w:tc>
        <w:tc>
          <w:tcPr>
            <w:tcW w:w="4100" w:type="dxa"/>
          </w:tcPr>
          <w:p w14:paraId="2DEEFF0F" w14:textId="77777777" w:rsidR="00B96123" w:rsidRDefault="00000000">
            <w:pPr>
              <w:jc w:val="center"/>
            </w:pPr>
            <w:r>
              <w:rPr>
                <w:sz w:val="16"/>
              </w:rPr>
              <w:t>(0.0105)</w:t>
            </w:r>
          </w:p>
        </w:tc>
        <w:tc>
          <w:tcPr>
            <w:tcW w:w="4100" w:type="dxa"/>
          </w:tcPr>
          <w:p w14:paraId="44BBB4A5" w14:textId="77777777" w:rsidR="00B96123" w:rsidRDefault="00000000">
            <w:pPr>
              <w:jc w:val="center"/>
            </w:pPr>
            <w:r>
              <w:rPr>
                <w:sz w:val="16"/>
              </w:rPr>
              <w:t>(0.0391)</w:t>
            </w:r>
          </w:p>
        </w:tc>
      </w:tr>
      <w:tr w:rsidR="00B96123" w14:paraId="37435EF2" w14:textId="77777777" w:rsidTr="00476DC6">
        <w:trPr>
          <w:trHeight w:val="377"/>
        </w:trPr>
        <w:tc>
          <w:tcPr>
            <w:tcW w:w="4100" w:type="dxa"/>
          </w:tcPr>
          <w:p w14:paraId="6465D420" w14:textId="77777777" w:rsidR="00B96123" w:rsidRDefault="00000000">
            <w:pPr>
              <w:jc w:val="center"/>
            </w:pPr>
            <w:r>
              <w:rPr>
                <w:sz w:val="18"/>
              </w:rPr>
              <w:t>2020</w:t>
            </w:r>
          </w:p>
        </w:tc>
        <w:tc>
          <w:tcPr>
            <w:tcW w:w="4100" w:type="dxa"/>
          </w:tcPr>
          <w:p w14:paraId="3187C470" w14:textId="77777777" w:rsidR="00B96123" w:rsidRDefault="00000000">
            <w:pPr>
              <w:jc w:val="center"/>
            </w:pPr>
            <w:r>
              <w:rPr>
                <w:sz w:val="18"/>
              </w:rPr>
              <w:t>-0.0025</w:t>
            </w:r>
          </w:p>
        </w:tc>
        <w:tc>
          <w:tcPr>
            <w:tcW w:w="4100" w:type="dxa"/>
          </w:tcPr>
          <w:p w14:paraId="4087DD58" w14:textId="77777777" w:rsidR="00B96123" w:rsidRDefault="00000000">
            <w:pPr>
              <w:jc w:val="center"/>
            </w:pPr>
            <w:r>
              <w:rPr>
                <w:sz w:val="18"/>
              </w:rPr>
              <w:t>-0.0446</w:t>
            </w:r>
          </w:p>
        </w:tc>
      </w:tr>
      <w:tr w:rsidR="00B96123" w14:paraId="2FC47C79" w14:textId="77777777" w:rsidTr="00476DC6">
        <w:trPr>
          <w:trHeight w:val="404"/>
        </w:trPr>
        <w:tc>
          <w:tcPr>
            <w:tcW w:w="4100" w:type="dxa"/>
          </w:tcPr>
          <w:p w14:paraId="2E9E4BEC" w14:textId="77777777" w:rsidR="00B96123" w:rsidRDefault="00B96123"/>
        </w:tc>
        <w:tc>
          <w:tcPr>
            <w:tcW w:w="4100" w:type="dxa"/>
          </w:tcPr>
          <w:p w14:paraId="09D366B1" w14:textId="77777777" w:rsidR="00B96123" w:rsidRDefault="00000000">
            <w:pPr>
              <w:jc w:val="center"/>
            </w:pPr>
            <w:r>
              <w:rPr>
                <w:sz w:val="16"/>
              </w:rPr>
              <w:t>(0.0111)</w:t>
            </w:r>
          </w:p>
        </w:tc>
        <w:tc>
          <w:tcPr>
            <w:tcW w:w="4100" w:type="dxa"/>
          </w:tcPr>
          <w:p w14:paraId="0E17527F" w14:textId="77777777" w:rsidR="00B96123" w:rsidRDefault="00000000">
            <w:pPr>
              <w:jc w:val="center"/>
            </w:pPr>
            <w:r>
              <w:rPr>
                <w:sz w:val="16"/>
              </w:rPr>
              <w:t>(0.0446)</w:t>
            </w:r>
          </w:p>
        </w:tc>
      </w:tr>
      <w:tr w:rsidR="00B96123" w14:paraId="4300EBDB" w14:textId="77777777" w:rsidTr="00476DC6">
        <w:trPr>
          <w:trHeight w:val="377"/>
        </w:trPr>
        <w:tc>
          <w:tcPr>
            <w:tcW w:w="4100" w:type="dxa"/>
          </w:tcPr>
          <w:p w14:paraId="1FE7F97D" w14:textId="77777777" w:rsidR="00B96123" w:rsidRDefault="00000000">
            <w:pPr>
              <w:jc w:val="center"/>
            </w:pPr>
            <w:r>
              <w:rPr>
                <w:sz w:val="18"/>
              </w:rPr>
              <w:t>2021</w:t>
            </w:r>
          </w:p>
        </w:tc>
        <w:tc>
          <w:tcPr>
            <w:tcW w:w="4100" w:type="dxa"/>
          </w:tcPr>
          <w:p w14:paraId="215AE77C" w14:textId="77777777" w:rsidR="00B96123" w:rsidRDefault="00000000">
            <w:pPr>
              <w:jc w:val="center"/>
            </w:pPr>
            <w:r>
              <w:rPr>
                <w:sz w:val="18"/>
              </w:rPr>
              <w:t>-0.0039</w:t>
            </w:r>
          </w:p>
        </w:tc>
        <w:tc>
          <w:tcPr>
            <w:tcW w:w="4100" w:type="dxa"/>
          </w:tcPr>
          <w:p w14:paraId="376F46EE" w14:textId="77777777" w:rsidR="00B96123" w:rsidRDefault="00000000">
            <w:pPr>
              <w:jc w:val="center"/>
            </w:pPr>
            <w:r>
              <w:rPr>
                <w:sz w:val="18"/>
              </w:rPr>
              <w:t>-0.0134</w:t>
            </w:r>
          </w:p>
        </w:tc>
      </w:tr>
      <w:tr w:rsidR="00B96123" w14:paraId="23AEC0D4" w14:textId="77777777" w:rsidTr="00476DC6">
        <w:trPr>
          <w:trHeight w:val="404"/>
        </w:trPr>
        <w:tc>
          <w:tcPr>
            <w:tcW w:w="4100" w:type="dxa"/>
          </w:tcPr>
          <w:p w14:paraId="156510C5" w14:textId="77777777" w:rsidR="00B96123" w:rsidRDefault="00B96123"/>
        </w:tc>
        <w:tc>
          <w:tcPr>
            <w:tcW w:w="4100" w:type="dxa"/>
          </w:tcPr>
          <w:p w14:paraId="614111BB" w14:textId="77777777" w:rsidR="00B96123" w:rsidRDefault="00000000">
            <w:pPr>
              <w:jc w:val="center"/>
            </w:pPr>
            <w:r>
              <w:rPr>
                <w:sz w:val="16"/>
              </w:rPr>
              <w:t>(0.0101)</w:t>
            </w:r>
          </w:p>
        </w:tc>
        <w:tc>
          <w:tcPr>
            <w:tcW w:w="4100" w:type="dxa"/>
          </w:tcPr>
          <w:p w14:paraId="18522DAB" w14:textId="77777777" w:rsidR="00B96123" w:rsidRDefault="00000000">
            <w:pPr>
              <w:jc w:val="center"/>
            </w:pPr>
            <w:r>
              <w:rPr>
                <w:sz w:val="16"/>
              </w:rPr>
              <w:t>(0.0367)</w:t>
            </w:r>
          </w:p>
        </w:tc>
      </w:tr>
      <w:tr w:rsidR="00B96123" w14:paraId="3EA4033D" w14:textId="77777777" w:rsidTr="00476DC6">
        <w:trPr>
          <w:trHeight w:val="377"/>
        </w:trPr>
        <w:tc>
          <w:tcPr>
            <w:tcW w:w="4100" w:type="dxa"/>
          </w:tcPr>
          <w:p w14:paraId="02285857" w14:textId="77777777" w:rsidR="00B96123" w:rsidRDefault="00000000">
            <w:pPr>
              <w:jc w:val="center"/>
            </w:pPr>
            <w:r>
              <w:rPr>
                <w:sz w:val="18"/>
              </w:rPr>
              <w:lastRenderedPageBreak/>
              <w:t>2022</w:t>
            </w:r>
          </w:p>
        </w:tc>
        <w:tc>
          <w:tcPr>
            <w:tcW w:w="4100" w:type="dxa"/>
          </w:tcPr>
          <w:p w14:paraId="60D1B47B" w14:textId="77777777" w:rsidR="00B96123" w:rsidRDefault="00000000">
            <w:pPr>
              <w:jc w:val="center"/>
            </w:pPr>
            <w:r>
              <w:rPr>
                <w:sz w:val="18"/>
              </w:rPr>
              <w:t>0.0043</w:t>
            </w:r>
          </w:p>
        </w:tc>
        <w:tc>
          <w:tcPr>
            <w:tcW w:w="4100" w:type="dxa"/>
          </w:tcPr>
          <w:p w14:paraId="6805B956" w14:textId="77777777" w:rsidR="00B96123" w:rsidRDefault="00000000">
            <w:pPr>
              <w:jc w:val="center"/>
            </w:pPr>
            <w:r>
              <w:rPr>
                <w:sz w:val="18"/>
              </w:rPr>
              <w:t>-0.0130</w:t>
            </w:r>
          </w:p>
        </w:tc>
      </w:tr>
      <w:tr w:rsidR="00B96123" w14:paraId="6D940C57" w14:textId="77777777" w:rsidTr="00476DC6">
        <w:trPr>
          <w:trHeight w:val="404"/>
        </w:trPr>
        <w:tc>
          <w:tcPr>
            <w:tcW w:w="4100" w:type="dxa"/>
          </w:tcPr>
          <w:p w14:paraId="351D23B0" w14:textId="77777777" w:rsidR="00B96123" w:rsidRDefault="00B96123"/>
        </w:tc>
        <w:tc>
          <w:tcPr>
            <w:tcW w:w="4100" w:type="dxa"/>
          </w:tcPr>
          <w:p w14:paraId="39EED953" w14:textId="77777777" w:rsidR="00B96123" w:rsidRDefault="00000000">
            <w:pPr>
              <w:jc w:val="center"/>
            </w:pPr>
            <w:r>
              <w:rPr>
                <w:sz w:val="16"/>
              </w:rPr>
              <w:t>(0.0067)</w:t>
            </w:r>
          </w:p>
        </w:tc>
        <w:tc>
          <w:tcPr>
            <w:tcW w:w="4100" w:type="dxa"/>
          </w:tcPr>
          <w:p w14:paraId="1B141C72" w14:textId="77777777" w:rsidR="00B96123" w:rsidRDefault="00000000">
            <w:pPr>
              <w:jc w:val="center"/>
            </w:pPr>
            <w:r>
              <w:rPr>
                <w:sz w:val="16"/>
              </w:rPr>
              <w:t>(0.0216)</w:t>
            </w:r>
          </w:p>
        </w:tc>
      </w:tr>
      <w:tr w:rsidR="00B96123" w14:paraId="1514B53A" w14:textId="77777777" w:rsidTr="00476DC6">
        <w:trPr>
          <w:trHeight w:val="431"/>
        </w:trPr>
        <w:tc>
          <w:tcPr>
            <w:tcW w:w="4100" w:type="dxa"/>
          </w:tcPr>
          <w:p w14:paraId="63AA5805" w14:textId="77777777" w:rsidR="00B96123" w:rsidRDefault="00000000">
            <w:pPr>
              <w:jc w:val="center"/>
            </w:pPr>
            <w:r>
              <w:rPr>
                <w:b/>
                <w:sz w:val="18"/>
              </w:rPr>
              <w:t>Observations</w:t>
            </w:r>
          </w:p>
        </w:tc>
        <w:tc>
          <w:tcPr>
            <w:tcW w:w="4100" w:type="dxa"/>
          </w:tcPr>
          <w:p w14:paraId="18FF9FBF" w14:textId="77777777" w:rsidR="00B96123" w:rsidRDefault="00000000">
            <w:r>
              <w:t>297,367</w:t>
            </w:r>
          </w:p>
        </w:tc>
        <w:tc>
          <w:tcPr>
            <w:tcW w:w="4100" w:type="dxa"/>
          </w:tcPr>
          <w:p w14:paraId="21A01364" w14:textId="77777777" w:rsidR="00B96123" w:rsidRDefault="00B96123"/>
        </w:tc>
      </w:tr>
      <w:tr w:rsidR="00B96123" w14:paraId="32A5DEB1" w14:textId="77777777" w:rsidTr="00476DC6">
        <w:trPr>
          <w:trHeight w:val="404"/>
        </w:trPr>
        <w:tc>
          <w:tcPr>
            <w:tcW w:w="4100" w:type="dxa"/>
          </w:tcPr>
          <w:p w14:paraId="56793A00" w14:textId="77777777" w:rsidR="00B96123" w:rsidRDefault="00000000">
            <w:pPr>
              <w:jc w:val="center"/>
            </w:pPr>
            <w:r>
              <w:rPr>
                <w:b/>
                <w:sz w:val="18"/>
              </w:rPr>
              <w:t>R-squared</w:t>
            </w:r>
          </w:p>
        </w:tc>
        <w:tc>
          <w:tcPr>
            <w:tcW w:w="4100" w:type="dxa"/>
          </w:tcPr>
          <w:p w14:paraId="03B2FA3B" w14:textId="77777777" w:rsidR="00B96123" w:rsidRDefault="00000000">
            <w:r>
              <w:t>0.0477</w:t>
            </w:r>
          </w:p>
        </w:tc>
        <w:tc>
          <w:tcPr>
            <w:tcW w:w="4100" w:type="dxa"/>
          </w:tcPr>
          <w:p w14:paraId="04364FF3" w14:textId="77777777" w:rsidR="00B96123" w:rsidRDefault="00B96123"/>
        </w:tc>
      </w:tr>
    </w:tbl>
    <w:p w14:paraId="205CF5BC" w14:textId="77777777" w:rsidR="00B96123" w:rsidRDefault="00B96123"/>
    <w:p w14:paraId="6BD1845B" w14:textId="77777777" w:rsidR="00FA26E8" w:rsidRDefault="00FA26E8"/>
    <w:sectPr w:rsidR="00FA26E8"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0739696">
    <w:abstractNumId w:val="8"/>
  </w:num>
  <w:num w:numId="2" w16cid:durableId="241718297">
    <w:abstractNumId w:val="6"/>
  </w:num>
  <w:num w:numId="3" w16cid:durableId="120341788">
    <w:abstractNumId w:val="5"/>
  </w:num>
  <w:num w:numId="4" w16cid:durableId="36400026">
    <w:abstractNumId w:val="4"/>
  </w:num>
  <w:num w:numId="5" w16cid:durableId="907307957">
    <w:abstractNumId w:val="7"/>
  </w:num>
  <w:num w:numId="6" w16cid:durableId="1826193403">
    <w:abstractNumId w:val="3"/>
  </w:num>
  <w:num w:numId="7" w16cid:durableId="1626889601">
    <w:abstractNumId w:val="2"/>
  </w:num>
  <w:num w:numId="8" w16cid:durableId="831795070">
    <w:abstractNumId w:val="1"/>
  </w:num>
  <w:num w:numId="9" w16cid:durableId="39281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2415"/>
    <w:rsid w:val="00326F90"/>
    <w:rsid w:val="00476DC6"/>
    <w:rsid w:val="006108EC"/>
    <w:rsid w:val="0069500E"/>
    <w:rsid w:val="0075318F"/>
    <w:rsid w:val="007B002B"/>
    <w:rsid w:val="00AA1D8D"/>
    <w:rsid w:val="00B47730"/>
    <w:rsid w:val="00B5228F"/>
    <w:rsid w:val="00B96123"/>
    <w:rsid w:val="00CB0664"/>
    <w:rsid w:val="00EA6B92"/>
    <w:rsid w:val="00FA26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A69048"/>
  <w14:defaultImageDpi w14:val="300"/>
  <w15:docId w15:val="{FB4CFCD4-CC1E-4164-86F5-23308563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33</Pages>
  <Words>1575</Words>
  <Characters>8982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Anupam Hazra</cp:lastModifiedBy>
  <cp:revision>4</cp:revision>
  <dcterms:created xsi:type="dcterms:W3CDTF">2013-12-23T23:15:00Z</dcterms:created>
  <dcterms:modified xsi:type="dcterms:W3CDTF">2026-09-15T16:54:00Z</dcterms:modified>
  <cp:category/>
</cp:coreProperties>
</file>