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Time 1 Survey: AI Use, Perceived Organizational Support, and Professional Identification</w:t>
      </w:r>
    </w:p>
    <w:p>
      <w:pPr>
        <w:spacing w:after="240"/>
        <w:jc w:val="center"/>
      </w:pPr>
      <w:r>
        <w:rPr>
          <w:rFonts w:ascii="Microsoft YaHei" w:hAnsi="Microsoft YaHei" w:eastAsia="Microsoft YaHei"/>
          <w:b/>
          <w:sz w:val="28"/>
        </w:rPr>
        <w:t>第一阶段调查：人工智能使用、感知组织支持与职业认同</w:t>
      </w:r>
    </w:p>
    <w:p>
      <w:pPr>
        <w:spacing w:before="160" w:after="80"/>
      </w:pPr>
      <w:r>
        <w:rPr>
          <w:rFonts w:ascii="Times New Roman" w:hAnsi="Times New Roman" w:eastAsia="Times New Roman"/>
          <w:b/>
          <w:i w:val="0"/>
          <w:sz w:val="23"/>
        </w:rPr>
        <w:t>Instructions / 作答说明</w:t>
      </w:r>
    </w:p>
    <w:p>
      <w:pPr>
        <w:spacing w:after="100" w:line="264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This is the first survey of a three-wave study. Please answer according to your current work experience. Participation is voluntary, and your responses will be used only for research purposes.</w:t>
        <w:br/>
      </w:r>
      <w:r>
        <w:rPr>
          <w:rFonts w:ascii="Microsoft YaHei" w:hAnsi="Microsoft YaHei" w:eastAsia="Microsoft YaHei"/>
          <w:sz w:val="20"/>
        </w:rPr>
        <w:t>本问卷为三阶段追踪研究的第一阶段调查。请根据您目前的真实工作体验作答。参与完全自愿，您的回答仅用于学术研究。</w:t>
      </w:r>
    </w:p>
    <w:p>
      <w:pPr>
        <w:spacing w:after="100" w:line="264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Data matching: Please enter the unique Research ID provided by the research team (e.g., R0327). Use the same ID at all three waves. Do not enter your name or mobile-phone number.</w:t>
        <w:br/>
        <w:t>数据匹配：请输入研究团队提供给您的唯一研究编码（例如 R0327）。三次调查均使用同一编码。请勿填写姓名或手机号码。</w:t>
      </w:r>
      <w:r>
        <w:rPr>
          <w:rFonts w:ascii="Microsoft YaHei" w:hAnsi="Microsoft YaHei" w:eastAsia="Microsoft YaHei"/>
          <w:sz w:val="20"/>
        </w:rPr>
      </w:r>
    </w:p>
    <w:p>
      <w:r>
        <w:rPr>
          <w:rFonts w:ascii="Arial" w:hAnsi="Arial" w:eastAsia="Arial"/>
          <w:b/>
          <w:sz w:val="22"/>
        </w:rPr>
        <w:t>Research ID / 研究编码: ____________________</w:t>
      </w:r>
    </w:p>
    <w:p>
      <w:r>
        <w:rPr>
          <w:rFonts w:ascii="Arial" w:hAnsi="Arial" w:eastAsia="Arial"/>
          <w:i/>
          <w:sz w:val="18"/>
        </w:rPr>
        <w:t>By continuing, you confirm that you have read the study information and voluntarily consent to participate. / 继续作答即表示您已阅读研究说明并自愿同意参加本研究。</w:t>
      </w:r>
    </w:p>
    <w:p>
      <w:pPr>
        <w:spacing w:before="160" w:after="80"/>
      </w:pPr>
      <w:r>
        <w:rPr>
          <w:rFonts w:ascii="Times New Roman" w:hAnsi="Times New Roman" w:eastAsia="Times New Roman"/>
          <w:b/>
          <w:i w:val="0"/>
          <w:sz w:val="23"/>
        </w:rPr>
        <w:t>Background Information / 基本信息</w:t>
      </w:r>
    </w:p>
    <w:p>
      <w:pPr>
        <w:spacing w:after="100" w:line="264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Please select or enter the response that best describes you.</w:t>
        <w:br/>
      </w:r>
      <w:r>
        <w:rPr>
          <w:rFonts w:ascii="Microsoft YaHei" w:hAnsi="Microsoft YaHei" w:eastAsia="Microsoft YaHei"/>
          <w:sz w:val="20"/>
        </w:rPr>
        <w:t>请选择或填写最符合您实际情况的答案。</w:t>
      </w:r>
    </w:p>
    <w:p>
      <w:pPr>
        <w:spacing w:after="100" w:line="264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1. Gender</w:t>
        <w:br/>
      </w:r>
      <w:r>
        <w:rPr>
          <w:rFonts w:ascii="Microsoft YaHei" w:hAnsi="Microsoft YaHei" w:eastAsia="Microsoft YaHei"/>
          <w:sz w:val="20"/>
        </w:rPr>
        <w:t>1. 性别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98"/>
        <w:gridCol w:w="3298"/>
        <w:gridCol w:w="3298"/>
      </w:tblGrid>
      <w:tr>
        <w:tc>
          <w:tcPr>
            <w:tcW w:type="dxa" w:w="3298"/>
            <w:tcMar>
              <w:top w:w="50" w:type="dxa"/>
              <w:start w:w="80" w:type="dxa"/>
              <w:bottom w:w="50" w:type="dxa"/>
              <w:end w:w="8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○  Male / 男</w:t>
            </w:r>
          </w:p>
        </w:tc>
        <w:tc>
          <w:tcPr>
            <w:tcW w:type="dxa" w:w="3298"/>
            <w:tcMar>
              <w:top w:w="50" w:type="dxa"/>
              <w:start w:w="80" w:type="dxa"/>
              <w:bottom w:w="50" w:type="dxa"/>
              <w:end w:w="8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○  Female / 女</w:t>
            </w:r>
          </w:p>
        </w:tc>
        <w:tc>
          <w:tcPr>
            <w:tcW w:type="dxa" w:w="3298"/>
            <w:tcMar>
              <w:top w:w="50" w:type="dxa"/>
              <w:start w:w="80" w:type="dxa"/>
              <w:bottom w:w="50" w:type="dxa"/>
              <w:end w:w="8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○  Prefer not to say / 不愿透露</w:t>
            </w:r>
          </w:p>
        </w:tc>
      </w:tr>
    </w:tbl>
    <w:p>
      <w:pPr>
        <w:spacing w:after="100" w:line="264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2. Teaching Experience</w:t>
        <w:br/>
        <w:t>How many years of teaching experience do you have in higher education?</w:t>
        <w:br/>
      </w:r>
      <w:r>
        <w:rPr>
          <w:rFonts w:ascii="Microsoft YaHei" w:hAnsi="Microsoft YaHei" w:eastAsia="Microsoft YaHei"/>
          <w:sz w:val="20"/>
        </w:rPr>
        <w:t>2. 教龄</w:t>
        <w:br/>
        <w:t>您在高等教育机构从事教学工作多少年？</w:t>
      </w:r>
    </w:p>
    <w:p>
      <w:pPr>
        <w:spacing w:after="120"/>
      </w:pPr>
      <w:r>
        <w:t>__________ years / 年</w:t>
      </w:r>
    </w:p>
    <w:p>
      <w:pPr>
        <w:spacing w:after="100" w:line="264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3. Academic Rank</w:t>
        <w:br/>
      </w:r>
      <w:r>
        <w:rPr>
          <w:rFonts w:ascii="Microsoft YaHei" w:hAnsi="Microsoft YaHei" w:eastAsia="Microsoft YaHei"/>
          <w:sz w:val="20"/>
        </w:rPr>
        <w:t>3. 职称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98"/>
        <w:gridCol w:w="3298"/>
        <w:gridCol w:w="3298"/>
      </w:tblGrid>
      <w:tr>
        <w:tc>
          <w:tcPr>
            <w:tcW w:type="dxa" w:w="3298"/>
            <w:tcMar>
              <w:top w:w="50" w:type="dxa"/>
              <w:start w:w="80" w:type="dxa"/>
              <w:bottom w:w="50" w:type="dxa"/>
              <w:end w:w="8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○  Teaching Assistant / 助教</w:t>
            </w:r>
          </w:p>
        </w:tc>
        <w:tc>
          <w:tcPr>
            <w:tcW w:type="dxa" w:w="3298"/>
            <w:tcMar>
              <w:top w:w="50" w:type="dxa"/>
              <w:start w:w="80" w:type="dxa"/>
              <w:bottom w:w="50" w:type="dxa"/>
              <w:end w:w="8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○  Lecturer / 讲师</w:t>
            </w:r>
          </w:p>
        </w:tc>
        <w:tc>
          <w:tcPr>
            <w:tcW w:type="dxa" w:w="3298"/>
            <w:tcMar>
              <w:top w:w="50" w:type="dxa"/>
              <w:start w:w="80" w:type="dxa"/>
              <w:bottom w:w="50" w:type="dxa"/>
              <w:end w:w="8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○  Associate Professor / 副教授</w:t>
            </w:r>
          </w:p>
        </w:tc>
      </w:tr>
      <w:tr>
        <w:tc>
          <w:tcPr>
            <w:tcW w:type="dxa" w:w="3298"/>
            <w:tcMar>
              <w:top w:w="50" w:type="dxa"/>
              <w:start w:w="80" w:type="dxa"/>
              <w:bottom w:w="50" w:type="dxa"/>
              <w:end w:w="8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○  Professor / 教授</w:t>
            </w:r>
          </w:p>
        </w:tc>
        <w:tc>
          <w:tcPr>
            <w:tcW w:type="dxa" w:w="3298"/>
            <w:tcMar>
              <w:top w:w="50" w:type="dxa"/>
              <w:start w:w="80" w:type="dxa"/>
              <w:bottom w:w="50" w:type="dxa"/>
              <w:end w:w="8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○  Other / 其他</w:t>
            </w:r>
          </w:p>
        </w:tc>
        <w:tc>
          <w:tcPr>
            <w:tcW w:type="dxa" w:w="3298"/>
            <w:tcMar>
              <w:top w:w="50" w:type="dxa"/>
              <w:start w:w="80" w:type="dxa"/>
              <w:bottom w:w="50" w:type="dxa"/>
              <w:end w:w="8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r/>
          </w:p>
        </w:tc>
      </w:tr>
    </w:tbl>
    <w:p>
      <w:pPr>
        <w:spacing w:after="100" w:line="264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4. Previous AI Training</w:t>
        <w:br/>
        <w:t>Have you previously received formal AI-related training for teaching, research, or other university work?</w:t>
        <w:br/>
      </w:r>
      <w:r>
        <w:rPr>
          <w:rFonts w:ascii="Microsoft YaHei" w:hAnsi="Microsoft YaHei" w:eastAsia="Microsoft YaHei"/>
          <w:sz w:val="20"/>
        </w:rPr>
        <w:t>4. 既往AI培训经历</w:t>
        <w:br/>
        <w:t>您此前是否参加过与教学、科研或其他高校工作相关的正式人工智能培训？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  <w:tcMar>
              <w:top w:w="50" w:type="dxa"/>
              <w:start w:w="80" w:type="dxa"/>
              <w:bottom w:w="50" w:type="dxa"/>
              <w:end w:w="8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○  No / 否</w:t>
            </w:r>
          </w:p>
        </w:tc>
        <w:tc>
          <w:tcPr>
            <w:tcW w:type="dxa" w:w="4946"/>
            <w:tcMar>
              <w:top w:w="50" w:type="dxa"/>
              <w:start w:w="80" w:type="dxa"/>
              <w:bottom w:w="50" w:type="dxa"/>
              <w:end w:w="8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○  Yes / 是</w:t>
            </w:r>
          </w:p>
        </w:tc>
      </w:tr>
    </w:tbl>
    <w:p>
      <w:pPr>
        <w:spacing w:before="160" w:after="80"/>
      </w:pPr>
      <w:r>
        <w:rPr>
          <w:rFonts w:ascii="Times New Roman" w:hAnsi="Times New Roman" w:eastAsia="Times New Roman"/>
          <w:b/>
          <w:i w:val="0"/>
          <w:sz w:val="23"/>
        </w:rPr>
        <w:t>Artificial Intelligence Use / 人工智能使用</w:t>
      </w:r>
    </w:p>
    <w:p>
      <w:pPr>
        <w:spacing w:after="100" w:line="264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Please indicate the extent to which you agree with each statement regarding your current university work. AI tools include generative AI and other AI-enabled systems used for teaching, research, student support, academic service, or administrative work.</w:t>
        <w:br/>
      </w:r>
      <w:r>
        <w:rPr>
          <w:rFonts w:ascii="Microsoft YaHei" w:hAnsi="Microsoft YaHei" w:eastAsia="Microsoft YaHei"/>
          <w:sz w:val="20"/>
        </w:rPr>
        <w:t>请根据您目前在高校中的实际工作情况，判断您对以下陈述的同意程度。人工智能工具包括用于教学、科研、学生指导、学术服务或行政工作的生成式人工智能及其他AI系统。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 = Strongly disagree / 非常不同意</w:t>
            </w:r>
          </w:p>
        </w:tc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 = Disagree / 不同意</w:t>
            </w:r>
          </w:p>
        </w:tc>
      </w:tr>
      <w:tr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 = Slightly disagree / 比较不同意</w:t>
            </w:r>
          </w:p>
        </w:tc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 = Neither agree nor disagree / 一般</w:t>
            </w:r>
          </w:p>
        </w:tc>
      </w:tr>
      <w:tr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 = Slightly agree / 比较同意</w:t>
            </w:r>
          </w:p>
        </w:tc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6 = Agree / 同意</w:t>
            </w:r>
          </w:p>
        </w:tc>
      </w:tr>
      <w:tr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 = Strongly agree / 非常同意</w:t>
            </w:r>
          </w:p>
        </w:tc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D9D9"/>
              <w:bottom w:val="nil"/>
              <w:left w:val="nil"/>
              <w:right w:val="nil"/>
            </w:tcBorders>
          </w:tcPr>
          <w:p>
            <w:pPr>
              <w:spacing w:after="6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5. I use AI tools for a substantial share of my university work.</w:t>
              <w:br/>
            </w:r>
            <w:r>
              <w:rPr>
                <w:rFonts w:ascii="Microsoft YaHei" w:hAnsi="Microsoft YaHei" w:eastAsia="Microsoft YaHei"/>
                <w:sz w:val="20"/>
              </w:rPr>
              <w:t>我在相当一部分高校工作中使用人工智能工具。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○ 1     ○ 2     ○ 3     ○ 4     ○ 5     ○ 6     ○ 7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D9D9"/>
              <w:bottom w:val="nil"/>
              <w:left w:val="nil"/>
              <w:right w:val="nil"/>
            </w:tcBorders>
          </w:tcPr>
          <w:p>
            <w:pPr>
              <w:spacing w:after="6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6. I spend a considerable amount of work time working with or interacting with AI tools.</w:t>
              <w:br/>
            </w:r>
            <w:r>
              <w:rPr>
                <w:rFonts w:ascii="Microsoft YaHei" w:hAnsi="Microsoft YaHei" w:eastAsia="Microsoft YaHei"/>
                <w:sz w:val="20"/>
              </w:rPr>
              <w:t>在日常工作中，我会花相当多的时间使用或与人工智能工具进行交互。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○ 1     ○ 2     ○ 3     ○ 4     ○ 5     ○ 6     ○ 7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D9D9"/>
              <w:bottom w:val="nil"/>
              <w:left w:val="nil"/>
              <w:right w:val="nil"/>
            </w:tcBorders>
          </w:tcPr>
          <w:p>
            <w:pPr>
              <w:spacing w:after="6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7. I use AI tools when making important work-related judgments or decisions.</w:t>
              <w:br/>
            </w:r>
            <w:r>
              <w:rPr>
                <w:rFonts w:ascii="Microsoft YaHei" w:hAnsi="Microsoft YaHei" w:eastAsia="Microsoft YaHei"/>
                <w:sz w:val="20"/>
              </w:rPr>
              <w:t>在进行重要的工作判断或决策时，我会使用人工智能工具。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○ 1     ○ 2     ○ 3     ○ 4     ○ 5     ○ 6     ○ 7</w:t>
            </w:r>
          </w:p>
        </w:tc>
      </w:tr>
    </w:tbl>
    <w:p>
      <w:pPr>
        <w:spacing w:before="160" w:after="80"/>
      </w:pPr>
      <w:r>
        <w:rPr>
          <w:rFonts w:ascii="Times New Roman" w:hAnsi="Times New Roman" w:eastAsia="Times New Roman"/>
          <w:b/>
          <w:i w:val="0"/>
          <w:sz w:val="23"/>
        </w:rPr>
        <w:t>Perceived Organizational Support / 感知组织支持</w:t>
      </w:r>
    </w:p>
    <w:p>
      <w:pPr>
        <w:spacing w:after="100" w:line="264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Please indicate the extent to which you agree with each statement about support from your organization (your university).</w:t>
        <w:br/>
      </w:r>
      <w:r>
        <w:rPr>
          <w:rFonts w:ascii="Microsoft YaHei" w:hAnsi="Microsoft YaHei" w:eastAsia="Microsoft YaHei"/>
          <w:sz w:val="20"/>
        </w:rPr>
        <w:t>请根据您对所在高校组织支持的实际感受，判断您对以下陈述的同意程度。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 = Strongly disagree / 非常不同意</w:t>
            </w:r>
          </w:p>
        </w:tc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 = Disagree / 不同意</w:t>
            </w:r>
          </w:p>
        </w:tc>
      </w:tr>
      <w:tr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 = Neither agree nor disagree / 一般</w:t>
            </w:r>
          </w:p>
        </w:tc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 = Agree / 同意</w:t>
            </w:r>
          </w:p>
        </w:tc>
      </w:tr>
      <w:tr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 = Strongly agree / 非常同意</w:t>
            </w:r>
          </w:p>
        </w:tc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D9D9"/>
              <w:bottom w:val="nil"/>
              <w:left w:val="nil"/>
              <w:right w:val="nil"/>
            </w:tcBorders>
          </w:tcPr>
          <w:p>
            <w:pPr>
              <w:spacing w:after="6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8. My organization values my contribution to its well-being.</w:t>
              <w:br/>
            </w:r>
            <w:r>
              <w:rPr>
                <w:rFonts w:ascii="Microsoft YaHei" w:hAnsi="Microsoft YaHei" w:eastAsia="Microsoft YaHei"/>
                <w:sz w:val="20"/>
              </w:rPr>
              <w:t>我所在高校重视我对学校发展的贡献。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○ 1     ○ 2     ○ 3     ○ 4     ○ 5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D9D9"/>
              <w:bottom w:val="nil"/>
              <w:left w:val="nil"/>
              <w:right w:val="nil"/>
            </w:tcBorders>
          </w:tcPr>
          <w:p>
            <w:pPr>
              <w:spacing w:after="6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9. My organization strongly considers my goals and values.</w:t>
              <w:br/>
            </w:r>
            <w:r>
              <w:rPr>
                <w:rFonts w:ascii="Microsoft YaHei" w:hAnsi="Microsoft YaHei" w:eastAsia="Microsoft YaHei"/>
                <w:sz w:val="20"/>
              </w:rPr>
              <w:t>我所在高校非常重视我的个人目标和价值观。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○ 1     ○ 2     ○ 3     ○ 4     ○ 5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D9D9"/>
              <w:bottom w:val="nil"/>
              <w:left w:val="nil"/>
              <w:right w:val="nil"/>
            </w:tcBorders>
          </w:tcPr>
          <w:p>
            <w:pPr>
              <w:spacing w:after="6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10. My organization really cares about my well-being.</w:t>
              <w:br/>
            </w:r>
            <w:r>
              <w:rPr>
                <w:rFonts w:ascii="Microsoft YaHei" w:hAnsi="Microsoft YaHei" w:eastAsia="Microsoft YaHei"/>
                <w:sz w:val="20"/>
              </w:rPr>
              <w:t>我所在高校真正关心我的福祉。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○ 1     ○ 2     ○ 3     ○ 4     ○ 5</w:t>
            </w:r>
          </w:p>
        </w:tc>
      </w:tr>
    </w:tbl>
    <w:p>
      <w:pPr>
        <w:spacing w:before="160" w:after="80"/>
      </w:pPr>
      <w:r>
        <w:rPr>
          <w:rFonts w:ascii="Times New Roman" w:hAnsi="Times New Roman" w:eastAsia="Times New Roman"/>
          <w:b/>
          <w:i w:val="0"/>
          <w:sz w:val="23"/>
        </w:rPr>
        <w:t>Professional Identification / 职业认同</w:t>
      </w:r>
    </w:p>
    <w:p>
      <w:pPr>
        <w:spacing w:after="100" w:line="264" w:lineRule="auto"/>
      </w:pPr>
      <w:r>
        <w:rPr>
          <w:rFonts w:ascii="Times New Roman" w:hAnsi="Times New Roman" w:eastAsia="Times New Roman"/>
          <w:b w:val="0"/>
          <w:i w:val="0"/>
          <w:sz w:val="20"/>
        </w:rPr>
        <w:t>Please indicate the extent to which you agree with each statement about your identification with university teachers as a professional group.</w:t>
        <w:br/>
      </w:r>
      <w:r>
        <w:rPr>
          <w:rFonts w:ascii="Microsoft YaHei" w:hAnsi="Microsoft YaHei" w:eastAsia="Microsoft YaHei"/>
          <w:sz w:val="20"/>
        </w:rPr>
        <w:t>请根据您对高校教师这一职业群体的认同程度，判断您对以下陈述的同意程度。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 = Strongly disagree / 非常不同意</w:t>
            </w:r>
          </w:p>
        </w:tc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 = Disagree / 不同意</w:t>
            </w:r>
          </w:p>
        </w:tc>
      </w:tr>
      <w:tr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 = Neither agree nor disagree / 一般</w:t>
            </w:r>
          </w:p>
        </w:tc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 = Agree / 同意</w:t>
            </w:r>
          </w:p>
        </w:tc>
      </w:tr>
      <w:tr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 = Strongly agree / 非常同意</w:t>
            </w:r>
          </w:p>
        </w:tc>
        <w:tc>
          <w:tcPr>
            <w:tcW w:type="dxa" w:w="4946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nil"/>
              <w:bottom w:val="nil"/>
              <w:left w:val="nil"/>
              <w:right w:val="nil"/>
            </w:tcBorders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D9D9"/>
              <w:bottom w:val="nil"/>
              <w:left w:val="nil"/>
              <w:right w:val="nil"/>
            </w:tcBorders>
          </w:tcPr>
          <w:p>
            <w:pPr>
              <w:spacing w:after="6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11. Criticism directed at university teachers feels personally insulting to me.</w:t>
              <w:br/>
            </w:r>
            <w:r>
              <w:rPr>
                <w:rFonts w:ascii="Microsoft YaHei" w:hAnsi="Microsoft YaHei" w:eastAsia="Microsoft YaHei"/>
                <w:sz w:val="20"/>
              </w:rPr>
              <w:t>当高校教师这一职业群体受到批评时，我会觉得自己也受到了冒犯。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○ 1     ○ 2     ○ 3     ○ 4     ○ 5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D9D9"/>
              <w:bottom w:val="nil"/>
              <w:left w:val="nil"/>
              <w:right w:val="nil"/>
            </w:tcBorders>
          </w:tcPr>
          <w:p>
            <w:pPr>
              <w:spacing w:after="6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12. I care greatly about how other people view university teachers.</w:t>
              <w:br/>
            </w:r>
            <w:r>
              <w:rPr>
                <w:rFonts w:ascii="Microsoft YaHei" w:hAnsi="Microsoft YaHei" w:eastAsia="Microsoft YaHei"/>
                <w:sz w:val="20"/>
              </w:rPr>
              <w:t>我非常在意他人如何看待高校教师这一职业群体。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○ 1     ○ 2     ○ 3     ○ 4     ○ 5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D9D9"/>
              <w:bottom w:val="nil"/>
              <w:left w:val="nil"/>
              <w:right w:val="nil"/>
            </w:tcBorders>
          </w:tcPr>
          <w:p>
            <w:pPr>
              <w:spacing w:after="6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13. When speaking about university teachers, I usually use “we” rather than “they.”</w:t>
              <w:br/>
            </w:r>
            <w:r>
              <w:rPr>
                <w:rFonts w:ascii="Microsoft YaHei" w:hAnsi="Microsoft YaHei" w:eastAsia="Microsoft YaHei"/>
                <w:sz w:val="20"/>
              </w:rPr>
              <w:t>当谈到高校教师时，我通常使用“我们”而不是“他们”。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○ 1     ○ 2     ○ 3     ○ 4     ○ 5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D9D9"/>
              <w:bottom w:val="nil"/>
              <w:left w:val="nil"/>
              <w:right w:val="nil"/>
            </w:tcBorders>
          </w:tcPr>
          <w:p>
            <w:pPr>
              <w:spacing w:after="6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14. The successes of university teachers feel like my own successes.</w:t>
              <w:br/>
            </w:r>
            <w:r>
              <w:rPr>
                <w:rFonts w:ascii="Microsoft YaHei" w:hAnsi="Microsoft YaHei" w:eastAsia="Microsoft YaHei"/>
                <w:sz w:val="20"/>
              </w:rPr>
              <w:t>高校教师这一职业群体取得的成功，会让我觉得也是自己的成功。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○ 1     ○ 2     ○ 3     ○ 4     ○ 5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D9D9"/>
              <w:bottom w:val="nil"/>
              <w:left w:val="nil"/>
              <w:right w:val="nil"/>
            </w:tcBorders>
          </w:tcPr>
          <w:p>
            <w:pPr>
              <w:spacing w:after="6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15. Praise directed at university teachers feels personally affirming to me.</w:t>
              <w:br/>
            </w:r>
            <w:r>
              <w:rPr>
                <w:rFonts w:ascii="Microsoft YaHei" w:hAnsi="Microsoft YaHei" w:eastAsia="Microsoft YaHei"/>
                <w:sz w:val="20"/>
              </w:rPr>
              <w:t>当高校教师这一职业群体受到赞扬时，我会感觉自己也得到了肯定。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○ 1     ○ 2     ○ 3     ○ 4     ○ 5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D9D9"/>
              <w:bottom w:val="nil"/>
              <w:left w:val="nil"/>
              <w:right w:val="nil"/>
            </w:tcBorders>
          </w:tcPr>
          <w:p>
            <w:pPr>
              <w:spacing w:after="6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16. Negative media coverage of university teachers would make me feel embarrassed.</w:t>
              <w:br/>
            </w:r>
            <w:r>
              <w:rPr>
                <w:rFonts w:ascii="Microsoft YaHei" w:hAnsi="Microsoft YaHei" w:eastAsia="Microsoft YaHei"/>
                <w:sz w:val="20"/>
              </w:rPr>
              <w:t>当媒体对高校教师进行负面报道时，我会感到尴尬。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○ 1     ○ 2     ○ 3     ○ 4     ○ 5</w:t>
            </w:r>
          </w:p>
        </w:tc>
      </w:tr>
    </w:tbl>
    <w:p>
      <w:pPr>
        <w:spacing w:before="200"/>
        <w:jc w:val="center"/>
      </w:pPr>
      <w:r>
        <w:rPr>
          <w:rFonts w:ascii="Times New Roman" w:hAnsi="Times New Roman" w:eastAsia="Times New Roman"/>
          <w:b/>
          <w:i w:val="0"/>
          <w:sz w:val="21"/>
        </w:rPr>
        <w:t>Thank you for your participation. / 感谢您的参与。</w:t>
      </w:r>
    </w:p>
    <w:sectPr w:rsidR="00FC693F" w:rsidRPr="0006063C" w:rsidSect="00034616">
      <w:pgSz w:w="11909" w:h="16834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