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4"/>
        </w:rPr>
        <w:t>Additional file 1. Preferred Reporting Items for Systematic reviews and Meta-Analyses extension for Scoping Reviews (PRISMA-ScR) Checklist</w:t>
      </w:r>
    </w:p>
    <w:p>
      <w:r>
        <w:t>Workplace experiences of neurodivergent nurses: a scoping review. Page numbers refer to the manuscript as submitted to BMC Nursing.</w:t>
      </w:r>
    </w:p>
    <w:tbl>
      <w:tblPr>
        <w:tblStyle w:val="TableGrid"/>
        <w:tblW w:type="auto" w:w="0"/>
        <w:tblLayout w:type="fixed"/>
        <w:tblLook w:firstColumn="1" w:firstRow="1" w:lastColumn="0" w:lastRow="0" w:noHBand="0" w:noVBand="1" w:val="04A0"/>
      </w:tblPr>
      <w:tblGrid>
        <w:gridCol w:w="2551"/>
        <w:gridCol w:w="680"/>
        <w:gridCol w:w="7654"/>
        <w:gridCol w:w="3685"/>
      </w:tblGrid>
      <w:tr>
        <w:tc>
          <w:tcPr>
            <w:tcW w:type="dxa" w:w="2551"/>
          </w:tcPr>
          <w:p>
            <w:r/>
            <w:r>
              <w:rPr>
                <w:b/>
              </w:rPr>
              <w:t>SECTION</w:t>
            </w:r>
          </w:p>
        </w:tc>
        <w:tc>
          <w:tcPr>
            <w:tcW w:type="dxa" w:w="680"/>
          </w:tcPr>
          <w:p>
            <w:r/>
            <w:r>
              <w:rPr>
                <w:b/>
              </w:rPr>
              <w:t>ITEM</w:t>
            </w:r>
          </w:p>
        </w:tc>
        <w:tc>
          <w:tcPr>
            <w:tcW w:type="dxa" w:w="7654"/>
          </w:tcPr>
          <w:p>
            <w:r/>
            <w:r>
              <w:rPr>
                <w:b/>
              </w:rPr>
              <w:t>PRISMA-ScR CHECKLIST ITEM</w:t>
            </w:r>
          </w:p>
        </w:tc>
        <w:tc>
          <w:tcPr>
            <w:tcW w:type="dxa" w:w="3685"/>
          </w:tcPr>
          <w:p>
            <w:r>
              <w:t>REPORTED ON PAGE #</w:t>
            </w:r>
            <w:r>
              <w:rPr>
                <w:b/>
              </w:rPr>
            </w:r>
          </w:p>
        </w:tc>
      </w:tr>
      <w:tr>
        <w:tc>
          <w:tcPr>
            <w:tcW w:type="dxa" w:w="3345"/>
            <w:gridSpan w:val="4"/>
          </w:tcPr>
          <w:p>
            <w:r/>
            <w:r>
              <w:rPr>
                <w:b/>
              </w:rPr>
              <w:t>TITLE</w:t>
            </w:r>
          </w:p>
        </w:tc>
      </w:tr>
      <w:tr>
        <w:tc>
          <w:tcPr>
            <w:tcW w:type="dxa" w:w="2551"/>
          </w:tcPr>
          <w:p>
            <w:r>
              <w:t>Title</w:t>
            </w:r>
          </w:p>
        </w:tc>
        <w:tc>
          <w:tcPr>
            <w:tcW w:type="dxa" w:w="680"/>
          </w:tcPr>
          <w:p>
            <w:r>
              <w:t>1</w:t>
            </w:r>
          </w:p>
        </w:tc>
        <w:tc>
          <w:tcPr>
            <w:tcW w:type="dxa" w:w="7654"/>
          </w:tcPr>
          <w:p>
            <w:r>
              <w:t>Identify the report as a scoping review.</w:t>
            </w:r>
          </w:p>
        </w:tc>
        <w:tc>
          <w:tcPr>
            <w:tcW w:type="dxa" w:w="3685"/>
          </w:tcPr>
          <w:p>
            <w:r>
              <w:t>p. 1 (title)</w:t>
            </w:r>
          </w:p>
        </w:tc>
      </w:tr>
      <w:tr>
        <w:tc>
          <w:tcPr>
            <w:tcW w:type="dxa" w:w="3345"/>
            <w:gridSpan w:val="4"/>
          </w:tcPr>
          <w:p>
            <w:r/>
            <w:r>
              <w:rPr>
                <w:b/>
              </w:rPr>
              <w:t>ABSTRACT</w:t>
            </w:r>
          </w:p>
        </w:tc>
      </w:tr>
      <w:tr>
        <w:tc>
          <w:tcPr>
            <w:tcW w:type="dxa" w:w="2551"/>
          </w:tcPr>
          <w:p>
            <w:r>
              <w:t>Structured summary</w:t>
            </w:r>
          </w:p>
        </w:tc>
        <w:tc>
          <w:tcPr>
            <w:tcW w:type="dxa" w:w="680"/>
          </w:tcPr>
          <w:p>
            <w:r>
              <w:t>2</w:t>
            </w:r>
          </w:p>
        </w:tc>
        <w:tc>
          <w:tcPr>
            <w:tcW w:type="dxa" w:w="7654"/>
          </w:tcPr>
          <w:p>
            <w:r>
              <w:t>Provide a structured summary that includes (as applicable): background, objectives, eligibility criteria, sources of evidence, charting methods, results, and conclusions that relate to the review questions and objectives.</w:t>
            </w:r>
          </w:p>
        </w:tc>
        <w:tc>
          <w:tcPr>
            <w:tcW w:type="dxa" w:w="3685"/>
          </w:tcPr>
          <w:p>
            <w:r>
              <w:t>Abstract, pp. 1–2</w:t>
            </w:r>
          </w:p>
        </w:tc>
      </w:tr>
      <w:tr>
        <w:tc>
          <w:tcPr>
            <w:tcW w:type="dxa" w:w="3345"/>
            <w:gridSpan w:val="4"/>
          </w:tcPr>
          <w:p>
            <w:r/>
            <w:r>
              <w:rPr>
                <w:b/>
              </w:rPr>
              <w:t>INTRODUCTION</w:t>
            </w:r>
          </w:p>
        </w:tc>
      </w:tr>
      <w:tr>
        <w:tc>
          <w:tcPr>
            <w:tcW w:type="dxa" w:w="2551"/>
          </w:tcPr>
          <w:p>
            <w:r>
              <w:t>Rationale</w:t>
            </w:r>
          </w:p>
        </w:tc>
        <w:tc>
          <w:tcPr>
            <w:tcW w:type="dxa" w:w="680"/>
          </w:tcPr>
          <w:p>
            <w:r>
              <w:t>3</w:t>
            </w:r>
          </w:p>
        </w:tc>
        <w:tc>
          <w:tcPr>
            <w:tcW w:type="dxa" w:w="7654"/>
          </w:tcPr>
          <w:p>
            <w:r>
              <w:t>Describe the rationale for the review in the context of what is already known. Explain why the review questions/objectives lend themselves to a scoping review approach.</w:t>
            </w:r>
          </w:p>
        </w:tc>
        <w:tc>
          <w:tcPr>
            <w:tcW w:type="dxa" w:w="3685"/>
          </w:tcPr>
          <w:p>
            <w:r>
              <w:t>Background, pp. 3–5</w:t>
            </w:r>
          </w:p>
        </w:tc>
      </w:tr>
      <w:tr>
        <w:tc>
          <w:tcPr>
            <w:tcW w:type="dxa" w:w="2551"/>
          </w:tcPr>
          <w:p>
            <w:r>
              <w:t>Objectives</w:t>
            </w:r>
          </w:p>
        </w:tc>
        <w:tc>
          <w:tcPr>
            <w:tcW w:type="dxa" w:w="680"/>
          </w:tcPr>
          <w:p>
            <w:r>
              <w:t>4</w:t>
            </w:r>
          </w:p>
        </w:tc>
        <w:tc>
          <w:tcPr>
            <w:tcW w:type="dxa" w:w="7654"/>
          </w:tcPr>
          <w:p>
            <w: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type="dxa" w:w="3685"/>
          </w:tcPr>
          <w:p>
            <w:r>
              <w:t>Aims, pp. 5–6</w:t>
            </w:r>
          </w:p>
        </w:tc>
      </w:tr>
      <w:tr>
        <w:tc>
          <w:tcPr>
            <w:tcW w:type="dxa" w:w="3345"/>
            <w:gridSpan w:val="4"/>
          </w:tcPr>
          <w:p>
            <w:r/>
            <w:r>
              <w:rPr>
                <w:b/>
              </w:rPr>
              <w:t>METHODS</w:t>
            </w:r>
          </w:p>
        </w:tc>
      </w:tr>
      <w:tr>
        <w:tc>
          <w:tcPr>
            <w:tcW w:type="dxa" w:w="2551"/>
          </w:tcPr>
          <w:p>
            <w:r>
              <w:t>Protocol and registration</w:t>
            </w:r>
          </w:p>
        </w:tc>
        <w:tc>
          <w:tcPr>
            <w:tcW w:type="dxa" w:w="680"/>
          </w:tcPr>
          <w:p>
            <w:r>
              <w:t>5</w:t>
            </w:r>
          </w:p>
        </w:tc>
        <w:tc>
          <w:tcPr>
            <w:tcW w:type="dxa" w:w="7654"/>
          </w:tcPr>
          <w:p>
            <w:r>
              <w:t>Indicate whether a review protocol exists; state if and where it can be accessed (e.g., a Web address); and if available, provide registration information, including the registration number.</w:t>
            </w:r>
          </w:p>
        </w:tc>
        <w:tc>
          <w:tcPr>
            <w:tcW w:type="dxa" w:w="3685"/>
          </w:tcPr>
          <w:p>
            <w:r>
              <w:t>Abstract, p. 2; Methods, p. 8; Availability of data and materials, p. 38</w:t>
            </w:r>
          </w:p>
        </w:tc>
      </w:tr>
      <w:tr>
        <w:tc>
          <w:tcPr>
            <w:tcW w:type="dxa" w:w="2551"/>
          </w:tcPr>
          <w:p>
            <w:r>
              <w:t>Eligibility criteria</w:t>
            </w:r>
          </w:p>
        </w:tc>
        <w:tc>
          <w:tcPr>
            <w:tcW w:type="dxa" w:w="680"/>
          </w:tcPr>
          <w:p>
            <w:r>
              <w:t>6</w:t>
            </w:r>
          </w:p>
        </w:tc>
        <w:tc>
          <w:tcPr>
            <w:tcW w:type="dxa" w:w="7654"/>
          </w:tcPr>
          <w:p>
            <w:r>
              <w:t>Specify characteristics of the sources of evidence used as eligibility criteria (e.g., years considered, language, and publication status), and provide a rationale.</w:t>
            </w:r>
          </w:p>
        </w:tc>
        <w:tc>
          <w:tcPr>
            <w:tcW w:type="dxa" w:w="3685"/>
          </w:tcPr>
          <w:p>
            <w:r>
              <w:t>Inclusion and Exclusion Criteria, p. 8</w:t>
            </w:r>
          </w:p>
        </w:tc>
      </w:tr>
      <w:tr>
        <w:tc>
          <w:tcPr>
            <w:tcW w:type="dxa" w:w="2551"/>
          </w:tcPr>
          <w:p>
            <w:r>
              <w:t>Information sources*</w:t>
            </w:r>
          </w:p>
        </w:tc>
        <w:tc>
          <w:tcPr>
            <w:tcW w:type="dxa" w:w="680"/>
          </w:tcPr>
          <w:p>
            <w:r>
              <w:t>7</w:t>
            </w:r>
          </w:p>
        </w:tc>
        <w:tc>
          <w:tcPr>
            <w:tcW w:type="dxa" w:w="7654"/>
          </w:tcPr>
          <w:p>
            <w:r>
              <w:t>Describe all information sources in the search (e.g., databases with dates of coverage and contact with authors to identify additional sources), as well as the date the most recent search was executed.</w:t>
            </w:r>
          </w:p>
        </w:tc>
        <w:tc>
          <w:tcPr>
            <w:tcW w:type="dxa" w:w="3685"/>
          </w:tcPr>
          <w:p>
            <w:r>
              <w:t>Search Methods, p. 7</w:t>
            </w:r>
          </w:p>
        </w:tc>
      </w:tr>
      <w:tr>
        <w:tc>
          <w:tcPr>
            <w:tcW w:type="dxa" w:w="2551"/>
          </w:tcPr>
          <w:p>
            <w:r>
              <w:t>Search</w:t>
            </w:r>
          </w:p>
        </w:tc>
        <w:tc>
          <w:tcPr>
            <w:tcW w:type="dxa" w:w="680"/>
          </w:tcPr>
          <w:p>
            <w:r>
              <w:t>8</w:t>
            </w:r>
          </w:p>
        </w:tc>
        <w:tc>
          <w:tcPr>
            <w:tcW w:type="dxa" w:w="7654"/>
          </w:tcPr>
          <w:p>
            <w:r>
              <w:t>Present the full electronic search strategy for at least 1 database, including any limits used, such that it could be repeated.</w:t>
            </w:r>
          </w:p>
        </w:tc>
        <w:tc>
          <w:tcPr>
            <w:tcW w:type="dxa" w:w="3685"/>
          </w:tcPr>
          <w:p>
            <w:r>
              <w:t>Search Methods, pp. 7–8; Additional file 2</w:t>
            </w:r>
          </w:p>
        </w:tc>
      </w:tr>
      <w:tr>
        <w:tc>
          <w:tcPr>
            <w:tcW w:type="dxa" w:w="2551"/>
          </w:tcPr>
          <w:p>
            <w:r>
              <w:t>Selection of sources of evidence†</w:t>
            </w:r>
          </w:p>
        </w:tc>
        <w:tc>
          <w:tcPr>
            <w:tcW w:type="dxa" w:w="680"/>
          </w:tcPr>
          <w:p>
            <w:r>
              <w:t>9</w:t>
            </w:r>
          </w:p>
        </w:tc>
        <w:tc>
          <w:tcPr>
            <w:tcW w:type="dxa" w:w="7654"/>
          </w:tcPr>
          <w:p>
            <w:r>
              <w:t>State the process for selecting sources of evidence (i.e., screening and eligibility) included in the scoping review.</w:t>
            </w:r>
          </w:p>
        </w:tc>
        <w:tc>
          <w:tcPr>
            <w:tcW w:type="dxa" w:w="3685"/>
          </w:tcPr>
          <w:p>
            <w:r>
              <w:t>Search Outcome, p. 9</w:t>
            </w:r>
          </w:p>
        </w:tc>
      </w:tr>
      <w:tr>
        <w:tc>
          <w:tcPr>
            <w:tcW w:type="dxa" w:w="2551"/>
          </w:tcPr>
          <w:p>
            <w:r>
              <w:t>Data charting process‡</w:t>
            </w:r>
          </w:p>
        </w:tc>
        <w:tc>
          <w:tcPr>
            <w:tcW w:type="dxa" w:w="680"/>
          </w:tcPr>
          <w:p>
            <w:r>
              <w:t>10</w:t>
            </w:r>
          </w:p>
        </w:tc>
        <w:tc>
          <w:tcPr>
            <w:tcW w:type="dxa" w:w="7654"/>
          </w:tcPr>
          <w:p>
            <w: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type="dxa" w:w="3685"/>
          </w:tcPr>
          <w:p>
            <w:r>
              <w:t>Data Extraction, p. 9</w:t>
            </w:r>
          </w:p>
        </w:tc>
      </w:tr>
      <w:tr>
        <w:tc>
          <w:tcPr>
            <w:tcW w:type="dxa" w:w="2551"/>
          </w:tcPr>
          <w:p>
            <w:r>
              <w:t>Data items</w:t>
            </w:r>
          </w:p>
        </w:tc>
        <w:tc>
          <w:tcPr>
            <w:tcW w:type="dxa" w:w="680"/>
          </w:tcPr>
          <w:p>
            <w:r>
              <w:t>11</w:t>
            </w:r>
          </w:p>
        </w:tc>
        <w:tc>
          <w:tcPr>
            <w:tcW w:type="dxa" w:w="7654"/>
          </w:tcPr>
          <w:p>
            <w:r>
              <w:t>List and define all variables for which data were sought and any assumptions and simplifications made.</w:t>
            </w:r>
          </w:p>
        </w:tc>
        <w:tc>
          <w:tcPr>
            <w:tcW w:type="dxa" w:w="3685"/>
          </w:tcPr>
          <w:p>
            <w:r>
              <w:t>Data Extraction, p. 9</w:t>
            </w:r>
          </w:p>
        </w:tc>
      </w:tr>
      <w:tr>
        <w:tc>
          <w:tcPr>
            <w:tcW w:type="dxa" w:w="2551"/>
          </w:tcPr>
          <w:p>
            <w:r>
              <w:t>Critical appraisal of individual sources of evidence§</w:t>
            </w:r>
          </w:p>
        </w:tc>
        <w:tc>
          <w:tcPr>
            <w:tcW w:type="dxa" w:w="680"/>
          </w:tcPr>
          <w:p>
            <w:r>
              <w:t>12</w:t>
            </w:r>
          </w:p>
        </w:tc>
        <w:tc>
          <w:tcPr>
            <w:tcW w:type="dxa" w:w="7654"/>
          </w:tcPr>
          <w:p>
            <w:r>
              <w:t>If done, provide a rationale for conducting a critical appraisal of included sources of evidence; describe the methods used and how this information was used in any data synthesis (if appropriate).</w:t>
            </w:r>
          </w:p>
        </w:tc>
        <w:tc>
          <w:tcPr>
            <w:tcW w:type="dxa" w:w="3685"/>
          </w:tcPr>
          <w:p>
            <w:r>
              <w:t>N/A – not undertaken (Quality Appraisal, p. 9)</w:t>
            </w:r>
          </w:p>
        </w:tc>
      </w:tr>
      <w:tr>
        <w:tc>
          <w:tcPr>
            <w:tcW w:type="dxa" w:w="2551"/>
          </w:tcPr>
          <w:p>
            <w:r>
              <w:t>Synthesis of results</w:t>
            </w:r>
          </w:p>
        </w:tc>
        <w:tc>
          <w:tcPr>
            <w:tcW w:type="dxa" w:w="680"/>
          </w:tcPr>
          <w:p>
            <w:r>
              <w:t>13</w:t>
            </w:r>
          </w:p>
        </w:tc>
        <w:tc>
          <w:tcPr>
            <w:tcW w:type="dxa" w:w="7654"/>
          </w:tcPr>
          <w:p>
            <w:r>
              <w:t>Describe the methods of handling and summarizing the data that were charted.</w:t>
            </w:r>
          </w:p>
        </w:tc>
        <w:tc>
          <w:tcPr>
            <w:tcW w:type="dxa" w:w="3685"/>
          </w:tcPr>
          <w:p>
            <w:r>
              <w:t>Synthesis, pp. 10–11</w:t>
            </w:r>
          </w:p>
        </w:tc>
      </w:tr>
      <w:tr>
        <w:tc>
          <w:tcPr>
            <w:tcW w:type="dxa" w:w="3345"/>
            <w:gridSpan w:val="4"/>
          </w:tcPr>
          <w:p>
            <w:r/>
            <w:r>
              <w:rPr>
                <w:b/>
              </w:rPr>
              <w:t>RESULTS</w:t>
            </w:r>
          </w:p>
        </w:tc>
      </w:tr>
      <w:tr>
        <w:tc>
          <w:tcPr>
            <w:tcW w:type="dxa" w:w="2551"/>
          </w:tcPr>
          <w:p>
            <w:r>
              <w:t>Selection of sources of evidence</w:t>
            </w:r>
          </w:p>
        </w:tc>
        <w:tc>
          <w:tcPr>
            <w:tcW w:type="dxa" w:w="680"/>
          </w:tcPr>
          <w:p>
            <w:r>
              <w:t>14</w:t>
            </w:r>
          </w:p>
        </w:tc>
        <w:tc>
          <w:tcPr>
            <w:tcW w:type="dxa" w:w="7654"/>
          </w:tcPr>
          <w:p>
            <w:r>
              <w:t>Give numbers of sources of evidence screened, assessed for eligibility, and included in the review, with reasons for exclusions at each stage, ideally using a flow diagram.</w:t>
            </w:r>
          </w:p>
        </w:tc>
        <w:tc>
          <w:tcPr>
            <w:tcW w:type="dxa" w:w="3685"/>
          </w:tcPr>
          <w:p>
            <w:r>
              <w:t>Results, pp. 11–12 (Figure 1)</w:t>
            </w:r>
          </w:p>
        </w:tc>
      </w:tr>
      <w:tr>
        <w:tc>
          <w:tcPr>
            <w:tcW w:type="dxa" w:w="2551"/>
          </w:tcPr>
          <w:p>
            <w:r>
              <w:t>Characteristics of sources of evidence</w:t>
            </w:r>
          </w:p>
        </w:tc>
        <w:tc>
          <w:tcPr>
            <w:tcW w:type="dxa" w:w="680"/>
          </w:tcPr>
          <w:p>
            <w:r>
              <w:t>15</w:t>
            </w:r>
          </w:p>
        </w:tc>
        <w:tc>
          <w:tcPr>
            <w:tcW w:type="dxa" w:w="7654"/>
          </w:tcPr>
          <w:p>
            <w:r>
              <w:t>For each source of evidence, present characteristics for which data were charted and provide the citations.</w:t>
            </w:r>
          </w:p>
        </w:tc>
        <w:tc>
          <w:tcPr>
            <w:tcW w:type="dxa" w:w="3685"/>
          </w:tcPr>
          <w:p>
            <w:r>
              <w:t>Characteristics of Included Sources, pp. 12–17 (Table 1)</w:t>
            </w:r>
          </w:p>
        </w:tc>
      </w:tr>
      <w:tr>
        <w:tc>
          <w:tcPr>
            <w:tcW w:type="dxa" w:w="2551"/>
          </w:tcPr>
          <w:p>
            <w:r>
              <w:t>Critical appraisal within sources of evidence</w:t>
            </w:r>
          </w:p>
        </w:tc>
        <w:tc>
          <w:tcPr>
            <w:tcW w:type="dxa" w:w="680"/>
          </w:tcPr>
          <w:p>
            <w:r>
              <w:t>16</w:t>
            </w:r>
          </w:p>
        </w:tc>
        <w:tc>
          <w:tcPr>
            <w:tcW w:type="dxa" w:w="7654"/>
          </w:tcPr>
          <w:p>
            <w:r>
              <w:t>If done, present data on critical appraisal of included sources of evidence (see item 12).</w:t>
            </w:r>
          </w:p>
        </w:tc>
        <w:tc>
          <w:tcPr>
            <w:tcW w:type="dxa" w:w="3685"/>
          </w:tcPr>
          <w:p>
            <w:r>
              <w:t>N/A</w:t>
            </w:r>
          </w:p>
        </w:tc>
      </w:tr>
      <w:tr>
        <w:tc>
          <w:tcPr>
            <w:tcW w:type="dxa" w:w="2551"/>
          </w:tcPr>
          <w:p>
            <w:r>
              <w:t>Results of individual sources of evidence</w:t>
            </w:r>
          </w:p>
        </w:tc>
        <w:tc>
          <w:tcPr>
            <w:tcW w:type="dxa" w:w="680"/>
          </w:tcPr>
          <w:p>
            <w:r>
              <w:t>17</w:t>
            </w:r>
          </w:p>
        </w:tc>
        <w:tc>
          <w:tcPr>
            <w:tcW w:type="dxa" w:w="7654"/>
          </w:tcPr>
          <w:p>
            <w:r>
              <w:t>For each included source of evidence, present the relevant data that were charted that relate to the review questions and objectives.</w:t>
            </w:r>
          </w:p>
        </w:tc>
        <w:tc>
          <w:tcPr>
            <w:tcW w:type="dxa" w:w="3685"/>
          </w:tcPr>
          <w:p>
            <w:r>
              <w:t>Table 1, pp. 14–17</w:t>
            </w:r>
          </w:p>
        </w:tc>
      </w:tr>
      <w:tr>
        <w:tc>
          <w:tcPr>
            <w:tcW w:type="dxa" w:w="2551"/>
          </w:tcPr>
          <w:p>
            <w:r>
              <w:t>Synthesis of results</w:t>
            </w:r>
          </w:p>
        </w:tc>
        <w:tc>
          <w:tcPr>
            <w:tcW w:type="dxa" w:w="680"/>
          </w:tcPr>
          <w:p>
            <w:r>
              <w:t>18</w:t>
            </w:r>
          </w:p>
        </w:tc>
        <w:tc>
          <w:tcPr>
            <w:tcW w:type="dxa" w:w="7654"/>
          </w:tcPr>
          <w:p>
            <w:r>
              <w:t>Summarize and/or present the charting results as they relate to the review questions and objectives.</w:t>
            </w:r>
          </w:p>
        </w:tc>
        <w:tc>
          <w:tcPr>
            <w:tcW w:type="dxa" w:w="3685"/>
          </w:tcPr>
          <w:p>
            <w:r>
              <w:t>Results, pp. 17–28 (Table 2)</w:t>
            </w:r>
          </w:p>
        </w:tc>
      </w:tr>
      <w:tr>
        <w:tc>
          <w:tcPr>
            <w:tcW w:type="dxa" w:w="3345"/>
            <w:gridSpan w:val="4"/>
          </w:tcPr>
          <w:p>
            <w:r/>
            <w:r>
              <w:rPr>
                <w:b/>
              </w:rPr>
              <w:t>DISCUSSION</w:t>
            </w:r>
          </w:p>
        </w:tc>
      </w:tr>
      <w:tr>
        <w:tc>
          <w:tcPr>
            <w:tcW w:type="dxa" w:w="2551"/>
          </w:tcPr>
          <w:p>
            <w:r>
              <w:t>Summary of evidence</w:t>
            </w:r>
          </w:p>
        </w:tc>
        <w:tc>
          <w:tcPr>
            <w:tcW w:type="dxa" w:w="680"/>
          </w:tcPr>
          <w:p>
            <w:r>
              <w:t>19</w:t>
            </w:r>
          </w:p>
        </w:tc>
        <w:tc>
          <w:tcPr>
            <w:tcW w:type="dxa" w:w="7654"/>
          </w:tcPr>
          <w:p>
            <w:r>
              <w:t>Summarize the main results (including an overview of concepts, themes, and types of evidence available), link to the review questions and objectives, and consider the relevance to key groups.</w:t>
            </w:r>
          </w:p>
        </w:tc>
        <w:tc>
          <w:tcPr>
            <w:tcW w:type="dxa" w:w="3685"/>
          </w:tcPr>
          <w:p>
            <w:r>
              <w:t>Discussion, pp. 28–35</w:t>
            </w:r>
          </w:p>
        </w:tc>
      </w:tr>
      <w:tr>
        <w:tc>
          <w:tcPr>
            <w:tcW w:type="dxa" w:w="2551"/>
          </w:tcPr>
          <w:p>
            <w:r>
              <w:t>Limitations</w:t>
            </w:r>
          </w:p>
        </w:tc>
        <w:tc>
          <w:tcPr>
            <w:tcW w:type="dxa" w:w="680"/>
          </w:tcPr>
          <w:p>
            <w:r>
              <w:t>20</w:t>
            </w:r>
          </w:p>
        </w:tc>
        <w:tc>
          <w:tcPr>
            <w:tcW w:type="dxa" w:w="7654"/>
          </w:tcPr>
          <w:p>
            <w:r>
              <w:t>Discuss the limitations of the scoping review process.</w:t>
            </w:r>
          </w:p>
        </w:tc>
        <w:tc>
          <w:tcPr>
            <w:tcW w:type="dxa" w:w="3685"/>
          </w:tcPr>
          <w:p>
            <w:r>
              <w:t>Limitations, pp. 35–36</w:t>
            </w:r>
          </w:p>
        </w:tc>
      </w:tr>
      <w:tr>
        <w:tc>
          <w:tcPr>
            <w:tcW w:type="dxa" w:w="2551"/>
          </w:tcPr>
          <w:p>
            <w:r>
              <w:t>Conclusions</w:t>
            </w:r>
          </w:p>
        </w:tc>
        <w:tc>
          <w:tcPr>
            <w:tcW w:type="dxa" w:w="680"/>
          </w:tcPr>
          <w:p>
            <w:r>
              <w:t>21</w:t>
            </w:r>
          </w:p>
        </w:tc>
        <w:tc>
          <w:tcPr>
            <w:tcW w:type="dxa" w:w="7654"/>
          </w:tcPr>
          <w:p>
            <w:r>
              <w:t>Provide a general interpretation of the results with respect to the review questions and objectives, as well as potential implications and/or next steps.</w:t>
            </w:r>
          </w:p>
        </w:tc>
        <w:tc>
          <w:tcPr>
            <w:tcW w:type="dxa" w:w="3685"/>
          </w:tcPr>
          <w:p>
            <w:r>
              <w:t>Conclusions, pp. 36–37</w:t>
            </w:r>
          </w:p>
        </w:tc>
      </w:tr>
      <w:tr>
        <w:tc>
          <w:tcPr>
            <w:tcW w:type="dxa" w:w="3345"/>
            <w:gridSpan w:val="4"/>
          </w:tcPr>
          <w:p>
            <w:r/>
            <w:r>
              <w:rPr>
                <w:b/>
              </w:rPr>
              <w:t>FUNDING</w:t>
            </w:r>
          </w:p>
        </w:tc>
      </w:tr>
      <w:tr>
        <w:tc>
          <w:tcPr>
            <w:tcW w:type="dxa" w:w="2551"/>
          </w:tcPr>
          <w:p>
            <w:r>
              <w:t>Funding</w:t>
            </w:r>
          </w:p>
        </w:tc>
        <w:tc>
          <w:tcPr>
            <w:tcW w:type="dxa" w:w="680"/>
          </w:tcPr>
          <w:p>
            <w:r>
              <w:t>22</w:t>
            </w:r>
          </w:p>
        </w:tc>
        <w:tc>
          <w:tcPr>
            <w:tcW w:type="dxa" w:w="7654"/>
          </w:tcPr>
          <w:p>
            <w:r>
              <w:t>Describe sources of funding for the included sources of evidence, as well as sources of funding for the scoping review. Describe the role of the funders of the scoping review.</w:t>
            </w:r>
          </w:p>
        </w:tc>
        <w:tc>
          <w:tcPr>
            <w:tcW w:type="dxa" w:w="3685"/>
          </w:tcPr>
          <w:p>
            <w:r>
              <w:t>Declarations – Funding, p. 38</w:t>
            </w:r>
          </w:p>
        </w:tc>
      </w:tr>
    </w:tbl>
    <w:p>
      <w:r>
        <w:rPr>
          <w:sz w:val="16"/>
        </w:rPr>
        <w:t>JBI = Joanna Briggs Institute; PRISMA-ScR = Preferred Reporting Items for Systematic reviews and Meta-Analyses extension for Scoping Reviews.</w:t>
      </w:r>
    </w:p>
    <w:p>
      <w:r>
        <w:rPr>
          <w:sz w:val="16"/>
        </w:rPr>
        <w:t>* Where sources of evidence (see second footnote) are compiled from, such as bibliographic databases, social media platforms, and Web sites.</w:t>
      </w:r>
    </w:p>
    <w:p>
      <w:r>
        <w:rPr>
          <w:sz w:val="16"/>
        </w:rPr>
        <w:t>†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information sources (see first footnote).</w:t>
      </w:r>
    </w:p>
    <w:p>
      <w:r>
        <w:rPr>
          <w:sz w:val="16"/>
        </w:rPr>
        <w:t>‡ The frameworks by Arksey and O’Malley (6) and Levac and colleagues (7) and the JBI guidance (4, 5) refer to the process of data extraction in a scoping review as data charting.</w:t>
      </w:r>
    </w:p>
    <w:p>
      <w:r>
        <w:rPr>
          <w:sz w:val="16"/>
        </w:rPr>
        <w:t>§ 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r>
        <w:rPr>
          <w:sz w:val="16"/>
        </w:rPr>
        <w:t>From: Tricco AC, Lillie E, Zarin W, O'Brien KK, Colquhoun H, Levac D, et al. PRISMA Extension for Scoping Reviews (PRISMAScR): Checklist and Explanation. Ann Intern Med. 2018;169:467–473. doi: 10.7326/M18-0850.</w:t>
      </w:r>
    </w:p>
    <w:sectPr w:rsidR="00FC693F" w:rsidRPr="0006063C" w:rsidSect="00034616">
      <w:pgSz w:w="16838" w:h="11906"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ategory/>
  <cp:contentStatus/>
  <dc:identifier/>
  <dc:language/>
  <cp:version/>
</cp:coreProperties>
</file>