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A7862" w14:textId="77777777" w:rsidR="002D7CEA" w:rsidRDefault="00C31D3C">
      <w:pPr>
        <w:pStyle w:val="Title"/>
      </w:pPr>
      <w:r>
        <w:t>Additional File 2. Semi-structured interview and focus-group discussion guides</w:t>
      </w:r>
    </w:p>
    <w:p w14:paraId="557924E3" w14:textId="77777777" w:rsidR="002D7CEA" w:rsidRDefault="00C31D3C">
      <w:pPr>
        <w:pStyle w:val="Subtitle"/>
      </w:pPr>
      <w:r>
        <w:t>Physician Associate Rural Primary Care Deployment Study</w:t>
      </w:r>
    </w:p>
    <w:p w14:paraId="2388F7C7" w14:textId="77777777" w:rsidR="002D7CEA" w:rsidRDefault="00C31D3C">
      <w:pPr>
        <w:pStyle w:val="Heading3"/>
      </w:pPr>
      <w:r>
        <w:t>Introductory note</w:t>
      </w:r>
    </w:p>
    <w:p w14:paraId="58964291" w14:textId="77777777" w:rsidR="002D7CEA" w:rsidRDefault="00C31D3C">
      <w:r>
        <w:t>The semi-structured interview and focus-group discussion guides were developed specifically for this study, informed by the study objectives, case-study protocol and relevant literature, and reviewed and refined with the doctoral supervisory team and qualitative-research experts before use.</w:t>
      </w:r>
    </w:p>
    <w:p w14:paraId="17849423" w14:textId="77777777" w:rsidR="002D7CEA" w:rsidRDefault="00C31D3C">
      <w:r>
        <w:t>Guides were tailored to participant role and, where interviews were repeated longitudinally, to the stage of deployment. Core domains were retained across relevant interviews while later interviews revisited earlier experiences and explored change, continuity and emerging developments within the case. The guides were used flexibly; question wording, sequence and follow-up probing could be adapted to participants’ responses and the natural flow of discussion.</w:t>
      </w:r>
    </w:p>
    <w:p w14:paraId="5433C5ED" w14:textId="77777777" w:rsidR="002D7CEA" w:rsidRDefault="00C31D3C">
      <w:r>
        <w:t>All individual interviews were conducted in English. The patient focus-group discussion was conducted in Malayalam; the English-language guide presented here reflects the core questions and optional probes used during that discussion.</w:t>
      </w:r>
    </w:p>
    <w:p w14:paraId="613CEC50" w14:textId="77777777" w:rsidR="002D7CEA" w:rsidRDefault="00C31D3C">
      <w:pPr>
        <w:pStyle w:val="Heading1"/>
      </w:pPr>
      <w:r>
        <w:t>A. Deployed Physician Associate</w:t>
      </w:r>
    </w:p>
    <w:p w14:paraId="7942A362" w14:textId="77777777" w:rsidR="002D7CEA" w:rsidRDefault="00C31D3C">
      <w:pPr>
        <w:pStyle w:val="Heading2"/>
      </w:pPr>
      <w:r>
        <w:t>A1. T1 interview guide – Early deployment</w:t>
      </w:r>
    </w:p>
    <w:p w14:paraId="0C82DD24" w14:textId="77777777" w:rsidR="002D7CEA" w:rsidRDefault="00C31D3C">
      <w:pPr>
        <w:spacing w:after="160"/>
      </w:pPr>
      <w:r>
        <w:t>Purpose: To explore entry into rural primary care, early role enactment, supervision and boundaries, relationships with staff and patients, preparedness, challenges and initial understanding of the PA role.</w:t>
      </w:r>
    </w:p>
    <w:p w14:paraId="136A6F32" w14:textId="77777777" w:rsidR="002D7CEA" w:rsidRDefault="00C31D3C">
      <w:pPr>
        <w:keepNext/>
        <w:tabs>
          <w:tab w:val="left" w:pos="360"/>
        </w:tabs>
        <w:spacing w:before="100"/>
        <w:ind w:left="360" w:hanging="360"/>
      </w:pPr>
      <w:r>
        <w:t>1.</w:t>
      </w:r>
      <w:r>
        <w:tab/>
        <w:t>Can you tell me about your first few days here and how you felt when you arrived?</w:t>
      </w:r>
    </w:p>
    <w:p w14:paraId="75387EB8" w14:textId="77777777" w:rsidR="002D7CEA" w:rsidRDefault="00C31D3C">
      <w:pPr>
        <w:keepNext/>
        <w:spacing w:after="40"/>
        <w:ind w:left="576"/>
      </w:pPr>
      <w:r>
        <w:rPr>
          <w:i/>
        </w:rPr>
        <w:t>Optional probes:</w:t>
      </w:r>
    </w:p>
    <w:p w14:paraId="13624378" w14:textId="77777777" w:rsidR="002D7CEA" w:rsidRDefault="00C31D3C">
      <w:pPr>
        <w:tabs>
          <w:tab w:val="left" w:pos="864"/>
        </w:tabs>
        <w:spacing w:after="20"/>
        <w:ind w:left="864" w:hanging="216"/>
      </w:pPr>
      <w:r>
        <w:t>•</w:t>
      </w:r>
      <w:r>
        <w:tab/>
        <w:t>What stood out to you?</w:t>
      </w:r>
    </w:p>
    <w:p w14:paraId="3BC3185A" w14:textId="77777777" w:rsidR="002D7CEA" w:rsidRDefault="00C31D3C">
      <w:pPr>
        <w:tabs>
          <w:tab w:val="left" w:pos="864"/>
        </w:tabs>
        <w:spacing w:after="20"/>
        <w:ind w:left="864" w:hanging="216"/>
      </w:pPr>
      <w:r>
        <w:t>•</w:t>
      </w:r>
      <w:r>
        <w:tab/>
        <w:t>What was different from your previous clinical experience?</w:t>
      </w:r>
    </w:p>
    <w:p w14:paraId="468A12A8" w14:textId="77777777" w:rsidR="002D7CEA" w:rsidRDefault="00C31D3C">
      <w:pPr>
        <w:keepNext/>
        <w:tabs>
          <w:tab w:val="left" w:pos="360"/>
        </w:tabs>
        <w:spacing w:before="100"/>
        <w:ind w:left="360" w:hanging="360"/>
      </w:pPr>
      <w:r>
        <w:t>2.</w:t>
      </w:r>
      <w:r>
        <w:tab/>
        <w:t>Before coming here, what did you expect working in this setting to be like?</w:t>
      </w:r>
    </w:p>
    <w:p w14:paraId="39FA8854" w14:textId="77777777" w:rsidR="002D7CEA" w:rsidRDefault="00C31D3C">
      <w:pPr>
        <w:keepNext/>
        <w:spacing w:after="40"/>
        <w:ind w:left="576"/>
      </w:pPr>
      <w:r>
        <w:rPr>
          <w:i/>
        </w:rPr>
        <w:t>Optional probes:</w:t>
      </w:r>
    </w:p>
    <w:p w14:paraId="5B4CDB6D" w14:textId="77777777" w:rsidR="002D7CEA" w:rsidRDefault="00C31D3C">
      <w:pPr>
        <w:tabs>
          <w:tab w:val="left" w:pos="864"/>
        </w:tabs>
        <w:spacing w:after="20"/>
        <w:ind w:left="864" w:hanging="216"/>
      </w:pPr>
      <w:r>
        <w:t>•</w:t>
      </w:r>
      <w:r>
        <w:tab/>
        <w:t>What were you confident about?</w:t>
      </w:r>
    </w:p>
    <w:p w14:paraId="2E8AC76E" w14:textId="77777777" w:rsidR="002D7CEA" w:rsidRDefault="00C31D3C">
      <w:pPr>
        <w:tabs>
          <w:tab w:val="left" w:pos="864"/>
        </w:tabs>
        <w:spacing w:after="20"/>
        <w:ind w:left="864" w:hanging="216"/>
      </w:pPr>
      <w:r>
        <w:t>•</w:t>
      </w:r>
      <w:r>
        <w:tab/>
        <w:t>What were you uncertain about?</w:t>
      </w:r>
    </w:p>
    <w:p w14:paraId="1D1190D8" w14:textId="77777777" w:rsidR="002D7CEA" w:rsidRDefault="00C31D3C">
      <w:pPr>
        <w:keepNext/>
        <w:tabs>
          <w:tab w:val="left" w:pos="360"/>
        </w:tabs>
        <w:spacing w:before="100"/>
        <w:ind w:left="360" w:hanging="360"/>
      </w:pPr>
      <w:r>
        <w:t>3.</w:t>
      </w:r>
      <w:r>
        <w:tab/>
        <w:t>How would you describe your role here at this stage?</w:t>
      </w:r>
    </w:p>
    <w:p w14:paraId="45EE65B1" w14:textId="77777777" w:rsidR="002D7CEA" w:rsidRDefault="00C31D3C">
      <w:pPr>
        <w:keepNext/>
        <w:spacing w:after="40"/>
        <w:ind w:left="576"/>
      </w:pPr>
      <w:r>
        <w:rPr>
          <w:i/>
        </w:rPr>
        <w:t>Optional probes:</w:t>
      </w:r>
    </w:p>
    <w:p w14:paraId="65C00C1E" w14:textId="77777777" w:rsidR="002D7CEA" w:rsidRDefault="00C31D3C">
      <w:pPr>
        <w:tabs>
          <w:tab w:val="left" w:pos="864"/>
        </w:tabs>
        <w:spacing w:after="20"/>
        <w:ind w:left="864" w:hanging="216"/>
      </w:pPr>
      <w:r>
        <w:t>•</w:t>
      </w:r>
      <w:r>
        <w:tab/>
        <w:t>What were you initially asked to do?</w:t>
      </w:r>
    </w:p>
    <w:p w14:paraId="139DCC6B" w14:textId="77777777" w:rsidR="002D7CEA" w:rsidRDefault="00C31D3C">
      <w:pPr>
        <w:tabs>
          <w:tab w:val="left" w:pos="864"/>
        </w:tabs>
        <w:spacing w:after="20"/>
        <w:ind w:left="864" w:hanging="216"/>
      </w:pPr>
      <w:r>
        <w:t>•</w:t>
      </w:r>
      <w:r>
        <w:tab/>
        <w:t>Have your responsibilities begun to change?</w:t>
      </w:r>
    </w:p>
    <w:p w14:paraId="27B7DF78" w14:textId="77777777" w:rsidR="002D7CEA" w:rsidRDefault="00C31D3C">
      <w:pPr>
        <w:keepNext/>
        <w:tabs>
          <w:tab w:val="left" w:pos="360"/>
        </w:tabs>
        <w:spacing w:before="100"/>
        <w:ind w:left="360" w:hanging="360"/>
      </w:pPr>
      <w:r>
        <w:t>4.</w:t>
      </w:r>
      <w:r>
        <w:tab/>
        <w:t>Can you describe a usual working day and the kinds of responsibilities you undertake?</w:t>
      </w:r>
    </w:p>
    <w:p w14:paraId="5404B3B8" w14:textId="77777777" w:rsidR="002D7CEA" w:rsidRDefault="00C31D3C">
      <w:pPr>
        <w:keepNext/>
        <w:spacing w:after="40"/>
        <w:ind w:left="576"/>
      </w:pPr>
      <w:r>
        <w:rPr>
          <w:i/>
        </w:rPr>
        <w:t>Optional probes:</w:t>
      </w:r>
    </w:p>
    <w:p w14:paraId="536F6B5D" w14:textId="77777777" w:rsidR="002D7CEA" w:rsidRDefault="00C31D3C">
      <w:pPr>
        <w:tabs>
          <w:tab w:val="left" w:pos="864"/>
        </w:tabs>
        <w:spacing w:after="20"/>
        <w:ind w:left="864" w:hanging="216"/>
      </w:pPr>
      <w:r>
        <w:t>•</w:t>
      </w:r>
      <w:r>
        <w:tab/>
        <w:t>patient assessment</w:t>
      </w:r>
    </w:p>
    <w:p w14:paraId="7476C099" w14:textId="77777777" w:rsidR="002D7CEA" w:rsidRDefault="00C31D3C">
      <w:pPr>
        <w:tabs>
          <w:tab w:val="left" w:pos="864"/>
        </w:tabs>
        <w:spacing w:after="20"/>
        <w:ind w:left="864" w:hanging="216"/>
      </w:pPr>
      <w:r>
        <w:t>•</w:t>
      </w:r>
      <w:r>
        <w:tab/>
        <w:t>procedures</w:t>
      </w:r>
    </w:p>
    <w:p w14:paraId="0AC7AA6B" w14:textId="77777777" w:rsidR="002D7CEA" w:rsidRDefault="00C31D3C">
      <w:pPr>
        <w:tabs>
          <w:tab w:val="left" w:pos="864"/>
        </w:tabs>
        <w:spacing w:after="20"/>
        <w:ind w:left="864" w:hanging="216"/>
      </w:pPr>
      <w:r>
        <w:t>•</w:t>
      </w:r>
      <w:r>
        <w:tab/>
        <w:t>coordination</w:t>
      </w:r>
    </w:p>
    <w:p w14:paraId="28E16F83" w14:textId="77777777" w:rsidR="002D7CEA" w:rsidRDefault="00C31D3C">
      <w:pPr>
        <w:tabs>
          <w:tab w:val="left" w:pos="864"/>
        </w:tabs>
        <w:spacing w:after="20"/>
        <w:ind w:left="864" w:hanging="216"/>
      </w:pPr>
      <w:r>
        <w:t>•</w:t>
      </w:r>
      <w:r>
        <w:tab/>
        <w:t>patient counselling</w:t>
      </w:r>
    </w:p>
    <w:p w14:paraId="6B7FC79C" w14:textId="77777777" w:rsidR="002D7CEA" w:rsidRDefault="00C31D3C">
      <w:pPr>
        <w:tabs>
          <w:tab w:val="left" w:pos="864"/>
        </w:tabs>
        <w:spacing w:after="20"/>
        <w:ind w:left="864" w:hanging="216"/>
      </w:pPr>
      <w:r>
        <w:lastRenderedPageBreak/>
        <w:t>•</w:t>
      </w:r>
      <w:r>
        <w:tab/>
        <w:t>hospital and outreach activities</w:t>
      </w:r>
    </w:p>
    <w:p w14:paraId="20198F67" w14:textId="77777777" w:rsidR="002D7CEA" w:rsidRDefault="00C31D3C">
      <w:pPr>
        <w:keepNext/>
        <w:tabs>
          <w:tab w:val="left" w:pos="360"/>
        </w:tabs>
        <w:spacing w:before="100"/>
        <w:ind w:left="360" w:hanging="360"/>
      </w:pPr>
      <w:r>
        <w:t>5.</w:t>
      </w:r>
      <w:r>
        <w:tab/>
      </w:r>
      <w:r>
        <w:t>How does supervision work for you in this setting?</w:t>
      </w:r>
    </w:p>
    <w:p w14:paraId="0F9F3345" w14:textId="77777777" w:rsidR="002D7CEA" w:rsidRDefault="00C31D3C">
      <w:pPr>
        <w:keepNext/>
        <w:spacing w:after="40"/>
        <w:ind w:left="576"/>
      </w:pPr>
      <w:r>
        <w:rPr>
          <w:i/>
        </w:rPr>
        <w:t>Optional probes:</w:t>
      </w:r>
    </w:p>
    <w:p w14:paraId="697E912A" w14:textId="77777777" w:rsidR="002D7CEA" w:rsidRDefault="00C31D3C">
      <w:pPr>
        <w:tabs>
          <w:tab w:val="left" w:pos="864"/>
        </w:tabs>
        <w:spacing w:after="20"/>
        <w:ind w:left="864" w:hanging="216"/>
      </w:pPr>
      <w:r>
        <w:t>•</w:t>
      </w:r>
      <w:r>
        <w:tab/>
        <w:t>When do you work with less direct supervision?</w:t>
      </w:r>
    </w:p>
    <w:p w14:paraId="3793F3D1" w14:textId="77777777" w:rsidR="002D7CEA" w:rsidRDefault="00C31D3C">
      <w:pPr>
        <w:tabs>
          <w:tab w:val="left" w:pos="864"/>
        </w:tabs>
        <w:spacing w:after="20"/>
        <w:ind w:left="864" w:hanging="216"/>
      </w:pPr>
      <w:r>
        <w:t>•</w:t>
      </w:r>
      <w:r>
        <w:tab/>
        <w:t>When do you seek advice from a medical officer?</w:t>
      </w:r>
    </w:p>
    <w:p w14:paraId="41FD608F" w14:textId="77777777" w:rsidR="002D7CEA" w:rsidRDefault="00C31D3C">
      <w:pPr>
        <w:tabs>
          <w:tab w:val="left" w:pos="864"/>
        </w:tabs>
        <w:spacing w:after="20"/>
        <w:ind w:left="864" w:hanging="216"/>
      </w:pPr>
      <w:r>
        <w:t>•</w:t>
      </w:r>
      <w:r>
        <w:tab/>
        <w:t>Are some activities supervised more closely than others?</w:t>
      </w:r>
    </w:p>
    <w:p w14:paraId="306E1A4D" w14:textId="77777777" w:rsidR="002D7CEA" w:rsidRDefault="00C31D3C">
      <w:pPr>
        <w:keepNext/>
        <w:tabs>
          <w:tab w:val="left" w:pos="360"/>
        </w:tabs>
        <w:spacing w:before="100"/>
        <w:ind w:left="360" w:hanging="360"/>
      </w:pPr>
      <w:r>
        <w:t>6.</w:t>
      </w:r>
      <w:r>
        <w:tab/>
        <w:t>How have your working relationships with doctors, nurses and other staff developed since you arrived?</w:t>
      </w:r>
    </w:p>
    <w:p w14:paraId="0AF3D956" w14:textId="77777777" w:rsidR="002D7CEA" w:rsidRDefault="00C31D3C">
      <w:pPr>
        <w:keepNext/>
        <w:spacing w:after="40"/>
        <w:ind w:left="576"/>
      </w:pPr>
      <w:r>
        <w:rPr>
          <w:i/>
        </w:rPr>
        <w:t>Optional probes:</w:t>
      </w:r>
    </w:p>
    <w:p w14:paraId="47E57828" w14:textId="77777777" w:rsidR="002D7CEA" w:rsidRDefault="00C31D3C">
      <w:pPr>
        <w:tabs>
          <w:tab w:val="left" w:pos="864"/>
        </w:tabs>
        <w:spacing w:after="20"/>
        <w:ind w:left="864" w:hanging="216"/>
      </w:pPr>
      <w:r>
        <w:t>•</w:t>
      </w:r>
      <w:r>
        <w:tab/>
        <w:t>How did staff initially understand your role?</w:t>
      </w:r>
    </w:p>
    <w:p w14:paraId="493F6E0C" w14:textId="77777777" w:rsidR="002D7CEA" w:rsidRDefault="00C31D3C">
      <w:pPr>
        <w:tabs>
          <w:tab w:val="left" w:pos="864"/>
        </w:tabs>
        <w:spacing w:after="20"/>
        <w:ind w:left="864" w:hanging="216"/>
      </w:pPr>
      <w:r>
        <w:t>•</w:t>
      </w:r>
      <w:r>
        <w:tab/>
        <w:t>Has their involvement with you changed?</w:t>
      </w:r>
    </w:p>
    <w:p w14:paraId="216DA232" w14:textId="77777777" w:rsidR="002D7CEA" w:rsidRDefault="00C31D3C">
      <w:pPr>
        <w:keepNext/>
        <w:tabs>
          <w:tab w:val="left" w:pos="360"/>
        </w:tabs>
        <w:spacing w:before="100"/>
        <w:ind w:left="360" w:hanging="360"/>
      </w:pPr>
      <w:r>
        <w:t>7.</w:t>
      </w:r>
      <w:r>
        <w:tab/>
        <w:t>What has your experience been of explaining your role to patients and interacting with them?</w:t>
      </w:r>
    </w:p>
    <w:p w14:paraId="05F417DB" w14:textId="77777777" w:rsidR="002D7CEA" w:rsidRDefault="00C31D3C">
      <w:pPr>
        <w:keepNext/>
        <w:spacing w:after="40"/>
        <w:ind w:left="576"/>
      </w:pPr>
      <w:r>
        <w:rPr>
          <w:i/>
        </w:rPr>
        <w:t>Optional probes:</w:t>
      </w:r>
    </w:p>
    <w:p w14:paraId="0043EF2D" w14:textId="77777777" w:rsidR="002D7CEA" w:rsidRDefault="00C31D3C">
      <w:pPr>
        <w:tabs>
          <w:tab w:val="left" w:pos="864"/>
        </w:tabs>
        <w:spacing w:after="20"/>
        <w:ind w:left="864" w:hanging="216"/>
      </w:pPr>
      <w:r>
        <w:t>•</w:t>
      </w:r>
      <w:r>
        <w:tab/>
        <w:t>How do patients respond?</w:t>
      </w:r>
    </w:p>
    <w:p w14:paraId="493B30D1" w14:textId="77777777" w:rsidR="002D7CEA" w:rsidRDefault="00C31D3C">
      <w:pPr>
        <w:tabs>
          <w:tab w:val="left" w:pos="864"/>
        </w:tabs>
        <w:spacing w:after="20"/>
        <w:ind w:left="864" w:hanging="216"/>
      </w:pPr>
      <w:r>
        <w:t>•</w:t>
      </w:r>
      <w:r>
        <w:tab/>
        <w:t>Have you experienced uncertainty or misunderstanding about the role?</w:t>
      </w:r>
    </w:p>
    <w:p w14:paraId="7ECCA6DA" w14:textId="77777777" w:rsidR="002D7CEA" w:rsidRDefault="00C31D3C">
      <w:pPr>
        <w:keepNext/>
        <w:tabs>
          <w:tab w:val="left" w:pos="360"/>
        </w:tabs>
        <w:spacing w:before="100"/>
        <w:ind w:left="360" w:hanging="360"/>
      </w:pPr>
      <w:r>
        <w:t>8.</w:t>
      </w:r>
      <w:r>
        <w:tab/>
        <w:t>Thinking about your PA education and previous clinical training, how prepared have you felt for working here?</w:t>
      </w:r>
    </w:p>
    <w:p w14:paraId="0C29FB20" w14:textId="77777777" w:rsidR="002D7CEA" w:rsidRDefault="00C31D3C">
      <w:pPr>
        <w:keepNext/>
        <w:spacing w:after="40"/>
        <w:ind w:left="576"/>
      </w:pPr>
      <w:r>
        <w:rPr>
          <w:i/>
        </w:rPr>
        <w:t>Optional probes:</w:t>
      </w:r>
    </w:p>
    <w:p w14:paraId="4193ACC1" w14:textId="77777777" w:rsidR="002D7CEA" w:rsidRDefault="00C31D3C">
      <w:pPr>
        <w:tabs>
          <w:tab w:val="left" w:pos="864"/>
        </w:tabs>
        <w:spacing w:after="20"/>
        <w:ind w:left="864" w:hanging="216"/>
      </w:pPr>
      <w:r>
        <w:t>•</w:t>
      </w:r>
      <w:r>
        <w:tab/>
        <w:t>What prepared you well?</w:t>
      </w:r>
    </w:p>
    <w:p w14:paraId="59572F72" w14:textId="77777777" w:rsidR="002D7CEA" w:rsidRDefault="00C31D3C">
      <w:pPr>
        <w:tabs>
          <w:tab w:val="left" w:pos="864"/>
        </w:tabs>
        <w:spacing w:after="20"/>
        <w:ind w:left="864" w:hanging="216"/>
      </w:pPr>
      <w:r>
        <w:t>•</w:t>
      </w:r>
      <w:r>
        <w:tab/>
        <w:t>Where have you needed additional learning?</w:t>
      </w:r>
    </w:p>
    <w:p w14:paraId="00C3FF43" w14:textId="77777777" w:rsidR="002D7CEA" w:rsidRDefault="00C31D3C">
      <w:pPr>
        <w:keepNext/>
        <w:tabs>
          <w:tab w:val="left" w:pos="360"/>
        </w:tabs>
        <w:spacing w:before="100"/>
        <w:ind w:left="360" w:hanging="360"/>
      </w:pPr>
      <w:r>
        <w:t>9.</w:t>
      </w:r>
      <w:r>
        <w:tab/>
        <w:t>What have been the main challenges during this early period?</w:t>
      </w:r>
    </w:p>
    <w:p w14:paraId="7A244E74" w14:textId="77777777" w:rsidR="002D7CEA" w:rsidRDefault="00C31D3C">
      <w:pPr>
        <w:keepNext/>
        <w:spacing w:after="40"/>
        <w:ind w:left="576"/>
      </w:pPr>
      <w:r>
        <w:rPr>
          <w:i/>
        </w:rPr>
        <w:t>Optional probes:</w:t>
      </w:r>
    </w:p>
    <w:p w14:paraId="5DE2C348" w14:textId="77777777" w:rsidR="002D7CEA" w:rsidRDefault="00C31D3C">
      <w:pPr>
        <w:tabs>
          <w:tab w:val="left" w:pos="864"/>
        </w:tabs>
        <w:spacing w:after="20"/>
        <w:ind w:left="864" w:hanging="216"/>
      </w:pPr>
      <w:r>
        <w:t>•</w:t>
      </w:r>
      <w:r>
        <w:tab/>
        <w:t>clinical</w:t>
      </w:r>
    </w:p>
    <w:p w14:paraId="5F6A9239" w14:textId="77777777" w:rsidR="002D7CEA" w:rsidRDefault="00C31D3C">
      <w:pPr>
        <w:tabs>
          <w:tab w:val="left" w:pos="864"/>
        </w:tabs>
        <w:spacing w:after="20"/>
        <w:ind w:left="864" w:hanging="216"/>
      </w:pPr>
      <w:r>
        <w:t>•</w:t>
      </w:r>
      <w:r>
        <w:tab/>
        <w:t>communication</w:t>
      </w:r>
    </w:p>
    <w:p w14:paraId="16787238" w14:textId="77777777" w:rsidR="002D7CEA" w:rsidRDefault="00C31D3C">
      <w:pPr>
        <w:tabs>
          <w:tab w:val="left" w:pos="864"/>
        </w:tabs>
        <w:spacing w:after="20"/>
        <w:ind w:left="864" w:hanging="216"/>
      </w:pPr>
      <w:r>
        <w:t>•</w:t>
      </w:r>
      <w:r>
        <w:tab/>
        <w:t>relationships</w:t>
      </w:r>
    </w:p>
    <w:p w14:paraId="25C29C32" w14:textId="77777777" w:rsidR="002D7CEA" w:rsidRDefault="00C31D3C">
      <w:pPr>
        <w:tabs>
          <w:tab w:val="left" w:pos="864"/>
        </w:tabs>
        <w:spacing w:after="20"/>
        <w:ind w:left="864" w:hanging="216"/>
      </w:pPr>
      <w:r>
        <w:t>•</w:t>
      </w:r>
      <w:r>
        <w:tab/>
      </w:r>
      <w:r>
        <w:t>unfamiliar responsibilities</w:t>
      </w:r>
    </w:p>
    <w:p w14:paraId="35EEF970" w14:textId="77777777" w:rsidR="002D7CEA" w:rsidRDefault="00C31D3C">
      <w:pPr>
        <w:tabs>
          <w:tab w:val="left" w:pos="864"/>
        </w:tabs>
        <w:spacing w:after="20"/>
        <w:ind w:left="864" w:hanging="216"/>
      </w:pPr>
      <w:r>
        <w:t>•</w:t>
      </w:r>
      <w:r>
        <w:tab/>
        <w:t>contextual challenges</w:t>
      </w:r>
    </w:p>
    <w:p w14:paraId="2BE41E46" w14:textId="77777777" w:rsidR="002D7CEA" w:rsidRDefault="00C31D3C">
      <w:pPr>
        <w:tabs>
          <w:tab w:val="left" w:pos="360"/>
        </w:tabs>
        <w:spacing w:before="100"/>
        <w:ind w:left="360" w:hanging="360"/>
      </w:pPr>
      <w:r>
        <w:t>10.</w:t>
      </w:r>
      <w:r>
        <w:tab/>
        <w:t>How has this early experience begun to influence the way you understand yourself and your role as a Physician Associate?</w:t>
      </w:r>
    </w:p>
    <w:p w14:paraId="696A1C13" w14:textId="77777777" w:rsidR="002D7CEA" w:rsidRDefault="00C31D3C">
      <w:pPr>
        <w:spacing w:before="140"/>
      </w:pPr>
      <w:r>
        <w:t>Closing:</w:t>
      </w:r>
      <w:r>
        <w:br/>
        <w:t>Is there anything important about your experience so far that we have not discussed?</w:t>
      </w:r>
    </w:p>
    <w:p w14:paraId="26C3EB08" w14:textId="77777777" w:rsidR="002D7CEA" w:rsidRDefault="00C31D3C">
      <w:pPr>
        <w:pStyle w:val="Heading2"/>
      </w:pPr>
      <w:r>
        <w:t>A2. T2 interview guide – Early change and adaptation</w:t>
      </w:r>
    </w:p>
    <w:p w14:paraId="451C5B7C" w14:textId="77777777" w:rsidR="002D7CEA" w:rsidRDefault="00C31D3C">
      <w:pPr>
        <w:spacing w:after="160"/>
      </w:pPr>
      <w:r>
        <w:t>Purpose: To explore changes since T1 in role enactment, responsibilities, supervision, team relationships, patient interaction, learning and integration within the service.</w:t>
      </w:r>
    </w:p>
    <w:p w14:paraId="6BEE8C1F" w14:textId="77777777" w:rsidR="002D7CEA" w:rsidRDefault="00C31D3C">
      <w:pPr>
        <w:tabs>
          <w:tab w:val="left" w:pos="360"/>
        </w:tabs>
        <w:spacing w:before="100"/>
        <w:ind w:left="360" w:hanging="360"/>
      </w:pPr>
      <w:r>
        <w:t>1.</w:t>
      </w:r>
      <w:r>
        <w:tab/>
        <w:t>Since we last spoke, what are the most important changes in your work and experience here?</w:t>
      </w:r>
    </w:p>
    <w:p w14:paraId="39826691" w14:textId="77777777" w:rsidR="002D7CEA" w:rsidRDefault="00C31D3C">
      <w:pPr>
        <w:keepNext/>
        <w:tabs>
          <w:tab w:val="left" w:pos="360"/>
        </w:tabs>
        <w:spacing w:before="100"/>
        <w:ind w:left="360" w:hanging="360"/>
      </w:pPr>
      <w:r>
        <w:t>2.</w:t>
      </w:r>
      <w:r>
        <w:tab/>
        <w:t>How have your responsibilities changed since the first interview?</w:t>
      </w:r>
    </w:p>
    <w:p w14:paraId="5AA59254" w14:textId="77777777" w:rsidR="002D7CEA" w:rsidRDefault="00C31D3C">
      <w:pPr>
        <w:keepNext/>
        <w:spacing w:after="40"/>
        <w:ind w:left="576"/>
      </w:pPr>
      <w:r>
        <w:rPr>
          <w:i/>
        </w:rPr>
        <w:t>Optional probes:</w:t>
      </w:r>
    </w:p>
    <w:p w14:paraId="1CEB8F90" w14:textId="77777777" w:rsidR="002D7CEA" w:rsidRDefault="00C31D3C">
      <w:pPr>
        <w:tabs>
          <w:tab w:val="left" w:pos="864"/>
        </w:tabs>
        <w:spacing w:after="20"/>
        <w:ind w:left="864" w:hanging="216"/>
      </w:pPr>
      <w:r>
        <w:t>•</w:t>
      </w:r>
      <w:r>
        <w:tab/>
        <w:t>What has become more routine?</w:t>
      </w:r>
    </w:p>
    <w:p w14:paraId="13EF4222" w14:textId="77777777" w:rsidR="002D7CEA" w:rsidRDefault="00C31D3C">
      <w:pPr>
        <w:tabs>
          <w:tab w:val="left" w:pos="864"/>
        </w:tabs>
        <w:spacing w:after="20"/>
        <w:ind w:left="864" w:hanging="216"/>
      </w:pPr>
      <w:r>
        <w:lastRenderedPageBreak/>
        <w:t>•</w:t>
      </w:r>
      <w:r>
        <w:tab/>
        <w:t>Have any new responsibilities emerged?</w:t>
      </w:r>
    </w:p>
    <w:p w14:paraId="5CC8DC61" w14:textId="77777777" w:rsidR="002D7CEA" w:rsidRDefault="00C31D3C">
      <w:pPr>
        <w:tabs>
          <w:tab w:val="left" w:pos="360"/>
        </w:tabs>
        <w:spacing w:before="100"/>
        <w:ind w:left="360" w:hanging="360"/>
      </w:pPr>
      <w:r>
        <w:t>3.</w:t>
      </w:r>
      <w:r>
        <w:tab/>
        <w:t>How would you describe your role at this stage of the placement?</w:t>
      </w:r>
    </w:p>
    <w:p w14:paraId="20BB60C3" w14:textId="77777777" w:rsidR="002D7CEA" w:rsidRDefault="00C31D3C">
      <w:pPr>
        <w:keepNext/>
        <w:tabs>
          <w:tab w:val="left" w:pos="360"/>
        </w:tabs>
        <w:spacing w:before="100"/>
        <w:ind w:left="360" w:hanging="360"/>
      </w:pPr>
      <w:r>
        <w:t>4.</w:t>
      </w:r>
      <w:r>
        <w:tab/>
        <w:t>How has the way you are supervised and involved in decisions changed since the first interview?</w:t>
      </w:r>
    </w:p>
    <w:p w14:paraId="4F7BE56A" w14:textId="77777777" w:rsidR="002D7CEA" w:rsidRDefault="00C31D3C">
      <w:pPr>
        <w:keepNext/>
        <w:spacing w:after="40"/>
        <w:ind w:left="576"/>
      </w:pPr>
      <w:r>
        <w:rPr>
          <w:i/>
        </w:rPr>
        <w:t>Optional probes:</w:t>
      </w:r>
    </w:p>
    <w:p w14:paraId="5F1D05C6" w14:textId="77777777" w:rsidR="002D7CEA" w:rsidRDefault="00C31D3C">
      <w:pPr>
        <w:tabs>
          <w:tab w:val="left" w:pos="864"/>
        </w:tabs>
        <w:spacing w:after="20"/>
        <w:ind w:left="864" w:hanging="216"/>
      </w:pPr>
      <w:r>
        <w:t>•</w:t>
      </w:r>
      <w:r>
        <w:tab/>
        <w:t>Are there activities for which you now require less direct supervision?</w:t>
      </w:r>
    </w:p>
    <w:p w14:paraId="777356D7" w14:textId="77777777" w:rsidR="002D7CEA" w:rsidRDefault="00C31D3C">
      <w:pPr>
        <w:tabs>
          <w:tab w:val="left" w:pos="864"/>
        </w:tabs>
        <w:spacing w:after="20"/>
        <w:ind w:left="864" w:hanging="216"/>
      </w:pPr>
      <w:r>
        <w:t>•</w:t>
      </w:r>
      <w:r>
        <w:tab/>
        <w:t>When do you still seek closer medical-officer involvement?</w:t>
      </w:r>
    </w:p>
    <w:p w14:paraId="1ED7751C" w14:textId="77777777" w:rsidR="002D7CEA" w:rsidRDefault="00C31D3C">
      <w:pPr>
        <w:tabs>
          <w:tab w:val="left" w:pos="360"/>
        </w:tabs>
        <w:spacing w:before="100"/>
        <w:ind w:left="360" w:hanging="360"/>
      </w:pPr>
      <w:r>
        <w:t>5.</w:t>
      </w:r>
      <w:r>
        <w:tab/>
        <w:t>How has your involvement in outreach or community-based work developed?</w:t>
      </w:r>
    </w:p>
    <w:p w14:paraId="4AB48884" w14:textId="77777777" w:rsidR="002D7CEA" w:rsidRDefault="00C31D3C">
      <w:pPr>
        <w:tabs>
          <w:tab w:val="left" w:pos="360"/>
        </w:tabs>
        <w:spacing w:before="100"/>
        <w:ind w:left="360" w:hanging="360"/>
      </w:pPr>
      <w:r>
        <w:t>6.</w:t>
      </w:r>
      <w:r>
        <w:tab/>
        <w:t>How have your relationships with medical officers and other members of staff changed since we last spoke?</w:t>
      </w:r>
    </w:p>
    <w:p w14:paraId="0AE60586" w14:textId="77777777" w:rsidR="002D7CEA" w:rsidRDefault="00C31D3C">
      <w:pPr>
        <w:keepNext/>
        <w:tabs>
          <w:tab w:val="left" w:pos="360"/>
        </w:tabs>
        <w:spacing w:before="100"/>
        <w:ind w:left="360" w:hanging="360"/>
      </w:pPr>
      <w:r>
        <w:t>7.</w:t>
      </w:r>
      <w:r>
        <w:tab/>
      </w:r>
      <w:r>
        <w:t>How have your relationships and interactions with patients changed over time?</w:t>
      </w:r>
    </w:p>
    <w:p w14:paraId="356EA9CA" w14:textId="77777777" w:rsidR="002D7CEA" w:rsidRDefault="00C31D3C">
      <w:pPr>
        <w:keepNext/>
        <w:spacing w:after="40"/>
        <w:ind w:left="576"/>
      </w:pPr>
      <w:r>
        <w:rPr>
          <w:i/>
        </w:rPr>
        <w:t>Optional probes:</w:t>
      </w:r>
    </w:p>
    <w:p w14:paraId="7174887D" w14:textId="77777777" w:rsidR="002D7CEA" w:rsidRDefault="00C31D3C">
      <w:pPr>
        <w:tabs>
          <w:tab w:val="left" w:pos="864"/>
        </w:tabs>
        <w:spacing w:after="20"/>
        <w:ind w:left="864" w:hanging="216"/>
      </w:pPr>
      <w:r>
        <w:t>•</w:t>
      </w:r>
      <w:r>
        <w:tab/>
        <w:t>recognition</w:t>
      </w:r>
    </w:p>
    <w:p w14:paraId="1EA52902" w14:textId="77777777" w:rsidR="002D7CEA" w:rsidRDefault="00C31D3C">
      <w:pPr>
        <w:tabs>
          <w:tab w:val="left" w:pos="864"/>
        </w:tabs>
        <w:spacing w:after="20"/>
        <w:ind w:left="864" w:hanging="216"/>
      </w:pPr>
      <w:r>
        <w:t>•</w:t>
      </w:r>
      <w:r>
        <w:tab/>
        <w:t>communication</w:t>
      </w:r>
    </w:p>
    <w:p w14:paraId="41230679" w14:textId="77777777" w:rsidR="002D7CEA" w:rsidRDefault="00C31D3C">
      <w:pPr>
        <w:tabs>
          <w:tab w:val="left" w:pos="864"/>
        </w:tabs>
        <w:spacing w:after="20"/>
        <w:ind w:left="864" w:hanging="216"/>
      </w:pPr>
      <w:r>
        <w:t>•</w:t>
      </w:r>
      <w:r>
        <w:tab/>
        <w:t>continuity</w:t>
      </w:r>
    </w:p>
    <w:p w14:paraId="77BC1424" w14:textId="77777777" w:rsidR="002D7CEA" w:rsidRDefault="00C31D3C">
      <w:pPr>
        <w:tabs>
          <w:tab w:val="left" w:pos="864"/>
        </w:tabs>
        <w:spacing w:after="20"/>
        <w:ind w:left="864" w:hanging="216"/>
      </w:pPr>
      <w:r>
        <w:t>•</w:t>
      </w:r>
      <w:r>
        <w:tab/>
        <w:t>acceptance</w:t>
      </w:r>
    </w:p>
    <w:p w14:paraId="055D8E29" w14:textId="77777777" w:rsidR="002D7CEA" w:rsidRDefault="00C31D3C">
      <w:pPr>
        <w:keepNext/>
        <w:tabs>
          <w:tab w:val="left" w:pos="360"/>
        </w:tabs>
        <w:spacing w:before="100"/>
        <w:ind w:left="360" w:hanging="360"/>
      </w:pPr>
      <w:r>
        <w:t>8.</w:t>
      </w:r>
      <w:r>
        <w:tab/>
        <w:t>What have you learned since the first interview?</w:t>
      </w:r>
    </w:p>
    <w:p w14:paraId="71236FB7" w14:textId="77777777" w:rsidR="002D7CEA" w:rsidRDefault="00C31D3C">
      <w:pPr>
        <w:keepNext/>
        <w:spacing w:after="40"/>
        <w:ind w:left="576"/>
      </w:pPr>
      <w:r>
        <w:rPr>
          <w:i/>
        </w:rPr>
        <w:t>Optional probes:</w:t>
      </w:r>
    </w:p>
    <w:p w14:paraId="7781C1DA" w14:textId="77777777" w:rsidR="002D7CEA" w:rsidRDefault="00C31D3C">
      <w:pPr>
        <w:tabs>
          <w:tab w:val="left" w:pos="864"/>
        </w:tabs>
        <w:spacing w:after="20"/>
        <w:ind w:left="864" w:hanging="216"/>
      </w:pPr>
      <w:r>
        <w:t>•</w:t>
      </w:r>
      <w:r>
        <w:tab/>
        <w:t>clinical learning</w:t>
      </w:r>
    </w:p>
    <w:p w14:paraId="47F6CA7F" w14:textId="77777777" w:rsidR="002D7CEA" w:rsidRDefault="00C31D3C">
      <w:pPr>
        <w:tabs>
          <w:tab w:val="left" w:pos="864"/>
        </w:tabs>
        <w:spacing w:after="20"/>
        <w:ind w:left="864" w:hanging="216"/>
      </w:pPr>
      <w:r>
        <w:t>•</w:t>
      </w:r>
      <w:r>
        <w:tab/>
        <w:t>communication</w:t>
      </w:r>
    </w:p>
    <w:p w14:paraId="61C33F2E" w14:textId="77777777" w:rsidR="002D7CEA" w:rsidRDefault="00C31D3C">
      <w:pPr>
        <w:tabs>
          <w:tab w:val="left" w:pos="864"/>
        </w:tabs>
        <w:spacing w:after="20"/>
        <w:ind w:left="864" w:hanging="216"/>
      </w:pPr>
      <w:r>
        <w:t>•</w:t>
      </w:r>
      <w:r>
        <w:tab/>
        <w:t>understanding the community</w:t>
      </w:r>
    </w:p>
    <w:p w14:paraId="1A5BA7C6" w14:textId="77777777" w:rsidR="002D7CEA" w:rsidRDefault="00C31D3C">
      <w:pPr>
        <w:tabs>
          <w:tab w:val="left" w:pos="864"/>
        </w:tabs>
        <w:spacing w:after="20"/>
        <w:ind w:left="864" w:hanging="216"/>
      </w:pPr>
      <w:r>
        <w:t>•</w:t>
      </w:r>
      <w:r>
        <w:tab/>
        <w:t>areas where further development is needed</w:t>
      </w:r>
    </w:p>
    <w:p w14:paraId="49400529" w14:textId="77777777" w:rsidR="002D7CEA" w:rsidRDefault="00C31D3C">
      <w:pPr>
        <w:keepNext/>
        <w:tabs>
          <w:tab w:val="left" w:pos="360"/>
        </w:tabs>
        <w:spacing w:before="100"/>
        <w:ind w:left="360" w:hanging="360"/>
      </w:pPr>
      <w:r>
        <w:t>9.</w:t>
      </w:r>
      <w:r>
        <w:tab/>
        <w:t>How well do you feel your capabilities are being used at this stage?</w:t>
      </w:r>
    </w:p>
    <w:p w14:paraId="3812D282" w14:textId="77777777" w:rsidR="002D7CEA" w:rsidRDefault="00C31D3C">
      <w:pPr>
        <w:keepNext/>
        <w:spacing w:after="40"/>
        <w:ind w:left="576"/>
      </w:pPr>
      <w:r>
        <w:rPr>
          <w:i/>
        </w:rPr>
        <w:t>Optional probes:</w:t>
      </w:r>
    </w:p>
    <w:p w14:paraId="45228C2F" w14:textId="77777777" w:rsidR="002D7CEA" w:rsidRDefault="00C31D3C">
      <w:pPr>
        <w:tabs>
          <w:tab w:val="left" w:pos="864"/>
        </w:tabs>
        <w:spacing w:after="20"/>
        <w:ind w:left="864" w:hanging="216"/>
      </w:pPr>
      <w:r>
        <w:t>•</w:t>
      </w:r>
      <w:r>
        <w:tab/>
        <w:t>Are there capabilities that are being used more now?</w:t>
      </w:r>
    </w:p>
    <w:p w14:paraId="5968C170" w14:textId="77777777" w:rsidR="002D7CEA" w:rsidRDefault="00C31D3C">
      <w:pPr>
        <w:tabs>
          <w:tab w:val="left" w:pos="864"/>
        </w:tabs>
        <w:spacing w:after="20"/>
        <w:ind w:left="864" w:hanging="216"/>
      </w:pPr>
      <w:r>
        <w:t>•</w:t>
      </w:r>
      <w:r>
        <w:tab/>
        <w:t>Are there areas where your contribution remains limited?</w:t>
      </w:r>
    </w:p>
    <w:p w14:paraId="22D1C1C7" w14:textId="77777777" w:rsidR="002D7CEA" w:rsidRDefault="00C31D3C">
      <w:pPr>
        <w:tabs>
          <w:tab w:val="left" w:pos="360"/>
        </w:tabs>
        <w:spacing w:before="100"/>
        <w:ind w:left="360" w:hanging="360"/>
      </w:pPr>
      <w:r>
        <w:t>10.</w:t>
      </w:r>
      <w:r>
        <w:tab/>
        <w:t>How has this period changed your understanding of the PA role?</w:t>
      </w:r>
    </w:p>
    <w:p w14:paraId="6403ABD5" w14:textId="77777777" w:rsidR="002D7CEA" w:rsidRDefault="00C31D3C">
      <w:pPr>
        <w:spacing w:before="140"/>
      </w:pPr>
      <w:r>
        <w:t>Closing:</w:t>
      </w:r>
      <w:r>
        <w:br/>
        <w:t>Is there anything that has changed since our previous interview that we have not discussed?</w:t>
      </w:r>
    </w:p>
    <w:p w14:paraId="7BE40196" w14:textId="77777777" w:rsidR="002D7CEA" w:rsidRDefault="00C31D3C">
      <w:pPr>
        <w:pStyle w:val="Heading2"/>
      </w:pPr>
      <w:r>
        <w:t>A3. T3 interview guide – Role development and consolidation</w:t>
      </w:r>
    </w:p>
    <w:p w14:paraId="751DD751" w14:textId="77777777" w:rsidR="002D7CEA" w:rsidRDefault="00C31D3C">
      <w:pPr>
        <w:spacing w:after="160"/>
      </w:pPr>
      <w:r>
        <w:t>Purpose: To explore how responsibilities, supervision, relationships and professional boundaries developed over time and what contributed to these changes.</w:t>
      </w:r>
    </w:p>
    <w:p w14:paraId="14DA39FC" w14:textId="77777777" w:rsidR="002D7CEA" w:rsidRDefault="00C31D3C">
      <w:pPr>
        <w:tabs>
          <w:tab w:val="left" w:pos="360"/>
        </w:tabs>
        <w:spacing w:before="100"/>
        <w:ind w:left="360" w:hanging="360"/>
      </w:pPr>
      <w:r>
        <w:t>1.</w:t>
      </w:r>
      <w:r>
        <w:tab/>
        <w:t>Looking from the beginning of the placement until now, how has your role changed?</w:t>
      </w:r>
    </w:p>
    <w:p w14:paraId="12EF4042" w14:textId="77777777" w:rsidR="002D7CEA" w:rsidRDefault="00C31D3C">
      <w:pPr>
        <w:keepNext/>
        <w:tabs>
          <w:tab w:val="left" w:pos="360"/>
        </w:tabs>
        <w:spacing w:before="100"/>
        <w:ind w:left="360" w:hanging="360"/>
      </w:pPr>
      <w:r>
        <w:t>2.</w:t>
      </w:r>
      <w:r>
        <w:tab/>
      </w:r>
      <w:r>
        <w:t>Were there particular experiences or events that changed your role or responsibilities?</w:t>
      </w:r>
    </w:p>
    <w:p w14:paraId="7F80D0EE" w14:textId="77777777" w:rsidR="002D7CEA" w:rsidRDefault="00C31D3C">
      <w:pPr>
        <w:keepNext/>
        <w:spacing w:after="40"/>
        <w:ind w:left="576"/>
      </w:pPr>
      <w:r>
        <w:rPr>
          <w:i/>
        </w:rPr>
        <w:t>Optional probes:</w:t>
      </w:r>
    </w:p>
    <w:p w14:paraId="0BDC3A11" w14:textId="77777777" w:rsidR="002D7CEA" w:rsidRDefault="00C31D3C">
      <w:pPr>
        <w:tabs>
          <w:tab w:val="left" w:pos="864"/>
        </w:tabs>
        <w:spacing w:after="20"/>
        <w:ind w:left="864" w:hanging="216"/>
      </w:pPr>
      <w:r>
        <w:t>•</w:t>
      </w:r>
      <w:r>
        <w:tab/>
        <w:t>Can you describe what happened?</w:t>
      </w:r>
    </w:p>
    <w:p w14:paraId="1AAC5E8B" w14:textId="77777777" w:rsidR="002D7CEA" w:rsidRDefault="00C31D3C">
      <w:pPr>
        <w:tabs>
          <w:tab w:val="left" w:pos="864"/>
        </w:tabs>
        <w:spacing w:after="20"/>
        <w:ind w:left="864" w:hanging="216"/>
      </w:pPr>
      <w:r>
        <w:t>•</w:t>
      </w:r>
      <w:r>
        <w:tab/>
        <w:t>Why was it important?</w:t>
      </w:r>
    </w:p>
    <w:p w14:paraId="61B3AF18" w14:textId="77777777" w:rsidR="002D7CEA" w:rsidRDefault="00C31D3C">
      <w:pPr>
        <w:keepNext/>
        <w:tabs>
          <w:tab w:val="left" w:pos="360"/>
        </w:tabs>
        <w:spacing w:before="100"/>
        <w:ind w:left="360" w:hanging="360"/>
      </w:pPr>
      <w:r>
        <w:lastRenderedPageBreak/>
        <w:t>3.</w:t>
      </w:r>
      <w:r>
        <w:tab/>
        <w:t>How has working in primary care differed from your previous tertiary-care experience?</w:t>
      </w:r>
    </w:p>
    <w:p w14:paraId="45511930" w14:textId="77777777" w:rsidR="002D7CEA" w:rsidRDefault="00C31D3C">
      <w:pPr>
        <w:keepNext/>
        <w:spacing w:after="40"/>
        <w:ind w:left="576"/>
      </w:pPr>
      <w:r>
        <w:rPr>
          <w:i/>
        </w:rPr>
        <w:t>Optional probes:</w:t>
      </w:r>
    </w:p>
    <w:p w14:paraId="53402EBD" w14:textId="77777777" w:rsidR="002D7CEA" w:rsidRDefault="00C31D3C">
      <w:pPr>
        <w:tabs>
          <w:tab w:val="left" w:pos="864"/>
        </w:tabs>
        <w:spacing w:after="20"/>
        <w:ind w:left="864" w:hanging="216"/>
      </w:pPr>
      <w:r>
        <w:t>•</w:t>
      </w:r>
      <w:r>
        <w:tab/>
        <w:t>How have you adapted?</w:t>
      </w:r>
    </w:p>
    <w:p w14:paraId="604DDC81" w14:textId="77777777" w:rsidR="002D7CEA" w:rsidRDefault="00C31D3C">
      <w:pPr>
        <w:tabs>
          <w:tab w:val="left" w:pos="360"/>
        </w:tabs>
        <w:spacing w:before="100"/>
        <w:ind w:left="360" w:hanging="360"/>
      </w:pPr>
      <w:r>
        <w:t>4.</w:t>
      </w:r>
      <w:r>
        <w:tab/>
        <w:t>What responsibilities do you now undertake, and how have these evolved?</w:t>
      </w:r>
    </w:p>
    <w:p w14:paraId="26112485" w14:textId="77777777" w:rsidR="002D7CEA" w:rsidRDefault="00C31D3C">
      <w:pPr>
        <w:keepNext/>
        <w:tabs>
          <w:tab w:val="left" w:pos="360"/>
        </w:tabs>
        <w:spacing w:before="100"/>
        <w:ind w:left="360" w:hanging="360"/>
      </w:pPr>
      <w:r>
        <w:t>5.</w:t>
      </w:r>
      <w:r>
        <w:tab/>
        <w:t>How has supervision and your involvement in clinical decision-making changed over time?</w:t>
      </w:r>
    </w:p>
    <w:p w14:paraId="7AB2CC1E" w14:textId="77777777" w:rsidR="002D7CEA" w:rsidRDefault="00C31D3C">
      <w:pPr>
        <w:keepNext/>
        <w:spacing w:after="40"/>
        <w:ind w:left="576"/>
      </w:pPr>
      <w:r>
        <w:rPr>
          <w:i/>
        </w:rPr>
        <w:t>Optional probes:</w:t>
      </w:r>
    </w:p>
    <w:p w14:paraId="384D97E1" w14:textId="77777777" w:rsidR="002D7CEA" w:rsidRDefault="00C31D3C">
      <w:pPr>
        <w:tabs>
          <w:tab w:val="left" w:pos="864"/>
        </w:tabs>
        <w:spacing w:after="20"/>
        <w:ind w:left="864" w:hanging="216"/>
      </w:pPr>
      <w:r>
        <w:t>•</w:t>
      </w:r>
      <w:r>
        <w:tab/>
      </w:r>
      <w:r>
        <w:t>familiar versus unfamiliar activities</w:t>
      </w:r>
    </w:p>
    <w:p w14:paraId="13C86BAE" w14:textId="77777777" w:rsidR="002D7CEA" w:rsidRDefault="00C31D3C">
      <w:pPr>
        <w:tabs>
          <w:tab w:val="left" w:pos="864"/>
        </w:tabs>
        <w:spacing w:after="20"/>
        <w:ind w:left="864" w:hanging="216"/>
      </w:pPr>
      <w:r>
        <w:t>•</w:t>
      </w:r>
      <w:r>
        <w:tab/>
        <w:t>situations requiring escalation</w:t>
      </w:r>
    </w:p>
    <w:p w14:paraId="0AD7BCFE" w14:textId="77777777" w:rsidR="002D7CEA" w:rsidRDefault="00C31D3C">
      <w:pPr>
        <w:tabs>
          <w:tab w:val="left" w:pos="864"/>
        </w:tabs>
        <w:spacing w:after="20"/>
        <w:ind w:left="864" w:hanging="216"/>
      </w:pPr>
      <w:r>
        <w:t>•</w:t>
      </w:r>
      <w:r>
        <w:tab/>
        <w:t>working with medical officers</w:t>
      </w:r>
    </w:p>
    <w:p w14:paraId="117A1A64" w14:textId="77777777" w:rsidR="002D7CEA" w:rsidRDefault="00C31D3C">
      <w:pPr>
        <w:keepNext/>
        <w:tabs>
          <w:tab w:val="left" w:pos="360"/>
        </w:tabs>
        <w:spacing w:before="100"/>
        <w:ind w:left="360" w:hanging="360"/>
      </w:pPr>
      <w:r>
        <w:t>6.</w:t>
      </w:r>
      <w:r>
        <w:tab/>
        <w:t>What new knowledge or skills have you developed?</w:t>
      </w:r>
    </w:p>
    <w:p w14:paraId="14533810" w14:textId="77777777" w:rsidR="002D7CEA" w:rsidRDefault="00C31D3C">
      <w:pPr>
        <w:keepNext/>
        <w:spacing w:after="40"/>
        <w:ind w:left="576"/>
      </w:pPr>
      <w:r>
        <w:rPr>
          <w:i/>
        </w:rPr>
        <w:t>Optional probes:</w:t>
      </w:r>
    </w:p>
    <w:p w14:paraId="579A6719" w14:textId="77777777" w:rsidR="002D7CEA" w:rsidRDefault="00C31D3C">
      <w:pPr>
        <w:tabs>
          <w:tab w:val="left" w:pos="864"/>
        </w:tabs>
        <w:spacing w:after="20"/>
        <w:ind w:left="864" w:hanging="216"/>
      </w:pPr>
      <w:r>
        <w:t>•</w:t>
      </w:r>
      <w:r>
        <w:tab/>
        <w:t>Where do you still feel less prepared?</w:t>
      </w:r>
    </w:p>
    <w:p w14:paraId="59720724" w14:textId="77777777" w:rsidR="002D7CEA" w:rsidRDefault="00C31D3C">
      <w:pPr>
        <w:tabs>
          <w:tab w:val="left" w:pos="360"/>
        </w:tabs>
        <w:spacing w:before="100"/>
        <w:ind w:left="360" w:hanging="360"/>
      </w:pPr>
      <w:r>
        <w:t>7.</w:t>
      </w:r>
      <w:r>
        <w:tab/>
        <w:t>How have your relationships with medical officers and other members of the healthcare team developed?</w:t>
      </w:r>
    </w:p>
    <w:p w14:paraId="0688E0D9" w14:textId="77777777" w:rsidR="002D7CEA" w:rsidRDefault="00C31D3C">
      <w:pPr>
        <w:tabs>
          <w:tab w:val="left" w:pos="360"/>
        </w:tabs>
        <w:spacing w:before="100"/>
        <w:ind w:left="360" w:hanging="360"/>
      </w:pPr>
      <w:r>
        <w:t>8.</w:t>
      </w:r>
      <w:r>
        <w:tab/>
        <w:t>How has your relationship with patients and the community developed?</w:t>
      </w:r>
    </w:p>
    <w:p w14:paraId="4C26A678" w14:textId="77777777" w:rsidR="002D7CEA" w:rsidRDefault="00C31D3C">
      <w:pPr>
        <w:tabs>
          <w:tab w:val="left" w:pos="360"/>
        </w:tabs>
        <w:spacing w:before="100"/>
        <w:ind w:left="360" w:hanging="360"/>
      </w:pPr>
      <w:r>
        <w:t>9.</w:t>
      </w:r>
      <w:r>
        <w:tab/>
        <w:t>At this stage, how do you understand your role as a PA within this service?</w:t>
      </w:r>
    </w:p>
    <w:p w14:paraId="01CD27EF" w14:textId="77777777" w:rsidR="002D7CEA" w:rsidRDefault="00C31D3C">
      <w:pPr>
        <w:tabs>
          <w:tab w:val="left" w:pos="360"/>
        </w:tabs>
        <w:spacing w:before="100"/>
        <w:ind w:left="360" w:hanging="360"/>
      </w:pPr>
      <w:r>
        <w:t>10.</w:t>
      </w:r>
      <w:r>
        <w:tab/>
        <w:t>What factors have enabled you to contribute effectively here, and what continues to limit your role?</w:t>
      </w:r>
    </w:p>
    <w:p w14:paraId="3681A33D" w14:textId="77777777" w:rsidR="002D7CEA" w:rsidRDefault="00C31D3C">
      <w:pPr>
        <w:tabs>
          <w:tab w:val="left" w:pos="360"/>
        </w:tabs>
        <w:spacing w:before="100"/>
        <w:ind w:left="360" w:hanging="360"/>
      </w:pPr>
      <w:r>
        <w:t>11.</w:t>
      </w:r>
      <w:r>
        <w:tab/>
        <w:t>What have you learned most from working in this setting so far?</w:t>
      </w:r>
    </w:p>
    <w:p w14:paraId="26602378" w14:textId="77777777" w:rsidR="002D7CEA" w:rsidRDefault="00C31D3C">
      <w:pPr>
        <w:spacing w:before="140"/>
      </w:pPr>
      <w:r>
        <w:t>Closing:</w:t>
      </w:r>
      <w:r>
        <w:br/>
        <w:t>Is there anything about how your role has developed that we have not explored?</w:t>
      </w:r>
    </w:p>
    <w:p w14:paraId="513D87F0" w14:textId="77777777" w:rsidR="002D7CEA" w:rsidRDefault="00C31D3C">
      <w:pPr>
        <w:pStyle w:val="Heading2"/>
      </w:pPr>
      <w:r>
        <w:t>A4. T4 interview guide – End-of-deployment trajectory</w:t>
      </w:r>
    </w:p>
    <w:p w14:paraId="4094D7C2" w14:textId="77777777" w:rsidR="002D7CEA" w:rsidRDefault="00C31D3C">
      <w:pPr>
        <w:spacing w:after="160"/>
      </w:pPr>
      <w:r>
        <w:t>Purpose: To reflect retrospectively on the six-month placement, important experiences and turning points, changes in responsibilities and relationships, difficult or contradictory experiences, professional development and understanding of PA integration.</w:t>
      </w:r>
    </w:p>
    <w:p w14:paraId="2925F197" w14:textId="77777777" w:rsidR="002D7CEA" w:rsidRDefault="00C31D3C">
      <w:pPr>
        <w:tabs>
          <w:tab w:val="left" w:pos="360"/>
        </w:tabs>
        <w:spacing w:before="100"/>
        <w:ind w:left="360" w:hanging="360"/>
      </w:pPr>
      <w:r>
        <w:t>1.</w:t>
      </w:r>
      <w:r>
        <w:tab/>
        <w:t>Thinking back to before you came to this placement, how would you describe yourself and your understanding of the PA role at that time?</w:t>
      </w:r>
    </w:p>
    <w:p w14:paraId="2FB1E59A" w14:textId="77777777" w:rsidR="002D7CEA" w:rsidRDefault="00C31D3C">
      <w:pPr>
        <w:tabs>
          <w:tab w:val="left" w:pos="360"/>
        </w:tabs>
        <w:spacing w:before="100"/>
        <w:ind w:left="360" w:hanging="360"/>
      </w:pPr>
      <w:r>
        <w:t>2.</w:t>
      </w:r>
      <w:r>
        <w:tab/>
        <w:t>Looking back at the beginning of the placement, what were the most important experiences during the first days and weeks?</w:t>
      </w:r>
    </w:p>
    <w:p w14:paraId="56C2242E" w14:textId="77777777" w:rsidR="002D7CEA" w:rsidRDefault="00C31D3C">
      <w:pPr>
        <w:tabs>
          <w:tab w:val="left" w:pos="360"/>
        </w:tabs>
        <w:spacing w:before="100"/>
        <w:ind w:left="360" w:hanging="360"/>
      </w:pPr>
      <w:r>
        <w:t>3.</w:t>
      </w:r>
      <w:r>
        <w:tab/>
        <w:t>Across the six months, how did your role change from the beginning to the end of the placement?</w:t>
      </w:r>
    </w:p>
    <w:p w14:paraId="70F2CD61" w14:textId="77777777" w:rsidR="002D7CEA" w:rsidRDefault="00C31D3C">
      <w:pPr>
        <w:keepNext/>
        <w:tabs>
          <w:tab w:val="left" w:pos="360"/>
        </w:tabs>
        <w:spacing w:before="100"/>
        <w:ind w:left="360" w:hanging="360"/>
      </w:pPr>
      <w:r>
        <w:t>4.</w:t>
      </w:r>
      <w:r>
        <w:tab/>
        <w:t>What would you identify as the main turning points in that journey?</w:t>
      </w:r>
    </w:p>
    <w:p w14:paraId="2DBDE5D2" w14:textId="77777777" w:rsidR="002D7CEA" w:rsidRDefault="00C31D3C">
      <w:pPr>
        <w:keepNext/>
        <w:spacing w:after="40"/>
        <w:ind w:left="576"/>
      </w:pPr>
      <w:r>
        <w:rPr>
          <w:i/>
        </w:rPr>
        <w:t>Optional probes:</w:t>
      </w:r>
    </w:p>
    <w:p w14:paraId="69266C33" w14:textId="77777777" w:rsidR="002D7CEA" w:rsidRDefault="00C31D3C">
      <w:pPr>
        <w:tabs>
          <w:tab w:val="left" w:pos="864"/>
        </w:tabs>
        <w:spacing w:after="20"/>
        <w:ind w:left="864" w:hanging="216"/>
      </w:pPr>
      <w:r>
        <w:t>•</w:t>
      </w:r>
      <w:r>
        <w:tab/>
        <w:t>What changed?</w:t>
      </w:r>
    </w:p>
    <w:p w14:paraId="0211C23D" w14:textId="77777777" w:rsidR="002D7CEA" w:rsidRDefault="00C31D3C">
      <w:pPr>
        <w:tabs>
          <w:tab w:val="left" w:pos="864"/>
        </w:tabs>
        <w:spacing w:after="20"/>
        <w:ind w:left="864" w:hanging="216"/>
      </w:pPr>
      <w:r>
        <w:t>•</w:t>
      </w:r>
      <w:r>
        <w:tab/>
        <w:t>Why was that important?</w:t>
      </w:r>
    </w:p>
    <w:p w14:paraId="7E554C3D" w14:textId="77777777" w:rsidR="002D7CEA" w:rsidRDefault="00C31D3C">
      <w:pPr>
        <w:tabs>
          <w:tab w:val="left" w:pos="360"/>
        </w:tabs>
        <w:spacing w:before="100"/>
        <w:ind w:left="360" w:hanging="360"/>
      </w:pPr>
      <w:r>
        <w:t>5.</w:t>
      </w:r>
      <w:r>
        <w:tab/>
        <w:t>How did supervision, responsibility and your involvement in patient care change over time?</w:t>
      </w:r>
    </w:p>
    <w:p w14:paraId="295AB534" w14:textId="77777777" w:rsidR="002D7CEA" w:rsidRDefault="00C31D3C">
      <w:pPr>
        <w:tabs>
          <w:tab w:val="left" w:pos="360"/>
        </w:tabs>
        <w:spacing w:before="100"/>
        <w:ind w:left="360" w:hanging="360"/>
      </w:pPr>
      <w:r>
        <w:t>6.</w:t>
      </w:r>
      <w:r>
        <w:tab/>
        <w:t>How did your relationships with doctors, nurses and other staff develop?</w:t>
      </w:r>
    </w:p>
    <w:p w14:paraId="17E64BA8" w14:textId="77777777" w:rsidR="002D7CEA" w:rsidRDefault="00C31D3C">
      <w:pPr>
        <w:tabs>
          <w:tab w:val="left" w:pos="360"/>
        </w:tabs>
        <w:spacing w:before="100"/>
        <w:ind w:left="360" w:hanging="360"/>
      </w:pPr>
      <w:r>
        <w:t>7.</w:t>
      </w:r>
      <w:r>
        <w:tab/>
        <w:t>How did your relationships with patients and the community change?</w:t>
      </w:r>
    </w:p>
    <w:p w14:paraId="78F1359C" w14:textId="77777777" w:rsidR="002D7CEA" w:rsidRDefault="00C31D3C">
      <w:pPr>
        <w:tabs>
          <w:tab w:val="left" w:pos="360"/>
        </w:tabs>
        <w:spacing w:before="100"/>
        <w:ind w:left="360" w:hanging="360"/>
      </w:pPr>
      <w:r>
        <w:lastRenderedPageBreak/>
        <w:t>8.</w:t>
      </w:r>
      <w:r>
        <w:tab/>
        <w:t>What experiences changed the way you understand patients, primary care and the wider circumstances affecting health?</w:t>
      </w:r>
    </w:p>
    <w:p w14:paraId="58A289BF" w14:textId="77777777" w:rsidR="002D7CEA" w:rsidRDefault="00C31D3C">
      <w:pPr>
        <w:keepNext/>
        <w:tabs>
          <w:tab w:val="left" w:pos="360"/>
        </w:tabs>
        <w:spacing w:before="100"/>
        <w:ind w:left="360" w:hanging="360"/>
      </w:pPr>
      <w:r>
        <w:t>9.</w:t>
      </w:r>
      <w:r>
        <w:tab/>
        <w:t>Were there situations that did not go well, challenged you or made you uncertain about your role?</w:t>
      </w:r>
    </w:p>
    <w:p w14:paraId="6E8B49C3" w14:textId="77777777" w:rsidR="002D7CEA" w:rsidRDefault="00C31D3C">
      <w:pPr>
        <w:keepNext/>
        <w:spacing w:after="40"/>
        <w:ind w:left="576"/>
      </w:pPr>
      <w:r>
        <w:rPr>
          <w:i/>
        </w:rPr>
        <w:t>Optional probes:</w:t>
      </w:r>
    </w:p>
    <w:p w14:paraId="7099B4D3" w14:textId="77777777" w:rsidR="002D7CEA" w:rsidRDefault="00C31D3C">
      <w:pPr>
        <w:tabs>
          <w:tab w:val="left" w:pos="864"/>
        </w:tabs>
        <w:spacing w:after="20"/>
        <w:ind w:left="864" w:hanging="216"/>
      </w:pPr>
      <w:r>
        <w:t>•</w:t>
      </w:r>
      <w:r>
        <w:tab/>
        <w:t>How did you respond?</w:t>
      </w:r>
    </w:p>
    <w:p w14:paraId="53BAED93" w14:textId="77777777" w:rsidR="002D7CEA" w:rsidRDefault="00C31D3C">
      <w:pPr>
        <w:tabs>
          <w:tab w:val="left" w:pos="864"/>
        </w:tabs>
        <w:spacing w:after="20"/>
        <w:ind w:left="864" w:hanging="216"/>
      </w:pPr>
      <w:r>
        <w:t>•</w:t>
      </w:r>
      <w:r>
        <w:tab/>
        <w:t>What did you learn from them?</w:t>
      </w:r>
    </w:p>
    <w:p w14:paraId="45390209" w14:textId="77777777" w:rsidR="002D7CEA" w:rsidRDefault="00C31D3C">
      <w:pPr>
        <w:tabs>
          <w:tab w:val="left" w:pos="360"/>
        </w:tabs>
        <w:spacing w:before="100"/>
        <w:ind w:left="360" w:hanging="360"/>
      </w:pPr>
      <w:r>
        <w:t>10.</w:t>
      </w:r>
      <w:r>
        <w:tab/>
        <w:t>Looking back now, how has this experience changed the way you understand yourself and the PA role?</w:t>
      </w:r>
    </w:p>
    <w:p w14:paraId="370FE0BF" w14:textId="77777777" w:rsidR="002D7CEA" w:rsidRDefault="00C31D3C">
      <w:pPr>
        <w:tabs>
          <w:tab w:val="left" w:pos="360"/>
        </w:tabs>
        <w:spacing w:before="100"/>
        <w:ind w:left="360" w:hanging="360"/>
      </w:pPr>
      <w:r>
        <w:t>11.</w:t>
      </w:r>
      <w:r>
        <w:tab/>
        <w:t>Based on this experience, what do you think is needed for PAs to work effectively in primary-care settings?</w:t>
      </w:r>
    </w:p>
    <w:p w14:paraId="772DD22E" w14:textId="77777777" w:rsidR="002D7CEA" w:rsidRDefault="00C31D3C">
      <w:pPr>
        <w:spacing w:before="140"/>
      </w:pPr>
      <w:r>
        <w:t>Closing:</w:t>
      </w:r>
      <w:r>
        <w:br/>
        <w:t>When you think about the whole six-month journey, is there anything important that I have not asked about that you would like to add?</w:t>
      </w:r>
    </w:p>
    <w:p w14:paraId="33E523E6" w14:textId="77777777" w:rsidR="002D7CEA" w:rsidRDefault="00C31D3C">
      <w:pPr>
        <w:pStyle w:val="Heading1"/>
      </w:pPr>
      <w:r>
        <w:t>B. Medical officers</w:t>
      </w:r>
    </w:p>
    <w:p w14:paraId="789F0BB0" w14:textId="77777777" w:rsidR="002D7CEA" w:rsidRDefault="00C31D3C">
      <w:r>
        <w:t>The same broad domains were explored with the senior medical officer, junior medical officer and community/outreach medical officer. Questions and probes were adapted to each participant’s responsibilities. Interviews with the community/outreach medical officer included additional emphasis on outreach and community-based care.</w:t>
      </w:r>
    </w:p>
    <w:p w14:paraId="089056AD" w14:textId="77777777" w:rsidR="002D7CEA" w:rsidRDefault="00C31D3C">
      <w:pPr>
        <w:pStyle w:val="Heading2"/>
      </w:pPr>
      <w:r>
        <w:t>B1. T1 interview guide</w:t>
      </w:r>
    </w:p>
    <w:p w14:paraId="2459E85E" w14:textId="77777777" w:rsidR="002D7CEA" w:rsidRDefault="00C31D3C">
      <w:pPr>
        <w:spacing w:after="160"/>
      </w:pPr>
      <w:r>
        <w:t>Purpose: To explore physicians’ initial understanding and expectations of the PA role, early role enactment, delegation and supervision, professional boundaries, team and patient responses, contribution and challenges.</w:t>
      </w:r>
    </w:p>
    <w:p w14:paraId="2834167F" w14:textId="77777777" w:rsidR="002D7CEA" w:rsidRDefault="00C31D3C">
      <w:pPr>
        <w:tabs>
          <w:tab w:val="left" w:pos="360"/>
        </w:tabs>
        <w:spacing w:before="100"/>
        <w:ind w:left="360" w:hanging="360"/>
      </w:pPr>
      <w:r>
        <w:t>1.</w:t>
      </w:r>
      <w:r>
        <w:tab/>
        <w:t>Before the PA joined, what did you understand about the Physician Associate role and what did you expect the role might involve here?</w:t>
      </w:r>
    </w:p>
    <w:p w14:paraId="714FD063" w14:textId="77777777" w:rsidR="002D7CEA" w:rsidRDefault="00C31D3C">
      <w:pPr>
        <w:keepNext/>
        <w:tabs>
          <w:tab w:val="left" w:pos="360"/>
        </w:tabs>
        <w:spacing w:before="100"/>
        <w:ind w:left="360" w:hanging="360"/>
      </w:pPr>
      <w:r>
        <w:t>2.</w:t>
      </w:r>
      <w:r>
        <w:tab/>
        <w:t>Can you describe how the PA began working within your area of the service?</w:t>
      </w:r>
    </w:p>
    <w:p w14:paraId="1DFA6665" w14:textId="77777777" w:rsidR="002D7CEA" w:rsidRDefault="00C31D3C">
      <w:pPr>
        <w:keepNext/>
        <w:spacing w:after="40"/>
        <w:ind w:left="576"/>
      </w:pPr>
      <w:r>
        <w:rPr>
          <w:i/>
        </w:rPr>
        <w:t>Optional probes:</w:t>
      </w:r>
    </w:p>
    <w:p w14:paraId="2A36F0E8" w14:textId="77777777" w:rsidR="002D7CEA" w:rsidRDefault="00C31D3C">
      <w:pPr>
        <w:tabs>
          <w:tab w:val="left" w:pos="864"/>
        </w:tabs>
        <w:spacing w:after="20"/>
        <w:ind w:left="864" w:hanging="216"/>
      </w:pPr>
      <w:r>
        <w:t>•</w:t>
      </w:r>
      <w:r>
        <w:tab/>
        <w:t>early arrangements</w:t>
      </w:r>
    </w:p>
    <w:p w14:paraId="18C4C14F" w14:textId="77777777" w:rsidR="002D7CEA" w:rsidRDefault="00C31D3C">
      <w:pPr>
        <w:tabs>
          <w:tab w:val="left" w:pos="864"/>
        </w:tabs>
        <w:spacing w:after="20"/>
        <w:ind w:left="864" w:hanging="216"/>
      </w:pPr>
      <w:r>
        <w:t>•</w:t>
      </w:r>
      <w:r>
        <w:tab/>
        <w:t>initial responsibilities</w:t>
      </w:r>
    </w:p>
    <w:p w14:paraId="4F38C30C" w14:textId="77777777" w:rsidR="002D7CEA" w:rsidRDefault="00C31D3C">
      <w:pPr>
        <w:tabs>
          <w:tab w:val="left" w:pos="864"/>
        </w:tabs>
        <w:spacing w:after="20"/>
        <w:ind w:left="864" w:hanging="216"/>
      </w:pPr>
      <w:r>
        <w:t>•</w:t>
      </w:r>
      <w:r>
        <w:tab/>
        <w:t>differences from expectations</w:t>
      </w:r>
    </w:p>
    <w:p w14:paraId="4F9F8AE9" w14:textId="77777777" w:rsidR="002D7CEA" w:rsidRDefault="00C31D3C">
      <w:pPr>
        <w:keepNext/>
        <w:tabs>
          <w:tab w:val="left" w:pos="360"/>
        </w:tabs>
        <w:spacing w:before="100"/>
        <w:ind w:left="360" w:hanging="360"/>
      </w:pPr>
      <w:r>
        <w:t>3.</w:t>
      </w:r>
      <w:r>
        <w:tab/>
        <w:t>How would you describe the PA’s role at this stage?</w:t>
      </w:r>
    </w:p>
    <w:p w14:paraId="36A0E789" w14:textId="77777777" w:rsidR="002D7CEA" w:rsidRDefault="00C31D3C">
      <w:pPr>
        <w:keepNext/>
        <w:spacing w:after="40"/>
        <w:ind w:left="576"/>
      </w:pPr>
      <w:r>
        <w:rPr>
          <w:i/>
        </w:rPr>
        <w:t>Optional probes:</w:t>
      </w:r>
    </w:p>
    <w:p w14:paraId="55DF32E8" w14:textId="77777777" w:rsidR="002D7CEA" w:rsidRDefault="00C31D3C">
      <w:pPr>
        <w:tabs>
          <w:tab w:val="left" w:pos="864"/>
        </w:tabs>
        <w:spacing w:after="20"/>
        <w:ind w:left="864" w:hanging="216"/>
      </w:pPr>
      <w:r>
        <w:t>•</w:t>
      </w:r>
      <w:r>
        <w:tab/>
        <w:t>clinical activities</w:t>
      </w:r>
    </w:p>
    <w:p w14:paraId="6EB0DAB3" w14:textId="77777777" w:rsidR="002D7CEA" w:rsidRDefault="00C31D3C">
      <w:pPr>
        <w:tabs>
          <w:tab w:val="left" w:pos="864"/>
        </w:tabs>
        <w:spacing w:after="20"/>
        <w:ind w:left="864" w:hanging="216"/>
      </w:pPr>
      <w:r>
        <w:t>•</w:t>
      </w:r>
      <w:r>
        <w:tab/>
        <w:t>procedures</w:t>
      </w:r>
    </w:p>
    <w:p w14:paraId="11C2FEDD" w14:textId="77777777" w:rsidR="002D7CEA" w:rsidRDefault="00C31D3C">
      <w:pPr>
        <w:tabs>
          <w:tab w:val="left" w:pos="864"/>
        </w:tabs>
        <w:spacing w:after="20"/>
        <w:ind w:left="864" w:hanging="216"/>
      </w:pPr>
      <w:r>
        <w:t>•</w:t>
      </w:r>
      <w:r>
        <w:tab/>
        <w:t>coordination</w:t>
      </w:r>
    </w:p>
    <w:p w14:paraId="00B8251A" w14:textId="77777777" w:rsidR="002D7CEA" w:rsidRDefault="00C31D3C">
      <w:pPr>
        <w:tabs>
          <w:tab w:val="left" w:pos="864"/>
        </w:tabs>
        <w:spacing w:after="20"/>
        <w:ind w:left="864" w:hanging="216"/>
      </w:pPr>
      <w:r>
        <w:t>•</w:t>
      </w:r>
      <w:r>
        <w:tab/>
        <w:t>outreach, where relevant</w:t>
      </w:r>
    </w:p>
    <w:p w14:paraId="33740E7E" w14:textId="77777777" w:rsidR="002D7CEA" w:rsidRDefault="00C31D3C">
      <w:pPr>
        <w:keepNext/>
        <w:tabs>
          <w:tab w:val="left" w:pos="360"/>
        </w:tabs>
        <w:spacing w:before="100"/>
        <w:ind w:left="360" w:hanging="360"/>
      </w:pPr>
      <w:r>
        <w:lastRenderedPageBreak/>
        <w:t>4.</w:t>
      </w:r>
      <w:r>
        <w:tab/>
        <w:t>How are decisions made about which activities the PA undertakes and what level of supervision is required?</w:t>
      </w:r>
    </w:p>
    <w:p w14:paraId="065CCC86" w14:textId="77777777" w:rsidR="002D7CEA" w:rsidRDefault="00C31D3C">
      <w:pPr>
        <w:keepNext/>
        <w:spacing w:after="40"/>
        <w:ind w:left="576"/>
      </w:pPr>
      <w:r>
        <w:rPr>
          <w:i/>
        </w:rPr>
        <w:t>Optional probes:</w:t>
      </w:r>
    </w:p>
    <w:p w14:paraId="311EDA01" w14:textId="77777777" w:rsidR="002D7CEA" w:rsidRDefault="00C31D3C">
      <w:pPr>
        <w:tabs>
          <w:tab w:val="left" w:pos="864"/>
        </w:tabs>
        <w:spacing w:after="20"/>
        <w:ind w:left="864" w:hanging="216"/>
      </w:pPr>
      <w:r>
        <w:t>•</w:t>
      </w:r>
      <w:r>
        <w:tab/>
        <w:t>previous experience</w:t>
      </w:r>
    </w:p>
    <w:p w14:paraId="079E25BB" w14:textId="77777777" w:rsidR="002D7CEA" w:rsidRDefault="00C31D3C">
      <w:pPr>
        <w:tabs>
          <w:tab w:val="left" w:pos="864"/>
        </w:tabs>
        <w:spacing w:after="20"/>
        <w:ind w:left="864" w:hanging="216"/>
      </w:pPr>
      <w:r>
        <w:t>•</w:t>
      </w:r>
      <w:r>
        <w:tab/>
        <w:t>familiarity with the activity</w:t>
      </w:r>
    </w:p>
    <w:p w14:paraId="591A2C18" w14:textId="77777777" w:rsidR="002D7CEA" w:rsidRDefault="00C31D3C">
      <w:pPr>
        <w:tabs>
          <w:tab w:val="left" w:pos="864"/>
        </w:tabs>
        <w:spacing w:after="20"/>
        <w:ind w:left="864" w:hanging="216"/>
      </w:pPr>
      <w:r>
        <w:t>•</w:t>
      </w:r>
      <w:r>
        <w:tab/>
        <w:t>clinical complexity</w:t>
      </w:r>
    </w:p>
    <w:p w14:paraId="5C1A7CE8" w14:textId="77777777" w:rsidR="002D7CEA" w:rsidRDefault="00C31D3C">
      <w:pPr>
        <w:tabs>
          <w:tab w:val="left" w:pos="864"/>
        </w:tabs>
        <w:spacing w:after="20"/>
        <w:ind w:left="864" w:hanging="216"/>
      </w:pPr>
      <w:r>
        <w:t>•</w:t>
      </w:r>
      <w:r>
        <w:tab/>
      </w:r>
      <w:r>
        <w:t>escalation to a medical officer</w:t>
      </w:r>
    </w:p>
    <w:p w14:paraId="7F36ACE4" w14:textId="77777777" w:rsidR="002D7CEA" w:rsidRDefault="00C31D3C">
      <w:pPr>
        <w:keepNext/>
        <w:tabs>
          <w:tab w:val="left" w:pos="360"/>
        </w:tabs>
        <w:spacing w:before="100"/>
        <w:ind w:left="360" w:hanging="360"/>
      </w:pPr>
      <w:r>
        <w:t>5.</w:t>
      </w:r>
      <w:r>
        <w:tab/>
        <w:t>How would you describe the boundaries between the PA’s responsibilities and those of the medical officers?</w:t>
      </w:r>
    </w:p>
    <w:p w14:paraId="6F939425" w14:textId="77777777" w:rsidR="002D7CEA" w:rsidRDefault="00C31D3C">
      <w:pPr>
        <w:keepNext/>
        <w:spacing w:after="40"/>
        <w:ind w:left="576"/>
      </w:pPr>
      <w:r>
        <w:rPr>
          <w:i/>
        </w:rPr>
        <w:t>Optional probes:</w:t>
      </w:r>
    </w:p>
    <w:p w14:paraId="0BA7503F" w14:textId="77777777" w:rsidR="002D7CEA" w:rsidRDefault="00C31D3C">
      <w:pPr>
        <w:tabs>
          <w:tab w:val="left" w:pos="864"/>
        </w:tabs>
        <w:spacing w:after="20"/>
        <w:ind w:left="864" w:hanging="216"/>
      </w:pPr>
      <w:r>
        <w:t>•</w:t>
      </w:r>
      <w:r>
        <w:tab/>
        <w:t>clinical decisions</w:t>
      </w:r>
    </w:p>
    <w:p w14:paraId="2CBE3DA8" w14:textId="77777777" w:rsidR="002D7CEA" w:rsidRDefault="00C31D3C">
      <w:pPr>
        <w:tabs>
          <w:tab w:val="left" w:pos="864"/>
        </w:tabs>
        <w:spacing w:after="20"/>
        <w:ind w:left="864" w:hanging="216"/>
      </w:pPr>
      <w:r>
        <w:t>•</w:t>
      </w:r>
      <w:r>
        <w:tab/>
        <w:t>prescribing</w:t>
      </w:r>
    </w:p>
    <w:p w14:paraId="1950156C" w14:textId="77777777" w:rsidR="002D7CEA" w:rsidRDefault="00C31D3C">
      <w:pPr>
        <w:tabs>
          <w:tab w:val="left" w:pos="864"/>
        </w:tabs>
        <w:spacing w:after="20"/>
        <w:ind w:left="864" w:hanging="216"/>
      </w:pPr>
      <w:r>
        <w:t>•</w:t>
      </w:r>
      <w:r>
        <w:tab/>
      </w:r>
      <w:r>
        <w:t>unfamiliar or higher-risk situations</w:t>
      </w:r>
    </w:p>
    <w:p w14:paraId="30529D56" w14:textId="77777777" w:rsidR="002D7CEA" w:rsidRDefault="00C31D3C">
      <w:pPr>
        <w:keepNext/>
        <w:tabs>
          <w:tab w:val="left" w:pos="360"/>
        </w:tabs>
        <w:spacing w:before="100"/>
        <w:ind w:left="360" w:hanging="360"/>
      </w:pPr>
      <w:r>
        <w:t>6.</w:t>
      </w:r>
      <w:r>
        <w:tab/>
        <w:t>How, if at all, has working with the PA affected the way you carry out your own work?</w:t>
      </w:r>
    </w:p>
    <w:p w14:paraId="6C6AC28F" w14:textId="77777777" w:rsidR="002D7CEA" w:rsidRDefault="00C31D3C">
      <w:pPr>
        <w:keepNext/>
        <w:spacing w:after="40"/>
        <w:ind w:left="576"/>
      </w:pPr>
      <w:r>
        <w:rPr>
          <w:i/>
        </w:rPr>
        <w:t>Optional probes:</w:t>
      </w:r>
    </w:p>
    <w:p w14:paraId="56B6CB61" w14:textId="77777777" w:rsidR="002D7CEA" w:rsidRDefault="00C31D3C">
      <w:pPr>
        <w:tabs>
          <w:tab w:val="left" w:pos="864"/>
        </w:tabs>
        <w:spacing w:after="20"/>
        <w:ind w:left="864" w:hanging="216"/>
      </w:pPr>
      <w:r>
        <w:t>•</w:t>
      </w:r>
      <w:r>
        <w:tab/>
        <w:t>communication</w:t>
      </w:r>
    </w:p>
    <w:p w14:paraId="3DA52394" w14:textId="77777777" w:rsidR="002D7CEA" w:rsidRDefault="00C31D3C">
      <w:pPr>
        <w:tabs>
          <w:tab w:val="left" w:pos="864"/>
        </w:tabs>
        <w:spacing w:after="20"/>
        <w:ind w:left="864" w:hanging="216"/>
      </w:pPr>
      <w:r>
        <w:t>•</w:t>
      </w:r>
      <w:r>
        <w:tab/>
        <w:t>coordination</w:t>
      </w:r>
    </w:p>
    <w:p w14:paraId="0352A85B" w14:textId="77777777" w:rsidR="002D7CEA" w:rsidRDefault="00C31D3C">
      <w:pPr>
        <w:tabs>
          <w:tab w:val="left" w:pos="864"/>
        </w:tabs>
        <w:spacing w:after="20"/>
        <w:ind w:left="864" w:hanging="216"/>
      </w:pPr>
      <w:r>
        <w:t>•</w:t>
      </w:r>
      <w:r>
        <w:tab/>
        <w:t>organisation of patient care</w:t>
      </w:r>
    </w:p>
    <w:p w14:paraId="15115865" w14:textId="77777777" w:rsidR="002D7CEA" w:rsidRDefault="00C31D3C">
      <w:pPr>
        <w:tabs>
          <w:tab w:val="left" w:pos="360"/>
        </w:tabs>
        <w:spacing w:before="100"/>
        <w:ind w:left="360" w:hanging="360"/>
      </w:pPr>
      <w:r>
        <w:t>7.</w:t>
      </w:r>
      <w:r>
        <w:tab/>
        <w:t>How have other members of the healthcare team responded to working with the PA?</w:t>
      </w:r>
    </w:p>
    <w:p w14:paraId="5578CA0C" w14:textId="77777777" w:rsidR="002D7CEA" w:rsidRDefault="00C31D3C">
      <w:pPr>
        <w:tabs>
          <w:tab w:val="left" w:pos="360"/>
        </w:tabs>
        <w:spacing w:before="100"/>
        <w:ind w:left="360" w:hanging="360"/>
      </w:pPr>
      <w:r>
        <w:t>8.</w:t>
      </w:r>
      <w:r>
        <w:tab/>
        <w:t>From your observation, how have patients responded to the PA?</w:t>
      </w:r>
    </w:p>
    <w:p w14:paraId="15EC1769" w14:textId="77777777" w:rsidR="002D7CEA" w:rsidRDefault="00C31D3C">
      <w:pPr>
        <w:tabs>
          <w:tab w:val="left" w:pos="360"/>
        </w:tabs>
        <w:spacing w:before="100"/>
        <w:ind w:left="360" w:hanging="360"/>
      </w:pPr>
      <w:r>
        <w:t>9.</w:t>
      </w:r>
      <w:r>
        <w:tab/>
        <w:t>What has been straightforward, difficult or unexpected about introducing the PA role into this setting?</w:t>
      </w:r>
    </w:p>
    <w:p w14:paraId="1D4AE3F3" w14:textId="77777777" w:rsidR="002D7CEA" w:rsidRDefault="00C31D3C">
      <w:pPr>
        <w:tabs>
          <w:tab w:val="left" w:pos="360"/>
        </w:tabs>
        <w:spacing w:before="100"/>
        <w:ind w:left="360" w:hanging="360"/>
      </w:pPr>
      <w:r>
        <w:t>10.</w:t>
      </w:r>
      <w:r>
        <w:tab/>
        <w:t>Based on the experience so far, what factors appear important for the PA role to function effectively within this service?</w:t>
      </w:r>
    </w:p>
    <w:p w14:paraId="5D179BB8" w14:textId="77777777" w:rsidR="002D7CEA" w:rsidRDefault="00C31D3C">
      <w:pPr>
        <w:spacing w:before="140"/>
      </w:pPr>
      <w:r>
        <w:t>Closing:</w:t>
      </w:r>
      <w:r>
        <w:br/>
        <w:t>Is there anything about the early experience of working with the PA that we have not discussed?</w:t>
      </w:r>
    </w:p>
    <w:p w14:paraId="6DBDD5C1" w14:textId="77777777" w:rsidR="002D7CEA" w:rsidRDefault="00C31D3C">
      <w:pPr>
        <w:pStyle w:val="Heading3"/>
      </w:pPr>
      <w:r>
        <w:t>Additional outreach probes where relevant</w:t>
      </w:r>
    </w:p>
    <w:p w14:paraId="26BE4D3E" w14:textId="77777777" w:rsidR="002D7CEA" w:rsidRDefault="00C31D3C">
      <w:pPr>
        <w:keepNext/>
        <w:spacing w:after="40"/>
        <w:ind w:left="576"/>
      </w:pPr>
      <w:r>
        <w:rPr>
          <w:i/>
        </w:rPr>
        <w:t>Optional probes:</w:t>
      </w:r>
    </w:p>
    <w:p w14:paraId="6DA60E39" w14:textId="77777777" w:rsidR="002D7CEA" w:rsidRDefault="00C31D3C">
      <w:pPr>
        <w:tabs>
          <w:tab w:val="left" w:pos="864"/>
        </w:tabs>
        <w:spacing w:after="20"/>
        <w:ind w:left="864" w:hanging="216"/>
      </w:pPr>
      <w:r>
        <w:t>•</w:t>
      </w:r>
      <w:r>
        <w:tab/>
        <w:t>home visits</w:t>
      </w:r>
    </w:p>
    <w:p w14:paraId="167CA495" w14:textId="77777777" w:rsidR="002D7CEA" w:rsidRDefault="00C31D3C">
      <w:pPr>
        <w:tabs>
          <w:tab w:val="left" w:pos="864"/>
        </w:tabs>
        <w:spacing w:after="20"/>
        <w:ind w:left="864" w:hanging="216"/>
      </w:pPr>
      <w:r>
        <w:t>•</w:t>
      </w:r>
      <w:r>
        <w:tab/>
        <w:t>patient assessment during outreach</w:t>
      </w:r>
    </w:p>
    <w:p w14:paraId="46C2B5FB" w14:textId="77777777" w:rsidR="002D7CEA" w:rsidRDefault="00C31D3C">
      <w:pPr>
        <w:tabs>
          <w:tab w:val="left" w:pos="864"/>
        </w:tabs>
        <w:spacing w:after="20"/>
        <w:ind w:left="864" w:hanging="216"/>
      </w:pPr>
      <w:r>
        <w:t>•</w:t>
      </w:r>
      <w:r>
        <w:tab/>
        <w:t>coordination with outreach staff</w:t>
      </w:r>
    </w:p>
    <w:p w14:paraId="36CC2D75" w14:textId="77777777" w:rsidR="002D7CEA" w:rsidRDefault="00C31D3C">
      <w:pPr>
        <w:tabs>
          <w:tab w:val="left" w:pos="864"/>
        </w:tabs>
        <w:spacing w:after="20"/>
        <w:ind w:left="864" w:hanging="216"/>
      </w:pPr>
      <w:r>
        <w:t>•</w:t>
      </w:r>
      <w:r>
        <w:tab/>
        <w:t>communication with the medical officer</w:t>
      </w:r>
    </w:p>
    <w:p w14:paraId="51F8C216" w14:textId="77777777" w:rsidR="002D7CEA" w:rsidRDefault="00C31D3C">
      <w:pPr>
        <w:tabs>
          <w:tab w:val="left" w:pos="864"/>
        </w:tabs>
        <w:spacing w:after="20"/>
        <w:ind w:left="864" w:hanging="216"/>
      </w:pPr>
      <w:r>
        <w:t>•</w:t>
      </w:r>
      <w:r>
        <w:tab/>
        <w:t>remote consultation when appropriate</w:t>
      </w:r>
    </w:p>
    <w:p w14:paraId="4F3AA500" w14:textId="77777777" w:rsidR="002D7CEA" w:rsidRDefault="00C31D3C">
      <w:pPr>
        <w:tabs>
          <w:tab w:val="left" w:pos="864"/>
        </w:tabs>
        <w:spacing w:after="20"/>
        <w:ind w:left="864" w:hanging="216"/>
      </w:pPr>
      <w:r>
        <w:t>•</w:t>
      </w:r>
      <w:r>
        <w:tab/>
        <w:t>community response</w:t>
      </w:r>
    </w:p>
    <w:p w14:paraId="17D8D721" w14:textId="77777777" w:rsidR="002D7CEA" w:rsidRDefault="00C31D3C">
      <w:pPr>
        <w:pStyle w:val="Heading2"/>
      </w:pPr>
      <w:r>
        <w:t>B2. T2 interview guide</w:t>
      </w:r>
    </w:p>
    <w:p w14:paraId="74C1D691" w14:textId="77777777" w:rsidR="002D7CEA" w:rsidRDefault="00C31D3C">
      <w:pPr>
        <w:spacing w:after="160"/>
      </w:pPr>
      <w:r>
        <w:t>Purpose: To explore how physicians’ understanding and use of the PA role developed over the course of the deployment and how responsibilities, supervision, professional relationships, boundaries and contextual influences evolved.</w:t>
      </w:r>
    </w:p>
    <w:p w14:paraId="4B5160C0" w14:textId="77777777" w:rsidR="002D7CEA" w:rsidRDefault="00C31D3C">
      <w:pPr>
        <w:tabs>
          <w:tab w:val="left" w:pos="360"/>
        </w:tabs>
        <w:spacing w:before="100"/>
        <w:ind w:left="360" w:hanging="360"/>
      </w:pPr>
      <w:r>
        <w:t>1.</w:t>
      </w:r>
      <w:r>
        <w:tab/>
        <w:t>Looking back from the beginning of the deployment until now, how would you describe your overall experience of working with the PA?</w:t>
      </w:r>
    </w:p>
    <w:p w14:paraId="0BF98B22" w14:textId="77777777" w:rsidR="002D7CEA" w:rsidRDefault="00C31D3C">
      <w:pPr>
        <w:tabs>
          <w:tab w:val="left" w:pos="360"/>
        </w:tabs>
        <w:spacing w:before="100"/>
        <w:ind w:left="360" w:hanging="360"/>
      </w:pPr>
      <w:r>
        <w:lastRenderedPageBreak/>
        <w:t>2.</w:t>
      </w:r>
      <w:r>
        <w:tab/>
        <w:t>In what ways, if any, has your understanding of the PA role changed over time?</w:t>
      </w:r>
    </w:p>
    <w:p w14:paraId="7F5B419C" w14:textId="77777777" w:rsidR="002D7CEA" w:rsidRDefault="00C31D3C">
      <w:pPr>
        <w:tabs>
          <w:tab w:val="left" w:pos="360"/>
        </w:tabs>
        <w:spacing w:before="100"/>
        <w:ind w:left="360" w:hanging="360"/>
      </w:pPr>
      <w:r>
        <w:t>3.</w:t>
      </w:r>
      <w:r>
        <w:tab/>
        <w:t>How has the PA’s role and range of responsibilities changed during the deployment?</w:t>
      </w:r>
    </w:p>
    <w:p w14:paraId="6AF0E898" w14:textId="77777777" w:rsidR="002D7CEA" w:rsidRDefault="00C31D3C">
      <w:pPr>
        <w:keepNext/>
        <w:tabs>
          <w:tab w:val="left" w:pos="360"/>
        </w:tabs>
        <w:spacing w:before="100"/>
        <w:ind w:left="360" w:hanging="360"/>
      </w:pPr>
      <w:r>
        <w:t>4.</w:t>
      </w:r>
      <w:r>
        <w:tab/>
        <w:t>How, if at all, has your approach to supervision changed over time?</w:t>
      </w:r>
    </w:p>
    <w:p w14:paraId="3717F0DA" w14:textId="77777777" w:rsidR="002D7CEA" w:rsidRDefault="00C31D3C">
      <w:pPr>
        <w:keepNext/>
        <w:spacing w:after="40"/>
        <w:ind w:left="576"/>
      </w:pPr>
      <w:r>
        <w:rPr>
          <w:i/>
        </w:rPr>
        <w:t>Optional probes:</w:t>
      </w:r>
    </w:p>
    <w:p w14:paraId="2C7FA8BF" w14:textId="77777777" w:rsidR="002D7CEA" w:rsidRDefault="00C31D3C">
      <w:pPr>
        <w:tabs>
          <w:tab w:val="left" w:pos="864"/>
        </w:tabs>
        <w:spacing w:after="20"/>
        <w:ind w:left="864" w:hanging="216"/>
      </w:pPr>
      <w:r>
        <w:t>•</w:t>
      </w:r>
      <w:r>
        <w:tab/>
        <w:t>familiar activities</w:t>
      </w:r>
    </w:p>
    <w:p w14:paraId="38798127" w14:textId="77777777" w:rsidR="002D7CEA" w:rsidRDefault="00C31D3C">
      <w:pPr>
        <w:tabs>
          <w:tab w:val="left" w:pos="864"/>
        </w:tabs>
        <w:spacing w:after="20"/>
        <w:ind w:left="864" w:hanging="216"/>
      </w:pPr>
      <w:r>
        <w:t>•</w:t>
      </w:r>
      <w:r>
        <w:tab/>
        <w:t>unfamiliar or higher-risk situations</w:t>
      </w:r>
    </w:p>
    <w:p w14:paraId="285C7FE0" w14:textId="77777777" w:rsidR="002D7CEA" w:rsidRDefault="00C31D3C">
      <w:pPr>
        <w:tabs>
          <w:tab w:val="left" w:pos="864"/>
        </w:tabs>
        <w:spacing w:after="20"/>
        <w:ind w:left="864" w:hanging="216"/>
      </w:pPr>
      <w:r>
        <w:t>•</w:t>
      </w:r>
      <w:r>
        <w:tab/>
        <w:t>escalation</w:t>
      </w:r>
    </w:p>
    <w:p w14:paraId="7FA26B85" w14:textId="77777777" w:rsidR="002D7CEA" w:rsidRDefault="00C31D3C">
      <w:pPr>
        <w:tabs>
          <w:tab w:val="left" w:pos="864"/>
        </w:tabs>
        <w:spacing w:after="20"/>
        <w:ind w:left="864" w:hanging="216"/>
      </w:pPr>
      <w:r>
        <w:t>•</w:t>
      </w:r>
      <w:r>
        <w:tab/>
        <w:t>remote or indirect supervision</w:t>
      </w:r>
    </w:p>
    <w:p w14:paraId="1503C188" w14:textId="77777777" w:rsidR="002D7CEA" w:rsidRDefault="00C31D3C">
      <w:pPr>
        <w:tabs>
          <w:tab w:val="left" w:pos="360"/>
        </w:tabs>
        <w:spacing w:before="100"/>
        <w:ind w:left="360" w:hanging="360"/>
      </w:pPr>
      <w:r>
        <w:t>5.</w:t>
      </w:r>
      <w:r>
        <w:tab/>
        <w:t>How, if at all, have your confidence in the PA’s work and your approach to delegation changed?</w:t>
      </w:r>
    </w:p>
    <w:p w14:paraId="4C244DC1" w14:textId="77777777" w:rsidR="002D7CEA" w:rsidRDefault="00C31D3C">
      <w:pPr>
        <w:tabs>
          <w:tab w:val="left" w:pos="360"/>
        </w:tabs>
        <w:spacing w:before="100"/>
        <w:ind w:left="360" w:hanging="360"/>
      </w:pPr>
      <w:r>
        <w:t>6.</w:t>
      </w:r>
      <w:r>
        <w:tab/>
        <w:t>How would you describe the boundaries between the PA and medical-officer roles at this stage?</w:t>
      </w:r>
    </w:p>
    <w:p w14:paraId="27C7CCAA" w14:textId="77777777" w:rsidR="002D7CEA" w:rsidRDefault="00C31D3C">
      <w:pPr>
        <w:tabs>
          <w:tab w:val="left" w:pos="360"/>
        </w:tabs>
        <w:spacing w:before="100"/>
        <w:ind w:left="360" w:hanging="360"/>
      </w:pPr>
      <w:r>
        <w:t>7.</w:t>
      </w:r>
      <w:r>
        <w:tab/>
        <w:t>How have working relationships between the PA and other members of the healthcare team developed?</w:t>
      </w:r>
    </w:p>
    <w:p w14:paraId="370370A6" w14:textId="77777777" w:rsidR="002D7CEA" w:rsidRDefault="00C31D3C">
      <w:pPr>
        <w:tabs>
          <w:tab w:val="left" w:pos="360"/>
        </w:tabs>
        <w:spacing w:before="100"/>
        <w:ind w:left="360" w:hanging="360"/>
      </w:pPr>
      <w:r>
        <w:t>8.</w:t>
      </w:r>
      <w:r>
        <w:tab/>
        <w:t>What changes, if any, have you observed in patients’ interactions with the PA?</w:t>
      </w:r>
    </w:p>
    <w:p w14:paraId="1A055072" w14:textId="77777777" w:rsidR="002D7CEA" w:rsidRDefault="00C31D3C">
      <w:pPr>
        <w:keepNext/>
        <w:tabs>
          <w:tab w:val="left" w:pos="360"/>
        </w:tabs>
        <w:spacing w:before="100"/>
        <w:ind w:left="360" w:hanging="360"/>
      </w:pPr>
      <w:r>
        <w:t>9.</w:t>
      </w:r>
      <w:r>
        <w:tab/>
        <w:t>What factors have helped or hindered the development of the PA role within this service?</w:t>
      </w:r>
    </w:p>
    <w:p w14:paraId="58EBEB79" w14:textId="77777777" w:rsidR="002D7CEA" w:rsidRDefault="00C31D3C">
      <w:pPr>
        <w:keepNext/>
        <w:spacing w:after="40"/>
        <w:ind w:left="576"/>
      </w:pPr>
      <w:r>
        <w:rPr>
          <w:i/>
        </w:rPr>
        <w:t>Optional probes:</w:t>
      </w:r>
    </w:p>
    <w:p w14:paraId="6DB5546D" w14:textId="77777777" w:rsidR="002D7CEA" w:rsidRDefault="00C31D3C">
      <w:pPr>
        <w:tabs>
          <w:tab w:val="left" w:pos="864"/>
        </w:tabs>
        <w:spacing w:after="20"/>
        <w:ind w:left="864" w:hanging="216"/>
      </w:pPr>
      <w:r>
        <w:t>•</w:t>
      </w:r>
      <w:r>
        <w:tab/>
        <w:t>team relationships</w:t>
      </w:r>
    </w:p>
    <w:p w14:paraId="6074C0C6" w14:textId="77777777" w:rsidR="002D7CEA" w:rsidRDefault="00C31D3C">
      <w:pPr>
        <w:tabs>
          <w:tab w:val="left" w:pos="864"/>
        </w:tabs>
        <w:spacing w:after="20"/>
        <w:ind w:left="864" w:hanging="216"/>
      </w:pPr>
      <w:r>
        <w:t>•</w:t>
      </w:r>
      <w:r>
        <w:tab/>
        <w:t>supervision</w:t>
      </w:r>
    </w:p>
    <w:p w14:paraId="7A144A69" w14:textId="77777777" w:rsidR="002D7CEA" w:rsidRDefault="00C31D3C">
      <w:pPr>
        <w:tabs>
          <w:tab w:val="left" w:pos="864"/>
        </w:tabs>
        <w:spacing w:after="20"/>
        <w:ind w:left="864" w:hanging="216"/>
      </w:pPr>
      <w:r>
        <w:t>•</w:t>
      </w:r>
      <w:r>
        <w:tab/>
        <w:t>continuity</w:t>
      </w:r>
    </w:p>
    <w:p w14:paraId="7777A038" w14:textId="77777777" w:rsidR="002D7CEA" w:rsidRDefault="00C31D3C">
      <w:pPr>
        <w:tabs>
          <w:tab w:val="left" w:pos="864"/>
        </w:tabs>
        <w:spacing w:after="20"/>
        <w:ind w:left="864" w:hanging="216"/>
      </w:pPr>
      <w:r>
        <w:t>•</w:t>
      </w:r>
      <w:r>
        <w:tab/>
        <w:t>organisational arrangements</w:t>
      </w:r>
    </w:p>
    <w:p w14:paraId="434A6AC5" w14:textId="77777777" w:rsidR="002D7CEA" w:rsidRDefault="00C31D3C">
      <w:pPr>
        <w:tabs>
          <w:tab w:val="left" w:pos="864"/>
        </w:tabs>
        <w:spacing w:after="20"/>
        <w:ind w:left="864" w:hanging="216"/>
      </w:pPr>
      <w:r>
        <w:t>•</w:t>
      </w:r>
      <w:r>
        <w:tab/>
        <w:t>contextual constraints</w:t>
      </w:r>
    </w:p>
    <w:p w14:paraId="18EEED19" w14:textId="77777777" w:rsidR="002D7CEA" w:rsidRDefault="00C31D3C">
      <w:pPr>
        <w:tabs>
          <w:tab w:val="left" w:pos="360"/>
        </w:tabs>
        <w:spacing w:before="100"/>
        <w:ind w:left="360" w:hanging="360"/>
      </w:pPr>
      <w:r>
        <w:t>10.</w:t>
      </w:r>
      <w:r>
        <w:tab/>
        <w:t>How would you describe the extent to which the PA’s capabilities have been used within this setting?</w:t>
      </w:r>
    </w:p>
    <w:p w14:paraId="210A9048" w14:textId="77777777" w:rsidR="002D7CEA" w:rsidRDefault="00C31D3C">
      <w:pPr>
        <w:tabs>
          <w:tab w:val="left" w:pos="360"/>
        </w:tabs>
        <w:spacing w:before="100"/>
        <w:ind w:left="360" w:hanging="360"/>
      </w:pPr>
      <w:r>
        <w:t>11.</w:t>
      </w:r>
      <w:r>
        <w:tab/>
      </w:r>
      <w:r>
        <w:t>What factors would influence whether a PA role could be sustained in a primary-care service such as this?</w:t>
      </w:r>
    </w:p>
    <w:p w14:paraId="2D4DD67A" w14:textId="77777777" w:rsidR="002D7CEA" w:rsidRDefault="00C31D3C">
      <w:pPr>
        <w:tabs>
          <w:tab w:val="left" w:pos="360"/>
        </w:tabs>
        <w:spacing w:before="100"/>
        <w:ind w:left="360" w:hanging="360"/>
      </w:pPr>
      <w:r>
        <w:t>12.</w:t>
      </w:r>
      <w:r>
        <w:tab/>
        <w:t>Based on this experience, what considerations would be important if a similar PA role were introduced in another primary-care setting?</w:t>
      </w:r>
    </w:p>
    <w:p w14:paraId="1E29C244" w14:textId="77777777" w:rsidR="002D7CEA" w:rsidRDefault="00C31D3C">
      <w:pPr>
        <w:spacing w:before="140"/>
      </w:pPr>
      <w:r>
        <w:t>Closing:</w:t>
      </w:r>
      <w:r>
        <w:br/>
        <w:t>Is there anything about how the PA role developed—or anything that did not work as expected—that we have not discussed?</w:t>
      </w:r>
    </w:p>
    <w:p w14:paraId="430E6A2B" w14:textId="77777777" w:rsidR="002D7CEA" w:rsidRDefault="00C31D3C">
      <w:pPr>
        <w:pStyle w:val="Heading1"/>
      </w:pPr>
      <w:r>
        <w:t>C. Other healthcare staff</w:t>
      </w:r>
    </w:p>
    <w:p w14:paraId="1B0BC7B1" w14:textId="77777777" w:rsidR="002D7CEA" w:rsidRDefault="00C31D3C">
      <w:pPr>
        <w:pStyle w:val="Heading2"/>
      </w:pPr>
      <w:r>
        <w:t>C1. Nurse interview guide</w:t>
      </w:r>
    </w:p>
    <w:p w14:paraId="2DF8A380" w14:textId="77777777" w:rsidR="002D7CEA" w:rsidRDefault="00C31D3C">
      <w:pPr>
        <w:spacing w:after="160"/>
      </w:pPr>
      <w:r>
        <w:t>Purpose: To explore the nurse’s experience of working with the PA, including understanding of the role, nursing–PA interaction, coordination, professional boundaries, patient response and changes in everyday work.</w:t>
      </w:r>
    </w:p>
    <w:p w14:paraId="36A522F1" w14:textId="77777777" w:rsidR="002D7CEA" w:rsidRDefault="00C31D3C">
      <w:pPr>
        <w:tabs>
          <w:tab w:val="left" w:pos="360"/>
        </w:tabs>
        <w:spacing w:before="100"/>
        <w:ind w:left="360" w:hanging="360"/>
      </w:pPr>
      <w:r>
        <w:t>1.</w:t>
      </w:r>
      <w:r>
        <w:tab/>
        <w:t>Can you briefly describe your role and responsibilities in this centre?</w:t>
      </w:r>
    </w:p>
    <w:p w14:paraId="783A4F4A" w14:textId="77777777" w:rsidR="002D7CEA" w:rsidRDefault="00C31D3C">
      <w:pPr>
        <w:keepNext/>
        <w:tabs>
          <w:tab w:val="left" w:pos="360"/>
        </w:tabs>
        <w:spacing w:before="100"/>
        <w:ind w:left="360" w:hanging="360"/>
      </w:pPr>
      <w:r>
        <w:t>2.</w:t>
      </w:r>
      <w:r>
        <w:tab/>
        <w:t>Before the PA joined, what did you know or understand about the Physician Associate profession?</w:t>
      </w:r>
    </w:p>
    <w:p w14:paraId="7000BE9E" w14:textId="77777777" w:rsidR="002D7CEA" w:rsidRDefault="00C31D3C">
      <w:pPr>
        <w:keepNext/>
        <w:spacing w:after="40"/>
        <w:ind w:left="576"/>
      </w:pPr>
      <w:r>
        <w:rPr>
          <w:i/>
        </w:rPr>
        <w:t>Optional probes:</w:t>
      </w:r>
    </w:p>
    <w:p w14:paraId="679DB373" w14:textId="77777777" w:rsidR="002D7CEA" w:rsidRDefault="00C31D3C">
      <w:pPr>
        <w:tabs>
          <w:tab w:val="left" w:pos="864"/>
        </w:tabs>
        <w:spacing w:after="20"/>
        <w:ind w:left="864" w:hanging="216"/>
      </w:pPr>
      <w:r>
        <w:t>•</w:t>
      </w:r>
      <w:r>
        <w:tab/>
        <w:t>What did you initially think the PA would do?</w:t>
      </w:r>
    </w:p>
    <w:p w14:paraId="27FA2CF4" w14:textId="77777777" w:rsidR="002D7CEA" w:rsidRDefault="00C31D3C">
      <w:pPr>
        <w:tabs>
          <w:tab w:val="left" w:pos="864"/>
        </w:tabs>
        <w:spacing w:after="20"/>
        <w:ind w:left="864" w:hanging="216"/>
      </w:pPr>
      <w:r>
        <w:lastRenderedPageBreak/>
        <w:t>•</w:t>
      </w:r>
      <w:r>
        <w:tab/>
        <w:t>Were any aspects of the role unclear?</w:t>
      </w:r>
    </w:p>
    <w:p w14:paraId="439B4EE1" w14:textId="77777777" w:rsidR="002D7CEA" w:rsidRDefault="00C31D3C">
      <w:pPr>
        <w:tabs>
          <w:tab w:val="left" w:pos="360"/>
        </w:tabs>
        <w:spacing w:before="100"/>
        <w:ind w:left="360" w:hanging="360"/>
      </w:pPr>
      <w:r>
        <w:t>3.</w:t>
      </w:r>
      <w:r>
        <w:tab/>
        <w:t>How has your understanding of the PA role changed since you began working together?</w:t>
      </w:r>
    </w:p>
    <w:p w14:paraId="382DD718" w14:textId="77777777" w:rsidR="002D7CEA" w:rsidRDefault="00C31D3C">
      <w:pPr>
        <w:keepNext/>
        <w:tabs>
          <w:tab w:val="left" w:pos="360"/>
        </w:tabs>
        <w:spacing w:before="100"/>
        <w:ind w:left="360" w:hanging="360"/>
      </w:pPr>
      <w:r>
        <w:t>4.</w:t>
      </w:r>
      <w:r>
        <w:tab/>
        <w:t>What types of work have you observed the PA undertaking?</w:t>
      </w:r>
    </w:p>
    <w:p w14:paraId="51A186E3" w14:textId="77777777" w:rsidR="002D7CEA" w:rsidRDefault="00C31D3C">
      <w:pPr>
        <w:keepNext/>
        <w:spacing w:after="40"/>
        <w:ind w:left="576"/>
      </w:pPr>
      <w:r>
        <w:rPr>
          <w:i/>
        </w:rPr>
        <w:t>Optional probes:</w:t>
      </w:r>
    </w:p>
    <w:p w14:paraId="3CC0A422" w14:textId="77777777" w:rsidR="002D7CEA" w:rsidRDefault="00C31D3C">
      <w:pPr>
        <w:tabs>
          <w:tab w:val="left" w:pos="864"/>
        </w:tabs>
        <w:spacing w:after="20"/>
        <w:ind w:left="864" w:hanging="216"/>
      </w:pPr>
      <w:r>
        <w:t>•</w:t>
      </w:r>
      <w:r>
        <w:tab/>
        <w:t>patient assessment</w:t>
      </w:r>
    </w:p>
    <w:p w14:paraId="456574E2" w14:textId="77777777" w:rsidR="002D7CEA" w:rsidRDefault="00C31D3C">
      <w:pPr>
        <w:tabs>
          <w:tab w:val="left" w:pos="864"/>
        </w:tabs>
        <w:spacing w:after="20"/>
        <w:ind w:left="864" w:hanging="216"/>
      </w:pPr>
      <w:r>
        <w:t>•</w:t>
      </w:r>
      <w:r>
        <w:tab/>
        <w:t>procedures</w:t>
      </w:r>
    </w:p>
    <w:p w14:paraId="6041D558" w14:textId="77777777" w:rsidR="002D7CEA" w:rsidRDefault="00C31D3C">
      <w:pPr>
        <w:tabs>
          <w:tab w:val="left" w:pos="864"/>
        </w:tabs>
        <w:spacing w:after="20"/>
        <w:ind w:left="864" w:hanging="216"/>
      </w:pPr>
      <w:r>
        <w:t>•</w:t>
      </w:r>
      <w:r>
        <w:tab/>
        <w:t>coordination</w:t>
      </w:r>
    </w:p>
    <w:p w14:paraId="58A2899A" w14:textId="77777777" w:rsidR="002D7CEA" w:rsidRDefault="00C31D3C">
      <w:pPr>
        <w:tabs>
          <w:tab w:val="left" w:pos="864"/>
        </w:tabs>
        <w:spacing w:after="20"/>
        <w:ind w:left="864" w:hanging="216"/>
      </w:pPr>
      <w:r>
        <w:t>•</w:t>
      </w:r>
      <w:r>
        <w:tab/>
        <w:t>outreach</w:t>
      </w:r>
    </w:p>
    <w:p w14:paraId="6E85C3B7" w14:textId="77777777" w:rsidR="002D7CEA" w:rsidRDefault="00C31D3C">
      <w:pPr>
        <w:tabs>
          <w:tab w:val="left" w:pos="360"/>
        </w:tabs>
        <w:spacing w:before="100"/>
        <w:ind w:left="360" w:hanging="360"/>
      </w:pPr>
      <w:r>
        <w:t>5.</w:t>
      </w:r>
      <w:r>
        <w:tab/>
        <w:t>How does the PA interact and work with the nursing team during day-to-day care?</w:t>
      </w:r>
    </w:p>
    <w:p w14:paraId="1CB23D77" w14:textId="77777777" w:rsidR="002D7CEA" w:rsidRDefault="00C31D3C">
      <w:pPr>
        <w:tabs>
          <w:tab w:val="left" w:pos="360"/>
        </w:tabs>
        <w:spacing w:before="100"/>
        <w:ind w:left="360" w:hanging="360"/>
      </w:pPr>
      <w:r>
        <w:t>6.</w:t>
      </w:r>
      <w:r>
        <w:tab/>
        <w:t>What changes, if any, have you noticed in your work or in coordination of patient care since the PA joined?</w:t>
      </w:r>
    </w:p>
    <w:p w14:paraId="7CECCCFA" w14:textId="77777777" w:rsidR="002D7CEA" w:rsidRDefault="00C31D3C">
      <w:pPr>
        <w:keepNext/>
        <w:tabs>
          <w:tab w:val="left" w:pos="360"/>
        </w:tabs>
        <w:spacing w:before="100"/>
        <w:ind w:left="360" w:hanging="360"/>
      </w:pPr>
      <w:r>
        <w:t>7.</w:t>
      </w:r>
      <w:r>
        <w:tab/>
      </w:r>
      <w:r>
        <w:t>Have there been situations in which the PA’s responsibilities overlapped with nursing work or were initially unclear?</w:t>
      </w:r>
    </w:p>
    <w:p w14:paraId="23808F5A" w14:textId="77777777" w:rsidR="002D7CEA" w:rsidRDefault="00C31D3C">
      <w:pPr>
        <w:keepNext/>
        <w:spacing w:after="40"/>
        <w:ind w:left="576"/>
      </w:pPr>
      <w:r>
        <w:rPr>
          <w:i/>
        </w:rPr>
        <w:t>Optional probes:</w:t>
      </w:r>
    </w:p>
    <w:p w14:paraId="16084531" w14:textId="77777777" w:rsidR="002D7CEA" w:rsidRDefault="00C31D3C">
      <w:pPr>
        <w:tabs>
          <w:tab w:val="left" w:pos="864"/>
        </w:tabs>
        <w:spacing w:after="20"/>
        <w:ind w:left="864" w:hanging="216"/>
      </w:pPr>
      <w:r>
        <w:t>•</w:t>
      </w:r>
      <w:r>
        <w:tab/>
        <w:t>How did you understand these situations?</w:t>
      </w:r>
    </w:p>
    <w:p w14:paraId="565325F1" w14:textId="77777777" w:rsidR="002D7CEA" w:rsidRDefault="00C31D3C">
      <w:pPr>
        <w:tabs>
          <w:tab w:val="left" w:pos="864"/>
        </w:tabs>
        <w:spacing w:after="20"/>
        <w:ind w:left="864" w:hanging="216"/>
      </w:pPr>
      <w:r>
        <w:t>•</w:t>
      </w:r>
      <w:r>
        <w:tab/>
        <w:t>Did your understanding change over time?</w:t>
      </w:r>
    </w:p>
    <w:p w14:paraId="4EE370C8" w14:textId="77777777" w:rsidR="002D7CEA" w:rsidRDefault="00C31D3C">
      <w:pPr>
        <w:tabs>
          <w:tab w:val="left" w:pos="360"/>
        </w:tabs>
        <w:spacing w:before="100"/>
        <w:ind w:left="360" w:hanging="360"/>
      </w:pPr>
      <w:r>
        <w:t>8.</w:t>
      </w:r>
      <w:r>
        <w:tab/>
        <w:t>From your observation, how have patients responded to the PA?</w:t>
      </w:r>
    </w:p>
    <w:p w14:paraId="066A8785" w14:textId="77777777" w:rsidR="002D7CEA" w:rsidRDefault="00C31D3C">
      <w:pPr>
        <w:keepNext/>
        <w:tabs>
          <w:tab w:val="left" w:pos="360"/>
        </w:tabs>
        <w:spacing w:before="100"/>
        <w:ind w:left="360" w:hanging="360"/>
      </w:pPr>
      <w:r>
        <w:t>9.</w:t>
      </w:r>
      <w:r>
        <w:tab/>
        <w:t>Have there been any difficulties or tensions in working with the PA?</w:t>
      </w:r>
    </w:p>
    <w:p w14:paraId="3FDDAB25" w14:textId="77777777" w:rsidR="002D7CEA" w:rsidRDefault="00C31D3C">
      <w:pPr>
        <w:keepNext/>
        <w:spacing w:after="40"/>
        <w:ind w:left="576"/>
      </w:pPr>
      <w:r>
        <w:rPr>
          <w:i/>
        </w:rPr>
        <w:t>Optional probes:</w:t>
      </w:r>
    </w:p>
    <w:p w14:paraId="35FB7C44" w14:textId="77777777" w:rsidR="002D7CEA" w:rsidRDefault="00C31D3C">
      <w:pPr>
        <w:tabs>
          <w:tab w:val="left" w:pos="864"/>
        </w:tabs>
        <w:spacing w:after="20"/>
        <w:ind w:left="864" w:hanging="216"/>
      </w:pPr>
      <w:r>
        <w:t>•</w:t>
      </w:r>
      <w:r>
        <w:tab/>
        <w:t>Can you describe an example?</w:t>
      </w:r>
    </w:p>
    <w:p w14:paraId="0BDAFDAB" w14:textId="77777777" w:rsidR="002D7CEA" w:rsidRDefault="00C31D3C">
      <w:pPr>
        <w:tabs>
          <w:tab w:val="left" w:pos="864"/>
        </w:tabs>
        <w:spacing w:after="20"/>
        <w:ind w:left="864" w:hanging="216"/>
      </w:pPr>
      <w:r>
        <w:t>•</w:t>
      </w:r>
      <w:r>
        <w:tab/>
        <w:t>Did the situation change over time?</w:t>
      </w:r>
    </w:p>
    <w:p w14:paraId="6B424F1A" w14:textId="77777777" w:rsidR="002D7CEA" w:rsidRDefault="00C31D3C">
      <w:pPr>
        <w:tabs>
          <w:tab w:val="left" w:pos="360"/>
        </w:tabs>
        <w:spacing w:before="100"/>
        <w:ind w:left="360" w:hanging="360"/>
      </w:pPr>
      <w:r>
        <w:t>10.</w:t>
      </w:r>
      <w:r>
        <w:tab/>
        <w:t>Based on your experience, what would help PAs work effectively with nursing staff in a setting like this?</w:t>
      </w:r>
    </w:p>
    <w:p w14:paraId="69E18B4F" w14:textId="77777777" w:rsidR="002D7CEA" w:rsidRDefault="00C31D3C">
      <w:pPr>
        <w:spacing w:before="140"/>
      </w:pPr>
      <w:r>
        <w:t>Closing:</w:t>
      </w:r>
      <w:r>
        <w:br/>
        <w:t>Is there anything important about your experience of working with the PA that we have not discussed?</w:t>
      </w:r>
    </w:p>
    <w:p w14:paraId="0CAA4113" w14:textId="77777777" w:rsidR="002D7CEA" w:rsidRDefault="00C31D3C">
      <w:pPr>
        <w:pStyle w:val="Heading2"/>
      </w:pPr>
      <w:r>
        <w:t>C2. Laboratory staff interview guide</w:t>
      </w:r>
    </w:p>
    <w:p w14:paraId="7A8F348A" w14:textId="77777777" w:rsidR="002D7CEA" w:rsidRDefault="00C31D3C">
      <w:pPr>
        <w:spacing w:after="160"/>
      </w:pPr>
      <w:r>
        <w:t>Purpose: To explore laboratory staff experiences of the PA role, particularly communication around investigations, role understanding, coordination, professional boundaries and patient interaction.</w:t>
      </w:r>
    </w:p>
    <w:p w14:paraId="62DF8CA4" w14:textId="77777777" w:rsidR="002D7CEA" w:rsidRDefault="00C31D3C">
      <w:pPr>
        <w:tabs>
          <w:tab w:val="left" w:pos="360"/>
        </w:tabs>
        <w:spacing w:before="100"/>
        <w:ind w:left="360" w:hanging="360"/>
      </w:pPr>
      <w:r>
        <w:t>1.</w:t>
      </w:r>
      <w:r>
        <w:tab/>
        <w:t>Can you briefly describe your role in the laboratory and your responsibilities in this centre?</w:t>
      </w:r>
    </w:p>
    <w:p w14:paraId="352348D2" w14:textId="77777777" w:rsidR="002D7CEA" w:rsidRDefault="00C31D3C">
      <w:pPr>
        <w:keepNext/>
        <w:tabs>
          <w:tab w:val="left" w:pos="360"/>
        </w:tabs>
        <w:spacing w:before="100"/>
        <w:ind w:left="360" w:hanging="360"/>
      </w:pPr>
      <w:r>
        <w:t>2.</w:t>
      </w:r>
      <w:r>
        <w:tab/>
        <w:t>Before the PA joined, what did you know about the Physician Associate profession?</w:t>
      </w:r>
    </w:p>
    <w:p w14:paraId="25AD6094" w14:textId="77777777" w:rsidR="002D7CEA" w:rsidRDefault="00C31D3C">
      <w:pPr>
        <w:keepNext/>
        <w:spacing w:after="40"/>
        <w:ind w:left="576"/>
      </w:pPr>
      <w:r>
        <w:rPr>
          <w:i/>
        </w:rPr>
        <w:t>Optional probes:</w:t>
      </w:r>
    </w:p>
    <w:p w14:paraId="075EE1C4" w14:textId="77777777" w:rsidR="002D7CEA" w:rsidRDefault="00C31D3C">
      <w:pPr>
        <w:tabs>
          <w:tab w:val="left" w:pos="864"/>
        </w:tabs>
        <w:spacing w:after="20"/>
        <w:ind w:left="864" w:hanging="216"/>
      </w:pPr>
      <w:r>
        <w:t>•</w:t>
      </w:r>
      <w:r>
        <w:tab/>
        <w:t>What did you initially think the role would involve?</w:t>
      </w:r>
    </w:p>
    <w:p w14:paraId="5E07C111" w14:textId="77777777" w:rsidR="002D7CEA" w:rsidRDefault="00C31D3C">
      <w:pPr>
        <w:tabs>
          <w:tab w:val="left" w:pos="864"/>
        </w:tabs>
        <w:spacing w:after="20"/>
        <w:ind w:left="864" w:hanging="216"/>
      </w:pPr>
      <w:r>
        <w:t>•</w:t>
      </w:r>
      <w:r>
        <w:tab/>
        <w:t>Was anything unclear?</w:t>
      </w:r>
    </w:p>
    <w:p w14:paraId="6A869119" w14:textId="77777777" w:rsidR="002D7CEA" w:rsidRDefault="00C31D3C">
      <w:pPr>
        <w:tabs>
          <w:tab w:val="left" w:pos="360"/>
        </w:tabs>
        <w:spacing w:before="100"/>
        <w:ind w:left="360" w:hanging="360"/>
      </w:pPr>
      <w:r>
        <w:t>3.</w:t>
      </w:r>
      <w:r>
        <w:tab/>
        <w:t>How has your understanding of the PA role changed through working together?</w:t>
      </w:r>
    </w:p>
    <w:p w14:paraId="477969D0" w14:textId="77777777" w:rsidR="002D7CEA" w:rsidRDefault="00C31D3C">
      <w:pPr>
        <w:keepNext/>
        <w:tabs>
          <w:tab w:val="left" w:pos="360"/>
        </w:tabs>
        <w:spacing w:before="100"/>
        <w:ind w:left="360" w:hanging="360"/>
      </w:pPr>
      <w:r>
        <w:t>4.</w:t>
      </w:r>
      <w:r>
        <w:tab/>
        <w:t>How do you and the PA interact in relation to patients and investigations?</w:t>
      </w:r>
    </w:p>
    <w:p w14:paraId="17DD2276" w14:textId="77777777" w:rsidR="002D7CEA" w:rsidRDefault="00C31D3C">
      <w:pPr>
        <w:keepNext/>
        <w:spacing w:after="40"/>
        <w:ind w:left="576"/>
      </w:pPr>
      <w:r>
        <w:rPr>
          <w:i/>
        </w:rPr>
        <w:t>Optional probes:</w:t>
      </w:r>
    </w:p>
    <w:p w14:paraId="197FD0CD" w14:textId="77777777" w:rsidR="002D7CEA" w:rsidRDefault="00C31D3C">
      <w:pPr>
        <w:tabs>
          <w:tab w:val="left" w:pos="864"/>
        </w:tabs>
        <w:spacing w:after="20"/>
        <w:ind w:left="864" w:hanging="216"/>
      </w:pPr>
      <w:r>
        <w:t>•</w:t>
      </w:r>
      <w:r>
        <w:tab/>
        <w:t>investigations</w:t>
      </w:r>
    </w:p>
    <w:p w14:paraId="577A0A55" w14:textId="77777777" w:rsidR="002D7CEA" w:rsidRDefault="00C31D3C">
      <w:pPr>
        <w:tabs>
          <w:tab w:val="left" w:pos="864"/>
        </w:tabs>
        <w:spacing w:after="20"/>
        <w:ind w:left="864" w:hanging="216"/>
      </w:pPr>
      <w:r>
        <w:t>•</w:t>
      </w:r>
      <w:r>
        <w:tab/>
        <w:t>results</w:t>
      </w:r>
    </w:p>
    <w:p w14:paraId="7FEB521D" w14:textId="77777777" w:rsidR="002D7CEA" w:rsidRDefault="00C31D3C">
      <w:pPr>
        <w:tabs>
          <w:tab w:val="left" w:pos="864"/>
        </w:tabs>
        <w:spacing w:after="20"/>
        <w:ind w:left="864" w:hanging="216"/>
      </w:pPr>
      <w:r>
        <w:lastRenderedPageBreak/>
        <w:t>•</w:t>
      </w:r>
      <w:r>
        <w:tab/>
        <w:t>patient information</w:t>
      </w:r>
    </w:p>
    <w:p w14:paraId="01BA30AE" w14:textId="77777777" w:rsidR="002D7CEA" w:rsidRDefault="00C31D3C">
      <w:pPr>
        <w:tabs>
          <w:tab w:val="left" w:pos="864"/>
        </w:tabs>
        <w:spacing w:after="20"/>
        <w:ind w:left="864" w:hanging="216"/>
      </w:pPr>
      <w:r>
        <w:t>•</w:t>
      </w:r>
      <w:r>
        <w:tab/>
        <w:t>communication with medical officers</w:t>
      </w:r>
    </w:p>
    <w:p w14:paraId="5EEA265A" w14:textId="77777777" w:rsidR="002D7CEA" w:rsidRDefault="00C31D3C">
      <w:pPr>
        <w:tabs>
          <w:tab w:val="left" w:pos="360"/>
        </w:tabs>
        <w:spacing w:before="100"/>
        <w:ind w:left="360" w:hanging="360"/>
      </w:pPr>
      <w:r>
        <w:t>5.</w:t>
      </w:r>
      <w:r>
        <w:tab/>
      </w:r>
      <w:r>
        <w:t>How are decisions about investigations communicated between the PA, laboratory staff and medical officers?</w:t>
      </w:r>
    </w:p>
    <w:p w14:paraId="57CE2BCE" w14:textId="77777777" w:rsidR="002D7CEA" w:rsidRDefault="00C31D3C">
      <w:pPr>
        <w:tabs>
          <w:tab w:val="left" w:pos="360"/>
        </w:tabs>
        <w:spacing w:before="100"/>
        <w:ind w:left="360" w:hanging="360"/>
      </w:pPr>
      <w:r>
        <w:t>6.</w:t>
      </w:r>
      <w:r>
        <w:tab/>
        <w:t>What changes, if any, have you noticed in communication or coordination since the PA joined?</w:t>
      </w:r>
    </w:p>
    <w:p w14:paraId="1B7357E7" w14:textId="77777777" w:rsidR="002D7CEA" w:rsidRDefault="00C31D3C">
      <w:pPr>
        <w:tabs>
          <w:tab w:val="left" w:pos="360"/>
        </w:tabs>
        <w:spacing w:before="100"/>
        <w:ind w:left="360" w:hanging="360"/>
      </w:pPr>
      <w:r>
        <w:t>7.</w:t>
      </w:r>
      <w:r>
        <w:tab/>
        <w:t>Have you experienced any uncertainty about the boundaries between the PA role and the medical officer’s role in relation to investigations?</w:t>
      </w:r>
    </w:p>
    <w:p w14:paraId="32FFF922" w14:textId="77777777" w:rsidR="002D7CEA" w:rsidRDefault="00C31D3C">
      <w:pPr>
        <w:tabs>
          <w:tab w:val="left" w:pos="360"/>
        </w:tabs>
        <w:spacing w:before="100"/>
        <w:ind w:left="360" w:hanging="360"/>
      </w:pPr>
      <w:r>
        <w:t>8.</w:t>
      </w:r>
      <w:r>
        <w:tab/>
        <w:t>From your observation, how do patients respond to the PA?</w:t>
      </w:r>
    </w:p>
    <w:p w14:paraId="21055A61" w14:textId="77777777" w:rsidR="002D7CEA" w:rsidRDefault="00C31D3C">
      <w:pPr>
        <w:tabs>
          <w:tab w:val="left" w:pos="360"/>
        </w:tabs>
        <w:spacing w:before="100"/>
        <w:ind w:left="360" w:hanging="360"/>
      </w:pPr>
      <w:r>
        <w:t>9.</w:t>
      </w:r>
      <w:r>
        <w:tab/>
      </w:r>
      <w:r>
        <w:t>Have you experienced any difficulties in working with the PA or situations that did not work as expected?</w:t>
      </w:r>
    </w:p>
    <w:p w14:paraId="65690A96" w14:textId="77777777" w:rsidR="002D7CEA" w:rsidRDefault="00C31D3C">
      <w:pPr>
        <w:tabs>
          <w:tab w:val="left" w:pos="360"/>
        </w:tabs>
        <w:spacing w:before="100"/>
        <w:ind w:left="360" w:hanging="360"/>
      </w:pPr>
      <w:r>
        <w:t>10.</w:t>
      </w:r>
      <w:r>
        <w:tab/>
        <w:t>Are there areas in which a PA could contribute further to laboratory–clinical coordination?</w:t>
      </w:r>
    </w:p>
    <w:p w14:paraId="09C8040C" w14:textId="77777777" w:rsidR="002D7CEA" w:rsidRDefault="00C31D3C">
      <w:pPr>
        <w:spacing w:before="140"/>
      </w:pPr>
      <w:r>
        <w:t>Closing:</w:t>
      </w:r>
      <w:r>
        <w:br/>
        <w:t>Is there anything else about working with the PA that you think is important?</w:t>
      </w:r>
    </w:p>
    <w:p w14:paraId="594FF4E2" w14:textId="77777777" w:rsidR="002D7CEA" w:rsidRDefault="00C31D3C">
      <w:pPr>
        <w:pStyle w:val="Heading2"/>
      </w:pPr>
      <w:r>
        <w:t>C3. Pharmacy staff interview guide</w:t>
      </w:r>
    </w:p>
    <w:p w14:paraId="6B72689A" w14:textId="77777777" w:rsidR="002D7CEA" w:rsidRDefault="00C31D3C">
      <w:pPr>
        <w:spacing w:after="160"/>
      </w:pPr>
      <w:r>
        <w:t>Purpose: To explore pharmacy staff experience of the PA role, particularly medication-related communication, professional boundaries, coordination with medical officers and contribution to patient care.</w:t>
      </w:r>
    </w:p>
    <w:p w14:paraId="1F23C85E" w14:textId="77777777" w:rsidR="002D7CEA" w:rsidRDefault="00C31D3C">
      <w:pPr>
        <w:tabs>
          <w:tab w:val="left" w:pos="360"/>
        </w:tabs>
        <w:spacing w:before="100"/>
        <w:ind w:left="360" w:hanging="360"/>
      </w:pPr>
      <w:r>
        <w:t>1.</w:t>
      </w:r>
      <w:r>
        <w:tab/>
        <w:t>Can you describe your role and responsibilities in the pharmacy?</w:t>
      </w:r>
    </w:p>
    <w:p w14:paraId="3ACA91B2" w14:textId="77777777" w:rsidR="002D7CEA" w:rsidRDefault="00C31D3C">
      <w:pPr>
        <w:keepNext/>
        <w:tabs>
          <w:tab w:val="left" w:pos="360"/>
        </w:tabs>
        <w:spacing w:before="100"/>
        <w:ind w:left="360" w:hanging="360"/>
      </w:pPr>
      <w:r>
        <w:t>2.</w:t>
      </w:r>
      <w:r>
        <w:tab/>
        <w:t>Before the PA joined, what did you understand about the Physician Associate profession?</w:t>
      </w:r>
    </w:p>
    <w:p w14:paraId="08442173" w14:textId="77777777" w:rsidR="002D7CEA" w:rsidRDefault="00C31D3C">
      <w:pPr>
        <w:keepNext/>
        <w:spacing w:after="40"/>
        <w:ind w:left="576"/>
      </w:pPr>
      <w:r>
        <w:rPr>
          <w:i/>
        </w:rPr>
        <w:t>Optional probes:</w:t>
      </w:r>
    </w:p>
    <w:p w14:paraId="38C3ECB4" w14:textId="77777777" w:rsidR="002D7CEA" w:rsidRDefault="00C31D3C">
      <w:pPr>
        <w:tabs>
          <w:tab w:val="left" w:pos="864"/>
        </w:tabs>
        <w:spacing w:after="20"/>
        <w:ind w:left="864" w:hanging="216"/>
      </w:pPr>
      <w:r>
        <w:t>•</w:t>
      </w:r>
      <w:r>
        <w:tab/>
        <w:t>What did you initially think the PA would do?</w:t>
      </w:r>
    </w:p>
    <w:p w14:paraId="4F5C8A82" w14:textId="77777777" w:rsidR="002D7CEA" w:rsidRDefault="00C31D3C">
      <w:pPr>
        <w:tabs>
          <w:tab w:val="left" w:pos="864"/>
        </w:tabs>
        <w:spacing w:after="20"/>
        <w:ind w:left="864" w:hanging="216"/>
      </w:pPr>
      <w:r>
        <w:t>•</w:t>
      </w:r>
      <w:r>
        <w:tab/>
        <w:t>Was there uncertainty about the role?</w:t>
      </w:r>
    </w:p>
    <w:p w14:paraId="2C3A8441" w14:textId="77777777" w:rsidR="002D7CEA" w:rsidRDefault="00C31D3C">
      <w:pPr>
        <w:keepNext/>
        <w:tabs>
          <w:tab w:val="left" w:pos="360"/>
        </w:tabs>
        <w:spacing w:before="100"/>
        <w:ind w:left="360" w:hanging="360"/>
      </w:pPr>
      <w:r>
        <w:t>3.</w:t>
      </w:r>
      <w:r>
        <w:tab/>
        <w:t>How has your interaction with the PA developed since the beginning?</w:t>
      </w:r>
    </w:p>
    <w:p w14:paraId="5BF08216" w14:textId="77777777" w:rsidR="002D7CEA" w:rsidRDefault="00C31D3C">
      <w:pPr>
        <w:keepNext/>
        <w:spacing w:after="40"/>
        <w:ind w:left="576"/>
      </w:pPr>
      <w:r>
        <w:rPr>
          <w:i/>
        </w:rPr>
        <w:t>Optional probes:</w:t>
      </w:r>
    </w:p>
    <w:p w14:paraId="34BB62FB" w14:textId="77777777" w:rsidR="002D7CEA" w:rsidRDefault="00C31D3C">
      <w:pPr>
        <w:tabs>
          <w:tab w:val="left" w:pos="864"/>
        </w:tabs>
        <w:spacing w:after="20"/>
        <w:ind w:left="864" w:hanging="216"/>
      </w:pPr>
      <w:r>
        <w:t>•</w:t>
      </w:r>
      <w:r>
        <w:tab/>
        <w:t>frequency of communication</w:t>
      </w:r>
    </w:p>
    <w:p w14:paraId="13D0FA9F" w14:textId="77777777" w:rsidR="002D7CEA" w:rsidRDefault="00C31D3C">
      <w:pPr>
        <w:tabs>
          <w:tab w:val="left" w:pos="864"/>
        </w:tabs>
        <w:spacing w:after="20"/>
        <w:ind w:left="864" w:hanging="216"/>
      </w:pPr>
      <w:r>
        <w:t>•</w:t>
      </w:r>
      <w:r>
        <w:tab/>
        <w:t>situations in which you approach the PA</w:t>
      </w:r>
    </w:p>
    <w:p w14:paraId="532B6B85" w14:textId="77777777" w:rsidR="002D7CEA" w:rsidRDefault="00C31D3C">
      <w:pPr>
        <w:keepNext/>
        <w:tabs>
          <w:tab w:val="left" w:pos="360"/>
        </w:tabs>
        <w:spacing w:before="100"/>
        <w:ind w:left="360" w:hanging="360"/>
      </w:pPr>
      <w:r>
        <w:t>4.</w:t>
      </w:r>
      <w:r>
        <w:tab/>
      </w:r>
      <w:r>
        <w:t>What types of medication- or pharmacy-related matters do you discuss with the PA?</w:t>
      </w:r>
    </w:p>
    <w:p w14:paraId="43C8AB47" w14:textId="77777777" w:rsidR="002D7CEA" w:rsidRDefault="00C31D3C">
      <w:pPr>
        <w:keepNext/>
        <w:spacing w:after="40"/>
        <w:ind w:left="576"/>
      </w:pPr>
      <w:r>
        <w:rPr>
          <w:i/>
        </w:rPr>
        <w:t>Optional probes:</w:t>
      </w:r>
    </w:p>
    <w:p w14:paraId="045F9418" w14:textId="77777777" w:rsidR="002D7CEA" w:rsidRDefault="00C31D3C">
      <w:pPr>
        <w:tabs>
          <w:tab w:val="left" w:pos="864"/>
        </w:tabs>
        <w:spacing w:after="20"/>
        <w:ind w:left="864" w:hanging="216"/>
      </w:pPr>
      <w:r>
        <w:t>•</w:t>
      </w:r>
      <w:r>
        <w:tab/>
        <w:t>clarification</w:t>
      </w:r>
    </w:p>
    <w:p w14:paraId="61C11344" w14:textId="77777777" w:rsidR="002D7CEA" w:rsidRDefault="00C31D3C">
      <w:pPr>
        <w:tabs>
          <w:tab w:val="left" w:pos="864"/>
        </w:tabs>
        <w:spacing w:after="20"/>
        <w:ind w:left="864" w:hanging="216"/>
      </w:pPr>
      <w:r>
        <w:t>•</w:t>
      </w:r>
      <w:r>
        <w:tab/>
        <w:t>medicine availability</w:t>
      </w:r>
    </w:p>
    <w:p w14:paraId="470CFA89" w14:textId="77777777" w:rsidR="002D7CEA" w:rsidRDefault="00C31D3C">
      <w:pPr>
        <w:tabs>
          <w:tab w:val="left" w:pos="864"/>
        </w:tabs>
        <w:spacing w:after="20"/>
        <w:ind w:left="864" w:hanging="216"/>
      </w:pPr>
      <w:r>
        <w:t>•</w:t>
      </w:r>
      <w:r>
        <w:tab/>
        <w:t>possible alternatives</w:t>
      </w:r>
    </w:p>
    <w:p w14:paraId="57F423A6" w14:textId="77777777" w:rsidR="002D7CEA" w:rsidRDefault="00C31D3C">
      <w:pPr>
        <w:tabs>
          <w:tab w:val="left" w:pos="864"/>
        </w:tabs>
        <w:spacing w:after="20"/>
        <w:ind w:left="864" w:hanging="216"/>
      </w:pPr>
      <w:r>
        <w:t>•</w:t>
      </w:r>
      <w:r>
        <w:tab/>
        <w:t>patient instructions</w:t>
      </w:r>
    </w:p>
    <w:p w14:paraId="4C0874E4" w14:textId="77777777" w:rsidR="002D7CEA" w:rsidRDefault="00C31D3C">
      <w:pPr>
        <w:tabs>
          <w:tab w:val="left" w:pos="360"/>
        </w:tabs>
        <w:spacing w:before="100"/>
        <w:ind w:left="360" w:hanging="360"/>
      </w:pPr>
      <w:r>
        <w:t>5.</w:t>
      </w:r>
      <w:r>
        <w:tab/>
        <w:t>How does communication occur between the pharmacy, PA and medical officers when a medical decision is required?</w:t>
      </w:r>
    </w:p>
    <w:p w14:paraId="7B7923A5" w14:textId="77777777" w:rsidR="002D7CEA" w:rsidRDefault="00C31D3C">
      <w:pPr>
        <w:tabs>
          <w:tab w:val="left" w:pos="360"/>
        </w:tabs>
        <w:spacing w:before="100"/>
        <w:ind w:left="360" w:hanging="360"/>
      </w:pPr>
      <w:r>
        <w:t>6.</w:t>
      </w:r>
      <w:r>
        <w:tab/>
        <w:t>What changes, if any, have you noticed in communication or workflow since the PA joined?</w:t>
      </w:r>
    </w:p>
    <w:p w14:paraId="71596275" w14:textId="77777777" w:rsidR="002D7CEA" w:rsidRDefault="00C31D3C">
      <w:pPr>
        <w:keepNext/>
        <w:tabs>
          <w:tab w:val="left" w:pos="360"/>
        </w:tabs>
        <w:spacing w:before="100"/>
        <w:ind w:left="360" w:hanging="360"/>
      </w:pPr>
      <w:r>
        <w:lastRenderedPageBreak/>
        <w:t>7.</w:t>
      </w:r>
      <w:r>
        <w:tab/>
        <w:t>How do you understand the boundaries between the PA’s medication-related activities and decisions requiring a medical officer?</w:t>
      </w:r>
    </w:p>
    <w:p w14:paraId="0D23038A" w14:textId="77777777" w:rsidR="002D7CEA" w:rsidRDefault="00C31D3C">
      <w:pPr>
        <w:keepNext/>
        <w:spacing w:after="40"/>
        <w:ind w:left="576"/>
      </w:pPr>
      <w:r>
        <w:rPr>
          <w:i/>
        </w:rPr>
        <w:t>Optional probes:</w:t>
      </w:r>
    </w:p>
    <w:p w14:paraId="134B814E" w14:textId="77777777" w:rsidR="002D7CEA" w:rsidRDefault="00C31D3C">
      <w:pPr>
        <w:tabs>
          <w:tab w:val="left" w:pos="864"/>
        </w:tabs>
        <w:spacing w:after="20"/>
        <w:ind w:left="864" w:hanging="216"/>
      </w:pPr>
      <w:r>
        <w:t>•</w:t>
      </w:r>
      <w:r>
        <w:tab/>
        <w:t>prescription-related communication</w:t>
      </w:r>
    </w:p>
    <w:p w14:paraId="52AC3B57" w14:textId="77777777" w:rsidR="002D7CEA" w:rsidRDefault="00C31D3C">
      <w:pPr>
        <w:tabs>
          <w:tab w:val="left" w:pos="864"/>
        </w:tabs>
        <w:spacing w:after="20"/>
        <w:ind w:left="864" w:hanging="216"/>
      </w:pPr>
      <w:r>
        <w:t>•</w:t>
      </w:r>
      <w:r>
        <w:tab/>
        <w:t>medication decisions</w:t>
      </w:r>
    </w:p>
    <w:p w14:paraId="346D66AD" w14:textId="77777777" w:rsidR="002D7CEA" w:rsidRDefault="00C31D3C">
      <w:pPr>
        <w:tabs>
          <w:tab w:val="left" w:pos="864"/>
        </w:tabs>
        <w:spacing w:after="20"/>
        <w:ind w:left="864" w:hanging="216"/>
      </w:pPr>
      <w:r>
        <w:t>•</w:t>
      </w:r>
      <w:r>
        <w:tab/>
        <w:t>medical-officer review</w:t>
      </w:r>
    </w:p>
    <w:p w14:paraId="6408CE2B" w14:textId="77777777" w:rsidR="002D7CEA" w:rsidRDefault="00C31D3C">
      <w:pPr>
        <w:tabs>
          <w:tab w:val="left" w:pos="360"/>
        </w:tabs>
        <w:spacing w:before="100"/>
        <w:ind w:left="360" w:hanging="360"/>
      </w:pPr>
      <w:r>
        <w:t>8.</w:t>
      </w:r>
      <w:r>
        <w:tab/>
        <w:t>From your observation, how do patients interact with the PA?</w:t>
      </w:r>
    </w:p>
    <w:p w14:paraId="40DA20DC" w14:textId="77777777" w:rsidR="002D7CEA" w:rsidRDefault="00C31D3C">
      <w:pPr>
        <w:tabs>
          <w:tab w:val="left" w:pos="360"/>
        </w:tabs>
        <w:spacing w:before="100"/>
        <w:ind w:left="360" w:hanging="360"/>
      </w:pPr>
      <w:r>
        <w:t>9.</w:t>
      </w:r>
      <w:r>
        <w:tab/>
        <w:t>Have you experienced any difficulties, uncertainties or situations that did not work well when working with the PA?</w:t>
      </w:r>
    </w:p>
    <w:p w14:paraId="0B2B7E94" w14:textId="77777777" w:rsidR="002D7CEA" w:rsidRDefault="00C31D3C">
      <w:pPr>
        <w:tabs>
          <w:tab w:val="left" w:pos="360"/>
        </w:tabs>
        <w:spacing w:before="100"/>
        <w:ind w:left="360" w:hanging="360"/>
      </w:pPr>
      <w:r>
        <w:t>10.</w:t>
      </w:r>
      <w:r>
        <w:tab/>
        <w:t>In what ways, if any, could a PA contribute further to pharmacy-related patient care or counselling?</w:t>
      </w:r>
    </w:p>
    <w:p w14:paraId="1EA3A166" w14:textId="77777777" w:rsidR="002D7CEA" w:rsidRDefault="00C31D3C">
      <w:pPr>
        <w:spacing w:before="140"/>
      </w:pPr>
      <w:r>
        <w:t>Closing:</w:t>
      </w:r>
      <w:r>
        <w:br/>
        <w:t>Is there anything else about your experience of working with the PA that you would like to add?</w:t>
      </w:r>
    </w:p>
    <w:p w14:paraId="06739149" w14:textId="77777777" w:rsidR="002D7CEA" w:rsidRDefault="00C31D3C">
      <w:pPr>
        <w:pStyle w:val="Heading2"/>
      </w:pPr>
      <w:r>
        <w:t>C4. Community health worker interview guide</w:t>
      </w:r>
    </w:p>
    <w:p w14:paraId="1A995F16" w14:textId="77777777" w:rsidR="002D7CEA" w:rsidRDefault="00C31D3C">
      <w:pPr>
        <w:spacing w:after="160"/>
      </w:pPr>
      <w:r>
        <w:t>Purpose: To explore the community health worker’s observations of the PA within outreach care, including service delivery, community interaction, team relationships, role boundaries, contextual challenges and opportunities for community-based care.</w:t>
      </w:r>
    </w:p>
    <w:p w14:paraId="08E18000" w14:textId="77777777" w:rsidR="002D7CEA" w:rsidRDefault="00C31D3C">
      <w:pPr>
        <w:tabs>
          <w:tab w:val="left" w:pos="360"/>
        </w:tabs>
        <w:spacing w:before="100"/>
        <w:ind w:left="360" w:hanging="360"/>
      </w:pPr>
      <w:r>
        <w:t>1.</w:t>
      </w:r>
      <w:r>
        <w:tab/>
        <w:t>Can you describe your role in this community and your involvement in healthcare activities?</w:t>
      </w:r>
    </w:p>
    <w:p w14:paraId="4DF82B88" w14:textId="77777777" w:rsidR="002D7CEA" w:rsidRDefault="00C31D3C">
      <w:pPr>
        <w:keepNext/>
        <w:tabs>
          <w:tab w:val="left" w:pos="360"/>
        </w:tabs>
        <w:spacing w:before="100"/>
        <w:ind w:left="360" w:hanging="360"/>
      </w:pPr>
      <w:r>
        <w:t>2.</w:t>
      </w:r>
      <w:r>
        <w:tab/>
      </w:r>
      <w:r>
        <w:t>Can you describe how healthcare and outreach services were provided in this community before the PA joined?</w:t>
      </w:r>
    </w:p>
    <w:p w14:paraId="44AAEEB3" w14:textId="77777777" w:rsidR="002D7CEA" w:rsidRDefault="00C31D3C">
      <w:pPr>
        <w:keepNext/>
        <w:spacing w:after="40"/>
        <w:ind w:left="576"/>
      </w:pPr>
      <w:r>
        <w:rPr>
          <w:i/>
        </w:rPr>
        <w:t>Optional probes:</w:t>
      </w:r>
    </w:p>
    <w:p w14:paraId="6C943140" w14:textId="77777777" w:rsidR="002D7CEA" w:rsidRDefault="00C31D3C">
      <w:pPr>
        <w:tabs>
          <w:tab w:val="left" w:pos="864"/>
        </w:tabs>
        <w:spacing w:after="20"/>
        <w:ind w:left="864" w:hanging="216"/>
      </w:pPr>
      <w:r>
        <w:t>•</w:t>
      </w:r>
      <w:r>
        <w:tab/>
        <w:t>frequency</w:t>
      </w:r>
    </w:p>
    <w:p w14:paraId="0C32577E" w14:textId="77777777" w:rsidR="002D7CEA" w:rsidRDefault="00C31D3C">
      <w:pPr>
        <w:tabs>
          <w:tab w:val="left" w:pos="864"/>
        </w:tabs>
        <w:spacing w:after="20"/>
        <w:ind w:left="864" w:hanging="216"/>
      </w:pPr>
      <w:r>
        <w:t>•</w:t>
      </w:r>
      <w:r>
        <w:tab/>
        <w:t>organisation</w:t>
      </w:r>
    </w:p>
    <w:p w14:paraId="02533E31" w14:textId="77777777" w:rsidR="002D7CEA" w:rsidRDefault="00C31D3C">
      <w:pPr>
        <w:tabs>
          <w:tab w:val="left" w:pos="864"/>
        </w:tabs>
        <w:spacing w:after="20"/>
        <w:ind w:left="864" w:hanging="216"/>
      </w:pPr>
      <w:r>
        <w:t>•</w:t>
      </w:r>
      <w:r>
        <w:tab/>
        <w:t>home visits</w:t>
      </w:r>
    </w:p>
    <w:p w14:paraId="4E8580DE" w14:textId="77777777" w:rsidR="002D7CEA" w:rsidRDefault="00C31D3C">
      <w:pPr>
        <w:tabs>
          <w:tab w:val="left" w:pos="864"/>
        </w:tabs>
        <w:spacing w:after="20"/>
        <w:ind w:left="864" w:hanging="216"/>
      </w:pPr>
      <w:r>
        <w:t>•</w:t>
      </w:r>
      <w:r>
        <w:tab/>
        <w:t>access</w:t>
      </w:r>
    </w:p>
    <w:p w14:paraId="72AD9EC9" w14:textId="77777777" w:rsidR="002D7CEA" w:rsidRDefault="00C31D3C">
      <w:pPr>
        <w:tabs>
          <w:tab w:val="left" w:pos="864"/>
        </w:tabs>
        <w:spacing w:after="20"/>
        <w:ind w:left="864" w:hanging="216"/>
      </w:pPr>
      <w:r>
        <w:t>•</w:t>
      </w:r>
      <w:r>
        <w:tab/>
        <w:t>community participation</w:t>
      </w:r>
    </w:p>
    <w:p w14:paraId="09B18992" w14:textId="77777777" w:rsidR="002D7CEA" w:rsidRDefault="00C31D3C">
      <w:pPr>
        <w:keepNext/>
        <w:tabs>
          <w:tab w:val="left" w:pos="360"/>
        </w:tabs>
        <w:spacing w:before="100"/>
        <w:ind w:left="360" w:hanging="360"/>
      </w:pPr>
      <w:r>
        <w:t>3.</w:t>
      </w:r>
      <w:r>
        <w:tab/>
        <w:t>Since the PA began participating in outreach, what changes, if any, have you observed?</w:t>
      </w:r>
    </w:p>
    <w:p w14:paraId="7AF765F3" w14:textId="77777777" w:rsidR="002D7CEA" w:rsidRDefault="00C31D3C">
      <w:pPr>
        <w:keepNext/>
        <w:spacing w:after="40"/>
        <w:ind w:left="576"/>
      </w:pPr>
      <w:r>
        <w:rPr>
          <w:i/>
        </w:rPr>
        <w:t>Optional probes:</w:t>
      </w:r>
    </w:p>
    <w:p w14:paraId="000F1929" w14:textId="77777777" w:rsidR="002D7CEA" w:rsidRDefault="00C31D3C">
      <w:pPr>
        <w:tabs>
          <w:tab w:val="left" w:pos="864"/>
        </w:tabs>
        <w:spacing w:after="20"/>
        <w:ind w:left="864" w:hanging="216"/>
      </w:pPr>
      <w:r>
        <w:t>•</w:t>
      </w:r>
      <w:r>
        <w:tab/>
        <w:t>organisation</w:t>
      </w:r>
    </w:p>
    <w:p w14:paraId="5E44F35D" w14:textId="77777777" w:rsidR="002D7CEA" w:rsidRDefault="00C31D3C">
      <w:pPr>
        <w:tabs>
          <w:tab w:val="left" w:pos="864"/>
        </w:tabs>
        <w:spacing w:after="20"/>
        <w:ind w:left="864" w:hanging="216"/>
      </w:pPr>
      <w:r>
        <w:t>•</w:t>
      </w:r>
      <w:r>
        <w:tab/>
        <w:t>home visits</w:t>
      </w:r>
    </w:p>
    <w:p w14:paraId="16391CD7" w14:textId="77777777" w:rsidR="002D7CEA" w:rsidRDefault="00C31D3C">
      <w:pPr>
        <w:tabs>
          <w:tab w:val="left" w:pos="864"/>
        </w:tabs>
        <w:spacing w:after="20"/>
        <w:ind w:left="864" w:hanging="216"/>
      </w:pPr>
      <w:r>
        <w:t>•</w:t>
      </w:r>
      <w:r>
        <w:tab/>
        <w:t>locations reached</w:t>
      </w:r>
    </w:p>
    <w:p w14:paraId="2814345B" w14:textId="77777777" w:rsidR="002D7CEA" w:rsidRDefault="00C31D3C">
      <w:pPr>
        <w:tabs>
          <w:tab w:val="left" w:pos="864"/>
        </w:tabs>
        <w:spacing w:after="20"/>
        <w:ind w:left="864" w:hanging="216"/>
      </w:pPr>
      <w:r>
        <w:t>•</w:t>
      </w:r>
      <w:r>
        <w:tab/>
        <w:t>distribution of work</w:t>
      </w:r>
    </w:p>
    <w:p w14:paraId="2A294F24" w14:textId="77777777" w:rsidR="002D7CEA" w:rsidRDefault="00C31D3C">
      <w:pPr>
        <w:tabs>
          <w:tab w:val="left" w:pos="360"/>
        </w:tabs>
        <w:spacing w:before="100"/>
        <w:ind w:left="360" w:hanging="360"/>
      </w:pPr>
      <w:r>
        <w:t>4.</w:t>
      </w:r>
      <w:r>
        <w:tab/>
        <w:t>From your observation, what does the PA do during outreach and community visits?</w:t>
      </w:r>
    </w:p>
    <w:p w14:paraId="0DCDE7E1" w14:textId="77777777" w:rsidR="002D7CEA" w:rsidRDefault="00C31D3C">
      <w:pPr>
        <w:keepNext/>
        <w:tabs>
          <w:tab w:val="left" w:pos="360"/>
        </w:tabs>
        <w:spacing w:before="100"/>
        <w:ind w:left="360" w:hanging="360"/>
      </w:pPr>
      <w:r>
        <w:t>5.</w:t>
      </w:r>
      <w:r>
        <w:tab/>
        <w:t>How does the PA work with the medical officer and other members of the outreach team?</w:t>
      </w:r>
    </w:p>
    <w:p w14:paraId="2F456760" w14:textId="77777777" w:rsidR="002D7CEA" w:rsidRDefault="00C31D3C">
      <w:pPr>
        <w:keepNext/>
        <w:spacing w:after="40"/>
        <w:ind w:left="576"/>
      </w:pPr>
      <w:r>
        <w:rPr>
          <w:i/>
        </w:rPr>
        <w:t>Optional probes:</w:t>
      </w:r>
    </w:p>
    <w:p w14:paraId="149B900A" w14:textId="77777777" w:rsidR="002D7CEA" w:rsidRDefault="00C31D3C">
      <w:pPr>
        <w:tabs>
          <w:tab w:val="left" w:pos="864"/>
        </w:tabs>
        <w:spacing w:after="20"/>
        <w:ind w:left="864" w:hanging="216"/>
      </w:pPr>
      <w:r>
        <w:t>•</w:t>
      </w:r>
      <w:r>
        <w:tab/>
        <w:t>communication</w:t>
      </w:r>
    </w:p>
    <w:p w14:paraId="2EF19205" w14:textId="77777777" w:rsidR="002D7CEA" w:rsidRDefault="00C31D3C">
      <w:pPr>
        <w:tabs>
          <w:tab w:val="left" w:pos="864"/>
        </w:tabs>
        <w:spacing w:after="20"/>
        <w:ind w:left="864" w:hanging="216"/>
      </w:pPr>
      <w:r>
        <w:t>•</w:t>
      </w:r>
      <w:r>
        <w:tab/>
        <w:t>medical-officer involvement</w:t>
      </w:r>
    </w:p>
    <w:p w14:paraId="047BA11D" w14:textId="77777777" w:rsidR="002D7CEA" w:rsidRDefault="00C31D3C">
      <w:pPr>
        <w:tabs>
          <w:tab w:val="left" w:pos="864"/>
        </w:tabs>
        <w:spacing w:after="20"/>
        <w:ind w:left="864" w:hanging="216"/>
      </w:pPr>
      <w:r>
        <w:t>•</w:t>
      </w:r>
      <w:r>
        <w:tab/>
        <w:t>coordination</w:t>
      </w:r>
    </w:p>
    <w:p w14:paraId="15E07A1A" w14:textId="77777777" w:rsidR="002D7CEA" w:rsidRDefault="00C31D3C">
      <w:pPr>
        <w:keepNext/>
        <w:tabs>
          <w:tab w:val="left" w:pos="360"/>
        </w:tabs>
        <w:spacing w:before="100"/>
        <w:ind w:left="360" w:hanging="360"/>
      </w:pPr>
      <w:r>
        <w:lastRenderedPageBreak/>
        <w:t>6.</w:t>
      </w:r>
      <w:r>
        <w:tab/>
        <w:t>How have people in the community responded to the PA?</w:t>
      </w:r>
    </w:p>
    <w:p w14:paraId="5FB9037F" w14:textId="77777777" w:rsidR="002D7CEA" w:rsidRDefault="00C31D3C">
      <w:pPr>
        <w:keepNext/>
        <w:spacing w:after="40"/>
        <w:ind w:left="576"/>
      </w:pPr>
      <w:r>
        <w:rPr>
          <w:i/>
        </w:rPr>
        <w:t>Optional probes:</w:t>
      </w:r>
    </w:p>
    <w:p w14:paraId="57C806FC" w14:textId="77777777" w:rsidR="002D7CEA" w:rsidRDefault="00C31D3C">
      <w:pPr>
        <w:tabs>
          <w:tab w:val="left" w:pos="864"/>
        </w:tabs>
        <w:spacing w:after="20"/>
        <w:ind w:left="864" w:hanging="216"/>
      </w:pPr>
      <w:r>
        <w:t>•</w:t>
      </w:r>
      <w:r>
        <w:tab/>
        <w:t>initial response</w:t>
      </w:r>
    </w:p>
    <w:p w14:paraId="2FC0E84F" w14:textId="77777777" w:rsidR="002D7CEA" w:rsidRDefault="00C31D3C">
      <w:pPr>
        <w:tabs>
          <w:tab w:val="left" w:pos="864"/>
        </w:tabs>
        <w:spacing w:after="20"/>
        <w:ind w:left="864" w:hanging="216"/>
      </w:pPr>
      <w:r>
        <w:t>•</w:t>
      </w:r>
      <w:r>
        <w:tab/>
        <w:t>comfort</w:t>
      </w:r>
    </w:p>
    <w:p w14:paraId="169CF4B8" w14:textId="77777777" w:rsidR="002D7CEA" w:rsidRDefault="00C31D3C">
      <w:pPr>
        <w:tabs>
          <w:tab w:val="left" w:pos="864"/>
        </w:tabs>
        <w:spacing w:after="20"/>
        <w:ind w:left="864" w:hanging="216"/>
      </w:pPr>
      <w:r>
        <w:t>•</w:t>
      </w:r>
      <w:r>
        <w:tab/>
        <w:t>communication</w:t>
      </w:r>
    </w:p>
    <w:p w14:paraId="1E64FE67" w14:textId="77777777" w:rsidR="002D7CEA" w:rsidRDefault="00C31D3C">
      <w:pPr>
        <w:tabs>
          <w:tab w:val="left" w:pos="864"/>
        </w:tabs>
        <w:spacing w:after="20"/>
        <w:ind w:left="864" w:hanging="216"/>
      </w:pPr>
      <w:r>
        <w:t>•</w:t>
      </w:r>
      <w:r>
        <w:tab/>
      </w:r>
      <w:r>
        <w:t>familiarity with longstanding doctors</w:t>
      </w:r>
    </w:p>
    <w:p w14:paraId="23807ACE" w14:textId="77777777" w:rsidR="002D7CEA" w:rsidRDefault="00C31D3C">
      <w:pPr>
        <w:tabs>
          <w:tab w:val="left" w:pos="864"/>
        </w:tabs>
        <w:spacing w:after="20"/>
        <w:ind w:left="864" w:hanging="216"/>
      </w:pPr>
      <w:r>
        <w:t>•</w:t>
      </w:r>
      <w:r>
        <w:tab/>
        <w:t>change over time</w:t>
      </w:r>
    </w:p>
    <w:p w14:paraId="12F3EBF5" w14:textId="77777777" w:rsidR="002D7CEA" w:rsidRDefault="00C31D3C">
      <w:pPr>
        <w:tabs>
          <w:tab w:val="left" w:pos="360"/>
        </w:tabs>
        <w:spacing w:before="100"/>
        <w:ind w:left="360" w:hanging="360"/>
      </w:pPr>
      <w:r>
        <w:t>7.</w:t>
      </w:r>
      <w:r>
        <w:tab/>
        <w:t>What changes, if any, have you observed in the way outreach work is organised or delivered when the PA is present?</w:t>
      </w:r>
    </w:p>
    <w:p w14:paraId="32AFD58B" w14:textId="77777777" w:rsidR="002D7CEA" w:rsidRDefault="00C31D3C">
      <w:pPr>
        <w:keepNext/>
        <w:tabs>
          <w:tab w:val="left" w:pos="360"/>
        </w:tabs>
        <w:spacing w:before="100"/>
        <w:ind w:left="360" w:hanging="360"/>
      </w:pPr>
      <w:r>
        <w:t>8.</w:t>
      </w:r>
      <w:r>
        <w:tab/>
        <w:t>What difficulties or limitations have you observed in providing care through this outreach model?</w:t>
      </w:r>
    </w:p>
    <w:p w14:paraId="1EA01089" w14:textId="77777777" w:rsidR="002D7CEA" w:rsidRDefault="00C31D3C">
      <w:pPr>
        <w:keepNext/>
        <w:spacing w:after="40"/>
        <w:ind w:left="576"/>
      </w:pPr>
      <w:r>
        <w:rPr>
          <w:i/>
        </w:rPr>
        <w:t>Optional probes:</w:t>
      </w:r>
    </w:p>
    <w:p w14:paraId="7DA725D7" w14:textId="77777777" w:rsidR="002D7CEA" w:rsidRDefault="00C31D3C">
      <w:pPr>
        <w:tabs>
          <w:tab w:val="left" w:pos="864"/>
        </w:tabs>
        <w:spacing w:after="20"/>
        <w:ind w:left="864" w:hanging="216"/>
      </w:pPr>
      <w:r>
        <w:t>•</w:t>
      </w:r>
      <w:r>
        <w:tab/>
        <w:t>transport</w:t>
      </w:r>
    </w:p>
    <w:p w14:paraId="1063B3A7" w14:textId="77777777" w:rsidR="002D7CEA" w:rsidRDefault="00C31D3C">
      <w:pPr>
        <w:tabs>
          <w:tab w:val="left" w:pos="864"/>
        </w:tabs>
        <w:spacing w:after="20"/>
        <w:ind w:left="864" w:hanging="216"/>
      </w:pPr>
      <w:r>
        <w:t>•</w:t>
      </w:r>
      <w:r>
        <w:tab/>
        <w:t>infrastructure</w:t>
      </w:r>
    </w:p>
    <w:p w14:paraId="5BEFBB99" w14:textId="77777777" w:rsidR="002D7CEA" w:rsidRDefault="00C31D3C">
      <w:pPr>
        <w:tabs>
          <w:tab w:val="left" w:pos="864"/>
        </w:tabs>
        <w:spacing w:after="20"/>
        <w:ind w:left="864" w:hanging="216"/>
      </w:pPr>
      <w:r>
        <w:t>•</w:t>
      </w:r>
      <w:r>
        <w:tab/>
        <w:t>investigations</w:t>
      </w:r>
    </w:p>
    <w:p w14:paraId="16FCC3B0" w14:textId="77777777" w:rsidR="002D7CEA" w:rsidRDefault="00C31D3C">
      <w:pPr>
        <w:tabs>
          <w:tab w:val="left" w:pos="864"/>
        </w:tabs>
        <w:spacing w:after="20"/>
        <w:ind w:left="864" w:hanging="216"/>
      </w:pPr>
      <w:r>
        <w:t>•</w:t>
      </w:r>
      <w:r>
        <w:tab/>
        <w:t>community circumstances</w:t>
      </w:r>
    </w:p>
    <w:p w14:paraId="79EBE803" w14:textId="77777777" w:rsidR="002D7CEA" w:rsidRDefault="00C31D3C">
      <w:pPr>
        <w:tabs>
          <w:tab w:val="left" w:pos="864"/>
        </w:tabs>
        <w:spacing w:after="20"/>
        <w:ind w:left="864" w:hanging="216"/>
      </w:pPr>
      <w:r>
        <w:t>•</w:t>
      </w:r>
      <w:r>
        <w:tab/>
        <w:t>staffing</w:t>
      </w:r>
    </w:p>
    <w:p w14:paraId="6A30BA51" w14:textId="77777777" w:rsidR="002D7CEA" w:rsidRDefault="00C31D3C">
      <w:pPr>
        <w:tabs>
          <w:tab w:val="left" w:pos="864"/>
        </w:tabs>
        <w:spacing w:after="20"/>
        <w:ind w:left="864" w:hanging="216"/>
      </w:pPr>
      <w:r>
        <w:t>•</w:t>
      </w:r>
      <w:r>
        <w:tab/>
        <w:t>continuity</w:t>
      </w:r>
    </w:p>
    <w:p w14:paraId="6A689F99" w14:textId="77777777" w:rsidR="002D7CEA" w:rsidRDefault="00C31D3C">
      <w:pPr>
        <w:tabs>
          <w:tab w:val="left" w:pos="360"/>
        </w:tabs>
        <w:spacing w:before="100"/>
        <w:ind w:left="360" w:hanging="360"/>
      </w:pPr>
      <w:r>
        <w:t>9.</w:t>
      </w:r>
      <w:r>
        <w:tab/>
        <w:t>What would help strengthen PA involvement in community and outreach care?</w:t>
      </w:r>
    </w:p>
    <w:p w14:paraId="4ABF992E" w14:textId="77777777" w:rsidR="002D7CEA" w:rsidRDefault="00C31D3C">
      <w:pPr>
        <w:tabs>
          <w:tab w:val="left" w:pos="360"/>
        </w:tabs>
        <w:spacing w:before="100"/>
        <w:ind w:left="360" w:hanging="360"/>
      </w:pPr>
      <w:r>
        <w:t>10.</w:t>
      </w:r>
      <w:r>
        <w:tab/>
        <w:t>Based on your experience, what role could PAs have in community-based primary care in the future?</w:t>
      </w:r>
    </w:p>
    <w:p w14:paraId="3364696E" w14:textId="77777777" w:rsidR="002D7CEA" w:rsidRDefault="00C31D3C">
      <w:pPr>
        <w:spacing w:before="140"/>
      </w:pPr>
      <w:r>
        <w:t>Closing:</w:t>
      </w:r>
      <w:r>
        <w:br/>
        <w:t>Is there anything else about the PA’s work in the community or the outreach programme that we have not discussed?</w:t>
      </w:r>
    </w:p>
    <w:p w14:paraId="2E2D7422" w14:textId="77777777" w:rsidR="002D7CEA" w:rsidRDefault="00C31D3C">
      <w:pPr>
        <w:pStyle w:val="Heading1"/>
      </w:pPr>
      <w:r>
        <w:t>D. Patient focus-group discussion guide</w:t>
      </w:r>
    </w:p>
    <w:p w14:paraId="20CD07A8" w14:textId="77777777" w:rsidR="002D7CEA" w:rsidRDefault="00C31D3C">
      <w:pPr>
        <w:spacing w:after="160"/>
      </w:pPr>
      <w:r>
        <w:t>Purpose: To explore patients’ experiences of receiving care from the Physician Associate, understanding and acceptance of the role, communication and relationships, changes over repeated encounters, perceived contribution to care, concerns or negative experiences and views about future PA involvement.</w:t>
      </w:r>
    </w:p>
    <w:p w14:paraId="74AB808F" w14:textId="77777777" w:rsidR="002D7CEA" w:rsidRDefault="00C31D3C">
      <w:pPr>
        <w:pStyle w:val="Heading3"/>
      </w:pPr>
      <w:r>
        <w:t>Opening</w:t>
      </w:r>
    </w:p>
    <w:p w14:paraId="726FE78E" w14:textId="77777777" w:rsidR="002D7CEA" w:rsidRDefault="00C31D3C">
      <w:r>
        <w:t>Thank you for participating. We would like to understand your experiences of receiving healthcare from the Physician Associate. There are no right or wrong answers. We are interested in positive, negative and mixed experiences. Participants may agree or disagree with one another, and every perspective is valuable.</w:t>
      </w:r>
    </w:p>
    <w:p w14:paraId="4A132B4C" w14:textId="77777777" w:rsidR="002D7CEA" w:rsidRDefault="00C31D3C">
      <w:pPr>
        <w:pStyle w:val="Heading3"/>
      </w:pPr>
      <w:r>
        <w:t>Discussion questions</w:t>
      </w:r>
    </w:p>
    <w:p w14:paraId="5C70CE10" w14:textId="77777777" w:rsidR="002D7CEA" w:rsidRDefault="00C31D3C">
      <w:pPr>
        <w:keepNext/>
        <w:tabs>
          <w:tab w:val="left" w:pos="360"/>
        </w:tabs>
        <w:spacing w:before="100"/>
        <w:ind w:left="360" w:hanging="360"/>
      </w:pPr>
      <w:r>
        <w:t>1.</w:t>
      </w:r>
      <w:r>
        <w:tab/>
      </w:r>
      <w:r>
        <w:t>Can you tell us about your first experience of meeting or receiving care from the Physician Associate?</w:t>
      </w:r>
    </w:p>
    <w:p w14:paraId="6E9E1247" w14:textId="77777777" w:rsidR="002D7CEA" w:rsidRDefault="00C31D3C">
      <w:pPr>
        <w:keepNext/>
        <w:spacing w:after="40"/>
        <w:ind w:left="576"/>
      </w:pPr>
      <w:r>
        <w:rPr>
          <w:i/>
        </w:rPr>
        <w:t>Optional probes:</w:t>
      </w:r>
    </w:p>
    <w:p w14:paraId="41301F29" w14:textId="77777777" w:rsidR="002D7CEA" w:rsidRDefault="00C31D3C">
      <w:pPr>
        <w:tabs>
          <w:tab w:val="left" w:pos="864"/>
        </w:tabs>
        <w:spacing w:after="20"/>
        <w:ind w:left="864" w:hanging="216"/>
      </w:pPr>
      <w:r>
        <w:t>•</w:t>
      </w:r>
      <w:r>
        <w:tab/>
        <w:t>What brought you to the hospital?</w:t>
      </w:r>
    </w:p>
    <w:p w14:paraId="6E283AFD" w14:textId="77777777" w:rsidR="002D7CEA" w:rsidRDefault="00C31D3C">
      <w:pPr>
        <w:tabs>
          <w:tab w:val="left" w:pos="864"/>
        </w:tabs>
        <w:spacing w:after="20"/>
        <w:ind w:left="864" w:hanging="216"/>
      </w:pPr>
      <w:r>
        <w:t>•</w:t>
      </w:r>
      <w:r>
        <w:tab/>
        <w:t>What happened during that encounter?</w:t>
      </w:r>
    </w:p>
    <w:p w14:paraId="186BE69C" w14:textId="77777777" w:rsidR="002D7CEA" w:rsidRDefault="00C31D3C">
      <w:pPr>
        <w:tabs>
          <w:tab w:val="left" w:pos="864"/>
        </w:tabs>
        <w:spacing w:after="20"/>
        <w:ind w:left="864" w:hanging="216"/>
      </w:pPr>
      <w:r>
        <w:t>•</w:t>
      </w:r>
      <w:r>
        <w:tab/>
        <w:t>What stood out to you?</w:t>
      </w:r>
    </w:p>
    <w:p w14:paraId="7E7ABB52" w14:textId="77777777" w:rsidR="002D7CEA" w:rsidRDefault="00C31D3C">
      <w:pPr>
        <w:keepNext/>
        <w:tabs>
          <w:tab w:val="left" w:pos="360"/>
        </w:tabs>
        <w:spacing w:before="100"/>
        <w:ind w:left="360" w:hanging="360"/>
      </w:pPr>
      <w:r>
        <w:lastRenderedPageBreak/>
        <w:t>2.</w:t>
      </w:r>
      <w:r>
        <w:tab/>
        <w:t>When you first met the Physician Associate, what did you understand her role to be?</w:t>
      </w:r>
    </w:p>
    <w:p w14:paraId="45713206" w14:textId="77777777" w:rsidR="002D7CEA" w:rsidRDefault="00C31D3C">
      <w:pPr>
        <w:keepNext/>
        <w:spacing w:after="40"/>
        <w:ind w:left="576"/>
      </w:pPr>
      <w:r>
        <w:rPr>
          <w:i/>
        </w:rPr>
        <w:t>Optional probes:</w:t>
      </w:r>
    </w:p>
    <w:p w14:paraId="2298E5FA" w14:textId="77777777" w:rsidR="002D7CEA" w:rsidRDefault="00C31D3C">
      <w:pPr>
        <w:tabs>
          <w:tab w:val="left" w:pos="864"/>
        </w:tabs>
        <w:spacing w:after="20"/>
        <w:ind w:left="864" w:hanging="216"/>
      </w:pPr>
      <w:r>
        <w:t>•</w:t>
      </w:r>
      <w:r>
        <w:tab/>
        <w:t>Had you heard about the Physician Associate profession previously?</w:t>
      </w:r>
    </w:p>
    <w:p w14:paraId="5EBB5A78" w14:textId="77777777" w:rsidR="002D7CEA" w:rsidRDefault="00C31D3C">
      <w:pPr>
        <w:tabs>
          <w:tab w:val="left" w:pos="864"/>
        </w:tabs>
        <w:spacing w:after="20"/>
        <w:ind w:left="864" w:hanging="216"/>
      </w:pPr>
      <w:r>
        <w:t>•</w:t>
      </w:r>
      <w:r>
        <w:tab/>
        <w:t>How did you come to understand the role?</w:t>
      </w:r>
    </w:p>
    <w:p w14:paraId="548AA5B4" w14:textId="77777777" w:rsidR="002D7CEA" w:rsidRDefault="00C31D3C">
      <w:pPr>
        <w:keepNext/>
        <w:tabs>
          <w:tab w:val="left" w:pos="360"/>
        </w:tabs>
        <w:spacing w:before="100"/>
        <w:ind w:left="360" w:hanging="360"/>
      </w:pPr>
      <w:r>
        <w:t>3.</w:t>
      </w:r>
      <w:r>
        <w:tab/>
        <w:t>Can you describe what usually happens when you receive care from the Physician Associate?</w:t>
      </w:r>
    </w:p>
    <w:p w14:paraId="6603CABF" w14:textId="77777777" w:rsidR="002D7CEA" w:rsidRDefault="00C31D3C">
      <w:pPr>
        <w:keepNext/>
        <w:spacing w:after="40"/>
        <w:ind w:left="576"/>
      </w:pPr>
      <w:r>
        <w:rPr>
          <w:i/>
        </w:rPr>
        <w:t>Optional probes:</w:t>
      </w:r>
    </w:p>
    <w:p w14:paraId="3A85F1DB" w14:textId="77777777" w:rsidR="002D7CEA" w:rsidRDefault="00C31D3C">
      <w:pPr>
        <w:tabs>
          <w:tab w:val="left" w:pos="864"/>
        </w:tabs>
        <w:spacing w:after="20"/>
        <w:ind w:left="864" w:hanging="216"/>
      </w:pPr>
      <w:r>
        <w:t>•</w:t>
      </w:r>
      <w:r>
        <w:tab/>
        <w:t>assessment</w:t>
      </w:r>
    </w:p>
    <w:p w14:paraId="3F9C2AB0" w14:textId="77777777" w:rsidR="002D7CEA" w:rsidRDefault="00C31D3C">
      <w:pPr>
        <w:tabs>
          <w:tab w:val="left" w:pos="864"/>
        </w:tabs>
        <w:spacing w:after="20"/>
        <w:ind w:left="864" w:hanging="216"/>
      </w:pPr>
      <w:r>
        <w:t>•</w:t>
      </w:r>
      <w:r>
        <w:tab/>
        <w:t>explanations</w:t>
      </w:r>
    </w:p>
    <w:p w14:paraId="651E6A64" w14:textId="77777777" w:rsidR="002D7CEA" w:rsidRDefault="00C31D3C">
      <w:pPr>
        <w:tabs>
          <w:tab w:val="left" w:pos="864"/>
        </w:tabs>
        <w:spacing w:after="20"/>
        <w:ind w:left="864" w:hanging="216"/>
      </w:pPr>
      <w:r>
        <w:t>•</w:t>
      </w:r>
      <w:r>
        <w:tab/>
        <w:t>investigations</w:t>
      </w:r>
    </w:p>
    <w:p w14:paraId="5AE470F8" w14:textId="77777777" w:rsidR="002D7CEA" w:rsidRDefault="00C31D3C">
      <w:pPr>
        <w:tabs>
          <w:tab w:val="left" w:pos="864"/>
        </w:tabs>
        <w:spacing w:after="20"/>
        <w:ind w:left="864" w:hanging="216"/>
      </w:pPr>
      <w:r>
        <w:t>•</w:t>
      </w:r>
      <w:r>
        <w:tab/>
        <w:t>procedures</w:t>
      </w:r>
    </w:p>
    <w:p w14:paraId="08CEB07D" w14:textId="77777777" w:rsidR="002D7CEA" w:rsidRDefault="00C31D3C">
      <w:pPr>
        <w:tabs>
          <w:tab w:val="left" w:pos="864"/>
        </w:tabs>
        <w:spacing w:after="20"/>
        <w:ind w:left="864" w:hanging="216"/>
      </w:pPr>
      <w:r>
        <w:t>•</w:t>
      </w:r>
      <w:r>
        <w:tab/>
        <w:t>communication with the doctor</w:t>
      </w:r>
    </w:p>
    <w:p w14:paraId="7C556F71" w14:textId="77777777" w:rsidR="002D7CEA" w:rsidRDefault="00C31D3C">
      <w:pPr>
        <w:tabs>
          <w:tab w:val="left" w:pos="864"/>
        </w:tabs>
        <w:spacing w:after="20"/>
        <w:ind w:left="864" w:hanging="216"/>
      </w:pPr>
      <w:r>
        <w:t>•</w:t>
      </w:r>
      <w:r>
        <w:tab/>
        <w:t>follow-up</w:t>
      </w:r>
    </w:p>
    <w:p w14:paraId="74A13F8E" w14:textId="77777777" w:rsidR="002D7CEA" w:rsidRDefault="00C31D3C">
      <w:pPr>
        <w:keepNext/>
        <w:tabs>
          <w:tab w:val="left" w:pos="360"/>
        </w:tabs>
        <w:spacing w:before="100"/>
        <w:ind w:left="360" w:hanging="360"/>
      </w:pPr>
      <w:r>
        <w:t>4.</w:t>
      </w:r>
      <w:r>
        <w:tab/>
        <w:t>How would you describe your communication with the Physician Associate?</w:t>
      </w:r>
    </w:p>
    <w:p w14:paraId="69100E03" w14:textId="77777777" w:rsidR="002D7CEA" w:rsidRDefault="00C31D3C">
      <w:pPr>
        <w:keepNext/>
        <w:spacing w:after="40"/>
        <w:ind w:left="576"/>
      </w:pPr>
      <w:r>
        <w:rPr>
          <w:i/>
        </w:rPr>
        <w:t>Optional probes:</w:t>
      </w:r>
    </w:p>
    <w:p w14:paraId="27F68ACB" w14:textId="77777777" w:rsidR="002D7CEA" w:rsidRDefault="00C31D3C">
      <w:pPr>
        <w:tabs>
          <w:tab w:val="left" w:pos="864"/>
        </w:tabs>
        <w:spacing w:after="20"/>
        <w:ind w:left="864" w:hanging="216"/>
      </w:pPr>
      <w:r>
        <w:t>•</w:t>
      </w:r>
      <w:r>
        <w:tab/>
        <w:t>discussing health concerns</w:t>
      </w:r>
    </w:p>
    <w:p w14:paraId="38375155" w14:textId="77777777" w:rsidR="002D7CEA" w:rsidRDefault="00C31D3C">
      <w:pPr>
        <w:tabs>
          <w:tab w:val="left" w:pos="864"/>
        </w:tabs>
        <w:spacing w:after="20"/>
        <w:ind w:left="864" w:hanging="216"/>
      </w:pPr>
      <w:r>
        <w:t>•</w:t>
      </w:r>
      <w:r>
        <w:tab/>
        <w:t>asking questions</w:t>
      </w:r>
    </w:p>
    <w:p w14:paraId="3D37FD93" w14:textId="77777777" w:rsidR="002D7CEA" w:rsidRDefault="00C31D3C">
      <w:pPr>
        <w:tabs>
          <w:tab w:val="left" w:pos="864"/>
        </w:tabs>
        <w:spacing w:after="20"/>
        <w:ind w:left="864" w:hanging="216"/>
      </w:pPr>
      <w:r>
        <w:t>•</w:t>
      </w:r>
      <w:r>
        <w:tab/>
        <w:t>explanations</w:t>
      </w:r>
    </w:p>
    <w:p w14:paraId="2807C61F" w14:textId="77777777" w:rsidR="002D7CEA" w:rsidRDefault="00C31D3C">
      <w:pPr>
        <w:tabs>
          <w:tab w:val="left" w:pos="864"/>
        </w:tabs>
        <w:spacing w:after="20"/>
        <w:ind w:left="864" w:hanging="216"/>
      </w:pPr>
      <w:r>
        <w:t>•</w:t>
      </w:r>
      <w:r>
        <w:tab/>
        <w:t>understanding illness and treatment</w:t>
      </w:r>
    </w:p>
    <w:p w14:paraId="4D48654F" w14:textId="77777777" w:rsidR="002D7CEA" w:rsidRDefault="00C31D3C">
      <w:pPr>
        <w:keepNext/>
        <w:tabs>
          <w:tab w:val="left" w:pos="360"/>
        </w:tabs>
        <w:spacing w:before="100"/>
        <w:ind w:left="360" w:hanging="360"/>
      </w:pPr>
      <w:r>
        <w:t>5.</w:t>
      </w:r>
      <w:r>
        <w:tab/>
      </w:r>
      <w:r>
        <w:t>If you have met the Physician Associate more than once, has your experience or relationship changed over time?</w:t>
      </w:r>
    </w:p>
    <w:p w14:paraId="6D635D91" w14:textId="77777777" w:rsidR="002D7CEA" w:rsidRDefault="00C31D3C">
      <w:pPr>
        <w:keepNext/>
        <w:spacing w:after="40"/>
        <w:ind w:left="576"/>
      </w:pPr>
      <w:r>
        <w:rPr>
          <w:i/>
        </w:rPr>
        <w:t>Optional probes:</w:t>
      </w:r>
    </w:p>
    <w:p w14:paraId="180963A9" w14:textId="77777777" w:rsidR="002D7CEA" w:rsidRDefault="00C31D3C">
      <w:pPr>
        <w:tabs>
          <w:tab w:val="left" w:pos="864"/>
        </w:tabs>
        <w:spacing w:after="20"/>
        <w:ind w:left="864" w:hanging="216"/>
      </w:pPr>
      <w:r>
        <w:t>•</w:t>
      </w:r>
      <w:r>
        <w:tab/>
        <w:t>familiarity</w:t>
      </w:r>
    </w:p>
    <w:p w14:paraId="3B411819" w14:textId="77777777" w:rsidR="002D7CEA" w:rsidRDefault="00C31D3C">
      <w:pPr>
        <w:tabs>
          <w:tab w:val="left" w:pos="864"/>
        </w:tabs>
        <w:spacing w:after="20"/>
        <w:ind w:left="864" w:hanging="216"/>
      </w:pPr>
      <w:r>
        <w:t>•</w:t>
      </w:r>
      <w:r>
        <w:tab/>
        <w:t>comfort</w:t>
      </w:r>
    </w:p>
    <w:p w14:paraId="4B46386B" w14:textId="77777777" w:rsidR="002D7CEA" w:rsidRDefault="00C31D3C">
      <w:pPr>
        <w:tabs>
          <w:tab w:val="left" w:pos="864"/>
        </w:tabs>
        <w:spacing w:after="20"/>
        <w:ind w:left="864" w:hanging="216"/>
      </w:pPr>
      <w:r>
        <w:t>•</w:t>
      </w:r>
      <w:r>
        <w:tab/>
        <w:t>confidence</w:t>
      </w:r>
    </w:p>
    <w:p w14:paraId="5FEF49B2" w14:textId="77777777" w:rsidR="002D7CEA" w:rsidRDefault="00C31D3C">
      <w:pPr>
        <w:tabs>
          <w:tab w:val="left" w:pos="864"/>
        </w:tabs>
        <w:spacing w:after="20"/>
        <w:ind w:left="864" w:hanging="216"/>
      </w:pPr>
      <w:r>
        <w:t>•</w:t>
      </w:r>
      <w:r>
        <w:tab/>
        <w:t>trust</w:t>
      </w:r>
    </w:p>
    <w:p w14:paraId="79EB0FEC" w14:textId="77777777" w:rsidR="002D7CEA" w:rsidRDefault="00C31D3C">
      <w:pPr>
        <w:tabs>
          <w:tab w:val="left" w:pos="864"/>
        </w:tabs>
        <w:spacing w:after="20"/>
        <w:ind w:left="864" w:hanging="216"/>
      </w:pPr>
      <w:r>
        <w:t>•</w:t>
      </w:r>
      <w:r>
        <w:tab/>
        <w:t>repeated contact</w:t>
      </w:r>
    </w:p>
    <w:p w14:paraId="49CEBDE8" w14:textId="77777777" w:rsidR="002D7CEA" w:rsidRDefault="00C31D3C">
      <w:pPr>
        <w:keepNext/>
        <w:tabs>
          <w:tab w:val="left" w:pos="360"/>
        </w:tabs>
        <w:spacing w:before="100"/>
        <w:ind w:left="360" w:hanging="360"/>
      </w:pPr>
      <w:r>
        <w:t>6.</w:t>
      </w:r>
      <w:r>
        <w:tab/>
      </w:r>
      <w:r>
        <w:t>What changes, if any, have you noticed in your experience of receiving care since the Physician Associate began working at the centre?</w:t>
      </w:r>
    </w:p>
    <w:p w14:paraId="1B5839C9" w14:textId="77777777" w:rsidR="002D7CEA" w:rsidRDefault="00C31D3C">
      <w:pPr>
        <w:keepNext/>
        <w:spacing w:after="40"/>
        <w:ind w:left="576"/>
      </w:pPr>
      <w:r>
        <w:rPr>
          <w:i/>
        </w:rPr>
        <w:t>Optional probes:</w:t>
      </w:r>
    </w:p>
    <w:p w14:paraId="22AD98F5" w14:textId="77777777" w:rsidR="002D7CEA" w:rsidRDefault="00C31D3C">
      <w:pPr>
        <w:tabs>
          <w:tab w:val="left" w:pos="864"/>
        </w:tabs>
        <w:spacing w:after="20"/>
        <w:ind w:left="864" w:hanging="216"/>
      </w:pPr>
      <w:r>
        <w:t>•</w:t>
      </w:r>
      <w:r>
        <w:tab/>
        <w:t>organisation of care</w:t>
      </w:r>
    </w:p>
    <w:p w14:paraId="78D1A6AC" w14:textId="77777777" w:rsidR="002D7CEA" w:rsidRDefault="00C31D3C">
      <w:pPr>
        <w:tabs>
          <w:tab w:val="left" w:pos="864"/>
        </w:tabs>
        <w:spacing w:after="20"/>
        <w:ind w:left="864" w:hanging="216"/>
      </w:pPr>
      <w:r>
        <w:t>•</w:t>
      </w:r>
      <w:r>
        <w:tab/>
        <w:t>initial assessment</w:t>
      </w:r>
    </w:p>
    <w:p w14:paraId="1DF4131E" w14:textId="77777777" w:rsidR="002D7CEA" w:rsidRDefault="00C31D3C">
      <w:pPr>
        <w:tabs>
          <w:tab w:val="left" w:pos="864"/>
        </w:tabs>
        <w:spacing w:after="20"/>
        <w:ind w:left="864" w:hanging="216"/>
      </w:pPr>
      <w:r>
        <w:t>•</w:t>
      </w:r>
      <w:r>
        <w:tab/>
        <w:t>communication</w:t>
      </w:r>
    </w:p>
    <w:p w14:paraId="378E1853" w14:textId="77777777" w:rsidR="002D7CEA" w:rsidRDefault="00C31D3C">
      <w:pPr>
        <w:tabs>
          <w:tab w:val="left" w:pos="864"/>
        </w:tabs>
        <w:spacing w:after="20"/>
        <w:ind w:left="864" w:hanging="216"/>
      </w:pPr>
      <w:r>
        <w:t>•</w:t>
      </w:r>
      <w:r>
        <w:tab/>
        <w:t>movement through the service</w:t>
      </w:r>
    </w:p>
    <w:p w14:paraId="61480B5B" w14:textId="77777777" w:rsidR="002D7CEA" w:rsidRDefault="00C31D3C">
      <w:pPr>
        <w:tabs>
          <w:tab w:val="left" w:pos="864"/>
        </w:tabs>
        <w:spacing w:after="20"/>
        <w:ind w:left="864" w:hanging="216"/>
      </w:pPr>
      <w:r>
        <w:t>•</w:t>
      </w:r>
      <w:r>
        <w:tab/>
        <w:t>waiting</w:t>
      </w:r>
    </w:p>
    <w:p w14:paraId="23E88EC8" w14:textId="77777777" w:rsidR="002D7CEA" w:rsidRDefault="00C31D3C">
      <w:pPr>
        <w:tabs>
          <w:tab w:val="left" w:pos="864"/>
        </w:tabs>
        <w:spacing w:after="20"/>
        <w:ind w:left="864" w:hanging="216"/>
      </w:pPr>
      <w:r>
        <w:t>•</w:t>
      </w:r>
      <w:r>
        <w:tab/>
        <w:t>follow-up</w:t>
      </w:r>
    </w:p>
    <w:p w14:paraId="2BBA57A3" w14:textId="77777777" w:rsidR="002D7CEA" w:rsidRDefault="00C31D3C">
      <w:pPr>
        <w:keepNext/>
        <w:tabs>
          <w:tab w:val="left" w:pos="360"/>
        </w:tabs>
        <w:spacing w:before="100"/>
        <w:ind w:left="360" w:hanging="360"/>
      </w:pPr>
      <w:r>
        <w:t>7.</w:t>
      </w:r>
      <w:r>
        <w:tab/>
        <w:t>Was there anything about the care provided by the Physician Associate that you particularly valued or remember clearly?</w:t>
      </w:r>
    </w:p>
    <w:p w14:paraId="26C0DEE9" w14:textId="77777777" w:rsidR="002D7CEA" w:rsidRDefault="00C31D3C">
      <w:pPr>
        <w:keepNext/>
        <w:spacing w:after="40"/>
        <w:ind w:left="576"/>
      </w:pPr>
      <w:r>
        <w:rPr>
          <w:i/>
        </w:rPr>
        <w:t>Optional probes:</w:t>
      </w:r>
    </w:p>
    <w:p w14:paraId="50344A30" w14:textId="77777777" w:rsidR="002D7CEA" w:rsidRDefault="00C31D3C">
      <w:pPr>
        <w:tabs>
          <w:tab w:val="left" w:pos="864"/>
        </w:tabs>
        <w:spacing w:after="20"/>
        <w:ind w:left="864" w:hanging="216"/>
      </w:pPr>
      <w:r>
        <w:t>•</w:t>
      </w:r>
      <w:r>
        <w:tab/>
        <w:t>Can you describe a specific experience?</w:t>
      </w:r>
    </w:p>
    <w:p w14:paraId="010F0076" w14:textId="77777777" w:rsidR="002D7CEA" w:rsidRDefault="00C31D3C">
      <w:pPr>
        <w:keepNext/>
        <w:tabs>
          <w:tab w:val="left" w:pos="360"/>
        </w:tabs>
        <w:spacing w:before="100"/>
        <w:ind w:left="360" w:hanging="360"/>
      </w:pPr>
      <w:r>
        <w:lastRenderedPageBreak/>
        <w:t>8.</w:t>
      </w:r>
      <w:r>
        <w:tab/>
        <w:t>Was there anything you did not like, found difficult, or felt could have been handled differently?</w:t>
      </w:r>
    </w:p>
    <w:p w14:paraId="37916D5C" w14:textId="77777777" w:rsidR="002D7CEA" w:rsidRDefault="00C31D3C">
      <w:pPr>
        <w:keepNext/>
        <w:spacing w:after="40"/>
        <w:ind w:left="576"/>
      </w:pPr>
      <w:r>
        <w:rPr>
          <w:i/>
        </w:rPr>
        <w:t>Optional probes:</w:t>
      </w:r>
    </w:p>
    <w:p w14:paraId="611D28A1" w14:textId="77777777" w:rsidR="002D7CEA" w:rsidRDefault="00C31D3C">
      <w:pPr>
        <w:tabs>
          <w:tab w:val="left" w:pos="864"/>
        </w:tabs>
        <w:spacing w:after="20"/>
        <w:ind w:left="864" w:hanging="216"/>
      </w:pPr>
      <w:r>
        <w:t>•</w:t>
      </w:r>
      <w:r>
        <w:tab/>
        <w:t>Even a small concern or suggestion is useful.</w:t>
      </w:r>
    </w:p>
    <w:p w14:paraId="36AC955C" w14:textId="77777777" w:rsidR="002D7CEA" w:rsidRDefault="00C31D3C">
      <w:pPr>
        <w:tabs>
          <w:tab w:val="left" w:pos="864"/>
        </w:tabs>
        <w:spacing w:after="20"/>
        <w:ind w:left="864" w:hanging="216"/>
      </w:pPr>
      <w:r>
        <w:t>•</w:t>
      </w:r>
      <w:r>
        <w:tab/>
        <w:t>Did anyone have a different experience?</w:t>
      </w:r>
    </w:p>
    <w:p w14:paraId="15EAC157" w14:textId="77777777" w:rsidR="002D7CEA" w:rsidRDefault="00C31D3C">
      <w:pPr>
        <w:keepNext/>
        <w:tabs>
          <w:tab w:val="left" w:pos="360"/>
        </w:tabs>
        <w:spacing w:before="100"/>
        <w:ind w:left="360" w:hanging="360"/>
      </w:pPr>
      <w:r>
        <w:t>9.</w:t>
      </w:r>
      <w:r>
        <w:tab/>
        <w:t>How do you understand the relationship between the Physician Associate and the doctors or other members of the healthcare team?</w:t>
      </w:r>
    </w:p>
    <w:p w14:paraId="6A07F50E" w14:textId="77777777" w:rsidR="002D7CEA" w:rsidRDefault="00C31D3C">
      <w:pPr>
        <w:keepNext/>
        <w:spacing w:after="40"/>
        <w:ind w:left="576"/>
      </w:pPr>
      <w:r>
        <w:rPr>
          <w:i/>
        </w:rPr>
        <w:t>Optional probes:</w:t>
      </w:r>
    </w:p>
    <w:p w14:paraId="4E50FABE" w14:textId="77777777" w:rsidR="002D7CEA" w:rsidRDefault="00C31D3C">
      <w:pPr>
        <w:tabs>
          <w:tab w:val="left" w:pos="864"/>
        </w:tabs>
        <w:spacing w:after="20"/>
        <w:ind w:left="864" w:hanging="216"/>
      </w:pPr>
      <w:r>
        <w:t>•</w:t>
      </w:r>
      <w:r>
        <w:tab/>
        <w:t>When have you seen the PA involve a doctor?</w:t>
      </w:r>
    </w:p>
    <w:p w14:paraId="13B03101" w14:textId="77777777" w:rsidR="002D7CEA" w:rsidRDefault="00C31D3C">
      <w:pPr>
        <w:tabs>
          <w:tab w:val="left" w:pos="864"/>
        </w:tabs>
        <w:spacing w:after="20"/>
        <w:ind w:left="864" w:hanging="216"/>
      </w:pPr>
      <w:r>
        <w:t>•</w:t>
      </w:r>
      <w:r>
        <w:tab/>
        <w:t>Is the role clear to you?</w:t>
      </w:r>
    </w:p>
    <w:p w14:paraId="6954AF01" w14:textId="77777777" w:rsidR="002D7CEA" w:rsidRDefault="00C31D3C">
      <w:pPr>
        <w:keepNext/>
        <w:tabs>
          <w:tab w:val="left" w:pos="360"/>
        </w:tabs>
        <w:spacing w:before="100"/>
        <w:ind w:left="360" w:hanging="360"/>
      </w:pPr>
      <w:r>
        <w:t>10.</w:t>
      </w:r>
      <w:r>
        <w:tab/>
      </w:r>
      <w:r>
        <w:t>How would you feel about receiving care from a Physician Associate in the future?</w:t>
      </w:r>
    </w:p>
    <w:p w14:paraId="70CAA9AE" w14:textId="77777777" w:rsidR="002D7CEA" w:rsidRDefault="00C31D3C">
      <w:pPr>
        <w:keepNext/>
        <w:spacing w:after="40"/>
        <w:ind w:left="576"/>
      </w:pPr>
      <w:r>
        <w:rPr>
          <w:i/>
        </w:rPr>
        <w:t>Optional probes:</w:t>
      </w:r>
    </w:p>
    <w:p w14:paraId="29DC5CC4" w14:textId="77777777" w:rsidR="002D7CEA" w:rsidRDefault="00C31D3C">
      <w:pPr>
        <w:tabs>
          <w:tab w:val="left" w:pos="864"/>
        </w:tabs>
        <w:spacing w:after="20"/>
        <w:ind w:left="864" w:hanging="216"/>
      </w:pPr>
      <w:r>
        <w:t>•</w:t>
      </w:r>
      <w:r>
        <w:tab/>
        <w:t>What would make you comfortable or uncomfortable?</w:t>
      </w:r>
    </w:p>
    <w:p w14:paraId="05DF9BE8" w14:textId="77777777" w:rsidR="002D7CEA" w:rsidRDefault="00C31D3C">
      <w:pPr>
        <w:tabs>
          <w:tab w:val="left" w:pos="864"/>
        </w:tabs>
        <w:spacing w:after="20"/>
        <w:ind w:left="864" w:hanging="216"/>
      </w:pPr>
      <w:r>
        <w:t>•</w:t>
      </w:r>
      <w:r>
        <w:tab/>
        <w:t>Would it matter if it were a different PA?</w:t>
      </w:r>
    </w:p>
    <w:p w14:paraId="6E6CB871" w14:textId="77777777" w:rsidR="002D7CEA" w:rsidRDefault="00C31D3C">
      <w:pPr>
        <w:tabs>
          <w:tab w:val="left" w:pos="360"/>
        </w:tabs>
        <w:spacing w:before="100"/>
        <w:ind w:left="360" w:hanging="360"/>
      </w:pPr>
      <w:r>
        <w:t>11.</w:t>
      </w:r>
      <w:r>
        <w:tab/>
        <w:t>Based on your experience, is there anything you think should be changed or improved in the way Physician Associates work or are prepared for this type of care?</w:t>
      </w:r>
    </w:p>
    <w:p w14:paraId="5BECCAD9" w14:textId="77777777" w:rsidR="002D7CEA" w:rsidRDefault="00C31D3C">
      <w:pPr>
        <w:pStyle w:val="Heading3"/>
      </w:pPr>
      <w:r>
        <w:t>Closing</w:t>
      </w:r>
    </w:p>
    <w:p w14:paraId="262ED428" w14:textId="77777777" w:rsidR="002D7CEA" w:rsidRDefault="00C31D3C">
      <w:r>
        <w:t>Is there anything important about your experience with the Physician Associate that we have not discussed, including anything that was different from what other participants have described?</w:t>
      </w:r>
    </w:p>
    <w:sectPr w:rsidR="002D7CEA" w:rsidSect="0003461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17B4B" w14:textId="77777777" w:rsidR="00C31D3C" w:rsidRDefault="00C31D3C">
      <w:pPr>
        <w:spacing w:after="0" w:line="240" w:lineRule="auto"/>
      </w:pPr>
      <w:r>
        <w:separator/>
      </w:r>
    </w:p>
  </w:endnote>
  <w:endnote w:type="continuationSeparator" w:id="0">
    <w:p w14:paraId="412F8E4F" w14:textId="77777777" w:rsidR="00C31D3C" w:rsidRDefault="00C31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Kartika">
    <w:panose1 w:val="02020503030404060203"/>
    <w:charset w:val="00"/>
    <w:family w:val="roman"/>
    <w:pitch w:val="variable"/>
    <w:sig w:usb0="00800003" w:usb1="00000000" w:usb2="00000000" w:usb3="00000000" w:csb0="00000001"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E680F" w14:textId="77777777" w:rsidR="002D7CEA" w:rsidRDefault="00C31D3C">
    <w:pPr>
      <w:pStyle w:val="Footer"/>
      <w:jc w:val="center"/>
    </w:pPr>
    <w:r>
      <w:fldChar w:fldCharType="begin"/>
    </w:r>
    <w:r>
      <w:instrText>PAGE</w:instrText>
    </w:r>
    <w:r>
      <w:fldChar w:fldCharType="separate"/>
    </w:r>
    <w:r w:rsidR="00AD506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05B7E" w14:textId="77777777" w:rsidR="00C31D3C" w:rsidRDefault="00C31D3C">
      <w:pPr>
        <w:spacing w:after="0" w:line="240" w:lineRule="auto"/>
      </w:pPr>
      <w:r>
        <w:separator/>
      </w:r>
    </w:p>
  </w:footnote>
  <w:footnote w:type="continuationSeparator" w:id="0">
    <w:p w14:paraId="62E26B01" w14:textId="77777777" w:rsidR="00C31D3C" w:rsidRDefault="00C31D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89732147">
    <w:abstractNumId w:val="8"/>
  </w:num>
  <w:num w:numId="2" w16cid:durableId="966206616">
    <w:abstractNumId w:val="6"/>
  </w:num>
  <w:num w:numId="3" w16cid:durableId="1604261381">
    <w:abstractNumId w:val="5"/>
  </w:num>
  <w:num w:numId="4" w16cid:durableId="1970434385">
    <w:abstractNumId w:val="4"/>
  </w:num>
  <w:num w:numId="5" w16cid:durableId="1220942921">
    <w:abstractNumId w:val="7"/>
  </w:num>
  <w:num w:numId="6" w16cid:durableId="124321906">
    <w:abstractNumId w:val="3"/>
  </w:num>
  <w:num w:numId="7" w16cid:durableId="205027333">
    <w:abstractNumId w:val="2"/>
  </w:num>
  <w:num w:numId="8" w16cid:durableId="2016960360">
    <w:abstractNumId w:val="1"/>
  </w:num>
  <w:num w:numId="9" w16cid:durableId="571277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D7CEA"/>
    <w:rsid w:val="00326F90"/>
    <w:rsid w:val="00AA1D8D"/>
    <w:rsid w:val="00AD5062"/>
    <w:rsid w:val="00B47730"/>
    <w:rsid w:val="00C31D3C"/>
    <w:rsid w:val="00C80CB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ml-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968CC0"/>
  <w14:defaultImageDpi w14:val="300"/>
  <w15:docId w15:val="{91C3E7C3-6001-B743-B31A-D617105D9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Times New Roman" w:eastAsia="Times New Roman" w:hAnsi="Times New Roman" w:cs="Times New Roman"/>
      <w:color w:val="000000"/>
    </w:rPr>
  </w:style>
  <w:style w:type="paragraph" w:styleId="Heading1">
    <w:name w:val="heading 1"/>
    <w:basedOn w:val="Normal"/>
    <w:next w:val="Normal"/>
    <w:link w:val="Heading1Char"/>
    <w:uiPriority w:val="9"/>
    <w:qFormat/>
    <w:rsid w:val="00FC693F"/>
    <w:pPr>
      <w:keepNext/>
      <w:keepLines/>
      <w:spacing w:before="240"/>
      <w:outlineLvl w:val="0"/>
    </w:pPr>
    <w:rPr>
      <w:b/>
      <w:bCs/>
      <w:sz w:val="26"/>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b/>
      <w:bCs/>
      <w:sz w:val="24"/>
      <w:szCs w:val="26"/>
    </w:rPr>
  </w:style>
  <w:style w:type="paragraph" w:styleId="Heading3">
    <w:name w:val="heading 3"/>
    <w:basedOn w:val="Normal"/>
    <w:next w:val="Normal"/>
    <w:link w:val="Heading3Char"/>
    <w:uiPriority w:val="9"/>
    <w:unhideWhenUsed/>
    <w:qFormat/>
    <w:rsid w:val="00FC693F"/>
    <w:pPr>
      <w:keepNext/>
      <w:keepLines/>
      <w:spacing w:before="24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imes New Roman" w:eastAsia="Times New Roman" w:hAnsi="Times New Roman" w:cs="Times New Roman"/>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imes New Roman" w:eastAsia="Times New Roman" w:hAnsi="Times New Roman" w:cs="Times New Roman"/>
      <w:b/>
      <w:bCs/>
      <w:color w:val="4F81BD" w:themeColor="accent1"/>
      <w:sz w:val="26"/>
      <w:szCs w:val="26"/>
    </w:rPr>
  </w:style>
  <w:style w:type="character" w:customStyle="1" w:styleId="Heading3Char">
    <w:name w:val="Heading 3 Char"/>
    <w:basedOn w:val="DefaultParagraphFont"/>
    <w:link w:val="Heading3"/>
    <w:uiPriority w:val="9"/>
    <w:rsid w:val="00FC693F"/>
    <w:rPr>
      <w:rFonts w:ascii="Times New Roman" w:eastAsia="Times New Roman" w:hAnsi="Times New Roman" w:cs="Times New Roman"/>
      <w:b/>
      <w:bCs/>
      <w:color w:val="4F81BD" w:themeColor="accent1"/>
    </w:rPr>
  </w:style>
  <w:style w:type="paragraph" w:styleId="Title">
    <w:name w:val="Title"/>
    <w:basedOn w:val="Normal"/>
    <w:next w:val="Normal"/>
    <w:link w:val="TitleChar"/>
    <w:uiPriority w:val="10"/>
    <w:qFormat/>
    <w:rsid w:val="00FC693F"/>
    <w:pPr>
      <w:spacing w:after="200"/>
      <w:contextualSpacing/>
    </w:pPr>
    <w:rPr>
      <w:b/>
      <w:kern w:val="28"/>
      <w:sz w:val="32"/>
      <w:szCs w:val="52"/>
    </w:rPr>
  </w:style>
  <w:style w:type="character" w:customStyle="1" w:styleId="TitleChar">
    <w:name w:val="Title Char"/>
    <w:basedOn w:val="DefaultParagraphFont"/>
    <w:link w:val="Title"/>
    <w:uiPriority w:val="10"/>
    <w:rsid w:val="00FC693F"/>
    <w:rPr>
      <w:rFonts w:ascii="Times New Roman" w:eastAsia="Times New Roman" w:hAnsi="Times New Roman" w:cs="Times New Roman"/>
      <w:color w:val="17365D" w:themeColor="text2" w:themeShade="BF"/>
      <w:kern w:val="28"/>
      <w:sz w:val="52"/>
      <w:szCs w:val="52"/>
    </w:rPr>
  </w:style>
  <w:style w:type="paragraph" w:styleId="Subtitle">
    <w:name w:val="Subtitle"/>
    <w:basedOn w:val="Normal"/>
    <w:next w:val="Normal"/>
    <w:link w:val="SubtitleChar"/>
    <w:uiPriority w:val="11"/>
    <w:qFormat/>
    <w:rsid w:val="00FC693F"/>
    <w:pPr>
      <w:numPr>
        <w:ilvl w:val="1"/>
      </w:numPr>
    </w:pPr>
    <w:rPr>
      <w:iCs/>
      <w:szCs w:val="24"/>
    </w:rPr>
  </w:style>
  <w:style w:type="character" w:customStyle="1" w:styleId="SubtitleChar">
    <w:name w:val="Subtitle Char"/>
    <w:basedOn w:val="DefaultParagraphFont"/>
    <w:link w:val="Subtitle"/>
    <w:uiPriority w:val="11"/>
    <w:rsid w:val="00FC693F"/>
    <w:rPr>
      <w:rFonts w:ascii="Times New Roman" w:eastAsia="Times New Roman" w:hAnsi="Times New Roman" w:cs="Times New Roman"/>
      <w:i/>
      <w:iCs/>
      <w:color w:val="4F81BD" w:themeColor="accent1"/>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eastAsia="Times New Roman" w:hAnsi="Times New Roman" w:cs="Times New Roman"/>
      <w:sz w:val="20"/>
      <w:szCs w:val="20"/>
    </w:rPr>
  </w:style>
  <w:style w:type="character" w:customStyle="1" w:styleId="MacroTextChar">
    <w:name w:val="Macro Text Char"/>
    <w:basedOn w:val="DefaultParagraphFont"/>
    <w:link w:val="MacroText"/>
    <w:uiPriority w:val="99"/>
    <w:rsid w:val="0029639D"/>
    <w:rPr>
      <w:rFonts w:ascii="Times New Roman" w:eastAsia="Times New Roman" w:hAnsi="Times New Roman" w:cs="Times New Roman"/>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imes New Roman" w:eastAsia="Times New Roman" w:hAnsi="Times New Roman" w:cs="Times New Roman"/>
      <w:b/>
      <w:bCs/>
      <w:i/>
      <w:iCs/>
      <w:color w:val="4F81BD" w:themeColor="accent1"/>
    </w:rPr>
  </w:style>
  <w:style w:type="character" w:customStyle="1" w:styleId="Heading5Char">
    <w:name w:val="Heading 5 Char"/>
    <w:basedOn w:val="DefaultParagraphFont"/>
    <w:link w:val="Heading5"/>
    <w:uiPriority w:val="9"/>
    <w:semiHidden/>
    <w:rsid w:val="00FC693F"/>
    <w:rPr>
      <w:rFonts w:ascii="Times New Roman" w:eastAsia="Times New Roman" w:hAnsi="Times New Roman" w:cs="Times New Roman"/>
      <w:color w:val="243F60" w:themeColor="accent1" w:themeShade="7F"/>
    </w:rPr>
  </w:style>
  <w:style w:type="character" w:customStyle="1" w:styleId="Heading6Char">
    <w:name w:val="Heading 6 Char"/>
    <w:basedOn w:val="DefaultParagraphFont"/>
    <w:link w:val="Heading6"/>
    <w:uiPriority w:val="9"/>
    <w:semiHidden/>
    <w:rsid w:val="00FC693F"/>
    <w:rPr>
      <w:rFonts w:ascii="Times New Roman" w:eastAsia="Times New Roman" w:hAnsi="Times New Roman" w:cs="Times New Roman"/>
      <w:i/>
      <w:iCs/>
      <w:color w:val="243F60" w:themeColor="accent1" w:themeShade="7F"/>
    </w:rPr>
  </w:style>
  <w:style w:type="character" w:customStyle="1" w:styleId="Heading7Char">
    <w:name w:val="Heading 7 Char"/>
    <w:basedOn w:val="DefaultParagraphFont"/>
    <w:link w:val="Heading7"/>
    <w:uiPriority w:val="9"/>
    <w:semiHidden/>
    <w:rsid w:val="00FC693F"/>
    <w:rPr>
      <w:rFonts w:ascii="Times New Roman" w:eastAsia="Times New Roman" w:hAnsi="Times New Roman" w:cs="Times New Roman"/>
      <w:i/>
      <w:iCs/>
      <w:color w:val="404040" w:themeColor="text1" w:themeTint="BF"/>
    </w:rPr>
  </w:style>
  <w:style w:type="character" w:customStyle="1" w:styleId="Heading8Char">
    <w:name w:val="Heading 8 Char"/>
    <w:basedOn w:val="DefaultParagraphFont"/>
    <w:link w:val="Heading8"/>
    <w:uiPriority w:val="9"/>
    <w:semiHidden/>
    <w:rsid w:val="00FC693F"/>
    <w:rPr>
      <w:rFonts w:ascii="Times New Roman" w:eastAsia="Times New Roman" w:hAnsi="Times New Roman" w:cs="Times New Roman"/>
      <w:color w:val="4F81BD" w:themeColor="accent1"/>
      <w:sz w:val="20"/>
      <w:szCs w:val="20"/>
    </w:rPr>
  </w:style>
  <w:style w:type="character" w:customStyle="1" w:styleId="Heading9Char">
    <w:name w:val="Heading 9 Char"/>
    <w:basedOn w:val="DefaultParagraphFont"/>
    <w:link w:val="Heading9"/>
    <w:uiPriority w:val="9"/>
    <w:semiHidden/>
    <w:rsid w:val="00FC693F"/>
    <w:rPr>
      <w:rFonts w:ascii="Times New Roman" w:eastAsia="Times New Roman" w:hAnsi="Times New Roman" w:cs="Times New Roman"/>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u w:val="single"/>
    </w:rPr>
  </w:style>
  <w:style w:type="character" w:styleId="BookTitle">
    <w:name w:val="Book Title"/>
    <w:basedOn w:val="DefaultParagraphFont"/>
    <w:uiPriority w:val="33"/>
    <w:qFormat/>
    <w:rsid w:val="00FC693F"/>
    <w:rPr>
      <w:b/>
      <w:bCs/>
      <w:smallCaps/>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imes New Roman" w:eastAsia="Times New Roman" w:hAnsi="Times New Roman" w:cs="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imes New Roman" w:eastAsia="Times New Roman" w:hAnsi="Times New Roman" w:cs="Times New Roman"/>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imes New Roman" w:eastAsia="Times New Roman" w:hAnsi="Times New Roman" w:cs="Times New Roma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imes New Roman" w:eastAsia="Times New Roman" w:hAnsi="Times New Roman" w:cs="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imes New Roman" w:eastAsia="Times New Roman" w:hAnsi="Times New Roman" w:cs="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imes New Roman" w:eastAsia="Times New Roman" w:hAnsi="Times New Roman" w:cs="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imes New Roman" w:eastAsia="Times New Roman" w:hAnsi="Times New Roman" w:cs="Times New Roman"/>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imes New Roman" w:eastAsia="Times New Roman" w:hAnsi="Times New Roman" w:cs="Times New Roman"/>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imes New Roman" w:eastAsia="Times New Roman" w:hAnsi="Times New Roman" w:cs="Times New Roman"/>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imes New Roman" w:eastAsia="Times New Roman" w:hAnsi="Times New Roman" w:cs="Times New Roman"/>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imes New Roman" w:eastAsia="Times New Roman" w:hAnsi="Times New Roman" w:cs="Times New Roman"/>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imes New Roman" w:eastAsia="Times New Roman" w:hAnsi="Times New Roman" w:cs="Times New Roman"/>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imes New Roman" w:eastAsia="Times New Roman" w:hAnsi="Times New Roman" w:cs="Times New Roman"/>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916fdfc6-7590-46df-8878-831e1b6bc916}" enabled="0" method="" siteId="{916fdfc6-7590-46df-8878-831e1b6bc916}"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13</Pages>
  <Words>3302</Words>
  <Characters>18827</Characters>
  <Application>Microsoft Office Word</Application>
  <DocSecurity>0</DocSecurity>
  <Lines>463</Lines>
  <Paragraphs>381</Paragraphs>
  <ScaleCrop>false</ScaleCrop>
  <HeadingPairs>
    <vt:vector size="2" baseType="variant">
      <vt:variant>
        <vt:lpstr>Title</vt:lpstr>
      </vt:variant>
      <vt:variant>
        <vt:i4>1</vt:i4>
      </vt:variant>
    </vt:vector>
  </HeadingPairs>
  <TitlesOfParts>
    <vt:vector size="1" baseType="lpstr">
      <vt:lpstr>Additional File 2. Semi-structured interview and focus-group discussion guides</vt:lpstr>
    </vt:vector>
  </TitlesOfParts>
  <Manager/>
  <Company/>
  <LinksUpToDate>false</LinksUpToDate>
  <CharactersWithSpaces>21913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2. Semi-structured interview and focus-group discussion guides</dc:title>
  <dc:subject>Study 2 – Community deployment of a Physician Associate in rural primary care</dc:subject>
  <dc:creator>Ebin V Abraham</dc:creator>
  <cp:keywords/>
  <dc:description/>
  <cp:lastModifiedBy>Ebin V Abraham</cp:lastModifiedBy>
  <cp:revision>3</cp:revision>
  <dcterms:created xsi:type="dcterms:W3CDTF">2026-10-10T06:41:00Z</dcterms:created>
  <dcterms:modified xsi:type="dcterms:W3CDTF">2026-10-10T06:41:00Z</dcterms:modified>
  <cp:category/>
</cp:coreProperties>
</file>