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lineRule="auto"/>
        <w:rPr/>
      </w:pPr>
      <w:r w:rsidDel="00000000" w:rsidR="00000000" w:rsidRPr="00000000">
        <w:rPr>
          <w:rFonts w:ascii="Inter" w:cs="Inter" w:eastAsia="Inter" w:hAnsi="Inter"/>
          <w:b w:val="1"/>
          <w:bCs w:val="1"/>
          <w:color w:val="755c91"/>
          <w:sz w:val="16"/>
          <w:szCs w:val="16"/>
          <w:rtl w:val="0"/>
        </w:rPr>
        <w:t xml:space="preserve">SUPPLEMENTARY FILE 1</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71" w:lineRule="auto"/>
        <w:ind w:left="0" w:right="0" w:firstLine="0"/>
        <w:jc w:val="left"/>
        <w:rPr>
          <w:rFonts w:ascii="Inter" w:cs="Inter" w:eastAsia="Inter" w:hAnsi="Inter"/>
          <w:b w:val="1"/>
          <w:bCs w:val="1"/>
          <w:i w:val="0"/>
          <w:iCs w:val="0"/>
          <w:smallCaps w:val="0"/>
          <w:strike w:val="0"/>
          <w:color w:val="24344d"/>
          <w:sz w:val="44"/>
          <w:szCs w:val="44"/>
          <w:u w:val="none"/>
          <w:shd w:fill="auto" w:val="clear"/>
          <w:vertAlign w:val="baseline"/>
        </w:rPr>
      </w:pPr>
      <w:r w:rsidDel="00000000" w:rsidR="00000000" w:rsidRPr="00000000">
        <w:rPr>
          <w:rFonts w:ascii="Inter" w:cs="Inter" w:eastAsia="Inter" w:hAnsi="Inter"/>
          <w:b w:val="1"/>
          <w:bCs w:val="1"/>
          <w:i w:val="0"/>
          <w:iCs w:val="0"/>
          <w:smallCaps w:val="0"/>
          <w:strike w:val="0"/>
          <w:color w:val="24344d"/>
          <w:sz w:val="44"/>
          <w:szCs w:val="44"/>
          <w:u w:val="none"/>
          <w:shd w:fill="auto" w:val="clear"/>
          <w:vertAlign w:val="baseline"/>
          <w:rtl w:val="0"/>
        </w:rPr>
        <w:t xml:space="preserve">Interview Guide</w:t>
      </w:r>
    </w:p>
    <w:p w:rsidR="00000000" w:rsidDel="00000000" w:rsidP="00000000" w:rsidRDefault="00000000" w:rsidRPr="00000000" w14:paraId="00000003">
      <w:pPr>
        <w:spacing w:after="300" w:lineRule="auto"/>
        <w:rPr/>
      </w:pPr>
      <w:r w:rsidDel="00000000" w:rsidR="00000000" w:rsidRPr="00000000">
        <w:rPr>
          <w:i w:val="1"/>
          <w:iCs w:val="1"/>
          <w:color w:val="546174"/>
          <w:sz w:val="18"/>
          <w:szCs w:val="18"/>
          <w:rtl w:val="0"/>
        </w:rPr>
        <w:t xml:space="preserve">English translation of the original Spanish-language interview guide</w:t>
      </w:r>
      <w:r w:rsidDel="00000000" w:rsidR="00000000" w:rsidRPr="00000000">
        <w:rPr>
          <w:rtl w:val="0"/>
        </w:rPr>
      </w:r>
    </w:p>
    <w:p w:rsidR="00000000" w:rsidDel="00000000" w:rsidP="00000000" w:rsidRDefault="00000000" w:rsidRPr="00000000" w14:paraId="00000004">
      <w:pPr>
        <w:spacing w:after="260" w:lineRule="auto"/>
        <w:rPr/>
      </w:pPr>
      <w:r w:rsidDel="00000000" w:rsidR="00000000" w:rsidRPr="00000000">
        <w:rPr>
          <w:b w:val="1"/>
          <w:bCs w:val="1"/>
          <w:color w:val="755c91"/>
          <w:sz w:val="14"/>
          <w:szCs w:val="14"/>
          <w:rtl w:val="0"/>
        </w:rPr>
        <w:t xml:space="preserve">ASSOCIATED MANUSCRIPT  </w:t>
      </w:r>
      <w:r w:rsidDel="00000000" w:rsidR="00000000" w:rsidRPr="00000000">
        <w:rPr>
          <w:color w:val="546174"/>
          <w:sz w:val="16"/>
          <w:szCs w:val="16"/>
          <w:rtl w:val="0"/>
        </w:rPr>
        <w:t xml:space="preserve">Integrated and Person-Centred Inpatient Mental Health Care in Colombia: A Qualitative Study of Patient and Caregiver Experiences</w:t>
      </w:r>
      <w:r w:rsidDel="00000000" w:rsidR="00000000" w:rsidRPr="00000000">
        <w:rPr>
          <w:rtl w:val="0"/>
        </w:rPr>
      </w:r>
    </w:p>
    <w:tbl>
      <w:tblPr>
        <w:tblStyle w:val="Table1"/>
        <w:tblW w:w="9317.0" w:type="dxa"/>
        <w:jc w:val="left"/>
        <w:tblInd w:w="-115.0" w:type="dxa"/>
        <w:tblLayout w:type="fixed"/>
        <w:tblLook w:val="0400"/>
      </w:tblPr>
      <w:tblGrid>
        <w:gridCol w:w="9317"/>
        <w:tblGridChange w:id="0">
          <w:tblGrid>
            <w:gridCol w:w="9317"/>
          </w:tblGrid>
        </w:tblGridChange>
      </w:tblGrid>
      <w:tr>
        <w:trPr>
          <w:cantSplit w:val="0"/>
          <w:tblHeader w:val="0"/>
        </w:trPr>
        <w:tc>
          <w:tcPr>
            <w:shd w:fill="f5f2f8" w:val="clear"/>
            <w:tcMar>
              <w:top w:w="130.0" w:type="dxa"/>
              <w:bottom w:w="145.0" w:type="dxa"/>
            </w:tcMar>
          </w:tcPr>
          <w:p w:rsidR="00000000" w:rsidDel="00000000" w:rsidP="00000000" w:rsidRDefault="00000000" w:rsidRPr="00000000" w14:paraId="00000005">
            <w:pPr>
              <w:spacing w:after="100" w:lineRule="auto"/>
              <w:rPr/>
            </w:pPr>
            <w:r w:rsidDel="00000000" w:rsidR="00000000" w:rsidRPr="00000000">
              <w:rPr>
                <w:rFonts w:ascii="Inter" w:cs="Inter" w:eastAsia="Inter" w:hAnsi="Inter"/>
                <w:b w:val="1"/>
                <w:bCs w:val="1"/>
                <w:color w:val="755c91"/>
                <w:sz w:val="16"/>
                <w:szCs w:val="16"/>
                <w:rtl w:val="0"/>
              </w:rPr>
              <w:t xml:space="preserve">GENERAL OBJECTIVE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1" w:lineRule="auto"/>
              <w:ind w:left="0" w:right="0" w:firstLine="0"/>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To gather patients’ and caregivers’ experiences and perceptions of mental health care, focusing on aspects such as multidisciplinary care, service quality and safety, the effectiveness of interventions, humanized care, and the timeliness of service delivery.</w:t>
            </w:r>
          </w:p>
        </w:tc>
      </w:tr>
    </w:tbl>
    <w:p w:rsidR="00000000" w:rsidDel="00000000" w:rsidP="00000000" w:rsidRDefault="00000000" w:rsidRPr="00000000" w14:paraId="00000007">
      <w:pPr>
        <w:spacing w:after="20" w:lineRule="auto"/>
        <w:rPr/>
      </w:pPr>
      <w:r w:rsidDel="00000000" w:rsidR="00000000" w:rsidRPr="00000000">
        <w:rPr>
          <w:rtl w:val="0"/>
        </w:rPr>
      </w:r>
    </w:p>
    <w:p w:rsidR="00000000" w:rsidDel="00000000" w:rsidP="00000000" w:rsidRDefault="00000000" w:rsidRPr="00000000" w14:paraId="00000008">
      <w:pPr>
        <w:keepNext w:val="1"/>
        <w:keepLines w:val="0"/>
        <w:pageBreakBefore w:val="0"/>
        <w:widowControl w:val="1"/>
        <w:pBdr>
          <w:top w:space="0" w:sz="0" w:val="nil"/>
          <w:left w:space="0" w:sz="0" w:val="nil"/>
          <w:bottom w:color="d7d1df" w:space="0" w:sz="5" w:val="single"/>
          <w:right w:space="0" w:sz="0" w:val="nil"/>
          <w:between w:space="0" w:sz="0" w:val="nil"/>
        </w:pBdr>
        <w:shd w:fill="auto" w:val="clear"/>
        <w:spacing w:after="160" w:before="340" w:line="271" w:lineRule="auto"/>
        <w:ind w:left="0" w:right="0" w:firstLine="0"/>
        <w:jc w:val="left"/>
        <w:rPr>
          <w:rFonts w:ascii="Inter" w:cs="Inter" w:eastAsia="Inter" w:hAnsi="Inter"/>
          <w:b w:val="1"/>
          <w:bCs w:val="1"/>
          <w:i w:val="0"/>
          <w:iCs w:val="0"/>
          <w:smallCaps w:val="0"/>
          <w:strike w:val="0"/>
          <w:color w:val="24344d"/>
          <w:sz w:val="24"/>
          <w:szCs w:val="24"/>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24"/>
          <w:szCs w:val="24"/>
          <w:u w:val="none"/>
          <w:shd w:fill="auto" w:val="clear"/>
          <w:vertAlign w:val="baseline"/>
          <w:rtl w:val="0"/>
        </w:rPr>
        <w:t xml:space="preserve">01  </w:t>
      </w:r>
      <w:r w:rsidDel="00000000" w:rsidR="00000000" w:rsidRPr="00000000">
        <w:rPr>
          <w:rFonts w:ascii="Inter" w:cs="Inter" w:eastAsia="Inter" w:hAnsi="Inter"/>
          <w:b w:val="1"/>
          <w:bCs w:val="1"/>
          <w:i w:val="0"/>
          <w:iCs w:val="0"/>
          <w:smallCaps w:val="0"/>
          <w:strike w:val="0"/>
          <w:color w:val="24344d"/>
          <w:sz w:val="24"/>
          <w:szCs w:val="24"/>
          <w:u w:val="none"/>
          <w:shd w:fill="auto" w:val="clear"/>
          <w:vertAlign w:val="baseline"/>
          <w:rtl w:val="0"/>
        </w:rPr>
        <w:t xml:space="preserve">General Information</w:t>
      </w:r>
    </w:p>
    <w:tbl>
      <w:tblPr>
        <w:tblStyle w:val="Table2"/>
        <w:tblW w:w="9317.0" w:type="dxa"/>
        <w:jc w:val="left"/>
        <w:tblInd w:w="-115.0" w:type="dxa"/>
        <w:tblLayout w:type="fixed"/>
        <w:tblLook w:val="0400"/>
      </w:tblPr>
      <w:tblGrid>
        <w:gridCol w:w="4867"/>
        <w:gridCol w:w="2160"/>
        <w:gridCol w:w="2290"/>
        <w:tblGridChange w:id="0">
          <w:tblGrid>
            <w:gridCol w:w="4867"/>
            <w:gridCol w:w="2160"/>
            <w:gridCol w:w="2290"/>
          </w:tblGrid>
        </w:tblGridChange>
      </w:tblGrid>
      <w:tr>
        <w:trPr>
          <w:cantSplit w:val="0"/>
          <w:tblHeader w:val="0"/>
        </w:trPr>
        <w:tc>
          <w:tcPr>
            <w:tcBorders>
              <w:bottom w:color="e9e2ef" w:space="0" w:sz="6" w:val="single"/>
            </w:tcBorders>
            <w:shd w:fill="f9f8fb" w:val="clear"/>
            <w:tcMar>
              <w:top w:w="100.0" w:type="dxa"/>
              <w:bottom w:w="115.0" w:type="dxa"/>
            </w:tcMar>
          </w:tcPr>
          <w:p w:rsidR="00000000" w:rsidDel="00000000" w:rsidP="00000000" w:rsidRDefault="00000000" w:rsidRPr="00000000" w14:paraId="00000009">
            <w:pPr>
              <w:spacing w:after="100" w:lineRule="auto"/>
              <w:rPr/>
            </w:pPr>
            <w:r w:rsidDel="00000000" w:rsidR="00000000" w:rsidRPr="00000000">
              <w:rPr>
                <w:b w:val="1"/>
                <w:bCs w:val="1"/>
                <w:color w:val="755c91"/>
                <w:sz w:val="15"/>
                <w:szCs w:val="15"/>
                <w:rtl w:val="0"/>
              </w:rPr>
              <w:t xml:space="preserve">ROLE</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color w:val="243040"/>
                <w:sz w:val="17"/>
                <w:szCs w:val="17"/>
                <w:rtl w:val="0"/>
              </w:rPr>
              <w:t xml:space="preserve">Are you a patient or a caregiver?: ____________________</w:t>
            </w:r>
            <w:r w:rsidDel="00000000" w:rsidR="00000000" w:rsidRPr="00000000">
              <w:rPr>
                <w:rtl w:val="0"/>
              </w:rPr>
            </w:r>
          </w:p>
        </w:tc>
        <w:tc>
          <w:tcPr>
            <w:tcBorders>
              <w:bottom w:color="e9e2ef" w:space="0" w:sz="6" w:val="single"/>
            </w:tcBorders>
            <w:shd w:fill="f9f8fb" w:val="clear"/>
            <w:tcMar>
              <w:top w:w="100.0" w:type="dxa"/>
              <w:bottom w:w="115.0" w:type="dxa"/>
            </w:tcMar>
          </w:tcPr>
          <w:p w:rsidR="00000000" w:rsidDel="00000000" w:rsidP="00000000" w:rsidRDefault="00000000" w:rsidRPr="00000000" w14:paraId="0000000B">
            <w:pPr>
              <w:spacing w:after="100" w:lineRule="auto"/>
              <w:rPr/>
            </w:pPr>
            <w:r w:rsidDel="00000000" w:rsidR="00000000" w:rsidRPr="00000000">
              <w:rPr>
                <w:b w:val="1"/>
                <w:bCs w:val="1"/>
                <w:color w:val="755c91"/>
                <w:sz w:val="15"/>
                <w:szCs w:val="15"/>
                <w:rtl w:val="0"/>
              </w:rPr>
              <w:t xml:space="preserve">AGE</w:t>
            </w: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color w:val="243040"/>
                <w:sz w:val="17"/>
                <w:szCs w:val="17"/>
                <w:rtl w:val="0"/>
              </w:rPr>
              <w:t xml:space="preserve">________</w:t>
            </w:r>
            <w:r w:rsidDel="00000000" w:rsidR="00000000" w:rsidRPr="00000000">
              <w:rPr>
                <w:rtl w:val="0"/>
              </w:rPr>
            </w:r>
          </w:p>
        </w:tc>
        <w:tc>
          <w:tcPr>
            <w:tcBorders>
              <w:bottom w:color="e9e2ef" w:space="0" w:sz="6" w:val="single"/>
            </w:tcBorders>
            <w:shd w:fill="f9f8fb" w:val="clear"/>
            <w:tcMar>
              <w:top w:w="100.0" w:type="dxa"/>
              <w:bottom w:w="115.0" w:type="dxa"/>
            </w:tcMar>
          </w:tcPr>
          <w:p w:rsidR="00000000" w:rsidDel="00000000" w:rsidP="00000000" w:rsidRDefault="00000000" w:rsidRPr="00000000" w14:paraId="0000000D">
            <w:pPr>
              <w:spacing w:after="100" w:lineRule="auto"/>
              <w:rPr/>
            </w:pPr>
            <w:r w:rsidDel="00000000" w:rsidR="00000000" w:rsidRPr="00000000">
              <w:rPr>
                <w:b w:val="1"/>
                <w:bCs w:val="1"/>
                <w:color w:val="755c91"/>
                <w:sz w:val="15"/>
                <w:szCs w:val="15"/>
                <w:rtl w:val="0"/>
              </w:rPr>
              <w:t xml:space="preserve">GENDER</w:t>
            </w:r>
            <w:r w:rsidDel="00000000" w:rsidR="00000000" w:rsidRPr="00000000">
              <w:rPr>
                <w:rtl w:val="0"/>
              </w:rPr>
            </w:r>
          </w:p>
          <w:p w:rsidR="00000000" w:rsidDel="00000000" w:rsidP="00000000" w:rsidRDefault="00000000" w:rsidRPr="00000000" w14:paraId="0000000E">
            <w:pPr>
              <w:spacing w:after="0" w:lineRule="auto"/>
              <w:rPr/>
            </w:pPr>
            <w:r w:rsidDel="00000000" w:rsidR="00000000" w:rsidRPr="00000000">
              <w:rPr>
                <w:color w:val="243040"/>
                <w:sz w:val="17"/>
                <w:szCs w:val="17"/>
                <w:rtl w:val="0"/>
              </w:rPr>
              <w:t xml:space="preserve">________</w:t>
            </w:r>
            <w:r w:rsidDel="00000000" w:rsidR="00000000" w:rsidRPr="00000000">
              <w:rPr>
                <w:rtl w:val="0"/>
              </w:rPr>
            </w:r>
          </w:p>
        </w:tc>
      </w:tr>
    </w:tbl>
    <w:p w:rsidR="00000000" w:rsidDel="00000000" w:rsidP="00000000" w:rsidRDefault="00000000" w:rsidRPr="00000000" w14:paraId="0000000F">
      <w:pPr>
        <w:spacing w:after="20" w:lineRule="auto"/>
        <w:rPr/>
      </w:pPr>
      <w:r w:rsidDel="00000000" w:rsidR="00000000" w:rsidRPr="00000000">
        <w:rPr>
          <w:rtl w:val="0"/>
        </w:rPr>
      </w:r>
    </w:p>
    <w:p w:rsidR="00000000" w:rsidDel="00000000" w:rsidP="00000000" w:rsidRDefault="00000000" w:rsidRPr="00000000" w14:paraId="00000010">
      <w:pPr>
        <w:keepNext w:val="1"/>
        <w:keepLines w:val="0"/>
        <w:pageBreakBefore w:val="0"/>
        <w:widowControl w:val="1"/>
        <w:pBdr>
          <w:top w:space="0" w:sz="0" w:val="nil"/>
          <w:left w:space="0" w:sz="0" w:val="nil"/>
          <w:bottom w:color="d7d1df" w:space="0" w:sz="5" w:val="single"/>
          <w:right w:space="0" w:sz="0" w:val="nil"/>
          <w:between w:space="0" w:sz="0" w:val="nil"/>
        </w:pBdr>
        <w:shd w:fill="auto" w:val="clear"/>
        <w:spacing w:after="160" w:before="340" w:line="271" w:lineRule="auto"/>
        <w:ind w:left="0" w:right="0" w:firstLine="0"/>
        <w:jc w:val="left"/>
        <w:rPr>
          <w:rFonts w:ascii="Inter" w:cs="Inter" w:eastAsia="Inter" w:hAnsi="Inter"/>
          <w:b w:val="1"/>
          <w:bCs w:val="1"/>
          <w:i w:val="0"/>
          <w:iCs w:val="0"/>
          <w:smallCaps w:val="0"/>
          <w:strike w:val="0"/>
          <w:color w:val="24344d"/>
          <w:sz w:val="24"/>
          <w:szCs w:val="24"/>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24"/>
          <w:szCs w:val="24"/>
          <w:u w:val="none"/>
          <w:shd w:fill="auto" w:val="clear"/>
          <w:vertAlign w:val="baseline"/>
          <w:rtl w:val="0"/>
        </w:rPr>
        <w:t xml:space="preserve">02  </w:t>
      </w:r>
      <w:r w:rsidDel="00000000" w:rsidR="00000000" w:rsidRPr="00000000">
        <w:rPr>
          <w:rFonts w:ascii="Inter" w:cs="Inter" w:eastAsia="Inter" w:hAnsi="Inter"/>
          <w:b w:val="1"/>
          <w:bCs w:val="1"/>
          <w:i w:val="0"/>
          <w:iCs w:val="0"/>
          <w:smallCaps w:val="0"/>
          <w:strike w:val="0"/>
          <w:color w:val="24344d"/>
          <w:sz w:val="24"/>
          <w:szCs w:val="24"/>
          <w:u w:val="none"/>
          <w:shd w:fill="auto" w:val="clear"/>
          <w:vertAlign w:val="baseline"/>
          <w:rtl w:val="0"/>
        </w:rPr>
        <w:t xml:space="preserve">Innovation and Comparison with Traditional Hospitalization</w:t>
      </w:r>
    </w:p>
    <w:p w:rsidR="00000000" w:rsidDel="00000000" w:rsidP="00000000" w:rsidRDefault="00000000" w:rsidRPr="00000000" w14:paraId="00000011">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00" w:line="271" w:lineRule="auto"/>
        <w:ind w:left="0" w:right="0" w:firstLine="0"/>
        <w:jc w:val="left"/>
        <w:rPr>
          <w:rFonts w:ascii="Inter" w:cs="Inter" w:eastAsia="Inter" w:hAnsi="Inter"/>
          <w:b w:val="1"/>
          <w:bCs w:val="1"/>
          <w:i w:val="0"/>
          <w:iCs w:val="0"/>
          <w:smallCaps w:val="0"/>
          <w:strike w:val="0"/>
          <w:color w:val="755c91"/>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19"/>
          <w:szCs w:val="19"/>
          <w:u w:val="none"/>
          <w:shd w:fill="auto" w:val="clear"/>
          <w:vertAlign w:val="baseline"/>
          <w:rtl w:val="0"/>
        </w:rPr>
        <w:t xml:space="preserve">PERCEPTIONS OF THE ENVIRONMENT</w:t>
      </w:r>
    </w:p>
    <w:p w:rsidR="00000000" w:rsidDel="00000000" w:rsidP="00000000" w:rsidRDefault="00000000" w:rsidRPr="00000000" w14:paraId="00000012">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How would you describe the physical environment of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 How would you describe it in comparison with other psychiatric clinics where you have stayed (if applicable)?</w:t>
      </w:r>
    </w:p>
    <w:p w:rsidR="00000000" w:rsidDel="00000000" w:rsidP="00000000" w:rsidRDefault="00000000" w:rsidRPr="00000000" w14:paraId="00000013">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Do you think the design of the space influences your emotional well-being or that of your loved one?</w:t>
      </w:r>
    </w:p>
    <w:p w:rsidR="00000000" w:rsidDel="00000000" w:rsidP="00000000" w:rsidRDefault="00000000" w:rsidRPr="00000000" w14:paraId="00000014">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Is there anything about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 that you consider innovative or different from other psychiatric institutions?</w:t>
      </w:r>
    </w:p>
    <w:p w:rsidR="00000000" w:rsidDel="00000000" w:rsidP="00000000" w:rsidRDefault="00000000" w:rsidRPr="00000000" w14:paraId="00000015">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00" w:line="271" w:lineRule="auto"/>
        <w:ind w:left="0" w:right="0" w:firstLine="0"/>
        <w:jc w:val="left"/>
        <w:rPr>
          <w:rFonts w:ascii="Inter" w:cs="Inter" w:eastAsia="Inter" w:hAnsi="Inter"/>
          <w:b w:val="1"/>
          <w:bCs w:val="1"/>
          <w:i w:val="0"/>
          <w:iCs w:val="0"/>
          <w:smallCaps w:val="0"/>
          <w:strike w:val="0"/>
          <w:color w:val="755c91"/>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19"/>
          <w:szCs w:val="19"/>
          <w:u w:val="none"/>
          <w:shd w:fill="auto" w:val="clear"/>
          <w:vertAlign w:val="baseline"/>
          <w:rtl w:val="0"/>
        </w:rPr>
        <w:t xml:space="preserve">MULTIDISCIPLINARY CARE AND COMPARISON</w:t>
      </w:r>
    </w:p>
    <w:p w:rsidR="00000000" w:rsidDel="00000000" w:rsidP="00000000" w:rsidRDefault="00000000" w:rsidRPr="00000000" w14:paraId="00000016">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Have you received care from different specialists (psychiatrists, psychologists, general practitioners, etc.)?</w:t>
      </w:r>
    </w:p>
    <w:p w:rsidR="00000000" w:rsidDel="00000000" w:rsidP="00000000" w:rsidRDefault="00000000" w:rsidRPr="00000000" w14:paraId="00000017">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Do you feel there is good communication among the professionals providing your care?</w:t>
      </w:r>
    </w:p>
    <w:p w:rsidR="00000000" w:rsidDel="00000000" w:rsidP="00000000" w:rsidRDefault="00000000" w:rsidRPr="00000000" w14:paraId="00000018">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How does the multidisciplinary care you receive at Zona Lavanda compare with that at other hospitals or psychiatric clinics?</w:t>
      </w:r>
    </w:p>
    <w:p w:rsidR="00000000" w:rsidDel="00000000" w:rsidP="00000000" w:rsidRDefault="00000000" w:rsidRPr="00000000" w14:paraId="00000019">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Do you perceive better integration of the different specialists in this setting?</w:t>
      </w:r>
    </w:p>
    <w:p w:rsidR="00000000" w:rsidDel="00000000" w:rsidP="00000000" w:rsidRDefault="00000000" w:rsidRPr="00000000" w14:paraId="0000001A">
      <w:pPr>
        <w:keepNext w:val="1"/>
        <w:keepLines w:val="0"/>
        <w:pageBreakBefore w:val="1"/>
        <w:widowControl w:val="1"/>
        <w:pBdr>
          <w:top w:space="0" w:sz="0" w:val="nil"/>
          <w:left w:space="0" w:sz="0" w:val="nil"/>
          <w:bottom w:color="d7d1df" w:space="0" w:sz="5" w:val="single"/>
          <w:right w:space="0" w:sz="0" w:val="nil"/>
          <w:between w:space="0" w:sz="0" w:val="nil"/>
        </w:pBdr>
        <w:shd w:fill="auto" w:val="clear"/>
        <w:spacing w:after="160" w:before="340" w:line="271" w:lineRule="auto"/>
        <w:ind w:left="0" w:right="0" w:firstLine="0"/>
        <w:jc w:val="left"/>
        <w:rPr>
          <w:rFonts w:ascii="Inter" w:cs="Inter" w:eastAsia="Inter" w:hAnsi="Inter"/>
          <w:b w:val="1"/>
          <w:bCs w:val="1"/>
          <w:i w:val="0"/>
          <w:iCs w:val="0"/>
          <w:smallCaps w:val="0"/>
          <w:strike w:val="0"/>
          <w:color w:val="24344d"/>
          <w:sz w:val="24"/>
          <w:szCs w:val="24"/>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24"/>
          <w:szCs w:val="24"/>
          <w:u w:val="none"/>
          <w:shd w:fill="auto" w:val="clear"/>
          <w:vertAlign w:val="baseline"/>
          <w:rtl w:val="0"/>
        </w:rPr>
        <w:t xml:space="preserve">03  </w:t>
      </w:r>
      <w:r w:rsidDel="00000000" w:rsidR="00000000" w:rsidRPr="00000000">
        <w:rPr>
          <w:rFonts w:ascii="Inter" w:cs="Inter" w:eastAsia="Inter" w:hAnsi="Inter"/>
          <w:b w:val="1"/>
          <w:bCs w:val="1"/>
          <w:i w:val="0"/>
          <w:iCs w:val="0"/>
          <w:smallCaps w:val="0"/>
          <w:strike w:val="0"/>
          <w:color w:val="24344d"/>
          <w:sz w:val="24"/>
          <w:szCs w:val="24"/>
          <w:u w:val="none"/>
          <w:shd w:fill="auto" w:val="clear"/>
          <w:vertAlign w:val="baseline"/>
          <w:rtl w:val="0"/>
        </w:rPr>
        <w:t xml:space="preserve">Effectiveness</w:t>
      </w:r>
    </w:p>
    <w:p w:rsidR="00000000" w:rsidDel="00000000" w:rsidP="00000000" w:rsidRDefault="00000000" w:rsidRPr="00000000" w14:paraId="0000001B">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00" w:line="271" w:lineRule="auto"/>
        <w:ind w:left="0" w:right="0" w:firstLine="0"/>
        <w:jc w:val="left"/>
        <w:rPr>
          <w:rFonts w:ascii="Inter" w:cs="Inter" w:eastAsia="Inter" w:hAnsi="Inter"/>
          <w:b w:val="1"/>
          <w:bCs w:val="1"/>
          <w:i w:val="0"/>
          <w:iCs w:val="0"/>
          <w:smallCaps w:val="0"/>
          <w:strike w:val="0"/>
          <w:color w:val="755c91"/>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19"/>
          <w:szCs w:val="19"/>
          <w:u w:val="none"/>
          <w:shd w:fill="auto" w:val="clear"/>
          <w:vertAlign w:val="baseline"/>
          <w:rtl w:val="0"/>
        </w:rPr>
        <w:t xml:space="preserve">PERCEIVED CHANGES</w:t>
      </w:r>
    </w:p>
    <w:p w:rsidR="00000000" w:rsidDel="00000000" w:rsidP="00000000" w:rsidRDefault="00000000" w:rsidRPr="00000000" w14:paraId="0000001C">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Have you noticed improvements in your condition (or that of your loved one) since receiving care at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 How does this compare with your experience at other psychiatric clinics?</w:t>
      </w:r>
    </w:p>
    <w:p w:rsidR="00000000" w:rsidDel="00000000" w:rsidP="00000000" w:rsidRDefault="00000000" w:rsidRPr="00000000" w14:paraId="0000001D">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00" w:line="271" w:lineRule="auto"/>
        <w:ind w:left="0" w:right="0" w:firstLine="0"/>
        <w:jc w:val="left"/>
        <w:rPr>
          <w:rFonts w:ascii="Inter" w:cs="Inter" w:eastAsia="Inter" w:hAnsi="Inter"/>
          <w:b w:val="1"/>
          <w:bCs w:val="1"/>
          <w:i w:val="0"/>
          <w:iCs w:val="0"/>
          <w:smallCaps w:val="0"/>
          <w:strike w:val="0"/>
          <w:color w:val="755c91"/>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19"/>
          <w:szCs w:val="19"/>
          <w:u w:val="none"/>
          <w:shd w:fill="auto" w:val="clear"/>
          <w:vertAlign w:val="baseline"/>
          <w:rtl w:val="0"/>
        </w:rPr>
        <w:t xml:space="preserve">MOST EFFECTIVE INTERVENTIONS</w:t>
      </w:r>
    </w:p>
    <w:p w:rsidR="00000000" w:rsidDel="00000000" w:rsidP="00000000" w:rsidRDefault="00000000" w:rsidRPr="00000000" w14:paraId="0000001E">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Which specific interventions or practices at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 do you consider to have been most effective for your recovery (or that of your loved one)?</w:t>
      </w:r>
    </w:p>
    <w:p w:rsidR="00000000" w:rsidDel="00000000" w:rsidP="00000000" w:rsidRDefault="00000000" w:rsidRPr="00000000" w14:paraId="0000001F">
      <w:pPr>
        <w:keepNext w:val="1"/>
        <w:keepLines w:val="0"/>
        <w:pageBreakBefore w:val="0"/>
        <w:widowControl w:val="1"/>
        <w:pBdr>
          <w:top w:space="0" w:sz="0" w:val="nil"/>
          <w:left w:space="0" w:sz="0" w:val="nil"/>
          <w:bottom w:color="d7d1df" w:space="0" w:sz="5" w:val="single"/>
          <w:right w:space="0" w:sz="0" w:val="nil"/>
          <w:between w:space="0" w:sz="0" w:val="nil"/>
        </w:pBdr>
        <w:shd w:fill="auto" w:val="clear"/>
        <w:spacing w:after="160" w:before="340" w:line="271" w:lineRule="auto"/>
        <w:ind w:left="0" w:right="0" w:firstLine="0"/>
        <w:jc w:val="left"/>
        <w:rPr>
          <w:rFonts w:ascii="Inter" w:cs="Inter" w:eastAsia="Inter" w:hAnsi="Inter"/>
          <w:b w:val="1"/>
          <w:bCs w:val="1"/>
          <w:i w:val="0"/>
          <w:iCs w:val="0"/>
          <w:smallCaps w:val="0"/>
          <w:strike w:val="0"/>
          <w:color w:val="24344d"/>
          <w:sz w:val="24"/>
          <w:szCs w:val="24"/>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24"/>
          <w:szCs w:val="24"/>
          <w:u w:val="none"/>
          <w:shd w:fill="auto" w:val="clear"/>
          <w:vertAlign w:val="baseline"/>
          <w:rtl w:val="0"/>
        </w:rPr>
        <w:t xml:space="preserve">04  </w:t>
      </w:r>
      <w:r w:rsidDel="00000000" w:rsidR="00000000" w:rsidRPr="00000000">
        <w:rPr>
          <w:rFonts w:ascii="Inter" w:cs="Inter" w:eastAsia="Inter" w:hAnsi="Inter"/>
          <w:b w:val="1"/>
          <w:bCs w:val="1"/>
          <w:i w:val="0"/>
          <w:iCs w:val="0"/>
          <w:smallCaps w:val="0"/>
          <w:strike w:val="0"/>
          <w:color w:val="24344d"/>
          <w:sz w:val="24"/>
          <w:szCs w:val="24"/>
          <w:u w:val="none"/>
          <w:shd w:fill="auto" w:val="clear"/>
          <w:vertAlign w:val="baseline"/>
          <w:rtl w:val="0"/>
        </w:rPr>
        <w:t xml:space="preserve">Humanized Care and Comparison with Other Settings</w:t>
      </w:r>
    </w:p>
    <w:p w:rsidR="00000000" w:rsidDel="00000000" w:rsidP="00000000" w:rsidRDefault="00000000" w:rsidRPr="00000000" w14:paraId="00000020">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00" w:line="271" w:lineRule="auto"/>
        <w:ind w:left="0" w:right="0" w:firstLine="0"/>
        <w:jc w:val="left"/>
        <w:rPr>
          <w:rFonts w:ascii="Inter" w:cs="Inter" w:eastAsia="Inter" w:hAnsi="Inter"/>
          <w:b w:val="1"/>
          <w:bCs w:val="1"/>
          <w:i w:val="0"/>
          <w:iCs w:val="0"/>
          <w:smallCaps w:val="0"/>
          <w:strike w:val="0"/>
          <w:color w:val="755c91"/>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19"/>
          <w:szCs w:val="19"/>
          <w:u w:val="none"/>
          <w:shd w:fill="auto" w:val="clear"/>
          <w:vertAlign w:val="baseline"/>
          <w:rtl w:val="0"/>
        </w:rPr>
        <w:t xml:space="preserve">STAFF TREATMENT</w:t>
      </w:r>
    </w:p>
    <w:p w:rsidR="00000000" w:rsidDel="00000000" w:rsidP="00000000" w:rsidRDefault="00000000" w:rsidRPr="00000000" w14:paraId="00000021">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How would you describe the treatment you have received from the staff at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w:t>
      </w:r>
    </w:p>
    <w:p w:rsidR="00000000" w:rsidDel="00000000" w:rsidP="00000000" w:rsidRDefault="00000000" w:rsidRPr="00000000" w14:paraId="00000022">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Is it different from the treatment you received at other psychiatric clinics where you have stayed?</w:t>
      </w:r>
    </w:p>
    <w:p w:rsidR="00000000" w:rsidDel="00000000" w:rsidP="00000000" w:rsidRDefault="00000000" w:rsidRPr="00000000" w14:paraId="00000023">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00" w:line="271" w:lineRule="auto"/>
        <w:ind w:left="0" w:right="0" w:firstLine="0"/>
        <w:jc w:val="left"/>
        <w:rPr>
          <w:rFonts w:ascii="Inter" w:cs="Inter" w:eastAsia="Inter" w:hAnsi="Inter"/>
          <w:b w:val="1"/>
          <w:bCs w:val="1"/>
          <w:i w:val="0"/>
          <w:iCs w:val="0"/>
          <w:smallCaps w:val="0"/>
          <w:strike w:val="0"/>
          <w:color w:val="755c91"/>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19"/>
          <w:szCs w:val="19"/>
          <w:u w:val="none"/>
          <w:shd w:fill="auto" w:val="clear"/>
          <w:vertAlign w:val="baseline"/>
          <w:rtl w:val="0"/>
        </w:rPr>
        <w:t xml:space="preserve">RELATIONSHIP AMONG THE PATIENT, CAREGIVER, AND HEALTHCARE TEAM</w:t>
      </w:r>
    </w:p>
    <w:p w:rsidR="00000000" w:rsidDel="00000000" w:rsidP="00000000" w:rsidRDefault="00000000" w:rsidRPr="00000000" w14:paraId="00000024">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Do you feel that the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 healthcare team takes your opinions and those of your caregivers into account more than in other settings?</w:t>
      </w:r>
    </w:p>
    <w:p w:rsidR="00000000" w:rsidDel="00000000" w:rsidP="00000000" w:rsidRDefault="00000000" w:rsidRPr="00000000" w14:paraId="00000025">
      <w:pPr>
        <w:keepNext w:val="1"/>
        <w:keepLines w:val="0"/>
        <w:pageBreakBefore w:val="0"/>
        <w:widowControl w:val="1"/>
        <w:pBdr>
          <w:top w:space="0" w:sz="0" w:val="nil"/>
          <w:left w:space="0" w:sz="0" w:val="nil"/>
          <w:bottom w:color="d7d1df" w:space="0" w:sz="5" w:val="single"/>
          <w:right w:space="0" w:sz="0" w:val="nil"/>
          <w:between w:space="0" w:sz="0" w:val="nil"/>
        </w:pBdr>
        <w:shd w:fill="auto" w:val="clear"/>
        <w:spacing w:after="160" w:before="340" w:line="271" w:lineRule="auto"/>
        <w:ind w:left="0" w:right="0" w:firstLine="0"/>
        <w:jc w:val="left"/>
        <w:rPr>
          <w:rFonts w:ascii="Inter" w:cs="Inter" w:eastAsia="Inter" w:hAnsi="Inter"/>
          <w:b w:val="1"/>
          <w:bCs w:val="1"/>
          <w:i w:val="0"/>
          <w:iCs w:val="0"/>
          <w:smallCaps w:val="0"/>
          <w:strike w:val="0"/>
          <w:color w:val="24344d"/>
          <w:sz w:val="24"/>
          <w:szCs w:val="24"/>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24"/>
          <w:szCs w:val="24"/>
          <w:u w:val="none"/>
          <w:shd w:fill="auto" w:val="clear"/>
          <w:vertAlign w:val="baseline"/>
          <w:rtl w:val="0"/>
        </w:rPr>
        <w:t xml:space="preserve">05  </w:t>
      </w:r>
      <w:r w:rsidDel="00000000" w:rsidR="00000000" w:rsidRPr="00000000">
        <w:rPr>
          <w:rFonts w:ascii="Inter" w:cs="Inter" w:eastAsia="Inter" w:hAnsi="Inter"/>
          <w:b w:val="1"/>
          <w:bCs w:val="1"/>
          <w:i w:val="0"/>
          <w:iCs w:val="0"/>
          <w:smallCaps w:val="0"/>
          <w:strike w:val="0"/>
          <w:color w:val="24344d"/>
          <w:sz w:val="24"/>
          <w:szCs w:val="24"/>
          <w:u w:val="none"/>
          <w:shd w:fill="auto" w:val="clear"/>
          <w:vertAlign w:val="baseline"/>
          <w:rtl w:val="0"/>
        </w:rPr>
        <w:t xml:space="preserve">Quality, Safety, and Timeliness of Care</w:t>
      </w:r>
    </w:p>
    <w:p w:rsidR="00000000" w:rsidDel="00000000" w:rsidP="00000000" w:rsidRDefault="00000000" w:rsidRPr="00000000" w14:paraId="00000026">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00" w:line="271" w:lineRule="auto"/>
        <w:ind w:left="0" w:right="0" w:firstLine="0"/>
        <w:jc w:val="left"/>
        <w:rPr>
          <w:rFonts w:ascii="Inter" w:cs="Inter" w:eastAsia="Inter" w:hAnsi="Inter"/>
          <w:b w:val="1"/>
          <w:bCs w:val="1"/>
          <w:i w:val="0"/>
          <w:iCs w:val="0"/>
          <w:smallCaps w:val="0"/>
          <w:strike w:val="0"/>
          <w:color w:val="755c91"/>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19"/>
          <w:szCs w:val="19"/>
          <w:u w:val="none"/>
          <w:shd w:fill="auto" w:val="clear"/>
          <w:vertAlign w:val="baseline"/>
          <w:rtl w:val="0"/>
        </w:rPr>
        <w:t xml:space="preserve">PERCEIVED SAFETY</w:t>
      </w:r>
    </w:p>
    <w:p w:rsidR="00000000" w:rsidDel="00000000" w:rsidP="00000000" w:rsidRDefault="00000000" w:rsidRPr="00000000" w14:paraId="00000027">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How would you describe the quality of care you have received at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w:t>
      </w:r>
    </w:p>
    <w:p w:rsidR="00000000" w:rsidDel="00000000" w:rsidP="00000000" w:rsidRDefault="00000000" w:rsidRPr="00000000" w14:paraId="00000028">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Do you feel safe and protected at the institution?</w:t>
      </w:r>
    </w:p>
    <w:p w:rsidR="00000000" w:rsidDel="00000000" w:rsidP="00000000" w:rsidRDefault="00000000" w:rsidRPr="00000000" w14:paraId="00000029">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Do you feel safer at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 compared with other psychiatric hospitals?</w:t>
      </w:r>
    </w:p>
    <w:p w:rsidR="00000000" w:rsidDel="00000000" w:rsidP="00000000" w:rsidRDefault="00000000" w:rsidRPr="00000000" w14:paraId="0000002A">
      <w:pPr>
        <w:keepNext w:val="1"/>
        <w:keepLines w:val="0"/>
        <w:pageBreakBefore w:val="0"/>
        <w:widowControl w:val="1"/>
        <w:pBdr>
          <w:top w:space="0" w:sz="0" w:val="nil"/>
          <w:left w:space="0" w:sz="0" w:val="nil"/>
          <w:bottom w:color="d7d1df" w:space="0" w:sz="5" w:val="single"/>
          <w:right w:space="0" w:sz="0" w:val="nil"/>
          <w:between w:space="0" w:sz="0" w:val="nil"/>
        </w:pBdr>
        <w:shd w:fill="auto" w:val="clear"/>
        <w:spacing w:after="160" w:before="340" w:line="271" w:lineRule="auto"/>
        <w:ind w:left="0" w:right="0" w:firstLine="0"/>
        <w:jc w:val="left"/>
        <w:rPr>
          <w:rFonts w:ascii="Inter" w:cs="Inter" w:eastAsia="Inter" w:hAnsi="Inter"/>
          <w:b w:val="1"/>
          <w:bCs w:val="1"/>
          <w:i w:val="0"/>
          <w:iCs w:val="0"/>
          <w:smallCaps w:val="0"/>
          <w:strike w:val="0"/>
          <w:color w:val="24344d"/>
          <w:sz w:val="24"/>
          <w:szCs w:val="24"/>
          <w:u w:val="none"/>
          <w:shd w:fill="auto" w:val="clear"/>
          <w:vertAlign w:val="baseline"/>
        </w:rPr>
      </w:pPr>
      <w:r w:rsidDel="00000000" w:rsidR="00000000" w:rsidRPr="00000000">
        <w:rPr>
          <w:rFonts w:ascii="Inter" w:cs="Inter" w:eastAsia="Inter" w:hAnsi="Inter"/>
          <w:b w:val="1"/>
          <w:bCs w:val="1"/>
          <w:i w:val="0"/>
          <w:iCs w:val="0"/>
          <w:smallCaps w:val="0"/>
          <w:strike w:val="0"/>
          <w:color w:val="755c91"/>
          <w:sz w:val="24"/>
          <w:szCs w:val="24"/>
          <w:u w:val="none"/>
          <w:shd w:fill="auto" w:val="clear"/>
          <w:vertAlign w:val="baseline"/>
          <w:rtl w:val="0"/>
        </w:rPr>
        <w:t xml:space="preserve">06  </w:t>
      </w:r>
      <w:r w:rsidDel="00000000" w:rsidR="00000000" w:rsidRPr="00000000">
        <w:rPr>
          <w:rFonts w:ascii="Inter" w:cs="Inter" w:eastAsia="Inter" w:hAnsi="Inter"/>
          <w:b w:val="1"/>
          <w:bCs w:val="1"/>
          <w:i w:val="0"/>
          <w:iCs w:val="0"/>
          <w:smallCaps w:val="0"/>
          <w:strike w:val="0"/>
          <w:color w:val="24344d"/>
          <w:sz w:val="24"/>
          <w:szCs w:val="24"/>
          <w:u w:val="none"/>
          <w:shd w:fill="auto" w:val="clear"/>
          <w:vertAlign w:val="baseline"/>
          <w:rtl w:val="0"/>
        </w:rPr>
        <w:t xml:space="preserve">Other Perspectives</w:t>
      </w:r>
    </w:p>
    <w:p w:rsidR="00000000" w:rsidDel="00000000" w:rsidP="00000000" w:rsidRDefault="00000000" w:rsidRPr="00000000" w14:paraId="0000002B">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In general, how would you describe mental health care in Colombia?</w:t>
      </w:r>
    </w:p>
    <w:p w:rsidR="00000000" w:rsidDel="00000000" w:rsidP="00000000" w:rsidRDefault="00000000" w:rsidRPr="00000000" w14:paraId="0000002C">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Do you think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 represents a model that should be replicated in other parts of the country?</w:t>
      </w:r>
    </w:p>
    <w:p w:rsidR="00000000" w:rsidDel="00000000" w:rsidP="00000000" w:rsidRDefault="00000000" w:rsidRPr="00000000" w14:paraId="0000002D">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Do you consider this approach to care an advance over traditional mental health care methods? How does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 differ from other settings where you have received care?</w:t>
      </w:r>
    </w:p>
    <w:p w:rsidR="00000000" w:rsidDel="00000000" w:rsidP="00000000" w:rsidRDefault="00000000" w:rsidRPr="00000000" w14:paraId="0000002E">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71" w:lineRule="auto"/>
        <w:ind w:left="274" w:right="0" w:hanging="173"/>
        <w:jc w:val="left"/>
        <w:rPr>
          <w:rFonts w:ascii="Inter" w:cs="Inter" w:eastAsia="Inter" w:hAnsi="Inter"/>
          <w:b w:val="0"/>
          <w:bCs w:val="0"/>
          <w:i w:val="0"/>
          <w:iCs w:val="0"/>
          <w:smallCaps w:val="0"/>
          <w:strike w:val="0"/>
          <w:color w:val="243040"/>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755c91"/>
          <w:sz w:val="18"/>
          <w:szCs w:val="18"/>
          <w:u w:val="none"/>
          <w:shd w:fill="auto" w:val="clear"/>
          <w:vertAlign w:val="baseline"/>
          <w:rtl w:val="0"/>
        </w:rPr>
        <w:t xml:space="preserve">•  </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Which aspects do you think </w:t>
      </w:r>
      <w:r w:rsidDel="00000000" w:rsidR="00000000" w:rsidRPr="00000000">
        <w:rPr>
          <w:rFonts w:ascii="Inter" w:cs="Inter" w:eastAsia="Inter" w:hAnsi="Inter"/>
          <w:b w:val="0"/>
          <w:bCs w:val="0"/>
          <w:i w:val="1"/>
          <w:iCs w:val="1"/>
          <w:smallCaps w:val="0"/>
          <w:strike w:val="0"/>
          <w:color w:val="243040"/>
          <w:sz w:val="18"/>
          <w:szCs w:val="18"/>
          <w:u w:val="none"/>
          <w:shd w:fill="auto" w:val="clear"/>
          <w:vertAlign w:val="baseline"/>
          <w:rtl w:val="0"/>
        </w:rPr>
        <w:t xml:space="preserve">Zona Lavanda</w:t>
      </w:r>
      <w:r w:rsidDel="00000000" w:rsidR="00000000" w:rsidRPr="00000000">
        <w:rPr>
          <w:rFonts w:ascii="Inter" w:cs="Inter" w:eastAsia="Inter" w:hAnsi="Inter"/>
          <w:b w:val="0"/>
          <w:bCs w:val="0"/>
          <w:i w:val="0"/>
          <w:iCs w:val="0"/>
          <w:smallCaps w:val="0"/>
          <w:strike w:val="0"/>
          <w:color w:val="243040"/>
          <w:sz w:val="18"/>
          <w:szCs w:val="18"/>
          <w:u w:val="none"/>
          <w:shd w:fill="auto" w:val="clear"/>
          <w:vertAlign w:val="baseline"/>
          <w:rtl w:val="0"/>
        </w:rPr>
        <w:t xml:space="preserve"> has improved compared with traditional psychiatric hospitalizations?</w:t>
      </w:r>
    </w:p>
    <w:sectPr>
      <w:headerReference r:id="rId7" w:type="default"/>
      <w:footerReference r:id="rId8" w:type="default"/>
      <w:pgSz w:h="16834" w:w="11909" w:orient="portrait"/>
      <w:pgMar w:bottom="1008" w:top="1037" w:left="1296" w:right="1296" w:header="446" w:footer="5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Inter" w:cs="Inter" w:eastAsia="Inter" w:hAnsi="Inter"/>
        <w:b w:val="0"/>
        <w:bCs w:val="0"/>
        <w:i w:val="0"/>
        <w:iCs w:val="0"/>
        <w:smallCaps w:val="0"/>
        <w:strike w:val="0"/>
        <w:color w:val="243040"/>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6a7280"/>
        <w:sz w:val="15"/>
        <w:szCs w:val="15"/>
        <w:u w:val="none"/>
        <w:shd w:fill="auto" w:val="clear"/>
        <w:vertAlign w:val="baseline"/>
        <w:rtl w:val="0"/>
      </w:rPr>
      <w:t xml:space="preserve">SF1  •  Interview Guide      |      </w:t>
    </w:r>
    <w:r w:rsidDel="00000000" w:rsidR="00000000" w:rsidRPr="00000000">
      <w:rPr>
        <w:rFonts w:ascii="Inter" w:cs="Inter" w:eastAsia="Inter" w:hAnsi="Inter"/>
        <w:b w:val="0"/>
        <w:bCs w:val="0"/>
        <w:i w:val="0"/>
        <w:iCs w:val="0"/>
        <w:smallCaps w:val="0"/>
        <w:strike w:val="0"/>
        <w:color w:val="243040"/>
        <w:sz w:val="19"/>
        <w:szCs w:val="19"/>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Inter" w:cs="Inter" w:eastAsia="Inter" w:hAnsi="Inter"/>
        <w:b w:val="0"/>
        <w:bCs w:val="0"/>
        <w:i w:val="0"/>
        <w:iCs w:val="0"/>
        <w:smallCaps w:val="0"/>
        <w:strike w:val="0"/>
        <w:color w:val="243040"/>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6a7280"/>
        <w:sz w:val="14"/>
        <w:szCs w:val="14"/>
        <w:u w:val="none"/>
        <w:shd w:fill="auto" w:val="clear"/>
        <w:vertAlign w:val="baseline"/>
        <w:rtl w:val="0"/>
      </w:rPr>
      <w:t xml:space="preserve">ZONA LAVANDA   /   RESEARCH SUPPLEMENT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243040"/>
        <w:sz w:val="19"/>
        <w:szCs w:val="19"/>
        <w:lang w:val="en"/>
      </w:rPr>
    </w:rPrDefault>
    <w:pPrDefault>
      <w:pPr>
        <w:spacing w:line="27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Covertitle" w:customStyle="1">
    <w:name w:val="Cover title"/>
    <w:pPr>
      <w:spacing w:after="80" w:before="0" w:line="271" w:lineRule="auto"/>
    </w:pPr>
    <w:rPr>
      <w:rFonts w:ascii="Inter" w:hAnsi="Inter"/>
      <w:b w:val="1"/>
      <w:color w:val="24344d"/>
      <w:sz w:val="44"/>
    </w:rPr>
  </w:style>
  <w:style w:type="paragraph" w:styleId="Sectionlabel" w:customStyle="1">
    <w:name w:val="Section label"/>
    <w:pPr>
      <w:keepNext w:val="1"/>
      <w:spacing w:after="160" w:before="340" w:line="271" w:lineRule="auto"/>
    </w:pPr>
    <w:rPr>
      <w:rFonts w:ascii="Inter" w:hAnsi="Inter"/>
      <w:b w:val="1"/>
      <w:color w:val="24344d"/>
      <w:sz w:val="24"/>
    </w:rPr>
  </w:style>
  <w:style w:type="paragraph" w:styleId="Subsectionlabel" w:customStyle="1">
    <w:name w:val="Subsection label"/>
    <w:pPr>
      <w:keepNext w:val="1"/>
      <w:spacing w:after="100" w:before="200" w:line="271" w:lineRule="auto"/>
    </w:pPr>
    <w:rPr>
      <w:rFonts w:ascii="Inter" w:hAnsi="Inter"/>
      <w:b w:val="1"/>
      <w:color w:val="755c91"/>
      <w:sz w:val="19"/>
    </w:rPr>
  </w:style>
  <w:style w:type="paragraph" w:styleId="Question" w:customStyle="1">
    <w:name w:val="Question"/>
    <w:pPr>
      <w:keepLines w:val="1"/>
      <w:spacing w:after="120" w:before="0" w:line="271" w:lineRule="auto"/>
      <w:ind w:left="274" w:hanging="173"/>
    </w:pPr>
    <w:rPr>
      <w:rFonts w:ascii="Inter" w:hAnsi="Inter"/>
      <w:b w:val="0"/>
      <w:color w:val="243040"/>
      <w:sz w:val="18"/>
    </w:rPr>
  </w:style>
  <w:style w:type="paragraph" w:styleId="Smallmeta" w:customStyle="1">
    <w:name w:val="Small meta"/>
    <w:pPr>
      <w:spacing w:after="0" w:before="0" w:line="271" w:lineRule="auto"/>
    </w:pPr>
    <w:rPr>
      <w:rFonts w:ascii="Inter" w:hAnsi="Inter"/>
      <w:b w:val="0"/>
      <w:color w:val="6a7280"/>
      <w:sz w:val="16"/>
    </w:rPr>
  </w:style>
  <w:style w:type="paragraph" w:styleId="Objective" w:customStyle="1">
    <w:name w:val="Objective"/>
    <w:pPr>
      <w:spacing w:after="0" w:before="0" w:line="271" w:lineRule="auto"/>
    </w:pPr>
    <w:rPr>
      <w:rFonts w:ascii="Inter" w:hAnsi="Inter"/>
      <w:b w:val="0"/>
      <w:color w:val="243040"/>
      <w:sz w:val="18"/>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DaTPOzfLrtGMRSu10cqV8gQ4Fw==">CgMxLjA4AHIhMVdWTHdSbUhJc19zZWt6NHFldFRuUWdmN0J3aGltZW9I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